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11BD45D1" w14:textId="77777777" w:rsidR="00F65462" w:rsidRDefault="00023050">
      <w:r>
        <w:rPr>
          <w:rFonts w:ascii="Arial" w:hAnsi="Arial"/>
          <w:sz w:val="48"/>
        </w:rPr>
        <w:t>Participant #18 Audio</w:t>
      </w:r>
    </w:p>
    <w:p w14:paraId="4D604C8F" w14:textId="77777777" w:rsidR="00F65462" w:rsidRDefault="00023050">
      <w:r>
        <w:rPr>
          <w:rFonts w:ascii="Arial" w:hAnsi="Arial"/>
          <w:color w:val="4F6880"/>
        </w:rPr>
        <w:t>Sat, Dec 02, 2023 4:19PM • 53:02</w:t>
      </w:r>
    </w:p>
    <w:p w14:paraId="7790211C" w14:textId="77777777" w:rsidR="00F65462" w:rsidRDefault="00023050">
      <w:pPr>
        <w:spacing w:before="440" w:after="0"/>
      </w:pPr>
      <w:r>
        <w:rPr>
          <w:rFonts w:ascii="Arial" w:hAnsi="Arial"/>
          <w:b/>
          <w:color w:val="4F6880"/>
        </w:rPr>
        <w:t>SUMMARY KEYWORDS</w:t>
      </w:r>
    </w:p>
    <w:p w14:paraId="38596721" w14:textId="77777777" w:rsidR="00F65462" w:rsidRDefault="00023050">
      <w:r>
        <w:rPr>
          <w:rFonts w:ascii="Arial" w:hAnsi="Arial"/>
          <w:color w:val="4F6880"/>
        </w:rPr>
        <w:t>jell, stay, swirling, water, top, tank, moving, mix, minute, color, rotating, bottom, dividing wall, fish, guess, temperature, little bit, dye, happen, bbs</w:t>
      </w:r>
    </w:p>
    <w:p w14:paraId="63CD2F8A" w14:textId="77777777" w:rsidR="00F65462" w:rsidRDefault="00023050">
      <w:pPr>
        <w:spacing w:before="440" w:after="0"/>
      </w:pPr>
      <w:r>
        <w:rPr>
          <w:rFonts w:ascii="Arial" w:hAnsi="Arial"/>
          <w:b/>
          <w:color w:val="4F6880"/>
        </w:rPr>
        <w:t>SPEAKERS</w:t>
      </w:r>
    </w:p>
    <w:p w14:paraId="5C21062D" w14:textId="77777777" w:rsidR="00F65462" w:rsidRDefault="00023050">
      <w:r>
        <w:rPr>
          <w:rFonts w:ascii="Arial" w:hAnsi="Arial"/>
          <w:color w:val="4F6880"/>
        </w:rPr>
        <w:t>Interviewer P:, Participant # 18:, Participant #8:</w:t>
      </w:r>
    </w:p>
    <w:p w14:paraId="672A6659" w14:textId="77777777" w:rsidR="00F65462" w:rsidRDefault="00F65462">
      <w:pPr>
        <w:spacing w:after="0"/>
      </w:pPr>
    </w:p>
    <w:p w14:paraId="70AD1FA8" w14:textId="77777777" w:rsidR="00F65462" w:rsidRDefault="00023050">
      <w:pPr>
        <w:spacing w:after="0"/>
      </w:pPr>
      <w:r>
        <w:rPr>
          <w:rFonts w:ascii="Arial" w:hAnsi="Arial"/>
          <w:b/>
        </w:rPr>
        <w:t xml:space="preserve">Interviewer P:  </w:t>
      </w:r>
      <w:r>
        <w:rPr>
          <w:rFonts w:ascii="Arial" w:hAnsi="Arial"/>
          <w:color w:val="5D7284"/>
        </w:rPr>
        <w:t>00:03</w:t>
      </w:r>
    </w:p>
    <w:p w14:paraId="7D9384CE" w14:textId="77777777" w:rsidR="00F65462" w:rsidRDefault="00023050">
      <w:pPr>
        <w:spacing w:after="0"/>
      </w:pPr>
      <w:r>
        <w:rPr>
          <w:rFonts w:ascii="Arial" w:hAnsi="Arial"/>
        </w:rPr>
        <w:t>This is participant number 18. All right, so we are going to start with some water demos. So, I have these are colored water so that ones and this one is colored red. And there are different temperatures you can feel on the outside to verify. Okay, so in a minute, I'm going to put them into this rectangular tank that has a dividing wall in the middle. So I'll put red on this side and blue on this side. And then I'm going to remove the dividing wall. And what I want you to do is predict what you think it wil</w:t>
      </w:r>
      <w:r>
        <w:rPr>
          <w:rFonts w:ascii="Arial" w:hAnsi="Arial"/>
        </w:rPr>
        <w:t>l look like a minute after I removed the dividing wall. And to show me your prediction. I'm going to ask you to sketch it. So warm water dyed red, cold water dyed blue, you have all the different colored pencils here. So show me what you think it will look like</w:t>
      </w:r>
    </w:p>
    <w:p w14:paraId="0A37501D" w14:textId="77777777" w:rsidR="00F65462" w:rsidRDefault="00F65462">
      <w:pPr>
        <w:spacing w:after="0"/>
      </w:pPr>
    </w:p>
    <w:p w14:paraId="4140495A" w14:textId="77777777" w:rsidR="00F65462" w:rsidRDefault="00023050">
      <w:pPr>
        <w:spacing w:after="0"/>
      </w:pPr>
      <w:r>
        <w:rPr>
          <w:rFonts w:ascii="Arial" w:hAnsi="Arial"/>
          <w:b/>
        </w:rPr>
        <w:t xml:space="preserve">Participant # 18:  </w:t>
      </w:r>
      <w:r>
        <w:rPr>
          <w:rFonts w:ascii="Arial" w:hAnsi="Arial"/>
          <w:color w:val="5D7284"/>
        </w:rPr>
        <w:t>00:56</w:t>
      </w:r>
    </w:p>
    <w:p w14:paraId="7E7795D2" w14:textId="77777777" w:rsidR="00F65462" w:rsidRDefault="00023050">
      <w:pPr>
        <w:spacing w:after="0"/>
      </w:pPr>
      <w:r>
        <w:rPr>
          <w:rFonts w:ascii="Arial" w:hAnsi="Arial"/>
        </w:rPr>
        <w:t>You said a minute right?</w:t>
      </w:r>
    </w:p>
    <w:p w14:paraId="5DAB6C7B" w14:textId="77777777" w:rsidR="00F65462" w:rsidRDefault="00F65462">
      <w:pPr>
        <w:spacing w:after="0"/>
      </w:pPr>
    </w:p>
    <w:p w14:paraId="389388A0" w14:textId="77777777" w:rsidR="00F65462" w:rsidRDefault="00023050">
      <w:pPr>
        <w:spacing w:after="0"/>
      </w:pPr>
      <w:r>
        <w:rPr>
          <w:rFonts w:ascii="Arial" w:hAnsi="Arial"/>
          <w:b/>
        </w:rPr>
        <w:t xml:space="preserve">Interviewer P:  </w:t>
      </w:r>
      <w:r>
        <w:rPr>
          <w:rFonts w:ascii="Arial" w:hAnsi="Arial"/>
          <w:color w:val="5D7284"/>
        </w:rPr>
        <w:t>01:07</w:t>
      </w:r>
    </w:p>
    <w:p w14:paraId="6A030D55" w14:textId="77777777" w:rsidR="00F65462" w:rsidRDefault="00023050">
      <w:pPr>
        <w:spacing w:after="0"/>
      </w:pPr>
      <w:r>
        <w:rPr>
          <w:rFonts w:ascii="Arial" w:hAnsi="Arial"/>
        </w:rPr>
        <w:t>Mhm, a minute later.</w:t>
      </w:r>
    </w:p>
    <w:p w14:paraId="02EB378F" w14:textId="77777777" w:rsidR="00F65462" w:rsidRDefault="00F65462">
      <w:pPr>
        <w:spacing w:after="0"/>
      </w:pPr>
    </w:p>
    <w:p w14:paraId="47FAB658" w14:textId="77777777" w:rsidR="00F65462" w:rsidRDefault="00023050">
      <w:pPr>
        <w:spacing w:after="0"/>
      </w:pPr>
      <w:r>
        <w:rPr>
          <w:rFonts w:ascii="Arial" w:hAnsi="Arial"/>
          <w:b/>
        </w:rPr>
        <w:t xml:space="preserve">Participant # 18:  </w:t>
      </w:r>
      <w:r>
        <w:rPr>
          <w:rFonts w:ascii="Arial" w:hAnsi="Arial"/>
          <w:color w:val="5D7284"/>
        </w:rPr>
        <w:t>01:18</w:t>
      </w:r>
    </w:p>
    <w:p w14:paraId="2F20484F" w14:textId="77777777" w:rsidR="00F65462" w:rsidRDefault="00023050">
      <w:pPr>
        <w:spacing w:after="0"/>
      </w:pPr>
      <w:r>
        <w:rPr>
          <w:rFonts w:ascii="Arial" w:hAnsi="Arial"/>
        </w:rPr>
        <w:t xml:space="preserve">But take the odd route here maybe. </w:t>
      </w:r>
      <w:r>
        <w:rPr>
          <w:rFonts w:ascii="Arial" w:hAnsi="Arial"/>
        </w:rPr>
        <w:t>Curious? Are they heated to like what are the heated?</w:t>
      </w:r>
    </w:p>
    <w:p w14:paraId="6A05A809" w14:textId="77777777" w:rsidR="00F65462" w:rsidRDefault="00F65462">
      <w:pPr>
        <w:spacing w:after="0"/>
      </w:pPr>
    </w:p>
    <w:p w14:paraId="46CE5D1E" w14:textId="77777777" w:rsidR="00F65462" w:rsidRDefault="00023050">
      <w:pPr>
        <w:spacing w:after="0"/>
      </w:pPr>
      <w:r>
        <w:rPr>
          <w:rFonts w:ascii="Arial" w:hAnsi="Arial"/>
          <w:b/>
        </w:rPr>
        <w:t xml:space="preserve">Interviewer P:  </w:t>
      </w:r>
      <w:r>
        <w:rPr>
          <w:rFonts w:ascii="Arial" w:hAnsi="Arial"/>
          <w:color w:val="5D7284"/>
        </w:rPr>
        <w:t>01:29</w:t>
      </w:r>
    </w:p>
    <w:p w14:paraId="4CB3B853" w14:textId="77777777" w:rsidR="00F65462" w:rsidRDefault="00023050">
      <w:pPr>
        <w:spacing w:after="0"/>
      </w:pPr>
      <w:r>
        <w:rPr>
          <w:rFonts w:ascii="Arial" w:hAnsi="Arial"/>
        </w:rPr>
        <w:t>Yeah, so I have not measured them with a thermometer. But you can see they're pretty different. This one was not I heated it in the kettle, but not to the boiling point. And that's when I put some ice in about an hour and a half ago. It's all melted.</w:t>
      </w:r>
    </w:p>
    <w:p w14:paraId="5A39BBE3" w14:textId="77777777" w:rsidR="00F65462" w:rsidRDefault="00F65462">
      <w:pPr>
        <w:spacing w:after="0"/>
      </w:pPr>
    </w:p>
    <w:p w14:paraId="1E13C4FA" w14:textId="77777777" w:rsidR="00F65462" w:rsidRDefault="00023050">
      <w:pPr>
        <w:spacing w:after="0"/>
      </w:pPr>
      <w:r>
        <w:rPr>
          <w:rFonts w:ascii="Arial" w:hAnsi="Arial"/>
          <w:b/>
        </w:rPr>
        <w:t xml:space="preserve">Participant # 18:  </w:t>
      </w:r>
      <w:r>
        <w:rPr>
          <w:rFonts w:ascii="Arial" w:hAnsi="Arial"/>
          <w:color w:val="5D7284"/>
        </w:rPr>
        <w:t>01:47</w:t>
      </w:r>
    </w:p>
    <w:p w14:paraId="31D3EFB9" w14:textId="77777777" w:rsidR="00F65462" w:rsidRDefault="00023050">
      <w:pPr>
        <w:spacing w:after="0"/>
      </w:pPr>
      <w:r>
        <w:rPr>
          <w:rFonts w:ascii="Arial" w:hAnsi="Arial"/>
        </w:rPr>
        <w:t>I'm feeling very odd feeling about it. This can be complete wrong but this is gonna be a little guestimation.</w:t>
      </w:r>
    </w:p>
    <w:p w14:paraId="41C8F396" w14:textId="77777777" w:rsidR="00F65462" w:rsidRDefault="00F65462">
      <w:pPr>
        <w:spacing w:after="0"/>
      </w:pPr>
    </w:p>
    <w:p w14:paraId="41F23A26" w14:textId="77777777" w:rsidR="00F65462" w:rsidRDefault="00023050">
      <w:pPr>
        <w:spacing w:after="0"/>
      </w:pPr>
      <w:r>
        <w:rPr>
          <w:rFonts w:ascii="Arial" w:hAnsi="Arial"/>
          <w:b/>
        </w:rPr>
        <w:t xml:space="preserve">Interviewer P:  </w:t>
      </w:r>
      <w:r>
        <w:rPr>
          <w:rFonts w:ascii="Arial" w:hAnsi="Arial"/>
          <w:color w:val="5D7284"/>
        </w:rPr>
        <w:t>01:58</w:t>
      </w:r>
    </w:p>
    <w:p w14:paraId="367B54B5" w14:textId="77777777" w:rsidR="00F65462" w:rsidRDefault="00023050">
      <w:pPr>
        <w:spacing w:after="0"/>
      </w:pPr>
      <w:r>
        <w:rPr>
          <w:rFonts w:ascii="Arial" w:hAnsi="Arial"/>
        </w:rPr>
        <w:lastRenderedPageBreak/>
        <w:t>Okay, like I keep telling everyone, I'm more interested in what you think than whether you get it right or wrong kind of your reasoning.</w:t>
      </w:r>
    </w:p>
    <w:p w14:paraId="72A3D3EC" w14:textId="77777777" w:rsidR="00F65462" w:rsidRDefault="00F65462">
      <w:pPr>
        <w:spacing w:after="0"/>
      </w:pPr>
    </w:p>
    <w:p w14:paraId="67237D8D" w14:textId="77777777" w:rsidR="00F65462" w:rsidRDefault="00023050">
      <w:pPr>
        <w:spacing w:after="0"/>
      </w:pPr>
      <w:r>
        <w:rPr>
          <w:rFonts w:ascii="Arial" w:hAnsi="Arial"/>
          <w:b/>
        </w:rPr>
        <w:t xml:space="preserve">Participant # 18:  </w:t>
      </w:r>
      <w:r>
        <w:rPr>
          <w:rFonts w:ascii="Arial" w:hAnsi="Arial"/>
          <w:color w:val="5D7284"/>
        </w:rPr>
        <w:t>02:10</w:t>
      </w:r>
    </w:p>
    <w:p w14:paraId="597F0D1D" w14:textId="77777777" w:rsidR="00F65462" w:rsidRDefault="00023050">
      <w:pPr>
        <w:spacing w:after="0"/>
      </w:pPr>
      <w:r>
        <w:rPr>
          <w:rFonts w:ascii="Arial" w:hAnsi="Arial"/>
        </w:rPr>
        <w:t>Trying to think back to my physics, like trying to think about temperatures. And not only objects. But like, law of groundwater models, laws something.</w:t>
      </w:r>
    </w:p>
    <w:p w14:paraId="0D0B940D" w14:textId="77777777" w:rsidR="00F65462" w:rsidRDefault="00F65462">
      <w:pPr>
        <w:spacing w:after="0"/>
      </w:pPr>
    </w:p>
    <w:p w14:paraId="15AD57C5" w14:textId="77777777" w:rsidR="00F65462" w:rsidRDefault="00023050">
      <w:pPr>
        <w:spacing w:after="0"/>
      </w:pPr>
      <w:r>
        <w:rPr>
          <w:rFonts w:ascii="Arial" w:hAnsi="Arial"/>
          <w:b/>
        </w:rPr>
        <w:t xml:space="preserve">Interviewer P:  </w:t>
      </w:r>
      <w:r>
        <w:rPr>
          <w:rFonts w:ascii="Arial" w:hAnsi="Arial"/>
          <w:color w:val="5D7284"/>
        </w:rPr>
        <w:t>02:30</w:t>
      </w:r>
    </w:p>
    <w:p w14:paraId="59576469" w14:textId="77777777" w:rsidR="00F65462" w:rsidRDefault="00023050">
      <w:pPr>
        <w:spacing w:after="0"/>
      </w:pPr>
      <w:r>
        <w:rPr>
          <w:rFonts w:ascii="Arial" w:hAnsi="Arial"/>
        </w:rPr>
        <w:t>Okay, all right. So, tell me about that.</w:t>
      </w:r>
    </w:p>
    <w:p w14:paraId="0E27B00A" w14:textId="77777777" w:rsidR="00F65462" w:rsidRDefault="00F65462">
      <w:pPr>
        <w:spacing w:after="0"/>
      </w:pPr>
    </w:p>
    <w:p w14:paraId="41C1EAAE" w14:textId="77777777" w:rsidR="00F65462" w:rsidRDefault="00023050">
      <w:pPr>
        <w:spacing w:after="0"/>
      </w:pPr>
      <w:r>
        <w:rPr>
          <w:rFonts w:ascii="Arial" w:hAnsi="Arial"/>
          <w:b/>
        </w:rPr>
        <w:t xml:space="preserve">Participant # 18:  </w:t>
      </w:r>
      <w:r>
        <w:rPr>
          <w:rFonts w:ascii="Arial" w:hAnsi="Arial"/>
          <w:color w:val="5D7284"/>
        </w:rPr>
        <w:t>02:32</w:t>
      </w:r>
    </w:p>
    <w:p w14:paraId="2569BDFB" w14:textId="77777777" w:rsidR="00F65462" w:rsidRDefault="00023050">
      <w:pPr>
        <w:spacing w:after="0"/>
      </w:pPr>
      <w:r>
        <w:rPr>
          <w:rFonts w:ascii="Arial" w:hAnsi="Arial"/>
        </w:rPr>
        <w:t>I think it's good to say stay relatively the same. Because there's such differing temperatures, my mind thinks that it's going to take longer for them to reach the same. Like, I feel like they need to reach like a similar temperature to start like mixing properly. But uhm I have no idea.</w:t>
      </w:r>
    </w:p>
    <w:p w14:paraId="60061E4C" w14:textId="77777777" w:rsidR="00F65462" w:rsidRDefault="00F65462">
      <w:pPr>
        <w:spacing w:after="0"/>
      </w:pPr>
    </w:p>
    <w:p w14:paraId="0AFEA3CA" w14:textId="77777777" w:rsidR="00F65462" w:rsidRDefault="00023050">
      <w:pPr>
        <w:spacing w:after="0"/>
      </w:pPr>
      <w:r>
        <w:rPr>
          <w:rFonts w:ascii="Arial" w:hAnsi="Arial"/>
          <w:b/>
        </w:rPr>
        <w:t xml:space="preserve">Interviewer P:  </w:t>
      </w:r>
      <w:r>
        <w:rPr>
          <w:rFonts w:ascii="Arial" w:hAnsi="Arial"/>
          <w:color w:val="5D7284"/>
        </w:rPr>
        <w:t>02:48</w:t>
      </w:r>
    </w:p>
    <w:p w14:paraId="79F275C0" w14:textId="77777777" w:rsidR="00F65462" w:rsidRDefault="00023050">
      <w:pPr>
        <w:spacing w:after="0"/>
      </w:pPr>
      <w:r>
        <w:rPr>
          <w:rFonts w:ascii="Arial" w:hAnsi="Arial"/>
        </w:rPr>
        <w:t xml:space="preserve">Okay, so in the middle, is this showing a little bit of mixing? </w:t>
      </w:r>
    </w:p>
    <w:p w14:paraId="44EAFD9C" w14:textId="77777777" w:rsidR="00F65462" w:rsidRDefault="00F65462">
      <w:pPr>
        <w:spacing w:after="0"/>
      </w:pPr>
    </w:p>
    <w:p w14:paraId="1BD6A5BB" w14:textId="77777777" w:rsidR="00F65462" w:rsidRDefault="00023050">
      <w:pPr>
        <w:spacing w:after="0"/>
      </w:pPr>
      <w:r>
        <w:rPr>
          <w:rFonts w:ascii="Arial" w:hAnsi="Arial"/>
          <w:b/>
        </w:rPr>
        <w:t xml:space="preserve">Participant # 18:  </w:t>
      </w:r>
      <w:r>
        <w:rPr>
          <w:rFonts w:ascii="Arial" w:hAnsi="Arial"/>
          <w:color w:val="5D7284"/>
        </w:rPr>
        <w:t>02:52</w:t>
      </w:r>
    </w:p>
    <w:p w14:paraId="309C4C3C" w14:textId="77777777" w:rsidR="00F65462" w:rsidRDefault="00023050">
      <w:pPr>
        <w:spacing w:after="0"/>
      </w:pPr>
      <w:r>
        <w:rPr>
          <w:rFonts w:ascii="Arial" w:hAnsi="Arial"/>
        </w:rPr>
        <w:t>Yeah, that my guess.</w:t>
      </w:r>
    </w:p>
    <w:p w14:paraId="4B94D5A5" w14:textId="77777777" w:rsidR="00F65462" w:rsidRDefault="00F65462">
      <w:pPr>
        <w:spacing w:after="0"/>
      </w:pPr>
    </w:p>
    <w:p w14:paraId="4016C50F" w14:textId="77777777" w:rsidR="00F65462" w:rsidRDefault="00023050">
      <w:pPr>
        <w:spacing w:after="0"/>
      </w:pPr>
      <w:r>
        <w:rPr>
          <w:rFonts w:ascii="Arial" w:hAnsi="Arial"/>
          <w:b/>
        </w:rPr>
        <w:t xml:space="preserve">Interviewer P:  </w:t>
      </w:r>
      <w:r>
        <w:rPr>
          <w:rFonts w:ascii="Arial" w:hAnsi="Arial"/>
          <w:color w:val="5D7284"/>
        </w:rPr>
        <w:t>02:52</w:t>
      </w:r>
    </w:p>
    <w:p w14:paraId="038B4D63" w14:textId="77777777" w:rsidR="00F65462" w:rsidRDefault="00023050">
      <w:pPr>
        <w:spacing w:after="0"/>
      </w:pPr>
      <w:r>
        <w:rPr>
          <w:rFonts w:ascii="Arial" w:hAnsi="Arial"/>
        </w:rPr>
        <w:t xml:space="preserve">Okay. All right. That is a good gas. And so what if we have the same colored water, but now it is the same temperature. So, I just put food color here. And you can feel them and I got the water right out of a tap. Didn't do anything to it. So what do you think that will look like? And you can show us there? </w:t>
      </w:r>
    </w:p>
    <w:p w14:paraId="3DEEC669" w14:textId="77777777" w:rsidR="00F65462" w:rsidRDefault="00F65462">
      <w:pPr>
        <w:spacing w:after="0"/>
      </w:pPr>
    </w:p>
    <w:p w14:paraId="46FF8880" w14:textId="77777777" w:rsidR="00F65462" w:rsidRDefault="00023050">
      <w:pPr>
        <w:spacing w:after="0"/>
      </w:pPr>
      <w:r>
        <w:rPr>
          <w:rFonts w:ascii="Arial" w:hAnsi="Arial"/>
          <w:b/>
        </w:rPr>
        <w:t xml:space="preserve">Participant # 18:  </w:t>
      </w:r>
      <w:r>
        <w:rPr>
          <w:rFonts w:ascii="Arial" w:hAnsi="Arial"/>
          <w:color w:val="5D7284"/>
        </w:rPr>
        <w:t>03:18</w:t>
      </w:r>
    </w:p>
    <w:p w14:paraId="2CA0A81A" w14:textId="77777777" w:rsidR="00F65462" w:rsidRDefault="00023050">
      <w:pPr>
        <w:spacing w:after="0"/>
      </w:pPr>
      <w:r>
        <w:rPr>
          <w:rFonts w:ascii="Arial" w:hAnsi="Arial"/>
        </w:rPr>
        <w:t>A minute?</w:t>
      </w:r>
    </w:p>
    <w:p w14:paraId="3656B9AB" w14:textId="77777777" w:rsidR="00F65462" w:rsidRDefault="00F65462">
      <w:pPr>
        <w:spacing w:after="0"/>
      </w:pPr>
    </w:p>
    <w:p w14:paraId="78B2C015" w14:textId="77777777" w:rsidR="00F65462" w:rsidRDefault="00023050">
      <w:pPr>
        <w:spacing w:after="0"/>
      </w:pPr>
      <w:r>
        <w:rPr>
          <w:rFonts w:ascii="Arial" w:hAnsi="Arial"/>
          <w:b/>
        </w:rPr>
        <w:t xml:space="preserve">Interviewer P:  </w:t>
      </w:r>
      <w:r>
        <w:rPr>
          <w:rFonts w:ascii="Arial" w:hAnsi="Arial"/>
          <w:color w:val="5D7284"/>
        </w:rPr>
        <w:t>03:19</w:t>
      </w:r>
    </w:p>
    <w:p w14:paraId="7F3CE522" w14:textId="77777777" w:rsidR="00F65462" w:rsidRDefault="00023050">
      <w:pPr>
        <w:spacing w:after="0"/>
      </w:pPr>
      <w:r>
        <w:rPr>
          <w:rFonts w:ascii="Arial" w:hAnsi="Arial"/>
        </w:rPr>
        <w:t>Yeah, still after a minute?</w:t>
      </w:r>
    </w:p>
    <w:p w14:paraId="45FB0818" w14:textId="77777777" w:rsidR="00F65462" w:rsidRDefault="00F65462">
      <w:pPr>
        <w:spacing w:after="0"/>
      </w:pPr>
    </w:p>
    <w:p w14:paraId="57FCEFFB" w14:textId="77777777" w:rsidR="00F65462" w:rsidRDefault="00023050">
      <w:pPr>
        <w:spacing w:after="0"/>
      </w:pPr>
      <w:r>
        <w:rPr>
          <w:rFonts w:ascii="Arial" w:hAnsi="Arial"/>
          <w:b/>
        </w:rPr>
        <w:t xml:space="preserve">Participant # 18:  </w:t>
      </w:r>
      <w:r>
        <w:rPr>
          <w:rFonts w:ascii="Arial" w:hAnsi="Arial"/>
          <w:color w:val="5D7284"/>
        </w:rPr>
        <w:t>03:40</w:t>
      </w:r>
    </w:p>
    <w:p w14:paraId="27C4CE1B" w14:textId="77777777" w:rsidR="00F65462" w:rsidRDefault="00023050">
      <w:pPr>
        <w:spacing w:after="0"/>
      </w:pPr>
      <w:r>
        <w:rPr>
          <w:rFonts w:ascii="Arial" w:hAnsi="Arial"/>
        </w:rPr>
        <w:t xml:space="preserve"> Okay.</w:t>
      </w:r>
    </w:p>
    <w:p w14:paraId="049F31CB" w14:textId="77777777" w:rsidR="00F65462" w:rsidRDefault="00F65462">
      <w:pPr>
        <w:spacing w:after="0"/>
      </w:pPr>
    </w:p>
    <w:p w14:paraId="144F8375" w14:textId="77777777" w:rsidR="00F65462" w:rsidRDefault="00023050">
      <w:pPr>
        <w:spacing w:after="0"/>
      </w:pPr>
      <w:r>
        <w:rPr>
          <w:rFonts w:ascii="Arial" w:hAnsi="Arial"/>
          <w:b/>
        </w:rPr>
        <w:t xml:space="preserve">Interviewer P:  </w:t>
      </w:r>
      <w:r>
        <w:rPr>
          <w:rFonts w:ascii="Arial" w:hAnsi="Arial"/>
          <w:color w:val="5D7284"/>
        </w:rPr>
        <w:t>03:41</w:t>
      </w:r>
    </w:p>
    <w:p w14:paraId="56EDC2A2" w14:textId="77777777" w:rsidR="00F65462" w:rsidRDefault="00023050">
      <w:pPr>
        <w:spacing w:after="0"/>
      </w:pPr>
      <w:r>
        <w:rPr>
          <w:rFonts w:ascii="Arial" w:hAnsi="Arial"/>
        </w:rPr>
        <w:t>All right. So tell me about that one.</w:t>
      </w:r>
    </w:p>
    <w:p w14:paraId="53128261" w14:textId="77777777" w:rsidR="00F65462" w:rsidRDefault="00F65462">
      <w:pPr>
        <w:spacing w:after="0"/>
      </w:pPr>
    </w:p>
    <w:p w14:paraId="6DF14AD3" w14:textId="77777777" w:rsidR="00F65462" w:rsidRDefault="00023050">
      <w:pPr>
        <w:spacing w:after="0"/>
      </w:pPr>
      <w:r>
        <w:rPr>
          <w:rFonts w:ascii="Arial" w:hAnsi="Arial"/>
          <w:b/>
        </w:rPr>
        <w:t xml:space="preserve">Participant # 18:  </w:t>
      </w:r>
      <w:r>
        <w:rPr>
          <w:rFonts w:ascii="Arial" w:hAnsi="Arial"/>
          <w:color w:val="5D7284"/>
        </w:rPr>
        <w:t>03:43</w:t>
      </w:r>
    </w:p>
    <w:p w14:paraId="4A371E36" w14:textId="77777777" w:rsidR="00F65462" w:rsidRDefault="00023050">
      <w:pPr>
        <w:spacing w:after="0"/>
      </w:pPr>
      <w:r>
        <w:rPr>
          <w:rFonts w:ascii="Arial" w:hAnsi="Arial"/>
        </w:rPr>
        <w:t>It will mix quicker and It'll be like pretty streaky, but maybe a little bit of like, color differentiation.</w:t>
      </w:r>
    </w:p>
    <w:p w14:paraId="62486C05" w14:textId="77777777" w:rsidR="00F65462" w:rsidRDefault="00F65462">
      <w:pPr>
        <w:spacing w:after="0"/>
      </w:pPr>
    </w:p>
    <w:p w14:paraId="5FF217D1" w14:textId="77777777" w:rsidR="00F65462" w:rsidRDefault="00023050">
      <w:pPr>
        <w:spacing w:after="0"/>
      </w:pPr>
      <w:r>
        <w:rPr>
          <w:rFonts w:ascii="Arial" w:hAnsi="Arial"/>
          <w:b/>
        </w:rPr>
        <w:t xml:space="preserve">Interviewer P:  </w:t>
      </w:r>
      <w:r>
        <w:rPr>
          <w:rFonts w:ascii="Arial" w:hAnsi="Arial"/>
          <w:color w:val="5D7284"/>
        </w:rPr>
        <w:t>03:52</w:t>
      </w:r>
    </w:p>
    <w:p w14:paraId="0C77844A" w14:textId="77777777" w:rsidR="00F65462" w:rsidRDefault="00023050">
      <w:pPr>
        <w:spacing w:after="0"/>
      </w:pPr>
      <w:r>
        <w:rPr>
          <w:rFonts w:ascii="Arial" w:hAnsi="Arial"/>
        </w:rPr>
        <w:t xml:space="preserve">In the middle? </w:t>
      </w:r>
    </w:p>
    <w:p w14:paraId="4101652C" w14:textId="77777777" w:rsidR="00F65462" w:rsidRDefault="00F65462">
      <w:pPr>
        <w:spacing w:after="0"/>
      </w:pPr>
    </w:p>
    <w:p w14:paraId="2A35C7CE" w14:textId="77777777" w:rsidR="00F65462" w:rsidRDefault="00023050">
      <w:pPr>
        <w:spacing w:after="0"/>
      </w:pPr>
      <w:r>
        <w:rPr>
          <w:rFonts w:ascii="Arial" w:hAnsi="Arial"/>
          <w:b/>
        </w:rPr>
        <w:lastRenderedPageBreak/>
        <w:t xml:space="preserve">Participant # 18:  </w:t>
      </w:r>
      <w:r>
        <w:rPr>
          <w:rFonts w:ascii="Arial" w:hAnsi="Arial"/>
          <w:color w:val="5D7284"/>
        </w:rPr>
        <w:t>03:53</w:t>
      </w:r>
    </w:p>
    <w:p w14:paraId="20846639" w14:textId="77777777" w:rsidR="00F65462" w:rsidRDefault="00023050">
      <w:pPr>
        <w:spacing w:after="0"/>
      </w:pPr>
      <w:r>
        <w:rPr>
          <w:rFonts w:ascii="Arial" w:hAnsi="Arial"/>
        </w:rPr>
        <w:t>Mhm.</w:t>
      </w:r>
    </w:p>
    <w:p w14:paraId="4B99056E" w14:textId="77777777" w:rsidR="00F65462" w:rsidRDefault="00F65462">
      <w:pPr>
        <w:spacing w:after="0"/>
      </w:pPr>
    </w:p>
    <w:p w14:paraId="1FEE0731" w14:textId="77777777" w:rsidR="00F65462" w:rsidRDefault="00023050">
      <w:pPr>
        <w:spacing w:after="0"/>
      </w:pPr>
      <w:r>
        <w:rPr>
          <w:rFonts w:ascii="Arial" w:hAnsi="Arial"/>
          <w:b/>
        </w:rPr>
        <w:t xml:space="preserve">Interviewer P:  </w:t>
      </w:r>
      <w:r>
        <w:rPr>
          <w:rFonts w:ascii="Arial" w:hAnsi="Arial"/>
          <w:color w:val="5D7284"/>
        </w:rPr>
        <w:t>03:54</w:t>
      </w:r>
    </w:p>
    <w:p w14:paraId="4E19469E" w14:textId="77777777" w:rsidR="00F65462" w:rsidRDefault="00023050">
      <w:pPr>
        <w:spacing w:after="0"/>
      </w:pPr>
      <w:r>
        <w:rPr>
          <w:rFonts w:ascii="Arial" w:hAnsi="Arial"/>
        </w:rPr>
        <w:t>Kind of purplish in the middle that you'll be able to see like blue and red streeky things on the sides as they kind of mix together. Um, do you think the water itself is going to move? Like or is it just going to kind of.</w:t>
      </w:r>
    </w:p>
    <w:p w14:paraId="1299C43A" w14:textId="77777777" w:rsidR="00F65462" w:rsidRDefault="00F65462">
      <w:pPr>
        <w:spacing w:after="0"/>
      </w:pPr>
    </w:p>
    <w:p w14:paraId="0D0F9A75" w14:textId="77777777" w:rsidR="00F65462" w:rsidRDefault="00023050">
      <w:pPr>
        <w:spacing w:after="0"/>
      </w:pPr>
      <w:r>
        <w:rPr>
          <w:rFonts w:ascii="Arial" w:hAnsi="Arial"/>
          <w:b/>
        </w:rPr>
        <w:t xml:space="preserve">Participant # 18:  </w:t>
      </w:r>
      <w:r>
        <w:rPr>
          <w:rFonts w:ascii="Arial" w:hAnsi="Arial"/>
          <w:color w:val="5D7284"/>
        </w:rPr>
        <w:t>04:05</w:t>
      </w:r>
    </w:p>
    <w:p w14:paraId="77207AD1" w14:textId="77777777" w:rsidR="00F65462" w:rsidRDefault="00023050">
      <w:pPr>
        <w:spacing w:after="0"/>
      </w:pPr>
      <w:r>
        <w:rPr>
          <w:rFonts w:ascii="Arial" w:hAnsi="Arial"/>
        </w:rPr>
        <w:t>The two like you're saying more so like, like so was that the color or?</w:t>
      </w:r>
    </w:p>
    <w:p w14:paraId="4DDBEF00" w14:textId="77777777" w:rsidR="00F65462" w:rsidRDefault="00F65462">
      <w:pPr>
        <w:spacing w:after="0"/>
      </w:pPr>
    </w:p>
    <w:p w14:paraId="1876E744" w14:textId="77777777" w:rsidR="00F65462" w:rsidRDefault="00023050">
      <w:pPr>
        <w:spacing w:after="0"/>
      </w:pPr>
      <w:r>
        <w:rPr>
          <w:rFonts w:ascii="Arial" w:hAnsi="Arial"/>
          <w:b/>
        </w:rPr>
        <w:t xml:space="preserve">Interviewer P:  </w:t>
      </w:r>
      <w:r>
        <w:rPr>
          <w:rFonts w:ascii="Arial" w:hAnsi="Arial"/>
          <w:color w:val="5D7284"/>
        </w:rPr>
        <w:t>04:12</w:t>
      </w:r>
    </w:p>
    <w:p w14:paraId="125A9076" w14:textId="77777777" w:rsidR="00F65462" w:rsidRDefault="00023050">
      <w:pPr>
        <w:spacing w:after="0"/>
      </w:pPr>
      <w:r>
        <w:rPr>
          <w:rFonts w:ascii="Arial" w:hAnsi="Arial"/>
        </w:rPr>
        <w:t>No, I'm saying like when I pull this out, so will the water that's been restricted over here, move into this area at all and vice versa.</w:t>
      </w:r>
    </w:p>
    <w:p w14:paraId="3461D779" w14:textId="77777777" w:rsidR="00F65462" w:rsidRDefault="00F65462">
      <w:pPr>
        <w:spacing w:after="0"/>
      </w:pPr>
    </w:p>
    <w:p w14:paraId="3B035454" w14:textId="77777777" w:rsidR="00F65462" w:rsidRDefault="00023050">
      <w:pPr>
        <w:spacing w:after="0"/>
      </w:pPr>
      <w:r>
        <w:rPr>
          <w:rFonts w:ascii="Arial" w:hAnsi="Arial"/>
          <w:b/>
        </w:rPr>
        <w:t xml:space="preserve">Participant # 18:  </w:t>
      </w:r>
      <w:r>
        <w:rPr>
          <w:rFonts w:ascii="Arial" w:hAnsi="Arial"/>
          <w:color w:val="5D7284"/>
        </w:rPr>
        <w:t>04:23</w:t>
      </w:r>
    </w:p>
    <w:p w14:paraId="667DDB52" w14:textId="77777777" w:rsidR="00F65462" w:rsidRDefault="00023050">
      <w:pPr>
        <w:spacing w:after="0"/>
      </w:pPr>
      <w:r>
        <w:rPr>
          <w:rFonts w:ascii="Arial" w:hAnsi="Arial"/>
        </w:rPr>
        <w:t>If you pour both into each side?</w:t>
      </w:r>
    </w:p>
    <w:p w14:paraId="3CF2D8B6" w14:textId="77777777" w:rsidR="00F65462" w:rsidRDefault="00F65462">
      <w:pPr>
        <w:spacing w:after="0"/>
      </w:pPr>
    </w:p>
    <w:p w14:paraId="15E28194" w14:textId="77777777" w:rsidR="00F65462" w:rsidRDefault="00023050">
      <w:pPr>
        <w:spacing w:after="0"/>
      </w:pPr>
      <w:r>
        <w:rPr>
          <w:rFonts w:ascii="Arial" w:hAnsi="Arial"/>
          <w:b/>
        </w:rPr>
        <w:t xml:space="preserve">Interviewer P:  </w:t>
      </w:r>
      <w:r>
        <w:rPr>
          <w:rFonts w:ascii="Arial" w:hAnsi="Arial"/>
          <w:color w:val="5D7284"/>
        </w:rPr>
        <w:t>04:27</w:t>
      </w:r>
    </w:p>
    <w:p w14:paraId="7B9F1074" w14:textId="77777777" w:rsidR="00F65462" w:rsidRDefault="00023050">
      <w:pPr>
        <w:spacing w:after="0"/>
      </w:pPr>
      <w:r>
        <w:rPr>
          <w:rFonts w:ascii="Arial" w:hAnsi="Arial"/>
        </w:rPr>
        <w:t>Red here and blue here.</w:t>
      </w:r>
    </w:p>
    <w:p w14:paraId="0FB78278" w14:textId="77777777" w:rsidR="00F65462" w:rsidRDefault="00F65462">
      <w:pPr>
        <w:spacing w:after="0"/>
      </w:pPr>
    </w:p>
    <w:p w14:paraId="755333D7" w14:textId="77777777" w:rsidR="00F65462" w:rsidRDefault="00023050">
      <w:pPr>
        <w:spacing w:after="0"/>
      </w:pPr>
      <w:r>
        <w:rPr>
          <w:rFonts w:ascii="Arial" w:hAnsi="Arial"/>
          <w:b/>
        </w:rPr>
        <w:t xml:space="preserve">Participant # 18:  </w:t>
      </w:r>
      <w:r>
        <w:rPr>
          <w:rFonts w:ascii="Arial" w:hAnsi="Arial"/>
          <w:color w:val="5D7284"/>
        </w:rPr>
        <w:t>04:33</w:t>
      </w:r>
    </w:p>
    <w:p w14:paraId="34FF1B01" w14:textId="77777777" w:rsidR="00F65462" w:rsidRDefault="00023050">
      <w:pPr>
        <w:spacing w:after="0"/>
      </w:pPr>
      <w:r>
        <w:rPr>
          <w:rFonts w:ascii="Arial" w:hAnsi="Arial"/>
        </w:rPr>
        <w:t>Yeah, I think they'll like mix I think one will move and the other will go around.</w:t>
      </w:r>
    </w:p>
    <w:p w14:paraId="1FC39945" w14:textId="77777777" w:rsidR="00F65462" w:rsidRDefault="00F65462">
      <w:pPr>
        <w:spacing w:after="0"/>
      </w:pPr>
    </w:p>
    <w:p w14:paraId="324471DA" w14:textId="77777777" w:rsidR="00F65462" w:rsidRDefault="00023050">
      <w:pPr>
        <w:spacing w:after="0"/>
      </w:pPr>
      <w:r>
        <w:rPr>
          <w:rFonts w:ascii="Arial" w:hAnsi="Arial"/>
          <w:b/>
        </w:rPr>
        <w:t xml:space="preserve">Interviewer P:  </w:t>
      </w:r>
      <w:r>
        <w:rPr>
          <w:rFonts w:ascii="Arial" w:hAnsi="Arial"/>
          <w:color w:val="5D7284"/>
        </w:rPr>
        <w:t>04:39</w:t>
      </w:r>
    </w:p>
    <w:p w14:paraId="530CB4E1" w14:textId="77777777" w:rsidR="00F65462" w:rsidRDefault="00023050">
      <w:pPr>
        <w:spacing w:after="0"/>
      </w:pPr>
      <w:r>
        <w:rPr>
          <w:rFonts w:ascii="Arial" w:hAnsi="Arial"/>
        </w:rPr>
        <w:t>Kinda like in a circle. Okay. All right. So now I have some green and yellow water. Again, same temperature you can feel to verify But the difference here is that this is salty water and this is freshwater. So I just added a bunch of salt test one and dyed it green. So what do you think that's gonna look like after a minute? Will be the same  thing?</w:t>
      </w:r>
    </w:p>
    <w:p w14:paraId="0562CB0E" w14:textId="77777777" w:rsidR="00F65462" w:rsidRDefault="00F65462">
      <w:pPr>
        <w:spacing w:after="0"/>
      </w:pPr>
    </w:p>
    <w:p w14:paraId="6837F949" w14:textId="77777777" w:rsidR="00F65462" w:rsidRDefault="00023050">
      <w:pPr>
        <w:spacing w:after="0"/>
      </w:pPr>
      <w:r>
        <w:rPr>
          <w:rFonts w:ascii="Arial" w:hAnsi="Arial"/>
          <w:b/>
        </w:rPr>
        <w:t xml:space="preserve">Participant # 18:  </w:t>
      </w:r>
      <w:r>
        <w:rPr>
          <w:rFonts w:ascii="Arial" w:hAnsi="Arial"/>
          <w:color w:val="5D7284"/>
        </w:rPr>
        <w:t>04:39</w:t>
      </w:r>
    </w:p>
    <w:p w14:paraId="4730081D" w14:textId="77777777" w:rsidR="00F65462" w:rsidRDefault="00023050">
      <w:pPr>
        <w:spacing w:after="0"/>
      </w:pPr>
      <w:r>
        <w:rPr>
          <w:rFonts w:ascii="Arial" w:hAnsi="Arial"/>
        </w:rPr>
        <w:t>I think that the green water which has a salt right it's gonna be at the bottom and the yellows gonna float to the top.</w:t>
      </w:r>
    </w:p>
    <w:p w14:paraId="34CE0A41" w14:textId="77777777" w:rsidR="00F65462" w:rsidRDefault="00F65462">
      <w:pPr>
        <w:spacing w:after="0"/>
      </w:pPr>
    </w:p>
    <w:p w14:paraId="088B06F7" w14:textId="77777777" w:rsidR="00F65462" w:rsidRDefault="00023050">
      <w:pPr>
        <w:spacing w:after="0"/>
      </w:pPr>
      <w:r>
        <w:rPr>
          <w:rFonts w:ascii="Arial" w:hAnsi="Arial"/>
          <w:b/>
        </w:rPr>
        <w:t xml:space="preserve">Interviewer P:  </w:t>
      </w:r>
      <w:r>
        <w:rPr>
          <w:rFonts w:ascii="Arial" w:hAnsi="Arial"/>
          <w:color w:val="5D7284"/>
        </w:rPr>
        <w:t>05:11</w:t>
      </w:r>
    </w:p>
    <w:p w14:paraId="208470CB" w14:textId="77777777" w:rsidR="00F65462" w:rsidRDefault="00023050">
      <w:pPr>
        <w:spacing w:after="0"/>
      </w:pPr>
      <w:r>
        <w:rPr>
          <w:rFonts w:ascii="Arial" w:hAnsi="Arial"/>
        </w:rPr>
        <w:t>Okay Can Can you whoop, wrong one.</w:t>
      </w:r>
    </w:p>
    <w:p w14:paraId="62EBF3C5" w14:textId="77777777" w:rsidR="00F65462" w:rsidRDefault="00F65462">
      <w:pPr>
        <w:spacing w:after="0"/>
      </w:pPr>
    </w:p>
    <w:p w14:paraId="15E07419" w14:textId="77777777" w:rsidR="00F65462" w:rsidRDefault="00023050">
      <w:pPr>
        <w:spacing w:after="0"/>
      </w:pPr>
      <w:r>
        <w:rPr>
          <w:rFonts w:ascii="Arial" w:hAnsi="Arial"/>
          <w:b/>
        </w:rPr>
        <w:t xml:space="preserve">Participant # 18:  </w:t>
      </w:r>
      <w:r>
        <w:rPr>
          <w:rFonts w:ascii="Arial" w:hAnsi="Arial"/>
          <w:color w:val="5D7284"/>
        </w:rPr>
        <w:t>05:21</w:t>
      </w:r>
    </w:p>
    <w:p w14:paraId="3E4A81EB" w14:textId="77777777" w:rsidR="00F65462" w:rsidRDefault="00023050">
      <w:pPr>
        <w:spacing w:after="0"/>
      </w:pPr>
      <w:r>
        <w:rPr>
          <w:rFonts w:ascii="Arial" w:hAnsi="Arial"/>
        </w:rPr>
        <w:t>Green Salty?</w:t>
      </w:r>
    </w:p>
    <w:p w14:paraId="6D98A12B" w14:textId="77777777" w:rsidR="00F65462" w:rsidRDefault="00F65462">
      <w:pPr>
        <w:spacing w:after="0"/>
      </w:pPr>
    </w:p>
    <w:p w14:paraId="1D80D194" w14:textId="77777777" w:rsidR="00F65462" w:rsidRDefault="00023050">
      <w:pPr>
        <w:spacing w:after="0"/>
      </w:pPr>
      <w:r>
        <w:rPr>
          <w:rFonts w:ascii="Arial" w:hAnsi="Arial"/>
          <w:b/>
        </w:rPr>
        <w:t xml:space="preserve">Interviewer P:  </w:t>
      </w:r>
      <w:r>
        <w:rPr>
          <w:rFonts w:ascii="Arial" w:hAnsi="Arial"/>
          <w:color w:val="5D7284"/>
        </w:rPr>
        <w:t>05:23</w:t>
      </w:r>
    </w:p>
    <w:p w14:paraId="09285761" w14:textId="77777777" w:rsidR="00F65462" w:rsidRDefault="00023050">
      <w:pPr>
        <w:spacing w:after="0"/>
      </w:pPr>
      <w:r>
        <w:rPr>
          <w:rFonts w:ascii="Arial" w:hAnsi="Arial"/>
        </w:rPr>
        <w:t>Mhm green is salty.</w:t>
      </w:r>
    </w:p>
    <w:p w14:paraId="2946DB82" w14:textId="77777777" w:rsidR="00F65462" w:rsidRDefault="00F65462">
      <w:pPr>
        <w:spacing w:after="0"/>
      </w:pPr>
    </w:p>
    <w:p w14:paraId="42FD25D1" w14:textId="77777777" w:rsidR="00F65462" w:rsidRDefault="00023050">
      <w:pPr>
        <w:spacing w:after="0"/>
      </w:pPr>
      <w:r>
        <w:rPr>
          <w:rFonts w:ascii="Arial" w:hAnsi="Arial"/>
          <w:b/>
        </w:rPr>
        <w:t xml:space="preserve">Participant # 18:  </w:t>
      </w:r>
      <w:r>
        <w:rPr>
          <w:rFonts w:ascii="Arial" w:hAnsi="Arial"/>
          <w:color w:val="5D7284"/>
        </w:rPr>
        <w:t>05:24</w:t>
      </w:r>
    </w:p>
    <w:p w14:paraId="21B4ECC9" w14:textId="77777777" w:rsidR="00F65462" w:rsidRDefault="00023050">
      <w:pPr>
        <w:spacing w:after="0"/>
      </w:pPr>
      <w:r>
        <w:rPr>
          <w:rFonts w:ascii="Arial" w:hAnsi="Arial"/>
        </w:rPr>
        <w:lastRenderedPageBreak/>
        <w:t>..Isn't not quite the ocean color, maybe somewhere.</w:t>
      </w:r>
    </w:p>
    <w:p w14:paraId="5997CC1D" w14:textId="77777777" w:rsidR="00F65462" w:rsidRDefault="00F65462">
      <w:pPr>
        <w:spacing w:after="0"/>
      </w:pPr>
    </w:p>
    <w:p w14:paraId="0C7C1E3A" w14:textId="77777777" w:rsidR="00F65462" w:rsidRDefault="00023050">
      <w:pPr>
        <w:spacing w:after="0"/>
      </w:pPr>
      <w:r>
        <w:rPr>
          <w:rFonts w:ascii="Arial" w:hAnsi="Arial"/>
          <w:b/>
        </w:rPr>
        <w:t xml:space="preserve">Interviewer P:  </w:t>
      </w:r>
      <w:r>
        <w:rPr>
          <w:rFonts w:ascii="Arial" w:hAnsi="Arial"/>
          <w:color w:val="5D7284"/>
        </w:rPr>
        <w:t>05:42</w:t>
      </w:r>
    </w:p>
    <w:p w14:paraId="5EC2D8F2" w14:textId="77777777" w:rsidR="00F65462" w:rsidRDefault="00023050">
      <w:pPr>
        <w:spacing w:after="0"/>
      </w:pPr>
      <w:r>
        <w:rPr>
          <w:rFonts w:ascii="Arial" w:hAnsi="Arial"/>
        </w:rPr>
        <w:t xml:space="preserve">Okay so basically what you said and tell me your rationale for </w:t>
      </w:r>
      <w:r>
        <w:rPr>
          <w:rFonts w:ascii="Arial" w:hAnsi="Arial"/>
        </w:rPr>
        <w:t>thinking that?</w:t>
      </w:r>
    </w:p>
    <w:p w14:paraId="110FFD37" w14:textId="77777777" w:rsidR="00F65462" w:rsidRDefault="00F65462">
      <w:pPr>
        <w:spacing w:after="0"/>
      </w:pPr>
    </w:p>
    <w:p w14:paraId="68A5F602" w14:textId="77777777" w:rsidR="00F65462" w:rsidRDefault="00023050">
      <w:pPr>
        <w:spacing w:after="0"/>
      </w:pPr>
      <w:r>
        <w:rPr>
          <w:rFonts w:ascii="Arial" w:hAnsi="Arial"/>
          <w:b/>
        </w:rPr>
        <w:t xml:space="preserve">Participant # 18:  </w:t>
      </w:r>
      <w:r>
        <w:rPr>
          <w:rFonts w:ascii="Arial" w:hAnsi="Arial"/>
          <w:color w:val="5D7284"/>
        </w:rPr>
        <w:t>05:47</w:t>
      </w:r>
    </w:p>
    <w:p w14:paraId="12E01CC0" w14:textId="77777777" w:rsidR="00F65462" w:rsidRDefault="00023050">
      <w:pPr>
        <w:spacing w:after="0"/>
      </w:pPr>
      <w:r>
        <w:rPr>
          <w:rFonts w:ascii="Arial" w:hAnsi="Arial"/>
        </w:rPr>
        <w:t>Oh I think the salty waters denser so it's, I think like fresh water will be at the topm if that makes sence.</w:t>
      </w:r>
    </w:p>
    <w:p w14:paraId="6B699379" w14:textId="77777777" w:rsidR="00F65462" w:rsidRDefault="00F65462">
      <w:pPr>
        <w:spacing w:after="0"/>
      </w:pPr>
    </w:p>
    <w:p w14:paraId="6184149C" w14:textId="77777777" w:rsidR="00F65462" w:rsidRDefault="00023050">
      <w:pPr>
        <w:spacing w:after="0"/>
      </w:pPr>
      <w:r>
        <w:rPr>
          <w:rFonts w:ascii="Arial" w:hAnsi="Arial"/>
          <w:b/>
        </w:rPr>
        <w:t xml:space="preserve">Interviewer P:  </w:t>
      </w:r>
      <w:r>
        <w:rPr>
          <w:rFonts w:ascii="Arial" w:hAnsi="Arial"/>
          <w:color w:val="5D7284"/>
        </w:rPr>
        <w:t>05:55</w:t>
      </w:r>
    </w:p>
    <w:p w14:paraId="30B0C0A4" w14:textId="77777777" w:rsidR="00F65462" w:rsidRDefault="00023050">
      <w:pPr>
        <w:spacing w:after="0"/>
      </w:pPr>
      <w:r>
        <w:rPr>
          <w:rFonts w:ascii="Arial" w:hAnsi="Arial"/>
        </w:rPr>
        <w:t xml:space="preserve">Okay all right so let's do this and we'll do it in the order that I told you about it and we'll see what happens. </w:t>
      </w:r>
    </w:p>
    <w:p w14:paraId="3FE9F23F" w14:textId="77777777" w:rsidR="00F65462" w:rsidRDefault="00F65462">
      <w:pPr>
        <w:spacing w:after="0"/>
      </w:pPr>
    </w:p>
    <w:p w14:paraId="5DD80BD4" w14:textId="77777777" w:rsidR="00F65462" w:rsidRDefault="00023050">
      <w:pPr>
        <w:spacing w:after="0"/>
      </w:pPr>
      <w:r>
        <w:rPr>
          <w:rFonts w:ascii="Arial" w:hAnsi="Arial"/>
          <w:b/>
        </w:rPr>
        <w:t xml:space="preserve">Participant # 18:  </w:t>
      </w:r>
      <w:r>
        <w:rPr>
          <w:rFonts w:ascii="Arial" w:hAnsi="Arial"/>
          <w:color w:val="5D7284"/>
        </w:rPr>
        <w:t>06:09</w:t>
      </w:r>
    </w:p>
    <w:p w14:paraId="68FD29AA" w14:textId="77777777" w:rsidR="00F65462" w:rsidRDefault="00023050">
      <w:pPr>
        <w:spacing w:after="0"/>
      </w:pPr>
      <w:r>
        <w:rPr>
          <w:rFonts w:ascii="Arial" w:hAnsi="Arial"/>
        </w:rPr>
        <w:t>Ill hold this if you want.</w:t>
      </w:r>
    </w:p>
    <w:p w14:paraId="1F72F646" w14:textId="77777777" w:rsidR="00F65462" w:rsidRDefault="00F65462">
      <w:pPr>
        <w:spacing w:after="0"/>
      </w:pPr>
    </w:p>
    <w:p w14:paraId="01E97F75" w14:textId="77777777" w:rsidR="00F65462" w:rsidRDefault="00023050">
      <w:pPr>
        <w:spacing w:after="0"/>
      </w:pPr>
      <w:r>
        <w:rPr>
          <w:rFonts w:ascii="Arial" w:hAnsi="Arial"/>
          <w:b/>
        </w:rPr>
        <w:t xml:space="preserve">Interviewer P:  </w:t>
      </w:r>
      <w:r>
        <w:rPr>
          <w:rFonts w:ascii="Arial" w:hAnsi="Arial"/>
          <w:color w:val="5D7284"/>
        </w:rPr>
        <w:t>06:19</w:t>
      </w:r>
    </w:p>
    <w:p w14:paraId="04BF4894" w14:textId="77777777" w:rsidR="00F65462" w:rsidRDefault="00023050">
      <w:pPr>
        <w:spacing w:after="0"/>
      </w:pPr>
      <w:r>
        <w:rPr>
          <w:rFonts w:ascii="Arial" w:hAnsi="Arial"/>
        </w:rPr>
        <w:t>That would be grate.I do them at the same time because the dividing wall isn't perfect and then some does kind leak, okay here we go.</w:t>
      </w:r>
    </w:p>
    <w:p w14:paraId="08CE6F91" w14:textId="77777777" w:rsidR="00F65462" w:rsidRDefault="00F65462">
      <w:pPr>
        <w:spacing w:after="0"/>
      </w:pPr>
    </w:p>
    <w:p w14:paraId="50D6BBA6" w14:textId="77777777" w:rsidR="00F65462" w:rsidRDefault="00023050">
      <w:pPr>
        <w:spacing w:after="0"/>
      </w:pPr>
      <w:r>
        <w:rPr>
          <w:rFonts w:ascii="Arial" w:hAnsi="Arial"/>
          <w:b/>
        </w:rPr>
        <w:t xml:space="preserve">Participant # 18:  </w:t>
      </w:r>
      <w:r>
        <w:rPr>
          <w:rFonts w:ascii="Arial" w:hAnsi="Arial"/>
          <w:color w:val="5D7284"/>
        </w:rPr>
        <w:t>06:34</w:t>
      </w:r>
    </w:p>
    <w:p w14:paraId="6F7541E8" w14:textId="77777777" w:rsidR="00F65462" w:rsidRDefault="00023050">
      <w:pPr>
        <w:spacing w:after="0"/>
      </w:pPr>
      <w:r>
        <w:rPr>
          <w:rFonts w:ascii="Arial" w:hAnsi="Arial"/>
        </w:rPr>
        <w:t>Its doing what I thought the other one was gonna do. Oh, that's so true. I'd be literally we're talking about a thing cold water and hot water density. And I got it right I think it's hot water less dense then cold water, I could have gotten this one right If just would have followed a little in order, thats so funny. Yeah, it makes a lot of sense. Something would be separated, just didnt know how.</w:t>
      </w:r>
    </w:p>
    <w:p w14:paraId="61CDCEAD" w14:textId="77777777" w:rsidR="00F65462" w:rsidRDefault="00F65462">
      <w:pPr>
        <w:spacing w:after="0"/>
      </w:pPr>
    </w:p>
    <w:p w14:paraId="3DAEACEB" w14:textId="77777777" w:rsidR="00F65462" w:rsidRDefault="00023050">
      <w:pPr>
        <w:spacing w:after="0"/>
      </w:pPr>
      <w:r>
        <w:rPr>
          <w:rFonts w:ascii="Arial" w:hAnsi="Arial"/>
          <w:b/>
        </w:rPr>
        <w:t xml:space="preserve">Interviewer P:  </w:t>
      </w:r>
      <w:r>
        <w:rPr>
          <w:rFonts w:ascii="Arial" w:hAnsi="Arial"/>
          <w:color w:val="5D7284"/>
        </w:rPr>
        <w:t>07:20</w:t>
      </w:r>
    </w:p>
    <w:p w14:paraId="77593CA6" w14:textId="77777777" w:rsidR="00F65462" w:rsidRDefault="00023050">
      <w:pPr>
        <w:spacing w:after="0"/>
      </w:pPr>
      <w:r>
        <w:rPr>
          <w:rFonts w:ascii="Arial" w:hAnsi="Arial"/>
        </w:rPr>
        <w:t>Yeah, yeah. Does anything about that surprise you other than you didn't predict it?</w:t>
      </w:r>
    </w:p>
    <w:p w14:paraId="6BB9E253" w14:textId="77777777" w:rsidR="00F65462" w:rsidRDefault="00F65462">
      <w:pPr>
        <w:spacing w:after="0"/>
      </w:pPr>
    </w:p>
    <w:p w14:paraId="3CF097E9" w14:textId="77777777" w:rsidR="00F65462" w:rsidRDefault="00023050">
      <w:pPr>
        <w:spacing w:after="0"/>
      </w:pPr>
      <w:r>
        <w:rPr>
          <w:rFonts w:ascii="Arial" w:hAnsi="Arial"/>
          <w:b/>
        </w:rPr>
        <w:t xml:space="preserve">Participant #8:  </w:t>
      </w:r>
      <w:r>
        <w:rPr>
          <w:rFonts w:ascii="Arial" w:hAnsi="Arial"/>
          <w:color w:val="5D7284"/>
        </w:rPr>
        <w:t>07:25</w:t>
      </w:r>
    </w:p>
    <w:p w14:paraId="01411C62" w14:textId="77777777" w:rsidR="00F65462" w:rsidRDefault="00023050">
      <w:pPr>
        <w:spacing w:after="0"/>
      </w:pPr>
      <w:r>
        <w:rPr>
          <w:rFonts w:ascii="Arial" w:hAnsi="Arial"/>
        </w:rPr>
        <w:t>No, because I didknow about the different densities I just forgotten in the moment what was gonna happen even like literally like that's really cool though.</w:t>
      </w:r>
    </w:p>
    <w:p w14:paraId="23DE523C" w14:textId="77777777" w:rsidR="00F65462" w:rsidRDefault="00F65462">
      <w:pPr>
        <w:spacing w:after="0"/>
      </w:pPr>
    </w:p>
    <w:p w14:paraId="277AEAFE" w14:textId="77777777" w:rsidR="00F65462" w:rsidRDefault="00023050">
      <w:pPr>
        <w:spacing w:after="0"/>
      </w:pPr>
      <w:r>
        <w:rPr>
          <w:rFonts w:ascii="Arial" w:hAnsi="Arial"/>
          <w:b/>
        </w:rPr>
        <w:t xml:space="preserve">Interviewer P:  </w:t>
      </w:r>
      <w:r>
        <w:rPr>
          <w:rFonts w:ascii="Arial" w:hAnsi="Arial"/>
          <w:color w:val="5D7284"/>
        </w:rPr>
        <w:t>07:35</w:t>
      </w:r>
    </w:p>
    <w:p w14:paraId="0F79C92B" w14:textId="77777777" w:rsidR="00F65462" w:rsidRDefault="00023050">
      <w:pPr>
        <w:spacing w:after="0"/>
      </w:pPr>
      <w:r>
        <w:rPr>
          <w:rFonts w:ascii="Arial" w:hAnsi="Arial"/>
        </w:rPr>
        <w:t>Yeah. How long do you think it will stay like that?</w:t>
      </w:r>
    </w:p>
    <w:p w14:paraId="52E56223" w14:textId="77777777" w:rsidR="00F65462" w:rsidRDefault="00F65462">
      <w:pPr>
        <w:spacing w:after="0"/>
      </w:pPr>
    </w:p>
    <w:p w14:paraId="64D8D010" w14:textId="77777777" w:rsidR="00F65462" w:rsidRDefault="00023050">
      <w:pPr>
        <w:spacing w:after="0"/>
      </w:pPr>
      <w:r>
        <w:rPr>
          <w:rFonts w:ascii="Arial" w:hAnsi="Arial"/>
          <w:b/>
        </w:rPr>
        <w:t xml:space="preserve">Participant # 18:  </w:t>
      </w:r>
      <w:r>
        <w:rPr>
          <w:rFonts w:ascii="Arial" w:hAnsi="Arial"/>
          <w:color w:val="5D7284"/>
        </w:rPr>
        <w:t>07:41</w:t>
      </w:r>
    </w:p>
    <w:p w14:paraId="527D3AFB" w14:textId="77777777" w:rsidR="00F65462" w:rsidRDefault="00023050">
      <w:pPr>
        <w:spacing w:after="0"/>
      </w:pPr>
      <w:r>
        <w:rPr>
          <w:rFonts w:ascii="Arial" w:hAnsi="Arial"/>
        </w:rPr>
        <w:t>So the temperatures reached similar. Yeah, once the temperatures are closer I think that like there start mixing more.</w:t>
      </w:r>
    </w:p>
    <w:p w14:paraId="07547A01" w14:textId="77777777" w:rsidR="00F65462" w:rsidRDefault="00F65462">
      <w:pPr>
        <w:spacing w:after="0"/>
      </w:pPr>
    </w:p>
    <w:p w14:paraId="6E5E75AD" w14:textId="77777777" w:rsidR="00F65462" w:rsidRDefault="00023050">
      <w:pPr>
        <w:spacing w:after="0"/>
      </w:pPr>
      <w:r>
        <w:rPr>
          <w:rFonts w:ascii="Arial" w:hAnsi="Arial"/>
          <w:b/>
        </w:rPr>
        <w:t xml:space="preserve">Interviewer P:  </w:t>
      </w:r>
      <w:r>
        <w:rPr>
          <w:rFonts w:ascii="Arial" w:hAnsi="Arial"/>
          <w:color w:val="5D7284"/>
        </w:rPr>
        <w:t>07:48</w:t>
      </w:r>
    </w:p>
    <w:p w14:paraId="12F9688A" w14:textId="77777777" w:rsidR="00F65462" w:rsidRDefault="00023050">
      <w:pPr>
        <w:spacing w:after="0"/>
      </w:pPr>
      <w:r>
        <w:rPr>
          <w:rFonts w:ascii="Arial" w:hAnsi="Arial"/>
        </w:rPr>
        <w:t>What will that look like? Do you think? I think that</w:t>
      </w:r>
    </w:p>
    <w:p w14:paraId="5043CB0F" w14:textId="77777777" w:rsidR="00F65462" w:rsidRDefault="00F65462">
      <w:pPr>
        <w:spacing w:after="0"/>
      </w:pPr>
    </w:p>
    <w:p w14:paraId="34AEC47B" w14:textId="77777777" w:rsidR="00F65462" w:rsidRDefault="00023050">
      <w:pPr>
        <w:spacing w:after="0"/>
      </w:pPr>
      <w:r>
        <w:rPr>
          <w:rFonts w:ascii="Arial" w:hAnsi="Arial"/>
          <w:b/>
        </w:rPr>
        <w:t xml:space="preserve">Participant # 18:  </w:t>
      </w:r>
      <w:r>
        <w:rPr>
          <w:rFonts w:ascii="Arial" w:hAnsi="Arial"/>
          <w:color w:val="5D7284"/>
        </w:rPr>
        <w:t>07:51</w:t>
      </w:r>
    </w:p>
    <w:p w14:paraId="5D980ED6" w14:textId="77777777" w:rsidR="00F65462" w:rsidRDefault="00023050">
      <w:pPr>
        <w:spacing w:after="0"/>
      </w:pPr>
      <w:r>
        <w:rPr>
          <w:rFonts w:ascii="Arial" w:hAnsi="Arial"/>
        </w:rPr>
        <w:lastRenderedPageBreak/>
        <w:t>I think that the hot water will kind of like seep up into the cold water going up like that and that's all like start mixing the hot water will go up and he cold water would go.</w:t>
      </w:r>
    </w:p>
    <w:p w14:paraId="07459315" w14:textId="77777777" w:rsidR="00F65462" w:rsidRDefault="00F65462">
      <w:pPr>
        <w:spacing w:after="0"/>
      </w:pPr>
    </w:p>
    <w:p w14:paraId="00CD27BD" w14:textId="77777777" w:rsidR="00F65462" w:rsidRDefault="00023050">
      <w:pPr>
        <w:spacing w:after="0"/>
      </w:pPr>
      <w:r>
        <w:rPr>
          <w:rFonts w:ascii="Arial" w:hAnsi="Arial"/>
          <w:b/>
        </w:rPr>
        <w:t xml:space="preserve">Interviewer P:  </w:t>
      </w:r>
      <w:r>
        <w:rPr>
          <w:rFonts w:ascii="Arial" w:hAnsi="Arial"/>
          <w:color w:val="5D7284"/>
        </w:rPr>
        <w:t>08:01</w:t>
      </w:r>
    </w:p>
    <w:p w14:paraId="73F39412" w14:textId="77777777" w:rsidR="00F65462" w:rsidRDefault="00023050">
      <w:pPr>
        <w:spacing w:after="0"/>
      </w:pPr>
      <w:r>
        <w:rPr>
          <w:rFonts w:ascii="Arial" w:hAnsi="Arial"/>
        </w:rPr>
        <w:t xml:space="preserve">So the hot water is now on top. </w:t>
      </w:r>
    </w:p>
    <w:p w14:paraId="6537F28F" w14:textId="77777777" w:rsidR="00F65462" w:rsidRDefault="00F65462">
      <w:pPr>
        <w:spacing w:after="0"/>
      </w:pPr>
    </w:p>
    <w:p w14:paraId="51E7765F" w14:textId="77777777" w:rsidR="00F65462" w:rsidRDefault="00023050">
      <w:pPr>
        <w:spacing w:after="0"/>
      </w:pPr>
      <w:r>
        <w:rPr>
          <w:rFonts w:ascii="Arial" w:hAnsi="Arial"/>
          <w:b/>
        </w:rPr>
        <w:t xml:space="preserve">Participant # 18:  </w:t>
      </w:r>
      <w:r>
        <w:rPr>
          <w:rFonts w:ascii="Arial" w:hAnsi="Arial"/>
          <w:color w:val="5D7284"/>
        </w:rPr>
        <w:t>08:04</w:t>
      </w:r>
    </w:p>
    <w:p w14:paraId="4A16354D" w14:textId="77777777" w:rsidR="00F65462" w:rsidRDefault="00023050">
      <w:pPr>
        <w:spacing w:after="0"/>
      </w:pPr>
      <w:r>
        <w:rPr>
          <w:rFonts w:ascii="Arial" w:hAnsi="Arial"/>
        </w:rPr>
        <w:t xml:space="preserve">Oh you're right. </w:t>
      </w:r>
    </w:p>
    <w:p w14:paraId="6DFB9E20" w14:textId="77777777" w:rsidR="00F65462" w:rsidRDefault="00F65462">
      <w:pPr>
        <w:spacing w:after="0"/>
      </w:pPr>
    </w:p>
    <w:p w14:paraId="16A420E2" w14:textId="77777777" w:rsidR="00F65462" w:rsidRDefault="00023050">
      <w:pPr>
        <w:spacing w:after="0"/>
      </w:pPr>
      <w:r>
        <w:rPr>
          <w:rFonts w:ascii="Arial" w:hAnsi="Arial"/>
          <w:b/>
        </w:rPr>
        <w:t xml:space="preserve">Interviewer P:  </w:t>
      </w:r>
      <w:r>
        <w:rPr>
          <w:rFonts w:ascii="Arial" w:hAnsi="Arial"/>
          <w:color w:val="5D7284"/>
        </w:rPr>
        <w:t>08:05</w:t>
      </w:r>
    </w:p>
    <w:p w14:paraId="21C3DEF2" w14:textId="77777777" w:rsidR="00F65462" w:rsidRDefault="00023050">
      <w:pPr>
        <w:spacing w:after="0"/>
      </w:pPr>
      <w:r>
        <w:rPr>
          <w:rFonts w:ascii="Arial" w:hAnsi="Arial"/>
        </w:rPr>
        <w:t>And you can feel it.</w:t>
      </w:r>
    </w:p>
    <w:p w14:paraId="70DF9E56" w14:textId="77777777" w:rsidR="00F65462" w:rsidRDefault="00F65462">
      <w:pPr>
        <w:spacing w:after="0"/>
      </w:pPr>
    </w:p>
    <w:p w14:paraId="561BA279" w14:textId="77777777" w:rsidR="00F65462" w:rsidRDefault="00023050">
      <w:pPr>
        <w:spacing w:after="0"/>
      </w:pPr>
      <w:r>
        <w:rPr>
          <w:rFonts w:ascii="Arial" w:hAnsi="Arial"/>
          <w:b/>
        </w:rPr>
        <w:t xml:space="preserve">Participant # 18:  </w:t>
      </w:r>
      <w:r>
        <w:rPr>
          <w:rFonts w:ascii="Arial" w:hAnsi="Arial"/>
          <w:color w:val="5D7284"/>
        </w:rPr>
        <w:t>08:07</w:t>
      </w:r>
    </w:p>
    <w:p w14:paraId="1E95935D" w14:textId="77777777" w:rsidR="00F65462" w:rsidRDefault="00023050">
      <w:pPr>
        <w:spacing w:after="0"/>
      </w:pPr>
      <w:r>
        <w:rPr>
          <w:rFonts w:ascii="Arial" w:hAnsi="Arial"/>
        </w:rPr>
        <w:t>The hot water would be going like down and the cooler water going up.</w:t>
      </w:r>
    </w:p>
    <w:p w14:paraId="44E871BC" w14:textId="77777777" w:rsidR="00F65462" w:rsidRDefault="00F65462">
      <w:pPr>
        <w:spacing w:after="0"/>
      </w:pPr>
    </w:p>
    <w:p w14:paraId="5E589EE0" w14:textId="77777777" w:rsidR="00F65462" w:rsidRDefault="00023050">
      <w:pPr>
        <w:spacing w:after="0"/>
      </w:pPr>
      <w:r>
        <w:rPr>
          <w:rFonts w:ascii="Arial" w:hAnsi="Arial"/>
          <w:b/>
        </w:rPr>
        <w:t xml:space="preserve">Interviewer P:  </w:t>
      </w:r>
      <w:r>
        <w:rPr>
          <w:rFonts w:ascii="Arial" w:hAnsi="Arial"/>
          <w:color w:val="5D7284"/>
        </w:rPr>
        <w:t>08:12</w:t>
      </w:r>
    </w:p>
    <w:p w14:paraId="197DECE9" w14:textId="77777777" w:rsidR="00F65462" w:rsidRDefault="00023050">
      <w:pPr>
        <w:spacing w:after="0"/>
      </w:pPr>
      <w:r>
        <w:rPr>
          <w:rFonts w:ascii="Arial" w:hAnsi="Arial"/>
        </w:rPr>
        <w:t xml:space="preserve">And so in like a circular motion or what </w:t>
      </w:r>
      <w:r>
        <w:rPr>
          <w:rFonts w:ascii="Arial" w:hAnsi="Arial"/>
        </w:rPr>
        <w:t>that would look like like is it gonna start?</w:t>
      </w:r>
    </w:p>
    <w:p w14:paraId="144A5D23" w14:textId="77777777" w:rsidR="00F65462" w:rsidRDefault="00F65462">
      <w:pPr>
        <w:spacing w:after="0"/>
      </w:pPr>
    </w:p>
    <w:p w14:paraId="73D10F34" w14:textId="77777777" w:rsidR="00F65462" w:rsidRDefault="00023050">
      <w:pPr>
        <w:spacing w:after="0"/>
      </w:pPr>
      <w:r>
        <w:rPr>
          <w:rFonts w:ascii="Arial" w:hAnsi="Arial"/>
          <w:b/>
        </w:rPr>
        <w:t xml:space="preserve">Participant # 18:  </w:t>
      </w:r>
      <w:r>
        <w:rPr>
          <w:rFonts w:ascii="Arial" w:hAnsi="Arial"/>
          <w:color w:val="5D7284"/>
        </w:rPr>
        <w:t>08:20</w:t>
      </w:r>
    </w:p>
    <w:p w14:paraId="1EA708F0" w14:textId="77777777" w:rsidR="00F65462" w:rsidRDefault="00023050">
      <w:pPr>
        <w:spacing w:after="0"/>
      </w:pPr>
      <w:r>
        <w:rPr>
          <w:rFonts w:ascii="Arial" w:hAnsi="Arial"/>
        </w:rPr>
        <w:t>Yes, I think I think. Tranna think. Probably I think yeah, I think it will start going down like that, you know like ...  maybe.</w:t>
      </w:r>
    </w:p>
    <w:p w14:paraId="738610EB" w14:textId="77777777" w:rsidR="00F65462" w:rsidRDefault="00F65462">
      <w:pPr>
        <w:spacing w:after="0"/>
      </w:pPr>
    </w:p>
    <w:p w14:paraId="4E3CCD31" w14:textId="77777777" w:rsidR="00F65462" w:rsidRDefault="00023050">
      <w:pPr>
        <w:spacing w:after="0"/>
      </w:pPr>
      <w:r>
        <w:rPr>
          <w:rFonts w:ascii="Arial" w:hAnsi="Arial"/>
          <w:b/>
        </w:rPr>
        <w:t xml:space="preserve">Interviewer P:  </w:t>
      </w:r>
      <w:r>
        <w:rPr>
          <w:rFonts w:ascii="Arial" w:hAnsi="Arial"/>
          <w:color w:val="5D7284"/>
        </w:rPr>
        <w:t>08:37</w:t>
      </w:r>
    </w:p>
    <w:p w14:paraId="708B0967" w14:textId="77777777" w:rsidR="00F65462" w:rsidRDefault="00023050">
      <w:pPr>
        <w:spacing w:after="0"/>
      </w:pPr>
      <w:r>
        <w:rPr>
          <w:rFonts w:ascii="Arial" w:hAnsi="Arial"/>
        </w:rPr>
        <w:t>And about how long do you think it will be before it starts doing that?</w:t>
      </w:r>
    </w:p>
    <w:p w14:paraId="637805D2" w14:textId="77777777" w:rsidR="00F65462" w:rsidRDefault="00F65462">
      <w:pPr>
        <w:spacing w:after="0"/>
      </w:pPr>
    </w:p>
    <w:p w14:paraId="374D2E69" w14:textId="77777777" w:rsidR="00F65462" w:rsidRDefault="00023050">
      <w:pPr>
        <w:spacing w:after="0"/>
      </w:pPr>
      <w:r>
        <w:rPr>
          <w:rFonts w:ascii="Arial" w:hAnsi="Arial"/>
          <w:b/>
        </w:rPr>
        <w:t xml:space="preserve">Participant # 18:  </w:t>
      </w:r>
      <w:r>
        <w:rPr>
          <w:rFonts w:ascii="Arial" w:hAnsi="Arial"/>
          <w:color w:val="5D7284"/>
        </w:rPr>
        <w:t>08:41</w:t>
      </w:r>
    </w:p>
    <w:p w14:paraId="2AF5413E" w14:textId="77777777" w:rsidR="00F65462" w:rsidRDefault="00023050">
      <w:pPr>
        <w:spacing w:after="0"/>
      </w:pPr>
      <w:r>
        <w:rPr>
          <w:rFonts w:ascii="Arial" w:hAnsi="Arial"/>
        </w:rPr>
        <w:t>Probably like 15 minutes.</w:t>
      </w:r>
    </w:p>
    <w:p w14:paraId="463F29E8" w14:textId="77777777" w:rsidR="00F65462" w:rsidRDefault="00F65462">
      <w:pPr>
        <w:spacing w:after="0"/>
      </w:pPr>
    </w:p>
    <w:p w14:paraId="32ECB85B" w14:textId="77777777" w:rsidR="00F65462" w:rsidRDefault="00023050">
      <w:pPr>
        <w:spacing w:after="0"/>
      </w:pPr>
      <w:r>
        <w:rPr>
          <w:rFonts w:ascii="Arial" w:hAnsi="Arial"/>
          <w:b/>
        </w:rPr>
        <w:t xml:space="preserve">Interviewer P:  </w:t>
      </w:r>
      <w:r>
        <w:rPr>
          <w:rFonts w:ascii="Arial" w:hAnsi="Arial"/>
          <w:color w:val="5D7284"/>
        </w:rPr>
        <w:t>08:47</w:t>
      </w:r>
    </w:p>
    <w:p w14:paraId="7F616AF2" w14:textId="77777777" w:rsidR="00F65462" w:rsidRDefault="00023050">
      <w:pPr>
        <w:spacing w:after="0"/>
      </w:pPr>
      <w:r>
        <w:rPr>
          <w:rFonts w:ascii="Arial" w:hAnsi="Arial"/>
        </w:rPr>
        <w:t>So then is it fair to say that you think these layers will start breaking down in about 15 minutes?</w:t>
      </w:r>
    </w:p>
    <w:p w14:paraId="3B7B4B86" w14:textId="77777777" w:rsidR="00F65462" w:rsidRDefault="00F65462">
      <w:pPr>
        <w:spacing w:after="0"/>
      </w:pPr>
    </w:p>
    <w:p w14:paraId="4A38316D" w14:textId="77777777" w:rsidR="00F65462" w:rsidRDefault="00023050">
      <w:pPr>
        <w:spacing w:after="0"/>
      </w:pPr>
      <w:r>
        <w:rPr>
          <w:rFonts w:ascii="Arial" w:hAnsi="Arial"/>
          <w:b/>
        </w:rPr>
        <w:t xml:space="preserve">Participant # 18:  </w:t>
      </w:r>
      <w:r>
        <w:rPr>
          <w:rFonts w:ascii="Arial" w:hAnsi="Arial"/>
          <w:color w:val="5D7284"/>
        </w:rPr>
        <w:t>08:52</w:t>
      </w:r>
    </w:p>
    <w:p w14:paraId="6A176A6C" w14:textId="77777777" w:rsidR="00F65462" w:rsidRDefault="00023050">
      <w:pPr>
        <w:spacing w:after="0"/>
      </w:pPr>
      <w:r>
        <w:rPr>
          <w:rFonts w:ascii="Arial" w:hAnsi="Arial"/>
        </w:rPr>
        <w:t>Yeah.</w:t>
      </w:r>
    </w:p>
    <w:p w14:paraId="3A0FF5F2" w14:textId="77777777" w:rsidR="00F65462" w:rsidRDefault="00F65462">
      <w:pPr>
        <w:spacing w:after="0"/>
      </w:pPr>
    </w:p>
    <w:p w14:paraId="36320A26" w14:textId="77777777" w:rsidR="00F65462" w:rsidRDefault="00023050">
      <w:pPr>
        <w:spacing w:after="0"/>
      </w:pPr>
      <w:r>
        <w:rPr>
          <w:rFonts w:ascii="Arial" w:hAnsi="Arial"/>
          <w:b/>
        </w:rPr>
        <w:t xml:space="preserve">Interviewer P:  </w:t>
      </w:r>
      <w:r>
        <w:rPr>
          <w:rFonts w:ascii="Arial" w:hAnsi="Arial"/>
          <w:color w:val="5D7284"/>
        </w:rPr>
        <w:t>08:52</w:t>
      </w:r>
    </w:p>
    <w:p w14:paraId="2BD5E1B3" w14:textId="77777777" w:rsidR="00F65462" w:rsidRDefault="00023050">
      <w:pPr>
        <w:spacing w:after="0"/>
      </w:pPr>
      <w:r>
        <w:rPr>
          <w:rFonts w:ascii="Arial" w:hAnsi="Arial"/>
        </w:rPr>
        <w:t>Yeah okay. Right cool.</w:t>
      </w:r>
    </w:p>
    <w:p w14:paraId="5630AD66" w14:textId="77777777" w:rsidR="00F65462" w:rsidRDefault="00F65462">
      <w:pPr>
        <w:spacing w:after="0"/>
      </w:pPr>
    </w:p>
    <w:p w14:paraId="0B4D3F94" w14:textId="77777777" w:rsidR="00F65462" w:rsidRDefault="00023050">
      <w:pPr>
        <w:spacing w:after="0"/>
      </w:pPr>
      <w:r>
        <w:rPr>
          <w:rFonts w:ascii="Arial" w:hAnsi="Arial"/>
          <w:b/>
        </w:rPr>
        <w:t xml:space="preserve">Participant # 18:  </w:t>
      </w:r>
      <w:r>
        <w:rPr>
          <w:rFonts w:ascii="Arial" w:hAnsi="Arial"/>
          <w:color w:val="5D7284"/>
        </w:rPr>
        <w:t>08:57</w:t>
      </w:r>
    </w:p>
    <w:p w14:paraId="720B0137" w14:textId="77777777" w:rsidR="00F65462" w:rsidRDefault="00023050">
      <w:pPr>
        <w:spacing w:after="0"/>
      </w:pPr>
      <w:r>
        <w:rPr>
          <w:rFonts w:ascii="Arial" w:hAnsi="Arial"/>
        </w:rPr>
        <w:t>Awesome. Excited to see that other ones.</w:t>
      </w:r>
    </w:p>
    <w:p w14:paraId="61829076" w14:textId="77777777" w:rsidR="00F65462" w:rsidRDefault="00F65462">
      <w:pPr>
        <w:spacing w:after="0"/>
      </w:pPr>
    </w:p>
    <w:p w14:paraId="6EC0408C" w14:textId="77777777" w:rsidR="00F65462" w:rsidRDefault="00023050">
      <w:pPr>
        <w:spacing w:after="0"/>
      </w:pPr>
      <w:r>
        <w:rPr>
          <w:rFonts w:ascii="Arial" w:hAnsi="Arial"/>
          <w:b/>
        </w:rPr>
        <w:t xml:space="preserve">Interviewer P:  </w:t>
      </w:r>
      <w:r>
        <w:rPr>
          <w:rFonts w:ascii="Arial" w:hAnsi="Arial"/>
          <w:color w:val="5D7284"/>
        </w:rPr>
        <w:t>08:58</w:t>
      </w:r>
    </w:p>
    <w:p w14:paraId="325F62BA" w14:textId="77777777" w:rsidR="00F65462" w:rsidRDefault="00023050">
      <w:pPr>
        <w:spacing w:after="0"/>
      </w:pPr>
      <w:r>
        <w:rPr>
          <w:rFonts w:ascii="Arial" w:hAnsi="Arial"/>
        </w:rPr>
        <w:t>This one over here.</w:t>
      </w:r>
    </w:p>
    <w:p w14:paraId="2BA226A1" w14:textId="77777777" w:rsidR="00F65462" w:rsidRDefault="00F65462">
      <w:pPr>
        <w:spacing w:after="0"/>
      </w:pPr>
    </w:p>
    <w:p w14:paraId="1BFB1109" w14:textId="77777777" w:rsidR="00F65462" w:rsidRDefault="00023050">
      <w:pPr>
        <w:spacing w:after="0"/>
      </w:pPr>
      <w:r>
        <w:rPr>
          <w:rFonts w:ascii="Arial" w:hAnsi="Arial"/>
          <w:b/>
        </w:rPr>
        <w:t xml:space="preserve">Participant # 18:  </w:t>
      </w:r>
      <w:r>
        <w:rPr>
          <w:rFonts w:ascii="Arial" w:hAnsi="Arial"/>
          <w:color w:val="5D7284"/>
        </w:rPr>
        <w:t>08:59</w:t>
      </w:r>
    </w:p>
    <w:p w14:paraId="7B83A107" w14:textId="77777777" w:rsidR="00F65462" w:rsidRDefault="00023050">
      <w:pPr>
        <w:spacing w:after="0"/>
      </w:pPr>
      <w:r>
        <w:rPr>
          <w:rFonts w:ascii="Arial" w:hAnsi="Arial"/>
        </w:rPr>
        <w:lastRenderedPageBreak/>
        <w:t>excited to see the other. Oh God.</w:t>
      </w:r>
    </w:p>
    <w:p w14:paraId="17AD93B2" w14:textId="77777777" w:rsidR="00F65462" w:rsidRDefault="00F65462">
      <w:pPr>
        <w:spacing w:after="0"/>
      </w:pPr>
    </w:p>
    <w:p w14:paraId="34D2CE11" w14:textId="77777777" w:rsidR="00F65462" w:rsidRDefault="00023050">
      <w:pPr>
        <w:spacing w:after="0"/>
      </w:pPr>
      <w:r>
        <w:rPr>
          <w:rFonts w:ascii="Arial" w:hAnsi="Arial"/>
          <w:b/>
        </w:rPr>
        <w:t xml:space="preserve">Interviewer P:  </w:t>
      </w:r>
      <w:r>
        <w:rPr>
          <w:rFonts w:ascii="Arial" w:hAnsi="Arial"/>
          <w:color w:val="5D7284"/>
        </w:rPr>
        <w:t>09:07</w:t>
      </w:r>
    </w:p>
    <w:p w14:paraId="3754C8AD" w14:textId="77777777" w:rsidR="00F65462" w:rsidRDefault="00023050">
      <w:pPr>
        <w:spacing w:after="0"/>
      </w:pPr>
      <w:r>
        <w:rPr>
          <w:rFonts w:ascii="Arial" w:hAnsi="Arial"/>
        </w:rPr>
        <w:t>Its like I dont want lean that far without any support.</w:t>
      </w:r>
    </w:p>
    <w:p w14:paraId="0DE4B5B7" w14:textId="77777777" w:rsidR="00F65462" w:rsidRDefault="00F65462">
      <w:pPr>
        <w:spacing w:after="0"/>
      </w:pPr>
    </w:p>
    <w:p w14:paraId="62E03732" w14:textId="77777777" w:rsidR="00F65462" w:rsidRDefault="00023050">
      <w:pPr>
        <w:spacing w:after="0"/>
      </w:pPr>
      <w:r>
        <w:rPr>
          <w:rFonts w:ascii="Arial" w:hAnsi="Arial"/>
          <w:b/>
        </w:rPr>
        <w:t xml:space="preserve">Participant # 18:  </w:t>
      </w:r>
      <w:r>
        <w:rPr>
          <w:rFonts w:ascii="Arial" w:hAnsi="Arial"/>
          <w:color w:val="5D7284"/>
        </w:rPr>
        <w:t>09:12</w:t>
      </w:r>
    </w:p>
    <w:p w14:paraId="40A123B5" w14:textId="77777777" w:rsidR="00F65462" w:rsidRDefault="00023050">
      <w:pPr>
        <w:spacing w:after="0"/>
      </w:pPr>
      <w:r>
        <w:rPr>
          <w:rFonts w:ascii="Arial" w:hAnsi="Arial"/>
        </w:rPr>
        <w:t>Oh I guess we will see later.</w:t>
      </w:r>
    </w:p>
    <w:p w14:paraId="66204FF1" w14:textId="77777777" w:rsidR="00F65462" w:rsidRDefault="00F65462">
      <w:pPr>
        <w:spacing w:after="0"/>
      </w:pPr>
    </w:p>
    <w:p w14:paraId="2E662BCA" w14:textId="77777777" w:rsidR="00F65462" w:rsidRDefault="00023050">
      <w:pPr>
        <w:spacing w:after="0"/>
      </w:pPr>
      <w:r>
        <w:rPr>
          <w:rFonts w:ascii="Arial" w:hAnsi="Arial"/>
          <w:b/>
        </w:rPr>
        <w:t xml:space="preserve">Interviewer P:  </w:t>
      </w:r>
      <w:r>
        <w:rPr>
          <w:rFonts w:ascii="Arial" w:hAnsi="Arial"/>
          <w:color w:val="5D7284"/>
        </w:rPr>
        <w:t>09:15</w:t>
      </w:r>
    </w:p>
    <w:p w14:paraId="21E0C2D9" w14:textId="77777777" w:rsidR="00F65462" w:rsidRDefault="00023050">
      <w:pPr>
        <w:spacing w:after="0"/>
      </w:pPr>
      <w:r>
        <w:rPr>
          <w:rFonts w:ascii="Arial" w:hAnsi="Arial"/>
        </w:rPr>
        <w:t xml:space="preserve">Oh, yes. All right. To same temperature water and I am going to put this in one time just because this one is so big. It makes it hard to do it. I squeezed a little bit see how it just starts going over there. Oh it happened with the first one too. You just couldn't see this. </w:t>
      </w:r>
    </w:p>
    <w:p w14:paraId="2DBF0D7D" w14:textId="77777777" w:rsidR="00F65462" w:rsidRDefault="00F65462">
      <w:pPr>
        <w:spacing w:after="0"/>
      </w:pPr>
    </w:p>
    <w:p w14:paraId="09141BBB" w14:textId="77777777" w:rsidR="00F65462" w:rsidRDefault="00023050">
      <w:pPr>
        <w:spacing w:after="0"/>
      </w:pPr>
      <w:r>
        <w:rPr>
          <w:rFonts w:ascii="Arial" w:hAnsi="Arial"/>
          <w:b/>
        </w:rPr>
        <w:t xml:space="preserve">Participant # 18:  </w:t>
      </w:r>
      <w:r>
        <w:rPr>
          <w:rFonts w:ascii="Arial" w:hAnsi="Arial"/>
          <w:color w:val="5D7284"/>
        </w:rPr>
        <w:t>09:41</w:t>
      </w:r>
    </w:p>
    <w:p w14:paraId="58ED8E73" w14:textId="77777777" w:rsidR="00F65462" w:rsidRDefault="00023050">
      <w:pPr>
        <w:spacing w:after="0"/>
      </w:pPr>
      <w:r>
        <w:rPr>
          <w:rFonts w:ascii="Arial" w:hAnsi="Arial"/>
        </w:rPr>
        <w:t>This is just the normal?</w:t>
      </w:r>
    </w:p>
    <w:p w14:paraId="6B62F1B3" w14:textId="77777777" w:rsidR="00F65462" w:rsidRDefault="00F65462">
      <w:pPr>
        <w:spacing w:after="0"/>
      </w:pPr>
    </w:p>
    <w:p w14:paraId="6229088A" w14:textId="77777777" w:rsidR="00F65462" w:rsidRDefault="00023050">
      <w:pPr>
        <w:spacing w:after="0"/>
      </w:pPr>
      <w:r>
        <w:rPr>
          <w:rFonts w:ascii="Arial" w:hAnsi="Arial"/>
          <w:b/>
        </w:rPr>
        <w:t xml:space="preserve">Interviewer P:  </w:t>
      </w:r>
      <w:r>
        <w:rPr>
          <w:rFonts w:ascii="Arial" w:hAnsi="Arial"/>
          <w:color w:val="5D7284"/>
        </w:rPr>
        <w:t>09:42</w:t>
      </w:r>
    </w:p>
    <w:p w14:paraId="6447ABC0" w14:textId="77777777" w:rsidR="00F65462" w:rsidRDefault="00023050">
      <w:pPr>
        <w:spacing w:after="0"/>
      </w:pPr>
      <w:r>
        <w:rPr>
          <w:rFonts w:ascii="Arial" w:hAnsi="Arial"/>
        </w:rPr>
        <w:t xml:space="preserve">Yeah, these are the same temperatures. Here we go. </w:t>
      </w:r>
    </w:p>
    <w:p w14:paraId="02F2C34E" w14:textId="77777777" w:rsidR="00F65462" w:rsidRDefault="00F65462">
      <w:pPr>
        <w:spacing w:after="0"/>
      </w:pPr>
    </w:p>
    <w:p w14:paraId="1B1AC3D7" w14:textId="77777777" w:rsidR="00F65462" w:rsidRDefault="00023050">
      <w:pPr>
        <w:spacing w:after="0"/>
      </w:pPr>
      <w:r>
        <w:rPr>
          <w:rFonts w:ascii="Arial" w:hAnsi="Arial"/>
          <w:b/>
        </w:rPr>
        <w:t xml:space="preserve">Participant # 18:  </w:t>
      </w:r>
      <w:r>
        <w:rPr>
          <w:rFonts w:ascii="Arial" w:hAnsi="Arial"/>
          <w:color w:val="5D7284"/>
        </w:rPr>
        <w:t>09:47</w:t>
      </w:r>
    </w:p>
    <w:p w14:paraId="301A39FC" w14:textId="77777777" w:rsidR="00F65462" w:rsidRDefault="00023050">
      <w:pPr>
        <w:spacing w:after="0"/>
      </w:pPr>
      <w:r>
        <w:rPr>
          <w:rFonts w:ascii="Arial" w:hAnsi="Arial"/>
        </w:rPr>
        <w:t xml:space="preserve">Yeah. I guess makes sense to the blues taking over so quickle, the red wasnt </w:t>
      </w:r>
      <w:r>
        <w:rPr>
          <w:rFonts w:ascii="Arial" w:hAnsi="Arial"/>
        </w:rPr>
        <w:t>even, the red wasnt even that dark.</w:t>
      </w:r>
    </w:p>
    <w:p w14:paraId="680A4E5D" w14:textId="77777777" w:rsidR="00F65462" w:rsidRDefault="00F65462">
      <w:pPr>
        <w:spacing w:after="0"/>
      </w:pPr>
    </w:p>
    <w:p w14:paraId="1F11BEB6" w14:textId="77777777" w:rsidR="00F65462" w:rsidRDefault="00023050">
      <w:pPr>
        <w:spacing w:after="0"/>
      </w:pPr>
      <w:r>
        <w:rPr>
          <w:rFonts w:ascii="Arial" w:hAnsi="Arial"/>
          <w:b/>
        </w:rPr>
        <w:t xml:space="preserve">Interviewer P:  </w:t>
      </w:r>
      <w:r>
        <w:rPr>
          <w:rFonts w:ascii="Arial" w:hAnsi="Arial"/>
          <w:color w:val="5D7284"/>
        </w:rPr>
        <w:t>10:10</w:t>
      </w:r>
    </w:p>
    <w:p w14:paraId="1312D6FC" w14:textId="77777777" w:rsidR="00F65462" w:rsidRDefault="00023050">
      <w:pPr>
        <w:spacing w:after="0"/>
      </w:pPr>
      <w:r>
        <w:rPr>
          <w:rFonts w:ascii="Arial" w:hAnsi="Arial"/>
        </w:rPr>
        <w:t>Yeah, and I think that from what we've seen the blue food color does seem to be a little more potent than bread. So I'm not sure that.</w:t>
      </w:r>
    </w:p>
    <w:p w14:paraId="19219836" w14:textId="77777777" w:rsidR="00F65462" w:rsidRDefault="00F65462">
      <w:pPr>
        <w:spacing w:after="0"/>
      </w:pPr>
    </w:p>
    <w:p w14:paraId="705520F4" w14:textId="77777777" w:rsidR="00F65462" w:rsidRDefault="00023050">
      <w:pPr>
        <w:spacing w:after="0"/>
      </w:pPr>
      <w:r>
        <w:rPr>
          <w:rFonts w:ascii="Arial" w:hAnsi="Arial"/>
          <w:b/>
        </w:rPr>
        <w:t xml:space="preserve">Participant # 18:  </w:t>
      </w:r>
      <w:r>
        <w:rPr>
          <w:rFonts w:ascii="Arial" w:hAnsi="Arial"/>
          <w:color w:val="5D7284"/>
        </w:rPr>
        <w:t>10:23</w:t>
      </w:r>
    </w:p>
    <w:p w14:paraId="2892E016" w14:textId="77777777" w:rsidR="00F65462" w:rsidRDefault="00023050">
      <w:pPr>
        <w:spacing w:after="0"/>
      </w:pPr>
      <w:r>
        <w:rPr>
          <w:rFonts w:ascii="Arial" w:hAnsi="Arial"/>
        </w:rPr>
        <w:t>It's not really making a purple.</w:t>
      </w:r>
    </w:p>
    <w:p w14:paraId="296FEF7D" w14:textId="77777777" w:rsidR="00F65462" w:rsidRDefault="00F65462">
      <w:pPr>
        <w:spacing w:after="0"/>
      </w:pPr>
    </w:p>
    <w:p w14:paraId="193DCAB6" w14:textId="77777777" w:rsidR="00F65462" w:rsidRDefault="00023050">
      <w:pPr>
        <w:spacing w:after="0"/>
      </w:pPr>
      <w:r>
        <w:rPr>
          <w:rFonts w:ascii="Arial" w:hAnsi="Arial"/>
          <w:b/>
        </w:rPr>
        <w:t xml:space="preserve">Interviewer P:  </w:t>
      </w:r>
      <w:r>
        <w:rPr>
          <w:rFonts w:ascii="Arial" w:hAnsi="Arial"/>
          <w:color w:val="5D7284"/>
        </w:rPr>
        <w:t>10:25</w:t>
      </w:r>
    </w:p>
    <w:p w14:paraId="1123B87E" w14:textId="77777777" w:rsidR="00F65462" w:rsidRDefault="00023050">
      <w:pPr>
        <w:spacing w:after="0"/>
      </w:pPr>
      <w:r>
        <w:rPr>
          <w:rFonts w:ascii="Arial" w:hAnsi="Arial"/>
        </w:rPr>
        <w:t>Yeah, yeah, but again I think that the blue food color overpowers the red a little bit that is more probably a property of the food color then the water so that kind of looks like what you have there anything surprised you about that?</w:t>
      </w:r>
    </w:p>
    <w:p w14:paraId="7194DBDC" w14:textId="77777777" w:rsidR="00F65462" w:rsidRDefault="00F65462">
      <w:pPr>
        <w:spacing w:after="0"/>
      </w:pPr>
    </w:p>
    <w:p w14:paraId="6CCF5831" w14:textId="77777777" w:rsidR="00F65462" w:rsidRDefault="00023050">
      <w:pPr>
        <w:spacing w:after="0"/>
      </w:pPr>
      <w:r>
        <w:rPr>
          <w:rFonts w:ascii="Arial" w:hAnsi="Arial"/>
          <w:b/>
        </w:rPr>
        <w:t xml:space="preserve">Participant #8:  </w:t>
      </w:r>
      <w:r>
        <w:rPr>
          <w:rFonts w:ascii="Arial" w:hAnsi="Arial"/>
          <w:color w:val="5D7284"/>
        </w:rPr>
        <w:t>10:46</w:t>
      </w:r>
    </w:p>
    <w:p w14:paraId="2065E649" w14:textId="77777777" w:rsidR="00F65462" w:rsidRDefault="00023050">
      <w:pPr>
        <w:spacing w:after="0"/>
      </w:pPr>
      <w:r>
        <w:rPr>
          <w:rFonts w:ascii="Arial" w:hAnsi="Arial"/>
        </w:rPr>
        <w:t>Just the blue food coloring taking over more than I thought it would everything seem relatively like what I would imagine when I look like it's kind of hard to like display the excat.</w:t>
      </w:r>
    </w:p>
    <w:p w14:paraId="769D0D3C" w14:textId="77777777" w:rsidR="00F65462" w:rsidRDefault="00F65462">
      <w:pPr>
        <w:spacing w:after="0"/>
      </w:pPr>
    </w:p>
    <w:p w14:paraId="46E6FFB4" w14:textId="77777777" w:rsidR="00F65462" w:rsidRDefault="00023050">
      <w:pPr>
        <w:spacing w:after="0"/>
      </w:pPr>
      <w:r>
        <w:rPr>
          <w:rFonts w:ascii="Arial" w:hAnsi="Arial"/>
          <w:b/>
        </w:rPr>
        <w:t xml:space="preserve">Interviewer P:  </w:t>
      </w:r>
      <w:r>
        <w:rPr>
          <w:rFonts w:ascii="Arial" w:hAnsi="Arial"/>
          <w:color w:val="5D7284"/>
        </w:rPr>
        <w:t>10:55</w:t>
      </w:r>
    </w:p>
    <w:p w14:paraId="117EC5AB" w14:textId="77777777" w:rsidR="00F65462" w:rsidRDefault="00023050">
      <w:pPr>
        <w:spacing w:after="0"/>
      </w:pPr>
      <w:r>
        <w:rPr>
          <w:rFonts w:ascii="Arial" w:hAnsi="Arial"/>
        </w:rPr>
        <w:t xml:space="preserve"> Yeah.</w:t>
      </w:r>
    </w:p>
    <w:p w14:paraId="54CD245A" w14:textId="77777777" w:rsidR="00F65462" w:rsidRDefault="00F65462">
      <w:pPr>
        <w:spacing w:after="0"/>
      </w:pPr>
    </w:p>
    <w:p w14:paraId="07CCE64E" w14:textId="77777777" w:rsidR="00F65462" w:rsidRDefault="00023050">
      <w:pPr>
        <w:spacing w:after="0"/>
      </w:pPr>
      <w:r>
        <w:rPr>
          <w:rFonts w:ascii="Arial" w:hAnsi="Arial"/>
          <w:b/>
        </w:rPr>
        <w:t xml:space="preserve">Participant # 18:  </w:t>
      </w:r>
      <w:r>
        <w:rPr>
          <w:rFonts w:ascii="Arial" w:hAnsi="Arial"/>
          <w:color w:val="5D7284"/>
        </w:rPr>
        <w:t>10:56</w:t>
      </w:r>
    </w:p>
    <w:p w14:paraId="3E4A790F" w14:textId="77777777" w:rsidR="00F65462" w:rsidRDefault="00023050">
      <w:pPr>
        <w:spacing w:after="0"/>
      </w:pPr>
      <w:r>
        <w:rPr>
          <w:rFonts w:ascii="Arial" w:hAnsi="Arial"/>
        </w:rPr>
        <w:t>Not too surprising.</w:t>
      </w:r>
    </w:p>
    <w:p w14:paraId="1231BE67" w14:textId="77777777" w:rsidR="00F65462" w:rsidRDefault="00F65462">
      <w:pPr>
        <w:spacing w:after="0"/>
      </w:pPr>
    </w:p>
    <w:p w14:paraId="4E8B121D" w14:textId="77777777" w:rsidR="00F65462" w:rsidRDefault="00023050">
      <w:pPr>
        <w:spacing w:after="0"/>
      </w:pPr>
      <w:r>
        <w:rPr>
          <w:rFonts w:ascii="Arial" w:hAnsi="Arial"/>
          <w:b/>
        </w:rPr>
        <w:t xml:space="preserve">Interviewer P:  </w:t>
      </w:r>
      <w:r>
        <w:rPr>
          <w:rFonts w:ascii="Arial" w:hAnsi="Arial"/>
          <w:color w:val="5D7284"/>
        </w:rPr>
        <w:t>10:57</w:t>
      </w:r>
    </w:p>
    <w:p w14:paraId="61A99B38" w14:textId="77777777" w:rsidR="00F65462" w:rsidRDefault="00023050">
      <w:pPr>
        <w:spacing w:after="0"/>
      </w:pPr>
      <w:r>
        <w:rPr>
          <w:rFonts w:ascii="Arial" w:hAnsi="Arial"/>
        </w:rPr>
        <w:t>But it has the little streaky things like you have the streaky things and eventually do you think that it'll all turn into the same color?</w:t>
      </w:r>
    </w:p>
    <w:p w14:paraId="36FEB5B0" w14:textId="77777777" w:rsidR="00F65462" w:rsidRDefault="00F65462">
      <w:pPr>
        <w:spacing w:after="0"/>
      </w:pPr>
    </w:p>
    <w:p w14:paraId="238A1A37" w14:textId="77777777" w:rsidR="00F65462" w:rsidRDefault="00023050">
      <w:pPr>
        <w:spacing w:after="0"/>
      </w:pPr>
      <w:r>
        <w:rPr>
          <w:rFonts w:ascii="Arial" w:hAnsi="Arial"/>
          <w:b/>
        </w:rPr>
        <w:t xml:space="preserve">Participant # 18:  </w:t>
      </w:r>
      <w:r>
        <w:rPr>
          <w:rFonts w:ascii="Arial" w:hAnsi="Arial"/>
          <w:color w:val="5D7284"/>
        </w:rPr>
        <w:t>11:08</w:t>
      </w:r>
    </w:p>
    <w:p w14:paraId="28929575" w14:textId="77777777" w:rsidR="00F65462" w:rsidRDefault="00023050">
      <w:pPr>
        <w:spacing w:after="0"/>
      </w:pPr>
      <w:r>
        <w:rPr>
          <w:rFonts w:ascii="Arial" w:hAnsi="Arial"/>
        </w:rPr>
        <w:t xml:space="preserve">Yeah, I think it's gonna like turn like that kind of blue over in the corner kind of Yeah. </w:t>
      </w:r>
    </w:p>
    <w:p w14:paraId="30D7AA69" w14:textId="77777777" w:rsidR="00F65462" w:rsidRDefault="00F65462">
      <w:pPr>
        <w:spacing w:after="0"/>
      </w:pPr>
    </w:p>
    <w:p w14:paraId="655D0DBF" w14:textId="77777777" w:rsidR="00F65462" w:rsidRDefault="00023050">
      <w:pPr>
        <w:spacing w:after="0"/>
      </w:pPr>
      <w:r>
        <w:rPr>
          <w:rFonts w:ascii="Arial" w:hAnsi="Arial"/>
          <w:b/>
        </w:rPr>
        <w:t xml:space="preserve">Interviewer P:  </w:t>
      </w:r>
      <w:r>
        <w:rPr>
          <w:rFonts w:ascii="Arial" w:hAnsi="Arial"/>
          <w:color w:val="5D7284"/>
        </w:rPr>
        <w:t>11:13</w:t>
      </w:r>
    </w:p>
    <w:p w14:paraId="492F69E8" w14:textId="77777777" w:rsidR="00F65462" w:rsidRDefault="00023050">
      <w:pPr>
        <w:spacing w:after="0"/>
      </w:pPr>
      <w:r>
        <w:rPr>
          <w:rFonts w:ascii="Arial" w:hAnsi="Arial"/>
        </w:rPr>
        <w:t>And about how long do you think that'll take?</w:t>
      </w:r>
    </w:p>
    <w:p w14:paraId="7196D064" w14:textId="77777777" w:rsidR="00F65462" w:rsidRDefault="00F65462">
      <w:pPr>
        <w:spacing w:after="0"/>
      </w:pPr>
    </w:p>
    <w:p w14:paraId="297D850B" w14:textId="77777777" w:rsidR="00F65462" w:rsidRDefault="00023050">
      <w:pPr>
        <w:spacing w:after="0"/>
      </w:pPr>
      <w:r>
        <w:rPr>
          <w:rFonts w:ascii="Arial" w:hAnsi="Arial"/>
          <w:b/>
        </w:rPr>
        <w:t xml:space="preserve">Participant #8:  </w:t>
      </w:r>
      <w:r>
        <w:rPr>
          <w:rFonts w:ascii="Arial" w:hAnsi="Arial"/>
          <w:color w:val="5D7284"/>
        </w:rPr>
        <w:t>11:24</w:t>
      </w:r>
    </w:p>
    <w:p w14:paraId="211FD87C" w14:textId="77777777" w:rsidR="00F65462" w:rsidRDefault="00023050">
      <w:pPr>
        <w:spacing w:after="0"/>
      </w:pPr>
      <w:r>
        <w:rPr>
          <w:rFonts w:ascii="Arial" w:hAnsi="Arial"/>
        </w:rPr>
        <w:t>This is hard to say because I feel like the motion of like pouring is what really makes it in the first place so it's going to be in order for it to like mixing combine where it is out of state right now because I'm looking at this already and that's not really moving much at all.</w:t>
      </w:r>
    </w:p>
    <w:p w14:paraId="34FF1C98" w14:textId="77777777" w:rsidR="00F65462" w:rsidRDefault="00F65462">
      <w:pPr>
        <w:spacing w:after="0"/>
      </w:pPr>
    </w:p>
    <w:p w14:paraId="35ED9A29" w14:textId="77777777" w:rsidR="00F65462" w:rsidRDefault="00023050">
      <w:pPr>
        <w:spacing w:after="0"/>
      </w:pPr>
      <w:r>
        <w:rPr>
          <w:rFonts w:ascii="Arial" w:hAnsi="Arial"/>
          <w:b/>
        </w:rPr>
        <w:t xml:space="preserve">Interviewer P:  </w:t>
      </w:r>
      <w:r>
        <w:rPr>
          <w:rFonts w:ascii="Arial" w:hAnsi="Arial"/>
          <w:color w:val="5D7284"/>
        </w:rPr>
        <w:t>11:41</w:t>
      </w:r>
    </w:p>
    <w:p w14:paraId="641913DB" w14:textId="77777777" w:rsidR="00F65462" w:rsidRDefault="00023050">
      <w:pPr>
        <w:spacing w:after="0"/>
      </w:pPr>
      <w:r>
        <w:rPr>
          <w:rFonts w:ascii="Arial" w:hAnsi="Arial"/>
        </w:rPr>
        <w:t xml:space="preserve">Although I'm done pouring it whenever I pulled you know what I mean? Like I pulled that out after I. </w:t>
      </w:r>
    </w:p>
    <w:p w14:paraId="6D072C0D" w14:textId="77777777" w:rsidR="00F65462" w:rsidRDefault="00F65462">
      <w:pPr>
        <w:spacing w:after="0"/>
      </w:pPr>
    </w:p>
    <w:p w14:paraId="5C9632B0" w14:textId="77777777" w:rsidR="00F65462" w:rsidRDefault="00023050">
      <w:pPr>
        <w:spacing w:after="0"/>
      </w:pPr>
      <w:r>
        <w:rPr>
          <w:rFonts w:ascii="Arial" w:hAnsi="Arial"/>
          <w:b/>
        </w:rPr>
        <w:t xml:space="preserve">Participant # 18:  </w:t>
      </w:r>
      <w:r>
        <w:rPr>
          <w:rFonts w:ascii="Arial" w:hAnsi="Arial"/>
          <w:color w:val="5D7284"/>
        </w:rPr>
        <w:t>11:50</w:t>
      </w:r>
    </w:p>
    <w:p w14:paraId="57DC6F1C" w14:textId="77777777" w:rsidR="00F65462" w:rsidRDefault="00023050">
      <w:pPr>
        <w:spacing w:after="0"/>
      </w:pPr>
      <w:r>
        <w:rPr>
          <w:rFonts w:ascii="Arial" w:hAnsi="Arial"/>
        </w:rPr>
        <w:t>I'd say like 20 seems like it'll take longer for me like in my mind what I'm looking at right now which I wouldn't have thought but yeah.</w:t>
      </w:r>
    </w:p>
    <w:p w14:paraId="48A21919" w14:textId="77777777" w:rsidR="00F65462" w:rsidRDefault="00F65462">
      <w:pPr>
        <w:spacing w:after="0"/>
      </w:pPr>
    </w:p>
    <w:p w14:paraId="27B7483D" w14:textId="77777777" w:rsidR="00F65462" w:rsidRDefault="00023050">
      <w:pPr>
        <w:spacing w:after="0"/>
      </w:pPr>
      <w:r>
        <w:rPr>
          <w:rFonts w:ascii="Arial" w:hAnsi="Arial"/>
          <w:b/>
        </w:rPr>
        <w:t xml:space="preserve">Interviewer P:  </w:t>
      </w:r>
      <w:r>
        <w:rPr>
          <w:rFonts w:ascii="Arial" w:hAnsi="Arial"/>
          <w:color w:val="5D7284"/>
        </w:rPr>
        <w:t>12:03</w:t>
      </w:r>
    </w:p>
    <w:p w14:paraId="7E5CB8D9" w14:textId="77777777" w:rsidR="00F65462" w:rsidRDefault="00023050">
      <w:pPr>
        <w:spacing w:after="0"/>
      </w:pPr>
      <w:r>
        <w:rPr>
          <w:rFonts w:ascii="Arial" w:hAnsi="Arial"/>
        </w:rPr>
        <w:t>Maybe about 20 minutes into it.</w:t>
      </w:r>
    </w:p>
    <w:p w14:paraId="6BD18F9B" w14:textId="77777777" w:rsidR="00F65462" w:rsidRDefault="00F65462">
      <w:pPr>
        <w:spacing w:after="0"/>
      </w:pPr>
    </w:p>
    <w:p w14:paraId="2F9B37CE" w14:textId="77777777" w:rsidR="00F65462" w:rsidRDefault="00023050">
      <w:pPr>
        <w:spacing w:after="0"/>
      </w:pPr>
      <w:r>
        <w:rPr>
          <w:rFonts w:ascii="Arial" w:hAnsi="Arial"/>
          <w:b/>
        </w:rPr>
        <w:t xml:space="preserve">Participant # 18:  </w:t>
      </w:r>
      <w:r>
        <w:rPr>
          <w:rFonts w:ascii="Arial" w:hAnsi="Arial"/>
          <w:color w:val="5D7284"/>
        </w:rPr>
        <w:t>12:05</w:t>
      </w:r>
    </w:p>
    <w:p w14:paraId="719C9DD9" w14:textId="77777777" w:rsidR="00F65462" w:rsidRDefault="00023050">
      <w:pPr>
        <w:spacing w:after="0"/>
      </w:pPr>
      <w:r>
        <w:rPr>
          <w:rFonts w:ascii="Arial" w:hAnsi="Arial"/>
        </w:rPr>
        <w:t>Sure.</w:t>
      </w:r>
    </w:p>
    <w:p w14:paraId="238601FE" w14:textId="77777777" w:rsidR="00F65462" w:rsidRDefault="00F65462">
      <w:pPr>
        <w:spacing w:after="0"/>
      </w:pPr>
    </w:p>
    <w:p w14:paraId="1889C296" w14:textId="77777777" w:rsidR="00F65462" w:rsidRDefault="00023050">
      <w:pPr>
        <w:spacing w:after="0"/>
      </w:pPr>
      <w:r>
        <w:rPr>
          <w:rFonts w:ascii="Arial" w:hAnsi="Arial"/>
          <w:b/>
        </w:rPr>
        <w:t xml:space="preserve">Interviewer P:  </w:t>
      </w:r>
      <w:r>
        <w:rPr>
          <w:rFonts w:ascii="Arial" w:hAnsi="Arial"/>
          <w:color w:val="5D7284"/>
        </w:rPr>
        <w:t>12:06</w:t>
      </w:r>
    </w:p>
    <w:p w14:paraId="41EA4ACF" w14:textId="77777777" w:rsidR="00F65462" w:rsidRDefault="00023050">
      <w:pPr>
        <w:spacing w:after="0"/>
      </w:pPr>
      <w:r>
        <w:rPr>
          <w:rFonts w:ascii="Arial" w:hAnsi="Arial"/>
        </w:rPr>
        <w:t xml:space="preserve"> Yeah. Okay.</w:t>
      </w:r>
    </w:p>
    <w:p w14:paraId="0F3CABC7" w14:textId="77777777" w:rsidR="00F65462" w:rsidRDefault="00F65462">
      <w:pPr>
        <w:spacing w:after="0"/>
      </w:pPr>
    </w:p>
    <w:p w14:paraId="339EC6B1" w14:textId="77777777" w:rsidR="00F65462" w:rsidRDefault="00023050">
      <w:pPr>
        <w:spacing w:after="0"/>
      </w:pPr>
      <w:r>
        <w:rPr>
          <w:rFonts w:ascii="Arial" w:hAnsi="Arial"/>
          <w:b/>
        </w:rPr>
        <w:t xml:space="preserve">Participant # 18:  </w:t>
      </w:r>
      <w:r>
        <w:rPr>
          <w:rFonts w:ascii="Arial" w:hAnsi="Arial"/>
          <w:color w:val="5D7284"/>
        </w:rPr>
        <w:t>12:08</w:t>
      </w:r>
    </w:p>
    <w:p w14:paraId="77CB7A8D" w14:textId="77777777" w:rsidR="00F65462" w:rsidRDefault="00023050">
      <w:pPr>
        <w:spacing w:after="0"/>
      </w:pPr>
      <w:r>
        <w:rPr>
          <w:rFonts w:ascii="Arial" w:hAnsi="Arial"/>
        </w:rPr>
        <w:t>I am seeing that the blue that really like yeah, it's at the bottom.</w:t>
      </w:r>
    </w:p>
    <w:p w14:paraId="5B08B5D1" w14:textId="77777777" w:rsidR="00F65462" w:rsidRDefault="00F65462">
      <w:pPr>
        <w:spacing w:after="0"/>
      </w:pPr>
    </w:p>
    <w:p w14:paraId="7DC3BFBA" w14:textId="77777777" w:rsidR="00F65462" w:rsidRDefault="00023050">
      <w:pPr>
        <w:spacing w:after="0"/>
      </w:pPr>
      <w:r>
        <w:rPr>
          <w:rFonts w:ascii="Arial" w:hAnsi="Arial"/>
          <w:b/>
        </w:rPr>
        <w:t xml:space="preserve">Interviewer P:  </w:t>
      </w:r>
      <w:r>
        <w:rPr>
          <w:rFonts w:ascii="Arial" w:hAnsi="Arial"/>
          <w:color w:val="5D7284"/>
        </w:rPr>
        <w:t>12:21</w:t>
      </w:r>
    </w:p>
    <w:p w14:paraId="4C5D3087" w14:textId="77777777" w:rsidR="00F65462" w:rsidRDefault="00023050">
      <w:pPr>
        <w:spacing w:after="0"/>
      </w:pPr>
      <w:r>
        <w:rPr>
          <w:rFonts w:ascii="Arial" w:hAnsi="Arial"/>
        </w:rPr>
        <w:t xml:space="preserve">And Now for the last </w:t>
      </w:r>
      <w:r>
        <w:rPr>
          <w:rFonts w:ascii="Arial" w:hAnsi="Arial"/>
        </w:rPr>
        <w:t>one. Yay.</w:t>
      </w:r>
    </w:p>
    <w:p w14:paraId="16DEB4AB" w14:textId="77777777" w:rsidR="00F65462" w:rsidRDefault="00F65462">
      <w:pPr>
        <w:spacing w:after="0"/>
      </w:pPr>
    </w:p>
    <w:p w14:paraId="1FDCAF7B" w14:textId="77777777" w:rsidR="00F65462" w:rsidRDefault="00023050">
      <w:pPr>
        <w:spacing w:after="0"/>
      </w:pPr>
      <w:r>
        <w:rPr>
          <w:rFonts w:ascii="Arial" w:hAnsi="Arial"/>
          <w:b/>
        </w:rPr>
        <w:t xml:space="preserve">Participant #8:  </w:t>
      </w:r>
      <w:r>
        <w:rPr>
          <w:rFonts w:ascii="Arial" w:hAnsi="Arial"/>
          <w:color w:val="5D7284"/>
        </w:rPr>
        <w:t>12:26</w:t>
      </w:r>
    </w:p>
    <w:p w14:paraId="2B346494" w14:textId="77777777" w:rsidR="00F65462" w:rsidRDefault="00023050">
      <w:pPr>
        <w:spacing w:after="0"/>
      </w:pPr>
      <w:r>
        <w:rPr>
          <w:rFonts w:ascii="Arial" w:hAnsi="Arial"/>
        </w:rPr>
        <w:t>Hopfully I got this one right.</w:t>
      </w:r>
    </w:p>
    <w:p w14:paraId="0AD9C6F4" w14:textId="77777777" w:rsidR="00F65462" w:rsidRDefault="00F65462">
      <w:pPr>
        <w:spacing w:after="0"/>
      </w:pPr>
    </w:p>
    <w:p w14:paraId="64D849EE" w14:textId="77777777" w:rsidR="00F65462" w:rsidRDefault="00023050">
      <w:pPr>
        <w:spacing w:after="0"/>
      </w:pPr>
      <w:r>
        <w:rPr>
          <w:rFonts w:ascii="Arial" w:hAnsi="Arial"/>
          <w:b/>
        </w:rPr>
        <w:t xml:space="preserve">Interviewer P:  </w:t>
      </w:r>
      <w:r>
        <w:rPr>
          <w:rFonts w:ascii="Arial" w:hAnsi="Arial"/>
          <w:color w:val="5D7284"/>
        </w:rPr>
        <w:t>12:27</w:t>
      </w:r>
    </w:p>
    <w:p w14:paraId="618C1079" w14:textId="77777777" w:rsidR="00F65462" w:rsidRDefault="00023050">
      <w:pPr>
        <w:spacing w:after="0"/>
      </w:pPr>
      <w:r>
        <w:rPr>
          <w:rFonts w:ascii="Arial" w:hAnsi="Arial"/>
        </w:rPr>
        <w:t>Yeah, what we see her, this. So green is salty and yellow is fresh.</w:t>
      </w:r>
    </w:p>
    <w:p w14:paraId="4B1F511A" w14:textId="77777777" w:rsidR="00F65462" w:rsidRDefault="00F65462">
      <w:pPr>
        <w:spacing w:after="0"/>
      </w:pPr>
    </w:p>
    <w:p w14:paraId="57D949E3" w14:textId="77777777" w:rsidR="00F65462" w:rsidRDefault="00023050">
      <w:pPr>
        <w:spacing w:after="0"/>
      </w:pPr>
      <w:r>
        <w:rPr>
          <w:rFonts w:ascii="Arial" w:hAnsi="Arial"/>
          <w:b/>
        </w:rPr>
        <w:lastRenderedPageBreak/>
        <w:t xml:space="preserve">Participant # 18:  </w:t>
      </w:r>
      <w:r>
        <w:rPr>
          <w:rFonts w:ascii="Arial" w:hAnsi="Arial"/>
          <w:color w:val="5D7284"/>
        </w:rPr>
        <w:t>12:40</w:t>
      </w:r>
    </w:p>
    <w:p w14:paraId="449A5F5B" w14:textId="77777777" w:rsidR="00F65462" w:rsidRDefault="00023050">
      <w:pPr>
        <w:spacing w:after="0"/>
      </w:pPr>
      <w:r>
        <w:rPr>
          <w:rFonts w:ascii="Arial" w:hAnsi="Arial"/>
        </w:rPr>
        <w:t xml:space="preserve">You could have done a psych experiment to see if people want to get </w:t>
      </w:r>
      <w:r>
        <w:rPr>
          <w:rFonts w:ascii="Arial" w:hAnsi="Arial"/>
        </w:rPr>
        <w:t>things right or they're just more concerned I mean I'm having fun and I'm like hmm I wonder what will happen. Nice yep see like swirls around a little bit and then needs to settle. Green has taken over looks like green but that's so cool It's like Jell-O.</w:t>
      </w:r>
    </w:p>
    <w:p w14:paraId="65F9C3DC" w14:textId="77777777" w:rsidR="00F65462" w:rsidRDefault="00F65462">
      <w:pPr>
        <w:spacing w:after="0"/>
      </w:pPr>
    </w:p>
    <w:p w14:paraId="55001BDE" w14:textId="77777777" w:rsidR="00F65462" w:rsidRDefault="00023050">
      <w:pPr>
        <w:spacing w:after="0"/>
      </w:pPr>
      <w:r>
        <w:rPr>
          <w:rFonts w:ascii="Arial" w:hAnsi="Arial"/>
          <w:b/>
        </w:rPr>
        <w:t xml:space="preserve">Interviewer P:  </w:t>
      </w:r>
      <w:r>
        <w:rPr>
          <w:rFonts w:ascii="Arial" w:hAnsi="Arial"/>
          <w:color w:val="5D7284"/>
        </w:rPr>
        <w:t>13:38</w:t>
      </w:r>
    </w:p>
    <w:p w14:paraId="08BD48AE" w14:textId="77777777" w:rsidR="00F65462" w:rsidRDefault="00023050">
      <w:pPr>
        <w:spacing w:after="0"/>
      </w:pPr>
      <w:r>
        <w:rPr>
          <w:rFonts w:ascii="Arial" w:hAnsi="Arial"/>
        </w:rPr>
        <w:t>After a minute looks pretty much like you predicted. I think yours if I put that behind it sometimes that helps to be able to see.</w:t>
      </w:r>
    </w:p>
    <w:p w14:paraId="5023141B" w14:textId="77777777" w:rsidR="00F65462" w:rsidRDefault="00F65462">
      <w:pPr>
        <w:spacing w:after="0"/>
      </w:pPr>
    </w:p>
    <w:p w14:paraId="498D8474" w14:textId="77777777" w:rsidR="00F65462" w:rsidRDefault="00023050">
      <w:pPr>
        <w:spacing w:after="0"/>
      </w:pPr>
      <w:r>
        <w:rPr>
          <w:rFonts w:ascii="Arial" w:hAnsi="Arial"/>
          <w:b/>
        </w:rPr>
        <w:t xml:space="preserve">Participant #8:  </w:t>
      </w:r>
      <w:r>
        <w:rPr>
          <w:rFonts w:ascii="Arial" w:hAnsi="Arial"/>
          <w:color w:val="5D7284"/>
        </w:rPr>
        <w:t>13:51</w:t>
      </w:r>
    </w:p>
    <w:p w14:paraId="68CDC2B3" w14:textId="77777777" w:rsidR="00F65462" w:rsidRDefault="00023050">
      <w:pPr>
        <w:spacing w:after="0"/>
      </w:pPr>
      <w:r>
        <w:rPr>
          <w:rFonts w:ascii="Arial" w:hAnsi="Arial"/>
        </w:rPr>
        <w:t>Find them. Yeah, I think it's just like green is just so like intense but I can, I can see it.</w:t>
      </w:r>
    </w:p>
    <w:p w14:paraId="1F3B1409" w14:textId="77777777" w:rsidR="00F65462" w:rsidRDefault="00F65462">
      <w:pPr>
        <w:spacing w:after="0"/>
      </w:pPr>
    </w:p>
    <w:p w14:paraId="5EFFDDF8" w14:textId="77777777" w:rsidR="00F65462" w:rsidRDefault="00023050">
      <w:pPr>
        <w:spacing w:after="0"/>
      </w:pPr>
      <w:r>
        <w:rPr>
          <w:rFonts w:ascii="Arial" w:hAnsi="Arial"/>
          <w:b/>
        </w:rPr>
        <w:t xml:space="preserve">Interviewer P:  </w:t>
      </w:r>
      <w:r>
        <w:rPr>
          <w:rFonts w:ascii="Arial" w:hAnsi="Arial"/>
          <w:color w:val="5D7284"/>
        </w:rPr>
        <w:t>13:57</w:t>
      </w:r>
    </w:p>
    <w:p w14:paraId="128FA419" w14:textId="77777777" w:rsidR="00F65462" w:rsidRDefault="00023050">
      <w:pPr>
        <w:spacing w:after="0"/>
      </w:pPr>
      <w:r>
        <w:rPr>
          <w:rFonts w:ascii="Arial" w:hAnsi="Arial"/>
        </w:rPr>
        <w:t>So, there's definitely layers and yeah. And that actually kind of darkens it. So how long do you think those layers will stay?</w:t>
      </w:r>
    </w:p>
    <w:p w14:paraId="562C75D1" w14:textId="77777777" w:rsidR="00F65462" w:rsidRDefault="00F65462">
      <w:pPr>
        <w:spacing w:after="0"/>
      </w:pPr>
    </w:p>
    <w:p w14:paraId="51BA53D8" w14:textId="77777777" w:rsidR="00F65462" w:rsidRDefault="00023050">
      <w:pPr>
        <w:spacing w:after="0"/>
      </w:pPr>
      <w:r>
        <w:rPr>
          <w:rFonts w:ascii="Arial" w:hAnsi="Arial"/>
          <w:b/>
        </w:rPr>
        <w:t xml:space="preserve">Participant # 18:  </w:t>
      </w:r>
      <w:r>
        <w:rPr>
          <w:rFonts w:ascii="Arial" w:hAnsi="Arial"/>
          <w:color w:val="5D7284"/>
        </w:rPr>
        <w:t>14:05</w:t>
      </w:r>
    </w:p>
    <w:p w14:paraId="2F1F2E9D" w14:textId="77777777" w:rsidR="00F65462" w:rsidRDefault="00023050">
      <w:pPr>
        <w:spacing w:after="0"/>
      </w:pPr>
      <w:r>
        <w:rPr>
          <w:rFonts w:ascii="Arial" w:hAnsi="Arial"/>
        </w:rPr>
        <w:t>Yeah. I think they'll stay, like i dont think.</w:t>
      </w:r>
    </w:p>
    <w:p w14:paraId="664355AD" w14:textId="77777777" w:rsidR="00F65462" w:rsidRDefault="00F65462">
      <w:pPr>
        <w:spacing w:after="0"/>
      </w:pPr>
    </w:p>
    <w:p w14:paraId="299C33F9" w14:textId="77777777" w:rsidR="00F65462" w:rsidRDefault="00023050">
      <w:pPr>
        <w:spacing w:after="0"/>
      </w:pPr>
      <w:r>
        <w:rPr>
          <w:rFonts w:ascii="Arial" w:hAnsi="Arial"/>
          <w:b/>
        </w:rPr>
        <w:t xml:space="preserve">Interviewer P:  </w:t>
      </w:r>
      <w:r>
        <w:rPr>
          <w:rFonts w:ascii="Arial" w:hAnsi="Arial"/>
          <w:color w:val="5D7284"/>
        </w:rPr>
        <w:t>14:15</w:t>
      </w:r>
    </w:p>
    <w:p w14:paraId="53F8E306" w14:textId="77777777" w:rsidR="00F65462" w:rsidRDefault="00023050">
      <w:pPr>
        <w:spacing w:after="0"/>
      </w:pPr>
      <w:r>
        <w:rPr>
          <w:rFonts w:ascii="Arial" w:hAnsi="Arial"/>
        </w:rPr>
        <w:t>Forever?</w:t>
      </w:r>
    </w:p>
    <w:p w14:paraId="1A965116" w14:textId="77777777" w:rsidR="00F65462" w:rsidRDefault="00F65462">
      <w:pPr>
        <w:spacing w:after="0"/>
      </w:pPr>
    </w:p>
    <w:p w14:paraId="73FC34DA" w14:textId="77777777" w:rsidR="00F65462" w:rsidRDefault="00023050">
      <w:pPr>
        <w:spacing w:after="0"/>
      </w:pPr>
      <w:r>
        <w:rPr>
          <w:rFonts w:ascii="Arial" w:hAnsi="Arial"/>
          <w:b/>
        </w:rPr>
        <w:t xml:space="preserve">Participant # 18:  </w:t>
      </w:r>
      <w:r>
        <w:rPr>
          <w:rFonts w:ascii="Arial" w:hAnsi="Arial"/>
          <w:color w:val="5D7284"/>
        </w:rPr>
        <w:t>14:18</w:t>
      </w:r>
    </w:p>
    <w:p w14:paraId="2EAA6DA3" w14:textId="77777777" w:rsidR="00F65462" w:rsidRDefault="00023050">
      <w:pPr>
        <w:spacing w:after="0"/>
      </w:pPr>
      <w:r>
        <w:rPr>
          <w:rFonts w:ascii="Arial" w:hAnsi="Arial"/>
        </w:rPr>
        <w:t>Unless the guess a salt I think they'll stay because if the salt is like fully dissolved into the water. Ah I think it was stay...</w:t>
      </w:r>
    </w:p>
    <w:p w14:paraId="7DF4E37C" w14:textId="77777777" w:rsidR="00F65462" w:rsidRDefault="00F65462">
      <w:pPr>
        <w:spacing w:after="0"/>
      </w:pPr>
    </w:p>
    <w:p w14:paraId="0F8E9BBD" w14:textId="77777777" w:rsidR="00F65462" w:rsidRDefault="00023050">
      <w:pPr>
        <w:spacing w:after="0"/>
      </w:pPr>
      <w:r>
        <w:rPr>
          <w:rFonts w:ascii="Arial" w:hAnsi="Arial"/>
          <w:b/>
        </w:rPr>
        <w:t xml:space="preserve">Interviewer P:  </w:t>
      </w:r>
      <w:r>
        <w:rPr>
          <w:rFonts w:ascii="Arial" w:hAnsi="Arial"/>
          <w:color w:val="5D7284"/>
        </w:rPr>
        <w:t>14:39</w:t>
      </w:r>
    </w:p>
    <w:p w14:paraId="569331ED" w14:textId="77777777" w:rsidR="00F65462" w:rsidRDefault="00023050">
      <w:pPr>
        <w:spacing w:after="0"/>
      </w:pPr>
      <w:r>
        <w:rPr>
          <w:rFonts w:ascii="Arial" w:hAnsi="Arial"/>
        </w:rPr>
        <w:t xml:space="preserve">So unlike here where the temperature you think will eat </w:t>
      </w:r>
      <w:r>
        <w:rPr>
          <w:rFonts w:ascii="Arial" w:hAnsi="Arial"/>
        </w:rPr>
        <w:t>eventually become evening throughout. You think that the saltiness will remain.</w:t>
      </w:r>
    </w:p>
    <w:p w14:paraId="44FB30F8" w14:textId="77777777" w:rsidR="00F65462" w:rsidRDefault="00F65462">
      <w:pPr>
        <w:spacing w:after="0"/>
      </w:pPr>
    </w:p>
    <w:p w14:paraId="391D1DD3" w14:textId="77777777" w:rsidR="00F65462" w:rsidRDefault="00023050">
      <w:pPr>
        <w:spacing w:after="0"/>
      </w:pPr>
      <w:r>
        <w:rPr>
          <w:rFonts w:ascii="Arial" w:hAnsi="Arial"/>
          <w:b/>
        </w:rPr>
        <w:t xml:space="preserve">Participant # 18:  </w:t>
      </w:r>
      <w:r>
        <w:rPr>
          <w:rFonts w:ascii="Arial" w:hAnsi="Arial"/>
          <w:color w:val="5D7284"/>
        </w:rPr>
        <w:t>14:48</w:t>
      </w:r>
    </w:p>
    <w:p w14:paraId="2E20332A" w14:textId="77777777" w:rsidR="00F65462" w:rsidRDefault="00023050">
      <w:pPr>
        <w:spacing w:after="0"/>
      </w:pPr>
      <w:r>
        <w:rPr>
          <w:rFonts w:ascii="Arial" w:hAnsi="Arial"/>
        </w:rPr>
        <w:t>Yeah the densities will stay the same.</w:t>
      </w:r>
    </w:p>
    <w:p w14:paraId="1DA6542E" w14:textId="77777777" w:rsidR="00F65462" w:rsidRDefault="00F65462">
      <w:pPr>
        <w:spacing w:after="0"/>
      </w:pPr>
    </w:p>
    <w:p w14:paraId="34A0E850" w14:textId="77777777" w:rsidR="00F65462" w:rsidRDefault="00023050">
      <w:pPr>
        <w:spacing w:after="0"/>
      </w:pPr>
      <w:r>
        <w:rPr>
          <w:rFonts w:ascii="Arial" w:hAnsi="Arial"/>
          <w:b/>
        </w:rPr>
        <w:t xml:space="preserve">Interviewer P:  </w:t>
      </w:r>
      <w:r>
        <w:rPr>
          <w:rFonts w:ascii="Arial" w:hAnsi="Arial"/>
          <w:color w:val="5D7284"/>
        </w:rPr>
        <w:t>14:49</w:t>
      </w:r>
    </w:p>
    <w:p w14:paraId="6390A151" w14:textId="77777777" w:rsidR="00F65462" w:rsidRDefault="00023050">
      <w:pPr>
        <w:spacing w:after="0"/>
      </w:pPr>
      <w:r>
        <w:rPr>
          <w:rFonts w:ascii="Arial" w:hAnsi="Arial"/>
        </w:rPr>
        <w:t>So, what are your ideas or thoughts behind? Like do you have an experience that would lead you to think that or?</w:t>
      </w:r>
    </w:p>
    <w:p w14:paraId="3041E394" w14:textId="77777777" w:rsidR="00F65462" w:rsidRDefault="00F65462">
      <w:pPr>
        <w:spacing w:after="0"/>
      </w:pPr>
    </w:p>
    <w:p w14:paraId="066C70E1" w14:textId="77777777" w:rsidR="00F65462" w:rsidRDefault="00023050">
      <w:pPr>
        <w:spacing w:after="0"/>
      </w:pPr>
      <w:r>
        <w:rPr>
          <w:rFonts w:ascii="Arial" w:hAnsi="Arial"/>
          <w:b/>
        </w:rPr>
        <w:t xml:space="preserve">Participant # 18:  </w:t>
      </w:r>
      <w:r>
        <w:rPr>
          <w:rFonts w:ascii="Arial" w:hAnsi="Arial"/>
          <w:color w:val="5D7284"/>
        </w:rPr>
        <w:t>14:59</w:t>
      </w:r>
    </w:p>
    <w:p w14:paraId="352A7DF8" w14:textId="77777777" w:rsidR="00F65462" w:rsidRDefault="00023050">
      <w:pPr>
        <w:spacing w:after="0"/>
      </w:pPr>
      <w:r>
        <w:rPr>
          <w:rFonts w:ascii="Arial" w:hAnsi="Arial"/>
        </w:rPr>
        <w:t>Uhm I guess I'm just thinking of like imagining if I love, like, a cup of saltwater where the soul has completely dissolved out, I guess like, it depends on where it is. But obviously over time the water would evaporate, and the salt would just be left so technically not forever.</w:t>
      </w:r>
    </w:p>
    <w:p w14:paraId="722B00AE" w14:textId="77777777" w:rsidR="00F65462" w:rsidRDefault="00F65462">
      <w:pPr>
        <w:spacing w:after="0"/>
      </w:pPr>
    </w:p>
    <w:p w14:paraId="5DFEAC90" w14:textId="77777777" w:rsidR="00F65462" w:rsidRDefault="00023050">
      <w:pPr>
        <w:spacing w:after="0"/>
      </w:pPr>
      <w:r>
        <w:rPr>
          <w:rFonts w:ascii="Arial" w:hAnsi="Arial"/>
          <w:b/>
        </w:rPr>
        <w:t xml:space="preserve">Interviewer P:  </w:t>
      </w:r>
      <w:r>
        <w:rPr>
          <w:rFonts w:ascii="Arial" w:hAnsi="Arial"/>
          <w:color w:val="5D7284"/>
        </w:rPr>
        <w:t>15:18</w:t>
      </w:r>
    </w:p>
    <w:p w14:paraId="46DEE2A8" w14:textId="77777777" w:rsidR="00F65462" w:rsidRDefault="00023050">
      <w:pPr>
        <w:spacing w:after="0"/>
      </w:pPr>
      <w:r>
        <w:rPr>
          <w:rFonts w:ascii="Arial" w:hAnsi="Arial"/>
        </w:rPr>
        <w:lastRenderedPageBreak/>
        <w:t>Well, yeah, as long as there's liquid I guess im asking.</w:t>
      </w:r>
    </w:p>
    <w:p w14:paraId="42C6D796" w14:textId="77777777" w:rsidR="00F65462" w:rsidRDefault="00F65462">
      <w:pPr>
        <w:spacing w:after="0"/>
      </w:pPr>
    </w:p>
    <w:p w14:paraId="7A855843" w14:textId="77777777" w:rsidR="00F65462" w:rsidRDefault="00023050">
      <w:pPr>
        <w:spacing w:after="0"/>
      </w:pPr>
      <w:r>
        <w:rPr>
          <w:rFonts w:ascii="Arial" w:hAnsi="Arial"/>
          <w:b/>
        </w:rPr>
        <w:t xml:space="preserve">Participant # 18:  </w:t>
      </w:r>
      <w:r>
        <w:rPr>
          <w:rFonts w:ascii="Arial" w:hAnsi="Arial"/>
          <w:color w:val="5D7284"/>
        </w:rPr>
        <w:t>15:21</w:t>
      </w:r>
    </w:p>
    <w:p w14:paraId="3414E094" w14:textId="77777777" w:rsidR="00F65462" w:rsidRDefault="00023050">
      <w:pPr>
        <w:spacing w:after="0"/>
      </w:pPr>
      <w:r>
        <w:rPr>
          <w:rFonts w:ascii="Arial" w:hAnsi="Arial"/>
        </w:rPr>
        <w:t>As long as there is liquid, then I would say like, it would stay the same because let's say like, the water in the cup it always stay, the salt in the cup mix with the water would always stay the same. If we're not like saying that was all like crystallizing water evaporates. So yeah, I guess just thinking about the ocean like that water is always gonna be salty unless something messes with it. Nothing's tampering with this.</w:t>
      </w:r>
    </w:p>
    <w:p w14:paraId="6E1831B3" w14:textId="77777777" w:rsidR="00F65462" w:rsidRDefault="00F65462">
      <w:pPr>
        <w:spacing w:after="0"/>
      </w:pPr>
    </w:p>
    <w:p w14:paraId="48145EE2" w14:textId="77777777" w:rsidR="00F65462" w:rsidRDefault="00023050">
      <w:pPr>
        <w:spacing w:after="0"/>
      </w:pPr>
      <w:r>
        <w:rPr>
          <w:rFonts w:ascii="Arial" w:hAnsi="Arial"/>
          <w:b/>
        </w:rPr>
        <w:t xml:space="preserve">Interviewer P:  </w:t>
      </w:r>
      <w:r>
        <w:rPr>
          <w:rFonts w:ascii="Arial" w:hAnsi="Arial"/>
          <w:color w:val="5D7284"/>
        </w:rPr>
        <w:t>15:47</w:t>
      </w:r>
    </w:p>
    <w:p w14:paraId="4F64302B" w14:textId="77777777" w:rsidR="00F65462" w:rsidRDefault="00023050">
      <w:pPr>
        <w:spacing w:after="0"/>
      </w:pPr>
      <w:r>
        <w:rPr>
          <w:rFonts w:ascii="Arial" w:hAnsi="Arial"/>
        </w:rPr>
        <w:t>So if we had like a layer of freshwater on top of the ocean, it wasn't mix, it would just stay like that?</w:t>
      </w:r>
    </w:p>
    <w:p w14:paraId="54E11D2A" w14:textId="77777777" w:rsidR="00F65462" w:rsidRDefault="00F65462">
      <w:pPr>
        <w:spacing w:after="0"/>
      </w:pPr>
    </w:p>
    <w:p w14:paraId="224902F0" w14:textId="77777777" w:rsidR="00F65462" w:rsidRDefault="00023050">
      <w:pPr>
        <w:spacing w:after="0"/>
      </w:pPr>
      <w:r>
        <w:rPr>
          <w:rFonts w:ascii="Arial" w:hAnsi="Arial"/>
          <w:b/>
        </w:rPr>
        <w:t xml:space="preserve">Participant # 18:  </w:t>
      </w:r>
      <w:r>
        <w:rPr>
          <w:rFonts w:ascii="Arial" w:hAnsi="Arial"/>
          <w:color w:val="5D7284"/>
        </w:rPr>
        <w:t>15:53</w:t>
      </w:r>
    </w:p>
    <w:p w14:paraId="4AD18D70" w14:textId="77777777" w:rsidR="00F65462" w:rsidRDefault="00023050">
      <w:pPr>
        <w:spacing w:after="0"/>
      </w:pPr>
      <w:r>
        <w:rPr>
          <w:rFonts w:ascii="Arial" w:hAnsi="Arial"/>
        </w:rPr>
        <w:t>I think so.</w:t>
      </w:r>
    </w:p>
    <w:p w14:paraId="31126E5D" w14:textId="77777777" w:rsidR="00F65462" w:rsidRDefault="00F65462">
      <w:pPr>
        <w:spacing w:after="0"/>
      </w:pPr>
    </w:p>
    <w:p w14:paraId="7CA7C69B" w14:textId="77777777" w:rsidR="00F65462" w:rsidRDefault="00023050">
      <w:pPr>
        <w:spacing w:after="0"/>
      </w:pPr>
      <w:r>
        <w:rPr>
          <w:rFonts w:ascii="Arial" w:hAnsi="Arial"/>
          <w:b/>
        </w:rPr>
        <w:t xml:space="preserve">Interviewer P:  </w:t>
      </w:r>
      <w:r>
        <w:rPr>
          <w:rFonts w:ascii="Arial" w:hAnsi="Arial"/>
          <w:color w:val="5D7284"/>
        </w:rPr>
        <w:t>15:54</w:t>
      </w:r>
    </w:p>
    <w:p w14:paraId="4221EC20" w14:textId="77777777" w:rsidR="00F65462" w:rsidRDefault="00023050">
      <w:pPr>
        <w:spacing w:after="0"/>
      </w:pPr>
      <w:r>
        <w:rPr>
          <w:rFonts w:ascii="Arial" w:hAnsi="Arial"/>
        </w:rPr>
        <w:t>If it was, I mean, the ocean things are one thing, so.</w:t>
      </w:r>
    </w:p>
    <w:p w14:paraId="2DE403A5" w14:textId="77777777" w:rsidR="00F65462" w:rsidRDefault="00F65462">
      <w:pPr>
        <w:spacing w:after="0"/>
      </w:pPr>
    </w:p>
    <w:p w14:paraId="74C2CD6E" w14:textId="77777777" w:rsidR="00F65462" w:rsidRDefault="00023050">
      <w:pPr>
        <w:spacing w:after="0"/>
      </w:pPr>
      <w:r>
        <w:rPr>
          <w:rFonts w:ascii="Arial" w:hAnsi="Arial"/>
          <w:b/>
        </w:rPr>
        <w:t xml:space="preserve">Participant #8:  </w:t>
      </w:r>
      <w:r>
        <w:rPr>
          <w:rFonts w:ascii="Arial" w:hAnsi="Arial"/>
          <w:color w:val="5D7284"/>
        </w:rPr>
        <w:t>16:02</w:t>
      </w:r>
    </w:p>
    <w:p w14:paraId="78CA3622" w14:textId="77777777" w:rsidR="00F65462" w:rsidRDefault="00023050">
      <w:pPr>
        <w:spacing w:after="0"/>
      </w:pPr>
      <w:r>
        <w:rPr>
          <w:rFonts w:ascii="Arial" w:hAnsi="Arial"/>
        </w:rPr>
        <w:t xml:space="preserve">I think it might. I guess maybe I think it might mix. If I'm thinking about if I have a cup of saltwater and I put fresh water in it. </w:t>
      </w:r>
      <w:r>
        <w:rPr>
          <w:rFonts w:ascii="Arial" w:hAnsi="Arial"/>
        </w:rPr>
        <w:t>They're separate, but then they like, mix around. Maybe over time? I don't know. I don't know. I'm kind of lost. I'll just, it'll just stay like that forever. Okay, not sure.</w:t>
      </w:r>
    </w:p>
    <w:p w14:paraId="62431CDC" w14:textId="77777777" w:rsidR="00F65462" w:rsidRDefault="00F65462">
      <w:pPr>
        <w:spacing w:after="0"/>
      </w:pPr>
    </w:p>
    <w:p w14:paraId="41F22E19" w14:textId="77777777" w:rsidR="00F65462" w:rsidRDefault="00023050">
      <w:pPr>
        <w:spacing w:after="0"/>
      </w:pPr>
      <w:r>
        <w:rPr>
          <w:rFonts w:ascii="Arial" w:hAnsi="Arial"/>
          <w:b/>
        </w:rPr>
        <w:t xml:space="preserve">Interviewer P:  </w:t>
      </w:r>
      <w:r>
        <w:rPr>
          <w:rFonts w:ascii="Arial" w:hAnsi="Arial"/>
          <w:color w:val="5D7284"/>
        </w:rPr>
        <w:t>16:22</w:t>
      </w:r>
    </w:p>
    <w:p w14:paraId="6C6555E8" w14:textId="77777777" w:rsidR="00F65462" w:rsidRDefault="00023050">
      <w:pPr>
        <w:spacing w:after="0"/>
      </w:pPr>
      <w:r>
        <w:rPr>
          <w:rFonts w:ascii="Arial" w:hAnsi="Arial"/>
        </w:rPr>
        <w:t xml:space="preserve">Yeah, I think that's good. </w:t>
      </w:r>
    </w:p>
    <w:p w14:paraId="49E398E2" w14:textId="77777777" w:rsidR="00F65462" w:rsidRDefault="00F65462">
      <w:pPr>
        <w:spacing w:after="0"/>
      </w:pPr>
    </w:p>
    <w:p w14:paraId="54EBD585" w14:textId="77777777" w:rsidR="00F65462" w:rsidRDefault="00023050">
      <w:pPr>
        <w:spacing w:after="0"/>
      </w:pPr>
      <w:r>
        <w:rPr>
          <w:rFonts w:ascii="Arial" w:hAnsi="Arial"/>
          <w:b/>
        </w:rPr>
        <w:t xml:space="preserve">Participant # 18:  </w:t>
      </w:r>
      <w:r>
        <w:rPr>
          <w:rFonts w:ascii="Arial" w:hAnsi="Arial"/>
          <w:color w:val="5D7284"/>
        </w:rPr>
        <w:t>16:23</w:t>
      </w:r>
    </w:p>
    <w:p w14:paraId="445AE874" w14:textId="77777777" w:rsidR="00F65462" w:rsidRDefault="00023050">
      <w:pPr>
        <w:spacing w:after="0"/>
      </w:pPr>
      <w:r>
        <w:rPr>
          <w:rFonts w:ascii="Arial" w:hAnsi="Arial"/>
        </w:rPr>
        <w:t xml:space="preserve">Yeah. </w:t>
      </w:r>
    </w:p>
    <w:p w14:paraId="16287F21" w14:textId="77777777" w:rsidR="00F65462" w:rsidRDefault="00F65462">
      <w:pPr>
        <w:spacing w:after="0"/>
      </w:pPr>
    </w:p>
    <w:p w14:paraId="3E454B27" w14:textId="77777777" w:rsidR="00F65462" w:rsidRDefault="00023050">
      <w:pPr>
        <w:spacing w:after="0"/>
      </w:pPr>
      <w:r>
        <w:rPr>
          <w:rFonts w:ascii="Arial" w:hAnsi="Arial"/>
          <w:b/>
        </w:rPr>
        <w:t xml:space="preserve">Interviewer P:  </w:t>
      </w:r>
      <w:r>
        <w:rPr>
          <w:rFonts w:ascii="Arial" w:hAnsi="Arial"/>
          <w:color w:val="5D7284"/>
        </w:rPr>
        <w:t>16:24</w:t>
      </w:r>
    </w:p>
    <w:p w14:paraId="68C5F586" w14:textId="77777777" w:rsidR="00F65462" w:rsidRDefault="00023050">
      <w:pPr>
        <w:spacing w:after="0"/>
      </w:pPr>
      <w:r>
        <w:rPr>
          <w:rFonts w:ascii="Arial" w:hAnsi="Arial"/>
        </w:rPr>
        <w:t>All right. So I'm gonna put this over here. And Erika who you have been emailng with, made some time lapse videos of these. So this one is the first one that we get, which is your hot and cold water. Yeah. And it's condensed down to 33 Seconds.</w:t>
      </w:r>
    </w:p>
    <w:p w14:paraId="5BE93A62" w14:textId="77777777" w:rsidR="00F65462" w:rsidRDefault="00F65462">
      <w:pPr>
        <w:spacing w:after="0"/>
      </w:pPr>
    </w:p>
    <w:p w14:paraId="12C007D1" w14:textId="77777777" w:rsidR="00F65462" w:rsidRDefault="00023050">
      <w:pPr>
        <w:spacing w:after="0"/>
      </w:pPr>
      <w:r>
        <w:rPr>
          <w:rFonts w:ascii="Arial" w:hAnsi="Arial"/>
          <w:b/>
        </w:rPr>
        <w:t xml:space="preserve">Participant #8:  </w:t>
      </w:r>
      <w:r>
        <w:rPr>
          <w:rFonts w:ascii="Arial" w:hAnsi="Arial"/>
          <w:color w:val="5D7284"/>
        </w:rPr>
        <w:t>16:45</w:t>
      </w:r>
    </w:p>
    <w:p w14:paraId="5E66861B" w14:textId="77777777" w:rsidR="00F65462" w:rsidRDefault="00023050">
      <w:pPr>
        <w:spacing w:after="0"/>
      </w:pPr>
      <w:r>
        <w:rPr>
          <w:rFonts w:ascii="Arial" w:hAnsi="Arial"/>
        </w:rPr>
        <w:t>How long was this?</w:t>
      </w:r>
    </w:p>
    <w:p w14:paraId="384BA73E" w14:textId="77777777" w:rsidR="00F65462" w:rsidRDefault="00F65462">
      <w:pPr>
        <w:spacing w:after="0"/>
      </w:pPr>
    </w:p>
    <w:p w14:paraId="49599B51" w14:textId="77777777" w:rsidR="00F65462" w:rsidRDefault="00023050">
      <w:pPr>
        <w:spacing w:after="0"/>
      </w:pPr>
      <w:r>
        <w:rPr>
          <w:rFonts w:ascii="Arial" w:hAnsi="Arial"/>
          <w:b/>
        </w:rPr>
        <w:t xml:space="preserve">Interviewer P:  </w:t>
      </w:r>
      <w:r>
        <w:rPr>
          <w:rFonts w:ascii="Arial" w:hAnsi="Arial"/>
          <w:color w:val="5D7284"/>
        </w:rPr>
        <w:t>16:46</w:t>
      </w:r>
    </w:p>
    <w:p w14:paraId="14DC30D0" w14:textId="77777777" w:rsidR="00F65462" w:rsidRDefault="00023050">
      <w:pPr>
        <w:spacing w:after="0"/>
      </w:pPr>
      <w:r>
        <w:rPr>
          <w:rFonts w:ascii="Arial" w:hAnsi="Arial"/>
        </w:rPr>
        <w:t xml:space="preserve">Did you say I'm gonna ask you that in a minute after you watch it so?So what do you find interesting about that? </w:t>
      </w:r>
    </w:p>
    <w:p w14:paraId="34B3F2EB" w14:textId="77777777" w:rsidR="00F65462" w:rsidRDefault="00F65462">
      <w:pPr>
        <w:spacing w:after="0"/>
      </w:pPr>
    </w:p>
    <w:p w14:paraId="1184D649" w14:textId="77777777" w:rsidR="00F65462" w:rsidRDefault="00023050">
      <w:pPr>
        <w:spacing w:after="0"/>
      </w:pPr>
      <w:r>
        <w:rPr>
          <w:rFonts w:ascii="Arial" w:hAnsi="Arial"/>
          <w:b/>
        </w:rPr>
        <w:t xml:space="preserve">Participant # 18:  </w:t>
      </w:r>
      <w:r>
        <w:rPr>
          <w:rFonts w:ascii="Arial" w:hAnsi="Arial"/>
          <w:color w:val="5D7284"/>
        </w:rPr>
        <w:t>17:12</w:t>
      </w:r>
    </w:p>
    <w:p w14:paraId="04502EA5" w14:textId="77777777" w:rsidR="00F65462" w:rsidRDefault="00023050">
      <w:pPr>
        <w:spacing w:after="0"/>
      </w:pPr>
      <w:r>
        <w:rPr>
          <w:rFonts w:ascii="Arial" w:hAnsi="Arial"/>
        </w:rPr>
        <w:t>A lot of like swirling the blue like going up and the water that was on top did like the water on top the hot water.</w:t>
      </w:r>
    </w:p>
    <w:p w14:paraId="7D34F5C7" w14:textId="77777777" w:rsidR="00F65462" w:rsidRDefault="00F65462">
      <w:pPr>
        <w:spacing w:after="0"/>
      </w:pPr>
    </w:p>
    <w:p w14:paraId="150EC964" w14:textId="77777777" w:rsidR="00F65462" w:rsidRDefault="00023050">
      <w:pPr>
        <w:spacing w:after="0"/>
      </w:pPr>
      <w:r>
        <w:rPr>
          <w:rFonts w:ascii="Arial" w:hAnsi="Arial"/>
          <w:b/>
        </w:rPr>
        <w:t xml:space="preserve">Interviewer P:  </w:t>
      </w:r>
      <w:r>
        <w:rPr>
          <w:rFonts w:ascii="Arial" w:hAnsi="Arial"/>
          <w:color w:val="5D7284"/>
        </w:rPr>
        <w:t>17:29</w:t>
      </w:r>
    </w:p>
    <w:p w14:paraId="77D5EBE2" w14:textId="77777777" w:rsidR="00F65462" w:rsidRDefault="00023050">
      <w:pPr>
        <w:spacing w:after="0"/>
      </w:pPr>
      <w:r>
        <w:rPr>
          <w:rFonts w:ascii="Arial" w:hAnsi="Arial"/>
        </w:rPr>
        <w:t>Yeah, the red water was hot.</w:t>
      </w:r>
    </w:p>
    <w:p w14:paraId="0B4020A7" w14:textId="77777777" w:rsidR="00F65462" w:rsidRDefault="00F65462">
      <w:pPr>
        <w:spacing w:after="0"/>
      </w:pPr>
    </w:p>
    <w:p w14:paraId="130B817F" w14:textId="77777777" w:rsidR="00F65462" w:rsidRDefault="00023050">
      <w:pPr>
        <w:spacing w:after="0"/>
      </w:pPr>
      <w:r>
        <w:rPr>
          <w:rFonts w:ascii="Arial" w:hAnsi="Arial"/>
          <w:b/>
        </w:rPr>
        <w:t xml:space="preserve">Participant # 18:  </w:t>
      </w:r>
      <w:r>
        <w:rPr>
          <w:rFonts w:ascii="Arial" w:hAnsi="Arial"/>
          <w:color w:val="5D7284"/>
        </w:rPr>
        <w:t>17:31</w:t>
      </w:r>
    </w:p>
    <w:p w14:paraId="79F12CB2" w14:textId="77777777" w:rsidR="00F65462" w:rsidRDefault="00023050">
      <w:pPr>
        <w:spacing w:after="0"/>
      </w:pPr>
      <w:r>
        <w:rPr>
          <w:rFonts w:ascii="Arial" w:hAnsi="Arial"/>
        </w:rPr>
        <w:t>The red water. Okay, that makes more sense. Colors. Things.</w:t>
      </w:r>
    </w:p>
    <w:p w14:paraId="1D7B270A" w14:textId="77777777" w:rsidR="00F65462" w:rsidRDefault="00F65462">
      <w:pPr>
        <w:spacing w:after="0"/>
      </w:pPr>
    </w:p>
    <w:p w14:paraId="1BA5B153" w14:textId="77777777" w:rsidR="00F65462" w:rsidRDefault="00023050">
      <w:pPr>
        <w:spacing w:after="0"/>
      </w:pPr>
      <w:r>
        <w:rPr>
          <w:rFonts w:ascii="Arial" w:hAnsi="Arial"/>
          <w:b/>
        </w:rPr>
        <w:t xml:space="preserve">Interviewer P:  </w:t>
      </w:r>
      <w:r>
        <w:rPr>
          <w:rFonts w:ascii="Arial" w:hAnsi="Arial"/>
          <w:color w:val="5D7284"/>
        </w:rPr>
        <w:t>17:34</w:t>
      </w:r>
    </w:p>
    <w:p w14:paraId="4EDEAD11" w14:textId="77777777" w:rsidR="00F65462" w:rsidRDefault="00023050">
      <w:pPr>
        <w:spacing w:after="0"/>
      </w:pPr>
      <w:r>
        <w:rPr>
          <w:rFonts w:ascii="Arial" w:hAnsi="Arial"/>
        </w:rPr>
        <w:t xml:space="preserve">Yeah I did it that way on purpose. </w:t>
      </w:r>
    </w:p>
    <w:p w14:paraId="4F904CB7" w14:textId="77777777" w:rsidR="00F65462" w:rsidRDefault="00F65462">
      <w:pPr>
        <w:spacing w:after="0"/>
      </w:pPr>
    </w:p>
    <w:p w14:paraId="3F2E3FAF" w14:textId="77777777" w:rsidR="00F65462" w:rsidRDefault="00023050">
      <w:pPr>
        <w:spacing w:after="0"/>
      </w:pPr>
      <w:r>
        <w:rPr>
          <w:rFonts w:ascii="Arial" w:hAnsi="Arial"/>
          <w:b/>
        </w:rPr>
        <w:t xml:space="preserve">Participant # 18:  </w:t>
      </w:r>
      <w:r>
        <w:rPr>
          <w:rFonts w:ascii="Arial" w:hAnsi="Arial"/>
          <w:color w:val="5D7284"/>
        </w:rPr>
        <w:t>17:36</w:t>
      </w:r>
    </w:p>
    <w:p w14:paraId="7DACDE2A" w14:textId="77777777" w:rsidR="00F65462" w:rsidRDefault="00023050">
      <w:pPr>
        <w:spacing w:after="0"/>
      </w:pPr>
      <w:r>
        <w:rPr>
          <w:rFonts w:ascii="Arial" w:hAnsi="Arial"/>
        </w:rPr>
        <w:t xml:space="preserve">Yeah that make sence. Uhm so the hot water was trickling down. And I thought I just didn't I don't think I said that. I don't remember what I said. </w:t>
      </w:r>
    </w:p>
    <w:p w14:paraId="06971CD3" w14:textId="77777777" w:rsidR="00F65462" w:rsidRDefault="00F65462">
      <w:pPr>
        <w:spacing w:after="0"/>
      </w:pPr>
    </w:p>
    <w:p w14:paraId="2361259B" w14:textId="77777777" w:rsidR="00F65462" w:rsidRDefault="00023050">
      <w:pPr>
        <w:spacing w:after="0"/>
      </w:pPr>
      <w:r>
        <w:rPr>
          <w:rFonts w:ascii="Arial" w:hAnsi="Arial"/>
          <w:b/>
        </w:rPr>
        <w:t xml:space="preserve">Interviewer P:  </w:t>
      </w:r>
      <w:r>
        <w:rPr>
          <w:rFonts w:ascii="Arial" w:hAnsi="Arial"/>
          <w:color w:val="5D7284"/>
        </w:rPr>
        <w:t>17:51</w:t>
      </w:r>
    </w:p>
    <w:p w14:paraId="04CBB7C9" w14:textId="77777777" w:rsidR="00F65462" w:rsidRDefault="00023050">
      <w:pPr>
        <w:spacing w:after="0"/>
      </w:pPr>
      <w:r>
        <w:rPr>
          <w:rFonts w:ascii="Arial" w:hAnsi="Arial"/>
        </w:rPr>
        <w:t>Yeah.</w:t>
      </w:r>
    </w:p>
    <w:p w14:paraId="2A1F701D" w14:textId="77777777" w:rsidR="00F65462" w:rsidRDefault="00F65462">
      <w:pPr>
        <w:spacing w:after="0"/>
      </w:pPr>
    </w:p>
    <w:p w14:paraId="208533C0" w14:textId="77777777" w:rsidR="00F65462" w:rsidRDefault="00023050">
      <w:pPr>
        <w:spacing w:after="0"/>
      </w:pPr>
      <w:r>
        <w:rPr>
          <w:rFonts w:ascii="Arial" w:hAnsi="Arial"/>
          <w:b/>
        </w:rPr>
        <w:t xml:space="preserve">Participant # 18:  </w:t>
      </w:r>
      <w:r>
        <w:rPr>
          <w:rFonts w:ascii="Arial" w:hAnsi="Arial"/>
          <w:color w:val="5D7284"/>
        </w:rPr>
        <w:t>17:52</w:t>
      </w:r>
    </w:p>
    <w:p w14:paraId="72D2A86F" w14:textId="77777777" w:rsidR="00F65462" w:rsidRDefault="00023050">
      <w:pPr>
        <w:spacing w:after="0"/>
      </w:pPr>
      <w:r>
        <w:rPr>
          <w:rFonts w:ascii="Arial" w:hAnsi="Arial"/>
        </w:rPr>
        <w:t>But I didn't I thought because it seemed like hot water would go. Okay. Well, hot water is. I guess if it's like mixing, I don't know. Like, potentially.</w:t>
      </w:r>
    </w:p>
    <w:p w14:paraId="03EFCA41" w14:textId="77777777" w:rsidR="00F65462" w:rsidRDefault="00F65462">
      <w:pPr>
        <w:spacing w:after="0"/>
      </w:pPr>
    </w:p>
    <w:p w14:paraId="43B47895" w14:textId="77777777" w:rsidR="00F65462" w:rsidRDefault="00023050">
      <w:pPr>
        <w:spacing w:after="0"/>
      </w:pPr>
      <w:r>
        <w:rPr>
          <w:rFonts w:ascii="Arial" w:hAnsi="Arial"/>
          <w:b/>
        </w:rPr>
        <w:t xml:space="preserve">Interviewer P:  </w:t>
      </w:r>
      <w:r>
        <w:rPr>
          <w:rFonts w:ascii="Arial" w:hAnsi="Arial"/>
          <w:color w:val="5D7284"/>
        </w:rPr>
        <w:t>18:05</w:t>
      </w:r>
    </w:p>
    <w:p w14:paraId="0221FD09" w14:textId="77777777" w:rsidR="00F65462" w:rsidRDefault="00023050">
      <w:pPr>
        <w:spacing w:after="0"/>
      </w:pPr>
      <w:r>
        <w:rPr>
          <w:rFonts w:ascii="Arial" w:hAnsi="Arial"/>
        </w:rPr>
        <w:t>It happens really too fast to kind of see the swirling. But I think what's interesting is these like.</w:t>
      </w:r>
    </w:p>
    <w:p w14:paraId="5F96A722" w14:textId="77777777" w:rsidR="00F65462" w:rsidRDefault="00F65462">
      <w:pPr>
        <w:spacing w:after="0"/>
      </w:pPr>
    </w:p>
    <w:p w14:paraId="402AD29B" w14:textId="77777777" w:rsidR="00F65462" w:rsidRDefault="00023050">
      <w:pPr>
        <w:spacing w:after="0"/>
      </w:pPr>
      <w:r>
        <w:rPr>
          <w:rFonts w:ascii="Arial" w:hAnsi="Arial"/>
          <w:b/>
        </w:rPr>
        <w:t xml:space="preserve">Participant # 18:  </w:t>
      </w:r>
      <w:r>
        <w:rPr>
          <w:rFonts w:ascii="Arial" w:hAnsi="Arial"/>
          <w:color w:val="5D7284"/>
        </w:rPr>
        <w:t>18:10</w:t>
      </w:r>
    </w:p>
    <w:p w14:paraId="7B39CA75" w14:textId="77777777" w:rsidR="00F65462" w:rsidRDefault="00023050">
      <w:pPr>
        <w:spacing w:after="0"/>
      </w:pPr>
      <w:r>
        <w:rPr>
          <w:rFonts w:ascii="Arial" w:hAnsi="Arial"/>
        </w:rPr>
        <w:t>These like.</w:t>
      </w:r>
    </w:p>
    <w:p w14:paraId="5B95CD12" w14:textId="77777777" w:rsidR="00F65462" w:rsidRDefault="00F65462">
      <w:pPr>
        <w:spacing w:after="0"/>
      </w:pPr>
    </w:p>
    <w:p w14:paraId="07803329" w14:textId="77777777" w:rsidR="00F65462" w:rsidRDefault="00023050">
      <w:pPr>
        <w:spacing w:after="0"/>
      </w:pPr>
      <w:r>
        <w:rPr>
          <w:rFonts w:ascii="Arial" w:hAnsi="Arial"/>
          <w:b/>
        </w:rPr>
        <w:t xml:space="preserve">Interviewer P:  </w:t>
      </w:r>
      <w:r>
        <w:rPr>
          <w:rFonts w:ascii="Arial" w:hAnsi="Arial"/>
          <w:color w:val="5D7284"/>
        </w:rPr>
        <w:t>18:11</w:t>
      </w:r>
    </w:p>
    <w:p w14:paraId="39924282" w14:textId="77777777" w:rsidR="00F65462" w:rsidRDefault="00023050">
      <w:pPr>
        <w:spacing w:after="0"/>
      </w:pPr>
      <w:r>
        <w:rPr>
          <w:rFonts w:ascii="Arial" w:hAnsi="Arial"/>
        </w:rPr>
        <w:t>Yeah.</w:t>
      </w:r>
    </w:p>
    <w:p w14:paraId="5220BBB2" w14:textId="77777777" w:rsidR="00F65462" w:rsidRDefault="00F65462">
      <w:pPr>
        <w:spacing w:after="0"/>
      </w:pPr>
    </w:p>
    <w:p w14:paraId="4318A3B3" w14:textId="77777777" w:rsidR="00F65462" w:rsidRDefault="00023050">
      <w:pPr>
        <w:spacing w:after="0"/>
      </w:pPr>
      <w:r>
        <w:rPr>
          <w:rFonts w:ascii="Arial" w:hAnsi="Arial"/>
          <w:b/>
        </w:rPr>
        <w:t xml:space="preserve">Participant # 18:  </w:t>
      </w:r>
      <w:r>
        <w:rPr>
          <w:rFonts w:ascii="Arial" w:hAnsi="Arial"/>
          <w:color w:val="5D7284"/>
        </w:rPr>
        <w:t>18:11</w:t>
      </w:r>
    </w:p>
    <w:p w14:paraId="1FFBD6AC" w14:textId="77777777" w:rsidR="00F65462" w:rsidRDefault="00023050">
      <w:pPr>
        <w:spacing w:after="0"/>
      </w:pPr>
      <w:r>
        <w:rPr>
          <w:rFonts w:ascii="Arial" w:hAnsi="Arial"/>
        </w:rPr>
        <w:t>Yeah, that was that's interesting to me.</w:t>
      </w:r>
    </w:p>
    <w:p w14:paraId="13CB595B" w14:textId="77777777" w:rsidR="00F65462" w:rsidRDefault="00F65462">
      <w:pPr>
        <w:spacing w:after="0"/>
      </w:pPr>
    </w:p>
    <w:p w14:paraId="0EA3A9B8" w14:textId="77777777" w:rsidR="00F65462" w:rsidRDefault="00023050">
      <w:pPr>
        <w:spacing w:after="0"/>
      </w:pPr>
      <w:r>
        <w:rPr>
          <w:rFonts w:ascii="Arial" w:hAnsi="Arial"/>
          <w:b/>
        </w:rPr>
        <w:t xml:space="preserve">Interviewer P:  </w:t>
      </w:r>
      <w:r>
        <w:rPr>
          <w:rFonts w:ascii="Arial" w:hAnsi="Arial"/>
          <w:color w:val="5D7284"/>
        </w:rPr>
        <w:t>18:16</w:t>
      </w:r>
    </w:p>
    <w:p w14:paraId="22D257D4" w14:textId="77777777" w:rsidR="00F65462" w:rsidRDefault="00023050">
      <w:pPr>
        <w:spacing w:after="0"/>
      </w:pPr>
      <w:r>
        <w:rPr>
          <w:rFonts w:ascii="Arial" w:hAnsi="Arial"/>
        </w:rPr>
        <w:t>So how long do you think this whole thing represents real time?</w:t>
      </w:r>
    </w:p>
    <w:p w14:paraId="6D9C8D39" w14:textId="77777777" w:rsidR="00F65462" w:rsidRDefault="00F65462">
      <w:pPr>
        <w:spacing w:after="0"/>
      </w:pPr>
    </w:p>
    <w:p w14:paraId="050484FD" w14:textId="77777777" w:rsidR="00F65462" w:rsidRDefault="00023050">
      <w:pPr>
        <w:spacing w:after="0"/>
      </w:pPr>
      <w:r>
        <w:rPr>
          <w:rFonts w:ascii="Arial" w:hAnsi="Arial"/>
          <w:b/>
        </w:rPr>
        <w:t xml:space="preserve">Participant #8:  </w:t>
      </w:r>
      <w:r>
        <w:rPr>
          <w:rFonts w:ascii="Arial" w:hAnsi="Arial"/>
          <w:color w:val="5D7284"/>
        </w:rPr>
        <w:t>18:22</w:t>
      </w:r>
    </w:p>
    <w:p w14:paraId="2B6A9826" w14:textId="77777777" w:rsidR="00F65462" w:rsidRDefault="00023050">
      <w:pPr>
        <w:spacing w:after="0"/>
      </w:pPr>
      <w:r>
        <w:rPr>
          <w:rFonts w:ascii="Arial" w:hAnsi="Arial"/>
        </w:rPr>
        <w:t>Probably like, 24 hours?</w:t>
      </w:r>
    </w:p>
    <w:p w14:paraId="675E05EE" w14:textId="77777777" w:rsidR="00F65462" w:rsidRDefault="00F65462">
      <w:pPr>
        <w:spacing w:after="0"/>
      </w:pPr>
    </w:p>
    <w:p w14:paraId="3040C049" w14:textId="77777777" w:rsidR="00F65462" w:rsidRDefault="00023050">
      <w:pPr>
        <w:spacing w:after="0"/>
      </w:pPr>
      <w:r>
        <w:rPr>
          <w:rFonts w:ascii="Arial" w:hAnsi="Arial"/>
          <w:b/>
        </w:rPr>
        <w:t xml:space="preserve">Interviewer P:  </w:t>
      </w:r>
      <w:r>
        <w:rPr>
          <w:rFonts w:ascii="Arial" w:hAnsi="Arial"/>
          <w:color w:val="5D7284"/>
        </w:rPr>
        <w:t>18:24</w:t>
      </w:r>
    </w:p>
    <w:p w14:paraId="35A94355" w14:textId="77777777" w:rsidR="00F65462" w:rsidRDefault="00023050">
      <w:pPr>
        <w:spacing w:after="0"/>
      </w:pPr>
      <w:r>
        <w:rPr>
          <w:rFonts w:ascii="Arial" w:hAnsi="Arial"/>
        </w:rPr>
        <w:t xml:space="preserve">It's an hour. </w:t>
      </w:r>
    </w:p>
    <w:p w14:paraId="2FC17F8B" w14:textId="77777777" w:rsidR="00F65462" w:rsidRDefault="00F65462">
      <w:pPr>
        <w:spacing w:after="0"/>
      </w:pPr>
    </w:p>
    <w:p w14:paraId="3510BA5F" w14:textId="77777777" w:rsidR="00F65462" w:rsidRDefault="00023050">
      <w:pPr>
        <w:spacing w:after="0"/>
      </w:pPr>
      <w:r>
        <w:rPr>
          <w:rFonts w:ascii="Arial" w:hAnsi="Arial"/>
          <w:b/>
        </w:rPr>
        <w:t xml:space="preserve">Participant # 18:  </w:t>
      </w:r>
      <w:r>
        <w:rPr>
          <w:rFonts w:ascii="Arial" w:hAnsi="Arial"/>
          <w:color w:val="5D7284"/>
        </w:rPr>
        <w:t>18:25</w:t>
      </w:r>
    </w:p>
    <w:p w14:paraId="54FFA017" w14:textId="77777777" w:rsidR="00F65462" w:rsidRDefault="00023050">
      <w:pPr>
        <w:spacing w:after="0"/>
      </w:pPr>
      <w:r>
        <w:rPr>
          <w:rFonts w:ascii="Arial" w:hAnsi="Arial"/>
        </w:rPr>
        <w:t>Really?</w:t>
      </w:r>
    </w:p>
    <w:p w14:paraId="0A4F7224" w14:textId="77777777" w:rsidR="00F65462" w:rsidRDefault="00F65462">
      <w:pPr>
        <w:spacing w:after="0"/>
      </w:pPr>
    </w:p>
    <w:p w14:paraId="56EBF32E" w14:textId="77777777" w:rsidR="00F65462" w:rsidRDefault="00023050">
      <w:pPr>
        <w:spacing w:after="0"/>
      </w:pPr>
      <w:r>
        <w:rPr>
          <w:rFonts w:ascii="Arial" w:hAnsi="Arial"/>
          <w:b/>
        </w:rPr>
        <w:t xml:space="preserve">Interviewer P:  </w:t>
      </w:r>
      <w:r>
        <w:rPr>
          <w:rFonts w:ascii="Arial" w:hAnsi="Arial"/>
          <w:color w:val="5D7284"/>
        </w:rPr>
        <w:t>18:25</w:t>
      </w:r>
    </w:p>
    <w:p w14:paraId="18596E25" w14:textId="77777777" w:rsidR="00F65462" w:rsidRDefault="00023050">
      <w:pPr>
        <w:spacing w:after="0"/>
      </w:pPr>
      <w:r>
        <w:rPr>
          <w:rFonts w:ascii="Arial" w:hAnsi="Arial"/>
        </w:rPr>
        <w:t xml:space="preserve"> Yeah.</w:t>
      </w:r>
    </w:p>
    <w:p w14:paraId="5AE48A43" w14:textId="77777777" w:rsidR="00F65462" w:rsidRDefault="00F65462">
      <w:pPr>
        <w:spacing w:after="0"/>
      </w:pPr>
    </w:p>
    <w:p w14:paraId="53B84EF3" w14:textId="77777777" w:rsidR="00F65462" w:rsidRDefault="00023050">
      <w:pPr>
        <w:spacing w:after="0"/>
      </w:pPr>
      <w:r>
        <w:rPr>
          <w:rFonts w:ascii="Arial" w:hAnsi="Arial"/>
          <w:b/>
        </w:rPr>
        <w:t xml:space="preserve">Participant #8:  </w:t>
      </w:r>
      <w:r>
        <w:rPr>
          <w:rFonts w:ascii="Arial" w:hAnsi="Arial"/>
          <w:color w:val="5D7284"/>
        </w:rPr>
        <w:t>18:26</w:t>
      </w:r>
    </w:p>
    <w:p w14:paraId="00FD49F5" w14:textId="77777777" w:rsidR="00F65462" w:rsidRDefault="00023050">
      <w:pPr>
        <w:spacing w:after="0"/>
      </w:pPr>
      <w:r>
        <w:rPr>
          <w:rFonts w:ascii="Arial" w:hAnsi="Arial"/>
        </w:rPr>
        <w:t xml:space="preserve">I originally thought it was an hour. But that was a you know what? No, like, I bet this took way longer than I expected. Okay. I </w:t>
      </w:r>
      <w:r>
        <w:rPr>
          <w:rFonts w:ascii="Arial" w:hAnsi="Arial"/>
        </w:rPr>
        <w:t>should have just went with my original thought but.</w:t>
      </w:r>
    </w:p>
    <w:p w14:paraId="50F40DEB" w14:textId="77777777" w:rsidR="00F65462" w:rsidRDefault="00F65462">
      <w:pPr>
        <w:spacing w:after="0"/>
      </w:pPr>
    </w:p>
    <w:p w14:paraId="4859E926" w14:textId="77777777" w:rsidR="00F65462" w:rsidRDefault="00023050">
      <w:pPr>
        <w:spacing w:after="0"/>
      </w:pPr>
      <w:r>
        <w:rPr>
          <w:rFonts w:ascii="Arial" w:hAnsi="Arial"/>
          <w:b/>
        </w:rPr>
        <w:t xml:space="preserve">Interviewer P:  </w:t>
      </w:r>
      <w:r>
        <w:rPr>
          <w:rFonts w:ascii="Arial" w:hAnsi="Arial"/>
          <w:color w:val="5D7284"/>
        </w:rPr>
        <w:t>18:39</w:t>
      </w:r>
    </w:p>
    <w:p w14:paraId="123A2E16" w14:textId="77777777" w:rsidR="00F65462" w:rsidRDefault="00023050">
      <w:pPr>
        <w:spacing w:after="0"/>
      </w:pPr>
      <w:r>
        <w:rPr>
          <w:rFonts w:ascii="Arial" w:hAnsi="Arial"/>
        </w:rPr>
        <w:t xml:space="preserve">So, this is the same template as your water. It's doing, you know what we observed? </w:t>
      </w:r>
    </w:p>
    <w:p w14:paraId="77A52294" w14:textId="77777777" w:rsidR="00F65462" w:rsidRDefault="00F65462">
      <w:pPr>
        <w:spacing w:after="0"/>
      </w:pPr>
    </w:p>
    <w:p w14:paraId="5BB6C704" w14:textId="77777777" w:rsidR="00F65462" w:rsidRDefault="00023050">
      <w:pPr>
        <w:spacing w:after="0"/>
      </w:pPr>
      <w:r>
        <w:rPr>
          <w:rFonts w:ascii="Arial" w:hAnsi="Arial"/>
          <w:b/>
        </w:rPr>
        <w:t xml:space="preserve">Participant # 18:  </w:t>
      </w:r>
      <w:r>
        <w:rPr>
          <w:rFonts w:ascii="Arial" w:hAnsi="Arial"/>
          <w:color w:val="5D7284"/>
        </w:rPr>
        <w:t>18:46</w:t>
      </w:r>
    </w:p>
    <w:p w14:paraId="7F54D3FC" w14:textId="77777777" w:rsidR="00F65462" w:rsidRDefault="00023050">
      <w:pPr>
        <w:spacing w:after="0"/>
      </w:pPr>
      <w:r>
        <w:rPr>
          <w:rFonts w:ascii="Arial" w:hAnsi="Arial"/>
        </w:rPr>
        <w:t>Swirling.</w:t>
      </w:r>
    </w:p>
    <w:p w14:paraId="007DCDA8" w14:textId="77777777" w:rsidR="00F65462" w:rsidRDefault="00F65462">
      <w:pPr>
        <w:spacing w:after="0"/>
      </w:pPr>
    </w:p>
    <w:p w14:paraId="1D93CE1B" w14:textId="77777777" w:rsidR="00F65462" w:rsidRDefault="00023050">
      <w:pPr>
        <w:spacing w:after="0"/>
      </w:pPr>
      <w:r>
        <w:rPr>
          <w:rFonts w:ascii="Arial" w:hAnsi="Arial"/>
          <w:b/>
        </w:rPr>
        <w:t xml:space="preserve">Interviewer P:  </w:t>
      </w:r>
      <w:r>
        <w:rPr>
          <w:rFonts w:ascii="Arial" w:hAnsi="Arial"/>
          <w:color w:val="5D7284"/>
        </w:rPr>
        <w:t>18:47</w:t>
      </w:r>
    </w:p>
    <w:p w14:paraId="11C4F654" w14:textId="77777777" w:rsidR="00F65462" w:rsidRDefault="00023050">
      <w:pPr>
        <w:spacing w:after="0"/>
      </w:pPr>
      <w:r>
        <w:rPr>
          <w:rFonts w:ascii="Arial" w:hAnsi="Arial"/>
        </w:rPr>
        <w:t>Yeah. And then again, the blue ones it mixes it's it's majority blue. But I think what's interesting, and this one is about 40 seconds long, but at this point, it doesn't do anything. So basically, for the time lapse video about halfway through it has completely mixed and and has the same color. So this is a 40 second video. How much time do you think let's condense down for that one?</w:t>
      </w:r>
    </w:p>
    <w:p w14:paraId="450EA2D7" w14:textId="77777777" w:rsidR="00F65462" w:rsidRDefault="00F65462">
      <w:pPr>
        <w:spacing w:after="0"/>
      </w:pPr>
    </w:p>
    <w:p w14:paraId="39268017" w14:textId="77777777" w:rsidR="00F65462" w:rsidRDefault="00023050">
      <w:pPr>
        <w:spacing w:after="0"/>
      </w:pPr>
      <w:r>
        <w:rPr>
          <w:rFonts w:ascii="Arial" w:hAnsi="Arial"/>
          <w:b/>
        </w:rPr>
        <w:t xml:space="preserve">Participant #8:  </w:t>
      </w:r>
      <w:r>
        <w:rPr>
          <w:rFonts w:ascii="Arial" w:hAnsi="Arial"/>
          <w:color w:val="5D7284"/>
        </w:rPr>
        <w:t>19:19</w:t>
      </w:r>
    </w:p>
    <w:p w14:paraId="45E62458" w14:textId="77777777" w:rsidR="00F65462" w:rsidRDefault="00023050">
      <w:pPr>
        <w:spacing w:after="0"/>
      </w:pPr>
      <w:r>
        <w:rPr>
          <w:rFonts w:ascii="Arial" w:hAnsi="Arial"/>
        </w:rPr>
        <w:t xml:space="preserve">For the all record at the same like speed? Like speed? </w:t>
      </w:r>
    </w:p>
    <w:p w14:paraId="3DD355C9" w14:textId="77777777" w:rsidR="00F65462" w:rsidRDefault="00F65462">
      <w:pPr>
        <w:spacing w:after="0"/>
      </w:pPr>
    </w:p>
    <w:p w14:paraId="435F6DC1" w14:textId="77777777" w:rsidR="00F65462" w:rsidRDefault="00023050">
      <w:pPr>
        <w:spacing w:after="0"/>
      </w:pPr>
      <w:r>
        <w:rPr>
          <w:rFonts w:ascii="Arial" w:hAnsi="Arial"/>
          <w:b/>
        </w:rPr>
        <w:t xml:space="preserve">Interviewer P:  </w:t>
      </w:r>
      <w:r>
        <w:rPr>
          <w:rFonts w:ascii="Arial" w:hAnsi="Arial"/>
          <w:color w:val="5D7284"/>
        </w:rPr>
        <w:t>19:22</w:t>
      </w:r>
    </w:p>
    <w:p w14:paraId="132303D1" w14:textId="77777777" w:rsidR="00F65462" w:rsidRDefault="00023050">
      <w:pPr>
        <w:spacing w:after="0"/>
      </w:pPr>
      <w:r>
        <w:rPr>
          <w:rFonts w:ascii="Arial" w:hAnsi="Arial"/>
        </w:rPr>
        <w:t>Yeah.</w:t>
      </w:r>
    </w:p>
    <w:p w14:paraId="1A81F0B1" w14:textId="77777777" w:rsidR="00F65462" w:rsidRDefault="00F65462">
      <w:pPr>
        <w:spacing w:after="0"/>
      </w:pPr>
    </w:p>
    <w:p w14:paraId="103022A6" w14:textId="77777777" w:rsidR="00F65462" w:rsidRDefault="00023050">
      <w:pPr>
        <w:spacing w:after="0"/>
      </w:pPr>
      <w:r>
        <w:rPr>
          <w:rFonts w:ascii="Arial" w:hAnsi="Arial"/>
          <w:b/>
        </w:rPr>
        <w:t xml:space="preserve">Participant # 18:  </w:t>
      </w:r>
      <w:r>
        <w:rPr>
          <w:rFonts w:ascii="Arial" w:hAnsi="Arial"/>
          <w:color w:val="5D7284"/>
        </w:rPr>
        <w:t>19:23</w:t>
      </w:r>
    </w:p>
    <w:p w14:paraId="2444036A" w14:textId="77777777" w:rsidR="00F65462" w:rsidRDefault="00023050">
      <w:pPr>
        <w:spacing w:after="0"/>
      </w:pPr>
      <w:r>
        <w:rPr>
          <w:rFonts w:ascii="Arial" w:hAnsi="Arial"/>
        </w:rPr>
        <w:t xml:space="preserve">I'm sorry, going off of the half way mark, are we going off of the 39 seconds ? I guess it doesn't really matter as long as like an hour in 30 minutes. </w:t>
      </w:r>
    </w:p>
    <w:p w14:paraId="717AAFBA" w14:textId="77777777" w:rsidR="00F65462" w:rsidRDefault="00F65462">
      <w:pPr>
        <w:spacing w:after="0"/>
      </w:pPr>
    </w:p>
    <w:p w14:paraId="0DCCF870" w14:textId="77777777" w:rsidR="00F65462" w:rsidRDefault="00023050">
      <w:pPr>
        <w:spacing w:after="0"/>
      </w:pPr>
      <w:r>
        <w:rPr>
          <w:rFonts w:ascii="Arial" w:hAnsi="Arial"/>
          <w:b/>
        </w:rPr>
        <w:t xml:space="preserve">Interviewer P:  </w:t>
      </w:r>
      <w:r>
        <w:rPr>
          <w:rFonts w:ascii="Arial" w:hAnsi="Arial"/>
          <w:color w:val="5D7284"/>
        </w:rPr>
        <w:t>19:38</w:t>
      </w:r>
    </w:p>
    <w:p w14:paraId="4D03B9B8" w14:textId="77777777" w:rsidR="00F65462" w:rsidRDefault="00023050">
      <w:pPr>
        <w:spacing w:after="0"/>
      </w:pPr>
      <w:r>
        <w:rPr>
          <w:rFonts w:ascii="Arial" w:hAnsi="Arial"/>
        </w:rPr>
        <w:t xml:space="preserve">Yeah, it's like an hour again. So which means that if this is 40 seconds long, and this was completely mixed halfway then it was 30 minutes. </w:t>
      </w:r>
    </w:p>
    <w:p w14:paraId="56EE48EE" w14:textId="77777777" w:rsidR="00F65462" w:rsidRDefault="00F65462">
      <w:pPr>
        <w:spacing w:after="0"/>
      </w:pPr>
    </w:p>
    <w:p w14:paraId="0FCF822F" w14:textId="77777777" w:rsidR="00F65462" w:rsidRDefault="00023050">
      <w:pPr>
        <w:spacing w:after="0"/>
      </w:pPr>
      <w:r>
        <w:rPr>
          <w:rFonts w:ascii="Arial" w:hAnsi="Arial"/>
          <w:b/>
        </w:rPr>
        <w:t xml:space="preserve">Participant # 18:  </w:t>
      </w:r>
      <w:r>
        <w:rPr>
          <w:rFonts w:ascii="Arial" w:hAnsi="Arial"/>
          <w:color w:val="5D7284"/>
        </w:rPr>
        <w:t>19:50</w:t>
      </w:r>
    </w:p>
    <w:p w14:paraId="104AA649" w14:textId="77777777" w:rsidR="00F65462" w:rsidRDefault="00023050">
      <w:pPr>
        <w:spacing w:after="0"/>
      </w:pPr>
      <w:r>
        <w:rPr>
          <w:rFonts w:ascii="Arial" w:hAnsi="Arial"/>
        </w:rPr>
        <w:t>30 minutes year.</w:t>
      </w:r>
    </w:p>
    <w:p w14:paraId="2908EB2C" w14:textId="77777777" w:rsidR="00F65462" w:rsidRDefault="00F65462">
      <w:pPr>
        <w:spacing w:after="0"/>
      </w:pPr>
    </w:p>
    <w:p w14:paraId="2F9E6F09" w14:textId="77777777" w:rsidR="00F65462" w:rsidRDefault="00023050">
      <w:pPr>
        <w:spacing w:after="0"/>
      </w:pPr>
      <w:r>
        <w:rPr>
          <w:rFonts w:ascii="Arial" w:hAnsi="Arial"/>
          <w:b/>
        </w:rPr>
        <w:t xml:space="preserve">Interviewer P:  </w:t>
      </w:r>
      <w:r>
        <w:rPr>
          <w:rFonts w:ascii="Arial" w:hAnsi="Arial"/>
          <w:color w:val="5D7284"/>
        </w:rPr>
        <w:t>19:50</w:t>
      </w:r>
    </w:p>
    <w:p w14:paraId="08E784DF" w14:textId="77777777" w:rsidR="00F65462" w:rsidRDefault="00023050">
      <w:pPr>
        <w:spacing w:after="0"/>
      </w:pPr>
      <w:r>
        <w:rPr>
          <w:rFonts w:ascii="Arial" w:hAnsi="Arial"/>
        </w:rPr>
        <w:t>Which I think you said originally that you thought it would mix in 20-30 mintues.</w:t>
      </w:r>
    </w:p>
    <w:p w14:paraId="121FD38A" w14:textId="77777777" w:rsidR="00F65462" w:rsidRDefault="00F65462">
      <w:pPr>
        <w:spacing w:after="0"/>
      </w:pPr>
    </w:p>
    <w:p w14:paraId="41D5593E" w14:textId="77777777" w:rsidR="00F65462" w:rsidRDefault="00023050">
      <w:pPr>
        <w:spacing w:after="0"/>
      </w:pPr>
      <w:r>
        <w:rPr>
          <w:rFonts w:ascii="Arial" w:hAnsi="Arial"/>
          <w:b/>
        </w:rPr>
        <w:t xml:space="preserve">Participant # 18:  </w:t>
      </w:r>
      <w:r>
        <w:rPr>
          <w:rFonts w:ascii="Arial" w:hAnsi="Arial"/>
          <w:color w:val="5D7284"/>
        </w:rPr>
        <w:t>19:54</w:t>
      </w:r>
    </w:p>
    <w:p w14:paraId="269706C5" w14:textId="77777777" w:rsidR="00F65462" w:rsidRDefault="00023050">
      <w:pPr>
        <w:spacing w:after="0"/>
      </w:pPr>
      <w:r>
        <w:rPr>
          <w:rFonts w:ascii="Arial" w:hAnsi="Arial"/>
        </w:rPr>
        <w:t>Really?</w:t>
      </w:r>
    </w:p>
    <w:p w14:paraId="1FE2DD96" w14:textId="77777777" w:rsidR="00F65462" w:rsidRDefault="00F65462">
      <w:pPr>
        <w:spacing w:after="0"/>
      </w:pPr>
    </w:p>
    <w:p w14:paraId="5B9C6E19" w14:textId="77777777" w:rsidR="00F65462" w:rsidRDefault="00023050">
      <w:pPr>
        <w:spacing w:after="0"/>
      </w:pPr>
      <w:r>
        <w:rPr>
          <w:rFonts w:ascii="Arial" w:hAnsi="Arial"/>
          <w:b/>
        </w:rPr>
        <w:t xml:space="preserve">Interviewer P:  </w:t>
      </w:r>
      <w:r>
        <w:rPr>
          <w:rFonts w:ascii="Arial" w:hAnsi="Arial"/>
          <w:color w:val="5D7284"/>
        </w:rPr>
        <w:t>19:55</w:t>
      </w:r>
    </w:p>
    <w:p w14:paraId="48E3509E" w14:textId="77777777" w:rsidR="00F65462" w:rsidRDefault="00023050">
      <w:pPr>
        <w:spacing w:after="0"/>
      </w:pPr>
      <w:r>
        <w:rPr>
          <w:rFonts w:ascii="Arial" w:hAnsi="Arial"/>
        </w:rPr>
        <w:lastRenderedPageBreak/>
        <w:t>I think so.</w:t>
      </w:r>
    </w:p>
    <w:p w14:paraId="27357532" w14:textId="77777777" w:rsidR="00F65462" w:rsidRDefault="00F65462">
      <w:pPr>
        <w:spacing w:after="0"/>
      </w:pPr>
    </w:p>
    <w:p w14:paraId="46294CAB" w14:textId="77777777" w:rsidR="00F65462" w:rsidRDefault="00023050">
      <w:pPr>
        <w:spacing w:after="0"/>
      </w:pPr>
      <w:r>
        <w:rPr>
          <w:rFonts w:ascii="Arial" w:hAnsi="Arial"/>
          <w:b/>
        </w:rPr>
        <w:t xml:space="preserve">Participant # 18:  </w:t>
      </w:r>
      <w:r>
        <w:rPr>
          <w:rFonts w:ascii="Arial" w:hAnsi="Arial"/>
          <w:color w:val="5D7284"/>
        </w:rPr>
        <w:t>19:55</w:t>
      </w:r>
    </w:p>
    <w:p w14:paraId="27BB8EAA" w14:textId="77777777" w:rsidR="00F65462" w:rsidRDefault="00023050">
      <w:pPr>
        <w:spacing w:after="0"/>
      </w:pPr>
      <w:r>
        <w:rPr>
          <w:rFonts w:ascii="Arial" w:hAnsi="Arial"/>
        </w:rPr>
        <w:t>Lets go.</w:t>
      </w:r>
    </w:p>
    <w:p w14:paraId="07F023C8" w14:textId="77777777" w:rsidR="00F65462" w:rsidRDefault="00F65462">
      <w:pPr>
        <w:spacing w:after="0"/>
      </w:pPr>
    </w:p>
    <w:p w14:paraId="278E8B4B" w14:textId="77777777" w:rsidR="00F65462" w:rsidRDefault="00023050">
      <w:pPr>
        <w:spacing w:after="0"/>
      </w:pPr>
      <w:r>
        <w:rPr>
          <w:rFonts w:ascii="Arial" w:hAnsi="Arial"/>
          <w:b/>
        </w:rPr>
        <w:t xml:space="preserve">Interviewer P:  </w:t>
      </w:r>
      <w:r>
        <w:rPr>
          <w:rFonts w:ascii="Arial" w:hAnsi="Arial"/>
          <w:color w:val="5D7284"/>
        </w:rPr>
        <w:t>19:57</w:t>
      </w:r>
    </w:p>
    <w:p w14:paraId="358623D5" w14:textId="77777777" w:rsidR="00F65462" w:rsidRDefault="00023050">
      <w:pPr>
        <w:spacing w:after="0"/>
      </w:pPr>
      <w:r>
        <w:rPr>
          <w:rFonts w:ascii="Arial" w:hAnsi="Arial"/>
        </w:rPr>
        <w:t>All right and then with the salt and freshwater?</w:t>
      </w:r>
    </w:p>
    <w:p w14:paraId="4BDB5498" w14:textId="77777777" w:rsidR="00F65462" w:rsidRDefault="00F65462">
      <w:pPr>
        <w:spacing w:after="0"/>
      </w:pPr>
    </w:p>
    <w:p w14:paraId="2D40859B" w14:textId="77777777" w:rsidR="00F65462" w:rsidRDefault="00023050">
      <w:pPr>
        <w:spacing w:after="0"/>
      </w:pPr>
      <w:r>
        <w:rPr>
          <w:rFonts w:ascii="Arial" w:hAnsi="Arial"/>
          <w:b/>
        </w:rPr>
        <w:t xml:space="preserve">Participant #8:  </w:t>
      </w:r>
      <w:r>
        <w:rPr>
          <w:rFonts w:ascii="Arial" w:hAnsi="Arial"/>
          <w:color w:val="5D7284"/>
        </w:rPr>
        <w:t>20:04</w:t>
      </w:r>
    </w:p>
    <w:p w14:paraId="08DD5470" w14:textId="77777777" w:rsidR="00F65462" w:rsidRDefault="00023050">
      <w:pPr>
        <w:spacing w:after="0"/>
      </w:pPr>
      <w:r>
        <w:rPr>
          <w:rFonts w:ascii="Arial" w:hAnsi="Arial"/>
        </w:rPr>
        <w:t xml:space="preserve">Oh, this one will be </w:t>
      </w:r>
      <w:r>
        <w:rPr>
          <w:rFonts w:ascii="Arial" w:hAnsi="Arial"/>
        </w:rPr>
        <w:t>interesting to me.</w:t>
      </w:r>
    </w:p>
    <w:p w14:paraId="2916C19D" w14:textId="77777777" w:rsidR="00F65462" w:rsidRDefault="00F65462">
      <w:pPr>
        <w:spacing w:after="0"/>
      </w:pPr>
    </w:p>
    <w:p w14:paraId="3922BEE1" w14:textId="77777777" w:rsidR="00F65462" w:rsidRDefault="00023050">
      <w:pPr>
        <w:spacing w:after="0"/>
      </w:pPr>
      <w:r>
        <w:rPr>
          <w:rFonts w:ascii="Arial" w:hAnsi="Arial"/>
          <w:b/>
        </w:rPr>
        <w:t xml:space="preserve">Interviewer P:  </w:t>
      </w:r>
      <w:r>
        <w:rPr>
          <w:rFonts w:ascii="Arial" w:hAnsi="Arial"/>
          <w:color w:val="5D7284"/>
        </w:rPr>
        <w:t>20:07</w:t>
      </w:r>
    </w:p>
    <w:p w14:paraId="0BE8DDEC" w14:textId="77777777" w:rsidR="00F65462" w:rsidRDefault="00023050">
      <w:pPr>
        <w:spacing w:after="0"/>
      </w:pPr>
      <w:r>
        <w:rPr>
          <w:rFonts w:ascii="Arial" w:hAnsi="Arial"/>
        </w:rPr>
        <w:t>Yeah what I, well I will show you. And that's it. So it goes on for like, it's a 40 second video. But what I find interesting is that those layers develop, like right away.</w:t>
      </w:r>
    </w:p>
    <w:p w14:paraId="74869460" w14:textId="77777777" w:rsidR="00F65462" w:rsidRDefault="00F65462">
      <w:pPr>
        <w:spacing w:after="0"/>
      </w:pPr>
    </w:p>
    <w:p w14:paraId="4771D0E1" w14:textId="77777777" w:rsidR="00F65462" w:rsidRDefault="00023050">
      <w:pPr>
        <w:spacing w:after="0"/>
      </w:pPr>
      <w:r>
        <w:rPr>
          <w:rFonts w:ascii="Arial" w:hAnsi="Arial"/>
          <w:b/>
        </w:rPr>
        <w:t xml:space="preserve">Participant # 18:  </w:t>
      </w:r>
      <w:r>
        <w:rPr>
          <w:rFonts w:ascii="Arial" w:hAnsi="Arial"/>
          <w:color w:val="5D7284"/>
        </w:rPr>
        <w:t>20:20</w:t>
      </w:r>
    </w:p>
    <w:p w14:paraId="62053ABC" w14:textId="77777777" w:rsidR="00F65462" w:rsidRDefault="00023050">
      <w:pPr>
        <w:spacing w:after="0"/>
      </w:pPr>
      <w:r>
        <w:rPr>
          <w:rFonts w:ascii="Arial" w:hAnsi="Arial"/>
        </w:rPr>
        <w:t>Yeah.</w:t>
      </w:r>
    </w:p>
    <w:p w14:paraId="187F57B8" w14:textId="77777777" w:rsidR="00F65462" w:rsidRDefault="00F65462">
      <w:pPr>
        <w:spacing w:after="0"/>
      </w:pPr>
    </w:p>
    <w:p w14:paraId="45CFC8BB" w14:textId="77777777" w:rsidR="00F65462" w:rsidRDefault="00023050">
      <w:pPr>
        <w:spacing w:after="0"/>
      </w:pPr>
      <w:r>
        <w:rPr>
          <w:rFonts w:ascii="Arial" w:hAnsi="Arial"/>
          <w:b/>
        </w:rPr>
        <w:t xml:space="preserve">Interviewer P:  </w:t>
      </w:r>
      <w:r>
        <w:rPr>
          <w:rFonts w:ascii="Arial" w:hAnsi="Arial"/>
          <w:color w:val="5D7284"/>
        </w:rPr>
        <w:t>20:26</w:t>
      </w:r>
    </w:p>
    <w:p w14:paraId="2754974D" w14:textId="77777777" w:rsidR="00F65462" w:rsidRDefault="00023050">
      <w:pPr>
        <w:spacing w:after="0"/>
      </w:pPr>
      <w:r>
        <w:rPr>
          <w:rFonts w:ascii="Arial" w:hAnsi="Arial"/>
        </w:rPr>
        <w:t>So like here by that point there, yeah, they're there. They're there. And then they just It's nothing. Nothing happened. Yeah, yeah. So and this one is also an hour. And so after an hour, those layers are just as crisp as they were originally. And then I have done this, like later in the afternoon, and just left it a mess. And Erika came in the next day and really got everything ready to go again. And she said that the layers were still there, like green and yellow. So that's interesting. Do you find that i</w:t>
      </w:r>
      <w:r>
        <w:rPr>
          <w:rFonts w:ascii="Arial" w:hAnsi="Arial"/>
        </w:rPr>
        <w:t>nteresting?</w:t>
      </w:r>
    </w:p>
    <w:p w14:paraId="54738AF4" w14:textId="77777777" w:rsidR="00F65462" w:rsidRDefault="00F65462">
      <w:pPr>
        <w:spacing w:after="0"/>
      </w:pPr>
    </w:p>
    <w:p w14:paraId="33F31C2C" w14:textId="77777777" w:rsidR="00F65462" w:rsidRDefault="00023050">
      <w:pPr>
        <w:spacing w:after="0"/>
      </w:pPr>
      <w:r>
        <w:rPr>
          <w:rFonts w:ascii="Arial" w:hAnsi="Arial"/>
          <w:b/>
        </w:rPr>
        <w:t xml:space="preserve">Participant #8:  </w:t>
      </w:r>
      <w:r>
        <w:rPr>
          <w:rFonts w:ascii="Arial" w:hAnsi="Arial"/>
          <w:color w:val="5D7284"/>
        </w:rPr>
        <w:t>21:02</w:t>
      </w:r>
    </w:p>
    <w:p w14:paraId="0756EAE5" w14:textId="77777777" w:rsidR="00F65462" w:rsidRDefault="00023050">
      <w:pPr>
        <w:spacing w:after="0"/>
      </w:pPr>
      <w:r>
        <w:rPr>
          <w:rFonts w:ascii="Arial" w:hAnsi="Arial"/>
        </w:rPr>
        <w:t>I think it's interesting, that I like.</w:t>
      </w:r>
    </w:p>
    <w:p w14:paraId="46ABBD8F" w14:textId="77777777" w:rsidR="00F65462" w:rsidRDefault="00F65462">
      <w:pPr>
        <w:spacing w:after="0"/>
      </w:pPr>
    </w:p>
    <w:p w14:paraId="3CDB50F2" w14:textId="77777777" w:rsidR="00F65462" w:rsidRDefault="00023050">
      <w:pPr>
        <w:spacing w:after="0"/>
      </w:pPr>
      <w:r>
        <w:rPr>
          <w:rFonts w:ascii="Arial" w:hAnsi="Arial"/>
          <w:b/>
        </w:rPr>
        <w:t xml:space="preserve">Interviewer P:  </w:t>
      </w:r>
      <w:r>
        <w:rPr>
          <w:rFonts w:ascii="Arial" w:hAnsi="Arial"/>
          <w:color w:val="5D7284"/>
        </w:rPr>
        <w:t>21:04</w:t>
      </w:r>
    </w:p>
    <w:p w14:paraId="7C8A06DB" w14:textId="77777777" w:rsidR="00F65462" w:rsidRDefault="00023050">
      <w:pPr>
        <w:spacing w:after="0"/>
      </w:pPr>
      <w:r>
        <w:rPr>
          <w:rFonts w:ascii="Arial" w:hAnsi="Arial"/>
        </w:rPr>
        <w:t>And you also suspected that, that would happen. Yeah, but that's what happened.</w:t>
      </w:r>
    </w:p>
    <w:p w14:paraId="06BBA33E" w14:textId="77777777" w:rsidR="00F65462" w:rsidRDefault="00F65462">
      <w:pPr>
        <w:spacing w:after="0"/>
      </w:pPr>
    </w:p>
    <w:p w14:paraId="743432AE" w14:textId="77777777" w:rsidR="00F65462" w:rsidRDefault="00023050">
      <w:pPr>
        <w:spacing w:after="0"/>
      </w:pPr>
      <w:r>
        <w:rPr>
          <w:rFonts w:ascii="Arial" w:hAnsi="Arial"/>
          <w:b/>
        </w:rPr>
        <w:t xml:space="preserve">Participant #8:  </w:t>
      </w:r>
      <w:r>
        <w:rPr>
          <w:rFonts w:ascii="Arial" w:hAnsi="Arial"/>
          <w:color w:val="5D7284"/>
        </w:rPr>
        <w:t>21:09</w:t>
      </w:r>
    </w:p>
    <w:p w14:paraId="740BA295" w14:textId="77777777" w:rsidR="00F65462" w:rsidRDefault="00023050">
      <w:pPr>
        <w:spacing w:after="0"/>
      </w:pPr>
      <w:r>
        <w:rPr>
          <w:rFonts w:ascii="Arial" w:hAnsi="Arial"/>
        </w:rPr>
        <w:t>Yeah. It's just very interesting concept to think like, it's all water, just one has some salt in it.</w:t>
      </w:r>
    </w:p>
    <w:p w14:paraId="464FCBC1" w14:textId="77777777" w:rsidR="00F65462" w:rsidRDefault="00F65462">
      <w:pPr>
        <w:spacing w:after="0"/>
      </w:pPr>
    </w:p>
    <w:p w14:paraId="72D8BABC" w14:textId="77777777" w:rsidR="00F65462" w:rsidRDefault="00023050">
      <w:pPr>
        <w:spacing w:after="0"/>
      </w:pPr>
      <w:r>
        <w:rPr>
          <w:rFonts w:ascii="Arial" w:hAnsi="Arial"/>
          <w:b/>
        </w:rPr>
        <w:t xml:space="preserve">Interviewer P:  </w:t>
      </w:r>
      <w:r>
        <w:rPr>
          <w:rFonts w:ascii="Arial" w:hAnsi="Arial"/>
          <w:color w:val="5D7284"/>
        </w:rPr>
        <w:t>21:15</w:t>
      </w:r>
    </w:p>
    <w:p w14:paraId="201CF39D" w14:textId="77777777" w:rsidR="00F65462" w:rsidRDefault="00023050">
      <w:pPr>
        <w:spacing w:after="0"/>
      </w:pPr>
      <w:r>
        <w:rPr>
          <w:rFonts w:ascii="Arial" w:hAnsi="Arial"/>
        </w:rPr>
        <w:t xml:space="preserve">Yeah. </w:t>
      </w:r>
    </w:p>
    <w:p w14:paraId="5C8C6B09" w14:textId="77777777" w:rsidR="00F65462" w:rsidRDefault="00F65462">
      <w:pPr>
        <w:spacing w:after="0"/>
      </w:pPr>
    </w:p>
    <w:p w14:paraId="0AEFE4D6" w14:textId="77777777" w:rsidR="00F65462" w:rsidRDefault="00023050">
      <w:pPr>
        <w:spacing w:after="0"/>
      </w:pPr>
      <w:r>
        <w:rPr>
          <w:rFonts w:ascii="Arial" w:hAnsi="Arial"/>
          <w:b/>
        </w:rPr>
        <w:t xml:space="preserve">Participant # 18:  </w:t>
      </w:r>
      <w:r>
        <w:rPr>
          <w:rFonts w:ascii="Arial" w:hAnsi="Arial"/>
          <w:color w:val="5D7284"/>
        </w:rPr>
        <w:t>21:15</w:t>
      </w:r>
    </w:p>
    <w:p w14:paraId="530C7996" w14:textId="77777777" w:rsidR="00F65462" w:rsidRDefault="00023050">
      <w:pPr>
        <w:spacing w:after="0"/>
      </w:pPr>
      <w:r>
        <w:rPr>
          <w:rFonts w:ascii="Arial" w:hAnsi="Arial"/>
        </w:rPr>
        <w:t xml:space="preserve">So it's just kind of. </w:t>
      </w:r>
    </w:p>
    <w:p w14:paraId="3382A365" w14:textId="77777777" w:rsidR="00F65462" w:rsidRDefault="00F65462">
      <w:pPr>
        <w:spacing w:after="0"/>
      </w:pPr>
    </w:p>
    <w:p w14:paraId="0D6DCE89" w14:textId="77777777" w:rsidR="00F65462" w:rsidRDefault="00023050">
      <w:pPr>
        <w:spacing w:after="0"/>
      </w:pPr>
      <w:r>
        <w:rPr>
          <w:rFonts w:ascii="Arial" w:hAnsi="Arial"/>
          <w:b/>
        </w:rPr>
        <w:t xml:space="preserve">Interviewer P:  </w:t>
      </w:r>
      <w:r>
        <w:rPr>
          <w:rFonts w:ascii="Arial" w:hAnsi="Arial"/>
          <w:color w:val="5D7284"/>
        </w:rPr>
        <w:t>21:16</w:t>
      </w:r>
    </w:p>
    <w:p w14:paraId="0828EA00" w14:textId="77777777" w:rsidR="00F65462" w:rsidRDefault="00023050">
      <w:pPr>
        <w:spacing w:after="0"/>
      </w:pPr>
      <w:r>
        <w:rPr>
          <w:rFonts w:ascii="Arial" w:hAnsi="Arial"/>
        </w:rPr>
        <w:t>Yeah. Yeah.</w:t>
      </w:r>
    </w:p>
    <w:p w14:paraId="5C71F136" w14:textId="77777777" w:rsidR="00F65462" w:rsidRDefault="00F65462">
      <w:pPr>
        <w:spacing w:after="0"/>
      </w:pPr>
    </w:p>
    <w:p w14:paraId="25CCFC89" w14:textId="77777777" w:rsidR="00F65462" w:rsidRDefault="00023050">
      <w:pPr>
        <w:spacing w:after="0"/>
      </w:pPr>
      <w:r>
        <w:rPr>
          <w:rFonts w:ascii="Arial" w:hAnsi="Arial"/>
          <w:b/>
        </w:rPr>
        <w:t xml:space="preserve">Participant #8:  </w:t>
      </w:r>
      <w:r>
        <w:rPr>
          <w:rFonts w:ascii="Arial" w:hAnsi="Arial"/>
          <w:color w:val="5D7284"/>
        </w:rPr>
        <w:t>21:18</w:t>
      </w:r>
    </w:p>
    <w:p w14:paraId="77DF0671" w14:textId="77777777" w:rsidR="00F65462" w:rsidRDefault="00023050">
      <w:pPr>
        <w:spacing w:after="0"/>
      </w:pPr>
      <w:r>
        <w:rPr>
          <w:rFonts w:ascii="Arial" w:hAnsi="Arial"/>
        </w:rPr>
        <w:lastRenderedPageBreak/>
        <w:t>So odd.</w:t>
      </w:r>
    </w:p>
    <w:p w14:paraId="62199465" w14:textId="77777777" w:rsidR="00F65462" w:rsidRDefault="00F65462">
      <w:pPr>
        <w:spacing w:after="0"/>
      </w:pPr>
    </w:p>
    <w:p w14:paraId="6B01182D" w14:textId="77777777" w:rsidR="00F65462" w:rsidRDefault="00023050">
      <w:pPr>
        <w:spacing w:after="0"/>
      </w:pPr>
      <w:r>
        <w:rPr>
          <w:rFonts w:ascii="Arial" w:hAnsi="Arial"/>
          <w:b/>
        </w:rPr>
        <w:t xml:space="preserve">Interviewer P:  </w:t>
      </w:r>
      <w:r>
        <w:rPr>
          <w:rFonts w:ascii="Arial" w:hAnsi="Arial"/>
          <w:color w:val="5D7284"/>
        </w:rPr>
        <w:t>21:22</w:t>
      </w:r>
    </w:p>
    <w:p w14:paraId="474F192C" w14:textId="77777777" w:rsidR="00F65462" w:rsidRDefault="00023050">
      <w:pPr>
        <w:spacing w:after="0"/>
      </w:pPr>
      <w:r>
        <w:rPr>
          <w:rFonts w:ascii="Arial" w:hAnsi="Arial"/>
        </w:rPr>
        <w:t xml:space="preserve">Okay, so we're going to do now a thought experiment instead of a demonstration. And you mentioned that the green and yellow looked a little bit like Jell-O. Yeah. So if we go back to the warm and cold one, if we imagine that instead of putting warm and cold water in, we put warm and cold Jell-O in that tank with the dividing wall, so we're not going to be able to get the extremes, but we could probably put like the Jell-O in a freezer for a while before it freezes and it would get to like 40. Leave another </w:t>
      </w:r>
      <w:r>
        <w:rPr>
          <w:rFonts w:ascii="Arial" w:hAnsi="Arial"/>
        </w:rPr>
        <w:t>one out in the counter, it would get to room temperature about 70. So we have a 30 degree difference. So again, red Jell-O, that's warmer than blue Jell-O. That's cold and I moved the dividing wall. What do you think what happened with that?</w:t>
      </w:r>
    </w:p>
    <w:p w14:paraId="0DA123B1" w14:textId="77777777" w:rsidR="00F65462" w:rsidRDefault="00F65462">
      <w:pPr>
        <w:spacing w:after="0"/>
      </w:pPr>
    </w:p>
    <w:p w14:paraId="61AF25A1" w14:textId="77777777" w:rsidR="00F65462" w:rsidRDefault="00023050">
      <w:pPr>
        <w:spacing w:after="0"/>
      </w:pPr>
      <w:r>
        <w:rPr>
          <w:rFonts w:ascii="Arial" w:hAnsi="Arial"/>
          <w:b/>
        </w:rPr>
        <w:t xml:space="preserve">Participant # 18:  </w:t>
      </w:r>
      <w:r>
        <w:rPr>
          <w:rFonts w:ascii="Arial" w:hAnsi="Arial"/>
          <w:color w:val="5D7284"/>
        </w:rPr>
        <w:t>22:07</w:t>
      </w:r>
    </w:p>
    <w:p w14:paraId="4DF59FB4" w14:textId="77777777" w:rsidR="00F65462" w:rsidRDefault="00023050">
      <w:pPr>
        <w:spacing w:after="0"/>
      </w:pPr>
      <w:r>
        <w:rPr>
          <w:rFonts w:ascii="Arial" w:hAnsi="Arial"/>
        </w:rPr>
        <w:t xml:space="preserve">So </w:t>
      </w:r>
      <w:r>
        <w:rPr>
          <w:rFonts w:ascii="Arial" w:hAnsi="Arial"/>
        </w:rPr>
        <w:t>there both Jell-O?</w:t>
      </w:r>
    </w:p>
    <w:p w14:paraId="4C4CEA3D" w14:textId="77777777" w:rsidR="00F65462" w:rsidRDefault="00F65462">
      <w:pPr>
        <w:spacing w:after="0"/>
      </w:pPr>
    </w:p>
    <w:p w14:paraId="1E5DF29D" w14:textId="77777777" w:rsidR="00F65462" w:rsidRDefault="00023050">
      <w:pPr>
        <w:spacing w:after="0"/>
      </w:pPr>
      <w:r>
        <w:rPr>
          <w:rFonts w:ascii="Arial" w:hAnsi="Arial"/>
          <w:b/>
        </w:rPr>
        <w:t xml:space="preserve">Interviewer P:  </w:t>
      </w:r>
      <w:r>
        <w:rPr>
          <w:rFonts w:ascii="Arial" w:hAnsi="Arial"/>
          <w:color w:val="5D7284"/>
        </w:rPr>
        <w:t>22:09</w:t>
      </w:r>
    </w:p>
    <w:p w14:paraId="06A39064" w14:textId="77777777" w:rsidR="00F65462" w:rsidRDefault="00023050">
      <w:pPr>
        <w:spacing w:after="0"/>
      </w:pPr>
      <w:r>
        <w:rPr>
          <w:rFonts w:ascii="Arial" w:hAnsi="Arial"/>
        </w:rPr>
        <w:t>They're both Jell-O</w:t>
      </w:r>
    </w:p>
    <w:p w14:paraId="50895670" w14:textId="77777777" w:rsidR="00F65462" w:rsidRDefault="00F65462">
      <w:pPr>
        <w:spacing w:after="0"/>
      </w:pPr>
    </w:p>
    <w:p w14:paraId="6018D021" w14:textId="77777777" w:rsidR="00F65462" w:rsidRDefault="00023050">
      <w:pPr>
        <w:spacing w:after="0"/>
      </w:pPr>
      <w:r>
        <w:rPr>
          <w:rFonts w:ascii="Arial" w:hAnsi="Arial"/>
          <w:b/>
        </w:rPr>
        <w:t xml:space="preserve">Participant # 18:  </w:t>
      </w:r>
      <w:r>
        <w:rPr>
          <w:rFonts w:ascii="Arial" w:hAnsi="Arial"/>
          <w:color w:val="5D7284"/>
        </w:rPr>
        <w:t>22:10</w:t>
      </w:r>
    </w:p>
    <w:p w14:paraId="4D28E863" w14:textId="77777777" w:rsidR="00F65462" w:rsidRDefault="00023050">
      <w:pPr>
        <w:spacing w:after="0"/>
      </w:pPr>
      <w:r>
        <w:rPr>
          <w:rFonts w:ascii="Arial" w:hAnsi="Arial"/>
        </w:rPr>
        <w:t>Okay, ones warm and ones cold. Okay, um well, I think that, again, reached like a similar temperature. It might take longer though. I'm trying to think I feel like Jell-O would be pretty hard to try to like, really get the Jell-O on the bottom. Oh, okay. Jell-O is heated, then it's gonna be a liquid.</w:t>
      </w:r>
    </w:p>
    <w:p w14:paraId="38C1F859" w14:textId="77777777" w:rsidR="00F65462" w:rsidRDefault="00F65462">
      <w:pPr>
        <w:spacing w:after="0"/>
      </w:pPr>
    </w:p>
    <w:p w14:paraId="44A5F2E2" w14:textId="77777777" w:rsidR="00F65462" w:rsidRDefault="00023050">
      <w:pPr>
        <w:spacing w:after="0"/>
      </w:pPr>
      <w:r>
        <w:rPr>
          <w:rFonts w:ascii="Arial" w:hAnsi="Arial"/>
          <w:b/>
        </w:rPr>
        <w:t xml:space="preserve">Interviewer P:  </w:t>
      </w:r>
      <w:r>
        <w:rPr>
          <w:rFonts w:ascii="Arial" w:hAnsi="Arial"/>
          <w:color w:val="5D7284"/>
        </w:rPr>
        <w:t>22:33</w:t>
      </w:r>
    </w:p>
    <w:p w14:paraId="5697D9C1" w14:textId="77777777" w:rsidR="00F65462" w:rsidRDefault="00023050">
      <w:pPr>
        <w:spacing w:after="0"/>
      </w:pPr>
      <w:r>
        <w:rPr>
          <w:rFonts w:ascii="Arial" w:hAnsi="Arial"/>
        </w:rPr>
        <w:t xml:space="preserve">So we're not trying. We're not heating it enough to liquefy it. So it's like, it's like at a picnic sitting out. </w:t>
      </w:r>
    </w:p>
    <w:p w14:paraId="0C8FE7CE" w14:textId="77777777" w:rsidR="00F65462" w:rsidRDefault="00F65462">
      <w:pPr>
        <w:spacing w:after="0"/>
      </w:pPr>
    </w:p>
    <w:p w14:paraId="45686D75" w14:textId="77777777" w:rsidR="00F65462" w:rsidRDefault="00023050">
      <w:pPr>
        <w:spacing w:after="0"/>
      </w:pPr>
      <w:r>
        <w:rPr>
          <w:rFonts w:ascii="Arial" w:hAnsi="Arial"/>
          <w:b/>
        </w:rPr>
        <w:t xml:space="preserve">Participant # 18:  </w:t>
      </w:r>
      <w:r>
        <w:rPr>
          <w:rFonts w:ascii="Arial" w:hAnsi="Arial"/>
          <w:color w:val="5D7284"/>
        </w:rPr>
        <w:t>22:40</w:t>
      </w:r>
    </w:p>
    <w:p w14:paraId="710CBF10" w14:textId="77777777" w:rsidR="00F65462" w:rsidRDefault="00023050">
      <w:pPr>
        <w:spacing w:after="0"/>
      </w:pPr>
      <w:r>
        <w:rPr>
          <w:rFonts w:ascii="Arial" w:hAnsi="Arial"/>
        </w:rPr>
        <w:t>Okay.</w:t>
      </w:r>
    </w:p>
    <w:p w14:paraId="41004F19" w14:textId="77777777" w:rsidR="00F65462" w:rsidRDefault="00F65462">
      <w:pPr>
        <w:spacing w:after="0"/>
      </w:pPr>
    </w:p>
    <w:p w14:paraId="2EB4E323" w14:textId="77777777" w:rsidR="00F65462" w:rsidRDefault="00023050">
      <w:pPr>
        <w:spacing w:after="0"/>
      </w:pPr>
      <w:r>
        <w:rPr>
          <w:rFonts w:ascii="Arial" w:hAnsi="Arial"/>
          <w:b/>
        </w:rPr>
        <w:t xml:space="preserve">Interviewer P:  </w:t>
      </w:r>
      <w:r>
        <w:rPr>
          <w:rFonts w:ascii="Arial" w:hAnsi="Arial"/>
          <w:color w:val="5D7284"/>
        </w:rPr>
        <w:t>22:41</w:t>
      </w:r>
    </w:p>
    <w:p w14:paraId="1127305B" w14:textId="77777777" w:rsidR="00F65462" w:rsidRDefault="00023050">
      <w:pPr>
        <w:spacing w:after="0"/>
      </w:pPr>
      <w:r>
        <w:rPr>
          <w:rFonts w:ascii="Arial" w:hAnsi="Arial"/>
        </w:rPr>
        <w:t>On a nice day. It's 70 degree Jell-O.</w:t>
      </w:r>
    </w:p>
    <w:p w14:paraId="67C0C651" w14:textId="77777777" w:rsidR="00F65462" w:rsidRDefault="00F65462">
      <w:pPr>
        <w:spacing w:after="0"/>
      </w:pPr>
    </w:p>
    <w:p w14:paraId="5E532C99" w14:textId="77777777" w:rsidR="00F65462" w:rsidRDefault="00023050">
      <w:pPr>
        <w:spacing w:after="0"/>
      </w:pPr>
      <w:r>
        <w:rPr>
          <w:rFonts w:ascii="Arial" w:hAnsi="Arial"/>
          <w:b/>
        </w:rPr>
        <w:t xml:space="preserve">Participant # 18:  </w:t>
      </w:r>
      <w:r>
        <w:rPr>
          <w:rFonts w:ascii="Arial" w:hAnsi="Arial"/>
          <w:color w:val="5D7284"/>
        </w:rPr>
        <w:t>22:43</w:t>
      </w:r>
    </w:p>
    <w:p w14:paraId="5822ED83" w14:textId="77777777" w:rsidR="00F65462" w:rsidRDefault="00023050">
      <w:pPr>
        <w:spacing w:after="0"/>
      </w:pPr>
      <w:r>
        <w:rPr>
          <w:rFonts w:ascii="Arial" w:hAnsi="Arial"/>
        </w:rPr>
        <w:t xml:space="preserve">I think it will take a really long time. Yeah, to do anything. And if it does do something, it'll probably just stay </w:t>
      </w:r>
      <w:r>
        <w:rPr>
          <w:rFonts w:ascii="Arial" w:hAnsi="Arial"/>
        </w:rPr>
        <w:t>where it is. I would imagine unless like the Jell-O. Yeah, yeah, I think I think Yeah, cuz the both both of the Jell-Os would you keep to the same temperature. And they're just stay where they were. And unless, like, the Jell-O on the top was hot enough to make the bottom one hot enough to make it like, melt? Do anything, then it would mix but I don't I think it would just stay the same.</w:t>
      </w:r>
    </w:p>
    <w:p w14:paraId="308D56CC" w14:textId="77777777" w:rsidR="00F65462" w:rsidRDefault="00F65462">
      <w:pPr>
        <w:spacing w:after="0"/>
      </w:pPr>
    </w:p>
    <w:p w14:paraId="19344E9D" w14:textId="77777777" w:rsidR="00F65462" w:rsidRDefault="00023050">
      <w:pPr>
        <w:spacing w:after="0"/>
      </w:pPr>
      <w:r>
        <w:rPr>
          <w:rFonts w:ascii="Arial" w:hAnsi="Arial"/>
          <w:b/>
        </w:rPr>
        <w:t xml:space="preserve">Interviewer P:  </w:t>
      </w:r>
      <w:r>
        <w:rPr>
          <w:rFonts w:ascii="Arial" w:hAnsi="Arial"/>
          <w:color w:val="5D7284"/>
        </w:rPr>
        <w:t>23:16</w:t>
      </w:r>
    </w:p>
    <w:p w14:paraId="24D9FE92" w14:textId="77777777" w:rsidR="00F65462" w:rsidRDefault="00023050">
      <w:pPr>
        <w:spacing w:after="0"/>
      </w:pPr>
      <w:r>
        <w:rPr>
          <w:rFonts w:ascii="Arial" w:hAnsi="Arial"/>
        </w:rPr>
        <w:t>Would there be anything going on? Like at the at the dividing like where they touch?</w:t>
      </w:r>
    </w:p>
    <w:p w14:paraId="797E50C6" w14:textId="77777777" w:rsidR="00F65462" w:rsidRDefault="00F65462">
      <w:pPr>
        <w:spacing w:after="0"/>
      </w:pPr>
    </w:p>
    <w:p w14:paraId="40B37A39" w14:textId="77777777" w:rsidR="00F65462" w:rsidRDefault="00023050">
      <w:pPr>
        <w:spacing w:after="0"/>
      </w:pPr>
      <w:r>
        <w:rPr>
          <w:rFonts w:ascii="Arial" w:hAnsi="Arial"/>
          <w:b/>
        </w:rPr>
        <w:t xml:space="preserve">Participant #8:  </w:t>
      </w:r>
      <w:r>
        <w:rPr>
          <w:rFonts w:ascii="Arial" w:hAnsi="Arial"/>
          <w:color w:val="5D7284"/>
        </w:rPr>
        <w:t>23:21</w:t>
      </w:r>
    </w:p>
    <w:p w14:paraId="12D7C5FB" w14:textId="77777777" w:rsidR="00F65462" w:rsidRDefault="00023050">
      <w:pPr>
        <w:spacing w:after="0"/>
      </w:pPr>
      <w:r>
        <w:rPr>
          <w:rFonts w:ascii="Arial" w:hAnsi="Arial"/>
        </w:rPr>
        <w:t xml:space="preserve">Yeah, I'm sure that there will be there'll be some maybe a little bit of melting? Like right there. </w:t>
      </w:r>
    </w:p>
    <w:p w14:paraId="7B04FA47" w14:textId="77777777" w:rsidR="00F65462" w:rsidRDefault="00F65462">
      <w:pPr>
        <w:spacing w:after="0"/>
      </w:pPr>
    </w:p>
    <w:p w14:paraId="3BE1C1E7" w14:textId="77777777" w:rsidR="00F65462" w:rsidRDefault="00023050">
      <w:pPr>
        <w:spacing w:after="0"/>
      </w:pPr>
      <w:r>
        <w:rPr>
          <w:rFonts w:ascii="Arial" w:hAnsi="Arial"/>
          <w:b/>
        </w:rPr>
        <w:t xml:space="preserve">Interviewer P:  </w:t>
      </w:r>
      <w:r>
        <w:rPr>
          <w:rFonts w:ascii="Arial" w:hAnsi="Arial"/>
          <w:color w:val="5D7284"/>
        </w:rPr>
        <w:t>23:27</w:t>
      </w:r>
    </w:p>
    <w:p w14:paraId="125D6269" w14:textId="77777777" w:rsidR="00F65462" w:rsidRDefault="00023050">
      <w:pPr>
        <w:spacing w:after="0"/>
      </w:pPr>
      <w:r>
        <w:rPr>
          <w:rFonts w:ascii="Arial" w:hAnsi="Arial"/>
        </w:rPr>
        <w:t xml:space="preserve">Yeah. </w:t>
      </w:r>
    </w:p>
    <w:p w14:paraId="568C698B" w14:textId="77777777" w:rsidR="00F65462" w:rsidRDefault="00F65462">
      <w:pPr>
        <w:spacing w:after="0"/>
      </w:pPr>
    </w:p>
    <w:p w14:paraId="62C64A24" w14:textId="77777777" w:rsidR="00F65462" w:rsidRDefault="00023050">
      <w:pPr>
        <w:spacing w:after="0"/>
      </w:pPr>
      <w:r>
        <w:rPr>
          <w:rFonts w:ascii="Arial" w:hAnsi="Arial"/>
          <w:b/>
        </w:rPr>
        <w:t xml:space="preserve">Participant # 18:  </w:t>
      </w:r>
      <w:r>
        <w:rPr>
          <w:rFonts w:ascii="Arial" w:hAnsi="Arial"/>
          <w:color w:val="5D7284"/>
        </w:rPr>
        <w:t>23:28</w:t>
      </w:r>
    </w:p>
    <w:p w14:paraId="0DF32501" w14:textId="77777777" w:rsidR="00F65462" w:rsidRDefault="00023050">
      <w:pPr>
        <w:spacing w:after="0"/>
      </w:pPr>
      <w:r>
        <w:rPr>
          <w:rFonts w:ascii="Arial" w:hAnsi="Arial"/>
        </w:rPr>
        <w:t>Towards the beginning.</w:t>
      </w:r>
    </w:p>
    <w:p w14:paraId="1A939487" w14:textId="77777777" w:rsidR="00F65462" w:rsidRDefault="00F65462">
      <w:pPr>
        <w:spacing w:after="0"/>
      </w:pPr>
    </w:p>
    <w:p w14:paraId="34F0CE49" w14:textId="77777777" w:rsidR="00F65462" w:rsidRDefault="00023050">
      <w:pPr>
        <w:spacing w:after="0"/>
      </w:pPr>
      <w:r>
        <w:rPr>
          <w:rFonts w:ascii="Arial" w:hAnsi="Arial"/>
          <w:b/>
        </w:rPr>
        <w:t xml:space="preserve">Interviewer P:  </w:t>
      </w:r>
      <w:r>
        <w:rPr>
          <w:rFonts w:ascii="Arial" w:hAnsi="Arial"/>
          <w:color w:val="5D7284"/>
        </w:rPr>
        <w:t>23:29</w:t>
      </w:r>
    </w:p>
    <w:p w14:paraId="062EB757" w14:textId="77777777" w:rsidR="00F65462" w:rsidRDefault="00023050">
      <w:pPr>
        <w:spacing w:after="0"/>
      </w:pPr>
      <w:r>
        <w:rPr>
          <w:rFonts w:ascii="Arial" w:hAnsi="Arial"/>
        </w:rPr>
        <w:t xml:space="preserve">You think the color would change </w:t>
      </w:r>
      <w:r>
        <w:rPr>
          <w:rFonts w:ascii="Arial" w:hAnsi="Arial"/>
        </w:rPr>
        <w:t>there?</w:t>
      </w:r>
    </w:p>
    <w:p w14:paraId="6AA258D8" w14:textId="77777777" w:rsidR="00F65462" w:rsidRDefault="00F65462">
      <w:pPr>
        <w:spacing w:after="0"/>
      </w:pPr>
    </w:p>
    <w:p w14:paraId="0B15E126" w14:textId="77777777" w:rsidR="00F65462" w:rsidRDefault="00023050">
      <w:pPr>
        <w:spacing w:after="0"/>
      </w:pPr>
      <w:r>
        <w:rPr>
          <w:rFonts w:ascii="Arial" w:hAnsi="Arial"/>
          <w:b/>
        </w:rPr>
        <w:t xml:space="preserve">Participant # 18:  </w:t>
      </w:r>
      <w:r>
        <w:rPr>
          <w:rFonts w:ascii="Arial" w:hAnsi="Arial"/>
          <w:color w:val="5D7284"/>
        </w:rPr>
        <w:t>23:34</w:t>
      </w:r>
    </w:p>
    <w:p w14:paraId="54CD3BD7" w14:textId="77777777" w:rsidR="00F65462" w:rsidRDefault="00023050">
      <w:pPr>
        <w:spacing w:after="0"/>
      </w:pPr>
      <w:r>
        <w:rPr>
          <w:rFonts w:ascii="Arial" w:hAnsi="Arial"/>
        </w:rPr>
        <w:t>I dont know, I would say I don't think that the colors would mix. But I think like they would like... the different parts of the Jell-Os. Yeah thats my guess.</w:t>
      </w:r>
    </w:p>
    <w:p w14:paraId="6FFBD3EC" w14:textId="77777777" w:rsidR="00F65462" w:rsidRDefault="00F65462">
      <w:pPr>
        <w:spacing w:after="0"/>
      </w:pPr>
    </w:p>
    <w:p w14:paraId="2C1C8951" w14:textId="77777777" w:rsidR="00F65462" w:rsidRDefault="00023050">
      <w:pPr>
        <w:spacing w:after="0"/>
      </w:pPr>
      <w:r>
        <w:rPr>
          <w:rFonts w:ascii="Arial" w:hAnsi="Arial"/>
          <w:b/>
        </w:rPr>
        <w:t xml:space="preserve">Interviewer P:  </w:t>
      </w:r>
      <w:r>
        <w:rPr>
          <w:rFonts w:ascii="Arial" w:hAnsi="Arial"/>
          <w:color w:val="5D7284"/>
        </w:rPr>
        <w:t>23:47</w:t>
      </w:r>
    </w:p>
    <w:p w14:paraId="245CEC61" w14:textId="77777777" w:rsidR="00F65462" w:rsidRDefault="00023050">
      <w:pPr>
        <w:spacing w:after="0"/>
      </w:pPr>
      <w:r>
        <w:rPr>
          <w:rFonts w:ascii="Arial" w:hAnsi="Arial"/>
        </w:rPr>
        <w:t>And do you think that they would eventually all the Jell-O would come to the same temperature? And about how long do you think that would take?</w:t>
      </w:r>
    </w:p>
    <w:p w14:paraId="30DCCCAD" w14:textId="77777777" w:rsidR="00F65462" w:rsidRDefault="00F65462">
      <w:pPr>
        <w:spacing w:after="0"/>
      </w:pPr>
    </w:p>
    <w:p w14:paraId="73EFEF57" w14:textId="77777777" w:rsidR="00F65462" w:rsidRDefault="00023050">
      <w:pPr>
        <w:spacing w:after="0"/>
      </w:pPr>
      <w:r>
        <w:rPr>
          <w:rFonts w:ascii="Arial" w:hAnsi="Arial"/>
          <w:b/>
        </w:rPr>
        <w:t xml:space="preserve">Participant #8:  </w:t>
      </w:r>
      <w:r>
        <w:rPr>
          <w:rFonts w:ascii="Arial" w:hAnsi="Arial"/>
          <w:color w:val="5D7284"/>
        </w:rPr>
        <w:t>23:57</w:t>
      </w:r>
    </w:p>
    <w:p w14:paraId="234DE119" w14:textId="77777777" w:rsidR="00F65462" w:rsidRDefault="00023050">
      <w:pPr>
        <w:spacing w:after="0"/>
      </w:pPr>
      <w:r>
        <w:rPr>
          <w:rFonts w:ascii="Arial" w:hAnsi="Arial"/>
        </w:rPr>
        <w:t xml:space="preserve">Like, the gel is not that warm. The other gel on the other hand. Is it like frozen? </w:t>
      </w:r>
    </w:p>
    <w:p w14:paraId="36AF6883" w14:textId="77777777" w:rsidR="00F65462" w:rsidRDefault="00F65462">
      <w:pPr>
        <w:spacing w:after="0"/>
      </w:pPr>
    </w:p>
    <w:p w14:paraId="272A0803" w14:textId="77777777" w:rsidR="00F65462" w:rsidRDefault="00023050">
      <w:pPr>
        <w:spacing w:after="0"/>
      </w:pPr>
      <w:r>
        <w:rPr>
          <w:rFonts w:ascii="Arial" w:hAnsi="Arial"/>
          <w:b/>
        </w:rPr>
        <w:t xml:space="preserve">Interviewer P:  </w:t>
      </w:r>
      <w:r>
        <w:rPr>
          <w:rFonts w:ascii="Arial" w:hAnsi="Arial"/>
          <w:color w:val="5D7284"/>
        </w:rPr>
        <w:t>24:02</w:t>
      </w:r>
    </w:p>
    <w:p w14:paraId="32AFB29E" w14:textId="77777777" w:rsidR="00F65462" w:rsidRDefault="00023050">
      <w:pPr>
        <w:spacing w:after="0"/>
      </w:pPr>
      <w:r>
        <w:rPr>
          <w:rFonts w:ascii="Arial" w:hAnsi="Arial"/>
        </w:rPr>
        <w:t>No.</w:t>
      </w:r>
    </w:p>
    <w:p w14:paraId="54C529ED" w14:textId="77777777" w:rsidR="00F65462" w:rsidRDefault="00F65462">
      <w:pPr>
        <w:spacing w:after="0"/>
      </w:pPr>
    </w:p>
    <w:p w14:paraId="32F4F20B" w14:textId="77777777" w:rsidR="00F65462" w:rsidRDefault="00023050">
      <w:pPr>
        <w:spacing w:after="0"/>
      </w:pPr>
      <w:r>
        <w:rPr>
          <w:rFonts w:ascii="Arial" w:hAnsi="Arial"/>
          <w:b/>
        </w:rPr>
        <w:t xml:space="preserve">Participant # 18:  </w:t>
      </w:r>
      <w:r>
        <w:rPr>
          <w:rFonts w:ascii="Arial" w:hAnsi="Arial"/>
          <w:color w:val="5D7284"/>
        </w:rPr>
        <w:t>24:03</w:t>
      </w:r>
    </w:p>
    <w:p w14:paraId="5D5890B6" w14:textId="77777777" w:rsidR="00F65462" w:rsidRDefault="00023050">
      <w:pPr>
        <w:spacing w:after="0"/>
      </w:pPr>
      <w:r>
        <w:rPr>
          <w:rFonts w:ascii="Arial" w:hAnsi="Arial"/>
        </w:rPr>
        <w:t>It just cold like it's really cold refrigerator Jell-O.</w:t>
      </w:r>
    </w:p>
    <w:p w14:paraId="1C0157D6" w14:textId="77777777" w:rsidR="00F65462" w:rsidRDefault="00F65462">
      <w:pPr>
        <w:spacing w:after="0"/>
      </w:pPr>
    </w:p>
    <w:p w14:paraId="28B5B0B2" w14:textId="77777777" w:rsidR="00F65462" w:rsidRDefault="00023050">
      <w:pPr>
        <w:spacing w:after="0"/>
      </w:pPr>
      <w:r>
        <w:rPr>
          <w:rFonts w:ascii="Arial" w:hAnsi="Arial"/>
          <w:b/>
        </w:rPr>
        <w:t xml:space="preserve">Interviewer P:  </w:t>
      </w:r>
      <w:r>
        <w:rPr>
          <w:rFonts w:ascii="Arial" w:hAnsi="Arial"/>
          <w:color w:val="5D7284"/>
        </w:rPr>
        <w:t>24:06</w:t>
      </w:r>
    </w:p>
    <w:p w14:paraId="52795D2F" w14:textId="77777777" w:rsidR="00F65462" w:rsidRDefault="00023050">
      <w:pPr>
        <w:spacing w:after="0"/>
      </w:pPr>
      <w:r>
        <w:rPr>
          <w:rFonts w:ascii="Arial" w:hAnsi="Arial"/>
        </w:rPr>
        <w:t>Yes. Refrigerator Jell-O.</w:t>
      </w:r>
    </w:p>
    <w:p w14:paraId="3691E7B2" w14:textId="77777777" w:rsidR="00F65462" w:rsidRDefault="00F65462">
      <w:pPr>
        <w:spacing w:after="0"/>
      </w:pPr>
    </w:p>
    <w:p w14:paraId="4A0A27A2" w14:textId="77777777" w:rsidR="00F65462" w:rsidRDefault="00023050">
      <w:pPr>
        <w:spacing w:after="0"/>
      </w:pPr>
      <w:r>
        <w:rPr>
          <w:rFonts w:ascii="Arial" w:hAnsi="Arial"/>
          <w:b/>
        </w:rPr>
        <w:t xml:space="preserve">Participant # 18:  </w:t>
      </w:r>
      <w:r>
        <w:rPr>
          <w:rFonts w:ascii="Arial" w:hAnsi="Arial"/>
          <w:color w:val="5D7284"/>
        </w:rPr>
        <w:t>24:10</w:t>
      </w:r>
    </w:p>
    <w:p w14:paraId="36BE0654" w14:textId="77777777" w:rsidR="00F65462" w:rsidRDefault="00023050">
      <w:pPr>
        <w:spacing w:after="0"/>
      </w:pPr>
      <w:r>
        <w:rPr>
          <w:rFonts w:ascii="Arial" w:hAnsi="Arial"/>
        </w:rPr>
        <w:t>Probably like five hours, that my guess.</w:t>
      </w:r>
    </w:p>
    <w:p w14:paraId="526770CE" w14:textId="77777777" w:rsidR="00F65462" w:rsidRDefault="00F65462">
      <w:pPr>
        <w:spacing w:after="0"/>
      </w:pPr>
    </w:p>
    <w:p w14:paraId="3ED3189E" w14:textId="77777777" w:rsidR="00F65462" w:rsidRDefault="00023050">
      <w:pPr>
        <w:spacing w:after="0"/>
      </w:pPr>
      <w:r>
        <w:rPr>
          <w:rFonts w:ascii="Arial" w:hAnsi="Arial"/>
          <w:b/>
        </w:rPr>
        <w:t xml:space="preserve">Interviewer P:  </w:t>
      </w:r>
      <w:r>
        <w:rPr>
          <w:rFonts w:ascii="Arial" w:hAnsi="Arial"/>
          <w:color w:val="5D7284"/>
        </w:rPr>
        <w:t>24:21</w:t>
      </w:r>
    </w:p>
    <w:p w14:paraId="38C7E75E" w14:textId="77777777" w:rsidR="00F65462" w:rsidRDefault="00023050">
      <w:pPr>
        <w:spacing w:after="0"/>
      </w:pPr>
      <w:r>
        <w:rPr>
          <w:rFonts w:ascii="Arial" w:hAnsi="Arial"/>
        </w:rPr>
        <w:t>Would you imagine that's coming from the ambient air or is it because the Jell-O itself is exchanging.</w:t>
      </w:r>
    </w:p>
    <w:p w14:paraId="7CBEED82" w14:textId="77777777" w:rsidR="00F65462" w:rsidRDefault="00F65462">
      <w:pPr>
        <w:spacing w:after="0"/>
      </w:pPr>
    </w:p>
    <w:p w14:paraId="4C5D1DEB" w14:textId="77777777" w:rsidR="00F65462" w:rsidRDefault="00023050">
      <w:pPr>
        <w:spacing w:after="0"/>
      </w:pPr>
      <w:r>
        <w:rPr>
          <w:rFonts w:ascii="Arial" w:hAnsi="Arial"/>
          <w:b/>
        </w:rPr>
        <w:t xml:space="preserve">Participant # 18:  </w:t>
      </w:r>
      <w:r>
        <w:rPr>
          <w:rFonts w:ascii="Arial" w:hAnsi="Arial"/>
          <w:color w:val="5D7284"/>
        </w:rPr>
        <w:t>24:26</w:t>
      </w:r>
    </w:p>
    <w:p w14:paraId="1ED3E5F5" w14:textId="77777777" w:rsidR="00F65462" w:rsidRDefault="00023050">
      <w:pPr>
        <w:spacing w:after="0"/>
      </w:pPr>
      <w:r>
        <w:rPr>
          <w:rFonts w:ascii="Arial" w:hAnsi="Arial"/>
        </w:rPr>
        <w:t>It's exchanging the Jell-Os.</w:t>
      </w:r>
    </w:p>
    <w:p w14:paraId="6E36661F" w14:textId="77777777" w:rsidR="00F65462" w:rsidRDefault="00F65462">
      <w:pPr>
        <w:spacing w:after="0"/>
      </w:pPr>
    </w:p>
    <w:p w14:paraId="72FB941B" w14:textId="77777777" w:rsidR="00F65462" w:rsidRDefault="00023050">
      <w:pPr>
        <w:spacing w:after="0"/>
      </w:pPr>
      <w:r>
        <w:rPr>
          <w:rFonts w:ascii="Arial" w:hAnsi="Arial"/>
          <w:b/>
        </w:rPr>
        <w:t xml:space="preserve">Interviewer P:  </w:t>
      </w:r>
      <w:r>
        <w:rPr>
          <w:rFonts w:ascii="Arial" w:hAnsi="Arial"/>
          <w:color w:val="5D7284"/>
        </w:rPr>
        <w:t>24:29</w:t>
      </w:r>
    </w:p>
    <w:p w14:paraId="0F4F2116" w14:textId="77777777" w:rsidR="00F65462" w:rsidRDefault="00023050">
      <w:pPr>
        <w:spacing w:after="0"/>
      </w:pPr>
      <w:r>
        <w:rPr>
          <w:rFonts w:ascii="Arial" w:hAnsi="Arial"/>
        </w:rPr>
        <w:t xml:space="preserve">Okay, so we're gonna switch it up and we're gonna go from rectangular tanks now to circular tanks and I have a circular </w:t>
      </w:r>
      <w:r>
        <w:rPr>
          <w:rFonts w:ascii="Arial" w:hAnsi="Arial"/>
        </w:rPr>
        <w:t>tank sitting over there. Because I don't I want that to be still water and what am I put it on the table, jiggles a little bit.</w:t>
      </w:r>
    </w:p>
    <w:p w14:paraId="38645DC7" w14:textId="77777777" w:rsidR="00F65462" w:rsidRDefault="00F65462">
      <w:pPr>
        <w:spacing w:after="0"/>
      </w:pPr>
    </w:p>
    <w:p w14:paraId="62CDA67A" w14:textId="77777777" w:rsidR="00F65462" w:rsidRDefault="00023050">
      <w:pPr>
        <w:spacing w:after="0"/>
      </w:pPr>
      <w:r>
        <w:rPr>
          <w:rFonts w:ascii="Arial" w:hAnsi="Arial"/>
          <w:b/>
        </w:rPr>
        <w:lastRenderedPageBreak/>
        <w:t xml:space="preserve">Participant # 18:  </w:t>
      </w:r>
      <w:r>
        <w:rPr>
          <w:rFonts w:ascii="Arial" w:hAnsi="Arial"/>
          <w:color w:val="5D7284"/>
        </w:rPr>
        <w:t>24:44</w:t>
      </w:r>
    </w:p>
    <w:p w14:paraId="5002D243" w14:textId="77777777" w:rsidR="00F65462" w:rsidRDefault="00023050">
      <w:pPr>
        <w:spacing w:after="0"/>
      </w:pPr>
      <w:r>
        <w:rPr>
          <w:rFonts w:ascii="Arial" w:hAnsi="Arial"/>
        </w:rPr>
        <w:t>Oh, yeah.</w:t>
      </w:r>
    </w:p>
    <w:p w14:paraId="135E58C4" w14:textId="77777777" w:rsidR="00F65462" w:rsidRDefault="00F65462">
      <w:pPr>
        <w:spacing w:after="0"/>
      </w:pPr>
    </w:p>
    <w:p w14:paraId="0DD37055" w14:textId="77777777" w:rsidR="00F65462" w:rsidRDefault="00023050">
      <w:pPr>
        <w:spacing w:after="0"/>
      </w:pPr>
      <w:r>
        <w:rPr>
          <w:rFonts w:ascii="Arial" w:hAnsi="Arial"/>
          <w:b/>
        </w:rPr>
        <w:t xml:space="preserve">Interviewer P:  </w:t>
      </w:r>
      <w:r>
        <w:rPr>
          <w:rFonts w:ascii="Arial" w:hAnsi="Arial"/>
          <w:color w:val="5D7284"/>
        </w:rPr>
        <w:t>24:44</w:t>
      </w:r>
    </w:p>
    <w:p w14:paraId="4241EE27" w14:textId="77777777" w:rsidR="00F65462" w:rsidRDefault="00023050">
      <w:pPr>
        <w:spacing w:after="0"/>
      </w:pPr>
      <w:r>
        <w:rPr>
          <w:rFonts w:ascii="Arial" w:hAnsi="Arial"/>
        </w:rPr>
        <w:t xml:space="preserve">Because we bumped the table. And so I have this dye. It's </w:t>
      </w:r>
      <w:r>
        <w:rPr>
          <w:rFonts w:ascii="Arial" w:hAnsi="Arial"/>
        </w:rPr>
        <w:t>potassium permanganite. And it's a crystal dye. So kinda like food color, except it's a solid instead of a liquid. So it looks like that and when I drop it in a tank of still water. Because it's solid. It it drops all the way to the bottom but it colors it dyes the water on its way down. So, let me just show you now that I'm traveling here what that looks like in this still tank of water.</w:t>
      </w:r>
    </w:p>
    <w:p w14:paraId="62EBF9A1" w14:textId="77777777" w:rsidR="00F65462" w:rsidRDefault="00F65462">
      <w:pPr>
        <w:spacing w:after="0"/>
      </w:pPr>
    </w:p>
    <w:p w14:paraId="4AE696DA" w14:textId="77777777" w:rsidR="00F65462" w:rsidRDefault="00023050">
      <w:pPr>
        <w:spacing w:after="0"/>
      </w:pPr>
      <w:r>
        <w:rPr>
          <w:rFonts w:ascii="Arial" w:hAnsi="Arial"/>
          <w:b/>
        </w:rPr>
        <w:t xml:space="preserve">Participant # 18:  </w:t>
      </w:r>
      <w:r>
        <w:rPr>
          <w:rFonts w:ascii="Arial" w:hAnsi="Arial"/>
          <w:color w:val="5D7284"/>
        </w:rPr>
        <w:t>25:28</w:t>
      </w:r>
    </w:p>
    <w:p w14:paraId="22248E32" w14:textId="77777777" w:rsidR="00F65462" w:rsidRDefault="00023050">
      <w:pPr>
        <w:spacing w:after="0"/>
      </w:pPr>
      <w:r>
        <w:rPr>
          <w:rFonts w:ascii="Arial" w:hAnsi="Arial"/>
        </w:rPr>
        <w:t xml:space="preserve">That's really cool. Very cool. </w:t>
      </w:r>
    </w:p>
    <w:p w14:paraId="0C6C2CD5" w14:textId="77777777" w:rsidR="00F65462" w:rsidRDefault="00F65462">
      <w:pPr>
        <w:spacing w:after="0"/>
      </w:pPr>
    </w:p>
    <w:p w14:paraId="525B98A8" w14:textId="77777777" w:rsidR="00F65462" w:rsidRDefault="00023050">
      <w:pPr>
        <w:spacing w:after="0"/>
      </w:pPr>
      <w:r>
        <w:rPr>
          <w:rFonts w:ascii="Arial" w:hAnsi="Arial"/>
          <w:b/>
        </w:rPr>
        <w:t xml:space="preserve">Interviewer P:  </w:t>
      </w:r>
      <w:r>
        <w:rPr>
          <w:rFonts w:ascii="Arial" w:hAnsi="Arial"/>
          <w:color w:val="5D7284"/>
        </w:rPr>
        <w:t>25:34</w:t>
      </w:r>
    </w:p>
    <w:p w14:paraId="49B59214" w14:textId="77777777" w:rsidR="00F65462" w:rsidRDefault="00023050">
      <w:pPr>
        <w:spacing w:after="0"/>
      </w:pPr>
      <w:r>
        <w:rPr>
          <w:rFonts w:ascii="Arial" w:hAnsi="Arial"/>
        </w:rPr>
        <w:t>Yeah. So that looks cool about that.</w:t>
      </w:r>
    </w:p>
    <w:p w14:paraId="709E88E4" w14:textId="77777777" w:rsidR="00F65462" w:rsidRDefault="00F65462">
      <w:pPr>
        <w:spacing w:after="0"/>
      </w:pPr>
    </w:p>
    <w:p w14:paraId="7F37A33C" w14:textId="77777777" w:rsidR="00F65462" w:rsidRDefault="00023050">
      <w:pPr>
        <w:spacing w:after="0"/>
      </w:pPr>
      <w:r>
        <w:rPr>
          <w:rFonts w:ascii="Arial" w:hAnsi="Arial"/>
          <w:b/>
        </w:rPr>
        <w:t xml:space="preserve">Participant #8:  </w:t>
      </w:r>
      <w:r>
        <w:rPr>
          <w:rFonts w:ascii="Arial" w:hAnsi="Arial"/>
          <w:color w:val="5D7284"/>
        </w:rPr>
        <w:t>25:47</w:t>
      </w:r>
    </w:p>
    <w:p w14:paraId="7548DA30" w14:textId="77777777" w:rsidR="00F65462" w:rsidRDefault="00023050">
      <w:pPr>
        <w:spacing w:after="0"/>
      </w:pPr>
      <w:r>
        <w:rPr>
          <w:rFonts w:ascii="Arial" w:hAnsi="Arial"/>
        </w:rPr>
        <w:t>I just like how like, all the granulates are like, fell like fell down. It looks really cool like the streaks.</w:t>
      </w:r>
    </w:p>
    <w:p w14:paraId="508C98E9" w14:textId="77777777" w:rsidR="00F65462" w:rsidRDefault="00F65462">
      <w:pPr>
        <w:spacing w:after="0"/>
      </w:pPr>
    </w:p>
    <w:p w14:paraId="0F9A1A92" w14:textId="77777777" w:rsidR="00F65462" w:rsidRDefault="00023050">
      <w:pPr>
        <w:spacing w:after="0"/>
      </w:pPr>
      <w:r>
        <w:rPr>
          <w:rFonts w:ascii="Arial" w:hAnsi="Arial"/>
          <w:b/>
        </w:rPr>
        <w:t xml:space="preserve">Interviewer P:  </w:t>
      </w:r>
      <w:r>
        <w:rPr>
          <w:rFonts w:ascii="Arial" w:hAnsi="Arial"/>
          <w:color w:val="5D7284"/>
        </w:rPr>
        <w:t>25:56</w:t>
      </w:r>
    </w:p>
    <w:p w14:paraId="0F9A69BD" w14:textId="77777777" w:rsidR="00F65462" w:rsidRDefault="00023050">
      <w:pPr>
        <w:spacing w:after="0"/>
      </w:pPr>
      <w:r>
        <w:rPr>
          <w:rFonts w:ascii="Arial" w:hAnsi="Arial"/>
        </w:rPr>
        <w:t xml:space="preserve">Yeah the streets. Yeah. </w:t>
      </w:r>
    </w:p>
    <w:p w14:paraId="779F8E76" w14:textId="77777777" w:rsidR="00F65462" w:rsidRDefault="00F65462">
      <w:pPr>
        <w:spacing w:after="0"/>
      </w:pPr>
    </w:p>
    <w:p w14:paraId="3CD8D2F8" w14:textId="77777777" w:rsidR="00F65462" w:rsidRDefault="00023050">
      <w:pPr>
        <w:spacing w:after="0"/>
      </w:pPr>
      <w:r>
        <w:rPr>
          <w:rFonts w:ascii="Arial" w:hAnsi="Arial"/>
          <w:b/>
        </w:rPr>
        <w:t xml:space="preserve">Participant # 18:  </w:t>
      </w:r>
      <w:r>
        <w:rPr>
          <w:rFonts w:ascii="Arial" w:hAnsi="Arial"/>
          <w:color w:val="5D7284"/>
        </w:rPr>
        <w:t>25:58</w:t>
      </w:r>
    </w:p>
    <w:p w14:paraId="6EEEC554" w14:textId="77777777" w:rsidR="00F65462" w:rsidRDefault="00023050">
      <w:pPr>
        <w:spacing w:after="0"/>
      </w:pPr>
      <w:r>
        <w:rPr>
          <w:rFonts w:ascii="Arial" w:hAnsi="Arial"/>
        </w:rPr>
        <w:t xml:space="preserve">The streaks look really cool. </w:t>
      </w:r>
    </w:p>
    <w:p w14:paraId="7818863E" w14:textId="77777777" w:rsidR="00F65462" w:rsidRDefault="00F65462">
      <w:pPr>
        <w:spacing w:after="0"/>
      </w:pPr>
    </w:p>
    <w:p w14:paraId="7F32A639" w14:textId="77777777" w:rsidR="00F65462" w:rsidRDefault="00023050">
      <w:pPr>
        <w:spacing w:after="0"/>
      </w:pPr>
      <w:r>
        <w:rPr>
          <w:rFonts w:ascii="Arial" w:hAnsi="Arial"/>
          <w:b/>
        </w:rPr>
        <w:t xml:space="preserve">Interviewer P:  </w:t>
      </w:r>
      <w:r>
        <w:rPr>
          <w:rFonts w:ascii="Arial" w:hAnsi="Arial"/>
          <w:color w:val="5D7284"/>
        </w:rPr>
        <w:t>25:59</w:t>
      </w:r>
    </w:p>
    <w:p w14:paraId="32DE85F5" w14:textId="77777777" w:rsidR="00F65462" w:rsidRDefault="00023050">
      <w:pPr>
        <w:spacing w:after="0"/>
      </w:pPr>
      <w:r>
        <w:rPr>
          <w:rFonts w:ascii="Arial" w:hAnsi="Arial"/>
        </w:rPr>
        <w:t xml:space="preserve">Yeah, okay, so now that you know what the guy will look like in a tank of water, that still I'm sure you can see where we're going with this, I'm going to do the same thing in that tank. And that has been rotating. So we've been recording for 26 </w:t>
      </w:r>
      <w:r>
        <w:rPr>
          <w:rFonts w:ascii="Arial" w:hAnsi="Arial"/>
        </w:rPr>
        <w:t>minutes, and I got in here like 15 minutes early. So at least 45 minutes that that's been spinning round and round. There's nothing special about that water, I got it right out of the tap, there's no salt in it. It's just been spinning for about 45 minutes. So what I want you to do, again, is make a prediction that you'll sketch about what you think the the dye is going to look like in that tank, a minute leader. And so when I asked you to sketch it, it's not going to be like a movement, it's going to be li</w:t>
      </w:r>
      <w:r>
        <w:rPr>
          <w:rFonts w:ascii="Arial" w:hAnsi="Arial"/>
        </w:rPr>
        <w:t>ke a moment in time, like you take a picture, but two views. So if you took a picture from up here, and then if you took a picture from the side, so like a bird's eye view, and then a side view of what the dye will look like in that tank of water that's rotating one minute after I drop it in.</w:t>
      </w:r>
    </w:p>
    <w:p w14:paraId="44F69B9A" w14:textId="77777777" w:rsidR="00F65462" w:rsidRDefault="00F65462">
      <w:pPr>
        <w:spacing w:after="0"/>
      </w:pPr>
    </w:p>
    <w:p w14:paraId="34A533E9" w14:textId="77777777" w:rsidR="00F65462" w:rsidRDefault="00023050">
      <w:pPr>
        <w:spacing w:after="0"/>
      </w:pPr>
      <w:r>
        <w:rPr>
          <w:rFonts w:ascii="Arial" w:hAnsi="Arial"/>
          <w:b/>
        </w:rPr>
        <w:t xml:space="preserve">Participant # 18:  </w:t>
      </w:r>
      <w:r>
        <w:rPr>
          <w:rFonts w:ascii="Arial" w:hAnsi="Arial"/>
          <w:color w:val="5D7284"/>
        </w:rPr>
        <w:t>27:10</w:t>
      </w:r>
    </w:p>
    <w:p w14:paraId="54E2335B" w14:textId="77777777" w:rsidR="00F65462" w:rsidRDefault="00023050">
      <w:pPr>
        <w:spacing w:after="0"/>
      </w:pPr>
      <w:r>
        <w:rPr>
          <w:rFonts w:ascii="Arial" w:hAnsi="Arial"/>
        </w:rPr>
        <w:t>One minute.</w:t>
      </w:r>
    </w:p>
    <w:p w14:paraId="5F07D11E" w14:textId="77777777" w:rsidR="00F65462" w:rsidRDefault="00F65462">
      <w:pPr>
        <w:spacing w:after="0"/>
      </w:pPr>
    </w:p>
    <w:p w14:paraId="1AFD79E8" w14:textId="77777777" w:rsidR="00F65462" w:rsidRDefault="00023050">
      <w:pPr>
        <w:spacing w:after="0"/>
      </w:pPr>
      <w:r>
        <w:rPr>
          <w:rFonts w:ascii="Arial" w:hAnsi="Arial"/>
          <w:b/>
        </w:rPr>
        <w:t xml:space="preserve">Interviewer P:  </w:t>
      </w:r>
      <w:r>
        <w:rPr>
          <w:rFonts w:ascii="Arial" w:hAnsi="Arial"/>
          <w:color w:val="5D7284"/>
        </w:rPr>
        <w:t>27:11</w:t>
      </w:r>
    </w:p>
    <w:p w14:paraId="5AA7335F" w14:textId="77777777" w:rsidR="00F65462" w:rsidRDefault="00023050">
      <w:pPr>
        <w:spacing w:after="0"/>
      </w:pPr>
      <w:r>
        <w:rPr>
          <w:rFonts w:ascii="Arial" w:hAnsi="Arial"/>
        </w:rPr>
        <w:t xml:space="preserve"> Yeah.</w:t>
      </w:r>
    </w:p>
    <w:p w14:paraId="41508A3C" w14:textId="77777777" w:rsidR="00F65462" w:rsidRDefault="00F65462">
      <w:pPr>
        <w:spacing w:after="0"/>
      </w:pPr>
    </w:p>
    <w:p w14:paraId="5CE7A923" w14:textId="77777777" w:rsidR="00F65462" w:rsidRDefault="00023050">
      <w:pPr>
        <w:spacing w:after="0"/>
      </w:pPr>
      <w:r>
        <w:rPr>
          <w:rFonts w:ascii="Arial" w:hAnsi="Arial"/>
          <w:b/>
        </w:rPr>
        <w:t xml:space="preserve">Participant #8:  </w:t>
      </w:r>
      <w:r>
        <w:rPr>
          <w:rFonts w:ascii="Arial" w:hAnsi="Arial"/>
          <w:color w:val="5D7284"/>
        </w:rPr>
        <w:t>27:41</w:t>
      </w:r>
    </w:p>
    <w:p w14:paraId="173E6DFB" w14:textId="77777777" w:rsidR="00F65462" w:rsidRDefault="00023050">
      <w:pPr>
        <w:spacing w:after="0"/>
      </w:pPr>
      <w:r>
        <w:rPr>
          <w:rFonts w:ascii="Arial" w:hAnsi="Arial"/>
        </w:rPr>
        <w:lastRenderedPageBreak/>
        <w:t>You putting it like a dot of that in it?</w:t>
      </w:r>
    </w:p>
    <w:p w14:paraId="43D6B1D6" w14:textId="77777777" w:rsidR="00F65462" w:rsidRDefault="00F65462">
      <w:pPr>
        <w:spacing w:after="0"/>
      </w:pPr>
    </w:p>
    <w:p w14:paraId="1188B77F" w14:textId="77777777" w:rsidR="00F65462" w:rsidRDefault="00023050">
      <w:pPr>
        <w:spacing w:after="0"/>
      </w:pPr>
      <w:r>
        <w:rPr>
          <w:rFonts w:ascii="Arial" w:hAnsi="Arial"/>
          <w:b/>
        </w:rPr>
        <w:t xml:space="preserve">Interviewer P:  </w:t>
      </w:r>
      <w:r>
        <w:rPr>
          <w:rFonts w:ascii="Arial" w:hAnsi="Arial"/>
          <w:color w:val="5D7284"/>
        </w:rPr>
        <w:t>27:44</w:t>
      </w:r>
    </w:p>
    <w:p w14:paraId="3A4C656D" w14:textId="77777777" w:rsidR="00F65462" w:rsidRDefault="00023050">
      <w:pPr>
        <w:spacing w:after="0"/>
      </w:pPr>
      <w:r>
        <w:rPr>
          <w:rFonts w:ascii="Arial" w:hAnsi="Arial"/>
        </w:rPr>
        <w:t xml:space="preserve">No I just sprinkled a tiny bit. This goes a long way. It goes a long way. Yeah, I actually I actually poured out way more than I intended to. So I'll do about the same amount in there but scaled up to that size. </w:t>
      </w:r>
    </w:p>
    <w:p w14:paraId="17DBC151" w14:textId="77777777" w:rsidR="00F65462" w:rsidRDefault="00F65462">
      <w:pPr>
        <w:spacing w:after="0"/>
      </w:pPr>
    </w:p>
    <w:p w14:paraId="4DA0330E" w14:textId="77777777" w:rsidR="00F65462" w:rsidRDefault="00023050">
      <w:pPr>
        <w:spacing w:after="0"/>
      </w:pPr>
      <w:r>
        <w:rPr>
          <w:rFonts w:ascii="Arial" w:hAnsi="Arial"/>
          <w:b/>
        </w:rPr>
        <w:t xml:space="preserve">Participant # 18:  </w:t>
      </w:r>
      <w:r>
        <w:rPr>
          <w:rFonts w:ascii="Arial" w:hAnsi="Arial"/>
          <w:color w:val="5D7284"/>
        </w:rPr>
        <w:t>28:00</w:t>
      </w:r>
    </w:p>
    <w:p w14:paraId="70A41313" w14:textId="77777777" w:rsidR="00F65462" w:rsidRDefault="00023050">
      <w:pPr>
        <w:spacing w:after="0"/>
      </w:pPr>
      <w:r>
        <w:rPr>
          <w:rFonts w:ascii="Arial" w:hAnsi="Arial"/>
        </w:rPr>
        <w:t>Oh God, I have no idea about this one.</w:t>
      </w:r>
    </w:p>
    <w:p w14:paraId="6F8BD81B" w14:textId="77777777" w:rsidR="00F65462" w:rsidRDefault="00F65462">
      <w:pPr>
        <w:spacing w:after="0"/>
      </w:pPr>
    </w:p>
    <w:p w14:paraId="709E04F4" w14:textId="77777777" w:rsidR="00F65462" w:rsidRDefault="00023050">
      <w:pPr>
        <w:spacing w:after="0"/>
      </w:pPr>
      <w:r>
        <w:rPr>
          <w:rFonts w:ascii="Arial" w:hAnsi="Arial"/>
          <w:b/>
        </w:rPr>
        <w:t xml:space="preserve">Interviewer P:  </w:t>
      </w:r>
      <w:r>
        <w:rPr>
          <w:rFonts w:ascii="Arial" w:hAnsi="Arial"/>
          <w:color w:val="5D7284"/>
        </w:rPr>
        <w:t>28:33</w:t>
      </w:r>
    </w:p>
    <w:p w14:paraId="0F0AD613" w14:textId="77777777" w:rsidR="00F65462" w:rsidRDefault="00023050">
      <w:pPr>
        <w:spacing w:after="0"/>
      </w:pPr>
      <w:r>
        <w:rPr>
          <w:rFonts w:ascii="Arial" w:hAnsi="Arial"/>
        </w:rPr>
        <w:t>So tell me about your sketch.</w:t>
      </w:r>
    </w:p>
    <w:p w14:paraId="2613E9C1" w14:textId="77777777" w:rsidR="00F65462" w:rsidRDefault="00F65462">
      <w:pPr>
        <w:spacing w:after="0"/>
      </w:pPr>
    </w:p>
    <w:p w14:paraId="48234DE2" w14:textId="77777777" w:rsidR="00F65462" w:rsidRDefault="00023050">
      <w:pPr>
        <w:spacing w:after="0"/>
      </w:pPr>
      <w:r>
        <w:rPr>
          <w:rFonts w:ascii="Arial" w:hAnsi="Arial"/>
          <w:b/>
        </w:rPr>
        <w:t xml:space="preserve">Participant #8:  </w:t>
      </w:r>
      <w:r>
        <w:rPr>
          <w:rFonts w:ascii="Arial" w:hAnsi="Arial"/>
          <w:color w:val="5D7284"/>
        </w:rPr>
        <w:t>28:35</w:t>
      </w:r>
    </w:p>
    <w:p w14:paraId="1AC850D8" w14:textId="77777777" w:rsidR="00F65462" w:rsidRDefault="00023050">
      <w:pPr>
        <w:spacing w:after="0"/>
      </w:pPr>
      <w:r>
        <w:rPr>
          <w:rFonts w:ascii="Arial" w:hAnsi="Arial"/>
        </w:rPr>
        <w:t>So the top. I'm like, I was trying to, like rationalize my thinking. It was kind of hard because I was a imagen. And I'm like, if you drop it in, I was like, I feel like it's just gonna, like, stay the same as that. Like I was trying to think about like the earth rotating. Like what happens if you just dropped something, it's just, it's gonna be the same kind of thing. But then I was like, Okay, this is water. I don't really know how stuff like, reacts with water in this type of way. So I'm like, okay, mayb</w:t>
      </w:r>
      <w:r>
        <w:rPr>
          <w:rFonts w:ascii="Arial" w:hAnsi="Arial"/>
        </w:rPr>
        <w:t xml:space="preserve">e like, the streaks would kind of like swirl around a little bit. Like, where are they dropped and like go like that. So that's what I did here. </w:t>
      </w:r>
    </w:p>
    <w:p w14:paraId="1037B8A3" w14:textId="77777777" w:rsidR="00F65462" w:rsidRDefault="00F65462">
      <w:pPr>
        <w:spacing w:after="0"/>
      </w:pPr>
    </w:p>
    <w:p w14:paraId="3D849C31" w14:textId="77777777" w:rsidR="00F65462" w:rsidRDefault="00023050">
      <w:pPr>
        <w:spacing w:after="0"/>
      </w:pPr>
      <w:r>
        <w:rPr>
          <w:rFonts w:ascii="Arial" w:hAnsi="Arial"/>
          <w:b/>
        </w:rPr>
        <w:t xml:space="preserve">Interviewer P:  </w:t>
      </w:r>
      <w:r>
        <w:rPr>
          <w:rFonts w:ascii="Arial" w:hAnsi="Arial"/>
          <w:color w:val="5D7284"/>
        </w:rPr>
        <w:t>29:12</w:t>
      </w:r>
    </w:p>
    <w:p w14:paraId="0E911F21" w14:textId="77777777" w:rsidR="00F65462" w:rsidRDefault="00023050">
      <w:pPr>
        <w:spacing w:after="0"/>
      </w:pPr>
      <w:r>
        <w:rPr>
          <w:rFonts w:ascii="Arial" w:hAnsi="Arial"/>
        </w:rPr>
        <w:t>Okay.</w:t>
      </w:r>
    </w:p>
    <w:p w14:paraId="687C6DE0" w14:textId="77777777" w:rsidR="00F65462" w:rsidRDefault="00F65462">
      <w:pPr>
        <w:spacing w:after="0"/>
      </w:pPr>
    </w:p>
    <w:p w14:paraId="56F234D1" w14:textId="77777777" w:rsidR="00F65462" w:rsidRDefault="00023050">
      <w:pPr>
        <w:spacing w:after="0"/>
      </w:pPr>
      <w:r>
        <w:rPr>
          <w:rFonts w:ascii="Arial" w:hAnsi="Arial"/>
          <w:b/>
        </w:rPr>
        <w:t xml:space="preserve">Participant # 18:  </w:t>
      </w:r>
      <w:r>
        <w:rPr>
          <w:rFonts w:ascii="Arial" w:hAnsi="Arial"/>
          <w:color w:val="5D7284"/>
        </w:rPr>
        <w:t>29:13</w:t>
      </w:r>
    </w:p>
    <w:p w14:paraId="051DD687" w14:textId="77777777" w:rsidR="00F65462" w:rsidRDefault="00023050">
      <w:pPr>
        <w:spacing w:after="0"/>
      </w:pPr>
      <w:r>
        <w:rPr>
          <w:rFonts w:ascii="Arial" w:hAnsi="Arial"/>
        </w:rPr>
        <w:t xml:space="preserve">Kind of showed that there will be like, kind of instead of going like straight down kind of like a curve. </w:t>
      </w:r>
    </w:p>
    <w:p w14:paraId="5B2F9378" w14:textId="77777777" w:rsidR="00F65462" w:rsidRDefault="00F65462">
      <w:pPr>
        <w:spacing w:after="0"/>
      </w:pPr>
    </w:p>
    <w:p w14:paraId="7C647557" w14:textId="77777777" w:rsidR="00F65462" w:rsidRDefault="00023050">
      <w:pPr>
        <w:spacing w:after="0"/>
      </w:pPr>
      <w:r>
        <w:rPr>
          <w:rFonts w:ascii="Arial" w:hAnsi="Arial"/>
          <w:b/>
        </w:rPr>
        <w:t xml:space="preserve">Interviewer P:  </w:t>
      </w:r>
      <w:r>
        <w:rPr>
          <w:rFonts w:ascii="Arial" w:hAnsi="Arial"/>
          <w:color w:val="5D7284"/>
        </w:rPr>
        <w:t>29:17</w:t>
      </w:r>
    </w:p>
    <w:p w14:paraId="7231C1BD" w14:textId="77777777" w:rsidR="00F65462" w:rsidRDefault="00023050">
      <w:pPr>
        <w:spacing w:after="0"/>
      </w:pPr>
      <w:r>
        <w:rPr>
          <w:rFonts w:ascii="Arial" w:hAnsi="Arial"/>
        </w:rPr>
        <w:t xml:space="preserve">A curve. Okay. </w:t>
      </w:r>
    </w:p>
    <w:p w14:paraId="58E6DD4E" w14:textId="77777777" w:rsidR="00F65462" w:rsidRDefault="00F65462">
      <w:pPr>
        <w:spacing w:after="0"/>
      </w:pPr>
    </w:p>
    <w:p w14:paraId="4F77099F" w14:textId="77777777" w:rsidR="00F65462" w:rsidRDefault="00023050">
      <w:pPr>
        <w:spacing w:after="0"/>
      </w:pPr>
      <w:r>
        <w:rPr>
          <w:rFonts w:ascii="Arial" w:hAnsi="Arial"/>
          <w:b/>
        </w:rPr>
        <w:t xml:space="preserve">Participant # 18:  </w:t>
      </w:r>
      <w:r>
        <w:rPr>
          <w:rFonts w:ascii="Arial" w:hAnsi="Arial"/>
          <w:color w:val="5D7284"/>
        </w:rPr>
        <w:t>29:18</w:t>
      </w:r>
    </w:p>
    <w:p w14:paraId="08251145" w14:textId="77777777" w:rsidR="00F65462" w:rsidRDefault="00023050">
      <w:pPr>
        <w:spacing w:after="0"/>
      </w:pPr>
      <w:r>
        <w:rPr>
          <w:rFonts w:ascii="Arial" w:hAnsi="Arial"/>
        </w:rPr>
        <w:t xml:space="preserve">Yeah. Because I couldn't make up my mind. </w:t>
      </w:r>
    </w:p>
    <w:p w14:paraId="7D3BEE8F" w14:textId="77777777" w:rsidR="00F65462" w:rsidRDefault="00F65462">
      <w:pPr>
        <w:spacing w:after="0"/>
      </w:pPr>
    </w:p>
    <w:p w14:paraId="184163A6" w14:textId="77777777" w:rsidR="00F65462" w:rsidRDefault="00023050">
      <w:pPr>
        <w:spacing w:after="0"/>
      </w:pPr>
      <w:r>
        <w:rPr>
          <w:rFonts w:ascii="Arial" w:hAnsi="Arial"/>
          <w:b/>
        </w:rPr>
        <w:t xml:space="preserve">Interviewer P:  </w:t>
      </w:r>
      <w:r>
        <w:rPr>
          <w:rFonts w:ascii="Arial" w:hAnsi="Arial"/>
          <w:color w:val="5D7284"/>
        </w:rPr>
        <w:t>29:21</w:t>
      </w:r>
    </w:p>
    <w:p w14:paraId="17742F92" w14:textId="77777777" w:rsidR="00F65462" w:rsidRDefault="00023050">
      <w:pPr>
        <w:spacing w:after="0"/>
      </w:pPr>
      <w:r>
        <w:rPr>
          <w:rFonts w:ascii="Arial" w:hAnsi="Arial"/>
        </w:rPr>
        <w:t>Yeah.</w:t>
      </w:r>
    </w:p>
    <w:p w14:paraId="3B88899E" w14:textId="77777777" w:rsidR="00F65462" w:rsidRDefault="00F65462">
      <w:pPr>
        <w:spacing w:after="0"/>
      </w:pPr>
    </w:p>
    <w:p w14:paraId="6CFC777E" w14:textId="77777777" w:rsidR="00F65462" w:rsidRDefault="00023050">
      <w:pPr>
        <w:spacing w:after="0"/>
      </w:pPr>
      <w:r>
        <w:rPr>
          <w:rFonts w:ascii="Arial" w:hAnsi="Arial"/>
          <w:b/>
        </w:rPr>
        <w:t xml:space="preserve">Participant # 18:  </w:t>
      </w:r>
      <w:r>
        <w:rPr>
          <w:rFonts w:ascii="Arial" w:hAnsi="Arial"/>
          <w:color w:val="5D7284"/>
        </w:rPr>
        <w:t>29:21</w:t>
      </w:r>
    </w:p>
    <w:p w14:paraId="7F84C375" w14:textId="77777777" w:rsidR="00F65462" w:rsidRDefault="00023050">
      <w:pPr>
        <w:spacing w:after="0"/>
      </w:pPr>
      <w:r>
        <w:rPr>
          <w:rFonts w:ascii="Arial" w:hAnsi="Arial"/>
        </w:rPr>
        <w:t xml:space="preserve">What I thought was good. </w:t>
      </w:r>
    </w:p>
    <w:p w14:paraId="69E2BB2B" w14:textId="77777777" w:rsidR="00F65462" w:rsidRDefault="00F65462">
      <w:pPr>
        <w:spacing w:after="0"/>
      </w:pPr>
    </w:p>
    <w:p w14:paraId="58A24C92" w14:textId="77777777" w:rsidR="00F65462" w:rsidRDefault="00023050">
      <w:pPr>
        <w:spacing w:after="0"/>
      </w:pPr>
      <w:r>
        <w:rPr>
          <w:rFonts w:ascii="Arial" w:hAnsi="Arial"/>
          <w:b/>
        </w:rPr>
        <w:t xml:space="preserve">Interviewer P:  </w:t>
      </w:r>
      <w:r>
        <w:rPr>
          <w:rFonts w:ascii="Arial" w:hAnsi="Arial"/>
          <w:color w:val="5D7284"/>
        </w:rPr>
        <w:t>29:22</w:t>
      </w:r>
    </w:p>
    <w:p w14:paraId="12711205" w14:textId="77777777" w:rsidR="00F65462" w:rsidRDefault="00023050">
      <w:pPr>
        <w:spacing w:after="0"/>
      </w:pPr>
      <w:r>
        <w:rPr>
          <w:rFonts w:ascii="Arial" w:hAnsi="Arial"/>
        </w:rPr>
        <w:t>Yeah, Is there any, like, memory or experience that you've had that kind of informed this?</w:t>
      </w:r>
    </w:p>
    <w:p w14:paraId="57C0D796" w14:textId="77777777" w:rsidR="00F65462" w:rsidRDefault="00F65462">
      <w:pPr>
        <w:spacing w:after="0"/>
      </w:pPr>
    </w:p>
    <w:p w14:paraId="46D88D2E" w14:textId="77777777" w:rsidR="00F65462" w:rsidRDefault="00023050">
      <w:pPr>
        <w:spacing w:after="0"/>
      </w:pPr>
      <w:r>
        <w:rPr>
          <w:rFonts w:ascii="Arial" w:hAnsi="Arial"/>
          <w:b/>
        </w:rPr>
        <w:t xml:space="preserve">Participant #8:  </w:t>
      </w:r>
      <w:r>
        <w:rPr>
          <w:rFonts w:ascii="Arial" w:hAnsi="Arial"/>
          <w:color w:val="5D7284"/>
        </w:rPr>
        <w:t>29:31</w:t>
      </w:r>
    </w:p>
    <w:p w14:paraId="4394D8A6" w14:textId="77777777" w:rsidR="00F65462" w:rsidRDefault="00023050">
      <w:pPr>
        <w:spacing w:after="0"/>
      </w:pPr>
      <w:r>
        <w:rPr>
          <w:rFonts w:ascii="Arial" w:hAnsi="Arial"/>
        </w:rPr>
        <w:t>I guess if I was thinking about I, I'm like a pre team coach sometimes in the summer.</w:t>
      </w:r>
    </w:p>
    <w:p w14:paraId="0D142F6F" w14:textId="77777777" w:rsidR="00F65462" w:rsidRDefault="00F65462">
      <w:pPr>
        <w:spacing w:after="0"/>
      </w:pPr>
    </w:p>
    <w:p w14:paraId="612D9CDE" w14:textId="77777777" w:rsidR="00F65462" w:rsidRDefault="00023050">
      <w:pPr>
        <w:spacing w:after="0"/>
      </w:pPr>
      <w:r>
        <w:rPr>
          <w:rFonts w:ascii="Arial" w:hAnsi="Arial"/>
          <w:b/>
        </w:rPr>
        <w:t xml:space="preserve">Interviewer P:  </w:t>
      </w:r>
      <w:r>
        <w:rPr>
          <w:rFonts w:ascii="Arial" w:hAnsi="Arial"/>
          <w:color w:val="5D7284"/>
        </w:rPr>
        <w:t>29:37</w:t>
      </w:r>
    </w:p>
    <w:p w14:paraId="4874798D" w14:textId="77777777" w:rsidR="00F65462" w:rsidRDefault="00023050">
      <w:pPr>
        <w:spacing w:after="0"/>
      </w:pPr>
      <w:r>
        <w:rPr>
          <w:rFonts w:ascii="Arial" w:hAnsi="Arial"/>
        </w:rPr>
        <w:t>A what coach?</w:t>
      </w:r>
    </w:p>
    <w:p w14:paraId="4475AD14" w14:textId="77777777" w:rsidR="00F65462" w:rsidRDefault="00F65462">
      <w:pPr>
        <w:spacing w:after="0"/>
      </w:pPr>
    </w:p>
    <w:p w14:paraId="0F5D5D20" w14:textId="77777777" w:rsidR="00F65462" w:rsidRDefault="00023050">
      <w:pPr>
        <w:spacing w:after="0"/>
      </w:pPr>
      <w:r>
        <w:rPr>
          <w:rFonts w:ascii="Arial" w:hAnsi="Arial"/>
          <w:b/>
        </w:rPr>
        <w:t xml:space="preserve">Participant # 18:  </w:t>
      </w:r>
      <w:r>
        <w:rPr>
          <w:rFonts w:ascii="Arial" w:hAnsi="Arial"/>
          <w:color w:val="5D7284"/>
        </w:rPr>
        <w:t>29:37</w:t>
      </w:r>
    </w:p>
    <w:p w14:paraId="084D767E" w14:textId="77777777" w:rsidR="00F65462" w:rsidRDefault="00023050">
      <w:pPr>
        <w:spacing w:after="0"/>
      </w:pPr>
      <w:r>
        <w:rPr>
          <w:rFonts w:ascii="Arial" w:hAnsi="Arial"/>
        </w:rPr>
        <w:t xml:space="preserve">Pre team to you so like little kids, like teach them how to swim. Yeah. And like, we'll go around a whirlpool like in the pool, like mix it around. I'm thinking if you were to put some kind of food coloring or food dye on it, it wouldn't just stay there. It would start mixing around. So I guess I'm like thinking like if you're kind of imitating what's happening here. It's a little bit different because you're not like making the circle motion. But I guess The water is still moving in that tank but the tank </w:t>
      </w:r>
      <w:r>
        <w:rPr>
          <w:rFonts w:ascii="Arial" w:hAnsi="Arial"/>
        </w:rPr>
        <w:t>is moving with it and that's what the my issue was trying to figure out. Is that the same or is it different.</w:t>
      </w:r>
    </w:p>
    <w:p w14:paraId="120C4E94" w14:textId="77777777" w:rsidR="00F65462" w:rsidRDefault="00F65462">
      <w:pPr>
        <w:spacing w:after="0"/>
      </w:pPr>
    </w:p>
    <w:p w14:paraId="57A30DE3" w14:textId="77777777" w:rsidR="00F65462" w:rsidRDefault="00023050">
      <w:pPr>
        <w:spacing w:after="0"/>
      </w:pPr>
      <w:r>
        <w:rPr>
          <w:rFonts w:ascii="Arial" w:hAnsi="Arial"/>
          <w:b/>
        </w:rPr>
        <w:t xml:space="preserve">Interviewer P:  </w:t>
      </w:r>
      <w:r>
        <w:rPr>
          <w:rFonts w:ascii="Arial" w:hAnsi="Arial"/>
          <w:color w:val="5D7284"/>
        </w:rPr>
        <w:t>29:40</w:t>
      </w:r>
    </w:p>
    <w:p w14:paraId="77C549C4" w14:textId="77777777" w:rsidR="00F65462" w:rsidRDefault="00023050">
      <w:pPr>
        <w:spacing w:after="0"/>
      </w:pPr>
      <w:r>
        <w:rPr>
          <w:rFonts w:ascii="Arial" w:hAnsi="Arial"/>
        </w:rPr>
        <w:t>Pre team? Okay let's take a look and see.</w:t>
      </w:r>
    </w:p>
    <w:p w14:paraId="42AFC42D" w14:textId="77777777" w:rsidR="00F65462" w:rsidRDefault="00F65462">
      <w:pPr>
        <w:spacing w:after="0"/>
      </w:pPr>
    </w:p>
    <w:p w14:paraId="75FD5558" w14:textId="77777777" w:rsidR="00F65462" w:rsidRDefault="00023050">
      <w:pPr>
        <w:spacing w:after="0"/>
      </w:pPr>
      <w:r>
        <w:rPr>
          <w:rFonts w:ascii="Arial" w:hAnsi="Arial"/>
          <w:b/>
        </w:rPr>
        <w:t xml:space="preserve">Participant # 18:  </w:t>
      </w:r>
      <w:r>
        <w:rPr>
          <w:rFonts w:ascii="Arial" w:hAnsi="Arial"/>
          <w:color w:val="5D7284"/>
        </w:rPr>
        <w:t>30:13</w:t>
      </w:r>
    </w:p>
    <w:p w14:paraId="15F5B92F" w14:textId="77777777" w:rsidR="00F65462" w:rsidRDefault="00023050">
      <w:pPr>
        <w:spacing w:after="0"/>
      </w:pPr>
      <w:r>
        <w:rPr>
          <w:rFonts w:ascii="Arial" w:hAnsi="Arial"/>
        </w:rPr>
        <w:t>I don't work confident on this one, but we will see.</w:t>
      </w:r>
    </w:p>
    <w:p w14:paraId="271CA723" w14:textId="77777777" w:rsidR="00F65462" w:rsidRDefault="00F65462">
      <w:pPr>
        <w:spacing w:after="0"/>
      </w:pPr>
    </w:p>
    <w:p w14:paraId="0ECB1C78" w14:textId="77777777" w:rsidR="00F65462" w:rsidRDefault="00023050">
      <w:pPr>
        <w:spacing w:after="0"/>
      </w:pPr>
      <w:r>
        <w:rPr>
          <w:rFonts w:ascii="Arial" w:hAnsi="Arial"/>
          <w:b/>
        </w:rPr>
        <w:t xml:space="preserve">Interviewer P:  </w:t>
      </w:r>
      <w:r>
        <w:rPr>
          <w:rFonts w:ascii="Arial" w:hAnsi="Arial"/>
          <w:color w:val="5D7284"/>
        </w:rPr>
        <w:t>30:17</w:t>
      </w:r>
    </w:p>
    <w:p w14:paraId="1F1009E3" w14:textId="77777777" w:rsidR="00F65462" w:rsidRDefault="00023050">
      <w:pPr>
        <w:spacing w:after="0"/>
      </w:pPr>
      <w:r>
        <w:rPr>
          <w:rFonts w:ascii="Arial" w:hAnsi="Arial"/>
        </w:rPr>
        <w:t xml:space="preserve">Eh a minute after I drop it in so. Does that surprise you? </w:t>
      </w:r>
    </w:p>
    <w:p w14:paraId="75FBE423" w14:textId="77777777" w:rsidR="00F65462" w:rsidRDefault="00F65462">
      <w:pPr>
        <w:spacing w:after="0"/>
      </w:pPr>
    </w:p>
    <w:p w14:paraId="3A04EC50" w14:textId="77777777" w:rsidR="00F65462" w:rsidRDefault="00023050">
      <w:pPr>
        <w:spacing w:after="0"/>
      </w:pPr>
      <w:r>
        <w:rPr>
          <w:rFonts w:ascii="Arial" w:hAnsi="Arial"/>
          <w:b/>
        </w:rPr>
        <w:t xml:space="preserve">Participant # 18:  </w:t>
      </w:r>
      <w:r>
        <w:rPr>
          <w:rFonts w:ascii="Arial" w:hAnsi="Arial"/>
          <w:color w:val="5D7284"/>
        </w:rPr>
        <w:t>31:05</w:t>
      </w:r>
    </w:p>
    <w:p w14:paraId="7A85D6FA" w14:textId="77777777" w:rsidR="00F65462" w:rsidRDefault="00023050">
      <w:pPr>
        <w:spacing w:after="0"/>
      </w:pPr>
      <w:r>
        <w:rPr>
          <w:rFonts w:ascii="Arial" w:hAnsi="Arial"/>
        </w:rPr>
        <w:t xml:space="preserve">So it doesn't really seem like it's swirling that much I can't </w:t>
      </w:r>
      <w:r>
        <w:rPr>
          <w:rFonts w:ascii="Arial" w:hAnsi="Arial"/>
        </w:rPr>
        <w:t>like really compare too much from that one. Like thinking about how the streaks were, but it looks like everything's staying like the same spot as it's going around. So yeah, it does surprise me because I didn't really know what was gonna happen.</w:t>
      </w:r>
    </w:p>
    <w:p w14:paraId="2D3F0BEC" w14:textId="77777777" w:rsidR="00F65462" w:rsidRDefault="00F65462">
      <w:pPr>
        <w:spacing w:after="0"/>
      </w:pPr>
    </w:p>
    <w:p w14:paraId="2B5D1F2E" w14:textId="77777777" w:rsidR="00F65462" w:rsidRDefault="00023050">
      <w:pPr>
        <w:spacing w:after="0"/>
      </w:pPr>
      <w:r>
        <w:rPr>
          <w:rFonts w:ascii="Arial" w:hAnsi="Arial"/>
          <w:b/>
        </w:rPr>
        <w:t xml:space="preserve">Interviewer P:  </w:t>
      </w:r>
      <w:r>
        <w:rPr>
          <w:rFonts w:ascii="Arial" w:hAnsi="Arial"/>
          <w:color w:val="5D7284"/>
        </w:rPr>
        <w:t>31:27</w:t>
      </w:r>
    </w:p>
    <w:p w14:paraId="5B3BED30" w14:textId="77777777" w:rsidR="00F65462" w:rsidRDefault="00023050">
      <w:pPr>
        <w:spacing w:after="0"/>
      </w:pPr>
      <w:r>
        <w:rPr>
          <w:rFonts w:ascii="Arial" w:hAnsi="Arial"/>
        </w:rPr>
        <w:t>So would you give me another piece of paper and can you redraw what it actually looks like?</w:t>
      </w:r>
    </w:p>
    <w:p w14:paraId="75CF4315" w14:textId="77777777" w:rsidR="00F65462" w:rsidRDefault="00F65462">
      <w:pPr>
        <w:spacing w:after="0"/>
      </w:pPr>
    </w:p>
    <w:p w14:paraId="07F8B0C8" w14:textId="77777777" w:rsidR="00F65462" w:rsidRDefault="00023050">
      <w:pPr>
        <w:spacing w:after="0"/>
      </w:pPr>
      <w:r>
        <w:rPr>
          <w:rFonts w:ascii="Arial" w:hAnsi="Arial"/>
          <w:b/>
        </w:rPr>
        <w:t xml:space="preserve">Participant #8:  </w:t>
      </w:r>
      <w:r>
        <w:rPr>
          <w:rFonts w:ascii="Arial" w:hAnsi="Arial"/>
          <w:color w:val="5D7284"/>
        </w:rPr>
        <w:t>32:19</w:t>
      </w:r>
    </w:p>
    <w:p w14:paraId="16864870" w14:textId="77777777" w:rsidR="00F65462" w:rsidRDefault="00023050">
      <w:pPr>
        <w:spacing w:after="0"/>
      </w:pPr>
      <w:r>
        <w:rPr>
          <w:rFonts w:ascii="Arial" w:hAnsi="Arial"/>
        </w:rPr>
        <w:t>Like like jellyfish or something that's cool.</w:t>
      </w:r>
    </w:p>
    <w:p w14:paraId="3CB648E9" w14:textId="77777777" w:rsidR="00F65462" w:rsidRDefault="00F65462">
      <w:pPr>
        <w:spacing w:after="0"/>
      </w:pPr>
    </w:p>
    <w:p w14:paraId="72FAE50B" w14:textId="77777777" w:rsidR="00F65462" w:rsidRDefault="00023050">
      <w:pPr>
        <w:spacing w:after="0"/>
      </w:pPr>
      <w:r>
        <w:rPr>
          <w:rFonts w:ascii="Arial" w:hAnsi="Arial"/>
          <w:b/>
        </w:rPr>
        <w:t xml:space="preserve">Interviewer P:  </w:t>
      </w:r>
      <w:r>
        <w:rPr>
          <w:rFonts w:ascii="Arial" w:hAnsi="Arial"/>
          <w:color w:val="5D7284"/>
        </w:rPr>
        <w:t>32:30</w:t>
      </w:r>
    </w:p>
    <w:p w14:paraId="651D84D4" w14:textId="77777777" w:rsidR="00F65462" w:rsidRDefault="00023050">
      <w:pPr>
        <w:spacing w:after="0"/>
      </w:pPr>
      <w:r>
        <w:rPr>
          <w:rFonts w:ascii="Arial" w:hAnsi="Arial"/>
        </w:rPr>
        <w:t>Okay, so do you have any ideas about like those, the streaks are like staying upright, where it's like in the still one they have, you know, more moves throughout the tank and colored all of the water. So do you have any thoughts about what might be holding those dye columns up?</w:t>
      </w:r>
    </w:p>
    <w:p w14:paraId="0C178E9E" w14:textId="77777777" w:rsidR="00F65462" w:rsidRDefault="00F65462">
      <w:pPr>
        <w:spacing w:after="0"/>
      </w:pPr>
    </w:p>
    <w:p w14:paraId="2F493B8A" w14:textId="77777777" w:rsidR="00F65462" w:rsidRDefault="00023050">
      <w:pPr>
        <w:spacing w:after="0"/>
      </w:pPr>
      <w:r>
        <w:rPr>
          <w:rFonts w:ascii="Arial" w:hAnsi="Arial"/>
          <w:b/>
        </w:rPr>
        <w:t xml:space="preserve">Participant # 18:  </w:t>
      </w:r>
      <w:r>
        <w:rPr>
          <w:rFonts w:ascii="Arial" w:hAnsi="Arial"/>
          <w:color w:val="5D7284"/>
        </w:rPr>
        <w:t>32:52</w:t>
      </w:r>
    </w:p>
    <w:p w14:paraId="3862BAC4" w14:textId="77777777" w:rsidR="00F65462" w:rsidRDefault="00023050">
      <w:pPr>
        <w:spacing w:after="0"/>
      </w:pPr>
      <w:r>
        <w:rPr>
          <w:rFonts w:ascii="Arial" w:hAnsi="Arial"/>
        </w:rPr>
        <w:t>guess it's like kinda like, like centripetal force or whatever, where it's like you're going around the circle. And it's like, keeping everything in the same. Like place as it goes around. That's like the only thing I can like think of physics wise. Like, yeah, from what I remember. I don't know if that's right.</w:t>
      </w:r>
    </w:p>
    <w:p w14:paraId="3C0395D3" w14:textId="77777777" w:rsidR="00F65462" w:rsidRDefault="00F65462">
      <w:pPr>
        <w:spacing w:after="0"/>
      </w:pPr>
    </w:p>
    <w:p w14:paraId="6097C254" w14:textId="77777777" w:rsidR="00F65462" w:rsidRDefault="00023050">
      <w:pPr>
        <w:spacing w:after="0"/>
      </w:pPr>
      <w:r>
        <w:rPr>
          <w:rFonts w:ascii="Arial" w:hAnsi="Arial"/>
          <w:b/>
        </w:rPr>
        <w:t xml:space="preserve">Interviewer P:  </w:t>
      </w:r>
      <w:r>
        <w:rPr>
          <w:rFonts w:ascii="Arial" w:hAnsi="Arial"/>
          <w:color w:val="5D7284"/>
        </w:rPr>
        <w:t>33:18</w:t>
      </w:r>
    </w:p>
    <w:p w14:paraId="13D979C9" w14:textId="77777777" w:rsidR="00F65462" w:rsidRDefault="00023050">
      <w:pPr>
        <w:spacing w:after="0"/>
      </w:pPr>
      <w:r>
        <w:rPr>
          <w:rFonts w:ascii="Arial" w:hAnsi="Arial"/>
        </w:rPr>
        <w:lastRenderedPageBreak/>
        <w:t xml:space="preserve">And do you have any experience with something like that? Where like, it keeps everything up? Straight up and down as something turns? </w:t>
      </w:r>
    </w:p>
    <w:p w14:paraId="3254BC2F" w14:textId="77777777" w:rsidR="00F65462" w:rsidRDefault="00F65462">
      <w:pPr>
        <w:spacing w:after="0"/>
      </w:pPr>
    </w:p>
    <w:p w14:paraId="17598C36" w14:textId="77777777" w:rsidR="00F65462" w:rsidRDefault="00023050">
      <w:pPr>
        <w:spacing w:after="0"/>
      </w:pPr>
      <w:r>
        <w:rPr>
          <w:rFonts w:ascii="Arial" w:hAnsi="Arial"/>
          <w:b/>
        </w:rPr>
        <w:t xml:space="preserve">Participant #8:  </w:t>
      </w:r>
      <w:r>
        <w:rPr>
          <w:rFonts w:ascii="Arial" w:hAnsi="Arial"/>
          <w:color w:val="5D7284"/>
        </w:rPr>
        <w:t>33:25</w:t>
      </w:r>
    </w:p>
    <w:p w14:paraId="47F0B57C" w14:textId="77777777" w:rsidR="00F65462" w:rsidRDefault="00023050">
      <w:pPr>
        <w:spacing w:after="0"/>
      </w:pPr>
      <w:r>
        <w:rPr>
          <w:rFonts w:ascii="Arial" w:hAnsi="Arial"/>
        </w:rPr>
        <w:t xml:space="preserve">Um, yeah, just like if you're, whats a good example. Okay, well, like if a skateboarder goes up and around, like, just some ramp, but that's all the way around. They'll stay on. </w:t>
      </w:r>
    </w:p>
    <w:p w14:paraId="651E9592" w14:textId="77777777" w:rsidR="00F65462" w:rsidRDefault="00F65462">
      <w:pPr>
        <w:spacing w:after="0"/>
      </w:pPr>
    </w:p>
    <w:p w14:paraId="0361A428" w14:textId="77777777" w:rsidR="00F65462" w:rsidRDefault="00023050">
      <w:pPr>
        <w:spacing w:after="0"/>
      </w:pPr>
      <w:r>
        <w:rPr>
          <w:rFonts w:ascii="Arial" w:hAnsi="Arial"/>
          <w:b/>
        </w:rPr>
        <w:t xml:space="preserve">Interviewer P:  </w:t>
      </w:r>
      <w:r>
        <w:rPr>
          <w:rFonts w:ascii="Arial" w:hAnsi="Arial"/>
          <w:color w:val="5D7284"/>
        </w:rPr>
        <w:t>33:50</w:t>
      </w:r>
    </w:p>
    <w:p w14:paraId="30A7C619" w14:textId="77777777" w:rsidR="00F65462" w:rsidRDefault="00023050">
      <w:pPr>
        <w:spacing w:after="0"/>
      </w:pPr>
      <w:r>
        <w:rPr>
          <w:rFonts w:ascii="Arial" w:hAnsi="Arial"/>
        </w:rPr>
        <w:t xml:space="preserve">Oh, yeah. </w:t>
      </w:r>
    </w:p>
    <w:p w14:paraId="269E314A" w14:textId="77777777" w:rsidR="00F65462" w:rsidRDefault="00F65462">
      <w:pPr>
        <w:spacing w:after="0"/>
      </w:pPr>
    </w:p>
    <w:p w14:paraId="696C797E" w14:textId="77777777" w:rsidR="00F65462" w:rsidRDefault="00023050">
      <w:pPr>
        <w:spacing w:after="0"/>
      </w:pPr>
      <w:r>
        <w:rPr>
          <w:rFonts w:ascii="Arial" w:hAnsi="Arial"/>
          <w:b/>
        </w:rPr>
        <w:t xml:space="preserve">Participant # 18:  </w:t>
      </w:r>
      <w:r>
        <w:rPr>
          <w:rFonts w:ascii="Arial" w:hAnsi="Arial"/>
          <w:color w:val="5D7284"/>
        </w:rPr>
        <w:t>33:51</w:t>
      </w:r>
    </w:p>
    <w:p w14:paraId="22840BB7" w14:textId="77777777" w:rsidR="00F65462" w:rsidRDefault="00023050">
      <w:pPr>
        <w:spacing w:after="0"/>
      </w:pPr>
      <w:r>
        <w:rPr>
          <w:rFonts w:ascii="Arial" w:hAnsi="Arial"/>
        </w:rPr>
        <w:t xml:space="preserve">On the path. </w:t>
      </w:r>
    </w:p>
    <w:p w14:paraId="47341341" w14:textId="77777777" w:rsidR="00F65462" w:rsidRDefault="00F65462">
      <w:pPr>
        <w:spacing w:after="0"/>
      </w:pPr>
    </w:p>
    <w:p w14:paraId="1B80253F" w14:textId="77777777" w:rsidR="00F65462" w:rsidRDefault="00023050">
      <w:pPr>
        <w:spacing w:after="0"/>
      </w:pPr>
      <w:r>
        <w:rPr>
          <w:rFonts w:ascii="Arial" w:hAnsi="Arial"/>
          <w:b/>
        </w:rPr>
        <w:t xml:space="preserve">Interviewer P:  </w:t>
      </w:r>
      <w:r>
        <w:rPr>
          <w:rFonts w:ascii="Arial" w:hAnsi="Arial"/>
          <w:color w:val="5D7284"/>
        </w:rPr>
        <w:t>33:54</w:t>
      </w:r>
    </w:p>
    <w:p w14:paraId="482B85AB" w14:textId="77777777" w:rsidR="00F65462" w:rsidRDefault="00023050">
      <w:pPr>
        <w:spacing w:after="0"/>
      </w:pPr>
      <w:r>
        <w:rPr>
          <w:rFonts w:ascii="Arial" w:hAnsi="Arial"/>
        </w:rPr>
        <w:t xml:space="preserve">Interesting. </w:t>
      </w:r>
    </w:p>
    <w:p w14:paraId="42EF2083" w14:textId="77777777" w:rsidR="00F65462" w:rsidRDefault="00F65462">
      <w:pPr>
        <w:spacing w:after="0"/>
      </w:pPr>
    </w:p>
    <w:p w14:paraId="1F2F15BA" w14:textId="77777777" w:rsidR="00F65462" w:rsidRDefault="00023050">
      <w:pPr>
        <w:spacing w:after="0"/>
      </w:pPr>
      <w:r>
        <w:rPr>
          <w:rFonts w:ascii="Arial" w:hAnsi="Arial"/>
          <w:b/>
        </w:rPr>
        <w:t xml:space="preserve">Participant # 18:  </w:t>
      </w:r>
      <w:r>
        <w:rPr>
          <w:rFonts w:ascii="Arial" w:hAnsi="Arial"/>
          <w:color w:val="5D7284"/>
        </w:rPr>
        <w:t>33:55</w:t>
      </w:r>
    </w:p>
    <w:p w14:paraId="5A6B497A" w14:textId="77777777" w:rsidR="00F65462" w:rsidRDefault="00023050">
      <w:pPr>
        <w:spacing w:after="0"/>
      </w:pPr>
      <w:r>
        <w:rPr>
          <w:rFonts w:ascii="Arial" w:hAnsi="Arial"/>
        </w:rPr>
        <w:t xml:space="preserve">Yeah. There not gonna just fall down. </w:t>
      </w:r>
    </w:p>
    <w:p w14:paraId="7B40C951" w14:textId="77777777" w:rsidR="00F65462" w:rsidRDefault="00F65462">
      <w:pPr>
        <w:spacing w:after="0"/>
      </w:pPr>
    </w:p>
    <w:p w14:paraId="65A1E188" w14:textId="77777777" w:rsidR="00F65462" w:rsidRDefault="00023050">
      <w:pPr>
        <w:spacing w:after="0"/>
      </w:pPr>
      <w:r>
        <w:rPr>
          <w:rFonts w:ascii="Arial" w:hAnsi="Arial"/>
          <w:b/>
        </w:rPr>
        <w:t xml:space="preserve">Interviewer P:  </w:t>
      </w:r>
      <w:r>
        <w:rPr>
          <w:rFonts w:ascii="Arial" w:hAnsi="Arial"/>
          <w:color w:val="5D7284"/>
        </w:rPr>
        <w:t>33:57</w:t>
      </w:r>
    </w:p>
    <w:p w14:paraId="234596CF" w14:textId="77777777" w:rsidR="00F65462" w:rsidRDefault="00023050">
      <w:pPr>
        <w:spacing w:after="0"/>
      </w:pPr>
      <w:r>
        <w:rPr>
          <w:rFonts w:ascii="Arial" w:hAnsi="Arial"/>
        </w:rPr>
        <w:t xml:space="preserve">Yeah. </w:t>
      </w:r>
    </w:p>
    <w:p w14:paraId="4B4D7232" w14:textId="77777777" w:rsidR="00F65462" w:rsidRDefault="00F65462">
      <w:pPr>
        <w:spacing w:after="0"/>
      </w:pPr>
    </w:p>
    <w:p w14:paraId="33C380E0" w14:textId="77777777" w:rsidR="00F65462" w:rsidRDefault="00023050">
      <w:pPr>
        <w:spacing w:after="0"/>
      </w:pPr>
      <w:r>
        <w:rPr>
          <w:rFonts w:ascii="Arial" w:hAnsi="Arial"/>
          <w:b/>
        </w:rPr>
        <w:t xml:space="preserve">Participant # 18:  </w:t>
      </w:r>
      <w:r>
        <w:rPr>
          <w:rFonts w:ascii="Arial" w:hAnsi="Arial"/>
          <w:color w:val="5D7284"/>
        </w:rPr>
        <w:t>33:58</w:t>
      </w:r>
    </w:p>
    <w:p w14:paraId="0E09B99E" w14:textId="77777777" w:rsidR="00F65462" w:rsidRDefault="00023050">
      <w:pPr>
        <w:spacing w:after="0"/>
      </w:pPr>
      <w:r>
        <w:rPr>
          <w:rFonts w:ascii="Arial" w:hAnsi="Arial"/>
        </w:rPr>
        <w:t>As long as I keep the same, like speed.</w:t>
      </w:r>
    </w:p>
    <w:p w14:paraId="2093CA67" w14:textId="77777777" w:rsidR="00F65462" w:rsidRDefault="00F65462">
      <w:pPr>
        <w:spacing w:after="0"/>
      </w:pPr>
    </w:p>
    <w:p w14:paraId="0B45A620" w14:textId="77777777" w:rsidR="00F65462" w:rsidRDefault="00023050">
      <w:pPr>
        <w:spacing w:after="0"/>
      </w:pPr>
      <w:r>
        <w:rPr>
          <w:rFonts w:ascii="Arial" w:hAnsi="Arial"/>
          <w:b/>
        </w:rPr>
        <w:t xml:space="preserve">Interviewer P:  </w:t>
      </w:r>
      <w:r>
        <w:rPr>
          <w:rFonts w:ascii="Arial" w:hAnsi="Arial"/>
          <w:color w:val="5D7284"/>
        </w:rPr>
        <w:t>34:00</w:t>
      </w:r>
    </w:p>
    <w:p w14:paraId="1626A548" w14:textId="77777777" w:rsidR="00F65462" w:rsidRDefault="00023050">
      <w:pPr>
        <w:spacing w:after="0"/>
      </w:pPr>
      <w:r>
        <w:rPr>
          <w:rFonts w:ascii="Arial" w:hAnsi="Arial"/>
        </w:rPr>
        <w:t>Yeah, I guess you could say the same for like a looping roller coaster.</w:t>
      </w:r>
    </w:p>
    <w:p w14:paraId="2503B197" w14:textId="77777777" w:rsidR="00F65462" w:rsidRDefault="00F65462">
      <w:pPr>
        <w:spacing w:after="0"/>
      </w:pPr>
    </w:p>
    <w:p w14:paraId="0BD044B4" w14:textId="77777777" w:rsidR="00F65462" w:rsidRDefault="00023050">
      <w:pPr>
        <w:spacing w:after="0"/>
      </w:pPr>
      <w:r>
        <w:rPr>
          <w:rFonts w:ascii="Arial" w:hAnsi="Arial"/>
          <w:b/>
        </w:rPr>
        <w:t xml:space="preserve">Participant # 18:  </w:t>
      </w:r>
      <w:r>
        <w:rPr>
          <w:rFonts w:ascii="Arial" w:hAnsi="Arial"/>
          <w:color w:val="5D7284"/>
        </w:rPr>
        <w:t>34:05</w:t>
      </w:r>
    </w:p>
    <w:p w14:paraId="3ADED5EC" w14:textId="77777777" w:rsidR="00F65462" w:rsidRDefault="00023050">
      <w:pPr>
        <w:spacing w:after="0"/>
      </w:pPr>
      <w:r>
        <w:rPr>
          <w:rFonts w:ascii="Arial" w:hAnsi="Arial"/>
        </w:rPr>
        <w:t xml:space="preserve">Yeah, I was about to say that too, yeah. </w:t>
      </w:r>
    </w:p>
    <w:p w14:paraId="38288749" w14:textId="77777777" w:rsidR="00F65462" w:rsidRDefault="00F65462">
      <w:pPr>
        <w:spacing w:after="0"/>
      </w:pPr>
    </w:p>
    <w:p w14:paraId="67C1749A" w14:textId="77777777" w:rsidR="00F65462" w:rsidRDefault="00023050">
      <w:pPr>
        <w:spacing w:after="0"/>
      </w:pPr>
      <w:r>
        <w:rPr>
          <w:rFonts w:ascii="Arial" w:hAnsi="Arial"/>
          <w:b/>
        </w:rPr>
        <w:t xml:space="preserve">Interviewer P:  </w:t>
      </w:r>
      <w:r>
        <w:rPr>
          <w:rFonts w:ascii="Arial" w:hAnsi="Arial"/>
          <w:color w:val="5D7284"/>
        </w:rPr>
        <w:t>34:08</w:t>
      </w:r>
    </w:p>
    <w:p w14:paraId="064686A6" w14:textId="77777777" w:rsidR="00F65462" w:rsidRDefault="00023050">
      <w:pPr>
        <w:spacing w:after="0"/>
      </w:pPr>
      <w:r>
        <w:rPr>
          <w:rFonts w:ascii="Arial" w:hAnsi="Arial"/>
        </w:rPr>
        <w:t>Yeah, that's a good analogy. Do you think if we left it on for a really long time that those columns would be maintained? Or do you think they would eventually break down and start to swirl or turn everything purple?</w:t>
      </w:r>
    </w:p>
    <w:p w14:paraId="20BD9A1A" w14:textId="77777777" w:rsidR="00F65462" w:rsidRDefault="00F65462">
      <w:pPr>
        <w:spacing w:after="0"/>
      </w:pPr>
    </w:p>
    <w:p w14:paraId="2EF49A39" w14:textId="77777777" w:rsidR="00F65462" w:rsidRDefault="00023050">
      <w:pPr>
        <w:spacing w:after="0"/>
      </w:pPr>
      <w:r>
        <w:rPr>
          <w:rFonts w:ascii="Arial" w:hAnsi="Arial"/>
          <w:b/>
        </w:rPr>
        <w:t xml:space="preserve">Participant # 18:  </w:t>
      </w:r>
      <w:r>
        <w:rPr>
          <w:rFonts w:ascii="Arial" w:hAnsi="Arial"/>
          <w:color w:val="5D7284"/>
        </w:rPr>
        <w:t>34:25</w:t>
      </w:r>
    </w:p>
    <w:p w14:paraId="0E769CB2" w14:textId="77777777" w:rsidR="00F65462" w:rsidRDefault="00023050">
      <w:pPr>
        <w:spacing w:after="0"/>
      </w:pPr>
      <w:r>
        <w:rPr>
          <w:rFonts w:ascii="Arial" w:hAnsi="Arial"/>
        </w:rPr>
        <w:t>I dont think the sort of swirl really, but I think they'll like it kind of, like branch off like kind of like stay right now branch off? A little bit. Oh, no. You're totally good word. It kind of kind of dissolve or like break away from where it's at like a little bit. I don't think it will stay like that. Because it's already it was like more dark like streaks streaks streaks and now it's like lighter in some places. So I think it'll eventually kind of like dissolve into the water a little bit. Yeah.</w:t>
      </w:r>
    </w:p>
    <w:p w14:paraId="0C136CF1" w14:textId="77777777" w:rsidR="00F65462" w:rsidRDefault="00F65462">
      <w:pPr>
        <w:spacing w:after="0"/>
      </w:pPr>
    </w:p>
    <w:p w14:paraId="72C70ACD" w14:textId="77777777" w:rsidR="00F65462" w:rsidRDefault="00023050">
      <w:pPr>
        <w:spacing w:after="0"/>
      </w:pPr>
      <w:r>
        <w:rPr>
          <w:rFonts w:ascii="Arial" w:hAnsi="Arial"/>
          <w:b/>
        </w:rPr>
        <w:t xml:space="preserve">Interviewer P:  </w:t>
      </w:r>
      <w:r>
        <w:rPr>
          <w:rFonts w:ascii="Arial" w:hAnsi="Arial"/>
          <w:color w:val="5D7284"/>
        </w:rPr>
        <w:t>35:01</w:t>
      </w:r>
    </w:p>
    <w:p w14:paraId="65474E53" w14:textId="77777777" w:rsidR="00F65462" w:rsidRDefault="00023050">
      <w:pPr>
        <w:spacing w:after="0"/>
      </w:pPr>
      <w:r>
        <w:rPr>
          <w:rFonts w:ascii="Arial" w:hAnsi="Arial"/>
        </w:rPr>
        <w:lastRenderedPageBreak/>
        <w:t>And so in your prediction you did have it swirlinga bit. Do you think that there's anything we could do to that to make them swirl?</w:t>
      </w:r>
    </w:p>
    <w:p w14:paraId="0A392C6A" w14:textId="77777777" w:rsidR="00F65462" w:rsidRDefault="00F65462">
      <w:pPr>
        <w:spacing w:after="0"/>
      </w:pPr>
    </w:p>
    <w:p w14:paraId="39EA8A60" w14:textId="77777777" w:rsidR="00F65462" w:rsidRDefault="00023050">
      <w:pPr>
        <w:spacing w:after="0"/>
      </w:pPr>
      <w:r>
        <w:rPr>
          <w:rFonts w:ascii="Arial" w:hAnsi="Arial"/>
          <w:b/>
        </w:rPr>
        <w:t xml:space="preserve">Participant # 18:  </w:t>
      </w:r>
      <w:r>
        <w:rPr>
          <w:rFonts w:ascii="Arial" w:hAnsi="Arial"/>
          <w:color w:val="5D7284"/>
        </w:rPr>
        <w:t>35:12</w:t>
      </w:r>
    </w:p>
    <w:p w14:paraId="31FE0367" w14:textId="77777777" w:rsidR="00F65462" w:rsidRDefault="00023050">
      <w:pPr>
        <w:spacing w:after="0"/>
      </w:pPr>
      <w:r>
        <w:rPr>
          <w:rFonts w:ascii="Arial" w:hAnsi="Arial"/>
        </w:rPr>
        <w:t>Um, if you change this going the other direction.</w:t>
      </w:r>
    </w:p>
    <w:p w14:paraId="290583F9" w14:textId="77777777" w:rsidR="00F65462" w:rsidRDefault="00F65462">
      <w:pPr>
        <w:spacing w:after="0"/>
      </w:pPr>
    </w:p>
    <w:p w14:paraId="73AF9020" w14:textId="77777777" w:rsidR="00F65462" w:rsidRDefault="00023050">
      <w:pPr>
        <w:spacing w:after="0"/>
      </w:pPr>
      <w:r>
        <w:rPr>
          <w:rFonts w:ascii="Arial" w:hAnsi="Arial"/>
          <w:b/>
        </w:rPr>
        <w:t xml:space="preserve">Interviewer P:  </w:t>
      </w:r>
      <w:r>
        <w:rPr>
          <w:rFonts w:ascii="Arial" w:hAnsi="Arial"/>
          <w:color w:val="5D7284"/>
        </w:rPr>
        <w:t>35:16</w:t>
      </w:r>
    </w:p>
    <w:p w14:paraId="5E855458" w14:textId="77777777" w:rsidR="00F65462" w:rsidRDefault="00023050">
      <w:pPr>
        <w:spacing w:after="0"/>
      </w:pPr>
      <w:r>
        <w:rPr>
          <w:rFonts w:ascii="Arial" w:hAnsi="Arial"/>
        </w:rPr>
        <w:t>So, reverse it, then that would cause it to swirl?</w:t>
      </w:r>
    </w:p>
    <w:p w14:paraId="68F21D90" w14:textId="77777777" w:rsidR="00F65462" w:rsidRDefault="00F65462">
      <w:pPr>
        <w:spacing w:after="0"/>
      </w:pPr>
    </w:p>
    <w:p w14:paraId="3EBD2BBF" w14:textId="77777777" w:rsidR="00F65462" w:rsidRDefault="00023050">
      <w:pPr>
        <w:spacing w:after="0"/>
      </w:pPr>
      <w:r>
        <w:rPr>
          <w:rFonts w:ascii="Arial" w:hAnsi="Arial"/>
          <w:b/>
        </w:rPr>
        <w:t xml:space="preserve">Participant # 18:  </w:t>
      </w:r>
      <w:r>
        <w:rPr>
          <w:rFonts w:ascii="Arial" w:hAnsi="Arial"/>
          <w:color w:val="5D7284"/>
        </w:rPr>
        <w:t>35:19</w:t>
      </w:r>
    </w:p>
    <w:p w14:paraId="1BA7E7F5" w14:textId="77777777" w:rsidR="00F65462" w:rsidRDefault="00023050">
      <w:pPr>
        <w:spacing w:after="0"/>
      </w:pPr>
      <w:r>
        <w:rPr>
          <w:rFonts w:ascii="Arial" w:hAnsi="Arial"/>
        </w:rPr>
        <w:t xml:space="preserve">Yeah. Especially if it were just like one jolt and then stopped it or </w:t>
      </w:r>
      <w:r>
        <w:rPr>
          <w:rFonts w:ascii="Arial" w:hAnsi="Arial"/>
        </w:rPr>
        <w:t>just made it go the other way.</w:t>
      </w:r>
    </w:p>
    <w:p w14:paraId="13C326F3" w14:textId="77777777" w:rsidR="00F65462" w:rsidRDefault="00F65462">
      <w:pPr>
        <w:spacing w:after="0"/>
      </w:pPr>
    </w:p>
    <w:p w14:paraId="56D32789" w14:textId="77777777" w:rsidR="00F65462" w:rsidRDefault="00023050">
      <w:pPr>
        <w:spacing w:after="0"/>
      </w:pPr>
      <w:r>
        <w:rPr>
          <w:rFonts w:ascii="Arial" w:hAnsi="Arial"/>
          <w:b/>
        </w:rPr>
        <w:t xml:space="preserve">Interviewer P:  </w:t>
      </w:r>
      <w:r>
        <w:rPr>
          <w:rFonts w:ascii="Arial" w:hAnsi="Arial"/>
          <w:color w:val="5D7284"/>
        </w:rPr>
        <w:t>35:24</w:t>
      </w:r>
    </w:p>
    <w:p w14:paraId="2D115E88" w14:textId="77777777" w:rsidR="00F65462" w:rsidRDefault="00023050">
      <w:pPr>
        <w:spacing w:after="0"/>
      </w:pPr>
      <w:r>
        <w:rPr>
          <w:rFonts w:ascii="Arial" w:hAnsi="Arial"/>
        </w:rPr>
        <w:t>Okay, well, let's try and see</w:t>
      </w:r>
    </w:p>
    <w:p w14:paraId="4853B841" w14:textId="77777777" w:rsidR="00F65462" w:rsidRDefault="00F65462">
      <w:pPr>
        <w:spacing w:after="0"/>
      </w:pPr>
    </w:p>
    <w:p w14:paraId="33F9DA5E" w14:textId="77777777" w:rsidR="00F65462" w:rsidRDefault="00023050">
      <w:pPr>
        <w:spacing w:after="0"/>
      </w:pPr>
      <w:r>
        <w:rPr>
          <w:rFonts w:ascii="Arial" w:hAnsi="Arial"/>
          <w:b/>
        </w:rPr>
        <w:t xml:space="preserve">Participant # 18:  </w:t>
      </w:r>
      <w:r>
        <w:rPr>
          <w:rFonts w:ascii="Arial" w:hAnsi="Arial"/>
          <w:color w:val="5D7284"/>
        </w:rPr>
        <w:t>35:25</w:t>
      </w:r>
    </w:p>
    <w:p w14:paraId="11217F2C" w14:textId="77777777" w:rsidR="00F65462" w:rsidRDefault="00023050">
      <w:pPr>
        <w:spacing w:after="0"/>
      </w:pPr>
      <w:r>
        <w:rPr>
          <w:rFonts w:ascii="Arial" w:hAnsi="Arial"/>
        </w:rPr>
        <w:t>Oh gosh, okay.</w:t>
      </w:r>
    </w:p>
    <w:p w14:paraId="50125231" w14:textId="77777777" w:rsidR="00F65462" w:rsidRDefault="00F65462">
      <w:pPr>
        <w:spacing w:after="0"/>
      </w:pPr>
    </w:p>
    <w:p w14:paraId="1A8D3A87" w14:textId="77777777" w:rsidR="00F65462" w:rsidRDefault="00023050">
      <w:pPr>
        <w:spacing w:after="0"/>
      </w:pPr>
      <w:r>
        <w:rPr>
          <w:rFonts w:ascii="Arial" w:hAnsi="Arial"/>
          <w:b/>
        </w:rPr>
        <w:t xml:space="preserve">Interviewer P:  </w:t>
      </w:r>
      <w:r>
        <w:rPr>
          <w:rFonts w:ascii="Arial" w:hAnsi="Arial"/>
          <w:color w:val="5D7284"/>
        </w:rPr>
        <w:t>35:45</w:t>
      </w:r>
    </w:p>
    <w:p w14:paraId="1515BF50" w14:textId="77777777" w:rsidR="00F65462" w:rsidRDefault="00023050">
      <w:pPr>
        <w:spacing w:after="0"/>
      </w:pPr>
      <w:r>
        <w:rPr>
          <w:rFonts w:ascii="Arial" w:hAnsi="Arial"/>
        </w:rPr>
        <w:t>Still going the same direction, I think because it can't immediately.</w:t>
      </w:r>
    </w:p>
    <w:p w14:paraId="5A25747A" w14:textId="77777777" w:rsidR="00F65462" w:rsidRDefault="00F65462">
      <w:pPr>
        <w:spacing w:after="0"/>
      </w:pPr>
    </w:p>
    <w:p w14:paraId="0C6651FA" w14:textId="77777777" w:rsidR="00F65462" w:rsidRDefault="00023050">
      <w:pPr>
        <w:spacing w:after="0"/>
      </w:pPr>
      <w:r>
        <w:rPr>
          <w:rFonts w:ascii="Arial" w:hAnsi="Arial"/>
          <w:b/>
        </w:rPr>
        <w:t xml:space="preserve">Participant # 18:  </w:t>
      </w:r>
      <w:r>
        <w:rPr>
          <w:rFonts w:ascii="Arial" w:hAnsi="Arial"/>
          <w:color w:val="5D7284"/>
        </w:rPr>
        <w:t>35:49</w:t>
      </w:r>
    </w:p>
    <w:p w14:paraId="0AB247C2" w14:textId="77777777" w:rsidR="00F65462" w:rsidRDefault="00023050">
      <w:pPr>
        <w:spacing w:after="0"/>
      </w:pPr>
      <w:r>
        <w:rPr>
          <w:rFonts w:ascii="Arial" w:hAnsi="Arial"/>
        </w:rPr>
        <w:t xml:space="preserve">It can't it has to slow down. </w:t>
      </w:r>
    </w:p>
    <w:p w14:paraId="09B8D95D" w14:textId="77777777" w:rsidR="00F65462" w:rsidRDefault="00F65462">
      <w:pPr>
        <w:spacing w:after="0"/>
      </w:pPr>
    </w:p>
    <w:p w14:paraId="77BFC385" w14:textId="77777777" w:rsidR="00F65462" w:rsidRDefault="00023050">
      <w:pPr>
        <w:spacing w:after="0"/>
      </w:pPr>
      <w:r>
        <w:rPr>
          <w:rFonts w:ascii="Arial" w:hAnsi="Arial"/>
          <w:b/>
        </w:rPr>
        <w:t xml:space="preserve">Interviewer P:  </w:t>
      </w:r>
      <w:r>
        <w:rPr>
          <w:rFonts w:ascii="Arial" w:hAnsi="Arial"/>
          <w:color w:val="5D7284"/>
        </w:rPr>
        <w:t>35:51</w:t>
      </w:r>
    </w:p>
    <w:p w14:paraId="5C5F802A" w14:textId="77777777" w:rsidR="00F65462" w:rsidRDefault="00023050">
      <w:pPr>
        <w:spacing w:after="0"/>
      </w:pPr>
      <w:r>
        <w:rPr>
          <w:rFonts w:ascii="Arial" w:hAnsi="Arial"/>
        </w:rPr>
        <w:t>Yeah, it has to slow down.</w:t>
      </w:r>
    </w:p>
    <w:p w14:paraId="78BEFD2A" w14:textId="77777777" w:rsidR="00F65462" w:rsidRDefault="00F65462">
      <w:pPr>
        <w:spacing w:after="0"/>
      </w:pPr>
    </w:p>
    <w:p w14:paraId="53AD3259" w14:textId="77777777" w:rsidR="00F65462" w:rsidRDefault="00023050">
      <w:pPr>
        <w:spacing w:after="0"/>
      </w:pPr>
      <w:r>
        <w:rPr>
          <w:rFonts w:ascii="Arial" w:hAnsi="Arial"/>
          <w:b/>
        </w:rPr>
        <w:t xml:space="preserve">Participant # 18:  </w:t>
      </w:r>
      <w:r>
        <w:rPr>
          <w:rFonts w:ascii="Arial" w:hAnsi="Arial"/>
          <w:color w:val="5D7284"/>
        </w:rPr>
        <w:t>35:53</w:t>
      </w:r>
    </w:p>
    <w:p w14:paraId="48095B55" w14:textId="77777777" w:rsidR="00F65462" w:rsidRDefault="00023050">
      <w:pPr>
        <w:spacing w:after="0"/>
      </w:pPr>
      <w:r>
        <w:rPr>
          <w:rFonts w:ascii="Arial" w:hAnsi="Arial"/>
        </w:rPr>
        <w:t xml:space="preserve">Wooh. Here we go. </w:t>
      </w:r>
    </w:p>
    <w:p w14:paraId="27A76422" w14:textId="77777777" w:rsidR="00F65462" w:rsidRDefault="00F65462">
      <w:pPr>
        <w:spacing w:after="0"/>
      </w:pPr>
    </w:p>
    <w:p w14:paraId="28DF628A" w14:textId="77777777" w:rsidR="00F65462" w:rsidRDefault="00023050">
      <w:pPr>
        <w:spacing w:after="0"/>
      </w:pPr>
      <w:r>
        <w:rPr>
          <w:rFonts w:ascii="Arial" w:hAnsi="Arial"/>
          <w:b/>
        </w:rPr>
        <w:t xml:space="preserve">Interviewer P:  </w:t>
      </w:r>
      <w:r>
        <w:rPr>
          <w:rFonts w:ascii="Arial" w:hAnsi="Arial"/>
          <w:color w:val="5D7284"/>
        </w:rPr>
        <w:t>35:55</w:t>
      </w:r>
    </w:p>
    <w:p w14:paraId="08B662E8" w14:textId="77777777" w:rsidR="00F65462" w:rsidRDefault="00023050">
      <w:pPr>
        <w:spacing w:after="0"/>
      </w:pPr>
      <w:r>
        <w:rPr>
          <w:rFonts w:ascii="Arial" w:hAnsi="Arial"/>
        </w:rPr>
        <w:t>Is it swirling?</w:t>
      </w:r>
    </w:p>
    <w:p w14:paraId="49206A88" w14:textId="77777777" w:rsidR="00F65462" w:rsidRDefault="00F65462">
      <w:pPr>
        <w:spacing w:after="0"/>
      </w:pPr>
    </w:p>
    <w:p w14:paraId="46591043" w14:textId="77777777" w:rsidR="00F65462" w:rsidRDefault="00023050">
      <w:pPr>
        <w:spacing w:after="0"/>
      </w:pPr>
      <w:r>
        <w:rPr>
          <w:rFonts w:ascii="Arial" w:hAnsi="Arial"/>
          <w:b/>
        </w:rPr>
        <w:t xml:space="preserve">Participant # 18:  </w:t>
      </w:r>
      <w:r>
        <w:rPr>
          <w:rFonts w:ascii="Arial" w:hAnsi="Arial"/>
          <w:color w:val="5D7284"/>
        </w:rPr>
        <w:t>35:56</w:t>
      </w:r>
    </w:p>
    <w:p w14:paraId="3413272F" w14:textId="77777777" w:rsidR="00F65462" w:rsidRDefault="00023050">
      <w:pPr>
        <w:spacing w:after="0"/>
      </w:pPr>
      <w:r>
        <w:rPr>
          <w:rFonts w:ascii="Arial" w:hAnsi="Arial"/>
        </w:rPr>
        <w:t xml:space="preserve">It's like stay in staying in the same spot. But then go the other way. I </w:t>
      </w:r>
      <w:r>
        <w:rPr>
          <w:rFonts w:ascii="Arial" w:hAnsi="Arial"/>
        </w:rPr>
        <w:t>think it will.</w:t>
      </w:r>
    </w:p>
    <w:p w14:paraId="67B7A70C" w14:textId="77777777" w:rsidR="00F65462" w:rsidRDefault="00F65462">
      <w:pPr>
        <w:spacing w:after="0"/>
      </w:pPr>
    </w:p>
    <w:p w14:paraId="6C62EBFD" w14:textId="77777777" w:rsidR="00F65462" w:rsidRDefault="00023050">
      <w:pPr>
        <w:spacing w:after="0"/>
      </w:pPr>
      <w:r>
        <w:rPr>
          <w:rFonts w:ascii="Arial" w:hAnsi="Arial"/>
          <w:b/>
        </w:rPr>
        <w:t xml:space="preserve">Interviewer P:  </w:t>
      </w:r>
      <w:r>
        <w:rPr>
          <w:rFonts w:ascii="Arial" w:hAnsi="Arial"/>
          <w:color w:val="5D7284"/>
        </w:rPr>
        <w:t>36:02</w:t>
      </w:r>
    </w:p>
    <w:p w14:paraId="15480667" w14:textId="77777777" w:rsidR="00F65462" w:rsidRDefault="00023050">
      <w:pPr>
        <w:spacing w:after="0"/>
      </w:pPr>
      <w:r>
        <w:rPr>
          <w:rFonts w:ascii="Arial" w:hAnsi="Arial"/>
        </w:rPr>
        <w:t xml:space="preserve">Look from above. Is it swirling? </w:t>
      </w:r>
    </w:p>
    <w:p w14:paraId="71887C79" w14:textId="77777777" w:rsidR="00F65462" w:rsidRDefault="00F65462">
      <w:pPr>
        <w:spacing w:after="0"/>
      </w:pPr>
    </w:p>
    <w:p w14:paraId="476B1C1A" w14:textId="77777777" w:rsidR="00F65462" w:rsidRDefault="00023050">
      <w:pPr>
        <w:spacing w:after="0"/>
      </w:pPr>
      <w:r>
        <w:rPr>
          <w:rFonts w:ascii="Arial" w:hAnsi="Arial"/>
          <w:b/>
        </w:rPr>
        <w:t xml:space="preserve">Participant # 18:  </w:t>
      </w:r>
      <w:r>
        <w:rPr>
          <w:rFonts w:ascii="Arial" w:hAnsi="Arial"/>
          <w:color w:val="5D7284"/>
        </w:rPr>
        <w:t>36:04</w:t>
      </w:r>
    </w:p>
    <w:p w14:paraId="4570AA62" w14:textId="77777777" w:rsidR="00F65462" w:rsidRDefault="00023050">
      <w:pPr>
        <w:spacing w:after="0"/>
      </w:pPr>
      <w:r>
        <w:rPr>
          <w:rFonts w:ascii="Arial" w:hAnsi="Arial"/>
        </w:rPr>
        <w:t>Oh is it? Yeah, I guess so. Kinda. Yeah.</w:t>
      </w:r>
    </w:p>
    <w:p w14:paraId="3B7FD67C" w14:textId="77777777" w:rsidR="00F65462" w:rsidRDefault="00F65462">
      <w:pPr>
        <w:spacing w:after="0"/>
      </w:pPr>
    </w:p>
    <w:p w14:paraId="6DCA2CC7" w14:textId="77777777" w:rsidR="00F65462" w:rsidRDefault="00023050">
      <w:pPr>
        <w:spacing w:after="0"/>
      </w:pPr>
      <w:r>
        <w:rPr>
          <w:rFonts w:ascii="Arial" w:hAnsi="Arial"/>
          <w:b/>
        </w:rPr>
        <w:t xml:space="preserve">Interviewer P:  </w:t>
      </w:r>
      <w:r>
        <w:rPr>
          <w:rFonts w:ascii="Arial" w:hAnsi="Arial"/>
          <w:color w:val="5D7284"/>
        </w:rPr>
        <w:t>36:09</w:t>
      </w:r>
    </w:p>
    <w:p w14:paraId="68AC032D" w14:textId="77777777" w:rsidR="00F65462" w:rsidRDefault="00023050">
      <w:pPr>
        <w:spacing w:after="0"/>
      </w:pPr>
      <w:r>
        <w:rPr>
          <w:rFonts w:ascii="Arial" w:hAnsi="Arial"/>
        </w:rPr>
        <w:t>It should. Yeah, there we go.</w:t>
      </w:r>
    </w:p>
    <w:p w14:paraId="38D6B9B6" w14:textId="77777777" w:rsidR="00F65462" w:rsidRDefault="00F65462">
      <w:pPr>
        <w:spacing w:after="0"/>
      </w:pPr>
    </w:p>
    <w:p w14:paraId="326D14B9" w14:textId="77777777" w:rsidR="00F65462" w:rsidRDefault="00023050">
      <w:pPr>
        <w:spacing w:after="0"/>
      </w:pPr>
      <w:r>
        <w:rPr>
          <w:rFonts w:ascii="Arial" w:hAnsi="Arial"/>
          <w:b/>
        </w:rPr>
        <w:t xml:space="preserve">Participant # 18:  </w:t>
      </w:r>
      <w:r>
        <w:rPr>
          <w:rFonts w:ascii="Arial" w:hAnsi="Arial"/>
          <w:color w:val="5D7284"/>
        </w:rPr>
        <w:t>36:17</w:t>
      </w:r>
    </w:p>
    <w:p w14:paraId="514ADEB4" w14:textId="77777777" w:rsidR="00F65462" w:rsidRDefault="00023050">
      <w:pPr>
        <w:spacing w:after="0"/>
      </w:pPr>
      <w:r>
        <w:rPr>
          <w:rFonts w:ascii="Arial" w:hAnsi="Arial"/>
        </w:rPr>
        <w:t>Okay now its mixing around.</w:t>
      </w:r>
    </w:p>
    <w:p w14:paraId="22F860BB" w14:textId="77777777" w:rsidR="00F65462" w:rsidRDefault="00F65462">
      <w:pPr>
        <w:spacing w:after="0"/>
      </w:pPr>
    </w:p>
    <w:p w14:paraId="50CBF2CA" w14:textId="77777777" w:rsidR="00F65462" w:rsidRDefault="00023050">
      <w:pPr>
        <w:spacing w:after="0"/>
      </w:pPr>
      <w:r>
        <w:rPr>
          <w:rFonts w:ascii="Arial" w:hAnsi="Arial"/>
          <w:b/>
        </w:rPr>
        <w:t xml:space="preserve">Interviewer P:  </w:t>
      </w:r>
      <w:r>
        <w:rPr>
          <w:rFonts w:ascii="Arial" w:hAnsi="Arial"/>
          <w:color w:val="5D7284"/>
        </w:rPr>
        <w:t>36:19</w:t>
      </w:r>
    </w:p>
    <w:p w14:paraId="076918B3" w14:textId="77777777" w:rsidR="00F65462" w:rsidRDefault="00023050">
      <w:pPr>
        <w:spacing w:after="0"/>
      </w:pPr>
      <w:r>
        <w:rPr>
          <w:rFonts w:ascii="Arial" w:hAnsi="Arial"/>
        </w:rPr>
        <w:t>Now its just mixing it up..</w:t>
      </w:r>
    </w:p>
    <w:p w14:paraId="698536F5" w14:textId="77777777" w:rsidR="00F65462" w:rsidRDefault="00F65462">
      <w:pPr>
        <w:spacing w:after="0"/>
      </w:pPr>
    </w:p>
    <w:p w14:paraId="572B8096" w14:textId="77777777" w:rsidR="00F65462" w:rsidRDefault="00023050">
      <w:pPr>
        <w:spacing w:after="0"/>
      </w:pPr>
      <w:r>
        <w:rPr>
          <w:rFonts w:ascii="Arial" w:hAnsi="Arial"/>
          <w:b/>
        </w:rPr>
        <w:t xml:space="preserve">Participant # 18:  </w:t>
      </w:r>
      <w:r>
        <w:rPr>
          <w:rFonts w:ascii="Arial" w:hAnsi="Arial"/>
          <w:color w:val="5D7284"/>
        </w:rPr>
        <w:t>36:28</w:t>
      </w:r>
    </w:p>
    <w:p w14:paraId="428FD2EF" w14:textId="77777777" w:rsidR="00F65462" w:rsidRDefault="00023050">
      <w:pPr>
        <w:spacing w:after="0"/>
      </w:pPr>
      <w:r>
        <w:rPr>
          <w:rFonts w:ascii="Arial" w:hAnsi="Arial"/>
        </w:rPr>
        <w:t xml:space="preserve">Yeah, awesome. Nice. </w:t>
      </w:r>
    </w:p>
    <w:p w14:paraId="7BC1BAF2" w14:textId="77777777" w:rsidR="00F65462" w:rsidRDefault="00F65462">
      <w:pPr>
        <w:spacing w:after="0"/>
      </w:pPr>
    </w:p>
    <w:p w14:paraId="00FDA463" w14:textId="77777777" w:rsidR="00F65462" w:rsidRDefault="00023050">
      <w:pPr>
        <w:spacing w:after="0"/>
      </w:pPr>
      <w:r>
        <w:rPr>
          <w:rFonts w:ascii="Arial" w:hAnsi="Arial"/>
          <w:b/>
        </w:rPr>
        <w:t xml:space="preserve">Interviewer P:  </w:t>
      </w:r>
      <w:r>
        <w:rPr>
          <w:rFonts w:ascii="Arial" w:hAnsi="Arial"/>
          <w:color w:val="5D7284"/>
        </w:rPr>
        <w:t>36:29</w:t>
      </w:r>
    </w:p>
    <w:p w14:paraId="5045309A" w14:textId="77777777" w:rsidR="00F65462" w:rsidRDefault="00023050">
      <w:pPr>
        <w:spacing w:after="0"/>
      </w:pPr>
      <w:r>
        <w:rPr>
          <w:rFonts w:ascii="Arial" w:hAnsi="Arial"/>
        </w:rPr>
        <w:t xml:space="preserve">Yeah. Now now you can't see them at all. It's like completely mixed in. Okay, well, thank you so much. Yeah. Alright, so I'm gonna shut this off. And let it kind of settle for a while. And we'll chat about some other stuff. That's settling down. Okay, so we brought up Jell-O before and I actually have a circular Jell-O. I know it's, it's a little worse for wear. I've been using it for a couple weeks now. And I have this turntable. So I can put the Jell-O on top of the turntable, and I made this little Lego </w:t>
      </w:r>
      <w:r>
        <w:rPr>
          <w:rFonts w:ascii="Arial" w:hAnsi="Arial"/>
        </w:rPr>
        <w:t xml:space="preserve">motor that will spin it. Yeah. So this is going to be a little bit of a demo that morphs into a thought experiment. So when I start rotating the Jell-O, what do you think will happen? </w:t>
      </w:r>
    </w:p>
    <w:p w14:paraId="61C988F9" w14:textId="77777777" w:rsidR="00F65462" w:rsidRDefault="00F65462">
      <w:pPr>
        <w:spacing w:after="0"/>
      </w:pPr>
    </w:p>
    <w:p w14:paraId="34957802" w14:textId="77777777" w:rsidR="00F65462" w:rsidRDefault="00023050">
      <w:pPr>
        <w:spacing w:after="0"/>
      </w:pPr>
      <w:r>
        <w:rPr>
          <w:rFonts w:ascii="Arial" w:hAnsi="Arial"/>
          <w:b/>
        </w:rPr>
        <w:t xml:space="preserve">Participant # 18:  </w:t>
      </w:r>
      <w:r>
        <w:rPr>
          <w:rFonts w:ascii="Arial" w:hAnsi="Arial"/>
          <w:color w:val="5D7284"/>
        </w:rPr>
        <w:t>37:43</w:t>
      </w:r>
    </w:p>
    <w:p w14:paraId="27C7B32E" w14:textId="77777777" w:rsidR="00F65462" w:rsidRDefault="00023050">
      <w:pPr>
        <w:spacing w:after="0"/>
      </w:pPr>
      <w:r>
        <w:rPr>
          <w:rFonts w:ascii="Arial" w:hAnsi="Arial"/>
        </w:rPr>
        <w:t xml:space="preserve">To the Jell-O? </w:t>
      </w:r>
    </w:p>
    <w:p w14:paraId="3B22BB7D" w14:textId="77777777" w:rsidR="00F65462" w:rsidRDefault="00F65462">
      <w:pPr>
        <w:spacing w:after="0"/>
      </w:pPr>
    </w:p>
    <w:p w14:paraId="22363CDF" w14:textId="77777777" w:rsidR="00F65462" w:rsidRDefault="00023050">
      <w:pPr>
        <w:spacing w:after="0"/>
      </w:pPr>
      <w:r>
        <w:rPr>
          <w:rFonts w:ascii="Arial" w:hAnsi="Arial"/>
          <w:b/>
        </w:rPr>
        <w:t xml:space="preserve">Interviewer P:  </w:t>
      </w:r>
      <w:r>
        <w:rPr>
          <w:rFonts w:ascii="Arial" w:hAnsi="Arial"/>
          <w:color w:val="5D7284"/>
        </w:rPr>
        <w:t>37:43</w:t>
      </w:r>
    </w:p>
    <w:p w14:paraId="7ABE56EE" w14:textId="77777777" w:rsidR="00F65462" w:rsidRDefault="00023050">
      <w:pPr>
        <w:spacing w:after="0"/>
      </w:pPr>
      <w:r>
        <w:rPr>
          <w:rFonts w:ascii="Arial" w:hAnsi="Arial"/>
        </w:rPr>
        <w:t>Yeah, to the Jell-O.</w:t>
      </w:r>
    </w:p>
    <w:p w14:paraId="17B246DD" w14:textId="77777777" w:rsidR="00F65462" w:rsidRDefault="00F65462">
      <w:pPr>
        <w:spacing w:after="0"/>
      </w:pPr>
    </w:p>
    <w:p w14:paraId="19B04F41" w14:textId="77777777" w:rsidR="00F65462" w:rsidRDefault="00023050">
      <w:pPr>
        <w:spacing w:after="0"/>
      </w:pPr>
      <w:r>
        <w:rPr>
          <w:rFonts w:ascii="Arial" w:hAnsi="Arial"/>
          <w:b/>
        </w:rPr>
        <w:t xml:space="preserve">Participant #8:  </w:t>
      </w:r>
      <w:r>
        <w:rPr>
          <w:rFonts w:ascii="Arial" w:hAnsi="Arial"/>
          <w:color w:val="5D7284"/>
        </w:rPr>
        <w:t>37:48</w:t>
      </w:r>
    </w:p>
    <w:p w14:paraId="7032BA84" w14:textId="77777777" w:rsidR="00F65462" w:rsidRDefault="00023050">
      <w:pPr>
        <w:spacing w:after="0"/>
      </w:pPr>
      <w:r>
        <w:rPr>
          <w:rFonts w:ascii="Arial" w:hAnsi="Arial"/>
        </w:rPr>
        <w:t>I think it'll stay the way it is. I dont think it will Jiggle or anything.</w:t>
      </w:r>
    </w:p>
    <w:p w14:paraId="6BF89DA3" w14:textId="77777777" w:rsidR="00F65462" w:rsidRDefault="00F65462">
      <w:pPr>
        <w:spacing w:after="0"/>
      </w:pPr>
    </w:p>
    <w:p w14:paraId="17A7122E" w14:textId="77777777" w:rsidR="00F65462" w:rsidRDefault="00023050">
      <w:pPr>
        <w:spacing w:after="0"/>
      </w:pPr>
      <w:r>
        <w:rPr>
          <w:rFonts w:ascii="Arial" w:hAnsi="Arial"/>
          <w:b/>
        </w:rPr>
        <w:t xml:space="preserve">Interviewer P:  </w:t>
      </w:r>
      <w:r>
        <w:rPr>
          <w:rFonts w:ascii="Arial" w:hAnsi="Arial"/>
          <w:color w:val="5D7284"/>
        </w:rPr>
        <w:t>37:52</w:t>
      </w:r>
    </w:p>
    <w:p w14:paraId="46BC028A" w14:textId="3B61D2C0" w:rsidR="00F65462" w:rsidRDefault="6EB03001">
      <w:pPr>
        <w:spacing w:after="0"/>
      </w:pPr>
      <w:r w:rsidRPr="6EB03001">
        <w:rPr>
          <w:rFonts w:ascii="Arial" w:hAnsi="Arial"/>
        </w:rPr>
        <w:t xml:space="preserve">Jiggle, lets see. Right, okay. So I have these little BBs. And what I would love is if I put these BBs in there, and like that crystal dye sunk to the bottom that these BBs would also send to the bottom of the Jell-O. But they just so this is where we morph into imagine if, a thought experiment. So, if they did sink through the Jell-O, like, Crystal died some food or water and went to the bottom, what kind of a path do you think that they would make on their way down? </w:t>
      </w:r>
    </w:p>
    <w:p w14:paraId="6A7D2020" w14:textId="4C9FEC53" w:rsidR="00F65462" w:rsidRDefault="00F65462" w:rsidP="6EB03001">
      <w:pPr>
        <w:spacing w:after="0"/>
        <w:rPr>
          <w:rFonts w:ascii="Arial" w:hAnsi="Arial"/>
        </w:rPr>
      </w:pPr>
    </w:p>
    <w:p w14:paraId="479CF15A" w14:textId="1862996C" w:rsidR="00F65462" w:rsidRDefault="4B4DB15D">
      <w:pPr>
        <w:spacing w:after="0"/>
      </w:pPr>
      <w:r w:rsidRPr="6EB03001">
        <w:rPr>
          <w:rFonts w:ascii="Arial" w:hAnsi="Arial"/>
          <w:b/>
          <w:bCs/>
        </w:rPr>
        <w:t xml:space="preserve">Participant # 18: </w:t>
      </w:r>
      <w:r w:rsidRPr="6EB03001">
        <w:rPr>
          <w:rFonts w:ascii="Arial" w:hAnsi="Arial"/>
        </w:rPr>
        <w:t>Just a straight path.</w:t>
      </w:r>
    </w:p>
    <w:p w14:paraId="5BC6F8D8" w14:textId="4C329C90" w:rsidR="00F65462" w:rsidRDefault="00F65462" w:rsidP="6EB03001">
      <w:pPr>
        <w:spacing w:after="0"/>
        <w:rPr>
          <w:rFonts w:ascii="Arial" w:hAnsi="Arial"/>
        </w:rPr>
      </w:pPr>
    </w:p>
    <w:p w14:paraId="6A88C238" w14:textId="75A711E4" w:rsidR="00F65462" w:rsidRDefault="4B4DB15D" w:rsidP="6EB03001">
      <w:pPr>
        <w:spacing w:after="0"/>
        <w:rPr>
          <w:rFonts w:ascii="Arial" w:hAnsi="Arial"/>
          <w:color w:val="5D7284"/>
        </w:rPr>
      </w:pPr>
      <w:r w:rsidRPr="6EB03001">
        <w:rPr>
          <w:rFonts w:ascii="Arial" w:hAnsi="Arial"/>
          <w:b/>
          <w:bCs/>
        </w:rPr>
        <w:t xml:space="preserve">Interviewer P:  </w:t>
      </w:r>
      <w:r w:rsidRPr="6EB03001">
        <w:rPr>
          <w:rFonts w:ascii="Arial" w:hAnsi="Arial"/>
        </w:rPr>
        <w:t xml:space="preserve">Okay, so kind of just like, and if instead of this Jell-O, we had like a metal cylinder, we wouldn't even need the dish, we could just put like a record, but it would be a lot thicker. And certainly my BBs wouldnt t go through a metal disk like that, but acid each through metal. So if I dropped a bunch of acid, and it kind of ate its way in a little hole, down through the metal desk, what kind of a path do you think it would take? </w:t>
      </w:r>
    </w:p>
    <w:p w14:paraId="5C3E0E74" w14:textId="77777777" w:rsidR="00F65462" w:rsidRDefault="00F65462">
      <w:pPr>
        <w:spacing w:after="0"/>
      </w:pPr>
    </w:p>
    <w:p w14:paraId="04C61722" w14:textId="77777777" w:rsidR="00F65462" w:rsidRDefault="00023050">
      <w:pPr>
        <w:spacing w:after="0"/>
      </w:pPr>
      <w:r>
        <w:rPr>
          <w:rFonts w:ascii="Arial" w:hAnsi="Arial"/>
          <w:b/>
        </w:rPr>
        <w:t xml:space="preserve">Participant # 18:  </w:t>
      </w:r>
      <w:r>
        <w:rPr>
          <w:rFonts w:ascii="Arial" w:hAnsi="Arial"/>
          <w:color w:val="5D7284"/>
        </w:rPr>
        <w:t>38:22</w:t>
      </w:r>
    </w:p>
    <w:p w14:paraId="51A7D977" w14:textId="77777777" w:rsidR="00F65462" w:rsidRDefault="00023050">
      <w:pPr>
        <w:spacing w:after="0"/>
      </w:pPr>
      <w:r>
        <w:rPr>
          <w:rFonts w:ascii="Arial" w:hAnsi="Arial"/>
        </w:rPr>
        <w:lastRenderedPageBreak/>
        <w:t>Same thing just straight down.</w:t>
      </w:r>
    </w:p>
    <w:p w14:paraId="66A1FAB9" w14:textId="77777777" w:rsidR="00F65462" w:rsidRDefault="00F65462">
      <w:pPr>
        <w:spacing w:after="0"/>
      </w:pPr>
    </w:p>
    <w:p w14:paraId="47D84E7A" w14:textId="77777777" w:rsidR="00F65462" w:rsidRDefault="00023050">
      <w:pPr>
        <w:spacing w:after="0"/>
      </w:pPr>
      <w:r>
        <w:rPr>
          <w:rFonts w:ascii="Arial" w:hAnsi="Arial"/>
          <w:b/>
        </w:rPr>
        <w:t xml:space="preserve">Interviewer P:  </w:t>
      </w:r>
      <w:r>
        <w:rPr>
          <w:rFonts w:ascii="Arial" w:hAnsi="Arial"/>
          <w:color w:val="5D7284"/>
        </w:rPr>
        <w:t>39:05</w:t>
      </w:r>
    </w:p>
    <w:p w14:paraId="5A589F97" w14:textId="77777777" w:rsidR="00F65462" w:rsidRDefault="00023050">
      <w:pPr>
        <w:spacing w:after="0"/>
      </w:pPr>
      <w:r>
        <w:rPr>
          <w:rFonts w:ascii="Arial" w:hAnsi="Arial"/>
        </w:rPr>
        <w:t xml:space="preserve">Just straight down. </w:t>
      </w:r>
    </w:p>
    <w:p w14:paraId="76BB753C" w14:textId="77777777" w:rsidR="00F65462" w:rsidRDefault="00F65462">
      <w:pPr>
        <w:spacing w:after="0"/>
      </w:pPr>
    </w:p>
    <w:p w14:paraId="1039EACD" w14:textId="77777777" w:rsidR="00F65462" w:rsidRDefault="00023050">
      <w:pPr>
        <w:spacing w:after="0"/>
      </w:pPr>
      <w:r>
        <w:rPr>
          <w:rFonts w:ascii="Arial" w:hAnsi="Arial"/>
          <w:b/>
        </w:rPr>
        <w:t xml:space="preserve">Participant # 18:  </w:t>
      </w:r>
      <w:r>
        <w:rPr>
          <w:rFonts w:ascii="Arial" w:hAnsi="Arial"/>
          <w:color w:val="5D7284"/>
        </w:rPr>
        <w:t>39:10</w:t>
      </w:r>
    </w:p>
    <w:p w14:paraId="4B4369D2" w14:textId="77777777" w:rsidR="00F65462" w:rsidRDefault="00023050">
      <w:pPr>
        <w:spacing w:after="0"/>
      </w:pPr>
      <w:r>
        <w:rPr>
          <w:rFonts w:ascii="Arial" w:hAnsi="Arial"/>
        </w:rPr>
        <w:t xml:space="preserve">Yeah. </w:t>
      </w:r>
    </w:p>
    <w:p w14:paraId="513DA1E0" w14:textId="77777777" w:rsidR="00F65462" w:rsidRDefault="00F65462">
      <w:pPr>
        <w:spacing w:after="0"/>
      </w:pPr>
    </w:p>
    <w:p w14:paraId="3B84AF9D" w14:textId="77777777" w:rsidR="00F65462" w:rsidRDefault="00023050">
      <w:pPr>
        <w:spacing w:after="0"/>
      </w:pPr>
      <w:r>
        <w:rPr>
          <w:rFonts w:ascii="Arial" w:hAnsi="Arial"/>
          <w:b/>
        </w:rPr>
        <w:t xml:space="preserve">Interviewer P:  </w:t>
      </w:r>
      <w:r>
        <w:rPr>
          <w:rFonts w:ascii="Arial" w:hAnsi="Arial"/>
          <w:color w:val="5D7284"/>
        </w:rPr>
        <w:t>39:10</w:t>
      </w:r>
    </w:p>
    <w:p w14:paraId="2AACD888" w14:textId="77777777" w:rsidR="00F65462" w:rsidRDefault="00023050">
      <w:pPr>
        <w:spacing w:after="0"/>
      </w:pPr>
      <w:r>
        <w:rPr>
          <w:rFonts w:ascii="Arial" w:hAnsi="Arial"/>
        </w:rPr>
        <w:t>So what if I had a plant that grew while it was rotating? So let's say I had a big pot of soil, and I put it on, something rotated about this pace, and I plant a seed in it, and I leave it there for a couple of weeks. And so this plant puts down roots and it you know, has a stem and some leaves. But the whole time it's growing, it's been rotating. So what do you think the roots would look like?</w:t>
      </w:r>
    </w:p>
    <w:p w14:paraId="75CAC6F5" w14:textId="77777777" w:rsidR="00F65462" w:rsidRDefault="00F65462">
      <w:pPr>
        <w:spacing w:after="0"/>
      </w:pPr>
    </w:p>
    <w:p w14:paraId="79AC9FA7" w14:textId="77777777" w:rsidR="00F65462" w:rsidRDefault="00023050">
      <w:pPr>
        <w:spacing w:after="0"/>
      </w:pPr>
      <w:r>
        <w:rPr>
          <w:rFonts w:ascii="Arial" w:hAnsi="Arial"/>
          <w:b/>
        </w:rPr>
        <w:t xml:space="preserve">Participant #8:  </w:t>
      </w:r>
      <w:r>
        <w:rPr>
          <w:rFonts w:ascii="Arial" w:hAnsi="Arial"/>
          <w:color w:val="5D7284"/>
        </w:rPr>
        <w:t>39:34</w:t>
      </w:r>
    </w:p>
    <w:p w14:paraId="36F0C29E" w14:textId="77777777" w:rsidR="00F65462" w:rsidRDefault="00023050">
      <w:pPr>
        <w:spacing w:after="0"/>
      </w:pPr>
      <w:r>
        <w:rPr>
          <w:rFonts w:ascii="Arial" w:hAnsi="Arial"/>
        </w:rPr>
        <w:t>So is it rotating on the outside or on the inside? Like, if you have a pot would it just be like going like this, or would it be like going around?</w:t>
      </w:r>
    </w:p>
    <w:p w14:paraId="66060428" w14:textId="77777777" w:rsidR="00F65462" w:rsidRDefault="00F65462">
      <w:pPr>
        <w:spacing w:after="0"/>
      </w:pPr>
    </w:p>
    <w:p w14:paraId="352392DC" w14:textId="77777777" w:rsidR="00F65462" w:rsidRDefault="00023050">
      <w:pPr>
        <w:spacing w:after="0"/>
      </w:pPr>
      <w:r>
        <w:rPr>
          <w:rFonts w:ascii="Arial" w:hAnsi="Arial"/>
          <w:b/>
        </w:rPr>
        <w:t xml:space="preserve">Interviewer P:  </w:t>
      </w:r>
      <w:r>
        <w:rPr>
          <w:rFonts w:ascii="Arial" w:hAnsi="Arial"/>
          <w:color w:val="5D7284"/>
        </w:rPr>
        <w:t>39:46</w:t>
      </w:r>
    </w:p>
    <w:p w14:paraId="4A2C2A56" w14:textId="77777777" w:rsidR="00F65462" w:rsidRDefault="00023050">
      <w:pPr>
        <w:spacing w:after="0"/>
      </w:pPr>
      <w:r>
        <w:rPr>
          <w:rFonts w:ascii="Arial" w:hAnsi="Arial"/>
        </w:rPr>
        <w:t xml:space="preserve">So it would be like this so I don't know if you noticed, but I have a little dot there so that I line up the center of the of this cylinder with the center of that. Yeah, so that would be </w:t>
      </w:r>
      <w:r>
        <w:rPr>
          <w:rFonts w:ascii="Arial" w:hAnsi="Arial"/>
        </w:rPr>
        <w:t>doing it</w:t>
      </w:r>
    </w:p>
    <w:p w14:paraId="1D0656FE" w14:textId="77777777" w:rsidR="00F65462" w:rsidRDefault="00F65462">
      <w:pPr>
        <w:spacing w:after="0"/>
      </w:pPr>
    </w:p>
    <w:p w14:paraId="403F42C6" w14:textId="77777777" w:rsidR="00F65462" w:rsidRDefault="00023050">
      <w:pPr>
        <w:spacing w:after="0"/>
      </w:pPr>
      <w:r>
        <w:rPr>
          <w:rFonts w:ascii="Arial" w:hAnsi="Arial"/>
          <w:b/>
        </w:rPr>
        <w:t xml:space="preserve">Participant #8:  </w:t>
      </w:r>
      <w:r>
        <w:rPr>
          <w:rFonts w:ascii="Arial" w:hAnsi="Arial"/>
          <w:color w:val="5D7284"/>
        </w:rPr>
        <w:t>40:00</w:t>
      </w:r>
    </w:p>
    <w:p w14:paraId="41F63222" w14:textId="77777777" w:rsidR="00F65462" w:rsidRDefault="00023050">
      <w:pPr>
        <w:spacing w:after="0"/>
      </w:pPr>
      <w:r>
        <w:rPr>
          <w:rFonts w:ascii="Arial" w:hAnsi="Arial"/>
        </w:rPr>
        <w:t>Yeah, I mean, the only thing that will make me think that are grown in different places is like, the positioning of the plant versus the sun. Like, plants grow towarsd the sun.</w:t>
      </w:r>
    </w:p>
    <w:p w14:paraId="7B37605A" w14:textId="77777777" w:rsidR="00F65462" w:rsidRDefault="00F65462">
      <w:pPr>
        <w:spacing w:after="0"/>
      </w:pPr>
    </w:p>
    <w:p w14:paraId="73D53EE7" w14:textId="77777777" w:rsidR="00F65462" w:rsidRDefault="00023050">
      <w:pPr>
        <w:spacing w:after="0"/>
      </w:pPr>
      <w:r>
        <w:rPr>
          <w:rFonts w:ascii="Arial" w:hAnsi="Arial"/>
          <w:b/>
        </w:rPr>
        <w:t xml:space="preserve">Interviewer P:  </w:t>
      </w:r>
      <w:r>
        <w:rPr>
          <w:rFonts w:ascii="Arial" w:hAnsi="Arial"/>
          <w:color w:val="5D7284"/>
        </w:rPr>
        <w:t>40:08</w:t>
      </w:r>
    </w:p>
    <w:p w14:paraId="7B4EADEA" w14:textId="77777777" w:rsidR="00F65462" w:rsidRDefault="00023050">
      <w:pPr>
        <w:spacing w:after="0"/>
      </w:pPr>
      <w:r>
        <w:rPr>
          <w:rFonts w:ascii="Arial" w:hAnsi="Arial"/>
        </w:rPr>
        <w:t>Right. So these are the roots.</w:t>
      </w:r>
    </w:p>
    <w:p w14:paraId="394798F2" w14:textId="77777777" w:rsidR="00F65462" w:rsidRDefault="00F65462">
      <w:pPr>
        <w:spacing w:after="0"/>
      </w:pPr>
    </w:p>
    <w:p w14:paraId="51F56B60" w14:textId="77777777" w:rsidR="00F65462" w:rsidRDefault="00023050">
      <w:pPr>
        <w:spacing w:after="0"/>
      </w:pPr>
      <w:r>
        <w:rPr>
          <w:rFonts w:ascii="Arial" w:hAnsi="Arial"/>
          <w:b/>
        </w:rPr>
        <w:t xml:space="preserve">Participant #8:  </w:t>
      </w:r>
      <w:r>
        <w:rPr>
          <w:rFonts w:ascii="Arial" w:hAnsi="Arial"/>
          <w:color w:val="5D7284"/>
        </w:rPr>
        <w:t>40:10</w:t>
      </w:r>
    </w:p>
    <w:p w14:paraId="08D70E07" w14:textId="77777777" w:rsidR="00F65462" w:rsidRDefault="00023050">
      <w:pPr>
        <w:spacing w:after="0"/>
      </w:pPr>
      <w:r>
        <w:rPr>
          <w:rFonts w:ascii="Arial" w:hAnsi="Arial"/>
        </w:rPr>
        <w:t>Oh, it's just the roots.</w:t>
      </w:r>
    </w:p>
    <w:p w14:paraId="3889A505" w14:textId="77777777" w:rsidR="00F65462" w:rsidRDefault="00F65462">
      <w:pPr>
        <w:spacing w:after="0"/>
      </w:pPr>
    </w:p>
    <w:p w14:paraId="789C4A59" w14:textId="77777777" w:rsidR="00F65462" w:rsidRDefault="00023050">
      <w:pPr>
        <w:spacing w:after="0"/>
      </w:pPr>
      <w:r>
        <w:rPr>
          <w:rFonts w:ascii="Arial" w:hAnsi="Arial"/>
          <w:b/>
        </w:rPr>
        <w:t xml:space="preserve">Interviewer P:  </w:t>
      </w:r>
      <w:r>
        <w:rPr>
          <w:rFonts w:ascii="Arial" w:hAnsi="Arial"/>
          <w:color w:val="5D7284"/>
        </w:rPr>
        <w:t>40:11</w:t>
      </w:r>
    </w:p>
    <w:p w14:paraId="153E9233" w14:textId="77777777" w:rsidR="00F65462" w:rsidRDefault="00023050">
      <w:pPr>
        <w:spacing w:after="0"/>
      </w:pPr>
      <w:r>
        <w:rPr>
          <w:rFonts w:ascii="Arial" w:hAnsi="Arial"/>
        </w:rPr>
        <w:t>I'm gonna ask you about the other one later. But yeah, so we'll start with the roots. So what do you think the roots would look like?</w:t>
      </w:r>
    </w:p>
    <w:p w14:paraId="29079D35" w14:textId="77777777" w:rsidR="00F65462" w:rsidRDefault="00F65462">
      <w:pPr>
        <w:spacing w:after="0"/>
      </w:pPr>
    </w:p>
    <w:p w14:paraId="52638F84" w14:textId="77777777" w:rsidR="00F65462" w:rsidRDefault="00023050">
      <w:pPr>
        <w:spacing w:after="0"/>
      </w:pPr>
      <w:r>
        <w:rPr>
          <w:rFonts w:ascii="Arial" w:hAnsi="Arial"/>
          <w:b/>
        </w:rPr>
        <w:t xml:space="preserve">Participant #8:  </w:t>
      </w:r>
      <w:r>
        <w:rPr>
          <w:rFonts w:ascii="Arial" w:hAnsi="Arial"/>
          <w:color w:val="5D7284"/>
        </w:rPr>
        <w:t>40:18</w:t>
      </w:r>
    </w:p>
    <w:p w14:paraId="5D1AD0DF" w14:textId="77777777" w:rsidR="00F65462" w:rsidRDefault="00023050">
      <w:pPr>
        <w:spacing w:after="0"/>
      </w:pPr>
      <w:r>
        <w:rPr>
          <w:rFonts w:ascii="Arial" w:hAnsi="Arial"/>
        </w:rPr>
        <w:t xml:space="preserve">Like growing down into the soil? Like normal. completely normal. </w:t>
      </w:r>
    </w:p>
    <w:p w14:paraId="17686DC7" w14:textId="77777777" w:rsidR="00F65462" w:rsidRDefault="00F65462">
      <w:pPr>
        <w:spacing w:after="0"/>
      </w:pPr>
    </w:p>
    <w:p w14:paraId="15D81351" w14:textId="77777777" w:rsidR="00F65462" w:rsidRDefault="00023050">
      <w:pPr>
        <w:spacing w:after="0"/>
      </w:pPr>
      <w:r>
        <w:rPr>
          <w:rFonts w:ascii="Arial" w:hAnsi="Arial"/>
          <w:b/>
        </w:rPr>
        <w:t xml:space="preserve">Interviewer P:  </w:t>
      </w:r>
      <w:r>
        <w:rPr>
          <w:rFonts w:ascii="Arial" w:hAnsi="Arial"/>
          <w:color w:val="5D7284"/>
        </w:rPr>
        <w:t>40:25</w:t>
      </w:r>
    </w:p>
    <w:p w14:paraId="0768009E" w14:textId="77777777" w:rsidR="00F65462" w:rsidRDefault="00023050">
      <w:pPr>
        <w:spacing w:after="0"/>
      </w:pPr>
      <w:r>
        <w:rPr>
          <w:rFonts w:ascii="Arial" w:hAnsi="Arial"/>
        </w:rPr>
        <w:t>Yeah.</w:t>
      </w:r>
    </w:p>
    <w:p w14:paraId="53BD644D" w14:textId="77777777" w:rsidR="00F65462" w:rsidRDefault="00F65462">
      <w:pPr>
        <w:spacing w:after="0"/>
      </w:pPr>
    </w:p>
    <w:p w14:paraId="58966003" w14:textId="77777777" w:rsidR="00F65462" w:rsidRDefault="00023050">
      <w:pPr>
        <w:spacing w:after="0"/>
      </w:pPr>
      <w:r>
        <w:rPr>
          <w:rFonts w:ascii="Arial" w:hAnsi="Arial"/>
          <w:b/>
        </w:rPr>
        <w:t xml:space="preserve">Participant # 18:  </w:t>
      </w:r>
      <w:r>
        <w:rPr>
          <w:rFonts w:ascii="Arial" w:hAnsi="Arial"/>
          <w:color w:val="5D7284"/>
        </w:rPr>
        <w:t>40:25</w:t>
      </w:r>
    </w:p>
    <w:p w14:paraId="05C36D92" w14:textId="77777777" w:rsidR="00F65462" w:rsidRDefault="00023050">
      <w:pPr>
        <w:spacing w:after="0"/>
      </w:pPr>
      <w:r>
        <w:rPr>
          <w:rFonts w:ascii="Arial" w:hAnsi="Arial"/>
        </w:rPr>
        <w:t xml:space="preserve">Like the same as it would just be like growing? </w:t>
      </w:r>
    </w:p>
    <w:p w14:paraId="1A3FAC43" w14:textId="77777777" w:rsidR="00F65462" w:rsidRDefault="00F65462">
      <w:pPr>
        <w:spacing w:after="0"/>
      </w:pPr>
    </w:p>
    <w:p w14:paraId="27CAA666" w14:textId="77777777" w:rsidR="00F65462" w:rsidRDefault="00023050">
      <w:pPr>
        <w:spacing w:after="0"/>
      </w:pPr>
      <w:r>
        <w:rPr>
          <w:rFonts w:ascii="Arial" w:hAnsi="Arial"/>
          <w:b/>
        </w:rPr>
        <w:t xml:space="preserve">Interviewer P:  </w:t>
      </w:r>
      <w:r>
        <w:rPr>
          <w:rFonts w:ascii="Arial" w:hAnsi="Arial"/>
          <w:color w:val="5D7284"/>
        </w:rPr>
        <w:t>40:27</w:t>
      </w:r>
    </w:p>
    <w:p w14:paraId="65208791" w14:textId="77777777" w:rsidR="00F65462" w:rsidRDefault="00023050">
      <w:pPr>
        <w:spacing w:after="0"/>
      </w:pPr>
      <w:r>
        <w:rPr>
          <w:rFonts w:ascii="Arial" w:hAnsi="Arial"/>
        </w:rPr>
        <w:t>Yeah and do you have any thoughts about what the top of it will look like?</w:t>
      </w:r>
    </w:p>
    <w:p w14:paraId="2BBD94B2" w14:textId="77777777" w:rsidR="00F65462" w:rsidRDefault="00F65462">
      <w:pPr>
        <w:spacing w:after="0"/>
      </w:pPr>
    </w:p>
    <w:p w14:paraId="21380AD3" w14:textId="77777777" w:rsidR="00F65462" w:rsidRDefault="00023050">
      <w:pPr>
        <w:spacing w:after="0"/>
      </w:pPr>
      <w:r>
        <w:rPr>
          <w:rFonts w:ascii="Arial" w:hAnsi="Arial"/>
          <w:b/>
        </w:rPr>
        <w:t xml:space="preserve">Participant #8:  </w:t>
      </w:r>
      <w:r>
        <w:rPr>
          <w:rFonts w:ascii="Arial" w:hAnsi="Arial"/>
          <w:color w:val="5D7284"/>
        </w:rPr>
        <w:t>40:33</w:t>
      </w:r>
    </w:p>
    <w:p w14:paraId="52714A95" w14:textId="77777777" w:rsidR="00F65462" w:rsidRDefault="00023050">
      <w:pPr>
        <w:spacing w:after="0"/>
      </w:pPr>
      <w:r>
        <w:rPr>
          <w:rFonts w:ascii="Arial" w:hAnsi="Arial"/>
        </w:rPr>
        <w:t>Like, where the seed is?</w:t>
      </w:r>
    </w:p>
    <w:p w14:paraId="5854DE7F" w14:textId="77777777" w:rsidR="00F65462" w:rsidRDefault="00F65462">
      <w:pPr>
        <w:spacing w:after="0"/>
      </w:pPr>
    </w:p>
    <w:p w14:paraId="0C69068F" w14:textId="77777777" w:rsidR="00F65462" w:rsidRDefault="00023050">
      <w:pPr>
        <w:spacing w:after="0"/>
      </w:pPr>
      <w:r>
        <w:rPr>
          <w:rFonts w:ascii="Arial" w:hAnsi="Arial"/>
          <w:b/>
        </w:rPr>
        <w:t xml:space="preserve">Interviewer P:  </w:t>
      </w:r>
      <w:r>
        <w:rPr>
          <w:rFonts w:ascii="Arial" w:hAnsi="Arial"/>
          <w:color w:val="5D7284"/>
        </w:rPr>
        <w:t>40:35</w:t>
      </w:r>
    </w:p>
    <w:p w14:paraId="08DCCB80" w14:textId="77777777" w:rsidR="00F65462" w:rsidRDefault="00023050">
      <w:pPr>
        <w:spacing w:after="0"/>
      </w:pPr>
      <w:r>
        <w:rPr>
          <w:rFonts w:ascii="Arial" w:hAnsi="Arial"/>
        </w:rPr>
        <w:t>Where the like stem and the leaf sprout. So it's growing up and it has some leaves, maybe a flower? I told you, they were annoying questions.</w:t>
      </w:r>
    </w:p>
    <w:p w14:paraId="2CA7ADD4" w14:textId="77777777" w:rsidR="00F65462" w:rsidRDefault="00F65462">
      <w:pPr>
        <w:spacing w:after="0"/>
      </w:pPr>
    </w:p>
    <w:p w14:paraId="449B800B" w14:textId="77777777" w:rsidR="00F65462" w:rsidRDefault="00023050">
      <w:pPr>
        <w:spacing w:after="0"/>
      </w:pPr>
      <w:r>
        <w:rPr>
          <w:rFonts w:ascii="Arial" w:hAnsi="Arial"/>
          <w:b/>
        </w:rPr>
        <w:t xml:space="preserve">Participant #8:  </w:t>
      </w:r>
      <w:r>
        <w:rPr>
          <w:rFonts w:ascii="Arial" w:hAnsi="Arial"/>
          <w:color w:val="5D7284"/>
        </w:rPr>
        <w:t>40:43</w:t>
      </w:r>
    </w:p>
    <w:p w14:paraId="72D05CBC" w14:textId="77777777" w:rsidR="00F65462" w:rsidRDefault="00023050">
      <w:pPr>
        <w:spacing w:after="0"/>
      </w:pPr>
      <w:r>
        <w:rPr>
          <w:rFonts w:ascii="Arial" w:hAnsi="Arial"/>
        </w:rPr>
        <w:t xml:space="preserve">Look like normal would normally grow if we're not talking about like the sun being in different places. </w:t>
      </w:r>
    </w:p>
    <w:p w14:paraId="314EE24A" w14:textId="77777777" w:rsidR="00F65462" w:rsidRDefault="00F65462">
      <w:pPr>
        <w:spacing w:after="0"/>
      </w:pPr>
    </w:p>
    <w:p w14:paraId="4CD041D1" w14:textId="77777777" w:rsidR="00F65462" w:rsidRDefault="00023050">
      <w:pPr>
        <w:spacing w:after="0"/>
      </w:pPr>
      <w:r>
        <w:rPr>
          <w:rFonts w:ascii="Arial" w:hAnsi="Arial"/>
          <w:b/>
        </w:rPr>
        <w:t xml:space="preserve">Interviewer P:  </w:t>
      </w:r>
      <w:r>
        <w:rPr>
          <w:rFonts w:ascii="Arial" w:hAnsi="Arial"/>
          <w:color w:val="5D7284"/>
        </w:rPr>
        <w:t>40:53</w:t>
      </w:r>
    </w:p>
    <w:p w14:paraId="5044ECFF" w14:textId="77777777" w:rsidR="00F65462" w:rsidRDefault="00023050">
      <w:pPr>
        <w:spacing w:after="0"/>
      </w:pPr>
      <w:r>
        <w:rPr>
          <w:rFonts w:ascii="Arial" w:hAnsi="Arial"/>
        </w:rPr>
        <w:t>Yeah.</w:t>
      </w:r>
    </w:p>
    <w:p w14:paraId="76614669" w14:textId="77777777" w:rsidR="00F65462" w:rsidRDefault="00F65462">
      <w:pPr>
        <w:spacing w:after="0"/>
      </w:pPr>
    </w:p>
    <w:p w14:paraId="796592D6" w14:textId="77777777" w:rsidR="00F65462" w:rsidRDefault="00023050">
      <w:pPr>
        <w:spacing w:after="0"/>
      </w:pPr>
      <w:r>
        <w:rPr>
          <w:rFonts w:ascii="Arial" w:hAnsi="Arial"/>
          <w:b/>
        </w:rPr>
        <w:t xml:space="preserve">Participant # 18:  </w:t>
      </w:r>
      <w:r>
        <w:rPr>
          <w:rFonts w:ascii="Arial" w:hAnsi="Arial"/>
          <w:color w:val="5D7284"/>
        </w:rPr>
        <w:t>40:53</w:t>
      </w:r>
    </w:p>
    <w:p w14:paraId="64CD481F" w14:textId="77777777" w:rsidR="00F65462" w:rsidRDefault="00023050">
      <w:pPr>
        <w:spacing w:after="0"/>
      </w:pPr>
      <w:r>
        <w:rPr>
          <w:rFonts w:ascii="Arial" w:hAnsi="Arial"/>
        </w:rPr>
        <w:t>Like if it was in a controlled environment, and not spinning. Yeah same thing.</w:t>
      </w:r>
    </w:p>
    <w:p w14:paraId="57590049" w14:textId="77777777" w:rsidR="00F65462" w:rsidRDefault="00F65462">
      <w:pPr>
        <w:spacing w:after="0"/>
      </w:pPr>
    </w:p>
    <w:p w14:paraId="3ED26819" w14:textId="77777777" w:rsidR="00F65462" w:rsidRDefault="00023050">
      <w:pPr>
        <w:spacing w:after="0"/>
      </w:pPr>
      <w:r>
        <w:rPr>
          <w:rFonts w:ascii="Arial" w:hAnsi="Arial"/>
          <w:b/>
        </w:rPr>
        <w:t xml:space="preserve">Interviewer P:  </w:t>
      </w:r>
      <w:r>
        <w:rPr>
          <w:rFonts w:ascii="Arial" w:hAnsi="Arial"/>
          <w:color w:val="5D7284"/>
        </w:rPr>
        <w:t>40:56</w:t>
      </w:r>
    </w:p>
    <w:p w14:paraId="49745221" w14:textId="77777777" w:rsidR="00F65462" w:rsidRDefault="00023050">
      <w:pPr>
        <w:spacing w:after="0"/>
      </w:pPr>
      <w:r>
        <w:rPr>
          <w:rFonts w:ascii="Arial" w:hAnsi="Arial"/>
        </w:rPr>
        <w:t xml:space="preserve">Yeah, yeah. Cool. Thanks. Yeah. Okay, so this has settled down a little bit. So now I have these plastic fish. And some of them flow. Some of them sink. So I'm going to put one of each kind into the water, they look kinda like. Okay, so this one should float. Right, and this one should sync. Okay. So when I started back up, how do you think these two fish are gonna move and so it's different from what we were doing before, because I had it spinning for so long before you got here and now it stopped. And so </w:t>
      </w:r>
      <w:r>
        <w:rPr>
          <w:rFonts w:ascii="Arial" w:hAnsi="Arial"/>
        </w:rPr>
        <w:t>it's going to be starting from a standstill. So how do you think they'll move? And I'm going to have it going clockwise again. Or do you think they'll move?</w:t>
      </w:r>
    </w:p>
    <w:p w14:paraId="0C5B615A" w14:textId="77777777" w:rsidR="00F65462" w:rsidRDefault="00F65462">
      <w:pPr>
        <w:spacing w:after="0"/>
      </w:pPr>
    </w:p>
    <w:p w14:paraId="3083BA17" w14:textId="77777777" w:rsidR="00F65462" w:rsidRDefault="00023050">
      <w:pPr>
        <w:spacing w:after="0"/>
      </w:pPr>
      <w:r>
        <w:rPr>
          <w:rFonts w:ascii="Arial" w:hAnsi="Arial"/>
          <w:b/>
        </w:rPr>
        <w:t xml:space="preserve">Participant # 18:  </w:t>
      </w:r>
      <w:r>
        <w:rPr>
          <w:rFonts w:ascii="Arial" w:hAnsi="Arial"/>
          <w:color w:val="5D7284"/>
        </w:rPr>
        <w:t>42:08</w:t>
      </w:r>
    </w:p>
    <w:p w14:paraId="1F62AF8F" w14:textId="77777777" w:rsidR="00F65462" w:rsidRDefault="00023050">
      <w:pPr>
        <w:spacing w:after="0"/>
      </w:pPr>
      <w:r>
        <w:rPr>
          <w:rFonts w:ascii="Arial" w:hAnsi="Arial"/>
        </w:rPr>
        <w:t>I think whichever way you're going for this top fish, if you're going to say you're going clockwise, so that way? I Think it will go, that fish will go that way a little bit first, and then kind of like stay where it is like I think it will go that way. So if it's raining this morning, it's gonna go a little bit that way first, and stay where it is and not really move.</w:t>
      </w:r>
    </w:p>
    <w:p w14:paraId="792F1AA2" w14:textId="77777777" w:rsidR="00F65462" w:rsidRDefault="00F65462">
      <w:pPr>
        <w:spacing w:after="0"/>
      </w:pPr>
    </w:p>
    <w:p w14:paraId="4E47E9E9" w14:textId="77777777" w:rsidR="00F65462" w:rsidRDefault="00023050">
      <w:pPr>
        <w:spacing w:after="0"/>
      </w:pPr>
      <w:r>
        <w:rPr>
          <w:rFonts w:ascii="Arial" w:hAnsi="Arial"/>
          <w:b/>
        </w:rPr>
        <w:t xml:space="preserve">Interviewer P:  </w:t>
      </w:r>
      <w:r>
        <w:rPr>
          <w:rFonts w:ascii="Arial" w:hAnsi="Arial"/>
          <w:color w:val="5D7284"/>
        </w:rPr>
        <w:t>42:40</w:t>
      </w:r>
    </w:p>
    <w:p w14:paraId="0EF31220" w14:textId="77777777" w:rsidR="00F65462" w:rsidRDefault="00023050">
      <w:pPr>
        <w:spacing w:after="0"/>
      </w:pPr>
      <w:r>
        <w:rPr>
          <w:rFonts w:ascii="Arial" w:hAnsi="Arial"/>
        </w:rPr>
        <w:t>Okay, so tell me what you mean by stay where it is and not really move. So is it just going to pop up and down?</w:t>
      </w:r>
    </w:p>
    <w:p w14:paraId="1A499DFC" w14:textId="77777777" w:rsidR="00F65462" w:rsidRDefault="00F65462">
      <w:pPr>
        <w:spacing w:after="0"/>
      </w:pPr>
    </w:p>
    <w:p w14:paraId="62B7E0BE" w14:textId="77777777" w:rsidR="00F65462" w:rsidRDefault="00023050">
      <w:pPr>
        <w:spacing w:after="0"/>
      </w:pPr>
      <w:r>
        <w:rPr>
          <w:rFonts w:ascii="Arial" w:hAnsi="Arial"/>
          <w:b/>
        </w:rPr>
        <w:t xml:space="preserve">Participant #8:  </w:t>
      </w:r>
      <w:r>
        <w:rPr>
          <w:rFonts w:ascii="Arial" w:hAnsi="Arial"/>
          <w:color w:val="5D7284"/>
        </w:rPr>
        <w:t>42:50</w:t>
      </w:r>
    </w:p>
    <w:p w14:paraId="762704DC" w14:textId="77777777" w:rsidR="00F65462" w:rsidRDefault="00023050">
      <w:pPr>
        <w:spacing w:after="0"/>
      </w:pPr>
      <w:r>
        <w:rPr>
          <w:rFonts w:ascii="Arial" w:hAnsi="Arial"/>
        </w:rPr>
        <w:t xml:space="preserve">I think yeah, I think it's just going to I don't think it's really going to move much it might like, I think it's just gonna say floating around the same area. </w:t>
      </w:r>
    </w:p>
    <w:p w14:paraId="5E7E3C41" w14:textId="77777777" w:rsidR="00F65462" w:rsidRDefault="00F65462">
      <w:pPr>
        <w:spacing w:after="0"/>
      </w:pPr>
    </w:p>
    <w:p w14:paraId="356103B8" w14:textId="77777777" w:rsidR="00F65462" w:rsidRDefault="00023050">
      <w:pPr>
        <w:spacing w:after="0"/>
      </w:pPr>
      <w:r>
        <w:rPr>
          <w:rFonts w:ascii="Arial" w:hAnsi="Arial"/>
          <w:b/>
        </w:rPr>
        <w:t xml:space="preserve">Interviewer P:  </w:t>
      </w:r>
      <w:r>
        <w:rPr>
          <w:rFonts w:ascii="Arial" w:hAnsi="Arial"/>
          <w:color w:val="5D7284"/>
        </w:rPr>
        <w:t>43:00</w:t>
      </w:r>
    </w:p>
    <w:p w14:paraId="6D57DD57" w14:textId="77777777" w:rsidR="00F65462" w:rsidRDefault="00023050">
      <w:pPr>
        <w:spacing w:after="0"/>
      </w:pPr>
      <w:r>
        <w:rPr>
          <w:rFonts w:ascii="Arial" w:hAnsi="Arial"/>
        </w:rPr>
        <w:lastRenderedPageBreak/>
        <w:t xml:space="preserve">Yeah so, like, if it was right here in front of you, that tank is going to start moving. It'll just stay right in front of you. </w:t>
      </w:r>
    </w:p>
    <w:p w14:paraId="03F828E4" w14:textId="77777777" w:rsidR="00F65462" w:rsidRDefault="00F65462">
      <w:pPr>
        <w:spacing w:after="0"/>
      </w:pPr>
    </w:p>
    <w:p w14:paraId="27CA024E" w14:textId="77777777" w:rsidR="00F65462" w:rsidRDefault="00023050">
      <w:pPr>
        <w:spacing w:after="0"/>
      </w:pPr>
      <w:r>
        <w:rPr>
          <w:rFonts w:ascii="Arial" w:hAnsi="Arial"/>
          <w:b/>
        </w:rPr>
        <w:t xml:space="preserve">Participant # 18:  </w:t>
      </w:r>
      <w:r>
        <w:rPr>
          <w:rFonts w:ascii="Arial" w:hAnsi="Arial"/>
          <w:color w:val="5D7284"/>
        </w:rPr>
        <w:t>43:06</w:t>
      </w:r>
    </w:p>
    <w:p w14:paraId="28BC751B" w14:textId="77777777" w:rsidR="00F65462" w:rsidRDefault="00023050">
      <w:pPr>
        <w:spacing w:after="0"/>
      </w:pPr>
      <w:r>
        <w:rPr>
          <w:rFonts w:ascii="Arial" w:hAnsi="Arial"/>
        </w:rPr>
        <w:t xml:space="preserve">Yeah. </w:t>
      </w:r>
    </w:p>
    <w:p w14:paraId="2AC57CB0" w14:textId="77777777" w:rsidR="00F65462" w:rsidRDefault="00F65462">
      <w:pPr>
        <w:spacing w:after="0"/>
      </w:pPr>
    </w:p>
    <w:p w14:paraId="602A2AE4" w14:textId="77777777" w:rsidR="00F65462" w:rsidRDefault="00023050">
      <w:pPr>
        <w:spacing w:after="0"/>
      </w:pPr>
      <w:r>
        <w:rPr>
          <w:rFonts w:ascii="Arial" w:hAnsi="Arial"/>
          <w:b/>
        </w:rPr>
        <w:t xml:space="preserve">Interviewer P:  </w:t>
      </w:r>
      <w:r>
        <w:rPr>
          <w:rFonts w:ascii="Arial" w:hAnsi="Arial"/>
          <w:color w:val="5D7284"/>
        </w:rPr>
        <w:t>43:06</w:t>
      </w:r>
    </w:p>
    <w:p w14:paraId="4AD3D7B1" w14:textId="77777777" w:rsidR="00F65462" w:rsidRDefault="00023050">
      <w:pPr>
        <w:spacing w:after="0"/>
      </w:pPr>
      <w:r>
        <w:rPr>
          <w:rFonts w:ascii="Arial" w:hAnsi="Arial"/>
        </w:rPr>
        <w:t>Okay.</w:t>
      </w:r>
    </w:p>
    <w:p w14:paraId="5186B13D" w14:textId="77777777" w:rsidR="00F65462" w:rsidRDefault="00F65462">
      <w:pPr>
        <w:spacing w:after="0"/>
      </w:pPr>
    </w:p>
    <w:p w14:paraId="319E6CD7" w14:textId="77777777" w:rsidR="00F65462" w:rsidRDefault="00023050">
      <w:pPr>
        <w:spacing w:after="0"/>
      </w:pPr>
      <w:r>
        <w:rPr>
          <w:rFonts w:ascii="Arial" w:hAnsi="Arial"/>
          <w:b/>
        </w:rPr>
        <w:t xml:space="preserve">Participant #8:  </w:t>
      </w:r>
      <w:r>
        <w:rPr>
          <w:rFonts w:ascii="Arial" w:hAnsi="Arial"/>
          <w:color w:val="5D7284"/>
        </w:rPr>
        <w:t>43:08</w:t>
      </w:r>
    </w:p>
    <w:p w14:paraId="41FABABD" w14:textId="77777777" w:rsidR="00F65462" w:rsidRDefault="00023050">
      <w:pPr>
        <w:spacing w:after="0"/>
      </w:pPr>
      <w:r>
        <w:rPr>
          <w:rFonts w:ascii="Arial" w:hAnsi="Arial"/>
        </w:rPr>
        <w:t>Yeah, that's my guess.</w:t>
      </w:r>
    </w:p>
    <w:p w14:paraId="6C57C439" w14:textId="77777777" w:rsidR="00F65462" w:rsidRDefault="00F65462">
      <w:pPr>
        <w:spacing w:after="0"/>
      </w:pPr>
    </w:p>
    <w:p w14:paraId="405E7B9A" w14:textId="77777777" w:rsidR="00F65462" w:rsidRDefault="00023050">
      <w:pPr>
        <w:spacing w:after="0"/>
      </w:pPr>
      <w:r>
        <w:rPr>
          <w:rFonts w:ascii="Arial" w:hAnsi="Arial"/>
          <w:b/>
        </w:rPr>
        <w:t xml:space="preserve">Interviewer P:  </w:t>
      </w:r>
      <w:r>
        <w:rPr>
          <w:rFonts w:ascii="Arial" w:hAnsi="Arial"/>
          <w:color w:val="5D7284"/>
        </w:rPr>
        <w:t>43:09</w:t>
      </w:r>
    </w:p>
    <w:p w14:paraId="4BE1B124" w14:textId="77777777" w:rsidR="00F65462" w:rsidRDefault="00023050">
      <w:pPr>
        <w:spacing w:after="0"/>
      </w:pPr>
      <w:r>
        <w:rPr>
          <w:rFonts w:ascii="Arial" w:hAnsi="Arial"/>
        </w:rPr>
        <w:t>And what about the bottom one.</w:t>
      </w:r>
    </w:p>
    <w:p w14:paraId="3D404BC9" w14:textId="77777777" w:rsidR="00F65462" w:rsidRDefault="00F65462">
      <w:pPr>
        <w:spacing w:after="0"/>
      </w:pPr>
    </w:p>
    <w:p w14:paraId="1B2CC9C5" w14:textId="77777777" w:rsidR="00F65462" w:rsidRDefault="00023050">
      <w:pPr>
        <w:spacing w:after="0"/>
      </w:pPr>
      <w:r>
        <w:rPr>
          <w:rFonts w:ascii="Arial" w:hAnsi="Arial"/>
          <w:b/>
        </w:rPr>
        <w:t xml:space="preserve">Participant # 18:  </w:t>
      </w:r>
      <w:r>
        <w:rPr>
          <w:rFonts w:ascii="Arial" w:hAnsi="Arial"/>
          <w:color w:val="5D7284"/>
        </w:rPr>
        <w:t>43:10</w:t>
      </w:r>
    </w:p>
    <w:p w14:paraId="34603364" w14:textId="77777777" w:rsidR="00F65462" w:rsidRDefault="00023050">
      <w:pPr>
        <w:spacing w:after="0"/>
      </w:pPr>
      <w:r>
        <w:rPr>
          <w:rFonts w:ascii="Arial" w:hAnsi="Arial"/>
        </w:rPr>
        <w:t xml:space="preserve">I don't think it's really gonna move much. Because I </w:t>
      </w:r>
      <w:r>
        <w:rPr>
          <w:rFonts w:ascii="Arial" w:hAnsi="Arial"/>
        </w:rPr>
        <w:t>just I just thought. I think it will go, it'll come this way, a little bit first, just a little bit, and then stay where it is, like with this flooding fish, but on the bottom it is going to stay on the bottom.</w:t>
      </w:r>
    </w:p>
    <w:p w14:paraId="61319B8A" w14:textId="77777777" w:rsidR="00F65462" w:rsidRDefault="00F65462">
      <w:pPr>
        <w:spacing w:after="0"/>
      </w:pPr>
    </w:p>
    <w:p w14:paraId="6F83BBFD" w14:textId="77777777" w:rsidR="00F65462" w:rsidRDefault="00023050">
      <w:pPr>
        <w:spacing w:after="0"/>
      </w:pPr>
      <w:r>
        <w:rPr>
          <w:rFonts w:ascii="Arial" w:hAnsi="Arial"/>
          <w:b/>
        </w:rPr>
        <w:t xml:space="preserve">Interviewer P:  </w:t>
      </w:r>
      <w:r>
        <w:rPr>
          <w:rFonts w:ascii="Arial" w:hAnsi="Arial"/>
          <w:color w:val="5D7284"/>
        </w:rPr>
        <w:t>43:37</w:t>
      </w:r>
    </w:p>
    <w:p w14:paraId="17AD0336" w14:textId="77777777" w:rsidR="00F65462" w:rsidRDefault="00023050">
      <w:pPr>
        <w:spacing w:after="0"/>
      </w:pPr>
      <w:r>
        <w:rPr>
          <w:rFonts w:ascii="Arial" w:hAnsi="Arial"/>
        </w:rPr>
        <w:t xml:space="preserve">So same thing, if </w:t>
      </w:r>
      <w:r>
        <w:rPr>
          <w:rFonts w:ascii="Arial" w:hAnsi="Arial"/>
        </w:rPr>
        <w:t>it's sitting in front of you, it's just going to sit there and the tank will kind of rotate under it while it stays in one spot. Okay?</w:t>
      </w:r>
    </w:p>
    <w:p w14:paraId="31A560F4" w14:textId="77777777" w:rsidR="00F65462" w:rsidRDefault="00F65462">
      <w:pPr>
        <w:spacing w:after="0"/>
      </w:pPr>
    </w:p>
    <w:p w14:paraId="48668DE3" w14:textId="77777777" w:rsidR="00F65462" w:rsidRDefault="00023050">
      <w:pPr>
        <w:spacing w:after="0"/>
      </w:pPr>
      <w:r>
        <w:rPr>
          <w:rFonts w:ascii="Arial" w:hAnsi="Arial"/>
          <w:b/>
        </w:rPr>
        <w:t xml:space="preserve">Participant #8:  </w:t>
      </w:r>
      <w:r>
        <w:rPr>
          <w:rFonts w:ascii="Arial" w:hAnsi="Arial"/>
          <w:color w:val="5D7284"/>
        </w:rPr>
        <w:t>43:48</w:t>
      </w:r>
    </w:p>
    <w:p w14:paraId="4B34C20E" w14:textId="77777777" w:rsidR="00F65462" w:rsidRDefault="00023050">
      <w:pPr>
        <w:spacing w:after="0"/>
      </w:pPr>
      <w:r>
        <w:rPr>
          <w:rFonts w:ascii="Arial" w:hAnsi="Arial"/>
        </w:rPr>
        <w:t>Like boggle.</w:t>
      </w:r>
    </w:p>
    <w:p w14:paraId="70DF735C" w14:textId="77777777" w:rsidR="00F65462" w:rsidRDefault="00F65462">
      <w:pPr>
        <w:spacing w:after="0"/>
      </w:pPr>
    </w:p>
    <w:p w14:paraId="487A57A1" w14:textId="77777777" w:rsidR="00F65462" w:rsidRDefault="00023050">
      <w:pPr>
        <w:spacing w:after="0"/>
      </w:pPr>
      <w:r>
        <w:rPr>
          <w:rFonts w:ascii="Arial" w:hAnsi="Arial"/>
          <w:b/>
        </w:rPr>
        <w:t xml:space="preserve">Interviewer P:  </w:t>
      </w:r>
      <w:r>
        <w:rPr>
          <w:rFonts w:ascii="Arial" w:hAnsi="Arial"/>
          <w:color w:val="5D7284"/>
        </w:rPr>
        <w:t>43:52</w:t>
      </w:r>
    </w:p>
    <w:p w14:paraId="562C5FB0" w14:textId="77777777" w:rsidR="00F65462" w:rsidRDefault="00023050">
      <w:pPr>
        <w:spacing w:after="0"/>
      </w:pPr>
      <w:r>
        <w:rPr>
          <w:rFonts w:ascii="Arial" w:hAnsi="Arial"/>
        </w:rPr>
        <w:t xml:space="preserve">Alright, so what I'm hearing is they'll both they might juggle a little bit when we start, but eventually they'll stay in the same place. And by that you mean that if they're sitting here in front of you that they'll stay in front of you. </w:t>
      </w:r>
    </w:p>
    <w:p w14:paraId="3A413BF6" w14:textId="77777777" w:rsidR="00F65462" w:rsidRDefault="00F65462">
      <w:pPr>
        <w:spacing w:after="0"/>
      </w:pPr>
    </w:p>
    <w:p w14:paraId="598BEB24" w14:textId="77777777" w:rsidR="00F65462" w:rsidRDefault="00023050">
      <w:pPr>
        <w:spacing w:after="0"/>
      </w:pPr>
      <w:r>
        <w:rPr>
          <w:rFonts w:ascii="Arial" w:hAnsi="Arial"/>
          <w:b/>
        </w:rPr>
        <w:t xml:space="preserve">Participant # 18:  </w:t>
      </w:r>
      <w:r>
        <w:rPr>
          <w:rFonts w:ascii="Arial" w:hAnsi="Arial"/>
          <w:color w:val="5D7284"/>
        </w:rPr>
        <w:t>44:08</w:t>
      </w:r>
    </w:p>
    <w:p w14:paraId="5421C6B0" w14:textId="77777777" w:rsidR="00F65462" w:rsidRDefault="00023050">
      <w:pPr>
        <w:spacing w:after="0"/>
      </w:pPr>
      <w:r>
        <w:rPr>
          <w:rFonts w:ascii="Arial" w:hAnsi="Arial"/>
        </w:rPr>
        <w:t>Yeah.</w:t>
      </w:r>
    </w:p>
    <w:p w14:paraId="33D28B4B" w14:textId="77777777" w:rsidR="00F65462" w:rsidRDefault="00F65462">
      <w:pPr>
        <w:spacing w:after="0"/>
      </w:pPr>
    </w:p>
    <w:p w14:paraId="0A1EE65F" w14:textId="77777777" w:rsidR="00F65462" w:rsidRDefault="00023050">
      <w:pPr>
        <w:spacing w:after="0"/>
      </w:pPr>
      <w:r>
        <w:rPr>
          <w:rFonts w:ascii="Arial" w:hAnsi="Arial"/>
          <w:b/>
        </w:rPr>
        <w:t xml:space="preserve">Interviewer P:  </w:t>
      </w:r>
      <w:r>
        <w:rPr>
          <w:rFonts w:ascii="Arial" w:hAnsi="Arial"/>
          <w:color w:val="5D7284"/>
        </w:rPr>
        <w:t>44:09</w:t>
      </w:r>
    </w:p>
    <w:p w14:paraId="300F4FBD" w14:textId="77777777" w:rsidR="00F65462" w:rsidRDefault="00023050">
      <w:pPr>
        <w:spacing w:after="0"/>
      </w:pPr>
      <w:r>
        <w:rPr>
          <w:rFonts w:ascii="Arial" w:hAnsi="Arial"/>
        </w:rPr>
        <w:t>Okay. So let's.</w:t>
      </w:r>
    </w:p>
    <w:p w14:paraId="37EFA3E3" w14:textId="77777777" w:rsidR="00F65462" w:rsidRDefault="00F65462">
      <w:pPr>
        <w:spacing w:after="0"/>
      </w:pPr>
    </w:p>
    <w:p w14:paraId="58ED386E" w14:textId="77777777" w:rsidR="00F65462" w:rsidRDefault="00023050">
      <w:pPr>
        <w:spacing w:after="0"/>
      </w:pPr>
      <w:r>
        <w:rPr>
          <w:rFonts w:ascii="Arial" w:hAnsi="Arial"/>
          <w:b/>
        </w:rPr>
        <w:t xml:space="preserve">Participant #8:  </w:t>
      </w:r>
      <w:r>
        <w:rPr>
          <w:rFonts w:ascii="Arial" w:hAnsi="Arial"/>
          <w:color w:val="5D7284"/>
        </w:rPr>
        <w:t>44:10</w:t>
      </w:r>
    </w:p>
    <w:p w14:paraId="6E3A687D" w14:textId="77777777" w:rsidR="00F65462" w:rsidRDefault="00023050">
      <w:pPr>
        <w:spacing w:after="0"/>
      </w:pPr>
      <w:r>
        <w:rPr>
          <w:rFonts w:ascii="Arial" w:hAnsi="Arial"/>
        </w:rPr>
        <w:t>Or they won't stay like in front of, the tank will be moving. So it will stay in the water part that it's in as it goes around.</w:t>
      </w:r>
    </w:p>
    <w:p w14:paraId="41C6AC2A" w14:textId="77777777" w:rsidR="00F65462" w:rsidRDefault="00F65462">
      <w:pPr>
        <w:spacing w:after="0"/>
      </w:pPr>
    </w:p>
    <w:p w14:paraId="3256C1D1" w14:textId="77777777" w:rsidR="00F65462" w:rsidRDefault="00023050">
      <w:pPr>
        <w:spacing w:after="0"/>
      </w:pPr>
      <w:r>
        <w:rPr>
          <w:rFonts w:ascii="Arial" w:hAnsi="Arial"/>
          <w:b/>
        </w:rPr>
        <w:t xml:space="preserve">Interviewer P:  </w:t>
      </w:r>
      <w:r>
        <w:rPr>
          <w:rFonts w:ascii="Arial" w:hAnsi="Arial"/>
          <w:color w:val="5D7284"/>
        </w:rPr>
        <w:t>44:18</w:t>
      </w:r>
    </w:p>
    <w:p w14:paraId="0A2271F6" w14:textId="77777777" w:rsidR="00F65462" w:rsidRDefault="00023050">
      <w:pPr>
        <w:spacing w:after="0"/>
      </w:pPr>
      <w:r>
        <w:rPr>
          <w:rFonts w:ascii="Arial" w:hAnsi="Arial"/>
        </w:rPr>
        <w:t xml:space="preserve">Okay, so let me put it this way. If I drew a little dot under that fish, would it stay on its dot? </w:t>
      </w:r>
    </w:p>
    <w:p w14:paraId="2DC44586" w14:textId="77777777" w:rsidR="00F65462" w:rsidRDefault="00F65462">
      <w:pPr>
        <w:spacing w:after="0"/>
      </w:pPr>
    </w:p>
    <w:p w14:paraId="73113466" w14:textId="77777777" w:rsidR="00F65462" w:rsidRDefault="00023050">
      <w:pPr>
        <w:spacing w:after="0"/>
      </w:pPr>
      <w:r>
        <w:rPr>
          <w:rFonts w:ascii="Arial" w:hAnsi="Arial"/>
          <w:b/>
        </w:rPr>
        <w:t xml:space="preserve">Participant # 18:  </w:t>
      </w:r>
      <w:r>
        <w:rPr>
          <w:rFonts w:ascii="Arial" w:hAnsi="Arial"/>
          <w:color w:val="5D7284"/>
        </w:rPr>
        <w:t>44:24</w:t>
      </w:r>
    </w:p>
    <w:p w14:paraId="4F16682A" w14:textId="77777777" w:rsidR="00F65462" w:rsidRDefault="00023050">
      <w:pPr>
        <w:spacing w:after="0"/>
      </w:pPr>
      <w:r>
        <w:rPr>
          <w:rFonts w:ascii="Arial" w:hAnsi="Arial"/>
        </w:rPr>
        <w:t>Yes it stay on its dot.</w:t>
      </w:r>
    </w:p>
    <w:p w14:paraId="4FFCBC07" w14:textId="77777777" w:rsidR="00F65462" w:rsidRDefault="00F65462">
      <w:pPr>
        <w:spacing w:after="0"/>
      </w:pPr>
    </w:p>
    <w:p w14:paraId="78E87613" w14:textId="77777777" w:rsidR="00F65462" w:rsidRDefault="00023050">
      <w:pPr>
        <w:spacing w:after="0"/>
      </w:pPr>
      <w:r>
        <w:rPr>
          <w:rFonts w:ascii="Arial" w:hAnsi="Arial"/>
          <w:b/>
        </w:rPr>
        <w:t xml:space="preserve">Interviewer P:  </w:t>
      </w:r>
      <w:r>
        <w:rPr>
          <w:rFonts w:ascii="Arial" w:hAnsi="Arial"/>
          <w:color w:val="5D7284"/>
        </w:rPr>
        <w:t>44:25</w:t>
      </w:r>
    </w:p>
    <w:p w14:paraId="00E1343C" w14:textId="77777777" w:rsidR="00F65462" w:rsidRDefault="00023050">
      <w:pPr>
        <w:spacing w:after="0"/>
      </w:pPr>
      <w:r>
        <w:rPr>
          <w:rFonts w:ascii="Arial" w:hAnsi="Arial"/>
        </w:rPr>
        <w:t xml:space="preserve"> Okay, so that's what you mean by not moving and this one. If I had a dot like directly under it on the bottom, then it would also stay floating over its spot. Okay, so would they be rotating in a counterclockwise motion with the tank?</w:t>
      </w:r>
    </w:p>
    <w:p w14:paraId="1728B4D0" w14:textId="77777777" w:rsidR="00F65462" w:rsidRDefault="00F65462">
      <w:pPr>
        <w:spacing w:after="0"/>
      </w:pPr>
    </w:p>
    <w:p w14:paraId="45659C60" w14:textId="77777777" w:rsidR="00F65462" w:rsidRDefault="00023050">
      <w:pPr>
        <w:spacing w:after="0"/>
      </w:pPr>
      <w:r>
        <w:rPr>
          <w:rFonts w:ascii="Arial" w:hAnsi="Arial"/>
          <w:b/>
        </w:rPr>
        <w:t xml:space="preserve">Participant #8:  </w:t>
      </w:r>
      <w:r>
        <w:rPr>
          <w:rFonts w:ascii="Arial" w:hAnsi="Arial"/>
          <w:color w:val="5D7284"/>
        </w:rPr>
        <w:t>44:44</w:t>
      </w:r>
    </w:p>
    <w:p w14:paraId="113270A1" w14:textId="77777777" w:rsidR="00F65462" w:rsidRDefault="00023050">
      <w:pPr>
        <w:spacing w:after="0"/>
      </w:pPr>
      <w:r>
        <w:rPr>
          <w:rFonts w:ascii="Arial" w:hAnsi="Arial"/>
        </w:rPr>
        <w:t>Are we going wait is it clock.</w:t>
      </w:r>
    </w:p>
    <w:p w14:paraId="34959D4B" w14:textId="77777777" w:rsidR="00F65462" w:rsidRDefault="00F65462">
      <w:pPr>
        <w:spacing w:after="0"/>
      </w:pPr>
    </w:p>
    <w:p w14:paraId="68B748AF" w14:textId="77777777" w:rsidR="00F65462" w:rsidRDefault="00023050">
      <w:pPr>
        <w:spacing w:after="0"/>
      </w:pPr>
      <w:r>
        <w:rPr>
          <w:rFonts w:ascii="Arial" w:hAnsi="Arial"/>
          <w:b/>
        </w:rPr>
        <w:t xml:space="preserve">Interviewer P:  </w:t>
      </w:r>
      <w:r>
        <w:rPr>
          <w:rFonts w:ascii="Arial" w:hAnsi="Arial"/>
          <w:color w:val="5D7284"/>
        </w:rPr>
        <w:t>44:46</w:t>
      </w:r>
    </w:p>
    <w:p w14:paraId="653DF947" w14:textId="77777777" w:rsidR="00F65462" w:rsidRDefault="00023050">
      <w:pPr>
        <w:spacing w:after="0"/>
      </w:pPr>
      <w:r>
        <w:rPr>
          <w:rFonts w:ascii="Arial" w:hAnsi="Arial"/>
        </w:rPr>
        <w:t>Or clockwise. I'm sorry.</w:t>
      </w:r>
    </w:p>
    <w:p w14:paraId="7BD58BA2" w14:textId="77777777" w:rsidR="00F65462" w:rsidRDefault="00F65462">
      <w:pPr>
        <w:spacing w:after="0"/>
      </w:pPr>
    </w:p>
    <w:p w14:paraId="5AE49F5C" w14:textId="77777777" w:rsidR="00F65462" w:rsidRDefault="00023050">
      <w:pPr>
        <w:spacing w:after="0"/>
      </w:pPr>
      <w:r>
        <w:rPr>
          <w:rFonts w:ascii="Arial" w:hAnsi="Arial"/>
          <w:b/>
        </w:rPr>
        <w:t xml:space="preserve">Participant # 18:  </w:t>
      </w:r>
      <w:r>
        <w:rPr>
          <w:rFonts w:ascii="Arial" w:hAnsi="Arial"/>
          <w:color w:val="5D7284"/>
        </w:rPr>
        <w:t>44:47</w:t>
      </w:r>
    </w:p>
    <w:p w14:paraId="093FACA7" w14:textId="77777777" w:rsidR="00F65462" w:rsidRDefault="00023050">
      <w:pPr>
        <w:spacing w:after="0"/>
      </w:pPr>
      <w:r>
        <w:rPr>
          <w:rFonts w:ascii="Arial" w:hAnsi="Arial"/>
        </w:rPr>
        <w:t>No your fine.</w:t>
      </w:r>
    </w:p>
    <w:p w14:paraId="4357A966" w14:textId="77777777" w:rsidR="00F65462" w:rsidRDefault="00F65462">
      <w:pPr>
        <w:spacing w:after="0"/>
      </w:pPr>
    </w:p>
    <w:p w14:paraId="15AB1977" w14:textId="77777777" w:rsidR="00F65462" w:rsidRDefault="00023050">
      <w:pPr>
        <w:spacing w:after="0"/>
      </w:pPr>
      <w:r>
        <w:rPr>
          <w:rFonts w:ascii="Arial" w:hAnsi="Arial"/>
          <w:b/>
        </w:rPr>
        <w:t xml:space="preserve">Interviewer P:  </w:t>
      </w:r>
      <w:r>
        <w:rPr>
          <w:rFonts w:ascii="Arial" w:hAnsi="Arial"/>
          <w:color w:val="5D7284"/>
        </w:rPr>
        <w:t>44:47</w:t>
      </w:r>
    </w:p>
    <w:p w14:paraId="7CC1FD0C" w14:textId="77777777" w:rsidR="00F65462" w:rsidRDefault="00023050">
      <w:pPr>
        <w:spacing w:after="0"/>
      </w:pPr>
      <w:r>
        <w:rPr>
          <w:rFonts w:ascii="Arial" w:hAnsi="Arial"/>
        </w:rPr>
        <w:t>Would they be moving in a clockwise motion with the tank? Okay. I gotcha.</w:t>
      </w:r>
    </w:p>
    <w:p w14:paraId="44690661" w14:textId="77777777" w:rsidR="00F65462" w:rsidRDefault="00F65462">
      <w:pPr>
        <w:spacing w:after="0"/>
      </w:pPr>
    </w:p>
    <w:p w14:paraId="539CBB51" w14:textId="77777777" w:rsidR="00F65462" w:rsidRDefault="00023050">
      <w:pPr>
        <w:spacing w:after="0"/>
      </w:pPr>
      <w:r>
        <w:rPr>
          <w:rFonts w:ascii="Arial" w:hAnsi="Arial"/>
          <w:b/>
        </w:rPr>
        <w:t xml:space="preserve">Participant #8:  </w:t>
      </w:r>
      <w:r>
        <w:rPr>
          <w:rFonts w:ascii="Arial" w:hAnsi="Arial"/>
          <w:color w:val="5D7284"/>
        </w:rPr>
        <w:t>44:51</w:t>
      </w:r>
    </w:p>
    <w:p w14:paraId="41173025" w14:textId="77777777" w:rsidR="00F65462" w:rsidRDefault="00023050">
      <w:pPr>
        <w:spacing w:after="0"/>
      </w:pPr>
      <w:r>
        <w:rPr>
          <w:rFonts w:ascii="Arial" w:hAnsi="Arial"/>
        </w:rPr>
        <w:t>Yeah, sorry.</w:t>
      </w:r>
    </w:p>
    <w:p w14:paraId="74539910" w14:textId="77777777" w:rsidR="00F65462" w:rsidRDefault="00F65462">
      <w:pPr>
        <w:spacing w:after="0"/>
      </w:pPr>
    </w:p>
    <w:p w14:paraId="60143058" w14:textId="77777777" w:rsidR="00F65462" w:rsidRDefault="00023050">
      <w:pPr>
        <w:spacing w:after="0"/>
      </w:pPr>
      <w:r>
        <w:rPr>
          <w:rFonts w:ascii="Arial" w:hAnsi="Arial"/>
          <w:b/>
        </w:rPr>
        <w:t xml:space="preserve">Interviewer P:  </w:t>
      </w:r>
      <w:r>
        <w:rPr>
          <w:rFonts w:ascii="Arial" w:hAnsi="Arial"/>
          <w:color w:val="5D7284"/>
        </w:rPr>
        <w:t>44:52</w:t>
      </w:r>
    </w:p>
    <w:p w14:paraId="3F106EDD" w14:textId="77777777" w:rsidR="00F65462" w:rsidRDefault="00023050">
      <w:pPr>
        <w:spacing w:after="0"/>
      </w:pPr>
      <w:r>
        <w:rPr>
          <w:rFonts w:ascii="Arial" w:hAnsi="Arial"/>
        </w:rPr>
        <w:t>No worries. Let's see what happens. Was it doing what you thought?</w:t>
      </w:r>
    </w:p>
    <w:p w14:paraId="5A7E0CF2" w14:textId="77777777" w:rsidR="00F65462" w:rsidRDefault="00F65462">
      <w:pPr>
        <w:spacing w:after="0"/>
      </w:pPr>
    </w:p>
    <w:p w14:paraId="3B3F5914" w14:textId="77777777" w:rsidR="00F65462" w:rsidRDefault="00023050">
      <w:pPr>
        <w:spacing w:after="0"/>
      </w:pPr>
      <w:r>
        <w:rPr>
          <w:rFonts w:ascii="Arial" w:hAnsi="Arial"/>
          <w:b/>
        </w:rPr>
        <w:t xml:space="preserve">Participant #8:  </w:t>
      </w:r>
      <w:r>
        <w:rPr>
          <w:rFonts w:ascii="Arial" w:hAnsi="Arial"/>
          <w:color w:val="5D7284"/>
        </w:rPr>
        <w:t>45:06</w:t>
      </w:r>
    </w:p>
    <w:p w14:paraId="57291526" w14:textId="77777777" w:rsidR="00F65462" w:rsidRDefault="00023050">
      <w:pPr>
        <w:spacing w:after="0"/>
      </w:pPr>
      <w:r>
        <w:rPr>
          <w:rFonts w:ascii="Arial" w:hAnsi="Arial"/>
        </w:rPr>
        <w:t>Well the bottom fish was doing what I thought top fish. Oh, I guess I'm just kind of moving around a little bit. I think it might be is it going that way? Or is it just like floating on the top?</w:t>
      </w:r>
    </w:p>
    <w:p w14:paraId="60FA6563" w14:textId="77777777" w:rsidR="00F65462" w:rsidRDefault="00F65462">
      <w:pPr>
        <w:spacing w:after="0"/>
      </w:pPr>
    </w:p>
    <w:p w14:paraId="3CAFA910" w14:textId="77777777" w:rsidR="00F65462" w:rsidRDefault="00023050">
      <w:pPr>
        <w:spacing w:after="0"/>
      </w:pPr>
      <w:r>
        <w:rPr>
          <w:rFonts w:ascii="Arial" w:hAnsi="Arial"/>
          <w:b/>
        </w:rPr>
        <w:t xml:space="preserve">Interviewer P:  </w:t>
      </w:r>
      <w:r>
        <w:rPr>
          <w:rFonts w:ascii="Arial" w:hAnsi="Arial"/>
          <w:color w:val="5D7284"/>
        </w:rPr>
        <w:t>45:21</w:t>
      </w:r>
    </w:p>
    <w:p w14:paraId="225C0D78" w14:textId="77777777" w:rsidR="00F65462" w:rsidRDefault="00023050">
      <w:pPr>
        <w:spacing w:after="0"/>
      </w:pPr>
      <w:r>
        <w:rPr>
          <w:rFonts w:ascii="Arial" w:hAnsi="Arial"/>
        </w:rPr>
        <w:t>Well there's some debrie right below it. So what do you think?</w:t>
      </w:r>
    </w:p>
    <w:p w14:paraId="1AC5CDBE" w14:textId="77777777" w:rsidR="00F65462" w:rsidRDefault="00F65462">
      <w:pPr>
        <w:spacing w:after="0"/>
      </w:pPr>
    </w:p>
    <w:p w14:paraId="4F588143" w14:textId="77777777" w:rsidR="00F65462" w:rsidRDefault="00023050">
      <w:pPr>
        <w:spacing w:after="0"/>
      </w:pPr>
      <w:r>
        <w:rPr>
          <w:rFonts w:ascii="Arial" w:hAnsi="Arial"/>
          <w:b/>
        </w:rPr>
        <w:t xml:space="preserve">Participant #8:  </w:t>
      </w:r>
      <w:r>
        <w:rPr>
          <w:rFonts w:ascii="Arial" w:hAnsi="Arial"/>
          <w:color w:val="5D7284"/>
        </w:rPr>
        <w:t>45:27</w:t>
      </w:r>
    </w:p>
    <w:p w14:paraId="3BB0F4C0" w14:textId="77777777" w:rsidR="00F65462" w:rsidRDefault="00023050">
      <w:pPr>
        <w:spacing w:after="0"/>
      </w:pPr>
      <w:r>
        <w:rPr>
          <w:rFonts w:ascii="Arial" w:hAnsi="Arial"/>
        </w:rPr>
        <w:t>I think it's moving like a counterclockwise motion.</w:t>
      </w:r>
    </w:p>
    <w:p w14:paraId="342D4C27" w14:textId="77777777" w:rsidR="00F65462" w:rsidRDefault="00F65462">
      <w:pPr>
        <w:spacing w:after="0"/>
      </w:pPr>
    </w:p>
    <w:p w14:paraId="6601C48F" w14:textId="77777777" w:rsidR="00F65462" w:rsidRDefault="00023050">
      <w:pPr>
        <w:spacing w:after="0"/>
      </w:pPr>
      <w:r>
        <w:rPr>
          <w:rFonts w:ascii="Arial" w:hAnsi="Arial"/>
          <w:b/>
        </w:rPr>
        <w:t xml:space="preserve">Interviewer P:  </w:t>
      </w:r>
      <w:r>
        <w:rPr>
          <w:rFonts w:ascii="Arial" w:hAnsi="Arial"/>
          <w:color w:val="5D7284"/>
        </w:rPr>
        <w:t>45:32</w:t>
      </w:r>
    </w:p>
    <w:p w14:paraId="0C0E78C7" w14:textId="77777777" w:rsidR="00F65462" w:rsidRDefault="00023050">
      <w:pPr>
        <w:spacing w:after="0"/>
      </w:pPr>
      <w:r>
        <w:rPr>
          <w:rFonts w:ascii="Arial" w:hAnsi="Arial"/>
        </w:rPr>
        <w:t>So any thoughts on why the two are moving differently?</w:t>
      </w:r>
    </w:p>
    <w:p w14:paraId="3572E399" w14:textId="77777777" w:rsidR="00F65462" w:rsidRDefault="00F65462">
      <w:pPr>
        <w:spacing w:after="0"/>
      </w:pPr>
    </w:p>
    <w:p w14:paraId="1F923EFA" w14:textId="77777777" w:rsidR="00F65462" w:rsidRDefault="00023050">
      <w:pPr>
        <w:spacing w:after="0"/>
      </w:pPr>
      <w:r>
        <w:rPr>
          <w:rFonts w:ascii="Arial" w:hAnsi="Arial"/>
          <w:b/>
        </w:rPr>
        <w:t xml:space="preserve">Participant #8:  </w:t>
      </w:r>
      <w:r>
        <w:rPr>
          <w:rFonts w:ascii="Arial" w:hAnsi="Arial"/>
          <w:color w:val="5D7284"/>
        </w:rPr>
        <w:t>45:36</w:t>
      </w:r>
    </w:p>
    <w:p w14:paraId="03EE5286" w14:textId="77777777" w:rsidR="00F65462" w:rsidRDefault="00023050">
      <w:pPr>
        <w:spacing w:after="0"/>
      </w:pPr>
      <w:r>
        <w:rPr>
          <w:rFonts w:ascii="Arial" w:hAnsi="Arial"/>
        </w:rPr>
        <w:t>Well I understand the bottom fish a little bit more Yeah, so bottom fish is just staying with the tank that's moving because it's like dense so it's floats to the bottom it's just like staying to the bottom.</w:t>
      </w:r>
    </w:p>
    <w:p w14:paraId="6CEB15CE" w14:textId="77777777" w:rsidR="00F65462" w:rsidRDefault="00F65462">
      <w:pPr>
        <w:spacing w:after="0"/>
      </w:pPr>
    </w:p>
    <w:p w14:paraId="032FEFE2" w14:textId="77777777" w:rsidR="00F65462" w:rsidRDefault="00023050">
      <w:pPr>
        <w:spacing w:after="0"/>
      </w:pPr>
      <w:r>
        <w:rPr>
          <w:rFonts w:ascii="Arial" w:hAnsi="Arial"/>
          <w:b/>
        </w:rPr>
        <w:lastRenderedPageBreak/>
        <w:t xml:space="preserve">Interviewer P:  </w:t>
      </w:r>
      <w:r>
        <w:rPr>
          <w:rFonts w:ascii="Arial" w:hAnsi="Arial"/>
          <w:color w:val="5D7284"/>
        </w:rPr>
        <w:t>45:50</w:t>
      </w:r>
    </w:p>
    <w:p w14:paraId="067281C8" w14:textId="77777777" w:rsidR="00F65462" w:rsidRDefault="00023050">
      <w:pPr>
        <w:spacing w:after="0"/>
      </w:pPr>
      <w:r>
        <w:rPr>
          <w:rFonts w:ascii="Arial" w:hAnsi="Arial"/>
        </w:rPr>
        <w:t>So its staying on its spot.</w:t>
      </w:r>
    </w:p>
    <w:p w14:paraId="66518E39" w14:textId="77777777" w:rsidR="00F65462" w:rsidRDefault="00F65462">
      <w:pPr>
        <w:spacing w:after="0"/>
      </w:pPr>
    </w:p>
    <w:p w14:paraId="6E376482" w14:textId="77777777" w:rsidR="00F65462" w:rsidRDefault="00023050">
      <w:pPr>
        <w:spacing w:after="0"/>
      </w:pPr>
      <w:r>
        <w:rPr>
          <w:rFonts w:ascii="Arial" w:hAnsi="Arial"/>
          <w:b/>
        </w:rPr>
        <w:t xml:space="preserve">Participant # 18:  </w:t>
      </w:r>
      <w:r>
        <w:rPr>
          <w:rFonts w:ascii="Arial" w:hAnsi="Arial"/>
          <w:color w:val="5D7284"/>
        </w:rPr>
        <w:t>45:51</w:t>
      </w:r>
    </w:p>
    <w:p w14:paraId="0292552E" w14:textId="77777777" w:rsidR="00F65462" w:rsidRDefault="00023050">
      <w:pPr>
        <w:spacing w:after="0"/>
      </w:pPr>
      <w:r>
        <w:rPr>
          <w:rFonts w:ascii="Arial" w:hAnsi="Arial"/>
        </w:rPr>
        <w:t>And then the floating fish I guess cuz like,  the floating fish I don't completely understand but it's like it's very cool. That's like really cool but I don't really understand make like why like, it makes sense while it's happening that that's happening but not like understanding why its exactly happening.</w:t>
      </w:r>
    </w:p>
    <w:p w14:paraId="7E75FCD0" w14:textId="77777777" w:rsidR="00F65462" w:rsidRDefault="00F65462">
      <w:pPr>
        <w:spacing w:after="0"/>
      </w:pPr>
    </w:p>
    <w:p w14:paraId="6E1A14FD" w14:textId="77777777" w:rsidR="00F65462" w:rsidRDefault="00023050">
      <w:pPr>
        <w:spacing w:after="0"/>
      </w:pPr>
      <w:r>
        <w:rPr>
          <w:rFonts w:ascii="Arial" w:hAnsi="Arial"/>
          <w:b/>
        </w:rPr>
        <w:t xml:space="preserve">Interviewer P:  </w:t>
      </w:r>
      <w:r>
        <w:rPr>
          <w:rFonts w:ascii="Arial" w:hAnsi="Arial"/>
          <w:color w:val="5D7284"/>
        </w:rPr>
        <w:t>46:45</w:t>
      </w:r>
    </w:p>
    <w:p w14:paraId="157F558B" w14:textId="77777777" w:rsidR="00F65462" w:rsidRDefault="00023050">
      <w:pPr>
        <w:spacing w:after="0"/>
      </w:pPr>
      <w:r>
        <w:rPr>
          <w:rFonts w:ascii="Arial" w:hAnsi="Arial"/>
        </w:rPr>
        <w:t xml:space="preserve">So if the fish are reflecting the motion of the water and wood the water at the bottom we love water at the top doing the same thing, </w:t>
      </w:r>
    </w:p>
    <w:p w14:paraId="10FDAA0E" w14:textId="77777777" w:rsidR="00F65462" w:rsidRDefault="00F65462">
      <w:pPr>
        <w:spacing w:after="0"/>
      </w:pPr>
    </w:p>
    <w:p w14:paraId="0CF0EBE4" w14:textId="77777777" w:rsidR="00F65462" w:rsidRDefault="00023050">
      <w:pPr>
        <w:spacing w:after="0"/>
      </w:pPr>
      <w:r>
        <w:rPr>
          <w:rFonts w:ascii="Arial" w:hAnsi="Arial"/>
          <w:b/>
        </w:rPr>
        <w:t xml:space="preserve">Participant # 18:  </w:t>
      </w:r>
      <w:r>
        <w:rPr>
          <w:rFonts w:ascii="Arial" w:hAnsi="Arial"/>
          <w:color w:val="5D7284"/>
        </w:rPr>
        <w:t>47:15</w:t>
      </w:r>
    </w:p>
    <w:p w14:paraId="57BDECF7" w14:textId="77777777" w:rsidR="00F65462" w:rsidRDefault="00023050">
      <w:pPr>
        <w:spacing w:after="0"/>
      </w:pPr>
      <w:r>
        <w:rPr>
          <w:rFonts w:ascii="Arial" w:hAnsi="Arial"/>
        </w:rPr>
        <w:t>Maybe.</w:t>
      </w:r>
    </w:p>
    <w:p w14:paraId="774AF2BF" w14:textId="77777777" w:rsidR="00F65462" w:rsidRDefault="00F65462">
      <w:pPr>
        <w:spacing w:after="0"/>
      </w:pPr>
    </w:p>
    <w:p w14:paraId="172DB680" w14:textId="77777777" w:rsidR="00F65462" w:rsidRDefault="00023050">
      <w:pPr>
        <w:spacing w:after="0"/>
      </w:pPr>
      <w:r>
        <w:rPr>
          <w:rFonts w:ascii="Arial" w:hAnsi="Arial"/>
          <w:b/>
        </w:rPr>
        <w:t xml:space="preserve">Interviewer P:  </w:t>
      </w:r>
      <w:r>
        <w:rPr>
          <w:rFonts w:ascii="Arial" w:hAnsi="Arial"/>
          <w:color w:val="5D7284"/>
        </w:rPr>
        <w:t>47:15</w:t>
      </w:r>
    </w:p>
    <w:p w14:paraId="0957E720" w14:textId="77777777" w:rsidR="00F65462" w:rsidRDefault="00023050">
      <w:pPr>
        <w:spacing w:after="0"/>
      </w:pPr>
      <w:r>
        <w:rPr>
          <w:rFonts w:ascii="Arial" w:hAnsi="Arial"/>
        </w:rPr>
        <w:t>In other words, do you think all of the water in the tank is moving together? Or is it possibly moving differently?</w:t>
      </w:r>
    </w:p>
    <w:p w14:paraId="7A292896" w14:textId="77777777" w:rsidR="00F65462" w:rsidRDefault="00F65462">
      <w:pPr>
        <w:spacing w:after="0"/>
      </w:pPr>
    </w:p>
    <w:p w14:paraId="48F60AB3" w14:textId="77777777" w:rsidR="00F65462" w:rsidRDefault="00023050">
      <w:pPr>
        <w:spacing w:after="0"/>
      </w:pPr>
      <w:r>
        <w:rPr>
          <w:rFonts w:ascii="Arial" w:hAnsi="Arial"/>
          <w:b/>
        </w:rPr>
        <w:t xml:space="preserve">Participant #8:  </w:t>
      </w:r>
      <w:r>
        <w:rPr>
          <w:rFonts w:ascii="Arial" w:hAnsi="Arial"/>
          <w:color w:val="5D7284"/>
        </w:rPr>
        <w:t>47:21</w:t>
      </w:r>
    </w:p>
    <w:p w14:paraId="73CA6884" w14:textId="77777777" w:rsidR="00F65462" w:rsidRDefault="00023050">
      <w:pPr>
        <w:spacing w:after="0"/>
      </w:pPr>
      <w:r>
        <w:rPr>
          <w:rFonts w:ascii="Arial" w:hAnsi="Arial"/>
        </w:rPr>
        <w:t xml:space="preserve">I just like can't imagine that the water on the bottom is staying still while the water on the top is like moving one counterclockwise then if we're saying or gets clockwise. </w:t>
      </w:r>
    </w:p>
    <w:p w14:paraId="2191599E" w14:textId="77777777" w:rsidR="00F65462" w:rsidRDefault="00F65462">
      <w:pPr>
        <w:spacing w:after="0"/>
      </w:pPr>
    </w:p>
    <w:p w14:paraId="5EEF7FDE" w14:textId="77777777" w:rsidR="00F65462" w:rsidRDefault="00023050">
      <w:pPr>
        <w:spacing w:after="0"/>
      </w:pPr>
      <w:r>
        <w:rPr>
          <w:rFonts w:ascii="Arial" w:hAnsi="Arial"/>
          <w:b/>
        </w:rPr>
        <w:t xml:space="preserve">Interviewer P:  </w:t>
      </w:r>
      <w:r>
        <w:rPr>
          <w:rFonts w:ascii="Arial" w:hAnsi="Arial"/>
          <w:color w:val="5D7284"/>
        </w:rPr>
        <w:t>47:43</w:t>
      </w:r>
    </w:p>
    <w:p w14:paraId="79D5ECF7" w14:textId="77777777" w:rsidR="00F65462" w:rsidRDefault="00023050">
      <w:pPr>
        <w:spacing w:after="0"/>
      </w:pPr>
      <w:r>
        <w:rPr>
          <w:rFonts w:ascii="Arial" w:hAnsi="Arial"/>
        </w:rPr>
        <w:t>Has it changed?</w:t>
      </w:r>
    </w:p>
    <w:p w14:paraId="7673E5AE" w14:textId="77777777" w:rsidR="00F65462" w:rsidRDefault="00F65462">
      <w:pPr>
        <w:spacing w:after="0"/>
      </w:pPr>
    </w:p>
    <w:p w14:paraId="699C0043" w14:textId="77777777" w:rsidR="00F65462" w:rsidRDefault="00023050">
      <w:pPr>
        <w:spacing w:after="0"/>
      </w:pPr>
      <w:r>
        <w:rPr>
          <w:rFonts w:ascii="Arial" w:hAnsi="Arial"/>
          <w:b/>
        </w:rPr>
        <w:t xml:space="preserve">Participant # 18:  </w:t>
      </w:r>
      <w:r>
        <w:rPr>
          <w:rFonts w:ascii="Arial" w:hAnsi="Arial"/>
          <w:color w:val="5D7284"/>
        </w:rPr>
        <w:t>47:44</w:t>
      </w:r>
    </w:p>
    <w:p w14:paraId="2BE31BA7" w14:textId="77777777" w:rsidR="00F65462" w:rsidRDefault="00023050">
      <w:pPr>
        <w:spacing w:after="0"/>
      </w:pPr>
      <w:r>
        <w:rPr>
          <w:rFonts w:ascii="Arial" w:hAnsi="Arial"/>
        </w:rPr>
        <w:t>Yeah, it's moving clockwise now, wait what??</w:t>
      </w:r>
    </w:p>
    <w:p w14:paraId="041D98D7" w14:textId="77777777" w:rsidR="00F65462" w:rsidRDefault="00F65462">
      <w:pPr>
        <w:spacing w:after="0"/>
      </w:pPr>
    </w:p>
    <w:p w14:paraId="35A6E1F2" w14:textId="77777777" w:rsidR="00F65462" w:rsidRDefault="00023050">
      <w:pPr>
        <w:spacing w:after="0"/>
      </w:pPr>
      <w:r>
        <w:rPr>
          <w:rFonts w:ascii="Arial" w:hAnsi="Arial"/>
          <w:b/>
        </w:rPr>
        <w:t xml:space="preserve">Interviewer P:  </w:t>
      </w:r>
      <w:r>
        <w:rPr>
          <w:rFonts w:ascii="Arial" w:hAnsi="Arial"/>
          <w:color w:val="5D7284"/>
        </w:rPr>
        <w:t>47:50</w:t>
      </w:r>
    </w:p>
    <w:p w14:paraId="2256EFAB" w14:textId="77777777" w:rsidR="00F65462" w:rsidRDefault="00023050">
      <w:pPr>
        <w:spacing w:after="0"/>
      </w:pPr>
      <w:r>
        <w:rPr>
          <w:rFonts w:ascii="Arial" w:hAnsi="Arial"/>
        </w:rPr>
        <w:t>Okay, now it seems to be moving like the fish on the bottom but just not as fast would you agree?</w:t>
      </w:r>
    </w:p>
    <w:p w14:paraId="5AB7C0C5" w14:textId="77777777" w:rsidR="00F65462" w:rsidRDefault="00F65462">
      <w:pPr>
        <w:spacing w:after="0"/>
      </w:pPr>
    </w:p>
    <w:p w14:paraId="73BE859A" w14:textId="77777777" w:rsidR="00F65462" w:rsidRDefault="00023050">
      <w:pPr>
        <w:spacing w:after="0"/>
      </w:pPr>
      <w:r>
        <w:rPr>
          <w:rFonts w:ascii="Arial" w:hAnsi="Arial"/>
          <w:b/>
        </w:rPr>
        <w:t xml:space="preserve">Participant #8:  </w:t>
      </w:r>
      <w:r>
        <w:rPr>
          <w:rFonts w:ascii="Arial" w:hAnsi="Arial"/>
          <w:color w:val="5D7284"/>
        </w:rPr>
        <w:t>47:56</w:t>
      </w:r>
    </w:p>
    <w:p w14:paraId="7CBC3106" w14:textId="77777777" w:rsidR="00F65462" w:rsidRDefault="00023050">
      <w:pPr>
        <w:spacing w:after="0"/>
      </w:pPr>
      <w:r>
        <w:rPr>
          <w:rFonts w:ascii="Arial" w:hAnsi="Arial"/>
        </w:rPr>
        <w:t>Yeah. So originally I said that it would be moving backwards. So counterclockwise.</w:t>
      </w:r>
    </w:p>
    <w:p w14:paraId="55B33694" w14:textId="77777777" w:rsidR="00F65462" w:rsidRDefault="00F65462">
      <w:pPr>
        <w:spacing w:after="0"/>
      </w:pPr>
    </w:p>
    <w:p w14:paraId="2B197A62" w14:textId="77777777" w:rsidR="00F65462" w:rsidRDefault="00023050">
      <w:pPr>
        <w:spacing w:after="0"/>
      </w:pPr>
      <w:r>
        <w:rPr>
          <w:rFonts w:ascii="Arial" w:hAnsi="Arial"/>
          <w:b/>
        </w:rPr>
        <w:t xml:space="preserve">Interviewer P:  </w:t>
      </w:r>
      <w:r>
        <w:rPr>
          <w:rFonts w:ascii="Arial" w:hAnsi="Arial"/>
          <w:color w:val="5D7284"/>
        </w:rPr>
        <w:t>48:00</w:t>
      </w:r>
    </w:p>
    <w:p w14:paraId="1B7D18A2" w14:textId="77777777" w:rsidR="00F65462" w:rsidRDefault="00023050">
      <w:pPr>
        <w:spacing w:after="0"/>
      </w:pPr>
      <w:r>
        <w:rPr>
          <w:rFonts w:ascii="Arial" w:hAnsi="Arial"/>
        </w:rPr>
        <w:t xml:space="preserve"> Yeah.</w:t>
      </w:r>
    </w:p>
    <w:p w14:paraId="4455F193" w14:textId="77777777" w:rsidR="00F65462" w:rsidRDefault="00F65462">
      <w:pPr>
        <w:spacing w:after="0"/>
      </w:pPr>
    </w:p>
    <w:p w14:paraId="1E081C8C" w14:textId="77777777" w:rsidR="00F65462" w:rsidRDefault="00023050">
      <w:pPr>
        <w:spacing w:after="0"/>
      </w:pPr>
      <w:r>
        <w:rPr>
          <w:rFonts w:ascii="Arial" w:hAnsi="Arial"/>
          <w:b/>
        </w:rPr>
        <w:t xml:space="preserve">Participant # 18:  </w:t>
      </w:r>
      <w:r>
        <w:rPr>
          <w:rFonts w:ascii="Arial" w:hAnsi="Arial"/>
          <w:color w:val="5D7284"/>
        </w:rPr>
        <w:t>48:00</w:t>
      </w:r>
    </w:p>
    <w:p w14:paraId="2FB397DA" w14:textId="77777777" w:rsidR="00F65462" w:rsidRDefault="00023050">
      <w:pPr>
        <w:spacing w:after="0"/>
      </w:pPr>
      <w:r>
        <w:rPr>
          <w:rFonts w:ascii="Arial" w:hAnsi="Arial"/>
        </w:rPr>
        <w:t xml:space="preserve">I said originally it would change to clockwise . </w:t>
      </w:r>
    </w:p>
    <w:p w14:paraId="1C2776EB" w14:textId="77777777" w:rsidR="00F65462" w:rsidRDefault="00F65462">
      <w:pPr>
        <w:spacing w:after="0"/>
      </w:pPr>
    </w:p>
    <w:p w14:paraId="1F96A1D6" w14:textId="77777777" w:rsidR="00F65462" w:rsidRDefault="00023050">
      <w:pPr>
        <w:spacing w:after="0"/>
      </w:pPr>
      <w:r>
        <w:rPr>
          <w:rFonts w:ascii="Arial" w:hAnsi="Arial"/>
          <w:b/>
        </w:rPr>
        <w:t xml:space="preserve">Interviewer P:  </w:t>
      </w:r>
      <w:r>
        <w:rPr>
          <w:rFonts w:ascii="Arial" w:hAnsi="Arial"/>
          <w:color w:val="5D7284"/>
        </w:rPr>
        <w:t>48:03</w:t>
      </w:r>
    </w:p>
    <w:p w14:paraId="6A8F1007" w14:textId="77777777" w:rsidR="00F65462" w:rsidRDefault="00023050">
      <w:pPr>
        <w:spacing w:after="0"/>
      </w:pPr>
      <w:r>
        <w:rPr>
          <w:rFonts w:ascii="Arial" w:hAnsi="Arial"/>
        </w:rPr>
        <w:t>Yeah.</w:t>
      </w:r>
    </w:p>
    <w:p w14:paraId="15342E60" w14:textId="77777777" w:rsidR="00F65462" w:rsidRDefault="00F65462">
      <w:pPr>
        <w:spacing w:after="0"/>
      </w:pPr>
    </w:p>
    <w:p w14:paraId="216E941E" w14:textId="77777777" w:rsidR="00F65462" w:rsidRDefault="00023050">
      <w:pPr>
        <w:spacing w:after="0"/>
      </w:pPr>
      <w:r>
        <w:rPr>
          <w:rFonts w:ascii="Arial" w:hAnsi="Arial"/>
          <w:b/>
        </w:rPr>
        <w:lastRenderedPageBreak/>
        <w:t xml:space="preserve">Participant # 18:  </w:t>
      </w:r>
      <w:r>
        <w:rPr>
          <w:rFonts w:ascii="Arial" w:hAnsi="Arial"/>
          <w:color w:val="5D7284"/>
        </w:rPr>
        <w:t>48:04</w:t>
      </w:r>
    </w:p>
    <w:p w14:paraId="6A1D9022" w14:textId="77777777" w:rsidR="00F65462" w:rsidRDefault="00023050">
      <w:pPr>
        <w:spacing w:after="0"/>
      </w:pPr>
      <w:r>
        <w:rPr>
          <w:rFonts w:ascii="Arial" w:hAnsi="Arial"/>
        </w:rPr>
        <w:t>And that's what it did. Is it gonna keep doing that. Oh, it's gonna keep moving. Wait, oh, it's like. Yeah, so I guess it's gonna go like this. And I feel like it's gonna go back the other way maybe.</w:t>
      </w:r>
    </w:p>
    <w:p w14:paraId="5EB89DE8" w14:textId="77777777" w:rsidR="00F65462" w:rsidRDefault="00F65462">
      <w:pPr>
        <w:spacing w:after="0"/>
      </w:pPr>
    </w:p>
    <w:p w14:paraId="60569DB4" w14:textId="77777777" w:rsidR="00F65462" w:rsidRDefault="00023050">
      <w:pPr>
        <w:spacing w:after="0"/>
      </w:pPr>
      <w:r>
        <w:rPr>
          <w:rFonts w:ascii="Arial" w:hAnsi="Arial"/>
          <w:b/>
        </w:rPr>
        <w:t xml:space="preserve">Interviewer P:  </w:t>
      </w:r>
      <w:r>
        <w:rPr>
          <w:rFonts w:ascii="Arial" w:hAnsi="Arial"/>
          <w:color w:val="5D7284"/>
        </w:rPr>
        <w:t>48:23</w:t>
      </w:r>
    </w:p>
    <w:p w14:paraId="67B15868" w14:textId="77777777" w:rsidR="00F65462" w:rsidRDefault="00023050">
      <w:pPr>
        <w:spacing w:after="0"/>
      </w:pPr>
      <w:r>
        <w:rPr>
          <w:rFonts w:ascii="Arial" w:hAnsi="Arial"/>
        </w:rPr>
        <w:t xml:space="preserve">Do you think it'll, that pattern will repeat it'll keep going so, switching? </w:t>
      </w:r>
    </w:p>
    <w:p w14:paraId="7D62D461" w14:textId="77777777" w:rsidR="00F65462" w:rsidRDefault="00F65462">
      <w:pPr>
        <w:spacing w:after="0"/>
      </w:pPr>
    </w:p>
    <w:p w14:paraId="76AE2434" w14:textId="77777777" w:rsidR="00F65462" w:rsidRDefault="00023050">
      <w:pPr>
        <w:spacing w:after="0"/>
      </w:pPr>
      <w:r>
        <w:rPr>
          <w:rFonts w:ascii="Arial" w:hAnsi="Arial"/>
          <w:b/>
        </w:rPr>
        <w:t xml:space="preserve">Participant # 18:  </w:t>
      </w:r>
      <w:r>
        <w:rPr>
          <w:rFonts w:ascii="Arial" w:hAnsi="Arial"/>
          <w:color w:val="5D7284"/>
        </w:rPr>
        <w:t>48:27</w:t>
      </w:r>
    </w:p>
    <w:p w14:paraId="2269B86F" w14:textId="77777777" w:rsidR="00F65462" w:rsidRDefault="00023050">
      <w:pPr>
        <w:spacing w:after="0"/>
      </w:pPr>
      <w:r>
        <w:rPr>
          <w:rFonts w:ascii="Arial" w:hAnsi="Arial"/>
        </w:rPr>
        <w:t>Yeah, maybe.</w:t>
      </w:r>
    </w:p>
    <w:p w14:paraId="078B034E" w14:textId="77777777" w:rsidR="00F65462" w:rsidRDefault="00F65462">
      <w:pPr>
        <w:spacing w:after="0"/>
      </w:pPr>
    </w:p>
    <w:p w14:paraId="67BC9C4F" w14:textId="77777777" w:rsidR="00F65462" w:rsidRDefault="00023050">
      <w:pPr>
        <w:spacing w:after="0"/>
      </w:pPr>
      <w:r>
        <w:rPr>
          <w:rFonts w:ascii="Arial" w:hAnsi="Arial"/>
          <w:b/>
        </w:rPr>
        <w:t xml:space="preserve">Interviewer P:  </w:t>
      </w:r>
      <w:r>
        <w:rPr>
          <w:rFonts w:ascii="Arial" w:hAnsi="Arial"/>
          <w:color w:val="5D7284"/>
        </w:rPr>
        <w:t>48:29</w:t>
      </w:r>
    </w:p>
    <w:p w14:paraId="395BC6C2" w14:textId="77777777" w:rsidR="00F65462" w:rsidRDefault="00023050">
      <w:pPr>
        <w:spacing w:after="0"/>
      </w:pPr>
      <w:r>
        <w:rPr>
          <w:rFonts w:ascii="Arial" w:hAnsi="Arial"/>
        </w:rPr>
        <w:t>Any thoughts as to why that would happen?</w:t>
      </w:r>
    </w:p>
    <w:p w14:paraId="492506DD" w14:textId="77777777" w:rsidR="00F65462" w:rsidRDefault="00F65462">
      <w:pPr>
        <w:spacing w:after="0"/>
      </w:pPr>
    </w:p>
    <w:p w14:paraId="0181698E" w14:textId="77777777" w:rsidR="00F65462" w:rsidRDefault="00023050">
      <w:pPr>
        <w:spacing w:after="0"/>
      </w:pPr>
      <w:r>
        <w:rPr>
          <w:rFonts w:ascii="Arial" w:hAnsi="Arial"/>
          <w:b/>
        </w:rPr>
        <w:t xml:space="preserve">Participant #8:  </w:t>
      </w:r>
      <w:r>
        <w:rPr>
          <w:rFonts w:ascii="Arial" w:hAnsi="Arial"/>
          <w:color w:val="5D7284"/>
        </w:rPr>
        <w:t>48:31</w:t>
      </w:r>
    </w:p>
    <w:p w14:paraId="7E3C4201" w14:textId="77777777" w:rsidR="00F65462" w:rsidRDefault="00023050">
      <w:pPr>
        <w:spacing w:after="0"/>
      </w:pPr>
      <w:r>
        <w:rPr>
          <w:rFonts w:ascii="Arial" w:hAnsi="Arial"/>
        </w:rPr>
        <w:t xml:space="preserve">I don't know um the fish seems to be like kind </w:t>
      </w:r>
      <w:r>
        <w:rPr>
          <w:rFonts w:ascii="Arial" w:hAnsi="Arial"/>
        </w:rPr>
        <w:t>of like speeding up from it's going into a clockwise motion and then start slowing down and going the opposite way. Maybe because like the water that's underneath that's like in the center maybe like the waters like somehow coming up and making a swirling motion in the center that we can't really see that's not strong enough.</w:t>
      </w:r>
    </w:p>
    <w:p w14:paraId="31CD0C16" w14:textId="77777777" w:rsidR="00F65462" w:rsidRDefault="00F65462">
      <w:pPr>
        <w:spacing w:after="0"/>
      </w:pPr>
    </w:p>
    <w:p w14:paraId="71E29BF6" w14:textId="77777777" w:rsidR="00F65462" w:rsidRDefault="00023050">
      <w:pPr>
        <w:spacing w:after="0"/>
      </w:pPr>
      <w:r>
        <w:rPr>
          <w:rFonts w:ascii="Arial" w:hAnsi="Arial"/>
          <w:b/>
        </w:rPr>
        <w:t xml:space="preserve">Interviewer P:  </w:t>
      </w:r>
      <w:r>
        <w:rPr>
          <w:rFonts w:ascii="Arial" w:hAnsi="Arial"/>
          <w:color w:val="5D7284"/>
        </w:rPr>
        <w:t>49:06</w:t>
      </w:r>
    </w:p>
    <w:p w14:paraId="7AC5EAA1" w14:textId="77777777" w:rsidR="00F65462" w:rsidRDefault="00023050">
      <w:pPr>
        <w:spacing w:after="0"/>
      </w:pPr>
      <w:r>
        <w:rPr>
          <w:rFonts w:ascii="Arial" w:hAnsi="Arial"/>
        </w:rPr>
        <w:t>So there's like a vortex in there?</w:t>
      </w:r>
    </w:p>
    <w:p w14:paraId="7FD8715F" w14:textId="77777777" w:rsidR="00F65462" w:rsidRDefault="00F65462">
      <w:pPr>
        <w:spacing w:after="0"/>
      </w:pPr>
    </w:p>
    <w:p w14:paraId="31A0CC55" w14:textId="77777777" w:rsidR="00F65462" w:rsidRDefault="00023050">
      <w:pPr>
        <w:spacing w:after="0"/>
      </w:pPr>
      <w:r>
        <w:rPr>
          <w:rFonts w:ascii="Arial" w:hAnsi="Arial"/>
          <w:b/>
        </w:rPr>
        <w:t xml:space="preserve">Participant # 18:  </w:t>
      </w:r>
      <w:r>
        <w:rPr>
          <w:rFonts w:ascii="Arial" w:hAnsi="Arial"/>
          <w:color w:val="5D7284"/>
        </w:rPr>
        <w:t>49:07</w:t>
      </w:r>
    </w:p>
    <w:p w14:paraId="1F618DCD" w14:textId="77777777" w:rsidR="00F65462" w:rsidRDefault="00023050">
      <w:pPr>
        <w:spacing w:after="0"/>
      </w:pPr>
      <w:r>
        <w:rPr>
          <w:rFonts w:ascii="Arial" w:hAnsi="Arial"/>
        </w:rPr>
        <w:t>Yeah, that like changes. Or, maybe imagine Yeah.</w:t>
      </w:r>
    </w:p>
    <w:p w14:paraId="6BDFDFC2" w14:textId="77777777" w:rsidR="00F65462" w:rsidRDefault="00F65462">
      <w:pPr>
        <w:spacing w:after="0"/>
      </w:pPr>
    </w:p>
    <w:p w14:paraId="0B151A38" w14:textId="77777777" w:rsidR="00F65462" w:rsidRDefault="00023050">
      <w:pPr>
        <w:spacing w:after="0"/>
      </w:pPr>
      <w:r>
        <w:rPr>
          <w:rFonts w:ascii="Arial" w:hAnsi="Arial"/>
          <w:b/>
        </w:rPr>
        <w:t xml:space="preserve">Interviewer P:  </w:t>
      </w:r>
      <w:r>
        <w:rPr>
          <w:rFonts w:ascii="Arial" w:hAnsi="Arial"/>
          <w:color w:val="5D7284"/>
        </w:rPr>
        <w:t>49:15</w:t>
      </w:r>
    </w:p>
    <w:p w14:paraId="24DA8C3C" w14:textId="77777777" w:rsidR="00F65462" w:rsidRDefault="00023050">
      <w:pPr>
        <w:spacing w:after="0"/>
      </w:pPr>
      <w:r>
        <w:rPr>
          <w:rFonts w:ascii="Arial" w:hAnsi="Arial"/>
        </w:rPr>
        <w:t>What do you think will happen if I stopped right now?</w:t>
      </w:r>
    </w:p>
    <w:p w14:paraId="41F9AE5E" w14:textId="77777777" w:rsidR="00F65462" w:rsidRDefault="00F65462">
      <w:pPr>
        <w:spacing w:after="0"/>
      </w:pPr>
    </w:p>
    <w:p w14:paraId="1EAE5EB2" w14:textId="77777777" w:rsidR="00F65462" w:rsidRDefault="00023050">
      <w:pPr>
        <w:spacing w:after="0"/>
      </w:pPr>
      <w:r>
        <w:rPr>
          <w:rFonts w:ascii="Arial" w:hAnsi="Arial"/>
          <w:b/>
        </w:rPr>
        <w:t xml:space="preserve">Participant # 18:  </w:t>
      </w:r>
      <w:r>
        <w:rPr>
          <w:rFonts w:ascii="Arial" w:hAnsi="Arial"/>
          <w:color w:val="5D7284"/>
        </w:rPr>
        <w:t>49:20</w:t>
      </w:r>
    </w:p>
    <w:p w14:paraId="5A802AE4" w14:textId="77777777" w:rsidR="00F65462" w:rsidRDefault="00023050">
      <w:pPr>
        <w:spacing w:after="0"/>
      </w:pPr>
      <w:r>
        <w:rPr>
          <w:rFonts w:ascii="Arial" w:hAnsi="Arial"/>
        </w:rPr>
        <w:t>Oh, the bottom fish will stay the same. And the top fish, uhm the top fish will, fish will go the opposite way, how it's spinning now.</w:t>
      </w:r>
    </w:p>
    <w:p w14:paraId="00F03A6D" w14:textId="77777777" w:rsidR="00F65462" w:rsidRDefault="00F65462">
      <w:pPr>
        <w:spacing w:after="0"/>
      </w:pPr>
    </w:p>
    <w:p w14:paraId="60732B79" w14:textId="77777777" w:rsidR="00F65462" w:rsidRDefault="00023050">
      <w:pPr>
        <w:spacing w:after="0"/>
      </w:pPr>
      <w:r>
        <w:rPr>
          <w:rFonts w:ascii="Arial" w:hAnsi="Arial"/>
          <w:b/>
        </w:rPr>
        <w:t xml:space="preserve">Interviewer P:  </w:t>
      </w:r>
      <w:r>
        <w:rPr>
          <w:rFonts w:ascii="Arial" w:hAnsi="Arial"/>
          <w:color w:val="5D7284"/>
        </w:rPr>
        <w:t>49:36</w:t>
      </w:r>
    </w:p>
    <w:p w14:paraId="6E6AF8CA" w14:textId="77777777" w:rsidR="00F65462" w:rsidRDefault="00023050">
      <w:pPr>
        <w:spacing w:after="0"/>
      </w:pPr>
      <w:r>
        <w:rPr>
          <w:rFonts w:ascii="Arial" w:hAnsi="Arial"/>
        </w:rPr>
        <w:t>So when you say stay the same?</w:t>
      </w:r>
    </w:p>
    <w:p w14:paraId="6930E822" w14:textId="77777777" w:rsidR="00F65462" w:rsidRDefault="00F65462">
      <w:pPr>
        <w:spacing w:after="0"/>
      </w:pPr>
    </w:p>
    <w:p w14:paraId="74C908D6" w14:textId="77777777" w:rsidR="00F65462" w:rsidRDefault="00023050">
      <w:pPr>
        <w:spacing w:after="0"/>
      </w:pPr>
      <w:r>
        <w:rPr>
          <w:rFonts w:ascii="Arial" w:hAnsi="Arial"/>
          <w:b/>
        </w:rPr>
        <w:t xml:space="preserve">Participant #8:  </w:t>
      </w:r>
      <w:r>
        <w:rPr>
          <w:rFonts w:ascii="Arial" w:hAnsi="Arial"/>
          <w:color w:val="5D7284"/>
        </w:rPr>
        <w:t>49:39</w:t>
      </w:r>
    </w:p>
    <w:p w14:paraId="1C940D87" w14:textId="77777777" w:rsidR="00F65462" w:rsidRDefault="00023050">
      <w:pPr>
        <w:spacing w:after="0"/>
      </w:pPr>
      <w:r>
        <w:rPr>
          <w:rFonts w:ascii="Arial" w:hAnsi="Arial"/>
        </w:rPr>
        <w:t>It would just stay on the bottom.</w:t>
      </w:r>
    </w:p>
    <w:p w14:paraId="20E36DAB" w14:textId="77777777" w:rsidR="00F65462" w:rsidRDefault="00F65462">
      <w:pPr>
        <w:spacing w:after="0"/>
      </w:pPr>
    </w:p>
    <w:p w14:paraId="26FBCAD7" w14:textId="77777777" w:rsidR="00F65462" w:rsidRDefault="00023050">
      <w:pPr>
        <w:spacing w:after="0"/>
      </w:pPr>
      <w:r>
        <w:rPr>
          <w:rFonts w:ascii="Arial" w:hAnsi="Arial"/>
          <w:b/>
        </w:rPr>
        <w:t xml:space="preserve">Interviewer P:  </w:t>
      </w:r>
      <w:r>
        <w:rPr>
          <w:rFonts w:ascii="Arial" w:hAnsi="Arial"/>
          <w:color w:val="5D7284"/>
        </w:rPr>
        <w:t>49:40</w:t>
      </w:r>
    </w:p>
    <w:p w14:paraId="32E1A1A8" w14:textId="77777777" w:rsidR="00F65462" w:rsidRDefault="00023050">
      <w:pPr>
        <w:spacing w:after="0"/>
      </w:pPr>
      <w:r>
        <w:rPr>
          <w:rFonts w:ascii="Arial" w:hAnsi="Arial"/>
        </w:rPr>
        <w:t>And will it keep moving like that?</w:t>
      </w:r>
    </w:p>
    <w:p w14:paraId="32D85219" w14:textId="77777777" w:rsidR="00F65462" w:rsidRDefault="00F65462">
      <w:pPr>
        <w:spacing w:after="0"/>
      </w:pPr>
    </w:p>
    <w:p w14:paraId="435FFB16" w14:textId="77777777" w:rsidR="00F65462" w:rsidRDefault="00023050">
      <w:pPr>
        <w:spacing w:after="0"/>
      </w:pPr>
      <w:r>
        <w:rPr>
          <w:rFonts w:ascii="Arial" w:hAnsi="Arial"/>
          <w:b/>
        </w:rPr>
        <w:t xml:space="preserve">Participant #8:  </w:t>
      </w:r>
      <w:r>
        <w:rPr>
          <w:rFonts w:ascii="Arial" w:hAnsi="Arial"/>
          <w:color w:val="5D7284"/>
        </w:rPr>
        <w:t>49:44</w:t>
      </w:r>
    </w:p>
    <w:p w14:paraId="18378411" w14:textId="77777777" w:rsidR="00F65462" w:rsidRDefault="00023050">
      <w:pPr>
        <w:spacing w:after="0"/>
      </w:pPr>
      <w:r>
        <w:rPr>
          <w:rFonts w:ascii="Arial" w:hAnsi="Arial"/>
        </w:rPr>
        <w:t xml:space="preserve">Oh my gosh, and everything about that. Oh, okay. So I think bottomfish will keep going the same, the same way like are on the </w:t>
      </w:r>
      <w:r>
        <w:rPr>
          <w:rFonts w:ascii="Arial" w:hAnsi="Arial"/>
        </w:rPr>
        <w:t>tank, so.</w:t>
      </w:r>
    </w:p>
    <w:p w14:paraId="0CE19BC3" w14:textId="77777777" w:rsidR="00F65462" w:rsidRDefault="00F65462">
      <w:pPr>
        <w:spacing w:after="0"/>
      </w:pPr>
    </w:p>
    <w:p w14:paraId="03A9D804" w14:textId="77777777" w:rsidR="00F65462" w:rsidRDefault="00023050">
      <w:pPr>
        <w:spacing w:after="0"/>
      </w:pPr>
      <w:r>
        <w:rPr>
          <w:rFonts w:ascii="Arial" w:hAnsi="Arial"/>
          <w:b/>
        </w:rPr>
        <w:t xml:space="preserve">Interviewer P:  </w:t>
      </w:r>
      <w:r>
        <w:rPr>
          <w:rFonts w:ascii="Arial" w:hAnsi="Arial"/>
          <w:color w:val="5D7284"/>
        </w:rPr>
        <w:t>49:57</w:t>
      </w:r>
    </w:p>
    <w:p w14:paraId="7582DCCE" w14:textId="77777777" w:rsidR="00F65462" w:rsidRDefault="00023050">
      <w:pPr>
        <w:spacing w:after="0"/>
      </w:pPr>
      <w:r>
        <w:rPr>
          <w:rFonts w:ascii="Arial" w:hAnsi="Arial"/>
        </w:rPr>
        <w:t>So, staying on it spot. Or will it stop and then the tank is going to continue moving under it.</w:t>
      </w:r>
    </w:p>
    <w:p w14:paraId="63966B72" w14:textId="77777777" w:rsidR="00F65462" w:rsidRDefault="00F65462">
      <w:pPr>
        <w:spacing w:after="0"/>
      </w:pPr>
    </w:p>
    <w:p w14:paraId="711BF3D9" w14:textId="77777777" w:rsidR="00F65462" w:rsidRDefault="00023050">
      <w:pPr>
        <w:spacing w:after="0"/>
      </w:pPr>
      <w:r>
        <w:rPr>
          <w:rFonts w:ascii="Arial" w:hAnsi="Arial"/>
          <w:b/>
        </w:rPr>
        <w:t xml:space="preserve">Participant # 18:  </w:t>
      </w:r>
      <w:r>
        <w:rPr>
          <w:rFonts w:ascii="Arial" w:hAnsi="Arial"/>
          <w:color w:val="5D7284"/>
        </w:rPr>
        <w:t>50:04</w:t>
      </w:r>
    </w:p>
    <w:p w14:paraId="5726E05C" w14:textId="77777777" w:rsidR="00F65462" w:rsidRDefault="00023050">
      <w:pPr>
        <w:spacing w:after="0"/>
      </w:pPr>
      <w:r>
        <w:rPr>
          <w:rFonts w:ascii="Arial" w:hAnsi="Arial"/>
        </w:rPr>
        <w:t>The fish is going to keep going in this clockwise motion. You're stopping the tank, right?</w:t>
      </w:r>
    </w:p>
    <w:p w14:paraId="23536548" w14:textId="77777777" w:rsidR="00F65462" w:rsidRDefault="00F65462">
      <w:pPr>
        <w:spacing w:after="0"/>
      </w:pPr>
    </w:p>
    <w:p w14:paraId="1CEE8BC6" w14:textId="77777777" w:rsidR="00F65462" w:rsidRDefault="00023050">
      <w:pPr>
        <w:spacing w:after="0"/>
      </w:pPr>
      <w:r>
        <w:rPr>
          <w:rFonts w:ascii="Arial" w:hAnsi="Arial"/>
          <w:b/>
        </w:rPr>
        <w:t xml:space="preserve">Interviewer P:  </w:t>
      </w:r>
      <w:r>
        <w:rPr>
          <w:rFonts w:ascii="Arial" w:hAnsi="Arial"/>
          <w:color w:val="5D7284"/>
        </w:rPr>
        <w:t>50:12</w:t>
      </w:r>
    </w:p>
    <w:p w14:paraId="2620B133" w14:textId="77777777" w:rsidR="00F65462" w:rsidRDefault="00023050">
      <w:pPr>
        <w:spacing w:after="0"/>
      </w:pPr>
      <w:r>
        <w:rPr>
          <w:rFonts w:ascii="Arial" w:hAnsi="Arial"/>
        </w:rPr>
        <w:t xml:space="preserve"> Yes. </w:t>
      </w:r>
    </w:p>
    <w:p w14:paraId="271AE1F2" w14:textId="77777777" w:rsidR="00F65462" w:rsidRDefault="00F65462">
      <w:pPr>
        <w:spacing w:after="0"/>
      </w:pPr>
    </w:p>
    <w:p w14:paraId="567C3234" w14:textId="77777777" w:rsidR="00F65462" w:rsidRDefault="00023050">
      <w:pPr>
        <w:spacing w:after="0"/>
      </w:pPr>
      <w:r>
        <w:rPr>
          <w:rFonts w:ascii="Arial" w:hAnsi="Arial"/>
          <w:b/>
        </w:rPr>
        <w:t xml:space="preserve">Participant # 18:  </w:t>
      </w:r>
      <w:r>
        <w:rPr>
          <w:rFonts w:ascii="Arial" w:hAnsi="Arial"/>
          <w:color w:val="5D7284"/>
        </w:rPr>
        <w:t>50:12</w:t>
      </w:r>
    </w:p>
    <w:p w14:paraId="5A66CEB4" w14:textId="77777777" w:rsidR="00F65462" w:rsidRDefault="00023050">
      <w:pPr>
        <w:spacing w:after="0"/>
      </w:pPr>
      <w:r>
        <w:rPr>
          <w:rFonts w:ascii="Arial" w:hAnsi="Arial"/>
        </w:rPr>
        <w:t>The clockwise motion a little bit. Even though the tank has stopped. Yeah, and then stop. Like it'll go. It will keep going that way and then like, got it. And that's how efficient they will go the opposite directions over</w:t>
      </w:r>
    </w:p>
    <w:p w14:paraId="4AE5B7AF" w14:textId="77777777" w:rsidR="00F65462" w:rsidRDefault="00F65462">
      <w:pPr>
        <w:spacing w:after="0"/>
      </w:pPr>
    </w:p>
    <w:p w14:paraId="59583EE2" w14:textId="77777777" w:rsidR="00F65462" w:rsidRDefault="00023050">
      <w:pPr>
        <w:spacing w:after="0"/>
      </w:pPr>
      <w:r>
        <w:rPr>
          <w:rFonts w:ascii="Arial" w:hAnsi="Arial"/>
          <w:b/>
        </w:rPr>
        <w:t xml:space="preserve">Interviewer P:  </w:t>
      </w:r>
      <w:r>
        <w:rPr>
          <w:rFonts w:ascii="Arial" w:hAnsi="Arial"/>
          <w:color w:val="5D7284"/>
        </w:rPr>
        <w:t>50:26</w:t>
      </w:r>
    </w:p>
    <w:p w14:paraId="17A03439" w14:textId="77777777" w:rsidR="00F65462" w:rsidRDefault="00023050">
      <w:pPr>
        <w:spacing w:after="0"/>
      </w:pPr>
      <w:r>
        <w:rPr>
          <w:rFonts w:ascii="Arial" w:hAnsi="Arial"/>
        </w:rPr>
        <w:t>time fish is going to start going pound o'clock. Yes. Yeah. And what will make the top fish start going counterclockwise?</w:t>
      </w:r>
    </w:p>
    <w:p w14:paraId="3955E093" w14:textId="77777777" w:rsidR="00F65462" w:rsidRDefault="00F65462">
      <w:pPr>
        <w:spacing w:after="0"/>
      </w:pPr>
    </w:p>
    <w:p w14:paraId="6F05E75A" w14:textId="77777777" w:rsidR="00F65462" w:rsidRDefault="00023050">
      <w:pPr>
        <w:spacing w:after="0"/>
      </w:pPr>
      <w:r>
        <w:rPr>
          <w:rFonts w:ascii="Arial" w:hAnsi="Arial"/>
          <w:b/>
        </w:rPr>
        <w:t xml:space="preserve">Participant # 18:  </w:t>
      </w:r>
      <w:r>
        <w:rPr>
          <w:rFonts w:ascii="Arial" w:hAnsi="Arial"/>
          <w:color w:val="5D7284"/>
        </w:rPr>
        <w:t>50:33</w:t>
      </w:r>
    </w:p>
    <w:p w14:paraId="5731F98B" w14:textId="77777777" w:rsidR="00F65462" w:rsidRDefault="00023050">
      <w:pPr>
        <w:spacing w:after="0"/>
      </w:pPr>
      <w:r>
        <w:rPr>
          <w:rFonts w:ascii="Arial" w:hAnsi="Arial"/>
        </w:rPr>
        <w:t xml:space="preserve">Mmm. That's I have no idea other than just taking a guess. That's one. That's fair. </w:t>
      </w:r>
    </w:p>
    <w:p w14:paraId="12C42424" w14:textId="77777777" w:rsidR="00F65462" w:rsidRDefault="00F65462">
      <w:pPr>
        <w:spacing w:after="0"/>
      </w:pPr>
    </w:p>
    <w:p w14:paraId="605EF855" w14:textId="77777777" w:rsidR="00F65462" w:rsidRDefault="00023050">
      <w:pPr>
        <w:spacing w:after="0"/>
      </w:pPr>
      <w:r>
        <w:rPr>
          <w:rFonts w:ascii="Arial" w:hAnsi="Arial"/>
          <w:b/>
        </w:rPr>
        <w:t xml:space="preserve">Interviewer P:  </w:t>
      </w:r>
      <w:r>
        <w:rPr>
          <w:rFonts w:ascii="Arial" w:hAnsi="Arial"/>
          <w:color w:val="5D7284"/>
        </w:rPr>
        <w:t>50:44</w:t>
      </w:r>
    </w:p>
    <w:p w14:paraId="4D4A5C3F" w14:textId="77777777" w:rsidR="00F65462" w:rsidRDefault="00023050">
      <w:pPr>
        <w:spacing w:after="0"/>
      </w:pPr>
      <w:r>
        <w:rPr>
          <w:rFonts w:ascii="Arial" w:hAnsi="Arial"/>
        </w:rPr>
        <w:t xml:space="preserve">All right, let's do it. </w:t>
      </w:r>
    </w:p>
    <w:p w14:paraId="379CA55B" w14:textId="77777777" w:rsidR="00F65462" w:rsidRDefault="00F65462">
      <w:pPr>
        <w:spacing w:after="0"/>
      </w:pPr>
    </w:p>
    <w:p w14:paraId="75190CF7" w14:textId="77777777" w:rsidR="00F65462" w:rsidRDefault="00023050">
      <w:pPr>
        <w:spacing w:after="0"/>
      </w:pPr>
      <w:r>
        <w:rPr>
          <w:rFonts w:ascii="Arial" w:hAnsi="Arial"/>
          <w:b/>
        </w:rPr>
        <w:t xml:space="preserve">Participant # 18:  </w:t>
      </w:r>
      <w:r>
        <w:rPr>
          <w:rFonts w:ascii="Arial" w:hAnsi="Arial"/>
          <w:color w:val="5D7284"/>
        </w:rPr>
        <w:t>50:59</w:t>
      </w:r>
    </w:p>
    <w:p w14:paraId="75AAD40D" w14:textId="77777777" w:rsidR="00F65462" w:rsidRDefault="00023050">
      <w:pPr>
        <w:spacing w:after="0"/>
      </w:pPr>
      <w:r>
        <w:rPr>
          <w:rFonts w:ascii="Arial" w:hAnsi="Arial"/>
        </w:rPr>
        <w:t xml:space="preserve">Yeah, I guess it should have just kept the same idea for both of them. </w:t>
      </w:r>
    </w:p>
    <w:p w14:paraId="5ABF93C4" w14:textId="77777777" w:rsidR="00F65462" w:rsidRDefault="00F65462">
      <w:pPr>
        <w:spacing w:after="0"/>
      </w:pPr>
    </w:p>
    <w:p w14:paraId="6FD4A4A5" w14:textId="77777777" w:rsidR="00F65462" w:rsidRDefault="00023050">
      <w:pPr>
        <w:spacing w:after="0"/>
      </w:pPr>
      <w:r>
        <w:rPr>
          <w:rFonts w:ascii="Arial" w:hAnsi="Arial"/>
          <w:b/>
        </w:rPr>
        <w:t xml:space="preserve">Interviewer P:  </w:t>
      </w:r>
      <w:r>
        <w:rPr>
          <w:rFonts w:ascii="Arial" w:hAnsi="Arial"/>
          <w:color w:val="5D7284"/>
        </w:rPr>
        <w:t>51:02</w:t>
      </w:r>
    </w:p>
    <w:p w14:paraId="278234A5" w14:textId="77777777" w:rsidR="00F65462" w:rsidRDefault="00023050">
      <w:pPr>
        <w:spacing w:after="0"/>
      </w:pPr>
      <w:r>
        <w:rPr>
          <w:rFonts w:ascii="Arial" w:hAnsi="Arial"/>
        </w:rPr>
        <w:t>The fish on the bottom stopped.</w:t>
      </w:r>
    </w:p>
    <w:p w14:paraId="71DCB018" w14:textId="77777777" w:rsidR="00F65462" w:rsidRDefault="00F65462">
      <w:pPr>
        <w:spacing w:after="0"/>
      </w:pPr>
    </w:p>
    <w:p w14:paraId="690F5FF6" w14:textId="77777777" w:rsidR="00F65462" w:rsidRDefault="00023050">
      <w:pPr>
        <w:spacing w:after="0"/>
      </w:pPr>
      <w:r>
        <w:rPr>
          <w:rFonts w:ascii="Arial" w:hAnsi="Arial"/>
          <w:b/>
        </w:rPr>
        <w:t xml:space="preserve">Participant # 18:  </w:t>
      </w:r>
      <w:r>
        <w:rPr>
          <w:rFonts w:ascii="Arial" w:hAnsi="Arial"/>
          <w:color w:val="5D7284"/>
        </w:rPr>
        <w:t>51:04</w:t>
      </w:r>
    </w:p>
    <w:p w14:paraId="0670A91D" w14:textId="77777777" w:rsidR="00F65462" w:rsidRDefault="00023050">
      <w:pPr>
        <w:spacing w:after="0"/>
      </w:pPr>
      <w:r>
        <w:rPr>
          <w:rFonts w:ascii="Arial" w:hAnsi="Arial"/>
        </w:rPr>
        <w:t xml:space="preserve">But it did go in the..  </w:t>
      </w:r>
    </w:p>
    <w:p w14:paraId="4B644A8D" w14:textId="77777777" w:rsidR="00F65462" w:rsidRDefault="00F65462">
      <w:pPr>
        <w:spacing w:after="0"/>
      </w:pPr>
    </w:p>
    <w:p w14:paraId="7CD91359" w14:textId="77777777" w:rsidR="00F65462" w:rsidRDefault="00023050">
      <w:pPr>
        <w:spacing w:after="0"/>
      </w:pPr>
      <w:r>
        <w:rPr>
          <w:rFonts w:ascii="Arial" w:hAnsi="Arial"/>
          <w:b/>
        </w:rPr>
        <w:t xml:space="preserve">Interviewer P:  </w:t>
      </w:r>
      <w:r>
        <w:rPr>
          <w:rFonts w:ascii="Arial" w:hAnsi="Arial"/>
          <w:color w:val="5D7284"/>
        </w:rPr>
        <w:t>51:05</w:t>
      </w:r>
    </w:p>
    <w:p w14:paraId="21F6977C" w14:textId="77777777" w:rsidR="00F65462" w:rsidRDefault="00023050">
      <w:pPr>
        <w:spacing w:after="0"/>
      </w:pPr>
      <w:r>
        <w:rPr>
          <w:rFonts w:ascii="Arial" w:hAnsi="Arial"/>
        </w:rPr>
        <w:t>A little bit. Yeah. And what's the one on the top doing.</w:t>
      </w:r>
    </w:p>
    <w:p w14:paraId="082C48EB" w14:textId="77777777" w:rsidR="00F65462" w:rsidRDefault="00F65462">
      <w:pPr>
        <w:spacing w:after="0"/>
      </w:pPr>
    </w:p>
    <w:p w14:paraId="2CFA709F" w14:textId="77777777" w:rsidR="00F65462" w:rsidRDefault="00023050">
      <w:pPr>
        <w:spacing w:after="0"/>
      </w:pPr>
      <w:r>
        <w:rPr>
          <w:rFonts w:ascii="Arial" w:hAnsi="Arial"/>
          <w:b/>
        </w:rPr>
        <w:t xml:space="preserve">Participant # 18:  </w:t>
      </w:r>
      <w:r>
        <w:rPr>
          <w:rFonts w:ascii="Arial" w:hAnsi="Arial"/>
          <w:color w:val="5D7284"/>
        </w:rPr>
        <w:t>51:09</w:t>
      </w:r>
    </w:p>
    <w:p w14:paraId="5A4543B1" w14:textId="77777777" w:rsidR="00F65462" w:rsidRDefault="00023050">
      <w:pPr>
        <w:spacing w:after="0"/>
      </w:pPr>
      <w:r>
        <w:rPr>
          <w:rFonts w:ascii="Arial" w:hAnsi="Arial"/>
        </w:rPr>
        <w:t>Just going around clockwise.</w:t>
      </w:r>
    </w:p>
    <w:p w14:paraId="2677290C" w14:textId="77777777" w:rsidR="00F65462" w:rsidRDefault="00F65462">
      <w:pPr>
        <w:spacing w:after="0"/>
      </w:pPr>
    </w:p>
    <w:p w14:paraId="7E5910DF" w14:textId="77777777" w:rsidR="00F65462" w:rsidRDefault="00023050">
      <w:pPr>
        <w:spacing w:after="0"/>
      </w:pPr>
      <w:r>
        <w:rPr>
          <w:rFonts w:ascii="Arial" w:hAnsi="Arial"/>
          <w:b/>
        </w:rPr>
        <w:t xml:space="preserve">Interviewer P:  </w:t>
      </w:r>
      <w:r>
        <w:rPr>
          <w:rFonts w:ascii="Arial" w:hAnsi="Arial"/>
          <w:color w:val="5D7284"/>
        </w:rPr>
        <w:t>51:10</w:t>
      </w:r>
    </w:p>
    <w:p w14:paraId="5372EE57" w14:textId="77777777" w:rsidR="00F65462" w:rsidRDefault="00023050">
      <w:pPr>
        <w:spacing w:after="0"/>
      </w:pPr>
      <w:r>
        <w:rPr>
          <w:rFonts w:ascii="Arial" w:hAnsi="Arial"/>
        </w:rPr>
        <w:t>So I wonder why the one on the top is still moving. And the one on the bottom isn't?</w:t>
      </w:r>
    </w:p>
    <w:p w14:paraId="249BF8C6" w14:textId="77777777" w:rsidR="00F65462" w:rsidRDefault="00F65462">
      <w:pPr>
        <w:spacing w:after="0"/>
      </w:pPr>
    </w:p>
    <w:p w14:paraId="2EDD57C7" w14:textId="77777777" w:rsidR="00F65462" w:rsidRDefault="00023050">
      <w:pPr>
        <w:spacing w:after="0"/>
      </w:pPr>
      <w:r>
        <w:rPr>
          <w:rFonts w:ascii="Arial" w:hAnsi="Arial"/>
          <w:b/>
        </w:rPr>
        <w:t xml:space="preserve">Participant # 18:  </w:t>
      </w:r>
      <w:r>
        <w:rPr>
          <w:rFonts w:ascii="Arial" w:hAnsi="Arial"/>
          <w:color w:val="5D7284"/>
        </w:rPr>
        <w:t>51:19</w:t>
      </w:r>
    </w:p>
    <w:p w14:paraId="688B6DC0" w14:textId="77777777" w:rsidR="00F65462" w:rsidRDefault="00023050">
      <w:pPr>
        <w:spacing w:after="0"/>
      </w:pPr>
      <w:r>
        <w:rPr>
          <w:rFonts w:ascii="Arial" w:hAnsi="Arial"/>
        </w:rPr>
        <w:lastRenderedPageBreak/>
        <w:t xml:space="preserve">Um well, the bottom one is more dense. So that's why float to the bottom. So gravity is like pulling it down. But the one on the top is very light and is like on top of the water. And there's not as much. It's like, it's almost as if the bottom fish is almost at the bottom, like on the floor. And the top fish is like on the water. And then when you're in the water, it's obviously you can float. </w:t>
      </w:r>
    </w:p>
    <w:p w14:paraId="0EF46479" w14:textId="77777777" w:rsidR="00F65462" w:rsidRDefault="00F65462">
      <w:pPr>
        <w:spacing w:after="0"/>
      </w:pPr>
    </w:p>
    <w:p w14:paraId="24F54FC1" w14:textId="77777777" w:rsidR="00F65462" w:rsidRDefault="00023050">
      <w:pPr>
        <w:spacing w:after="0"/>
      </w:pPr>
      <w:r>
        <w:rPr>
          <w:rFonts w:ascii="Arial" w:hAnsi="Arial"/>
          <w:b/>
        </w:rPr>
        <w:t xml:space="preserve">Interviewer P:  </w:t>
      </w:r>
      <w:r>
        <w:rPr>
          <w:rFonts w:ascii="Arial" w:hAnsi="Arial"/>
          <w:color w:val="5D7284"/>
        </w:rPr>
        <w:t>51:52</w:t>
      </w:r>
    </w:p>
    <w:p w14:paraId="796C35FB" w14:textId="77777777" w:rsidR="00F65462" w:rsidRDefault="00023050">
      <w:pPr>
        <w:spacing w:after="0"/>
      </w:pPr>
      <w:r>
        <w:rPr>
          <w:rFonts w:ascii="Arial" w:hAnsi="Arial"/>
        </w:rPr>
        <w:t>Yeah.</w:t>
      </w:r>
    </w:p>
    <w:p w14:paraId="3AB58C42" w14:textId="77777777" w:rsidR="00F65462" w:rsidRDefault="00F65462">
      <w:pPr>
        <w:spacing w:after="0"/>
      </w:pPr>
    </w:p>
    <w:p w14:paraId="3C1FF70D" w14:textId="77777777" w:rsidR="00F65462" w:rsidRDefault="00023050">
      <w:pPr>
        <w:spacing w:after="0"/>
      </w:pPr>
      <w:r>
        <w:rPr>
          <w:rFonts w:ascii="Arial" w:hAnsi="Arial"/>
          <w:b/>
        </w:rPr>
        <w:t xml:space="preserve">Participant # 18:  </w:t>
      </w:r>
      <w:r>
        <w:rPr>
          <w:rFonts w:ascii="Arial" w:hAnsi="Arial"/>
          <w:color w:val="5D7284"/>
        </w:rPr>
        <w:t>51:52</w:t>
      </w:r>
    </w:p>
    <w:p w14:paraId="479E28EC" w14:textId="77777777" w:rsidR="00F65462" w:rsidRDefault="00023050">
      <w:pPr>
        <w:spacing w:after="0"/>
      </w:pPr>
      <w:r>
        <w:rPr>
          <w:rFonts w:ascii="Arial" w:hAnsi="Arial"/>
        </w:rPr>
        <w:t>In water and not gonna like fall to the bottom.</w:t>
      </w:r>
    </w:p>
    <w:p w14:paraId="4EA9BA15" w14:textId="77777777" w:rsidR="00F65462" w:rsidRDefault="00F65462">
      <w:pPr>
        <w:spacing w:after="0"/>
      </w:pPr>
    </w:p>
    <w:p w14:paraId="5B603AB9" w14:textId="77777777" w:rsidR="00F65462" w:rsidRDefault="00023050">
      <w:pPr>
        <w:spacing w:after="0"/>
      </w:pPr>
      <w:r>
        <w:rPr>
          <w:rFonts w:ascii="Arial" w:hAnsi="Arial"/>
          <w:b/>
        </w:rPr>
        <w:t xml:space="preserve">Interviewer P:  </w:t>
      </w:r>
      <w:r>
        <w:rPr>
          <w:rFonts w:ascii="Arial" w:hAnsi="Arial"/>
          <w:color w:val="5D7284"/>
        </w:rPr>
        <w:t>51:54</w:t>
      </w:r>
    </w:p>
    <w:p w14:paraId="1D6C58B3" w14:textId="77777777" w:rsidR="00F65462" w:rsidRDefault="00023050">
      <w:pPr>
        <w:spacing w:after="0"/>
      </w:pPr>
      <w:r>
        <w:rPr>
          <w:rFonts w:ascii="Arial" w:hAnsi="Arial"/>
        </w:rPr>
        <w:t>So again, do you think that the water on the top is moving the same as the water on the bottom, but just not pushing that fish? Or is there a difference in the way the water is moving? I</w:t>
      </w:r>
    </w:p>
    <w:p w14:paraId="7332107B" w14:textId="77777777" w:rsidR="00F65462" w:rsidRDefault="00F65462">
      <w:pPr>
        <w:spacing w:after="0"/>
      </w:pPr>
    </w:p>
    <w:p w14:paraId="6847B43E" w14:textId="77777777" w:rsidR="00F65462" w:rsidRDefault="00023050">
      <w:pPr>
        <w:spacing w:after="0"/>
      </w:pPr>
      <w:r>
        <w:rPr>
          <w:rFonts w:ascii="Arial" w:hAnsi="Arial"/>
          <w:b/>
        </w:rPr>
        <w:t xml:space="preserve">Participant # 18:  </w:t>
      </w:r>
      <w:r>
        <w:rPr>
          <w:rFonts w:ascii="Arial" w:hAnsi="Arial"/>
          <w:color w:val="5D7284"/>
        </w:rPr>
        <w:t>52:04</w:t>
      </w:r>
    </w:p>
    <w:p w14:paraId="1B636871" w14:textId="77777777" w:rsidR="00F65462" w:rsidRDefault="00023050">
      <w:pPr>
        <w:spacing w:after="0"/>
      </w:pPr>
      <w:r>
        <w:rPr>
          <w:rFonts w:ascii="Arial" w:hAnsi="Arial"/>
        </w:rPr>
        <w:t xml:space="preserve">I now, I'm trying to think that it is moving differently. I'm thinking that maybe the water on the bottom settles quicker. And the water on the top is just moving, I think yeah, I think that water underneath the fish is like staying pretty much </w:t>
      </w:r>
      <w:r>
        <w:rPr>
          <w:rFonts w:ascii="Arial" w:hAnsi="Arial"/>
        </w:rPr>
        <w:t>the same. And then the water on top is just moving. Like the surface of it.</w:t>
      </w:r>
    </w:p>
    <w:p w14:paraId="5D98A3F1" w14:textId="77777777" w:rsidR="00F65462" w:rsidRDefault="00F65462">
      <w:pPr>
        <w:spacing w:after="0"/>
      </w:pPr>
    </w:p>
    <w:p w14:paraId="29F091F1" w14:textId="77777777" w:rsidR="00F65462" w:rsidRDefault="00023050">
      <w:pPr>
        <w:spacing w:after="0"/>
      </w:pPr>
      <w:r>
        <w:rPr>
          <w:rFonts w:ascii="Arial" w:hAnsi="Arial"/>
          <w:b/>
        </w:rPr>
        <w:t xml:space="preserve">Interviewer P:  </w:t>
      </w:r>
      <w:r>
        <w:rPr>
          <w:rFonts w:ascii="Arial" w:hAnsi="Arial"/>
          <w:color w:val="5D7284"/>
        </w:rPr>
        <w:t>52:24</w:t>
      </w:r>
    </w:p>
    <w:p w14:paraId="7A6B484D" w14:textId="77777777" w:rsidR="00F65462" w:rsidRDefault="00023050">
      <w:pPr>
        <w:spacing w:after="0"/>
      </w:pPr>
      <w:r>
        <w:rPr>
          <w:rFonts w:ascii="Arial" w:hAnsi="Arial"/>
        </w:rPr>
        <w:t>Yeah.</w:t>
      </w:r>
    </w:p>
    <w:p w14:paraId="50C86B8C" w14:textId="77777777" w:rsidR="00F65462" w:rsidRDefault="00F65462">
      <w:pPr>
        <w:spacing w:after="0"/>
      </w:pPr>
    </w:p>
    <w:p w14:paraId="22B9A153" w14:textId="77777777" w:rsidR="00F65462" w:rsidRDefault="00023050">
      <w:pPr>
        <w:spacing w:after="0"/>
      </w:pPr>
      <w:r>
        <w:rPr>
          <w:rFonts w:ascii="Arial" w:hAnsi="Arial"/>
          <w:b/>
        </w:rPr>
        <w:t xml:space="preserve">Participant # 18:  </w:t>
      </w:r>
      <w:r>
        <w:rPr>
          <w:rFonts w:ascii="Arial" w:hAnsi="Arial"/>
          <w:color w:val="5D7284"/>
        </w:rPr>
        <w:t>52:25</w:t>
      </w:r>
    </w:p>
    <w:p w14:paraId="32ABC649" w14:textId="77777777" w:rsidR="00F65462" w:rsidRDefault="00023050">
      <w:pPr>
        <w:spacing w:after="0"/>
      </w:pPr>
      <w:r>
        <w:rPr>
          <w:rFonts w:ascii="Arial" w:hAnsi="Arial"/>
        </w:rPr>
        <w:t>Yeah. Now that I'm like looking at it actively moving. It just looks like the top is moving. And the bottom is like the same staying the same.</w:t>
      </w:r>
    </w:p>
    <w:p w14:paraId="60EDCC55" w14:textId="77777777" w:rsidR="00F65462" w:rsidRDefault="00F65462">
      <w:pPr>
        <w:spacing w:after="0"/>
      </w:pPr>
    </w:p>
    <w:p w14:paraId="5DC2C74A" w14:textId="77777777" w:rsidR="00F65462" w:rsidRDefault="00023050">
      <w:pPr>
        <w:spacing w:after="0"/>
      </w:pPr>
      <w:r>
        <w:rPr>
          <w:rFonts w:ascii="Arial" w:hAnsi="Arial"/>
          <w:b/>
        </w:rPr>
        <w:t xml:space="preserve">Interviewer P:  </w:t>
      </w:r>
      <w:r>
        <w:rPr>
          <w:rFonts w:ascii="Arial" w:hAnsi="Arial"/>
          <w:color w:val="5D7284"/>
        </w:rPr>
        <w:t>52:32</w:t>
      </w:r>
    </w:p>
    <w:p w14:paraId="5ACEE960" w14:textId="77777777" w:rsidR="00F65462" w:rsidRDefault="00023050">
      <w:pPr>
        <w:spacing w:after="0"/>
      </w:pPr>
      <w:r>
        <w:rPr>
          <w:rFonts w:ascii="Arial" w:hAnsi="Arial"/>
        </w:rPr>
        <w:t xml:space="preserve">Can you see that? </w:t>
      </w:r>
    </w:p>
    <w:p w14:paraId="3BBB8815" w14:textId="77777777" w:rsidR="00F65462" w:rsidRDefault="00F65462">
      <w:pPr>
        <w:spacing w:after="0"/>
      </w:pPr>
    </w:p>
    <w:p w14:paraId="6917B418" w14:textId="77777777" w:rsidR="00F65462" w:rsidRDefault="00023050">
      <w:pPr>
        <w:spacing w:after="0"/>
      </w:pPr>
      <w:r>
        <w:rPr>
          <w:rFonts w:ascii="Arial" w:hAnsi="Arial"/>
          <w:b/>
        </w:rPr>
        <w:t xml:space="preserve">Participant # 18:  </w:t>
      </w:r>
      <w:r>
        <w:rPr>
          <w:rFonts w:ascii="Arial" w:hAnsi="Arial"/>
          <w:color w:val="5D7284"/>
        </w:rPr>
        <w:t>52:33</w:t>
      </w:r>
    </w:p>
    <w:p w14:paraId="6A533FB6" w14:textId="77777777" w:rsidR="00F65462" w:rsidRDefault="00023050">
      <w:pPr>
        <w:spacing w:after="0"/>
      </w:pPr>
      <w:r>
        <w:rPr>
          <w:rFonts w:ascii="Arial" w:hAnsi="Arial"/>
        </w:rPr>
        <w:t>Yeah, I can see it moving because there's a piece of hair floating around on the top.</w:t>
      </w:r>
    </w:p>
    <w:p w14:paraId="55B91B0D" w14:textId="77777777" w:rsidR="00F65462" w:rsidRDefault="00F65462">
      <w:pPr>
        <w:spacing w:after="0"/>
      </w:pPr>
    </w:p>
    <w:p w14:paraId="73A6BD84" w14:textId="77777777" w:rsidR="00F65462" w:rsidRDefault="00023050">
      <w:pPr>
        <w:spacing w:after="0"/>
      </w:pPr>
      <w:r>
        <w:rPr>
          <w:rFonts w:ascii="Arial" w:hAnsi="Arial"/>
          <w:b/>
        </w:rPr>
        <w:t xml:space="preserve">Interviewer P:  </w:t>
      </w:r>
      <w:r>
        <w:rPr>
          <w:rFonts w:ascii="Arial" w:hAnsi="Arial"/>
          <w:color w:val="5D7284"/>
        </w:rPr>
        <w:t>52:38</w:t>
      </w:r>
    </w:p>
    <w:p w14:paraId="3DB02171" w14:textId="77777777" w:rsidR="00F65462" w:rsidRDefault="00023050">
      <w:pPr>
        <w:spacing w:after="0"/>
      </w:pPr>
      <w:r>
        <w:rPr>
          <w:rFonts w:ascii="Arial" w:hAnsi="Arial"/>
        </w:rPr>
        <w:t xml:space="preserve">But if there was a piece of hair at the bottom, that would just kind of stay. </w:t>
      </w:r>
    </w:p>
    <w:p w14:paraId="6810F0D1" w14:textId="77777777" w:rsidR="00F65462" w:rsidRDefault="00F65462">
      <w:pPr>
        <w:spacing w:after="0"/>
      </w:pPr>
    </w:p>
    <w:p w14:paraId="16038DCD" w14:textId="77777777" w:rsidR="00F65462" w:rsidRDefault="00023050">
      <w:pPr>
        <w:spacing w:after="0"/>
      </w:pPr>
      <w:r>
        <w:rPr>
          <w:rFonts w:ascii="Arial" w:hAnsi="Arial"/>
          <w:b/>
        </w:rPr>
        <w:t xml:space="preserve">Participant # 18:  </w:t>
      </w:r>
      <w:r>
        <w:rPr>
          <w:rFonts w:ascii="Arial" w:hAnsi="Arial"/>
          <w:color w:val="5D7284"/>
        </w:rPr>
        <w:t>52:41</w:t>
      </w:r>
    </w:p>
    <w:p w14:paraId="6A973436" w14:textId="77777777" w:rsidR="00F65462" w:rsidRDefault="00023050">
      <w:pPr>
        <w:spacing w:after="0"/>
      </w:pPr>
      <w:r>
        <w:rPr>
          <w:rFonts w:ascii="Arial" w:hAnsi="Arial"/>
        </w:rPr>
        <w:t xml:space="preserve">Yeah, I think so. </w:t>
      </w:r>
    </w:p>
    <w:p w14:paraId="74E797DC" w14:textId="77777777" w:rsidR="00F65462" w:rsidRDefault="00F65462">
      <w:pPr>
        <w:spacing w:after="0"/>
      </w:pPr>
    </w:p>
    <w:p w14:paraId="4321FEEE" w14:textId="77777777" w:rsidR="00F65462" w:rsidRDefault="00023050">
      <w:pPr>
        <w:spacing w:after="0"/>
      </w:pPr>
      <w:r>
        <w:rPr>
          <w:rFonts w:ascii="Arial" w:hAnsi="Arial"/>
          <w:b/>
        </w:rPr>
        <w:t xml:space="preserve">Interviewer P:  </w:t>
      </w:r>
      <w:r>
        <w:rPr>
          <w:rFonts w:ascii="Arial" w:hAnsi="Arial"/>
          <w:color w:val="5D7284"/>
        </w:rPr>
        <w:t>52:44</w:t>
      </w:r>
    </w:p>
    <w:p w14:paraId="7DC63A96" w14:textId="77777777" w:rsidR="00F65462" w:rsidRDefault="00023050">
      <w:pPr>
        <w:spacing w:after="0"/>
      </w:pPr>
      <w:r>
        <w:rPr>
          <w:rFonts w:ascii="Arial" w:hAnsi="Arial"/>
        </w:rPr>
        <w:t>Where's the hair?</w:t>
      </w:r>
    </w:p>
    <w:p w14:paraId="25AF7EAE" w14:textId="77777777" w:rsidR="00F65462" w:rsidRDefault="00F65462">
      <w:pPr>
        <w:spacing w:after="0"/>
      </w:pPr>
    </w:p>
    <w:p w14:paraId="7A03FF60" w14:textId="77777777" w:rsidR="00F65462" w:rsidRDefault="00023050">
      <w:pPr>
        <w:spacing w:after="0"/>
      </w:pPr>
      <w:r>
        <w:rPr>
          <w:rFonts w:ascii="Arial" w:hAnsi="Arial"/>
          <w:b/>
        </w:rPr>
        <w:t xml:space="preserve">Participant # 18:  </w:t>
      </w:r>
      <w:r>
        <w:rPr>
          <w:rFonts w:ascii="Arial" w:hAnsi="Arial"/>
          <w:color w:val="5D7284"/>
        </w:rPr>
        <w:t>52:45</w:t>
      </w:r>
    </w:p>
    <w:p w14:paraId="240F4E74" w14:textId="77777777" w:rsidR="00F65462" w:rsidRDefault="00023050">
      <w:pPr>
        <w:spacing w:after="0"/>
      </w:pPr>
      <w:r>
        <w:rPr>
          <w:rFonts w:ascii="Arial" w:hAnsi="Arial"/>
        </w:rPr>
        <w:t>I dont know, It's over there. It's moving around, can you see it.</w:t>
      </w:r>
    </w:p>
    <w:p w14:paraId="2633CEB9" w14:textId="77777777" w:rsidR="00F65462" w:rsidRDefault="00F65462">
      <w:pPr>
        <w:spacing w:after="0"/>
      </w:pPr>
    </w:p>
    <w:p w14:paraId="3F3C1B4A" w14:textId="77777777" w:rsidR="00F65462" w:rsidRDefault="00023050">
      <w:pPr>
        <w:spacing w:after="0"/>
      </w:pPr>
      <w:r>
        <w:rPr>
          <w:rFonts w:ascii="Arial" w:hAnsi="Arial"/>
          <w:b/>
        </w:rPr>
        <w:t xml:space="preserve">Interviewer P:  </w:t>
      </w:r>
      <w:r>
        <w:rPr>
          <w:rFonts w:ascii="Arial" w:hAnsi="Arial"/>
          <w:color w:val="5D7284"/>
        </w:rPr>
        <w:t>52:51</w:t>
      </w:r>
    </w:p>
    <w:p w14:paraId="70A159D6" w14:textId="77777777" w:rsidR="00F65462" w:rsidRDefault="00023050">
      <w:pPr>
        <w:spacing w:after="0"/>
      </w:pPr>
      <w:r>
        <w:rPr>
          <w:rFonts w:ascii="Arial" w:hAnsi="Arial"/>
        </w:rPr>
        <w:t xml:space="preserve">I don't but I believe you. </w:t>
      </w:r>
    </w:p>
    <w:p w14:paraId="4B1D477B" w14:textId="77777777" w:rsidR="00F65462" w:rsidRDefault="00F65462">
      <w:pPr>
        <w:spacing w:after="0"/>
      </w:pPr>
    </w:p>
    <w:p w14:paraId="4F8F5559" w14:textId="77777777" w:rsidR="00F65462" w:rsidRDefault="00023050">
      <w:pPr>
        <w:spacing w:after="0"/>
      </w:pPr>
      <w:r>
        <w:rPr>
          <w:rFonts w:ascii="Arial" w:hAnsi="Arial"/>
          <w:b/>
        </w:rPr>
        <w:t xml:space="preserve">Participant # 18:  </w:t>
      </w:r>
      <w:r>
        <w:rPr>
          <w:rFonts w:ascii="Arial" w:hAnsi="Arial"/>
          <w:color w:val="5D7284"/>
        </w:rPr>
        <w:t>52:54</w:t>
      </w:r>
    </w:p>
    <w:p w14:paraId="4EB7CCDB" w14:textId="77777777" w:rsidR="00F65462" w:rsidRDefault="00023050">
      <w:pPr>
        <w:spacing w:after="0"/>
      </w:pPr>
      <w:r>
        <w:rPr>
          <w:rFonts w:ascii="Arial" w:hAnsi="Arial"/>
        </w:rPr>
        <w:t>Thank you. All right. So we're at about our time so stop that.</w:t>
      </w:r>
    </w:p>
    <w:sectPr w:rsidR="00F65462"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306475054">
    <w:abstractNumId w:val="8"/>
  </w:num>
  <w:num w:numId="2" w16cid:durableId="1987051538">
    <w:abstractNumId w:val="6"/>
  </w:num>
  <w:num w:numId="3" w16cid:durableId="1569028403">
    <w:abstractNumId w:val="5"/>
  </w:num>
  <w:num w:numId="4" w16cid:durableId="809900108">
    <w:abstractNumId w:val="4"/>
  </w:num>
  <w:num w:numId="5" w16cid:durableId="331685738">
    <w:abstractNumId w:val="7"/>
  </w:num>
  <w:num w:numId="6" w16cid:durableId="848569406">
    <w:abstractNumId w:val="3"/>
  </w:num>
  <w:num w:numId="7" w16cid:durableId="102383091">
    <w:abstractNumId w:val="2"/>
  </w:num>
  <w:num w:numId="8" w16cid:durableId="1396123667">
    <w:abstractNumId w:val="1"/>
  </w:num>
  <w:num w:numId="9" w16cid:durableId="8224329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2305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65462"/>
    <w:rsid w:val="00FC693F"/>
    <w:rsid w:val="4B4DB15D"/>
    <w:rsid w:val="6EB0300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E27E7175-B400-4C25-90A2-4FF3E70F31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F7C3F32-8AD4-4628-B925-414FAB10BB0D}">
  <ds:schemaRefs>
    <ds:schemaRef ds:uri="http://schemas.microsoft.com/sharepoint/v3/contenttype/forms"/>
  </ds:schemaRefs>
</ds:datastoreItem>
</file>

<file path=customXml/itemProps4.xml><?xml version="1.0" encoding="utf-8"?>
<ds:datastoreItem xmlns:ds="http://schemas.openxmlformats.org/officeDocument/2006/customXml" ds:itemID="{B38C448D-158A-409B-AF6C-CE93EF6207B7}">
  <ds:schemaRefs>
    <ds:schemaRef ds:uri="http://schemas.openxmlformats.org/package/2006/metadata/core-properties"/>
    <ds:schemaRef ds:uri="5b1983e9-55b4-4f9e-a196-30376d2238aa"/>
    <ds:schemaRef ds:uri="http://purl.org/dc/terms/"/>
    <ds:schemaRef ds:uri="http://purl.org/dc/dcmitype/"/>
    <ds:schemaRef ds:uri="http://schemas.microsoft.com/office/infopath/2007/PartnerControls"/>
    <ds:schemaRef ds:uri="http://purl.org/dc/elements/1.1/"/>
    <ds:schemaRef ds:uri="eeef5ad7-d6de-419e-9305-cd9bdd8d89a9"/>
    <ds:schemaRef ds:uri="http://www.w3.org/XML/1998/namespace"/>
    <ds:schemaRef ds:uri="http://schemas.microsoft.com/office/2006/documentManagement/types"/>
    <ds:schemaRef ds:uri="http://schemas.microsoft.com/sharepoint/v3"/>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6588</Words>
  <Characters>37553</Characters>
  <Application>Microsoft Office Word</Application>
  <DocSecurity>4</DocSecurity>
  <Lines>312</Lines>
  <Paragraphs>88</Paragraphs>
  <ScaleCrop>false</ScaleCrop>
  <Manager/>
  <Company/>
  <LinksUpToDate>false</LinksUpToDate>
  <CharactersWithSpaces>44053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2024-05-21T16:15:00Z</dcterms:created>
  <dcterms:modified xsi:type="dcterms:W3CDTF">2024-05-21T16:15:00Z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