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6AB79B" w14:textId="77777777" w:rsidR="00930F33" w:rsidRDefault="00930F33">
      <w:pPr>
        <w:spacing w:after="0"/>
        <w:rPr>
          <w:lang w:eastAsia="zh-CN"/>
        </w:rPr>
      </w:pPr>
    </w:p>
    <w:p w14:paraId="6112AD58" w14:textId="77777777" w:rsidR="00802189" w:rsidRDefault="00822814">
      <w:r>
        <w:rPr>
          <w:rFonts w:ascii="Arial" w:hAnsi="Arial"/>
          <w:sz w:val="48"/>
        </w:rPr>
        <w:t>Participant #12 Audio (2)</w:t>
      </w:r>
    </w:p>
    <w:p w14:paraId="2490E25C" w14:textId="0243635C" w:rsidR="00802189" w:rsidRDefault="00822814">
      <w:r>
        <w:rPr>
          <w:rFonts w:ascii="Arial" w:hAnsi="Arial"/>
          <w:color w:val="4F6880"/>
        </w:rPr>
        <w:t xml:space="preserve">Tue, Jan 16, </w:t>
      </w:r>
      <w:r w:rsidR="006A3942">
        <w:rPr>
          <w:rFonts w:ascii="Arial" w:hAnsi="Arial"/>
          <w:color w:val="4F6880"/>
        </w:rPr>
        <w:t>2024,</w:t>
      </w:r>
      <w:r>
        <w:rPr>
          <w:rFonts w:ascii="Arial" w:hAnsi="Arial"/>
          <w:color w:val="4F6880"/>
        </w:rPr>
        <w:t xml:space="preserve"> 7:53PM • 50:45</w:t>
      </w:r>
    </w:p>
    <w:p w14:paraId="6548B1A5" w14:textId="77777777" w:rsidR="00802189" w:rsidRDefault="00822814">
      <w:pPr>
        <w:spacing w:before="440" w:after="0"/>
      </w:pPr>
      <w:r>
        <w:rPr>
          <w:rFonts w:ascii="Arial" w:hAnsi="Arial"/>
          <w:b/>
          <w:color w:val="4F6880"/>
        </w:rPr>
        <w:t>SUMMARY KEYWORDS</w:t>
      </w:r>
    </w:p>
    <w:p w14:paraId="30D3F90F" w14:textId="0B131E48" w:rsidR="00802189" w:rsidRDefault="00822814">
      <w:r>
        <w:rPr>
          <w:rFonts w:ascii="Arial" w:hAnsi="Arial"/>
          <w:color w:val="4F6880"/>
        </w:rPr>
        <w:t xml:space="preserve">jell, rotating, temperature, guess, mix, water, long, minute, sketch, tank, stay, dye, bit, thought, purple, expect, shake, surprising, little bit, </w:t>
      </w:r>
      <w:r w:rsidR="006A3942">
        <w:rPr>
          <w:rFonts w:ascii="Arial" w:hAnsi="Arial"/>
          <w:color w:val="4F6880"/>
        </w:rPr>
        <w:t>middle.</w:t>
      </w:r>
    </w:p>
    <w:p w14:paraId="4F06806D" w14:textId="77777777" w:rsidR="00802189" w:rsidRDefault="00822814">
      <w:pPr>
        <w:spacing w:before="440" w:after="0"/>
      </w:pPr>
      <w:r>
        <w:rPr>
          <w:rFonts w:ascii="Arial" w:hAnsi="Arial"/>
          <w:b/>
          <w:color w:val="4F6880"/>
        </w:rPr>
        <w:t>SPEAKERS</w:t>
      </w:r>
    </w:p>
    <w:p w14:paraId="4779B67B" w14:textId="47D11DBC" w:rsidR="00802189" w:rsidRDefault="00822814">
      <w:r>
        <w:rPr>
          <w:rFonts w:ascii="Arial" w:hAnsi="Arial"/>
          <w:color w:val="4F6880"/>
        </w:rPr>
        <w:t xml:space="preserve">Interviewer </w:t>
      </w:r>
      <w:r w:rsidR="006A3942">
        <w:rPr>
          <w:rFonts w:ascii="Arial" w:hAnsi="Arial"/>
          <w:color w:val="4F6880"/>
        </w:rPr>
        <w:t>P:</w:t>
      </w:r>
      <w:r>
        <w:rPr>
          <w:rFonts w:ascii="Arial" w:hAnsi="Arial"/>
          <w:color w:val="4F6880"/>
        </w:rPr>
        <w:t xml:space="preserve"> Participant #12:</w:t>
      </w:r>
    </w:p>
    <w:p w14:paraId="235A6134" w14:textId="77777777" w:rsidR="00802189" w:rsidRDefault="00802189">
      <w:pPr>
        <w:spacing w:after="0"/>
      </w:pPr>
    </w:p>
    <w:p w14:paraId="5D4FDD88" w14:textId="77777777" w:rsidR="00802189" w:rsidRDefault="00822814">
      <w:pPr>
        <w:spacing w:after="0"/>
      </w:pPr>
      <w:r>
        <w:rPr>
          <w:rFonts w:ascii="Arial" w:hAnsi="Arial"/>
          <w:b/>
        </w:rPr>
        <w:t xml:space="preserve">Interviewer P:  </w:t>
      </w:r>
      <w:r>
        <w:rPr>
          <w:rFonts w:ascii="Arial" w:hAnsi="Arial"/>
          <w:color w:val="5D7284"/>
        </w:rPr>
        <w:t>00:01</w:t>
      </w:r>
    </w:p>
    <w:p w14:paraId="5BF29BD9" w14:textId="77777777" w:rsidR="00802189" w:rsidRDefault="00822814">
      <w:pPr>
        <w:spacing w:after="0"/>
      </w:pPr>
      <w:r>
        <w:rPr>
          <w:rFonts w:ascii="Arial" w:hAnsi="Arial"/>
        </w:rPr>
        <w:t>Alright, so this is participant number 12. All right, so here's what we're doing I have two pitchers of water and they're different temperatures you can feel besides to verify that pretty warm and pretty cold. So red is warm, and blue is cold, and I have this tank. And in a minute, what I'm gonna do is pour the red water in the side and the blue water on this side and they'll be separated by this dividing wall. But when I pull the dividing wall out, then they will have the opportunity to combine and we're g</w:t>
      </w:r>
      <w:r>
        <w:rPr>
          <w:rFonts w:ascii="Arial" w:hAnsi="Arial"/>
        </w:rPr>
        <w:t xml:space="preserve">onna let it sit for a minute. So, I have a timer. So, what I'm going to ask you to do is to predict what you think the water in this tank will look like after a minute. And in order to get your prediction, when I'm going to ask you to do is a sketch. So, we have all different colored pencils here and rectangular tank on the sketch, freshwater and warm water dyed red and cold water is dyed blue. Could you please sketch what you think it will look like a minute after I take the dividing ball out? </w:t>
      </w:r>
    </w:p>
    <w:p w14:paraId="0551ADD3" w14:textId="77777777" w:rsidR="00802189" w:rsidRDefault="00802189">
      <w:pPr>
        <w:spacing w:after="0"/>
      </w:pPr>
    </w:p>
    <w:p w14:paraId="298630E6" w14:textId="77777777" w:rsidR="00802189" w:rsidRDefault="00822814">
      <w:pPr>
        <w:spacing w:after="0"/>
      </w:pPr>
      <w:r>
        <w:rPr>
          <w:rFonts w:ascii="Arial" w:hAnsi="Arial"/>
          <w:b/>
        </w:rPr>
        <w:t xml:space="preserve">Participant #12:  </w:t>
      </w:r>
      <w:r>
        <w:rPr>
          <w:rFonts w:ascii="Arial" w:hAnsi="Arial"/>
          <w:color w:val="5D7284"/>
        </w:rPr>
        <w:t>01:17</w:t>
      </w:r>
    </w:p>
    <w:p w14:paraId="1C0EB8B4" w14:textId="77777777" w:rsidR="00802189" w:rsidRDefault="00822814">
      <w:pPr>
        <w:spacing w:after="0"/>
      </w:pPr>
      <w:r>
        <w:rPr>
          <w:rFonts w:ascii="Arial" w:hAnsi="Arial"/>
        </w:rPr>
        <w:t>What temperatures are they?</w:t>
      </w:r>
    </w:p>
    <w:p w14:paraId="7BD0A05D" w14:textId="77777777" w:rsidR="00802189" w:rsidRDefault="00802189">
      <w:pPr>
        <w:spacing w:after="0"/>
      </w:pPr>
    </w:p>
    <w:p w14:paraId="0DA4FADC" w14:textId="77777777" w:rsidR="00802189" w:rsidRDefault="00822814">
      <w:pPr>
        <w:spacing w:after="0"/>
      </w:pPr>
      <w:r>
        <w:rPr>
          <w:rFonts w:ascii="Arial" w:hAnsi="Arial"/>
          <w:b/>
        </w:rPr>
        <w:t xml:space="preserve">Interviewer P:  </w:t>
      </w:r>
      <w:r>
        <w:rPr>
          <w:rFonts w:ascii="Arial" w:hAnsi="Arial"/>
          <w:color w:val="5D7284"/>
        </w:rPr>
        <w:t>01:19</w:t>
      </w:r>
    </w:p>
    <w:p w14:paraId="0D389321" w14:textId="4320EE11" w:rsidR="00802189" w:rsidRDefault="00822814">
      <w:pPr>
        <w:spacing w:after="0"/>
      </w:pPr>
      <w:r>
        <w:rPr>
          <w:rFonts w:ascii="Arial" w:hAnsi="Arial"/>
        </w:rPr>
        <w:t xml:space="preserve">I </w:t>
      </w:r>
      <w:r w:rsidR="006A3942">
        <w:rPr>
          <w:rFonts w:ascii="Arial" w:hAnsi="Arial"/>
        </w:rPr>
        <w:t>do not have</w:t>
      </w:r>
      <w:r>
        <w:rPr>
          <w:rFonts w:ascii="Arial" w:hAnsi="Arial"/>
        </w:rPr>
        <w:t xml:space="preserve"> a thermometer to measure them. So, they are the temperatures that you feel. Okay, can you tell me about it.</w:t>
      </w:r>
    </w:p>
    <w:p w14:paraId="4E711E39" w14:textId="77777777" w:rsidR="00802189" w:rsidRDefault="00802189">
      <w:pPr>
        <w:spacing w:after="0"/>
      </w:pPr>
    </w:p>
    <w:p w14:paraId="64A14440" w14:textId="77777777" w:rsidR="00802189" w:rsidRDefault="00822814">
      <w:pPr>
        <w:spacing w:after="0"/>
      </w:pPr>
      <w:r>
        <w:rPr>
          <w:rFonts w:ascii="Arial" w:hAnsi="Arial"/>
          <w:b/>
        </w:rPr>
        <w:t xml:space="preserve">Participant #12:  </w:t>
      </w:r>
      <w:r>
        <w:rPr>
          <w:rFonts w:ascii="Arial" w:hAnsi="Arial"/>
          <w:color w:val="5D7284"/>
        </w:rPr>
        <w:t>02:40</w:t>
      </w:r>
    </w:p>
    <w:p w14:paraId="19C43966" w14:textId="2D54FF64" w:rsidR="00802189" w:rsidRDefault="00822814">
      <w:pPr>
        <w:spacing w:after="0"/>
      </w:pPr>
      <w:r>
        <w:rPr>
          <w:rFonts w:ascii="Arial" w:hAnsi="Arial"/>
        </w:rPr>
        <w:t>So clearly, I know that some point, they're gonna have to hit a type of equilibrium in terms of temperature. A minute for me seems like a long time, not a long time. But when I'm in a plank position, it's a long time.</w:t>
      </w:r>
    </w:p>
    <w:p w14:paraId="17DAB1FC" w14:textId="77777777" w:rsidR="00802189" w:rsidRDefault="00802189">
      <w:pPr>
        <w:spacing w:after="0"/>
      </w:pPr>
    </w:p>
    <w:p w14:paraId="3BEABF4D" w14:textId="77777777" w:rsidR="00802189" w:rsidRDefault="00822814">
      <w:pPr>
        <w:spacing w:after="0"/>
      </w:pPr>
      <w:r>
        <w:rPr>
          <w:rFonts w:ascii="Arial" w:hAnsi="Arial"/>
          <w:b/>
        </w:rPr>
        <w:t xml:space="preserve">Interviewer P:  </w:t>
      </w:r>
      <w:r>
        <w:rPr>
          <w:rFonts w:ascii="Arial" w:hAnsi="Arial"/>
          <w:color w:val="5D7284"/>
        </w:rPr>
        <w:t>02:52</w:t>
      </w:r>
    </w:p>
    <w:p w14:paraId="37B9D400" w14:textId="77777777" w:rsidR="00802189" w:rsidRDefault="00822814">
      <w:pPr>
        <w:spacing w:after="0"/>
      </w:pPr>
      <w:r>
        <w:rPr>
          <w:rFonts w:ascii="Arial" w:hAnsi="Arial"/>
        </w:rPr>
        <w:t>Yeah totally.</w:t>
      </w:r>
    </w:p>
    <w:p w14:paraId="6F06D478" w14:textId="77777777" w:rsidR="00802189" w:rsidRDefault="00802189">
      <w:pPr>
        <w:spacing w:after="0"/>
      </w:pPr>
    </w:p>
    <w:p w14:paraId="741202F1" w14:textId="77777777" w:rsidR="00802189" w:rsidRDefault="00822814">
      <w:pPr>
        <w:spacing w:after="0"/>
      </w:pPr>
      <w:r>
        <w:rPr>
          <w:rFonts w:ascii="Arial" w:hAnsi="Arial"/>
          <w:b/>
        </w:rPr>
        <w:t xml:space="preserve">Participant #12:  </w:t>
      </w:r>
      <w:r>
        <w:rPr>
          <w:rFonts w:ascii="Arial" w:hAnsi="Arial"/>
          <w:color w:val="5D7284"/>
        </w:rPr>
        <w:t>02:53</w:t>
      </w:r>
    </w:p>
    <w:p w14:paraId="7207C16C" w14:textId="780BAAAA" w:rsidR="00802189" w:rsidRDefault="006A3942">
      <w:pPr>
        <w:spacing w:after="0"/>
      </w:pPr>
      <w:r>
        <w:rPr>
          <w:rFonts w:ascii="Arial" w:hAnsi="Arial"/>
        </w:rPr>
        <w:lastRenderedPageBreak/>
        <w:t xml:space="preserve">So, if you're not doing something strenuous it’s not as long. I do think there'll be because of the temperature is slight discoloration on the outsides of them. But when they mix, basically, when they come to the same temperature, I think they'll be purple. </w:t>
      </w:r>
    </w:p>
    <w:p w14:paraId="2E943F67" w14:textId="77777777" w:rsidR="00802189" w:rsidRDefault="00802189">
      <w:pPr>
        <w:spacing w:after="0"/>
      </w:pPr>
    </w:p>
    <w:p w14:paraId="08510CF1" w14:textId="77777777" w:rsidR="00802189" w:rsidRDefault="00822814">
      <w:pPr>
        <w:spacing w:after="0"/>
      </w:pPr>
      <w:r>
        <w:rPr>
          <w:rFonts w:ascii="Arial" w:hAnsi="Arial"/>
          <w:b/>
        </w:rPr>
        <w:t xml:space="preserve">Interviewer P:  </w:t>
      </w:r>
      <w:r>
        <w:rPr>
          <w:rFonts w:ascii="Arial" w:hAnsi="Arial"/>
          <w:color w:val="5D7284"/>
        </w:rPr>
        <w:t>03:07</w:t>
      </w:r>
    </w:p>
    <w:p w14:paraId="286A27B5" w14:textId="77777777" w:rsidR="00802189" w:rsidRDefault="00822814">
      <w:pPr>
        <w:spacing w:after="0"/>
      </w:pPr>
      <w:r>
        <w:rPr>
          <w:rFonts w:ascii="Arial" w:hAnsi="Arial"/>
        </w:rPr>
        <w:t xml:space="preserve">Okay. And when they when they pull this out, and they begin to mix. How do you think that the two will move? </w:t>
      </w:r>
    </w:p>
    <w:p w14:paraId="0B822067" w14:textId="77777777" w:rsidR="00802189" w:rsidRDefault="00802189">
      <w:pPr>
        <w:spacing w:after="0"/>
      </w:pPr>
    </w:p>
    <w:p w14:paraId="1A21B423" w14:textId="77777777" w:rsidR="00802189" w:rsidRDefault="00822814">
      <w:pPr>
        <w:spacing w:after="0"/>
      </w:pPr>
      <w:r>
        <w:rPr>
          <w:rFonts w:ascii="Arial" w:hAnsi="Arial"/>
          <w:b/>
        </w:rPr>
        <w:t xml:space="preserve">Participant #12:  </w:t>
      </w:r>
      <w:r>
        <w:rPr>
          <w:rFonts w:ascii="Arial" w:hAnsi="Arial"/>
          <w:color w:val="5D7284"/>
        </w:rPr>
        <w:t>03:16</w:t>
      </w:r>
    </w:p>
    <w:p w14:paraId="1A085658" w14:textId="77777777" w:rsidR="00802189" w:rsidRDefault="00822814">
      <w:pPr>
        <w:spacing w:after="0"/>
      </w:pPr>
      <w:r>
        <w:rPr>
          <w:rFonts w:ascii="Arial" w:hAnsi="Arial"/>
        </w:rPr>
        <w:t xml:space="preserve">I think the hot might go underneath the cold, like I think they just want to go like this. </w:t>
      </w:r>
    </w:p>
    <w:p w14:paraId="4CE52737" w14:textId="77777777" w:rsidR="00802189" w:rsidRDefault="00802189">
      <w:pPr>
        <w:spacing w:after="0"/>
      </w:pPr>
    </w:p>
    <w:p w14:paraId="0E1E3A22" w14:textId="77777777" w:rsidR="00802189" w:rsidRDefault="00822814">
      <w:pPr>
        <w:spacing w:after="0"/>
      </w:pPr>
      <w:r>
        <w:rPr>
          <w:rFonts w:ascii="Arial" w:hAnsi="Arial"/>
          <w:b/>
        </w:rPr>
        <w:t xml:space="preserve">Interviewer P:  </w:t>
      </w:r>
      <w:r>
        <w:rPr>
          <w:rFonts w:ascii="Arial" w:hAnsi="Arial"/>
          <w:color w:val="5D7284"/>
        </w:rPr>
        <w:t>03:21</w:t>
      </w:r>
    </w:p>
    <w:p w14:paraId="38A8D2F7" w14:textId="77777777" w:rsidR="00802189" w:rsidRDefault="00822814">
      <w:pPr>
        <w:spacing w:after="0"/>
      </w:pPr>
      <w:r>
        <w:rPr>
          <w:rFonts w:ascii="Arial" w:hAnsi="Arial"/>
        </w:rPr>
        <w:t>Okay.</w:t>
      </w:r>
    </w:p>
    <w:p w14:paraId="3FB21271" w14:textId="77777777" w:rsidR="00802189" w:rsidRDefault="00802189">
      <w:pPr>
        <w:spacing w:after="0"/>
      </w:pPr>
    </w:p>
    <w:p w14:paraId="2D7A422F" w14:textId="77777777" w:rsidR="00802189" w:rsidRDefault="00822814">
      <w:pPr>
        <w:spacing w:after="0"/>
      </w:pPr>
      <w:r>
        <w:rPr>
          <w:rFonts w:ascii="Arial" w:hAnsi="Arial"/>
          <w:b/>
        </w:rPr>
        <w:t xml:space="preserve">Participant #12:  </w:t>
      </w:r>
      <w:r>
        <w:rPr>
          <w:rFonts w:ascii="Arial" w:hAnsi="Arial"/>
          <w:color w:val="5D7284"/>
        </w:rPr>
        <w:t>03:22</w:t>
      </w:r>
    </w:p>
    <w:p w14:paraId="4649C357" w14:textId="77777777" w:rsidR="00802189" w:rsidRDefault="00822814">
      <w:pPr>
        <w:spacing w:after="0"/>
      </w:pPr>
      <w:r>
        <w:rPr>
          <w:rFonts w:ascii="Arial" w:hAnsi="Arial"/>
        </w:rPr>
        <w:t xml:space="preserve">And then end up just being in the </w:t>
      </w:r>
      <w:r>
        <w:rPr>
          <w:rFonts w:ascii="Arial" w:hAnsi="Arial"/>
        </w:rPr>
        <w:t>middle. So basically like.</w:t>
      </w:r>
    </w:p>
    <w:p w14:paraId="16D7B846" w14:textId="77777777" w:rsidR="00802189" w:rsidRDefault="00802189">
      <w:pPr>
        <w:spacing w:after="0"/>
      </w:pPr>
    </w:p>
    <w:p w14:paraId="6CC51CD5" w14:textId="77777777" w:rsidR="00802189" w:rsidRDefault="00822814">
      <w:pPr>
        <w:spacing w:after="0"/>
      </w:pPr>
      <w:r>
        <w:rPr>
          <w:rFonts w:ascii="Arial" w:hAnsi="Arial"/>
          <w:b/>
        </w:rPr>
        <w:t xml:space="preserve">Interviewer P:  </w:t>
      </w:r>
      <w:r>
        <w:rPr>
          <w:rFonts w:ascii="Arial" w:hAnsi="Arial"/>
          <w:color w:val="5D7284"/>
        </w:rPr>
        <w:t>03:27</w:t>
      </w:r>
    </w:p>
    <w:p w14:paraId="60F01B8D" w14:textId="02B99E72" w:rsidR="00802189" w:rsidRDefault="00822814">
      <w:pPr>
        <w:spacing w:after="0"/>
      </w:pPr>
      <w:r>
        <w:rPr>
          <w:rFonts w:ascii="Arial" w:hAnsi="Arial"/>
        </w:rPr>
        <w:t xml:space="preserve">Okay, cool. All right. </w:t>
      </w:r>
      <w:r w:rsidR="006A3942">
        <w:rPr>
          <w:rFonts w:ascii="Arial" w:hAnsi="Arial"/>
        </w:rPr>
        <w:t>So,</w:t>
      </w:r>
      <w:r>
        <w:rPr>
          <w:rFonts w:ascii="Arial" w:hAnsi="Arial"/>
        </w:rPr>
        <w:t xml:space="preserve"> I have the </w:t>
      </w:r>
      <w:r w:rsidR="006A3942">
        <w:rPr>
          <w:rFonts w:ascii="Arial" w:hAnsi="Arial"/>
        </w:rPr>
        <w:t>same-colored</w:t>
      </w:r>
      <w:r>
        <w:rPr>
          <w:rFonts w:ascii="Arial" w:hAnsi="Arial"/>
        </w:rPr>
        <w:t xml:space="preserve"> water these are bigger pitchers, but red and blue again. And these are the same temperature now you can feel them to verify that so we're going to do the same thing predict if they're the same temperature. What do you think that they would look like after a minute? And </w:t>
      </w:r>
      <w:r w:rsidR="006A3942">
        <w:rPr>
          <w:rFonts w:ascii="Arial" w:hAnsi="Arial"/>
        </w:rPr>
        <w:t>so,</w:t>
      </w:r>
      <w:r>
        <w:rPr>
          <w:rFonts w:ascii="Arial" w:hAnsi="Arial"/>
        </w:rPr>
        <w:t xml:space="preserve"> I have a new rectangle with same temperature at the top. And yeah, so what do you think well, that will look like after a minute? All right. </w:t>
      </w:r>
      <w:r w:rsidR="006A3942">
        <w:rPr>
          <w:rFonts w:ascii="Arial" w:hAnsi="Arial"/>
        </w:rPr>
        <w:t>So,</w:t>
      </w:r>
      <w:r>
        <w:rPr>
          <w:rFonts w:ascii="Arial" w:hAnsi="Arial"/>
        </w:rPr>
        <w:t xml:space="preserve"> tell me about that one. </w:t>
      </w:r>
    </w:p>
    <w:p w14:paraId="765DD9F2" w14:textId="77777777" w:rsidR="00802189" w:rsidRDefault="00802189">
      <w:pPr>
        <w:spacing w:after="0"/>
      </w:pPr>
    </w:p>
    <w:p w14:paraId="097EFE12" w14:textId="77777777" w:rsidR="00802189" w:rsidRDefault="00822814">
      <w:pPr>
        <w:spacing w:after="0"/>
      </w:pPr>
      <w:r>
        <w:rPr>
          <w:rFonts w:ascii="Arial" w:hAnsi="Arial"/>
          <w:b/>
        </w:rPr>
        <w:t xml:space="preserve">Participant #12:  </w:t>
      </w:r>
      <w:r>
        <w:rPr>
          <w:rFonts w:ascii="Arial" w:hAnsi="Arial"/>
          <w:color w:val="5D7284"/>
        </w:rPr>
        <w:t>04:28</w:t>
      </w:r>
    </w:p>
    <w:p w14:paraId="67E5B441" w14:textId="1437CAED" w:rsidR="00802189" w:rsidRDefault="00822814">
      <w:pPr>
        <w:spacing w:after="0"/>
      </w:pPr>
      <w:r>
        <w:rPr>
          <w:rFonts w:ascii="Arial" w:hAnsi="Arial"/>
        </w:rPr>
        <w:t xml:space="preserve">Well, because of temperature in my head, I think that they'll mix evenly my like when I make my coffee </w:t>
      </w:r>
      <w:r w:rsidR="006A3942">
        <w:rPr>
          <w:rFonts w:ascii="Arial" w:hAnsi="Arial"/>
        </w:rPr>
        <w:t>so,</w:t>
      </w:r>
      <w:r>
        <w:rPr>
          <w:rFonts w:ascii="Arial" w:hAnsi="Arial"/>
        </w:rPr>
        <w:t xml:space="preserve"> I think that they'll mix evenly. </w:t>
      </w:r>
    </w:p>
    <w:p w14:paraId="724118E5" w14:textId="77777777" w:rsidR="00802189" w:rsidRDefault="00802189">
      <w:pPr>
        <w:spacing w:after="0"/>
      </w:pPr>
    </w:p>
    <w:p w14:paraId="46650FFD" w14:textId="77777777" w:rsidR="00802189" w:rsidRDefault="00822814">
      <w:pPr>
        <w:spacing w:after="0"/>
      </w:pPr>
      <w:r>
        <w:rPr>
          <w:rFonts w:ascii="Arial" w:hAnsi="Arial"/>
          <w:b/>
        </w:rPr>
        <w:t xml:space="preserve">Interviewer P:  </w:t>
      </w:r>
      <w:r>
        <w:rPr>
          <w:rFonts w:ascii="Arial" w:hAnsi="Arial"/>
          <w:color w:val="5D7284"/>
        </w:rPr>
        <w:t>04:36</w:t>
      </w:r>
    </w:p>
    <w:p w14:paraId="2E232E0F" w14:textId="77777777" w:rsidR="00802189" w:rsidRDefault="00822814">
      <w:pPr>
        <w:spacing w:after="0"/>
      </w:pPr>
      <w:r>
        <w:rPr>
          <w:rFonts w:ascii="Arial" w:hAnsi="Arial"/>
        </w:rPr>
        <w:t xml:space="preserve">And so is this a saw what I see is on purple with some red and blue streaks kinda still remaining. </w:t>
      </w:r>
    </w:p>
    <w:p w14:paraId="16AAC46D" w14:textId="77777777" w:rsidR="00802189" w:rsidRDefault="00802189">
      <w:pPr>
        <w:spacing w:after="0"/>
      </w:pPr>
    </w:p>
    <w:p w14:paraId="303E4E4F" w14:textId="77777777" w:rsidR="00802189" w:rsidRDefault="00822814">
      <w:pPr>
        <w:spacing w:after="0"/>
      </w:pPr>
      <w:r>
        <w:rPr>
          <w:rFonts w:ascii="Arial" w:hAnsi="Arial"/>
          <w:b/>
        </w:rPr>
        <w:t xml:space="preserve">Participant #12:  </w:t>
      </w:r>
      <w:r>
        <w:rPr>
          <w:rFonts w:ascii="Arial" w:hAnsi="Arial"/>
          <w:color w:val="5D7284"/>
        </w:rPr>
        <w:t>04:46</w:t>
      </w:r>
    </w:p>
    <w:p w14:paraId="614EF5D4" w14:textId="77777777" w:rsidR="00802189" w:rsidRDefault="00822814">
      <w:pPr>
        <w:spacing w:after="0"/>
      </w:pPr>
      <w:r>
        <w:rPr>
          <w:rFonts w:ascii="Arial" w:hAnsi="Arial"/>
        </w:rPr>
        <w:t>Well just because of, if there is no kind of mixing. I don't know I feel like in my eyes I'll see. Like little strands like I don't know. Like, I think after a minute, I'll still see them mixing together depending on, how they move.</w:t>
      </w:r>
    </w:p>
    <w:p w14:paraId="2D39AAA5" w14:textId="77777777" w:rsidR="00802189" w:rsidRDefault="00802189">
      <w:pPr>
        <w:spacing w:after="0"/>
      </w:pPr>
    </w:p>
    <w:p w14:paraId="1854539C" w14:textId="77777777" w:rsidR="00802189" w:rsidRDefault="00822814">
      <w:pPr>
        <w:spacing w:after="0"/>
      </w:pPr>
      <w:r>
        <w:rPr>
          <w:rFonts w:ascii="Arial" w:hAnsi="Arial"/>
          <w:b/>
        </w:rPr>
        <w:t xml:space="preserve">Interviewer P:  </w:t>
      </w:r>
      <w:r>
        <w:rPr>
          <w:rFonts w:ascii="Arial" w:hAnsi="Arial"/>
          <w:color w:val="5D7284"/>
        </w:rPr>
        <w:t>05:03</w:t>
      </w:r>
    </w:p>
    <w:p w14:paraId="76184F13" w14:textId="77777777" w:rsidR="00802189" w:rsidRDefault="00822814">
      <w:pPr>
        <w:spacing w:after="0"/>
      </w:pPr>
      <w:r>
        <w:rPr>
          <w:rFonts w:ascii="Arial" w:hAnsi="Arial"/>
        </w:rPr>
        <w:t>But pretty much all purple. And how do you think that they'll combine when I removed the divide? Or how do you think the two water bodies will move?</w:t>
      </w:r>
    </w:p>
    <w:p w14:paraId="1D9E9014" w14:textId="77777777" w:rsidR="00802189" w:rsidRDefault="00802189">
      <w:pPr>
        <w:spacing w:after="0"/>
      </w:pPr>
    </w:p>
    <w:p w14:paraId="670A12A0" w14:textId="77777777" w:rsidR="00802189" w:rsidRDefault="00822814">
      <w:pPr>
        <w:spacing w:after="0"/>
      </w:pPr>
      <w:r>
        <w:rPr>
          <w:rFonts w:ascii="Arial" w:hAnsi="Arial"/>
          <w:b/>
        </w:rPr>
        <w:t xml:space="preserve">Participant #12:  </w:t>
      </w:r>
      <w:r>
        <w:rPr>
          <w:rFonts w:ascii="Arial" w:hAnsi="Arial"/>
          <w:color w:val="5D7284"/>
        </w:rPr>
        <w:t>05:15</w:t>
      </w:r>
    </w:p>
    <w:p w14:paraId="08796948" w14:textId="14F15D6F" w:rsidR="00802189" w:rsidRDefault="006A3942">
      <w:pPr>
        <w:spacing w:after="0"/>
      </w:pPr>
      <w:r>
        <w:rPr>
          <w:rFonts w:ascii="Arial" w:hAnsi="Arial"/>
        </w:rPr>
        <w:t>Well, I honestly, I feel like they won’t move as much, until the divider is fully moved. I'm not sure I don't think I'll see any movement. I think I'll just see them blend.</w:t>
      </w:r>
    </w:p>
    <w:p w14:paraId="34C8AAE0" w14:textId="77777777" w:rsidR="00802189" w:rsidRDefault="00802189">
      <w:pPr>
        <w:spacing w:after="0"/>
      </w:pPr>
    </w:p>
    <w:p w14:paraId="1150244D" w14:textId="77777777" w:rsidR="00802189" w:rsidRDefault="00822814">
      <w:pPr>
        <w:spacing w:after="0"/>
      </w:pPr>
      <w:r>
        <w:rPr>
          <w:rFonts w:ascii="Arial" w:hAnsi="Arial"/>
          <w:b/>
        </w:rPr>
        <w:lastRenderedPageBreak/>
        <w:t xml:space="preserve">Interviewer P:  </w:t>
      </w:r>
      <w:r>
        <w:rPr>
          <w:rFonts w:ascii="Arial" w:hAnsi="Arial"/>
          <w:color w:val="5D7284"/>
        </w:rPr>
        <w:t>05:27</w:t>
      </w:r>
    </w:p>
    <w:p w14:paraId="4A8D580B" w14:textId="77777777" w:rsidR="00802189" w:rsidRDefault="00822814">
      <w:pPr>
        <w:spacing w:after="0"/>
      </w:pPr>
      <w:r>
        <w:rPr>
          <w:rFonts w:ascii="Arial" w:hAnsi="Arial"/>
        </w:rPr>
        <w:t xml:space="preserve">Kind of spreading more than a moving. </w:t>
      </w:r>
    </w:p>
    <w:p w14:paraId="2B776F12" w14:textId="77777777" w:rsidR="00802189" w:rsidRDefault="00802189">
      <w:pPr>
        <w:spacing w:after="0"/>
      </w:pPr>
    </w:p>
    <w:p w14:paraId="1FECCD8C" w14:textId="77777777" w:rsidR="00802189" w:rsidRDefault="00822814">
      <w:pPr>
        <w:spacing w:after="0"/>
      </w:pPr>
      <w:r>
        <w:rPr>
          <w:rFonts w:ascii="Arial" w:hAnsi="Arial"/>
          <w:b/>
        </w:rPr>
        <w:t xml:space="preserve">Participant #12:  </w:t>
      </w:r>
      <w:r>
        <w:rPr>
          <w:rFonts w:ascii="Arial" w:hAnsi="Arial"/>
          <w:color w:val="5D7284"/>
        </w:rPr>
        <w:t>05:29</w:t>
      </w:r>
    </w:p>
    <w:p w14:paraId="5A963CB0" w14:textId="77777777" w:rsidR="00802189" w:rsidRDefault="00822814">
      <w:pPr>
        <w:spacing w:after="0"/>
      </w:pPr>
      <w:r>
        <w:rPr>
          <w:rFonts w:ascii="Arial" w:hAnsi="Arial"/>
        </w:rPr>
        <w:t xml:space="preserve">Yeah. </w:t>
      </w:r>
    </w:p>
    <w:p w14:paraId="50A31B0E" w14:textId="77777777" w:rsidR="00802189" w:rsidRDefault="00802189">
      <w:pPr>
        <w:spacing w:after="0"/>
      </w:pPr>
    </w:p>
    <w:p w14:paraId="1C51D03D" w14:textId="77777777" w:rsidR="00802189" w:rsidRDefault="00822814">
      <w:pPr>
        <w:spacing w:after="0"/>
      </w:pPr>
      <w:r>
        <w:rPr>
          <w:rFonts w:ascii="Arial" w:hAnsi="Arial"/>
          <w:b/>
        </w:rPr>
        <w:t xml:space="preserve">Interviewer P:  </w:t>
      </w:r>
      <w:r>
        <w:rPr>
          <w:rFonts w:ascii="Arial" w:hAnsi="Arial"/>
          <w:color w:val="5D7284"/>
        </w:rPr>
        <w:t>05:30</w:t>
      </w:r>
    </w:p>
    <w:p w14:paraId="09AE7A12" w14:textId="77777777" w:rsidR="00802189" w:rsidRDefault="00822814">
      <w:pPr>
        <w:spacing w:after="0"/>
      </w:pPr>
      <w:r>
        <w:rPr>
          <w:rFonts w:ascii="Arial" w:hAnsi="Arial"/>
        </w:rPr>
        <w:t>Interesting. All right, one more time, I now have green and yellow. And they are the same temperature you can feel. Green is salty, and yellow is fresh. So, same temperature green is salty, and yellow is fresh. So, one more prediction on what you think these will look like after I move the dividing wall.</w:t>
      </w:r>
    </w:p>
    <w:p w14:paraId="058DCA14" w14:textId="77777777" w:rsidR="00802189" w:rsidRDefault="00802189">
      <w:pPr>
        <w:spacing w:after="0"/>
      </w:pPr>
    </w:p>
    <w:p w14:paraId="2B8E03F6" w14:textId="77777777" w:rsidR="00802189" w:rsidRDefault="00822814">
      <w:pPr>
        <w:spacing w:after="0"/>
      </w:pPr>
      <w:r>
        <w:rPr>
          <w:rFonts w:ascii="Arial" w:hAnsi="Arial"/>
          <w:b/>
        </w:rPr>
        <w:t xml:space="preserve">Participant #12:  </w:t>
      </w:r>
      <w:r>
        <w:rPr>
          <w:rFonts w:ascii="Arial" w:hAnsi="Arial"/>
          <w:color w:val="5D7284"/>
        </w:rPr>
        <w:t>06:00</w:t>
      </w:r>
    </w:p>
    <w:p w14:paraId="023AABAB" w14:textId="77777777" w:rsidR="00802189" w:rsidRDefault="00822814">
      <w:pPr>
        <w:spacing w:after="0"/>
      </w:pPr>
      <w:r>
        <w:rPr>
          <w:rFonts w:ascii="Arial" w:hAnsi="Arial"/>
        </w:rPr>
        <w:t>You said green is salty?</w:t>
      </w:r>
    </w:p>
    <w:p w14:paraId="1FD8748C" w14:textId="77777777" w:rsidR="00802189" w:rsidRDefault="00802189">
      <w:pPr>
        <w:spacing w:after="0"/>
      </w:pPr>
    </w:p>
    <w:p w14:paraId="4DFBE5E5" w14:textId="77777777" w:rsidR="00802189" w:rsidRDefault="00822814">
      <w:pPr>
        <w:spacing w:after="0"/>
      </w:pPr>
      <w:r>
        <w:rPr>
          <w:rFonts w:ascii="Arial" w:hAnsi="Arial"/>
          <w:b/>
        </w:rPr>
        <w:t xml:space="preserve">Interviewer P:  </w:t>
      </w:r>
      <w:r>
        <w:rPr>
          <w:rFonts w:ascii="Arial" w:hAnsi="Arial"/>
          <w:color w:val="5D7284"/>
        </w:rPr>
        <w:t>06:01</w:t>
      </w:r>
    </w:p>
    <w:p w14:paraId="53AF5429" w14:textId="77777777" w:rsidR="00802189" w:rsidRDefault="00822814">
      <w:pPr>
        <w:spacing w:after="0"/>
      </w:pPr>
      <w:r>
        <w:rPr>
          <w:rFonts w:ascii="Arial" w:hAnsi="Arial"/>
        </w:rPr>
        <w:t>Yeah, green is salty and yellow is fresh.</w:t>
      </w:r>
    </w:p>
    <w:p w14:paraId="083C9E29" w14:textId="77777777" w:rsidR="00802189" w:rsidRDefault="00802189">
      <w:pPr>
        <w:spacing w:after="0"/>
      </w:pPr>
    </w:p>
    <w:p w14:paraId="188C48A3" w14:textId="77777777" w:rsidR="00802189" w:rsidRDefault="00822814">
      <w:pPr>
        <w:spacing w:after="0"/>
      </w:pPr>
      <w:r>
        <w:rPr>
          <w:rFonts w:ascii="Arial" w:hAnsi="Arial"/>
          <w:b/>
        </w:rPr>
        <w:t xml:space="preserve">Participant #12:  </w:t>
      </w:r>
      <w:r>
        <w:rPr>
          <w:rFonts w:ascii="Arial" w:hAnsi="Arial"/>
          <w:color w:val="5D7284"/>
        </w:rPr>
        <w:t>06:23</w:t>
      </w:r>
    </w:p>
    <w:p w14:paraId="58CB6277" w14:textId="77777777" w:rsidR="00802189" w:rsidRDefault="00822814">
      <w:pPr>
        <w:spacing w:after="0"/>
      </w:pPr>
      <w:r>
        <w:rPr>
          <w:rFonts w:ascii="Arial" w:hAnsi="Arial"/>
        </w:rPr>
        <w:t xml:space="preserve">Going out on a limb here. </w:t>
      </w:r>
    </w:p>
    <w:p w14:paraId="0D8D537D" w14:textId="77777777" w:rsidR="00802189" w:rsidRDefault="00802189">
      <w:pPr>
        <w:spacing w:after="0"/>
      </w:pPr>
    </w:p>
    <w:p w14:paraId="01C8973D" w14:textId="77777777" w:rsidR="00802189" w:rsidRDefault="00822814">
      <w:pPr>
        <w:spacing w:after="0"/>
      </w:pPr>
      <w:r>
        <w:rPr>
          <w:rFonts w:ascii="Arial" w:hAnsi="Arial"/>
          <w:b/>
        </w:rPr>
        <w:t xml:space="preserve">Interviewer P:  </w:t>
      </w:r>
      <w:r>
        <w:rPr>
          <w:rFonts w:ascii="Arial" w:hAnsi="Arial"/>
          <w:color w:val="5D7284"/>
        </w:rPr>
        <w:t>06:25</w:t>
      </w:r>
    </w:p>
    <w:p w14:paraId="075EB4D0" w14:textId="77777777" w:rsidR="00802189" w:rsidRDefault="00822814">
      <w:pPr>
        <w:spacing w:after="0"/>
      </w:pPr>
      <w:r>
        <w:rPr>
          <w:rFonts w:ascii="Arial" w:hAnsi="Arial"/>
        </w:rPr>
        <w:t>That's okay.</w:t>
      </w:r>
    </w:p>
    <w:p w14:paraId="574B4523" w14:textId="77777777" w:rsidR="00802189" w:rsidRDefault="00802189">
      <w:pPr>
        <w:spacing w:after="0"/>
      </w:pPr>
    </w:p>
    <w:p w14:paraId="7DA83BAC" w14:textId="77777777" w:rsidR="00802189" w:rsidRDefault="00822814">
      <w:pPr>
        <w:spacing w:after="0"/>
      </w:pPr>
      <w:r>
        <w:rPr>
          <w:rFonts w:ascii="Arial" w:hAnsi="Arial"/>
          <w:b/>
        </w:rPr>
        <w:t xml:space="preserve">Participant #12:  </w:t>
      </w:r>
      <w:r>
        <w:rPr>
          <w:rFonts w:ascii="Arial" w:hAnsi="Arial"/>
          <w:color w:val="5D7284"/>
        </w:rPr>
        <w:t>06:27</w:t>
      </w:r>
    </w:p>
    <w:p w14:paraId="3A0642F3" w14:textId="77777777" w:rsidR="00802189" w:rsidRDefault="00822814">
      <w:pPr>
        <w:spacing w:after="0"/>
      </w:pPr>
      <w:r>
        <w:rPr>
          <w:rFonts w:ascii="Arial" w:hAnsi="Arial"/>
        </w:rPr>
        <w:t xml:space="preserve">Like this. </w:t>
      </w:r>
    </w:p>
    <w:p w14:paraId="1D433BB9" w14:textId="77777777" w:rsidR="00802189" w:rsidRDefault="00802189">
      <w:pPr>
        <w:spacing w:after="0"/>
      </w:pPr>
    </w:p>
    <w:p w14:paraId="3756DAB6" w14:textId="77777777" w:rsidR="00802189" w:rsidRDefault="00822814">
      <w:pPr>
        <w:spacing w:after="0"/>
      </w:pPr>
      <w:r>
        <w:rPr>
          <w:rFonts w:ascii="Arial" w:hAnsi="Arial"/>
          <w:b/>
        </w:rPr>
        <w:t xml:space="preserve">Interviewer P:  </w:t>
      </w:r>
      <w:r>
        <w:rPr>
          <w:rFonts w:ascii="Arial" w:hAnsi="Arial"/>
          <w:color w:val="5D7284"/>
        </w:rPr>
        <w:t>06:28</w:t>
      </w:r>
    </w:p>
    <w:p w14:paraId="1A113BEE" w14:textId="77777777" w:rsidR="00802189" w:rsidRDefault="00822814">
      <w:pPr>
        <w:spacing w:after="0"/>
      </w:pPr>
      <w:r>
        <w:rPr>
          <w:rFonts w:ascii="Arial" w:hAnsi="Arial"/>
        </w:rPr>
        <w:t>Okay, so can you tell me about that?</w:t>
      </w:r>
    </w:p>
    <w:p w14:paraId="2234DBB3" w14:textId="77777777" w:rsidR="00802189" w:rsidRDefault="00802189">
      <w:pPr>
        <w:spacing w:after="0"/>
      </w:pPr>
    </w:p>
    <w:p w14:paraId="60DD2B61" w14:textId="77777777" w:rsidR="00802189" w:rsidRDefault="00822814">
      <w:pPr>
        <w:spacing w:after="0"/>
      </w:pPr>
      <w:r>
        <w:rPr>
          <w:rFonts w:ascii="Arial" w:hAnsi="Arial"/>
          <w:b/>
        </w:rPr>
        <w:t xml:space="preserve">Participant #12:  </w:t>
      </w:r>
      <w:r>
        <w:rPr>
          <w:rFonts w:ascii="Arial" w:hAnsi="Arial"/>
          <w:color w:val="5D7284"/>
        </w:rPr>
        <w:t>06:32</w:t>
      </w:r>
    </w:p>
    <w:p w14:paraId="1FD621C6" w14:textId="77777777" w:rsidR="00802189" w:rsidRDefault="00822814">
      <w:pPr>
        <w:spacing w:after="0"/>
      </w:pPr>
      <w:r>
        <w:rPr>
          <w:rFonts w:ascii="Arial" w:hAnsi="Arial"/>
        </w:rPr>
        <w:t xml:space="preserve">Well identification? Honestly, for some reason, I feel as if the green will go underneath the yellow, because it's salty. But I'm not sure I've never thought of it if they would mix. I mean, I know salt water, regular water will mix, but I don't know, I feel like after a minute, or maybe even in the midst of the minute, I'm gonna say something like this until they mix. </w:t>
      </w:r>
    </w:p>
    <w:p w14:paraId="74DA743B" w14:textId="77777777" w:rsidR="00802189" w:rsidRDefault="00802189">
      <w:pPr>
        <w:spacing w:after="0"/>
      </w:pPr>
    </w:p>
    <w:p w14:paraId="7BA9EA53" w14:textId="77777777" w:rsidR="00802189" w:rsidRDefault="00822814">
      <w:pPr>
        <w:spacing w:after="0"/>
      </w:pPr>
      <w:r>
        <w:rPr>
          <w:rFonts w:ascii="Arial" w:hAnsi="Arial"/>
          <w:b/>
        </w:rPr>
        <w:t xml:space="preserve">Interviewer P:  </w:t>
      </w:r>
      <w:r>
        <w:rPr>
          <w:rFonts w:ascii="Arial" w:hAnsi="Arial"/>
          <w:color w:val="5D7284"/>
        </w:rPr>
        <w:t>06:55</w:t>
      </w:r>
    </w:p>
    <w:p w14:paraId="408F6BC3" w14:textId="37BEC0F8" w:rsidR="00802189" w:rsidRDefault="006A3942">
      <w:pPr>
        <w:spacing w:after="0"/>
      </w:pPr>
      <w:r>
        <w:rPr>
          <w:rFonts w:ascii="Arial" w:hAnsi="Arial"/>
        </w:rPr>
        <w:t>So, I noticed that this isn't a flat surface across the top. Can you tell me about that?</w:t>
      </w:r>
    </w:p>
    <w:p w14:paraId="5925EA2F" w14:textId="77777777" w:rsidR="00802189" w:rsidRDefault="00802189">
      <w:pPr>
        <w:spacing w:after="0"/>
      </w:pPr>
    </w:p>
    <w:p w14:paraId="1E95FED1" w14:textId="77777777" w:rsidR="00802189" w:rsidRDefault="00822814">
      <w:pPr>
        <w:spacing w:after="0"/>
      </w:pPr>
      <w:r>
        <w:rPr>
          <w:rFonts w:ascii="Arial" w:hAnsi="Arial"/>
          <w:b/>
        </w:rPr>
        <w:t xml:space="preserve">Participant #12:  </w:t>
      </w:r>
      <w:r>
        <w:rPr>
          <w:rFonts w:ascii="Arial" w:hAnsi="Arial"/>
          <w:color w:val="5D7284"/>
        </w:rPr>
        <w:t>07:02</w:t>
      </w:r>
    </w:p>
    <w:p w14:paraId="7B5D676C" w14:textId="77777777" w:rsidR="00802189" w:rsidRDefault="00822814">
      <w:pPr>
        <w:spacing w:after="0"/>
      </w:pPr>
      <w:r>
        <w:rPr>
          <w:rFonts w:ascii="Arial" w:hAnsi="Arial"/>
        </w:rPr>
        <w:t xml:space="preserve">Yeah, so again, I don't know, I just feel like I'll see them. And then when it's opened, it'll kind of fall like a curve. This is kind of after a minute and then of course they'll settle but I feel like the movement is what I'll see like this is just the movement of what I'll see until it settles. </w:t>
      </w:r>
    </w:p>
    <w:p w14:paraId="49558FB9" w14:textId="77777777" w:rsidR="00802189" w:rsidRDefault="00802189">
      <w:pPr>
        <w:spacing w:after="0"/>
      </w:pPr>
    </w:p>
    <w:p w14:paraId="72777EDA" w14:textId="77777777" w:rsidR="00802189" w:rsidRDefault="00822814">
      <w:pPr>
        <w:spacing w:after="0"/>
      </w:pPr>
      <w:r>
        <w:rPr>
          <w:rFonts w:ascii="Arial" w:hAnsi="Arial"/>
          <w:b/>
        </w:rPr>
        <w:t xml:space="preserve">Interviewer P:  </w:t>
      </w:r>
      <w:r>
        <w:rPr>
          <w:rFonts w:ascii="Arial" w:hAnsi="Arial"/>
          <w:color w:val="5D7284"/>
        </w:rPr>
        <w:t>07:20</w:t>
      </w:r>
    </w:p>
    <w:p w14:paraId="6D4A5872" w14:textId="1C04BE1B" w:rsidR="00802189" w:rsidRDefault="00822814">
      <w:pPr>
        <w:spacing w:after="0"/>
      </w:pPr>
      <w:r>
        <w:rPr>
          <w:rFonts w:ascii="Arial" w:hAnsi="Arial"/>
        </w:rPr>
        <w:lastRenderedPageBreak/>
        <w:t xml:space="preserve">Okay. </w:t>
      </w:r>
      <w:r w:rsidR="006A3942">
        <w:rPr>
          <w:rFonts w:ascii="Arial" w:hAnsi="Arial"/>
        </w:rPr>
        <w:t>So,</w:t>
      </w:r>
      <w:r>
        <w:rPr>
          <w:rFonts w:ascii="Arial" w:hAnsi="Arial"/>
        </w:rPr>
        <w:t xml:space="preserve"> what would it look like when it settles, like after? Do you think it would be settled after a minute? I guess is a better question. </w:t>
      </w:r>
    </w:p>
    <w:p w14:paraId="582FF2CA" w14:textId="77777777" w:rsidR="00802189" w:rsidRDefault="00802189">
      <w:pPr>
        <w:spacing w:after="0"/>
      </w:pPr>
    </w:p>
    <w:p w14:paraId="42822672" w14:textId="77777777" w:rsidR="00802189" w:rsidRDefault="00822814">
      <w:pPr>
        <w:spacing w:after="0"/>
      </w:pPr>
      <w:r>
        <w:rPr>
          <w:rFonts w:ascii="Arial" w:hAnsi="Arial"/>
          <w:b/>
        </w:rPr>
        <w:t xml:space="preserve">Participant #12:  </w:t>
      </w:r>
      <w:r>
        <w:rPr>
          <w:rFonts w:ascii="Arial" w:hAnsi="Arial"/>
          <w:color w:val="5D7284"/>
        </w:rPr>
        <w:t>07:30</w:t>
      </w:r>
    </w:p>
    <w:p w14:paraId="1609AEF2" w14:textId="77777777" w:rsidR="00802189" w:rsidRDefault="00822814">
      <w:pPr>
        <w:spacing w:after="0"/>
      </w:pPr>
      <w:r>
        <w:rPr>
          <w:rFonts w:ascii="Arial" w:hAnsi="Arial"/>
        </w:rPr>
        <w:t>Yeah.</w:t>
      </w:r>
    </w:p>
    <w:p w14:paraId="0C8930FD" w14:textId="77777777" w:rsidR="00802189" w:rsidRDefault="00802189">
      <w:pPr>
        <w:spacing w:after="0"/>
      </w:pPr>
    </w:p>
    <w:p w14:paraId="062920CC" w14:textId="77777777" w:rsidR="00802189" w:rsidRDefault="00822814">
      <w:pPr>
        <w:spacing w:after="0"/>
      </w:pPr>
      <w:r>
        <w:rPr>
          <w:rFonts w:ascii="Arial" w:hAnsi="Arial"/>
          <w:b/>
        </w:rPr>
        <w:t xml:space="preserve">Interviewer P:  </w:t>
      </w:r>
      <w:r>
        <w:rPr>
          <w:rFonts w:ascii="Arial" w:hAnsi="Arial"/>
          <w:color w:val="5D7284"/>
        </w:rPr>
        <w:t>07:31</w:t>
      </w:r>
    </w:p>
    <w:p w14:paraId="72DBDF23" w14:textId="77777777" w:rsidR="00802189" w:rsidRDefault="00822814">
      <w:pPr>
        <w:spacing w:after="0"/>
      </w:pPr>
      <w:r>
        <w:rPr>
          <w:rFonts w:ascii="Arial" w:hAnsi="Arial"/>
        </w:rPr>
        <w:t xml:space="preserve">Okay. </w:t>
      </w:r>
    </w:p>
    <w:p w14:paraId="780C4848" w14:textId="77777777" w:rsidR="00802189" w:rsidRDefault="00802189">
      <w:pPr>
        <w:spacing w:after="0"/>
      </w:pPr>
    </w:p>
    <w:p w14:paraId="0A3DFB0E" w14:textId="77777777" w:rsidR="00802189" w:rsidRDefault="00822814">
      <w:pPr>
        <w:spacing w:after="0"/>
      </w:pPr>
      <w:r>
        <w:rPr>
          <w:rFonts w:ascii="Arial" w:hAnsi="Arial"/>
          <w:b/>
        </w:rPr>
        <w:t xml:space="preserve">Participant #12:  </w:t>
      </w:r>
      <w:r>
        <w:rPr>
          <w:rFonts w:ascii="Arial" w:hAnsi="Arial"/>
          <w:color w:val="5D7284"/>
        </w:rPr>
        <w:t>07:31</w:t>
      </w:r>
    </w:p>
    <w:p w14:paraId="06D4F62C" w14:textId="77777777" w:rsidR="00802189" w:rsidRDefault="00822814">
      <w:pPr>
        <w:spacing w:after="0"/>
      </w:pPr>
      <w:r>
        <w:rPr>
          <w:rFonts w:ascii="Arial" w:hAnsi="Arial"/>
        </w:rPr>
        <w:t>In terms of like being linear a bit more I think the bottom will be the most interesting for me then the top. How they mix here.</w:t>
      </w:r>
    </w:p>
    <w:p w14:paraId="32F49E4C" w14:textId="77777777" w:rsidR="00802189" w:rsidRDefault="00802189">
      <w:pPr>
        <w:spacing w:after="0"/>
      </w:pPr>
    </w:p>
    <w:p w14:paraId="6D6998CE" w14:textId="77777777" w:rsidR="00802189" w:rsidRDefault="00822814">
      <w:pPr>
        <w:spacing w:after="0"/>
      </w:pPr>
      <w:r>
        <w:rPr>
          <w:rFonts w:ascii="Arial" w:hAnsi="Arial"/>
          <w:b/>
        </w:rPr>
        <w:t xml:space="preserve">Interviewer P:  </w:t>
      </w:r>
      <w:r>
        <w:rPr>
          <w:rFonts w:ascii="Arial" w:hAnsi="Arial"/>
          <w:color w:val="5D7284"/>
        </w:rPr>
        <w:t>07:53</w:t>
      </w:r>
    </w:p>
    <w:p w14:paraId="071816D1" w14:textId="77777777" w:rsidR="00802189" w:rsidRDefault="00822814">
      <w:pPr>
        <w:spacing w:after="0"/>
      </w:pPr>
      <w:r>
        <w:rPr>
          <w:rFonts w:ascii="Arial" w:hAnsi="Arial"/>
        </w:rPr>
        <w:t>Ok nice, ok let's do it and see what happens so I'm gonna do it in the same order that you made your predictions and drew.</w:t>
      </w:r>
    </w:p>
    <w:p w14:paraId="42300CB1" w14:textId="77777777" w:rsidR="00802189" w:rsidRDefault="00802189">
      <w:pPr>
        <w:spacing w:after="0"/>
      </w:pPr>
    </w:p>
    <w:p w14:paraId="4863C80E" w14:textId="77777777" w:rsidR="00802189" w:rsidRDefault="00822814">
      <w:pPr>
        <w:spacing w:after="0"/>
      </w:pPr>
      <w:r>
        <w:rPr>
          <w:rFonts w:ascii="Arial" w:hAnsi="Arial"/>
          <w:b/>
        </w:rPr>
        <w:t xml:space="preserve">Participant #12:  </w:t>
      </w:r>
      <w:r>
        <w:rPr>
          <w:rFonts w:ascii="Arial" w:hAnsi="Arial"/>
          <w:color w:val="5D7284"/>
        </w:rPr>
        <w:t>08:08</w:t>
      </w:r>
    </w:p>
    <w:p w14:paraId="36FE8E30" w14:textId="77777777" w:rsidR="00802189" w:rsidRDefault="00822814">
      <w:pPr>
        <w:spacing w:after="0"/>
      </w:pPr>
      <w:r>
        <w:rPr>
          <w:rFonts w:ascii="Arial" w:hAnsi="Arial"/>
        </w:rPr>
        <w:t>It's also nine in the morning.</w:t>
      </w:r>
    </w:p>
    <w:p w14:paraId="5EA19DC1" w14:textId="77777777" w:rsidR="00802189" w:rsidRDefault="00802189">
      <w:pPr>
        <w:spacing w:after="0"/>
      </w:pPr>
    </w:p>
    <w:p w14:paraId="792DD88A" w14:textId="77777777" w:rsidR="00802189" w:rsidRDefault="00822814">
      <w:pPr>
        <w:spacing w:after="0"/>
      </w:pPr>
      <w:r>
        <w:rPr>
          <w:rFonts w:ascii="Arial" w:hAnsi="Arial"/>
          <w:b/>
        </w:rPr>
        <w:t xml:space="preserve">Interviewer P:  </w:t>
      </w:r>
      <w:r>
        <w:rPr>
          <w:rFonts w:ascii="Arial" w:hAnsi="Arial"/>
          <w:color w:val="5D7284"/>
        </w:rPr>
        <w:t>08:12</w:t>
      </w:r>
    </w:p>
    <w:p w14:paraId="6ED927C2" w14:textId="62408909" w:rsidR="00802189" w:rsidRDefault="00822814">
      <w:pPr>
        <w:spacing w:after="0"/>
      </w:pPr>
      <w:r>
        <w:rPr>
          <w:rFonts w:ascii="Arial" w:hAnsi="Arial"/>
        </w:rPr>
        <w:t xml:space="preserve">All right, so this is what we said with this is what we said with the warm and cold, yeah. Just realized my research assistant didn't give me any paper towels and we're out of paper towels over there so. All right, here we go. Oh, she </w:t>
      </w:r>
      <w:r w:rsidR="006A3942">
        <w:rPr>
          <w:rFonts w:ascii="Arial" w:hAnsi="Arial"/>
        </w:rPr>
        <w:t>did I</w:t>
      </w:r>
      <w:r>
        <w:rPr>
          <w:rFonts w:ascii="Arial" w:hAnsi="Arial"/>
        </w:rPr>
        <w:t xml:space="preserve"> guess it's in a different place today. All right, so is that surprising?</w:t>
      </w:r>
    </w:p>
    <w:p w14:paraId="1BD72076" w14:textId="77777777" w:rsidR="00802189" w:rsidRDefault="00802189">
      <w:pPr>
        <w:spacing w:after="0"/>
      </w:pPr>
    </w:p>
    <w:p w14:paraId="27050066" w14:textId="77777777" w:rsidR="00802189" w:rsidRDefault="00822814">
      <w:pPr>
        <w:spacing w:after="0"/>
      </w:pPr>
      <w:r>
        <w:rPr>
          <w:rFonts w:ascii="Arial" w:hAnsi="Arial"/>
          <w:b/>
        </w:rPr>
        <w:t xml:space="preserve">Participant #12:  </w:t>
      </w:r>
      <w:r>
        <w:rPr>
          <w:rFonts w:ascii="Arial" w:hAnsi="Arial"/>
          <w:color w:val="5D7284"/>
        </w:rPr>
        <w:t>09:31</w:t>
      </w:r>
    </w:p>
    <w:p w14:paraId="05ECFF02" w14:textId="6A89DE0B" w:rsidR="00802189" w:rsidRDefault="00822814">
      <w:pPr>
        <w:spacing w:after="0"/>
      </w:pPr>
      <w:r>
        <w:rPr>
          <w:rFonts w:ascii="Arial" w:hAnsi="Arial"/>
        </w:rPr>
        <w:t xml:space="preserve">No, but yes, like when I think of it, it makes sense. But I would have thought the hot water would have gone underneath but it makes sense because of the </w:t>
      </w:r>
      <w:r w:rsidR="006A3942">
        <w:rPr>
          <w:rFonts w:ascii="Arial" w:hAnsi="Arial"/>
        </w:rPr>
        <w:t>gas. I</w:t>
      </w:r>
      <w:r>
        <w:rPr>
          <w:rFonts w:ascii="Arial" w:hAnsi="Arial"/>
        </w:rPr>
        <w:t xml:space="preserve"> can see it happening. </w:t>
      </w:r>
    </w:p>
    <w:p w14:paraId="6FFF9ACF" w14:textId="77777777" w:rsidR="00802189" w:rsidRDefault="00802189">
      <w:pPr>
        <w:spacing w:after="0"/>
      </w:pPr>
    </w:p>
    <w:p w14:paraId="3BE2E20C" w14:textId="77777777" w:rsidR="00802189" w:rsidRDefault="00822814">
      <w:pPr>
        <w:spacing w:after="0"/>
      </w:pPr>
      <w:r>
        <w:rPr>
          <w:rFonts w:ascii="Arial" w:hAnsi="Arial"/>
          <w:b/>
        </w:rPr>
        <w:t xml:space="preserve">Interviewer P:  </w:t>
      </w:r>
      <w:r>
        <w:rPr>
          <w:rFonts w:ascii="Arial" w:hAnsi="Arial"/>
          <w:color w:val="5D7284"/>
        </w:rPr>
        <w:t>09:43</w:t>
      </w:r>
    </w:p>
    <w:p w14:paraId="0A06C0F4" w14:textId="4A7DFEB6" w:rsidR="00802189" w:rsidRDefault="006A3942">
      <w:pPr>
        <w:spacing w:after="0"/>
      </w:pPr>
      <w:r>
        <w:rPr>
          <w:rFonts w:ascii="Arial" w:hAnsi="Arial"/>
        </w:rPr>
        <w:t>So, what do you mean it makes sense because of the gas.</w:t>
      </w:r>
    </w:p>
    <w:p w14:paraId="4024F4E8" w14:textId="77777777" w:rsidR="00802189" w:rsidRDefault="00802189">
      <w:pPr>
        <w:spacing w:after="0"/>
      </w:pPr>
    </w:p>
    <w:p w14:paraId="64D43ED2" w14:textId="77777777" w:rsidR="00802189" w:rsidRDefault="00822814">
      <w:pPr>
        <w:spacing w:after="0"/>
      </w:pPr>
      <w:r>
        <w:rPr>
          <w:rFonts w:ascii="Arial" w:hAnsi="Arial"/>
          <w:b/>
        </w:rPr>
        <w:t xml:space="preserve">Participant #12:  </w:t>
      </w:r>
      <w:r>
        <w:rPr>
          <w:rFonts w:ascii="Arial" w:hAnsi="Arial"/>
          <w:color w:val="5D7284"/>
        </w:rPr>
        <w:t>09:46</w:t>
      </w:r>
    </w:p>
    <w:p w14:paraId="3D7AF6A0" w14:textId="77777777" w:rsidR="00802189" w:rsidRDefault="00822814">
      <w:pPr>
        <w:spacing w:after="0"/>
      </w:pPr>
      <w:r>
        <w:rPr>
          <w:rFonts w:ascii="Arial" w:hAnsi="Arial"/>
        </w:rPr>
        <w:t>Well because in my head like there isn't really any logic, but it's just what makes sense to me is that the molecules are moving more in the hot water, which will, I guess make it more airy in my head, bringing it to the top and close to the cold, but I do see the purple. I like that. Okay, I can see that that's what I predicted with the salt and the fresh.</w:t>
      </w:r>
    </w:p>
    <w:p w14:paraId="31542707" w14:textId="77777777" w:rsidR="00802189" w:rsidRDefault="00802189">
      <w:pPr>
        <w:spacing w:after="0"/>
      </w:pPr>
    </w:p>
    <w:p w14:paraId="0469F54A" w14:textId="77777777" w:rsidR="00802189" w:rsidRDefault="00822814">
      <w:pPr>
        <w:spacing w:after="0"/>
      </w:pPr>
      <w:r>
        <w:rPr>
          <w:rFonts w:ascii="Arial" w:hAnsi="Arial"/>
          <w:b/>
        </w:rPr>
        <w:t xml:space="preserve">Interviewer P:  </w:t>
      </w:r>
      <w:r>
        <w:rPr>
          <w:rFonts w:ascii="Arial" w:hAnsi="Arial"/>
          <w:color w:val="5D7284"/>
        </w:rPr>
        <w:t>10:11</w:t>
      </w:r>
    </w:p>
    <w:p w14:paraId="6FF3BEC5" w14:textId="4C821843" w:rsidR="00802189" w:rsidRDefault="006A3942">
      <w:pPr>
        <w:spacing w:after="0"/>
      </w:pPr>
      <w:r>
        <w:rPr>
          <w:rFonts w:ascii="Arial" w:hAnsi="Arial"/>
        </w:rPr>
        <w:t xml:space="preserve">So, do you think that it will stay like this forever? Or do you think it will eventually look like your sketch? </w:t>
      </w:r>
    </w:p>
    <w:p w14:paraId="74EA6FD1" w14:textId="77777777" w:rsidR="00802189" w:rsidRDefault="00802189">
      <w:pPr>
        <w:spacing w:after="0"/>
      </w:pPr>
    </w:p>
    <w:p w14:paraId="60D0A67A" w14:textId="77777777" w:rsidR="00802189" w:rsidRDefault="00822814">
      <w:pPr>
        <w:spacing w:after="0"/>
      </w:pPr>
      <w:r>
        <w:rPr>
          <w:rFonts w:ascii="Arial" w:hAnsi="Arial"/>
          <w:b/>
        </w:rPr>
        <w:t xml:space="preserve">Participant #12:  </w:t>
      </w:r>
      <w:r>
        <w:rPr>
          <w:rFonts w:ascii="Arial" w:hAnsi="Arial"/>
          <w:color w:val="5D7284"/>
        </w:rPr>
        <w:t>10:20</w:t>
      </w:r>
    </w:p>
    <w:p w14:paraId="3F8F7268" w14:textId="77777777" w:rsidR="00802189" w:rsidRDefault="00822814">
      <w:pPr>
        <w:spacing w:after="0"/>
      </w:pPr>
      <w:r>
        <w:rPr>
          <w:rFonts w:ascii="Arial" w:hAnsi="Arial"/>
        </w:rPr>
        <w:t xml:space="preserve">I think if they reach a similar temperature they'll start to intermingle like my sketch. </w:t>
      </w:r>
    </w:p>
    <w:p w14:paraId="7D24E2AF" w14:textId="77777777" w:rsidR="00802189" w:rsidRDefault="00802189">
      <w:pPr>
        <w:spacing w:after="0"/>
      </w:pPr>
    </w:p>
    <w:p w14:paraId="0B194ACA" w14:textId="77777777" w:rsidR="00802189" w:rsidRDefault="00822814">
      <w:pPr>
        <w:spacing w:after="0"/>
      </w:pPr>
      <w:r>
        <w:rPr>
          <w:rFonts w:ascii="Arial" w:hAnsi="Arial"/>
          <w:b/>
        </w:rPr>
        <w:lastRenderedPageBreak/>
        <w:t xml:space="preserve">Interviewer P:  </w:t>
      </w:r>
      <w:r>
        <w:rPr>
          <w:rFonts w:ascii="Arial" w:hAnsi="Arial"/>
          <w:color w:val="5D7284"/>
        </w:rPr>
        <w:t>10:26</w:t>
      </w:r>
    </w:p>
    <w:p w14:paraId="6456DA8F" w14:textId="77777777" w:rsidR="00802189" w:rsidRDefault="00822814">
      <w:pPr>
        <w:spacing w:after="0"/>
      </w:pPr>
      <w:r>
        <w:rPr>
          <w:rFonts w:ascii="Arial" w:hAnsi="Arial"/>
        </w:rPr>
        <w:t xml:space="preserve">And how about how long do you think that will take? </w:t>
      </w:r>
    </w:p>
    <w:p w14:paraId="730B7C1C" w14:textId="77777777" w:rsidR="00802189" w:rsidRDefault="00802189">
      <w:pPr>
        <w:spacing w:after="0"/>
      </w:pPr>
    </w:p>
    <w:p w14:paraId="1AA5280C" w14:textId="77777777" w:rsidR="00802189" w:rsidRDefault="00822814">
      <w:pPr>
        <w:spacing w:after="0"/>
      </w:pPr>
      <w:r>
        <w:rPr>
          <w:rFonts w:ascii="Arial" w:hAnsi="Arial"/>
          <w:b/>
        </w:rPr>
        <w:t xml:space="preserve">Participant #12:  </w:t>
      </w:r>
      <w:r>
        <w:rPr>
          <w:rFonts w:ascii="Arial" w:hAnsi="Arial"/>
          <w:color w:val="5D7284"/>
        </w:rPr>
        <w:t>10:28</w:t>
      </w:r>
    </w:p>
    <w:p w14:paraId="4CFE2129" w14:textId="77777777" w:rsidR="00802189" w:rsidRDefault="00822814">
      <w:pPr>
        <w:spacing w:after="0"/>
      </w:pPr>
      <w:r>
        <w:rPr>
          <w:rFonts w:ascii="Arial" w:hAnsi="Arial"/>
        </w:rPr>
        <w:t xml:space="preserve">Well based on how hot and cold they were seven minutes. </w:t>
      </w:r>
    </w:p>
    <w:p w14:paraId="4C4B02B4" w14:textId="77777777" w:rsidR="00802189" w:rsidRDefault="00802189">
      <w:pPr>
        <w:spacing w:after="0"/>
      </w:pPr>
    </w:p>
    <w:p w14:paraId="74B380F0" w14:textId="77777777" w:rsidR="00802189" w:rsidRDefault="00822814">
      <w:pPr>
        <w:spacing w:after="0"/>
      </w:pPr>
      <w:r>
        <w:rPr>
          <w:rFonts w:ascii="Arial" w:hAnsi="Arial"/>
          <w:b/>
        </w:rPr>
        <w:t xml:space="preserve">Interviewer P:  </w:t>
      </w:r>
      <w:r>
        <w:rPr>
          <w:rFonts w:ascii="Arial" w:hAnsi="Arial"/>
          <w:color w:val="5D7284"/>
        </w:rPr>
        <w:t>10:39</w:t>
      </w:r>
    </w:p>
    <w:p w14:paraId="25667751" w14:textId="77777777" w:rsidR="00802189" w:rsidRDefault="00822814">
      <w:pPr>
        <w:spacing w:after="0"/>
      </w:pPr>
      <w:r>
        <w:rPr>
          <w:rFonts w:ascii="Arial" w:hAnsi="Arial"/>
        </w:rPr>
        <w:t xml:space="preserve">Seven minutes that's very precise. </w:t>
      </w:r>
    </w:p>
    <w:p w14:paraId="66FC2921" w14:textId="77777777" w:rsidR="00802189" w:rsidRDefault="00802189">
      <w:pPr>
        <w:spacing w:after="0"/>
      </w:pPr>
    </w:p>
    <w:p w14:paraId="72C2B47F" w14:textId="77777777" w:rsidR="00802189" w:rsidRDefault="00822814">
      <w:pPr>
        <w:spacing w:after="0"/>
      </w:pPr>
      <w:r>
        <w:rPr>
          <w:rFonts w:ascii="Arial" w:hAnsi="Arial"/>
          <w:b/>
        </w:rPr>
        <w:t xml:space="preserve">Participant #12:  </w:t>
      </w:r>
      <w:r>
        <w:rPr>
          <w:rFonts w:ascii="Arial" w:hAnsi="Arial"/>
          <w:color w:val="5D7284"/>
        </w:rPr>
        <w:t>10:41</w:t>
      </w:r>
    </w:p>
    <w:p w14:paraId="3293605A" w14:textId="77777777" w:rsidR="00802189" w:rsidRDefault="00822814">
      <w:pPr>
        <w:spacing w:after="0"/>
      </w:pPr>
      <w:r>
        <w:rPr>
          <w:rFonts w:ascii="Arial" w:hAnsi="Arial"/>
        </w:rPr>
        <w:t xml:space="preserve">Yeah. I had to think about coffee my head like when I add the water its hot water and cold water. </w:t>
      </w:r>
    </w:p>
    <w:p w14:paraId="5AE42C0B" w14:textId="77777777" w:rsidR="00802189" w:rsidRDefault="00802189">
      <w:pPr>
        <w:spacing w:after="0"/>
      </w:pPr>
    </w:p>
    <w:p w14:paraId="7E7A898B" w14:textId="77777777" w:rsidR="00802189" w:rsidRDefault="00822814">
      <w:pPr>
        <w:spacing w:after="0"/>
      </w:pPr>
      <w:r>
        <w:rPr>
          <w:rFonts w:ascii="Arial" w:hAnsi="Arial"/>
          <w:b/>
        </w:rPr>
        <w:t xml:space="preserve">Interviewer P:  </w:t>
      </w:r>
      <w:r>
        <w:rPr>
          <w:rFonts w:ascii="Arial" w:hAnsi="Arial"/>
          <w:color w:val="5D7284"/>
        </w:rPr>
        <w:t>10:47</w:t>
      </w:r>
    </w:p>
    <w:p w14:paraId="3DFB9ABF" w14:textId="77777777" w:rsidR="00802189" w:rsidRDefault="00822814">
      <w:pPr>
        <w:spacing w:after="0"/>
      </w:pPr>
      <w:r>
        <w:rPr>
          <w:rFonts w:ascii="Arial" w:hAnsi="Arial"/>
        </w:rPr>
        <w:t xml:space="preserve">Yeah, yeah. </w:t>
      </w:r>
    </w:p>
    <w:p w14:paraId="786C77F6" w14:textId="77777777" w:rsidR="00802189" w:rsidRDefault="00802189">
      <w:pPr>
        <w:spacing w:after="0"/>
      </w:pPr>
    </w:p>
    <w:p w14:paraId="74430BC1" w14:textId="77777777" w:rsidR="00802189" w:rsidRDefault="00822814">
      <w:pPr>
        <w:spacing w:after="0"/>
      </w:pPr>
      <w:r>
        <w:rPr>
          <w:rFonts w:ascii="Arial" w:hAnsi="Arial"/>
          <w:b/>
        </w:rPr>
        <w:t xml:space="preserve">Participant #12:  </w:t>
      </w:r>
      <w:r>
        <w:rPr>
          <w:rFonts w:ascii="Arial" w:hAnsi="Arial"/>
          <w:color w:val="5D7284"/>
        </w:rPr>
        <w:t>10:49</w:t>
      </w:r>
    </w:p>
    <w:p w14:paraId="4B26E0D3" w14:textId="77777777" w:rsidR="00802189" w:rsidRDefault="00822814">
      <w:pPr>
        <w:spacing w:after="0"/>
      </w:pPr>
      <w:r>
        <w:rPr>
          <w:rFonts w:ascii="Arial" w:hAnsi="Arial"/>
        </w:rPr>
        <w:t>I'm honestly thinking about like adding ice to my coffee.</w:t>
      </w:r>
    </w:p>
    <w:p w14:paraId="2D8BE648" w14:textId="77777777" w:rsidR="00802189" w:rsidRDefault="00802189">
      <w:pPr>
        <w:spacing w:after="0"/>
      </w:pPr>
    </w:p>
    <w:p w14:paraId="6B0E13A6" w14:textId="77777777" w:rsidR="00802189" w:rsidRDefault="00822814">
      <w:pPr>
        <w:spacing w:after="0"/>
      </w:pPr>
      <w:r>
        <w:rPr>
          <w:rFonts w:ascii="Arial" w:hAnsi="Arial"/>
          <w:b/>
        </w:rPr>
        <w:t xml:space="preserve">Interviewer P:  </w:t>
      </w:r>
      <w:r>
        <w:rPr>
          <w:rFonts w:ascii="Arial" w:hAnsi="Arial"/>
          <w:color w:val="5D7284"/>
        </w:rPr>
        <w:t>10:53</w:t>
      </w:r>
    </w:p>
    <w:p w14:paraId="1614A9B0" w14:textId="77777777" w:rsidR="00802189" w:rsidRDefault="00822814">
      <w:pPr>
        <w:spacing w:after="0"/>
      </w:pPr>
      <w:r>
        <w:rPr>
          <w:rFonts w:ascii="Arial" w:hAnsi="Arial"/>
        </w:rPr>
        <w:t>And about how long it takes.</w:t>
      </w:r>
    </w:p>
    <w:p w14:paraId="31BE8B72" w14:textId="77777777" w:rsidR="00802189" w:rsidRDefault="00802189">
      <w:pPr>
        <w:spacing w:after="0"/>
      </w:pPr>
    </w:p>
    <w:p w14:paraId="75F86B54" w14:textId="77777777" w:rsidR="00802189" w:rsidRDefault="00822814">
      <w:pPr>
        <w:spacing w:after="0"/>
      </w:pPr>
      <w:r>
        <w:rPr>
          <w:rFonts w:ascii="Arial" w:hAnsi="Arial"/>
          <w:b/>
        </w:rPr>
        <w:t xml:space="preserve">Participant #12:  </w:t>
      </w:r>
      <w:r>
        <w:rPr>
          <w:rFonts w:ascii="Arial" w:hAnsi="Arial"/>
          <w:color w:val="5D7284"/>
        </w:rPr>
        <w:t>10:54</w:t>
      </w:r>
    </w:p>
    <w:p w14:paraId="563A6A54" w14:textId="629120AB" w:rsidR="00802189" w:rsidRDefault="006A3942">
      <w:pPr>
        <w:spacing w:after="0"/>
      </w:pPr>
      <w:r>
        <w:rPr>
          <w:rFonts w:ascii="Arial" w:hAnsi="Arial"/>
        </w:rPr>
        <w:t>Yeah, and then half of that I think is temperature so in my head is like it takes me like 14-15 minutes for my coffee to get all equilibrium with my eyes so I'm thinking since these aren't as opposite of temperature yes, I think so.</w:t>
      </w:r>
    </w:p>
    <w:p w14:paraId="1A0DF940" w14:textId="77777777" w:rsidR="00802189" w:rsidRDefault="00802189">
      <w:pPr>
        <w:spacing w:after="0"/>
      </w:pPr>
    </w:p>
    <w:p w14:paraId="251FD2D6" w14:textId="77777777" w:rsidR="00802189" w:rsidRDefault="00822814">
      <w:pPr>
        <w:spacing w:after="0"/>
      </w:pPr>
      <w:r>
        <w:rPr>
          <w:rFonts w:ascii="Arial" w:hAnsi="Arial"/>
          <w:b/>
        </w:rPr>
        <w:t xml:space="preserve">Interviewer P:  </w:t>
      </w:r>
      <w:r>
        <w:rPr>
          <w:rFonts w:ascii="Arial" w:hAnsi="Arial"/>
          <w:color w:val="5D7284"/>
        </w:rPr>
        <w:t>11:11</w:t>
      </w:r>
    </w:p>
    <w:p w14:paraId="50E81343" w14:textId="77777777" w:rsidR="00802189" w:rsidRDefault="00822814">
      <w:pPr>
        <w:spacing w:after="0"/>
      </w:pPr>
      <w:r>
        <w:rPr>
          <w:rFonts w:ascii="Arial" w:hAnsi="Arial"/>
        </w:rPr>
        <w:t>All right let's try the next one. You predicted for the same temperature water. The reason I do them.</w:t>
      </w:r>
    </w:p>
    <w:p w14:paraId="7237E207" w14:textId="77777777" w:rsidR="00802189" w:rsidRDefault="00802189">
      <w:pPr>
        <w:spacing w:after="0"/>
      </w:pPr>
    </w:p>
    <w:p w14:paraId="64E72DF0" w14:textId="77777777" w:rsidR="00802189" w:rsidRDefault="00822814">
      <w:pPr>
        <w:spacing w:after="0"/>
      </w:pPr>
      <w:r>
        <w:rPr>
          <w:rFonts w:ascii="Arial" w:hAnsi="Arial"/>
          <w:b/>
        </w:rPr>
        <w:t xml:space="preserve">Participant #12:  </w:t>
      </w:r>
      <w:r>
        <w:rPr>
          <w:rFonts w:ascii="Arial" w:hAnsi="Arial"/>
          <w:color w:val="5D7284"/>
        </w:rPr>
        <w:t>11:44</w:t>
      </w:r>
    </w:p>
    <w:p w14:paraId="13DA32B9" w14:textId="77777777" w:rsidR="00802189" w:rsidRDefault="00822814">
      <w:pPr>
        <w:spacing w:after="0"/>
      </w:pPr>
      <w:r>
        <w:rPr>
          <w:rFonts w:ascii="Arial" w:hAnsi="Arial"/>
        </w:rPr>
        <w:t>At the same time.</w:t>
      </w:r>
    </w:p>
    <w:p w14:paraId="34D89137" w14:textId="77777777" w:rsidR="00802189" w:rsidRDefault="00802189">
      <w:pPr>
        <w:spacing w:after="0"/>
      </w:pPr>
    </w:p>
    <w:p w14:paraId="7347B2AF" w14:textId="77777777" w:rsidR="00802189" w:rsidRDefault="00822814">
      <w:pPr>
        <w:spacing w:after="0"/>
      </w:pPr>
      <w:r>
        <w:rPr>
          <w:rFonts w:ascii="Arial" w:hAnsi="Arial"/>
          <w:b/>
        </w:rPr>
        <w:t xml:space="preserve">Interviewer P:  </w:t>
      </w:r>
      <w:r>
        <w:rPr>
          <w:rFonts w:ascii="Arial" w:hAnsi="Arial"/>
          <w:color w:val="5D7284"/>
        </w:rPr>
        <w:t>11:44</w:t>
      </w:r>
    </w:p>
    <w:p w14:paraId="209EDD43" w14:textId="34B8BBB5" w:rsidR="00802189" w:rsidRDefault="00822814">
      <w:pPr>
        <w:spacing w:after="0"/>
      </w:pPr>
      <w:r>
        <w:rPr>
          <w:rFonts w:ascii="Arial" w:hAnsi="Arial"/>
        </w:rPr>
        <w:t xml:space="preserve">Is because it leaks a little, Yeah, but it doesn't leak like that much. </w:t>
      </w:r>
      <w:r w:rsidR="006A3942">
        <w:rPr>
          <w:rFonts w:ascii="Arial" w:hAnsi="Arial"/>
        </w:rPr>
        <w:t>Yes,</w:t>
      </w:r>
      <w:r>
        <w:rPr>
          <w:rFonts w:ascii="Arial" w:hAnsi="Arial"/>
        </w:rPr>
        <w:t xml:space="preserve"> it does leak that much. I do it quickly All right here we </w:t>
      </w:r>
      <w:r w:rsidR="006A3942">
        <w:rPr>
          <w:rFonts w:ascii="Arial" w:hAnsi="Arial"/>
        </w:rPr>
        <w:t>go.</w:t>
      </w:r>
    </w:p>
    <w:p w14:paraId="099B0638" w14:textId="77777777" w:rsidR="00802189" w:rsidRDefault="00802189">
      <w:pPr>
        <w:spacing w:after="0"/>
      </w:pPr>
    </w:p>
    <w:p w14:paraId="1B4A52A3" w14:textId="77777777" w:rsidR="00802189" w:rsidRDefault="00822814">
      <w:pPr>
        <w:spacing w:after="0"/>
      </w:pPr>
      <w:r>
        <w:rPr>
          <w:rFonts w:ascii="Arial" w:hAnsi="Arial"/>
          <w:b/>
        </w:rPr>
        <w:t xml:space="preserve">Participant #12:  </w:t>
      </w:r>
      <w:r>
        <w:rPr>
          <w:rFonts w:ascii="Arial" w:hAnsi="Arial"/>
          <w:color w:val="5D7284"/>
        </w:rPr>
        <w:t>12:07</w:t>
      </w:r>
    </w:p>
    <w:p w14:paraId="0D50E4D9" w14:textId="77777777" w:rsidR="00802189" w:rsidRDefault="00822814">
      <w:pPr>
        <w:spacing w:after="0"/>
      </w:pPr>
      <w:r>
        <w:rPr>
          <w:rFonts w:ascii="Arial" w:hAnsi="Arial"/>
        </w:rPr>
        <w:t>Looks so cool.</w:t>
      </w:r>
    </w:p>
    <w:p w14:paraId="7368240F" w14:textId="77777777" w:rsidR="00802189" w:rsidRDefault="00802189">
      <w:pPr>
        <w:spacing w:after="0"/>
      </w:pPr>
    </w:p>
    <w:p w14:paraId="7D3C3B5F" w14:textId="77777777" w:rsidR="00802189" w:rsidRDefault="00822814">
      <w:pPr>
        <w:spacing w:after="0"/>
      </w:pPr>
      <w:r>
        <w:rPr>
          <w:rFonts w:ascii="Arial" w:hAnsi="Arial"/>
          <w:b/>
        </w:rPr>
        <w:t xml:space="preserve">Interviewer P:  </w:t>
      </w:r>
      <w:r>
        <w:rPr>
          <w:rFonts w:ascii="Arial" w:hAnsi="Arial"/>
          <w:color w:val="5D7284"/>
        </w:rPr>
        <w:t>13:00</w:t>
      </w:r>
    </w:p>
    <w:p w14:paraId="0ABEA952" w14:textId="77777777" w:rsidR="00802189" w:rsidRDefault="00822814">
      <w:pPr>
        <w:spacing w:after="0"/>
      </w:pPr>
      <w:r>
        <w:rPr>
          <w:rFonts w:ascii="Arial" w:hAnsi="Arial"/>
        </w:rPr>
        <w:t xml:space="preserve">Right Is that surprising? </w:t>
      </w:r>
    </w:p>
    <w:p w14:paraId="4F72615D" w14:textId="77777777" w:rsidR="00802189" w:rsidRDefault="00802189">
      <w:pPr>
        <w:spacing w:after="0"/>
      </w:pPr>
    </w:p>
    <w:p w14:paraId="720E1DED" w14:textId="77777777" w:rsidR="00802189" w:rsidRDefault="00822814">
      <w:pPr>
        <w:spacing w:after="0"/>
      </w:pPr>
      <w:r>
        <w:rPr>
          <w:rFonts w:ascii="Arial" w:hAnsi="Arial"/>
          <w:b/>
        </w:rPr>
        <w:t xml:space="preserve">Participant #12:  </w:t>
      </w:r>
      <w:r>
        <w:rPr>
          <w:rFonts w:ascii="Arial" w:hAnsi="Arial"/>
          <w:color w:val="5D7284"/>
        </w:rPr>
        <w:t>13:04</w:t>
      </w:r>
    </w:p>
    <w:p w14:paraId="229EF194" w14:textId="77777777" w:rsidR="00802189" w:rsidRDefault="00822814">
      <w:pPr>
        <w:spacing w:after="0"/>
      </w:pPr>
      <w:r>
        <w:rPr>
          <w:rFonts w:ascii="Arial" w:hAnsi="Arial"/>
        </w:rPr>
        <w:lastRenderedPageBreak/>
        <w:t>Yes. Because I didn't take into account</w:t>
      </w:r>
      <w:r>
        <w:rPr>
          <w:rFonts w:ascii="Arial" w:hAnsi="Arial"/>
        </w:rPr>
        <w:t xml:space="preserve"> that we won't be mixing. But I do see, yeah it is. I was expecting this hot and cold waters. </w:t>
      </w:r>
    </w:p>
    <w:p w14:paraId="46A68492" w14:textId="77777777" w:rsidR="00802189" w:rsidRDefault="00802189">
      <w:pPr>
        <w:spacing w:after="0"/>
      </w:pPr>
    </w:p>
    <w:p w14:paraId="7D38ABA7" w14:textId="77777777" w:rsidR="00802189" w:rsidRDefault="00822814">
      <w:pPr>
        <w:spacing w:after="0"/>
      </w:pPr>
      <w:r>
        <w:rPr>
          <w:rFonts w:ascii="Arial" w:hAnsi="Arial"/>
          <w:b/>
        </w:rPr>
        <w:t xml:space="preserve">Interviewer P:  </w:t>
      </w:r>
      <w:r>
        <w:rPr>
          <w:rFonts w:ascii="Arial" w:hAnsi="Arial"/>
          <w:color w:val="5D7284"/>
        </w:rPr>
        <w:t>13:18</w:t>
      </w:r>
    </w:p>
    <w:p w14:paraId="021E24FA" w14:textId="1ACA14F8" w:rsidR="00802189" w:rsidRDefault="00822814">
      <w:pPr>
        <w:spacing w:after="0"/>
      </w:pPr>
      <w:r>
        <w:rPr>
          <w:rFonts w:ascii="Arial" w:hAnsi="Arial"/>
        </w:rPr>
        <w:t xml:space="preserve">Yeah, this looks more like your hot and </w:t>
      </w:r>
      <w:r w:rsidR="006A3942">
        <w:rPr>
          <w:rFonts w:ascii="Arial" w:hAnsi="Arial"/>
        </w:rPr>
        <w:t>cold-water</w:t>
      </w:r>
      <w:r>
        <w:rPr>
          <w:rFonts w:ascii="Arial" w:hAnsi="Arial"/>
        </w:rPr>
        <w:t xml:space="preserve"> picture.</w:t>
      </w:r>
    </w:p>
    <w:p w14:paraId="597D2F4F" w14:textId="77777777" w:rsidR="00802189" w:rsidRDefault="00802189">
      <w:pPr>
        <w:spacing w:after="0"/>
      </w:pPr>
    </w:p>
    <w:p w14:paraId="328CD526" w14:textId="77777777" w:rsidR="00802189" w:rsidRDefault="00822814">
      <w:pPr>
        <w:spacing w:after="0"/>
      </w:pPr>
      <w:r>
        <w:rPr>
          <w:rFonts w:ascii="Arial" w:hAnsi="Arial"/>
          <w:b/>
        </w:rPr>
        <w:t xml:space="preserve">Participant #12:  </w:t>
      </w:r>
      <w:r>
        <w:rPr>
          <w:rFonts w:ascii="Arial" w:hAnsi="Arial"/>
          <w:color w:val="5D7284"/>
        </w:rPr>
        <w:t>13:23</w:t>
      </w:r>
    </w:p>
    <w:p w14:paraId="5FD9EF6A" w14:textId="77777777" w:rsidR="00802189" w:rsidRDefault="00822814">
      <w:pPr>
        <w:spacing w:after="0"/>
      </w:pPr>
      <w:r>
        <w:rPr>
          <w:rFonts w:ascii="Arial" w:hAnsi="Arial"/>
        </w:rPr>
        <w:t>Yeah, that is funny. I'm wondering how this one's gonna be it's gonna be like this and if I just got them all wrong.</w:t>
      </w:r>
    </w:p>
    <w:p w14:paraId="46C2A2D4" w14:textId="77777777" w:rsidR="00802189" w:rsidRDefault="00802189">
      <w:pPr>
        <w:spacing w:after="0"/>
      </w:pPr>
    </w:p>
    <w:p w14:paraId="33ED7961" w14:textId="77777777" w:rsidR="00802189" w:rsidRDefault="00822814">
      <w:pPr>
        <w:spacing w:after="0"/>
      </w:pPr>
      <w:r>
        <w:rPr>
          <w:rFonts w:ascii="Arial" w:hAnsi="Arial"/>
          <w:b/>
        </w:rPr>
        <w:t xml:space="preserve">Interviewer P:  </w:t>
      </w:r>
      <w:r>
        <w:rPr>
          <w:rFonts w:ascii="Arial" w:hAnsi="Arial"/>
          <w:color w:val="5D7284"/>
        </w:rPr>
        <w:t>13:29</w:t>
      </w:r>
    </w:p>
    <w:p w14:paraId="38565A53" w14:textId="383939E8" w:rsidR="00802189" w:rsidRDefault="006A3942">
      <w:pPr>
        <w:spacing w:after="0"/>
      </w:pPr>
      <w:r>
        <w:rPr>
          <w:rFonts w:ascii="Arial" w:hAnsi="Arial"/>
        </w:rPr>
        <w:t>So, do you think it will eventually look at your picture?</w:t>
      </w:r>
    </w:p>
    <w:p w14:paraId="63D4050E" w14:textId="77777777" w:rsidR="00802189" w:rsidRDefault="00802189">
      <w:pPr>
        <w:spacing w:after="0"/>
      </w:pPr>
    </w:p>
    <w:p w14:paraId="57D2E14C" w14:textId="77777777" w:rsidR="00802189" w:rsidRDefault="00822814">
      <w:pPr>
        <w:spacing w:after="0"/>
      </w:pPr>
      <w:r>
        <w:rPr>
          <w:rFonts w:ascii="Arial" w:hAnsi="Arial"/>
          <w:b/>
        </w:rPr>
        <w:t xml:space="preserve">Participant #12:  </w:t>
      </w:r>
      <w:r>
        <w:rPr>
          <w:rFonts w:ascii="Arial" w:hAnsi="Arial"/>
          <w:color w:val="5D7284"/>
        </w:rPr>
        <w:t>13:34</w:t>
      </w:r>
    </w:p>
    <w:p w14:paraId="5019FA13" w14:textId="77777777" w:rsidR="00802189" w:rsidRDefault="00822814">
      <w:pPr>
        <w:spacing w:after="0"/>
      </w:pPr>
      <w:r>
        <w:rPr>
          <w:rFonts w:ascii="Arial" w:hAnsi="Arial"/>
        </w:rPr>
        <w:t xml:space="preserve">Possibly but if there's no mixing and they're just doing it by itself I think we'll stay there. </w:t>
      </w:r>
    </w:p>
    <w:p w14:paraId="0F9B8019" w14:textId="77777777" w:rsidR="00802189" w:rsidRDefault="00802189">
      <w:pPr>
        <w:spacing w:after="0"/>
      </w:pPr>
    </w:p>
    <w:p w14:paraId="5B8E06B6" w14:textId="77777777" w:rsidR="00802189" w:rsidRDefault="00822814">
      <w:pPr>
        <w:spacing w:after="0"/>
      </w:pPr>
      <w:r>
        <w:rPr>
          <w:rFonts w:ascii="Arial" w:hAnsi="Arial"/>
          <w:b/>
        </w:rPr>
        <w:t xml:space="preserve">Interviewer P:  </w:t>
      </w:r>
      <w:r>
        <w:rPr>
          <w:rFonts w:ascii="Arial" w:hAnsi="Arial"/>
          <w:color w:val="5D7284"/>
        </w:rPr>
        <w:t>13:43</w:t>
      </w:r>
    </w:p>
    <w:p w14:paraId="72A466D4" w14:textId="101CB4DA" w:rsidR="00802189" w:rsidRDefault="006A3942">
      <w:pPr>
        <w:spacing w:after="0"/>
      </w:pPr>
      <w:r>
        <w:rPr>
          <w:rFonts w:ascii="Arial" w:hAnsi="Arial"/>
        </w:rPr>
        <w:t>So, you think you will continue to be able to distinguish red from blue for a long time? And what are you what's a long time? Or would you say just ballpark. That's up here too. Sometimes it helps, with a piece of paper.</w:t>
      </w:r>
    </w:p>
    <w:p w14:paraId="2809D6BE" w14:textId="77777777" w:rsidR="00802189" w:rsidRDefault="00802189">
      <w:pPr>
        <w:spacing w:after="0"/>
      </w:pPr>
    </w:p>
    <w:p w14:paraId="1C7FF6F1" w14:textId="77777777" w:rsidR="00802189" w:rsidRDefault="00822814">
      <w:pPr>
        <w:spacing w:after="0"/>
      </w:pPr>
      <w:r>
        <w:rPr>
          <w:rFonts w:ascii="Arial" w:hAnsi="Arial"/>
          <w:b/>
        </w:rPr>
        <w:t xml:space="preserve">Participant #12:  </w:t>
      </w:r>
      <w:r>
        <w:rPr>
          <w:rFonts w:ascii="Arial" w:hAnsi="Arial"/>
          <w:color w:val="5D7284"/>
        </w:rPr>
        <w:t>14:11</w:t>
      </w:r>
    </w:p>
    <w:p w14:paraId="74312CB3" w14:textId="700CA7B0" w:rsidR="00802189" w:rsidRDefault="00822814">
      <w:pPr>
        <w:spacing w:after="0"/>
      </w:pPr>
      <w:r>
        <w:rPr>
          <w:rFonts w:ascii="Arial" w:hAnsi="Arial"/>
        </w:rPr>
        <w:t xml:space="preserve">I don't think the movement there's no movement. I </w:t>
      </w:r>
      <w:r w:rsidR="006A3942">
        <w:rPr>
          <w:rFonts w:ascii="Arial" w:hAnsi="Arial"/>
        </w:rPr>
        <w:t>don’t</w:t>
      </w:r>
      <w:r>
        <w:rPr>
          <w:rFonts w:ascii="Arial" w:hAnsi="Arial"/>
        </w:rPr>
        <w:t xml:space="preserve"> think they will move.</w:t>
      </w:r>
    </w:p>
    <w:p w14:paraId="1D8CD53A" w14:textId="77777777" w:rsidR="00802189" w:rsidRDefault="00802189">
      <w:pPr>
        <w:spacing w:after="0"/>
      </w:pPr>
    </w:p>
    <w:p w14:paraId="3EDCD1D6" w14:textId="77777777" w:rsidR="00802189" w:rsidRDefault="00822814">
      <w:pPr>
        <w:spacing w:after="0"/>
      </w:pPr>
      <w:r>
        <w:rPr>
          <w:rFonts w:ascii="Arial" w:hAnsi="Arial"/>
          <w:b/>
        </w:rPr>
        <w:t xml:space="preserve">Interviewer P:  </w:t>
      </w:r>
      <w:r>
        <w:rPr>
          <w:rFonts w:ascii="Arial" w:hAnsi="Arial"/>
          <w:color w:val="5D7284"/>
        </w:rPr>
        <w:t>14:16</w:t>
      </w:r>
    </w:p>
    <w:p w14:paraId="386AC853" w14:textId="77777777" w:rsidR="00802189" w:rsidRDefault="00822814">
      <w:pPr>
        <w:spacing w:after="0"/>
      </w:pPr>
      <w:r>
        <w:rPr>
          <w:rFonts w:ascii="Arial" w:hAnsi="Arial"/>
        </w:rPr>
        <w:t xml:space="preserve">Ever? </w:t>
      </w:r>
    </w:p>
    <w:p w14:paraId="7393D9DD" w14:textId="77777777" w:rsidR="00802189" w:rsidRDefault="00802189">
      <w:pPr>
        <w:spacing w:after="0"/>
      </w:pPr>
    </w:p>
    <w:p w14:paraId="0A19D898" w14:textId="77777777" w:rsidR="00802189" w:rsidRDefault="00822814">
      <w:pPr>
        <w:spacing w:after="0"/>
      </w:pPr>
      <w:r>
        <w:rPr>
          <w:rFonts w:ascii="Arial" w:hAnsi="Arial"/>
          <w:b/>
        </w:rPr>
        <w:t xml:space="preserve">Participant #12:  </w:t>
      </w:r>
      <w:r>
        <w:rPr>
          <w:rFonts w:ascii="Arial" w:hAnsi="Arial"/>
          <w:color w:val="5D7284"/>
        </w:rPr>
        <w:t>14:17</w:t>
      </w:r>
    </w:p>
    <w:p w14:paraId="1C96E283" w14:textId="0E1C4C6E" w:rsidR="00802189" w:rsidRDefault="00822814">
      <w:pPr>
        <w:spacing w:after="0"/>
      </w:pPr>
      <w:r>
        <w:rPr>
          <w:rFonts w:ascii="Arial" w:hAnsi="Arial"/>
        </w:rPr>
        <w:t xml:space="preserve">Not if no </w:t>
      </w:r>
      <w:r w:rsidR="006A3942">
        <w:rPr>
          <w:rFonts w:ascii="Arial" w:hAnsi="Arial"/>
        </w:rPr>
        <w:t>one’s</w:t>
      </w:r>
      <w:r>
        <w:rPr>
          <w:rFonts w:ascii="Arial" w:hAnsi="Arial"/>
        </w:rPr>
        <w:t xml:space="preserve"> moving it.</w:t>
      </w:r>
    </w:p>
    <w:p w14:paraId="637C8445" w14:textId="77777777" w:rsidR="00802189" w:rsidRDefault="00802189">
      <w:pPr>
        <w:spacing w:after="0"/>
      </w:pPr>
    </w:p>
    <w:p w14:paraId="3AEB2C40" w14:textId="77777777" w:rsidR="00802189" w:rsidRDefault="00822814">
      <w:pPr>
        <w:spacing w:after="0"/>
      </w:pPr>
      <w:r>
        <w:rPr>
          <w:rFonts w:ascii="Arial" w:hAnsi="Arial"/>
          <w:b/>
        </w:rPr>
        <w:t xml:space="preserve">Interviewer P:  </w:t>
      </w:r>
      <w:r>
        <w:rPr>
          <w:rFonts w:ascii="Arial" w:hAnsi="Arial"/>
          <w:color w:val="5D7284"/>
        </w:rPr>
        <w:t>14:20</w:t>
      </w:r>
    </w:p>
    <w:p w14:paraId="6B0D5D47" w14:textId="77777777" w:rsidR="00802189" w:rsidRDefault="00822814">
      <w:pPr>
        <w:spacing w:after="0"/>
      </w:pPr>
      <w:r>
        <w:rPr>
          <w:rFonts w:ascii="Arial" w:hAnsi="Arial"/>
        </w:rPr>
        <w:t xml:space="preserve">Did it move differently than the first one? </w:t>
      </w:r>
    </w:p>
    <w:p w14:paraId="7AC05850" w14:textId="77777777" w:rsidR="00802189" w:rsidRDefault="00802189">
      <w:pPr>
        <w:spacing w:after="0"/>
      </w:pPr>
    </w:p>
    <w:p w14:paraId="4008E814" w14:textId="77777777" w:rsidR="00802189" w:rsidRDefault="00822814">
      <w:pPr>
        <w:spacing w:after="0"/>
      </w:pPr>
      <w:r>
        <w:rPr>
          <w:rFonts w:ascii="Arial" w:hAnsi="Arial"/>
          <w:b/>
        </w:rPr>
        <w:t xml:space="preserve">Participant #12:  </w:t>
      </w:r>
      <w:r>
        <w:rPr>
          <w:rFonts w:ascii="Arial" w:hAnsi="Arial"/>
          <w:color w:val="5D7284"/>
        </w:rPr>
        <w:t>14:23</w:t>
      </w:r>
    </w:p>
    <w:p w14:paraId="30BC1A36" w14:textId="77777777" w:rsidR="00802189" w:rsidRDefault="00822814">
      <w:pPr>
        <w:spacing w:after="0"/>
      </w:pPr>
      <w:r>
        <w:rPr>
          <w:rFonts w:ascii="Arial" w:hAnsi="Arial"/>
        </w:rPr>
        <w:t>Yes.</w:t>
      </w:r>
    </w:p>
    <w:p w14:paraId="3B466661" w14:textId="77777777" w:rsidR="00802189" w:rsidRDefault="00802189">
      <w:pPr>
        <w:spacing w:after="0"/>
      </w:pPr>
    </w:p>
    <w:p w14:paraId="16D26C23" w14:textId="77777777" w:rsidR="00802189" w:rsidRDefault="00822814">
      <w:pPr>
        <w:spacing w:after="0"/>
      </w:pPr>
      <w:r>
        <w:rPr>
          <w:rFonts w:ascii="Arial" w:hAnsi="Arial"/>
          <w:b/>
        </w:rPr>
        <w:t xml:space="preserve">Interviewer P:  </w:t>
      </w:r>
      <w:r>
        <w:rPr>
          <w:rFonts w:ascii="Arial" w:hAnsi="Arial"/>
          <w:color w:val="5D7284"/>
        </w:rPr>
        <w:t>14:23</w:t>
      </w:r>
    </w:p>
    <w:p w14:paraId="218B267A" w14:textId="77777777" w:rsidR="00802189" w:rsidRDefault="00822814">
      <w:pPr>
        <w:spacing w:after="0"/>
      </w:pPr>
      <w:r>
        <w:rPr>
          <w:rFonts w:ascii="Arial" w:hAnsi="Arial"/>
        </w:rPr>
        <w:t xml:space="preserve"> And how was it different?</w:t>
      </w:r>
    </w:p>
    <w:p w14:paraId="724FCCCA" w14:textId="77777777" w:rsidR="00802189" w:rsidRDefault="00802189">
      <w:pPr>
        <w:spacing w:after="0"/>
      </w:pPr>
    </w:p>
    <w:p w14:paraId="7A70639B" w14:textId="77777777" w:rsidR="00802189" w:rsidRDefault="00822814">
      <w:pPr>
        <w:spacing w:after="0"/>
      </w:pPr>
      <w:r>
        <w:rPr>
          <w:rFonts w:ascii="Arial" w:hAnsi="Arial"/>
          <w:b/>
        </w:rPr>
        <w:t xml:space="preserve">Participant #12:  </w:t>
      </w:r>
      <w:r>
        <w:rPr>
          <w:rFonts w:ascii="Arial" w:hAnsi="Arial"/>
          <w:color w:val="5D7284"/>
        </w:rPr>
        <w:t>14:26</w:t>
      </w:r>
    </w:p>
    <w:p w14:paraId="44AA25AC" w14:textId="77777777" w:rsidR="00802189" w:rsidRDefault="00822814">
      <w:pPr>
        <w:spacing w:after="0"/>
      </w:pPr>
      <w:r>
        <w:rPr>
          <w:rFonts w:ascii="Arial" w:hAnsi="Arial"/>
        </w:rPr>
        <w:t xml:space="preserve">There wasn't really any type of structure to it, like they didn't follow anything and like oh, spirals. </w:t>
      </w:r>
    </w:p>
    <w:p w14:paraId="4E7414C5" w14:textId="77777777" w:rsidR="00802189" w:rsidRDefault="00802189">
      <w:pPr>
        <w:spacing w:after="0"/>
      </w:pPr>
    </w:p>
    <w:p w14:paraId="564DA8E0" w14:textId="77777777" w:rsidR="00802189" w:rsidRDefault="00822814">
      <w:pPr>
        <w:spacing w:after="0"/>
      </w:pPr>
      <w:r>
        <w:rPr>
          <w:rFonts w:ascii="Arial" w:hAnsi="Arial"/>
          <w:b/>
        </w:rPr>
        <w:t xml:space="preserve">Interviewer P:  </w:t>
      </w:r>
      <w:r>
        <w:rPr>
          <w:rFonts w:ascii="Arial" w:hAnsi="Arial"/>
          <w:color w:val="5D7284"/>
        </w:rPr>
        <w:t>14:33</w:t>
      </w:r>
    </w:p>
    <w:p w14:paraId="7C547502" w14:textId="77777777" w:rsidR="00802189" w:rsidRDefault="00822814">
      <w:pPr>
        <w:spacing w:after="0"/>
      </w:pPr>
      <w:r>
        <w:rPr>
          <w:rFonts w:ascii="Arial" w:hAnsi="Arial"/>
        </w:rPr>
        <w:t>Yeah.</w:t>
      </w:r>
    </w:p>
    <w:p w14:paraId="4F19D38C" w14:textId="77777777" w:rsidR="00802189" w:rsidRDefault="00802189">
      <w:pPr>
        <w:spacing w:after="0"/>
      </w:pPr>
    </w:p>
    <w:p w14:paraId="2CD58B6F" w14:textId="77777777" w:rsidR="00802189" w:rsidRDefault="00822814">
      <w:pPr>
        <w:spacing w:after="0"/>
      </w:pPr>
      <w:r>
        <w:rPr>
          <w:rFonts w:ascii="Arial" w:hAnsi="Arial"/>
          <w:b/>
        </w:rPr>
        <w:t xml:space="preserve">Participant #12:  </w:t>
      </w:r>
      <w:r>
        <w:rPr>
          <w:rFonts w:ascii="Arial" w:hAnsi="Arial"/>
          <w:color w:val="5D7284"/>
        </w:rPr>
        <w:t>14:34</w:t>
      </w:r>
    </w:p>
    <w:p w14:paraId="1752F88B" w14:textId="77777777" w:rsidR="00802189" w:rsidRDefault="00822814">
      <w:pPr>
        <w:spacing w:after="0"/>
      </w:pPr>
      <w:r>
        <w:rPr>
          <w:rFonts w:ascii="Arial" w:hAnsi="Arial"/>
        </w:rPr>
        <w:t>It's really pretty like that. I don't think they'll move.</w:t>
      </w:r>
    </w:p>
    <w:p w14:paraId="6515B074" w14:textId="77777777" w:rsidR="00802189" w:rsidRDefault="00802189">
      <w:pPr>
        <w:spacing w:after="0"/>
      </w:pPr>
    </w:p>
    <w:p w14:paraId="0C1F48AE" w14:textId="77777777" w:rsidR="00802189" w:rsidRDefault="00822814">
      <w:pPr>
        <w:spacing w:after="0"/>
      </w:pPr>
      <w:r>
        <w:rPr>
          <w:rFonts w:ascii="Arial" w:hAnsi="Arial"/>
          <w:b/>
        </w:rPr>
        <w:t xml:space="preserve">Interviewer P:  </w:t>
      </w:r>
      <w:r>
        <w:rPr>
          <w:rFonts w:ascii="Arial" w:hAnsi="Arial"/>
          <w:color w:val="5D7284"/>
        </w:rPr>
        <w:t>14:43</w:t>
      </w:r>
    </w:p>
    <w:p w14:paraId="2733FC53" w14:textId="77777777" w:rsidR="00802189" w:rsidRDefault="00822814">
      <w:pPr>
        <w:spacing w:after="0"/>
      </w:pPr>
      <w:r>
        <w:rPr>
          <w:rFonts w:ascii="Arial" w:hAnsi="Arial"/>
        </w:rPr>
        <w:t>All right, one more to go then. This is what we had before the saltwater. So, green is saltwater yellow is freshwater. That surprising?</w:t>
      </w:r>
    </w:p>
    <w:p w14:paraId="1063D013" w14:textId="77777777" w:rsidR="00802189" w:rsidRDefault="00802189">
      <w:pPr>
        <w:spacing w:after="0"/>
      </w:pPr>
    </w:p>
    <w:p w14:paraId="60322D29" w14:textId="77777777" w:rsidR="00802189" w:rsidRDefault="00822814">
      <w:pPr>
        <w:spacing w:after="0"/>
      </w:pPr>
      <w:r>
        <w:rPr>
          <w:rFonts w:ascii="Arial" w:hAnsi="Arial"/>
          <w:b/>
        </w:rPr>
        <w:t xml:space="preserve">Participant #12:  </w:t>
      </w:r>
      <w:r>
        <w:rPr>
          <w:rFonts w:ascii="Arial" w:hAnsi="Arial"/>
          <w:color w:val="5D7284"/>
        </w:rPr>
        <w:t>16:14</w:t>
      </w:r>
    </w:p>
    <w:p w14:paraId="7FFB69F0" w14:textId="1F4A1899" w:rsidR="00802189" w:rsidRDefault="00822814">
      <w:pPr>
        <w:spacing w:after="0"/>
      </w:pPr>
      <w:r>
        <w:rPr>
          <w:rFonts w:ascii="Arial" w:hAnsi="Arial"/>
        </w:rPr>
        <w:t xml:space="preserve">The end </w:t>
      </w:r>
      <w:r w:rsidR="006A3942">
        <w:rPr>
          <w:rFonts w:ascii="Arial" w:hAnsi="Arial"/>
        </w:rPr>
        <w:t>yes,</w:t>
      </w:r>
      <w:r>
        <w:rPr>
          <w:rFonts w:ascii="Arial" w:hAnsi="Arial"/>
        </w:rPr>
        <w:t xml:space="preserve"> I did expect this I did expect the salt water to go underneath I didn't think far enough correctly I guess but for the balance I didn't expect them to. I knew they would be </w:t>
      </w:r>
      <w:r w:rsidR="006A3942">
        <w:rPr>
          <w:rFonts w:ascii="Arial" w:hAnsi="Arial"/>
        </w:rPr>
        <w:t>separate,</w:t>
      </w:r>
      <w:r>
        <w:rPr>
          <w:rFonts w:ascii="Arial" w:hAnsi="Arial"/>
        </w:rPr>
        <w:t xml:space="preserve"> but I didn't expect the yellow to be on top.</w:t>
      </w:r>
    </w:p>
    <w:p w14:paraId="6B1C198A" w14:textId="77777777" w:rsidR="00802189" w:rsidRDefault="00802189">
      <w:pPr>
        <w:spacing w:after="0"/>
      </w:pPr>
    </w:p>
    <w:p w14:paraId="300CBEFE" w14:textId="77777777" w:rsidR="00802189" w:rsidRDefault="00822814">
      <w:pPr>
        <w:spacing w:after="0"/>
      </w:pPr>
      <w:r>
        <w:rPr>
          <w:rFonts w:ascii="Arial" w:hAnsi="Arial"/>
          <w:b/>
        </w:rPr>
        <w:t xml:space="preserve">Interviewer P:  </w:t>
      </w:r>
      <w:r>
        <w:rPr>
          <w:rFonts w:ascii="Arial" w:hAnsi="Arial"/>
          <w:color w:val="5D7284"/>
        </w:rPr>
        <w:t>16:31</w:t>
      </w:r>
    </w:p>
    <w:p w14:paraId="7407D37D" w14:textId="77777777" w:rsidR="00802189" w:rsidRDefault="00822814">
      <w:pPr>
        <w:spacing w:after="0"/>
      </w:pPr>
      <w:r>
        <w:rPr>
          <w:rFonts w:ascii="Arial" w:hAnsi="Arial"/>
        </w:rPr>
        <w:t>Why? Or do you mean like because you have yellow.</w:t>
      </w:r>
    </w:p>
    <w:p w14:paraId="6B494B9B" w14:textId="77777777" w:rsidR="00802189" w:rsidRDefault="00802189">
      <w:pPr>
        <w:spacing w:after="0"/>
      </w:pPr>
    </w:p>
    <w:p w14:paraId="75E67A68" w14:textId="77777777" w:rsidR="00802189" w:rsidRDefault="00822814">
      <w:pPr>
        <w:spacing w:after="0"/>
      </w:pPr>
      <w:r>
        <w:rPr>
          <w:rFonts w:ascii="Arial" w:hAnsi="Arial"/>
          <w:b/>
        </w:rPr>
        <w:t xml:space="preserve">Participant #12:  </w:t>
      </w:r>
      <w:r>
        <w:rPr>
          <w:rFonts w:ascii="Arial" w:hAnsi="Arial"/>
          <w:color w:val="5D7284"/>
        </w:rPr>
        <w:t>16:34</w:t>
      </w:r>
    </w:p>
    <w:p w14:paraId="25F2E6C9" w14:textId="0D285041" w:rsidR="00802189" w:rsidRDefault="00822814">
      <w:pPr>
        <w:spacing w:after="0"/>
      </w:pPr>
      <w:r>
        <w:rPr>
          <w:rFonts w:ascii="Arial" w:hAnsi="Arial"/>
        </w:rPr>
        <w:t xml:space="preserve">Like well I expected like, all the I </w:t>
      </w:r>
      <w:r w:rsidR="006A3942">
        <w:rPr>
          <w:rFonts w:ascii="Arial" w:hAnsi="Arial"/>
        </w:rPr>
        <w:t>didn’t</w:t>
      </w:r>
      <w:r>
        <w:rPr>
          <w:rFonts w:ascii="Arial" w:hAnsi="Arial"/>
        </w:rPr>
        <w:t xml:space="preserve"> expect all of yellow.</w:t>
      </w:r>
    </w:p>
    <w:p w14:paraId="728C825C" w14:textId="77777777" w:rsidR="00802189" w:rsidRDefault="00802189">
      <w:pPr>
        <w:spacing w:after="0"/>
      </w:pPr>
    </w:p>
    <w:p w14:paraId="1371FF5B" w14:textId="77777777" w:rsidR="00802189" w:rsidRDefault="00822814">
      <w:pPr>
        <w:spacing w:after="0"/>
      </w:pPr>
      <w:r>
        <w:rPr>
          <w:rFonts w:ascii="Arial" w:hAnsi="Arial"/>
          <w:b/>
        </w:rPr>
        <w:t xml:space="preserve">Interviewer P:  </w:t>
      </w:r>
      <w:r>
        <w:rPr>
          <w:rFonts w:ascii="Arial" w:hAnsi="Arial"/>
          <w:color w:val="5D7284"/>
        </w:rPr>
        <w:t>16:37</w:t>
      </w:r>
    </w:p>
    <w:p w14:paraId="175E0A2C" w14:textId="05E10F6E" w:rsidR="00802189" w:rsidRDefault="006A3942">
      <w:pPr>
        <w:spacing w:after="0"/>
      </w:pPr>
      <w:r>
        <w:rPr>
          <w:rFonts w:ascii="Arial" w:hAnsi="Arial"/>
        </w:rPr>
        <w:t>Yeah.</w:t>
      </w:r>
    </w:p>
    <w:p w14:paraId="0DB8F1BC" w14:textId="77777777" w:rsidR="00802189" w:rsidRDefault="00802189">
      <w:pPr>
        <w:spacing w:after="0"/>
      </w:pPr>
    </w:p>
    <w:p w14:paraId="0B1E722C" w14:textId="77777777" w:rsidR="00802189" w:rsidRDefault="00822814">
      <w:pPr>
        <w:spacing w:after="0"/>
      </w:pPr>
      <w:r>
        <w:rPr>
          <w:rFonts w:ascii="Arial" w:hAnsi="Arial"/>
          <w:b/>
        </w:rPr>
        <w:t xml:space="preserve">Participant #12:  </w:t>
      </w:r>
      <w:r>
        <w:rPr>
          <w:rFonts w:ascii="Arial" w:hAnsi="Arial"/>
          <w:color w:val="5D7284"/>
        </w:rPr>
        <w:t>16:39</w:t>
      </w:r>
    </w:p>
    <w:p w14:paraId="2A0EB04B" w14:textId="77777777" w:rsidR="00802189" w:rsidRDefault="00822814">
      <w:pPr>
        <w:spacing w:after="0"/>
      </w:pPr>
      <w:r>
        <w:rPr>
          <w:rFonts w:ascii="Arial" w:hAnsi="Arial"/>
        </w:rPr>
        <w:t>To lay on top of the green for something I expected I don't know a bit of pressure more pressure like more resistance from yellow to kind of, you know merge a bit. I knew that there'd be some yellow at the top. And I did expect some green to like a bit more of the green depending on like the movement of them like how fast they would mingle.</w:t>
      </w:r>
    </w:p>
    <w:p w14:paraId="108DEA77" w14:textId="77777777" w:rsidR="00802189" w:rsidRDefault="00802189">
      <w:pPr>
        <w:spacing w:after="0"/>
      </w:pPr>
    </w:p>
    <w:p w14:paraId="2F689A11" w14:textId="77777777" w:rsidR="00802189" w:rsidRDefault="00822814">
      <w:pPr>
        <w:spacing w:after="0"/>
      </w:pPr>
      <w:r>
        <w:rPr>
          <w:rFonts w:ascii="Arial" w:hAnsi="Arial"/>
          <w:b/>
        </w:rPr>
        <w:t xml:space="preserve">Interviewer P:  </w:t>
      </w:r>
      <w:r>
        <w:rPr>
          <w:rFonts w:ascii="Arial" w:hAnsi="Arial"/>
          <w:color w:val="5D7284"/>
        </w:rPr>
        <w:t>17:03</w:t>
      </w:r>
    </w:p>
    <w:p w14:paraId="5AEB58EA" w14:textId="77777777" w:rsidR="00802189" w:rsidRDefault="00822814">
      <w:pPr>
        <w:spacing w:after="0"/>
      </w:pPr>
      <w:r>
        <w:rPr>
          <w:rFonts w:ascii="Arial" w:hAnsi="Arial"/>
        </w:rPr>
        <w:t>And do you think these layers will stay forever?</w:t>
      </w:r>
    </w:p>
    <w:p w14:paraId="11BEE194" w14:textId="77777777" w:rsidR="00802189" w:rsidRDefault="00802189">
      <w:pPr>
        <w:spacing w:after="0"/>
      </w:pPr>
    </w:p>
    <w:p w14:paraId="62E092B3" w14:textId="77777777" w:rsidR="00802189" w:rsidRDefault="00822814">
      <w:pPr>
        <w:spacing w:after="0"/>
      </w:pPr>
      <w:r>
        <w:rPr>
          <w:rFonts w:ascii="Arial" w:hAnsi="Arial"/>
          <w:b/>
        </w:rPr>
        <w:t xml:space="preserve">Participant #12:  </w:t>
      </w:r>
      <w:r>
        <w:rPr>
          <w:rFonts w:ascii="Arial" w:hAnsi="Arial"/>
          <w:color w:val="5D7284"/>
        </w:rPr>
        <w:t>17:14</w:t>
      </w:r>
    </w:p>
    <w:p w14:paraId="5C68D61C" w14:textId="77777777" w:rsidR="00802189" w:rsidRDefault="00822814">
      <w:pPr>
        <w:spacing w:after="0"/>
      </w:pPr>
      <w:r>
        <w:rPr>
          <w:rFonts w:ascii="Arial" w:hAnsi="Arial"/>
        </w:rPr>
        <w:t>I like to say yes. Just because of the ocean I like to say yes.</w:t>
      </w:r>
    </w:p>
    <w:p w14:paraId="3CEADE64" w14:textId="77777777" w:rsidR="00802189" w:rsidRDefault="00802189">
      <w:pPr>
        <w:spacing w:after="0"/>
      </w:pPr>
    </w:p>
    <w:p w14:paraId="19628396" w14:textId="77777777" w:rsidR="00802189" w:rsidRDefault="00822814">
      <w:pPr>
        <w:spacing w:after="0"/>
      </w:pPr>
      <w:r>
        <w:rPr>
          <w:rFonts w:ascii="Arial" w:hAnsi="Arial"/>
          <w:b/>
        </w:rPr>
        <w:t xml:space="preserve">Interviewer P:  </w:t>
      </w:r>
      <w:r>
        <w:rPr>
          <w:rFonts w:ascii="Arial" w:hAnsi="Arial"/>
          <w:color w:val="5D7284"/>
        </w:rPr>
        <w:t>17:25</w:t>
      </w:r>
    </w:p>
    <w:p w14:paraId="735EE27D" w14:textId="389C00F9" w:rsidR="00802189" w:rsidRDefault="006A3942">
      <w:pPr>
        <w:spacing w:after="0"/>
      </w:pPr>
      <w:r>
        <w:rPr>
          <w:rFonts w:ascii="Arial" w:hAnsi="Arial"/>
        </w:rPr>
        <w:t>So, tell me how this is like the ocean?</w:t>
      </w:r>
    </w:p>
    <w:p w14:paraId="1A23BCD0" w14:textId="77777777" w:rsidR="00802189" w:rsidRDefault="00802189">
      <w:pPr>
        <w:spacing w:after="0"/>
      </w:pPr>
    </w:p>
    <w:p w14:paraId="680F4483" w14:textId="77777777" w:rsidR="00802189" w:rsidRDefault="00822814">
      <w:pPr>
        <w:spacing w:after="0"/>
      </w:pPr>
      <w:r>
        <w:rPr>
          <w:rFonts w:ascii="Arial" w:hAnsi="Arial"/>
          <w:b/>
        </w:rPr>
        <w:t xml:space="preserve">Participant #12:  </w:t>
      </w:r>
      <w:r>
        <w:rPr>
          <w:rFonts w:ascii="Arial" w:hAnsi="Arial"/>
          <w:color w:val="5D7284"/>
        </w:rPr>
        <w:t>17:28</w:t>
      </w:r>
    </w:p>
    <w:p w14:paraId="2CC44456" w14:textId="518A0A2F" w:rsidR="00802189" w:rsidRDefault="00822814">
      <w:pPr>
        <w:spacing w:after="0"/>
      </w:pPr>
      <w:r>
        <w:rPr>
          <w:rFonts w:ascii="Arial" w:hAnsi="Arial"/>
        </w:rPr>
        <w:t xml:space="preserve">Well thinking at a very elementary school level you have freshwater and saltwater and based on personal experience when I went on a </w:t>
      </w:r>
      <w:r w:rsidR="006A3942">
        <w:rPr>
          <w:rFonts w:ascii="Arial" w:hAnsi="Arial"/>
        </w:rPr>
        <w:t>trip,</w:t>
      </w:r>
      <w:r>
        <w:rPr>
          <w:rFonts w:ascii="Arial" w:hAnsi="Arial"/>
        </w:rPr>
        <w:t xml:space="preserve"> I remember the instructor of like this boat saying you can see where the line </w:t>
      </w:r>
      <w:r w:rsidR="006A3942">
        <w:rPr>
          <w:rFonts w:ascii="Arial" w:hAnsi="Arial"/>
        </w:rPr>
        <w:t>divides</w:t>
      </w:r>
      <w:r>
        <w:rPr>
          <w:rFonts w:ascii="Arial" w:hAnsi="Arial"/>
        </w:rPr>
        <w:t xml:space="preserve"> from like some type of pressure a different type of waters that different animals reside in. He could be completely wrong. I trusted him because I was in a different place. That's what I am saying. </w:t>
      </w:r>
      <w:r w:rsidR="006A3942">
        <w:rPr>
          <w:rFonts w:ascii="Arial" w:hAnsi="Arial"/>
        </w:rPr>
        <w:t>Like</w:t>
      </w:r>
      <w:r>
        <w:rPr>
          <w:rFonts w:ascii="Arial" w:hAnsi="Arial"/>
        </w:rPr>
        <w:t xml:space="preserve"> </w:t>
      </w:r>
      <w:r w:rsidR="006A3942">
        <w:rPr>
          <w:rFonts w:ascii="Arial" w:hAnsi="Arial"/>
        </w:rPr>
        <w:t>yeah,</w:t>
      </w:r>
      <w:r>
        <w:rPr>
          <w:rFonts w:ascii="Arial" w:hAnsi="Arial"/>
        </w:rPr>
        <w:t xml:space="preserve"> I think they'll do like this. </w:t>
      </w:r>
    </w:p>
    <w:p w14:paraId="007E5C8E" w14:textId="77777777" w:rsidR="00802189" w:rsidRDefault="00802189">
      <w:pPr>
        <w:spacing w:after="0"/>
      </w:pPr>
    </w:p>
    <w:p w14:paraId="0AB167BD" w14:textId="77777777" w:rsidR="00802189" w:rsidRDefault="00822814">
      <w:pPr>
        <w:spacing w:after="0"/>
      </w:pPr>
      <w:r>
        <w:rPr>
          <w:rFonts w:ascii="Arial" w:hAnsi="Arial"/>
          <w:b/>
        </w:rPr>
        <w:lastRenderedPageBreak/>
        <w:t xml:space="preserve">Interviewer P:  </w:t>
      </w:r>
      <w:r>
        <w:rPr>
          <w:rFonts w:ascii="Arial" w:hAnsi="Arial"/>
          <w:color w:val="5D7284"/>
        </w:rPr>
        <w:t>17:57</w:t>
      </w:r>
    </w:p>
    <w:p w14:paraId="52E58152" w14:textId="77777777" w:rsidR="00802189" w:rsidRDefault="00822814">
      <w:pPr>
        <w:spacing w:after="0"/>
      </w:pPr>
      <w:r>
        <w:rPr>
          <w:rFonts w:ascii="Arial" w:hAnsi="Arial"/>
        </w:rPr>
        <w:t>Yeah.</w:t>
      </w:r>
    </w:p>
    <w:p w14:paraId="499F0CF4" w14:textId="77777777" w:rsidR="00802189" w:rsidRDefault="00802189">
      <w:pPr>
        <w:spacing w:after="0"/>
      </w:pPr>
    </w:p>
    <w:p w14:paraId="75C0CCEC" w14:textId="77777777" w:rsidR="00802189" w:rsidRDefault="00822814">
      <w:pPr>
        <w:spacing w:after="0"/>
      </w:pPr>
      <w:r>
        <w:rPr>
          <w:rFonts w:ascii="Arial" w:hAnsi="Arial"/>
          <w:b/>
        </w:rPr>
        <w:t xml:space="preserve">Participant #12:  </w:t>
      </w:r>
      <w:r>
        <w:rPr>
          <w:rFonts w:ascii="Arial" w:hAnsi="Arial"/>
          <w:color w:val="5D7284"/>
        </w:rPr>
        <w:t>17:58</w:t>
      </w:r>
    </w:p>
    <w:p w14:paraId="0082633D" w14:textId="15B44560" w:rsidR="00802189" w:rsidRDefault="00822814">
      <w:pPr>
        <w:spacing w:after="0"/>
      </w:pPr>
      <w:r>
        <w:rPr>
          <w:rFonts w:ascii="Arial" w:hAnsi="Arial"/>
        </w:rPr>
        <w:t xml:space="preserve">I definitely see that the green. In eyes became lighter so I know </w:t>
      </w:r>
      <w:r w:rsidR="006A3942">
        <w:rPr>
          <w:rFonts w:ascii="Arial" w:hAnsi="Arial"/>
        </w:rPr>
        <w:t>it</w:t>
      </w:r>
      <w:r>
        <w:rPr>
          <w:rFonts w:ascii="Arial" w:hAnsi="Arial"/>
        </w:rPr>
        <w:t xml:space="preserve"> did lose something in the </w:t>
      </w:r>
      <w:r w:rsidR="006A3942">
        <w:rPr>
          <w:rFonts w:ascii="Arial" w:hAnsi="Arial"/>
        </w:rPr>
        <w:t>yellow,</w:t>
      </w:r>
      <w:r>
        <w:rPr>
          <w:rFonts w:ascii="Arial" w:hAnsi="Arial"/>
        </w:rPr>
        <w:t xml:space="preserve"> but I think they'll stay like this.</w:t>
      </w:r>
    </w:p>
    <w:p w14:paraId="2525C50C" w14:textId="77777777" w:rsidR="00802189" w:rsidRDefault="00802189">
      <w:pPr>
        <w:spacing w:after="0"/>
      </w:pPr>
    </w:p>
    <w:p w14:paraId="35052571" w14:textId="77777777" w:rsidR="00802189" w:rsidRDefault="00822814">
      <w:pPr>
        <w:spacing w:after="0"/>
      </w:pPr>
      <w:r>
        <w:rPr>
          <w:rFonts w:ascii="Arial" w:hAnsi="Arial"/>
          <w:b/>
        </w:rPr>
        <w:t xml:space="preserve">Interviewer P:  </w:t>
      </w:r>
      <w:r>
        <w:rPr>
          <w:rFonts w:ascii="Arial" w:hAnsi="Arial"/>
          <w:color w:val="5D7284"/>
        </w:rPr>
        <w:t>18:08</w:t>
      </w:r>
    </w:p>
    <w:p w14:paraId="217A3B5A" w14:textId="77777777" w:rsidR="00802189" w:rsidRDefault="00822814">
      <w:pPr>
        <w:spacing w:after="0"/>
      </w:pPr>
      <w:r>
        <w:rPr>
          <w:rFonts w:ascii="Arial" w:hAnsi="Arial"/>
        </w:rPr>
        <w:t>Forever?</w:t>
      </w:r>
    </w:p>
    <w:p w14:paraId="6943BEFA" w14:textId="77777777" w:rsidR="00802189" w:rsidRDefault="00802189">
      <w:pPr>
        <w:spacing w:after="0"/>
      </w:pPr>
    </w:p>
    <w:p w14:paraId="670265C1" w14:textId="77777777" w:rsidR="00802189" w:rsidRDefault="00822814">
      <w:pPr>
        <w:spacing w:after="0"/>
      </w:pPr>
      <w:r>
        <w:rPr>
          <w:rFonts w:ascii="Arial" w:hAnsi="Arial"/>
          <w:b/>
        </w:rPr>
        <w:t xml:space="preserve">Participant #12:  </w:t>
      </w:r>
      <w:r>
        <w:rPr>
          <w:rFonts w:ascii="Arial" w:hAnsi="Arial"/>
          <w:color w:val="5D7284"/>
        </w:rPr>
        <w:t>18:12</w:t>
      </w:r>
    </w:p>
    <w:p w14:paraId="6206990B" w14:textId="7EBAE0F0" w:rsidR="00802189" w:rsidRDefault="006A3942">
      <w:pPr>
        <w:spacing w:after="0"/>
      </w:pPr>
      <w:r>
        <w:rPr>
          <w:rFonts w:ascii="Arial" w:hAnsi="Arial"/>
        </w:rPr>
        <w:t>Yeah, relatively yeah, yeah.</w:t>
      </w:r>
    </w:p>
    <w:p w14:paraId="322A2578" w14:textId="77777777" w:rsidR="00802189" w:rsidRDefault="00802189">
      <w:pPr>
        <w:spacing w:after="0"/>
      </w:pPr>
    </w:p>
    <w:p w14:paraId="15EC4AB5" w14:textId="77777777" w:rsidR="00802189" w:rsidRDefault="00822814">
      <w:pPr>
        <w:spacing w:after="0"/>
      </w:pPr>
      <w:r>
        <w:rPr>
          <w:rFonts w:ascii="Arial" w:hAnsi="Arial"/>
          <w:b/>
        </w:rPr>
        <w:t xml:space="preserve">Interviewer P:  </w:t>
      </w:r>
      <w:r>
        <w:rPr>
          <w:rFonts w:ascii="Arial" w:hAnsi="Arial"/>
          <w:color w:val="5D7284"/>
        </w:rPr>
        <w:t>18:13</w:t>
      </w:r>
    </w:p>
    <w:p w14:paraId="24FABAA0" w14:textId="77777777" w:rsidR="00802189" w:rsidRDefault="00822814">
      <w:pPr>
        <w:spacing w:after="0"/>
      </w:pPr>
      <w:r>
        <w:rPr>
          <w:rFonts w:ascii="Arial" w:hAnsi="Arial"/>
        </w:rPr>
        <w:t>Okay all right. So let me put this one down here thank you. That one got very full.</w:t>
      </w:r>
    </w:p>
    <w:p w14:paraId="41D660CB" w14:textId="77777777" w:rsidR="00802189" w:rsidRDefault="00802189">
      <w:pPr>
        <w:spacing w:after="0"/>
      </w:pPr>
    </w:p>
    <w:p w14:paraId="584C2F53" w14:textId="77777777" w:rsidR="00802189" w:rsidRDefault="00822814">
      <w:pPr>
        <w:spacing w:after="0"/>
      </w:pPr>
      <w:r>
        <w:rPr>
          <w:rFonts w:ascii="Arial" w:hAnsi="Arial"/>
          <w:b/>
        </w:rPr>
        <w:t xml:space="preserve">Participant #12:  </w:t>
      </w:r>
      <w:r>
        <w:rPr>
          <w:rFonts w:ascii="Arial" w:hAnsi="Arial"/>
          <w:color w:val="5D7284"/>
        </w:rPr>
        <w:t>18:24</w:t>
      </w:r>
    </w:p>
    <w:p w14:paraId="7DC06C59" w14:textId="77777777" w:rsidR="00802189" w:rsidRDefault="00822814">
      <w:pPr>
        <w:spacing w:after="0"/>
      </w:pPr>
      <w:r>
        <w:rPr>
          <w:rFonts w:ascii="Arial" w:hAnsi="Arial"/>
        </w:rPr>
        <w:t xml:space="preserve">Would you'd </w:t>
      </w:r>
      <w:r>
        <w:rPr>
          <w:rFonts w:ascii="Arial" w:hAnsi="Arial"/>
        </w:rPr>
        <w:t>like help?</w:t>
      </w:r>
    </w:p>
    <w:p w14:paraId="5A09936F" w14:textId="77777777" w:rsidR="00802189" w:rsidRDefault="00802189">
      <w:pPr>
        <w:spacing w:after="0"/>
      </w:pPr>
    </w:p>
    <w:p w14:paraId="3C69E1F7" w14:textId="77777777" w:rsidR="00802189" w:rsidRDefault="00822814">
      <w:pPr>
        <w:spacing w:after="0"/>
      </w:pPr>
      <w:r>
        <w:rPr>
          <w:rFonts w:ascii="Arial" w:hAnsi="Arial"/>
          <w:b/>
        </w:rPr>
        <w:t xml:space="preserve">Interviewer P:  </w:t>
      </w:r>
      <w:r>
        <w:rPr>
          <w:rFonts w:ascii="Arial" w:hAnsi="Arial"/>
          <w:color w:val="5D7284"/>
        </w:rPr>
        <w:t>18:24</w:t>
      </w:r>
    </w:p>
    <w:p w14:paraId="450E9600" w14:textId="13FDF26E" w:rsidR="00802189" w:rsidRDefault="00822814">
      <w:pPr>
        <w:spacing w:after="0"/>
      </w:pPr>
      <w:r>
        <w:rPr>
          <w:rFonts w:ascii="Arial" w:hAnsi="Arial"/>
        </w:rPr>
        <w:t xml:space="preserve">I almost did it nope I'm good. Um okay. I have my computer up here and not on the floor and </w:t>
      </w:r>
      <w:r w:rsidR="006A3942">
        <w:rPr>
          <w:rFonts w:ascii="Arial" w:hAnsi="Arial"/>
        </w:rPr>
        <w:t>also,</w:t>
      </w:r>
      <w:r>
        <w:rPr>
          <w:rFonts w:ascii="Arial" w:hAnsi="Arial"/>
        </w:rPr>
        <w:t xml:space="preserve"> I am drying it because I need to put the computer up here. So, um we have time lapse videos of what you just saw we'll look at these in the same order again. </w:t>
      </w:r>
    </w:p>
    <w:p w14:paraId="5B9D4C99" w14:textId="77777777" w:rsidR="00802189" w:rsidRDefault="00802189">
      <w:pPr>
        <w:spacing w:after="0"/>
      </w:pPr>
    </w:p>
    <w:p w14:paraId="3C90782D" w14:textId="77777777" w:rsidR="00802189" w:rsidRDefault="00822814">
      <w:pPr>
        <w:spacing w:after="0"/>
      </w:pPr>
      <w:r>
        <w:rPr>
          <w:rFonts w:ascii="Arial" w:hAnsi="Arial"/>
          <w:b/>
        </w:rPr>
        <w:t xml:space="preserve">Participant #12:  </w:t>
      </w:r>
      <w:r>
        <w:rPr>
          <w:rFonts w:ascii="Arial" w:hAnsi="Arial"/>
          <w:color w:val="5D7284"/>
        </w:rPr>
        <w:t>19:10</w:t>
      </w:r>
    </w:p>
    <w:p w14:paraId="0D5F3416" w14:textId="77777777" w:rsidR="00802189" w:rsidRDefault="00822814">
      <w:pPr>
        <w:spacing w:after="0"/>
      </w:pPr>
      <w:r>
        <w:rPr>
          <w:rFonts w:ascii="Arial" w:hAnsi="Arial"/>
        </w:rPr>
        <w:t xml:space="preserve">How much time has elapsed? </w:t>
      </w:r>
    </w:p>
    <w:p w14:paraId="185DEC63" w14:textId="77777777" w:rsidR="00802189" w:rsidRDefault="00802189">
      <w:pPr>
        <w:spacing w:after="0"/>
      </w:pPr>
    </w:p>
    <w:p w14:paraId="664254E0" w14:textId="77777777" w:rsidR="00802189" w:rsidRDefault="00822814">
      <w:pPr>
        <w:spacing w:after="0"/>
      </w:pPr>
      <w:r>
        <w:rPr>
          <w:rFonts w:ascii="Arial" w:hAnsi="Arial"/>
          <w:b/>
        </w:rPr>
        <w:t xml:space="preserve">Interviewer P:  </w:t>
      </w:r>
      <w:r>
        <w:rPr>
          <w:rFonts w:ascii="Arial" w:hAnsi="Arial"/>
          <w:color w:val="5D7284"/>
        </w:rPr>
        <w:t>19:11</w:t>
      </w:r>
    </w:p>
    <w:p w14:paraId="19BEF716" w14:textId="11520623" w:rsidR="00802189" w:rsidRDefault="006A3942">
      <w:pPr>
        <w:spacing w:after="0"/>
      </w:pPr>
      <w:r>
        <w:rPr>
          <w:rFonts w:ascii="Arial" w:hAnsi="Arial"/>
        </w:rPr>
        <w:t xml:space="preserve">So, I'm gonna ask you that after. </w:t>
      </w:r>
    </w:p>
    <w:p w14:paraId="4E19B513" w14:textId="77777777" w:rsidR="00802189" w:rsidRDefault="00802189">
      <w:pPr>
        <w:spacing w:after="0"/>
      </w:pPr>
    </w:p>
    <w:p w14:paraId="4B446894" w14:textId="77777777" w:rsidR="00802189" w:rsidRDefault="00822814">
      <w:pPr>
        <w:spacing w:after="0"/>
      </w:pPr>
      <w:r>
        <w:rPr>
          <w:rFonts w:ascii="Arial" w:hAnsi="Arial"/>
          <w:b/>
        </w:rPr>
        <w:t xml:space="preserve">Participant #12:  </w:t>
      </w:r>
      <w:r>
        <w:rPr>
          <w:rFonts w:ascii="Arial" w:hAnsi="Arial"/>
          <w:color w:val="5D7284"/>
        </w:rPr>
        <w:t>19:13</w:t>
      </w:r>
    </w:p>
    <w:p w14:paraId="1A6CC4F8" w14:textId="77777777" w:rsidR="00802189" w:rsidRDefault="00822814">
      <w:pPr>
        <w:spacing w:after="0"/>
      </w:pPr>
      <w:r>
        <w:rPr>
          <w:rFonts w:ascii="Arial" w:hAnsi="Arial"/>
        </w:rPr>
        <w:t>Okay.</w:t>
      </w:r>
    </w:p>
    <w:p w14:paraId="59CD1158" w14:textId="77777777" w:rsidR="00802189" w:rsidRDefault="00802189">
      <w:pPr>
        <w:spacing w:after="0"/>
      </w:pPr>
    </w:p>
    <w:p w14:paraId="2B1F401A" w14:textId="77777777" w:rsidR="00802189" w:rsidRDefault="00822814">
      <w:pPr>
        <w:spacing w:after="0"/>
      </w:pPr>
      <w:r>
        <w:rPr>
          <w:rFonts w:ascii="Arial" w:hAnsi="Arial"/>
          <w:b/>
        </w:rPr>
        <w:t xml:space="preserve">Interviewer P:  </w:t>
      </w:r>
      <w:r>
        <w:rPr>
          <w:rFonts w:ascii="Arial" w:hAnsi="Arial"/>
          <w:color w:val="5D7284"/>
        </w:rPr>
        <w:t>19:14</w:t>
      </w:r>
    </w:p>
    <w:p w14:paraId="68EAE4D5" w14:textId="77777777" w:rsidR="00802189" w:rsidRDefault="00822814">
      <w:pPr>
        <w:spacing w:after="0"/>
      </w:pPr>
      <w:r>
        <w:rPr>
          <w:rFonts w:ascii="Arial" w:hAnsi="Arial"/>
        </w:rPr>
        <w:t xml:space="preserve">Yeah, so this is about 30 seconds long, the two </w:t>
      </w:r>
      <w:r>
        <w:rPr>
          <w:rFonts w:ascii="Arial" w:hAnsi="Arial"/>
        </w:rPr>
        <w:t>different temperatures.</w:t>
      </w:r>
    </w:p>
    <w:p w14:paraId="1659B2D9" w14:textId="77777777" w:rsidR="00802189" w:rsidRDefault="00802189">
      <w:pPr>
        <w:spacing w:after="0"/>
      </w:pPr>
    </w:p>
    <w:p w14:paraId="0A2EDECA" w14:textId="77777777" w:rsidR="00802189" w:rsidRDefault="00822814">
      <w:pPr>
        <w:spacing w:after="0"/>
      </w:pPr>
      <w:r>
        <w:rPr>
          <w:rFonts w:ascii="Arial" w:hAnsi="Arial"/>
          <w:b/>
        </w:rPr>
        <w:t xml:space="preserve">Participant #12:  </w:t>
      </w:r>
      <w:r>
        <w:rPr>
          <w:rFonts w:ascii="Arial" w:hAnsi="Arial"/>
          <w:color w:val="5D7284"/>
        </w:rPr>
        <w:t>19:18</w:t>
      </w:r>
    </w:p>
    <w:p w14:paraId="4325A873" w14:textId="77777777" w:rsidR="00802189" w:rsidRDefault="00822814">
      <w:pPr>
        <w:spacing w:after="0"/>
      </w:pPr>
      <w:r>
        <w:rPr>
          <w:rFonts w:ascii="Arial" w:hAnsi="Arial"/>
        </w:rPr>
        <w:t>Okay.</w:t>
      </w:r>
    </w:p>
    <w:p w14:paraId="16BC1F0B" w14:textId="77777777" w:rsidR="00802189" w:rsidRDefault="00802189">
      <w:pPr>
        <w:spacing w:after="0"/>
      </w:pPr>
    </w:p>
    <w:p w14:paraId="49FFA59D" w14:textId="77777777" w:rsidR="00802189" w:rsidRDefault="00822814">
      <w:pPr>
        <w:spacing w:after="0"/>
      </w:pPr>
      <w:r>
        <w:rPr>
          <w:rFonts w:ascii="Arial" w:hAnsi="Arial"/>
          <w:b/>
        </w:rPr>
        <w:t xml:space="preserve">Interviewer P:  </w:t>
      </w:r>
      <w:r>
        <w:rPr>
          <w:rFonts w:ascii="Arial" w:hAnsi="Arial"/>
          <w:color w:val="5D7284"/>
        </w:rPr>
        <w:t>19:55</w:t>
      </w:r>
    </w:p>
    <w:p w14:paraId="6F814FD9" w14:textId="0A6F84F4" w:rsidR="00802189" w:rsidRDefault="006A3942">
      <w:pPr>
        <w:spacing w:after="0"/>
      </w:pPr>
      <w:r>
        <w:rPr>
          <w:rFonts w:ascii="Arial" w:hAnsi="Arial"/>
        </w:rPr>
        <w:t>So, you want to take a guess on how much time that was originally?</w:t>
      </w:r>
    </w:p>
    <w:p w14:paraId="4EE1338A" w14:textId="77777777" w:rsidR="00802189" w:rsidRDefault="00802189">
      <w:pPr>
        <w:spacing w:after="0"/>
      </w:pPr>
    </w:p>
    <w:p w14:paraId="30830AC7" w14:textId="77777777" w:rsidR="00802189" w:rsidRDefault="00822814">
      <w:pPr>
        <w:spacing w:after="0"/>
      </w:pPr>
      <w:r>
        <w:rPr>
          <w:rFonts w:ascii="Arial" w:hAnsi="Arial"/>
          <w:b/>
        </w:rPr>
        <w:t xml:space="preserve">Participant #12:  </w:t>
      </w:r>
      <w:r>
        <w:rPr>
          <w:rFonts w:ascii="Arial" w:hAnsi="Arial"/>
          <w:color w:val="5D7284"/>
        </w:rPr>
        <w:t>20:01</w:t>
      </w:r>
    </w:p>
    <w:p w14:paraId="2E413F5F" w14:textId="77777777" w:rsidR="00802189" w:rsidRDefault="00822814">
      <w:pPr>
        <w:spacing w:after="0"/>
      </w:pPr>
      <w:r>
        <w:rPr>
          <w:rFonts w:ascii="Arial" w:hAnsi="Arial"/>
        </w:rPr>
        <w:lastRenderedPageBreak/>
        <w:t xml:space="preserve">I wish I knew the temperatures so I could do the equation of finding out. I still want to say seven minutes to 10 minutes. </w:t>
      </w:r>
    </w:p>
    <w:p w14:paraId="1828F981" w14:textId="77777777" w:rsidR="00802189" w:rsidRDefault="00802189">
      <w:pPr>
        <w:spacing w:after="0"/>
      </w:pPr>
    </w:p>
    <w:p w14:paraId="76F8831B" w14:textId="77777777" w:rsidR="00802189" w:rsidRDefault="00822814">
      <w:pPr>
        <w:spacing w:after="0"/>
      </w:pPr>
      <w:r>
        <w:rPr>
          <w:rFonts w:ascii="Arial" w:hAnsi="Arial"/>
          <w:b/>
        </w:rPr>
        <w:t xml:space="preserve">Interviewer P:  </w:t>
      </w:r>
      <w:r>
        <w:rPr>
          <w:rFonts w:ascii="Arial" w:hAnsi="Arial"/>
          <w:color w:val="5D7284"/>
        </w:rPr>
        <w:t>20:11</w:t>
      </w:r>
    </w:p>
    <w:p w14:paraId="36CA9A52" w14:textId="2281AC6C" w:rsidR="00802189" w:rsidRDefault="00822814">
      <w:pPr>
        <w:spacing w:after="0"/>
      </w:pPr>
      <w:r>
        <w:rPr>
          <w:rFonts w:ascii="Arial" w:hAnsi="Arial"/>
        </w:rPr>
        <w:t xml:space="preserve">Yeah. </w:t>
      </w:r>
      <w:r w:rsidR="006A3942">
        <w:rPr>
          <w:rFonts w:ascii="Arial" w:hAnsi="Arial"/>
        </w:rPr>
        <w:t>So,</w:t>
      </w:r>
      <w:r>
        <w:rPr>
          <w:rFonts w:ascii="Arial" w:hAnsi="Arial"/>
        </w:rPr>
        <w:t xml:space="preserve"> this is an hour. </w:t>
      </w:r>
    </w:p>
    <w:p w14:paraId="158F0AD7" w14:textId="77777777" w:rsidR="00802189" w:rsidRDefault="00802189">
      <w:pPr>
        <w:spacing w:after="0"/>
      </w:pPr>
    </w:p>
    <w:p w14:paraId="2B9FA5C9" w14:textId="77777777" w:rsidR="00802189" w:rsidRDefault="00822814">
      <w:pPr>
        <w:spacing w:after="0"/>
      </w:pPr>
      <w:r>
        <w:rPr>
          <w:rFonts w:ascii="Arial" w:hAnsi="Arial"/>
          <w:b/>
        </w:rPr>
        <w:t xml:space="preserve">Participant #12:  </w:t>
      </w:r>
      <w:r>
        <w:rPr>
          <w:rFonts w:ascii="Arial" w:hAnsi="Arial"/>
          <w:color w:val="5D7284"/>
        </w:rPr>
        <w:t>20:13</w:t>
      </w:r>
    </w:p>
    <w:p w14:paraId="26A7D508" w14:textId="77777777" w:rsidR="00802189" w:rsidRDefault="00822814">
      <w:pPr>
        <w:spacing w:after="0"/>
      </w:pPr>
      <w:r>
        <w:rPr>
          <w:rFonts w:ascii="Arial" w:hAnsi="Arial"/>
        </w:rPr>
        <w:t>Wow. Yeah. They are really different temperatures. My coffee, look at all my ice then.</w:t>
      </w:r>
    </w:p>
    <w:p w14:paraId="0FA4528D" w14:textId="77777777" w:rsidR="00802189" w:rsidRDefault="00802189">
      <w:pPr>
        <w:spacing w:after="0"/>
      </w:pPr>
    </w:p>
    <w:p w14:paraId="2DFF9901" w14:textId="77777777" w:rsidR="00802189" w:rsidRDefault="00822814">
      <w:pPr>
        <w:spacing w:after="0"/>
      </w:pPr>
      <w:r>
        <w:rPr>
          <w:rFonts w:ascii="Arial" w:hAnsi="Arial"/>
          <w:b/>
        </w:rPr>
        <w:t xml:space="preserve">Interviewer P:  </w:t>
      </w:r>
      <w:r>
        <w:rPr>
          <w:rFonts w:ascii="Arial" w:hAnsi="Arial"/>
          <w:color w:val="5D7284"/>
        </w:rPr>
        <w:t>20:19</w:t>
      </w:r>
    </w:p>
    <w:p w14:paraId="419D9487" w14:textId="6AACE7DC" w:rsidR="00802189" w:rsidRDefault="00822814">
      <w:pPr>
        <w:spacing w:after="0"/>
      </w:pPr>
      <w:r>
        <w:rPr>
          <w:rFonts w:ascii="Arial" w:hAnsi="Arial"/>
        </w:rPr>
        <w:t xml:space="preserve">Um, anything surprising or interesting that you saw </w:t>
      </w:r>
      <w:r w:rsidR="006A3942">
        <w:rPr>
          <w:rFonts w:ascii="Arial" w:hAnsi="Arial"/>
        </w:rPr>
        <w:t>there.</w:t>
      </w:r>
    </w:p>
    <w:p w14:paraId="5557DEBA" w14:textId="77777777" w:rsidR="00802189" w:rsidRDefault="00802189">
      <w:pPr>
        <w:spacing w:after="0"/>
      </w:pPr>
    </w:p>
    <w:p w14:paraId="27085DB0" w14:textId="77777777" w:rsidR="00802189" w:rsidRDefault="00822814">
      <w:pPr>
        <w:spacing w:after="0"/>
      </w:pPr>
      <w:r>
        <w:rPr>
          <w:rFonts w:ascii="Arial" w:hAnsi="Arial"/>
          <w:b/>
        </w:rPr>
        <w:t xml:space="preserve">Participant #12:  </w:t>
      </w:r>
      <w:r>
        <w:rPr>
          <w:rFonts w:ascii="Arial" w:hAnsi="Arial"/>
          <w:color w:val="5D7284"/>
        </w:rPr>
        <w:t>20:24</w:t>
      </w:r>
    </w:p>
    <w:p w14:paraId="06FEF3CB" w14:textId="77777777" w:rsidR="00802189" w:rsidRDefault="00822814">
      <w:pPr>
        <w:spacing w:after="0"/>
      </w:pPr>
      <w:r>
        <w:rPr>
          <w:rFonts w:ascii="Arial" w:hAnsi="Arial"/>
        </w:rPr>
        <w:t xml:space="preserve">Just how long it took. I knew that they would mix eventually when the temperatures, you know reached the same, but but I'm surprised it took that long. </w:t>
      </w:r>
    </w:p>
    <w:p w14:paraId="7DDB77D4" w14:textId="77777777" w:rsidR="00802189" w:rsidRDefault="00802189">
      <w:pPr>
        <w:spacing w:after="0"/>
      </w:pPr>
    </w:p>
    <w:p w14:paraId="6790EBFC" w14:textId="77777777" w:rsidR="00802189" w:rsidRDefault="00822814">
      <w:pPr>
        <w:spacing w:after="0"/>
      </w:pPr>
      <w:r>
        <w:rPr>
          <w:rFonts w:ascii="Arial" w:hAnsi="Arial"/>
          <w:b/>
        </w:rPr>
        <w:t xml:space="preserve">Interviewer P:  </w:t>
      </w:r>
      <w:r>
        <w:rPr>
          <w:rFonts w:ascii="Arial" w:hAnsi="Arial"/>
          <w:color w:val="5D7284"/>
        </w:rPr>
        <w:t>20:35</w:t>
      </w:r>
    </w:p>
    <w:p w14:paraId="3DBA1902" w14:textId="77777777" w:rsidR="00802189" w:rsidRDefault="00822814">
      <w:pPr>
        <w:spacing w:after="0"/>
      </w:pPr>
      <w:r>
        <w:rPr>
          <w:rFonts w:ascii="Arial" w:hAnsi="Arial"/>
        </w:rPr>
        <w:t xml:space="preserve">Yeah. </w:t>
      </w:r>
    </w:p>
    <w:p w14:paraId="275E423C" w14:textId="77777777" w:rsidR="00802189" w:rsidRDefault="00802189">
      <w:pPr>
        <w:spacing w:after="0"/>
      </w:pPr>
    </w:p>
    <w:p w14:paraId="661FCFD6" w14:textId="77777777" w:rsidR="00802189" w:rsidRDefault="00822814">
      <w:pPr>
        <w:spacing w:after="0"/>
      </w:pPr>
      <w:r>
        <w:rPr>
          <w:rFonts w:ascii="Arial" w:hAnsi="Arial"/>
          <w:b/>
        </w:rPr>
        <w:t xml:space="preserve">Participant #12:  </w:t>
      </w:r>
      <w:r>
        <w:rPr>
          <w:rFonts w:ascii="Arial" w:hAnsi="Arial"/>
          <w:color w:val="5D7284"/>
        </w:rPr>
        <w:t>20:35</w:t>
      </w:r>
    </w:p>
    <w:p w14:paraId="6D752EFD" w14:textId="6FEB286D" w:rsidR="00802189" w:rsidRDefault="006A3942">
      <w:pPr>
        <w:spacing w:after="0"/>
      </w:pPr>
      <w:r>
        <w:rPr>
          <w:rFonts w:ascii="Arial" w:hAnsi="Arial"/>
        </w:rPr>
        <w:t>Yeah, I expected it faster.</w:t>
      </w:r>
    </w:p>
    <w:p w14:paraId="43988F7A" w14:textId="77777777" w:rsidR="00802189" w:rsidRDefault="00802189">
      <w:pPr>
        <w:spacing w:after="0"/>
      </w:pPr>
    </w:p>
    <w:p w14:paraId="4EC526FE" w14:textId="77777777" w:rsidR="00802189" w:rsidRDefault="00822814">
      <w:pPr>
        <w:spacing w:after="0"/>
      </w:pPr>
      <w:r>
        <w:rPr>
          <w:rFonts w:ascii="Arial" w:hAnsi="Arial"/>
          <w:b/>
        </w:rPr>
        <w:t xml:space="preserve">Interviewer P:  </w:t>
      </w:r>
      <w:r>
        <w:rPr>
          <w:rFonts w:ascii="Arial" w:hAnsi="Arial"/>
          <w:color w:val="5D7284"/>
        </w:rPr>
        <w:t>20:42</w:t>
      </w:r>
    </w:p>
    <w:p w14:paraId="7C75B8C9" w14:textId="2777FFEE" w:rsidR="00802189" w:rsidRDefault="00822814">
      <w:pPr>
        <w:spacing w:after="0"/>
      </w:pPr>
      <w:r>
        <w:rPr>
          <w:rFonts w:ascii="Arial" w:hAnsi="Arial"/>
        </w:rPr>
        <w:t xml:space="preserve">Okay, so this is the one with the same temperatures. About 30 seconds as well. </w:t>
      </w:r>
      <w:r w:rsidR="006A3942">
        <w:rPr>
          <w:rFonts w:ascii="Arial" w:hAnsi="Arial"/>
        </w:rPr>
        <w:t>So,</w:t>
      </w:r>
      <w:r>
        <w:rPr>
          <w:rFonts w:ascii="Arial" w:hAnsi="Arial"/>
        </w:rPr>
        <w:t xml:space="preserve"> at that point, we're about halfway </w:t>
      </w:r>
      <w:r w:rsidR="006A3942">
        <w:rPr>
          <w:rFonts w:ascii="Arial" w:hAnsi="Arial"/>
        </w:rPr>
        <w:t>through,</w:t>
      </w:r>
      <w:r>
        <w:rPr>
          <w:rFonts w:ascii="Arial" w:hAnsi="Arial"/>
        </w:rPr>
        <w:t xml:space="preserve"> I think. Yeah. And not a lot changes after that anything surprise you or if you find interesting, there?</w:t>
      </w:r>
    </w:p>
    <w:p w14:paraId="4B3EE10B" w14:textId="77777777" w:rsidR="00802189" w:rsidRDefault="00802189">
      <w:pPr>
        <w:spacing w:after="0"/>
      </w:pPr>
    </w:p>
    <w:p w14:paraId="464C3DBC" w14:textId="77777777" w:rsidR="00802189" w:rsidRDefault="00822814">
      <w:pPr>
        <w:spacing w:after="0"/>
      </w:pPr>
      <w:r>
        <w:rPr>
          <w:rFonts w:ascii="Arial" w:hAnsi="Arial"/>
          <w:b/>
        </w:rPr>
        <w:t xml:space="preserve">Participant #12:  </w:t>
      </w:r>
      <w:r>
        <w:rPr>
          <w:rFonts w:ascii="Arial" w:hAnsi="Arial"/>
          <w:color w:val="5D7284"/>
        </w:rPr>
        <w:t>21:21</w:t>
      </w:r>
    </w:p>
    <w:p w14:paraId="75E92DDC" w14:textId="77777777" w:rsidR="00802189" w:rsidRDefault="00822814">
      <w:pPr>
        <w:spacing w:after="0"/>
      </w:pPr>
      <w:r>
        <w:rPr>
          <w:rFonts w:ascii="Arial" w:hAnsi="Arial"/>
        </w:rPr>
        <w:t>The way that the water moved, I kind of expecting them to kind of.</w:t>
      </w:r>
    </w:p>
    <w:p w14:paraId="0D914597" w14:textId="77777777" w:rsidR="00802189" w:rsidRDefault="00802189">
      <w:pPr>
        <w:spacing w:after="0"/>
      </w:pPr>
    </w:p>
    <w:p w14:paraId="19275E4A" w14:textId="77777777" w:rsidR="00802189" w:rsidRDefault="00822814">
      <w:pPr>
        <w:spacing w:after="0"/>
      </w:pPr>
      <w:r>
        <w:rPr>
          <w:rFonts w:ascii="Arial" w:hAnsi="Arial"/>
          <w:b/>
        </w:rPr>
        <w:t xml:space="preserve">Interviewer P:  </w:t>
      </w:r>
      <w:r>
        <w:rPr>
          <w:rFonts w:ascii="Arial" w:hAnsi="Arial"/>
          <w:color w:val="5D7284"/>
        </w:rPr>
        <w:t>21:28</w:t>
      </w:r>
    </w:p>
    <w:p w14:paraId="16590BB6" w14:textId="77777777" w:rsidR="00802189" w:rsidRDefault="00822814">
      <w:pPr>
        <w:spacing w:after="0"/>
      </w:pPr>
      <w:r>
        <w:rPr>
          <w:rFonts w:ascii="Arial" w:hAnsi="Arial"/>
        </w:rPr>
        <w:t xml:space="preserve">Merge from the </w:t>
      </w:r>
      <w:r>
        <w:rPr>
          <w:rFonts w:ascii="Arial" w:hAnsi="Arial"/>
        </w:rPr>
        <w:t>middle?</w:t>
      </w:r>
    </w:p>
    <w:p w14:paraId="7122FBE3" w14:textId="77777777" w:rsidR="00802189" w:rsidRDefault="00802189">
      <w:pPr>
        <w:spacing w:after="0"/>
      </w:pPr>
    </w:p>
    <w:p w14:paraId="66262B33" w14:textId="77777777" w:rsidR="00802189" w:rsidRDefault="00822814">
      <w:pPr>
        <w:spacing w:after="0"/>
      </w:pPr>
      <w:r>
        <w:rPr>
          <w:rFonts w:ascii="Arial" w:hAnsi="Arial"/>
          <w:b/>
        </w:rPr>
        <w:t xml:space="preserve">Participant #12:  </w:t>
      </w:r>
      <w:r>
        <w:rPr>
          <w:rFonts w:ascii="Arial" w:hAnsi="Arial"/>
          <w:color w:val="5D7284"/>
        </w:rPr>
        <w:t>21:29</w:t>
      </w:r>
    </w:p>
    <w:p w14:paraId="61542768" w14:textId="77777777" w:rsidR="00802189" w:rsidRDefault="00822814">
      <w:pPr>
        <w:spacing w:after="0"/>
      </w:pPr>
      <w:r>
        <w:rPr>
          <w:rFonts w:ascii="Arial" w:hAnsi="Arial"/>
        </w:rPr>
        <w:t>Yeah. And see, like different use of the colors in each other. But they still follow kind of like the same pattern as the... ones.</w:t>
      </w:r>
    </w:p>
    <w:p w14:paraId="74789F7D" w14:textId="77777777" w:rsidR="00802189" w:rsidRDefault="00802189">
      <w:pPr>
        <w:spacing w:after="0"/>
      </w:pPr>
    </w:p>
    <w:p w14:paraId="528B6F07" w14:textId="77777777" w:rsidR="00802189" w:rsidRDefault="00822814">
      <w:pPr>
        <w:spacing w:after="0"/>
      </w:pPr>
      <w:r>
        <w:rPr>
          <w:rFonts w:ascii="Arial" w:hAnsi="Arial"/>
          <w:b/>
        </w:rPr>
        <w:t xml:space="preserve">Interviewer P:  </w:t>
      </w:r>
      <w:r>
        <w:rPr>
          <w:rFonts w:ascii="Arial" w:hAnsi="Arial"/>
          <w:color w:val="5D7284"/>
        </w:rPr>
        <w:t>21:40</w:t>
      </w:r>
    </w:p>
    <w:p w14:paraId="4A2F39AE" w14:textId="77777777" w:rsidR="00802189" w:rsidRDefault="00822814">
      <w:pPr>
        <w:spacing w:after="0"/>
      </w:pPr>
      <w:r>
        <w:rPr>
          <w:rFonts w:ascii="Arial" w:hAnsi="Arial"/>
        </w:rPr>
        <w:t xml:space="preserve">So now it's all bluish. Do you want to take a guess? How long how much time this is condensed down to? </w:t>
      </w:r>
    </w:p>
    <w:p w14:paraId="10C4B5C2" w14:textId="77777777" w:rsidR="00802189" w:rsidRDefault="00802189">
      <w:pPr>
        <w:spacing w:after="0"/>
      </w:pPr>
    </w:p>
    <w:p w14:paraId="657D9C61" w14:textId="77777777" w:rsidR="00802189" w:rsidRDefault="00822814">
      <w:pPr>
        <w:spacing w:after="0"/>
      </w:pPr>
      <w:r>
        <w:rPr>
          <w:rFonts w:ascii="Arial" w:hAnsi="Arial"/>
          <w:b/>
        </w:rPr>
        <w:t xml:space="preserve">Participant #12:  </w:t>
      </w:r>
      <w:r>
        <w:rPr>
          <w:rFonts w:ascii="Arial" w:hAnsi="Arial"/>
          <w:color w:val="5D7284"/>
        </w:rPr>
        <w:t>21:48</w:t>
      </w:r>
    </w:p>
    <w:p w14:paraId="1EE52B54" w14:textId="77777777" w:rsidR="00802189" w:rsidRDefault="00822814">
      <w:pPr>
        <w:spacing w:after="0"/>
      </w:pPr>
      <w:r>
        <w:rPr>
          <w:rFonts w:ascii="Arial" w:hAnsi="Arial"/>
        </w:rPr>
        <w:t xml:space="preserve">I'll say a couple hours. </w:t>
      </w:r>
    </w:p>
    <w:p w14:paraId="58BBF32E" w14:textId="77777777" w:rsidR="00802189" w:rsidRDefault="00802189">
      <w:pPr>
        <w:spacing w:after="0"/>
      </w:pPr>
    </w:p>
    <w:p w14:paraId="3D6D185C" w14:textId="77777777" w:rsidR="00802189" w:rsidRDefault="00822814">
      <w:pPr>
        <w:spacing w:after="0"/>
      </w:pPr>
      <w:r>
        <w:rPr>
          <w:rFonts w:ascii="Arial" w:hAnsi="Arial"/>
          <w:b/>
        </w:rPr>
        <w:lastRenderedPageBreak/>
        <w:t xml:space="preserve">Interviewer P:  </w:t>
      </w:r>
      <w:r>
        <w:rPr>
          <w:rFonts w:ascii="Arial" w:hAnsi="Arial"/>
          <w:color w:val="5D7284"/>
        </w:rPr>
        <w:t>21:49</w:t>
      </w:r>
    </w:p>
    <w:p w14:paraId="1D4C4370" w14:textId="44CA31AF" w:rsidR="00802189" w:rsidRDefault="00822814">
      <w:pPr>
        <w:spacing w:after="0"/>
      </w:pPr>
      <w:r>
        <w:rPr>
          <w:rFonts w:ascii="Arial" w:hAnsi="Arial"/>
        </w:rPr>
        <w:t xml:space="preserve">Yeah, this is also an hour. But to be fair, like I said about halfway through it had pretty much looked like it did at the end. So more like 30 minutes. Yeah. So </w:t>
      </w:r>
      <w:r w:rsidR="006A3942">
        <w:rPr>
          <w:rFonts w:ascii="Arial" w:hAnsi="Arial"/>
        </w:rPr>
        <w:t>right</w:t>
      </w:r>
      <w:r>
        <w:rPr>
          <w:rFonts w:ascii="Arial" w:hAnsi="Arial"/>
        </w:rPr>
        <w:t xml:space="preserve">. There was like 30 minutes. All right. And then this is the salt and freshwater and it really doesn't ever do anything. </w:t>
      </w:r>
    </w:p>
    <w:p w14:paraId="11C3D424" w14:textId="77777777" w:rsidR="00802189" w:rsidRDefault="00802189">
      <w:pPr>
        <w:spacing w:after="0"/>
      </w:pPr>
    </w:p>
    <w:p w14:paraId="20AE2240" w14:textId="77777777" w:rsidR="00802189" w:rsidRDefault="00822814">
      <w:pPr>
        <w:spacing w:after="0"/>
      </w:pPr>
      <w:r>
        <w:rPr>
          <w:rFonts w:ascii="Arial" w:hAnsi="Arial"/>
          <w:b/>
        </w:rPr>
        <w:t xml:space="preserve">Participant #12:  </w:t>
      </w:r>
      <w:r>
        <w:rPr>
          <w:rFonts w:ascii="Arial" w:hAnsi="Arial"/>
          <w:color w:val="5D7284"/>
        </w:rPr>
        <w:t>22:27</w:t>
      </w:r>
    </w:p>
    <w:p w14:paraId="5364BB6E" w14:textId="77777777" w:rsidR="00802189" w:rsidRDefault="00822814">
      <w:pPr>
        <w:spacing w:after="0"/>
      </w:pPr>
      <w:r>
        <w:rPr>
          <w:rFonts w:ascii="Arial" w:hAnsi="Arial"/>
        </w:rPr>
        <w:t xml:space="preserve">Yeah. </w:t>
      </w:r>
    </w:p>
    <w:p w14:paraId="5A773E0E" w14:textId="77777777" w:rsidR="00802189" w:rsidRDefault="00802189">
      <w:pPr>
        <w:spacing w:after="0"/>
      </w:pPr>
    </w:p>
    <w:p w14:paraId="2B9489C9" w14:textId="77777777" w:rsidR="00802189" w:rsidRDefault="00822814">
      <w:pPr>
        <w:spacing w:after="0"/>
      </w:pPr>
      <w:r>
        <w:rPr>
          <w:rFonts w:ascii="Arial" w:hAnsi="Arial"/>
          <w:b/>
        </w:rPr>
        <w:t xml:space="preserve">Interviewer P:  </w:t>
      </w:r>
      <w:r>
        <w:rPr>
          <w:rFonts w:ascii="Arial" w:hAnsi="Arial"/>
          <w:color w:val="5D7284"/>
        </w:rPr>
        <w:t>22:29</w:t>
      </w:r>
    </w:p>
    <w:p w14:paraId="7C76B0AB" w14:textId="77777777" w:rsidR="00802189" w:rsidRDefault="00822814">
      <w:pPr>
        <w:spacing w:after="0"/>
      </w:pPr>
      <w:r>
        <w:rPr>
          <w:rFonts w:ascii="Arial" w:hAnsi="Arial"/>
        </w:rPr>
        <w:t>So how long do you think this one is? That at all the way at the end looks the same.</w:t>
      </w:r>
    </w:p>
    <w:p w14:paraId="7064895A" w14:textId="77777777" w:rsidR="00802189" w:rsidRDefault="00802189">
      <w:pPr>
        <w:spacing w:after="0"/>
      </w:pPr>
    </w:p>
    <w:p w14:paraId="5BF63DDA" w14:textId="77777777" w:rsidR="00802189" w:rsidRDefault="00822814">
      <w:pPr>
        <w:spacing w:after="0"/>
      </w:pPr>
      <w:r>
        <w:rPr>
          <w:rFonts w:ascii="Arial" w:hAnsi="Arial"/>
          <w:b/>
        </w:rPr>
        <w:t xml:space="preserve">Participant #12:  </w:t>
      </w:r>
      <w:r>
        <w:rPr>
          <w:rFonts w:ascii="Arial" w:hAnsi="Arial"/>
          <w:color w:val="5D7284"/>
        </w:rPr>
        <w:t>22:38</w:t>
      </w:r>
    </w:p>
    <w:p w14:paraId="10AFAD4A" w14:textId="77777777" w:rsidR="00802189" w:rsidRDefault="00822814">
      <w:pPr>
        <w:spacing w:after="0"/>
      </w:pPr>
      <w:r>
        <w:rPr>
          <w:rFonts w:ascii="Arial" w:hAnsi="Arial"/>
        </w:rPr>
        <w:t xml:space="preserve">Couple hours? </w:t>
      </w:r>
    </w:p>
    <w:p w14:paraId="3E97A23C" w14:textId="77777777" w:rsidR="00802189" w:rsidRDefault="00802189">
      <w:pPr>
        <w:spacing w:after="0"/>
      </w:pPr>
    </w:p>
    <w:p w14:paraId="5A37B408" w14:textId="77777777" w:rsidR="00802189" w:rsidRDefault="00822814">
      <w:pPr>
        <w:spacing w:after="0"/>
      </w:pPr>
      <w:r>
        <w:rPr>
          <w:rFonts w:ascii="Arial" w:hAnsi="Arial"/>
          <w:b/>
        </w:rPr>
        <w:t xml:space="preserve">Interviewer P:  </w:t>
      </w:r>
      <w:r>
        <w:rPr>
          <w:rFonts w:ascii="Arial" w:hAnsi="Arial"/>
          <w:color w:val="5D7284"/>
        </w:rPr>
        <w:t>22:38</w:t>
      </w:r>
    </w:p>
    <w:p w14:paraId="260287C0" w14:textId="77777777" w:rsidR="00802189" w:rsidRDefault="00822814">
      <w:pPr>
        <w:spacing w:after="0"/>
      </w:pPr>
      <w:r>
        <w:rPr>
          <w:rFonts w:ascii="Arial" w:hAnsi="Arial"/>
        </w:rPr>
        <w:t xml:space="preserve">Yeah, it's an hour also, and perhaps after a couple hours, it would still look like that. So, yeah, anything surprising about that? </w:t>
      </w:r>
    </w:p>
    <w:p w14:paraId="4A1E995B" w14:textId="77777777" w:rsidR="00802189" w:rsidRDefault="00802189">
      <w:pPr>
        <w:spacing w:after="0"/>
      </w:pPr>
    </w:p>
    <w:p w14:paraId="12EE1246" w14:textId="77777777" w:rsidR="00802189" w:rsidRDefault="00822814">
      <w:pPr>
        <w:spacing w:after="0"/>
      </w:pPr>
      <w:r>
        <w:rPr>
          <w:rFonts w:ascii="Arial" w:hAnsi="Arial"/>
          <w:b/>
        </w:rPr>
        <w:t xml:space="preserve">Participant #12:  </w:t>
      </w:r>
      <w:r>
        <w:rPr>
          <w:rFonts w:ascii="Arial" w:hAnsi="Arial"/>
          <w:color w:val="5D7284"/>
        </w:rPr>
        <w:t>22:46</w:t>
      </w:r>
    </w:p>
    <w:p w14:paraId="523FD594" w14:textId="0EAAEACC" w:rsidR="00802189" w:rsidRDefault="00822814">
      <w:pPr>
        <w:spacing w:after="0"/>
      </w:pPr>
      <w:r>
        <w:rPr>
          <w:rFonts w:ascii="Arial" w:hAnsi="Arial"/>
        </w:rPr>
        <w:t xml:space="preserve">That the man told me the truth. I guess he knew. That one, </w:t>
      </w:r>
      <w:r w:rsidR="006A3942">
        <w:rPr>
          <w:rFonts w:ascii="Arial" w:hAnsi="Arial"/>
        </w:rPr>
        <w:t>not</w:t>
      </w:r>
      <w:r>
        <w:rPr>
          <w:rFonts w:ascii="Arial" w:hAnsi="Arial"/>
        </w:rPr>
        <w:t xml:space="preserve"> that one I felt a bit more confident about.</w:t>
      </w:r>
    </w:p>
    <w:p w14:paraId="75F179E9" w14:textId="77777777" w:rsidR="00802189" w:rsidRDefault="00802189">
      <w:pPr>
        <w:spacing w:after="0"/>
      </w:pPr>
    </w:p>
    <w:p w14:paraId="4BDED61B" w14:textId="77777777" w:rsidR="00802189" w:rsidRDefault="00822814">
      <w:pPr>
        <w:spacing w:after="0"/>
      </w:pPr>
      <w:r>
        <w:rPr>
          <w:rFonts w:ascii="Arial" w:hAnsi="Arial"/>
          <w:b/>
        </w:rPr>
        <w:t xml:space="preserve">Interviewer P:  </w:t>
      </w:r>
      <w:r>
        <w:rPr>
          <w:rFonts w:ascii="Arial" w:hAnsi="Arial"/>
          <w:color w:val="5D7284"/>
        </w:rPr>
        <w:t>22:53</w:t>
      </w:r>
    </w:p>
    <w:p w14:paraId="3EC8AA64" w14:textId="77777777" w:rsidR="00802189" w:rsidRDefault="00822814">
      <w:pPr>
        <w:spacing w:after="0"/>
      </w:pPr>
      <w:r>
        <w:rPr>
          <w:rFonts w:ascii="Arial" w:hAnsi="Arial"/>
        </w:rPr>
        <w:t xml:space="preserve"> Yeah.</w:t>
      </w:r>
    </w:p>
    <w:p w14:paraId="333D9D57" w14:textId="77777777" w:rsidR="00802189" w:rsidRDefault="00802189">
      <w:pPr>
        <w:spacing w:after="0"/>
      </w:pPr>
    </w:p>
    <w:p w14:paraId="5DC9D25E" w14:textId="77777777" w:rsidR="00802189" w:rsidRDefault="00822814">
      <w:pPr>
        <w:spacing w:after="0"/>
      </w:pPr>
      <w:r>
        <w:rPr>
          <w:rFonts w:ascii="Arial" w:hAnsi="Arial"/>
          <w:b/>
        </w:rPr>
        <w:t xml:space="preserve">Participant #12:  </w:t>
      </w:r>
      <w:r>
        <w:rPr>
          <w:rFonts w:ascii="Arial" w:hAnsi="Arial"/>
          <w:color w:val="5D7284"/>
        </w:rPr>
        <w:t>22:53</w:t>
      </w:r>
    </w:p>
    <w:p w14:paraId="22985018" w14:textId="77777777" w:rsidR="00802189" w:rsidRDefault="00822814">
      <w:pPr>
        <w:spacing w:after="0"/>
      </w:pPr>
      <w:r>
        <w:rPr>
          <w:rFonts w:ascii="Arial" w:hAnsi="Arial"/>
        </w:rPr>
        <w:t>The other ones, the timing and everything.</w:t>
      </w:r>
    </w:p>
    <w:p w14:paraId="48456A6E" w14:textId="77777777" w:rsidR="00802189" w:rsidRDefault="00802189">
      <w:pPr>
        <w:spacing w:after="0"/>
      </w:pPr>
    </w:p>
    <w:p w14:paraId="2A10E344" w14:textId="77777777" w:rsidR="00802189" w:rsidRDefault="00822814">
      <w:pPr>
        <w:spacing w:after="0"/>
      </w:pPr>
      <w:r>
        <w:rPr>
          <w:rFonts w:ascii="Arial" w:hAnsi="Arial"/>
          <w:b/>
        </w:rPr>
        <w:t xml:space="preserve">Interviewer P:  </w:t>
      </w:r>
      <w:r>
        <w:rPr>
          <w:rFonts w:ascii="Arial" w:hAnsi="Arial"/>
          <w:color w:val="5D7284"/>
        </w:rPr>
        <w:t>22:56</w:t>
      </w:r>
    </w:p>
    <w:p w14:paraId="64EB715B" w14:textId="4435DD56" w:rsidR="00802189" w:rsidRDefault="00822814">
      <w:pPr>
        <w:spacing w:after="0"/>
      </w:pPr>
      <w:r>
        <w:rPr>
          <w:rFonts w:ascii="Arial" w:hAnsi="Arial"/>
        </w:rPr>
        <w:t>Okay, so now just a little bit of a thought experiment. I'm not I don't I'm not going to demonstrate this one. But remember with the hot and cold water imagine that instead of hot and cold water. We have hot and cold Jell-O. I know that sounds kind of silly. But let's say that we did now we wouldn't be able to get as big of a temperature range because the Jell-O would. Yeah, but we could probably get like you know, put one in the freezer not let it freeze but get it down to like 40 And then maybe another on</w:t>
      </w:r>
      <w:r>
        <w:rPr>
          <w:rFonts w:ascii="Arial" w:hAnsi="Arial"/>
        </w:rPr>
        <w:t xml:space="preserve">e leave it out for a while it would still be Jell-O at like 70 degrees. So that's a 30 degrees difference. </w:t>
      </w:r>
      <w:r w:rsidR="006A3942">
        <w:rPr>
          <w:rFonts w:ascii="Arial" w:hAnsi="Arial"/>
        </w:rPr>
        <w:t>So,</w:t>
      </w:r>
      <w:r>
        <w:rPr>
          <w:rFonts w:ascii="Arial" w:hAnsi="Arial"/>
        </w:rPr>
        <w:t xml:space="preserve"> let's say we have one red Jell-O called blue Jell-O. 70 degrees 30 degrees, we pull out the divider wall what do you think would happen then?</w:t>
      </w:r>
    </w:p>
    <w:p w14:paraId="37689F1A" w14:textId="77777777" w:rsidR="00802189" w:rsidRDefault="00802189">
      <w:pPr>
        <w:spacing w:after="0"/>
      </w:pPr>
    </w:p>
    <w:p w14:paraId="43AC89A1" w14:textId="77777777" w:rsidR="00802189" w:rsidRDefault="00822814">
      <w:pPr>
        <w:spacing w:after="0"/>
      </w:pPr>
      <w:r>
        <w:rPr>
          <w:rFonts w:ascii="Arial" w:hAnsi="Arial"/>
          <w:b/>
        </w:rPr>
        <w:t xml:space="preserve">Participant #12:  </w:t>
      </w:r>
      <w:r>
        <w:rPr>
          <w:rFonts w:ascii="Arial" w:hAnsi="Arial"/>
          <w:color w:val="5D7284"/>
        </w:rPr>
        <w:t>23:39</w:t>
      </w:r>
    </w:p>
    <w:p w14:paraId="4D28AF84" w14:textId="2F6BF2E6" w:rsidR="00802189" w:rsidRDefault="00822814">
      <w:pPr>
        <w:spacing w:after="0"/>
      </w:pPr>
      <w:r>
        <w:rPr>
          <w:rFonts w:ascii="Arial" w:hAnsi="Arial"/>
        </w:rPr>
        <w:t xml:space="preserve">It would shake. </w:t>
      </w:r>
      <w:r w:rsidR="006A3942">
        <w:rPr>
          <w:rFonts w:ascii="Arial" w:hAnsi="Arial"/>
        </w:rPr>
        <w:t>Um I</w:t>
      </w:r>
      <w:r>
        <w:rPr>
          <w:rFonts w:ascii="Arial" w:hAnsi="Arial"/>
        </w:rPr>
        <w:t xml:space="preserve"> don't think anything would happen for a long time. Let me think well of course I don't think anything would happen for a long time again until they reach a temperature in my head and then even then I think you know we feel like the lineup of a little bit of merging. I think that's what I think would happen.</w:t>
      </w:r>
    </w:p>
    <w:p w14:paraId="2CE2467A" w14:textId="77777777" w:rsidR="00802189" w:rsidRDefault="00802189">
      <w:pPr>
        <w:spacing w:after="0"/>
      </w:pPr>
    </w:p>
    <w:p w14:paraId="7FB682E5" w14:textId="77777777" w:rsidR="00802189" w:rsidRDefault="00822814">
      <w:pPr>
        <w:spacing w:after="0"/>
      </w:pPr>
      <w:r>
        <w:rPr>
          <w:rFonts w:ascii="Arial" w:hAnsi="Arial"/>
          <w:b/>
        </w:rPr>
        <w:t xml:space="preserve">Interviewer P:  </w:t>
      </w:r>
      <w:r>
        <w:rPr>
          <w:rFonts w:ascii="Arial" w:hAnsi="Arial"/>
          <w:color w:val="5D7284"/>
        </w:rPr>
        <w:t>24:03</w:t>
      </w:r>
    </w:p>
    <w:p w14:paraId="17C87D76" w14:textId="77777777" w:rsidR="00802189" w:rsidRDefault="00822814">
      <w:pPr>
        <w:spacing w:after="0"/>
      </w:pPr>
      <w:r>
        <w:rPr>
          <w:rFonts w:ascii="Arial" w:hAnsi="Arial"/>
        </w:rPr>
        <w:lastRenderedPageBreak/>
        <w:t>And when you say merging would they change color or anything.</w:t>
      </w:r>
    </w:p>
    <w:p w14:paraId="0181CB7F" w14:textId="77777777" w:rsidR="00802189" w:rsidRDefault="00802189">
      <w:pPr>
        <w:spacing w:after="0"/>
      </w:pPr>
    </w:p>
    <w:p w14:paraId="6B688061" w14:textId="77777777" w:rsidR="00802189" w:rsidRDefault="00822814">
      <w:pPr>
        <w:spacing w:after="0"/>
      </w:pPr>
      <w:r>
        <w:rPr>
          <w:rFonts w:ascii="Arial" w:hAnsi="Arial"/>
          <w:b/>
        </w:rPr>
        <w:t xml:space="preserve">Participant #12:  </w:t>
      </w:r>
      <w:r>
        <w:rPr>
          <w:rFonts w:ascii="Arial" w:hAnsi="Arial"/>
          <w:color w:val="5D7284"/>
        </w:rPr>
        <w:t>24:06</w:t>
      </w:r>
    </w:p>
    <w:p w14:paraId="231200C1" w14:textId="35E8A12D" w:rsidR="00802189" w:rsidRDefault="00822814">
      <w:pPr>
        <w:spacing w:after="0"/>
      </w:pPr>
      <w:r>
        <w:rPr>
          <w:rFonts w:ascii="Arial" w:hAnsi="Arial"/>
        </w:rPr>
        <w:t xml:space="preserve">I guess, like a little bit like in my head I see like like I said stripes of like blue and </w:t>
      </w:r>
      <w:r w:rsidR="006A3942">
        <w:rPr>
          <w:rFonts w:ascii="Arial" w:hAnsi="Arial"/>
        </w:rPr>
        <w:t>red, blue</w:t>
      </w:r>
      <w:r>
        <w:rPr>
          <w:rFonts w:ascii="Arial" w:hAnsi="Arial"/>
        </w:rPr>
        <w:t xml:space="preserve"> red and then around the corners of them small little outlines of purple.</w:t>
      </w:r>
    </w:p>
    <w:p w14:paraId="04B3A031" w14:textId="77777777" w:rsidR="00802189" w:rsidRDefault="00802189">
      <w:pPr>
        <w:spacing w:after="0"/>
      </w:pPr>
    </w:p>
    <w:p w14:paraId="7A15347D" w14:textId="77777777" w:rsidR="00802189" w:rsidRDefault="00822814">
      <w:pPr>
        <w:spacing w:after="0"/>
      </w:pPr>
      <w:r>
        <w:rPr>
          <w:rFonts w:ascii="Arial" w:hAnsi="Arial"/>
          <w:b/>
        </w:rPr>
        <w:t xml:space="preserve">Interviewer P:  </w:t>
      </w:r>
      <w:r>
        <w:rPr>
          <w:rFonts w:ascii="Arial" w:hAnsi="Arial"/>
          <w:color w:val="5D7284"/>
        </w:rPr>
        <w:t>24:23</w:t>
      </w:r>
    </w:p>
    <w:p w14:paraId="1A8BA48F" w14:textId="0712947B" w:rsidR="00802189" w:rsidRDefault="00822814">
      <w:pPr>
        <w:spacing w:after="0"/>
      </w:pPr>
      <w:r>
        <w:rPr>
          <w:rFonts w:ascii="Arial" w:hAnsi="Arial"/>
        </w:rPr>
        <w:t xml:space="preserve">Around like the corners </w:t>
      </w:r>
      <w:r w:rsidR="006A3942">
        <w:rPr>
          <w:rFonts w:ascii="Arial" w:hAnsi="Arial"/>
        </w:rPr>
        <w:t>here.</w:t>
      </w:r>
    </w:p>
    <w:p w14:paraId="7A34D33E" w14:textId="77777777" w:rsidR="00802189" w:rsidRDefault="00802189">
      <w:pPr>
        <w:spacing w:after="0"/>
      </w:pPr>
    </w:p>
    <w:p w14:paraId="5798F4CC" w14:textId="77777777" w:rsidR="00802189" w:rsidRDefault="00822814">
      <w:pPr>
        <w:spacing w:after="0"/>
      </w:pPr>
      <w:r>
        <w:rPr>
          <w:rFonts w:ascii="Arial" w:hAnsi="Arial"/>
          <w:b/>
        </w:rPr>
        <w:t xml:space="preserve">Participant #12:  </w:t>
      </w:r>
      <w:r>
        <w:rPr>
          <w:rFonts w:ascii="Arial" w:hAnsi="Arial"/>
          <w:color w:val="5D7284"/>
        </w:rPr>
        <w:t>24:25</w:t>
      </w:r>
    </w:p>
    <w:p w14:paraId="21F418F1" w14:textId="77777777" w:rsidR="00802189" w:rsidRDefault="00822814">
      <w:pPr>
        <w:spacing w:after="0"/>
      </w:pPr>
      <w:r>
        <w:rPr>
          <w:rFonts w:ascii="Arial" w:hAnsi="Arial"/>
        </w:rPr>
        <w:t>No, could, may I like draw it?</w:t>
      </w:r>
    </w:p>
    <w:p w14:paraId="2C6D9F6E" w14:textId="77777777" w:rsidR="00802189" w:rsidRDefault="00802189">
      <w:pPr>
        <w:spacing w:after="0"/>
      </w:pPr>
    </w:p>
    <w:p w14:paraId="048A1C8D" w14:textId="77777777" w:rsidR="00802189" w:rsidRDefault="00822814">
      <w:pPr>
        <w:spacing w:after="0"/>
      </w:pPr>
      <w:r>
        <w:rPr>
          <w:rFonts w:ascii="Arial" w:hAnsi="Arial"/>
          <w:b/>
        </w:rPr>
        <w:t xml:space="preserve">Interviewer P:  </w:t>
      </w:r>
      <w:r>
        <w:rPr>
          <w:rFonts w:ascii="Arial" w:hAnsi="Arial"/>
          <w:color w:val="5D7284"/>
        </w:rPr>
        <w:t>24:28</w:t>
      </w:r>
    </w:p>
    <w:p w14:paraId="4175FBAE" w14:textId="77777777" w:rsidR="00802189" w:rsidRDefault="00822814">
      <w:pPr>
        <w:spacing w:after="0"/>
      </w:pPr>
      <w:r>
        <w:rPr>
          <w:rFonts w:ascii="Arial" w:hAnsi="Arial"/>
        </w:rPr>
        <w:t>Yeah, why don't you do it on the back.</w:t>
      </w:r>
    </w:p>
    <w:p w14:paraId="66450D5D" w14:textId="77777777" w:rsidR="00802189" w:rsidRDefault="00802189">
      <w:pPr>
        <w:spacing w:after="0"/>
      </w:pPr>
    </w:p>
    <w:p w14:paraId="021E89BF" w14:textId="77777777" w:rsidR="00802189" w:rsidRDefault="00822814">
      <w:pPr>
        <w:spacing w:after="0"/>
      </w:pPr>
      <w:r>
        <w:rPr>
          <w:rFonts w:ascii="Arial" w:hAnsi="Arial"/>
          <w:b/>
        </w:rPr>
        <w:t xml:space="preserve">Participant #12:  </w:t>
      </w:r>
      <w:r>
        <w:rPr>
          <w:rFonts w:ascii="Arial" w:hAnsi="Arial"/>
          <w:color w:val="5D7284"/>
        </w:rPr>
        <w:t>24:29</w:t>
      </w:r>
    </w:p>
    <w:p w14:paraId="68971982" w14:textId="77777777" w:rsidR="00802189" w:rsidRDefault="00822814">
      <w:pPr>
        <w:spacing w:after="0"/>
      </w:pPr>
      <w:r>
        <w:rPr>
          <w:rFonts w:ascii="Arial" w:hAnsi="Arial"/>
        </w:rPr>
        <w:t xml:space="preserve">I don't know why, </w:t>
      </w:r>
      <w:r>
        <w:rPr>
          <w:rFonts w:ascii="Arial" w:hAnsi="Arial"/>
        </w:rPr>
        <w:t>Jell-O either smaller, much smaller.</w:t>
      </w:r>
    </w:p>
    <w:p w14:paraId="07BA881E" w14:textId="77777777" w:rsidR="00802189" w:rsidRDefault="00802189">
      <w:pPr>
        <w:spacing w:after="0"/>
      </w:pPr>
    </w:p>
    <w:p w14:paraId="1A04A2FE" w14:textId="77777777" w:rsidR="00802189" w:rsidRDefault="00822814">
      <w:pPr>
        <w:spacing w:after="0"/>
      </w:pPr>
      <w:r>
        <w:rPr>
          <w:rFonts w:ascii="Arial" w:hAnsi="Arial"/>
          <w:b/>
        </w:rPr>
        <w:t xml:space="preserve">Interviewer P:  </w:t>
      </w:r>
      <w:r>
        <w:rPr>
          <w:rFonts w:ascii="Arial" w:hAnsi="Arial"/>
          <w:color w:val="5D7284"/>
        </w:rPr>
        <w:t>24:57</w:t>
      </w:r>
    </w:p>
    <w:p w14:paraId="3EEDB7AD" w14:textId="77777777" w:rsidR="00802189" w:rsidRDefault="00822814">
      <w:pPr>
        <w:spacing w:after="0"/>
      </w:pPr>
      <w:r>
        <w:rPr>
          <w:rFonts w:ascii="Arial" w:hAnsi="Arial"/>
        </w:rPr>
        <w:t>I see.</w:t>
      </w:r>
    </w:p>
    <w:p w14:paraId="40AC33AD" w14:textId="77777777" w:rsidR="00802189" w:rsidRDefault="00802189">
      <w:pPr>
        <w:spacing w:after="0"/>
      </w:pPr>
    </w:p>
    <w:p w14:paraId="294746CC" w14:textId="77777777" w:rsidR="00802189" w:rsidRDefault="00822814">
      <w:pPr>
        <w:spacing w:after="0"/>
      </w:pPr>
      <w:r>
        <w:rPr>
          <w:rFonts w:ascii="Arial" w:hAnsi="Arial"/>
          <w:b/>
        </w:rPr>
        <w:t xml:space="preserve">Participant #12:  </w:t>
      </w:r>
      <w:r>
        <w:rPr>
          <w:rFonts w:ascii="Arial" w:hAnsi="Arial"/>
          <w:color w:val="5D7284"/>
        </w:rPr>
        <w:t>24:57</w:t>
      </w:r>
    </w:p>
    <w:p w14:paraId="2E73B682" w14:textId="77777777" w:rsidR="00802189" w:rsidRDefault="00822814">
      <w:pPr>
        <w:spacing w:after="0"/>
      </w:pPr>
      <w:r>
        <w:rPr>
          <w:rFonts w:ascii="Arial" w:hAnsi="Arial"/>
        </w:rPr>
        <w:t>And then purple.</w:t>
      </w:r>
    </w:p>
    <w:p w14:paraId="282D6E1F" w14:textId="77777777" w:rsidR="00802189" w:rsidRDefault="00802189">
      <w:pPr>
        <w:spacing w:after="0"/>
      </w:pPr>
    </w:p>
    <w:p w14:paraId="71E66D61" w14:textId="77777777" w:rsidR="00802189" w:rsidRDefault="00822814">
      <w:pPr>
        <w:spacing w:after="0"/>
      </w:pPr>
      <w:r>
        <w:rPr>
          <w:rFonts w:ascii="Arial" w:hAnsi="Arial"/>
          <w:b/>
        </w:rPr>
        <w:t xml:space="preserve">Interviewer P:  </w:t>
      </w:r>
      <w:r>
        <w:rPr>
          <w:rFonts w:ascii="Arial" w:hAnsi="Arial"/>
          <w:color w:val="5D7284"/>
        </w:rPr>
        <w:t>24:59</w:t>
      </w:r>
    </w:p>
    <w:p w14:paraId="2FFF2570" w14:textId="77777777" w:rsidR="00802189" w:rsidRDefault="00822814">
      <w:pPr>
        <w:spacing w:after="0"/>
      </w:pPr>
      <w:r>
        <w:rPr>
          <w:rFonts w:ascii="Arial" w:hAnsi="Arial"/>
        </w:rPr>
        <w:t>On those corners.</w:t>
      </w:r>
    </w:p>
    <w:p w14:paraId="6A4C159F" w14:textId="77777777" w:rsidR="00802189" w:rsidRDefault="00802189">
      <w:pPr>
        <w:spacing w:after="0"/>
      </w:pPr>
    </w:p>
    <w:p w14:paraId="03E67019" w14:textId="77777777" w:rsidR="00802189" w:rsidRDefault="00822814">
      <w:pPr>
        <w:spacing w:after="0"/>
      </w:pPr>
      <w:r>
        <w:rPr>
          <w:rFonts w:ascii="Arial" w:hAnsi="Arial"/>
          <w:b/>
        </w:rPr>
        <w:t xml:space="preserve">Participant #12:  </w:t>
      </w:r>
      <w:r>
        <w:rPr>
          <w:rFonts w:ascii="Arial" w:hAnsi="Arial"/>
          <w:color w:val="5D7284"/>
        </w:rPr>
        <w:t>25:00</w:t>
      </w:r>
    </w:p>
    <w:p w14:paraId="3A6721CF" w14:textId="77777777" w:rsidR="00802189" w:rsidRDefault="00822814">
      <w:pPr>
        <w:spacing w:after="0"/>
      </w:pPr>
      <w:r>
        <w:rPr>
          <w:rFonts w:ascii="Arial" w:hAnsi="Arial"/>
        </w:rPr>
        <w:t>Mhm.</w:t>
      </w:r>
    </w:p>
    <w:p w14:paraId="2188DAEB" w14:textId="77777777" w:rsidR="00802189" w:rsidRDefault="00802189">
      <w:pPr>
        <w:spacing w:after="0"/>
      </w:pPr>
    </w:p>
    <w:p w14:paraId="1A431F3F" w14:textId="77777777" w:rsidR="00802189" w:rsidRDefault="00822814">
      <w:pPr>
        <w:spacing w:after="0"/>
      </w:pPr>
      <w:r>
        <w:rPr>
          <w:rFonts w:ascii="Arial" w:hAnsi="Arial"/>
          <w:b/>
        </w:rPr>
        <w:t xml:space="preserve">Interviewer P:  </w:t>
      </w:r>
      <w:r>
        <w:rPr>
          <w:rFonts w:ascii="Arial" w:hAnsi="Arial"/>
          <w:color w:val="5D7284"/>
        </w:rPr>
        <w:t>25:00</w:t>
      </w:r>
    </w:p>
    <w:p w14:paraId="1C127E5E" w14:textId="77777777" w:rsidR="00802189" w:rsidRDefault="00822814">
      <w:pPr>
        <w:spacing w:after="0"/>
      </w:pPr>
      <w:r>
        <w:rPr>
          <w:rFonts w:ascii="Arial" w:hAnsi="Arial"/>
        </w:rPr>
        <w:t>Got it.</w:t>
      </w:r>
    </w:p>
    <w:p w14:paraId="0C86A4C2" w14:textId="77777777" w:rsidR="00802189" w:rsidRDefault="00802189">
      <w:pPr>
        <w:spacing w:after="0"/>
      </w:pPr>
    </w:p>
    <w:p w14:paraId="246B5A54" w14:textId="77777777" w:rsidR="00802189" w:rsidRDefault="00822814">
      <w:pPr>
        <w:spacing w:after="0"/>
      </w:pPr>
      <w:r>
        <w:rPr>
          <w:rFonts w:ascii="Arial" w:hAnsi="Arial"/>
          <w:b/>
        </w:rPr>
        <w:t xml:space="preserve">Participant #12:  </w:t>
      </w:r>
      <w:r>
        <w:rPr>
          <w:rFonts w:ascii="Arial" w:hAnsi="Arial"/>
          <w:color w:val="5D7284"/>
        </w:rPr>
        <w:t>25:09</w:t>
      </w:r>
    </w:p>
    <w:p w14:paraId="457516AA" w14:textId="77777777" w:rsidR="00802189" w:rsidRDefault="00822814">
      <w:pPr>
        <w:spacing w:after="0"/>
      </w:pPr>
      <w:r>
        <w:rPr>
          <w:rFonts w:ascii="Arial" w:hAnsi="Arial"/>
        </w:rPr>
        <w:t>No logic.</w:t>
      </w:r>
    </w:p>
    <w:p w14:paraId="37F362E8" w14:textId="77777777" w:rsidR="00802189" w:rsidRDefault="00802189">
      <w:pPr>
        <w:spacing w:after="0"/>
      </w:pPr>
    </w:p>
    <w:p w14:paraId="0F262E62" w14:textId="77777777" w:rsidR="00802189" w:rsidRDefault="00822814">
      <w:pPr>
        <w:spacing w:after="0"/>
      </w:pPr>
      <w:r>
        <w:rPr>
          <w:rFonts w:ascii="Arial" w:hAnsi="Arial"/>
          <w:b/>
        </w:rPr>
        <w:t xml:space="preserve">Interviewer P:  </w:t>
      </w:r>
      <w:r>
        <w:rPr>
          <w:rFonts w:ascii="Arial" w:hAnsi="Arial"/>
          <w:color w:val="5D7284"/>
        </w:rPr>
        <w:t>25:10</w:t>
      </w:r>
    </w:p>
    <w:p w14:paraId="46CE1FBF" w14:textId="392D46E2" w:rsidR="00802189" w:rsidRDefault="00822814">
      <w:pPr>
        <w:spacing w:after="0"/>
      </w:pPr>
      <w:r>
        <w:rPr>
          <w:rFonts w:ascii="Arial" w:hAnsi="Arial"/>
        </w:rPr>
        <w:t xml:space="preserve">Can you write Jell-O underneath that one? </w:t>
      </w:r>
      <w:r w:rsidR="006A3942">
        <w:rPr>
          <w:rFonts w:ascii="Arial" w:hAnsi="Arial"/>
        </w:rPr>
        <w:t>So,</w:t>
      </w:r>
      <w:r>
        <w:rPr>
          <w:rFonts w:ascii="Arial" w:hAnsi="Arial"/>
        </w:rPr>
        <w:t xml:space="preserve"> when I find it later, I'm like, what was this? Thank you. How long do you think it would take the Jell-O to all reach the same temperature?</w:t>
      </w:r>
    </w:p>
    <w:p w14:paraId="6CA4BA6D" w14:textId="77777777" w:rsidR="00802189" w:rsidRDefault="00802189">
      <w:pPr>
        <w:spacing w:after="0"/>
      </w:pPr>
    </w:p>
    <w:p w14:paraId="0690D1DA" w14:textId="77777777" w:rsidR="00802189" w:rsidRDefault="00822814">
      <w:pPr>
        <w:spacing w:after="0"/>
      </w:pPr>
      <w:r>
        <w:rPr>
          <w:rFonts w:ascii="Arial" w:hAnsi="Arial"/>
          <w:b/>
        </w:rPr>
        <w:t xml:space="preserve">Participant #12:  </w:t>
      </w:r>
      <w:r>
        <w:rPr>
          <w:rFonts w:ascii="Arial" w:hAnsi="Arial"/>
          <w:color w:val="5D7284"/>
        </w:rPr>
        <w:t>25:25</w:t>
      </w:r>
    </w:p>
    <w:p w14:paraId="7CCF3B09" w14:textId="72C7602A" w:rsidR="00802189" w:rsidRDefault="00822814">
      <w:pPr>
        <w:spacing w:after="0"/>
      </w:pPr>
      <w:r>
        <w:rPr>
          <w:rFonts w:ascii="Arial" w:hAnsi="Arial"/>
        </w:rPr>
        <w:t xml:space="preserve">Well, they're not that, a bit longer than the liquid </w:t>
      </w:r>
      <w:r w:rsidR="006A3942">
        <w:rPr>
          <w:rFonts w:ascii="Arial" w:hAnsi="Arial"/>
        </w:rPr>
        <w:t>we’ll say</w:t>
      </w:r>
      <w:r>
        <w:rPr>
          <w:rFonts w:ascii="Arial" w:hAnsi="Arial"/>
        </w:rPr>
        <w:t>, two - three hours.</w:t>
      </w:r>
    </w:p>
    <w:p w14:paraId="3518B3DE" w14:textId="77777777" w:rsidR="00802189" w:rsidRDefault="00802189">
      <w:pPr>
        <w:spacing w:after="0"/>
      </w:pPr>
    </w:p>
    <w:p w14:paraId="0FB91F32" w14:textId="77777777" w:rsidR="00802189" w:rsidRDefault="00822814">
      <w:pPr>
        <w:spacing w:after="0"/>
      </w:pPr>
      <w:r>
        <w:rPr>
          <w:rFonts w:ascii="Arial" w:hAnsi="Arial"/>
          <w:b/>
        </w:rPr>
        <w:t xml:space="preserve">Interviewer P:  </w:t>
      </w:r>
      <w:r>
        <w:rPr>
          <w:rFonts w:ascii="Arial" w:hAnsi="Arial"/>
          <w:color w:val="5D7284"/>
        </w:rPr>
        <w:t>25:40</w:t>
      </w:r>
    </w:p>
    <w:p w14:paraId="4BEE88F2" w14:textId="77777777" w:rsidR="00802189" w:rsidRDefault="00822814">
      <w:pPr>
        <w:spacing w:after="0"/>
      </w:pPr>
      <w:r>
        <w:rPr>
          <w:rFonts w:ascii="Arial" w:hAnsi="Arial"/>
        </w:rPr>
        <w:lastRenderedPageBreak/>
        <w:t>And why would it take longer than the liquid?</w:t>
      </w:r>
    </w:p>
    <w:p w14:paraId="19088635" w14:textId="77777777" w:rsidR="00802189" w:rsidRDefault="00802189">
      <w:pPr>
        <w:spacing w:after="0"/>
      </w:pPr>
    </w:p>
    <w:p w14:paraId="77114E02" w14:textId="77777777" w:rsidR="00802189" w:rsidRDefault="00822814">
      <w:pPr>
        <w:spacing w:after="0"/>
      </w:pPr>
      <w:r>
        <w:rPr>
          <w:rFonts w:ascii="Arial" w:hAnsi="Arial"/>
          <w:b/>
        </w:rPr>
        <w:t xml:space="preserve">Participant #12:  </w:t>
      </w:r>
      <w:r>
        <w:rPr>
          <w:rFonts w:ascii="Arial" w:hAnsi="Arial"/>
          <w:color w:val="5D7284"/>
        </w:rPr>
        <w:t>25:43</w:t>
      </w:r>
    </w:p>
    <w:p w14:paraId="6DEA89C0" w14:textId="77777777" w:rsidR="00802189" w:rsidRDefault="00822814">
      <w:pPr>
        <w:spacing w:after="0"/>
      </w:pPr>
      <w:r>
        <w:rPr>
          <w:rFonts w:ascii="Arial" w:hAnsi="Arial"/>
        </w:rPr>
        <w:t xml:space="preserve">Just because they're not able to merge. </w:t>
      </w:r>
    </w:p>
    <w:p w14:paraId="59B381A9" w14:textId="77777777" w:rsidR="00802189" w:rsidRDefault="00802189">
      <w:pPr>
        <w:spacing w:after="0"/>
      </w:pPr>
    </w:p>
    <w:p w14:paraId="5682146C" w14:textId="77777777" w:rsidR="00802189" w:rsidRDefault="00822814">
      <w:pPr>
        <w:spacing w:after="0"/>
      </w:pPr>
      <w:r>
        <w:rPr>
          <w:rFonts w:ascii="Arial" w:hAnsi="Arial"/>
          <w:b/>
        </w:rPr>
        <w:t xml:space="preserve">Interviewer P:  </w:t>
      </w:r>
      <w:r>
        <w:rPr>
          <w:rFonts w:ascii="Arial" w:hAnsi="Arial"/>
          <w:color w:val="5D7284"/>
        </w:rPr>
        <w:t>25:45</w:t>
      </w:r>
    </w:p>
    <w:p w14:paraId="57565FE1" w14:textId="4D5726A1" w:rsidR="00802189" w:rsidRDefault="006A3942">
      <w:pPr>
        <w:spacing w:after="0"/>
      </w:pPr>
      <w:r>
        <w:rPr>
          <w:rFonts w:ascii="Arial" w:hAnsi="Arial"/>
        </w:rPr>
        <w:t>Cannot touch.</w:t>
      </w:r>
    </w:p>
    <w:p w14:paraId="27A9231D" w14:textId="77777777" w:rsidR="00802189" w:rsidRDefault="00802189">
      <w:pPr>
        <w:spacing w:after="0"/>
      </w:pPr>
    </w:p>
    <w:p w14:paraId="1EB4EA5A" w14:textId="77777777" w:rsidR="00802189" w:rsidRDefault="00822814">
      <w:pPr>
        <w:spacing w:after="0"/>
      </w:pPr>
      <w:r>
        <w:rPr>
          <w:rFonts w:ascii="Arial" w:hAnsi="Arial"/>
          <w:b/>
        </w:rPr>
        <w:t xml:space="preserve">Participant #12:  </w:t>
      </w:r>
      <w:r>
        <w:rPr>
          <w:rFonts w:ascii="Arial" w:hAnsi="Arial"/>
          <w:color w:val="5D7284"/>
        </w:rPr>
        <w:t>25:46</w:t>
      </w:r>
    </w:p>
    <w:p w14:paraId="1D8F37DE" w14:textId="77777777" w:rsidR="00802189" w:rsidRDefault="00822814">
      <w:pPr>
        <w:spacing w:after="0"/>
      </w:pPr>
      <w:r>
        <w:rPr>
          <w:rFonts w:ascii="Arial" w:hAnsi="Arial"/>
        </w:rPr>
        <w:t>Yeah, as much.</w:t>
      </w:r>
    </w:p>
    <w:p w14:paraId="1A5F09D4" w14:textId="77777777" w:rsidR="00802189" w:rsidRDefault="00802189">
      <w:pPr>
        <w:spacing w:after="0"/>
      </w:pPr>
    </w:p>
    <w:p w14:paraId="4B08DD1C" w14:textId="77777777" w:rsidR="00802189" w:rsidRDefault="00822814">
      <w:pPr>
        <w:spacing w:after="0"/>
      </w:pPr>
      <w:r>
        <w:rPr>
          <w:rFonts w:ascii="Arial" w:hAnsi="Arial"/>
          <w:b/>
        </w:rPr>
        <w:t xml:space="preserve">Interviewer P:  </w:t>
      </w:r>
      <w:r>
        <w:rPr>
          <w:rFonts w:ascii="Arial" w:hAnsi="Arial"/>
          <w:color w:val="5D7284"/>
        </w:rPr>
        <w:t>25:47</w:t>
      </w:r>
    </w:p>
    <w:p w14:paraId="2E1765DF" w14:textId="583C0ACD" w:rsidR="00802189" w:rsidRDefault="00822814">
      <w:pPr>
        <w:spacing w:after="0"/>
      </w:pPr>
      <w:r>
        <w:rPr>
          <w:rFonts w:ascii="Arial" w:hAnsi="Arial"/>
        </w:rPr>
        <w:t xml:space="preserve">Got it. Okay. All right, we're gonna switch it up. And we're going to move to these circular tanks now instead of the rectangular one. So, I have that little one sitting over there. And I have it over there so that it doesn't get bumped. I want it really really still. And when I put it here, it tends to jiggle a little bit. </w:t>
      </w:r>
      <w:r w:rsidR="006A3942">
        <w:rPr>
          <w:rFonts w:ascii="Arial" w:hAnsi="Arial"/>
        </w:rPr>
        <w:t>So,</w:t>
      </w:r>
      <w:r>
        <w:rPr>
          <w:rFonts w:ascii="Arial" w:hAnsi="Arial"/>
        </w:rPr>
        <w:t xml:space="preserve"> in the tank, what I'm going to show you is what this is a crystal dye, it's called potassium pomegranate. So unlike food color, it's a solid instead of a liquid. And </w:t>
      </w:r>
      <w:r w:rsidR="006A3942">
        <w:rPr>
          <w:rFonts w:ascii="Arial" w:hAnsi="Arial"/>
        </w:rPr>
        <w:t>so,</w:t>
      </w:r>
      <w:r>
        <w:rPr>
          <w:rFonts w:ascii="Arial" w:hAnsi="Arial"/>
        </w:rPr>
        <w:t xml:space="preserve"> when I drop it into the tank, it will sink to the bottom because it's heavier and heavy and so it will sink to the bottom as a </w:t>
      </w:r>
      <w:r w:rsidR="006A3942">
        <w:rPr>
          <w:rFonts w:ascii="Arial" w:hAnsi="Arial"/>
        </w:rPr>
        <w:t>solid,</w:t>
      </w:r>
      <w:r>
        <w:rPr>
          <w:rFonts w:ascii="Arial" w:hAnsi="Arial"/>
        </w:rPr>
        <w:t xml:space="preserve"> but it will dye the water on its way down. </w:t>
      </w:r>
      <w:r w:rsidR="006A3942">
        <w:rPr>
          <w:rFonts w:ascii="Arial" w:hAnsi="Arial"/>
        </w:rPr>
        <w:t>So,</w:t>
      </w:r>
      <w:r>
        <w:rPr>
          <w:rFonts w:ascii="Arial" w:hAnsi="Arial"/>
        </w:rPr>
        <w:t xml:space="preserve"> I'm gonna grab a little bit of it and just let you show show you let you see what it looks like. Is there any anything surprise you about that?</w:t>
      </w:r>
    </w:p>
    <w:p w14:paraId="52ABE8AA" w14:textId="77777777" w:rsidR="00802189" w:rsidRDefault="00802189">
      <w:pPr>
        <w:spacing w:after="0"/>
      </w:pPr>
    </w:p>
    <w:p w14:paraId="280994A1" w14:textId="77777777" w:rsidR="00802189" w:rsidRDefault="00822814">
      <w:pPr>
        <w:spacing w:after="0"/>
      </w:pPr>
      <w:r>
        <w:rPr>
          <w:rFonts w:ascii="Arial" w:hAnsi="Arial"/>
          <w:b/>
        </w:rPr>
        <w:t xml:space="preserve">Participant #12:  </w:t>
      </w:r>
      <w:r>
        <w:rPr>
          <w:rFonts w:ascii="Arial" w:hAnsi="Arial"/>
          <w:color w:val="5D7284"/>
        </w:rPr>
        <w:t>27:12</w:t>
      </w:r>
    </w:p>
    <w:p w14:paraId="1297BA49" w14:textId="77777777" w:rsidR="00802189" w:rsidRDefault="00822814">
      <w:pPr>
        <w:spacing w:after="0"/>
      </w:pPr>
      <w:r>
        <w:rPr>
          <w:rFonts w:ascii="Arial" w:hAnsi="Arial"/>
        </w:rPr>
        <w:t xml:space="preserve">The movement of it. </w:t>
      </w:r>
    </w:p>
    <w:p w14:paraId="61D2352B" w14:textId="77777777" w:rsidR="00802189" w:rsidRDefault="00802189">
      <w:pPr>
        <w:spacing w:after="0"/>
      </w:pPr>
    </w:p>
    <w:p w14:paraId="584EAABB" w14:textId="77777777" w:rsidR="00802189" w:rsidRDefault="00822814">
      <w:pPr>
        <w:spacing w:after="0"/>
      </w:pPr>
      <w:r>
        <w:rPr>
          <w:rFonts w:ascii="Arial" w:hAnsi="Arial"/>
          <w:b/>
        </w:rPr>
        <w:t xml:space="preserve">Interviewer P:  </w:t>
      </w:r>
      <w:r>
        <w:rPr>
          <w:rFonts w:ascii="Arial" w:hAnsi="Arial"/>
          <w:color w:val="5D7284"/>
        </w:rPr>
        <w:t>27:14</w:t>
      </w:r>
    </w:p>
    <w:p w14:paraId="5CF8A84A" w14:textId="77777777" w:rsidR="00802189" w:rsidRDefault="00822814">
      <w:pPr>
        <w:spacing w:after="0"/>
      </w:pPr>
      <w:r>
        <w:rPr>
          <w:rFonts w:ascii="Arial" w:hAnsi="Arial"/>
        </w:rPr>
        <w:t xml:space="preserve">Tell me about the movement. </w:t>
      </w:r>
    </w:p>
    <w:p w14:paraId="4A5D0F5A" w14:textId="77777777" w:rsidR="00802189" w:rsidRDefault="00802189">
      <w:pPr>
        <w:spacing w:after="0"/>
      </w:pPr>
    </w:p>
    <w:p w14:paraId="6F22BBD2" w14:textId="77777777" w:rsidR="00802189" w:rsidRDefault="00822814">
      <w:pPr>
        <w:spacing w:after="0"/>
      </w:pPr>
      <w:r>
        <w:rPr>
          <w:rFonts w:ascii="Arial" w:hAnsi="Arial"/>
          <w:b/>
        </w:rPr>
        <w:t xml:space="preserve">Participant #12:  </w:t>
      </w:r>
      <w:r>
        <w:rPr>
          <w:rFonts w:ascii="Arial" w:hAnsi="Arial"/>
          <w:color w:val="5D7284"/>
        </w:rPr>
        <w:t>27:16</w:t>
      </w:r>
    </w:p>
    <w:p w14:paraId="228C561C" w14:textId="77777777" w:rsidR="00802189" w:rsidRDefault="00822814">
      <w:pPr>
        <w:spacing w:after="0"/>
      </w:pPr>
      <w:r>
        <w:rPr>
          <w:rFonts w:ascii="Arial" w:hAnsi="Arial"/>
        </w:rPr>
        <w:t xml:space="preserve">It reminds me when you crack an egg into water and the the yolk is just.... things. Like the whites are the only thing standing up. And then the like the dark parts of the yoke, other that I'm not really surprised that kind of like when you drop that in there I thought of an egg into water. It's exactly like it too. </w:t>
      </w:r>
    </w:p>
    <w:p w14:paraId="7CD03C85" w14:textId="77777777" w:rsidR="00802189" w:rsidRDefault="00802189">
      <w:pPr>
        <w:spacing w:after="0"/>
      </w:pPr>
    </w:p>
    <w:p w14:paraId="5BAEBE0A" w14:textId="77777777" w:rsidR="00802189" w:rsidRDefault="00822814">
      <w:pPr>
        <w:spacing w:after="0"/>
      </w:pPr>
      <w:r>
        <w:rPr>
          <w:rFonts w:ascii="Arial" w:hAnsi="Arial"/>
          <w:b/>
        </w:rPr>
        <w:t xml:space="preserve">Interviewer P:  </w:t>
      </w:r>
      <w:r>
        <w:rPr>
          <w:rFonts w:ascii="Arial" w:hAnsi="Arial"/>
          <w:color w:val="5D7284"/>
        </w:rPr>
        <w:t>27:41</w:t>
      </w:r>
    </w:p>
    <w:p w14:paraId="59BD6BE9" w14:textId="32B6DD8A" w:rsidR="00802189" w:rsidRDefault="00822814">
      <w:pPr>
        <w:spacing w:after="0"/>
      </w:pPr>
      <w:r>
        <w:rPr>
          <w:rFonts w:ascii="Arial" w:hAnsi="Arial"/>
        </w:rPr>
        <w:t xml:space="preserve">Yeah. Okay, so I wanted for you to see what this looks like in a cylinder of water that is sitting still, because as you might imagine, we have this big rotating tank behind you, we've had it going for like my research assistant came in and started it earlier. </w:t>
      </w:r>
      <w:r w:rsidR="006A3942">
        <w:rPr>
          <w:rFonts w:ascii="Arial" w:hAnsi="Arial"/>
        </w:rPr>
        <w:t>So,</w:t>
      </w:r>
      <w:r>
        <w:rPr>
          <w:rFonts w:ascii="Arial" w:hAnsi="Arial"/>
        </w:rPr>
        <w:t xml:space="preserve"> it's been going about 45 minutes. And now what we're going to do is do the same thing over here is put this dye into that rotating tank. And so again, I'm going to ask for a little bit of a prediction and their prediction will be a sketch again. </w:t>
      </w:r>
      <w:r w:rsidR="006A3942">
        <w:rPr>
          <w:rFonts w:ascii="Arial" w:hAnsi="Arial"/>
        </w:rPr>
        <w:t>So,</w:t>
      </w:r>
      <w:r>
        <w:rPr>
          <w:rFonts w:ascii="Arial" w:hAnsi="Arial"/>
        </w:rPr>
        <w:t xml:space="preserve"> you can see I've got a couple of different things here. </w:t>
      </w:r>
      <w:r w:rsidR="006A3942">
        <w:rPr>
          <w:rFonts w:ascii="Arial" w:hAnsi="Arial"/>
        </w:rPr>
        <w:t>So,</w:t>
      </w:r>
      <w:r>
        <w:rPr>
          <w:rFonts w:ascii="Arial" w:hAnsi="Arial"/>
        </w:rPr>
        <w:t xml:space="preserve"> first of all, this sketch is going to be a single moment in time. So not like showing motion, but if you like captured a snapshot of it or a picture of it with your phone, and two views. </w:t>
      </w:r>
      <w:r w:rsidR="006A3942">
        <w:rPr>
          <w:rFonts w:ascii="Arial" w:hAnsi="Arial"/>
        </w:rPr>
        <w:t>So,</w:t>
      </w:r>
      <w:r>
        <w:rPr>
          <w:rFonts w:ascii="Arial" w:hAnsi="Arial"/>
        </w:rPr>
        <w:t xml:space="preserve"> the fir</w:t>
      </w:r>
      <w:r>
        <w:rPr>
          <w:rFonts w:ascii="Arial" w:hAnsi="Arial"/>
        </w:rPr>
        <w:t xml:space="preserve">st view is from above. </w:t>
      </w:r>
      <w:r w:rsidR="006A3942">
        <w:rPr>
          <w:rFonts w:ascii="Arial" w:hAnsi="Arial"/>
        </w:rPr>
        <w:t>So,</w:t>
      </w:r>
      <w:r>
        <w:rPr>
          <w:rFonts w:ascii="Arial" w:hAnsi="Arial"/>
        </w:rPr>
        <w:t xml:space="preserve"> it's like you're taking your phone and you're taking that come here and then the other view is from the side. So, from down here, and we'll say again a </w:t>
      </w:r>
      <w:r>
        <w:rPr>
          <w:rFonts w:ascii="Arial" w:hAnsi="Arial"/>
        </w:rPr>
        <w:lastRenderedPageBreak/>
        <w:t xml:space="preserve">minute after I dropped the dye </w:t>
      </w:r>
      <w:r w:rsidR="006A3942">
        <w:rPr>
          <w:rFonts w:ascii="Arial" w:hAnsi="Arial"/>
        </w:rPr>
        <w:t>in,</w:t>
      </w:r>
      <w:r>
        <w:rPr>
          <w:rFonts w:ascii="Arial" w:hAnsi="Arial"/>
        </w:rPr>
        <w:t xml:space="preserve"> so I'll put the dye and just like I did here what do you think it'll look like after a minute and top view and side view.</w:t>
      </w:r>
    </w:p>
    <w:p w14:paraId="52E1A129" w14:textId="77777777" w:rsidR="00802189" w:rsidRDefault="00802189">
      <w:pPr>
        <w:spacing w:after="0"/>
      </w:pPr>
    </w:p>
    <w:p w14:paraId="34F081BB" w14:textId="77777777" w:rsidR="00802189" w:rsidRDefault="00822814">
      <w:pPr>
        <w:spacing w:after="0"/>
      </w:pPr>
      <w:r>
        <w:rPr>
          <w:rFonts w:ascii="Arial" w:hAnsi="Arial"/>
          <w:b/>
        </w:rPr>
        <w:t xml:space="preserve">Participant #12:  </w:t>
      </w:r>
      <w:r>
        <w:rPr>
          <w:rFonts w:ascii="Arial" w:hAnsi="Arial"/>
          <w:color w:val="5D7284"/>
        </w:rPr>
        <w:t>29:01</w:t>
      </w:r>
    </w:p>
    <w:p w14:paraId="09ADA2A0" w14:textId="77777777" w:rsidR="00802189" w:rsidRDefault="00822814">
      <w:pPr>
        <w:spacing w:after="0"/>
      </w:pPr>
      <w:r>
        <w:rPr>
          <w:rFonts w:ascii="Arial" w:hAnsi="Arial"/>
        </w:rPr>
        <w:t>This is again after a minute. How many drops.</w:t>
      </w:r>
    </w:p>
    <w:p w14:paraId="654496BC" w14:textId="77777777" w:rsidR="00802189" w:rsidRDefault="00802189">
      <w:pPr>
        <w:spacing w:after="0"/>
      </w:pPr>
    </w:p>
    <w:p w14:paraId="1357967F" w14:textId="77777777" w:rsidR="00802189" w:rsidRDefault="00822814">
      <w:pPr>
        <w:spacing w:after="0"/>
      </w:pPr>
      <w:r>
        <w:rPr>
          <w:rFonts w:ascii="Arial" w:hAnsi="Arial"/>
          <w:b/>
        </w:rPr>
        <w:t xml:space="preserve">Interviewer P:  </w:t>
      </w:r>
      <w:r>
        <w:rPr>
          <w:rFonts w:ascii="Arial" w:hAnsi="Arial"/>
          <w:color w:val="5D7284"/>
        </w:rPr>
        <w:t>29:39</w:t>
      </w:r>
    </w:p>
    <w:p w14:paraId="223544B4" w14:textId="000BB675" w:rsidR="00802189" w:rsidRDefault="006A3942">
      <w:pPr>
        <w:spacing w:after="0"/>
      </w:pPr>
      <w:r>
        <w:rPr>
          <w:rFonts w:ascii="Arial" w:hAnsi="Arial"/>
        </w:rPr>
        <w:t>So, I'm gonna do it similar to what I did there but scaled up a little bit because that's bigger so, I probably put like five or six pinches in and scattered around some in the middle, some on the edge.</w:t>
      </w:r>
    </w:p>
    <w:p w14:paraId="70997A90" w14:textId="77777777" w:rsidR="00802189" w:rsidRDefault="00802189">
      <w:pPr>
        <w:spacing w:after="0"/>
      </w:pPr>
    </w:p>
    <w:p w14:paraId="4AFFE9F6" w14:textId="77777777" w:rsidR="00802189" w:rsidRDefault="00822814">
      <w:pPr>
        <w:spacing w:after="0"/>
      </w:pPr>
      <w:r>
        <w:rPr>
          <w:rFonts w:ascii="Arial" w:hAnsi="Arial"/>
          <w:b/>
        </w:rPr>
        <w:t xml:space="preserve">Participant #12:  </w:t>
      </w:r>
      <w:r>
        <w:rPr>
          <w:rFonts w:ascii="Arial" w:hAnsi="Arial"/>
          <w:color w:val="5D7284"/>
        </w:rPr>
        <w:t>30:28</w:t>
      </w:r>
    </w:p>
    <w:p w14:paraId="56BF61C0" w14:textId="77777777" w:rsidR="00802189" w:rsidRDefault="00822814">
      <w:pPr>
        <w:spacing w:after="0"/>
      </w:pPr>
      <w:r>
        <w:rPr>
          <w:rFonts w:ascii="Arial" w:hAnsi="Arial"/>
        </w:rPr>
        <w:t>A pencil. Just for my head.</w:t>
      </w:r>
    </w:p>
    <w:p w14:paraId="0715E55C" w14:textId="77777777" w:rsidR="00802189" w:rsidRDefault="00802189">
      <w:pPr>
        <w:spacing w:after="0"/>
      </w:pPr>
    </w:p>
    <w:p w14:paraId="6E0CAF65" w14:textId="77777777" w:rsidR="00802189" w:rsidRDefault="00822814">
      <w:pPr>
        <w:spacing w:after="0"/>
      </w:pPr>
      <w:r>
        <w:rPr>
          <w:rFonts w:ascii="Arial" w:hAnsi="Arial"/>
          <w:b/>
        </w:rPr>
        <w:t xml:space="preserve">Interviewer P:  </w:t>
      </w:r>
      <w:r>
        <w:rPr>
          <w:rFonts w:ascii="Arial" w:hAnsi="Arial"/>
          <w:color w:val="5D7284"/>
        </w:rPr>
        <w:t>32:25</w:t>
      </w:r>
    </w:p>
    <w:p w14:paraId="77B19FA3" w14:textId="77777777" w:rsidR="00802189" w:rsidRDefault="00822814">
      <w:pPr>
        <w:spacing w:after="0"/>
      </w:pPr>
      <w:r>
        <w:rPr>
          <w:rFonts w:ascii="Arial" w:hAnsi="Arial"/>
        </w:rPr>
        <w:t xml:space="preserve">Okay, can you tell me about it? </w:t>
      </w:r>
    </w:p>
    <w:p w14:paraId="74462A45" w14:textId="77777777" w:rsidR="00802189" w:rsidRDefault="00802189">
      <w:pPr>
        <w:spacing w:after="0"/>
      </w:pPr>
    </w:p>
    <w:p w14:paraId="42D09539" w14:textId="77777777" w:rsidR="00802189" w:rsidRDefault="00822814">
      <w:pPr>
        <w:spacing w:after="0"/>
      </w:pPr>
      <w:r>
        <w:rPr>
          <w:rFonts w:ascii="Arial" w:hAnsi="Arial"/>
          <w:b/>
        </w:rPr>
        <w:t xml:space="preserve">Participant #12:  </w:t>
      </w:r>
      <w:r>
        <w:rPr>
          <w:rFonts w:ascii="Arial" w:hAnsi="Arial"/>
          <w:color w:val="5D7284"/>
        </w:rPr>
        <w:t>32:28</w:t>
      </w:r>
    </w:p>
    <w:p w14:paraId="56F984CC" w14:textId="77777777" w:rsidR="00802189" w:rsidRDefault="00822814">
      <w:pPr>
        <w:spacing w:after="0"/>
      </w:pPr>
      <w:r>
        <w:rPr>
          <w:rFonts w:ascii="Arial" w:hAnsi="Arial"/>
        </w:rPr>
        <w:t xml:space="preserve">Yeah, so I think there won't be that much movement even though it's shaking around. Just because I know that when I shake something like, like if I'm shaking this and I'm giving it more of an angle shake, of course it's gonna be more movement. But if I'm just shaking it on a thing and I'm just resting in, it won't move as much. But I know that the top is going to maybe die down a bit, but I know that after a minute, they'll still have some. I forgot I know the word was Spanish English reformed, sorry. Just </w:t>
      </w:r>
      <w:r>
        <w:rPr>
          <w:rFonts w:ascii="Arial" w:hAnsi="Arial"/>
        </w:rPr>
        <w:t xml:space="preserve">little lines, I guess. </w:t>
      </w:r>
    </w:p>
    <w:p w14:paraId="3D685ED3" w14:textId="77777777" w:rsidR="00802189" w:rsidRDefault="00802189">
      <w:pPr>
        <w:spacing w:after="0"/>
      </w:pPr>
    </w:p>
    <w:p w14:paraId="680AA0E3" w14:textId="77777777" w:rsidR="00802189" w:rsidRDefault="00822814">
      <w:pPr>
        <w:spacing w:after="0"/>
      </w:pPr>
      <w:r>
        <w:rPr>
          <w:rFonts w:ascii="Arial" w:hAnsi="Arial"/>
          <w:b/>
        </w:rPr>
        <w:t xml:space="preserve">Interviewer P:  </w:t>
      </w:r>
      <w:r>
        <w:rPr>
          <w:rFonts w:ascii="Arial" w:hAnsi="Arial"/>
          <w:color w:val="5D7284"/>
        </w:rPr>
        <w:t>33:05</w:t>
      </w:r>
    </w:p>
    <w:p w14:paraId="7ACB154E" w14:textId="77777777" w:rsidR="00802189" w:rsidRDefault="00822814">
      <w:pPr>
        <w:spacing w:after="0"/>
      </w:pPr>
      <w:r>
        <w:rPr>
          <w:rFonts w:ascii="Arial" w:hAnsi="Arial"/>
        </w:rPr>
        <w:t>Like tendrils.</w:t>
      </w:r>
    </w:p>
    <w:p w14:paraId="5BFD404E" w14:textId="77777777" w:rsidR="00802189" w:rsidRDefault="00802189">
      <w:pPr>
        <w:spacing w:after="0"/>
      </w:pPr>
    </w:p>
    <w:p w14:paraId="1D98CAA1" w14:textId="77777777" w:rsidR="00802189" w:rsidRDefault="00822814">
      <w:pPr>
        <w:spacing w:after="0"/>
      </w:pPr>
      <w:r>
        <w:rPr>
          <w:rFonts w:ascii="Arial" w:hAnsi="Arial"/>
          <w:b/>
        </w:rPr>
        <w:t xml:space="preserve">Participant #12:  </w:t>
      </w:r>
      <w:r>
        <w:rPr>
          <w:rFonts w:ascii="Arial" w:hAnsi="Arial"/>
          <w:color w:val="5D7284"/>
        </w:rPr>
        <w:t>33:06</w:t>
      </w:r>
    </w:p>
    <w:p w14:paraId="09A2313F" w14:textId="2C5DD578" w:rsidR="00802189" w:rsidRDefault="00822814">
      <w:pPr>
        <w:spacing w:after="0"/>
      </w:pPr>
      <w:r>
        <w:rPr>
          <w:rFonts w:ascii="Arial" w:hAnsi="Arial"/>
        </w:rPr>
        <w:t>Tendrils, thanks. Yes</w:t>
      </w:r>
      <w:r w:rsidR="006A3942">
        <w:rPr>
          <w:rFonts w:ascii="Arial" w:hAnsi="Arial"/>
        </w:rPr>
        <w:t>,</w:t>
      </w:r>
      <w:r>
        <w:rPr>
          <w:rFonts w:ascii="Arial" w:hAnsi="Arial"/>
        </w:rPr>
        <w:t xml:space="preserve"> yes, yes, yes. But I think from the top you, you'll still be able to see where you dropped. </w:t>
      </w:r>
    </w:p>
    <w:p w14:paraId="2E47FE8D" w14:textId="77777777" w:rsidR="00802189" w:rsidRDefault="00802189">
      <w:pPr>
        <w:spacing w:after="0"/>
      </w:pPr>
    </w:p>
    <w:p w14:paraId="1AFD37B3" w14:textId="77777777" w:rsidR="00802189" w:rsidRDefault="00822814">
      <w:pPr>
        <w:spacing w:after="0"/>
      </w:pPr>
      <w:r>
        <w:rPr>
          <w:rFonts w:ascii="Arial" w:hAnsi="Arial"/>
          <w:b/>
        </w:rPr>
        <w:t xml:space="preserve">Interviewer P:  </w:t>
      </w:r>
      <w:r>
        <w:rPr>
          <w:rFonts w:ascii="Arial" w:hAnsi="Arial"/>
          <w:color w:val="5D7284"/>
        </w:rPr>
        <w:t>33:13</w:t>
      </w:r>
    </w:p>
    <w:p w14:paraId="7F4E84A6" w14:textId="77777777" w:rsidR="00802189" w:rsidRDefault="00822814">
      <w:pPr>
        <w:spacing w:after="0"/>
      </w:pPr>
      <w:r>
        <w:rPr>
          <w:rFonts w:ascii="Arial" w:hAnsi="Arial"/>
        </w:rPr>
        <w:t xml:space="preserve">Uh huh. Okay, so from the top view is what I'm looking at is this sunk all the way to the bottom or floated at the top or kind of all the way through? </w:t>
      </w:r>
    </w:p>
    <w:p w14:paraId="0243BE1C" w14:textId="77777777" w:rsidR="00802189" w:rsidRDefault="00802189">
      <w:pPr>
        <w:spacing w:after="0"/>
      </w:pPr>
    </w:p>
    <w:p w14:paraId="7BE0D790" w14:textId="77777777" w:rsidR="00802189" w:rsidRDefault="00822814">
      <w:pPr>
        <w:spacing w:after="0"/>
      </w:pPr>
      <w:r>
        <w:rPr>
          <w:rFonts w:ascii="Arial" w:hAnsi="Arial"/>
          <w:b/>
        </w:rPr>
        <w:t xml:space="preserve">Participant #12:  </w:t>
      </w:r>
      <w:r>
        <w:rPr>
          <w:rFonts w:ascii="Arial" w:hAnsi="Arial"/>
          <w:color w:val="5D7284"/>
        </w:rPr>
        <w:t>33:22</w:t>
      </w:r>
    </w:p>
    <w:p w14:paraId="7BBAB3A3" w14:textId="77777777" w:rsidR="00802189" w:rsidRDefault="00822814">
      <w:pPr>
        <w:spacing w:after="0"/>
      </w:pPr>
      <w:r>
        <w:rPr>
          <w:rFonts w:ascii="Arial" w:hAnsi="Arial"/>
        </w:rPr>
        <w:t xml:space="preserve">So that was the bottom. </w:t>
      </w:r>
    </w:p>
    <w:p w14:paraId="448A5C71" w14:textId="77777777" w:rsidR="00802189" w:rsidRDefault="00802189">
      <w:pPr>
        <w:spacing w:after="0"/>
      </w:pPr>
    </w:p>
    <w:p w14:paraId="0B092801" w14:textId="77777777" w:rsidR="00802189" w:rsidRDefault="00822814">
      <w:pPr>
        <w:spacing w:after="0"/>
      </w:pPr>
      <w:r>
        <w:rPr>
          <w:rFonts w:ascii="Arial" w:hAnsi="Arial"/>
          <w:b/>
        </w:rPr>
        <w:t xml:space="preserve">Interviewer P:  </w:t>
      </w:r>
      <w:r>
        <w:rPr>
          <w:rFonts w:ascii="Arial" w:hAnsi="Arial"/>
          <w:color w:val="5D7284"/>
        </w:rPr>
        <w:t>33:23</w:t>
      </w:r>
    </w:p>
    <w:p w14:paraId="795076BE" w14:textId="77777777" w:rsidR="00802189" w:rsidRDefault="00822814">
      <w:pPr>
        <w:spacing w:after="0"/>
      </w:pPr>
      <w:r>
        <w:rPr>
          <w:rFonts w:ascii="Arial" w:hAnsi="Arial"/>
        </w:rPr>
        <w:t>Okay. And, and then.</w:t>
      </w:r>
    </w:p>
    <w:p w14:paraId="1EE842B3" w14:textId="77777777" w:rsidR="00802189" w:rsidRDefault="00802189">
      <w:pPr>
        <w:spacing w:after="0"/>
      </w:pPr>
    </w:p>
    <w:p w14:paraId="4F538140" w14:textId="77777777" w:rsidR="00802189" w:rsidRDefault="00822814">
      <w:pPr>
        <w:spacing w:after="0"/>
      </w:pPr>
      <w:r>
        <w:rPr>
          <w:rFonts w:ascii="Arial" w:hAnsi="Arial"/>
          <w:b/>
        </w:rPr>
        <w:t xml:space="preserve">Participant #12:  </w:t>
      </w:r>
      <w:r>
        <w:rPr>
          <w:rFonts w:ascii="Arial" w:hAnsi="Arial"/>
          <w:color w:val="5D7284"/>
        </w:rPr>
        <w:t>33:26</w:t>
      </w:r>
    </w:p>
    <w:p w14:paraId="5192653E" w14:textId="77777777" w:rsidR="00802189" w:rsidRDefault="00822814">
      <w:pPr>
        <w:spacing w:after="0"/>
      </w:pPr>
      <w:r>
        <w:rPr>
          <w:rFonts w:ascii="Arial" w:hAnsi="Arial"/>
        </w:rPr>
        <w:t xml:space="preserve">These would be here. </w:t>
      </w:r>
    </w:p>
    <w:p w14:paraId="7842D210" w14:textId="77777777" w:rsidR="00802189" w:rsidRDefault="00802189">
      <w:pPr>
        <w:spacing w:after="0"/>
      </w:pPr>
    </w:p>
    <w:p w14:paraId="3681A826" w14:textId="77777777" w:rsidR="00802189" w:rsidRDefault="00822814">
      <w:pPr>
        <w:spacing w:after="0"/>
      </w:pPr>
      <w:r>
        <w:rPr>
          <w:rFonts w:ascii="Arial" w:hAnsi="Arial"/>
          <w:b/>
        </w:rPr>
        <w:lastRenderedPageBreak/>
        <w:t xml:space="preserve">Interviewer P:  </w:t>
      </w:r>
      <w:r>
        <w:rPr>
          <w:rFonts w:ascii="Arial" w:hAnsi="Arial"/>
          <w:color w:val="5D7284"/>
        </w:rPr>
        <w:t>33:27</w:t>
      </w:r>
    </w:p>
    <w:p w14:paraId="271C88B5" w14:textId="77777777" w:rsidR="00802189" w:rsidRDefault="00822814">
      <w:pPr>
        <w:spacing w:after="0"/>
      </w:pPr>
      <w:r>
        <w:rPr>
          <w:rFonts w:ascii="Arial" w:hAnsi="Arial"/>
        </w:rPr>
        <w:t>Got it.</w:t>
      </w:r>
    </w:p>
    <w:p w14:paraId="0CB54580" w14:textId="77777777" w:rsidR="00802189" w:rsidRDefault="00802189">
      <w:pPr>
        <w:spacing w:after="0"/>
      </w:pPr>
    </w:p>
    <w:p w14:paraId="2137E664" w14:textId="77777777" w:rsidR="00802189" w:rsidRDefault="00822814">
      <w:pPr>
        <w:spacing w:after="0"/>
      </w:pPr>
      <w:r>
        <w:rPr>
          <w:rFonts w:ascii="Arial" w:hAnsi="Arial"/>
          <w:b/>
        </w:rPr>
        <w:t xml:space="preserve">Participant #12:  </w:t>
      </w:r>
      <w:r>
        <w:rPr>
          <w:rFonts w:ascii="Arial" w:hAnsi="Arial"/>
          <w:color w:val="5D7284"/>
        </w:rPr>
        <w:t>33:28</w:t>
      </w:r>
    </w:p>
    <w:p w14:paraId="788E4837" w14:textId="77777777" w:rsidR="00802189" w:rsidRDefault="00822814">
      <w:pPr>
        <w:spacing w:after="0"/>
      </w:pPr>
      <w:r>
        <w:rPr>
          <w:rFonts w:ascii="Arial" w:hAnsi="Arial"/>
        </w:rPr>
        <w:t xml:space="preserve">But I couldn't draw the little. </w:t>
      </w:r>
    </w:p>
    <w:p w14:paraId="05756789" w14:textId="77777777" w:rsidR="00802189" w:rsidRDefault="00802189">
      <w:pPr>
        <w:spacing w:after="0"/>
      </w:pPr>
    </w:p>
    <w:p w14:paraId="0411A87F" w14:textId="77777777" w:rsidR="00802189" w:rsidRDefault="00822814">
      <w:pPr>
        <w:spacing w:after="0"/>
      </w:pPr>
      <w:r>
        <w:rPr>
          <w:rFonts w:ascii="Arial" w:hAnsi="Arial"/>
          <w:b/>
        </w:rPr>
        <w:t xml:space="preserve">Interviewer P:  </w:t>
      </w:r>
      <w:r>
        <w:rPr>
          <w:rFonts w:ascii="Arial" w:hAnsi="Arial"/>
          <w:color w:val="5D7284"/>
        </w:rPr>
        <w:t>33:30</w:t>
      </w:r>
    </w:p>
    <w:p w14:paraId="3479CCAE" w14:textId="77777777" w:rsidR="00802189" w:rsidRDefault="00822814">
      <w:pPr>
        <w:spacing w:after="0"/>
      </w:pPr>
      <w:r>
        <w:rPr>
          <w:rFonts w:ascii="Arial" w:hAnsi="Arial"/>
        </w:rPr>
        <w:t xml:space="preserve">Okay. And tell me about the tendrils. </w:t>
      </w:r>
    </w:p>
    <w:p w14:paraId="3FAE000F" w14:textId="77777777" w:rsidR="00802189" w:rsidRDefault="00802189">
      <w:pPr>
        <w:spacing w:after="0"/>
      </w:pPr>
    </w:p>
    <w:p w14:paraId="114518EB" w14:textId="77777777" w:rsidR="00802189" w:rsidRDefault="00822814">
      <w:pPr>
        <w:spacing w:after="0"/>
      </w:pPr>
      <w:r>
        <w:rPr>
          <w:rFonts w:ascii="Arial" w:hAnsi="Arial"/>
          <w:b/>
        </w:rPr>
        <w:t xml:space="preserve">Participant #12:  </w:t>
      </w:r>
      <w:r>
        <w:rPr>
          <w:rFonts w:ascii="Arial" w:hAnsi="Arial"/>
          <w:color w:val="5D7284"/>
        </w:rPr>
        <w:t>33:33</w:t>
      </w:r>
    </w:p>
    <w:p w14:paraId="22D99E34" w14:textId="2E62A4A1" w:rsidR="00802189" w:rsidRDefault="00822814">
      <w:pPr>
        <w:spacing w:after="0"/>
      </w:pPr>
      <w:r>
        <w:rPr>
          <w:rFonts w:ascii="Arial" w:hAnsi="Arial"/>
        </w:rPr>
        <w:t xml:space="preserve">So, I think that naturally they will move on their own, possibly in direction where it's getting a little more shaken to just a little bit but it's also like </w:t>
      </w:r>
      <w:r w:rsidR="006A3942">
        <w:rPr>
          <w:rFonts w:ascii="Arial" w:hAnsi="Arial"/>
        </w:rPr>
        <w:t>naturally,</w:t>
      </w:r>
      <w:r>
        <w:rPr>
          <w:rFonts w:ascii="Arial" w:hAnsi="Arial"/>
        </w:rPr>
        <w:t xml:space="preserve"> I think they'll just coil.</w:t>
      </w:r>
    </w:p>
    <w:p w14:paraId="1196F886" w14:textId="77777777" w:rsidR="00802189" w:rsidRDefault="00802189">
      <w:pPr>
        <w:spacing w:after="0"/>
      </w:pPr>
    </w:p>
    <w:p w14:paraId="67C8F908" w14:textId="77777777" w:rsidR="00802189" w:rsidRDefault="00822814">
      <w:pPr>
        <w:spacing w:after="0"/>
      </w:pPr>
      <w:r>
        <w:rPr>
          <w:rFonts w:ascii="Arial" w:hAnsi="Arial"/>
          <w:b/>
        </w:rPr>
        <w:t xml:space="preserve">Interviewer P:  </w:t>
      </w:r>
      <w:r>
        <w:rPr>
          <w:rFonts w:ascii="Arial" w:hAnsi="Arial"/>
          <w:color w:val="5D7284"/>
        </w:rPr>
        <w:t>33:46</w:t>
      </w:r>
    </w:p>
    <w:p w14:paraId="24068545" w14:textId="77777777" w:rsidR="00802189" w:rsidRDefault="00822814">
      <w:pPr>
        <w:spacing w:after="0"/>
      </w:pPr>
      <w:r>
        <w:rPr>
          <w:rFonts w:ascii="Arial" w:hAnsi="Arial"/>
        </w:rPr>
        <w:t>Coil?</w:t>
      </w:r>
    </w:p>
    <w:p w14:paraId="293367FB" w14:textId="77777777" w:rsidR="00802189" w:rsidRDefault="00802189">
      <w:pPr>
        <w:spacing w:after="0"/>
      </w:pPr>
    </w:p>
    <w:p w14:paraId="3428DFB3" w14:textId="77777777" w:rsidR="00802189" w:rsidRDefault="00822814">
      <w:pPr>
        <w:spacing w:after="0"/>
      </w:pPr>
      <w:r>
        <w:rPr>
          <w:rFonts w:ascii="Arial" w:hAnsi="Arial"/>
          <w:b/>
        </w:rPr>
        <w:t xml:space="preserve">Participant #12:  </w:t>
      </w:r>
      <w:r>
        <w:rPr>
          <w:rFonts w:ascii="Arial" w:hAnsi="Arial"/>
          <w:color w:val="5D7284"/>
        </w:rPr>
        <w:t>33:48</w:t>
      </w:r>
    </w:p>
    <w:p w14:paraId="1F1AB5DD" w14:textId="77777777" w:rsidR="00802189" w:rsidRDefault="00822814">
      <w:pPr>
        <w:spacing w:after="0"/>
      </w:pPr>
      <w:r>
        <w:rPr>
          <w:rFonts w:ascii="Arial" w:hAnsi="Arial"/>
        </w:rPr>
        <w:t>A little bit.</w:t>
      </w:r>
    </w:p>
    <w:p w14:paraId="5EBF9EF9" w14:textId="77777777" w:rsidR="00802189" w:rsidRDefault="00802189">
      <w:pPr>
        <w:spacing w:after="0"/>
      </w:pPr>
    </w:p>
    <w:p w14:paraId="78429F6E" w14:textId="77777777" w:rsidR="00802189" w:rsidRDefault="00822814">
      <w:pPr>
        <w:spacing w:after="0"/>
      </w:pPr>
      <w:r>
        <w:rPr>
          <w:rFonts w:ascii="Arial" w:hAnsi="Arial"/>
          <w:b/>
        </w:rPr>
        <w:t xml:space="preserve">Interviewer P:  </w:t>
      </w:r>
      <w:r>
        <w:rPr>
          <w:rFonts w:ascii="Arial" w:hAnsi="Arial"/>
          <w:color w:val="5D7284"/>
        </w:rPr>
        <w:t>33:48</w:t>
      </w:r>
    </w:p>
    <w:p w14:paraId="2EEB2B29" w14:textId="77777777" w:rsidR="00802189" w:rsidRDefault="00822814">
      <w:pPr>
        <w:spacing w:after="0"/>
      </w:pPr>
      <w:r>
        <w:rPr>
          <w:rFonts w:ascii="Arial" w:hAnsi="Arial"/>
        </w:rPr>
        <w:t xml:space="preserve">And and are they coiling here? </w:t>
      </w:r>
    </w:p>
    <w:p w14:paraId="0EE38277" w14:textId="77777777" w:rsidR="00802189" w:rsidRDefault="00802189">
      <w:pPr>
        <w:spacing w:after="0"/>
      </w:pPr>
    </w:p>
    <w:p w14:paraId="4910B60B" w14:textId="77777777" w:rsidR="00802189" w:rsidRDefault="00822814">
      <w:pPr>
        <w:spacing w:after="0"/>
      </w:pPr>
      <w:r>
        <w:rPr>
          <w:rFonts w:ascii="Arial" w:hAnsi="Arial"/>
          <w:b/>
        </w:rPr>
        <w:t xml:space="preserve">Participant #12:  </w:t>
      </w:r>
      <w:r>
        <w:rPr>
          <w:rFonts w:ascii="Arial" w:hAnsi="Arial"/>
          <w:color w:val="5D7284"/>
        </w:rPr>
        <w:t>33:52</w:t>
      </w:r>
    </w:p>
    <w:p w14:paraId="2124A149" w14:textId="77777777" w:rsidR="00802189" w:rsidRDefault="00822814">
      <w:pPr>
        <w:spacing w:after="0"/>
      </w:pPr>
      <w:r>
        <w:rPr>
          <w:rFonts w:ascii="Arial" w:hAnsi="Arial"/>
        </w:rPr>
        <w:t xml:space="preserve">Slightly Yes. </w:t>
      </w:r>
    </w:p>
    <w:p w14:paraId="154C2678" w14:textId="77777777" w:rsidR="00802189" w:rsidRDefault="00802189">
      <w:pPr>
        <w:spacing w:after="0"/>
      </w:pPr>
    </w:p>
    <w:p w14:paraId="256C7EDF" w14:textId="77777777" w:rsidR="00802189" w:rsidRDefault="00822814">
      <w:pPr>
        <w:spacing w:after="0"/>
      </w:pPr>
      <w:r>
        <w:rPr>
          <w:rFonts w:ascii="Arial" w:hAnsi="Arial"/>
          <w:b/>
        </w:rPr>
        <w:t xml:space="preserve">Interviewer P:  </w:t>
      </w:r>
      <w:r>
        <w:rPr>
          <w:rFonts w:ascii="Arial" w:hAnsi="Arial"/>
          <w:color w:val="5D7284"/>
        </w:rPr>
        <w:t>33:53</w:t>
      </w:r>
    </w:p>
    <w:p w14:paraId="4E4BEA1B" w14:textId="77777777" w:rsidR="00802189" w:rsidRDefault="00822814">
      <w:pPr>
        <w:spacing w:after="0"/>
      </w:pPr>
      <w:r>
        <w:rPr>
          <w:rFonts w:ascii="Arial" w:hAnsi="Arial"/>
        </w:rPr>
        <w:t>Okay, so what do you mean by coil like spiral.</w:t>
      </w:r>
    </w:p>
    <w:p w14:paraId="5160F762" w14:textId="77777777" w:rsidR="00802189" w:rsidRDefault="00802189">
      <w:pPr>
        <w:spacing w:after="0"/>
      </w:pPr>
    </w:p>
    <w:p w14:paraId="0FFF41D2" w14:textId="77777777" w:rsidR="00802189" w:rsidRDefault="00822814">
      <w:pPr>
        <w:spacing w:after="0"/>
      </w:pPr>
      <w:r>
        <w:rPr>
          <w:rFonts w:ascii="Arial" w:hAnsi="Arial"/>
          <w:b/>
        </w:rPr>
        <w:t xml:space="preserve">Participant #12:  </w:t>
      </w:r>
      <w:r>
        <w:rPr>
          <w:rFonts w:ascii="Arial" w:hAnsi="Arial"/>
          <w:color w:val="5D7284"/>
        </w:rPr>
        <w:t>33:55</w:t>
      </w:r>
    </w:p>
    <w:p w14:paraId="4E8CD940" w14:textId="00B424E5" w:rsidR="00802189" w:rsidRDefault="00822814">
      <w:pPr>
        <w:spacing w:after="0"/>
      </w:pPr>
      <w:r>
        <w:rPr>
          <w:rFonts w:ascii="Arial" w:hAnsi="Arial"/>
        </w:rPr>
        <w:t xml:space="preserve">A bit. Yeah, so the spiral either going up, or they'll bend like a little, like Maui's sword I </w:t>
      </w:r>
      <w:r w:rsidR="006A3942">
        <w:rPr>
          <w:rFonts w:ascii="Arial" w:hAnsi="Arial"/>
        </w:rPr>
        <w:t>guess,</w:t>
      </w:r>
      <w:r>
        <w:rPr>
          <w:rFonts w:ascii="Arial" w:hAnsi="Arial"/>
        </w:rPr>
        <w:t xml:space="preserve"> Moana. I like, </w:t>
      </w:r>
      <w:r w:rsidR="006A3942">
        <w:rPr>
          <w:rFonts w:ascii="Arial" w:hAnsi="Arial"/>
        </w:rPr>
        <w:t>that’s</w:t>
      </w:r>
      <w:r>
        <w:rPr>
          <w:rFonts w:ascii="Arial" w:hAnsi="Arial"/>
        </w:rPr>
        <w:t xml:space="preserve"> what it made me think of, cus you know they'll bend onto themselves.</w:t>
      </w:r>
    </w:p>
    <w:p w14:paraId="0C773C6D" w14:textId="77777777" w:rsidR="00802189" w:rsidRDefault="00802189">
      <w:pPr>
        <w:spacing w:after="0"/>
      </w:pPr>
    </w:p>
    <w:p w14:paraId="5555E2B6" w14:textId="77777777" w:rsidR="00802189" w:rsidRDefault="00822814">
      <w:pPr>
        <w:spacing w:after="0"/>
      </w:pPr>
      <w:r>
        <w:rPr>
          <w:rFonts w:ascii="Arial" w:hAnsi="Arial"/>
          <w:b/>
        </w:rPr>
        <w:t xml:space="preserve">Interviewer P:  </w:t>
      </w:r>
      <w:r>
        <w:rPr>
          <w:rFonts w:ascii="Arial" w:hAnsi="Arial"/>
          <w:color w:val="5D7284"/>
        </w:rPr>
        <w:t>34:08</w:t>
      </w:r>
    </w:p>
    <w:p w14:paraId="5AE73409" w14:textId="77777777" w:rsidR="00802189" w:rsidRDefault="00822814">
      <w:pPr>
        <w:spacing w:after="0"/>
      </w:pPr>
      <w:r>
        <w:rPr>
          <w:rFonts w:ascii="Arial" w:hAnsi="Arial"/>
        </w:rPr>
        <w:t xml:space="preserve">And then when you what you were showing me with your cup again, whenever you said if you just rotated it, and you said it's not moving much so what how is the coffee in there moving? </w:t>
      </w:r>
    </w:p>
    <w:p w14:paraId="72C427E4" w14:textId="77777777" w:rsidR="00802189" w:rsidRDefault="00802189">
      <w:pPr>
        <w:spacing w:after="0"/>
      </w:pPr>
    </w:p>
    <w:p w14:paraId="6A3B41DF" w14:textId="77777777" w:rsidR="00802189" w:rsidRDefault="00822814">
      <w:pPr>
        <w:spacing w:after="0"/>
      </w:pPr>
      <w:r>
        <w:rPr>
          <w:rFonts w:ascii="Arial" w:hAnsi="Arial"/>
          <w:b/>
        </w:rPr>
        <w:t xml:space="preserve">Participant #12:  </w:t>
      </w:r>
      <w:r>
        <w:rPr>
          <w:rFonts w:ascii="Arial" w:hAnsi="Arial"/>
          <w:color w:val="5D7284"/>
        </w:rPr>
        <w:t>34:20</w:t>
      </w:r>
    </w:p>
    <w:p w14:paraId="7E5B055D" w14:textId="498D0CE0" w:rsidR="00802189" w:rsidRDefault="006A3942">
      <w:pPr>
        <w:spacing w:after="0"/>
      </w:pPr>
      <w:r>
        <w:rPr>
          <w:rFonts w:ascii="Arial" w:hAnsi="Arial"/>
        </w:rPr>
        <w:t xml:space="preserve">So, it depends on if I were to move it consistently the same way. I think it's moving with like a little shape. </w:t>
      </w:r>
    </w:p>
    <w:p w14:paraId="04E9BC92" w14:textId="77777777" w:rsidR="00802189" w:rsidRDefault="00802189">
      <w:pPr>
        <w:spacing w:after="0"/>
      </w:pPr>
    </w:p>
    <w:p w14:paraId="15F3E337" w14:textId="77777777" w:rsidR="00802189" w:rsidRDefault="00822814">
      <w:pPr>
        <w:spacing w:after="0"/>
      </w:pPr>
      <w:r>
        <w:rPr>
          <w:rFonts w:ascii="Arial" w:hAnsi="Arial"/>
          <w:b/>
        </w:rPr>
        <w:t xml:space="preserve">Interviewer P:  </w:t>
      </w:r>
      <w:r>
        <w:rPr>
          <w:rFonts w:ascii="Arial" w:hAnsi="Arial"/>
          <w:color w:val="5D7284"/>
        </w:rPr>
        <w:t>34:28</w:t>
      </w:r>
    </w:p>
    <w:p w14:paraId="486074F8" w14:textId="77777777" w:rsidR="00802189" w:rsidRDefault="00822814">
      <w:pPr>
        <w:spacing w:after="0"/>
      </w:pPr>
      <w:r>
        <w:rPr>
          <w:rFonts w:ascii="Arial" w:hAnsi="Arial"/>
        </w:rPr>
        <w:t>Okay.</w:t>
      </w:r>
    </w:p>
    <w:p w14:paraId="37742C94" w14:textId="77777777" w:rsidR="00802189" w:rsidRDefault="00802189">
      <w:pPr>
        <w:spacing w:after="0"/>
      </w:pPr>
    </w:p>
    <w:p w14:paraId="7EDF0579" w14:textId="77777777" w:rsidR="00802189" w:rsidRDefault="00822814">
      <w:pPr>
        <w:spacing w:after="0"/>
      </w:pPr>
      <w:r>
        <w:rPr>
          <w:rFonts w:ascii="Arial" w:hAnsi="Arial"/>
          <w:b/>
        </w:rPr>
        <w:t xml:space="preserve">Participant #12:  </w:t>
      </w:r>
      <w:r>
        <w:rPr>
          <w:rFonts w:ascii="Arial" w:hAnsi="Arial"/>
          <w:color w:val="5D7284"/>
        </w:rPr>
        <w:t>34:28</w:t>
      </w:r>
    </w:p>
    <w:p w14:paraId="4CE1FFBF" w14:textId="77777777" w:rsidR="00802189" w:rsidRDefault="00822814">
      <w:pPr>
        <w:spacing w:after="0"/>
      </w:pPr>
      <w:r>
        <w:rPr>
          <w:rFonts w:ascii="Arial" w:hAnsi="Arial"/>
        </w:rPr>
        <w:lastRenderedPageBreak/>
        <w:t>Only like little vibrations but it's not really moving.</w:t>
      </w:r>
    </w:p>
    <w:p w14:paraId="151D27EB" w14:textId="77777777" w:rsidR="00802189" w:rsidRDefault="00802189">
      <w:pPr>
        <w:spacing w:after="0"/>
      </w:pPr>
    </w:p>
    <w:p w14:paraId="1A911A92" w14:textId="77777777" w:rsidR="00802189" w:rsidRDefault="00822814">
      <w:pPr>
        <w:spacing w:after="0"/>
      </w:pPr>
      <w:r>
        <w:rPr>
          <w:rFonts w:ascii="Arial" w:hAnsi="Arial"/>
          <w:b/>
        </w:rPr>
        <w:t xml:space="preserve">Interviewer P:  </w:t>
      </w:r>
      <w:r>
        <w:rPr>
          <w:rFonts w:ascii="Arial" w:hAnsi="Arial"/>
          <w:color w:val="5D7284"/>
        </w:rPr>
        <w:t>34:33</w:t>
      </w:r>
    </w:p>
    <w:p w14:paraId="4BB50F5B" w14:textId="68B4F3C0" w:rsidR="00802189" w:rsidRDefault="006A3942">
      <w:pPr>
        <w:spacing w:after="0"/>
      </w:pPr>
      <w:r>
        <w:rPr>
          <w:rFonts w:ascii="Arial" w:hAnsi="Arial"/>
        </w:rPr>
        <w:t>So, it's kind of like standing the water itself is standing in it standing still with maybe a little vibrations while the cup moves around it.</w:t>
      </w:r>
    </w:p>
    <w:p w14:paraId="7C1AF85C" w14:textId="77777777" w:rsidR="00802189" w:rsidRDefault="00802189">
      <w:pPr>
        <w:spacing w:after="0"/>
      </w:pPr>
    </w:p>
    <w:p w14:paraId="31B6ED9D" w14:textId="77777777" w:rsidR="00802189" w:rsidRDefault="00822814">
      <w:pPr>
        <w:spacing w:after="0"/>
      </w:pPr>
      <w:r>
        <w:rPr>
          <w:rFonts w:ascii="Arial" w:hAnsi="Arial"/>
          <w:b/>
        </w:rPr>
        <w:t xml:space="preserve">Participant #12:  </w:t>
      </w:r>
      <w:r>
        <w:rPr>
          <w:rFonts w:ascii="Arial" w:hAnsi="Arial"/>
          <w:color w:val="5D7284"/>
        </w:rPr>
        <w:t>34:43</w:t>
      </w:r>
    </w:p>
    <w:p w14:paraId="51C6742E" w14:textId="77777777" w:rsidR="00802189" w:rsidRDefault="00822814">
      <w:pPr>
        <w:spacing w:after="0"/>
      </w:pPr>
      <w:r>
        <w:rPr>
          <w:rFonts w:ascii="Arial" w:hAnsi="Arial"/>
        </w:rPr>
        <w:t>Yeah.</w:t>
      </w:r>
    </w:p>
    <w:p w14:paraId="4563E1E0" w14:textId="77777777" w:rsidR="00802189" w:rsidRDefault="00802189">
      <w:pPr>
        <w:spacing w:after="0"/>
      </w:pPr>
    </w:p>
    <w:p w14:paraId="23DD2E0F" w14:textId="77777777" w:rsidR="00802189" w:rsidRDefault="00822814">
      <w:pPr>
        <w:spacing w:after="0"/>
      </w:pPr>
      <w:r>
        <w:rPr>
          <w:rFonts w:ascii="Arial" w:hAnsi="Arial"/>
          <w:b/>
        </w:rPr>
        <w:t xml:space="preserve">Interviewer P:  </w:t>
      </w:r>
      <w:r>
        <w:rPr>
          <w:rFonts w:ascii="Arial" w:hAnsi="Arial"/>
          <w:color w:val="5D7284"/>
        </w:rPr>
        <w:t>34:44</w:t>
      </w:r>
    </w:p>
    <w:p w14:paraId="773CCD90" w14:textId="77777777" w:rsidR="00802189" w:rsidRDefault="00822814">
      <w:pPr>
        <w:spacing w:after="0"/>
      </w:pPr>
      <w:r>
        <w:rPr>
          <w:rFonts w:ascii="Arial" w:hAnsi="Arial"/>
        </w:rPr>
        <w:t>Okay and is and is that like.</w:t>
      </w:r>
    </w:p>
    <w:p w14:paraId="72A6FE87" w14:textId="77777777" w:rsidR="00802189" w:rsidRDefault="00802189">
      <w:pPr>
        <w:spacing w:after="0"/>
      </w:pPr>
    </w:p>
    <w:p w14:paraId="0B7F6C92" w14:textId="77777777" w:rsidR="00802189" w:rsidRDefault="00822814">
      <w:pPr>
        <w:spacing w:after="0"/>
      </w:pPr>
      <w:r>
        <w:rPr>
          <w:rFonts w:ascii="Arial" w:hAnsi="Arial"/>
          <w:b/>
        </w:rPr>
        <w:t xml:space="preserve">Participant #12:  </w:t>
      </w:r>
      <w:r>
        <w:rPr>
          <w:rFonts w:ascii="Arial" w:hAnsi="Arial"/>
          <w:color w:val="5D7284"/>
        </w:rPr>
        <w:t>34:46</w:t>
      </w:r>
    </w:p>
    <w:p w14:paraId="3274C354" w14:textId="19A031E1" w:rsidR="00802189" w:rsidRDefault="006A3942">
      <w:pPr>
        <w:spacing w:after="0"/>
      </w:pPr>
      <w:r>
        <w:rPr>
          <w:rFonts w:ascii="Arial" w:hAnsi="Arial"/>
        </w:rPr>
        <w:t>So, like basically, of course the coffee is moving with it. But it's still at a standstill. So, like let's say I have like if this coffee would have been cut in half right half of my coffees blue and half my coffee purple. You will still be able to see both of them. But they just wouldn't move amongst each other. Like.</w:t>
      </w:r>
    </w:p>
    <w:p w14:paraId="44764063" w14:textId="77777777" w:rsidR="00802189" w:rsidRDefault="00802189">
      <w:pPr>
        <w:spacing w:after="0"/>
      </w:pPr>
    </w:p>
    <w:p w14:paraId="0790EBC3" w14:textId="77777777" w:rsidR="00802189" w:rsidRDefault="00822814">
      <w:pPr>
        <w:spacing w:after="0"/>
      </w:pPr>
      <w:r>
        <w:rPr>
          <w:rFonts w:ascii="Arial" w:hAnsi="Arial"/>
          <w:b/>
        </w:rPr>
        <w:t xml:space="preserve">Interviewer P:  </w:t>
      </w:r>
      <w:r>
        <w:rPr>
          <w:rFonts w:ascii="Arial" w:hAnsi="Arial"/>
          <w:color w:val="5D7284"/>
        </w:rPr>
        <w:t>35:06</w:t>
      </w:r>
    </w:p>
    <w:p w14:paraId="5DB14A7D" w14:textId="1DDF3287" w:rsidR="00802189" w:rsidRDefault="00822814">
      <w:pPr>
        <w:spacing w:after="0"/>
      </w:pPr>
      <w:r>
        <w:rPr>
          <w:rFonts w:ascii="Arial" w:hAnsi="Arial"/>
        </w:rPr>
        <w:t xml:space="preserve">Yes. Yeah, got it. Okay. Just wanted to make sure I understood that okay. If you want to just back up a </w:t>
      </w:r>
      <w:r w:rsidR="006A3942">
        <w:rPr>
          <w:rFonts w:ascii="Arial" w:hAnsi="Arial"/>
        </w:rPr>
        <w:t>little,</w:t>
      </w:r>
      <w:r>
        <w:rPr>
          <w:rFonts w:ascii="Arial" w:hAnsi="Arial"/>
        </w:rPr>
        <w:t xml:space="preserve"> then I'll come through here and set my timer and we'll see what happens. </w:t>
      </w:r>
      <w:r w:rsidR="006A3942">
        <w:rPr>
          <w:rFonts w:ascii="Arial" w:hAnsi="Arial"/>
        </w:rPr>
        <w:t>So,</w:t>
      </w:r>
      <w:r>
        <w:rPr>
          <w:rFonts w:ascii="Arial" w:hAnsi="Arial"/>
        </w:rPr>
        <w:t xml:space="preserve"> is that surprising?</w:t>
      </w:r>
    </w:p>
    <w:p w14:paraId="75839584" w14:textId="77777777" w:rsidR="00802189" w:rsidRDefault="00802189">
      <w:pPr>
        <w:spacing w:after="0"/>
      </w:pPr>
    </w:p>
    <w:p w14:paraId="540BEFAC" w14:textId="77777777" w:rsidR="00802189" w:rsidRDefault="00822814">
      <w:pPr>
        <w:spacing w:after="0"/>
      </w:pPr>
      <w:r>
        <w:rPr>
          <w:rFonts w:ascii="Arial" w:hAnsi="Arial"/>
          <w:b/>
        </w:rPr>
        <w:t xml:space="preserve">Participant #12:  </w:t>
      </w:r>
      <w:r>
        <w:rPr>
          <w:rFonts w:ascii="Arial" w:hAnsi="Arial"/>
          <w:color w:val="5D7284"/>
        </w:rPr>
        <w:t>36:24</w:t>
      </w:r>
    </w:p>
    <w:p w14:paraId="68F689F3" w14:textId="0D1AEC58" w:rsidR="00802189" w:rsidRDefault="00822814">
      <w:pPr>
        <w:spacing w:after="0"/>
      </w:pPr>
      <w:r>
        <w:rPr>
          <w:rFonts w:ascii="Arial" w:hAnsi="Arial"/>
        </w:rPr>
        <w:t xml:space="preserve">No. No, the only thing that I am surprised of is depending on how much was dropped, I was like just like a little bit of bounce back for like, a little bit more of a quote coming up and coming down. I thought there would be more circular motion. Is it like little droplets? </w:t>
      </w:r>
      <w:r w:rsidR="006A3942">
        <w:rPr>
          <w:rFonts w:ascii="Arial" w:hAnsi="Arial"/>
        </w:rPr>
        <w:t>You,</w:t>
      </w:r>
      <w:r>
        <w:rPr>
          <w:rFonts w:ascii="Arial" w:hAnsi="Arial"/>
        </w:rPr>
        <w:t xml:space="preserve"> see? But no, the middle one is definitely what I had imagined. The ones that are that are that are surprising me is this one coming up the ones that trail a bit, but even </w:t>
      </w:r>
      <w:r w:rsidR="006A3942">
        <w:rPr>
          <w:rFonts w:ascii="Arial" w:hAnsi="Arial"/>
        </w:rPr>
        <w:t>then,</w:t>
      </w:r>
      <w:r>
        <w:rPr>
          <w:rFonts w:ascii="Arial" w:hAnsi="Arial"/>
        </w:rPr>
        <w:t xml:space="preserve"> they're going straight down and they're just staying there.</w:t>
      </w:r>
    </w:p>
    <w:p w14:paraId="551721C4" w14:textId="77777777" w:rsidR="00802189" w:rsidRDefault="00802189">
      <w:pPr>
        <w:spacing w:after="0"/>
      </w:pPr>
    </w:p>
    <w:p w14:paraId="73774B05" w14:textId="77777777" w:rsidR="00802189" w:rsidRDefault="00822814">
      <w:pPr>
        <w:spacing w:after="0"/>
      </w:pPr>
      <w:r>
        <w:rPr>
          <w:rFonts w:ascii="Arial" w:hAnsi="Arial"/>
          <w:b/>
        </w:rPr>
        <w:t xml:space="preserve">Interviewer P:  </w:t>
      </w:r>
      <w:r>
        <w:rPr>
          <w:rFonts w:ascii="Arial" w:hAnsi="Arial"/>
          <w:color w:val="5D7284"/>
        </w:rPr>
        <w:t>37:03</w:t>
      </w:r>
    </w:p>
    <w:p w14:paraId="4285F175" w14:textId="77777777" w:rsidR="00802189" w:rsidRDefault="00822814">
      <w:pPr>
        <w:spacing w:after="0"/>
      </w:pPr>
      <w:r>
        <w:rPr>
          <w:rFonts w:ascii="Arial" w:hAnsi="Arial"/>
        </w:rPr>
        <w:t>And is there anything that you would correct about this?</w:t>
      </w:r>
    </w:p>
    <w:p w14:paraId="278CEBE6" w14:textId="77777777" w:rsidR="00802189" w:rsidRDefault="00802189">
      <w:pPr>
        <w:spacing w:after="0"/>
      </w:pPr>
    </w:p>
    <w:p w14:paraId="64429A96" w14:textId="77777777" w:rsidR="00802189" w:rsidRDefault="00822814">
      <w:pPr>
        <w:spacing w:after="0"/>
      </w:pPr>
      <w:r>
        <w:rPr>
          <w:rFonts w:ascii="Arial" w:hAnsi="Arial"/>
          <w:b/>
        </w:rPr>
        <w:t xml:space="preserve">Participant #12:  </w:t>
      </w:r>
      <w:r>
        <w:rPr>
          <w:rFonts w:ascii="Arial" w:hAnsi="Arial"/>
          <w:color w:val="5D7284"/>
        </w:rPr>
        <w:t>37:08</w:t>
      </w:r>
    </w:p>
    <w:p w14:paraId="6A3169FF" w14:textId="77777777" w:rsidR="00802189" w:rsidRDefault="00822814">
      <w:pPr>
        <w:spacing w:after="0"/>
      </w:pPr>
      <w:r>
        <w:rPr>
          <w:rFonts w:ascii="Arial" w:hAnsi="Arial"/>
        </w:rPr>
        <w:t xml:space="preserve">Yes. </w:t>
      </w:r>
    </w:p>
    <w:p w14:paraId="04BC3EFF" w14:textId="77777777" w:rsidR="00802189" w:rsidRDefault="00802189">
      <w:pPr>
        <w:spacing w:after="0"/>
      </w:pPr>
    </w:p>
    <w:p w14:paraId="44C96A91" w14:textId="77777777" w:rsidR="00802189" w:rsidRDefault="00822814">
      <w:pPr>
        <w:spacing w:after="0"/>
      </w:pPr>
      <w:r>
        <w:rPr>
          <w:rFonts w:ascii="Arial" w:hAnsi="Arial"/>
          <w:b/>
        </w:rPr>
        <w:t xml:space="preserve">Interviewer P:  </w:t>
      </w:r>
      <w:r>
        <w:rPr>
          <w:rFonts w:ascii="Arial" w:hAnsi="Arial"/>
          <w:color w:val="5D7284"/>
        </w:rPr>
        <w:t>37:09</w:t>
      </w:r>
    </w:p>
    <w:p w14:paraId="7E0A23C6" w14:textId="77777777" w:rsidR="00802189" w:rsidRDefault="00822814">
      <w:pPr>
        <w:spacing w:after="0"/>
      </w:pPr>
      <w:r>
        <w:rPr>
          <w:rFonts w:ascii="Arial" w:hAnsi="Arial"/>
        </w:rPr>
        <w:t>Okay, hang on. I'll give you another one a fresh one. I guess.</w:t>
      </w:r>
    </w:p>
    <w:p w14:paraId="660B60BB" w14:textId="77777777" w:rsidR="00802189" w:rsidRDefault="00802189">
      <w:pPr>
        <w:spacing w:after="0"/>
      </w:pPr>
    </w:p>
    <w:p w14:paraId="5D8AE53C" w14:textId="77777777" w:rsidR="00802189" w:rsidRDefault="00822814">
      <w:pPr>
        <w:spacing w:after="0"/>
      </w:pPr>
      <w:r>
        <w:rPr>
          <w:rFonts w:ascii="Arial" w:hAnsi="Arial"/>
          <w:b/>
        </w:rPr>
        <w:t xml:space="preserve">Participant #12:  </w:t>
      </w:r>
      <w:r>
        <w:rPr>
          <w:rFonts w:ascii="Arial" w:hAnsi="Arial"/>
          <w:color w:val="5D7284"/>
        </w:rPr>
        <w:t>37:16</w:t>
      </w:r>
    </w:p>
    <w:p w14:paraId="34891FF1" w14:textId="154C0E88" w:rsidR="00802189" w:rsidRDefault="00822814">
      <w:pPr>
        <w:spacing w:after="0"/>
      </w:pPr>
      <w:r>
        <w:rPr>
          <w:rFonts w:ascii="Arial" w:hAnsi="Arial"/>
        </w:rPr>
        <w:t xml:space="preserve">Would you like for me to draw this one too. I feel like this would look the same.  This this would change for me. </w:t>
      </w:r>
      <w:r w:rsidR="006A3942">
        <w:rPr>
          <w:rFonts w:ascii="Arial" w:hAnsi="Arial"/>
        </w:rPr>
        <w:t>So,</w:t>
      </w:r>
      <w:r>
        <w:rPr>
          <w:rFonts w:ascii="Arial" w:hAnsi="Arial"/>
        </w:rPr>
        <w:t xml:space="preserve"> in my head, the only thing that that changes, I draw one just because, I'll draw the central one to save time. I do think that they would still be the same. However, I would have now expect more brighter colors up here. And then even some just staying, I can't make it to the top, or to the bottom. And I also like the little droplet that it does, that little one is cute, but yeah.</w:t>
      </w:r>
    </w:p>
    <w:p w14:paraId="0B9B1EAB" w14:textId="77777777" w:rsidR="00802189" w:rsidRDefault="00802189">
      <w:pPr>
        <w:spacing w:after="0"/>
      </w:pPr>
    </w:p>
    <w:p w14:paraId="58F44FD9" w14:textId="77777777" w:rsidR="00802189" w:rsidRDefault="00822814">
      <w:pPr>
        <w:spacing w:after="0"/>
      </w:pPr>
      <w:r>
        <w:rPr>
          <w:rFonts w:ascii="Arial" w:hAnsi="Arial"/>
          <w:b/>
        </w:rPr>
        <w:lastRenderedPageBreak/>
        <w:t xml:space="preserve">Interviewer P:  </w:t>
      </w:r>
      <w:r>
        <w:rPr>
          <w:rFonts w:ascii="Arial" w:hAnsi="Arial"/>
          <w:color w:val="5D7284"/>
        </w:rPr>
        <w:t>37:19</w:t>
      </w:r>
    </w:p>
    <w:p w14:paraId="2FA82DD8" w14:textId="77777777" w:rsidR="00802189" w:rsidRDefault="00822814">
      <w:pPr>
        <w:spacing w:after="0"/>
      </w:pPr>
      <w:r>
        <w:rPr>
          <w:rFonts w:ascii="Arial" w:hAnsi="Arial"/>
        </w:rPr>
        <w:t>Okay. Okay, so tell me now how this is different from this.</w:t>
      </w:r>
    </w:p>
    <w:p w14:paraId="61F39487" w14:textId="77777777" w:rsidR="00802189" w:rsidRDefault="00802189">
      <w:pPr>
        <w:spacing w:after="0"/>
      </w:pPr>
    </w:p>
    <w:p w14:paraId="5895EFCF" w14:textId="77777777" w:rsidR="00802189" w:rsidRDefault="00822814">
      <w:pPr>
        <w:spacing w:after="0"/>
      </w:pPr>
      <w:r>
        <w:rPr>
          <w:rFonts w:ascii="Arial" w:hAnsi="Arial"/>
          <w:b/>
        </w:rPr>
        <w:t xml:space="preserve">Participant #12:  </w:t>
      </w:r>
      <w:r>
        <w:rPr>
          <w:rFonts w:ascii="Arial" w:hAnsi="Arial"/>
          <w:color w:val="5D7284"/>
        </w:rPr>
        <w:t>38:21</w:t>
      </w:r>
    </w:p>
    <w:p w14:paraId="0B1DC034" w14:textId="313D8602" w:rsidR="00802189" w:rsidRDefault="00822814">
      <w:pPr>
        <w:spacing w:after="0"/>
      </w:pPr>
      <w:r>
        <w:rPr>
          <w:rFonts w:ascii="Arial" w:hAnsi="Arial"/>
        </w:rPr>
        <w:t xml:space="preserve">I didn't expect that much to stay relatively towards the center either, you know, you even kind of thing after a minute. I would expect it to all have been </w:t>
      </w:r>
      <w:r w:rsidR="006A3942">
        <w:rPr>
          <w:rFonts w:ascii="Arial" w:hAnsi="Arial"/>
        </w:rPr>
        <w:t>sinking</w:t>
      </w:r>
      <w:r>
        <w:rPr>
          <w:rFonts w:ascii="Arial" w:hAnsi="Arial"/>
        </w:rPr>
        <w:t xml:space="preserve"> at the bottom.</w:t>
      </w:r>
    </w:p>
    <w:p w14:paraId="0F6342DE" w14:textId="77777777" w:rsidR="00802189" w:rsidRDefault="00802189">
      <w:pPr>
        <w:spacing w:after="0"/>
      </w:pPr>
    </w:p>
    <w:p w14:paraId="6E08E60F" w14:textId="77777777" w:rsidR="00802189" w:rsidRDefault="00822814">
      <w:pPr>
        <w:spacing w:after="0"/>
      </w:pPr>
      <w:r>
        <w:rPr>
          <w:rFonts w:ascii="Arial" w:hAnsi="Arial"/>
          <w:b/>
        </w:rPr>
        <w:t xml:space="preserve">Interviewer P:  </w:t>
      </w:r>
      <w:r>
        <w:rPr>
          <w:rFonts w:ascii="Arial" w:hAnsi="Arial"/>
          <w:color w:val="5D7284"/>
        </w:rPr>
        <w:t>38:31</w:t>
      </w:r>
    </w:p>
    <w:p w14:paraId="666EBC1E" w14:textId="77777777" w:rsidR="00802189" w:rsidRDefault="00822814">
      <w:pPr>
        <w:spacing w:after="0"/>
      </w:pPr>
      <w:r>
        <w:rPr>
          <w:rFonts w:ascii="Arial" w:hAnsi="Arial"/>
        </w:rPr>
        <w:t>Oh, I see what you're saying. Okay.</w:t>
      </w:r>
    </w:p>
    <w:p w14:paraId="4133AFAD" w14:textId="77777777" w:rsidR="00802189" w:rsidRDefault="00802189">
      <w:pPr>
        <w:spacing w:after="0"/>
      </w:pPr>
    </w:p>
    <w:p w14:paraId="76E76573" w14:textId="77777777" w:rsidR="00802189" w:rsidRDefault="00822814">
      <w:pPr>
        <w:spacing w:after="0"/>
      </w:pPr>
      <w:r>
        <w:rPr>
          <w:rFonts w:ascii="Arial" w:hAnsi="Arial"/>
          <w:b/>
        </w:rPr>
        <w:t xml:space="preserve">Participant #12:  </w:t>
      </w:r>
      <w:r>
        <w:rPr>
          <w:rFonts w:ascii="Arial" w:hAnsi="Arial"/>
          <w:color w:val="5D7284"/>
        </w:rPr>
        <w:t>38:33</w:t>
      </w:r>
    </w:p>
    <w:p w14:paraId="262BD24F" w14:textId="77777777" w:rsidR="00802189" w:rsidRDefault="00822814">
      <w:pPr>
        <w:spacing w:after="0"/>
      </w:pPr>
      <w:r>
        <w:rPr>
          <w:rFonts w:ascii="Arial" w:hAnsi="Arial"/>
        </w:rPr>
        <w:t xml:space="preserve">Hit the bottom, kind of like this. After a minute. You see how there's less of that. </w:t>
      </w:r>
    </w:p>
    <w:p w14:paraId="7A2FD8F8" w14:textId="77777777" w:rsidR="00802189" w:rsidRDefault="00802189">
      <w:pPr>
        <w:spacing w:after="0"/>
      </w:pPr>
    </w:p>
    <w:p w14:paraId="18A38BBF" w14:textId="77777777" w:rsidR="00802189" w:rsidRDefault="00822814">
      <w:pPr>
        <w:spacing w:after="0"/>
      </w:pPr>
      <w:r>
        <w:rPr>
          <w:rFonts w:ascii="Arial" w:hAnsi="Arial"/>
          <w:b/>
        </w:rPr>
        <w:t xml:space="preserve">Interviewer P:  </w:t>
      </w:r>
      <w:r>
        <w:rPr>
          <w:rFonts w:ascii="Arial" w:hAnsi="Arial"/>
          <w:color w:val="5D7284"/>
        </w:rPr>
        <w:t>38:40</w:t>
      </w:r>
    </w:p>
    <w:p w14:paraId="5534D635" w14:textId="77777777" w:rsidR="00802189" w:rsidRDefault="00822814">
      <w:pPr>
        <w:spacing w:after="0"/>
      </w:pPr>
      <w:r>
        <w:rPr>
          <w:rFonts w:ascii="Arial" w:hAnsi="Arial"/>
        </w:rPr>
        <w:t xml:space="preserve">Yeah, yeah. </w:t>
      </w:r>
    </w:p>
    <w:p w14:paraId="670A9574" w14:textId="77777777" w:rsidR="00802189" w:rsidRDefault="00802189">
      <w:pPr>
        <w:spacing w:after="0"/>
      </w:pPr>
    </w:p>
    <w:p w14:paraId="1C147A0E" w14:textId="77777777" w:rsidR="00802189" w:rsidRDefault="00822814">
      <w:pPr>
        <w:spacing w:after="0"/>
      </w:pPr>
      <w:r>
        <w:rPr>
          <w:rFonts w:ascii="Arial" w:hAnsi="Arial"/>
          <w:b/>
        </w:rPr>
        <w:t xml:space="preserve">Participant #12:  </w:t>
      </w:r>
      <w:r>
        <w:rPr>
          <w:rFonts w:ascii="Arial" w:hAnsi="Arial"/>
          <w:color w:val="5D7284"/>
        </w:rPr>
        <w:t>38:40</w:t>
      </w:r>
    </w:p>
    <w:p w14:paraId="589B28AD" w14:textId="77777777" w:rsidR="00802189" w:rsidRDefault="00822814">
      <w:pPr>
        <w:spacing w:after="0"/>
      </w:pPr>
      <w:r>
        <w:rPr>
          <w:rFonts w:ascii="Arial" w:hAnsi="Arial"/>
        </w:rPr>
        <w:t xml:space="preserve">So yeah. </w:t>
      </w:r>
    </w:p>
    <w:p w14:paraId="53745A86" w14:textId="77777777" w:rsidR="00802189" w:rsidRDefault="00802189">
      <w:pPr>
        <w:spacing w:after="0"/>
      </w:pPr>
    </w:p>
    <w:p w14:paraId="31C1B32D" w14:textId="77777777" w:rsidR="00802189" w:rsidRDefault="00822814">
      <w:pPr>
        <w:spacing w:after="0"/>
      </w:pPr>
      <w:r>
        <w:rPr>
          <w:rFonts w:ascii="Arial" w:hAnsi="Arial"/>
          <w:b/>
        </w:rPr>
        <w:t xml:space="preserve">Interviewer P:  </w:t>
      </w:r>
      <w:r>
        <w:rPr>
          <w:rFonts w:ascii="Arial" w:hAnsi="Arial"/>
          <w:color w:val="5D7284"/>
        </w:rPr>
        <w:t>38:41</w:t>
      </w:r>
    </w:p>
    <w:p w14:paraId="6F039FC9" w14:textId="77777777" w:rsidR="00802189" w:rsidRDefault="00822814">
      <w:pPr>
        <w:spacing w:after="0"/>
      </w:pPr>
      <w:r>
        <w:rPr>
          <w:rFonts w:ascii="Arial" w:hAnsi="Arial"/>
        </w:rPr>
        <w:t>Okay. And you said that it would it would spiral a bit? Is that.</w:t>
      </w:r>
    </w:p>
    <w:p w14:paraId="7915C512" w14:textId="77777777" w:rsidR="00802189" w:rsidRDefault="00802189">
      <w:pPr>
        <w:spacing w:after="0"/>
      </w:pPr>
    </w:p>
    <w:p w14:paraId="533648B0" w14:textId="77777777" w:rsidR="00802189" w:rsidRDefault="00822814">
      <w:pPr>
        <w:spacing w:after="0"/>
      </w:pPr>
      <w:r>
        <w:rPr>
          <w:rFonts w:ascii="Arial" w:hAnsi="Arial"/>
          <w:b/>
        </w:rPr>
        <w:t xml:space="preserve">Participant #12:  </w:t>
      </w:r>
      <w:r>
        <w:rPr>
          <w:rFonts w:ascii="Arial" w:hAnsi="Arial"/>
          <w:color w:val="5D7284"/>
        </w:rPr>
        <w:t>38:47</w:t>
      </w:r>
    </w:p>
    <w:p w14:paraId="648F593C" w14:textId="77777777" w:rsidR="00802189" w:rsidRDefault="00822814">
      <w:pPr>
        <w:spacing w:after="0"/>
      </w:pPr>
      <w:r>
        <w:rPr>
          <w:rFonts w:ascii="Arial" w:hAnsi="Arial"/>
        </w:rPr>
        <w:t xml:space="preserve">Nah, I don't think they will spiral. </w:t>
      </w:r>
    </w:p>
    <w:p w14:paraId="6A5F2FB5" w14:textId="77777777" w:rsidR="00802189" w:rsidRDefault="00802189">
      <w:pPr>
        <w:spacing w:after="0"/>
      </w:pPr>
    </w:p>
    <w:p w14:paraId="60B61595" w14:textId="77777777" w:rsidR="00802189" w:rsidRDefault="00822814">
      <w:pPr>
        <w:spacing w:after="0"/>
      </w:pPr>
      <w:r>
        <w:rPr>
          <w:rFonts w:ascii="Arial" w:hAnsi="Arial"/>
          <w:b/>
        </w:rPr>
        <w:t xml:space="preserve">Interviewer P:  </w:t>
      </w:r>
      <w:r>
        <w:rPr>
          <w:rFonts w:ascii="Arial" w:hAnsi="Arial"/>
          <w:color w:val="5D7284"/>
        </w:rPr>
        <w:t>38:49</w:t>
      </w:r>
    </w:p>
    <w:p w14:paraId="4466E55F" w14:textId="77777777" w:rsidR="00802189" w:rsidRDefault="00822814">
      <w:pPr>
        <w:spacing w:after="0"/>
      </w:pPr>
      <w:r>
        <w:rPr>
          <w:rFonts w:ascii="Arial" w:hAnsi="Arial"/>
        </w:rPr>
        <w:t xml:space="preserve">Okay. </w:t>
      </w:r>
    </w:p>
    <w:p w14:paraId="3A7A4B19" w14:textId="77777777" w:rsidR="00802189" w:rsidRDefault="00802189">
      <w:pPr>
        <w:spacing w:after="0"/>
      </w:pPr>
    </w:p>
    <w:p w14:paraId="009FD2E8" w14:textId="77777777" w:rsidR="00802189" w:rsidRDefault="00822814">
      <w:pPr>
        <w:spacing w:after="0"/>
      </w:pPr>
      <w:r>
        <w:rPr>
          <w:rFonts w:ascii="Arial" w:hAnsi="Arial"/>
          <w:b/>
        </w:rPr>
        <w:t xml:space="preserve">Participant #12:  </w:t>
      </w:r>
      <w:r>
        <w:rPr>
          <w:rFonts w:ascii="Arial" w:hAnsi="Arial"/>
          <w:color w:val="5D7284"/>
        </w:rPr>
        <w:t>38:49</w:t>
      </w:r>
    </w:p>
    <w:p w14:paraId="0E6AB313" w14:textId="77777777" w:rsidR="00802189" w:rsidRDefault="00822814">
      <w:pPr>
        <w:spacing w:after="0"/>
      </w:pPr>
      <w:r>
        <w:rPr>
          <w:rFonts w:ascii="Arial" w:hAnsi="Arial"/>
        </w:rPr>
        <w:t>Anymore.</w:t>
      </w:r>
    </w:p>
    <w:p w14:paraId="2E649A80" w14:textId="77777777" w:rsidR="00802189" w:rsidRDefault="00802189">
      <w:pPr>
        <w:spacing w:after="0"/>
      </w:pPr>
    </w:p>
    <w:p w14:paraId="6487E120" w14:textId="77777777" w:rsidR="00802189" w:rsidRDefault="00822814">
      <w:pPr>
        <w:spacing w:after="0"/>
      </w:pPr>
      <w:r>
        <w:rPr>
          <w:rFonts w:ascii="Arial" w:hAnsi="Arial"/>
          <w:b/>
        </w:rPr>
        <w:t xml:space="preserve">Interviewer P:  </w:t>
      </w:r>
      <w:r>
        <w:rPr>
          <w:rFonts w:ascii="Arial" w:hAnsi="Arial"/>
          <w:color w:val="5D7284"/>
        </w:rPr>
        <w:t>38:54</w:t>
      </w:r>
    </w:p>
    <w:p w14:paraId="4BD468CC" w14:textId="43DACDC9" w:rsidR="00802189" w:rsidRDefault="006A3942">
      <w:pPr>
        <w:spacing w:after="0"/>
      </w:pPr>
      <w:r>
        <w:rPr>
          <w:rFonts w:ascii="Arial" w:hAnsi="Arial"/>
        </w:rPr>
        <w:t xml:space="preserve">So, it's curious that they kind of are able to maintain that up that straight up and down posture or whatever? What are your ideas about? How that's happening? Like, how, how is it that they can stay straight up and down like that? </w:t>
      </w:r>
    </w:p>
    <w:p w14:paraId="2EC52603" w14:textId="77777777" w:rsidR="00802189" w:rsidRDefault="00802189">
      <w:pPr>
        <w:spacing w:after="0"/>
      </w:pPr>
    </w:p>
    <w:p w14:paraId="5C501B01" w14:textId="77777777" w:rsidR="00802189" w:rsidRDefault="00822814">
      <w:pPr>
        <w:spacing w:after="0"/>
      </w:pPr>
      <w:r>
        <w:rPr>
          <w:rFonts w:ascii="Arial" w:hAnsi="Arial"/>
          <w:b/>
        </w:rPr>
        <w:t xml:space="preserve">Participant #12:  </w:t>
      </w:r>
      <w:r>
        <w:rPr>
          <w:rFonts w:ascii="Arial" w:hAnsi="Arial"/>
          <w:color w:val="5D7284"/>
        </w:rPr>
        <w:t>39:17</w:t>
      </w:r>
    </w:p>
    <w:p w14:paraId="0828CE02" w14:textId="4A5CFFE9" w:rsidR="00802189" w:rsidRDefault="00822814">
      <w:pPr>
        <w:spacing w:after="0"/>
      </w:pPr>
      <w:r>
        <w:rPr>
          <w:rFonts w:ascii="Arial" w:hAnsi="Arial"/>
        </w:rPr>
        <w:t xml:space="preserve">Well, in my head, I feel like the particles that, you know, the atoms and water when you think about, you know, solid gas and how they're shaking in waters was pretty consistent. </w:t>
      </w:r>
      <w:r w:rsidR="006A3942">
        <w:rPr>
          <w:rFonts w:ascii="Arial" w:hAnsi="Arial"/>
        </w:rPr>
        <w:t>So,</w:t>
      </w:r>
      <w:r>
        <w:rPr>
          <w:rFonts w:ascii="Arial" w:hAnsi="Arial"/>
        </w:rPr>
        <w:t xml:space="preserve"> I've heard there's just still pushing against each other. Like, oh, like it's free forming within still at the same distance away from each other. When you add the powder, they're just pressing against the potassium </w:t>
      </w:r>
      <w:r w:rsidR="006A3942">
        <w:rPr>
          <w:rFonts w:ascii="Arial" w:hAnsi="Arial"/>
        </w:rPr>
        <w:t>permanganate</w:t>
      </w:r>
      <w:r>
        <w:rPr>
          <w:rFonts w:ascii="Arial" w:hAnsi="Arial"/>
        </w:rPr>
        <w:t xml:space="preserve">. So I </w:t>
      </w:r>
      <w:r w:rsidR="006A3942">
        <w:rPr>
          <w:rFonts w:ascii="Arial" w:hAnsi="Arial"/>
        </w:rPr>
        <w:t>don’t</w:t>
      </w:r>
      <w:r>
        <w:rPr>
          <w:rFonts w:ascii="Arial" w:hAnsi="Arial"/>
        </w:rPr>
        <w:t xml:space="preserve"> know if that makes sense actually. </w:t>
      </w:r>
    </w:p>
    <w:p w14:paraId="2073D1A2" w14:textId="77777777" w:rsidR="00802189" w:rsidRDefault="00802189">
      <w:pPr>
        <w:spacing w:after="0"/>
      </w:pPr>
    </w:p>
    <w:p w14:paraId="163E0274" w14:textId="77777777" w:rsidR="00802189" w:rsidRDefault="00822814">
      <w:pPr>
        <w:spacing w:after="0"/>
      </w:pPr>
      <w:r>
        <w:rPr>
          <w:rFonts w:ascii="Arial" w:hAnsi="Arial"/>
          <w:b/>
        </w:rPr>
        <w:t xml:space="preserve">Interviewer P:  </w:t>
      </w:r>
      <w:r>
        <w:rPr>
          <w:rFonts w:ascii="Arial" w:hAnsi="Arial"/>
          <w:color w:val="5D7284"/>
        </w:rPr>
        <w:t>39:44</w:t>
      </w:r>
    </w:p>
    <w:p w14:paraId="63F0E45F" w14:textId="0FF6B79A" w:rsidR="00802189" w:rsidRDefault="006A3942">
      <w:pPr>
        <w:spacing w:after="0"/>
      </w:pPr>
      <w:r>
        <w:rPr>
          <w:rFonts w:ascii="Arial" w:hAnsi="Arial"/>
        </w:rPr>
        <w:lastRenderedPageBreak/>
        <w:t>So, I think what I interpret what you're saying is that the water is kind of pushing on it and holding it up, even as it's rotating.</w:t>
      </w:r>
    </w:p>
    <w:p w14:paraId="2B75EE40" w14:textId="77777777" w:rsidR="00802189" w:rsidRDefault="00802189">
      <w:pPr>
        <w:spacing w:after="0"/>
      </w:pPr>
    </w:p>
    <w:p w14:paraId="6641C9A4" w14:textId="77777777" w:rsidR="00802189" w:rsidRDefault="00822814">
      <w:pPr>
        <w:spacing w:after="0"/>
      </w:pPr>
      <w:r>
        <w:rPr>
          <w:rFonts w:ascii="Arial" w:hAnsi="Arial"/>
          <w:b/>
        </w:rPr>
        <w:t xml:space="preserve">Participant #12:  </w:t>
      </w:r>
      <w:r>
        <w:rPr>
          <w:rFonts w:ascii="Arial" w:hAnsi="Arial"/>
          <w:color w:val="5D7284"/>
        </w:rPr>
        <w:t>39:57</w:t>
      </w:r>
    </w:p>
    <w:p w14:paraId="04E181DB" w14:textId="77777777" w:rsidR="00802189" w:rsidRDefault="00822814">
      <w:pPr>
        <w:spacing w:after="0"/>
      </w:pPr>
      <w:r>
        <w:rPr>
          <w:rFonts w:ascii="Arial" w:hAnsi="Arial"/>
        </w:rPr>
        <w:t>Yes. It looks cool now.</w:t>
      </w:r>
    </w:p>
    <w:p w14:paraId="5A3F69E7" w14:textId="77777777" w:rsidR="00802189" w:rsidRDefault="00802189">
      <w:pPr>
        <w:spacing w:after="0"/>
      </w:pPr>
    </w:p>
    <w:p w14:paraId="4DCE975D" w14:textId="77777777" w:rsidR="00802189" w:rsidRDefault="00822814">
      <w:pPr>
        <w:spacing w:after="0"/>
      </w:pPr>
      <w:r>
        <w:rPr>
          <w:rFonts w:ascii="Arial" w:hAnsi="Arial"/>
          <w:b/>
        </w:rPr>
        <w:t xml:space="preserve">Interviewer P:  </w:t>
      </w:r>
      <w:r>
        <w:rPr>
          <w:rFonts w:ascii="Arial" w:hAnsi="Arial"/>
          <w:color w:val="5D7284"/>
        </w:rPr>
        <w:t>40:02</w:t>
      </w:r>
    </w:p>
    <w:p w14:paraId="09919977" w14:textId="523431F2" w:rsidR="00802189" w:rsidRDefault="00822814">
      <w:pPr>
        <w:spacing w:after="0"/>
      </w:pPr>
      <w:r>
        <w:rPr>
          <w:rFonts w:ascii="Arial" w:hAnsi="Arial"/>
        </w:rPr>
        <w:t xml:space="preserve">Yeah. </w:t>
      </w:r>
      <w:r w:rsidR="006A3942">
        <w:rPr>
          <w:rFonts w:ascii="Arial" w:hAnsi="Arial"/>
        </w:rPr>
        <w:t>So,</w:t>
      </w:r>
      <w:r>
        <w:rPr>
          <w:rFonts w:ascii="Arial" w:hAnsi="Arial"/>
        </w:rPr>
        <w:t xml:space="preserve"> do you have I mean, you talked about your little your coffee a little bit? Is there any other like memory or experience that you've had that helped to make your prediction?</w:t>
      </w:r>
    </w:p>
    <w:p w14:paraId="31B91311" w14:textId="77777777" w:rsidR="00802189" w:rsidRDefault="00802189">
      <w:pPr>
        <w:spacing w:after="0"/>
      </w:pPr>
    </w:p>
    <w:p w14:paraId="241D4CCB" w14:textId="77777777" w:rsidR="00802189" w:rsidRDefault="00822814">
      <w:pPr>
        <w:spacing w:after="0"/>
      </w:pPr>
      <w:r>
        <w:rPr>
          <w:rFonts w:ascii="Arial" w:hAnsi="Arial"/>
          <w:b/>
        </w:rPr>
        <w:t xml:space="preserve">Participant #12:  </w:t>
      </w:r>
      <w:r>
        <w:rPr>
          <w:rFonts w:ascii="Arial" w:hAnsi="Arial"/>
          <w:color w:val="5D7284"/>
        </w:rPr>
        <w:t>40:19</w:t>
      </w:r>
    </w:p>
    <w:p w14:paraId="1317C484" w14:textId="30CD79B0" w:rsidR="00802189" w:rsidRDefault="00822814">
      <w:pPr>
        <w:spacing w:after="0"/>
      </w:pPr>
      <w:r>
        <w:rPr>
          <w:rFonts w:ascii="Arial" w:hAnsi="Arial"/>
        </w:rPr>
        <w:t xml:space="preserve">Yeah, but it's not really related to water. It's mainly to my body mass kind of. </w:t>
      </w:r>
      <w:r w:rsidR="006A3942">
        <w:rPr>
          <w:rFonts w:ascii="Arial" w:hAnsi="Arial"/>
        </w:rPr>
        <w:t>So,</w:t>
      </w:r>
      <w:r>
        <w:rPr>
          <w:rFonts w:ascii="Arial" w:hAnsi="Arial"/>
        </w:rPr>
        <w:t xml:space="preserve"> like if I'm stand like, you know, carnival rides, the ones that spin you, if I was put in the middle and I was tempted, I would be able to maneuver my body to the speed or like the angle on which it's moving. But I wouldn't really be spiraling you know, as long as I follow the flow, what's happening again, it's not angled so if it were to spin like this, my body would rotate but I wouldn't like drag around and just spun in this like if I was on a plate in the microwave.</w:t>
      </w:r>
    </w:p>
    <w:p w14:paraId="11DABB58" w14:textId="77777777" w:rsidR="00802189" w:rsidRDefault="00802189">
      <w:pPr>
        <w:spacing w:after="0"/>
      </w:pPr>
    </w:p>
    <w:p w14:paraId="0F51EC13" w14:textId="77777777" w:rsidR="00802189" w:rsidRDefault="00822814">
      <w:pPr>
        <w:spacing w:after="0"/>
      </w:pPr>
      <w:r>
        <w:rPr>
          <w:rFonts w:ascii="Arial" w:hAnsi="Arial"/>
          <w:b/>
        </w:rPr>
        <w:t xml:space="preserve">Interviewer P:  </w:t>
      </w:r>
      <w:r>
        <w:rPr>
          <w:rFonts w:ascii="Arial" w:hAnsi="Arial"/>
          <w:color w:val="5D7284"/>
        </w:rPr>
        <w:t>41:02</w:t>
      </w:r>
    </w:p>
    <w:p w14:paraId="54DA44DB" w14:textId="2438747A" w:rsidR="00802189" w:rsidRDefault="006A3942">
      <w:pPr>
        <w:spacing w:after="0"/>
      </w:pPr>
      <w:r>
        <w:rPr>
          <w:rFonts w:ascii="Arial" w:hAnsi="Arial"/>
        </w:rPr>
        <w:t>So, you could like stand there and rotate with it.</w:t>
      </w:r>
    </w:p>
    <w:p w14:paraId="549068FD" w14:textId="77777777" w:rsidR="00802189" w:rsidRDefault="00802189">
      <w:pPr>
        <w:spacing w:after="0"/>
      </w:pPr>
    </w:p>
    <w:p w14:paraId="43188D2C" w14:textId="77777777" w:rsidR="00802189" w:rsidRDefault="00822814">
      <w:pPr>
        <w:spacing w:after="0"/>
      </w:pPr>
      <w:r>
        <w:rPr>
          <w:rFonts w:ascii="Arial" w:hAnsi="Arial"/>
          <w:b/>
        </w:rPr>
        <w:t xml:space="preserve">Participant #12:  </w:t>
      </w:r>
      <w:r>
        <w:rPr>
          <w:rFonts w:ascii="Arial" w:hAnsi="Arial"/>
          <w:color w:val="5D7284"/>
        </w:rPr>
        <w:t>41:04</w:t>
      </w:r>
    </w:p>
    <w:p w14:paraId="1FECB3F8" w14:textId="77777777" w:rsidR="00802189" w:rsidRDefault="00822814">
      <w:pPr>
        <w:spacing w:after="0"/>
      </w:pPr>
      <w:r>
        <w:rPr>
          <w:rFonts w:ascii="Arial" w:hAnsi="Arial"/>
        </w:rPr>
        <w:t>Like the microwave like if I put my foot on the microwave.</w:t>
      </w:r>
    </w:p>
    <w:p w14:paraId="56C0E28C" w14:textId="77777777" w:rsidR="00802189" w:rsidRDefault="00802189">
      <w:pPr>
        <w:spacing w:after="0"/>
      </w:pPr>
    </w:p>
    <w:p w14:paraId="40BFEA34" w14:textId="77777777" w:rsidR="00802189" w:rsidRDefault="00822814">
      <w:pPr>
        <w:spacing w:after="0"/>
      </w:pPr>
      <w:r>
        <w:rPr>
          <w:rFonts w:ascii="Arial" w:hAnsi="Arial"/>
          <w:b/>
        </w:rPr>
        <w:t xml:space="preserve">Interviewer P:  </w:t>
      </w:r>
      <w:r>
        <w:rPr>
          <w:rFonts w:ascii="Arial" w:hAnsi="Arial"/>
          <w:color w:val="5D7284"/>
        </w:rPr>
        <w:t>41:06</w:t>
      </w:r>
    </w:p>
    <w:p w14:paraId="1D88A276" w14:textId="77777777" w:rsidR="00802189" w:rsidRDefault="00822814">
      <w:pPr>
        <w:spacing w:after="0"/>
      </w:pPr>
      <w:r>
        <w:rPr>
          <w:rFonts w:ascii="Arial" w:hAnsi="Arial"/>
        </w:rPr>
        <w:t>Yeah, yeah.</w:t>
      </w:r>
    </w:p>
    <w:p w14:paraId="1DCD4CFB" w14:textId="77777777" w:rsidR="00802189" w:rsidRDefault="00802189">
      <w:pPr>
        <w:spacing w:after="0"/>
      </w:pPr>
    </w:p>
    <w:p w14:paraId="680EF0EE" w14:textId="77777777" w:rsidR="00802189" w:rsidRDefault="00822814">
      <w:pPr>
        <w:spacing w:after="0"/>
      </w:pPr>
      <w:r>
        <w:rPr>
          <w:rFonts w:ascii="Arial" w:hAnsi="Arial"/>
          <w:b/>
        </w:rPr>
        <w:t xml:space="preserve">Participant #12:  </w:t>
      </w:r>
      <w:r>
        <w:rPr>
          <w:rFonts w:ascii="Arial" w:hAnsi="Arial"/>
          <w:color w:val="5D7284"/>
        </w:rPr>
        <w:t>41:07</w:t>
      </w:r>
    </w:p>
    <w:p w14:paraId="203DB9B2" w14:textId="7DA8C642" w:rsidR="00802189" w:rsidRDefault="00822814">
      <w:pPr>
        <w:spacing w:after="0"/>
      </w:pPr>
      <w:r>
        <w:rPr>
          <w:rFonts w:ascii="Arial" w:hAnsi="Arial"/>
        </w:rPr>
        <w:t xml:space="preserve">And its rotating I can see all angles on my beautiful </w:t>
      </w:r>
      <w:r w:rsidR="006A3942">
        <w:rPr>
          <w:rFonts w:ascii="Arial" w:hAnsi="Arial"/>
        </w:rPr>
        <w:t>food,</w:t>
      </w:r>
      <w:r>
        <w:rPr>
          <w:rFonts w:ascii="Arial" w:hAnsi="Arial"/>
        </w:rPr>
        <w:t xml:space="preserve"> but my food isn't shaken up.</w:t>
      </w:r>
    </w:p>
    <w:p w14:paraId="7B09B654" w14:textId="77777777" w:rsidR="00802189" w:rsidRDefault="00802189">
      <w:pPr>
        <w:spacing w:after="0"/>
      </w:pPr>
    </w:p>
    <w:p w14:paraId="3EA4BE76" w14:textId="77777777" w:rsidR="00802189" w:rsidRDefault="00822814">
      <w:pPr>
        <w:spacing w:after="0"/>
      </w:pPr>
      <w:r>
        <w:rPr>
          <w:rFonts w:ascii="Arial" w:hAnsi="Arial"/>
          <w:b/>
        </w:rPr>
        <w:t xml:space="preserve">Interviewer P:  </w:t>
      </w:r>
      <w:r>
        <w:rPr>
          <w:rFonts w:ascii="Arial" w:hAnsi="Arial"/>
          <w:color w:val="5D7284"/>
        </w:rPr>
        <w:t>41:12</w:t>
      </w:r>
    </w:p>
    <w:p w14:paraId="512B77C7" w14:textId="4FCFA86C" w:rsidR="00802189" w:rsidRDefault="006A3942">
      <w:pPr>
        <w:spacing w:after="0"/>
      </w:pPr>
      <w:r>
        <w:rPr>
          <w:rFonts w:ascii="Arial" w:hAnsi="Arial"/>
        </w:rPr>
        <w:t xml:space="preserve">That’s a great analogy. So, if we left this spinning and came back tomorrow. What do you think it would look like. Like that and so what what would happen that would eventually make it look like that one that still if it had been rotating the whole time? </w:t>
      </w:r>
    </w:p>
    <w:p w14:paraId="0B9EEF01" w14:textId="77777777" w:rsidR="00802189" w:rsidRDefault="00802189">
      <w:pPr>
        <w:spacing w:after="0"/>
      </w:pPr>
    </w:p>
    <w:p w14:paraId="6B43A771" w14:textId="77777777" w:rsidR="00802189" w:rsidRDefault="00822814">
      <w:pPr>
        <w:spacing w:after="0"/>
      </w:pPr>
      <w:r>
        <w:rPr>
          <w:rFonts w:ascii="Arial" w:hAnsi="Arial"/>
          <w:b/>
        </w:rPr>
        <w:t xml:space="preserve">Participant #12:  </w:t>
      </w:r>
      <w:r>
        <w:rPr>
          <w:rFonts w:ascii="Arial" w:hAnsi="Arial"/>
          <w:color w:val="5D7284"/>
        </w:rPr>
        <w:t>41:31</w:t>
      </w:r>
    </w:p>
    <w:p w14:paraId="1D7B8F17" w14:textId="77777777" w:rsidR="00802189" w:rsidRDefault="00822814">
      <w:pPr>
        <w:spacing w:after="0"/>
      </w:pPr>
      <w:r>
        <w:rPr>
          <w:rFonts w:ascii="Arial" w:hAnsi="Arial"/>
        </w:rPr>
        <w:t xml:space="preserve">Well, let me think about this before I answer all quickly. </w:t>
      </w:r>
    </w:p>
    <w:p w14:paraId="282D348E" w14:textId="77777777" w:rsidR="00802189" w:rsidRDefault="00802189">
      <w:pPr>
        <w:spacing w:after="0"/>
      </w:pPr>
    </w:p>
    <w:p w14:paraId="69460533" w14:textId="77777777" w:rsidR="00802189" w:rsidRDefault="00822814">
      <w:pPr>
        <w:spacing w:after="0"/>
      </w:pPr>
      <w:r>
        <w:rPr>
          <w:rFonts w:ascii="Arial" w:hAnsi="Arial"/>
          <w:b/>
        </w:rPr>
        <w:t xml:space="preserve">Interviewer P:  </w:t>
      </w:r>
      <w:r>
        <w:rPr>
          <w:rFonts w:ascii="Arial" w:hAnsi="Arial"/>
          <w:color w:val="5D7284"/>
        </w:rPr>
        <w:t>41:34</w:t>
      </w:r>
    </w:p>
    <w:p w14:paraId="3E4258A8" w14:textId="77777777" w:rsidR="00802189" w:rsidRDefault="00822814">
      <w:pPr>
        <w:spacing w:after="0"/>
      </w:pPr>
      <w:r>
        <w:rPr>
          <w:rFonts w:ascii="Arial" w:hAnsi="Arial"/>
        </w:rPr>
        <w:t>Yeah, that's fine.</w:t>
      </w:r>
    </w:p>
    <w:p w14:paraId="12500AC9" w14:textId="77777777" w:rsidR="00802189" w:rsidRDefault="00802189">
      <w:pPr>
        <w:spacing w:after="0"/>
      </w:pPr>
    </w:p>
    <w:p w14:paraId="23BA8E1F" w14:textId="77777777" w:rsidR="00802189" w:rsidRDefault="00822814">
      <w:pPr>
        <w:spacing w:after="0"/>
      </w:pPr>
      <w:r>
        <w:rPr>
          <w:rFonts w:ascii="Arial" w:hAnsi="Arial"/>
          <w:b/>
        </w:rPr>
        <w:t xml:space="preserve">Participant #12:  </w:t>
      </w:r>
      <w:r>
        <w:rPr>
          <w:rFonts w:ascii="Arial" w:hAnsi="Arial"/>
          <w:color w:val="5D7284"/>
        </w:rPr>
        <w:t>41:39</w:t>
      </w:r>
    </w:p>
    <w:p w14:paraId="46EB1194" w14:textId="475CAF44" w:rsidR="00802189" w:rsidRDefault="00822814">
      <w:pPr>
        <w:spacing w:after="0"/>
      </w:pPr>
      <w:r>
        <w:rPr>
          <w:rFonts w:ascii="Arial" w:hAnsi="Arial"/>
        </w:rPr>
        <w:t xml:space="preserve">Actually, it might just all </w:t>
      </w:r>
      <w:r w:rsidR="006A3942">
        <w:rPr>
          <w:rFonts w:ascii="Arial" w:hAnsi="Arial"/>
        </w:rPr>
        <w:t xml:space="preserve">smear </w:t>
      </w:r>
      <w:r>
        <w:rPr>
          <w:rFonts w:ascii="Arial" w:hAnsi="Arial"/>
        </w:rPr>
        <w:t xml:space="preserve">towards the bottom I don't know that's a good question, </w:t>
      </w:r>
      <w:r w:rsidR="006A3942">
        <w:rPr>
          <w:rFonts w:ascii="Arial" w:hAnsi="Arial"/>
        </w:rPr>
        <w:t>that’s</w:t>
      </w:r>
      <w:r>
        <w:rPr>
          <w:rFonts w:ascii="Arial" w:hAnsi="Arial"/>
        </w:rPr>
        <w:t xml:space="preserve"> a really good questions. I don't know. I kind of feel like the potassium permanganate is what will basically like </w:t>
      </w:r>
      <w:r>
        <w:rPr>
          <w:rFonts w:ascii="Arial" w:hAnsi="Arial"/>
        </w:rPr>
        <w:lastRenderedPageBreak/>
        <w:t xml:space="preserve">dissolve it a bit more, but I don't know if the water has a lot to do with my answer, as </w:t>
      </w:r>
      <w:r w:rsidR="006A3942">
        <w:rPr>
          <w:rFonts w:ascii="Arial" w:hAnsi="Arial"/>
        </w:rPr>
        <w:t>appose</w:t>
      </w:r>
      <w:r>
        <w:rPr>
          <w:rFonts w:ascii="Arial" w:hAnsi="Arial"/>
        </w:rPr>
        <w:t xml:space="preserve"> to just wanting to be a good </w:t>
      </w:r>
      <w:r w:rsidR="006A3942">
        <w:rPr>
          <w:rFonts w:ascii="Arial" w:hAnsi="Arial"/>
        </w:rPr>
        <w:t>solvent, I</w:t>
      </w:r>
      <w:r>
        <w:rPr>
          <w:rFonts w:ascii="Arial" w:hAnsi="Arial"/>
        </w:rPr>
        <w:t xml:space="preserve"> didn't know, sorry. Well, I mean, basically looking at it </w:t>
      </w:r>
      <w:r w:rsidR="006A3942">
        <w:rPr>
          <w:rFonts w:ascii="Arial" w:hAnsi="Arial"/>
        </w:rPr>
        <w:t>know</w:t>
      </w:r>
      <w:r>
        <w:rPr>
          <w:rFonts w:ascii="Arial" w:hAnsi="Arial"/>
        </w:rPr>
        <w:t xml:space="preserve"> you can see that it's still like the outside parts and will be the part of the parts that are like the center won't move as much i</w:t>
      </w:r>
      <w:r>
        <w:rPr>
          <w:rFonts w:ascii="Arial" w:hAnsi="Arial"/>
        </w:rPr>
        <w:t xml:space="preserve">n my center will move as much but on the </w:t>
      </w:r>
      <w:r w:rsidR="006A3942">
        <w:rPr>
          <w:rFonts w:ascii="Arial" w:hAnsi="Arial"/>
        </w:rPr>
        <w:t>outside,</w:t>
      </w:r>
      <w:r>
        <w:rPr>
          <w:rFonts w:ascii="Arial" w:hAnsi="Arial"/>
        </w:rPr>
        <w:t xml:space="preserve"> you'll see more definitive purple on the outer line. I think that's what will happen. And then slowly maybe you'll have like a ring in the central will just stay there, I hope that answers your question.</w:t>
      </w:r>
    </w:p>
    <w:p w14:paraId="430E3E32" w14:textId="77777777" w:rsidR="00802189" w:rsidRDefault="00802189">
      <w:pPr>
        <w:spacing w:after="0"/>
      </w:pPr>
    </w:p>
    <w:p w14:paraId="1474DF6E" w14:textId="77777777" w:rsidR="00802189" w:rsidRDefault="00822814">
      <w:pPr>
        <w:spacing w:after="0"/>
      </w:pPr>
      <w:r>
        <w:rPr>
          <w:rFonts w:ascii="Arial" w:hAnsi="Arial"/>
          <w:b/>
        </w:rPr>
        <w:t xml:space="preserve">Interviewer P:  </w:t>
      </w:r>
      <w:r>
        <w:rPr>
          <w:rFonts w:ascii="Arial" w:hAnsi="Arial"/>
          <w:color w:val="5D7284"/>
        </w:rPr>
        <w:t>42:58</w:t>
      </w:r>
    </w:p>
    <w:p w14:paraId="62AC3B93" w14:textId="77777777" w:rsidR="00802189" w:rsidRDefault="00822814">
      <w:pPr>
        <w:spacing w:after="0"/>
      </w:pPr>
      <w:r>
        <w:rPr>
          <w:rFonts w:ascii="Arial" w:hAnsi="Arial"/>
        </w:rPr>
        <w:t>Yeah, can you write same on this one so that I can remember that you said it was the same as the first one what do you think would happen if I turned the tank off?</w:t>
      </w:r>
    </w:p>
    <w:p w14:paraId="04767496" w14:textId="77777777" w:rsidR="00802189" w:rsidRDefault="00802189">
      <w:pPr>
        <w:spacing w:after="0"/>
      </w:pPr>
    </w:p>
    <w:p w14:paraId="4F634D79" w14:textId="77777777" w:rsidR="00802189" w:rsidRDefault="00822814">
      <w:pPr>
        <w:spacing w:after="0"/>
      </w:pPr>
      <w:r>
        <w:rPr>
          <w:rFonts w:ascii="Arial" w:hAnsi="Arial"/>
          <w:b/>
        </w:rPr>
        <w:t xml:space="preserve">Participant #12:  </w:t>
      </w:r>
      <w:r>
        <w:rPr>
          <w:rFonts w:ascii="Arial" w:hAnsi="Arial"/>
          <w:color w:val="5D7284"/>
        </w:rPr>
        <w:t>43:12</w:t>
      </w:r>
    </w:p>
    <w:p w14:paraId="2F9FF087" w14:textId="77777777" w:rsidR="00802189" w:rsidRDefault="00822814">
      <w:pPr>
        <w:spacing w:after="0"/>
      </w:pPr>
      <w:r>
        <w:rPr>
          <w:rFonts w:ascii="Arial" w:hAnsi="Arial"/>
        </w:rPr>
        <w:t xml:space="preserve">Now I think </w:t>
      </w:r>
      <w:r>
        <w:rPr>
          <w:rFonts w:ascii="Arial" w:hAnsi="Arial"/>
        </w:rPr>
        <w:t>that for sure.</w:t>
      </w:r>
    </w:p>
    <w:p w14:paraId="25DB2F28" w14:textId="77777777" w:rsidR="00802189" w:rsidRDefault="00802189">
      <w:pPr>
        <w:spacing w:after="0"/>
      </w:pPr>
    </w:p>
    <w:p w14:paraId="64ACC947" w14:textId="77777777" w:rsidR="00802189" w:rsidRDefault="00822814">
      <w:pPr>
        <w:spacing w:after="0"/>
      </w:pPr>
      <w:r>
        <w:rPr>
          <w:rFonts w:ascii="Arial" w:hAnsi="Arial"/>
          <w:b/>
        </w:rPr>
        <w:t xml:space="preserve">Interviewer P:  </w:t>
      </w:r>
      <w:r>
        <w:rPr>
          <w:rFonts w:ascii="Arial" w:hAnsi="Arial"/>
          <w:color w:val="5D7284"/>
        </w:rPr>
        <w:t>43:14</w:t>
      </w:r>
    </w:p>
    <w:p w14:paraId="53B28807" w14:textId="77777777" w:rsidR="00802189" w:rsidRDefault="00822814">
      <w:pPr>
        <w:spacing w:after="0"/>
      </w:pPr>
      <w:r>
        <w:rPr>
          <w:rFonts w:ascii="Arial" w:hAnsi="Arial"/>
        </w:rPr>
        <w:t xml:space="preserve">Yeah, will it will it immediately just become all purple? </w:t>
      </w:r>
    </w:p>
    <w:p w14:paraId="03194937" w14:textId="77777777" w:rsidR="00802189" w:rsidRDefault="00802189">
      <w:pPr>
        <w:spacing w:after="0"/>
      </w:pPr>
    </w:p>
    <w:p w14:paraId="7C1A8032" w14:textId="77777777" w:rsidR="00802189" w:rsidRDefault="00822814">
      <w:pPr>
        <w:spacing w:after="0"/>
      </w:pPr>
      <w:r>
        <w:rPr>
          <w:rFonts w:ascii="Arial" w:hAnsi="Arial"/>
          <w:b/>
        </w:rPr>
        <w:t xml:space="preserve">Participant #12:  </w:t>
      </w:r>
      <w:r>
        <w:rPr>
          <w:rFonts w:ascii="Arial" w:hAnsi="Arial"/>
          <w:color w:val="5D7284"/>
        </w:rPr>
        <w:t>43:18</w:t>
      </w:r>
    </w:p>
    <w:p w14:paraId="1FB4E75E" w14:textId="77777777" w:rsidR="00802189" w:rsidRDefault="00822814">
      <w:pPr>
        <w:spacing w:after="0"/>
      </w:pPr>
      <w:r>
        <w:rPr>
          <w:rFonts w:ascii="Arial" w:hAnsi="Arial"/>
        </w:rPr>
        <w:t xml:space="preserve">No, not immediately. It has to come to a standstill. </w:t>
      </w:r>
    </w:p>
    <w:p w14:paraId="7A1CCC73" w14:textId="77777777" w:rsidR="00802189" w:rsidRDefault="00802189">
      <w:pPr>
        <w:spacing w:after="0"/>
      </w:pPr>
    </w:p>
    <w:p w14:paraId="3DDC46AC" w14:textId="77777777" w:rsidR="00802189" w:rsidRDefault="00822814">
      <w:pPr>
        <w:spacing w:after="0"/>
      </w:pPr>
      <w:r>
        <w:rPr>
          <w:rFonts w:ascii="Arial" w:hAnsi="Arial"/>
          <w:b/>
        </w:rPr>
        <w:t xml:space="preserve">Interviewer P:  </w:t>
      </w:r>
      <w:r>
        <w:rPr>
          <w:rFonts w:ascii="Arial" w:hAnsi="Arial"/>
          <w:color w:val="5D7284"/>
        </w:rPr>
        <w:t>43:22</w:t>
      </w:r>
    </w:p>
    <w:p w14:paraId="469007BB" w14:textId="7193A48D" w:rsidR="00802189" w:rsidRDefault="00822814">
      <w:pPr>
        <w:spacing w:after="0"/>
      </w:pPr>
      <w:r>
        <w:rPr>
          <w:rFonts w:ascii="Arial" w:hAnsi="Arial"/>
        </w:rPr>
        <w:t xml:space="preserve">And </w:t>
      </w:r>
      <w:r w:rsidR="006A3942">
        <w:rPr>
          <w:rFonts w:ascii="Arial" w:hAnsi="Arial"/>
        </w:rPr>
        <w:t>so,</w:t>
      </w:r>
      <w:r>
        <w:rPr>
          <w:rFonts w:ascii="Arial" w:hAnsi="Arial"/>
        </w:rPr>
        <w:t xml:space="preserve"> before it comes to a standstill, what do you think those columns will look like or do?</w:t>
      </w:r>
    </w:p>
    <w:p w14:paraId="1E856335" w14:textId="77777777" w:rsidR="00802189" w:rsidRDefault="00802189">
      <w:pPr>
        <w:spacing w:after="0"/>
      </w:pPr>
    </w:p>
    <w:p w14:paraId="7E3BACA9" w14:textId="77777777" w:rsidR="00802189" w:rsidRDefault="00822814">
      <w:pPr>
        <w:spacing w:after="0"/>
      </w:pPr>
      <w:r>
        <w:rPr>
          <w:rFonts w:ascii="Arial" w:hAnsi="Arial"/>
          <w:b/>
        </w:rPr>
        <w:t xml:space="preserve">Participant #12:  </w:t>
      </w:r>
      <w:r>
        <w:rPr>
          <w:rFonts w:ascii="Arial" w:hAnsi="Arial"/>
          <w:color w:val="5D7284"/>
        </w:rPr>
        <w:t>43:29</w:t>
      </w:r>
    </w:p>
    <w:p w14:paraId="525BC961" w14:textId="77777777" w:rsidR="00802189" w:rsidRDefault="00822814">
      <w:pPr>
        <w:spacing w:after="0"/>
      </w:pPr>
      <w:r>
        <w:rPr>
          <w:rFonts w:ascii="Arial" w:hAnsi="Arial"/>
        </w:rPr>
        <w:t>I think they would are you saying your stopping it like all at once or like slowly, all at once? That'd be a shake. Like they've kind of shift in the direction that they were supposed to be going like they came from so if they're here they just kind of shift like this just a little bit.</w:t>
      </w:r>
    </w:p>
    <w:p w14:paraId="26495CFD" w14:textId="77777777" w:rsidR="00802189" w:rsidRDefault="00802189">
      <w:pPr>
        <w:spacing w:after="0"/>
      </w:pPr>
    </w:p>
    <w:p w14:paraId="67812C13" w14:textId="77777777" w:rsidR="00802189" w:rsidRDefault="00822814">
      <w:pPr>
        <w:spacing w:after="0"/>
      </w:pPr>
      <w:r>
        <w:rPr>
          <w:rFonts w:ascii="Arial" w:hAnsi="Arial"/>
          <w:b/>
        </w:rPr>
        <w:t xml:space="preserve">Interviewer P:  </w:t>
      </w:r>
      <w:r>
        <w:rPr>
          <w:rFonts w:ascii="Arial" w:hAnsi="Arial"/>
          <w:color w:val="5D7284"/>
        </w:rPr>
        <w:t>43:46</w:t>
      </w:r>
    </w:p>
    <w:p w14:paraId="6184D0C2" w14:textId="23A65854" w:rsidR="00802189" w:rsidRDefault="006A3942">
      <w:pPr>
        <w:spacing w:after="0"/>
      </w:pPr>
      <w:r>
        <w:rPr>
          <w:rFonts w:ascii="Arial" w:hAnsi="Arial"/>
        </w:rPr>
        <w:t>So, they would shift backwards like the direction, right let's do it and see yeah, see if that happens. Did it go the opposite direction?</w:t>
      </w:r>
    </w:p>
    <w:p w14:paraId="3F4985FB" w14:textId="77777777" w:rsidR="00802189" w:rsidRDefault="00802189">
      <w:pPr>
        <w:spacing w:after="0"/>
      </w:pPr>
    </w:p>
    <w:p w14:paraId="02A5D06B" w14:textId="77777777" w:rsidR="00802189" w:rsidRDefault="00822814">
      <w:pPr>
        <w:spacing w:after="0"/>
      </w:pPr>
      <w:r>
        <w:rPr>
          <w:rFonts w:ascii="Arial" w:hAnsi="Arial"/>
          <w:b/>
        </w:rPr>
        <w:t xml:space="preserve">Participant #12:  </w:t>
      </w:r>
      <w:r>
        <w:rPr>
          <w:rFonts w:ascii="Arial" w:hAnsi="Arial"/>
          <w:color w:val="5D7284"/>
        </w:rPr>
        <w:t>44:23</w:t>
      </w:r>
    </w:p>
    <w:p w14:paraId="2E39515E" w14:textId="2C2F97E4" w:rsidR="00802189" w:rsidRDefault="00822814">
      <w:pPr>
        <w:spacing w:after="0"/>
      </w:pPr>
      <w:r>
        <w:rPr>
          <w:rFonts w:ascii="Arial" w:hAnsi="Arial"/>
        </w:rPr>
        <w:t xml:space="preserve">I guess I was thinking about Jell-O or something more solid, I don't know something more solid </w:t>
      </w:r>
      <w:r w:rsidR="006A3942">
        <w:rPr>
          <w:rFonts w:ascii="Arial" w:hAnsi="Arial"/>
        </w:rPr>
        <w:t>than</w:t>
      </w:r>
      <w:r>
        <w:rPr>
          <w:rFonts w:ascii="Arial" w:hAnsi="Arial"/>
        </w:rPr>
        <w:t xml:space="preserve"> liquid. The middle is going strong. Yeah, they basically are mixing in the end. So cool. </w:t>
      </w:r>
    </w:p>
    <w:p w14:paraId="67F35B57" w14:textId="77777777" w:rsidR="00802189" w:rsidRDefault="00802189">
      <w:pPr>
        <w:spacing w:after="0"/>
      </w:pPr>
    </w:p>
    <w:p w14:paraId="7E04016D" w14:textId="77777777" w:rsidR="00802189" w:rsidRDefault="00822814">
      <w:pPr>
        <w:spacing w:after="0"/>
      </w:pPr>
      <w:r>
        <w:rPr>
          <w:rFonts w:ascii="Arial" w:hAnsi="Arial"/>
          <w:b/>
        </w:rPr>
        <w:t xml:space="preserve">Interviewer P:  </w:t>
      </w:r>
      <w:r>
        <w:rPr>
          <w:rFonts w:ascii="Arial" w:hAnsi="Arial"/>
          <w:color w:val="5D7284"/>
        </w:rPr>
        <w:t>44:43</w:t>
      </w:r>
    </w:p>
    <w:p w14:paraId="7AB7B738" w14:textId="46DC7280" w:rsidR="00802189" w:rsidRDefault="00822814">
      <w:pPr>
        <w:spacing w:after="0"/>
      </w:pPr>
      <w:r>
        <w:rPr>
          <w:rFonts w:ascii="Arial" w:hAnsi="Arial"/>
        </w:rPr>
        <w:t xml:space="preserve">No worries. </w:t>
      </w:r>
      <w:r w:rsidR="006A3942">
        <w:rPr>
          <w:rFonts w:ascii="Arial" w:hAnsi="Arial"/>
        </w:rPr>
        <w:t>So,</w:t>
      </w:r>
      <w:r>
        <w:rPr>
          <w:rFonts w:ascii="Arial" w:hAnsi="Arial"/>
        </w:rPr>
        <w:t xml:space="preserve"> what did it do? </w:t>
      </w:r>
    </w:p>
    <w:p w14:paraId="74FCCC83" w14:textId="77777777" w:rsidR="00802189" w:rsidRDefault="00802189">
      <w:pPr>
        <w:spacing w:after="0"/>
      </w:pPr>
    </w:p>
    <w:p w14:paraId="213EB075" w14:textId="77777777" w:rsidR="00802189" w:rsidRDefault="00822814">
      <w:pPr>
        <w:spacing w:after="0"/>
      </w:pPr>
      <w:r>
        <w:rPr>
          <w:rFonts w:ascii="Arial" w:hAnsi="Arial"/>
          <w:b/>
        </w:rPr>
        <w:t xml:space="preserve">Participant #12:  </w:t>
      </w:r>
      <w:r>
        <w:rPr>
          <w:rFonts w:ascii="Arial" w:hAnsi="Arial"/>
          <w:color w:val="5D7284"/>
        </w:rPr>
        <w:t>44:47</w:t>
      </w:r>
    </w:p>
    <w:p w14:paraId="7D043D82" w14:textId="77777777" w:rsidR="00802189" w:rsidRDefault="00822814">
      <w:pPr>
        <w:spacing w:after="0"/>
      </w:pPr>
      <w:r>
        <w:rPr>
          <w:rFonts w:ascii="Arial" w:hAnsi="Arial"/>
        </w:rPr>
        <w:t>It just kept going.</w:t>
      </w:r>
    </w:p>
    <w:p w14:paraId="26B8AF98" w14:textId="77777777" w:rsidR="00802189" w:rsidRDefault="00802189">
      <w:pPr>
        <w:spacing w:after="0"/>
      </w:pPr>
    </w:p>
    <w:p w14:paraId="16352E5E" w14:textId="77777777" w:rsidR="00802189" w:rsidRDefault="00822814">
      <w:pPr>
        <w:spacing w:after="0"/>
      </w:pPr>
      <w:r>
        <w:rPr>
          <w:rFonts w:ascii="Arial" w:hAnsi="Arial"/>
          <w:b/>
        </w:rPr>
        <w:t xml:space="preserve">Interviewer P:  </w:t>
      </w:r>
      <w:r>
        <w:rPr>
          <w:rFonts w:ascii="Arial" w:hAnsi="Arial"/>
          <w:color w:val="5D7284"/>
        </w:rPr>
        <w:t>44:50</w:t>
      </w:r>
    </w:p>
    <w:p w14:paraId="11407EF4" w14:textId="4DAF98E4" w:rsidR="00802189" w:rsidRDefault="00822814">
      <w:pPr>
        <w:spacing w:after="0"/>
      </w:pPr>
      <w:r>
        <w:rPr>
          <w:rFonts w:ascii="Arial" w:hAnsi="Arial"/>
        </w:rPr>
        <w:lastRenderedPageBreak/>
        <w:t xml:space="preserve">In the same direction. Yeah. It's interesting that you mentioned Jell-O because I do have a tub of Jell-O and so on a smaller scale, I have that same setup. </w:t>
      </w:r>
      <w:r w:rsidR="006A3942">
        <w:rPr>
          <w:rFonts w:ascii="Arial" w:hAnsi="Arial"/>
        </w:rPr>
        <w:t>So,</w:t>
      </w:r>
      <w:r>
        <w:rPr>
          <w:rFonts w:ascii="Arial" w:hAnsi="Arial"/>
        </w:rPr>
        <w:t xml:space="preserve"> this is the </w:t>
      </w:r>
      <w:r w:rsidR="006A3942">
        <w:rPr>
          <w:rFonts w:ascii="Arial" w:hAnsi="Arial"/>
        </w:rPr>
        <w:t>Jell-O,</w:t>
      </w:r>
      <w:r>
        <w:rPr>
          <w:rFonts w:ascii="Arial" w:hAnsi="Arial"/>
        </w:rPr>
        <w:t xml:space="preserve"> and this is a lazy Susan. </w:t>
      </w:r>
      <w:r w:rsidR="006A3942">
        <w:rPr>
          <w:rFonts w:ascii="Arial" w:hAnsi="Arial"/>
        </w:rPr>
        <w:t>So,</w:t>
      </w:r>
      <w:r>
        <w:rPr>
          <w:rFonts w:ascii="Arial" w:hAnsi="Arial"/>
        </w:rPr>
        <w:t xml:space="preserve"> I can put this on here. And I have a Lego motor that will turn it. </w:t>
      </w:r>
      <w:r w:rsidR="006A3942">
        <w:rPr>
          <w:rFonts w:ascii="Arial" w:hAnsi="Arial"/>
        </w:rPr>
        <w:t>So,</w:t>
      </w:r>
      <w:r>
        <w:rPr>
          <w:rFonts w:ascii="Arial" w:hAnsi="Arial"/>
        </w:rPr>
        <w:t xml:space="preserve"> we can see like, what will happen when I start and stop the Jell-O? What do you think will happen when I started rotating?</w:t>
      </w:r>
    </w:p>
    <w:p w14:paraId="72530FF5" w14:textId="77777777" w:rsidR="00802189" w:rsidRDefault="00802189">
      <w:pPr>
        <w:spacing w:after="0"/>
      </w:pPr>
    </w:p>
    <w:p w14:paraId="7798287B" w14:textId="77777777" w:rsidR="00802189" w:rsidRDefault="00822814">
      <w:pPr>
        <w:spacing w:after="0"/>
      </w:pPr>
      <w:r>
        <w:rPr>
          <w:rFonts w:ascii="Arial" w:hAnsi="Arial"/>
          <w:b/>
        </w:rPr>
        <w:t xml:space="preserve">Participant #12:  </w:t>
      </w:r>
      <w:r>
        <w:rPr>
          <w:rFonts w:ascii="Arial" w:hAnsi="Arial"/>
          <w:color w:val="5D7284"/>
        </w:rPr>
        <w:t>45:24</w:t>
      </w:r>
    </w:p>
    <w:p w14:paraId="2355E7E7" w14:textId="77777777" w:rsidR="00802189" w:rsidRDefault="00822814">
      <w:pPr>
        <w:spacing w:after="0"/>
      </w:pPr>
      <w:r>
        <w:rPr>
          <w:rFonts w:ascii="Arial" w:hAnsi="Arial"/>
        </w:rPr>
        <w:t>Sorry.</w:t>
      </w:r>
    </w:p>
    <w:p w14:paraId="31AE4E14" w14:textId="77777777" w:rsidR="00802189" w:rsidRDefault="00802189">
      <w:pPr>
        <w:spacing w:after="0"/>
      </w:pPr>
    </w:p>
    <w:p w14:paraId="06F621D9" w14:textId="77777777" w:rsidR="00802189" w:rsidRDefault="00822814">
      <w:pPr>
        <w:spacing w:after="0"/>
      </w:pPr>
      <w:r>
        <w:rPr>
          <w:rFonts w:ascii="Arial" w:hAnsi="Arial"/>
          <w:b/>
        </w:rPr>
        <w:t xml:space="preserve">Interviewer P:  </w:t>
      </w:r>
      <w:r>
        <w:rPr>
          <w:rFonts w:ascii="Arial" w:hAnsi="Arial"/>
          <w:color w:val="5D7284"/>
        </w:rPr>
        <w:t>45:27</w:t>
      </w:r>
    </w:p>
    <w:p w14:paraId="2B7D275F" w14:textId="257D8D47" w:rsidR="00802189" w:rsidRDefault="006A3942">
      <w:pPr>
        <w:spacing w:after="0"/>
      </w:pPr>
      <w:r>
        <w:rPr>
          <w:rFonts w:ascii="Arial" w:hAnsi="Arial"/>
        </w:rPr>
        <w:t>So, this whole thing.</w:t>
      </w:r>
    </w:p>
    <w:p w14:paraId="7B5C416C" w14:textId="77777777" w:rsidR="00802189" w:rsidRDefault="00802189">
      <w:pPr>
        <w:spacing w:after="0"/>
      </w:pPr>
    </w:p>
    <w:p w14:paraId="1D46CB3E" w14:textId="77777777" w:rsidR="00802189" w:rsidRDefault="00822814">
      <w:pPr>
        <w:spacing w:after="0"/>
      </w:pPr>
      <w:r>
        <w:rPr>
          <w:rFonts w:ascii="Arial" w:hAnsi="Arial"/>
          <w:b/>
        </w:rPr>
        <w:t xml:space="preserve">Participant #12:  </w:t>
      </w:r>
      <w:r>
        <w:rPr>
          <w:rFonts w:ascii="Arial" w:hAnsi="Arial"/>
          <w:color w:val="5D7284"/>
        </w:rPr>
        <w:t>45:28</w:t>
      </w:r>
    </w:p>
    <w:p w14:paraId="3FEFB881" w14:textId="77777777" w:rsidR="00802189" w:rsidRDefault="00822814">
      <w:pPr>
        <w:spacing w:after="0"/>
      </w:pPr>
      <w:r>
        <w:rPr>
          <w:rFonts w:ascii="Arial" w:hAnsi="Arial"/>
        </w:rPr>
        <w:t>Nothing.</w:t>
      </w:r>
    </w:p>
    <w:p w14:paraId="6A86026E" w14:textId="77777777" w:rsidR="00802189" w:rsidRDefault="00802189">
      <w:pPr>
        <w:spacing w:after="0"/>
      </w:pPr>
    </w:p>
    <w:p w14:paraId="3218206F" w14:textId="77777777" w:rsidR="00802189" w:rsidRDefault="00822814">
      <w:pPr>
        <w:spacing w:after="0"/>
      </w:pPr>
      <w:r>
        <w:rPr>
          <w:rFonts w:ascii="Arial" w:hAnsi="Arial"/>
          <w:b/>
        </w:rPr>
        <w:t xml:space="preserve">Interviewer P:  </w:t>
      </w:r>
      <w:r>
        <w:rPr>
          <w:rFonts w:ascii="Arial" w:hAnsi="Arial"/>
          <w:color w:val="5D7284"/>
        </w:rPr>
        <w:t>45:30</w:t>
      </w:r>
    </w:p>
    <w:p w14:paraId="62A1206F" w14:textId="556C120A" w:rsidR="00802189" w:rsidRDefault="00822814">
      <w:pPr>
        <w:spacing w:after="0"/>
      </w:pPr>
      <w:r>
        <w:rPr>
          <w:rFonts w:ascii="Arial" w:hAnsi="Arial"/>
        </w:rPr>
        <w:t xml:space="preserve">Nothing? It'll just start </w:t>
      </w:r>
      <w:r w:rsidR="006A3942">
        <w:rPr>
          <w:rFonts w:ascii="Arial" w:hAnsi="Arial"/>
        </w:rPr>
        <w:t>turning.</w:t>
      </w:r>
    </w:p>
    <w:p w14:paraId="5A66218F" w14:textId="77777777" w:rsidR="00802189" w:rsidRDefault="00802189">
      <w:pPr>
        <w:spacing w:after="0"/>
      </w:pPr>
    </w:p>
    <w:p w14:paraId="1B223F9F" w14:textId="77777777" w:rsidR="00802189" w:rsidRDefault="00822814">
      <w:pPr>
        <w:spacing w:after="0"/>
      </w:pPr>
      <w:r>
        <w:rPr>
          <w:rFonts w:ascii="Arial" w:hAnsi="Arial"/>
          <w:b/>
        </w:rPr>
        <w:t xml:space="preserve">Participant #12:  </w:t>
      </w:r>
      <w:r>
        <w:rPr>
          <w:rFonts w:ascii="Arial" w:hAnsi="Arial"/>
          <w:color w:val="5D7284"/>
        </w:rPr>
        <w:t>45:36</w:t>
      </w:r>
    </w:p>
    <w:p w14:paraId="0BEF73FB" w14:textId="77777777" w:rsidR="00802189" w:rsidRDefault="00822814">
      <w:pPr>
        <w:spacing w:after="0"/>
      </w:pPr>
      <w:r>
        <w:rPr>
          <w:rFonts w:ascii="Arial" w:hAnsi="Arial"/>
        </w:rPr>
        <w:t>Yeah. I think it will shake.</w:t>
      </w:r>
    </w:p>
    <w:p w14:paraId="7C412704" w14:textId="77777777" w:rsidR="00802189" w:rsidRDefault="00802189">
      <w:pPr>
        <w:spacing w:after="0"/>
      </w:pPr>
    </w:p>
    <w:p w14:paraId="6A82C58D" w14:textId="77777777" w:rsidR="00802189" w:rsidRDefault="00822814">
      <w:pPr>
        <w:spacing w:after="0"/>
      </w:pPr>
      <w:r>
        <w:rPr>
          <w:rFonts w:ascii="Arial" w:hAnsi="Arial"/>
          <w:b/>
        </w:rPr>
        <w:t xml:space="preserve">Interviewer P:  </w:t>
      </w:r>
      <w:r>
        <w:rPr>
          <w:rFonts w:ascii="Arial" w:hAnsi="Arial"/>
          <w:color w:val="5D7284"/>
        </w:rPr>
        <w:t>45:44</w:t>
      </w:r>
    </w:p>
    <w:p w14:paraId="35E1B13A" w14:textId="1EA635FA" w:rsidR="00802189" w:rsidRDefault="00822814">
      <w:pPr>
        <w:spacing w:after="0"/>
      </w:pPr>
      <w:r>
        <w:rPr>
          <w:rFonts w:ascii="Arial" w:hAnsi="Arial"/>
        </w:rPr>
        <w:t xml:space="preserve">And </w:t>
      </w:r>
      <w:r w:rsidR="006A3942">
        <w:rPr>
          <w:rFonts w:ascii="Arial" w:hAnsi="Arial"/>
        </w:rPr>
        <w:t>so,</w:t>
      </w:r>
      <w:r>
        <w:rPr>
          <w:rFonts w:ascii="Arial" w:hAnsi="Arial"/>
        </w:rPr>
        <w:t xml:space="preserve"> when I stop it?</w:t>
      </w:r>
    </w:p>
    <w:p w14:paraId="2E58D357" w14:textId="77777777" w:rsidR="00802189" w:rsidRDefault="00802189">
      <w:pPr>
        <w:spacing w:after="0"/>
      </w:pPr>
    </w:p>
    <w:p w14:paraId="20B07F35" w14:textId="77777777" w:rsidR="00802189" w:rsidRDefault="00822814">
      <w:pPr>
        <w:spacing w:after="0"/>
      </w:pPr>
      <w:r>
        <w:rPr>
          <w:rFonts w:ascii="Arial" w:hAnsi="Arial"/>
          <w:b/>
        </w:rPr>
        <w:t xml:space="preserve">Participant #12:  </w:t>
      </w:r>
      <w:r>
        <w:rPr>
          <w:rFonts w:ascii="Arial" w:hAnsi="Arial"/>
          <w:color w:val="5D7284"/>
        </w:rPr>
        <w:t>45:48</w:t>
      </w:r>
    </w:p>
    <w:p w14:paraId="2E0CDC7C" w14:textId="5FBAE408" w:rsidR="00802189" w:rsidRDefault="006A3942">
      <w:pPr>
        <w:spacing w:after="0"/>
      </w:pPr>
      <w:r>
        <w:rPr>
          <w:rFonts w:ascii="Arial" w:hAnsi="Arial"/>
        </w:rPr>
        <w:t>.... look how, there's a little vibration. Yeah.</w:t>
      </w:r>
    </w:p>
    <w:p w14:paraId="3E735EC8" w14:textId="77777777" w:rsidR="00802189" w:rsidRDefault="00802189">
      <w:pPr>
        <w:spacing w:after="0"/>
      </w:pPr>
    </w:p>
    <w:p w14:paraId="6B080169" w14:textId="77777777" w:rsidR="00802189" w:rsidRDefault="00822814">
      <w:pPr>
        <w:spacing w:after="0"/>
      </w:pPr>
      <w:r>
        <w:rPr>
          <w:rFonts w:ascii="Arial" w:hAnsi="Arial"/>
          <w:b/>
        </w:rPr>
        <w:t xml:space="preserve">Interviewer P:  </w:t>
      </w:r>
      <w:r>
        <w:rPr>
          <w:rFonts w:ascii="Arial" w:hAnsi="Arial"/>
          <w:color w:val="5D7284"/>
        </w:rPr>
        <w:t>45:54</w:t>
      </w:r>
    </w:p>
    <w:p w14:paraId="2D2B026C" w14:textId="39E577A2" w:rsidR="00802189" w:rsidRDefault="00822814">
      <w:pPr>
        <w:spacing w:after="0"/>
      </w:pPr>
      <w:r>
        <w:rPr>
          <w:rFonts w:ascii="Arial" w:hAnsi="Arial"/>
        </w:rPr>
        <w:t xml:space="preserve">All right. </w:t>
      </w:r>
      <w:r w:rsidR="006A3942">
        <w:rPr>
          <w:rFonts w:ascii="Arial" w:hAnsi="Arial"/>
        </w:rPr>
        <w:t>So,</w:t>
      </w:r>
      <w:r>
        <w:rPr>
          <w:rFonts w:ascii="Arial" w:hAnsi="Arial"/>
        </w:rPr>
        <w:t xml:space="preserve"> this is where this demonstration kind of morphs into a thought experiment. Because what I would really like is to be able to put these BBs in here, and that they would sink to the bottom the same way that the crystal dye does. But instead, they just sit on the top. </w:t>
      </w:r>
      <w:r w:rsidR="006A3942">
        <w:rPr>
          <w:rFonts w:ascii="Arial" w:hAnsi="Arial"/>
        </w:rPr>
        <w:t>So,</w:t>
      </w:r>
      <w:r>
        <w:rPr>
          <w:rFonts w:ascii="Arial" w:hAnsi="Arial"/>
        </w:rPr>
        <w:t xml:space="preserve"> imagine that they were heavy enough or hot enough or something to go all the way to the bottom like the crystal dye did? What kind of a path do you think they would take on the way down?</w:t>
      </w:r>
    </w:p>
    <w:p w14:paraId="6608A4A7" w14:textId="77777777" w:rsidR="00802189" w:rsidRDefault="00802189">
      <w:pPr>
        <w:spacing w:after="0"/>
      </w:pPr>
    </w:p>
    <w:p w14:paraId="74A17614" w14:textId="77777777" w:rsidR="00802189" w:rsidRDefault="00822814">
      <w:pPr>
        <w:spacing w:after="0"/>
      </w:pPr>
      <w:r>
        <w:rPr>
          <w:rFonts w:ascii="Arial" w:hAnsi="Arial"/>
          <w:b/>
        </w:rPr>
        <w:t xml:space="preserve">Participant #12:  </w:t>
      </w:r>
      <w:r>
        <w:rPr>
          <w:rFonts w:ascii="Arial" w:hAnsi="Arial"/>
          <w:color w:val="5D7284"/>
        </w:rPr>
        <w:t>46:27</w:t>
      </w:r>
    </w:p>
    <w:p w14:paraId="713BCE2E" w14:textId="77777777" w:rsidR="00802189" w:rsidRDefault="00822814">
      <w:pPr>
        <w:spacing w:after="0"/>
      </w:pPr>
      <w:r>
        <w:rPr>
          <w:rFonts w:ascii="Arial" w:hAnsi="Arial"/>
        </w:rPr>
        <w:t>Straight down.</w:t>
      </w:r>
    </w:p>
    <w:p w14:paraId="1E61B0BA" w14:textId="77777777" w:rsidR="00802189" w:rsidRDefault="00802189">
      <w:pPr>
        <w:spacing w:after="0"/>
      </w:pPr>
    </w:p>
    <w:p w14:paraId="24C58658" w14:textId="77777777" w:rsidR="00802189" w:rsidRDefault="00822814">
      <w:pPr>
        <w:spacing w:after="0"/>
      </w:pPr>
      <w:r>
        <w:rPr>
          <w:rFonts w:ascii="Arial" w:hAnsi="Arial"/>
          <w:b/>
        </w:rPr>
        <w:t xml:space="preserve">Interviewer P:  </w:t>
      </w:r>
      <w:r>
        <w:rPr>
          <w:rFonts w:ascii="Arial" w:hAnsi="Arial"/>
          <w:color w:val="5D7284"/>
        </w:rPr>
        <w:t>46:28</w:t>
      </w:r>
    </w:p>
    <w:p w14:paraId="48BFAF57" w14:textId="699493CB" w:rsidR="00802189" w:rsidRDefault="00822814">
      <w:pPr>
        <w:spacing w:after="0"/>
      </w:pPr>
      <w:r>
        <w:rPr>
          <w:rFonts w:ascii="Arial" w:hAnsi="Arial"/>
        </w:rPr>
        <w:t xml:space="preserve">Straight path. </w:t>
      </w:r>
      <w:r w:rsidR="006A3942">
        <w:rPr>
          <w:rFonts w:ascii="Arial" w:hAnsi="Arial"/>
        </w:rPr>
        <w:t>So,</w:t>
      </w:r>
      <w:r>
        <w:rPr>
          <w:rFonts w:ascii="Arial" w:hAnsi="Arial"/>
        </w:rPr>
        <w:t xml:space="preserve"> it would just like that. And if this was instead, a cylinder of metal, like a record, but it was really thick, and I got that rotating, and if I put a BB, it's obviously not going to go through, but I'm like acid eats through metal. </w:t>
      </w:r>
      <w:r w:rsidR="006A3942">
        <w:rPr>
          <w:rFonts w:ascii="Arial" w:hAnsi="Arial"/>
        </w:rPr>
        <w:t>So,</w:t>
      </w:r>
      <w:r>
        <w:rPr>
          <w:rFonts w:ascii="Arial" w:hAnsi="Arial"/>
        </w:rPr>
        <w:t xml:space="preserve"> an acid could eat its way through this rotating metal cylinder. And what kind of a path do you think it would take?</w:t>
      </w:r>
    </w:p>
    <w:p w14:paraId="7CB6807B" w14:textId="77777777" w:rsidR="00802189" w:rsidRDefault="00802189">
      <w:pPr>
        <w:spacing w:after="0"/>
      </w:pPr>
    </w:p>
    <w:p w14:paraId="006BF3C3" w14:textId="77777777" w:rsidR="00802189" w:rsidRDefault="00822814">
      <w:pPr>
        <w:spacing w:after="0"/>
      </w:pPr>
      <w:r>
        <w:rPr>
          <w:rFonts w:ascii="Arial" w:hAnsi="Arial"/>
          <w:b/>
        </w:rPr>
        <w:t xml:space="preserve">Participant #12:  </w:t>
      </w:r>
      <w:r>
        <w:rPr>
          <w:rFonts w:ascii="Arial" w:hAnsi="Arial"/>
          <w:color w:val="5D7284"/>
        </w:rPr>
        <w:t>46:56</w:t>
      </w:r>
    </w:p>
    <w:p w14:paraId="487323BB" w14:textId="77777777" w:rsidR="00802189" w:rsidRDefault="00822814">
      <w:pPr>
        <w:spacing w:after="0"/>
      </w:pPr>
      <w:r>
        <w:rPr>
          <w:rFonts w:ascii="Arial" w:hAnsi="Arial"/>
        </w:rPr>
        <w:t>A straight path?</w:t>
      </w:r>
    </w:p>
    <w:p w14:paraId="042E9701" w14:textId="77777777" w:rsidR="00802189" w:rsidRDefault="00802189">
      <w:pPr>
        <w:spacing w:after="0"/>
      </w:pPr>
    </w:p>
    <w:p w14:paraId="0A63A6AE" w14:textId="77777777" w:rsidR="00802189" w:rsidRDefault="00822814">
      <w:pPr>
        <w:spacing w:after="0"/>
      </w:pPr>
      <w:r>
        <w:rPr>
          <w:rFonts w:ascii="Arial" w:hAnsi="Arial"/>
          <w:b/>
        </w:rPr>
        <w:t xml:space="preserve">Interviewer P:  </w:t>
      </w:r>
      <w:r>
        <w:rPr>
          <w:rFonts w:ascii="Arial" w:hAnsi="Arial"/>
          <w:color w:val="5D7284"/>
        </w:rPr>
        <w:t>46:57</w:t>
      </w:r>
    </w:p>
    <w:p w14:paraId="2BFE2639" w14:textId="77576B54" w:rsidR="00802189" w:rsidRDefault="00822814">
      <w:pPr>
        <w:spacing w:after="0"/>
      </w:pPr>
      <w:r>
        <w:rPr>
          <w:rFonts w:ascii="Arial" w:hAnsi="Arial"/>
        </w:rPr>
        <w:t xml:space="preserve">A straight path? Okay, so what if I grew up plant while it was rotating the whole time, like so let's say I have a big pot of dirt. And it's rotating at about this speed. And I plant a seed and over the course of its growth, let's say a couple of weeks, it put downs root puts down roots, grasses down </w:t>
      </w:r>
      <w:r w:rsidR="006A3942">
        <w:rPr>
          <w:rFonts w:ascii="Arial" w:hAnsi="Arial"/>
        </w:rPr>
        <w:t>put</w:t>
      </w:r>
      <w:r>
        <w:rPr>
          <w:rFonts w:ascii="Arial" w:hAnsi="Arial"/>
        </w:rPr>
        <w:t xml:space="preserve"> out some leaves. But it's been rotating the whole time it's growing. </w:t>
      </w:r>
      <w:r w:rsidR="006A3942">
        <w:rPr>
          <w:rFonts w:ascii="Arial" w:hAnsi="Arial"/>
        </w:rPr>
        <w:t>So,</w:t>
      </w:r>
      <w:r>
        <w:rPr>
          <w:rFonts w:ascii="Arial" w:hAnsi="Arial"/>
        </w:rPr>
        <w:t xml:space="preserve"> what would the roots look like?</w:t>
      </w:r>
    </w:p>
    <w:p w14:paraId="500D1759" w14:textId="77777777" w:rsidR="00802189" w:rsidRDefault="00802189">
      <w:pPr>
        <w:spacing w:after="0"/>
      </w:pPr>
    </w:p>
    <w:p w14:paraId="2145857B" w14:textId="77777777" w:rsidR="00802189" w:rsidRDefault="00822814">
      <w:pPr>
        <w:spacing w:after="0"/>
      </w:pPr>
      <w:r>
        <w:rPr>
          <w:rFonts w:ascii="Arial" w:hAnsi="Arial"/>
          <w:b/>
        </w:rPr>
        <w:t xml:space="preserve">Participant #12:  </w:t>
      </w:r>
      <w:r>
        <w:rPr>
          <w:rFonts w:ascii="Arial" w:hAnsi="Arial"/>
          <w:color w:val="5D7284"/>
        </w:rPr>
        <w:t>47:27</w:t>
      </w:r>
    </w:p>
    <w:p w14:paraId="031E727D" w14:textId="77777777" w:rsidR="00802189" w:rsidRDefault="00822814">
      <w:pPr>
        <w:spacing w:after="0"/>
      </w:pPr>
      <w:r>
        <w:rPr>
          <w:rFonts w:ascii="Arial" w:hAnsi="Arial"/>
        </w:rPr>
        <w:t>Think they just like open up straight down, like they'd go straight down, they'd be dizzy, putting it straight down. It would just sprout easily, like ... like.</w:t>
      </w:r>
    </w:p>
    <w:p w14:paraId="421ADEBB" w14:textId="77777777" w:rsidR="00802189" w:rsidRDefault="00802189">
      <w:pPr>
        <w:spacing w:after="0"/>
      </w:pPr>
    </w:p>
    <w:p w14:paraId="1BDF840E" w14:textId="77777777" w:rsidR="00802189" w:rsidRDefault="00822814">
      <w:pPr>
        <w:spacing w:after="0"/>
      </w:pPr>
      <w:r>
        <w:rPr>
          <w:rFonts w:ascii="Arial" w:hAnsi="Arial"/>
          <w:b/>
        </w:rPr>
        <w:t xml:space="preserve">Interviewer P:  </w:t>
      </w:r>
      <w:r>
        <w:rPr>
          <w:rFonts w:ascii="Arial" w:hAnsi="Arial"/>
          <w:color w:val="5D7284"/>
        </w:rPr>
        <w:t>47:37</w:t>
      </w:r>
    </w:p>
    <w:p w14:paraId="68D9C894" w14:textId="77777777" w:rsidR="00802189" w:rsidRDefault="00822814">
      <w:pPr>
        <w:spacing w:after="0"/>
      </w:pPr>
      <w:r>
        <w:rPr>
          <w:rFonts w:ascii="Arial" w:hAnsi="Arial"/>
        </w:rPr>
        <w:t xml:space="preserve">Would they be different in any way? If they had been rotating the whole time that they were growing? </w:t>
      </w:r>
    </w:p>
    <w:p w14:paraId="05F0B826" w14:textId="77777777" w:rsidR="00802189" w:rsidRDefault="00802189">
      <w:pPr>
        <w:spacing w:after="0"/>
      </w:pPr>
    </w:p>
    <w:p w14:paraId="7ED5503C" w14:textId="77777777" w:rsidR="00802189" w:rsidRDefault="00822814">
      <w:pPr>
        <w:spacing w:after="0"/>
      </w:pPr>
      <w:r>
        <w:rPr>
          <w:rFonts w:ascii="Arial" w:hAnsi="Arial"/>
          <w:b/>
        </w:rPr>
        <w:t xml:space="preserve">Participant #12:  </w:t>
      </w:r>
      <w:r>
        <w:rPr>
          <w:rFonts w:ascii="Arial" w:hAnsi="Arial"/>
          <w:color w:val="5D7284"/>
        </w:rPr>
        <w:t>47:43</w:t>
      </w:r>
    </w:p>
    <w:p w14:paraId="5874041C" w14:textId="77777777" w:rsidR="00802189" w:rsidRDefault="00822814">
      <w:pPr>
        <w:spacing w:after="0"/>
      </w:pPr>
      <w:r>
        <w:rPr>
          <w:rFonts w:ascii="Arial" w:hAnsi="Arial"/>
        </w:rPr>
        <w:t xml:space="preserve">In the Jell-O? </w:t>
      </w:r>
    </w:p>
    <w:p w14:paraId="75CE78D1" w14:textId="77777777" w:rsidR="00802189" w:rsidRDefault="00802189">
      <w:pPr>
        <w:spacing w:after="0"/>
      </w:pPr>
    </w:p>
    <w:p w14:paraId="0CFDD12E" w14:textId="77777777" w:rsidR="00802189" w:rsidRDefault="00822814">
      <w:pPr>
        <w:spacing w:after="0"/>
      </w:pPr>
      <w:r>
        <w:rPr>
          <w:rFonts w:ascii="Arial" w:hAnsi="Arial"/>
          <w:b/>
        </w:rPr>
        <w:t xml:space="preserve">Interviewer P:  </w:t>
      </w:r>
      <w:r>
        <w:rPr>
          <w:rFonts w:ascii="Arial" w:hAnsi="Arial"/>
          <w:color w:val="5D7284"/>
        </w:rPr>
        <w:t>47:45</w:t>
      </w:r>
    </w:p>
    <w:p w14:paraId="004E90BB" w14:textId="77777777" w:rsidR="00802189" w:rsidRDefault="00822814">
      <w:pPr>
        <w:spacing w:after="0"/>
      </w:pPr>
      <w:r>
        <w:rPr>
          <w:rFonts w:ascii="Arial" w:hAnsi="Arial"/>
        </w:rPr>
        <w:t xml:space="preserve">No, in dirt. </w:t>
      </w:r>
    </w:p>
    <w:p w14:paraId="61130031" w14:textId="77777777" w:rsidR="00802189" w:rsidRDefault="00802189">
      <w:pPr>
        <w:spacing w:after="0"/>
      </w:pPr>
    </w:p>
    <w:p w14:paraId="30FB42BA" w14:textId="77777777" w:rsidR="00802189" w:rsidRDefault="00822814">
      <w:pPr>
        <w:spacing w:after="0"/>
      </w:pPr>
      <w:r>
        <w:rPr>
          <w:rFonts w:ascii="Arial" w:hAnsi="Arial"/>
          <w:b/>
        </w:rPr>
        <w:t xml:space="preserve">Participant #12:  </w:t>
      </w:r>
      <w:r>
        <w:rPr>
          <w:rFonts w:ascii="Arial" w:hAnsi="Arial"/>
          <w:color w:val="5D7284"/>
        </w:rPr>
        <w:t>47:46</w:t>
      </w:r>
    </w:p>
    <w:p w14:paraId="323BA327" w14:textId="77777777" w:rsidR="00802189" w:rsidRDefault="00822814">
      <w:pPr>
        <w:spacing w:after="0"/>
      </w:pPr>
      <w:r>
        <w:rPr>
          <w:rFonts w:ascii="Arial" w:hAnsi="Arial"/>
        </w:rPr>
        <w:t xml:space="preserve">In dirt? I don't think so. </w:t>
      </w:r>
    </w:p>
    <w:p w14:paraId="34EED0E2" w14:textId="77777777" w:rsidR="00802189" w:rsidRDefault="00802189">
      <w:pPr>
        <w:spacing w:after="0"/>
      </w:pPr>
    </w:p>
    <w:p w14:paraId="48D02D0B" w14:textId="77777777" w:rsidR="00802189" w:rsidRDefault="00822814">
      <w:pPr>
        <w:spacing w:after="0"/>
      </w:pPr>
      <w:r>
        <w:rPr>
          <w:rFonts w:ascii="Arial" w:hAnsi="Arial"/>
          <w:b/>
        </w:rPr>
        <w:t xml:space="preserve">Interviewer P:  </w:t>
      </w:r>
      <w:r>
        <w:rPr>
          <w:rFonts w:ascii="Arial" w:hAnsi="Arial"/>
          <w:color w:val="5D7284"/>
        </w:rPr>
        <w:t>47:48</w:t>
      </w:r>
    </w:p>
    <w:p w14:paraId="755CC8A6" w14:textId="443371D7" w:rsidR="00802189" w:rsidRDefault="006A3942">
      <w:pPr>
        <w:spacing w:after="0"/>
      </w:pPr>
      <w:r>
        <w:rPr>
          <w:rFonts w:ascii="Arial" w:hAnsi="Arial"/>
        </w:rPr>
        <w:t>So, planted and what do you think what do you think that tarp would look like?</w:t>
      </w:r>
    </w:p>
    <w:p w14:paraId="038A775A" w14:textId="77777777" w:rsidR="00802189" w:rsidRDefault="00802189">
      <w:pPr>
        <w:spacing w:after="0"/>
      </w:pPr>
    </w:p>
    <w:p w14:paraId="72117283" w14:textId="77777777" w:rsidR="00802189" w:rsidRDefault="00822814">
      <w:pPr>
        <w:spacing w:after="0"/>
      </w:pPr>
      <w:r>
        <w:rPr>
          <w:rFonts w:ascii="Arial" w:hAnsi="Arial"/>
          <w:b/>
        </w:rPr>
        <w:t xml:space="preserve">Participant #12:  </w:t>
      </w:r>
      <w:r>
        <w:rPr>
          <w:rFonts w:ascii="Arial" w:hAnsi="Arial"/>
          <w:color w:val="5D7284"/>
        </w:rPr>
        <w:t>47:54</w:t>
      </w:r>
    </w:p>
    <w:p w14:paraId="2262FBFC" w14:textId="77777777" w:rsidR="00802189" w:rsidRDefault="00822814">
      <w:pPr>
        <w:spacing w:after="0"/>
      </w:pPr>
      <w:r>
        <w:rPr>
          <w:rFonts w:ascii="Arial" w:hAnsi="Arial"/>
        </w:rPr>
        <w:t xml:space="preserve">The same just? </w:t>
      </w:r>
    </w:p>
    <w:p w14:paraId="4A69B7B5" w14:textId="77777777" w:rsidR="00802189" w:rsidRDefault="00802189">
      <w:pPr>
        <w:spacing w:after="0"/>
      </w:pPr>
    </w:p>
    <w:p w14:paraId="54B96754" w14:textId="77777777" w:rsidR="00802189" w:rsidRDefault="00822814">
      <w:pPr>
        <w:spacing w:after="0"/>
      </w:pPr>
      <w:r>
        <w:rPr>
          <w:rFonts w:ascii="Arial" w:hAnsi="Arial"/>
          <w:b/>
        </w:rPr>
        <w:t xml:space="preserve">Interviewer P:  </w:t>
      </w:r>
      <w:r>
        <w:rPr>
          <w:rFonts w:ascii="Arial" w:hAnsi="Arial"/>
          <w:color w:val="5D7284"/>
        </w:rPr>
        <w:t>47:55</w:t>
      </w:r>
    </w:p>
    <w:p w14:paraId="67BDF3C7" w14:textId="77777777" w:rsidR="00802189" w:rsidRDefault="00822814">
      <w:pPr>
        <w:spacing w:after="0"/>
      </w:pPr>
      <w:r>
        <w:rPr>
          <w:rFonts w:ascii="Arial" w:hAnsi="Arial"/>
        </w:rPr>
        <w:t xml:space="preserve">A regular plant? </w:t>
      </w:r>
    </w:p>
    <w:p w14:paraId="7D3E1991" w14:textId="77777777" w:rsidR="00802189" w:rsidRDefault="00802189">
      <w:pPr>
        <w:spacing w:after="0"/>
      </w:pPr>
    </w:p>
    <w:p w14:paraId="5267CEAE" w14:textId="77777777" w:rsidR="00802189" w:rsidRDefault="00822814">
      <w:pPr>
        <w:spacing w:after="0"/>
      </w:pPr>
      <w:r>
        <w:rPr>
          <w:rFonts w:ascii="Arial" w:hAnsi="Arial"/>
          <w:b/>
        </w:rPr>
        <w:t xml:space="preserve">Participant #12:  </w:t>
      </w:r>
      <w:r>
        <w:rPr>
          <w:rFonts w:ascii="Arial" w:hAnsi="Arial"/>
          <w:color w:val="5D7284"/>
        </w:rPr>
        <w:t>47:56</w:t>
      </w:r>
    </w:p>
    <w:p w14:paraId="7370BE8D" w14:textId="77777777" w:rsidR="00802189" w:rsidRDefault="00822814">
      <w:pPr>
        <w:spacing w:after="0"/>
      </w:pPr>
      <w:r>
        <w:rPr>
          <w:rFonts w:ascii="Arial" w:hAnsi="Arial"/>
        </w:rPr>
        <w:t>Yeah, I think so.</w:t>
      </w:r>
    </w:p>
    <w:p w14:paraId="474B2327" w14:textId="77777777" w:rsidR="00802189" w:rsidRDefault="00802189">
      <w:pPr>
        <w:spacing w:after="0"/>
      </w:pPr>
    </w:p>
    <w:p w14:paraId="289079A5" w14:textId="77777777" w:rsidR="00802189" w:rsidRDefault="00822814">
      <w:pPr>
        <w:spacing w:after="0"/>
      </w:pPr>
      <w:r>
        <w:rPr>
          <w:rFonts w:ascii="Arial" w:hAnsi="Arial"/>
          <w:b/>
        </w:rPr>
        <w:t xml:space="preserve">Interviewer P:  </w:t>
      </w:r>
      <w:r>
        <w:rPr>
          <w:rFonts w:ascii="Arial" w:hAnsi="Arial"/>
          <w:color w:val="5D7284"/>
        </w:rPr>
        <w:t>48:00</w:t>
      </w:r>
    </w:p>
    <w:p w14:paraId="499766B0" w14:textId="02DA21EE" w:rsidR="00802189" w:rsidRDefault="00822814">
      <w:pPr>
        <w:spacing w:after="0"/>
      </w:pPr>
      <w:r>
        <w:rPr>
          <w:rFonts w:ascii="Arial" w:hAnsi="Arial"/>
        </w:rPr>
        <w:t xml:space="preserve">Okay. I have these fish and some of them float and some of them sink. </w:t>
      </w:r>
      <w:r w:rsidR="006A3942">
        <w:rPr>
          <w:rFonts w:ascii="Arial" w:hAnsi="Arial"/>
        </w:rPr>
        <w:t>So,</w:t>
      </w:r>
      <w:r>
        <w:rPr>
          <w:rFonts w:ascii="Arial" w:hAnsi="Arial"/>
        </w:rPr>
        <w:t xml:space="preserve"> as you can see the water still going a little bit. But I'm gonna put these in here. And I'm going to start it again, somewhat from a stop. And </w:t>
      </w:r>
      <w:r w:rsidR="006A3942">
        <w:rPr>
          <w:rFonts w:ascii="Arial" w:hAnsi="Arial"/>
        </w:rPr>
        <w:t>so,</w:t>
      </w:r>
      <w:r>
        <w:rPr>
          <w:rFonts w:ascii="Arial" w:hAnsi="Arial"/>
        </w:rPr>
        <w:t xml:space="preserve"> what do you think will happen when I to the fish when I turn the motor on? Again?</w:t>
      </w:r>
    </w:p>
    <w:p w14:paraId="504B4D2C" w14:textId="77777777" w:rsidR="00802189" w:rsidRDefault="00802189">
      <w:pPr>
        <w:spacing w:after="0"/>
      </w:pPr>
    </w:p>
    <w:p w14:paraId="73DC65A7" w14:textId="77777777" w:rsidR="00802189" w:rsidRDefault="00822814">
      <w:pPr>
        <w:spacing w:after="0"/>
      </w:pPr>
      <w:r>
        <w:rPr>
          <w:rFonts w:ascii="Arial" w:hAnsi="Arial"/>
          <w:b/>
        </w:rPr>
        <w:t xml:space="preserve">Participant #12:  </w:t>
      </w:r>
      <w:r>
        <w:rPr>
          <w:rFonts w:ascii="Arial" w:hAnsi="Arial"/>
          <w:color w:val="5D7284"/>
        </w:rPr>
        <w:t>48:38</w:t>
      </w:r>
    </w:p>
    <w:p w14:paraId="69349B3F" w14:textId="77777777" w:rsidR="00802189" w:rsidRDefault="00822814">
      <w:pPr>
        <w:spacing w:after="0"/>
      </w:pPr>
      <w:r>
        <w:rPr>
          <w:rFonts w:ascii="Arial" w:hAnsi="Arial"/>
        </w:rPr>
        <w:t>Well, the top one, the top ones might move, but the bottom ones will stay where they are.</w:t>
      </w:r>
    </w:p>
    <w:p w14:paraId="2234A92A" w14:textId="77777777" w:rsidR="00802189" w:rsidRDefault="00802189">
      <w:pPr>
        <w:spacing w:after="0"/>
      </w:pPr>
    </w:p>
    <w:p w14:paraId="594A6B9A" w14:textId="77777777" w:rsidR="00802189" w:rsidRDefault="00822814">
      <w:pPr>
        <w:spacing w:after="0"/>
      </w:pPr>
      <w:r>
        <w:rPr>
          <w:rFonts w:ascii="Arial" w:hAnsi="Arial"/>
          <w:b/>
        </w:rPr>
        <w:t xml:space="preserve">Interviewer P:  </w:t>
      </w:r>
      <w:r>
        <w:rPr>
          <w:rFonts w:ascii="Arial" w:hAnsi="Arial"/>
          <w:color w:val="5D7284"/>
        </w:rPr>
        <w:t>48:47</w:t>
      </w:r>
    </w:p>
    <w:p w14:paraId="170EC764" w14:textId="05FA02DF" w:rsidR="00802189" w:rsidRDefault="00822814">
      <w:pPr>
        <w:spacing w:after="0"/>
      </w:pPr>
      <w:r>
        <w:rPr>
          <w:rFonts w:ascii="Arial" w:hAnsi="Arial"/>
        </w:rPr>
        <w:lastRenderedPageBreak/>
        <w:t xml:space="preserve">So, tell me about stay where they are. Do you mean again that they'll stay </w:t>
      </w:r>
      <w:r w:rsidR="006A3942">
        <w:rPr>
          <w:rFonts w:ascii="Arial" w:hAnsi="Arial"/>
        </w:rPr>
        <w:t>there,</w:t>
      </w:r>
      <w:r>
        <w:rPr>
          <w:rFonts w:ascii="Arial" w:hAnsi="Arial"/>
        </w:rPr>
        <w:t xml:space="preserve"> and the tank will rent will rotate under them? And </w:t>
      </w:r>
      <w:r w:rsidR="006A3942">
        <w:rPr>
          <w:rFonts w:ascii="Arial" w:hAnsi="Arial"/>
        </w:rPr>
        <w:t>so,</w:t>
      </w:r>
      <w:r>
        <w:rPr>
          <w:rFonts w:ascii="Arial" w:hAnsi="Arial"/>
        </w:rPr>
        <w:t xml:space="preserve"> they'll.</w:t>
      </w:r>
    </w:p>
    <w:p w14:paraId="2D041601" w14:textId="77777777" w:rsidR="00802189" w:rsidRDefault="00802189">
      <w:pPr>
        <w:spacing w:after="0"/>
      </w:pPr>
    </w:p>
    <w:p w14:paraId="10CCF391" w14:textId="77777777" w:rsidR="00802189" w:rsidRDefault="00822814">
      <w:pPr>
        <w:spacing w:after="0"/>
      </w:pPr>
      <w:r>
        <w:rPr>
          <w:rFonts w:ascii="Arial" w:hAnsi="Arial"/>
          <w:b/>
        </w:rPr>
        <w:t xml:space="preserve">Participant #12:  </w:t>
      </w:r>
      <w:r>
        <w:rPr>
          <w:rFonts w:ascii="Arial" w:hAnsi="Arial"/>
          <w:color w:val="5D7284"/>
        </w:rPr>
        <w:t>48:58</w:t>
      </w:r>
    </w:p>
    <w:p w14:paraId="21A8B4EE" w14:textId="77777777" w:rsidR="00802189" w:rsidRDefault="00822814">
      <w:pPr>
        <w:spacing w:after="0"/>
      </w:pPr>
      <w:r>
        <w:rPr>
          <w:rFonts w:ascii="Arial" w:hAnsi="Arial"/>
        </w:rPr>
        <w:t>Give this like if this were completely still and then you started it again.</w:t>
      </w:r>
    </w:p>
    <w:p w14:paraId="6031CB3A" w14:textId="77777777" w:rsidR="00802189" w:rsidRDefault="00802189">
      <w:pPr>
        <w:spacing w:after="0"/>
      </w:pPr>
    </w:p>
    <w:p w14:paraId="714E55D2" w14:textId="77777777" w:rsidR="00802189" w:rsidRDefault="00822814">
      <w:pPr>
        <w:spacing w:after="0"/>
      </w:pPr>
      <w:r>
        <w:rPr>
          <w:rFonts w:ascii="Arial" w:hAnsi="Arial"/>
          <w:b/>
        </w:rPr>
        <w:t xml:space="preserve">Interviewer P:  </w:t>
      </w:r>
      <w:r>
        <w:rPr>
          <w:rFonts w:ascii="Arial" w:hAnsi="Arial"/>
          <w:color w:val="5D7284"/>
        </w:rPr>
        <w:t>49:04</w:t>
      </w:r>
    </w:p>
    <w:p w14:paraId="653F4CC0" w14:textId="379C9554" w:rsidR="00802189" w:rsidRDefault="006A3942">
      <w:pPr>
        <w:spacing w:after="0"/>
      </w:pPr>
      <w:r>
        <w:rPr>
          <w:rFonts w:ascii="Arial" w:hAnsi="Arial"/>
        </w:rPr>
        <w:t xml:space="preserve">So, this orange fish will stay here, and the tank will rotate under it. Is that what you're saying? Okay, and what about the fish on the top? </w:t>
      </w:r>
    </w:p>
    <w:p w14:paraId="48705E81" w14:textId="77777777" w:rsidR="00802189" w:rsidRDefault="00802189">
      <w:pPr>
        <w:spacing w:after="0"/>
      </w:pPr>
    </w:p>
    <w:p w14:paraId="19E66544" w14:textId="77777777" w:rsidR="00802189" w:rsidRDefault="00822814">
      <w:pPr>
        <w:spacing w:after="0"/>
      </w:pPr>
      <w:r>
        <w:rPr>
          <w:rFonts w:ascii="Arial" w:hAnsi="Arial"/>
          <w:b/>
        </w:rPr>
        <w:t xml:space="preserve">Participant #12:  </w:t>
      </w:r>
      <w:r>
        <w:rPr>
          <w:rFonts w:ascii="Arial" w:hAnsi="Arial"/>
          <w:color w:val="5D7284"/>
        </w:rPr>
        <w:t>49:11</w:t>
      </w:r>
    </w:p>
    <w:p w14:paraId="36C7927B" w14:textId="77777777" w:rsidR="00802189" w:rsidRDefault="00822814">
      <w:pPr>
        <w:spacing w:after="0"/>
      </w:pPr>
      <w:r>
        <w:rPr>
          <w:rFonts w:ascii="Arial" w:hAnsi="Arial"/>
        </w:rPr>
        <w:t>Well, the fish itself might turn like you'll see the whole body of the fish.</w:t>
      </w:r>
    </w:p>
    <w:p w14:paraId="214B5C0A" w14:textId="77777777" w:rsidR="00802189" w:rsidRDefault="00802189">
      <w:pPr>
        <w:spacing w:after="0"/>
      </w:pPr>
    </w:p>
    <w:p w14:paraId="6316BFED" w14:textId="77777777" w:rsidR="00802189" w:rsidRDefault="00822814">
      <w:pPr>
        <w:spacing w:after="0"/>
      </w:pPr>
      <w:r>
        <w:rPr>
          <w:rFonts w:ascii="Arial" w:hAnsi="Arial"/>
          <w:b/>
        </w:rPr>
        <w:t xml:space="preserve">Interviewer P:  </w:t>
      </w:r>
      <w:r>
        <w:rPr>
          <w:rFonts w:ascii="Arial" w:hAnsi="Arial"/>
          <w:color w:val="5D7284"/>
        </w:rPr>
        <w:t>49:15</w:t>
      </w:r>
    </w:p>
    <w:p w14:paraId="7ACDCE32" w14:textId="04117591" w:rsidR="00802189" w:rsidRDefault="006A3942">
      <w:pPr>
        <w:spacing w:after="0"/>
      </w:pPr>
      <w:r>
        <w:rPr>
          <w:rFonts w:ascii="Arial" w:hAnsi="Arial"/>
        </w:rPr>
        <w:t>So, it might like?</w:t>
      </w:r>
    </w:p>
    <w:p w14:paraId="446C51F8" w14:textId="77777777" w:rsidR="00802189" w:rsidRDefault="00802189">
      <w:pPr>
        <w:spacing w:after="0"/>
      </w:pPr>
    </w:p>
    <w:p w14:paraId="0A91700A" w14:textId="77777777" w:rsidR="00802189" w:rsidRDefault="00822814">
      <w:pPr>
        <w:spacing w:after="0"/>
      </w:pPr>
      <w:r>
        <w:rPr>
          <w:rFonts w:ascii="Arial" w:hAnsi="Arial"/>
          <w:b/>
        </w:rPr>
        <w:t xml:space="preserve">Participant #12:  </w:t>
      </w:r>
      <w:r>
        <w:rPr>
          <w:rFonts w:ascii="Arial" w:hAnsi="Arial"/>
          <w:color w:val="5D7284"/>
        </w:rPr>
        <w:t>49:17</w:t>
      </w:r>
    </w:p>
    <w:p w14:paraId="0883D40D" w14:textId="77777777" w:rsidR="00802189" w:rsidRDefault="00822814">
      <w:pPr>
        <w:spacing w:after="0"/>
      </w:pPr>
      <w:r>
        <w:rPr>
          <w:rFonts w:ascii="Arial" w:hAnsi="Arial"/>
        </w:rPr>
        <w:t xml:space="preserve">Not necessarily spin I mean it feels again, like a plate on the microwave, I see all of it, it would it would just keep spinning. But it wouldn't it wouldn't move its position it would just kind of twirl. </w:t>
      </w:r>
    </w:p>
    <w:p w14:paraId="446AB4D7" w14:textId="77777777" w:rsidR="00802189" w:rsidRDefault="00802189">
      <w:pPr>
        <w:spacing w:after="0"/>
      </w:pPr>
    </w:p>
    <w:p w14:paraId="4CA865D6" w14:textId="77777777" w:rsidR="00802189" w:rsidRDefault="00822814">
      <w:pPr>
        <w:spacing w:after="0"/>
      </w:pPr>
      <w:r>
        <w:rPr>
          <w:rFonts w:ascii="Arial" w:hAnsi="Arial"/>
          <w:b/>
        </w:rPr>
        <w:t xml:space="preserve">Interviewer P:  </w:t>
      </w:r>
      <w:r>
        <w:rPr>
          <w:rFonts w:ascii="Arial" w:hAnsi="Arial"/>
          <w:color w:val="5D7284"/>
        </w:rPr>
        <w:t>49:30</w:t>
      </w:r>
    </w:p>
    <w:p w14:paraId="73579263" w14:textId="1219A37F" w:rsidR="00802189" w:rsidRDefault="006A3942">
      <w:pPr>
        <w:spacing w:after="0"/>
      </w:pPr>
      <w:r>
        <w:rPr>
          <w:rFonts w:ascii="Arial" w:hAnsi="Arial"/>
        </w:rPr>
        <w:t>So, like right now you're sitting here and that orange fish this one is right there. So, once I get this going that orange fish as it's rotating is still going to be right there in front of you.</w:t>
      </w:r>
    </w:p>
    <w:p w14:paraId="0197E365" w14:textId="77777777" w:rsidR="00802189" w:rsidRDefault="00802189">
      <w:pPr>
        <w:spacing w:after="0"/>
      </w:pPr>
    </w:p>
    <w:p w14:paraId="3AFB3DBC" w14:textId="77777777" w:rsidR="00802189" w:rsidRDefault="00822814">
      <w:pPr>
        <w:spacing w:after="0"/>
      </w:pPr>
      <w:r>
        <w:rPr>
          <w:rFonts w:ascii="Arial" w:hAnsi="Arial"/>
          <w:b/>
        </w:rPr>
        <w:t xml:space="preserve">Participant #12:  </w:t>
      </w:r>
      <w:r>
        <w:rPr>
          <w:rFonts w:ascii="Arial" w:hAnsi="Arial"/>
          <w:color w:val="5D7284"/>
        </w:rPr>
        <w:t>49:43</w:t>
      </w:r>
    </w:p>
    <w:p w14:paraId="537C16EF" w14:textId="0AEF8F27" w:rsidR="00802189" w:rsidRDefault="00822814">
      <w:pPr>
        <w:spacing w:after="0"/>
      </w:pPr>
      <w:r>
        <w:rPr>
          <w:rFonts w:ascii="Arial" w:hAnsi="Arial"/>
        </w:rPr>
        <w:t xml:space="preserve">Wow, you're good that's a good question. </w:t>
      </w:r>
      <w:r w:rsidR="006A3942">
        <w:rPr>
          <w:rFonts w:ascii="Arial" w:hAnsi="Arial"/>
        </w:rPr>
        <w:t>So,</w:t>
      </w:r>
      <w:r>
        <w:rPr>
          <w:rFonts w:ascii="Arial" w:hAnsi="Arial"/>
        </w:rPr>
        <w:t xml:space="preserve"> this this container is just like the Jell-O as in like, the orange fish will not be there.</w:t>
      </w:r>
    </w:p>
    <w:p w14:paraId="5A88B89F" w14:textId="77777777" w:rsidR="00802189" w:rsidRDefault="00802189">
      <w:pPr>
        <w:spacing w:after="0"/>
      </w:pPr>
    </w:p>
    <w:p w14:paraId="4A1F97E2" w14:textId="77777777" w:rsidR="00802189" w:rsidRDefault="00822814">
      <w:pPr>
        <w:spacing w:after="0"/>
      </w:pPr>
      <w:r>
        <w:rPr>
          <w:rFonts w:ascii="Arial" w:hAnsi="Arial"/>
          <w:b/>
        </w:rPr>
        <w:t xml:space="preserve">Interviewer P:  </w:t>
      </w:r>
      <w:r>
        <w:rPr>
          <w:rFonts w:ascii="Arial" w:hAnsi="Arial"/>
          <w:color w:val="5D7284"/>
        </w:rPr>
        <w:t>50:01</w:t>
      </w:r>
    </w:p>
    <w:p w14:paraId="39129710" w14:textId="77777777" w:rsidR="00802189" w:rsidRDefault="00822814">
      <w:pPr>
        <w:spacing w:after="0"/>
      </w:pPr>
      <w:r>
        <w:rPr>
          <w:rFonts w:ascii="Arial" w:hAnsi="Arial"/>
        </w:rPr>
        <w:t xml:space="preserve">It'll be like the microwave fish. Okay, and what about the fish on the top? Will they be like microwave fish? </w:t>
      </w:r>
    </w:p>
    <w:p w14:paraId="193A121D" w14:textId="77777777" w:rsidR="00802189" w:rsidRDefault="00802189">
      <w:pPr>
        <w:spacing w:after="0"/>
      </w:pPr>
    </w:p>
    <w:p w14:paraId="63D59915" w14:textId="77777777" w:rsidR="00802189" w:rsidRDefault="00822814">
      <w:pPr>
        <w:spacing w:after="0"/>
      </w:pPr>
      <w:r>
        <w:rPr>
          <w:rFonts w:ascii="Arial" w:hAnsi="Arial"/>
          <w:b/>
        </w:rPr>
        <w:t xml:space="preserve">Participant #12:  </w:t>
      </w:r>
      <w:r>
        <w:rPr>
          <w:rFonts w:ascii="Arial" w:hAnsi="Arial"/>
          <w:color w:val="5D7284"/>
        </w:rPr>
        <w:t>50:08</w:t>
      </w:r>
    </w:p>
    <w:p w14:paraId="145E9D76" w14:textId="3D523C7E" w:rsidR="00802189" w:rsidRDefault="00822814">
      <w:pPr>
        <w:spacing w:after="0"/>
      </w:pPr>
      <w:r>
        <w:rPr>
          <w:rFonts w:ascii="Arial" w:hAnsi="Arial"/>
        </w:rPr>
        <w:t xml:space="preserve">Yeah. </w:t>
      </w:r>
      <w:r w:rsidR="006A3942">
        <w:rPr>
          <w:rFonts w:ascii="Arial" w:hAnsi="Arial"/>
        </w:rPr>
        <w:t>That’s</w:t>
      </w:r>
      <w:r>
        <w:rPr>
          <w:rFonts w:ascii="Arial" w:hAnsi="Arial"/>
        </w:rPr>
        <w:t xml:space="preserve"> what I think.</w:t>
      </w:r>
    </w:p>
    <w:p w14:paraId="0CCB81C0" w14:textId="77777777" w:rsidR="00802189" w:rsidRDefault="00802189">
      <w:pPr>
        <w:spacing w:after="0"/>
      </w:pPr>
    </w:p>
    <w:p w14:paraId="763D59F8" w14:textId="77777777" w:rsidR="00802189" w:rsidRDefault="00822814">
      <w:pPr>
        <w:spacing w:after="0"/>
      </w:pPr>
      <w:r>
        <w:rPr>
          <w:rFonts w:ascii="Arial" w:hAnsi="Arial"/>
          <w:b/>
        </w:rPr>
        <w:t xml:space="preserve">Interviewer P:  </w:t>
      </w:r>
      <w:r>
        <w:rPr>
          <w:rFonts w:ascii="Arial" w:hAnsi="Arial"/>
          <w:color w:val="5D7284"/>
        </w:rPr>
        <w:t>50:10</w:t>
      </w:r>
    </w:p>
    <w:p w14:paraId="2AB17A47" w14:textId="77777777" w:rsidR="00802189" w:rsidRDefault="00822814">
      <w:pPr>
        <w:spacing w:after="0"/>
      </w:pPr>
      <w:r>
        <w:rPr>
          <w:rFonts w:ascii="Arial" w:hAnsi="Arial"/>
        </w:rPr>
        <w:t>Okay. And do you think that they'll all move together like their food on a plate on a microwave?</w:t>
      </w:r>
    </w:p>
    <w:p w14:paraId="75ACC0F1" w14:textId="77777777" w:rsidR="00802189" w:rsidRDefault="00802189">
      <w:pPr>
        <w:spacing w:after="0"/>
      </w:pPr>
    </w:p>
    <w:p w14:paraId="7F72E4DE" w14:textId="77777777" w:rsidR="00802189" w:rsidRDefault="00822814">
      <w:pPr>
        <w:spacing w:after="0"/>
      </w:pPr>
      <w:r>
        <w:rPr>
          <w:rFonts w:ascii="Arial" w:hAnsi="Arial"/>
          <w:b/>
        </w:rPr>
        <w:t xml:space="preserve">Participant #12:  </w:t>
      </w:r>
      <w:r>
        <w:rPr>
          <w:rFonts w:ascii="Arial" w:hAnsi="Arial"/>
          <w:color w:val="5D7284"/>
        </w:rPr>
        <w:t>50:18</w:t>
      </w:r>
    </w:p>
    <w:p w14:paraId="75C31A7F" w14:textId="77777777" w:rsidR="00802189" w:rsidRDefault="00822814">
      <w:pPr>
        <w:spacing w:after="0"/>
      </w:pPr>
      <w:r>
        <w:rPr>
          <w:rFonts w:ascii="Arial" w:hAnsi="Arial"/>
        </w:rPr>
        <w:t>Yes.</w:t>
      </w:r>
    </w:p>
    <w:p w14:paraId="58DC7219" w14:textId="77777777" w:rsidR="00802189" w:rsidRDefault="00802189">
      <w:pPr>
        <w:spacing w:after="0"/>
      </w:pPr>
    </w:p>
    <w:p w14:paraId="1C11FB95" w14:textId="77777777" w:rsidR="00802189" w:rsidRDefault="00822814">
      <w:pPr>
        <w:spacing w:after="0"/>
      </w:pPr>
      <w:r>
        <w:rPr>
          <w:rFonts w:ascii="Arial" w:hAnsi="Arial"/>
          <w:b/>
        </w:rPr>
        <w:t xml:space="preserve">Interviewer P:  </w:t>
      </w:r>
      <w:r>
        <w:rPr>
          <w:rFonts w:ascii="Arial" w:hAnsi="Arial"/>
          <w:color w:val="5D7284"/>
        </w:rPr>
        <w:t>50:18</w:t>
      </w:r>
    </w:p>
    <w:p w14:paraId="78ED3614" w14:textId="47B28D17" w:rsidR="00802189" w:rsidRDefault="006A3942">
      <w:pPr>
        <w:spacing w:after="0"/>
      </w:pPr>
      <w:r>
        <w:rPr>
          <w:rFonts w:ascii="Arial" w:hAnsi="Arial"/>
        </w:rPr>
        <w:t>Okay, so.</w:t>
      </w:r>
    </w:p>
    <w:p w14:paraId="3F408AE3" w14:textId="77777777" w:rsidR="00802189" w:rsidRDefault="00802189">
      <w:pPr>
        <w:spacing w:after="0"/>
      </w:pPr>
    </w:p>
    <w:p w14:paraId="2A1CF66A" w14:textId="77777777" w:rsidR="00802189" w:rsidRDefault="00822814">
      <w:pPr>
        <w:spacing w:after="0"/>
      </w:pPr>
      <w:r>
        <w:rPr>
          <w:rFonts w:ascii="Arial" w:hAnsi="Arial"/>
          <w:b/>
        </w:rPr>
        <w:lastRenderedPageBreak/>
        <w:t xml:space="preserve">Participant #12:  </w:t>
      </w:r>
      <w:r>
        <w:rPr>
          <w:rFonts w:ascii="Arial" w:hAnsi="Arial"/>
          <w:color w:val="5D7284"/>
        </w:rPr>
        <w:t>50:19</w:t>
      </w:r>
    </w:p>
    <w:p w14:paraId="34261314" w14:textId="77777777" w:rsidR="00802189" w:rsidRDefault="00822814">
      <w:pPr>
        <w:spacing w:after="0"/>
      </w:pPr>
      <w:r>
        <w:rPr>
          <w:rFonts w:ascii="Arial" w:hAnsi="Arial"/>
        </w:rPr>
        <w:t xml:space="preserve">We'll see. </w:t>
      </w:r>
    </w:p>
    <w:p w14:paraId="33B6C68D" w14:textId="77777777" w:rsidR="00802189" w:rsidRDefault="00802189">
      <w:pPr>
        <w:spacing w:after="0"/>
      </w:pPr>
    </w:p>
    <w:p w14:paraId="05EBD25D" w14:textId="77777777" w:rsidR="00802189" w:rsidRDefault="00822814">
      <w:pPr>
        <w:spacing w:after="0"/>
      </w:pPr>
      <w:r>
        <w:rPr>
          <w:rFonts w:ascii="Arial" w:hAnsi="Arial"/>
          <w:b/>
        </w:rPr>
        <w:t xml:space="preserve">Interviewer P:  </w:t>
      </w:r>
      <w:r>
        <w:rPr>
          <w:rFonts w:ascii="Arial" w:hAnsi="Arial"/>
          <w:color w:val="5D7284"/>
        </w:rPr>
        <w:t>50:20</w:t>
      </w:r>
    </w:p>
    <w:p w14:paraId="42F1E3AC" w14:textId="2BFCFACC" w:rsidR="00802189" w:rsidRDefault="00822814">
      <w:pPr>
        <w:spacing w:after="0"/>
      </w:pPr>
      <w:r>
        <w:rPr>
          <w:rFonts w:ascii="Arial" w:hAnsi="Arial"/>
        </w:rPr>
        <w:t xml:space="preserve">Yeah, </w:t>
      </w:r>
      <w:r w:rsidR="006A3942">
        <w:rPr>
          <w:rFonts w:ascii="Arial" w:hAnsi="Arial"/>
        </w:rPr>
        <w:t>let’s</w:t>
      </w:r>
      <w:r>
        <w:rPr>
          <w:rFonts w:ascii="Arial" w:hAnsi="Arial"/>
        </w:rPr>
        <w:t xml:space="preserve"> see. We have had this happen before. So, I am going to stop this here because when it doesn't work, my tech across the hall said, leave it like that so I can see what the problem is. So, let me stop the recording and go grab him and then I'm going to.</w:t>
      </w:r>
    </w:p>
    <w:sectPr w:rsidR="00802189" w:rsidSect="00F351AB">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111E74" w14:textId="77777777" w:rsidR="00F351AB" w:rsidRDefault="00F351AB">
      <w:pPr>
        <w:spacing w:after="0" w:line="240" w:lineRule="auto"/>
      </w:pPr>
      <w:r>
        <w:separator/>
      </w:r>
    </w:p>
  </w:endnote>
  <w:endnote w:type="continuationSeparator" w:id="0">
    <w:p w14:paraId="211B629A" w14:textId="77777777" w:rsidR="00F351AB" w:rsidRDefault="00F351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1DCBC47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2D3DD55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82D391A"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705A9A7E"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EE5CE5B"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60DB21"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218DD" w14:textId="77777777" w:rsidR="00F351AB" w:rsidRDefault="00F351AB">
      <w:pPr>
        <w:spacing w:after="0" w:line="240" w:lineRule="auto"/>
      </w:pPr>
      <w:r>
        <w:separator/>
      </w:r>
    </w:p>
  </w:footnote>
  <w:footnote w:type="continuationSeparator" w:id="0">
    <w:p w14:paraId="13312BE1" w14:textId="77777777" w:rsidR="00F351AB" w:rsidRDefault="00F351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FB388"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2A328"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C885D"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842504169">
    <w:abstractNumId w:val="8"/>
  </w:num>
  <w:num w:numId="2" w16cid:durableId="1466584180">
    <w:abstractNumId w:val="6"/>
  </w:num>
  <w:num w:numId="3" w16cid:durableId="54937570">
    <w:abstractNumId w:val="5"/>
  </w:num>
  <w:num w:numId="4" w16cid:durableId="25108214">
    <w:abstractNumId w:val="4"/>
  </w:num>
  <w:num w:numId="5" w16cid:durableId="760375371">
    <w:abstractNumId w:val="7"/>
  </w:num>
  <w:num w:numId="6" w16cid:durableId="258366522">
    <w:abstractNumId w:val="3"/>
  </w:num>
  <w:num w:numId="7" w16cid:durableId="2107655943">
    <w:abstractNumId w:val="2"/>
  </w:num>
  <w:num w:numId="8" w16cid:durableId="961421497">
    <w:abstractNumId w:val="1"/>
  </w:num>
  <w:num w:numId="9" w16cid:durableId="8006091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A3942"/>
    <w:rsid w:val="006E2A8C"/>
    <w:rsid w:val="006E79C2"/>
    <w:rsid w:val="007749AF"/>
    <w:rsid w:val="00794EBC"/>
    <w:rsid w:val="00802189"/>
    <w:rsid w:val="00822814"/>
    <w:rsid w:val="00930F33"/>
    <w:rsid w:val="009C3AF0"/>
    <w:rsid w:val="00A12EE5"/>
    <w:rsid w:val="00AA1D8D"/>
    <w:rsid w:val="00B47730"/>
    <w:rsid w:val="00BA4C2B"/>
    <w:rsid w:val="00BD0140"/>
    <w:rsid w:val="00C24502"/>
    <w:rsid w:val="00CB0664"/>
    <w:rsid w:val="00D57E81"/>
    <w:rsid w:val="00ED3244"/>
    <w:rsid w:val="00F351AB"/>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C22B1E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CE4AFC3E-75BA-4108-9DA5-5470DC7087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B4462C-BBB8-4561-9286-E7315B8409DD}">
  <ds:schemaRefs>
    <ds:schemaRef ds:uri="http://schemas.microsoft.com/sharepoint/v3/contenttype/forms"/>
  </ds:schemaRefs>
</ds:datastoreItem>
</file>

<file path=customXml/itemProps4.xml><?xml version="1.0" encoding="utf-8"?>
<ds:datastoreItem xmlns:ds="http://schemas.openxmlformats.org/officeDocument/2006/customXml" ds:itemID="{92FD3BB8-84E5-4A3B-BB26-D124213D9D1F}">
  <ds:schemaRefs>
    <ds:schemaRef ds:uri="http://schemas.microsoft.com/sharepoint/v3"/>
    <ds:schemaRef ds:uri="http://schemas.microsoft.com/office/2006/metadata/properties"/>
    <ds:schemaRef ds:uri="http://schemas.microsoft.com/office/2006/documentManagement/types"/>
    <ds:schemaRef ds:uri="5b1983e9-55b4-4f9e-a196-30376d2238aa"/>
    <ds:schemaRef ds:uri="http://www.w3.org/XML/1998/namespace"/>
    <ds:schemaRef ds:uri="http://purl.org/dc/dcmitype/"/>
    <ds:schemaRef ds:uri="http://purl.org/dc/terms/"/>
    <ds:schemaRef ds:uri="http://schemas.microsoft.com/office/infopath/2007/PartnerControls"/>
    <ds:schemaRef ds:uri="http://schemas.openxmlformats.org/package/2006/metadata/core-properties"/>
    <ds:schemaRef ds:uri="eeef5ad7-d6de-419e-9305-cd9bdd8d89a9"/>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5233</Words>
  <Characters>29830</Characters>
  <Application>Microsoft Office Word</Application>
  <DocSecurity>4</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34994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2024-05-21T16:11:00Z</dcterms:created>
  <dcterms:modified xsi:type="dcterms:W3CDTF">2024-05-21T16:11:00Z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