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97C7A" w14:textId="77777777" w:rsidR="00930F33" w:rsidRDefault="00930F33">
      <w:pPr>
        <w:spacing w:after="0"/>
        <w:rPr>
          <w:lang w:eastAsia="zh-CN"/>
        </w:rPr>
      </w:pPr>
    </w:p>
    <w:p w14:paraId="6B69217E" w14:textId="77777777" w:rsidR="00B23B83" w:rsidRDefault="00D16237">
      <w:r>
        <w:rPr>
          <w:rFonts w:ascii="Arial" w:hAnsi="Arial"/>
          <w:sz w:val="48"/>
        </w:rPr>
        <w:t>Participant #27</w:t>
      </w:r>
    </w:p>
    <w:p w14:paraId="3B36E26C" w14:textId="1EF8AACD" w:rsidR="00B23B83" w:rsidRDefault="00D16237">
      <w:r>
        <w:rPr>
          <w:rFonts w:ascii="Arial" w:hAnsi="Arial"/>
          <w:color w:val="4F6880"/>
        </w:rPr>
        <w:t xml:space="preserve">Fri, Jan 19, </w:t>
      </w:r>
      <w:r w:rsidR="00B43844">
        <w:rPr>
          <w:rFonts w:ascii="Arial" w:hAnsi="Arial"/>
          <w:color w:val="4F6880"/>
        </w:rPr>
        <w:t>2024,</w:t>
      </w:r>
      <w:r>
        <w:rPr>
          <w:rFonts w:ascii="Arial" w:hAnsi="Arial"/>
          <w:color w:val="4F6880"/>
        </w:rPr>
        <w:t xml:space="preserve"> 11:54AM • 1:01:22</w:t>
      </w:r>
    </w:p>
    <w:p w14:paraId="4399289E" w14:textId="77777777" w:rsidR="00B23B83" w:rsidRDefault="00D16237">
      <w:pPr>
        <w:spacing w:before="440" w:after="0"/>
      </w:pPr>
      <w:r>
        <w:rPr>
          <w:rFonts w:ascii="Arial" w:hAnsi="Arial"/>
          <w:b/>
          <w:color w:val="4F6880"/>
        </w:rPr>
        <w:t>SUMMARY KEYWORDS</w:t>
      </w:r>
    </w:p>
    <w:p w14:paraId="65B81801" w14:textId="7819806B" w:rsidR="00B23B83" w:rsidRDefault="00D16237">
      <w:r>
        <w:rPr>
          <w:rFonts w:ascii="Arial" w:hAnsi="Arial"/>
          <w:color w:val="4F6880"/>
        </w:rPr>
        <w:t xml:space="preserve">water, moving, tank, spinning, cool, dividing wall, pretty, minute, guess, temperature, bottom, </w:t>
      </w:r>
      <w:r w:rsidR="00B43844">
        <w:rPr>
          <w:rFonts w:ascii="Arial" w:hAnsi="Arial"/>
          <w:color w:val="4F6880"/>
        </w:rPr>
        <w:t>Jell-O</w:t>
      </w:r>
      <w:r>
        <w:rPr>
          <w:rFonts w:ascii="Arial" w:hAnsi="Arial"/>
          <w:color w:val="4F6880"/>
        </w:rPr>
        <w:t xml:space="preserve">, potassium, burrow, long, completely, mix, rotating, mixing, </w:t>
      </w:r>
      <w:r w:rsidR="00B43844">
        <w:rPr>
          <w:rFonts w:ascii="Arial" w:hAnsi="Arial"/>
          <w:color w:val="4F6880"/>
        </w:rPr>
        <w:t>blue.</w:t>
      </w:r>
    </w:p>
    <w:p w14:paraId="627DB9B3" w14:textId="77777777" w:rsidR="00B23B83" w:rsidRDefault="00D16237">
      <w:pPr>
        <w:spacing w:before="440" w:after="0"/>
      </w:pPr>
      <w:r>
        <w:rPr>
          <w:rFonts w:ascii="Arial" w:hAnsi="Arial"/>
          <w:b/>
          <w:color w:val="4F6880"/>
        </w:rPr>
        <w:t>SPEAKERS</w:t>
      </w:r>
    </w:p>
    <w:p w14:paraId="0C49F1FB" w14:textId="290DA81D" w:rsidR="00B23B83" w:rsidRDefault="00D16237">
      <w:r>
        <w:rPr>
          <w:rFonts w:ascii="Arial" w:hAnsi="Arial"/>
          <w:color w:val="4F6880"/>
        </w:rPr>
        <w:t>Participant #</w:t>
      </w:r>
      <w:r w:rsidR="00B43844">
        <w:rPr>
          <w:rFonts w:ascii="Arial" w:hAnsi="Arial"/>
          <w:color w:val="4F6880"/>
        </w:rPr>
        <w:t>27:</w:t>
      </w:r>
      <w:r>
        <w:rPr>
          <w:rFonts w:ascii="Arial" w:hAnsi="Arial"/>
          <w:color w:val="4F6880"/>
        </w:rPr>
        <w:t xml:space="preserve"> Interviewer E:</w:t>
      </w:r>
    </w:p>
    <w:p w14:paraId="0BD4D785" w14:textId="77777777" w:rsidR="00B23B83" w:rsidRDefault="00B23B83">
      <w:pPr>
        <w:spacing w:after="0"/>
      </w:pPr>
    </w:p>
    <w:p w14:paraId="7F5CB8AB" w14:textId="77777777" w:rsidR="00B23B83" w:rsidRDefault="00D16237">
      <w:pPr>
        <w:spacing w:after="0"/>
      </w:pPr>
      <w:r>
        <w:rPr>
          <w:rFonts w:ascii="Arial" w:hAnsi="Arial"/>
          <w:b/>
        </w:rPr>
        <w:t xml:space="preserve">Participant #27:  </w:t>
      </w:r>
      <w:r>
        <w:rPr>
          <w:rFonts w:ascii="Arial" w:hAnsi="Arial"/>
          <w:color w:val="5D7284"/>
        </w:rPr>
        <w:t>00:02</w:t>
      </w:r>
    </w:p>
    <w:p w14:paraId="23257088" w14:textId="378C160F" w:rsidR="00B23B83" w:rsidRDefault="00D16237">
      <w:pPr>
        <w:spacing w:after="0"/>
      </w:pPr>
      <w:r>
        <w:rPr>
          <w:rFonts w:ascii="Arial" w:hAnsi="Arial"/>
        </w:rPr>
        <w:t xml:space="preserve">All right, so I'm here with participant 27 and we're </w:t>
      </w:r>
      <w:r w:rsidR="00B43844">
        <w:rPr>
          <w:rFonts w:ascii="Arial" w:hAnsi="Arial"/>
        </w:rPr>
        <w:t>picking up</w:t>
      </w:r>
      <w:r>
        <w:rPr>
          <w:rFonts w:ascii="Arial" w:hAnsi="Arial"/>
        </w:rPr>
        <w:t xml:space="preserve"> after the pre assessment. So yeah, so we have this density tank, hot cold water right here so the cold water is blue in hot water is red. So </w:t>
      </w:r>
      <w:r w:rsidR="00B43844">
        <w:rPr>
          <w:rFonts w:ascii="Arial" w:hAnsi="Arial"/>
        </w:rPr>
        <w:t>basically,</w:t>
      </w:r>
      <w:r>
        <w:rPr>
          <w:rFonts w:ascii="Arial" w:hAnsi="Arial"/>
        </w:rPr>
        <w:t xml:space="preserve"> what I'm going to do is I'm going to take both of </w:t>
      </w:r>
      <w:r w:rsidR="00B43844">
        <w:rPr>
          <w:rFonts w:ascii="Arial" w:hAnsi="Arial"/>
        </w:rPr>
        <w:t>these,</w:t>
      </w:r>
      <w:r>
        <w:rPr>
          <w:rFonts w:ascii="Arial" w:hAnsi="Arial"/>
        </w:rPr>
        <w:t xml:space="preserve"> and I am </w:t>
      </w:r>
      <w:r w:rsidR="00B43844">
        <w:rPr>
          <w:rFonts w:ascii="Arial" w:hAnsi="Arial"/>
        </w:rPr>
        <w:t>going</w:t>
      </w:r>
      <w:r>
        <w:rPr>
          <w:rFonts w:ascii="Arial" w:hAnsi="Arial"/>
        </w:rPr>
        <w:t xml:space="preserve"> to pour it in here one on either end and then I'm going to lift this dividing wall I want you to essentially predict what you think it's going to look like after one minute of me pulling this dividing wall so. I think that's what it's called. </w:t>
      </w:r>
    </w:p>
    <w:p w14:paraId="6E5AE759" w14:textId="77777777" w:rsidR="00B23B83" w:rsidRDefault="00B23B83">
      <w:pPr>
        <w:spacing w:after="0"/>
      </w:pPr>
    </w:p>
    <w:p w14:paraId="306A2849" w14:textId="77777777" w:rsidR="00B23B83" w:rsidRDefault="00D16237">
      <w:pPr>
        <w:spacing w:after="0"/>
      </w:pPr>
      <w:r>
        <w:rPr>
          <w:rFonts w:ascii="Arial" w:hAnsi="Arial"/>
          <w:b/>
        </w:rPr>
        <w:t xml:space="preserve">Interviewer E:  </w:t>
      </w:r>
      <w:r>
        <w:rPr>
          <w:rFonts w:ascii="Arial" w:hAnsi="Arial"/>
          <w:color w:val="5D7284"/>
        </w:rPr>
        <w:t>01:48</w:t>
      </w:r>
    </w:p>
    <w:p w14:paraId="73984205" w14:textId="77777777" w:rsidR="00B23B83" w:rsidRDefault="00D16237">
      <w:pPr>
        <w:spacing w:after="0"/>
      </w:pPr>
      <w:r>
        <w:rPr>
          <w:rFonts w:ascii="Arial" w:hAnsi="Arial"/>
        </w:rPr>
        <w:t xml:space="preserve">Alright, so your your guestimation drawing it looks like you have hot water at the bottom and then a little mixing in the middle and cold water at the top. </w:t>
      </w:r>
    </w:p>
    <w:p w14:paraId="3329C14A" w14:textId="77777777" w:rsidR="00B23B83" w:rsidRDefault="00B23B83">
      <w:pPr>
        <w:spacing w:after="0"/>
      </w:pPr>
    </w:p>
    <w:p w14:paraId="63E8F6F1" w14:textId="77777777" w:rsidR="00B23B83" w:rsidRDefault="00D16237">
      <w:pPr>
        <w:spacing w:after="0"/>
      </w:pPr>
      <w:r>
        <w:rPr>
          <w:rFonts w:ascii="Arial" w:hAnsi="Arial"/>
          <w:b/>
        </w:rPr>
        <w:t xml:space="preserve">Participant #27:  </w:t>
      </w:r>
      <w:r>
        <w:rPr>
          <w:rFonts w:ascii="Arial" w:hAnsi="Arial"/>
          <w:color w:val="5D7284"/>
        </w:rPr>
        <w:t>02:00</w:t>
      </w:r>
    </w:p>
    <w:p w14:paraId="7B566B31" w14:textId="77777777" w:rsidR="00B23B83" w:rsidRDefault="00D16237">
      <w:pPr>
        <w:spacing w:after="0"/>
      </w:pPr>
      <w:r>
        <w:rPr>
          <w:rFonts w:ascii="Arial" w:hAnsi="Arial"/>
        </w:rPr>
        <w:t xml:space="preserve">Yeah. </w:t>
      </w:r>
    </w:p>
    <w:p w14:paraId="3D5B295E" w14:textId="77777777" w:rsidR="00B23B83" w:rsidRDefault="00B23B83">
      <w:pPr>
        <w:spacing w:after="0"/>
      </w:pPr>
    </w:p>
    <w:p w14:paraId="6D4ECAA5" w14:textId="77777777" w:rsidR="00B23B83" w:rsidRDefault="00D16237">
      <w:pPr>
        <w:spacing w:after="0"/>
      </w:pPr>
      <w:r>
        <w:rPr>
          <w:rFonts w:ascii="Arial" w:hAnsi="Arial"/>
          <w:b/>
        </w:rPr>
        <w:t xml:space="preserve">Interviewer E:  </w:t>
      </w:r>
      <w:r>
        <w:rPr>
          <w:rFonts w:ascii="Arial" w:hAnsi="Arial"/>
          <w:color w:val="5D7284"/>
        </w:rPr>
        <w:t>02:01</w:t>
      </w:r>
    </w:p>
    <w:p w14:paraId="02C1116F" w14:textId="77777777" w:rsidR="00B23B83" w:rsidRDefault="00D16237">
      <w:pPr>
        <w:spacing w:after="0"/>
      </w:pPr>
      <w:r>
        <w:rPr>
          <w:rFonts w:ascii="Arial" w:hAnsi="Arial"/>
        </w:rPr>
        <w:t>Why do you think that's gonna happen?</w:t>
      </w:r>
    </w:p>
    <w:p w14:paraId="43C67B9B" w14:textId="77777777" w:rsidR="00B23B83" w:rsidRDefault="00B23B83">
      <w:pPr>
        <w:spacing w:after="0"/>
      </w:pPr>
    </w:p>
    <w:p w14:paraId="3080D090" w14:textId="77777777" w:rsidR="00B23B83" w:rsidRDefault="00D16237">
      <w:pPr>
        <w:spacing w:after="0"/>
      </w:pPr>
      <w:r>
        <w:rPr>
          <w:rFonts w:ascii="Arial" w:hAnsi="Arial"/>
          <w:b/>
        </w:rPr>
        <w:t xml:space="preserve">Participant #27:  </w:t>
      </w:r>
      <w:r>
        <w:rPr>
          <w:rFonts w:ascii="Arial" w:hAnsi="Arial"/>
          <w:color w:val="5D7284"/>
        </w:rPr>
        <w:t>02:05</w:t>
      </w:r>
    </w:p>
    <w:p w14:paraId="58CDFA54" w14:textId="77777777" w:rsidR="00B23B83" w:rsidRDefault="00D16237">
      <w:pPr>
        <w:spacing w:after="0"/>
      </w:pPr>
      <w:r>
        <w:rPr>
          <w:rFonts w:ascii="Arial" w:hAnsi="Arial"/>
        </w:rPr>
        <w:t>I think that the when the water is heated up, it's going to make it sink.</w:t>
      </w:r>
    </w:p>
    <w:p w14:paraId="7109566F" w14:textId="77777777" w:rsidR="00B23B83" w:rsidRDefault="00B23B83">
      <w:pPr>
        <w:spacing w:after="0"/>
      </w:pPr>
    </w:p>
    <w:p w14:paraId="0E45CC13" w14:textId="77777777" w:rsidR="00B23B83" w:rsidRDefault="00D16237">
      <w:pPr>
        <w:spacing w:after="0"/>
      </w:pPr>
      <w:r>
        <w:rPr>
          <w:rFonts w:ascii="Arial" w:hAnsi="Arial"/>
          <w:b/>
        </w:rPr>
        <w:t xml:space="preserve">Interviewer E:  </w:t>
      </w:r>
      <w:r>
        <w:rPr>
          <w:rFonts w:ascii="Arial" w:hAnsi="Arial"/>
          <w:color w:val="5D7284"/>
        </w:rPr>
        <w:t>02:14</w:t>
      </w:r>
    </w:p>
    <w:p w14:paraId="26B2B006" w14:textId="77777777" w:rsidR="00B23B83" w:rsidRDefault="00D16237">
      <w:pPr>
        <w:spacing w:after="0"/>
      </w:pPr>
      <w:r>
        <w:rPr>
          <w:rFonts w:ascii="Arial" w:hAnsi="Arial"/>
        </w:rPr>
        <w:t>Make it sink?</w:t>
      </w:r>
    </w:p>
    <w:p w14:paraId="301795B8" w14:textId="77777777" w:rsidR="00B23B83" w:rsidRDefault="00B23B83">
      <w:pPr>
        <w:spacing w:after="0"/>
      </w:pPr>
    </w:p>
    <w:p w14:paraId="13D78EE2" w14:textId="77777777" w:rsidR="00B23B83" w:rsidRDefault="00D16237">
      <w:pPr>
        <w:spacing w:after="0"/>
      </w:pPr>
      <w:r>
        <w:rPr>
          <w:rFonts w:ascii="Arial" w:hAnsi="Arial"/>
          <w:b/>
        </w:rPr>
        <w:t xml:space="preserve">Participant #27:  </w:t>
      </w:r>
      <w:r>
        <w:rPr>
          <w:rFonts w:ascii="Arial" w:hAnsi="Arial"/>
          <w:color w:val="5D7284"/>
        </w:rPr>
        <w:t>02:15</w:t>
      </w:r>
    </w:p>
    <w:p w14:paraId="4F91422D" w14:textId="77777777" w:rsidR="00B23B83" w:rsidRDefault="00D16237">
      <w:pPr>
        <w:spacing w:after="0"/>
      </w:pPr>
      <w:r>
        <w:rPr>
          <w:rFonts w:ascii="Arial" w:hAnsi="Arial"/>
        </w:rPr>
        <w:t>Yeah.</w:t>
      </w:r>
    </w:p>
    <w:p w14:paraId="12A49C88" w14:textId="77777777" w:rsidR="00B23B83" w:rsidRDefault="00B23B83">
      <w:pPr>
        <w:spacing w:after="0"/>
      </w:pPr>
    </w:p>
    <w:p w14:paraId="5015BB43" w14:textId="77777777" w:rsidR="00B23B83" w:rsidRDefault="00D16237">
      <w:pPr>
        <w:spacing w:after="0"/>
      </w:pPr>
      <w:r>
        <w:rPr>
          <w:rFonts w:ascii="Arial" w:hAnsi="Arial"/>
          <w:b/>
        </w:rPr>
        <w:t xml:space="preserve">Interviewer E:  </w:t>
      </w:r>
      <w:r>
        <w:rPr>
          <w:rFonts w:ascii="Arial" w:hAnsi="Arial"/>
          <w:color w:val="5D7284"/>
        </w:rPr>
        <w:t>02:16</w:t>
      </w:r>
    </w:p>
    <w:p w14:paraId="6CBDD978" w14:textId="77777777" w:rsidR="00B23B83" w:rsidRDefault="00D16237">
      <w:pPr>
        <w:spacing w:after="0"/>
      </w:pPr>
      <w:r>
        <w:rPr>
          <w:rFonts w:ascii="Arial" w:hAnsi="Arial"/>
        </w:rPr>
        <w:t>Okay, alright, so I guess we should find out I'm gonna get my timer set up for a minute.</w:t>
      </w:r>
    </w:p>
    <w:p w14:paraId="4A4CD285" w14:textId="77777777" w:rsidR="00B23B83" w:rsidRDefault="00B23B83">
      <w:pPr>
        <w:spacing w:after="0"/>
      </w:pPr>
    </w:p>
    <w:p w14:paraId="003510D0" w14:textId="77777777" w:rsidR="00B23B83" w:rsidRDefault="00D16237">
      <w:pPr>
        <w:spacing w:after="0"/>
      </w:pPr>
      <w:r>
        <w:rPr>
          <w:rFonts w:ascii="Arial" w:hAnsi="Arial"/>
          <w:b/>
        </w:rPr>
        <w:lastRenderedPageBreak/>
        <w:t xml:space="preserve">Participant #27:  </w:t>
      </w:r>
      <w:r>
        <w:rPr>
          <w:rFonts w:ascii="Arial" w:hAnsi="Arial"/>
          <w:color w:val="5D7284"/>
        </w:rPr>
        <w:t>02:40</w:t>
      </w:r>
    </w:p>
    <w:p w14:paraId="0ED29C89" w14:textId="77777777" w:rsidR="00B23B83" w:rsidRDefault="00D16237">
      <w:pPr>
        <w:spacing w:after="0"/>
      </w:pPr>
      <w:r>
        <w:rPr>
          <w:rFonts w:ascii="Arial" w:hAnsi="Arial"/>
        </w:rPr>
        <w:t>Alright.</w:t>
      </w:r>
    </w:p>
    <w:p w14:paraId="40CBE440" w14:textId="77777777" w:rsidR="00B23B83" w:rsidRDefault="00B23B83">
      <w:pPr>
        <w:spacing w:after="0"/>
      </w:pPr>
    </w:p>
    <w:p w14:paraId="69004119" w14:textId="77777777" w:rsidR="00B23B83" w:rsidRDefault="00D16237">
      <w:pPr>
        <w:spacing w:after="0"/>
      </w:pPr>
      <w:r>
        <w:rPr>
          <w:rFonts w:ascii="Arial" w:hAnsi="Arial"/>
          <w:b/>
        </w:rPr>
        <w:t xml:space="preserve">Interviewer E:  </w:t>
      </w:r>
      <w:r>
        <w:rPr>
          <w:rFonts w:ascii="Arial" w:hAnsi="Arial"/>
          <w:color w:val="5D7284"/>
        </w:rPr>
        <w:t>02:42</w:t>
      </w:r>
    </w:p>
    <w:p w14:paraId="49CE43EF" w14:textId="77777777" w:rsidR="00B23B83" w:rsidRDefault="00D16237">
      <w:pPr>
        <w:spacing w:after="0"/>
      </w:pPr>
      <w:r>
        <w:rPr>
          <w:rFonts w:ascii="Arial" w:hAnsi="Arial"/>
        </w:rPr>
        <w:t>The tricky part is not spilling it. Aright and let see.</w:t>
      </w:r>
    </w:p>
    <w:p w14:paraId="0910F83A" w14:textId="77777777" w:rsidR="00B23B83" w:rsidRDefault="00B23B83">
      <w:pPr>
        <w:spacing w:after="0"/>
      </w:pPr>
    </w:p>
    <w:p w14:paraId="6B0F78B9" w14:textId="77777777" w:rsidR="00B23B83" w:rsidRDefault="00D16237">
      <w:pPr>
        <w:spacing w:after="0"/>
      </w:pPr>
      <w:r>
        <w:rPr>
          <w:rFonts w:ascii="Arial" w:hAnsi="Arial"/>
          <w:b/>
        </w:rPr>
        <w:t xml:space="preserve">Participant #27:  </w:t>
      </w:r>
      <w:r>
        <w:rPr>
          <w:rFonts w:ascii="Arial" w:hAnsi="Arial"/>
          <w:color w:val="5D7284"/>
        </w:rPr>
        <w:t>03:45</w:t>
      </w:r>
    </w:p>
    <w:p w14:paraId="4B973F20" w14:textId="77777777" w:rsidR="00B23B83" w:rsidRDefault="00D16237">
      <w:pPr>
        <w:spacing w:after="0"/>
      </w:pPr>
      <w:r>
        <w:rPr>
          <w:rFonts w:ascii="Arial" w:hAnsi="Arial"/>
        </w:rPr>
        <w:t>Thanks.</w:t>
      </w:r>
    </w:p>
    <w:p w14:paraId="045D9A73" w14:textId="77777777" w:rsidR="00B23B83" w:rsidRDefault="00B23B83">
      <w:pPr>
        <w:spacing w:after="0"/>
      </w:pPr>
    </w:p>
    <w:p w14:paraId="15FAEFDE" w14:textId="77777777" w:rsidR="00B23B83" w:rsidRDefault="00D16237">
      <w:pPr>
        <w:spacing w:after="0"/>
      </w:pPr>
      <w:r>
        <w:rPr>
          <w:rFonts w:ascii="Arial" w:hAnsi="Arial"/>
          <w:b/>
        </w:rPr>
        <w:t xml:space="preserve">Interviewer E:  </w:t>
      </w:r>
      <w:r>
        <w:rPr>
          <w:rFonts w:ascii="Arial" w:hAnsi="Arial"/>
          <w:color w:val="5D7284"/>
        </w:rPr>
        <w:t>04:01</w:t>
      </w:r>
    </w:p>
    <w:p w14:paraId="56D0D311" w14:textId="0E322281" w:rsidR="00B23B83" w:rsidRDefault="00D16237">
      <w:pPr>
        <w:spacing w:after="0"/>
      </w:pPr>
      <w:r>
        <w:rPr>
          <w:rFonts w:ascii="Arial" w:hAnsi="Arial"/>
        </w:rPr>
        <w:t xml:space="preserve">Okay, yeah, yeah, yeah. All right. </w:t>
      </w:r>
      <w:r w:rsidR="00B43844">
        <w:rPr>
          <w:rFonts w:ascii="Arial" w:hAnsi="Arial"/>
        </w:rPr>
        <w:t>So,</w:t>
      </w:r>
      <w:r>
        <w:rPr>
          <w:rFonts w:ascii="Arial" w:hAnsi="Arial"/>
        </w:rPr>
        <w:t xml:space="preserve"> it's been a minute as you take time to reflect. </w:t>
      </w:r>
      <w:r w:rsidR="00B43844">
        <w:rPr>
          <w:rFonts w:ascii="Arial" w:hAnsi="Arial"/>
        </w:rPr>
        <w:t>So,</w:t>
      </w:r>
      <w:r>
        <w:rPr>
          <w:rFonts w:ascii="Arial" w:hAnsi="Arial"/>
        </w:rPr>
        <w:t xml:space="preserve"> what do you think? What do you think? Why do you think your prediction is different from what actually occurred?</w:t>
      </w:r>
    </w:p>
    <w:p w14:paraId="243E0E97" w14:textId="77777777" w:rsidR="00B23B83" w:rsidRDefault="00B23B83">
      <w:pPr>
        <w:spacing w:after="0"/>
      </w:pPr>
    </w:p>
    <w:p w14:paraId="7BC28168" w14:textId="77777777" w:rsidR="00B23B83" w:rsidRDefault="00D16237">
      <w:pPr>
        <w:spacing w:after="0"/>
      </w:pPr>
      <w:r>
        <w:rPr>
          <w:rFonts w:ascii="Arial" w:hAnsi="Arial"/>
          <w:b/>
        </w:rPr>
        <w:t xml:space="preserve">Participant #27:  </w:t>
      </w:r>
      <w:r>
        <w:rPr>
          <w:rFonts w:ascii="Arial" w:hAnsi="Arial"/>
          <w:color w:val="5D7284"/>
        </w:rPr>
        <w:t>04:20</w:t>
      </w:r>
    </w:p>
    <w:p w14:paraId="6FEB68B7" w14:textId="77777777" w:rsidR="00B23B83" w:rsidRDefault="00D16237">
      <w:pPr>
        <w:spacing w:after="0"/>
      </w:pPr>
      <w:r>
        <w:rPr>
          <w:rFonts w:ascii="Arial" w:hAnsi="Arial"/>
        </w:rPr>
        <w:t xml:space="preserve">Um Well, I think I </w:t>
      </w:r>
      <w:r>
        <w:rPr>
          <w:rFonts w:ascii="Arial" w:hAnsi="Arial"/>
        </w:rPr>
        <w:t>guess it makes sense when you're like thinking of the ocean, like because it's colder at the bottom. But for some reason, I thought that maybe hot water was more dense than cold water. But obviously that's not right. I don't know if density has anything to do with this. But I was just completely opposite of what the right answer was.</w:t>
      </w:r>
    </w:p>
    <w:p w14:paraId="351D30F0" w14:textId="77777777" w:rsidR="00B23B83" w:rsidRDefault="00B23B83">
      <w:pPr>
        <w:spacing w:after="0"/>
      </w:pPr>
    </w:p>
    <w:p w14:paraId="3BEB35CA" w14:textId="77777777" w:rsidR="00B23B83" w:rsidRDefault="00D16237">
      <w:pPr>
        <w:spacing w:after="0"/>
      </w:pPr>
      <w:r>
        <w:rPr>
          <w:rFonts w:ascii="Arial" w:hAnsi="Arial"/>
          <w:b/>
        </w:rPr>
        <w:t xml:space="preserve">Interviewer E:  </w:t>
      </w:r>
      <w:r>
        <w:rPr>
          <w:rFonts w:ascii="Arial" w:hAnsi="Arial"/>
          <w:color w:val="5D7284"/>
        </w:rPr>
        <w:t>04:45</w:t>
      </w:r>
    </w:p>
    <w:p w14:paraId="497B4E9D" w14:textId="77777777" w:rsidR="00B23B83" w:rsidRDefault="00D16237">
      <w:pPr>
        <w:spacing w:after="0"/>
      </w:pPr>
      <w:r>
        <w:rPr>
          <w:rFonts w:ascii="Arial" w:hAnsi="Arial"/>
        </w:rPr>
        <w:t>Oh, well that's all right.</w:t>
      </w:r>
    </w:p>
    <w:p w14:paraId="1A83BAC6" w14:textId="77777777" w:rsidR="00B23B83" w:rsidRDefault="00B23B83">
      <w:pPr>
        <w:spacing w:after="0"/>
      </w:pPr>
    </w:p>
    <w:p w14:paraId="4AA0FA52" w14:textId="77777777" w:rsidR="00B23B83" w:rsidRDefault="00D16237">
      <w:pPr>
        <w:spacing w:after="0"/>
      </w:pPr>
      <w:r>
        <w:rPr>
          <w:rFonts w:ascii="Arial" w:hAnsi="Arial"/>
          <w:b/>
        </w:rPr>
        <w:t xml:space="preserve">Participant #27:  </w:t>
      </w:r>
      <w:r>
        <w:rPr>
          <w:rFonts w:ascii="Arial" w:hAnsi="Arial"/>
          <w:color w:val="5D7284"/>
        </w:rPr>
        <w:t>04:46</w:t>
      </w:r>
    </w:p>
    <w:p w14:paraId="1CB00511" w14:textId="77777777" w:rsidR="00B23B83" w:rsidRDefault="00D16237">
      <w:pPr>
        <w:spacing w:after="0"/>
      </w:pPr>
      <w:r>
        <w:rPr>
          <w:rFonts w:ascii="Arial" w:hAnsi="Arial"/>
        </w:rPr>
        <w:t>I feel like there's not a lot of mixing either. Really.</w:t>
      </w:r>
    </w:p>
    <w:p w14:paraId="27BF1885" w14:textId="77777777" w:rsidR="00B23B83" w:rsidRDefault="00B23B83">
      <w:pPr>
        <w:spacing w:after="0"/>
      </w:pPr>
    </w:p>
    <w:p w14:paraId="691C7AC2" w14:textId="77777777" w:rsidR="00B23B83" w:rsidRDefault="00D16237">
      <w:pPr>
        <w:spacing w:after="0"/>
      </w:pPr>
      <w:r>
        <w:rPr>
          <w:rFonts w:ascii="Arial" w:hAnsi="Arial"/>
          <w:b/>
        </w:rPr>
        <w:t xml:space="preserve">Interviewer E:  </w:t>
      </w:r>
      <w:r>
        <w:rPr>
          <w:rFonts w:ascii="Arial" w:hAnsi="Arial"/>
          <w:color w:val="5D7284"/>
        </w:rPr>
        <w:t>04:49</w:t>
      </w:r>
    </w:p>
    <w:p w14:paraId="049E5985" w14:textId="77777777" w:rsidR="00B23B83" w:rsidRDefault="00D16237">
      <w:pPr>
        <w:spacing w:after="0"/>
      </w:pPr>
      <w:r>
        <w:rPr>
          <w:rFonts w:ascii="Arial" w:hAnsi="Arial"/>
        </w:rPr>
        <w:t xml:space="preserve">Yeah, didn't mix so much. It formed like these really super stratified layers. </w:t>
      </w:r>
    </w:p>
    <w:p w14:paraId="49DCEC27" w14:textId="77777777" w:rsidR="00B23B83" w:rsidRDefault="00B23B83">
      <w:pPr>
        <w:spacing w:after="0"/>
      </w:pPr>
    </w:p>
    <w:p w14:paraId="3B5C6DC8" w14:textId="77777777" w:rsidR="00B23B83" w:rsidRDefault="00D16237">
      <w:pPr>
        <w:spacing w:after="0"/>
      </w:pPr>
      <w:r>
        <w:rPr>
          <w:rFonts w:ascii="Arial" w:hAnsi="Arial"/>
          <w:b/>
        </w:rPr>
        <w:t xml:space="preserve">Participant #27:  </w:t>
      </w:r>
      <w:r>
        <w:rPr>
          <w:rFonts w:ascii="Arial" w:hAnsi="Arial"/>
          <w:color w:val="5D7284"/>
        </w:rPr>
        <w:t>04:54</w:t>
      </w:r>
    </w:p>
    <w:p w14:paraId="63EC74C9" w14:textId="77777777" w:rsidR="00B23B83" w:rsidRDefault="00D16237">
      <w:pPr>
        <w:spacing w:after="0"/>
      </w:pPr>
      <w:r>
        <w:rPr>
          <w:rFonts w:ascii="Arial" w:hAnsi="Arial"/>
        </w:rPr>
        <w:t xml:space="preserve">Yeah. </w:t>
      </w:r>
    </w:p>
    <w:p w14:paraId="014928C7" w14:textId="77777777" w:rsidR="00B23B83" w:rsidRDefault="00B23B83">
      <w:pPr>
        <w:spacing w:after="0"/>
      </w:pPr>
    </w:p>
    <w:p w14:paraId="6EAE0107" w14:textId="77777777" w:rsidR="00B23B83" w:rsidRDefault="00D16237">
      <w:pPr>
        <w:spacing w:after="0"/>
      </w:pPr>
      <w:r>
        <w:rPr>
          <w:rFonts w:ascii="Arial" w:hAnsi="Arial"/>
          <w:b/>
        </w:rPr>
        <w:t xml:space="preserve">Interviewer E:  </w:t>
      </w:r>
      <w:r>
        <w:rPr>
          <w:rFonts w:ascii="Arial" w:hAnsi="Arial"/>
          <w:color w:val="5D7284"/>
        </w:rPr>
        <w:t>04:57</w:t>
      </w:r>
    </w:p>
    <w:p w14:paraId="246A663A" w14:textId="06C6BABF" w:rsidR="00B23B83" w:rsidRDefault="00D16237">
      <w:pPr>
        <w:spacing w:after="0"/>
      </w:pPr>
      <w:r>
        <w:rPr>
          <w:rFonts w:ascii="Arial" w:hAnsi="Arial"/>
        </w:rPr>
        <w:t xml:space="preserve">Yeah, and it never gets old. Now what I'm gonna do is I'm gonna move this to the side, right there. </w:t>
      </w:r>
      <w:r w:rsidR="00B43844">
        <w:rPr>
          <w:rFonts w:ascii="Arial" w:hAnsi="Arial"/>
        </w:rPr>
        <w:t>That’s</w:t>
      </w:r>
      <w:r>
        <w:rPr>
          <w:rFonts w:ascii="Arial" w:hAnsi="Arial"/>
        </w:rPr>
        <w:t xml:space="preserve"> one of them, so give me a second. I have this for some I've done this since last semester. So I'm a little </w:t>
      </w:r>
      <w:r w:rsidR="00B43844">
        <w:rPr>
          <w:rFonts w:ascii="Arial" w:hAnsi="Arial"/>
        </w:rPr>
        <w:t>rusty. I</w:t>
      </w:r>
      <w:r>
        <w:rPr>
          <w:rFonts w:ascii="Arial" w:hAnsi="Arial"/>
        </w:rPr>
        <w:t xml:space="preserve"> mean, did you find it interesting overall?</w:t>
      </w:r>
    </w:p>
    <w:p w14:paraId="20E087AE" w14:textId="77777777" w:rsidR="00B23B83" w:rsidRDefault="00B23B83">
      <w:pPr>
        <w:spacing w:after="0"/>
      </w:pPr>
    </w:p>
    <w:p w14:paraId="60C1D20F" w14:textId="77777777" w:rsidR="00B23B83" w:rsidRDefault="00D16237">
      <w:pPr>
        <w:spacing w:after="0"/>
      </w:pPr>
      <w:r>
        <w:rPr>
          <w:rFonts w:ascii="Arial" w:hAnsi="Arial"/>
          <w:b/>
        </w:rPr>
        <w:t xml:space="preserve">Participant #27:  </w:t>
      </w:r>
      <w:r>
        <w:rPr>
          <w:rFonts w:ascii="Arial" w:hAnsi="Arial"/>
          <w:color w:val="5D7284"/>
        </w:rPr>
        <w:t>05:28</w:t>
      </w:r>
    </w:p>
    <w:p w14:paraId="06A47DF7" w14:textId="77777777" w:rsidR="00B23B83" w:rsidRDefault="00D16237">
      <w:pPr>
        <w:spacing w:after="0"/>
      </w:pPr>
      <w:r>
        <w:rPr>
          <w:rFonts w:ascii="Arial" w:hAnsi="Arial"/>
        </w:rPr>
        <w:t xml:space="preserve">Yeah, I think that's really interesting. </w:t>
      </w:r>
    </w:p>
    <w:p w14:paraId="6F813183" w14:textId="77777777" w:rsidR="00B23B83" w:rsidRDefault="00B23B83">
      <w:pPr>
        <w:spacing w:after="0"/>
      </w:pPr>
    </w:p>
    <w:p w14:paraId="4A55650D" w14:textId="77777777" w:rsidR="00B23B83" w:rsidRDefault="00D16237">
      <w:pPr>
        <w:spacing w:after="0"/>
      </w:pPr>
      <w:r>
        <w:rPr>
          <w:rFonts w:ascii="Arial" w:hAnsi="Arial"/>
          <w:b/>
        </w:rPr>
        <w:t xml:space="preserve">Interviewer E:  </w:t>
      </w:r>
      <w:r>
        <w:rPr>
          <w:rFonts w:ascii="Arial" w:hAnsi="Arial"/>
          <w:color w:val="5D7284"/>
        </w:rPr>
        <w:t>05:30</w:t>
      </w:r>
    </w:p>
    <w:p w14:paraId="4912844E" w14:textId="77777777" w:rsidR="00B23B83" w:rsidRDefault="00D16237">
      <w:pPr>
        <w:spacing w:after="0"/>
      </w:pPr>
      <w:r>
        <w:rPr>
          <w:rFonts w:ascii="Arial" w:hAnsi="Arial"/>
        </w:rPr>
        <w:t xml:space="preserve">Yeah. </w:t>
      </w:r>
    </w:p>
    <w:p w14:paraId="666A8358" w14:textId="77777777" w:rsidR="00B23B83" w:rsidRDefault="00B23B83">
      <w:pPr>
        <w:spacing w:after="0"/>
      </w:pPr>
    </w:p>
    <w:p w14:paraId="1F3DAD19" w14:textId="77777777" w:rsidR="00B23B83" w:rsidRDefault="00D16237">
      <w:pPr>
        <w:spacing w:after="0"/>
      </w:pPr>
      <w:r>
        <w:rPr>
          <w:rFonts w:ascii="Arial" w:hAnsi="Arial"/>
          <w:b/>
        </w:rPr>
        <w:t xml:space="preserve">Participant #27:  </w:t>
      </w:r>
      <w:r>
        <w:rPr>
          <w:rFonts w:ascii="Arial" w:hAnsi="Arial"/>
          <w:color w:val="5D7284"/>
        </w:rPr>
        <w:t>05:30</w:t>
      </w:r>
    </w:p>
    <w:p w14:paraId="1C2661AA" w14:textId="77777777" w:rsidR="00B23B83" w:rsidRDefault="00D16237">
      <w:pPr>
        <w:spacing w:after="0"/>
      </w:pPr>
      <w:r>
        <w:rPr>
          <w:rFonts w:ascii="Arial" w:hAnsi="Arial"/>
        </w:rPr>
        <w:t>I think it helps, like better understand how, like, water columns work. Like I said in the ocean. I feel like.</w:t>
      </w:r>
    </w:p>
    <w:p w14:paraId="077D7879" w14:textId="77777777" w:rsidR="00B23B83" w:rsidRDefault="00B23B83">
      <w:pPr>
        <w:spacing w:after="0"/>
      </w:pPr>
    </w:p>
    <w:p w14:paraId="738378E5" w14:textId="77777777" w:rsidR="00B23B83" w:rsidRDefault="00D16237">
      <w:pPr>
        <w:spacing w:after="0"/>
      </w:pPr>
      <w:r>
        <w:rPr>
          <w:rFonts w:ascii="Arial" w:hAnsi="Arial"/>
          <w:b/>
        </w:rPr>
        <w:t xml:space="preserve">Interviewer E:  </w:t>
      </w:r>
      <w:r>
        <w:rPr>
          <w:rFonts w:ascii="Arial" w:hAnsi="Arial"/>
          <w:color w:val="5D7284"/>
        </w:rPr>
        <w:t>05:38</w:t>
      </w:r>
    </w:p>
    <w:p w14:paraId="15C1D936" w14:textId="77777777" w:rsidR="00B23B83" w:rsidRDefault="00D16237">
      <w:pPr>
        <w:spacing w:after="0"/>
      </w:pPr>
      <w:r>
        <w:rPr>
          <w:rFonts w:ascii="Arial" w:hAnsi="Arial"/>
        </w:rPr>
        <w:t>Like if a professor was like, oh, let's showed you this, you probably understand it a lot better than just like walk along.</w:t>
      </w:r>
    </w:p>
    <w:p w14:paraId="48B6B55F" w14:textId="77777777" w:rsidR="00B23B83" w:rsidRDefault="00B23B83">
      <w:pPr>
        <w:spacing w:after="0"/>
      </w:pPr>
    </w:p>
    <w:p w14:paraId="2458E5AA" w14:textId="77777777" w:rsidR="00B23B83" w:rsidRDefault="00D16237">
      <w:pPr>
        <w:spacing w:after="0"/>
      </w:pPr>
      <w:r>
        <w:rPr>
          <w:rFonts w:ascii="Arial" w:hAnsi="Arial"/>
          <w:b/>
        </w:rPr>
        <w:t xml:space="preserve">Participant #27:  </w:t>
      </w:r>
      <w:r>
        <w:rPr>
          <w:rFonts w:ascii="Arial" w:hAnsi="Arial"/>
          <w:color w:val="5D7284"/>
        </w:rPr>
        <w:t>05:46</w:t>
      </w:r>
    </w:p>
    <w:p w14:paraId="016F70AC" w14:textId="77777777" w:rsidR="00B23B83" w:rsidRDefault="00D16237">
      <w:pPr>
        <w:spacing w:after="0"/>
      </w:pPr>
      <w:r>
        <w:rPr>
          <w:rFonts w:ascii="Arial" w:hAnsi="Arial"/>
        </w:rPr>
        <w:t xml:space="preserve">Yeah, definitely. Yeah, I would definitely like after this. I would definitely retain it and be able to talk about that and oceanography or something. </w:t>
      </w:r>
    </w:p>
    <w:p w14:paraId="2B4215A8" w14:textId="77777777" w:rsidR="00B23B83" w:rsidRDefault="00B23B83">
      <w:pPr>
        <w:spacing w:after="0"/>
      </w:pPr>
    </w:p>
    <w:p w14:paraId="21459717" w14:textId="77777777" w:rsidR="00B23B83" w:rsidRDefault="00D16237">
      <w:pPr>
        <w:spacing w:after="0"/>
      </w:pPr>
      <w:r>
        <w:rPr>
          <w:rFonts w:ascii="Arial" w:hAnsi="Arial"/>
          <w:b/>
        </w:rPr>
        <w:t xml:space="preserve">Interviewer E:  </w:t>
      </w:r>
      <w:r>
        <w:rPr>
          <w:rFonts w:ascii="Arial" w:hAnsi="Arial"/>
          <w:color w:val="5D7284"/>
        </w:rPr>
        <w:t>05:55</w:t>
      </w:r>
    </w:p>
    <w:p w14:paraId="05C21028" w14:textId="5E0500B0" w:rsidR="00B23B83" w:rsidRDefault="00D16237">
      <w:pPr>
        <w:spacing w:after="0"/>
      </w:pPr>
      <w:r>
        <w:rPr>
          <w:rFonts w:ascii="Arial" w:hAnsi="Arial"/>
        </w:rPr>
        <w:t xml:space="preserve">Yeah. All right. So now we have another one, we're gonna snag that. </w:t>
      </w:r>
      <w:r w:rsidR="00B43844">
        <w:rPr>
          <w:rFonts w:ascii="Arial" w:hAnsi="Arial"/>
        </w:rPr>
        <w:t>So,</w:t>
      </w:r>
      <w:r>
        <w:rPr>
          <w:rFonts w:ascii="Arial" w:hAnsi="Arial"/>
        </w:rPr>
        <w:t xml:space="preserve"> this one is going to be water that's the same temperature okay. Both red and blue once again, but you can feel these ones are the exact same temperature.</w:t>
      </w:r>
    </w:p>
    <w:p w14:paraId="00F2929C" w14:textId="77777777" w:rsidR="00B23B83" w:rsidRDefault="00B23B83">
      <w:pPr>
        <w:spacing w:after="0"/>
      </w:pPr>
    </w:p>
    <w:p w14:paraId="74EF0BC0" w14:textId="77777777" w:rsidR="00B23B83" w:rsidRDefault="00D16237">
      <w:pPr>
        <w:spacing w:after="0"/>
      </w:pPr>
      <w:r>
        <w:rPr>
          <w:rFonts w:ascii="Arial" w:hAnsi="Arial"/>
          <w:b/>
        </w:rPr>
        <w:t xml:space="preserve">Participant #27:  </w:t>
      </w:r>
      <w:r>
        <w:rPr>
          <w:rFonts w:ascii="Arial" w:hAnsi="Arial"/>
          <w:color w:val="5D7284"/>
        </w:rPr>
        <w:t>06:19</w:t>
      </w:r>
    </w:p>
    <w:p w14:paraId="11A2B93B" w14:textId="77777777" w:rsidR="00B23B83" w:rsidRDefault="00D16237">
      <w:pPr>
        <w:spacing w:after="0"/>
      </w:pPr>
      <w:r>
        <w:rPr>
          <w:rFonts w:ascii="Arial" w:hAnsi="Arial"/>
        </w:rPr>
        <w:t>Okay.</w:t>
      </w:r>
    </w:p>
    <w:p w14:paraId="2AA8C60E" w14:textId="77777777" w:rsidR="00B23B83" w:rsidRDefault="00B23B83">
      <w:pPr>
        <w:spacing w:after="0"/>
      </w:pPr>
    </w:p>
    <w:p w14:paraId="27C2D4B7" w14:textId="77777777" w:rsidR="00B23B83" w:rsidRDefault="00D16237">
      <w:pPr>
        <w:spacing w:after="0"/>
      </w:pPr>
      <w:r>
        <w:rPr>
          <w:rFonts w:ascii="Arial" w:hAnsi="Arial"/>
          <w:b/>
        </w:rPr>
        <w:t xml:space="preserve">Interviewer E:  </w:t>
      </w:r>
      <w:r>
        <w:rPr>
          <w:rFonts w:ascii="Arial" w:hAnsi="Arial"/>
          <w:color w:val="5D7284"/>
        </w:rPr>
        <w:t>06:25</w:t>
      </w:r>
    </w:p>
    <w:p w14:paraId="78672AD9" w14:textId="7705F312" w:rsidR="00B23B83" w:rsidRDefault="00B43844">
      <w:pPr>
        <w:spacing w:after="0"/>
      </w:pPr>
      <w:r>
        <w:rPr>
          <w:rFonts w:ascii="Arial" w:hAnsi="Arial"/>
        </w:rPr>
        <w:t>So, I'm also going to give you another one of those out your way so how do you think it'll work after one minute of me moving the dividing wall?</w:t>
      </w:r>
    </w:p>
    <w:p w14:paraId="28E3B3C8" w14:textId="77777777" w:rsidR="00B23B83" w:rsidRDefault="00B23B83">
      <w:pPr>
        <w:spacing w:after="0"/>
      </w:pPr>
    </w:p>
    <w:p w14:paraId="4274B72E" w14:textId="77777777" w:rsidR="00B23B83" w:rsidRDefault="00D16237">
      <w:pPr>
        <w:spacing w:after="0"/>
      </w:pPr>
      <w:r>
        <w:rPr>
          <w:rFonts w:ascii="Arial" w:hAnsi="Arial"/>
          <w:b/>
        </w:rPr>
        <w:t xml:space="preserve">Participant #27:  </w:t>
      </w:r>
      <w:r>
        <w:rPr>
          <w:rFonts w:ascii="Arial" w:hAnsi="Arial"/>
          <w:color w:val="5D7284"/>
        </w:rPr>
        <w:t>06:36</w:t>
      </w:r>
    </w:p>
    <w:p w14:paraId="12A42A0B" w14:textId="77777777" w:rsidR="00B23B83" w:rsidRDefault="00D16237">
      <w:pPr>
        <w:spacing w:after="0"/>
      </w:pPr>
      <w:r>
        <w:rPr>
          <w:rFonts w:ascii="Arial" w:hAnsi="Arial"/>
        </w:rPr>
        <w:t>They're just like regular tap water.</w:t>
      </w:r>
    </w:p>
    <w:p w14:paraId="3EEDA2AA" w14:textId="77777777" w:rsidR="00B23B83" w:rsidRDefault="00B23B83">
      <w:pPr>
        <w:spacing w:after="0"/>
      </w:pPr>
    </w:p>
    <w:p w14:paraId="3D863637" w14:textId="77777777" w:rsidR="00B23B83" w:rsidRDefault="00D16237">
      <w:pPr>
        <w:spacing w:after="0"/>
      </w:pPr>
      <w:r>
        <w:rPr>
          <w:rFonts w:ascii="Arial" w:hAnsi="Arial"/>
          <w:b/>
        </w:rPr>
        <w:t xml:space="preserve">Interviewer E:  </w:t>
      </w:r>
      <w:r>
        <w:rPr>
          <w:rFonts w:ascii="Arial" w:hAnsi="Arial"/>
          <w:color w:val="5D7284"/>
        </w:rPr>
        <w:t>06:39</w:t>
      </w:r>
    </w:p>
    <w:p w14:paraId="60DAA961" w14:textId="77777777" w:rsidR="00B23B83" w:rsidRDefault="00D16237">
      <w:pPr>
        <w:spacing w:after="0"/>
      </w:pPr>
      <w:r>
        <w:rPr>
          <w:rFonts w:ascii="Arial" w:hAnsi="Arial"/>
        </w:rPr>
        <w:t xml:space="preserve"> Yep, regular tap water, same temperature no differences whatsoever other than the color.</w:t>
      </w:r>
    </w:p>
    <w:p w14:paraId="3FA0E06E" w14:textId="77777777" w:rsidR="00B23B83" w:rsidRDefault="00B23B83">
      <w:pPr>
        <w:spacing w:after="0"/>
      </w:pPr>
    </w:p>
    <w:p w14:paraId="19CEAEE9" w14:textId="77777777" w:rsidR="00B23B83" w:rsidRDefault="00D16237">
      <w:pPr>
        <w:spacing w:after="0"/>
      </w:pPr>
      <w:r>
        <w:rPr>
          <w:rFonts w:ascii="Arial" w:hAnsi="Arial"/>
          <w:b/>
        </w:rPr>
        <w:t xml:space="preserve">Participant #27:  </w:t>
      </w:r>
      <w:r>
        <w:rPr>
          <w:rFonts w:ascii="Arial" w:hAnsi="Arial"/>
          <w:color w:val="5D7284"/>
        </w:rPr>
        <w:t>06:46</w:t>
      </w:r>
    </w:p>
    <w:p w14:paraId="2918D70B" w14:textId="77777777" w:rsidR="00B23B83" w:rsidRDefault="00D16237">
      <w:pPr>
        <w:spacing w:after="0"/>
      </w:pPr>
      <w:r>
        <w:rPr>
          <w:rFonts w:ascii="Arial" w:hAnsi="Arial"/>
        </w:rPr>
        <w:t>Okay, do I draw you want me tell you?</w:t>
      </w:r>
    </w:p>
    <w:p w14:paraId="38FE95E4" w14:textId="77777777" w:rsidR="00B23B83" w:rsidRDefault="00B23B83">
      <w:pPr>
        <w:spacing w:after="0"/>
      </w:pPr>
    </w:p>
    <w:p w14:paraId="19C91DF4" w14:textId="77777777" w:rsidR="00B23B83" w:rsidRDefault="00D16237">
      <w:pPr>
        <w:spacing w:after="0"/>
      </w:pPr>
      <w:r>
        <w:rPr>
          <w:rFonts w:ascii="Arial" w:hAnsi="Arial"/>
          <w:b/>
        </w:rPr>
        <w:t xml:space="preserve">Interviewer E:  </w:t>
      </w:r>
      <w:r>
        <w:rPr>
          <w:rFonts w:ascii="Arial" w:hAnsi="Arial"/>
          <w:color w:val="5D7284"/>
        </w:rPr>
        <w:t>06:49</w:t>
      </w:r>
    </w:p>
    <w:p w14:paraId="538ED01D" w14:textId="77777777" w:rsidR="00B23B83" w:rsidRDefault="00D16237">
      <w:pPr>
        <w:spacing w:after="0"/>
      </w:pPr>
      <w:r>
        <w:rPr>
          <w:rFonts w:ascii="Arial" w:hAnsi="Arial"/>
        </w:rPr>
        <w:t>You could draw it and after you could explain it to me.</w:t>
      </w:r>
    </w:p>
    <w:p w14:paraId="28D2C466" w14:textId="77777777" w:rsidR="00B23B83" w:rsidRDefault="00B23B83">
      <w:pPr>
        <w:spacing w:after="0"/>
      </w:pPr>
    </w:p>
    <w:p w14:paraId="38C54B0E" w14:textId="77777777" w:rsidR="00B23B83" w:rsidRDefault="00D16237">
      <w:pPr>
        <w:spacing w:after="0"/>
      </w:pPr>
      <w:r>
        <w:rPr>
          <w:rFonts w:ascii="Arial" w:hAnsi="Arial"/>
          <w:b/>
        </w:rPr>
        <w:t xml:space="preserve">Participant #27:  </w:t>
      </w:r>
      <w:r>
        <w:rPr>
          <w:rFonts w:ascii="Arial" w:hAnsi="Arial"/>
          <w:color w:val="5D7284"/>
        </w:rPr>
        <w:t>06:51</w:t>
      </w:r>
    </w:p>
    <w:p w14:paraId="03DD354D" w14:textId="77777777" w:rsidR="00B23B83" w:rsidRDefault="00D16237">
      <w:pPr>
        <w:spacing w:after="0"/>
      </w:pPr>
      <w:r>
        <w:rPr>
          <w:rFonts w:ascii="Arial" w:hAnsi="Arial"/>
        </w:rPr>
        <w:t>Okay. If this makes sense, but</w:t>
      </w:r>
    </w:p>
    <w:p w14:paraId="58527CF3" w14:textId="77777777" w:rsidR="00B23B83" w:rsidRDefault="00B23B83">
      <w:pPr>
        <w:spacing w:after="0"/>
      </w:pPr>
    </w:p>
    <w:p w14:paraId="6F905608" w14:textId="77777777" w:rsidR="00B23B83" w:rsidRDefault="00D16237">
      <w:pPr>
        <w:spacing w:after="0"/>
      </w:pPr>
      <w:r>
        <w:rPr>
          <w:rFonts w:ascii="Arial" w:hAnsi="Arial"/>
          <w:b/>
        </w:rPr>
        <w:t xml:space="preserve">Interviewer E:  </w:t>
      </w:r>
      <w:r>
        <w:rPr>
          <w:rFonts w:ascii="Arial" w:hAnsi="Arial"/>
          <w:color w:val="5D7284"/>
        </w:rPr>
        <w:t>07:43</w:t>
      </w:r>
    </w:p>
    <w:p w14:paraId="0F41765B" w14:textId="77777777" w:rsidR="00B23B83" w:rsidRDefault="00D16237">
      <w:pPr>
        <w:spacing w:after="0"/>
      </w:pPr>
      <w:r>
        <w:rPr>
          <w:rFonts w:ascii="Arial" w:hAnsi="Arial"/>
        </w:rPr>
        <w:t>Alright well explain it to me best you can.</w:t>
      </w:r>
    </w:p>
    <w:p w14:paraId="5D6647DD" w14:textId="77777777" w:rsidR="00B23B83" w:rsidRDefault="00B23B83">
      <w:pPr>
        <w:spacing w:after="0"/>
      </w:pPr>
    </w:p>
    <w:p w14:paraId="37DFDC13" w14:textId="77777777" w:rsidR="00B23B83" w:rsidRDefault="00D16237">
      <w:pPr>
        <w:spacing w:after="0"/>
      </w:pPr>
      <w:r>
        <w:rPr>
          <w:rFonts w:ascii="Arial" w:hAnsi="Arial"/>
          <w:b/>
        </w:rPr>
        <w:t xml:space="preserve">Participant #27:  </w:t>
      </w:r>
      <w:r>
        <w:rPr>
          <w:rFonts w:ascii="Arial" w:hAnsi="Arial"/>
          <w:color w:val="5D7284"/>
        </w:rPr>
        <w:t>07:44</w:t>
      </w:r>
    </w:p>
    <w:p w14:paraId="220AA93C" w14:textId="77777777" w:rsidR="00B23B83" w:rsidRDefault="00D16237">
      <w:pPr>
        <w:spacing w:after="0"/>
      </w:pPr>
      <w:r>
        <w:rPr>
          <w:rFonts w:ascii="Arial" w:hAnsi="Arial"/>
        </w:rPr>
        <w:t>Like I think that it's going to be like a bigger percentage is going to be mixed but I do think there will still since there's no actual mixing happening, I think that they'll still be like it won't be completely like mixed together. I think they'll still be like a little bit more blue and red in some places. Like once it dies down from moving but I do think it will be pretty mixed up and make purple.</w:t>
      </w:r>
    </w:p>
    <w:p w14:paraId="0E0B1E98" w14:textId="77777777" w:rsidR="00B23B83" w:rsidRDefault="00B23B83">
      <w:pPr>
        <w:spacing w:after="0"/>
      </w:pPr>
    </w:p>
    <w:p w14:paraId="5BA15EBF" w14:textId="77777777" w:rsidR="00B23B83" w:rsidRDefault="00D16237">
      <w:pPr>
        <w:spacing w:after="0"/>
      </w:pPr>
      <w:r>
        <w:rPr>
          <w:rFonts w:ascii="Arial" w:hAnsi="Arial"/>
          <w:b/>
        </w:rPr>
        <w:t xml:space="preserve">Interviewer E:  </w:t>
      </w:r>
      <w:r>
        <w:rPr>
          <w:rFonts w:ascii="Arial" w:hAnsi="Arial"/>
          <w:color w:val="5D7284"/>
        </w:rPr>
        <w:t>08:11</w:t>
      </w:r>
    </w:p>
    <w:p w14:paraId="58BCA1B2" w14:textId="77777777" w:rsidR="00B23B83" w:rsidRDefault="00D16237">
      <w:pPr>
        <w:spacing w:after="0"/>
      </w:pPr>
      <w:r>
        <w:rPr>
          <w:rFonts w:ascii="Arial" w:hAnsi="Arial"/>
        </w:rPr>
        <w:t>Alright very pretty thanks. Alright, so let me get my timer again. Let's see what happens.</w:t>
      </w:r>
    </w:p>
    <w:p w14:paraId="57942179" w14:textId="77777777" w:rsidR="00B23B83" w:rsidRDefault="00B23B83">
      <w:pPr>
        <w:spacing w:after="0"/>
      </w:pPr>
    </w:p>
    <w:p w14:paraId="68D509CD" w14:textId="77777777" w:rsidR="00B23B83" w:rsidRDefault="00D16237">
      <w:pPr>
        <w:spacing w:after="0"/>
      </w:pPr>
      <w:r>
        <w:rPr>
          <w:rFonts w:ascii="Arial" w:hAnsi="Arial"/>
          <w:b/>
        </w:rPr>
        <w:t xml:space="preserve">Participant #27:  </w:t>
      </w:r>
      <w:r>
        <w:rPr>
          <w:rFonts w:ascii="Arial" w:hAnsi="Arial"/>
          <w:color w:val="5D7284"/>
        </w:rPr>
        <w:t>09:40</w:t>
      </w:r>
    </w:p>
    <w:p w14:paraId="4FE5FE6C" w14:textId="77777777" w:rsidR="00B23B83" w:rsidRDefault="00D16237">
      <w:pPr>
        <w:spacing w:after="0"/>
      </w:pPr>
      <w:r>
        <w:rPr>
          <w:rFonts w:ascii="Arial" w:hAnsi="Arial"/>
        </w:rPr>
        <w:t xml:space="preserve">That's crazy. </w:t>
      </w:r>
    </w:p>
    <w:p w14:paraId="455E663A" w14:textId="77777777" w:rsidR="00B23B83" w:rsidRDefault="00B23B83">
      <w:pPr>
        <w:spacing w:after="0"/>
      </w:pPr>
    </w:p>
    <w:p w14:paraId="5184959D" w14:textId="77777777" w:rsidR="00B23B83" w:rsidRDefault="00D16237">
      <w:pPr>
        <w:spacing w:after="0"/>
      </w:pPr>
      <w:r>
        <w:rPr>
          <w:rFonts w:ascii="Arial" w:hAnsi="Arial"/>
          <w:b/>
        </w:rPr>
        <w:t xml:space="preserve">Interviewer E:  </w:t>
      </w:r>
      <w:r>
        <w:rPr>
          <w:rFonts w:ascii="Arial" w:hAnsi="Arial"/>
          <w:color w:val="5D7284"/>
        </w:rPr>
        <w:t>09:41</w:t>
      </w:r>
    </w:p>
    <w:p w14:paraId="666C7A01" w14:textId="254F1672" w:rsidR="00B23B83" w:rsidRDefault="00B43844">
      <w:pPr>
        <w:spacing w:after="0"/>
      </w:pPr>
      <w:r>
        <w:rPr>
          <w:rFonts w:ascii="Arial" w:hAnsi="Arial"/>
        </w:rPr>
        <w:t>Yeah, it is. Does this surprise you?</w:t>
      </w:r>
    </w:p>
    <w:p w14:paraId="6A916DA0" w14:textId="77777777" w:rsidR="00B23B83" w:rsidRDefault="00B23B83">
      <w:pPr>
        <w:spacing w:after="0"/>
      </w:pPr>
    </w:p>
    <w:p w14:paraId="6827773A" w14:textId="77777777" w:rsidR="00B23B83" w:rsidRDefault="00D16237">
      <w:pPr>
        <w:spacing w:after="0"/>
      </w:pPr>
      <w:r>
        <w:rPr>
          <w:rFonts w:ascii="Arial" w:hAnsi="Arial"/>
          <w:b/>
        </w:rPr>
        <w:t xml:space="preserve">Participant #27:  </w:t>
      </w:r>
      <w:r>
        <w:rPr>
          <w:rFonts w:ascii="Arial" w:hAnsi="Arial"/>
          <w:color w:val="5D7284"/>
        </w:rPr>
        <w:t>09:43</w:t>
      </w:r>
    </w:p>
    <w:p w14:paraId="4D15DFAF" w14:textId="253FDAD8" w:rsidR="00B23B83" w:rsidRDefault="00D16237">
      <w:pPr>
        <w:spacing w:after="0"/>
      </w:pPr>
      <w:r>
        <w:rPr>
          <w:rFonts w:ascii="Arial" w:hAnsi="Arial"/>
        </w:rPr>
        <w:t xml:space="preserve">Kind of. Yeah. </w:t>
      </w:r>
      <w:r w:rsidR="00B43844">
        <w:rPr>
          <w:rFonts w:ascii="Arial" w:hAnsi="Arial"/>
        </w:rPr>
        <w:t>So,</w:t>
      </w:r>
      <w:r>
        <w:rPr>
          <w:rFonts w:ascii="Arial" w:hAnsi="Arial"/>
        </w:rPr>
        <w:t xml:space="preserve"> I think in the last one when the colors moved so quick. It </w:t>
      </w:r>
      <w:r w:rsidR="00B43844">
        <w:rPr>
          <w:rFonts w:ascii="Arial" w:hAnsi="Arial"/>
        </w:rPr>
        <w:t>sorts</w:t>
      </w:r>
      <w:r>
        <w:rPr>
          <w:rFonts w:ascii="Arial" w:hAnsi="Arial"/>
        </w:rPr>
        <w:t xml:space="preserve"> of baited me into thinking that it was going to mix quicker and then </w:t>
      </w:r>
      <w:r w:rsidR="00B43844">
        <w:rPr>
          <w:rFonts w:ascii="Arial" w:hAnsi="Arial"/>
        </w:rPr>
        <w:t>one,</w:t>
      </w:r>
      <w:r>
        <w:rPr>
          <w:rFonts w:ascii="Arial" w:hAnsi="Arial"/>
        </w:rPr>
        <w:t xml:space="preserve"> right? But I mean, yeah, I'm kind of surprised.</w:t>
      </w:r>
    </w:p>
    <w:p w14:paraId="5B3320D4" w14:textId="77777777" w:rsidR="00B23B83" w:rsidRDefault="00B23B83">
      <w:pPr>
        <w:spacing w:after="0"/>
      </w:pPr>
    </w:p>
    <w:p w14:paraId="537F4034" w14:textId="77777777" w:rsidR="00B23B83" w:rsidRDefault="00D16237">
      <w:pPr>
        <w:spacing w:after="0"/>
      </w:pPr>
      <w:r>
        <w:rPr>
          <w:rFonts w:ascii="Arial" w:hAnsi="Arial"/>
          <w:b/>
        </w:rPr>
        <w:t xml:space="preserve">Interviewer E:  </w:t>
      </w:r>
      <w:r>
        <w:rPr>
          <w:rFonts w:ascii="Arial" w:hAnsi="Arial"/>
          <w:color w:val="5D7284"/>
        </w:rPr>
        <w:t>10:01</w:t>
      </w:r>
    </w:p>
    <w:p w14:paraId="53CEE6E7" w14:textId="77777777" w:rsidR="00B23B83" w:rsidRDefault="00D16237">
      <w:pPr>
        <w:spacing w:after="0"/>
      </w:pPr>
      <w:r>
        <w:rPr>
          <w:rFonts w:ascii="Arial" w:hAnsi="Arial"/>
        </w:rPr>
        <w:t>I mean, do you think that after certain amount of time it would mix. And how long do you think that'd be?</w:t>
      </w:r>
    </w:p>
    <w:p w14:paraId="437D07DB" w14:textId="77777777" w:rsidR="00B23B83" w:rsidRDefault="00B23B83">
      <w:pPr>
        <w:spacing w:after="0"/>
      </w:pPr>
    </w:p>
    <w:p w14:paraId="2EA33187" w14:textId="77777777" w:rsidR="00B23B83" w:rsidRDefault="00D16237">
      <w:pPr>
        <w:spacing w:after="0"/>
      </w:pPr>
      <w:r>
        <w:rPr>
          <w:rFonts w:ascii="Arial" w:hAnsi="Arial"/>
          <w:b/>
        </w:rPr>
        <w:t xml:space="preserve">Participant #27:  </w:t>
      </w:r>
      <w:r>
        <w:rPr>
          <w:rFonts w:ascii="Arial" w:hAnsi="Arial"/>
          <w:color w:val="5D7284"/>
        </w:rPr>
        <w:t>10:08</w:t>
      </w:r>
    </w:p>
    <w:p w14:paraId="45AFE122" w14:textId="77777777" w:rsidR="00B23B83" w:rsidRDefault="00D16237">
      <w:pPr>
        <w:spacing w:after="0"/>
      </w:pPr>
      <w:r>
        <w:rPr>
          <w:rFonts w:ascii="Arial" w:hAnsi="Arial"/>
        </w:rPr>
        <w:t>I don't, I don't think so. I don't think that it would mix.</w:t>
      </w:r>
    </w:p>
    <w:p w14:paraId="075CAE12" w14:textId="77777777" w:rsidR="00B23B83" w:rsidRDefault="00B23B83">
      <w:pPr>
        <w:spacing w:after="0"/>
      </w:pPr>
    </w:p>
    <w:p w14:paraId="098E9E6B" w14:textId="77777777" w:rsidR="00B23B83" w:rsidRDefault="00D16237">
      <w:pPr>
        <w:spacing w:after="0"/>
      </w:pPr>
      <w:r>
        <w:rPr>
          <w:rFonts w:ascii="Arial" w:hAnsi="Arial"/>
          <w:b/>
        </w:rPr>
        <w:t xml:space="preserve">Interviewer E:  </w:t>
      </w:r>
      <w:r>
        <w:rPr>
          <w:rFonts w:ascii="Arial" w:hAnsi="Arial"/>
          <w:color w:val="5D7284"/>
        </w:rPr>
        <w:t>10:14</w:t>
      </w:r>
    </w:p>
    <w:p w14:paraId="3F6012FD" w14:textId="77777777" w:rsidR="00B23B83" w:rsidRDefault="00D16237">
      <w:pPr>
        <w:spacing w:after="0"/>
      </w:pPr>
      <w:r>
        <w:rPr>
          <w:rFonts w:ascii="Arial" w:hAnsi="Arial"/>
        </w:rPr>
        <w:t>You don't think that it would. Is that because you said like, nobody's like mixing it?</w:t>
      </w:r>
    </w:p>
    <w:p w14:paraId="63C53C84" w14:textId="77777777" w:rsidR="00B23B83" w:rsidRDefault="00B23B83">
      <w:pPr>
        <w:spacing w:after="0"/>
      </w:pPr>
    </w:p>
    <w:p w14:paraId="20AF6E2B" w14:textId="77777777" w:rsidR="00B23B83" w:rsidRDefault="00D16237">
      <w:pPr>
        <w:spacing w:after="0"/>
      </w:pPr>
      <w:r>
        <w:rPr>
          <w:rFonts w:ascii="Arial" w:hAnsi="Arial"/>
          <w:b/>
        </w:rPr>
        <w:t xml:space="preserve">Participant #27:  </w:t>
      </w:r>
      <w:r>
        <w:rPr>
          <w:rFonts w:ascii="Arial" w:hAnsi="Arial"/>
          <w:color w:val="5D7284"/>
        </w:rPr>
        <w:t>10:19</w:t>
      </w:r>
    </w:p>
    <w:p w14:paraId="052235C6" w14:textId="77777777" w:rsidR="00B23B83" w:rsidRDefault="00D16237">
      <w:pPr>
        <w:spacing w:after="0"/>
      </w:pPr>
      <w:r>
        <w:rPr>
          <w:rFonts w:ascii="Arial" w:hAnsi="Arial"/>
        </w:rPr>
        <w:t xml:space="preserve">I think so. Yeah. Because right now it seems pretty, like setting where it's at, even just after a minute. I mean, maybe eventually, I don't know how many. I don't know how long it would take for it to completely mix. I mean, I don't think that it would, but if it did, I feel like it would take like hours. </w:t>
      </w:r>
    </w:p>
    <w:p w14:paraId="0C75B1B8" w14:textId="77777777" w:rsidR="00B23B83" w:rsidRDefault="00B23B83">
      <w:pPr>
        <w:spacing w:after="0"/>
      </w:pPr>
    </w:p>
    <w:p w14:paraId="1A2F8995" w14:textId="77777777" w:rsidR="00B23B83" w:rsidRDefault="00D16237">
      <w:pPr>
        <w:spacing w:after="0"/>
      </w:pPr>
      <w:r>
        <w:rPr>
          <w:rFonts w:ascii="Arial" w:hAnsi="Arial"/>
          <w:b/>
        </w:rPr>
        <w:t xml:space="preserve">Interviewer E:  </w:t>
      </w:r>
      <w:r>
        <w:rPr>
          <w:rFonts w:ascii="Arial" w:hAnsi="Arial"/>
          <w:color w:val="5D7284"/>
        </w:rPr>
        <w:t>10:42</w:t>
      </w:r>
    </w:p>
    <w:p w14:paraId="2CBDD346" w14:textId="77777777" w:rsidR="00B23B83" w:rsidRDefault="00D16237">
      <w:pPr>
        <w:spacing w:after="0"/>
      </w:pPr>
      <w:r>
        <w:rPr>
          <w:rFonts w:ascii="Arial" w:hAnsi="Arial"/>
        </w:rPr>
        <w:t>Right. Compared to that one and how long you think would that one would it ever mix the hot and cold water?</w:t>
      </w:r>
    </w:p>
    <w:p w14:paraId="095EFC79" w14:textId="77777777" w:rsidR="00B23B83" w:rsidRDefault="00B23B83">
      <w:pPr>
        <w:spacing w:after="0"/>
      </w:pPr>
    </w:p>
    <w:p w14:paraId="1C0871D8" w14:textId="77777777" w:rsidR="00B23B83" w:rsidRDefault="00D16237">
      <w:pPr>
        <w:spacing w:after="0"/>
      </w:pPr>
      <w:r>
        <w:rPr>
          <w:rFonts w:ascii="Arial" w:hAnsi="Arial"/>
          <w:b/>
        </w:rPr>
        <w:t xml:space="preserve">Participant #27:  </w:t>
      </w:r>
      <w:r>
        <w:rPr>
          <w:rFonts w:ascii="Arial" w:hAnsi="Arial"/>
          <w:color w:val="5D7284"/>
        </w:rPr>
        <w:t>10:50</w:t>
      </w:r>
    </w:p>
    <w:p w14:paraId="0B0434AD" w14:textId="1F3239C7" w:rsidR="00B23B83" w:rsidRDefault="00D16237">
      <w:pPr>
        <w:spacing w:after="0"/>
      </w:pPr>
      <w:r>
        <w:rPr>
          <w:rFonts w:ascii="Arial" w:hAnsi="Arial"/>
        </w:rPr>
        <w:t xml:space="preserve">No, because eventually it'll turn into this when it's the same </w:t>
      </w:r>
      <w:r w:rsidR="00B43844">
        <w:rPr>
          <w:rFonts w:ascii="Arial" w:hAnsi="Arial"/>
        </w:rPr>
        <w:t>temperature,</w:t>
      </w:r>
      <w:r>
        <w:rPr>
          <w:rFonts w:ascii="Arial" w:hAnsi="Arial"/>
        </w:rPr>
        <w:t xml:space="preserve"> I think.</w:t>
      </w:r>
    </w:p>
    <w:p w14:paraId="3B659615" w14:textId="77777777" w:rsidR="00B23B83" w:rsidRDefault="00B23B83">
      <w:pPr>
        <w:spacing w:after="0"/>
      </w:pPr>
    </w:p>
    <w:p w14:paraId="433B772D" w14:textId="77777777" w:rsidR="00B23B83" w:rsidRDefault="00D16237">
      <w:pPr>
        <w:spacing w:after="0"/>
      </w:pPr>
      <w:r>
        <w:rPr>
          <w:rFonts w:ascii="Arial" w:hAnsi="Arial"/>
          <w:b/>
        </w:rPr>
        <w:t xml:space="preserve">Interviewer E:  </w:t>
      </w:r>
      <w:r>
        <w:rPr>
          <w:rFonts w:ascii="Arial" w:hAnsi="Arial"/>
          <w:color w:val="5D7284"/>
        </w:rPr>
        <w:t>10:55</w:t>
      </w:r>
    </w:p>
    <w:p w14:paraId="5B57C121" w14:textId="77777777" w:rsidR="00B23B83" w:rsidRDefault="00D16237">
      <w:pPr>
        <w:spacing w:after="0"/>
      </w:pPr>
      <w:r>
        <w:rPr>
          <w:rFonts w:ascii="Arial" w:hAnsi="Arial"/>
        </w:rPr>
        <w:t>Okay, so you think like, the temperatures would eventually become the same like this, and then it would mix?</w:t>
      </w:r>
    </w:p>
    <w:p w14:paraId="5098E947" w14:textId="77777777" w:rsidR="00B23B83" w:rsidRDefault="00B23B83">
      <w:pPr>
        <w:spacing w:after="0"/>
      </w:pPr>
    </w:p>
    <w:p w14:paraId="153A1DEA" w14:textId="77777777" w:rsidR="00B23B83" w:rsidRDefault="00D16237">
      <w:pPr>
        <w:spacing w:after="0"/>
      </w:pPr>
      <w:r>
        <w:rPr>
          <w:rFonts w:ascii="Arial" w:hAnsi="Arial"/>
          <w:b/>
        </w:rPr>
        <w:t xml:space="preserve">Participant #27:  </w:t>
      </w:r>
      <w:r>
        <w:rPr>
          <w:rFonts w:ascii="Arial" w:hAnsi="Arial"/>
          <w:color w:val="5D7284"/>
        </w:rPr>
        <w:t>11:04</w:t>
      </w:r>
    </w:p>
    <w:p w14:paraId="719A5AAB" w14:textId="77777777" w:rsidR="00B23B83" w:rsidRDefault="00D16237">
      <w:pPr>
        <w:spacing w:after="0"/>
      </w:pPr>
      <w:r>
        <w:rPr>
          <w:rFonts w:ascii="Arial" w:hAnsi="Arial"/>
        </w:rPr>
        <w:t>No, I don't think it would mix. Well, that's interesting, because the blue is on top on this one. And the red is on the bottom, but the reds on top, and then the line in between them is more blurred in that one. So maybe that one would mix eventually, I don't know.</w:t>
      </w:r>
    </w:p>
    <w:p w14:paraId="499548F5" w14:textId="77777777" w:rsidR="00B23B83" w:rsidRDefault="00B23B83">
      <w:pPr>
        <w:spacing w:after="0"/>
      </w:pPr>
    </w:p>
    <w:p w14:paraId="7F1CBBFD" w14:textId="77777777" w:rsidR="00B23B83" w:rsidRDefault="00D16237">
      <w:pPr>
        <w:spacing w:after="0"/>
      </w:pPr>
      <w:r>
        <w:rPr>
          <w:rFonts w:ascii="Arial" w:hAnsi="Arial"/>
          <w:b/>
        </w:rPr>
        <w:t xml:space="preserve">Interviewer E:  </w:t>
      </w:r>
      <w:r>
        <w:rPr>
          <w:rFonts w:ascii="Arial" w:hAnsi="Arial"/>
          <w:color w:val="5D7284"/>
        </w:rPr>
        <w:t>11:24</w:t>
      </w:r>
    </w:p>
    <w:p w14:paraId="0C64C2B6" w14:textId="5D3457AF" w:rsidR="00B23B83" w:rsidRDefault="00D16237">
      <w:pPr>
        <w:spacing w:after="0"/>
      </w:pPr>
      <w:r>
        <w:rPr>
          <w:rFonts w:ascii="Arial" w:hAnsi="Arial"/>
        </w:rPr>
        <w:t xml:space="preserve">If you can guess a timeframe for both </w:t>
      </w:r>
      <w:r w:rsidR="00B43844">
        <w:rPr>
          <w:rFonts w:ascii="Arial" w:hAnsi="Arial"/>
        </w:rPr>
        <w:t>of,</w:t>
      </w:r>
      <w:r>
        <w:rPr>
          <w:rFonts w:ascii="Arial" w:hAnsi="Arial"/>
        </w:rPr>
        <w:t xml:space="preserve"> what time frame would you give both of them.</w:t>
      </w:r>
    </w:p>
    <w:p w14:paraId="108E85E1" w14:textId="77777777" w:rsidR="00B23B83" w:rsidRDefault="00B23B83">
      <w:pPr>
        <w:spacing w:after="0"/>
      </w:pPr>
    </w:p>
    <w:p w14:paraId="46B2C056" w14:textId="77777777" w:rsidR="00B23B83" w:rsidRDefault="00D16237">
      <w:pPr>
        <w:spacing w:after="0"/>
      </w:pPr>
      <w:r>
        <w:rPr>
          <w:rFonts w:ascii="Arial" w:hAnsi="Arial"/>
          <w:b/>
        </w:rPr>
        <w:t xml:space="preserve">Participant #27:  </w:t>
      </w:r>
      <w:r>
        <w:rPr>
          <w:rFonts w:ascii="Arial" w:hAnsi="Arial"/>
          <w:color w:val="5D7284"/>
        </w:rPr>
        <w:t>11:28</w:t>
      </w:r>
    </w:p>
    <w:p w14:paraId="5289748A" w14:textId="62D009E2" w:rsidR="00B23B83" w:rsidRDefault="00D16237">
      <w:pPr>
        <w:spacing w:after="0"/>
      </w:pPr>
      <w:r>
        <w:rPr>
          <w:rFonts w:ascii="Arial" w:hAnsi="Arial"/>
        </w:rPr>
        <w:t xml:space="preserve">Like saying that they would </w:t>
      </w:r>
      <w:r w:rsidR="00B43844">
        <w:rPr>
          <w:rFonts w:ascii="Arial" w:hAnsi="Arial"/>
        </w:rPr>
        <w:t>mix.</w:t>
      </w:r>
      <w:r>
        <w:rPr>
          <w:rFonts w:ascii="Arial" w:hAnsi="Arial"/>
        </w:rPr>
        <w:t xml:space="preserve"> </w:t>
      </w:r>
    </w:p>
    <w:p w14:paraId="7E48AF0A" w14:textId="77777777" w:rsidR="00B23B83" w:rsidRDefault="00B23B83">
      <w:pPr>
        <w:spacing w:after="0"/>
      </w:pPr>
    </w:p>
    <w:p w14:paraId="45701BD4" w14:textId="77777777" w:rsidR="00B23B83" w:rsidRDefault="00D16237">
      <w:pPr>
        <w:spacing w:after="0"/>
      </w:pPr>
      <w:r>
        <w:rPr>
          <w:rFonts w:ascii="Arial" w:hAnsi="Arial"/>
          <w:b/>
        </w:rPr>
        <w:t xml:space="preserve">Interviewer E:  </w:t>
      </w:r>
      <w:r>
        <w:rPr>
          <w:rFonts w:ascii="Arial" w:hAnsi="Arial"/>
          <w:color w:val="5D7284"/>
        </w:rPr>
        <w:t>11:30</w:t>
      </w:r>
    </w:p>
    <w:p w14:paraId="78E85DF7" w14:textId="77777777" w:rsidR="00B23B83" w:rsidRDefault="00D16237">
      <w:pPr>
        <w:spacing w:after="0"/>
      </w:pPr>
      <w:r>
        <w:rPr>
          <w:rFonts w:ascii="Arial" w:hAnsi="Arial"/>
        </w:rPr>
        <w:t>What essentially would or wouldn't, would it and if it would like how long would it take just to guess.</w:t>
      </w:r>
    </w:p>
    <w:p w14:paraId="0569D7A7" w14:textId="77777777" w:rsidR="00B23B83" w:rsidRDefault="00B23B83">
      <w:pPr>
        <w:spacing w:after="0"/>
      </w:pPr>
    </w:p>
    <w:p w14:paraId="4882CC01" w14:textId="77777777" w:rsidR="00B23B83" w:rsidRDefault="00D16237">
      <w:pPr>
        <w:spacing w:after="0"/>
      </w:pPr>
      <w:r>
        <w:rPr>
          <w:rFonts w:ascii="Arial" w:hAnsi="Arial"/>
          <w:b/>
        </w:rPr>
        <w:t xml:space="preserve">Participant #27:  </w:t>
      </w:r>
      <w:r>
        <w:rPr>
          <w:rFonts w:ascii="Arial" w:hAnsi="Arial"/>
          <w:color w:val="5D7284"/>
        </w:rPr>
        <w:t>11:38</w:t>
      </w:r>
    </w:p>
    <w:p w14:paraId="5CD90DE4" w14:textId="282A1CC7" w:rsidR="00B23B83" w:rsidRDefault="00D16237">
      <w:pPr>
        <w:spacing w:after="0"/>
      </w:pPr>
      <w:r>
        <w:rPr>
          <w:rFonts w:ascii="Arial" w:hAnsi="Arial"/>
        </w:rPr>
        <w:t xml:space="preserve">Okay, I think I think the one with the hot and cold would mix eventually. Was that that was like a few minutes ago I think maybe in like four hours </w:t>
      </w:r>
      <w:r w:rsidR="00B43844">
        <w:rPr>
          <w:rFonts w:ascii="Arial" w:hAnsi="Arial"/>
        </w:rPr>
        <w:t>I’ll</w:t>
      </w:r>
      <w:r>
        <w:rPr>
          <w:rFonts w:ascii="Arial" w:hAnsi="Arial"/>
        </w:rPr>
        <w:t xml:space="preserve"> just slap like four hours on there. And then this one I think it would take like 10 hours like I think this one would take longer.</w:t>
      </w:r>
    </w:p>
    <w:p w14:paraId="0DF6C144" w14:textId="77777777" w:rsidR="00B23B83" w:rsidRDefault="00B23B83">
      <w:pPr>
        <w:spacing w:after="0"/>
      </w:pPr>
    </w:p>
    <w:p w14:paraId="4E611496" w14:textId="77777777" w:rsidR="00B23B83" w:rsidRDefault="00D16237">
      <w:pPr>
        <w:spacing w:after="0"/>
      </w:pPr>
      <w:r>
        <w:rPr>
          <w:rFonts w:ascii="Arial" w:hAnsi="Arial"/>
          <w:b/>
        </w:rPr>
        <w:t xml:space="preserve">Interviewer E:  </w:t>
      </w:r>
      <w:r>
        <w:rPr>
          <w:rFonts w:ascii="Arial" w:hAnsi="Arial"/>
          <w:color w:val="5D7284"/>
        </w:rPr>
        <w:t>12:00</w:t>
      </w:r>
    </w:p>
    <w:p w14:paraId="7D5F91E2" w14:textId="7B9469F2" w:rsidR="00B23B83" w:rsidRDefault="00D16237">
      <w:pPr>
        <w:spacing w:after="0"/>
      </w:pPr>
      <w:r>
        <w:rPr>
          <w:rFonts w:ascii="Arial" w:hAnsi="Arial"/>
        </w:rPr>
        <w:t xml:space="preserve">Okay, perfectly fair. Alright, we have one more. </w:t>
      </w:r>
      <w:r w:rsidR="00B43844">
        <w:rPr>
          <w:rFonts w:ascii="Arial" w:hAnsi="Arial"/>
        </w:rPr>
        <w:t>You’re</w:t>
      </w:r>
      <w:r>
        <w:rPr>
          <w:rFonts w:ascii="Arial" w:hAnsi="Arial"/>
        </w:rPr>
        <w:t xml:space="preserve"> like this one.</w:t>
      </w:r>
    </w:p>
    <w:p w14:paraId="566C91AC" w14:textId="77777777" w:rsidR="00B23B83" w:rsidRDefault="00B23B83">
      <w:pPr>
        <w:spacing w:after="0"/>
      </w:pPr>
    </w:p>
    <w:p w14:paraId="1E1D5604" w14:textId="77777777" w:rsidR="00B23B83" w:rsidRDefault="00D16237">
      <w:pPr>
        <w:spacing w:after="0"/>
      </w:pPr>
      <w:r>
        <w:rPr>
          <w:rFonts w:ascii="Arial" w:hAnsi="Arial"/>
          <w:b/>
        </w:rPr>
        <w:t xml:space="preserve">Participant #27:  </w:t>
      </w:r>
      <w:r>
        <w:rPr>
          <w:rFonts w:ascii="Arial" w:hAnsi="Arial"/>
          <w:color w:val="5D7284"/>
        </w:rPr>
        <w:t>12:19</w:t>
      </w:r>
    </w:p>
    <w:p w14:paraId="6679ABD2" w14:textId="77777777" w:rsidR="00B23B83" w:rsidRDefault="00D16237">
      <w:pPr>
        <w:spacing w:after="0"/>
      </w:pPr>
      <w:r>
        <w:rPr>
          <w:rFonts w:ascii="Arial" w:hAnsi="Arial"/>
        </w:rPr>
        <w:t>This last one?</w:t>
      </w:r>
    </w:p>
    <w:p w14:paraId="64C1855B" w14:textId="77777777" w:rsidR="00B23B83" w:rsidRDefault="00B23B83">
      <w:pPr>
        <w:spacing w:after="0"/>
      </w:pPr>
    </w:p>
    <w:p w14:paraId="6F25EDBD" w14:textId="77777777" w:rsidR="00B23B83" w:rsidRDefault="00D16237">
      <w:pPr>
        <w:spacing w:after="0"/>
      </w:pPr>
      <w:r>
        <w:rPr>
          <w:rFonts w:ascii="Arial" w:hAnsi="Arial"/>
          <w:b/>
        </w:rPr>
        <w:t xml:space="preserve">Interviewer E:  </w:t>
      </w:r>
      <w:r>
        <w:rPr>
          <w:rFonts w:ascii="Arial" w:hAnsi="Arial"/>
          <w:color w:val="5D7284"/>
        </w:rPr>
        <w:t>12:20</w:t>
      </w:r>
    </w:p>
    <w:p w14:paraId="1D1E6B44" w14:textId="77777777" w:rsidR="00B23B83" w:rsidRDefault="00D16237">
      <w:pPr>
        <w:spacing w:after="0"/>
      </w:pPr>
      <w:r>
        <w:rPr>
          <w:rFonts w:ascii="Arial" w:hAnsi="Arial"/>
        </w:rPr>
        <w:t>Yeah.</w:t>
      </w:r>
    </w:p>
    <w:p w14:paraId="3305D011" w14:textId="77777777" w:rsidR="00B23B83" w:rsidRDefault="00B23B83">
      <w:pPr>
        <w:spacing w:after="0"/>
      </w:pPr>
    </w:p>
    <w:p w14:paraId="010BF725" w14:textId="77777777" w:rsidR="00B23B83" w:rsidRDefault="00D16237">
      <w:pPr>
        <w:spacing w:after="0"/>
      </w:pPr>
      <w:r>
        <w:rPr>
          <w:rFonts w:ascii="Arial" w:hAnsi="Arial"/>
          <w:b/>
        </w:rPr>
        <w:t xml:space="preserve">Participant #27:  </w:t>
      </w:r>
      <w:r>
        <w:rPr>
          <w:rFonts w:ascii="Arial" w:hAnsi="Arial"/>
          <w:color w:val="5D7284"/>
        </w:rPr>
        <w:t>12:20</w:t>
      </w:r>
    </w:p>
    <w:p w14:paraId="4314E72F" w14:textId="77777777" w:rsidR="00B23B83" w:rsidRDefault="00D16237">
      <w:pPr>
        <w:spacing w:after="0"/>
      </w:pPr>
      <w:r>
        <w:rPr>
          <w:rFonts w:ascii="Arial" w:hAnsi="Arial"/>
        </w:rPr>
        <w:t xml:space="preserve"> Cool. These are all really cool. I'm very curious. I'm like what the right answers are, thanks.</w:t>
      </w:r>
    </w:p>
    <w:p w14:paraId="13F5DE61" w14:textId="77777777" w:rsidR="00B23B83" w:rsidRDefault="00B23B83">
      <w:pPr>
        <w:spacing w:after="0"/>
      </w:pPr>
    </w:p>
    <w:p w14:paraId="5A60E82F" w14:textId="77777777" w:rsidR="00B23B83" w:rsidRDefault="00D16237">
      <w:pPr>
        <w:spacing w:after="0"/>
      </w:pPr>
      <w:r>
        <w:rPr>
          <w:rFonts w:ascii="Arial" w:hAnsi="Arial"/>
          <w:b/>
        </w:rPr>
        <w:t xml:space="preserve">Interviewer E:  </w:t>
      </w:r>
      <w:r>
        <w:rPr>
          <w:rFonts w:ascii="Arial" w:hAnsi="Arial"/>
          <w:color w:val="5D7284"/>
        </w:rPr>
        <w:t>12:32</w:t>
      </w:r>
    </w:p>
    <w:p w14:paraId="52B82EB6" w14:textId="4CE69DB3" w:rsidR="00B23B83" w:rsidRDefault="00B43844">
      <w:pPr>
        <w:spacing w:after="0"/>
      </w:pPr>
      <w:r>
        <w:rPr>
          <w:rFonts w:ascii="Arial" w:hAnsi="Arial"/>
        </w:rPr>
        <w:t>So, the next one is going to be green and yellow. Green is saltwater. The yellow is freshwater they're the same temperature. So, there's no temperature differences. There's only just a difference in salinity. So, I would pretty much do the same exact thing. Put some in this side from that side and remove the dividing wall so after one minute what do you think that will look like?</w:t>
      </w:r>
    </w:p>
    <w:p w14:paraId="7EE4DB93" w14:textId="77777777" w:rsidR="00B23B83" w:rsidRDefault="00B23B83">
      <w:pPr>
        <w:spacing w:after="0"/>
      </w:pPr>
    </w:p>
    <w:p w14:paraId="2CC87FFA" w14:textId="77777777" w:rsidR="00B23B83" w:rsidRDefault="00D16237">
      <w:pPr>
        <w:spacing w:after="0"/>
      </w:pPr>
      <w:r>
        <w:rPr>
          <w:rFonts w:ascii="Arial" w:hAnsi="Arial"/>
          <w:b/>
        </w:rPr>
        <w:t xml:space="preserve">Participant #27:  </w:t>
      </w:r>
      <w:r>
        <w:rPr>
          <w:rFonts w:ascii="Arial" w:hAnsi="Arial"/>
          <w:color w:val="5D7284"/>
        </w:rPr>
        <w:t>13:01</w:t>
      </w:r>
    </w:p>
    <w:p w14:paraId="22E2711D" w14:textId="77777777" w:rsidR="00B23B83" w:rsidRDefault="00D16237">
      <w:pPr>
        <w:spacing w:after="0"/>
      </w:pPr>
      <w:r>
        <w:rPr>
          <w:rFonts w:ascii="Arial" w:hAnsi="Arial"/>
        </w:rPr>
        <w:t>This is red and green, what does yellow and green make?</w:t>
      </w:r>
    </w:p>
    <w:p w14:paraId="641A3076" w14:textId="77777777" w:rsidR="00B23B83" w:rsidRDefault="00B23B83">
      <w:pPr>
        <w:spacing w:after="0"/>
      </w:pPr>
    </w:p>
    <w:p w14:paraId="5BC21148" w14:textId="77777777" w:rsidR="00B23B83" w:rsidRDefault="00D16237">
      <w:pPr>
        <w:spacing w:after="0"/>
      </w:pPr>
      <w:r>
        <w:rPr>
          <w:rFonts w:ascii="Arial" w:hAnsi="Arial"/>
          <w:b/>
        </w:rPr>
        <w:t xml:space="preserve">Interviewer E:  </w:t>
      </w:r>
      <w:r>
        <w:rPr>
          <w:rFonts w:ascii="Arial" w:hAnsi="Arial"/>
          <w:color w:val="5D7284"/>
        </w:rPr>
        <w:t>13:05</w:t>
      </w:r>
    </w:p>
    <w:p w14:paraId="3F1DDF02" w14:textId="77777777" w:rsidR="00B23B83" w:rsidRDefault="00D16237">
      <w:pPr>
        <w:spacing w:after="0"/>
      </w:pPr>
      <w:r>
        <w:rPr>
          <w:rFonts w:ascii="Arial" w:hAnsi="Arial"/>
        </w:rPr>
        <w:t>Honest I'm not too sure.</w:t>
      </w:r>
    </w:p>
    <w:p w14:paraId="7801201F" w14:textId="77777777" w:rsidR="00B23B83" w:rsidRDefault="00B23B83">
      <w:pPr>
        <w:spacing w:after="0"/>
      </w:pPr>
    </w:p>
    <w:p w14:paraId="5E3A41A4" w14:textId="77777777" w:rsidR="00B23B83" w:rsidRDefault="00D16237">
      <w:pPr>
        <w:spacing w:after="0"/>
      </w:pPr>
      <w:r>
        <w:rPr>
          <w:rFonts w:ascii="Arial" w:hAnsi="Arial"/>
          <w:b/>
        </w:rPr>
        <w:t xml:space="preserve">Participant #27:  </w:t>
      </w:r>
      <w:r>
        <w:rPr>
          <w:rFonts w:ascii="Arial" w:hAnsi="Arial"/>
          <w:color w:val="5D7284"/>
        </w:rPr>
        <w:t>13:08</w:t>
      </w:r>
    </w:p>
    <w:p w14:paraId="7BF51E7F" w14:textId="77777777" w:rsidR="00B23B83" w:rsidRDefault="00D16237">
      <w:pPr>
        <w:spacing w:after="0"/>
      </w:pPr>
      <w:r>
        <w:rPr>
          <w:rFonts w:ascii="Arial" w:hAnsi="Arial"/>
        </w:rPr>
        <w:t>Brown, I think brown or something.</w:t>
      </w:r>
    </w:p>
    <w:p w14:paraId="059FD9E3" w14:textId="77777777" w:rsidR="00B23B83" w:rsidRDefault="00B23B83">
      <w:pPr>
        <w:spacing w:after="0"/>
      </w:pPr>
    </w:p>
    <w:p w14:paraId="60769495" w14:textId="77777777" w:rsidR="00B23B83" w:rsidRDefault="00D16237">
      <w:pPr>
        <w:spacing w:after="0"/>
      </w:pPr>
      <w:r>
        <w:rPr>
          <w:rFonts w:ascii="Arial" w:hAnsi="Arial"/>
          <w:b/>
        </w:rPr>
        <w:t xml:space="preserve">Interviewer E:  </w:t>
      </w:r>
      <w:r>
        <w:rPr>
          <w:rFonts w:ascii="Arial" w:hAnsi="Arial"/>
          <w:color w:val="5D7284"/>
        </w:rPr>
        <w:t>13:12</w:t>
      </w:r>
    </w:p>
    <w:p w14:paraId="402EFE08" w14:textId="77777777" w:rsidR="00B23B83" w:rsidRDefault="00D16237">
      <w:pPr>
        <w:spacing w:after="0"/>
      </w:pPr>
      <w:r>
        <w:rPr>
          <w:rFonts w:ascii="Arial" w:hAnsi="Arial"/>
        </w:rPr>
        <w:t xml:space="preserve"> Yeah, I mean you could you could write it on there to be one like oh this is a mixed spot or whatever.</w:t>
      </w:r>
    </w:p>
    <w:p w14:paraId="65D453F1" w14:textId="77777777" w:rsidR="00B23B83" w:rsidRDefault="00B23B83">
      <w:pPr>
        <w:spacing w:after="0"/>
      </w:pPr>
    </w:p>
    <w:p w14:paraId="1DA538FE" w14:textId="77777777" w:rsidR="00B23B83" w:rsidRDefault="00D16237">
      <w:pPr>
        <w:spacing w:after="0"/>
      </w:pPr>
      <w:r>
        <w:rPr>
          <w:rFonts w:ascii="Arial" w:hAnsi="Arial"/>
          <w:b/>
        </w:rPr>
        <w:t xml:space="preserve">Participant #27:  </w:t>
      </w:r>
      <w:r>
        <w:rPr>
          <w:rFonts w:ascii="Arial" w:hAnsi="Arial"/>
          <w:color w:val="5D7284"/>
        </w:rPr>
        <w:t>13:17</w:t>
      </w:r>
    </w:p>
    <w:p w14:paraId="66882616" w14:textId="77777777" w:rsidR="00B23B83" w:rsidRDefault="00D16237">
      <w:pPr>
        <w:spacing w:after="0"/>
      </w:pPr>
      <w:r>
        <w:rPr>
          <w:rFonts w:ascii="Arial" w:hAnsi="Arial"/>
        </w:rPr>
        <w:t>Okay um, trying figure, I know is going to be completely opposite of what I think.</w:t>
      </w:r>
    </w:p>
    <w:p w14:paraId="102A1494" w14:textId="77777777" w:rsidR="00B23B83" w:rsidRDefault="00B23B83">
      <w:pPr>
        <w:spacing w:after="0"/>
      </w:pPr>
    </w:p>
    <w:p w14:paraId="39642B89" w14:textId="77777777" w:rsidR="00B23B83" w:rsidRDefault="00D16237">
      <w:pPr>
        <w:spacing w:after="0"/>
      </w:pPr>
      <w:r>
        <w:rPr>
          <w:rFonts w:ascii="Arial" w:hAnsi="Arial"/>
          <w:b/>
        </w:rPr>
        <w:t xml:space="preserve">Interviewer E:  </w:t>
      </w:r>
      <w:r>
        <w:rPr>
          <w:rFonts w:ascii="Arial" w:hAnsi="Arial"/>
          <w:color w:val="5D7284"/>
        </w:rPr>
        <w:t>13:39</w:t>
      </w:r>
    </w:p>
    <w:p w14:paraId="52E70255" w14:textId="77777777" w:rsidR="00B23B83" w:rsidRDefault="00D16237">
      <w:pPr>
        <w:spacing w:after="0"/>
      </w:pPr>
      <w:r>
        <w:rPr>
          <w:rFonts w:ascii="Arial" w:hAnsi="Arial"/>
        </w:rPr>
        <w:t>Have of faith.</w:t>
      </w:r>
    </w:p>
    <w:p w14:paraId="03514F60" w14:textId="77777777" w:rsidR="00B23B83" w:rsidRDefault="00B23B83">
      <w:pPr>
        <w:spacing w:after="0"/>
      </w:pPr>
    </w:p>
    <w:p w14:paraId="615EB6D7" w14:textId="77777777" w:rsidR="00B23B83" w:rsidRDefault="00D16237">
      <w:pPr>
        <w:spacing w:after="0"/>
      </w:pPr>
      <w:r>
        <w:rPr>
          <w:rFonts w:ascii="Arial" w:hAnsi="Arial"/>
          <w:b/>
        </w:rPr>
        <w:t xml:space="preserve">Participant #27:  </w:t>
      </w:r>
      <w:r>
        <w:rPr>
          <w:rFonts w:ascii="Arial" w:hAnsi="Arial"/>
          <w:color w:val="5D7284"/>
        </w:rPr>
        <w:t>14:18</w:t>
      </w:r>
    </w:p>
    <w:p w14:paraId="09995351" w14:textId="77777777" w:rsidR="00B23B83" w:rsidRDefault="00D16237">
      <w:pPr>
        <w:spacing w:after="0"/>
      </w:pPr>
      <w:r>
        <w:rPr>
          <w:rFonts w:ascii="Arial" w:hAnsi="Arial"/>
        </w:rPr>
        <w:t xml:space="preserve">Okay, as I was thinking about it, I actually don't think it's going to mix it all. </w:t>
      </w:r>
    </w:p>
    <w:p w14:paraId="5A1E028C" w14:textId="77777777" w:rsidR="00B23B83" w:rsidRDefault="00B23B83">
      <w:pPr>
        <w:spacing w:after="0"/>
      </w:pPr>
    </w:p>
    <w:p w14:paraId="4C549092" w14:textId="77777777" w:rsidR="00B23B83" w:rsidRDefault="00D16237">
      <w:pPr>
        <w:spacing w:after="0"/>
      </w:pPr>
      <w:r>
        <w:rPr>
          <w:rFonts w:ascii="Arial" w:hAnsi="Arial"/>
          <w:b/>
        </w:rPr>
        <w:t xml:space="preserve">Interviewer E:  </w:t>
      </w:r>
      <w:r>
        <w:rPr>
          <w:rFonts w:ascii="Arial" w:hAnsi="Arial"/>
          <w:color w:val="5D7284"/>
        </w:rPr>
        <w:t>14:23</w:t>
      </w:r>
    </w:p>
    <w:p w14:paraId="633B1777" w14:textId="77777777" w:rsidR="00B23B83" w:rsidRDefault="00D16237">
      <w:pPr>
        <w:spacing w:after="0"/>
      </w:pPr>
      <w:r>
        <w:rPr>
          <w:rFonts w:ascii="Arial" w:hAnsi="Arial"/>
        </w:rPr>
        <w:t>Okay. And that.</w:t>
      </w:r>
    </w:p>
    <w:p w14:paraId="6D0015AE" w14:textId="77777777" w:rsidR="00B23B83" w:rsidRDefault="00B23B83">
      <w:pPr>
        <w:spacing w:after="0"/>
      </w:pPr>
    </w:p>
    <w:p w14:paraId="374CB22B" w14:textId="77777777" w:rsidR="00B23B83" w:rsidRDefault="00D16237">
      <w:pPr>
        <w:spacing w:after="0"/>
      </w:pPr>
      <w:r>
        <w:rPr>
          <w:rFonts w:ascii="Arial" w:hAnsi="Arial"/>
          <w:b/>
        </w:rPr>
        <w:t xml:space="preserve">Participant #27:  </w:t>
      </w:r>
      <w:r>
        <w:rPr>
          <w:rFonts w:ascii="Arial" w:hAnsi="Arial"/>
          <w:color w:val="5D7284"/>
        </w:rPr>
        <w:t>14:26</w:t>
      </w:r>
    </w:p>
    <w:p w14:paraId="145BDC23" w14:textId="0383047D" w:rsidR="00B23B83" w:rsidRDefault="00D16237">
      <w:pPr>
        <w:spacing w:after="0"/>
      </w:pPr>
      <w:r>
        <w:rPr>
          <w:rFonts w:ascii="Arial" w:hAnsi="Arial"/>
        </w:rPr>
        <w:t xml:space="preserve"> I had a I had some </w:t>
      </w:r>
      <w:r w:rsidR="00B43844">
        <w:rPr>
          <w:rFonts w:ascii="Arial" w:hAnsi="Arial"/>
        </w:rPr>
        <w:t>brown,</w:t>
      </w:r>
      <w:r>
        <w:rPr>
          <w:rFonts w:ascii="Arial" w:hAnsi="Arial"/>
        </w:rPr>
        <w:t xml:space="preserve"> but I tried to cover it up with green. I'm just wrote no mixing. </w:t>
      </w:r>
    </w:p>
    <w:p w14:paraId="2318ED41" w14:textId="77777777" w:rsidR="00B23B83" w:rsidRDefault="00B23B83">
      <w:pPr>
        <w:spacing w:after="0"/>
      </w:pPr>
    </w:p>
    <w:p w14:paraId="0E52957B" w14:textId="77777777" w:rsidR="00B23B83" w:rsidRDefault="00D16237">
      <w:pPr>
        <w:spacing w:after="0"/>
      </w:pPr>
      <w:r>
        <w:rPr>
          <w:rFonts w:ascii="Arial" w:hAnsi="Arial"/>
          <w:b/>
        </w:rPr>
        <w:t xml:space="preserve">Interviewer E:  </w:t>
      </w:r>
      <w:r>
        <w:rPr>
          <w:rFonts w:ascii="Arial" w:hAnsi="Arial"/>
          <w:color w:val="5D7284"/>
        </w:rPr>
        <w:t>14:31</w:t>
      </w:r>
    </w:p>
    <w:p w14:paraId="113D525F" w14:textId="77777777" w:rsidR="00B23B83" w:rsidRDefault="00D16237">
      <w:pPr>
        <w:spacing w:after="0"/>
      </w:pPr>
      <w:r>
        <w:rPr>
          <w:rFonts w:ascii="Arial" w:hAnsi="Arial"/>
        </w:rPr>
        <w:t>Why don't you think it will mix.</w:t>
      </w:r>
    </w:p>
    <w:p w14:paraId="788DD34F" w14:textId="77777777" w:rsidR="00B23B83" w:rsidRDefault="00B23B83">
      <w:pPr>
        <w:spacing w:after="0"/>
      </w:pPr>
    </w:p>
    <w:p w14:paraId="73F084DE" w14:textId="77777777" w:rsidR="00B23B83" w:rsidRDefault="00D16237">
      <w:pPr>
        <w:spacing w:after="0"/>
      </w:pPr>
      <w:r>
        <w:rPr>
          <w:rFonts w:ascii="Arial" w:hAnsi="Arial"/>
          <w:b/>
        </w:rPr>
        <w:t xml:space="preserve">Participant #27:  </w:t>
      </w:r>
      <w:r>
        <w:rPr>
          <w:rFonts w:ascii="Arial" w:hAnsi="Arial"/>
          <w:color w:val="5D7284"/>
        </w:rPr>
        <w:t>14:32</w:t>
      </w:r>
    </w:p>
    <w:p w14:paraId="6D262C8F" w14:textId="77777777" w:rsidR="00B23B83" w:rsidRDefault="00D16237">
      <w:pPr>
        <w:spacing w:after="0"/>
      </w:pPr>
      <w:r>
        <w:rPr>
          <w:rFonts w:ascii="Arial" w:hAnsi="Arial"/>
        </w:rPr>
        <w:t xml:space="preserve"> I think that um, I think it's just gonna layer up. I don't think any of the salt will bleed into the yellow. I think it'll stay pretty separate. </w:t>
      </w:r>
    </w:p>
    <w:p w14:paraId="6C886A26" w14:textId="77777777" w:rsidR="00B23B83" w:rsidRDefault="00B23B83">
      <w:pPr>
        <w:spacing w:after="0"/>
      </w:pPr>
    </w:p>
    <w:p w14:paraId="485D2BEA" w14:textId="77777777" w:rsidR="00B23B83" w:rsidRDefault="00D16237">
      <w:pPr>
        <w:spacing w:after="0"/>
      </w:pPr>
      <w:r>
        <w:rPr>
          <w:rFonts w:ascii="Arial" w:hAnsi="Arial"/>
          <w:b/>
        </w:rPr>
        <w:t xml:space="preserve">Interviewer E:  </w:t>
      </w:r>
      <w:r>
        <w:rPr>
          <w:rFonts w:ascii="Arial" w:hAnsi="Arial"/>
          <w:color w:val="5D7284"/>
        </w:rPr>
        <w:t>14:44</w:t>
      </w:r>
    </w:p>
    <w:p w14:paraId="396A9071" w14:textId="77777777" w:rsidR="00B23B83" w:rsidRDefault="00D16237">
      <w:pPr>
        <w:spacing w:after="0"/>
      </w:pPr>
      <w:r>
        <w:rPr>
          <w:rFonts w:ascii="Arial" w:hAnsi="Arial"/>
        </w:rPr>
        <w:t>Pretty separate.</w:t>
      </w:r>
    </w:p>
    <w:p w14:paraId="4834101F" w14:textId="77777777" w:rsidR="00B23B83" w:rsidRDefault="00B23B83">
      <w:pPr>
        <w:spacing w:after="0"/>
      </w:pPr>
    </w:p>
    <w:p w14:paraId="105B63A2" w14:textId="77777777" w:rsidR="00B23B83" w:rsidRDefault="00D16237">
      <w:pPr>
        <w:spacing w:after="0"/>
      </w:pPr>
      <w:r>
        <w:rPr>
          <w:rFonts w:ascii="Arial" w:hAnsi="Arial"/>
          <w:b/>
        </w:rPr>
        <w:t xml:space="preserve">Participant #27:  </w:t>
      </w:r>
      <w:r>
        <w:rPr>
          <w:rFonts w:ascii="Arial" w:hAnsi="Arial"/>
          <w:color w:val="5D7284"/>
        </w:rPr>
        <w:t>14:46</w:t>
      </w:r>
    </w:p>
    <w:p w14:paraId="1D0A06AF" w14:textId="77777777" w:rsidR="00B23B83" w:rsidRDefault="00D16237">
      <w:pPr>
        <w:spacing w:after="0"/>
      </w:pPr>
      <w:r>
        <w:rPr>
          <w:rFonts w:ascii="Arial" w:hAnsi="Arial"/>
        </w:rPr>
        <w:t xml:space="preserve">Yeah. </w:t>
      </w:r>
    </w:p>
    <w:p w14:paraId="24AF3055" w14:textId="77777777" w:rsidR="00B23B83" w:rsidRDefault="00B23B83">
      <w:pPr>
        <w:spacing w:after="0"/>
      </w:pPr>
    </w:p>
    <w:p w14:paraId="6FDDEEAA" w14:textId="77777777" w:rsidR="00B23B83" w:rsidRDefault="00D16237">
      <w:pPr>
        <w:spacing w:after="0"/>
      </w:pPr>
      <w:r>
        <w:rPr>
          <w:rFonts w:ascii="Arial" w:hAnsi="Arial"/>
          <w:b/>
        </w:rPr>
        <w:t xml:space="preserve">Interviewer E:  </w:t>
      </w:r>
      <w:r>
        <w:rPr>
          <w:rFonts w:ascii="Arial" w:hAnsi="Arial"/>
          <w:color w:val="5D7284"/>
        </w:rPr>
        <w:t>14:46</w:t>
      </w:r>
    </w:p>
    <w:p w14:paraId="3019DC08" w14:textId="25CBCDEF" w:rsidR="00B23B83" w:rsidRDefault="00D16237">
      <w:pPr>
        <w:spacing w:after="0"/>
      </w:pPr>
      <w:r>
        <w:rPr>
          <w:rFonts w:ascii="Arial" w:hAnsi="Arial"/>
        </w:rPr>
        <w:t xml:space="preserve">Okay. </w:t>
      </w:r>
      <w:r w:rsidR="00B43844">
        <w:rPr>
          <w:rFonts w:ascii="Arial" w:hAnsi="Arial"/>
        </w:rPr>
        <w:t>So,</w:t>
      </w:r>
      <w:r>
        <w:rPr>
          <w:rFonts w:ascii="Arial" w:hAnsi="Arial"/>
        </w:rPr>
        <w:t xml:space="preserve"> let's find out.</w:t>
      </w:r>
    </w:p>
    <w:p w14:paraId="6B1AE483" w14:textId="77777777" w:rsidR="00B23B83" w:rsidRDefault="00B23B83">
      <w:pPr>
        <w:spacing w:after="0"/>
      </w:pPr>
    </w:p>
    <w:p w14:paraId="01BD6BFB" w14:textId="77777777" w:rsidR="00B23B83" w:rsidRDefault="00D16237">
      <w:pPr>
        <w:spacing w:after="0"/>
      </w:pPr>
      <w:r>
        <w:rPr>
          <w:rFonts w:ascii="Arial" w:hAnsi="Arial"/>
          <w:b/>
        </w:rPr>
        <w:t xml:space="preserve">Participant #27:  </w:t>
      </w:r>
      <w:r>
        <w:rPr>
          <w:rFonts w:ascii="Arial" w:hAnsi="Arial"/>
          <w:color w:val="5D7284"/>
        </w:rPr>
        <w:t>16:03</w:t>
      </w:r>
    </w:p>
    <w:p w14:paraId="5AE42F5C" w14:textId="77777777" w:rsidR="00B23B83" w:rsidRDefault="00D16237">
      <w:pPr>
        <w:spacing w:after="0"/>
      </w:pPr>
      <w:r>
        <w:rPr>
          <w:rFonts w:ascii="Arial" w:hAnsi="Arial"/>
        </w:rPr>
        <w:t>Nice. I got one.</w:t>
      </w:r>
    </w:p>
    <w:p w14:paraId="7EF9B895" w14:textId="77777777" w:rsidR="00B23B83" w:rsidRDefault="00B23B83">
      <w:pPr>
        <w:spacing w:after="0"/>
      </w:pPr>
    </w:p>
    <w:p w14:paraId="4D2B2D01" w14:textId="77777777" w:rsidR="00B23B83" w:rsidRDefault="00D16237">
      <w:pPr>
        <w:spacing w:after="0"/>
      </w:pPr>
      <w:r>
        <w:rPr>
          <w:rFonts w:ascii="Arial" w:hAnsi="Arial"/>
          <w:b/>
        </w:rPr>
        <w:t xml:space="preserve">Interviewer E:  </w:t>
      </w:r>
      <w:r>
        <w:rPr>
          <w:rFonts w:ascii="Arial" w:hAnsi="Arial"/>
          <w:color w:val="5D7284"/>
        </w:rPr>
        <w:t>16:08</w:t>
      </w:r>
    </w:p>
    <w:p w14:paraId="0C6A6964" w14:textId="093E8F6F" w:rsidR="00B23B83" w:rsidRDefault="00D16237">
      <w:pPr>
        <w:spacing w:after="0"/>
      </w:pPr>
      <w:r>
        <w:rPr>
          <w:rFonts w:ascii="Arial" w:hAnsi="Arial"/>
        </w:rPr>
        <w:t xml:space="preserve">All right. </w:t>
      </w:r>
      <w:r w:rsidR="00B43844">
        <w:rPr>
          <w:rFonts w:ascii="Arial" w:hAnsi="Arial"/>
        </w:rPr>
        <w:t>So,</w:t>
      </w:r>
      <w:r>
        <w:rPr>
          <w:rFonts w:ascii="Arial" w:hAnsi="Arial"/>
        </w:rPr>
        <w:t xml:space="preserve"> you're Yeah, you're pretty right on about this one. Why do you? Why do you think the saltwater went to the bottom?</w:t>
      </w:r>
    </w:p>
    <w:p w14:paraId="6959D5A0" w14:textId="77777777" w:rsidR="00B23B83" w:rsidRDefault="00B23B83">
      <w:pPr>
        <w:spacing w:after="0"/>
      </w:pPr>
    </w:p>
    <w:p w14:paraId="36655316" w14:textId="77777777" w:rsidR="00B23B83" w:rsidRDefault="00D16237">
      <w:pPr>
        <w:spacing w:after="0"/>
      </w:pPr>
      <w:r>
        <w:rPr>
          <w:rFonts w:ascii="Arial" w:hAnsi="Arial"/>
          <w:b/>
        </w:rPr>
        <w:t xml:space="preserve">Participant #27:  </w:t>
      </w:r>
      <w:r>
        <w:rPr>
          <w:rFonts w:ascii="Arial" w:hAnsi="Arial"/>
          <w:color w:val="5D7284"/>
        </w:rPr>
        <w:t>16:18</w:t>
      </w:r>
    </w:p>
    <w:p w14:paraId="68314569" w14:textId="77777777" w:rsidR="00B23B83" w:rsidRDefault="00D16237">
      <w:pPr>
        <w:spacing w:after="0"/>
      </w:pPr>
      <w:r>
        <w:rPr>
          <w:rFonts w:ascii="Arial" w:hAnsi="Arial"/>
        </w:rPr>
        <w:t>I think that the I think I'm gonna</w:t>
      </w:r>
      <w:r>
        <w:rPr>
          <w:rFonts w:ascii="Arial" w:hAnsi="Arial"/>
        </w:rPr>
        <w:t xml:space="preserve"> get the terminology wrong. But I think the math, I mean, the mass of the molecules in the saltwater are more dense. And I'm not sure how like how the science works like I think the salt makes it more dense somehow, when it connects with the water molecules, I think, but I </w:t>
      </w:r>
      <w:r>
        <w:rPr>
          <w:rFonts w:ascii="Arial" w:hAnsi="Arial"/>
        </w:rPr>
        <w:lastRenderedPageBreak/>
        <w:t>think it's interesting that this one in the first one had a lot more movement than the one word that was the same temperature. Yeah, that was a little slower.  Yeah.</w:t>
      </w:r>
    </w:p>
    <w:p w14:paraId="4540C5DB" w14:textId="77777777" w:rsidR="00B23B83" w:rsidRDefault="00B23B83">
      <w:pPr>
        <w:spacing w:after="0"/>
      </w:pPr>
    </w:p>
    <w:p w14:paraId="60F32DEF" w14:textId="77777777" w:rsidR="00B23B83" w:rsidRDefault="00D16237">
      <w:pPr>
        <w:spacing w:after="0"/>
      </w:pPr>
      <w:r>
        <w:rPr>
          <w:rFonts w:ascii="Arial" w:hAnsi="Arial"/>
          <w:b/>
        </w:rPr>
        <w:t xml:space="preserve">Interviewer E:  </w:t>
      </w:r>
      <w:r>
        <w:rPr>
          <w:rFonts w:ascii="Arial" w:hAnsi="Arial"/>
          <w:color w:val="5D7284"/>
        </w:rPr>
        <w:t>16:57</w:t>
      </w:r>
    </w:p>
    <w:p w14:paraId="6C361FAF" w14:textId="77777777" w:rsidR="00B23B83" w:rsidRDefault="00D16237">
      <w:pPr>
        <w:spacing w:after="0"/>
      </w:pPr>
      <w:r>
        <w:rPr>
          <w:rFonts w:ascii="Arial" w:hAnsi="Arial"/>
        </w:rPr>
        <w:t>Yeah, all right. Um, how long do you think these layers would persist?</w:t>
      </w:r>
    </w:p>
    <w:p w14:paraId="736A720F" w14:textId="77777777" w:rsidR="00B23B83" w:rsidRDefault="00B23B83">
      <w:pPr>
        <w:spacing w:after="0"/>
      </w:pPr>
    </w:p>
    <w:p w14:paraId="55A6A275" w14:textId="77777777" w:rsidR="00B23B83" w:rsidRDefault="00D16237">
      <w:pPr>
        <w:spacing w:after="0"/>
      </w:pPr>
      <w:r>
        <w:rPr>
          <w:rFonts w:ascii="Arial" w:hAnsi="Arial"/>
          <w:b/>
        </w:rPr>
        <w:t xml:space="preserve">Participant #27:  </w:t>
      </w:r>
      <w:r>
        <w:rPr>
          <w:rFonts w:ascii="Arial" w:hAnsi="Arial"/>
          <w:color w:val="5D7284"/>
        </w:rPr>
        <w:t>17:08</w:t>
      </w:r>
    </w:p>
    <w:p w14:paraId="74B349D4" w14:textId="77777777" w:rsidR="00B23B83" w:rsidRDefault="00D16237">
      <w:pPr>
        <w:spacing w:after="0"/>
      </w:pPr>
      <w:r>
        <w:rPr>
          <w:rFonts w:ascii="Arial" w:hAnsi="Arial"/>
        </w:rPr>
        <w:t>Well, looking at the other ones, it was those look like they were pretty quick. I think. I think this one will be even longer.</w:t>
      </w:r>
    </w:p>
    <w:p w14:paraId="1D24365D" w14:textId="77777777" w:rsidR="00B23B83" w:rsidRDefault="00B23B83">
      <w:pPr>
        <w:spacing w:after="0"/>
      </w:pPr>
    </w:p>
    <w:p w14:paraId="11465A4A" w14:textId="77777777" w:rsidR="00B23B83" w:rsidRDefault="00D16237">
      <w:pPr>
        <w:spacing w:after="0"/>
      </w:pPr>
      <w:r>
        <w:rPr>
          <w:rFonts w:ascii="Arial" w:hAnsi="Arial"/>
          <w:b/>
        </w:rPr>
        <w:t xml:space="preserve">Interviewer E:  </w:t>
      </w:r>
      <w:r>
        <w:rPr>
          <w:rFonts w:ascii="Arial" w:hAnsi="Arial"/>
          <w:color w:val="5D7284"/>
        </w:rPr>
        <w:t>17:20</w:t>
      </w:r>
    </w:p>
    <w:p w14:paraId="53028DD1" w14:textId="77777777" w:rsidR="00B23B83" w:rsidRDefault="00D16237">
      <w:pPr>
        <w:spacing w:after="0"/>
      </w:pPr>
      <w:r>
        <w:rPr>
          <w:rFonts w:ascii="Arial" w:hAnsi="Arial"/>
        </w:rPr>
        <w:t>Even longer than 10 hours.</w:t>
      </w:r>
    </w:p>
    <w:p w14:paraId="240768F6" w14:textId="77777777" w:rsidR="00B23B83" w:rsidRDefault="00B23B83">
      <w:pPr>
        <w:spacing w:after="0"/>
      </w:pPr>
    </w:p>
    <w:p w14:paraId="4B527DA2" w14:textId="77777777" w:rsidR="00B23B83" w:rsidRDefault="00D16237">
      <w:pPr>
        <w:spacing w:after="0"/>
      </w:pPr>
      <w:r>
        <w:rPr>
          <w:rFonts w:ascii="Arial" w:hAnsi="Arial"/>
          <w:b/>
        </w:rPr>
        <w:t xml:space="preserve">Participant #27:  </w:t>
      </w:r>
      <w:r>
        <w:rPr>
          <w:rFonts w:ascii="Arial" w:hAnsi="Arial"/>
          <w:color w:val="5D7284"/>
        </w:rPr>
        <w:t>17:22</w:t>
      </w:r>
    </w:p>
    <w:p w14:paraId="36AA88A4" w14:textId="77777777" w:rsidR="00B23B83" w:rsidRDefault="00D16237">
      <w:pPr>
        <w:spacing w:after="0"/>
      </w:pPr>
      <w:r>
        <w:rPr>
          <w:rFonts w:ascii="Arial" w:hAnsi="Arial"/>
        </w:rPr>
        <w:t>Well, now, that one's happening pretty quickly, I think maybe like maybe like four hours four.</w:t>
      </w:r>
    </w:p>
    <w:p w14:paraId="4748DEC8" w14:textId="77777777" w:rsidR="00B23B83" w:rsidRDefault="00B23B83">
      <w:pPr>
        <w:spacing w:after="0"/>
      </w:pPr>
    </w:p>
    <w:p w14:paraId="51978B60" w14:textId="77777777" w:rsidR="00B23B83" w:rsidRDefault="00D16237">
      <w:pPr>
        <w:spacing w:after="0"/>
      </w:pPr>
      <w:r>
        <w:rPr>
          <w:rFonts w:ascii="Arial" w:hAnsi="Arial"/>
          <w:b/>
        </w:rPr>
        <w:t xml:space="preserve">Interviewer E:  </w:t>
      </w:r>
      <w:r>
        <w:rPr>
          <w:rFonts w:ascii="Arial" w:hAnsi="Arial"/>
          <w:color w:val="5D7284"/>
        </w:rPr>
        <w:t>17:34</w:t>
      </w:r>
    </w:p>
    <w:p w14:paraId="3DCAD138" w14:textId="77777777" w:rsidR="00B23B83" w:rsidRDefault="00D16237">
      <w:pPr>
        <w:spacing w:after="0"/>
      </w:pPr>
      <w:r>
        <w:rPr>
          <w:rFonts w:ascii="Arial" w:hAnsi="Arial"/>
        </w:rPr>
        <w:t>Four?</w:t>
      </w:r>
    </w:p>
    <w:p w14:paraId="28C9280A" w14:textId="77777777" w:rsidR="00B23B83" w:rsidRDefault="00B23B83">
      <w:pPr>
        <w:spacing w:after="0"/>
      </w:pPr>
    </w:p>
    <w:p w14:paraId="4811C12D" w14:textId="77777777" w:rsidR="00B23B83" w:rsidRDefault="00D16237">
      <w:pPr>
        <w:spacing w:after="0"/>
      </w:pPr>
      <w:r>
        <w:rPr>
          <w:rFonts w:ascii="Arial" w:hAnsi="Arial"/>
          <w:b/>
        </w:rPr>
        <w:t xml:space="preserve">Participant #27:  </w:t>
      </w:r>
      <w:r>
        <w:rPr>
          <w:rFonts w:ascii="Arial" w:hAnsi="Arial"/>
          <w:color w:val="5D7284"/>
        </w:rPr>
        <w:t>17:35</w:t>
      </w:r>
    </w:p>
    <w:p w14:paraId="6C2CC85E" w14:textId="77777777" w:rsidR="00B23B83" w:rsidRDefault="00D16237">
      <w:pPr>
        <w:spacing w:after="0"/>
      </w:pPr>
      <w:r>
        <w:rPr>
          <w:rFonts w:ascii="Arial" w:hAnsi="Arial"/>
        </w:rPr>
        <w:t xml:space="preserve"> Or? Oh, yeah, I guess it would take well. I don't know. I think maybe they won't ever mix.</w:t>
      </w:r>
    </w:p>
    <w:p w14:paraId="0D0FA301" w14:textId="77777777" w:rsidR="00B23B83" w:rsidRDefault="00B23B83">
      <w:pPr>
        <w:spacing w:after="0"/>
      </w:pPr>
    </w:p>
    <w:p w14:paraId="2BED2393" w14:textId="77777777" w:rsidR="00B23B83" w:rsidRDefault="00D16237">
      <w:pPr>
        <w:spacing w:after="0"/>
      </w:pPr>
      <w:r>
        <w:rPr>
          <w:rFonts w:ascii="Arial" w:hAnsi="Arial"/>
          <w:b/>
        </w:rPr>
        <w:t xml:space="preserve">Interviewer E:  </w:t>
      </w:r>
      <w:r>
        <w:rPr>
          <w:rFonts w:ascii="Arial" w:hAnsi="Arial"/>
          <w:color w:val="5D7284"/>
        </w:rPr>
        <w:t>17:45</w:t>
      </w:r>
    </w:p>
    <w:p w14:paraId="437A7972" w14:textId="74DD32B7" w:rsidR="00B23B83" w:rsidRDefault="00D16237">
      <w:pPr>
        <w:spacing w:after="0"/>
      </w:pPr>
      <w:r>
        <w:rPr>
          <w:rFonts w:ascii="Arial" w:hAnsi="Arial"/>
        </w:rPr>
        <w:t xml:space="preserve">Okay, so and indefinitely it'll stay this </w:t>
      </w:r>
      <w:r w:rsidR="00B43844">
        <w:rPr>
          <w:rFonts w:ascii="Arial" w:hAnsi="Arial"/>
        </w:rPr>
        <w:t>way.</w:t>
      </w:r>
    </w:p>
    <w:p w14:paraId="4C91E959" w14:textId="77777777" w:rsidR="00B23B83" w:rsidRDefault="00B23B83">
      <w:pPr>
        <w:spacing w:after="0"/>
      </w:pPr>
    </w:p>
    <w:p w14:paraId="14B1DA7E" w14:textId="77777777" w:rsidR="00B23B83" w:rsidRDefault="00D16237">
      <w:pPr>
        <w:spacing w:after="0"/>
      </w:pPr>
      <w:r>
        <w:rPr>
          <w:rFonts w:ascii="Arial" w:hAnsi="Arial"/>
          <w:b/>
        </w:rPr>
        <w:t xml:space="preserve">Participant #27:  </w:t>
      </w:r>
      <w:r>
        <w:rPr>
          <w:rFonts w:ascii="Arial" w:hAnsi="Arial"/>
          <w:color w:val="5D7284"/>
        </w:rPr>
        <w:t>17:49</w:t>
      </w:r>
    </w:p>
    <w:p w14:paraId="0617E17A" w14:textId="77777777" w:rsidR="00B23B83" w:rsidRDefault="00D16237">
      <w:pPr>
        <w:spacing w:after="0"/>
      </w:pPr>
      <w:r>
        <w:rPr>
          <w:rFonts w:ascii="Arial" w:hAnsi="Arial"/>
        </w:rPr>
        <w:t xml:space="preserve">Yeah, I guess I'll stick with that. I'm like so stressed trying to find the right answer. </w:t>
      </w:r>
    </w:p>
    <w:p w14:paraId="5D31C6A8" w14:textId="77777777" w:rsidR="00B23B83" w:rsidRDefault="00B23B83">
      <w:pPr>
        <w:spacing w:after="0"/>
      </w:pPr>
    </w:p>
    <w:p w14:paraId="599F03DB" w14:textId="77777777" w:rsidR="00B23B83" w:rsidRDefault="00D16237">
      <w:pPr>
        <w:spacing w:after="0"/>
      </w:pPr>
      <w:r>
        <w:rPr>
          <w:rFonts w:ascii="Arial" w:hAnsi="Arial"/>
          <w:b/>
        </w:rPr>
        <w:t xml:space="preserve">Interviewer E:  </w:t>
      </w:r>
      <w:r>
        <w:rPr>
          <w:rFonts w:ascii="Arial" w:hAnsi="Arial"/>
          <w:color w:val="5D7284"/>
        </w:rPr>
        <w:t>17:55</w:t>
      </w:r>
    </w:p>
    <w:p w14:paraId="4463C6D2" w14:textId="77777777" w:rsidR="00B23B83" w:rsidRDefault="00D16237">
      <w:pPr>
        <w:spacing w:after="0"/>
      </w:pPr>
      <w:r>
        <w:rPr>
          <w:rFonts w:ascii="Arial" w:hAnsi="Arial"/>
        </w:rPr>
        <w:t>It's okay.</w:t>
      </w:r>
    </w:p>
    <w:p w14:paraId="42CF2D19" w14:textId="77777777" w:rsidR="00B23B83" w:rsidRDefault="00B23B83">
      <w:pPr>
        <w:spacing w:after="0"/>
      </w:pPr>
    </w:p>
    <w:p w14:paraId="2101E483" w14:textId="77777777" w:rsidR="00B23B83" w:rsidRDefault="00D16237">
      <w:pPr>
        <w:spacing w:after="0"/>
      </w:pPr>
      <w:r>
        <w:rPr>
          <w:rFonts w:ascii="Arial" w:hAnsi="Arial"/>
          <w:b/>
        </w:rPr>
        <w:t xml:space="preserve">Participant #27:  </w:t>
      </w:r>
      <w:r>
        <w:rPr>
          <w:rFonts w:ascii="Arial" w:hAnsi="Arial"/>
          <w:color w:val="5D7284"/>
        </w:rPr>
        <w:t>17:56</w:t>
      </w:r>
    </w:p>
    <w:p w14:paraId="60A8338E" w14:textId="77777777" w:rsidR="00B23B83" w:rsidRDefault="00D16237">
      <w:pPr>
        <w:spacing w:after="0"/>
      </w:pPr>
      <w:r>
        <w:rPr>
          <w:rFonts w:ascii="Arial" w:hAnsi="Arial"/>
        </w:rPr>
        <w:t>Cus</w:t>
      </w:r>
      <w:r>
        <w:rPr>
          <w:rFonts w:ascii="Arial" w:hAnsi="Arial"/>
        </w:rPr>
        <w:t xml:space="preserve"> those one's are already pretty mixed, I said 10 hours for that one, that's so interesting.</w:t>
      </w:r>
    </w:p>
    <w:p w14:paraId="2FCEB0BE" w14:textId="77777777" w:rsidR="00B23B83" w:rsidRDefault="00B23B83">
      <w:pPr>
        <w:spacing w:after="0"/>
      </w:pPr>
    </w:p>
    <w:p w14:paraId="275F40EB" w14:textId="77777777" w:rsidR="00B23B83" w:rsidRDefault="00D16237">
      <w:pPr>
        <w:spacing w:after="0"/>
      </w:pPr>
      <w:r>
        <w:rPr>
          <w:rFonts w:ascii="Arial" w:hAnsi="Arial"/>
          <w:b/>
        </w:rPr>
        <w:t xml:space="preserve">Interviewer E:  </w:t>
      </w:r>
      <w:r>
        <w:rPr>
          <w:rFonts w:ascii="Arial" w:hAnsi="Arial"/>
          <w:color w:val="5D7284"/>
        </w:rPr>
        <w:t>18:04</w:t>
      </w:r>
    </w:p>
    <w:p w14:paraId="0C4A2D53" w14:textId="77777777" w:rsidR="00B23B83" w:rsidRDefault="00D16237">
      <w:pPr>
        <w:spacing w:after="0"/>
      </w:pPr>
      <w:r>
        <w:rPr>
          <w:rFonts w:ascii="Arial" w:hAnsi="Arial"/>
        </w:rPr>
        <w:t>It is isn't it. Alright, so.</w:t>
      </w:r>
    </w:p>
    <w:p w14:paraId="14B9743D" w14:textId="77777777" w:rsidR="00B23B83" w:rsidRDefault="00B23B83">
      <w:pPr>
        <w:spacing w:after="0"/>
      </w:pPr>
    </w:p>
    <w:p w14:paraId="29AD0CA5" w14:textId="77777777" w:rsidR="00B23B83" w:rsidRDefault="00D16237">
      <w:pPr>
        <w:spacing w:after="0"/>
      </w:pPr>
      <w:r>
        <w:rPr>
          <w:rFonts w:ascii="Arial" w:hAnsi="Arial"/>
          <w:b/>
        </w:rPr>
        <w:t xml:space="preserve">Participant #27:  </w:t>
      </w:r>
      <w:r>
        <w:rPr>
          <w:rFonts w:ascii="Arial" w:hAnsi="Arial"/>
          <w:color w:val="5D7284"/>
        </w:rPr>
        <w:t>18:16</w:t>
      </w:r>
    </w:p>
    <w:p w14:paraId="6ECAF087" w14:textId="77777777" w:rsidR="00B23B83" w:rsidRDefault="00D16237">
      <w:pPr>
        <w:spacing w:after="0"/>
      </w:pPr>
      <w:r>
        <w:rPr>
          <w:rFonts w:ascii="Arial" w:hAnsi="Arial"/>
        </w:rPr>
        <w:t>I feel like by the time I leave that one's going to be mixed a little.</w:t>
      </w:r>
    </w:p>
    <w:p w14:paraId="7A7A5C08" w14:textId="77777777" w:rsidR="00B23B83" w:rsidRDefault="00B23B83">
      <w:pPr>
        <w:spacing w:after="0"/>
      </w:pPr>
    </w:p>
    <w:p w14:paraId="43299BD0" w14:textId="77777777" w:rsidR="00B23B83" w:rsidRDefault="00D16237">
      <w:pPr>
        <w:spacing w:after="0"/>
      </w:pPr>
      <w:r>
        <w:rPr>
          <w:rFonts w:ascii="Arial" w:hAnsi="Arial"/>
          <w:b/>
        </w:rPr>
        <w:t xml:space="preserve">Interviewer E:  </w:t>
      </w:r>
      <w:r>
        <w:rPr>
          <w:rFonts w:ascii="Arial" w:hAnsi="Arial"/>
          <w:color w:val="5D7284"/>
        </w:rPr>
        <w:t>18:18</w:t>
      </w:r>
    </w:p>
    <w:p w14:paraId="2E4B4C9C" w14:textId="77777777" w:rsidR="00B23B83" w:rsidRDefault="00D16237">
      <w:pPr>
        <w:spacing w:after="0"/>
      </w:pPr>
      <w:r>
        <w:rPr>
          <w:rFonts w:ascii="Arial" w:hAnsi="Arial"/>
        </w:rPr>
        <w:t xml:space="preserve">Get these out the way, okay. All right. So now I have more of a thought experiment. </w:t>
      </w:r>
    </w:p>
    <w:p w14:paraId="19C6D28B" w14:textId="77777777" w:rsidR="00B23B83" w:rsidRDefault="00B23B83">
      <w:pPr>
        <w:spacing w:after="0"/>
      </w:pPr>
    </w:p>
    <w:p w14:paraId="7B87D81D" w14:textId="77777777" w:rsidR="00B23B83" w:rsidRDefault="00D16237">
      <w:pPr>
        <w:spacing w:after="0"/>
      </w:pPr>
      <w:r>
        <w:rPr>
          <w:rFonts w:ascii="Arial" w:hAnsi="Arial"/>
          <w:b/>
        </w:rPr>
        <w:t xml:space="preserve">Participant #27:  </w:t>
      </w:r>
      <w:r>
        <w:rPr>
          <w:rFonts w:ascii="Arial" w:hAnsi="Arial"/>
          <w:color w:val="5D7284"/>
        </w:rPr>
        <w:t>18:41</w:t>
      </w:r>
    </w:p>
    <w:p w14:paraId="257AC487" w14:textId="77777777" w:rsidR="00B23B83" w:rsidRDefault="00D16237">
      <w:pPr>
        <w:spacing w:after="0"/>
      </w:pPr>
      <w:r>
        <w:rPr>
          <w:rFonts w:ascii="Arial" w:hAnsi="Arial"/>
        </w:rPr>
        <w:lastRenderedPageBreak/>
        <w:t xml:space="preserve">Okay. </w:t>
      </w:r>
    </w:p>
    <w:p w14:paraId="71D22969" w14:textId="77777777" w:rsidR="00B23B83" w:rsidRDefault="00B23B83">
      <w:pPr>
        <w:spacing w:after="0"/>
      </w:pPr>
    </w:p>
    <w:p w14:paraId="268B8E18" w14:textId="77777777" w:rsidR="00B23B83" w:rsidRDefault="00D16237">
      <w:pPr>
        <w:spacing w:after="0"/>
      </w:pPr>
      <w:r>
        <w:rPr>
          <w:rFonts w:ascii="Arial" w:hAnsi="Arial"/>
          <w:b/>
        </w:rPr>
        <w:t xml:space="preserve">Interviewer E:  </w:t>
      </w:r>
      <w:r>
        <w:rPr>
          <w:rFonts w:ascii="Arial" w:hAnsi="Arial"/>
          <w:color w:val="5D7284"/>
        </w:rPr>
        <w:t>18:42</w:t>
      </w:r>
    </w:p>
    <w:p w14:paraId="52D6E63D" w14:textId="77777777" w:rsidR="00B23B83" w:rsidRDefault="00D16237">
      <w:pPr>
        <w:spacing w:after="0"/>
      </w:pPr>
      <w:r>
        <w:rPr>
          <w:rFonts w:ascii="Arial" w:hAnsi="Arial"/>
        </w:rPr>
        <w:t xml:space="preserve">Um, so no demonstration here only because we don't, we can't really make it work. But let's say that you had warm Jell-O, and cold Jell-O. And I put it in a tank just like I did these ones, but the Jell-O isn't hot enough to be liquid and it's not cold enough necessarily to be ice. It's just kind of in a gelatin stage. Right? </w:t>
      </w:r>
    </w:p>
    <w:p w14:paraId="194BA2DB" w14:textId="77777777" w:rsidR="00B23B83" w:rsidRDefault="00B23B83">
      <w:pPr>
        <w:spacing w:after="0"/>
      </w:pPr>
    </w:p>
    <w:p w14:paraId="05B3663B" w14:textId="77777777" w:rsidR="00B23B83" w:rsidRDefault="00D16237">
      <w:pPr>
        <w:spacing w:after="0"/>
      </w:pPr>
      <w:r>
        <w:rPr>
          <w:rFonts w:ascii="Arial" w:hAnsi="Arial"/>
          <w:b/>
        </w:rPr>
        <w:t xml:space="preserve">Participant #27:  </w:t>
      </w:r>
      <w:r>
        <w:rPr>
          <w:rFonts w:ascii="Arial" w:hAnsi="Arial"/>
          <w:color w:val="5D7284"/>
        </w:rPr>
        <w:t>19:09</w:t>
      </w:r>
    </w:p>
    <w:p w14:paraId="4E65A187" w14:textId="77777777" w:rsidR="00B23B83" w:rsidRDefault="00D16237">
      <w:pPr>
        <w:spacing w:after="0"/>
      </w:pPr>
      <w:r>
        <w:rPr>
          <w:rFonts w:ascii="Arial" w:hAnsi="Arial"/>
        </w:rPr>
        <w:t xml:space="preserve">Okay. </w:t>
      </w:r>
    </w:p>
    <w:p w14:paraId="2BF28572" w14:textId="77777777" w:rsidR="00B23B83" w:rsidRDefault="00B23B83">
      <w:pPr>
        <w:spacing w:after="0"/>
      </w:pPr>
    </w:p>
    <w:p w14:paraId="11F6323F" w14:textId="77777777" w:rsidR="00B23B83" w:rsidRDefault="00D16237">
      <w:pPr>
        <w:spacing w:after="0"/>
      </w:pPr>
      <w:r>
        <w:rPr>
          <w:rFonts w:ascii="Arial" w:hAnsi="Arial"/>
          <w:b/>
        </w:rPr>
        <w:t xml:space="preserve">Interviewer E:  </w:t>
      </w:r>
      <w:r>
        <w:rPr>
          <w:rFonts w:ascii="Arial" w:hAnsi="Arial"/>
          <w:color w:val="5D7284"/>
        </w:rPr>
        <w:t>19:09</w:t>
      </w:r>
    </w:p>
    <w:p w14:paraId="2CF24778" w14:textId="36E8105F" w:rsidR="00B23B83" w:rsidRDefault="00D16237">
      <w:pPr>
        <w:spacing w:after="0"/>
      </w:pPr>
      <w:r>
        <w:rPr>
          <w:rFonts w:ascii="Arial" w:hAnsi="Arial"/>
        </w:rPr>
        <w:t xml:space="preserve">Um, but one just a little bit warmer than the other one is a little bit colder. </w:t>
      </w:r>
      <w:r w:rsidR="00B43844">
        <w:rPr>
          <w:rFonts w:ascii="Arial" w:hAnsi="Arial"/>
        </w:rPr>
        <w:t>So,</w:t>
      </w:r>
      <w:r>
        <w:rPr>
          <w:rFonts w:ascii="Arial" w:hAnsi="Arial"/>
        </w:rPr>
        <w:t xml:space="preserve"> I take </w:t>
      </w:r>
      <w:r w:rsidR="00B43844">
        <w:rPr>
          <w:rFonts w:ascii="Arial" w:hAnsi="Arial"/>
        </w:rPr>
        <w:t>those,</w:t>
      </w:r>
      <w:r>
        <w:rPr>
          <w:rFonts w:ascii="Arial" w:hAnsi="Arial"/>
        </w:rPr>
        <w:t xml:space="preserve"> and I put those in a divining tank</w:t>
      </w:r>
      <w:r>
        <w:rPr>
          <w:rFonts w:ascii="Arial" w:hAnsi="Arial"/>
        </w:rPr>
        <w:t xml:space="preserve"> and I remove the wall. I mean, how do you think that will look after one minute?</w:t>
      </w:r>
    </w:p>
    <w:p w14:paraId="65ACA35A" w14:textId="77777777" w:rsidR="00B23B83" w:rsidRDefault="00B23B83">
      <w:pPr>
        <w:spacing w:after="0"/>
      </w:pPr>
    </w:p>
    <w:p w14:paraId="2B03AEF4" w14:textId="77777777" w:rsidR="00B23B83" w:rsidRDefault="00D16237">
      <w:pPr>
        <w:spacing w:after="0"/>
      </w:pPr>
      <w:r>
        <w:rPr>
          <w:rFonts w:ascii="Arial" w:hAnsi="Arial"/>
          <w:b/>
        </w:rPr>
        <w:t xml:space="preserve">Participant #27:  </w:t>
      </w:r>
      <w:r>
        <w:rPr>
          <w:rFonts w:ascii="Arial" w:hAnsi="Arial"/>
          <w:color w:val="5D7284"/>
        </w:rPr>
        <w:t>19:25</w:t>
      </w:r>
    </w:p>
    <w:p w14:paraId="475B98C3" w14:textId="77777777" w:rsidR="00B23B83" w:rsidRDefault="00D16237">
      <w:pPr>
        <w:spacing w:after="0"/>
      </w:pPr>
      <w:r>
        <w:rPr>
          <w:rFonts w:ascii="Arial" w:hAnsi="Arial"/>
        </w:rPr>
        <w:t>Um, I think the warmer Jell-O might like bleed into the the more like not ice but like the more like gelatin Jell-O. I think you might bleed into it a little bit and, like change its state like make it a little bit more liquid. Just maybe where it touches, is what I think.</w:t>
      </w:r>
    </w:p>
    <w:p w14:paraId="20004DAE" w14:textId="77777777" w:rsidR="00B23B83" w:rsidRDefault="00B23B83">
      <w:pPr>
        <w:spacing w:after="0"/>
      </w:pPr>
    </w:p>
    <w:p w14:paraId="46B0C1B6" w14:textId="77777777" w:rsidR="00B23B83" w:rsidRDefault="00D16237">
      <w:pPr>
        <w:spacing w:after="0"/>
      </w:pPr>
      <w:r>
        <w:rPr>
          <w:rFonts w:ascii="Arial" w:hAnsi="Arial"/>
          <w:b/>
        </w:rPr>
        <w:t xml:space="preserve">Interviewer E:  </w:t>
      </w:r>
      <w:r>
        <w:rPr>
          <w:rFonts w:ascii="Arial" w:hAnsi="Arial"/>
          <w:color w:val="5D7284"/>
        </w:rPr>
        <w:t>19:56</w:t>
      </w:r>
    </w:p>
    <w:p w14:paraId="0604311F" w14:textId="77777777" w:rsidR="00B23B83" w:rsidRDefault="00D16237">
      <w:pPr>
        <w:spacing w:after="0"/>
      </w:pPr>
      <w:r>
        <w:rPr>
          <w:rFonts w:ascii="Arial" w:hAnsi="Arial"/>
        </w:rPr>
        <w:t xml:space="preserve">Okay, so it would the hot word overpower the cold Jell-O. </w:t>
      </w:r>
    </w:p>
    <w:p w14:paraId="69DD291B" w14:textId="77777777" w:rsidR="00B23B83" w:rsidRDefault="00B23B83">
      <w:pPr>
        <w:spacing w:after="0"/>
      </w:pPr>
    </w:p>
    <w:p w14:paraId="647EEF83" w14:textId="77777777" w:rsidR="00B23B83" w:rsidRDefault="00D16237">
      <w:pPr>
        <w:spacing w:after="0"/>
      </w:pPr>
      <w:r>
        <w:rPr>
          <w:rFonts w:ascii="Arial" w:hAnsi="Arial"/>
          <w:b/>
        </w:rPr>
        <w:t xml:space="preserve">Participant #27:  </w:t>
      </w:r>
      <w:r>
        <w:rPr>
          <w:rFonts w:ascii="Arial" w:hAnsi="Arial"/>
          <w:color w:val="5D7284"/>
        </w:rPr>
        <w:t>20:02</w:t>
      </w:r>
    </w:p>
    <w:p w14:paraId="74B75458" w14:textId="77777777" w:rsidR="00B23B83" w:rsidRDefault="00D16237">
      <w:pPr>
        <w:spacing w:after="0"/>
      </w:pPr>
      <w:r>
        <w:rPr>
          <w:rFonts w:ascii="Arial" w:hAnsi="Arial"/>
        </w:rPr>
        <w:t xml:space="preserve">Yeah. </w:t>
      </w:r>
    </w:p>
    <w:p w14:paraId="382BB96B" w14:textId="77777777" w:rsidR="00B23B83" w:rsidRDefault="00B23B83">
      <w:pPr>
        <w:spacing w:after="0"/>
      </w:pPr>
    </w:p>
    <w:p w14:paraId="007504AF" w14:textId="77777777" w:rsidR="00B23B83" w:rsidRDefault="00D16237">
      <w:pPr>
        <w:spacing w:after="0"/>
      </w:pPr>
      <w:r>
        <w:rPr>
          <w:rFonts w:ascii="Arial" w:hAnsi="Arial"/>
          <w:b/>
        </w:rPr>
        <w:t xml:space="preserve">Interviewer E:  </w:t>
      </w:r>
      <w:r>
        <w:rPr>
          <w:rFonts w:ascii="Arial" w:hAnsi="Arial"/>
          <w:color w:val="5D7284"/>
        </w:rPr>
        <w:t>20:04</w:t>
      </w:r>
    </w:p>
    <w:p w14:paraId="244153A4" w14:textId="77777777" w:rsidR="00B23B83" w:rsidRDefault="00D16237">
      <w:pPr>
        <w:spacing w:after="0"/>
      </w:pPr>
      <w:r>
        <w:rPr>
          <w:rFonts w:ascii="Arial" w:hAnsi="Arial"/>
        </w:rPr>
        <w:t>Okay I feel like that's fair. I mean I don't know.</w:t>
      </w:r>
    </w:p>
    <w:p w14:paraId="7932788B" w14:textId="77777777" w:rsidR="00B23B83" w:rsidRDefault="00B23B83">
      <w:pPr>
        <w:spacing w:after="0"/>
      </w:pPr>
    </w:p>
    <w:p w14:paraId="20475A28" w14:textId="77777777" w:rsidR="00B23B83" w:rsidRDefault="00D16237">
      <w:pPr>
        <w:spacing w:after="0"/>
      </w:pPr>
      <w:r>
        <w:rPr>
          <w:rFonts w:ascii="Arial" w:hAnsi="Arial"/>
          <w:b/>
        </w:rPr>
        <w:t xml:space="preserve">Participant #27:  </w:t>
      </w:r>
      <w:r>
        <w:rPr>
          <w:rFonts w:ascii="Arial" w:hAnsi="Arial"/>
          <w:color w:val="5D7284"/>
        </w:rPr>
        <w:t>20:11</w:t>
      </w:r>
    </w:p>
    <w:p w14:paraId="6C5A70BE" w14:textId="77777777" w:rsidR="00B23B83" w:rsidRDefault="00D16237">
      <w:pPr>
        <w:spacing w:after="0"/>
      </w:pPr>
      <w:r>
        <w:rPr>
          <w:rFonts w:ascii="Arial" w:hAnsi="Arial"/>
        </w:rPr>
        <w:t>Haven't done the experience yet.</w:t>
      </w:r>
    </w:p>
    <w:p w14:paraId="64A41C69" w14:textId="77777777" w:rsidR="00B23B83" w:rsidRDefault="00B23B83">
      <w:pPr>
        <w:spacing w:after="0"/>
      </w:pPr>
    </w:p>
    <w:p w14:paraId="06E2DDDC" w14:textId="77777777" w:rsidR="00B23B83" w:rsidRDefault="00D16237">
      <w:pPr>
        <w:spacing w:after="0"/>
      </w:pPr>
      <w:r>
        <w:rPr>
          <w:rFonts w:ascii="Arial" w:hAnsi="Arial"/>
          <w:b/>
        </w:rPr>
        <w:t xml:space="preserve">Interviewer E:  </w:t>
      </w:r>
      <w:r>
        <w:rPr>
          <w:rFonts w:ascii="Arial" w:hAnsi="Arial"/>
          <w:color w:val="5D7284"/>
        </w:rPr>
        <w:t>20:12</w:t>
      </w:r>
    </w:p>
    <w:p w14:paraId="4866021C" w14:textId="77777777" w:rsidR="00B23B83" w:rsidRDefault="00D16237">
      <w:pPr>
        <w:spacing w:after="0"/>
      </w:pPr>
      <w:r>
        <w:rPr>
          <w:rFonts w:ascii="Arial" w:hAnsi="Arial"/>
        </w:rPr>
        <w:t>Yeah, so I think now what I want to do is show you actual footage of a time lapse of those three sitting for a certain amount of time.</w:t>
      </w:r>
    </w:p>
    <w:p w14:paraId="0C6BC710" w14:textId="77777777" w:rsidR="00B23B83" w:rsidRDefault="00B23B83">
      <w:pPr>
        <w:spacing w:after="0"/>
      </w:pPr>
    </w:p>
    <w:p w14:paraId="1DC070F4" w14:textId="77777777" w:rsidR="00B23B83" w:rsidRDefault="00D16237">
      <w:pPr>
        <w:spacing w:after="0"/>
      </w:pPr>
      <w:r>
        <w:rPr>
          <w:rFonts w:ascii="Arial" w:hAnsi="Arial"/>
          <w:b/>
        </w:rPr>
        <w:t xml:space="preserve">Participant #27:  </w:t>
      </w:r>
      <w:r>
        <w:rPr>
          <w:rFonts w:ascii="Arial" w:hAnsi="Arial"/>
          <w:color w:val="5D7284"/>
        </w:rPr>
        <w:t>20:31</w:t>
      </w:r>
    </w:p>
    <w:p w14:paraId="7ABA06B2" w14:textId="77777777" w:rsidR="00B23B83" w:rsidRDefault="00D16237">
      <w:pPr>
        <w:spacing w:after="0"/>
      </w:pPr>
      <w:r>
        <w:rPr>
          <w:rFonts w:ascii="Arial" w:hAnsi="Arial"/>
        </w:rPr>
        <w:t>Okay.</w:t>
      </w:r>
    </w:p>
    <w:p w14:paraId="4D9FD47F" w14:textId="77777777" w:rsidR="00B23B83" w:rsidRDefault="00B23B83">
      <w:pPr>
        <w:spacing w:after="0"/>
      </w:pPr>
    </w:p>
    <w:p w14:paraId="07A7F351" w14:textId="77777777" w:rsidR="00B23B83" w:rsidRDefault="00D16237">
      <w:pPr>
        <w:spacing w:after="0"/>
      </w:pPr>
      <w:r>
        <w:rPr>
          <w:rFonts w:ascii="Arial" w:hAnsi="Arial"/>
          <w:b/>
        </w:rPr>
        <w:t xml:space="preserve">Interviewer E:  </w:t>
      </w:r>
      <w:r>
        <w:rPr>
          <w:rFonts w:ascii="Arial" w:hAnsi="Arial"/>
          <w:color w:val="5D7284"/>
        </w:rPr>
        <w:t>20:34</w:t>
      </w:r>
    </w:p>
    <w:p w14:paraId="512E2279" w14:textId="6C338D89" w:rsidR="00B23B83" w:rsidRDefault="00D16237">
      <w:pPr>
        <w:spacing w:after="0"/>
      </w:pPr>
      <w:r>
        <w:rPr>
          <w:rFonts w:ascii="Arial" w:hAnsi="Arial"/>
        </w:rPr>
        <w:t xml:space="preserve">I have them on my laptop, alright get my life together here. All right, so the first one I kind of want to go in order so let's do the oops the hot and cold first. </w:t>
      </w:r>
      <w:r w:rsidR="00B43844">
        <w:rPr>
          <w:rFonts w:ascii="Arial" w:hAnsi="Arial"/>
        </w:rPr>
        <w:t>So,</w:t>
      </w:r>
      <w:r>
        <w:rPr>
          <w:rFonts w:ascii="Arial" w:hAnsi="Arial"/>
        </w:rPr>
        <w:t xml:space="preserve"> here's a time lapse video. What happens so this is a 33 Second time lapse I condensed it to 33 seconds.</w:t>
      </w:r>
    </w:p>
    <w:p w14:paraId="71ED50B3" w14:textId="77777777" w:rsidR="00B23B83" w:rsidRDefault="00B23B83">
      <w:pPr>
        <w:spacing w:after="0"/>
      </w:pPr>
    </w:p>
    <w:p w14:paraId="383DCD94" w14:textId="77777777" w:rsidR="00B23B83" w:rsidRDefault="00D16237">
      <w:pPr>
        <w:spacing w:after="0"/>
      </w:pPr>
      <w:r>
        <w:rPr>
          <w:rFonts w:ascii="Arial" w:hAnsi="Arial"/>
          <w:b/>
        </w:rPr>
        <w:lastRenderedPageBreak/>
        <w:t xml:space="preserve">Participant #27:  </w:t>
      </w:r>
      <w:r>
        <w:rPr>
          <w:rFonts w:ascii="Arial" w:hAnsi="Arial"/>
          <w:color w:val="5D7284"/>
        </w:rPr>
        <w:t>21:11</w:t>
      </w:r>
    </w:p>
    <w:p w14:paraId="3604657B" w14:textId="77777777" w:rsidR="00B23B83" w:rsidRDefault="00D16237">
      <w:pPr>
        <w:spacing w:after="0"/>
      </w:pPr>
      <w:r>
        <w:rPr>
          <w:rFonts w:ascii="Arial" w:hAnsi="Arial"/>
        </w:rPr>
        <w:t>Okay, I'm like wow that was quick.</w:t>
      </w:r>
    </w:p>
    <w:p w14:paraId="61B5FACB" w14:textId="77777777" w:rsidR="00B23B83" w:rsidRDefault="00B23B83">
      <w:pPr>
        <w:spacing w:after="0"/>
      </w:pPr>
    </w:p>
    <w:p w14:paraId="1D633928" w14:textId="77777777" w:rsidR="00B23B83" w:rsidRDefault="00D16237">
      <w:pPr>
        <w:spacing w:after="0"/>
      </w:pPr>
      <w:r>
        <w:rPr>
          <w:rFonts w:ascii="Arial" w:hAnsi="Arial"/>
          <w:b/>
        </w:rPr>
        <w:t xml:space="preserve">Interviewer E:  </w:t>
      </w:r>
      <w:r>
        <w:rPr>
          <w:rFonts w:ascii="Arial" w:hAnsi="Arial"/>
          <w:color w:val="5D7284"/>
        </w:rPr>
        <w:t>21:48</w:t>
      </w:r>
    </w:p>
    <w:p w14:paraId="02946D3B" w14:textId="77777777" w:rsidR="00B23B83" w:rsidRDefault="00D16237">
      <w:pPr>
        <w:spacing w:after="0"/>
      </w:pPr>
      <w:r>
        <w:rPr>
          <w:rFonts w:ascii="Arial" w:hAnsi="Arial"/>
        </w:rPr>
        <w:t>That's it so what did you think about that? Did that surprise you at all?</w:t>
      </w:r>
    </w:p>
    <w:p w14:paraId="132F1EAB" w14:textId="77777777" w:rsidR="00B23B83" w:rsidRDefault="00B23B83">
      <w:pPr>
        <w:spacing w:after="0"/>
      </w:pPr>
    </w:p>
    <w:p w14:paraId="11B83C60" w14:textId="77777777" w:rsidR="00B23B83" w:rsidRDefault="00D16237">
      <w:pPr>
        <w:spacing w:after="0"/>
      </w:pPr>
      <w:r>
        <w:rPr>
          <w:rFonts w:ascii="Arial" w:hAnsi="Arial"/>
          <w:b/>
        </w:rPr>
        <w:t xml:space="preserve">Participant #27:  </w:t>
      </w:r>
      <w:r>
        <w:rPr>
          <w:rFonts w:ascii="Arial" w:hAnsi="Arial"/>
          <w:color w:val="5D7284"/>
        </w:rPr>
        <w:t>21:53</w:t>
      </w:r>
    </w:p>
    <w:p w14:paraId="63F0E678" w14:textId="77777777" w:rsidR="00B23B83" w:rsidRDefault="00D16237">
      <w:pPr>
        <w:spacing w:after="0"/>
      </w:pPr>
      <w:r>
        <w:rPr>
          <w:rFonts w:ascii="Arial" w:hAnsi="Arial"/>
        </w:rPr>
        <w:t xml:space="preserve">Yeah, it did. It looked like some it looked it was like so interesting how it was moving like slithering. </w:t>
      </w:r>
    </w:p>
    <w:p w14:paraId="2BC68141" w14:textId="77777777" w:rsidR="00B23B83" w:rsidRDefault="00B23B83">
      <w:pPr>
        <w:spacing w:after="0"/>
      </w:pPr>
    </w:p>
    <w:p w14:paraId="79597785" w14:textId="77777777" w:rsidR="00B23B83" w:rsidRDefault="00D16237">
      <w:pPr>
        <w:spacing w:after="0"/>
      </w:pPr>
      <w:r>
        <w:rPr>
          <w:rFonts w:ascii="Arial" w:hAnsi="Arial"/>
          <w:b/>
        </w:rPr>
        <w:t xml:space="preserve">Interviewer E:  </w:t>
      </w:r>
      <w:r>
        <w:rPr>
          <w:rFonts w:ascii="Arial" w:hAnsi="Arial"/>
          <w:color w:val="5D7284"/>
        </w:rPr>
        <w:t>22:00</w:t>
      </w:r>
    </w:p>
    <w:p w14:paraId="784B3282" w14:textId="77777777" w:rsidR="00B23B83" w:rsidRDefault="00D16237">
      <w:pPr>
        <w:spacing w:after="0"/>
      </w:pPr>
      <w:r>
        <w:rPr>
          <w:rFonts w:ascii="Arial" w:hAnsi="Arial"/>
        </w:rPr>
        <w:t xml:space="preserve">Oh, you mean the fingers? </w:t>
      </w:r>
    </w:p>
    <w:p w14:paraId="77DD958A" w14:textId="77777777" w:rsidR="00B23B83" w:rsidRDefault="00B23B83">
      <w:pPr>
        <w:spacing w:after="0"/>
      </w:pPr>
    </w:p>
    <w:p w14:paraId="0ABEDA21" w14:textId="77777777" w:rsidR="00B23B83" w:rsidRDefault="00D16237">
      <w:pPr>
        <w:spacing w:after="0"/>
      </w:pPr>
      <w:r>
        <w:rPr>
          <w:rFonts w:ascii="Arial" w:hAnsi="Arial"/>
          <w:b/>
        </w:rPr>
        <w:t xml:space="preserve">Participant #27:  </w:t>
      </w:r>
      <w:r>
        <w:rPr>
          <w:rFonts w:ascii="Arial" w:hAnsi="Arial"/>
          <w:color w:val="5D7284"/>
        </w:rPr>
        <w:t>22:02</w:t>
      </w:r>
    </w:p>
    <w:p w14:paraId="56C2D55D" w14:textId="77777777" w:rsidR="00B23B83" w:rsidRDefault="00D16237">
      <w:pPr>
        <w:spacing w:after="0"/>
      </w:pPr>
      <w:r>
        <w:rPr>
          <w:rFonts w:ascii="Arial" w:hAnsi="Arial"/>
        </w:rPr>
        <w:t xml:space="preserve">Yeah, like from the middle. It was just so so neat. </w:t>
      </w:r>
    </w:p>
    <w:p w14:paraId="0B804587" w14:textId="77777777" w:rsidR="00B23B83" w:rsidRDefault="00B23B83">
      <w:pPr>
        <w:spacing w:after="0"/>
      </w:pPr>
    </w:p>
    <w:p w14:paraId="52F7FF5E" w14:textId="77777777" w:rsidR="00B23B83" w:rsidRDefault="00D16237">
      <w:pPr>
        <w:spacing w:after="0"/>
      </w:pPr>
      <w:r>
        <w:rPr>
          <w:rFonts w:ascii="Arial" w:hAnsi="Arial"/>
          <w:b/>
        </w:rPr>
        <w:t xml:space="preserve">Interviewer E:  </w:t>
      </w:r>
      <w:r>
        <w:rPr>
          <w:rFonts w:ascii="Arial" w:hAnsi="Arial"/>
          <w:color w:val="5D7284"/>
        </w:rPr>
        <w:t>22:05</w:t>
      </w:r>
    </w:p>
    <w:p w14:paraId="0F0CA340" w14:textId="77777777" w:rsidR="00B23B83" w:rsidRDefault="00D16237">
      <w:pPr>
        <w:spacing w:after="0"/>
      </w:pPr>
      <w:r>
        <w:rPr>
          <w:rFonts w:ascii="Arial" w:hAnsi="Arial"/>
        </w:rPr>
        <w:t xml:space="preserve">Yeah. </w:t>
      </w:r>
    </w:p>
    <w:p w14:paraId="72DF8984" w14:textId="77777777" w:rsidR="00B23B83" w:rsidRDefault="00B23B83">
      <w:pPr>
        <w:spacing w:after="0"/>
      </w:pPr>
    </w:p>
    <w:p w14:paraId="04AB80CC" w14:textId="77777777" w:rsidR="00B23B83" w:rsidRDefault="00D16237">
      <w:pPr>
        <w:spacing w:after="0"/>
      </w:pPr>
      <w:r>
        <w:rPr>
          <w:rFonts w:ascii="Arial" w:hAnsi="Arial"/>
          <w:b/>
        </w:rPr>
        <w:t xml:space="preserve">Participant #27:  </w:t>
      </w:r>
      <w:r>
        <w:rPr>
          <w:rFonts w:ascii="Arial" w:hAnsi="Arial"/>
          <w:color w:val="5D7284"/>
        </w:rPr>
        <w:t>22:06</w:t>
      </w:r>
    </w:p>
    <w:p w14:paraId="4278BE8B" w14:textId="7493842B" w:rsidR="00B23B83" w:rsidRDefault="00D16237">
      <w:pPr>
        <w:spacing w:after="0"/>
      </w:pPr>
      <w:r>
        <w:rPr>
          <w:rFonts w:ascii="Arial" w:hAnsi="Arial"/>
        </w:rPr>
        <w:t xml:space="preserve">So </w:t>
      </w:r>
      <w:r w:rsidR="00B43844">
        <w:rPr>
          <w:rFonts w:ascii="Arial" w:hAnsi="Arial"/>
        </w:rPr>
        <w:t>basically,</w:t>
      </w:r>
      <w:r>
        <w:rPr>
          <w:rFonts w:ascii="Arial" w:hAnsi="Arial"/>
        </w:rPr>
        <w:t xml:space="preserve"> that was currently doing that but at a slower rate like it's it's doing that right now.</w:t>
      </w:r>
    </w:p>
    <w:p w14:paraId="2D32A952" w14:textId="77777777" w:rsidR="00B23B83" w:rsidRDefault="00B23B83">
      <w:pPr>
        <w:spacing w:after="0"/>
      </w:pPr>
    </w:p>
    <w:p w14:paraId="0B968BEE" w14:textId="77777777" w:rsidR="00B23B83" w:rsidRDefault="00D16237">
      <w:pPr>
        <w:spacing w:after="0"/>
      </w:pPr>
      <w:r>
        <w:rPr>
          <w:rFonts w:ascii="Arial" w:hAnsi="Arial"/>
          <w:b/>
        </w:rPr>
        <w:t xml:space="preserve">Interviewer E:  </w:t>
      </w:r>
      <w:r>
        <w:rPr>
          <w:rFonts w:ascii="Arial" w:hAnsi="Arial"/>
          <w:color w:val="5D7284"/>
        </w:rPr>
        <w:t>22:13</w:t>
      </w:r>
    </w:p>
    <w:p w14:paraId="2982D479" w14:textId="77777777" w:rsidR="00B23B83" w:rsidRDefault="00D16237">
      <w:pPr>
        <w:spacing w:after="0"/>
      </w:pPr>
      <w:r>
        <w:rPr>
          <w:rFonts w:ascii="Arial" w:hAnsi="Arial"/>
        </w:rPr>
        <w:t>Yeah.</w:t>
      </w:r>
    </w:p>
    <w:p w14:paraId="1B1DE37A" w14:textId="77777777" w:rsidR="00B23B83" w:rsidRDefault="00B23B83">
      <w:pPr>
        <w:spacing w:after="0"/>
      </w:pPr>
    </w:p>
    <w:p w14:paraId="64AC77AA" w14:textId="77777777" w:rsidR="00B23B83" w:rsidRDefault="00D16237">
      <w:pPr>
        <w:spacing w:after="0"/>
      </w:pPr>
      <w:r>
        <w:rPr>
          <w:rFonts w:ascii="Arial" w:hAnsi="Arial"/>
          <w:b/>
        </w:rPr>
        <w:t xml:space="preserve">Participant #27:  </w:t>
      </w:r>
      <w:r>
        <w:rPr>
          <w:rFonts w:ascii="Arial" w:hAnsi="Arial"/>
          <w:color w:val="5D7284"/>
        </w:rPr>
        <w:t>22:13</w:t>
      </w:r>
    </w:p>
    <w:p w14:paraId="4777A560" w14:textId="77777777" w:rsidR="00B23B83" w:rsidRDefault="00D16237">
      <w:pPr>
        <w:spacing w:after="0"/>
      </w:pPr>
      <w:r>
        <w:rPr>
          <w:rFonts w:ascii="Arial" w:hAnsi="Arial"/>
        </w:rPr>
        <w:t>That's pretty cool.</w:t>
      </w:r>
    </w:p>
    <w:p w14:paraId="54102DF0" w14:textId="77777777" w:rsidR="00B23B83" w:rsidRDefault="00B23B83">
      <w:pPr>
        <w:spacing w:after="0"/>
      </w:pPr>
    </w:p>
    <w:p w14:paraId="0BBF36C5" w14:textId="77777777" w:rsidR="00B23B83" w:rsidRDefault="00D16237">
      <w:pPr>
        <w:spacing w:after="0"/>
      </w:pPr>
      <w:r>
        <w:rPr>
          <w:rFonts w:ascii="Arial" w:hAnsi="Arial"/>
          <w:b/>
        </w:rPr>
        <w:t xml:space="preserve">Interviewer E:  </w:t>
      </w:r>
      <w:r>
        <w:rPr>
          <w:rFonts w:ascii="Arial" w:hAnsi="Arial"/>
          <w:color w:val="5D7284"/>
        </w:rPr>
        <w:t>22:14</w:t>
      </w:r>
    </w:p>
    <w:p w14:paraId="41A4CA3B" w14:textId="4C872412" w:rsidR="00B23B83" w:rsidRDefault="00B43844">
      <w:pPr>
        <w:spacing w:after="0"/>
      </w:pPr>
      <w:r>
        <w:rPr>
          <w:rFonts w:ascii="Arial" w:hAnsi="Arial"/>
        </w:rPr>
        <w:t>Yes, through that same process at least I mean, if so this was a 33 second time lapse how long in actual time do you think that was?</w:t>
      </w:r>
    </w:p>
    <w:p w14:paraId="69EF08C8" w14:textId="77777777" w:rsidR="00B23B83" w:rsidRDefault="00B23B83">
      <w:pPr>
        <w:spacing w:after="0"/>
      </w:pPr>
    </w:p>
    <w:p w14:paraId="1230C836" w14:textId="77777777" w:rsidR="00B23B83" w:rsidRDefault="00D16237">
      <w:pPr>
        <w:spacing w:after="0"/>
      </w:pPr>
      <w:r>
        <w:rPr>
          <w:rFonts w:ascii="Arial" w:hAnsi="Arial"/>
          <w:b/>
        </w:rPr>
        <w:t xml:space="preserve">Participant #27:  </w:t>
      </w:r>
      <w:r>
        <w:rPr>
          <w:rFonts w:ascii="Arial" w:hAnsi="Arial"/>
          <w:color w:val="5D7284"/>
        </w:rPr>
        <w:t>22:26</w:t>
      </w:r>
    </w:p>
    <w:p w14:paraId="747D7424" w14:textId="77777777" w:rsidR="00B23B83" w:rsidRDefault="00D16237">
      <w:pPr>
        <w:spacing w:after="0"/>
      </w:pPr>
      <w:r>
        <w:rPr>
          <w:rFonts w:ascii="Arial" w:hAnsi="Arial"/>
        </w:rPr>
        <w:t>I think it took like an hour.</w:t>
      </w:r>
    </w:p>
    <w:p w14:paraId="0BDD6F95" w14:textId="77777777" w:rsidR="00B23B83" w:rsidRDefault="00B23B83">
      <w:pPr>
        <w:spacing w:after="0"/>
      </w:pPr>
    </w:p>
    <w:p w14:paraId="490E6D30" w14:textId="77777777" w:rsidR="00B23B83" w:rsidRDefault="00D16237">
      <w:pPr>
        <w:spacing w:after="0"/>
      </w:pPr>
      <w:r>
        <w:rPr>
          <w:rFonts w:ascii="Arial" w:hAnsi="Arial"/>
          <w:b/>
        </w:rPr>
        <w:t xml:space="preserve">Interviewer E:  </w:t>
      </w:r>
      <w:r>
        <w:rPr>
          <w:rFonts w:ascii="Arial" w:hAnsi="Arial"/>
          <w:color w:val="5D7284"/>
        </w:rPr>
        <w:t>22:31</w:t>
      </w:r>
    </w:p>
    <w:p w14:paraId="497F9DE8" w14:textId="77777777" w:rsidR="00B23B83" w:rsidRDefault="00D16237">
      <w:pPr>
        <w:spacing w:after="0"/>
      </w:pPr>
      <w:r>
        <w:rPr>
          <w:rFonts w:ascii="Arial" w:hAnsi="Arial"/>
        </w:rPr>
        <w:t>An hour?</w:t>
      </w:r>
    </w:p>
    <w:p w14:paraId="3FD9B475" w14:textId="77777777" w:rsidR="00B23B83" w:rsidRDefault="00B23B83">
      <w:pPr>
        <w:spacing w:after="0"/>
      </w:pPr>
    </w:p>
    <w:p w14:paraId="1DECCAEA" w14:textId="77777777" w:rsidR="00B23B83" w:rsidRDefault="00D16237">
      <w:pPr>
        <w:spacing w:after="0"/>
      </w:pPr>
      <w:r>
        <w:rPr>
          <w:rFonts w:ascii="Arial" w:hAnsi="Arial"/>
          <w:b/>
        </w:rPr>
        <w:t xml:space="preserve">Participant #27:  </w:t>
      </w:r>
      <w:r>
        <w:rPr>
          <w:rFonts w:ascii="Arial" w:hAnsi="Arial"/>
          <w:color w:val="5D7284"/>
        </w:rPr>
        <w:t>22:31</w:t>
      </w:r>
    </w:p>
    <w:p w14:paraId="203147C1" w14:textId="77777777" w:rsidR="00B23B83" w:rsidRDefault="00D16237">
      <w:pPr>
        <w:spacing w:after="0"/>
      </w:pPr>
      <w:r>
        <w:rPr>
          <w:rFonts w:ascii="Arial" w:hAnsi="Arial"/>
        </w:rPr>
        <w:t>Yeah.</w:t>
      </w:r>
    </w:p>
    <w:p w14:paraId="1D9A7B4D" w14:textId="77777777" w:rsidR="00B23B83" w:rsidRDefault="00B23B83">
      <w:pPr>
        <w:spacing w:after="0"/>
      </w:pPr>
    </w:p>
    <w:p w14:paraId="4A78F7B0" w14:textId="77777777" w:rsidR="00B23B83" w:rsidRDefault="00D16237">
      <w:pPr>
        <w:spacing w:after="0"/>
      </w:pPr>
      <w:r>
        <w:rPr>
          <w:rFonts w:ascii="Arial" w:hAnsi="Arial"/>
          <w:b/>
        </w:rPr>
        <w:t xml:space="preserve">Interviewer E:  </w:t>
      </w:r>
      <w:r>
        <w:rPr>
          <w:rFonts w:ascii="Arial" w:hAnsi="Arial"/>
          <w:color w:val="5D7284"/>
        </w:rPr>
        <w:t>22:37</w:t>
      </w:r>
    </w:p>
    <w:p w14:paraId="1DC2F60D" w14:textId="77777777" w:rsidR="00B23B83" w:rsidRDefault="00D16237">
      <w:pPr>
        <w:spacing w:after="0"/>
      </w:pPr>
      <w:r>
        <w:rPr>
          <w:rFonts w:ascii="Arial" w:hAnsi="Arial"/>
        </w:rPr>
        <w:t xml:space="preserve">You're right it, it was an </w:t>
      </w:r>
      <w:r>
        <w:rPr>
          <w:rFonts w:ascii="Arial" w:hAnsi="Arial"/>
        </w:rPr>
        <w:t>hour.</w:t>
      </w:r>
    </w:p>
    <w:p w14:paraId="5B6625C4" w14:textId="77777777" w:rsidR="00B23B83" w:rsidRDefault="00B23B83">
      <w:pPr>
        <w:spacing w:after="0"/>
      </w:pPr>
    </w:p>
    <w:p w14:paraId="78C3B042" w14:textId="77777777" w:rsidR="00B23B83" w:rsidRDefault="00D16237">
      <w:pPr>
        <w:spacing w:after="0"/>
      </w:pPr>
      <w:r>
        <w:rPr>
          <w:rFonts w:ascii="Arial" w:hAnsi="Arial"/>
          <w:b/>
        </w:rPr>
        <w:t xml:space="preserve">Participant #27:  </w:t>
      </w:r>
      <w:r>
        <w:rPr>
          <w:rFonts w:ascii="Arial" w:hAnsi="Arial"/>
          <w:color w:val="5D7284"/>
        </w:rPr>
        <w:t>22:38</w:t>
      </w:r>
    </w:p>
    <w:p w14:paraId="064DCEF0" w14:textId="77777777" w:rsidR="00B23B83" w:rsidRDefault="00D16237">
      <w:pPr>
        <w:spacing w:after="0"/>
      </w:pPr>
      <w:r>
        <w:rPr>
          <w:rFonts w:ascii="Arial" w:hAnsi="Arial"/>
        </w:rPr>
        <w:lastRenderedPageBreak/>
        <w:t xml:space="preserve">Really? </w:t>
      </w:r>
    </w:p>
    <w:p w14:paraId="72088382" w14:textId="77777777" w:rsidR="00B23B83" w:rsidRDefault="00B23B83">
      <w:pPr>
        <w:spacing w:after="0"/>
      </w:pPr>
    </w:p>
    <w:p w14:paraId="4BAA0684" w14:textId="77777777" w:rsidR="00B23B83" w:rsidRDefault="00D16237">
      <w:pPr>
        <w:spacing w:after="0"/>
      </w:pPr>
      <w:r>
        <w:rPr>
          <w:rFonts w:ascii="Arial" w:hAnsi="Arial"/>
          <w:b/>
        </w:rPr>
        <w:t xml:space="preserve">Interviewer E:  </w:t>
      </w:r>
      <w:r>
        <w:rPr>
          <w:rFonts w:ascii="Arial" w:hAnsi="Arial"/>
          <w:color w:val="5D7284"/>
        </w:rPr>
        <w:t>22:38</w:t>
      </w:r>
    </w:p>
    <w:p w14:paraId="54C8CC32" w14:textId="77777777" w:rsidR="00B23B83" w:rsidRDefault="00D16237">
      <w:pPr>
        <w:spacing w:after="0"/>
      </w:pPr>
      <w:r>
        <w:rPr>
          <w:rFonts w:ascii="Arial" w:hAnsi="Arial"/>
        </w:rPr>
        <w:t>Yeah.</w:t>
      </w:r>
    </w:p>
    <w:p w14:paraId="364E76A0" w14:textId="77777777" w:rsidR="00B23B83" w:rsidRDefault="00B23B83">
      <w:pPr>
        <w:spacing w:after="0"/>
      </w:pPr>
    </w:p>
    <w:p w14:paraId="7B29B781" w14:textId="77777777" w:rsidR="00B23B83" w:rsidRDefault="00D16237">
      <w:pPr>
        <w:spacing w:after="0"/>
      </w:pPr>
      <w:r>
        <w:rPr>
          <w:rFonts w:ascii="Arial" w:hAnsi="Arial"/>
          <w:b/>
        </w:rPr>
        <w:t xml:space="preserve">Participant #27:  </w:t>
      </w:r>
      <w:r>
        <w:rPr>
          <w:rFonts w:ascii="Arial" w:hAnsi="Arial"/>
          <w:color w:val="5D7284"/>
        </w:rPr>
        <w:t>22:39</w:t>
      </w:r>
    </w:p>
    <w:p w14:paraId="0A71D8D6" w14:textId="77777777" w:rsidR="00B23B83" w:rsidRDefault="00D16237">
      <w:pPr>
        <w:spacing w:after="0"/>
      </w:pPr>
      <w:r>
        <w:rPr>
          <w:rFonts w:ascii="Arial" w:hAnsi="Arial"/>
        </w:rPr>
        <w:t>Okay finally after all this information.</w:t>
      </w:r>
    </w:p>
    <w:p w14:paraId="4C983EB7" w14:textId="77777777" w:rsidR="00B23B83" w:rsidRDefault="00B23B83">
      <w:pPr>
        <w:spacing w:after="0"/>
      </w:pPr>
    </w:p>
    <w:p w14:paraId="07AADC6F" w14:textId="77777777" w:rsidR="00B23B83" w:rsidRDefault="00D16237">
      <w:pPr>
        <w:spacing w:after="0"/>
      </w:pPr>
      <w:r>
        <w:rPr>
          <w:rFonts w:ascii="Arial" w:hAnsi="Arial"/>
          <w:b/>
        </w:rPr>
        <w:t xml:space="preserve">Interviewer E:  </w:t>
      </w:r>
      <w:r>
        <w:rPr>
          <w:rFonts w:ascii="Arial" w:hAnsi="Arial"/>
          <w:color w:val="5D7284"/>
        </w:rPr>
        <w:t>22:44</w:t>
      </w:r>
    </w:p>
    <w:p w14:paraId="40D73BA8" w14:textId="65D12D49" w:rsidR="00B23B83" w:rsidRDefault="00D16237">
      <w:pPr>
        <w:spacing w:after="0"/>
      </w:pPr>
      <w:r>
        <w:rPr>
          <w:rFonts w:ascii="Arial" w:hAnsi="Arial"/>
        </w:rPr>
        <w:t xml:space="preserve">All right. </w:t>
      </w:r>
      <w:r w:rsidR="00B43844">
        <w:rPr>
          <w:rFonts w:ascii="Arial" w:hAnsi="Arial"/>
        </w:rPr>
        <w:t>So,</w:t>
      </w:r>
      <w:r>
        <w:rPr>
          <w:rFonts w:ascii="Arial" w:hAnsi="Arial"/>
        </w:rPr>
        <w:t xml:space="preserve"> the next I'm going to show you is the same temperature water. So.</w:t>
      </w:r>
    </w:p>
    <w:p w14:paraId="1C1871C0" w14:textId="77777777" w:rsidR="00B23B83" w:rsidRDefault="00B23B83">
      <w:pPr>
        <w:spacing w:after="0"/>
      </w:pPr>
    </w:p>
    <w:p w14:paraId="70D0A4CB" w14:textId="77777777" w:rsidR="00B23B83" w:rsidRDefault="00D16237">
      <w:pPr>
        <w:spacing w:after="0"/>
      </w:pPr>
      <w:r>
        <w:rPr>
          <w:rFonts w:ascii="Arial" w:hAnsi="Arial"/>
          <w:b/>
        </w:rPr>
        <w:t xml:space="preserve">Participant #27:  </w:t>
      </w:r>
      <w:r>
        <w:rPr>
          <w:rFonts w:ascii="Arial" w:hAnsi="Arial"/>
          <w:color w:val="5D7284"/>
        </w:rPr>
        <w:t>23:36</w:t>
      </w:r>
    </w:p>
    <w:p w14:paraId="0F4EFBFB" w14:textId="77777777" w:rsidR="00B23B83" w:rsidRDefault="00D16237">
      <w:pPr>
        <w:spacing w:after="0"/>
      </w:pPr>
      <w:r>
        <w:rPr>
          <w:rFonts w:ascii="Arial" w:hAnsi="Arial"/>
        </w:rPr>
        <w:t>That was fast.</w:t>
      </w:r>
    </w:p>
    <w:p w14:paraId="642585CD" w14:textId="77777777" w:rsidR="00B23B83" w:rsidRDefault="00B23B83">
      <w:pPr>
        <w:spacing w:after="0"/>
      </w:pPr>
    </w:p>
    <w:p w14:paraId="0E8AFD77" w14:textId="77777777" w:rsidR="00B23B83" w:rsidRDefault="00D16237">
      <w:pPr>
        <w:spacing w:after="0"/>
      </w:pPr>
      <w:r>
        <w:rPr>
          <w:rFonts w:ascii="Arial" w:hAnsi="Arial"/>
          <w:b/>
        </w:rPr>
        <w:t xml:space="preserve">Interviewer E:  </w:t>
      </w:r>
      <w:r>
        <w:rPr>
          <w:rFonts w:ascii="Arial" w:hAnsi="Arial"/>
          <w:color w:val="5D7284"/>
        </w:rPr>
        <w:t>23:37</w:t>
      </w:r>
    </w:p>
    <w:p w14:paraId="052A789B" w14:textId="77777777" w:rsidR="00B23B83" w:rsidRDefault="00D16237">
      <w:pPr>
        <w:spacing w:after="0"/>
      </w:pPr>
      <w:r>
        <w:rPr>
          <w:rFonts w:ascii="Arial" w:hAnsi="Arial"/>
        </w:rPr>
        <w:t>Yeah, that so what'd you think about that?</w:t>
      </w:r>
    </w:p>
    <w:p w14:paraId="49617287" w14:textId="77777777" w:rsidR="00B23B83" w:rsidRDefault="00B23B83">
      <w:pPr>
        <w:spacing w:after="0"/>
      </w:pPr>
    </w:p>
    <w:p w14:paraId="3A7382EE" w14:textId="77777777" w:rsidR="00B23B83" w:rsidRDefault="00D16237">
      <w:pPr>
        <w:spacing w:after="0"/>
      </w:pPr>
      <w:r>
        <w:rPr>
          <w:rFonts w:ascii="Arial" w:hAnsi="Arial"/>
          <w:b/>
        </w:rPr>
        <w:t xml:space="preserve">Participant #27:  </w:t>
      </w:r>
      <w:r>
        <w:rPr>
          <w:rFonts w:ascii="Arial" w:hAnsi="Arial"/>
          <w:color w:val="5D7284"/>
        </w:rPr>
        <w:t>23:40</w:t>
      </w:r>
    </w:p>
    <w:p w14:paraId="7C72AEC9" w14:textId="77777777" w:rsidR="00B23B83" w:rsidRDefault="00D16237">
      <w:pPr>
        <w:spacing w:after="0"/>
      </w:pPr>
      <w:r>
        <w:rPr>
          <w:rFonts w:ascii="Arial" w:hAnsi="Arial"/>
        </w:rPr>
        <w:t xml:space="preserve">I think that took like, like a half an hour. </w:t>
      </w:r>
    </w:p>
    <w:p w14:paraId="56A85C6A" w14:textId="77777777" w:rsidR="00B23B83" w:rsidRDefault="00B23B83">
      <w:pPr>
        <w:spacing w:after="0"/>
      </w:pPr>
    </w:p>
    <w:p w14:paraId="13EE310B" w14:textId="77777777" w:rsidR="00B23B83" w:rsidRDefault="00D16237">
      <w:pPr>
        <w:spacing w:after="0"/>
      </w:pPr>
      <w:r>
        <w:rPr>
          <w:rFonts w:ascii="Arial" w:hAnsi="Arial"/>
          <w:b/>
        </w:rPr>
        <w:t xml:space="preserve">Interviewer E:  </w:t>
      </w:r>
      <w:r>
        <w:rPr>
          <w:rFonts w:ascii="Arial" w:hAnsi="Arial"/>
          <w:color w:val="5D7284"/>
        </w:rPr>
        <w:t>23:43</w:t>
      </w:r>
    </w:p>
    <w:p w14:paraId="33DC2101" w14:textId="77777777" w:rsidR="00B23B83" w:rsidRDefault="00D16237">
      <w:pPr>
        <w:spacing w:after="0"/>
      </w:pPr>
      <w:r>
        <w:rPr>
          <w:rFonts w:ascii="Arial" w:hAnsi="Arial"/>
        </w:rPr>
        <w:t xml:space="preserve">Yeah. </w:t>
      </w:r>
    </w:p>
    <w:p w14:paraId="1EEAEB12" w14:textId="77777777" w:rsidR="00B23B83" w:rsidRDefault="00B23B83">
      <w:pPr>
        <w:spacing w:after="0"/>
      </w:pPr>
    </w:p>
    <w:p w14:paraId="3548E4DC" w14:textId="77777777" w:rsidR="00B23B83" w:rsidRDefault="00D16237">
      <w:pPr>
        <w:spacing w:after="0"/>
      </w:pPr>
      <w:r>
        <w:rPr>
          <w:rFonts w:ascii="Arial" w:hAnsi="Arial"/>
          <w:b/>
        </w:rPr>
        <w:t xml:space="preserve">Participant #27:  </w:t>
      </w:r>
      <w:r>
        <w:rPr>
          <w:rFonts w:ascii="Arial" w:hAnsi="Arial"/>
          <w:color w:val="5D7284"/>
        </w:rPr>
        <w:t>23:44</w:t>
      </w:r>
    </w:p>
    <w:p w14:paraId="4880A529" w14:textId="77777777" w:rsidR="00B23B83" w:rsidRDefault="00D16237">
      <w:pPr>
        <w:spacing w:after="0"/>
      </w:pPr>
      <w:r>
        <w:rPr>
          <w:rFonts w:ascii="Arial" w:hAnsi="Arial"/>
        </w:rPr>
        <w:t xml:space="preserve">Yeah. </w:t>
      </w:r>
    </w:p>
    <w:p w14:paraId="0A4CFC8D" w14:textId="77777777" w:rsidR="00B23B83" w:rsidRDefault="00B23B83">
      <w:pPr>
        <w:spacing w:after="0"/>
      </w:pPr>
    </w:p>
    <w:p w14:paraId="46815ADB" w14:textId="77777777" w:rsidR="00B23B83" w:rsidRDefault="00D16237">
      <w:pPr>
        <w:spacing w:after="0"/>
      </w:pPr>
      <w:r>
        <w:rPr>
          <w:rFonts w:ascii="Arial" w:hAnsi="Arial"/>
          <w:b/>
        </w:rPr>
        <w:t xml:space="preserve">Interviewer E:  </w:t>
      </w:r>
      <w:r>
        <w:rPr>
          <w:rFonts w:ascii="Arial" w:hAnsi="Arial"/>
          <w:color w:val="5D7284"/>
        </w:rPr>
        <w:t>23:44</w:t>
      </w:r>
    </w:p>
    <w:p w14:paraId="6B874EC9" w14:textId="77777777" w:rsidR="00B23B83" w:rsidRDefault="00D16237">
      <w:pPr>
        <w:spacing w:after="0"/>
      </w:pPr>
      <w:r>
        <w:rPr>
          <w:rFonts w:ascii="Arial" w:hAnsi="Arial"/>
        </w:rPr>
        <w:t xml:space="preserve">Half an </w:t>
      </w:r>
      <w:r>
        <w:rPr>
          <w:rFonts w:ascii="Arial" w:hAnsi="Arial"/>
        </w:rPr>
        <w:t>hour?</w:t>
      </w:r>
    </w:p>
    <w:p w14:paraId="40E65CF2" w14:textId="77777777" w:rsidR="00B23B83" w:rsidRDefault="00B23B83">
      <w:pPr>
        <w:spacing w:after="0"/>
      </w:pPr>
    </w:p>
    <w:p w14:paraId="6088875B" w14:textId="77777777" w:rsidR="00B23B83" w:rsidRDefault="00D16237">
      <w:pPr>
        <w:spacing w:after="0"/>
      </w:pPr>
      <w:r>
        <w:rPr>
          <w:rFonts w:ascii="Arial" w:hAnsi="Arial"/>
          <w:b/>
        </w:rPr>
        <w:t xml:space="preserve">Participant #27:  </w:t>
      </w:r>
      <w:r>
        <w:rPr>
          <w:rFonts w:ascii="Arial" w:hAnsi="Arial"/>
          <w:color w:val="5D7284"/>
        </w:rPr>
        <w:t>23:45</w:t>
      </w:r>
    </w:p>
    <w:p w14:paraId="70BD86EC" w14:textId="77777777" w:rsidR="00B23B83" w:rsidRDefault="00D16237">
      <w:pPr>
        <w:spacing w:after="0"/>
      </w:pPr>
      <w:r>
        <w:rPr>
          <w:rFonts w:ascii="Arial" w:hAnsi="Arial"/>
        </w:rPr>
        <w:t>Maybe like 20-20 minutes.</w:t>
      </w:r>
    </w:p>
    <w:p w14:paraId="31EDF5E9" w14:textId="77777777" w:rsidR="00B23B83" w:rsidRDefault="00B23B83">
      <w:pPr>
        <w:spacing w:after="0"/>
      </w:pPr>
    </w:p>
    <w:p w14:paraId="10FFADF6" w14:textId="77777777" w:rsidR="00B23B83" w:rsidRDefault="00D16237">
      <w:pPr>
        <w:spacing w:after="0"/>
      </w:pPr>
      <w:r>
        <w:rPr>
          <w:rFonts w:ascii="Arial" w:hAnsi="Arial"/>
          <w:b/>
        </w:rPr>
        <w:t xml:space="preserve">Interviewer E:  </w:t>
      </w:r>
      <w:r>
        <w:rPr>
          <w:rFonts w:ascii="Arial" w:hAnsi="Arial"/>
          <w:color w:val="5D7284"/>
        </w:rPr>
        <w:t>23:46</w:t>
      </w:r>
    </w:p>
    <w:p w14:paraId="3BC16054" w14:textId="77777777" w:rsidR="00B23B83" w:rsidRDefault="00D16237">
      <w:pPr>
        <w:spacing w:after="0"/>
      </w:pPr>
      <w:r>
        <w:rPr>
          <w:rFonts w:ascii="Arial" w:hAnsi="Arial"/>
        </w:rPr>
        <w:t>20 minutes. So that was also an hour.</w:t>
      </w:r>
    </w:p>
    <w:p w14:paraId="04994592" w14:textId="77777777" w:rsidR="00B23B83" w:rsidRDefault="00B23B83">
      <w:pPr>
        <w:spacing w:after="0"/>
      </w:pPr>
    </w:p>
    <w:p w14:paraId="070E975B" w14:textId="77777777" w:rsidR="00B23B83" w:rsidRDefault="00D16237">
      <w:pPr>
        <w:spacing w:after="0"/>
      </w:pPr>
      <w:r>
        <w:rPr>
          <w:rFonts w:ascii="Arial" w:hAnsi="Arial"/>
          <w:b/>
        </w:rPr>
        <w:t xml:space="preserve">Participant #27:  </w:t>
      </w:r>
      <w:r>
        <w:rPr>
          <w:rFonts w:ascii="Arial" w:hAnsi="Arial"/>
          <w:color w:val="5D7284"/>
        </w:rPr>
        <w:t>23:49</w:t>
      </w:r>
    </w:p>
    <w:p w14:paraId="55D14311" w14:textId="77777777" w:rsidR="00B23B83" w:rsidRDefault="00D16237">
      <w:pPr>
        <w:spacing w:after="0"/>
      </w:pPr>
      <w:r>
        <w:rPr>
          <w:rFonts w:ascii="Arial" w:hAnsi="Arial"/>
        </w:rPr>
        <w:t>Really? Oh, wow. Okay.</w:t>
      </w:r>
    </w:p>
    <w:p w14:paraId="5806C82E" w14:textId="77777777" w:rsidR="00B23B83" w:rsidRDefault="00B23B83">
      <w:pPr>
        <w:spacing w:after="0"/>
      </w:pPr>
    </w:p>
    <w:p w14:paraId="173A60DC" w14:textId="77777777" w:rsidR="00B23B83" w:rsidRDefault="00D16237">
      <w:pPr>
        <w:spacing w:after="0"/>
      </w:pPr>
      <w:r>
        <w:rPr>
          <w:rFonts w:ascii="Arial" w:hAnsi="Arial"/>
          <w:b/>
        </w:rPr>
        <w:t xml:space="preserve">Interviewer E:  </w:t>
      </w:r>
      <w:r>
        <w:rPr>
          <w:rFonts w:ascii="Arial" w:hAnsi="Arial"/>
          <w:color w:val="5D7284"/>
        </w:rPr>
        <w:t>23:51</w:t>
      </w:r>
    </w:p>
    <w:p w14:paraId="35A28AB9" w14:textId="77777777" w:rsidR="00B23B83" w:rsidRDefault="00D16237">
      <w:pPr>
        <w:spacing w:after="0"/>
      </w:pPr>
      <w:r>
        <w:rPr>
          <w:rFonts w:ascii="Arial" w:hAnsi="Arial"/>
        </w:rPr>
        <w:t xml:space="preserve">I mean, it was I mean, did you find anything interesting about </w:t>
      </w:r>
      <w:r>
        <w:rPr>
          <w:rFonts w:ascii="Arial" w:hAnsi="Arial"/>
        </w:rPr>
        <w:t>how it was mixing like.</w:t>
      </w:r>
    </w:p>
    <w:p w14:paraId="37B0BAE4" w14:textId="77777777" w:rsidR="00B23B83" w:rsidRDefault="00B23B83">
      <w:pPr>
        <w:spacing w:after="0"/>
      </w:pPr>
    </w:p>
    <w:p w14:paraId="11FE94F2" w14:textId="77777777" w:rsidR="00B23B83" w:rsidRDefault="00D16237">
      <w:pPr>
        <w:spacing w:after="0"/>
      </w:pPr>
      <w:r>
        <w:rPr>
          <w:rFonts w:ascii="Arial" w:hAnsi="Arial"/>
          <w:b/>
        </w:rPr>
        <w:t xml:space="preserve">Participant #27:  </w:t>
      </w:r>
      <w:r>
        <w:rPr>
          <w:rFonts w:ascii="Arial" w:hAnsi="Arial"/>
          <w:color w:val="5D7284"/>
        </w:rPr>
        <w:t>23:58</w:t>
      </w:r>
    </w:p>
    <w:p w14:paraId="6EA4D2C4" w14:textId="77777777" w:rsidR="00B23B83" w:rsidRDefault="00D16237">
      <w:pPr>
        <w:spacing w:after="0"/>
      </w:pPr>
      <w:r>
        <w:rPr>
          <w:rFonts w:ascii="Arial" w:hAnsi="Arial"/>
        </w:rPr>
        <w:lastRenderedPageBreak/>
        <w:t xml:space="preserve">Yeah, I'm surprised like it just seemed like the blue completely took over. Like this doesn't even really look like purple. I don't know I feel like I thought it was interesting that it everything seemed kept like in a corner. I don't know. This one wasn't as exciting as the first one. </w:t>
      </w:r>
    </w:p>
    <w:p w14:paraId="443694A6" w14:textId="77777777" w:rsidR="00B23B83" w:rsidRDefault="00B23B83">
      <w:pPr>
        <w:spacing w:after="0"/>
      </w:pPr>
    </w:p>
    <w:p w14:paraId="7CF19046" w14:textId="77777777" w:rsidR="00B23B83" w:rsidRDefault="00D16237">
      <w:pPr>
        <w:spacing w:after="0"/>
      </w:pPr>
      <w:r>
        <w:rPr>
          <w:rFonts w:ascii="Arial" w:hAnsi="Arial"/>
          <w:b/>
        </w:rPr>
        <w:t xml:space="preserve">Interviewer E:  </w:t>
      </w:r>
      <w:r>
        <w:rPr>
          <w:rFonts w:ascii="Arial" w:hAnsi="Arial"/>
          <w:color w:val="5D7284"/>
        </w:rPr>
        <w:t>24:21</w:t>
      </w:r>
    </w:p>
    <w:p w14:paraId="5A38C3D1" w14:textId="77777777" w:rsidR="00B23B83" w:rsidRDefault="00D16237">
      <w:pPr>
        <w:spacing w:after="0"/>
      </w:pPr>
      <w:r>
        <w:rPr>
          <w:rFonts w:ascii="Arial" w:hAnsi="Arial"/>
        </w:rPr>
        <w:t>Yeah.</w:t>
      </w:r>
    </w:p>
    <w:p w14:paraId="4EBD0277" w14:textId="77777777" w:rsidR="00B23B83" w:rsidRDefault="00B23B83">
      <w:pPr>
        <w:spacing w:after="0"/>
      </w:pPr>
    </w:p>
    <w:p w14:paraId="44146B64" w14:textId="77777777" w:rsidR="00B23B83" w:rsidRDefault="00D16237">
      <w:pPr>
        <w:spacing w:after="0"/>
      </w:pPr>
      <w:r>
        <w:rPr>
          <w:rFonts w:ascii="Arial" w:hAnsi="Arial"/>
          <w:b/>
        </w:rPr>
        <w:t xml:space="preserve">Participant #27:  </w:t>
      </w:r>
      <w:r>
        <w:rPr>
          <w:rFonts w:ascii="Arial" w:hAnsi="Arial"/>
          <w:color w:val="5D7284"/>
        </w:rPr>
        <w:t>24:22</w:t>
      </w:r>
    </w:p>
    <w:p w14:paraId="5E68C533" w14:textId="77777777" w:rsidR="00B23B83" w:rsidRDefault="00D16237">
      <w:pPr>
        <w:spacing w:after="0"/>
      </w:pPr>
      <w:r>
        <w:rPr>
          <w:rFonts w:ascii="Arial" w:hAnsi="Arial"/>
        </w:rPr>
        <w:t xml:space="preserve"> This was just like a little bit like sad just like slowly being engulfed. Yeah.</w:t>
      </w:r>
    </w:p>
    <w:p w14:paraId="7462289D" w14:textId="77777777" w:rsidR="00B23B83" w:rsidRDefault="00B23B83">
      <w:pPr>
        <w:spacing w:after="0"/>
      </w:pPr>
    </w:p>
    <w:p w14:paraId="74BD0F3C" w14:textId="77777777" w:rsidR="00B23B83" w:rsidRDefault="00D16237">
      <w:pPr>
        <w:spacing w:after="0"/>
      </w:pPr>
      <w:r>
        <w:rPr>
          <w:rFonts w:ascii="Arial" w:hAnsi="Arial"/>
          <w:b/>
        </w:rPr>
        <w:t xml:space="preserve">Interviewer E:  </w:t>
      </w:r>
      <w:r>
        <w:rPr>
          <w:rFonts w:ascii="Arial" w:hAnsi="Arial"/>
          <w:color w:val="5D7284"/>
        </w:rPr>
        <w:t>24:34</w:t>
      </w:r>
    </w:p>
    <w:p w14:paraId="13FE68E9" w14:textId="3EF00574" w:rsidR="00B23B83" w:rsidRDefault="00D16237">
      <w:pPr>
        <w:spacing w:after="0"/>
      </w:pPr>
      <w:r>
        <w:rPr>
          <w:rFonts w:ascii="Arial" w:hAnsi="Arial"/>
        </w:rPr>
        <w:t xml:space="preserve">Alright our very last one is saltwater and freshwater. </w:t>
      </w:r>
      <w:r w:rsidR="00B43844">
        <w:rPr>
          <w:rFonts w:ascii="Arial" w:hAnsi="Arial"/>
        </w:rPr>
        <w:t>So,</w:t>
      </w:r>
      <w:r>
        <w:rPr>
          <w:rFonts w:ascii="Arial" w:hAnsi="Arial"/>
        </w:rPr>
        <w:t xml:space="preserve"> it's also a 30 second video.</w:t>
      </w:r>
    </w:p>
    <w:p w14:paraId="220B6CB7" w14:textId="77777777" w:rsidR="00B23B83" w:rsidRDefault="00B23B83">
      <w:pPr>
        <w:spacing w:after="0"/>
      </w:pPr>
    </w:p>
    <w:p w14:paraId="2B56798E" w14:textId="77777777" w:rsidR="00B23B83" w:rsidRDefault="00D16237">
      <w:pPr>
        <w:spacing w:after="0"/>
      </w:pPr>
      <w:r>
        <w:rPr>
          <w:rFonts w:ascii="Arial" w:hAnsi="Arial"/>
          <w:b/>
        </w:rPr>
        <w:t xml:space="preserve">Participant #27:  </w:t>
      </w:r>
      <w:r>
        <w:rPr>
          <w:rFonts w:ascii="Arial" w:hAnsi="Arial"/>
          <w:color w:val="5D7284"/>
        </w:rPr>
        <w:t>24:44</w:t>
      </w:r>
    </w:p>
    <w:p w14:paraId="2F820498" w14:textId="6FF37247" w:rsidR="00B23B83" w:rsidRDefault="00B43844">
      <w:pPr>
        <w:spacing w:after="0"/>
      </w:pPr>
      <w:r>
        <w:rPr>
          <w:rFonts w:ascii="Arial" w:hAnsi="Arial"/>
        </w:rPr>
        <w:t>Deceiving.</w:t>
      </w:r>
    </w:p>
    <w:p w14:paraId="29F7040D" w14:textId="77777777" w:rsidR="00B23B83" w:rsidRDefault="00B23B83">
      <w:pPr>
        <w:spacing w:after="0"/>
      </w:pPr>
    </w:p>
    <w:p w14:paraId="04632F7B" w14:textId="77777777" w:rsidR="00B23B83" w:rsidRDefault="00D16237">
      <w:pPr>
        <w:spacing w:after="0"/>
      </w:pPr>
      <w:r>
        <w:rPr>
          <w:rFonts w:ascii="Arial" w:hAnsi="Arial"/>
          <w:b/>
        </w:rPr>
        <w:t xml:space="preserve">Interviewer E:  </w:t>
      </w:r>
      <w:r>
        <w:rPr>
          <w:rFonts w:ascii="Arial" w:hAnsi="Arial"/>
          <w:color w:val="5D7284"/>
        </w:rPr>
        <w:t>24:58</w:t>
      </w:r>
    </w:p>
    <w:p w14:paraId="6C214378" w14:textId="77777777" w:rsidR="00B23B83" w:rsidRDefault="00D16237">
      <w:pPr>
        <w:spacing w:after="0"/>
      </w:pPr>
      <w:r>
        <w:rPr>
          <w:rFonts w:ascii="Arial" w:hAnsi="Arial"/>
        </w:rPr>
        <w:t>So</w:t>
      </w:r>
      <w:r>
        <w:rPr>
          <w:rFonts w:ascii="Arial" w:hAnsi="Arial"/>
        </w:rPr>
        <w:t xml:space="preserve"> at this point, we are about 20 seconds, and it's pretty much the same. Did that surprise you at all? An hour. It seems completely the same. I mean, you did say indefinitely when you guessed though. </w:t>
      </w:r>
    </w:p>
    <w:p w14:paraId="53263EDD" w14:textId="77777777" w:rsidR="00B23B83" w:rsidRDefault="00B23B83">
      <w:pPr>
        <w:spacing w:after="0"/>
      </w:pPr>
    </w:p>
    <w:p w14:paraId="7D469041" w14:textId="77777777" w:rsidR="00B23B83" w:rsidRDefault="00D16237">
      <w:pPr>
        <w:spacing w:after="0"/>
      </w:pPr>
      <w:r>
        <w:rPr>
          <w:rFonts w:ascii="Arial" w:hAnsi="Arial"/>
          <w:b/>
        </w:rPr>
        <w:t xml:space="preserve">Participant #27:  </w:t>
      </w:r>
      <w:r>
        <w:rPr>
          <w:rFonts w:ascii="Arial" w:hAnsi="Arial"/>
          <w:color w:val="5D7284"/>
        </w:rPr>
        <w:t>25:16</w:t>
      </w:r>
    </w:p>
    <w:p w14:paraId="17190401" w14:textId="77777777" w:rsidR="00B23B83" w:rsidRDefault="00D16237">
      <w:pPr>
        <w:spacing w:after="0"/>
      </w:pPr>
      <w:r>
        <w:rPr>
          <w:rFonts w:ascii="Arial" w:hAnsi="Arial"/>
        </w:rPr>
        <w:t>Yeah, but I kind of figured I was gonna be wrong. I just I, I guess. Like, if I'm thinking about me initially, this doesn't surprise me. But I kind of at the end was expecting it to be something different. But I guess.</w:t>
      </w:r>
    </w:p>
    <w:p w14:paraId="35BB4D8A" w14:textId="77777777" w:rsidR="00B23B83" w:rsidRDefault="00B23B83">
      <w:pPr>
        <w:spacing w:after="0"/>
      </w:pPr>
    </w:p>
    <w:p w14:paraId="6D9A834B" w14:textId="77777777" w:rsidR="00B23B83" w:rsidRDefault="00D16237">
      <w:pPr>
        <w:spacing w:after="0"/>
      </w:pPr>
      <w:r>
        <w:rPr>
          <w:rFonts w:ascii="Arial" w:hAnsi="Arial"/>
          <w:b/>
        </w:rPr>
        <w:t xml:space="preserve">Interviewer E:  </w:t>
      </w:r>
      <w:r>
        <w:rPr>
          <w:rFonts w:ascii="Arial" w:hAnsi="Arial"/>
          <w:color w:val="5D7284"/>
        </w:rPr>
        <w:t>25:31</w:t>
      </w:r>
    </w:p>
    <w:p w14:paraId="5BABBE1E" w14:textId="77777777" w:rsidR="00B23B83" w:rsidRDefault="00D16237">
      <w:pPr>
        <w:spacing w:after="0"/>
      </w:pPr>
      <w:r>
        <w:rPr>
          <w:rFonts w:ascii="Arial" w:hAnsi="Arial"/>
        </w:rPr>
        <w:t>Expected it to mix more?</w:t>
      </w:r>
    </w:p>
    <w:p w14:paraId="66A97810" w14:textId="77777777" w:rsidR="00B23B83" w:rsidRDefault="00B23B83">
      <w:pPr>
        <w:spacing w:after="0"/>
      </w:pPr>
    </w:p>
    <w:p w14:paraId="0E6FDEA0" w14:textId="77777777" w:rsidR="00B23B83" w:rsidRDefault="00D16237">
      <w:pPr>
        <w:spacing w:after="0"/>
      </w:pPr>
      <w:r>
        <w:rPr>
          <w:rFonts w:ascii="Arial" w:hAnsi="Arial"/>
          <w:b/>
        </w:rPr>
        <w:t xml:space="preserve">Participant #27:  </w:t>
      </w:r>
      <w:r>
        <w:rPr>
          <w:rFonts w:ascii="Arial" w:hAnsi="Arial"/>
          <w:color w:val="5D7284"/>
        </w:rPr>
        <w:t>25:32</w:t>
      </w:r>
    </w:p>
    <w:p w14:paraId="74BC474F" w14:textId="77777777" w:rsidR="00B23B83" w:rsidRDefault="00D16237">
      <w:pPr>
        <w:spacing w:after="0"/>
      </w:pPr>
      <w:r>
        <w:rPr>
          <w:rFonts w:ascii="Arial" w:hAnsi="Arial"/>
        </w:rPr>
        <w:t>Yeah, like I expected to be surprised with the result. But I guess. Yeah, I guess the the density of the yellow won't change. I guess it just doesn't mix.</w:t>
      </w:r>
    </w:p>
    <w:p w14:paraId="7608A1D3" w14:textId="77777777" w:rsidR="00B23B83" w:rsidRDefault="00B23B83">
      <w:pPr>
        <w:spacing w:after="0"/>
      </w:pPr>
    </w:p>
    <w:p w14:paraId="44350CB8" w14:textId="77777777" w:rsidR="00B23B83" w:rsidRDefault="00D16237">
      <w:pPr>
        <w:spacing w:after="0"/>
      </w:pPr>
      <w:r>
        <w:rPr>
          <w:rFonts w:ascii="Arial" w:hAnsi="Arial"/>
          <w:b/>
        </w:rPr>
        <w:t xml:space="preserve">Interviewer E:  </w:t>
      </w:r>
      <w:r>
        <w:rPr>
          <w:rFonts w:ascii="Arial" w:hAnsi="Arial"/>
          <w:color w:val="5D7284"/>
        </w:rPr>
        <w:t>25:44</w:t>
      </w:r>
    </w:p>
    <w:p w14:paraId="4235CC6E" w14:textId="64445401" w:rsidR="00B23B83" w:rsidRDefault="00D16237">
      <w:pPr>
        <w:spacing w:after="0"/>
      </w:pPr>
      <w:r>
        <w:rPr>
          <w:rFonts w:ascii="Arial" w:hAnsi="Arial"/>
        </w:rPr>
        <w:t xml:space="preserve">Okay. Yeah, actually, one time. I did a couple interviews. And I, well, I think McNeil did some interviews, and I kind of left a whole bunch of stuff down here. And I came </w:t>
      </w:r>
      <w:r w:rsidR="00B43844">
        <w:rPr>
          <w:rFonts w:ascii="Arial" w:hAnsi="Arial"/>
        </w:rPr>
        <w:t>back,</w:t>
      </w:r>
      <w:r>
        <w:rPr>
          <w:rFonts w:ascii="Arial" w:hAnsi="Arial"/>
        </w:rPr>
        <w:t xml:space="preserve"> and it was still stratified. </w:t>
      </w:r>
      <w:r w:rsidR="00B43844">
        <w:rPr>
          <w:rFonts w:ascii="Arial" w:hAnsi="Arial"/>
        </w:rPr>
        <w:t>So,</w:t>
      </w:r>
      <w:r>
        <w:rPr>
          <w:rFonts w:ascii="Arial" w:hAnsi="Arial"/>
        </w:rPr>
        <w:t xml:space="preserve"> and that was at least a day worth of time. So.</w:t>
      </w:r>
    </w:p>
    <w:p w14:paraId="24F06CC8" w14:textId="77777777" w:rsidR="00B23B83" w:rsidRDefault="00B23B83">
      <w:pPr>
        <w:spacing w:after="0"/>
      </w:pPr>
    </w:p>
    <w:p w14:paraId="3689FFCF" w14:textId="77777777" w:rsidR="00B23B83" w:rsidRDefault="00D16237">
      <w:pPr>
        <w:spacing w:after="0"/>
      </w:pPr>
      <w:r>
        <w:rPr>
          <w:rFonts w:ascii="Arial" w:hAnsi="Arial"/>
          <w:b/>
        </w:rPr>
        <w:t xml:space="preserve">Participant #27:  </w:t>
      </w:r>
      <w:r>
        <w:rPr>
          <w:rFonts w:ascii="Arial" w:hAnsi="Arial"/>
          <w:color w:val="5D7284"/>
        </w:rPr>
        <w:t>26:05</w:t>
      </w:r>
    </w:p>
    <w:p w14:paraId="67278928" w14:textId="77777777" w:rsidR="00B23B83" w:rsidRDefault="00D16237">
      <w:pPr>
        <w:spacing w:after="0"/>
      </w:pPr>
      <w:r>
        <w:rPr>
          <w:rFonts w:ascii="Arial" w:hAnsi="Arial"/>
        </w:rPr>
        <w:t xml:space="preserve">That's interesting. </w:t>
      </w:r>
    </w:p>
    <w:p w14:paraId="72C59F04" w14:textId="77777777" w:rsidR="00B23B83" w:rsidRDefault="00B23B83">
      <w:pPr>
        <w:spacing w:after="0"/>
      </w:pPr>
    </w:p>
    <w:p w14:paraId="22725457" w14:textId="77777777" w:rsidR="00B23B83" w:rsidRDefault="00D16237">
      <w:pPr>
        <w:spacing w:after="0"/>
      </w:pPr>
      <w:r>
        <w:rPr>
          <w:rFonts w:ascii="Arial" w:hAnsi="Arial"/>
          <w:b/>
        </w:rPr>
        <w:t xml:space="preserve">Interviewer E:  </w:t>
      </w:r>
      <w:r>
        <w:rPr>
          <w:rFonts w:ascii="Arial" w:hAnsi="Arial"/>
          <w:color w:val="5D7284"/>
        </w:rPr>
        <w:t>26:06</w:t>
      </w:r>
    </w:p>
    <w:p w14:paraId="171A5910" w14:textId="540D0825" w:rsidR="00B23B83" w:rsidRDefault="00D16237">
      <w:pPr>
        <w:spacing w:after="0"/>
      </w:pPr>
      <w:r>
        <w:rPr>
          <w:rFonts w:ascii="Arial" w:hAnsi="Arial"/>
        </w:rPr>
        <w:t xml:space="preserve">Yeah. </w:t>
      </w:r>
      <w:r w:rsidR="00B43844">
        <w:rPr>
          <w:rFonts w:ascii="Arial" w:hAnsi="Arial"/>
        </w:rPr>
        <w:t>So,</w:t>
      </w:r>
      <w:r>
        <w:rPr>
          <w:rFonts w:ascii="Arial" w:hAnsi="Arial"/>
        </w:rPr>
        <w:t xml:space="preserve"> it seems like that. I mean, I think it probably stay forever too. </w:t>
      </w:r>
    </w:p>
    <w:p w14:paraId="68D76AEA" w14:textId="77777777" w:rsidR="00B23B83" w:rsidRDefault="00B23B83">
      <w:pPr>
        <w:spacing w:after="0"/>
      </w:pPr>
    </w:p>
    <w:p w14:paraId="2B2D8460" w14:textId="77777777" w:rsidR="00B23B83" w:rsidRDefault="00D16237">
      <w:pPr>
        <w:spacing w:after="0"/>
      </w:pPr>
      <w:r>
        <w:rPr>
          <w:rFonts w:ascii="Arial" w:hAnsi="Arial"/>
          <w:b/>
        </w:rPr>
        <w:t xml:space="preserve">Participant #27:  </w:t>
      </w:r>
      <w:r>
        <w:rPr>
          <w:rFonts w:ascii="Arial" w:hAnsi="Arial"/>
          <w:color w:val="5D7284"/>
        </w:rPr>
        <w:t>26:13</w:t>
      </w:r>
    </w:p>
    <w:p w14:paraId="0C3C29E6" w14:textId="77777777" w:rsidR="00B23B83" w:rsidRDefault="00D16237">
      <w:pPr>
        <w:spacing w:after="0"/>
      </w:pPr>
      <w:r>
        <w:rPr>
          <w:rFonts w:ascii="Arial" w:hAnsi="Arial"/>
        </w:rPr>
        <w:t>Definitely.</w:t>
      </w:r>
    </w:p>
    <w:p w14:paraId="7B2019EB" w14:textId="77777777" w:rsidR="00B23B83" w:rsidRDefault="00B23B83">
      <w:pPr>
        <w:spacing w:after="0"/>
      </w:pPr>
    </w:p>
    <w:p w14:paraId="198F4382" w14:textId="77777777" w:rsidR="00B23B83" w:rsidRDefault="00D16237">
      <w:pPr>
        <w:spacing w:after="0"/>
      </w:pPr>
      <w:r>
        <w:rPr>
          <w:rFonts w:ascii="Arial" w:hAnsi="Arial"/>
          <w:b/>
        </w:rPr>
        <w:t xml:space="preserve">Interviewer E:  </w:t>
      </w:r>
      <w:r>
        <w:rPr>
          <w:rFonts w:ascii="Arial" w:hAnsi="Arial"/>
          <w:color w:val="5D7284"/>
        </w:rPr>
        <w:t>26:14</w:t>
      </w:r>
    </w:p>
    <w:p w14:paraId="281DA4B9" w14:textId="77777777" w:rsidR="00B23B83" w:rsidRDefault="00D16237">
      <w:pPr>
        <w:spacing w:after="0"/>
      </w:pPr>
      <w:r>
        <w:rPr>
          <w:rFonts w:ascii="Arial" w:hAnsi="Arial"/>
        </w:rPr>
        <w:t>I would probably guess that too.</w:t>
      </w:r>
    </w:p>
    <w:p w14:paraId="14452686" w14:textId="77777777" w:rsidR="00B23B83" w:rsidRDefault="00B23B83">
      <w:pPr>
        <w:spacing w:after="0"/>
      </w:pPr>
    </w:p>
    <w:p w14:paraId="3BE3A9F0" w14:textId="77777777" w:rsidR="00B23B83" w:rsidRDefault="00D16237">
      <w:pPr>
        <w:spacing w:after="0"/>
      </w:pPr>
      <w:r>
        <w:rPr>
          <w:rFonts w:ascii="Arial" w:hAnsi="Arial"/>
          <w:b/>
        </w:rPr>
        <w:t xml:space="preserve">Participant #27:  </w:t>
      </w:r>
      <w:r>
        <w:rPr>
          <w:rFonts w:ascii="Arial" w:hAnsi="Arial"/>
          <w:color w:val="5D7284"/>
        </w:rPr>
        <w:t>26:15</w:t>
      </w:r>
    </w:p>
    <w:p w14:paraId="27FB2C10" w14:textId="77777777" w:rsidR="00B23B83" w:rsidRDefault="00D16237">
      <w:pPr>
        <w:spacing w:after="0"/>
      </w:pPr>
      <w:r>
        <w:rPr>
          <w:rFonts w:ascii="Arial" w:hAnsi="Arial"/>
        </w:rPr>
        <w:t>Cool.</w:t>
      </w:r>
    </w:p>
    <w:p w14:paraId="69D62D6A" w14:textId="77777777" w:rsidR="00B23B83" w:rsidRDefault="00B23B83">
      <w:pPr>
        <w:spacing w:after="0"/>
      </w:pPr>
    </w:p>
    <w:p w14:paraId="58991FE9" w14:textId="77777777" w:rsidR="00B23B83" w:rsidRDefault="00D16237">
      <w:pPr>
        <w:spacing w:after="0"/>
      </w:pPr>
      <w:r>
        <w:rPr>
          <w:rFonts w:ascii="Arial" w:hAnsi="Arial"/>
          <w:b/>
        </w:rPr>
        <w:t xml:space="preserve">Interviewer E:  </w:t>
      </w:r>
      <w:r>
        <w:rPr>
          <w:rFonts w:ascii="Arial" w:hAnsi="Arial"/>
          <w:color w:val="5D7284"/>
        </w:rPr>
        <w:t>26:20</w:t>
      </w:r>
    </w:p>
    <w:p w14:paraId="056A16C6" w14:textId="4881D423" w:rsidR="00B23B83" w:rsidRDefault="00B43844">
      <w:pPr>
        <w:spacing w:after="0"/>
      </w:pPr>
      <w:r>
        <w:rPr>
          <w:rFonts w:ascii="Arial" w:hAnsi="Arial"/>
        </w:rPr>
        <w:t>So, we're not when you think of these, these demonstrations. As far as the salinity goes, and the temperature and the same temperature, did it remind you of anything? As far as like a memory. Or maybe something you've learned in class? Or?</w:t>
      </w:r>
    </w:p>
    <w:p w14:paraId="51F85756" w14:textId="77777777" w:rsidR="00B23B83" w:rsidRDefault="00B23B83">
      <w:pPr>
        <w:spacing w:after="0"/>
      </w:pPr>
    </w:p>
    <w:p w14:paraId="3F3B5AEE" w14:textId="77777777" w:rsidR="00B23B83" w:rsidRDefault="00D16237">
      <w:pPr>
        <w:spacing w:after="0"/>
      </w:pPr>
      <w:r>
        <w:rPr>
          <w:rFonts w:ascii="Arial" w:hAnsi="Arial"/>
          <w:b/>
        </w:rPr>
        <w:t xml:space="preserve">Participant #27:  </w:t>
      </w:r>
      <w:r>
        <w:rPr>
          <w:rFonts w:ascii="Arial" w:hAnsi="Arial"/>
          <w:color w:val="5D7284"/>
        </w:rPr>
        <w:t>26:45</w:t>
      </w:r>
    </w:p>
    <w:p w14:paraId="631C2A62" w14:textId="77777777" w:rsidR="00B23B83" w:rsidRDefault="00D16237">
      <w:pPr>
        <w:spacing w:after="0"/>
      </w:pPr>
      <w:r>
        <w:rPr>
          <w:rFonts w:ascii="Arial" w:hAnsi="Arial"/>
        </w:rPr>
        <w:t xml:space="preserve">Um, yeah, I feel like in environmental when we went over, like ocean circulation. I guess the saltwater and the temperature one reminds me of that. </w:t>
      </w:r>
    </w:p>
    <w:p w14:paraId="4A92EE35" w14:textId="77777777" w:rsidR="00B23B83" w:rsidRDefault="00B23B83">
      <w:pPr>
        <w:spacing w:after="0"/>
      </w:pPr>
    </w:p>
    <w:p w14:paraId="01C943B8" w14:textId="77777777" w:rsidR="00B23B83" w:rsidRDefault="00D16237">
      <w:pPr>
        <w:spacing w:after="0"/>
      </w:pPr>
      <w:r>
        <w:rPr>
          <w:rFonts w:ascii="Arial" w:hAnsi="Arial"/>
          <w:b/>
        </w:rPr>
        <w:t xml:space="preserve">Interviewer E:  </w:t>
      </w:r>
      <w:r>
        <w:rPr>
          <w:rFonts w:ascii="Arial" w:hAnsi="Arial"/>
          <w:color w:val="5D7284"/>
        </w:rPr>
        <w:t>26:58</w:t>
      </w:r>
    </w:p>
    <w:p w14:paraId="2137A2DE" w14:textId="77777777" w:rsidR="00B23B83" w:rsidRDefault="00D16237">
      <w:pPr>
        <w:spacing w:after="0"/>
      </w:pPr>
      <w:r>
        <w:rPr>
          <w:rFonts w:ascii="Arial" w:hAnsi="Arial"/>
        </w:rPr>
        <w:t xml:space="preserve">Right? </w:t>
      </w:r>
    </w:p>
    <w:p w14:paraId="6E6FDAE4" w14:textId="77777777" w:rsidR="00B23B83" w:rsidRDefault="00B23B83">
      <w:pPr>
        <w:spacing w:after="0"/>
      </w:pPr>
    </w:p>
    <w:p w14:paraId="542D4F2B" w14:textId="77777777" w:rsidR="00B23B83" w:rsidRDefault="00D16237">
      <w:pPr>
        <w:spacing w:after="0"/>
      </w:pPr>
      <w:r>
        <w:rPr>
          <w:rFonts w:ascii="Arial" w:hAnsi="Arial"/>
          <w:b/>
        </w:rPr>
        <w:t xml:space="preserve">Participant #27:  </w:t>
      </w:r>
      <w:r>
        <w:rPr>
          <w:rFonts w:ascii="Arial" w:hAnsi="Arial"/>
          <w:color w:val="5D7284"/>
        </w:rPr>
        <w:t>26:59</w:t>
      </w:r>
    </w:p>
    <w:p w14:paraId="69430580" w14:textId="77777777" w:rsidR="00B23B83" w:rsidRDefault="00D16237">
      <w:pPr>
        <w:spacing w:after="0"/>
      </w:pPr>
      <w:r>
        <w:rPr>
          <w:rFonts w:ascii="Arial" w:hAnsi="Arial"/>
        </w:rPr>
        <w:t>Because I know we touched on those a little bit when it comes to like the.</w:t>
      </w:r>
    </w:p>
    <w:p w14:paraId="4B36FA62" w14:textId="77777777" w:rsidR="00B23B83" w:rsidRDefault="00B23B83">
      <w:pPr>
        <w:spacing w:after="0"/>
      </w:pPr>
    </w:p>
    <w:p w14:paraId="1730573F" w14:textId="77777777" w:rsidR="00B23B83" w:rsidRDefault="00D16237">
      <w:pPr>
        <w:spacing w:after="0"/>
      </w:pPr>
      <w:r>
        <w:rPr>
          <w:rFonts w:ascii="Arial" w:hAnsi="Arial"/>
          <w:b/>
        </w:rPr>
        <w:t xml:space="preserve">Interviewer E:  </w:t>
      </w:r>
      <w:r>
        <w:rPr>
          <w:rFonts w:ascii="Arial" w:hAnsi="Arial"/>
          <w:color w:val="5D7284"/>
        </w:rPr>
        <w:t>27:04</w:t>
      </w:r>
    </w:p>
    <w:p w14:paraId="348FD6F7" w14:textId="77777777" w:rsidR="00B23B83" w:rsidRDefault="00D16237">
      <w:pPr>
        <w:spacing w:after="0"/>
      </w:pPr>
      <w:r>
        <w:rPr>
          <w:rFonts w:ascii="Arial" w:hAnsi="Arial"/>
        </w:rPr>
        <w:t>So it's more from like your educational background.</w:t>
      </w:r>
    </w:p>
    <w:p w14:paraId="0D369BB9" w14:textId="77777777" w:rsidR="00B23B83" w:rsidRDefault="00B23B83">
      <w:pPr>
        <w:spacing w:after="0"/>
      </w:pPr>
    </w:p>
    <w:p w14:paraId="0300C175" w14:textId="77777777" w:rsidR="00B23B83" w:rsidRDefault="00D16237">
      <w:pPr>
        <w:spacing w:after="0"/>
      </w:pPr>
      <w:r>
        <w:rPr>
          <w:rFonts w:ascii="Arial" w:hAnsi="Arial"/>
          <w:b/>
        </w:rPr>
        <w:t xml:space="preserve">Participant #27:  </w:t>
      </w:r>
      <w:r>
        <w:rPr>
          <w:rFonts w:ascii="Arial" w:hAnsi="Arial"/>
          <w:color w:val="5D7284"/>
        </w:rPr>
        <w:t>27:08</w:t>
      </w:r>
    </w:p>
    <w:p w14:paraId="4F0A504A" w14:textId="77777777" w:rsidR="00B23B83" w:rsidRDefault="00D16237">
      <w:pPr>
        <w:spacing w:after="0"/>
      </w:pPr>
      <w:r>
        <w:rPr>
          <w:rFonts w:ascii="Arial" w:hAnsi="Arial"/>
        </w:rPr>
        <w:t xml:space="preserve">Yeah. </w:t>
      </w:r>
    </w:p>
    <w:p w14:paraId="59B6F5DC" w14:textId="77777777" w:rsidR="00B23B83" w:rsidRDefault="00B23B83">
      <w:pPr>
        <w:spacing w:after="0"/>
      </w:pPr>
    </w:p>
    <w:p w14:paraId="5B02D4A2" w14:textId="77777777" w:rsidR="00B23B83" w:rsidRDefault="00D16237">
      <w:pPr>
        <w:spacing w:after="0"/>
      </w:pPr>
      <w:r>
        <w:rPr>
          <w:rFonts w:ascii="Arial" w:hAnsi="Arial"/>
          <w:b/>
        </w:rPr>
        <w:t xml:space="preserve">Interviewer E:  </w:t>
      </w:r>
      <w:r>
        <w:rPr>
          <w:rFonts w:ascii="Arial" w:hAnsi="Arial"/>
          <w:color w:val="5D7284"/>
        </w:rPr>
        <w:t>27:08</w:t>
      </w:r>
    </w:p>
    <w:p w14:paraId="16A43148" w14:textId="130BCD05" w:rsidR="00B23B83" w:rsidRDefault="00D16237">
      <w:pPr>
        <w:spacing w:after="0"/>
      </w:pPr>
      <w:r>
        <w:rPr>
          <w:rFonts w:ascii="Arial" w:hAnsi="Arial"/>
        </w:rPr>
        <w:t xml:space="preserve">Having taken a little bit </w:t>
      </w:r>
      <w:r w:rsidR="00B43844">
        <w:rPr>
          <w:rFonts w:ascii="Arial" w:hAnsi="Arial"/>
        </w:rPr>
        <w:t>more scientific class</w:t>
      </w:r>
      <w:r>
        <w:rPr>
          <w:rFonts w:ascii="Arial" w:hAnsi="Arial"/>
        </w:rPr>
        <w:t>.</w:t>
      </w:r>
    </w:p>
    <w:p w14:paraId="3403563F" w14:textId="77777777" w:rsidR="00B23B83" w:rsidRDefault="00B23B83">
      <w:pPr>
        <w:spacing w:after="0"/>
      </w:pPr>
    </w:p>
    <w:p w14:paraId="7F108679" w14:textId="77777777" w:rsidR="00B23B83" w:rsidRDefault="00D16237">
      <w:pPr>
        <w:spacing w:after="0"/>
      </w:pPr>
      <w:r>
        <w:rPr>
          <w:rFonts w:ascii="Arial" w:hAnsi="Arial"/>
          <w:b/>
        </w:rPr>
        <w:t xml:space="preserve">Participant #27:  </w:t>
      </w:r>
      <w:r>
        <w:rPr>
          <w:rFonts w:ascii="Arial" w:hAnsi="Arial"/>
          <w:color w:val="5D7284"/>
        </w:rPr>
        <w:t>27:11</w:t>
      </w:r>
    </w:p>
    <w:p w14:paraId="3803DD1F" w14:textId="2CEA467D" w:rsidR="00B23B83" w:rsidRDefault="00D16237">
      <w:pPr>
        <w:spacing w:after="0"/>
      </w:pPr>
      <w:r>
        <w:rPr>
          <w:rFonts w:ascii="Arial" w:hAnsi="Arial"/>
        </w:rPr>
        <w:t xml:space="preserve">And yeah, just last semester, too. </w:t>
      </w:r>
      <w:r w:rsidR="00B43844">
        <w:rPr>
          <w:rFonts w:ascii="Arial" w:hAnsi="Arial"/>
        </w:rPr>
        <w:t>So,</w:t>
      </w:r>
      <w:r>
        <w:rPr>
          <w:rFonts w:ascii="Arial" w:hAnsi="Arial"/>
        </w:rPr>
        <w:t xml:space="preserve"> it's pretty fresh. </w:t>
      </w:r>
    </w:p>
    <w:p w14:paraId="0746D032" w14:textId="77777777" w:rsidR="00B23B83" w:rsidRDefault="00B23B83">
      <w:pPr>
        <w:spacing w:after="0"/>
      </w:pPr>
    </w:p>
    <w:p w14:paraId="42ADD126" w14:textId="77777777" w:rsidR="00B23B83" w:rsidRDefault="00D16237">
      <w:pPr>
        <w:spacing w:after="0"/>
      </w:pPr>
      <w:r>
        <w:rPr>
          <w:rFonts w:ascii="Arial" w:hAnsi="Arial"/>
          <w:b/>
        </w:rPr>
        <w:t xml:space="preserve">Interviewer E:  </w:t>
      </w:r>
      <w:r>
        <w:rPr>
          <w:rFonts w:ascii="Arial" w:hAnsi="Arial"/>
          <w:color w:val="5D7284"/>
        </w:rPr>
        <w:t>27:15</w:t>
      </w:r>
    </w:p>
    <w:p w14:paraId="213D877B" w14:textId="77777777" w:rsidR="00B23B83" w:rsidRDefault="00D16237">
      <w:pPr>
        <w:spacing w:after="0"/>
      </w:pPr>
      <w:r>
        <w:rPr>
          <w:rFonts w:ascii="Arial" w:hAnsi="Arial"/>
        </w:rPr>
        <w:t>Before last semester, do you think you would have still guessed the same.</w:t>
      </w:r>
    </w:p>
    <w:p w14:paraId="50834A02" w14:textId="77777777" w:rsidR="00B23B83" w:rsidRDefault="00B23B83">
      <w:pPr>
        <w:spacing w:after="0"/>
      </w:pPr>
    </w:p>
    <w:p w14:paraId="57BAFDC6" w14:textId="77777777" w:rsidR="00B23B83" w:rsidRDefault="00D16237">
      <w:pPr>
        <w:spacing w:after="0"/>
      </w:pPr>
      <w:r>
        <w:rPr>
          <w:rFonts w:ascii="Arial" w:hAnsi="Arial"/>
          <w:b/>
        </w:rPr>
        <w:t xml:space="preserve">Participant #27:  </w:t>
      </w:r>
      <w:r>
        <w:rPr>
          <w:rFonts w:ascii="Arial" w:hAnsi="Arial"/>
          <w:color w:val="5D7284"/>
        </w:rPr>
        <w:t>27:19</w:t>
      </w:r>
    </w:p>
    <w:p w14:paraId="3BA686F9" w14:textId="188628D9" w:rsidR="00B23B83" w:rsidRDefault="00D16237">
      <w:pPr>
        <w:spacing w:after="0"/>
      </w:pPr>
      <w:r>
        <w:rPr>
          <w:rFonts w:ascii="Arial" w:hAnsi="Arial"/>
        </w:rPr>
        <w:t xml:space="preserve">Um, no, I'm really trying to think of things in my life like in my home life that would remind me that I can't think of anything other </w:t>
      </w:r>
      <w:r w:rsidR="00B43844">
        <w:rPr>
          <w:rFonts w:ascii="Arial" w:hAnsi="Arial"/>
        </w:rPr>
        <w:t>than</w:t>
      </w:r>
      <w:r>
        <w:rPr>
          <w:rFonts w:ascii="Arial" w:hAnsi="Arial"/>
        </w:rPr>
        <w:t xml:space="preserve"> like.</w:t>
      </w:r>
    </w:p>
    <w:p w14:paraId="7E94C376" w14:textId="77777777" w:rsidR="00B23B83" w:rsidRDefault="00B23B83">
      <w:pPr>
        <w:spacing w:after="0"/>
      </w:pPr>
    </w:p>
    <w:p w14:paraId="2C1B913C" w14:textId="77777777" w:rsidR="00B23B83" w:rsidRDefault="00D16237">
      <w:pPr>
        <w:spacing w:after="0"/>
      </w:pPr>
      <w:r>
        <w:rPr>
          <w:rFonts w:ascii="Arial" w:hAnsi="Arial"/>
          <w:b/>
        </w:rPr>
        <w:t xml:space="preserve">Interviewer E:  </w:t>
      </w:r>
      <w:r>
        <w:rPr>
          <w:rFonts w:ascii="Arial" w:hAnsi="Arial"/>
          <w:color w:val="5D7284"/>
        </w:rPr>
        <w:t>27:30</w:t>
      </w:r>
    </w:p>
    <w:p w14:paraId="389F7EF1" w14:textId="77777777" w:rsidR="00B23B83" w:rsidRDefault="00D16237">
      <w:pPr>
        <w:spacing w:after="0"/>
      </w:pPr>
      <w:r>
        <w:rPr>
          <w:rFonts w:ascii="Arial" w:hAnsi="Arial"/>
        </w:rPr>
        <w:t>Well before you said the ocean because.</w:t>
      </w:r>
    </w:p>
    <w:p w14:paraId="59D5BCB7" w14:textId="77777777" w:rsidR="00B23B83" w:rsidRDefault="00B23B83">
      <w:pPr>
        <w:spacing w:after="0"/>
      </w:pPr>
    </w:p>
    <w:p w14:paraId="77B59829" w14:textId="77777777" w:rsidR="00B23B83" w:rsidRDefault="00D16237">
      <w:pPr>
        <w:spacing w:after="0"/>
      </w:pPr>
      <w:r>
        <w:rPr>
          <w:rFonts w:ascii="Arial" w:hAnsi="Arial"/>
          <w:b/>
        </w:rPr>
        <w:lastRenderedPageBreak/>
        <w:t xml:space="preserve">Participant #27:  </w:t>
      </w:r>
      <w:r>
        <w:rPr>
          <w:rFonts w:ascii="Arial" w:hAnsi="Arial"/>
          <w:color w:val="5D7284"/>
        </w:rPr>
        <w:t>27:33</w:t>
      </w:r>
    </w:p>
    <w:p w14:paraId="0C9B5B60" w14:textId="77777777" w:rsidR="00B23B83" w:rsidRDefault="00D16237">
      <w:pPr>
        <w:spacing w:after="0"/>
      </w:pPr>
      <w:r>
        <w:rPr>
          <w:rFonts w:ascii="Arial" w:hAnsi="Arial"/>
        </w:rPr>
        <w:t>Yeah.</w:t>
      </w:r>
    </w:p>
    <w:p w14:paraId="3F0D3CBB" w14:textId="77777777" w:rsidR="00B23B83" w:rsidRDefault="00B23B83">
      <w:pPr>
        <w:spacing w:after="0"/>
      </w:pPr>
    </w:p>
    <w:p w14:paraId="79DF9704" w14:textId="77777777" w:rsidR="00B23B83" w:rsidRDefault="00D16237">
      <w:pPr>
        <w:spacing w:after="0"/>
      </w:pPr>
      <w:r>
        <w:rPr>
          <w:rFonts w:ascii="Arial" w:hAnsi="Arial"/>
          <w:b/>
        </w:rPr>
        <w:t xml:space="preserve">Interviewer E:  </w:t>
      </w:r>
      <w:r>
        <w:rPr>
          <w:rFonts w:ascii="Arial" w:hAnsi="Arial"/>
          <w:color w:val="5D7284"/>
        </w:rPr>
        <w:t>27:33</w:t>
      </w:r>
    </w:p>
    <w:p w14:paraId="11B1606E" w14:textId="2D1AA990" w:rsidR="00B23B83" w:rsidRDefault="00D16237">
      <w:pPr>
        <w:spacing w:after="0"/>
      </w:pPr>
      <w:r>
        <w:rPr>
          <w:rFonts w:ascii="Arial" w:hAnsi="Arial"/>
        </w:rPr>
        <w:t xml:space="preserve">Cold water would be at the bottom of the ocean. </w:t>
      </w:r>
      <w:r w:rsidR="00B43844">
        <w:rPr>
          <w:rFonts w:ascii="Arial" w:hAnsi="Arial"/>
        </w:rPr>
        <w:t>So,</w:t>
      </w:r>
      <w:r>
        <w:rPr>
          <w:rFonts w:ascii="Arial" w:hAnsi="Arial"/>
        </w:rPr>
        <w:t xml:space="preserve"> I guess you went to ocean when you were younger? And you realize that.</w:t>
      </w:r>
    </w:p>
    <w:p w14:paraId="5CCD05B2" w14:textId="77777777" w:rsidR="00B23B83" w:rsidRDefault="00B23B83">
      <w:pPr>
        <w:spacing w:after="0"/>
      </w:pPr>
    </w:p>
    <w:p w14:paraId="40605E2C" w14:textId="77777777" w:rsidR="00B23B83" w:rsidRDefault="00D16237">
      <w:pPr>
        <w:spacing w:after="0"/>
      </w:pPr>
      <w:r>
        <w:rPr>
          <w:rFonts w:ascii="Arial" w:hAnsi="Arial"/>
          <w:b/>
        </w:rPr>
        <w:t xml:space="preserve">Participant #27:  </w:t>
      </w:r>
      <w:r>
        <w:rPr>
          <w:rFonts w:ascii="Arial" w:hAnsi="Arial"/>
          <w:color w:val="5D7284"/>
        </w:rPr>
        <w:t>27:38</w:t>
      </w:r>
    </w:p>
    <w:p w14:paraId="4C099606" w14:textId="77777777" w:rsidR="00B23B83" w:rsidRDefault="00D16237">
      <w:pPr>
        <w:spacing w:after="0"/>
      </w:pPr>
      <w:r>
        <w:rPr>
          <w:rFonts w:ascii="Arial" w:hAnsi="Arial"/>
        </w:rPr>
        <w:t xml:space="preserve">I guess I would have known that before. But it's hard. I probably wouldn't have been like, as confident about it. </w:t>
      </w:r>
    </w:p>
    <w:p w14:paraId="26CD4E6E" w14:textId="77777777" w:rsidR="00B23B83" w:rsidRDefault="00B23B83">
      <w:pPr>
        <w:spacing w:after="0"/>
      </w:pPr>
    </w:p>
    <w:p w14:paraId="2D469B2B" w14:textId="77777777" w:rsidR="00B23B83" w:rsidRDefault="00D16237">
      <w:pPr>
        <w:spacing w:after="0"/>
      </w:pPr>
      <w:r>
        <w:rPr>
          <w:rFonts w:ascii="Arial" w:hAnsi="Arial"/>
          <w:b/>
        </w:rPr>
        <w:t xml:space="preserve">Interviewer E:  </w:t>
      </w:r>
      <w:r>
        <w:rPr>
          <w:rFonts w:ascii="Arial" w:hAnsi="Arial"/>
          <w:color w:val="5D7284"/>
        </w:rPr>
        <w:t>27:44</w:t>
      </w:r>
    </w:p>
    <w:p w14:paraId="08BB85DC" w14:textId="77777777" w:rsidR="00B23B83" w:rsidRDefault="00D16237">
      <w:pPr>
        <w:spacing w:after="0"/>
      </w:pPr>
      <w:r>
        <w:rPr>
          <w:rFonts w:ascii="Arial" w:hAnsi="Arial"/>
        </w:rPr>
        <w:t>Yeah.</w:t>
      </w:r>
    </w:p>
    <w:p w14:paraId="1D0AF61B" w14:textId="77777777" w:rsidR="00B23B83" w:rsidRDefault="00B23B83">
      <w:pPr>
        <w:spacing w:after="0"/>
      </w:pPr>
    </w:p>
    <w:p w14:paraId="48903197" w14:textId="77777777" w:rsidR="00B23B83" w:rsidRDefault="00D16237">
      <w:pPr>
        <w:spacing w:after="0"/>
      </w:pPr>
      <w:r>
        <w:rPr>
          <w:rFonts w:ascii="Arial" w:hAnsi="Arial"/>
          <w:b/>
        </w:rPr>
        <w:t xml:space="preserve">Participant #27:  </w:t>
      </w:r>
      <w:r>
        <w:rPr>
          <w:rFonts w:ascii="Arial" w:hAnsi="Arial"/>
          <w:color w:val="5D7284"/>
        </w:rPr>
        <w:t>27:45</w:t>
      </w:r>
    </w:p>
    <w:p w14:paraId="5ECB4824" w14:textId="77777777" w:rsidR="00B23B83" w:rsidRDefault="00D16237">
      <w:pPr>
        <w:spacing w:after="0"/>
      </w:pPr>
      <w:r>
        <w:rPr>
          <w:rFonts w:ascii="Arial" w:hAnsi="Arial"/>
        </w:rPr>
        <w:t>If I hadn't taken Perkins class.</w:t>
      </w:r>
    </w:p>
    <w:p w14:paraId="379B8890" w14:textId="77777777" w:rsidR="00B23B83" w:rsidRDefault="00B23B83">
      <w:pPr>
        <w:spacing w:after="0"/>
      </w:pPr>
    </w:p>
    <w:p w14:paraId="64D2BCF9" w14:textId="77777777" w:rsidR="00B23B83" w:rsidRDefault="00D16237">
      <w:pPr>
        <w:spacing w:after="0"/>
      </w:pPr>
      <w:r>
        <w:rPr>
          <w:rFonts w:ascii="Arial" w:hAnsi="Arial"/>
          <w:b/>
        </w:rPr>
        <w:t xml:space="preserve">Interviewer E:  </w:t>
      </w:r>
      <w:r>
        <w:rPr>
          <w:rFonts w:ascii="Arial" w:hAnsi="Arial"/>
          <w:color w:val="5D7284"/>
        </w:rPr>
        <w:t>27:48</w:t>
      </w:r>
    </w:p>
    <w:p w14:paraId="03A8934C" w14:textId="45A396DD" w:rsidR="00B23B83" w:rsidRDefault="00D16237">
      <w:pPr>
        <w:spacing w:after="0"/>
      </w:pPr>
      <w:r>
        <w:rPr>
          <w:rFonts w:ascii="Arial" w:hAnsi="Arial"/>
        </w:rPr>
        <w:t>Perfectly fair. So now that you watch all those videos, and you kind of summarize how you feel about these, these tanks, and what happened inside of them, if we bring it back to the</w:t>
      </w:r>
      <w:r w:rsidR="00B43844">
        <w:rPr>
          <w:rFonts w:ascii="Arial" w:hAnsi="Arial"/>
        </w:rPr>
        <w:t xml:space="preserve"> </w:t>
      </w:r>
      <w:r>
        <w:rPr>
          <w:rFonts w:ascii="Arial" w:hAnsi="Arial"/>
        </w:rPr>
        <w:t xml:space="preserve">Jell-O? How long? So originally, you said that the warm water would essentially overpower the cold water. </w:t>
      </w:r>
      <w:r w:rsidR="00B43844">
        <w:rPr>
          <w:rFonts w:ascii="Arial" w:hAnsi="Arial"/>
        </w:rPr>
        <w:t>So,</w:t>
      </w:r>
      <w:r>
        <w:rPr>
          <w:rFonts w:ascii="Arial" w:hAnsi="Arial"/>
        </w:rPr>
        <w:t xml:space="preserve"> at what point? Or how long do you think the Jell-O would reach the same temperature?</w:t>
      </w:r>
    </w:p>
    <w:p w14:paraId="7527813B" w14:textId="77777777" w:rsidR="00B23B83" w:rsidRDefault="00B23B83">
      <w:pPr>
        <w:spacing w:after="0"/>
      </w:pPr>
    </w:p>
    <w:p w14:paraId="07959E3C" w14:textId="77777777" w:rsidR="00B23B83" w:rsidRDefault="00D16237">
      <w:pPr>
        <w:spacing w:after="0"/>
      </w:pPr>
      <w:r>
        <w:rPr>
          <w:rFonts w:ascii="Arial" w:hAnsi="Arial"/>
          <w:b/>
        </w:rPr>
        <w:t xml:space="preserve">Participant #27:  </w:t>
      </w:r>
      <w:r>
        <w:rPr>
          <w:rFonts w:ascii="Arial" w:hAnsi="Arial"/>
          <w:color w:val="5D7284"/>
        </w:rPr>
        <w:t>28:38</w:t>
      </w:r>
    </w:p>
    <w:p w14:paraId="11E4298F" w14:textId="77777777" w:rsidR="00B23B83" w:rsidRDefault="00D16237">
      <w:pPr>
        <w:spacing w:after="0"/>
      </w:pPr>
      <w:r>
        <w:rPr>
          <w:rFonts w:ascii="Arial" w:hAnsi="Arial"/>
        </w:rPr>
        <w:t xml:space="preserve">Um, I think you would. I think it would take a little longer than the warm water and the cold water. Just because there's more the like there's more factors with the Jell-O. </w:t>
      </w:r>
    </w:p>
    <w:p w14:paraId="791B0A8B" w14:textId="77777777" w:rsidR="00B23B83" w:rsidRDefault="00B23B83">
      <w:pPr>
        <w:spacing w:after="0"/>
      </w:pPr>
    </w:p>
    <w:p w14:paraId="1D706E29" w14:textId="77777777" w:rsidR="00B23B83" w:rsidRDefault="00D16237">
      <w:pPr>
        <w:spacing w:after="0"/>
      </w:pPr>
      <w:r>
        <w:rPr>
          <w:rFonts w:ascii="Arial" w:hAnsi="Arial"/>
          <w:b/>
        </w:rPr>
        <w:t xml:space="preserve">Interviewer E:  </w:t>
      </w:r>
      <w:r>
        <w:rPr>
          <w:rFonts w:ascii="Arial" w:hAnsi="Arial"/>
          <w:color w:val="5D7284"/>
        </w:rPr>
        <w:t>28:55</w:t>
      </w:r>
    </w:p>
    <w:p w14:paraId="7D3ED184" w14:textId="77777777" w:rsidR="00B23B83" w:rsidRDefault="00D16237">
      <w:pPr>
        <w:spacing w:after="0"/>
      </w:pPr>
      <w:r>
        <w:rPr>
          <w:rFonts w:ascii="Arial" w:hAnsi="Arial"/>
        </w:rPr>
        <w:t xml:space="preserve">Yeah. </w:t>
      </w:r>
    </w:p>
    <w:p w14:paraId="6DF89EC0" w14:textId="77777777" w:rsidR="00B23B83" w:rsidRDefault="00B23B83">
      <w:pPr>
        <w:spacing w:after="0"/>
      </w:pPr>
    </w:p>
    <w:p w14:paraId="75EF17DE" w14:textId="77777777" w:rsidR="00B23B83" w:rsidRDefault="00D16237">
      <w:pPr>
        <w:spacing w:after="0"/>
      </w:pPr>
      <w:r>
        <w:rPr>
          <w:rFonts w:ascii="Arial" w:hAnsi="Arial"/>
          <w:b/>
        </w:rPr>
        <w:t xml:space="preserve">Participant #27:  </w:t>
      </w:r>
      <w:r>
        <w:rPr>
          <w:rFonts w:ascii="Arial" w:hAnsi="Arial"/>
          <w:color w:val="5D7284"/>
        </w:rPr>
        <w:t>28:56</w:t>
      </w:r>
    </w:p>
    <w:p w14:paraId="7073A40B" w14:textId="39F86501" w:rsidR="00B23B83" w:rsidRDefault="00D16237">
      <w:pPr>
        <w:spacing w:after="0"/>
      </w:pPr>
      <w:r>
        <w:rPr>
          <w:rFonts w:ascii="Arial" w:hAnsi="Arial"/>
        </w:rPr>
        <w:t xml:space="preserve">Water. Yeah. Like it's got the texture. Yeah. </w:t>
      </w:r>
      <w:r w:rsidR="00B43844">
        <w:rPr>
          <w:rFonts w:ascii="Arial" w:hAnsi="Arial"/>
        </w:rPr>
        <w:t>So,</w:t>
      </w:r>
      <w:r>
        <w:rPr>
          <w:rFonts w:ascii="Arial" w:hAnsi="Arial"/>
        </w:rPr>
        <w:t xml:space="preserve"> I think it would take a little bit longer. </w:t>
      </w:r>
    </w:p>
    <w:p w14:paraId="1F6938B4" w14:textId="77777777" w:rsidR="00B23B83" w:rsidRDefault="00B23B83">
      <w:pPr>
        <w:spacing w:after="0"/>
      </w:pPr>
    </w:p>
    <w:p w14:paraId="22B10ADD" w14:textId="77777777" w:rsidR="00B23B83" w:rsidRDefault="00D16237">
      <w:pPr>
        <w:spacing w:after="0"/>
      </w:pPr>
      <w:r>
        <w:rPr>
          <w:rFonts w:ascii="Arial" w:hAnsi="Arial"/>
          <w:b/>
        </w:rPr>
        <w:t xml:space="preserve">Interviewer E:  </w:t>
      </w:r>
      <w:r>
        <w:rPr>
          <w:rFonts w:ascii="Arial" w:hAnsi="Arial"/>
          <w:color w:val="5D7284"/>
        </w:rPr>
        <w:t>29:02</w:t>
      </w:r>
    </w:p>
    <w:p w14:paraId="7CFA7FF9" w14:textId="77777777" w:rsidR="00B23B83" w:rsidRDefault="00D16237">
      <w:pPr>
        <w:spacing w:after="0"/>
      </w:pPr>
      <w:r>
        <w:rPr>
          <w:rFonts w:ascii="Arial" w:hAnsi="Arial"/>
        </w:rPr>
        <w:t xml:space="preserve">Right, okay, so like, longer than I think you </w:t>
      </w:r>
      <w:r>
        <w:rPr>
          <w:rFonts w:ascii="Arial" w:hAnsi="Arial"/>
        </w:rPr>
        <w:t>said four hours for the hot and cold.</w:t>
      </w:r>
    </w:p>
    <w:p w14:paraId="310C5C6F" w14:textId="77777777" w:rsidR="00B23B83" w:rsidRDefault="00B23B83">
      <w:pPr>
        <w:spacing w:after="0"/>
      </w:pPr>
    </w:p>
    <w:p w14:paraId="4242D43C" w14:textId="77777777" w:rsidR="00B23B83" w:rsidRDefault="00D16237">
      <w:pPr>
        <w:spacing w:after="0"/>
      </w:pPr>
      <w:r>
        <w:rPr>
          <w:rFonts w:ascii="Arial" w:hAnsi="Arial"/>
          <w:b/>
        </w:rPr>
        <w:t xml:space="preserve">Participant #27:  </w:t>
      </w:r>
      <w:r>
        <w:rPr>
          <w:rFonts w:ascii="Arial" w:hAnsi="Arial"/>
          <w:color w:val="5D7284"/>
        </w:rPr>
        <w:t>29:08</w:t>
      </w:r>
    </w:p>
    <w:p w14:paraId="18D4C755" w14:textId="77777777" w:rsidR="00B23B83" w:rsidRDefault="00D16237">
      <w:pPr>
        <w:spacing w:after="0"/>
      </w:pPr>
      <w:r>
        <w:rPr>
          <w:rFonts w:ascii="Arial" w:hAnsi="Arial"/>
        </w:rPr>
        <w:t>Yeah, initially, I did say that. I think it would take. Well, I'm scratching that. I think since it took an hour, I think it would take like an hour and a half or two hours.</w:t>
      </w:r>
    </w:p>
    <w:p w14:paraId="35EFD0EF" w14:textId="77777777" w:rsidR="00B23B83" w:rsidRDefault="00B23B83">
      <w:pPr>
        <w:spacing w:after="0"/>
      </w:pPr>
    </w:p>
    <w:p w14:paraId="4C2F3E7C" w14:textId="77777777" w:rsidR="00B23B83" w:rsidRDefault="00D16237">
      <w:pPr>
        <w:spacing w:after="0"/>
      </w:pPr>
      <w:r>
        <w:rPr>
          <w:rFonts w:ascii="Arial" w:hAnsi="Arial"/>
          <w:b/>
        </w:rPr>
        <w:t xml:space="preserve">Interviewer E:  </w:t>
      </w:r>
      <w:r>
        <w:rPr>
          <w:rFonts w:ascii="Arial" w:hAnsi="Arial"/>
          <w:color w:val="5D7284"/>
        </w:rPr>
        <w:t>29:20</w:t>
      </w:r>
    </w:p>
    <w:p w14:paraId="4B7CF6D5" w14:textId="033EAA61" w:rsidR="00B23B83" w:rsidRDefault="00D16237">
      <w:pPr>
        <w:spacing w:after="0"/>
      </w:pPr>
      <w:r>
        <w:rPr>
          <w:rFonts w:ascii="Arial" w:hAnsi="Arial"/>
        </w:rPr>
        <w:t xml:space="preserve">Okay. All right. So, now, we're gonna bring your attention to this. </w:t>
      </w:r>
      <w:r w:rsidR="00B43844">
        <w:rPr>
          <w:rFonts w:ascii="Arial" w:hAnsi="Arial"/>
        </w:rPr>
        <w:t>So,</w:t>
      </w:r>
      <w:r>
        <w:rPr>
          <w:rFonts w:ascii="Arial" w:hAnsi="Arial"/>
        </w:rPr>
        <w:t xml:space="preserve"> this is just normal, plain, nothing special, warm, or not warm, but just room temperature water perfectly still. And it's just kind of chilling here. Have you ever worked with potassium </w:t>
      </w:r>
      <w:r w:rsidR="00B43844">
        <w:rPr>
          <w:rFonts w:ascii="Arial" w:hAnsi="Arial"/>
        </w:rPr>
        <w:t xml:space="preserve">permanganate </w:t>
      </w:r>
      <w:r>
        <w:rPr>
          <w:rFonts w:ascii="Arial" w:hAnsi="Arial"/>
        </w:rPr>
        <w:t xml:space="preserve">before? </w:t>
      </w:r>
    </w:p>
    <w:p w14:paraId="141636C7" w14:textId="77777777" w:rsidR="00B23B83" w:rsidRDefault="00B23B83">
      <w:pPr>
        <w:spacing w:after="0"/>
      </w:pPr>
    </w:p>
    <w:p w14:paraId="33402B43" w14:textId="77777777" w:rsidR="00B23B83" w:rsidRDefault="00D16237">
      <w:pPr>
        <w:spacing w:after="0"/>
      </w:pPr>
      <w:r>
        <w:rPr>
          <w:rFonts w:ascii="Arial" w:hAnsi="Arial"/>
          <w:b/>
        </w:rPr>
        <w:t xml:space="preserve">Participant #27:  </w:t>
      </w:r>
      <w:r>
        <w:rPr>
          <w:rFonts w:ascii="Arial" w:hAnsi="Arial"/>
          <w:color w:val="5D7284"/>
        </w:rPr>
        <w:t>29:47</w:t>
      </w:r>
    </w:p>
    <w:p w14:paraId="3FC8814E" w14:textId="77777777" w:rsidR="00B23B83" w:rsidRDefault="00D16237">
      <w:pPr>
        <w:spacing w:after="0"/>
      </w:pPr>
      <w:r>
        <w:rPr>
          <w:rFonts w:ascii="Arial" w:hAnsi="Arial"/>
        </w:rPr>
        <w:t>No.</w:t>
      </w:r>
    </w:p>
    <w:p w14:paraId="0A15709F" w14:textId="77777777" w:rsidR="00B23B83" w:rsidRDefault="00B23B83">
      <w:pPr>
        <w:spacing w:after="0"/>
      </w:pPr>
    </w:p>
    <w:p w14:paraId="738E2AB9" w14:textId="77777777" w:rsidR="00B23B83" w:rsidRDefault="00D16237">
      <w:pPr>
        <w:spacing w:after="0"/>
      </w:pPr>
      <w:r>
        <w:rPr>
          <w:rFonts w:ascii="Arial" w:hAnsi="Arial"/>
          <w:b/>
        </w:rPr>
        <w:t xml:space="preserve">Interviewer E:  </w:t>
      </w:r>
      <w:r>
        <w:rPr>
          <w:rFonts w:ascii="Arial" w:hAnsi="Arial"/>
          <w:color w:val="5D7284"/>
        </w:rPr>
        <w:t>29:47</w:t>
      </w:r>
    </w:p>
    <w:p w14:paraId="3009E66E" w14:textId="08E98202" w:rsidR="00B23B83" w:rsidRDefault="00D16237">
      <w:pPr>
        <w:spacing w:after="0"/>
      </w:pPr>
      <w:r>
        <w:rPr>
          <w:rFonts w:ascii="Arial" w:hAnsi="Arial"/>
        </w:rPr>
        <w:t xml:space="preserve">Okay, so, potassium </w:t>
      </w:r>
      <w:r w:rsidR="00B43844">
        <w:rPr>
          <w:rFonts w:ascii="Arial" w:hAnsi="Arial"/>
        </w:rPr>
        <w:t>permanganate</w:t>
      </w:r>
      <w:r>
        <w:rPr>
          <w:rFonts w:ascii="Arial" w:hAnsi="Arial"/>
        </w:rPr>
        <w:t xml:space="preserve">, it's like it's a type of crystal. But it's special because when you drop it in water, it leaves like a dyed trail behind it. </w:t>
      </w:r>
    </w:p>
    <w:p w14:paraId="06D9E11B" w14:textId="77777777" w:rsidR="00B23B83" w:rsidRDefault="00B23B83">
      <w:pPr>
        <w:spacing w:after="0"/>
      </w:pPr>
    </w:p>
    <w:p w14:paraId="6F9D85CC" w14:textId="77777777" w:rsidR="00B23B83" w:rsidRDefault="00D16237">
      <w:pPr>
        <w:spacing w:after="0"/>
      </w:pPr>
      <w:r>
        <w:rPr>
          <w:rFonts w:ascii="Arial" w:hAnsi="Arial"/>
          <w:b/>
        </w:rPr>
        <w:t xml:space="preserve">Participant #27:  </w:t>
      </w:r>
      <w:r>
        <w:rPr>
          <w:rFonts w:ascii="Arial" w:hAnsi="Arial"/>
          <w:color w:val="5D7284"/>
        </w:rPr>
        <w:t>30:01</w:t>
      </w:r>
    </w:p>
    <w:p w14:paraId="0922DDC5" w14:textId="62E2EF86" w:rsidR="00B23B83" w:rsidRDefault="00B43844">
      <w:pPr>
        <w:spacing w:after="0"/>
      </w:pPr>
      <w:r>
        <w:rPr>
          <w:rFonts w:ascii="Arial" w:hAnsi="Arial"/>
        </w:rPr>
        <w:t>Oh, that’s cool.</w:t>
      </w:r>
    </w:p>
    <w:p w14:paraId="19A28F62" w14:textId="77777777" w:rsidR="00B23B83" w:rsidRDefault="00B23B83">
      <w:pPr>
        <w:spacing w:after="0"/>
      </w:pPr>
    </w:p>
    <w:p w14:paraId="0C635AA7" w14:textId="77777777" w:rsidR="00B23B83" w:rsidRDefault="00D16237">
      <w:pPr>
        <w:spacing w:after="0"/>
      </w:pPr>
      <w:r>
        <w:rPr>
          <w:rFonts w:ascii="Arial" w:hAnsi="Arial"/>
          <w:b/>
        </w:rPr>
        <w:t xml:space="preserve">Interviewer E:  </w:t>
      </w:r>
      <w:r>
        <w:rPr>
          <w:rFonts w:ascii="Arial" w:hAnsi="Arial"/>
          <w:color w:val="5D7284"/>
        </w:rPr>
        <w:t>30:02</w:t>
      </w:r>
    </w:p>
    <w:p w14:paraId="5A99670C" w14:textId="095A4304" w:rsidR="00B23B83" w:rsidRDefault="00B43844">
      <w:pPr>
        <w:spacing w:after="0"/>
      </w:pPr>
      <w:r>
        <w:rPr>
          <w:rFonts w:ascii="Arial" w:hAnsi="Arial"/>
        </w:rPr>
        <w:t xml:space="preserve">So, it's a crystal that has like, I don't know. Yeah, just maybe it's a crystal. It's dyed. I'm not really quite sure. But it's really cool stuff. So, this is what it looks like. Trying to put too much a little goes a long way with just water. Yeah, like little, teeny weeny little cursor. So, what I'm going to do is I want to drop it in this still water so you can essentially just see the properties of this. </w:t>
      </w:r>
    </w:p>
    <w:p w14:paraId="4A1321E8" w14:textId="77777777" w:rsidR="00B23B83" w:rsidRDefault="00B23B83">
      <w:pPr>
        <w:spacing w:after="0"/>
      </w:pPr>
    </w:p>
    <w:p w14:paraId="5B08A65C" w14:textId="77777777" w:rsidR="00B23B83" w:rsidRDefault="00D16237">
      <w:pPr>
        <w:spacing w:after="0"/>
      </w:pPr>
      <w:r>
        <w:rPr>
          <w:rFonts w:ascii="Arial" w:hAnsi="Arial"/>
          <w:b/>
        </w:rPr>
        <w:t xml:space="preserve">Participant #27:  </w:t>
      </w:r>
      <w:r>
        <w:rPr>
          <w:rFonts w:ascii="Arial" w:hAnsi="Arial"/>
          <w:color w:val="5D7284"/>
        </w:rPr>
        <w:t>30:29</w:t>
      </w:r>
    </w:p>
    <w:p w14:paraId="75E2F288" w14:textId="77777777" w:rsidR="00B23B83" w:rsidRDefault="00D16237">
      <w:pPr>
        <w:spacing w:after="0"/>
      </w:pPr>
      <w:r>
        <w:rPr>
          <w:rFonts w:ascii="Arial" w:hAnsi="Arial"/>
        </w:rPr>
        <w:t>Okay.</w:t>
      </w:r>
    </w:p>
    <w:p w14:paraId="1E7F46D1" w14:textId="77777777" w:rsidR="00B23B83" w:rsidRDefault="00B23B83">
      <w:pPr>
        <w:spacing w:after="0"/>
      </w:pPr>
    </w:p>
    <w:p w14:paraId="13CC79B3" w14:textId="77777777" w:rsidR="00B23B83" w:rsidRDefault="00D16237">
      <w:pPr>
        <w:spacing w:after="0"/>
      </w:pPr>
      <w:r>
        <w:rPr>
          <w:rFonts w:ascii="Arial" w:hAnsi="Arial"/>
          <w:b/>
        </w:rPr>
        <w:t xml:space="preserve">Interviewer E:  </w:t>
      </w:r>
      <w:r>
        <w:rPr>
          <w:rFonts w:ascii="Arial" w:hAnsi="Arial"/>
          <w:color w:val="5D7284"/>
        </w:rPr>
        <w:t>30:31</w:t>
      </w:r>
    </w:p>
    <w:p w14:paraId="26657D3A" w14:textId="19682E38" w:rsidR="00B23B83" w:rsidRDefault="00D16237">
      <w:pPr>
        <w:spacing w:after="0"/>
      </w:pPr>
      <w:r>
        <w:rPr>
          <w:rFonts w:ascii="Arial" w:hAnsi="Arial"/>
        </w:rPr>
        <w:t xml:space="preserve">Maybe I might move this over here. </w:t>
      </w:r>
      <w:r w:rsidR="00B43844">
        <w:rPr>
          <w:rFonts w:ascii="Arial" w:hAnsi="Arial"/>
        </w:rPr>
        <w:t>So,</w:t>
      </w:r>
      <w:r>
        <w:rPr>
          <w:rFonts w:ascii="Arial" w:hAnsi="Arial"/>
        </w:rPr>
        <w:t xml:space="preserve"> drop it in.</w:t>
      </w:r>
    </w:p>
    <w:p w14:paraId="1E81F290" w14:textId="77777777" w:rsidR="00B23B83" w:rsidRDefault="00B23B83">
      <w:pPr>
        <w:spacing w:after="0"/>
      </w:pPr>
    </w:p>
    <w:p w14:paraId="7A4345A4" w14:textId="77777777" w:rsidR="00B23B83" w:rsidRDefault="00D16237">
      <w:pPr>
        <w:spacing w:after="0"/>
      </w:pPr>
      <w:r>
        <w:rPr>
          <w:rFonts w:ascii="Arial" w:hAnsi="Arial"/>
          <w:b/>
        </w:rPr>
        <w:t xml:space="preserve">Participant #27:  </w:t>
      </w:r>
      <w:r>
        <w:rPr>
          <w:rFonts w:ascii="Arial" w:hAnsi="Arial"/>
          <w:color w:val="5D7284"/>
        </w:rPr>
        <w:t>30:41</w:t>
      </w:r>
    </w:p>
    <w:p w14:paraId="01D3A1CA" w14:textId="77777777" w:rsidR="00B23B83" w:rsidRDefault="00D16237">
      <w:pPr>
        <w:spacing w:after="0"/>
      </w:pPr>
      <w:r>
        <w:rPr>
          <w:rFonts w:ascii="Arial" w:hAnsi="Arial"/>
        </w:rPr>
        <w:t>Oh cool.</w:t>
      </w:r>
    </w:p>
    <w:p w14:paraId="2EF26394" w14:textId="77777777" w:rsidR="00B23B83" w:rsidRDefault="00B23B83">
      <w:pPr>
        <w:spacing w:after="0"/>
      </w:pPr>
    </w:p>
    <w:p w14:paraId="23E2EA27" w14:textId="77777777" w:rsidR="00B23B83" w:rsidRDefault="00D16237">
      <w:pPr>
        <w:spacing w:after="0"/>
      </w:pPr>
      <w:r>
        <w:rPr>
          <w:rFonts w:ascii="Arial" w:hAnsi="Arial"/>
          <w:b/>
        </w:rPr>
        <w:t xml:space="preserve">Interviewer E:  </w:t>
      </w:r>
      <w:r>
        <w:rPr>
          <w:rFonts w:ascii="Arial" w:hAnsi="Arial"/>
          <w:color w:val="5D7284"/>
        </w:rPr>
        <w:t>31:01</w:t>
      </w:r>
    </w:p>
    <w:p w14:paraId="533DAC4A" w14:textId="77777777" w:rsidR="00B23B83" w:rsidRDefault="00D16237">
      <w:pPr>
        <w:spacing w:after="0"/>
      </w:pPr>
      <w:r>
        <w:rPr>
          <w:rFonts w:ascii="Arial" w:hAnsi="Arial"/>
        </w:rPr>
        <w:t>Yes, fun stuff.</w:t>
      </w:r>
    </w:p>
    <w:p w14:paraId="00076FB9" w14:textId="77777777" w:rsidR="00B23B83" w:rsidRDefault="00B23B83">
      <w:pPr>
        <w:spacing w:after="0"/>
      </w:pPr>
    </w:p>
    <w:p w14:paraId="3855C1B5" w14:textId="77777777" w:rsidR="00B23B83" w:rsidRDefault="00D16237">
      <w:pPr>
        <w:spacing w:after="0"/>
      </w:pPr>
      <w:r>
        <w:rPr>
          <w:rFonts w:ascii="Arial" w:hAnsi="Arial"/>
          <w:b/>
        </w:rPr>
        <w:t xml:space="preserve">Participant #27:  </w:t>
      </w:r>
      <w:r>
        <w:rPr>
          <w:rFonts w:ascii="Arial" w:hAnsi="Arial"/>
          <w:color w:val="5D7284"/>
        </w:rPr>
        <w:t>31:02</w:t>
      </w:r>
    </w:p>
    <w:p w14:paraId="4CF50AC1" w14:textId="77777777" w:rsidR="00B23B83" w:rsidRDefault="00D16237">
      <w:pPr>
        <w:spacing w:after="0"/>
      </w:pPr>
      <w:r>
        <w:rPr>
          <w:rFonts w:ascii="Arial" w:hAnsi="Arial"/>
        </w:rPr>
        <w:t>Yeah, that's so cool.</w:t>
      </w:r>
    </w:p>
    <w:p w14:paraId="6FAA78F5" w14:textId="77777777" w:rsidR="00B23B83" w:rsidRDefault="00B23B83">
      <w:pPr>
        <w:spacing w:after="0"/>
      </w:pPr>
    </w:p>
    <w:p w14:paraId="79EF4FF4" w14:textId="77777777" w:rsidR="00B23B83" w:rsidRDefault="00D16237">
      <w:pPr>
        <w:spacing w:after="0"/>
      </w:pPr>
      <w:r>
        <w:rPr>
          <w:rFonts w:ascii="Arial" w:hAnsi="Arial"/>
          <w:b/>
        </w:rPr>
        <w:t xml:space="preserve">Interviewer E:  </w:t>
      </w:r>
      <w:r>
        <w:rPr>
          <w:rFonts w:ascii="Arial" w:hAnsi="Arial"/>
          <w:color w:val="5D7284"/>
        </w:rPr>
        <w:t>31:26</w:t>
      </w:r>
    </w:p>
    <w:p w14:paraId="6CDB34B4" w14:textId="36795711" w:rsidR="00B23B83" w:rsidRDefault="00D16237">
      <w:pPr>
        <w:spacing w:after="0"/>
      </w:pPr>
      <w:r>
        <w:rPr>
          <w:rFonts w:ascii="Arial" w:hAnsi="Arial"/>
        </w:rPr>
        <w:t xml:space="preserve">So yeah, that's pretty much potassium </w:t>
      </w:r>
      <w:r w:rsidR="00B43844">
        <w:rPr>
          <w:rFonts w:ascii="Arial" w:hAnsi="Arial"/>
        </w:rPr>
        <w:t>permanganate</w:t>
      </w:r>
      <w:r>
        <w:rPr>
          <w:rFonts w:ascii="Arial" w:hAnsi="Arial"/>
        </w:rPr>
        <w:t xml:space="preserve">. As a whole, that's what it does, um, I'm sure you can, maybe you can already guess where I'm going with this. So unlike like this water, which is just been sitting here and has and has been completely still. </w:t>
      </w:r>
    </w:p>
    <w:p w14:paraId="3081E157" w14:textId="77777777" w:rsidR="00B23B83" w:rsidRDefault="00B23B83">
      <w:pPr>
        <w:spacing w:after="0"/>
      </w:pPr>
    </w:p>
    <w:p w14:paraId="01AE9B81" w14:textId="77777777" w:rsidR="00B23B83" w:rsidRDefault="00D16237">
      <w:pPr>
        <w:spacing w:after="0"/>
      </w:pPr>
      <w:r>
        <w:rPr>
          <w:rFonts w:ascii="Arial" w:hAnsi="Arial"/>
          <w:b/>
        </w:rPr>
        <w:t xml:space="preserve">Participant #27:  </w:t>
      </w:r>
      <w:r>
        <w:rPr>
          <w:rFonts w:ascii="Arial" w:hAnsi="Arial"/>
          <w:color w:val="5D7284"/>
        </w:rPr>
        <w:t>31:44</w:t>
      </w:r>
    </w:p>
    <w:p w14:paraId="22904FA0" w14:textId="77777777" w:rsidR="00B23B83" w:rsidRDefault="00D16237">
      <w:pPr>
        <w:spacing w:after="0"/>
      </w:pPr>
      <w:r>
        <w:rPr>
          <w:rFonts w:ascii="Arial" w:hAnsi="Arial"/>
        </w:rPr>
        <w:t>Okay.</w:t>
      </w:r>
    </w:p>
    <w:p w14:paraId="154B639A" w14:textId="77777777" w:rsidR="00B23B83" w:rsidRDefault="00B23B83">
      <w:pPr>
        <w:spacing w:after="0"/>
      </w:pPr>
    </w:p>
    <w:p w14:paraId="0838D773" w14:textId="77777777" w:rsidR="00B23B83" w:rsidRDefault="00D16237">
      <w:pPr>
        <w:spacing w:after="0"/>
      </w:pPr>
      <w:r>
        <w:rPr>
          <w:rFonts w:ascii="Arial" w:hAnsi="Arial"/>
          <w:b/>
        </w:rPr>
        <w:t xml:space="preserve">Interviewer E:  </w:t>
      </w:r>
      <w:r>
        <w:rPr>
          <w:rFonts w:ascii="Arial" w:hAnsi="Arial"/>
          <w:color w:val="5D7284"/>
        </w:rPr>
        <w:t>31:45</w:t>
      </w:r>
    </w:p>
    <w:p w14:paraId="07AE1BB7" w14:textId="77777777" w:rsidR="00B23B83" w:rsidRDefault="00D16237">
      <w:pPr>
        <w:spacing w:after="0"/>
      </w:pPr>
      <w:r>
        <w:rPr>
          <w:rFonts w:ascii="Arial" w:hAnsi="Arial"/>
        </w:rPr>
        <w:t xml:space="preserve">This tank has been rotating with water in it for maybe about 45 minutes now, maybe even an hour. </w:t>
      </w:r>
    </w:p>
    <w:p w14:paraId="3D69F327" w14:textId="77777777" w:rsidR="00B23B83" w:rsidRDefault="00B23B83">
      <w:pPr>
        <w:spacing w:after="0"/>
      </w:pPr>
    </w:p>
    <w:p w14:paraId="24A1F76F" w14:textId="77777777" w:rsidR="00B23B83" w:rsidRDefault="00D16237">
      <w:pPr>
        <w:spacing w:after="0"/>
      </w:pPr>
      <w:r>
        <w:rPr>
          <w:rFonts w:ascii="Arial" w:hAnsi="Arial"/>
          <w:b/>
        </w:rPr>
        <w:t xml:space="preserve">Participant #27:  </w:t>
      </w:r>
      <w:r>
        <w:rPr>
          <w:rFonts w:ascii="Arial" w:hAnsi="Arial"/>
          <w:color w:val="5D7284"/>
        </w:rPr>
        <w:t>31:52</w:t>
      </w:r>
    </w:p>
    <w:p w14:paraId="749E361D" w14:textId="77777777" w:rsidR="00B23B83" w:rsidRDefault="00D16237">
      <w:pPr>
        <w:spacing w:after="0"/>
      </w:pPr>
      <w:r>
        <w:rPr>
          <w:rFonts w:ascii="Arial" w:hAnsi="Arial"/>
        </w:rPr>
        <w:lastRenderedPageBreak/>
        <w:t>Okay.</w:t>
      </w:r>
    </w:p>
    <w:p w14:paraId="748ED9BD" w14:textId="77777777" w:rsidR="00B23B83" w:rsidRDefault="00B23B83">
      <w:pPr>
        <w:spacing w:after="0"/>
      </w:pPr>
    </w:p>
    <w:p w14:paraId="27441462" w14:textId="77777777" w:rsidR="00B23B83" w:rsidRDefault="00D16237">
      <w:pPr>
        <w:spacing w:after="0"/>
      </w:pPr>
      <w:r>
        <w:rPr>
          <w:rFonts w:ascii="Arial" w:hAnsi="Arial"/>
          <w:b/>
        </w:rPr>
        <w:t xml:space="preserve">Interviewer E:  </w:t>
      </w:r>
      <w:r>
        <w:rPr>
          <w:rFonts w:ascii="Arial" w:hAnsi="Arial"/>
          <w:color w:val="5D7284"/>
        </w:rPr>
        <w:t>31:53</w:t>
      </w:r>
    </w:p>
    <w:p w14:paraId="79CEBCA7" w14:textId="5E5D5E88" w:rsidR="00B23B83" w:rsidRDefault="00B43844">
      <w:pPr>
        <w:spacing w:after="0"/>
      </w:pPr>
      <w:r>
        <w:rPr>
          <w:rFonts w:ascii="Arial" w:hAnsi="Arial"/>
        </w:rPr>
        <w:t>So, it's been rotating for a while. Basically, what I'm going to do is I'm going to take some of this potassium permanganate, and I'm going to sprinkle it all inside of this tank. And before I do that, I want to get your prediction of how you think this is going to look after one minute of being dropped into this rotating tank. So, I want a bird's eye view like you're taking a picture from the top and a side view like you're taking a picture from the side.</w:t>
      </w:r>
    </w:p>
    <w:p w14:paraId="0B2856B2" w14:textId="77777777" w:rsidR="00B23B83" w:rsidRDefault="00B23B83">
      <w:pPr>
        <w:spacing w:after="0"/>
      </w:pPr>
    </w:p>
    <w:p w14:paraId="2592A017" w14:textId="77777777" w:rsidR="00B23B83" w:rsidRDefault="00D16237">
      <w:pPr>
        <w:spacing w:after="0"/>
      </w:pPr>
      <w:r>
        <w:rPr>
          <w:rFonts w:ascii="Arial" w:hAnsi="Arial"/>
          <w:b/>
        </w:rPr>
        <w:t xml:space="preserve">Participant #27:  </w:t>
      </w:r>
      <w:r>
        <w:rPr>
          <w:rFonts w:ascii="Arial" w:hAnsi="Arial"/>
          <w:color w:val="5D7284"/>
        </w:rPr>
        <w:t>32:23</w:t>
      </w:r>
    </w:p>
    <w:p w14:paraId="05145964" w14:textId="77777777" w:rsidR="00B23B83" w:rsidRDefault="00D16237">
      <w:pPr>
        <w:spacing w:after="0"/>
      </w:pPr>
      <w:r>
        <w:rPr>
          <w:rFonts w:ascii="Arial" w:hAnsi="Arial"/>
        </w:rPr>
        <w:t>You said one minute?</w:t>
      </w:r>
    </w:p>
    <w:p w14:paraId="78B60C4B" w14:textId="77777777" w:rsidR="00B23B83" w:rsidRDefault="00B23B83">
      <w:pPr>
        <w:spacing w:after="0"/>
      </w:pPr>
    </w:p>
    <w:p w14:paraId="7B029792" w14:textId="77777777" w:rsidR="00B23B83" w:rsidRDefault="00D16237">
      <w:pPr>
        <w:spacing w:after="0"/>
      </w:pPr>
      <w:r>
        <w:rPr>
          <w:rFonts w:ascii="Arial" w:hAnsi="Arial"/>
          <w:b/>
        </w:rPr>
        <w:t xml:space="preserve">Interviewer E:  </w:t>
      </w:r>
      <w:r>
        <w:rPr>
          <w:rFonts w:ascii="Arial" w:hAnsi="Arial"/>
          <w:color w:val="5D7284"/>
        </w:rPr>
        <w:t>32:24</w:t>
      </w:r>
    </w:p>
    <w:p w14:paraId="2D7DC5AF" w14:textId="77777777" w:rsidR="00B23B83" w:rsidRDefault="00D16237">
      <w:pPr>
        <w:spacing w:after="0"/>
      </w:pPr>
      <w:r>
        <w:rPr>
          <w:rFonts w:ascii="Arial" w:hAnsi="Arial"/>
        </w:rPr>
        <w:t xml:space="preserve"> Yep, one minute.</w:t>
      </w:r>
    </w:p>
    <w:p w14:paraId="4D1597FA" w14:textId="77777777" w:rsidR="00B23B83" w:rsidRDefault="00B23B83">
      <w:pPr>
        <w:spacing w:after="0"/>
      </w:pPr>
    </w:p>
    <w:p w14:paraId="50741DA6" w14:textId="77777777" w:rsidR="00B23B83" w:rsidRDefault="00D16237">
      <w:pPr>
        <w:spacing w:after="0"/>
      </w:pPr>
      <w:r>
        <w:rPr>
          <w:rFonts w:ascii="Arial" w:hAnsi="Arial"/>
          <w:b/>
        </w:rPr>
        <w:t xml:space="preserve">Participant #27:  </w:t>
      </w:r>
      <w:r>
        <w:rPr>
          <w:rFonts w:ascii="Arial" w:hAnsi="Arial"/>
          <w:color w:val="5D7284"/>
        </w:rPr>
        <w:t>32:29</w:t>
      </w:r>
    </w:p>
    <w:p w14:paraId="11A23C41" w14:textId="70F5AA91" w:rsidR="00B23B83" w:rsidRDefault="00D16237">
      <w:pPr>
        <w:spacing w:after="0"/>
      </w:pPr>
      <w:r>
        <w:rPr>
          <w:rFonts w:ascii="Arial" w:hAnsi="Arial"/>
        </w:rPr>
        <w:t xml:space="preserve">Okay. </w:t>
      </w:r>
      <w:r w:rsidR="00B43844">
        <w:rPr>
          <w:rFonts w:ascii="Arial" w:hAnsi="Arial"/>
        </w:rPr>
        <w:t>Okay…</w:t>
      </w:r>
    </w:p>
    <w:p w14:paraId="17EE4004" w14:textId="77777777" w:rsidR="00B23B83" w:rsidRDefault="00B23B83">
      <w:pPr>
        <w:spacing w:after="0"/>
      </w:pPr>
    </w:p>
    <w:p w14:paraId="2A1A87FC" w14:textId="77777777" w:rsidR="00B23B83" w:rsidRDefault="00D16237">
      <w:pPr>
        <w:spacing w:after="0"/>
      </w:pPr>
      <w:r>
        <w:rPr>
          <w:rFonts w:ascii="Arial" w:hAnsi="Arial"/>
          <w:b/>
        </w:rPr>
        <w:t xml:space="preserve">Interviewer E:  </w:t>
      </w:r>
      <w:r>
        <w:rPr>
          <w:rFonts w:ascii="Arial" w:hAnsi="Arial"/>
          <w:color w:val="5D7284"/>
        </w:rPr>
        <w:t>33:46</w:t>
      </w:r>
    </w:p>
    <w:p w14:paraId="56DFA0AB" w14:textId="77777777" w:rsidR="00B23B83" w:rsidRDefault="00D16237">
      <w:pPr>
        <w:spacing w:after="0"/>
      </w:pPr>
      <w:r>
        <w:rPr>
          <w:rFonts w:ascii="Arial" w:hAnsi="Arial"/>
        </w:rPr>
        <w:t>All right. All done?</w:t>
      </w:r>
    </w:p>
    <w:p w14:paraId="5C239CF5" w14:textId="77777777" w:rsidR="00B23B83" w:rsidRDefault="00B23B83">
      <w:pPr>
        <w:spacing w:after="0"/>
      </w:pPr>
    </w:p>
    <w:p w14:paraId="5D493EDD" w14:textId="77777777" w:rsidR="00B23B83" w:rsidRDefault="00D16237">
      <w:pPr>
        <w:spacing w:after="0"/>
      </w:pPr>
      <w:r>
        <w:rPr>
          <w:rFonts w:ascii="Arial" w:hAnsi="Arial"/>
          <w:b/>
        </w:rPr>
        <w:t xml:space="preserve">Participant #27:  </w:t>
      </w:r>
      <w:r>
        <w:rPr>
          <w:rFonts w:ascii="Arial" w:hAnsi="Arial"/>
          <w:color w:val="5D7284"/>
        </w:rPr>
        <w:t>33:48</w:t>
      </w:r>
    </w:p>
    <w:p w14:paraId="5DFD98A6" w14:textId="77777777" w:rsidR="00B23B83" w:rsidRDefault="00D16237">
      <w:pPr>
        <w:spacing w:after="0"/>
      </w:pPr>
      <w:r>
        <w:rPr>
          <w:rFonts w:ascii="Arial" w:hAnsi="Arial"/>
        </w:rPr>
        <w:t>I think so.</w:t>
      </w:r>
    </w:p>
    <w:p w14:paraId="64D5F583" w14:textId="77777777" w:rsidR="00B23B83" w:rsidRDefault="00B23B83">
      <w:pPr>
        <w:spacing w:after="0"/>
      </w:pPr>
    </w:p>
    <w:p w14:paraId="7F38A14A" w14:textId="77777777" w:rsidR="00B23B83" w:rsidRDefault="00D16237">
      <w:pPr>
        <w:spacing w:after="0"/>
      </w:pPr>
      <w:r>
        <w:rPr>
          <w:rFonts w:ascii="Arial" w:hAnsi="Arial"/>
          <w:b/>
        </w:rPr>
        <w:t xml:space="preserve">Interviewer E:  </w:t>
      </w:r>
      <w:r>
        <w:rPr>
          <w:rFonts w:ascii="Arial" w:hAnsi="Arial"/>
          <w:color w:val="5D7284"/>
        </w:rPr>
        <w:t>33:49</w:t>
      </w:r>
    </w:p>
    <w:p w14:paraId="3A909A01" w14:textId="77777777" w:rsidR="00B23B83" w:rsidRDefault="00D16237">
      <w:pPr>
        <w:spacing w:after="0"/>
      </w:pPr>
      <w:r>
        <w:rPr>
          <w:rFonts w:ascii="Arial" w:hAnsi="Arial"/>
        </w:rPr>
        <w:t xml:space="preserve">Alright, so explain to me a little bit about what's going on in your head with this. </w:t>
      </w:r>
    </w:p>
    <w:p w14:paraId="5870F772" w14:textId="77777777" w:rsidR="00B23B83" w:rsidRDefault="00B23B83">
      <w:pPr>
        <w:spacing w:after="0"/>
      </w:pPr>
    </w:p>
    <w:p w14:paraId="00D1BD84" w14:textId="77777777" w:rsidR="00B23B83" w:rsidRDefault="00D16237">
      <w:pPr>
        <w:spacing w:after="0"/>
      </w:pPr>
      <w:r>
        <w:rPr>
          <w:rFonts w:ascii="Arial" w:hAnsi="Arial"/>
          <w:b/>
        </w:rPr>
        <w:t xml:space="preserve">Participant #27:  </w:t>
      </w:r>
      <w:r>
        <w:rPr>
          <w:rFonts w:ascii="Arial" w:hAnsi="Arial"/>
          <w:color w:val="5D7284"/>
        </w:rPr>
        <w:t>33:54</w:t>
      </w:r>
    </w:p>
    <w:p w14:paraId="0960100D" w14:textId="77777777" w:rsidR="00B23B83" w:rsidRDefault="00D16237">
      <w:pPr>
        <w:spacing w:after="0"/>
      </w:pPr>
      <w:r>
        <w:rPr>
          <w:rFonts w:ascii="Arial" w:hAnsi="Arial"/>
        </w:rPr>
        <w:t xml:space="preserve">Okay, so I think that after a minute, it's gonna be like, basically, pink water. Like, I think it's gonna be pretty mixed. But I do think it might look like stringy like. </w:t>
      </w:r>
    </w:p>
    <w:p w14:paraId="455484D0" w14:textId="77777777" w:rsidR="00B23B83" w:rsidRDefault="00B23B83">
      <w:pPr>
        <w:spacing w:after="0"/>
      </w:pPr>
    </w:p>
    <w:p w14:paraId="5677E67B" w14:textId="77777777" w:rsidR="00B23B83" w:rsidRDefault="00D16237">
      <w:pPr>
        <w:spacing w:after="0"/>
      </w:pPr>
      <w:r>
        <w:rPr>
          <w:rFonts w:ascii="Arial" w:hAnsi="Arial"/>
          <w:b/>
        </w:rPr>
        <w:t xml:space="preserve">Interviewer E:  </w:t>
      </w:r>
      <w:r>
        <w:rPr>
          <w:rFonts w:ascii="Arial" w:hAnsi="Arial"/>
          <w:color w:val="5D7284"/>
        </w:rPr>
        <w:t>34:10</w:t>
      </w:r>
    </w:p>
    <w:p w14:paraId="50D1E6C8" w14:textId="77777777" w:rsidR="00B23B83" w:rsidRDefault="00D16237">
      <w:pPr>
        <w:spacing w:after="0"/>
      </w:pPr>
      <w:r>
        <w:rPr>
          <w:rFonts w:ascii="Arial" w:hAnsi="Arial"/>
        </w:rPr>
        <w:t>Okay.</w:t>
      </w:r>
    </w:p>
    <w:p w14:paraId="1F8F684A" w14:textId="77777777" w:rsidR="00B23B83" w:rsidRDefault="00B23B83">
      <w:pPr>
        <w:spacing w:after="0"/>
      </w:pPr>
    </w:p>
    <w:p w14:paraId="5BA0AC5B" w14:textId="77777777" w:rsidR="00B23B83" w:rsidRDefault="00D16237">
      <w:pPr>
        <w:spacing w:after="0"/>
      </w:pPr>
      <w:r>
        <w:rPr>
          <w:rFonts w:ascii="Arial" w:hAnsi="Arial"/>
          <w:b/>
        </w:rPr>
        <w:t xml:space="preserve">Participant #27:  </w:t>
      </w:r>
      <w:r>
        <w:rPr>
          <w:rFonts w:ascii="Arial" w:hAnsi="Arial"/>
          <w:color w:val="5D7284"/>
        </w:rPr>
        <w:t>34:10</w:t>
      </w:r>
    </w:p>
    <w:p w14:paraId="3E011838" w14:textId="77777777" w:rsidR="00B23B83" w:rsidRDefault="00D16237">
      <w:pPr>
        <w:spacing w:after="0"/>
      </w:pPr>
      <w:r>
        <w:rPr>
          <w:rFonts w:ascii="Arial" w:hAnsi="Arial"/>
        </w:rPr>
        <w:t xml:space="preserve"> I don't know if it'll be like.</w:t>
      </w:r>
    </w:p>
    <w:p w14:paraId="4B0AEB2B" w14:textId="77777777" w:rsidR="00B23B83" w:rsidRDefault="00B23B83">
      <w:pPr>
        <w:spacing w:after="0"/>
      </w:pPr>
    </w:p>
    <w:p w14:paraId="7CECADC1" w14:textId="77777777" w:rsidR="00B23B83" w:rsidRDefault="00D16237">
      <w:pPr>
        <w:spacing w:after="0"/>
      </w:pPr>
      <w:r>
        <w:rPr>
          <w:rFonts w:ascii="Arial" w:hAnsi="Arial"/>
          <w:b/>
        </w:rPr>
        <w:t xml:space="preserve">Interviewer E:  </w:t>
      </w:r>
      <w:r>
        <w:rPr>
          <w:rFonts w:ascii="Arial" w:hAnsi="Arial"/>
          <w:color w:val="5D7284"/>
        </w:rPr>
        <w:t>34:11</w:t>
      </w:r>
    </w:p>
    <w:p w14:paraId="1ED2BCDA" w14:textId="77777777" w:rsidR="00B23B83" w:rsidRDefault="00D16237">
      <w:pPr>
        <w:spacing w:after="0"/>
      </w:pPr>
      <w:r>
        <w:rPr>
          <w:rFonts w:ascii="Arial" w:hAnsi="Arial"/>
        </w:rPr>
        <w:t xml:space="preserve">Horizontally like that. </w:t>
      </w:r>
    </w:p>
    <w:p w14:paraId="15A3B4B7" w14:textId="77777777" w:rsidR="00B23B83" w:rsidRDefault="00B23B83">
      <w:pPr>
        <w:spacing w:after="0"/>
      </w:pPr>
    </w:p>
    <w:p w14:paraId="445888D4" w14:textId="77777777" w:rsidR="00B23B83" w:rsidRDefault="00D16237">
      <w:pPr>
        <w:spacing w:after="0"/>
      </w:pPr>
      <w:r>
        <w:rPr>
          <w:rFonts w:ascii="Arial" w:hAnsi="Arial"/>
          <w:b/>
        </w:rPr>
        <w:t xml:space="preserve">Participant #27:  </w:t>
      </w:r>
      <w:r>
        <w:rPr>
          <w:rFonts w:ascii="Arial" w:hAnsi="Arial"/>
          <w:color w:val="5D7284"/>
        </w:rPr>
        <w:t>34:13</w:t>
      </w:r>
    </w:p>
    <w:p w14:paraId="1385F746" w14:textId="77777777" w:rsidR="00B23B83" w:rsidRDefault="00D16237">
      <w:pPr>
        <w:spacing w:after="0"/>
      </w:pPr>
      <w:r>
        <w:rPr>
          <w:rFonts w:ascii="Arial" w:hAnsi="Arial"/>
        </w:rPr>
        <w:t xml:space="preserve">Yeah, I think it'll be horizontal. Especially after a minute, like after it settles in and then starts doing its thing. I think it'll start to be stringy horizontally. And then I might look like a spiral from above, if it's not a completely, like pink water. </w:t>
      </w:r>
    </w:p>
    <w:p w14:paraId="156BEC22" w14:textId="77777777" w:rsidR="00B23B83" w:rsidRDefault="00B23B83">
      <w:pPr>
        <w:spacing w:after="0"/>
      </w:pPr>
    </w:p>
    <w:p w14:paraId="684E9490" w14:textId="77777777" w:rsidR="00B23B83" w:rsidRDefault="00D16237">
      <w:pPr>
        <w:spacing w:after="0"/>
      </w:pPr>
      <w:r>
        <w:rPr>
          <w:rFonts w:ascii="Arial" w:hAnsi="Arial"/>
          <w:b/>
        </w:rPr>
        <w:t xml:space="preserve">Interviewer E:  </w:t>
      </w:r>
      <w:r>
        <w:rPr>
          <w:rFonts w:ascii="Arial" w:hAnsi="Arial"/>
          <w:color w:val="5D7284"/>
        </w:rPr>
        <w:t>34:33</w:t>
      </w:r>
    </w:p>
    <w:p w14:paraId="29A64BB4" w14:textId="77777777" w:rsidR="00B23B83" w:rsidRDefault="00D16237">
      <w:pPr>
        <w:spacing w:after="0"/>
      </w:pPr>
      <w:r>
        <w:rPr>
          <w:rFonts w:ascii="Arial" w:hAnsi="Arial"/>
        </w:rPr>
        <w:t>Alright. And what would make you think that it would spiral like that? Is it that can does that come from something?</w:t>
      </w:r>
    </w:p>
    <w:p w14:paraId="6BB307BD" w14:textId="77777777" w:rsidR="00B23B83" w:rsidRDefault="00B23B83">
      <w:pPr>
        <w:spacing w:after="0"/>
      </w:pPr>
    </w:p>
    <w:p w14:paraId="4E3CC536" w14:textId="77777777" w:rsidR="00B23B83" w:rsidRDefault="00D16237">
      <w:pPr>
        <w:spacing w:after="0"/>
      </w:pPr>
      <w:r>
        <w:rPr>
          <w:rFonts w:ascii="Arial" w:hAnsi="Arial"/>
          <w:b/>
        </w:rPr>
        <w:t xml:space="preserve">Participant #27:  </w:t>
      </w:r>
      <w:r>
        <w:rPr>
          <w:rFonts w:ascii="Arial" w:hAnsi="Arial"/>
          <w:color w:val="5D7284"/>
        </w:rPr>
        <w:t>34:42</w:t>
      </w:r>
    </w:p>
    <w:p w14:paraId="0C668382" w14:textId="77777777" w:rsidR="00B23B83" w:rsidRDefault="00D16237">
      <w:pPr>
        <w:spacing w:after="0"/>
      </w:pPr>
      <w:r>
        <w:rPr>
          <w:rFonts w:ascii="Arial" w:hAnsi="Arial"/>
        </w:rPr>
        <w:t>I think it's just the movement. And like, sort of like the.</w:t>
      </w:r>
    </w:p>
    <w:p w14:paraId="53CFD25D" w14:textId="77777777" w:rsidR="00B23B83" w:rsidRDefault="00B23B83">
      <w:pPr>
        <w:spacing w:after="0"/>
      </w:pPr>
    </w:p>
    <w:p w14:paraId="66C62634" w14:textId="77777777" w:rsidR="00B23B83" w:rsidRDefault="00D16237">
      <w:pPr>
        <w:spacing w:after="0"/>
      </w:pPr>
      <w:r>
        <w:rPr>
          <w:rFonts w:ascii="Arial" w:hAnsi="Arial"/>
          <w:b/>
        </w:rPr>
        <w:t xml:space="preserve">Interviewer E:  </w:t>
      </w:r>
      <w:r>
        <w:rPr>
          <w:rFonts w:ascii="Arial" w:hAnsi="Arial"/>
          <w:color w:val="5D7284"/>
        </w:rPr>
        <w:t>34:50</w:t>
      </w:r>
    </w:p>
    <w:p w14:paraId="5AB492B9" w14:textId="77777777" w:rsidR="00B23B83" w:rsidRDefault="00D16237">
      <w:pPr>
        <w:spacing w:after="0"/>
      </w:pPr>
      <w:r>
        <w:rPr>
          <w:rFonts w:ascii="Arial" w:hAnsi="Arial"/>
        </w:rPr>
        <w:t>So, you're saying like the waters spiraling and that why.</w:t>
      </w:r>
    </w:p>
    <w:p w14:paraId="5C6DAA62" w14:textId="77777777" w:rsidR="00B23B83" w:rsidRDefault="00B23B83">
      <w:pPr>
        <w:spacing w:after="0"/>
      </w:pPr>
    </w:p>
    <w:p w14:paraId="762E5002" w14:textId="77777777" w:rsidR="00B23B83" w:rsidRDefault="00D16237">
      <w:pPr>
        <w:spacing w:after="0"/>
      </w:pPr>
      <w:r>
        <w:rPr>
          <w:rFonts w:ascii="Arial" w:hAnsi="Arial"/>
          <w:b/>
        </w:rPr>
        <w:t xml:space="preserve">Participant #27:  </w:t>
      </w:r>
      <w:r>
        <w:rPr>
          <w:rFonts w:ascii="Arial" w:hAnsi="Arial"/>
          <w:color w:val="5D7284"/>
        </w:rPr>
        <w:t>34:56</w:t>
      </w:r>
    </w:p>
    <w:p w14:paraId="69C057D5" w14:textId="77777777" w:rsidR="00B23B83" w:rsidRDefault="00D16237">
      <w:pPr>
        <w:spacing w:after="0"/>
      </w:pPr>
      <w:r>
        <w:rPr>
          <w:rFonts w:ascii="Arial" w:hAnsi="Arial"/>
        </w:rPr>
        <w:t>Yeah.</w:t>
      </w:r>
    </w:p>
    <w:p w14:paraId="12F67101" w14:textId="77777777" w:rsidR="00B23B83" w:rsidRDefault="00B23B83">
      <w:pPr>
        <w:spacing w:after="0"/>
      </w:pPr>
    </w:p>
    <w:p w14:paraId="1359F90D" w14:textId="77777777" w:rsidR="00B23B83" w:rsidRDefault="00D16237">
      <w:pPr>
        <w:spacing w:after="0"/>
      </w:pPr>
      <w:r>
        <w:rPr>
          <w:rFonts w:ascii="Arial" w:hAnsi="Arial"/>
          <w:b/>
        </w:rPr>
        <w:t xml:space="preserve">Interviewer E:  </w:t>
      </w:r>
      <w:r>
        <w:rPr>
          <w:rFonts w:ascii="Arial" w:hAnsi="Arial"/>
          <w:color w:val="5D7284"/>
        </w:rPr>
        <w:t>34:56</w:t>
      </w:r>
    </w:p>
    <w:p w14:paraId="7DB41859" w14:textId="77777777" w:rsidR="00B23B83" w:rsidRDefault="00D16237">
      <w:pPr>
        <w:spacing w:after="0"/>
      </w:pPr>
      <w:r>
        <w:rPr>
          <w:rFonts w:ascii="Arial" w:hAnsi="Arial"/>
        </w:rPr>
        <w:t>Okay.</w:t>
      </w:r>
    </w:p>
    <w:p w14:paraId="01170A1E" w14:textId="77777777" w:rsidR="00B23B83" w:rsidRDefault="00B23B83">
      <w:pPr>
        <w:spacing w:after="0"/>
      </w:pPr>
    </w:p>
    <w:p w14:paraId="6BEBD712" w14:textId="77777777" w:rsidR="00B23B83" w:rsidRDefault="00D16237">
      <w:pPr>
        <w:spacing w:after="0"/>
      </w:pPr>
      <w:r>
        <w:rPr>
          <w:rFonts w:ascii="Arial" w:hAnsi="Arial"/>
          <w:b/>
        </w:rPr>
        <w:t xml:space="preserve">Participant #27:  </w:t>
      </w:r>
      <w:r>
        <w:rPr>
          <w:rFonts w:ascii="Arial" w:hAnsi="Arial"/>
          <w:color w:val="5D7284"/>
        </w:rPr>
        <w:t>34:57</w:t>
      </w:r>
    </w:p>
    <w:p w14:paraId="51A6B3E4" w14:textId="77777777" w:rsidR="00B23B83" w:rsidRDefault="00D16237">
      <w:pPr>
        <w:spacing w:after="0"/>
      </w:pPr>
      <w:r>
        <w:rPr>
          <w:rFonts w:ascii="Arial" w:hAnsi="Arial"/>
        </w:rPr>
        <w:t xml:space="preserve"> I think it's being like, like a whirlpool.</w:t>
      </w:r>
    </w:p>
    <w:p w14:paraId="03501BDB" w14:textId="77777777" w:rsidR="00B23B83" w:rsidRDefault="00B23B83">
      <w:pPr>
        <w:spacing w:after="0"/>
      </w:pPr>
    </w:p>
    <w:p w14:paraId="334954DC" w14:textId="77777777" w:rsidR="00B23B83" w:rsidRDefault="00D16237">
      <w:pPr>
        <w:spacing w:after="0"/>
      </w:pPr>
      <w:r>
        <w:rPr>
          <w:rFonts w:ascii="Arial" w:hAnsi="Arial"/>
          <w:b/>
        </w:rPr>
        <w:t xml:space="preserve">Interviewer E:  </w:t>
      </w:r>
      <w:r>
        <w:rPr>
          <w:rFonts w:ascii="Arial" w:hAnsi="Arial"/>
          <w:color w:val="5D7284"/>
        </w:rPr>
        <w:t>35:00</w:t>
      </w:r>
    </w:p>
    <w:p w14:paraId="1F494D86" w14:textId="0E4EAC2A" w:rsidR="00B23B83" w:rsidRDefault="00D16237">
      <w:pPr>
        <w:spacing w:after="0"/>
      </w:pPr>
      <w:r>
        <w:rPr>
          <w:rFonts w:ascii="Arial" w:hAnsi="Arial"/>
        </w:rPr>
        <w:t xml:space="preserve">Hmm like a whirlpool like at a </w:t>
      </w:r>
      <w:r w:rsidR="00B43844">
        <w:rPr>
          <w:rFonts w:ascii="Arial" w:hAnsi="Arial"/>
        </w:rPr>
        <w:t>pool.</w:t>
      </w:r>
      <w:r>
        <w:rPr>
          <w:rFonts w:ascii="Arial" w:hAnsi="Arial"/>
        </w:rPr>
        <w:t xml:space="preserve"> </w:t>
      </w:r>
    </w:p>
    <w:p w14:paraId="5A2FD0BD" w14:textId="77777777" w:rsidR="00B23B83" w:rsidRDefault="00B23B83">
      <w:pPr>
        <w:spacing w:after="0"/>
      </w:pPr>
    </w:p>
    <w:p w14:paraId="7767D24D" w14:textId="77777777" w:rsidR="00B23B83" w:rsidRDefault="00D16237">
      <w:pPr>
        <w:spacing w:after="0"/>
      </w:pPr>
      <w:r>
        <w:rPr>
          <w:rFonts w:ascii="Arial" w:hAnsi="Arial"/>
          <w:b/>
        </w:rPr>
        <w:t xml:space="preserve">Participant #27:  </w:t>
      </w:r>
      <w:r>
        <w:rPr>
          <w:rFonts w:ascii="Arial" w:hAnsi="Arial"/>
          <w:color w:val="5D7284"/>
        </w:rPr>
        <w:t>35:03</w:t>
      </w:r>
    </w:p>
    <w:p w14:paraId="64FBC689" w14:textId="77777777" w:rsidR="00B23B83" w:rsidRDefault="00D16237">
      <w:pPr>
        <w:spacing w:after="0"/>
      </w:pPr>
      <w:r>
        <w:rPr>
          <w:rFonts w:ascii="Arial" w:hAnsi="Arial"/>
        </w:rPr>
        <w:t>Yeah, like at a pool when you're like running in a circle in a water in a whirlpool.</w:t>
      </w:r>
    </w:p>
    <w:p w14:paraId="29FC6BA2" w14:textId="77777777" w:rsidR="00B23B83" w:rsidRDefault="00B23B83">
      <w:pPr>
        <w:spacing w:after="0"/>
      </w:pPr>
    </w:p>
    <w:p w14:paraId="53B9F4FA" w14:textId="77777777" w:rsidR="00B23B83" w:rsidRDefault="00D16237">
      <w:pPr>
        <w:spacing w:after="0"/>
      </w:pPr>
      <w:r>
        <w:rPr>
          <w:rFonts w:ascii="Arial" w:hAnsi="Arial"/>
          <w:b/>
        </w:rPr>
        <w:t xml:space="preserve">Interviewer E:  </w:t>
      </w:r>
      <w:r>
        <w:rPr>
          <w:rFonts w:ascii="Arial" w:hAnsi="Arial"/>
          <w:color w:val="5D7284"/>
        </w:rPr>
        <w:t>35:10</w:t>
      </w:r>
    </w:p>
    <w:p w14:paraId="1FF7ED78" w14:textId="77777777" w:rsidR="00B23B83" w:rsidRDefault="00D16237">
      <w:pPr>
        <w:spacing w:after="0"/>
      </w:pPr>
      <w:r>
        <w:rPr>
          <w:rFonts w:ascii="Arial" w:hAnsi="Arial"/>
        </w:rPr>
        <w:t>Anything else reminds you of that?</w:t>
      </w:r>
    </w:p>
    <w:p w14:paraId="055DD57C" w14:textId="77777777" w:rsidR="00B23B83" w:rsidRDefault="00B23B83">
      <w:pPr>
        <w:spacing w:after="0"/>
      </w:pPr>
    </w:p>
    <w:p w14:paraId="7BD3B50F" w14:textId="77777777" w:rsidR="00B23B83" w:rsidRDefault="00D16237">
      <w:pPr>
        <w:spacing w:after="0"/>
      </w:pPr>
      <w:r>
        <w:rPr>
          <w:rFonts w:ascii="Arial" w:hAnsi="Arial"/>
          <w:b/>
        </w:rPr>
        <w:t xml:space="preserve">Participant #27:  </w:t>
      </w:r>
      <w:r>
        <w:rPr>
          <w:rFonts w:ascii="Arial" w:hAnsi="Arial"/>
          <w:color w:val="5D7284"/>
        </w:rPr>
        <w:t>35:14</w:t>
      </w:r>
    </w:p>
    <w:p w14:paraId="03D5F770" w14:textId="77777777" w:rsidR="00B23B83" w:rsidRDefault="00D16237">
      <w:pPr>
        <w:spacing w:after="0"/>
      </w:pPr>
      <w:r>
        <w:rPr>
          <w:rFonts w:ascii="Arial" w:hAnsi="Arial"/>
        </w:rPr>
        <w:t>Like stirring tea.</w:t>
      </w:r>
    </w:p>
    <w:p w14:paraId="4282483F" w14:textId="77777777" w:rsidR="00B23B83" w:rsidRDefault="00B23B83">
      <w:pPr>
        <w:spacing w:after="0"/>
      </w:pPr>
    </w:p>
    <w:p w14:paraId="1B1A7A72" w14:textId="77777777" w:rsidR="00B23B83" w:rsidRDefault="00D16237">
      <w:pPr>
        <w:spacing w:after="0"/>
      </w:pPr>
      <w:r>
        <w:rPr>
          <w:rFonts w:ascii="Arial" w:hAnsi="Arial"/>
          <w:b/>
        </w:rPr>
        <w:t xml:space="preserve">Interviewer E:  </w:t>
      </w:r>
      <w:r>
        <w:rPr>
          <w:rFonts w:ascii="Arial" w:hAnsi="Arial"/>
          <w:color w:val="5D7284"/>
        </w:rPr>
        <w:t>35:16</w:t>
      </w:r>
    </w:p>
    <w:p w14:paraId="61D82DEB" w14:textId="77777777" w:rsidR="00B23B83" w:rsidRDefault="00D16237">
      <w:pPr>
        <w:spacing w:after="0"/>
      </w:pPr>
      <w:r>
        <w:rPr>
          <w:rFonts w:ascii="Arial" w:hAnsi="Arial"/>
        </w:rPr>
        <w:t>Stirring tea?</w:t>
      </w:r>
    </w:p>
    <w:p w14:paraId="3D668DA7" w14:textId="77777777" w:rsidR="00B23B83" w:rsidRDefault="00B23B83">
      <w:pPr>
        <w:spacing w:after="0"/>
      </w:pPr>
    </w:p>
    <w:p w14:paraId="22550E1F" w14:textId="77777777" w:rsidR="00B23B83" w:rsidRDefault="00D16237">
      <w:pPr>
        <w:spacing w:after="0"/>
      </w:pPr>
      <w:r>
        <w:rPr>
          <w:rFonts w:ascii="Arial" w:hAnsi="Arial"/>
          <w:b/>
        </w:rPr>
        <w:t xml:space="preserve">Participant #27:  </w:t>
      </w:r>
      <w:r>
        <w:rPr>
          <w:rFonts w:ascii="Arial" w:hAnsi="Arial"/>
          <w:color w:val="5D7284"/>
        </w:rPr>
        <w:t>35:17</w:t>
      </w:r>
    </w:p>
    <w:p w14:paraId="340B758F" w14:textId="77777777" w:rsidR="00B23B83" w:rsidRDefault="00D16237">
      <w:pPr>
        <w:spacing w:after="0"/>
      </w:pPr>
      <w:r>
        <w:rPr>
          <w:rFonts w:ascii="Arial" w:hAnsi="Arial"/>
        </w:rPr>
        <w:t xml:space="preserve"> I mean, we're not physically stirring it. It's more like from the bottom well. I don't know.</w:t>
      </w:r>
    </w:p>
    <w:p w14:paraId="36A9AE90" w14:textId="77777777" w:rsidR="00B23B83" w:rsidRDefault="00B23B83">
      <w:pPr>
        <w:spacing w:after="0"/>
      </w:pPr>
    </w:p>
    <w:p w14:paraId="269AAC52" w14:textId="77777777" w:rsidR="00B23B83" w:rsidRDefault="00D16237">
      <w:pPr>
        <w:spacing w:after="0"/>
      </w:pPr>
      <w:r>
        <w:rPr>
          <w:rFonts w:ascii="Arial" w:hAnsi="Arial"/>
          <w:b/>
        </w:rPr>
        <w:t xml:space="preserve">Interviewer E:  </w:t>
      </w:r>
      <w:r>
        <w:rPr>
          <w:rFonts w:ascii="Arial" w:hAnsi="Arial"/>
          <w:color w:val="5D7284"/>
        </w:rPr>
        <w:t>35:32</w:t>
      </w:r>
    </w:p>
    <w:p w14:paraId="16D18FBF" w14:textId="48623D7B" w:rsidR="00B23B83" w:rsidRDefault="00D16237">
      <w:pPr>
        <w:spacing w:after="0"/>
      </w:pPr>
      <w:r>
        <w:rPr>
          <w:rFonts w:ascii="Arial" w:hAnsi="Arial"/>
        </w:rPr>
        <w:t xml:space="preserve">That's okay. </w:t>
      </w:r>
      <w:r w:rsidR="00B43844">
        <w:rPr>
          <w:rFonts w:ascii="Arial" w:hAnsi="Arial"/>
        </w:rPr>
        <w:t>So,</w:t>
      </w:r>
      <w:r>
        <w:rPr>
          <w:rFonts w:ascii="Arial" w:hAnsi="Arial"/>
        </w:rPr>
        <w:t xml:space="preserve"> we're gonna find out let me get my timer ready.</w:t>
      </w:r>
    </w:p>
    <w:p w14:paraId="00845095" w14:textId="77777777" w:rsidR="00B23B83" w:rsidRDefault="00B23B83">
      <w:pPr>
        <w:spacing w:after="0"/>
      </w:pPr>
    </w:p>
    <w:p w14:paraId="6F140E76" w14:textId="77777777" w:rsidR="00B23B83" w:rsidRDefault="00D16237">
      <w:pPr>
        <w:spacing w:after="0"/>
      </w:pPr>
      <w:r>
        <w:rPr>
          <w:rFonts w:ascii="Arial" w:hAnsi="Arial"/>
          <w:b/>
        </w:rPr>
        <w:t xml:space="preserve">Participant #27:  </w:t>
      </w:r>
      <w:r>
        <w:rPr>
          <w:rFonts w:ascii="Arial" w:hAnsi="Arial"/>
          <w:color w:val="5D7284"/>
        </w:rPr>
        <w:t>35:48</w:t>
      </w:r>
    </w:p>
    <w:p w14:paraId="6F7BB6C2" w14:textId="77777777" w:rsidR="00B23B83" w:rsidRDefault="00D16237">
      <w:pPr>
        <w:spacing w:after="0"/>
      </w:pPr>
      <w:r>
        <w:rPr>
          <w:rFonts w:ascii="Arial" w:hAnsi="Arial"/>
        </w:rPr>
        <w:t>I mean, I'm trying to compare it to that one.</w:t>
      </w:r>
    </w:p>
    <w:p w14:paraId="781F1973" w14:textId="77777777" w:rsidR="00B23B83" w:rsidRDefault="00B23B83">
      <w:pPr>
        <w:spacing w:after="0"/>
      </w:pPr>
    </w:p>
    <w:p w14:paraId="5C203D0C" w14:textId="77777777" w:rsidR="00B23B83" w:rsidRDefault="00D16237">
      <w:pPr>
        <w:spacing w:after="0"/>
      </w:pPr>
      <w:r>
        <w:rPr>
          <w:rFonts w:ascii="Arial" w:hAnsi="Arial"/>
          <w:b/>
        </w:rPr>
        <w:lastRenderedPageBreak/>
        <w:t xml:space="preserve">Interviewer E:  </w:t>
      </w:r>
      <w:r>
        <w:rPr>
          <w:rFonts w:ascii="Arial" w:hAnsi="Arial"/>
          <w:color w:val="5D7284"/>
        </w:rPr>
        <w:t>35:54</w:t>
      </w:r>
    </w:p>
    <w:p w14:paraId="5BD2E154" w14:textId="54A9EB1D" w:rsidR="00B23B83" w:rsidRDefault="00B43844">
      <w:pPr>
        <w:spacing w:after="0"/>
      </w:pPr>
      <w:r>
        <w:rPr>
          <w:rFonts w:ascii="Arial" w:hAnsi="Arial"/>
        </w:rPr>
        <w:t xml:space="preserve">So, you don't have to do anything with that just yet. </w:t>
      </w:r>
    </w:p>
    <w:p w14:paraId="441B49E7" w14:textId="77777777" w:rsidR="00B23B83" w:rsidRDefault="00B23B83">
      <w:pPr>
        <w:spacing w:after="0"/>
      </w:pPr>
    </w:p>
    <w:p w14:paraId="65EEFC75" w14:textId="77777777" w:rsidR="00B23B83" w:rsidRDefault="00D16237">
      <w:pPr>
        <w:spacing w:after="0"/>
      </w:pPr>
      <w:r>
        <w:rPr>
          <w:rFonts w:ascii="Arial" w:hAnsi="Arial"/>
          <w:b/>
        </w:rPr>
        <w:t xml:space="preserve">Participant #27:  </w:t>
      </w:r>
      <w:r>
        <w:rPr>
          <w:rFonts w:ascii="Arial" w:hAnsi="Arial"/>
          <w:color w:val="5D7284"/>
        </w:rPr>
        <w:t>35:56</w:t>
      </w:r>
    </w:p>
    <w:p w14:paraId="1C57F0AB" w14:textId="77777777" w:rsidR="00B23B83" w:rsidRDefault="00D16237">
      <w:pPr>
        <w:spacing w:after="0"/>
      </w:pPr>
      <w:r>
        <w:rPr>
          <w:rFonts w:ascii="Arial" w:hAnsi="Arial"/>
        </w:rPr>
        <w:t xml:space="preserve">Okay. </w:t>
      </w:r>
    </w:p>
    <w:p w14:paraId="74B893A1" w14:textId="77777777" w:rsidR="00B23B83" w:rsidRDefault="00B23B83">
      <w:pPr>
        <w:spacing w:after="0"/>
      </w:pPr>
    </w:p>
    <w:p w14:paraId="68047A93" w14:textId="77777777" w:rsidR="00B23B83" w:rsidRDefault="00D16237">
      <w:pPr>
        <w:spacing w:after="0"/>
      </w:pPr>
      <w:r>
        <w:rPr>
          <w:rFonts w:ascii="Arial" w:hAnsi="Arial"/>
          <w:b/>
        </w:rPr>
        <w:t xml:space="preserve">Interviewer E:  </w:t>
      </w:r>
      <w:r>
        <w:rPr>
          <w:rFonts w:ascii="Arial" w:hAnsi="Arial"/>
          <w:color w:val="5D7284"/>
        </w:rPr>
        <w:t>35:59</w:t>
      </w:r>
    </w:p>
    <w:p w14:paraId="0EDF599C" w14:textId="77777777" w:rsidR="00B23B83" w:rsidRDefault="00D16237">
      <w:pPr>
        <w:spacing w:after="0"/>
      </w:pPr>
      <w:r>
        <w:rPr>
          <w:rFonts w:ascii="Arial" w:hAnsi="Arial"/>
        </w:rPr>
        <w:t>Let me try.</w:t>
      </w:r>
    </w:p>
    <w:p w14:paraId="297D60FB" w14:textId="77777777" w:rsidR="00B23B83" w:rsidRDefault="00B23B83">
      <w:pPr>
        <w:spacing w:after="0"/>
      </w:pPr>
    </w:p>
    <w:p w14:paraId="49FE5693" w14:textId="77777777" w:rsidR="00B23B83" w:rsidRDefault="00D16237">
      <w:pPr>
        <w:spacing w:after="0"/>
      </w:pPr>
      <w:r>
        <w:rPr>
          <w:rFonts w:ascii="Arial" w:hAnsi="Arial"/>
          <w:b/>
        </w:rPr>
        <w:t xml:space="preserve">Participant #27:  </w:t>
      </w:r>
      <w:r>
        <w:rPr>
          <w:rFonts w:ascii="Arial" w:hAnsi="Arial"/>
          <w:color w:val="5D7284"/>
        </w:rPr>
        <w:t>36:26</w:t>
      </w:r>
    </w:p>
    <w:p w14:paraId="3D4C13A1" w14:textId="77777777" w:rsidR="00B23B83" w:rsidRDefault="00D16237">
      <w:pPr>
        <w:spacing w:after="0"/>
      </w:pPr>
      <w:r>
        <w:rPr>
          <w:rFonts w:ascii="Arial" w:hAnsi="Arial"/>
        </w:rPr>
        <w:t xml:space="preserve">Looks like little animals. That's pretty cool. </w:t>
      </w:r>
    </w:p>
    <w:p w14:paraId="2A99D33E" w14:textId="77777777" w:rsidR="00B23B83" w:rsidRDefault="00B23B83">
      <w:pPr>
        <w:spacing w:after="0"/>
      </w:pPr>
    </w:p>
    <w:p w14:paraId="6A49BD80" w14:textId="77777777" w:rsidR="00B23B83" w:rsidRDefault="00D16237">
      <w:pPr>
        <w:spacing w:after="0"/>
      </w:pPr>
      <w:r>
        <w:rPr>
          <w:rFonts w:ascii="Arial" w:hAnsi="Arial"/>
          <w:b/>
        </w:rPr>
        <w:t xml:space="preserve">Interviewer E:  </w:t>
      </w:r>
      <w:r>
        <w:rPr>
          <w:rFonts w:ascii="Arial" w:hAnsi="Arial"/>
          <w:color w:val="5D7284"/>
        </w:rPr>
        <w:t>37:27</w:t>
      </w:r>
    </w:p>
    <w:p w14:paraId="29F7B862" w14:textId="77777777" w:rsidR="00B23B83" w:rsidRDefault="00D16237">
      <w:pPr>
        <w:spacing w:after="0"/>
      </w:pPr>
      <w:r>
        <w:rPr>
          <w:rFonts w:ascii="Arial" w:hAnsi="Arial"/>
        </w:rPr>
        <w:t>Yeah. So what? I'm assuming this was surprising to some degree.</w:t>
      </w:r>
    </w:p>
    <w:p w14:paraId="1F695C1F" w14:textId="77777777" w:rsidR="00B23B83" w:rsidRDefault="00B23B83">
      <w:pPr>
        <w:spacing w:after="0"/>
      </w:pPr>
    </w:p>
    <w:p w14:paraId="27FFE6E8" w14:textId="77777777" w:rsidR="00B23B83" w:rsidRDefault="00D16237">
      <w:pPr>
        <w:spacing w:after="0"/>
      </w:pPr>
      <w:r>
        <w:rPr>
          <w:rFonts w:ascii="Arial" w:hAnsi="Arial"/>
          <w:b/>
        </w:rPr>
        <w:t xml:space="preserve">Participant #27:  </w:t>
      </w:r>
      <w:r>
        <w:rPr>
          <w:rFonts w:ascii="Arial" w:hAnsi="Arial"/>
          <w:color w:val="5D7284"/>
        </w:rPr>
        <w:t>37:32</w:t>
      </w:r>
    </w:p>
    <w:p w14:paraId="1F4A1D5D" w14:textId="77777777" w:rsidR="00B23B83" w:rsidRDefault="00D16237">
      <w:pPr>
        <w:spacing w:after="0"/>
      </w:pPr>
      <w:r>
        <w:rPr>
          <w:rFonts w:ascii="Arial" w:hAnsi="Arial"/>
        </w:rPr>
        <w:t xml:space="preserve">Yeah, definitely. I think that I'm I guess I'm shocked that the waters not moving more than it </w:t>
      </w:r>
      <w:r>
        <w:rPr>
          <w:rFonts w:ascii="Arial" w:hAnsi="Arial"/>
        </w:rPr>
        <w:t>seems.</w:t>
      </w:r>
    </w:p>
    <w:p w14:paraId="79552C68" w14:textId="77777777" w:rsidR="00B23B83" w:rsidRDefault="00B23B83">
      <w:pPr>
        <w:spacing w:after="0"/>
      </w:pPr>
    </w:p>
    <w:p w14:paraId="539597C1" w14:textId="77777777" w:rsidR="00B23B83" w:rsidRDefault="00D16237">
      <w:pPr>
        <w:spacing w:after="0"/>
      </w:pPr>
      <w:r>
        <w:rPr>
          <w:rFonts w:ascii="Arial" w:hAnsi="Arial"/>
          <w:b/>
        </w:rPr>
        <w:t xml:space="preserve">Interviewer E:  </w:t>
      </w:r>
      <w:r>
        <w:rPr>
          <w:rFonts w:ascii="Arial" w:hAnsi="Arial"/>
          <w:color w:val="5D7284"/>
        </w:rPr>
        <w:t>37:44</w:t>
      </w:r>
    </w:p>
    <w:p w14:paraId="2CEB9843" w14:textId="77777777" w:rsidR="00B23B83" w:rsidRDefault="00D16237">
      <w:pPr>
        <w:spacing w:after="0"/>
      </w:pPr>
      <w:r>
        <w:rPr>
          <w:rFonts w:ascii="Arial" w:hAnsi="Arial"/>
        </w:rPr>
        <w:t xml:space="preserve">So you feel like it's not moving as much. And that's why it's making those columns. </w:t>
      </w:r>
    </w:p>
    <w:p w14:paraId="653D1150" w14:textId="77777777" w:rsidR="00B23B83" w:rsidRDefault="00B23B83">
      <w:pPr>
        <w:spacing w:after="0"/>
      </w:pPr>
    </w:p>
    <w:p w14:paraId="72CE1522" w14:textId="77777777" w:rsidR="00B23B83" w:rsidRDefault="00D16237">
      <w:pPr>
        <w:spacing w:after="0"/>
      </w:pPr>
      <w:r>
        <w:rPr>
          <w:rFonts w:ascii="Arial" w:hAnsi="Arial"/>
          <w:b/>
        </w:rPr>
        <w:t xml:space="preserve">Participant #27:  </w:t>
      </w:r>
      <w:r>
        <w:rPr>
          <w:rFonts w:ascii="Arial" w:hAnsi="Arial"/>
          <w:color w:val="5D7284"/>
        </w:rPr>
        <w:t>37:50</w:t>
      </w:r>
    </w:p>
    <w:p w14:paraId="670DA8D8" w14:textId="402ADBB1" w:rsidR="00B23B83" w:rsidRDefault="00D16237">
      <w:pPr>
        <w:spacing w:after="0"/>
      </w:pPr>
      <w:r>
        <w:rPr>
          <w:rFonts w:ascii="Arial" w:hAnsi="Arial"/>
        </w:rPr>
        <w:t xml:space="preserve">Yeah, like, I feel like the columns would change more if like the water itself was being stirred while being </w:t>
      </w:r>
      <w:r w:rsidR="00B43844">
        <w:rPr>
          <w:rFonts w:ascii="Arial" w:hAnsi="Arial"/>
        </w:rPr>
        <w:t>stirred</w:t>
      </w:r>
      <w:r>
        <w:rPr>
          <w:rFonts w:ascii="Arial" w:hAnsi="Arial"/>
        </w:rPr>
        <w:t>. I feel like that's a little obvious, but I think it's interesting that I guess it is moving. Because you can see the bottom is like, smeared. But it seems like the suspended part. And then the top is has changed less than the bottom but stuff that settle at the bottom. Like, it's been more influenced when it's like directly touching the bottom.</w:t>
      </w:r>
    </w:p>
    <w:p w14:paraId="12134B1A" w14:textId="77777777" w:rsidR="00B23B83" w:rsidRDefault="00B23B83">
      <w:pPr>
        <w:spacing w:after="0"/>
      </w:pPr>
    </w:p>
    <w:p w14:paraId="0934D5C0" w14:textId="77777777" w:rsidR="00B23B83" w:rsidRDefault="00D16237">
      <w:pPr>
        <w:spacing w:after="0"/>
      </w:pPr>
      <w:r>
        <w:rPr>
          <w:rFonts w:ascii="Arial" w:hAnsi="Arial"/>
          <w:b/>
        </w:rPr>
        <w:t xml:space="preserve">Interviewer E:  </w:t>
      </w:r>
      <w:r>
        <w:rPr>
          <w:rFonts w:ascii="Arial" w:hAnsi="Arial"/>
          <w:color w:val="5D7284"/>
        </w:rPr>
        <w:t>38:31</w:t>
      </w:r>
    </w:p>
    <w:p w14:paraId="4AF8EE28" w14:textId="26967348" w:rsidR="00B23B83" w:rsidRDefault="00D16237">
      <w:pPr>
        <w:spacing w:after="0"/>
      </w:pPr>
      <w:r>
        <w:rPr>
          <w:rFonts w:ascii="Arial" w:hAnsi="Arial"/>
        </w:rPr>
        <w:t xml:space="preserve">Okay, okay. </w:t>
      </w:r>
      <w:r w:rsidR="00B43844">
        <w:rPr>
          <w:rFonts w:ascii="Arial" w:hAnsi="Arial"/>
        </w:rPr>
        <w:t>So,</w:t>
      </w:r>
      <w:r>
        <w:rPr>
          <w:rFonts w:ascii="Arial" w:hAnsi="Arial"/>
        </w:rPr>
        <w:t xml:space="preserve"> are you are you saying like the bottom is moving at a different rate than the top? </w:t>
      </w:r>
    </w:p>
    <w:p w14:paraId="4AD55257" w14:textId="77777777" w:rsidR="00B23B83" w:rsidRDefault="00B23B83">
      <w:pPr>
        <w:spacing w:after="0"/>
      </w:pPr>
    </w:p>
    <w:p w14:paraId="74C4BD54" w14:textId="77777777" w:rsidR="00B23B83" w:rsidRDefault="00D16237">
      <w:pPr>
        <w:spacing w:after="0"/>
      </w:pPr>
      <w:r>
        <w:rPr>
          <w:rFonts w:ascii="Arial" w:hAnsi="Arial"/>
          <w:b/>
        </w:rPr>
        <w:t xml:space="preserve">Participant #27:  </w:t>
      </w:r>
      <w:r>
        <w:rPr>
          <w:rFonts w:ascii="Arial" w:hAnsi="Arial"/>
          <w:color w:val="5D7284"/>
        </w:rPr>
        <w:t>38:38</w:t>
      </w:r>
    </w:p>
    <w:p w14:paraId="3AA024AB" w14:textId="77777777" w:rsidR="00B23B83" w:rsidRDefault="00D16237">
      <w:pPr>
        <w:spacing w:after="0"/>
      </w:pPr>
      <w:r>
        <w:rPr>
          <w:rFonts w:ascii="Arial" w:hAnsi="Arial"/>
        </w:rPr>
        <w:t xml:space="preserve">Well. </w:t>
      </w:r>
    </w:p>
    <w:p w14:paraId="2CAB9634" w14:textId="77777777" w:rsidR="00B23B83" w:rsidRDefault="00B23B83">
      <w:pPr>
        <w:spacing w:after="0"/>
      </w:pPr>
    </w:p>
    <w:p w14:paraId="4DAE19D0" w14:textId="77777777" w:rsidR="00B23B83" w:rsidRDefault="00D16237">
      <w:pPr>
        <w:spacing w:after="0"/>
      </w:pPr>
      <w:r>
        <w:rPr>
          <w:rFonts w:ascii="Arial" w:hAnsi="Arial"/>
          <w:b/>
        </w:rPr>
        <w:t xml:space="preserve">Interviewer E:  </w:t>
      </w:r>
      <w:r>
        <w:rPr>
          <w:rFonts w:ascii="Arial" w:hAnsi="Arial"/>
          <w:color w:val="5D7284"/>
        </w:rPr>
        <w:t>38:39</w:t>
      </w:r>
    </w:p>
    <w:p w14:paraId="2B2120FF" w14:textId="7A3B80BA" w:rsidR="00B23B83" w:rsidRDefault="00B43844">
      <w:pPr>
        <w:spacing w:after="0"/>
      </w:pPr>
      <w:r>
        <w:rPr>
          <w:rFonts w:ascii="Arial" w:hAnsi="Arial"/>
        </w:rPr>
        <w:t>That’s what you mean?</w:t>
      </w:r>
    </w:p>
    <w:p w14:paraId="30FBA7B6" w14:textId="77777777" w:rsidR="00B23B83" w:rsidRDefault="00B23B83">
      <w:pPr>
        <w:spacing w:after="0"/>
      </w:pPr>
    </w:p>
    <w:p w14:paraId="415DB920" w14:textId="77777777" w:rsidR="00B23B83" w:rsidRDefault="00D16237">
      <w:pPr>
        <w:spacing w:after="0"/>
      </w:pPr>
      <w:r>
        <w:rPr>
          <w:rFonts w:ascii="Arial" w:hAnsi="Arial"/>
          <w:b/>
        </w:rPr>
        <w:t xml:space="preserve">Participant #27:  </w:t>
      </w:r>
      <w:r>
        <w:rPr>
          <w:rFonts w:ascii="Arial" w:hAnsi="Arial"/>
          <w:color w:val="5D7284"/>
        </w:rPr>
        <w:t>38:40</w:t>
      </w:r>
    </w:p>
    <w:p w14:paraId="4393C975" w14:textId="77777777" w:rsidR="00B23B83" w:rsidRDefault="00D16237">
      <w:pPr>
        <w:spacing w:after="0"/>
      </w:pPr>
      <w:r>
        <w:rPr>
          <w:rFonts w:ascii="Arial" w:hAnsi="Arial"/>
        </w:rPr>
        <w:t xml:space="preserve">I guess. I guess initially, that's what I thought. But it seems like the suspended stuff is moving. Maybe the suspended stuff is moving quicker than the stuff that's settled. </w:t>
      </w:r>
    </w:p>
    <w:p w14:paraId="17A45643" w14:textId="77777777" w:rsidR="00B23B83" w:rsidRDefault="00B23B83">
      <w:pPr>
        <w:spacing w:after="0"/>
      </w:pPr>
    </w:p>
    <w:p w14:paraId="168E0A21" w14:textId="77777777" w:rsidR="00B23B83" w:rsidRDefault="00D16237">
      <w:pPr>
        <w:spacing w:after="0"/>
      </w:pPr>
      <w:r>
        <w:rPr>
          <w:rFonts w:ascii="Arial" w:hAnsi="Arial"/>
          <w:b/>
        </w:rPr>
        <w:t xml:space="preserve">Interviewer E:  </w:t>
      </w:r>
      <w:r>
        <w:rPr>
          <w:rFonts w:ascii="Arial" w:hAnsi="Arial"/>
          <w:color w:val="5D7284"/>
        </w:rPr>
        <w:t>38:51</w:t>
      </w:r>
    </w:p>
    <w:p w14:paraId="622759E5" w14:textId="77777777" w:rsidR="00B23B83" w:rsidRDefault="00D16237">
      <w:pPr>
        <w:spacing w:after="0"/>
      </w:pPr>
      <w:r>
        <w:rPr>
          <w:rFonts w:ascii="Arial" w:hAnsi="Arial"/>
        </w:rPr>
        <w:t xml:space="preserve">Okay. </w:t>
      </w:r>
    </w:p>
    <w:p w14:paraId="1AB09217" w14:textId="77777777" w:rsidR="00B23B83" w:rsidRDefault="00B23B83">
      <w:pPr>
        <w:spacing w:after="0"/>
      </w:pPr>
    </w:p>
    <w:p w14:paraId="02E1456A" w14:textId="77777777" w:rsidR="00B23B83" w:rsidRDefault="00D16237">
      <w:pPr>
        <w:spacing w:after="0"/>
      </w:pPr>
      <w:r>
        <w:rPr>
          <w:rFonts w:ascii="Arial" w:hAnsi="Arial"/>
          <w:b/>
        </w:rPr>
        <w:lastRenderedPageBreak/>
        <w:t xml:space="preserve">Participant #27:  </w:t>
      </w:r>
      <w:r>
        <w:rPr>
          <w:rFonts w:ascii="Arial" w:hAnsi="Arial"/>
          <w:color w:val="5D7284"/>
        </w:rPr>
        <w:t>38:52</w:t>
      </w:r>
    </w:p>
    <w:p w14:paraId="1730AACF" w14:textId="77777777" w:rsidR="00B23B83" w:rsidRDefault="00D16237">
      <w:pPr>
        <w:spacing w:after="0"/>
      </w:pPr>
      <w:r>
        <w:rPr>
          <w:rFonts w:ascii="Arial" w:hAnsi="Arial"/>
        </w:rPr>
        <w:t>And then it's just keeping its position like it's keeping it's like the um, hm, yeah, the suspended stuff is moving faster, but it's not being mixed as much as the stuff that's on the bottom.</w:t>
      </w:r>
    </w:p>
    <w:p w14:paraId="41157CA0" w14:textId="77777777" w:rsidR="00B23B83" w:rsidRDefault="00B23B83">
      <w:pPr>
        <w:spacing w:after="0"/>
      </w:pPr>
    </w:p>
    <w:p w14:paraId="705AE428" w14:textId="77777777" w:rsidR="00B23B83" w:rsidRDefault="00D16237">
      <w:pPr>
        <w:spacing w:after="0"/>
      </w:pPr>
      <w:r>
        <w:rPr>
          <w:rFonts w:ascii="Arial" w:hAnsi="Arial"/>
          <w:b/>
        </w:rPr>
        <w:t xml:space="preserve">Interviewer E:  </w:t>
      </w:r>
      <w:r>
        <w:rPr>
          <w:rFonts w:ascii="Arial" w:hAnsi="Arial"/>
          <w:color w:val="5D7284"/>
        </w:rPr>
        <w:t>39:15</w:t>
      </w:r>
    </w:p>
    <w:p w14:paraId="69EFD128" w14:textId="6FB127F8" w:rsidR="00B23B83" w:rsidRDefault="00D16237">
      <w:pPr>
        <w:spacing w:after="0"/>
      </w:pPr>
      <w:r>
        <w:rPr>
          <w:rFonts w:ascii="Arial" w:hAnsi="Arial"/>
        </w:rPr>
        <w:t xml:space="preserve">Okay, and if you had to guess, generally, what is keeping those columns vertically and upright like </w:t>
      </w:r>
      <w:r w:rsidR="00B43844">
        <w:rPr>
          <w:rFonts w:ascii="Arial" w:hAnsi="Arial"/>
        </w:rPr>
        <w:t>that?</w:t>
      </w:r>
      <w:r>
        <w:rPr>
          <w:rFonts w:ascii="Arial" w:hAnsi="Arial"/>
        </w:rPr>
        <w:t xml:space="preserve"> What would you say? </w:t>
      </w:r>
    </w:p>
    <w:p w14:paraId="3037EAB0" w14:textId="77777777" w:rsidR="00B23B83" w:rsidRDefault="00B23B83">
      <w:pPr>
        <w:spacing w:after="0"/>
      </w:pPr>
    </w:p>
    <w:p w14:paraId="6C331EC7" w14:textId="77777777" w:rsidR="00B23B83" w:rsidRDefault="00D16237">
      <w:pPr>
        <w:spacing w:after="0"/>
      </w:pPr>
      <w:r>
        <w:rPr>
          <w:rFonts w:ascii="Arial" w:hAnsi="Arial"/>
          <w:b/>
        </w:rPr>
        <w:t xml:space="preserve">Participant #27:  </w:t>
      </w:r>
      <w:r>
        <w:rPr>
          <w:rFonts w:ascii="Arial" w:hAnsi="Arial"/>
          <w:color w:val="5D7284"/>
        </w:rPr>
        <w:t>39:31</w:t>
      </w:r>
    </w:p>
    <w:p w14:paraId="0030A505" w14:textId="77777777" w:rsidR="00B23B83" w:rsidRDefault="00D16237">
      <w:pPr>
        <w:spacing w:after="0"/>
      </w:pPr>
      <w:r>
        <w:rPr>
          <w:rFonts w:ascii="Arial" w:hAnsi="Arial"/>
        </w:rPr>
        <w:t>Um, what does this called?</w:t>
      </w:r>
    </w:p>
    <w:p w14:paraId="65375382" w14:textId="77777777" w:rsidR="00B23B83" w:rsidRDefault="00B23B83">
      <w:pPr>
        <w:spacing w:after="0"/>
      </w:pPr>
    </w:p>
    <w:p w14:paraId="168B7FE4" w14:textId="77777777" w:rsidR="00B23B83" w:rsidRDefault="00D16237">
      <w:pPr>
        <w:spacing w:after="0"/>
      </w:pPr>
      <w:r>
        <w:rPr>
          <w:rFonts w:ascii="Arial" w:hAnsi="Arial"/>
          <w:b/>
        </w:rPr>
        <w:t xml:space="preserve">Interviewer E:  </w:t>
      </w:r>
      <w:r>
        <w:rPr>
          <w:rFonts w:ascii="Arial" w:hAnsi="Arial"/>
          <w:color w:val="5D7284"/>
        </w:rPr>
        <w:t>39:41</w:t>
      </w:r>
    </w:p>
    <w:p w14:paraId="00B611A4" w14:textId="3C582228" w:rsidR="00B23B83" w:rsidRDefault="00B43844">
      <w:pPr>
        <w:spacing w:after="0"/>
      </w:pPr>
      <w:r>
        <w:rPr>
          <w:rFonts w:ascii="Arial" w:hAnsi="Arial"/>
        </w:rPr>
        <w:t>Potassium permanganate.</w:t>
      </w:r>
    </w:p>
    <w:p w14:paraId="63CF82D0" w14:textId="77777777" w:rsidR="00B23B83" w:rsidRDefault="00B23B83">
      <w:pPr>
        <w:spacing w:after="0"/>
      </w:pPr>
    </w:p>
    <w:p w14:paraId="2ADA5549" w14:textId="77777777" w:rsidR="00B23B83" w:rsidRDefault="00D16237">
      <w:pPr>
        <w:spacing w:after="0"/>
      </w:pPr>
      <w:r>
        <w:rPr>
          <w:rFonts w:ascii="Arial" w:hAnsi="Arial"/>
          <w:b/>
        </w:rPr>
        <w:t xml:space="preserve">Participant #27:  </w:t>
      </w:r>
      <w:r>
        <w:rPr>
          <w:rFonts w:ascii="Arial" w:hAnsi="Arial"/>
          <w:color w:val="5D7284"/>
        </w:rPr>
        <w:t>39:42</w:t>
      </w:r>
    </w:p>
    <w:p w14:paraId="150689CB" w14:textId="1C2332E6" w:rsidR="00B23B83" w:rsidRDefault="00D16237">
      <w:pPr>
        <w:spacing w:after="0"/>
      </w:pPr>
      <w:r>
        <w:rPr>
          <w:rFonts w:ascii="Arial" w:hAnsi="Arial"/>
        </w:rPr>
        <w:t>I have no idea.</w:t>
      </w:r>
    </w:p>
    <w:p w14:paraId="36E0F408" w14:textId="77777777" w:rsidR="00B23B83" w:rsidRDefault="00B23B83">
      <w:pPr>
        <w:spacing w:after="0"/>
      </w:pPr>
    </w:p>
    <w:p w14:paraId="6EFEB517" w14:textId="77777777" w:rsidR="00B23B83" w:rsidRDefault="00D16237">
      <w:pPr>
        <w:spacing w:after="0"/>
      </w:pPr>
      <w:r>
        <w:rPr>
          <w:rFonts w:ascii="Arial" w:hAnsi="Arial"/>
          <w:b/>
        </w:rPr>
        <w:t xml:space="preserve">Interviewer E:  </w:t>
      </w:r>
      <w:r>
        <w:rPr>
          <w:rFonts w:ascii="Arial" w:hAnsi="Arial"/>
          <w:color w:val="5D7284"/>
        </w:rPr>
        <w:t>39:44</w:t>
      </w:r>
    </w:p>
    <w:p w14:paraId="3C76198F" w14:textId="77777777" w:rsidR="00B23B83" w:rsidRDefault="00D16237">
      <w:pPr>
        <w:spacing w:after="0"/>
      </w:pPr>
      <w:r>
        <w:rPr>
          <w:rFonts w:ascii="Arial" w:hAnsi="Arial"/>
        </w:rPr>
        <w:t xml:space="preserve">So did you ask me what it was called. Because you think it's a property of this? </w:t>
      </w:r>
    </w:p>
    <w:p w14:paraId="19BF5380" w14:textId="77777777" w:rsidR="00B23B83" w:rsidRDefault="00B23B83">
      <w:pPr>
        <w:spacing w:after="0"/>
      </w:pPr>
    </w:p>
    <w:p w14:paraId="5BF31317" w14:textId="77777777" w:rsidR="00B23B83" w:rsidRDefault="00D16237">
      <w:pPr>
        <w:spacing w:after="0"/>
      </w:pPr>
      <w:r>
        <w:rPr>
          <w:rFonts w:ascii="Arial" w:hAnsi="Arial"/>
          <w:b/>
        </w:rPr>
        <w:t xml:space="preserve">Participant #27:  </w:t>
      </w:r>
      <w:r>
        <w:rPr>
          <w:rFonts w:ascii="Arial" w:hAnsi="Arial"/>
          <w:color w:val="5D7284"/>
        </w:rPr>
        <w:t>39:48</w:t>
      </w:r>
    </w:p>
    <w:p w14:paraId="17303F09" w14:textId="77777777" w:rsidR="00B23B83" w:rsidRDefault="00D16237">
      <w:pPr>
        <w:spacing w:after="0"/>
      </w:pPr>
      <w:r>
        <w:rPr>
          <w:rFonts w:ascii="Arial" w:hAnsi="Arial"/>
        </w:rPr>
        <w:t xml:space="preserve">Yeah. </w:t>
      </w:r>
    </w:p>
    <w:p w14:paraId="30EF0267" w14:textId="77777777" w:rsidR="00B23B83" w:rsidRDefault="00B23B83">
      <w:pPr>
        <w:spacing w:after="0"/>
      </w:pPr>
    </w:p>
    <w:p w14:paraId="5C3C03DB" w14:textId="77777777" w:rsidR="00B23B83" w:rsidRDefault="00D16237">
      <w:pPr>
        <w:spacing w:after="0"/>
      </w:pPr>
      <w:r>
        <w:rPr>
          <w:rFonts w:ascii="Arial" w:hAnsi="Arial"/>
          <w:b/>
        </w:rPr>
        <w:t xml:space="preserve">Interviewer E:  </w:t>
      </w:r>
      <w:r>
        <w:rPr>
          <w:rFonts w:ascii="Arial" w:hAnsi="Arial"/>
          <w:color w:val="5D7284"/>
        </w:rPr>
        <w:t>39:49</w:t>
      </w:r>
    </w:p>
    <w:p w14:paraId="056CCB9E" w14:textId="719AA0DF" w:rsidR="00B23B83" w:rsidRDefault="00B43844">
      <w:pPr>
        <w:spacing w:after="0"/>
      </w:pPr>
      <w:r>
        <w:rPr>
          <w:rFonts w:ascii="Arial" w:hAnsi="Arial"/>
        </w:rPr>
        <w:t>So, you okay.</w:t>
      </w:r>
    </w:p>
    <w:p w14:paraId="39CC24D2" w14:textId="77777777" w:rsidR="00B23B83" w:rsidRDefault="00B23B83">
      <w:pPr>
        <w:spacing w:after="0"/>
      </w:pPr>
    </w:p>
    <w:p w14:paraId="67AD5D82" w14:textId="77777777" w:rsidR="00B23B83" w:rsidRDefault="00D16237">
      <w:pPr>
        <w:spacing w:after="0"/>
      </w:pPr>
      <w:r>
        <w:rPr>
          <w:rFonts w:ascii="Arial" w:hAnsi="Arial"/>
          <w:b/>
        </w:rPr>
        <w:t xml:space="preserve">Participant #27:  </w:t>
      </w:r>
      <w:r>
        <w:rPr>
          <w:rFonts w:ascii="Arial" w:hAnsi="Arial"/>
          <w:color w:val="5D7284"/>
        </w:rPr>
        <w:t>39:50</w:t>
      </w:r>
    </w:p>
    <w:p w14:paraId="00E94089" w14:textId="77777777" w:rsidR="00B23B83" w:rsidRDefault="00D16237">
      <w:pPr>
        <w:spacing w:after="0"/>
      </w:pPr>
      <w:r>
        <w:rPr>
          <w:rFonts w:ascii="Arial" w:hAnsi="Arial"/>
        </w:rPr>
        <w:t>Like something with its relationship with water.</w:t>
      </w:r>
    </w:p>
    <w:p w14:paraId="0F5D885C" w14:textId="77777777" w:rsidR="00B23B83" w:rsidRDefault="00B23B83">
      <w:pPr>
        <w:spacing w:after="0"/>
      </w:pPr>
    </w:p>
    <w:p w14:paraId="1244FAEE" w14:textId="77777777" w:rsidR="00B23B83" w:rsidRDefault="00D16237">
      <w:pPr>
        <w:spacing w:after="0"/>
      </w:pPr>
      <w:r>
        <w:rPr>
          <w:rFonts w:ascii="Arial" w:hAnsi="Arial"/>
          <w:b/>
        </w:rPr>
        <w:t xml:space="preserve">Interviewer E:  </w:t>
      </w:r>
      <w:r>
        <w:rPr>
          <w:rFonts w:ascii="Arial" w:hAnsi="Arial"/>
          <w:color w:val="5D7284"/>
        </w:rPr>
        <w:t>39:55</w:t>
      </w:r>
    </w:p>
    <w:p w14:paraId="7B5B42B4" w14:textId="541A8AD7" w:rsidR="00B23B83" w:rsidRDefault="00D16237">
      <w:pPr>
        <w:spacing w:after="0"/>
      </w:pPr>
      <w:r>
        <w:rPr>
          <w:rFonts w:ascii="Arial" w:hAnsi="Arial"/>
        </w:rPr>
        <w:t>Okay.</w:t>
      </w:r>
      <w:r w:rsidR="00B43844">
        <w:rPr>
          <w:rFonts w:ascii="Arial" w:hAnsi="Arial"/>
        </w:rPr>
        <w:t xml:space="preserve"> </w:t>
      </w:r>
      <w:r>
        <w:rPr>
          <w:rFonts w:ascii="Arial" w:hAnsi="Arial"/>
        </w:rPr>
        <w:t xml:space="preserve">So I also have dye, I also have dye. </w:t>
      </w:r>
    </w:p>
    <w:p w14:paraId="771AEB76" w14:textId="77777777" w:rsidR="00B23B83" w:rsidRDefault="00B23B83">
      <w:pPr>
        <w:spacing w:after="0"/>
      </w:pPr>
    </w:p>
    <w:p w14:paraId="5EC7FDE2" w14:textId="77777777" w:rsidR="00B23B83" w:rsidRDefault="00D16237">
      <w:pPr>
        <w:spacing w:after="0"/>
      </w:pPr>
      <w:r>
        <w:rPr>
          <w:rFonts w:ascii="Arial" w:hAnsi="Arial"/>
          <w:b/>
        </w:rPr>
        <w:t xml:space="preserve">Participant #27:  </w:t>
      </w:r>
      <w:r>
        <w:rPr>
          <w:rFonts w:ascii="Arial" w:hAnsi="Arial"/>
          <w:color w:val="5D7284"/>
        </w:rPr>
        <w:t>39:57</w:t>
      </w:r>
    </w:p>
    <w:p w14:paraId="3963B639" w14:textId="77777777" w:rsidR="00B23B83" w:rsidRDefault="00D16237">
      <w:pPr>
        <w:spacing w:after="0"/>
      </w:pPr>
      <w:r>
        <w:rPr>
          <w:rFonts w:ascii="Arial" w:hAnsi="Arial"/>
        </w:rPr>
        <w:t>Okay.</w:t>
      </w:r>
    </w:p>
    <w:p w14:paraId="41526A7F" w14:textId="77777777" w:rsidR="00B23B83" w:rsidRDefault="00B23B83">
      <w:pPr>
        <w:spacing w:after="0"/>
      </w:pPr>
    </w:p>
    <w:p w14:paraId="11CC500C" w14:textId="77777777" w:rsidR="00B23B83" w:rsidRDefault="00D16237">
      <w:pPr>
        <w:spacing w:after="0"/>
      </w:pPr>
      <w:r>
        <w:rPr>
          <w:rFonts w:ascii="Arial" w:hAnsi="Arial"/>
          <w:b/>
        </w:rPr>
        <w:t xml:space="preserve">Interviewer E:  </w:t>
      </w:r>
      <w:r>
        <w:rPr>
          <w:rFonts w:ascii="Arial" w:hAnsi="Arial"/>
          <w:color w:val="5D7284"/>
        </w:rPr>
        <w:t>39:58</w:t>
      </w:r>
    </w:p>
    <w:p w14:paraId="6627A1E4" w14:textId="77777777" w:rsidR="00B23B83" w:rsidRDefault="00D16237">
      <w:pPr>
        <w:spacing w:after="0"/>
      </w:pPr>
      <w:r>
        <w:rPr>
          <w:rFonts w:ascii="Arial" w:hAnsi="Arial"/>
        </w:rPr>
        <w:t xml:space="preserve"> I'm gonna</w:t>
      </w:r>
      <w:r>
        <w:rPr>
          <w:rFonts w:ascii="Arial" w:hAnsi="Arial"/>
        </w:rPr>
        <w:t xml:space="preserve"> drop this Like, what color do you want? You want blue?</w:t>
      </w:r>
    </w:p>
    <w:p w14:paraId="197A9740" w14:textId="77777777" w:rsidR="00B23B83" w:rsidRDefault="00B23B83">
      <w:pPr>
        <w:spacing w:after="0"/>
      </w:pPr>
    </w:p>
    <w:p w14:paraId="0F09298D" w14:textId="77777777" w:rsidR="00B23B83" w:rsidRDefault="00D16237">
      <w:pPr>
        <w:spacing w:after="0"/>
      </w:pPr>
      <w:r>
        <w:rPr>
          <w:rFonts w:ascii="Arial" w:hAnsi="Arial"/>
          <w:b/>
        </w:rPr>
        <w:t xml:space="preserve">Participant #27:  </w:t>
      </w:r>
      <w:r>
        <w:rPr>
          <w:rFonts w:ascii="Arial" w:hAnsi="Arial"/>
          <w:color w:val="5D7284"/>
        </w:rPr>
        <w:t>40:02</w:t>
      </w:r>
    </w:p>
    <w:p w14:paraId="6D8BBBA5" w14:textId="794C5AA8" w:rsidR="00B23B83" w:rsidRDefault="00D16237">
      <w:pPr>
        <w:spacing w:after="0"/>
      </w:pPr>
      <w:r>
        <w:rPr>
          <w:rFonts w:ascii="Arial" w:hAnsi="Arial"/>
        </w:rPr>
        <w:t xml:space="preserve">Yeah, let's do blue. </w:t>
      </w:r>
      <w:r w:rsidR="00B43844">
        <w:rPr>
          <w:rFonts w:ascii="Arial" w:hAnsi="Arial"/>
        </w:rPr>
        <w:t>So,</w:t>
      </w:r>
      <w:r>
        <w:rPr>
          <w:rFonts w:ascii="Arial" w:hAnsi="Arial"/>
        </w:rPr>
        <w:t xml:space="preserve"> it's like completely opposite.</w:t>
      </w:r>
    </w:p>
    <w:p w14:paraId="24AA9657" w14:textId="77777777" w:rsidR="00B23B83" w:rsidRDefault="00B23B83">
      <w:pPr>
        <w:spacing w:after="0"/>
      </w:pPr>
    </w:p>
    <w:p w14:paraId="3F564293" w14:textId="77777777" w:rsidR="00B23B83" w:rsidRDefault="00D16237">
      <w:pPr>
        <w:spacing w:after="0"/>
      </w:pPr>
      <w:r>
        <w:rPr>
          <w:rFonts w:ascii="Arial" w:hAnsi="Arial"/>
          <w:b/>
        </w:rPr>
        <w:t xml:space="preserve">Interviewer E:  </w:t>
      </w:r>
      <w:r>
        <w:rPr>
          <w:rFonts w:ascii="Arial" w:hAnsi="Arial"/>
          <w:color w:val="5D7284"/>
        </w:rPr>
        <w:t>40:09</w:t>
      </w:r>
    </w:p>
    <w:p w14:paraId="6B44D95E" w14:textId="77777777" w:rsidR="00B23B83" w:rsidRDefault="00D16237">
      <w:pPr>
        <w:spacing w:after="0"/>
      </w:pPr>
      <w:r>
        <w:rPr>
          <w:rFonts w:ascii="Arial" w:hAnsi="Arial"/>
        </w:rPr>
        <w:t xml:space="preserve">Ill drop maybe one in the center and do one here. Does that surprise you? </w:t>
      </w:r>
    </w:p>
    <w:p w14:paraId="4B53CE6E" w14:textId="77777777" w:rsidR="00B23B83" w:rsidRDefault="00B23B83">
      <w:pPr>
        <w:spacing w:after="0"/>
      </w:pPr>
    </w:p>
    <w:p w14:paraId="69231F5C" w14:textId="77777777" w:rsidR="00B23B83" w:rsidRDefault="00D16237">
      <w:pPr>
        <w:spacing w:after="0"/>
      </w:pPr>
      <w:r>
        <w:rPr>
          <w:rFonts w:ascii="Arial" w:hAnsi="Arial"/>
          <w:b/>
        </w:rPr>
        <w:lastRenderedPageBreak/>
        <w:t xml:space="preserve">Participant #27:  </w:t>
      </w:r>
      <w:r>
        <w:rPr>
          <w:rFonts w:ascii="Arial" w:hAnsi="Arial"/>
          <w:color w:val="5D7284"/>
        </w:rPr>
        <w:t>40:37</w:t>
      </w:r>
    </w:p>
    <w:p w14:paraId="0376FE9E" w14:textId="77777777" w:rsidR="00B23B83" w:rsidRDefault="00D16237">
      <w:pPr>
        <w:spacing w:after="0"/>
      </w:pPr>
      <w:r>
        <w:rPr>
          <w:rFonts w:ascii="Arial" w:hAnsi="Arial"/>
        </w:rPr>
        <w:t>Yeah.</w:t>
      </w:r>
    </w:p>
    <w:p w14:paraId="07129FFC" w14:textId="77777777" w:rsidR="00B23B83" w:rsidRDefault="00B23B83">
      <w:pPr>
        <w:spacing w:after="0"/>
      </w:pPr>
    </w:p>
    <w:p w14:paraId="70903CF1" w14:textId="77777777" w:rsidR="00B23B83" w:rsidRDefault="00D16237">
      <w:pPr>
        <w:spacing w:after="0"/>
      </w:pPr>
      <w:r>
        <w:rPr>
          <w:rFonts w:ascii="Arial" w:hAnsi="Arial"/>
          <w:b/>
        </w:rPr>
        <w:t xml:space="preserve">Interviewer E:  </w:t>
      </w:r>
      <w:r>
        <w:rPr>
          <w:rFonts w:ascii="Arial" w:hAnsi="Arial"/>
          <w:color w:val="5D7284"/>
        </w:rPr>
        <w:t>40:38</w:t>
      </w:r>
    </w:p>
    <w:p w14:paraId="687EE4CE" w14:textId="33B28FD9" w:rsidR="00B23B83" w:rsidRDefault="00B43844">
      <w:pPr>
        <w:spacing w:after="0"/>
      </w:pPr>
      <w:r>
        <w:rPr>
          <w:rFonts w:ascii="Arial" w:hAnsi="Arial"/>
        </w:rPr>
        <w:t>So, I guess would you say? So now what would you say is making those columns?</w:t>
      </w:r>
    </w:p>
    <w:p w14:paraId="671CAB65" w14:textId="77777777" w:rsidR="00B23B83" w:rsidRDefault="00B23B83">
      <w:pPr>
        <w:spacing w:after="0"/>
      </w:pPr>
    </w:p>
    <w:p w14:paraId="51E8257F" w14:textId="77777777" w:rsidR="00B23B83" w:rsidRDefault="00D16237">
      <w:pPr>
        <w:spacing w:after="0"/>
      </w:pPr>
      <w:r>
        <w:rPr>
          <w:rFonts w:ascii="Arial" w:hAnsi="Arial"/>
          <w:b/>
        </w:rPr>
        <w:t xml:space="preserve">Participant #27:  </w:t>
      </w:r>
      <w:r>
        <w:rPr>
          <w:rFonts w:ascii="Arial" w:hAnsi="Arial"/>
          <w:color w:val="5D7284"/>
        </w:rPr>
        <w:t>40:47</w:t>
      </w:r>
    </w:p>
    <w:p w14:paraId="51F350E1" w14:textId="5A24416D" w:rsidR="00B23B83" w:rsidRDefault="00D16237">
      <w:pPr>
        <w:spacing w:after="0"/>
      </w:pPr>
      <w:r>
        <w:rPr>
          <w:rFonts w:ascii="Arial" w:hAnsi="Arial"/>
        </w:rPr>
        <w:t xml:space="preserve">I guess the, like maybe the speed that the waters rotating is like almost like I feel like maybe like it's moving. </w:t>
      </w:r>
      <w:r w:rsidR="00B43844">
        <w:rPr>
          <w:rFonts w:ascii="Arial" w:hAnsi="Arial"/>
        </w:rPr>
        <w:t>So,</w:t>
      </w:r>
      <w:r>
        <w:rPr>
          <w:rFonts w:ascii="Arial" w:hAnsi="Arial"/>
        </w:rPr>
        <w:t xml:space="preserve"> it's rotating so slow that it's almost like still.</w:t>
      </w:r>
    </w:p>
    <w:p w14:paraId="7E72961C" w14:textId="77777777" w:rsidR="00B23B83" w:rsidRDefault="00B23B83">
      <w:pPr>
        <w:spacing w:after="0"/>
      </w:pPr>
    </w:p>
    <w:p w14:paraId="0CF5B03A" w14:textId="77777777" w:rsidR="00B23B83" w:rsidRDefault="00D16237">
      <w:pPr>
        <w:spacing w:after="0"/>
      </w:pPr>
      <w:r>
        <w:rPr>
          <w:rFonts w:ascii="Arial" w:hAnsi="Arial"/>
          <w:b/>
        </w:rPr>
        <w:t xml:space="preserve">Interviewer E:  </w:t>
      </w:r>
      <w:r>
        <w:rPr>
          <w:rFonts w:ascii="Arial" w:hAnsi="Arial"/>
          <w:color w:val="5D7284"/>
        </w:rPr>
        <w:t>41:12</w:t>
      </w:r>
    </w:p>
    <w:p w14:paraId="487664E1" w14:textId="60F7F657" w:rsidR="00B23B83" w:rsidRDefault="00B43844">
      <w:pPr>
        <w:spacing w:after="0"/>
      </w:pPr>
      <w:r>
        <w:rPr>
          <w:rFonts w:ascii="Arial" w:hAnsi="Arial"/>
        </w:rPr>
        <w:t>So, you think it's the speed of the rotation that's causing it to almost slow down time inside of the water.</w:t>
      </w:r>
    </w:p>
    <w:p w14:paraId="0108F458" w14:textId="77777777" w:rsidR="00B23B83" w:rsidRDefault="00B23B83">
      <w:pPr>
        <w:spacing w:after="0"/>
      </w:pPr>
    </w:p>
    <w:p w14:paraId="4F9276F6" w14:textId="77777777" w:rsidR="00B23B83" w:rsidRDefault="00D16237">
      <w:pPr>
        <w:spacing w:after="0"/>
      </w:pPr>
      <w:r>
        <w:rPr>
          <w:rFonts w:ascii="Arial" w:hAnsi="Arial"/>
          <w:b/>
        </w:rPr>
        <w:t xml:space="preserve">Participant #27:  </w:t>
      </w:r>
      <w:r>
        <w:rPr>
          <w:rFonts w:ascii="Arial" w:hAnsi="Arial"/>
          <w:color w:val="5D7284"/>
        </w:rPr>
        <w:t>41:22</w:t>
      </w:r>
    </w:p>
    <w:p w14:paraId="40EA8E8A" w14:textId="77777777" w:rsidR="00B23B83" w:rsidRDefault="00D16237">
      <w:pPr>
        <w:spacing w:after="0"/>
      </w:pPr>
      <w:r>
        <w:rPr>
          <w:rFonts w:ascii="Arial" w:hAnsi="Arial"/>
        </w:rPr>
        <w:t xml:space="preserve">I think the speed and the shape of the container. </w:t>
      </w:r>
    </w:p>
    <w:p w14:paraId="016B1AE7" w14:textId="77777777" w:rsidR="00B23B83" w:rsidRDefault="00B23B83">
      <w:pPr>
        <w:spacing w:after="0"/>
      </w:pPr>
    </w:p>
    <w:p w14:paraId="04F3D06F" w14:textId="77777777" w:rsidR="00B23B83" w:rsidRDefault="00D16237">
      <w:pPr>
        <w:spacing w:after="0"/>
      </w:pPr>
      <w:r>
        <w:rPr>
          <w:rFonts w:ascii="Arial" w:hAnsi="Arial"/>
          <w:b/>
        </w:rPr>
        <w:t xml:space="preserve">Interviewer E:  </w:t>
      </w:r>
      <w:r>
        <w:rPr>
          <w:rFonts w:ascii="Arial" w:hAnsi="Arial"/>
          <w:color w:val="5D7284"/>
        </w:rPr>
        <w:t>41:26</w:t>
      </w:r>
    </w:p>
    <w:p w14:paraId="188FF4DD" w14:textId="77777777" w:rsidR="00B23B83" w:rsidRDefault="00D16237">
      <w:pPr>
        <w:spacing w:after="0"/>
      </w:pPr>
      <w:r>
        <w:rPr>
          <w:rFonts w:ascii="Arial" w:hAnsi="Arial"/>
        </w:rPr>
        <w:t xml:space="preserve">Yeah. </w:t>
      </w:r>
    </w:p>
    <w:p w14:paraId="65B18CA6" w14:textId="77777777" w:rsidR="00B23B83" w:rsidRDefault="00B23B83">
      <w:pPr>
        <w:spacing w:after="0"/>
      </w:pPr>
    </w:p>
    <w:p w14:paraId="676DB400" w14:textId="77777777" w:rsidR="00B23B83" w:rsidRDefault="00D16237">
      <w:pPr>
        <w:spacing w:after="0"/>
      </w:pPr>
      <w:r>
        <w:rPr>
          <w:rFonts w:ascii="Arial" w:hAnsi="Arial"/>
          <w:b/>
        </w:rPr>
        <w:t xml:space="preserve">Participant #27:  </w:t>
      </w:r>
      <w:r>
        <w:rPr>
          <w:rFonts w:ascii="Arial" w:hAnsi="Arial"/>
          <w:color w:val="5D7284"/>
        </w:rPr>
        <w:t>41:27</w:t>
      </w:r>
    </w:p>
    <w:p w14:paraId="769F579D" w14:textId="77777777" w:rsidR="00B23B83" w:rsidRDefault="00D16237">
      <w:pPr>
        <w:spacing w:after="0"/>
      </w:pPr>
      <w:r>
        <w:rPr>
          <w:rFonts w:ascii="Arial" w:hAnsi="Arial"/>
        </w:rPr>
        <w:t>Because like, it's basically keeping it contained in a specific way that it</w:t>
      </w:r>
      <w:r>
        <w:rPr>
          <w:rFonts w:ascii="Arial" w:hAnsi="Arial"/>
        </w:rPr>
        <w:t xml:space="preserve"> kind of like any movement, like comes back on itself and like cancels out, maybe. </w:t>
      </w:r>
    </w:p>
    <w:p w14:paraId="59F1064A" w14:textId="77777777" w:rsidR="00B23B83" w:rsidRDefault="00B23B83">
      <w:pPr>
        <w:spacing w:after="0"/>
      </w:pPr>
    </w:p>
    <w:p w14:paraId="0E8B2013" w14:textId="77777777" w:rsidR="00B23B83" w:rsidRDefault="00D16237">
      <w:pPr>
        <w:spacing w:after="0"/>
      </w:pPr>
      <w:r>
        <w:rPr>
          <w:rFonts w:ascii="Arial" w:hAnsi="Arial"/>
          <w:b/>
        </w:rPr>
        <w:t xml:space="preserve">Interviewer E:  </w:t>
      </w:r>
      <w:r>
        <w:rPr>
          <w:rFonts w:ascii="Arial" w:hAnsi="Arial"/>
          <w:color w:val="5D7284"/>
        </w:rPr>
        <w:t>41:39</w:t>
      </w:r>
    </w:p>
    <w:p w14:paraId="0A5A2E8E" w14:textId="77777777" w:rsidR="00B23B83" w:rsidRDefault="00D16237">
      <w:pPr>
        <w:spacing w:after="0"/>
      </w:pPr>
      <w:r>
        <w:rPr>
          <w:rFonts w:ascii="Arial" w:hAnsi="Arial"/>
        </w:rPr>
        <w:t>Okay, so if it was like a square tank.</w:t>
      </w:r>
    </w:p>
    <w:p w14:paraId="40B8B329" w14:textId="77777777" w:rsidR="00B23B83" w:rsidRDefault="00B23B83">
      <w:pPr>
        <w:spacing w:after="0"/>
      </w:pPr>
    </w:p>
    <w:p w14:paraId="08BE00DE" w14:textId="77777777" w:rsidR="00B23B83" w:rsidRDefault="00D16237">
      <w:pPr>
        <w:spacing w:after="0"/>
      </w:pPr>
      <w:r>
        <w:rPr>
          <w:rFonts w:ascii="Arial" w:hAnsi="Arial"/>
          <w:b/>
        </w:rPr>
        <w:t xml:space="preserve">Participant #27:  </w:t>
      </w:r>
      <w:r>
        <w:rPr>
          <w:rFonts w:ascii="Arial" w:hAnsi="Arial"/>
          <w:color w:val="5D7284"/>
        </w:rPr>
        <w:t>41:41</w:t>
      </w:r>
    </w:p>
    <w:p w14:paraId="7C33F75F" w14:textId="77777777" w:rsidR="00B23B83" w:rsidRDefault="00D16237">
      <w:pPr>
        <w:spacing w:after="0"/>
      </w:pPr>
      <w:r>
        <w:rPr>
          <w:rFonts w:ascii="Arial" w:hAnsi="Arial"/>
        </w:rPr>
        <w:t>I mean.</w:t>
      </w:r>
    </w:p>
    <w:p w14:paraId="70A5F696" w14:textId="77777777" w:rsidR="00B23B83" w:rsidRDefault="00B23B83">
      <w:pPr>
        <w:spacing w:after="0"/>
      </w:pPr>
    </w:p>
    <w:p w14:paraId="29F1DB18" w14:textId="77777777" w:rsidR="00B23B83" w:rsidRDefault="00D16237">
      <w:pPr>
        <w:spacing w:after="0"/>
      </w:pPr>
      <w:r>
        <w:rPr>
          <w:rFonts w:ascii="Arial" w:hAnsi="Arial"/>
          <w:b/>
        </w:rPr>
        <w:t xml:space="preserve">Interviewer E:  </w:t>
      </w:r>
      <w:r>
        <w:rPr>
          <w:rFonts w:ascii="Arial" w:hAnsi="Arial"/>
          <w:color w:val="5D7284"/>
        </w:rPr>
        <w:t>41:44</w:t>
      </w:r>
    </w:p>
    <w:p w14:paraId="3E6EF246" w14:textId="77777777" w:rsidR="00B23B83" w:rsidRDefault="00D16237">
      <w:pPr>
        <w:spacing w:after="0"/>
      </w:pPr>
      <w:r>
        <w:rPr>
          <w:rFonts w:ascii="Arial" w:hAnsi="Arial"/>
        </w:rPr>
        <w:t xml:space="preserve"> I'm just picking you brain. </w:t>
      </w:r>
    </w:p>
    <w:p w14:paraId="41513701" w14:textId="77777777" w:rsidR="00B23B83" w:rsidRDefault="00B23B83">
      <w:pPr>
        <w:spacing w:after="0"/>
      </w:pPr>
    </w:p>
    <w:p w14:paraId="63B7F774" w14:textId="77777777" w:rsidR="00B23B83" w:rsidRDefault="00D16237">
      <w:pPr>
        <w:spacing w:after="0"/>
      </w:pPr>
      <w:r>
        <w:rPr>
          <w:rFonts w:ascii="Arial" w:hAnsi="Arial"/>
          <w:b/>
        </w:rPr>
        <w:t xml:space="preserve">Participant #27:  </w:t>
      </w:r>
      <w:r>
        <w:rPr>
          <w:rFonts w:ascii="Arial" w:hAnsi="Arial"/>
          <w:color w:val="5D7284"/>
        </w:rPr>
        <w:t>41:45</w:t>
      </w:r>
    </w:p>
    <w:p w14:paraId="239D1208" w14:textId="77777777" w:rsidR="00B23B83" w:rsidRDefault="00D16237">
      <w:pPr>
        <w:spacing w:after="0"/>
      </w:pPr>
      <w:r>
        <w:rPr>
          <w:rFonts w:ascii="Arial" w:hAnsi="Arial"/>
        </w:rPr>
        <w:t>Yeah, I think maybe.</w:t>
      </w:r>
    </w:p>
    <w:p w14:paraId="5BC97E2B" w14:textId="77777777" w:rsidR="00B23B83" w:rsidRDefault="00B23B83">
      <w:pPr>
        <w:spacing w:after="0"/>
      </w:pPr>
    </w:p>
    <w:p w14:paraId="5BFA197A" w14:textId="77777777" w:rsidR="00B23B83" w:rsidRDefault="00D16237">
      <w:pPr>
        <w:spacing w:after="0"/>
      </w:pPr>
      <w:r>
        <w:rPr>
          <w:rFonts w:ascii="Arial" w:hAnsi="Arial"/>
          <w:b/>
        </w:rPr>
        <w:t xml:space="preserve">Interviewer E:  </w:t>
      </w:r>
      <w:r>
        <w:rPr>
          <w:rFonts w:ascii="Arial" w:hAnsi="Arial"/>
          <w:color w:val="5D7284"/>
        </w:rPr>
        <w:t>41:48</w:t>
      </w:r>
    </w:p>
    <w:p w14:paraId="24B03FB4" w14:textId="2619D001" w:rsidR="00B23B83" w:rsidRDefault="00B43844">
      <w:pPr>
        <w:spacing w:after="0"/>
      </w:pPr>
      <w:r>
        <w:rPr>
          <w:rFonts w:ascii="Arial" w:hAnsi="Arial"/>
        </w:rPr>
        <w:t>So, if was a squared tank, it wouldn't necessarily do the same thing.</w:t>
      </w:r>
    </w:p>
    <w:p w14:paraId="1888A2D3" w14:textId="77777777" w:rsidR="00B23B83" w:rsidRDefault="00B23B83">
      <w:pPr>
        <w:spacing w:after="0"/>
      </w:pPr>
    </w:p>
    <w:p w14:paraId="4CDB489A" w14:textId="77777777" w:rsidR="00B23B83" w:rsidRDefault="00D16237">
      <w:pPr>
        <w:spacing w:after="0"/>
      </w:pPr>
      <w:r>
        <w:rPr>
          <w:rFonts w:ascii="Arial" w:hAnsi="Arial"/>
          <w:b/>
        </w:rPr>
        <w:t xml:space="preserve">Participant #27:  </w:t>
      </w:r>
      <w:r>
        <w:rPr>
          <w:rFonts w:ascii="Arial" w:hAnsi="Arial"/>
          <w:color w:val="5D7284"/>
        </w:rPr>
        <w:t>41:53</w:t>
      </w:r>
    </w:p>
    <w:p w14:paraId="137D0E85" w14:textId="699345B1" w:rsidR="00B23B83" w:rsidRDefault="00D16237">
      <w:pPr>
        <w:spacing w:after="0"/>
      </w:pPr>
      <w:r>
        <w:rPr>
          <w:rFonts w:ascii="Arial" w:hAnsi="Arial"/>
        </w:rPr>
        <w:t xml:space="preserve">Yeah, maybe because I feel like though a little bit of </w:t>
      </w:r>
      <w:r w:rsidR="00B43844">
        <w:rPr>
          <w:rFonts w:ascii="Arial" w:hAnsi="Arial"/>
        </w:rPr>
        <w:t>waves,</w:t>
      </w:r>
      <w:r>
        <w:rPr>
          <w:rFonts w:ascii="Arial" w:hAnsi="Arial"/>
        </w:rPr>
        <w:t xml:space="preserve"> I see on the top are like very circular. And I think that might have something to do with it. </w:t>
      </w:r>
    </w:p>
    <w:p w14:paraId="3FA2BE3C" w14:textId="77777777" w:rsidR="00B23B83" w:rsidRDefault="00B23B83">
      <w:pPr>
        <w:spacing w:after="0"/>
      </w:pPr>
    </w:p>
    <w:p w14:paraId="6168ED4B" w14:textId="77777777" w:rsidR="00B23B83" w:rsidRDefault="00D16237">
      <w:pPr>
        <w:spacing w:after="0"/>
      </w:pPr>
      <w:r>
        <w:rPr>
          <w:rFonts w:ascii="Arial" w:hAnsi="Arial"/>
          <w:b/>
        </w:rPr>
        <w:t xml:space="preserve">Interviewer E:  </w:t>
      </w:r>
      <w:r>
        <w:rPr>
          <w:rFonts w:ascii="Arial" w:hAnsi="Arial"/>
          <w:color w:val="5D7284"/>
        </w:rPr>
        <w:t>42:01</w:t>
      </w:r>
    </w:p>
    <w:p w14:paraId="11644CDC" w14:textId="77777777" w:rsidR="00B23B83" w:rsidRDefault="00D16237">
      <w:pPr>
        <w:spacing w:after="0"/>
      </w:pPr>
      <w:r>
        <w:rPr>
          <w:rFonts w:ascii="Arial" w:hAnsi="Arial"/>
        </w:rPr>
        <w:t>Okay, so it's like these dyes are mimicking the shape of the container.</w:t>
      </w:r>
    </w:p>
    <w:p w14:paraId="4FE55C01" w14:textId="77777777" w:rsidR="00B23B83" w:rsidRDefault="00B23B83">
      <w:pPr>
        <w:spacing w:after="0"/>
      </w:pPr>
    </w:p>
    <w:p w14:paraId="2D07622A" w14:textId="77777777" w:rsidR="00B23B83" w:rsidRDefault="00D16237">
      <w:pPr>
        <w:spacing w:after="0"/>
      </w:pPr>
      <w:r>
        <w:rPr>
          <w:rFonts w:ascii="Arial" w:hAnsi="Arial"/>
          <w:b/>
        </w:rPr>
        <w:t xml:space="preserve">Participant #27:  </w:t>
      </w:r>
      <w:r>
        <w:rPr>
          <w:rFonts w:ascii="Arial" w:hAnsi="Arial"/>
          <w:color w:val="5D7284"/>
        </w:rPr>
        <w:t>42:09</w:t>
      </w:r>
    </w:p>
    <w:p w14:paraId="0F4DA9E5" w14:textId="77777777" w:rsidR="00B23B83" w:rsidRDefault="00D16237">
      <w:pPr>
        <w:spacing w:after="0"/>
      </w:pPr>
      <w:r>
        <w:rPr>
          <w:rFonts w:ascii="Arial" w:hAnsi="Arial"/>
        </w:rPr>
        <w:t>Yeah, I have no idea.</w:t>
      </w:r>
    </w:p>
    <w:p w14:paraId="317B785B" w14:textId="77777777" w:rsidR="00B23B83" w:rsidRDefault="00B23B83">
      <w:pPr>
        <w:spacing w:after="0"/>
      </w:pPr>
    </w:p>
    <w:p w14:paraId="68C4FD71" w14:textId="77777777" w:rsidR="00B23B83" w:rsidRDefault="00D16237">
      <w:pPr>
        <w:spacing w:after="0"/>
      </w:pPr>
      <w:r>
        <w:rPr>
          <w:rFonts w:ascii="Arial" w:hAnsi="Arial"/>
          <w:b/>
        </w:rPr>
        <w:t xml:space="preserve">Interviewer E:  </w:t>
      </w:r>
      <w:r>
        <w:rPr>
          <w:rFonts w:ascii="Arial" w:hAnsi="Arial"/>
          <w:color w:val="5D7284"/>
        </w:rPr>
        <w:t>42:15</w:t>
      </w:r>
    </w:p>
    <w:p w14:paraId="683BD5B4" w14:textId="77777777" w:rsidR="00B23B83" w:rsidRDefault="00D16237">
      <w:pPr>
        <w:spacing w:after="0"/>
      </w:pPr>
      <w:r>
        <w:rPr>
          <w:rFonts w:ascii="Arial" w:hAnsi="Arial"/>
        </w:rPr>
        <w:t>I think that's a good observation. That's fair.</w:t>
      </w:r>
    </w:p>
    <w:p w14:paraId="5A824BAE" w14:textId="77777777" w:rsidR="00B23B83" w:rsidRDefault="00B23B83">
      <w:pPr>
        <w:spacing w:after="0"/>
      </w:pPr>
    </w:p>
    <w:p w14:paraId="539E44A0" w14:textId="77777777" w:rsidR="00B23B83" w:rsidRDefault="00D16237">
      <w:pPr>
        <w:spacing w:after="0"/>
      </w:pPr>
      <w:r>
        <w:rPr>
          <w:rFonts w:ascii="Arial" w:hAnsi="Arial"/>
          <w:b/>
        </w:rPr>
        <w:t xml:space="preserve">Participant #27:  </w:t>
      </w:r>
      <w:r>
        <w:rPr>
          <w:rFonts w:ascii="Arial" w:hAnsi="Arial"/>
          <w:color w:val="5D7284"/>
        </w:rPr>
        <w:t>42:20</w:t>
      </w:r>
    </w:p>
    <w:p w14:paraId="79BB95F9" w14:textId="77777777" w:rsidR="00B23B83" w:rsidRDefault="00D16237">
      <w:pPr>
        <w:spacing w:after="0"/>
      </w:pPr>
      <w:r>
        <w:rPr>
          <w:rFonts w:ascii="Arial" w:hAnsi="Arial"/>
        </w:rPr>
        <w:t>Yeah. Like it's staying. Like, almost circular in a way. I don't know how that makes sense. I don't know if that makes sense.</w:t>
      </w:r>
    </w:p>
    <w:p w14:paraId="2C756838" w14:textId="77777777" w:rsidR="00B23B83" w:rsidRDefault="00B23B83">
      <w:pPr>
        <w:spacing w:after="0"/>
      </w:pPr>
    </w:p>
    <w:p w14:paraId="2F2C0270" w14:textId="77777777" w:rsidR="00B23B83" w:rsidRDefault="00D16237">
      <w:pPr>
        <w:spacing w:after="0"/>
      </w:pPr>
      <w:r>
        <w:rPr>
          <w:rFonts w:ascii="Arial" w:hAnsi="Arial"/>
          <w:b/>
        </w:rPr>
        <w:t xml:space="preserve">Interviewer E:  </w:t>
      </w:r>
      <w:r>
        <w:rPr>
          <w:rFonts w:ascii="Arial" w:hAnsi="Arial"/>
          <w:color w:val="5D7284"/>
        </w:rPr>
        <w:t>42:29</w:t>
      </w:r>
    </w:p>
    <w:p w14:paraId="46665136" w14:textId="77777777" w:rsidR="00B23B83" w:rsidRDefault="00D16237">
      <w:pPr>
        <w:spacing w:after="0"/>
      </w:pPr>
      <w:r>
        <w:rPr>
          <w:rFonts w:ascii="Arial" w:hAnsi="Arial"/>
        </w:rPr>
        <w:t>That's okay, so what do you think we would have to do to these dyes to get them to look a little bit more like what you originally guessed?</w:t>
      </w:r>
    </w:p>
    <w:p w14:paraId="5E466C3E" w14:textId="77777777" w:rsidR="00B23B83" w:rsidRDefault="00B23B83">
      <w:pPr>
        <w:spacing w:after="0"/>
      </w:pPr>
    </w:p>
    <w:p w14:paraId="4EB36861" w14:textId="77777777" w:rsidR="00B23B83" w:rsidRDefault="00D16237">
      <w:pPr>
        <w:spacing w:after="0"/>
      </w:pPr>
      <w:r>
        <w:rPr>
          <w:rFonts w:ascii="Arial" w:hAnsi="Arial"/>
          <w:b/>
        </w:rPr>
        <w:t xml:space="preserve">Participant #27:  </w:t>
      </w:r>
      <w:r>
        <w:rPr>
          <w:rFonts w:ascii="Arial" w:hAnsi="Arial"/>
          <w:color w:val="5D7284"/>
        </w:rPr>
        <w:t>42:41</w:t>
      </w:r>
    </w:p>
    <w:p w14:paraId="53B8339E" w14:textId="77777777" w:rsidR="00B23B83" w:rsidRDefault="00D16237">
      <w:pPr>
        <w:spacing w:after="0"/>
      </w:pPr>
      <w:r>
        <w:rPr>
          <w:rFonts w:ascii="Arial" w:hAnsi="Arial"/>
        </w:rPr>
        <w:t>Maybe if it was like spinning a little faster, or if we like, put like something external in there to like, stir it.</w:t>
      </w:r>
    </w:p>
    <w:p w14:paraId="5CA12131" w14:textId="77777777" w:rsidR="00B23B83" w:rsidRDefault="00B23B83">
      <w:pPr>
        <w:spacing w:after="0"/>
      </w:pPr>
    </w:p>
    <w:p w14:paraId="2C834B1D" w14:textId="77777777" w:rsidR="00B23B83" w:rsidRDefault="00D16237">
      <w:pPr>
        <w:spacing w:after="0"/>
      </w:pPr>
      <w:r>
        <w:rPr>
          <w:rFonts w:ascii="Arial" w:hAnsi="Arial"/>
          <w:b/>
        </w:rPr>
        <w:t xml:space="preserve">Interviewer E:  </w:t>
      </w:r>
      <w:r>
        <w:rPr>
          <w:rFonts w:ascii="Arial" w:hAnsi="Arial"/>
          <w:color w:val="5D7284"/>
        </w:rPr>
        <w:t>42:50</w:t>
      </w:r>
    </w:p>
    <w:p w14:paraId="43E56A1B" w14:textId="2A983565" w:rsidR="00B23B83" w:rsidRDefault="00D16237">
      <w:pPr>
        <w:spacing w:after="0"/>
      </w:pPr>
      <w:r>
        <w:rPr>
          <w:rFonts w:ascii="Arial" w:hAnsi="Arial"/>
        </w:rPr>
        <w:t xml:space="preserve">Okay. All right. </w:t>
      </w:r>
      <w:r w:rsidR="00B43844">
        <w:rPr>
          <w:rFonts w:ascii="Arial" w:hAnsi="Arial"/>
        </w:rPr>
        <w:t>So,</w:t>
      </w:r>
      <w:r>
        <w:rPr>
          <w:rFonts w:ascii="Arial" w:hAnsi="Arial"/>
        </w:rPr>
        <w:t xml:space="preserve"> like a stirring force. What do you think would happen if I completely just stopped it right now?</w:t>
      </w:r>
    </w:p>
    <w:p w14:paraId="53246E17" w14:textId="77777777" w:rsidR="00B23B83" w:rsidRDefault="00B23B83">
      <w:pPr>
        <w:spacing w:after="0"/>
      </w:pPr>
    </w:p>
    <w:p w14:paraId="37A051DB" w14:textId="77777777" w:rsidR="00B23B83" w:rsidRDefault="00D16237">
      <w:pPr>
        <w:spacing w:after="0"/>
      </w:pPr>
      <w:r>
        <w:rPr>
          <w:rFonts w:ascii="Arial" w:hAnsi="Arial"/>
          <w:b/>
        </w:rPr>
        <w:t xml:space="preserve">Participant #27:  </w:t>
      </w:r>
      <w:r>
        <w:rPr>
          <w:rFonts w:ascii="Arial" w:hAnsi="Arial"/>
          <w:color w:val="5D7284"/>
        </w:rPr>
        <w:t>42:59</w:t>
      </w:r>
    </w:p>
    <w:p w14:paraId="1C710ECF" w14:textId="77777777" w:rsidR="00B23B83" w:rsidRDefault="00D16237">
      <w:pPr>
        <w:spacing w:after="0"/>
      </w:pPr>
      <w:r>
        <w:rPr>
          <w:rFonts w:ascii="Arial" w:hAnsi="Arial"/>
        </w:rPr>
        <w:t>I think that it would mix a little bit because the momentum it has, I don't know if that's the right term.</w:t>
      </w:r>
    </w:p>
    <w:p w14:paraId="3851E348" w14:textId="77777777" w:rsidR="00B23B83" w:rsidRDefault="00B23B83">
      <w:pPr>
        <w:spacing w:after="0"/>
      </w:pPr>
    </w:p>
    <w:p w14:paraId="388910F5" w14:textId="77777777" w:rsidR="00B23B83" w:rsidRDefault="00D16237">
      <w:pPr>
        <w:spacing w:after="0"/>
      </w:pPr>
      <w:r>
        <w:rPr>
          <w:rFonts w:ascii="Arial" w:hAnsi="Arial"/>
          <w:b/>
        </w:rPr>
        <w:t xml:space="preserve">Interviewer E:  </w:t>
      </w:r>
      <w:r>
        <w:rPr>
          <w:rFonts w:ascii="Arial" w:hAnsi="Arial"/>
          <w:color w:val="5D7284"/>
        </w:rPr>
        <w:t>43:08</w:t>
      </w:r>
    </w:p>
    <w:p w14:paraId="7D5C4BA3" w14:textId="77777777" w:rsidR="00B23B83" w:rsidRDefault="00D16237">
      <w:pPr>
        <w:spacing w:after="0"/>
      </w:pPr>
      <w:r>
        <w:rPr>
          <w:rFonts w:ascii="Arial" w:hAnsi="Arial"/>
        </w:rPr>
        <w:t xml:space="preserve">So that momentum would be like the storing force. </w:t>
      </w:r>
    </w:p>
    <w:p w14:paraId="58CE94BD" w14:textId="77777777" w:rsidR="00B23B83" w:rsidRDefault="00B23B83">
      <w:pPr>
        <w:spacing w:after="0"/>
      </w:pPr>
    </w:p>
    <w:p w14:paraId="082CFF7D" w14:textId="77777777" w:rsidR="00B23B83" w:rsidRDefault="00D16237">
      <w:pPr>
        <w:spacing w:after="0"/>
      </w:pPr>
      <w:r>
        <w:rPr>
          <w:rFonts w:ascii="Arial" w:hAnsi="Arial"/>
          <w:b/>
        </w:rPr>
        <w:t xml:space="preserve">Participant #27:  </w:t>
      </w:r>
      <w:r>
        <w:rPr>
          <w:rFonts w:ascii="Arial" w:hAnsi="Arial"/>
          <w:color w:val="5D7284"/>
        </w:rPr>
        <w:t>43:11</w:t>
      </w:r>
    </w:p>
    <w:p w14:paraId="4152164F" w14:textId="77777777" w:rsidR="00B23B83" w:rsidRDefault="00D16237">
      <w:pPr>
        <w:spacing w:after="0"/>
      </w:pPr>
      <w:r>
        <w:rPr>
          <w:rFonts w:ascii="Arial" w:hAnsi="Arial"/>
        </w:rPr>
        <w:t>Yeah, I feel like when you stop it, well, is it going to slow down or is it going to be like immediate like, stop.  I think if it's immediate.</w:t>
      </w:r>
    </w:p>
    <w:p w14:paraId="052E9B83" w14:textId="77777777" w:rsidR="00B23B83" w:rsidRDefault="00B23B83">
      <w:pPr>
        <w:spacing w:after="0"/>
      </w:pPr>
    </w:p>
    <w:p w14:paraId="681096A7" w14:textId="77777777" w:rsidR="00B23B83" w:rsidRDefault="00D16237">
      <w:pPr>
        <w:spacing w:after="0"/>
      </w:pPr>
      <w:r>
        <w:rPr>
          <w:rFonts w:ascii="Arial" w:hAnsi="Arial"/>
          <w:b/>
        </w:rPr>
        <w:t xml:space="preserve">Interviewer E:  </w:t>
      </w:r>
      <w:r>
        <w:rPr>
          <w:rFonts w:ascii="Arial" w:hAnsi="Arial"/>
          <w:color w:val="5D7284"/>
        </w:rPr>
        <w:t>43:21</w:t>
      </w:r>
    </w:p>
    <w:p w14:paraId="5F7068FF" w14:textId="77777777" w:rsidR="00B23B83" w:rsidRDefault="00D16237">
      <w:pPr>
        <w:spacing w:after="0"/>
      </w:pPr>
      <w:r>
        <w:rPr>
          <w:rFonts w:ascii="Arial" w:hAnsi="Arial"/>
        </w:rPr>
        <w:t>I'm gonna</w:t>
      </w:r>
      <w:r>
        <w:rPr>
          <w:rFonts w:ascii="Arial" w:hAnsi="Arial"/>
        </w:rPr>
        <w:t xml:space="preserve"> immediately stopped the tank from moving.</w:t>
      </w:r>
    </w:p>
    <w:p w14:paraId="7678E0CA" w14:textId="77777777" w:rsidR="00B23B83" w:rsidRDefault="00B23B83">
      <w:pPr>
        <w:spacing w:after="0"/>
      </w:pPr>
    </w:p>
    <w:p w14:paraId="1654A3A4" w14:textId="77777777" w:rsidR="00B23B83" w:rsidRDefault="00D16237">
      <w:pPr>
        <w:spacing w:after="0"/>
      </w:pPr>
      <w:r>
        <w:rPr>
          <w:rFonts w:ascii="Arial" w:hAnsi="Arial"/>
          <w:b/>
        </w:rPr>
        <w:t xml:space="preserve">Participant #27:  </w:t>
      </w:r>
      <w:r>
        <w:rPr>
          <w:rFonts w:ascii="Arial" w:hAnsi="Arial"/>
          <w:color w:val="5D7284"/>
        </w:rPr>
        <w:t>43:24</w:t>
      </w:r>
    </w:p>
    <w:p w14:paraId="4816809A" w14:textId="77777777" w:rsidR="00B23B83" w:rsidRDefault="00D16237">
      <w:pPr>
        <w:spacing w:after="0"/>
      </w:pPr>
      <w:r>
        <w:rPr>
          <w:rFonts w:ascii="Arial" w:hAnsi="Arial"/>
        </w:rPr>
        <w:t>Okay, I think that if the tank immediately stops, then it will like jolt. jolt the opposite direction and the way that it's dragging.</w:t>
      </w:r>
    </w:p>
    <w:p w14:paraId="22506C5D" w14:textId="77777777" w:rsidR="00B23B83" w:rsidRDefault="00B23B83">
      <w:pPr>
        <w:spacing w:after="0"/>
      </w:pPr>
    </w:p>
    <w:p w14:paraId="0259EC27" w14:textId="77777777" w:rsidR="00B23B83" w:rsidRDefault="00D16237">
      <w:pPr>
        <w:spacing w:after="0"/>
      </w:pPr>
      <w:r>
        <w:rPr>
          <w:rFonts w:ascii="Arial" w:hAnsi="Arial"/>
          <w:b/>
        </w:rPr>
        <w:t xml:space="preserve">Interviewer E:  </w:t>
      </w:r>
      <w:r>
        <w:rPr>
          <w:rFonts w:ascii="Arial" w:hAnsi="Arial"/>
          <w:color w:val="5D7284"/>
        </w:rPr>
        <w:t>43:34</w:t>
      </w:r>
    </w:p>
    <w:p w14:paraId="4EC548C4" w14:textId="77777777" w:rsidR="00B23B83" w:rsidRDefault="00D16237">
      <w:pPr>
        <w:spacing w:after="0"/>
      </w:pPr>
      <w:r>
        <w:rPr>
          <w:rFonts w:ascii="Arial" w:hAnsi="Arial"/>
        </w:rPr>
        <w:t>Alright. Well do me a favor. Why those lines are still kind of hanging out there. Draw me what actually happened.</w:t>
      </w:r>
    </w:p>
    <w:p w14:paraId="018574AE" w14:textId="77777777" w:rsidR="00B23B83" w:rsidRDefault="00B23B83">
      <w:pPr>
        <w:spacing w:after="0"/>
      </w:pPr>
    </w:p>
    <w:p w14:paraId="77D9E9C9" w14:textId="77777777" w:rsidR="00B23B83" w:rsidRDefault="00D16237">
      <w:pPr>
        <w:spacing w:after="0"/>
      </w:pPr>
      <w:r>
        <w:rPr>
          <w:rFonts w:ascii="Arial" w:hAnsi="Arial"/>
          <w:b/>
        </w:rPr>
        <w:t xml:space="preserve">Participant #27:  </w:t>
      </w:r>
      <w:r>
        <w:rPr>
          <w:rFonts w:ascii="Arial" w:hAnsi="Arial"/>
          <w:color w:val="5D7284"/>
        </w:rPr>
        <w:t>43:41</w:t>
      </w:r>
    </w:p>
    <w:p w14:paraId="7DEAB529" w14:textId="29D5390F" w:rsidR="00B23B83" w:rsidRDefault="00D16237">
      <w:pPr>
        <w:spacing w:after="0"/>
      </w:pPr>
      <w:r>
        <w:rPr>
          <w:rFonts w:ascii="Arial" w:hAnsi="Arial"/>
        </w:rPr>
        <w:lastRenderedPageBreak/>
        <w:t xml:space="preserve">Okay. Just the the potassium </w:t>
      </w:r>
      <w:r w:rsidR="00B43844">
        <w:rPr>
          <w:rFonts w:ascii="Arial" w:hAnsi="Arial"/>
        </w:rPr>
        <w:t>permanganate</w:t>
      </w:r>
      <w:r>
        <w:rPr>
          <w:rFonts w:ascii="Arial" w:hAnsi="Arial"/>
        </w:rPr>
        <w:t>.</w:t>
      </w:r>
    </w:p>
    <w:p w14:paraId="3034D5EA" w14:textId="77777777" w:rsidR="00B23B83" w:rsidRDefault="00B23B83">
      <w:pPr>
        <w:spacing w:after="0"/>
      </w:pPr>
    </w:p>
    <w:p w14:paraId="75FF3AC3" w14:textId="77777777" w:rsidR="00B23B83" w:rsidRDefault="00D16237">
      <w:pPr>
        <w:spacing w:after="0"/>
      </w:pPr>
      <w:r>
        <w:rPr>
          <w:rFonts w:ascii="Arial" w:hAnsi="Arial"/>
          <w:b/>
        </w:rPr>
        <w:t xml:space="preserve">Interviewer E:  </w:t>
      </w:r>
      <w:r>
        <w:rPr>
          <w:rFonts w:ascii="Arial" w:hAnsi="Arial"/>
          <w:color w:val="5D7284"/>
        </w:rPr>
        <w:t>43:45</w:t>
      </w:r>
    </w:p>
    <w:p w14:paraId="5B7E32FD" w14:textId="77777777" w:rsidR="00B23B83" w:rsidRDefault="00D16237">
      <w:pPr>
        <w:spacing w:after="0"/>
      </w:pPr>
      <w:r>
        <w:rPr>
          <w:rFonts w:ascii="Arial" w:hAnsi="Arial"/>
        </w:rPr>
        <w:t>Yep. Or the you know whatever. Is that you?</w:t>
      </w:r>
    </w:p>
    <w:p w14:paraId="1377002F" w14:textId="77777777" w:rsidR="00B23B83" w:rsidRDefault="00B23B83">
      <w:pPr>
        <w:spacing w:after="0"/>
      </w:pPr>
    </w:p>
    <w:p w14:paraId="574ED09B" w14:textId="77777777" w:rsidR="00B23B83" w:rsidRDefault="00D16237">
      <w:pPr>
        <w:spacing w:after="0"/>
      </w:pPr>
      <w:r>
        <w:rPr>
          <w:rFonts w:ascii="Arial" w:hAnsi="Arial"/>
          <w:b/>
        </w:rPr>
        <w:t xml:space="preserve">Participant #27:  </w:t>
      </w:r>
      <w:r>
        <w:rPr>
          <w:rFonts w:ascii="Arial" w:hAnsi="Arial"/>
          <w:color w:val="5D7284"/>
        </w:rPr>
        <w:t>44:53</w:t>
      </w:r>
    </w:p>
    <w:p w14:paraId="05A5B9BB" w14:textId="77777777" w:rsidR="00B23B83" w:rsidRDefault="00D16237">
      <w:pPr>
        <w:spacing w:after="0"/>
      </w:pPr>
      <w:r>
        <w:rPr>
          <w:rFonts w:ascii="Arial" w:hAnsi="Arial"/>
        </w:rPr>
        <w:t xml:space="preserve">Wait is </w:t>
      </w:r>
      <w:r>
        <w:rPr>
          <w:rFonts w:ascii="Arial" w:hAnsi="Arial"/>
        </w:rPr>
        <w:t>that me. Oh, I'm sorry.</w:t>
      </w:r>
    </w:p>
    <w:p w14:paraId="41D2F23B" w14:textId="77777777" w:rsidR="00B23B83" w:rsidRDefault="00B23B83">
      <w:pPr>
        <w:spacing w:after="0"/>
      </w:pPr>
    </w:p>
    <w:p w14:paraId="54A39D38" w14:textId="77777777" w:rsidR="00B23B83" w:rsidRDefault="00D16237">
      <w:pPr>
        <w:spacing w:after="0"/>
      </w:pPr>
      <w:r>
        <w:rPr>
          <w:rFonts w:ascii="Arial" w:hAnsi="Arial"/>
          <w:b/>
        </w:rPr>
        <w:t xml:space="preserve">Interviewer E:  </w:t>
      </w:r>
      <w:r>
        <w:rPr>
          <w:rFonts w:ascii="Arial" w:hAnsi="Arial"/>
          <w:color w:val="5D7284"/>
        </w:rPr>
        <w:t>44:58</w:t>
      </w:r>
    </w:p>
    <w:p w14:paraId="23D35ABE" w14:textId="77777777" w:rsidR="00B23B83" w:rsidRDefault="00D16237">
      <w:pPr>
        <w:spacing w:after="0"/>
      </w:pPr>
      <w:r>
        <w:rPr>
          <w:rFonts w:ascii="Arial" w:hAnsi="Arial"/>
        </w:rPr>
        <w:t>I was like, wait a minute.</w:t>
      </w:r>
    </w:p>
    <w:p w14:paraId="7E4CE5FD" w14:textId="77777777" w:rsidR="00B23B83" w:rsidRDefault="00B23B83">
      <w:pPr>
        <w:spacing w:after="0"/>
      </w:pPr>
    </w:p>
    <w:p w14:paraId="6720193D" w14:textId="77777777" w:rsidR="00B23B83" w:rsidRDefault="00D16237">
      <w:pPr>
        <w:spacing w:after="0"/>
      </w:pPr>
      <w:r>
        <w:rPr>
          <w:rFonts w:ascii="Arial" w:hAnsi="Arial"/>
          <w:b/>
        </w:rPr>
        <w:t xml:space="preserve">Participant #27:  </w:t>
      </w:r>
      <w:r>
        <w:rPr>
          <w:rFonts w:ascii="Arial" w:hAnsi="Arial"/>
          <w:color w:val="5D7284"/>
        </w:rPr>
        <w:t>45:08</w:t>
      </w:r>
    </w:p>
    <w:p w14:paraId="55751C70" w14:textId="77777777" w:rsidR="00B23B83" w:rsidRDefault="00D16237">
      <w:pPr>
        <w:spacing w:after="0"/>
      </w:pPr>
      <w:r>
        <w:rPr>
          <w:rFonts w:ascii="Arial" w:hAnsi="Arial"/>
        </w:rPr>
        <w:t>I feel like it's so hard to make it into something 2d.</w:t>
      </w:r>
    </w:p>
    <w:p w14:paraId="08D0E861" w14:textId="77777777" w:rsidR="00B23B83" w:rsidRDefault="00B23B83">
      <w:pPr>
        <w:spacing w:after="0"/>
      </w:pPr>
    </w:p>
    <w:p w14:paraId="516F9619" w14:textId="77777777" w:rsidR="00B23B83" w:rsidRDefault="00D16237">
      <w:pPr>
        <w:spacing w:after="0"/>
      </w:pPr>
      <w:r>
        <w:rPr>
          <w:rFonts w:ascii="Arial" w:hAnsi="Arial"/>
          <w:b/>
        </w:rPr>
        <w:t xml:space="preserve">Interviewer E:  </w:t>
      </w:r>
      <w:r>
        <w:rPr>
          <w:rFonts w:ascii="Arial" w:hAnsi="Arial"/>
          <w:color w:val="5D7284"/>
        </w:rPr>
        <w:t>45:12</w:t>
      </w:r>
    </w:p>
    <w:p w14:paraId="40DE1426" w14:textId="77777777" w:rsidR="00B23B83" w:rsidRDefault="00D16237">
      <w:pPr>
        <w:spacing w:after="0"/>
      </w:pPr>
      <w:r>
        <w:rPr>
          <w:rFonts w:ascii="Arial" w:hAnsi="Arial"/>
        </w:rPr>
        <w:t>I mean it looks great.</w:t>
      </w:r>
    </w:p>
    <w:p w14:paraId="22B7D232" w14:textId="77777777" w:rsidR="00B23B83" w:rsidRDefault="00B23B83">
      <w:pPr>
        <w:spacing w:after="0"/>
      </w:pPr>
    </w:p>
    <w:p w14:paraId="01077A38" w14:textId="77777777" w:rsidR="00B23B83" w:rsidRDefault="00D16237">
      <w:pPr>
        <w:spacing w:after="0"/>
      </w:pPr>
      <w:r>
        <w:rPr>
          <w:rFonts w:ascii="Arial" w:hAnsi="Arial"/>
          <w:b/>
        </w:rPr>
        <w:t xml:space="preserve">Participant #27:  </w:t>
      </w:r>
      <w:r>
        <w:rPr>
          <w:rFonts w:ascii="Arial" w:hAnsi="Arial"/>
          <w:color w:val="5D7284"/>
        </w:rPr>
        <w:t>45:26</w:t>
      </w:r>
    </w:p>
    <w:p w14:paraId="16E876B6" w14:textId="77777777" w:rsidR="00B23B83" w:rsidRDefault="00D16237">
      <w:pPr>
        <w:spacing w:after="0"/>
      </w:pPr>
      <w:r>
        <w:rPr>
          <w:rFonts w:ascii="Arial" w:hAnsi="Arial"/>
        </w:rPr>
        <w:t>I guess if you like, see what I'm trying to draw.</w:t>
      </w:r>
    </w:p>
    <w:p w14:paraId="6F1ED8B7" w14:textId="77777777" w:rsidR="00B23B83" w:rsidRDefault="00B23B83">
      <w:pPr>
        <w:spacing w:after="0"/>
      </w:pPr>
    </w:p>
    <w:p w14:paraId="0D6CDD75" w14:textId="77777777" w:rsidR="00B23B83" w:rsidRDefault="00D16237">
      <w:pPr>
        <w:spacing w:after="0"/>
      </w:pPr>
      <w:r>
        <w:rPr>
          <w:rFonts w:ascii="Arial" w:hAnsi="Arial"/>
          <w:b/>
        </w:rPr>
        <w:t xml:space="preserve">Interviewer E:  </w:t>
      </w:r>
      <w:r>
        <w:rPr>
          <w:rFonts w:ascii="Arial" w:hAnsi="Arial"/>
          <w:color w:val="5D7284"/>
        </w:rPr>
        <w:t>45:29</w:t>
      </w:r>
    </w:p>
    <w:p w14:paraId="24787BB1" w14:textId="77777777" w:rsidR="00B23B83" w:rsidRDefault="00D16237">
      <w:pPr>
        <w:spacing w:after="0"/>
      </w:pPr>
      <w:r>
        <w:rPr>
          <w:rFonts w:ascii="Arial" w:hAnsi="Arial"/>
        </w:rPr>
        <w:t>Yeah. I think that's the best drawing yet.</w:t>
      </w:r>
    </w:p>
    <w:p w14:paraId="3D2DF2E4" w14:textId="77777777" w:rsidR="00B23B83" w:rsidRDefault="00B23B83">
      <w:pPr>
        <w:spacing w:after="0"/>
      </w:pPr>
    </w:p>
    <w:p w14:paraId="26CBFA82" w14:textId="77777777" w:rsidR="00B23B83" w:rsidRDefault="00D16237">
      <w:pPr>
        <w:spacing w:after="0"/>
      </w:pPr>
      <w:r>
        <w:rPr>
          <w:rFonts w:ascii="Arial" w:hAnsi="Arial"/>
          <w:b/>
        </w:rPr>
        <w:t xml:space="preserve">Participant #27:  </w:t>
      </w:r>
      <w:r>
        <w:rPr>
          <w:rFonts w:ascii="Arial" w:hAnsi="Arial"/>
          <w:color w:val="5D7284"/>
        </w:rPr>
        <w:t>45:46</w:t>
      </w:r>
    </w:p>
    <w:p w14:paraId="7A56135B" w14:textId="77777777" w:rsidR="00B23B83" w:rsidRDefault="00D16237">
      <w:pPr>
        <w:spacing w:after="0"/>
      </w:pPr>
      <w:r>
        <w:rPr>
          <w:rFonts w:ascii="Arial" w:hAnsi="Arial"/>
        </w:rPr>
        <w:t>Thank you.</w:t>
      </w:r>
    </w:p>
    <w:p w14:paraId="53318ADC" w14:textId="77777777" w:rsidR="00B23B83" w:rsidRDefault="00B23B83">
      <w:pPr>
        <w:spacing w:after="0"/>
      </w:pPr>
    </w:p>
    <w:p w14:paraId="2EA8FD0E" w14:textId="77777777" w:rsidR="00B23B83" w:rsidRDefault="00D16237">
      <w:pPr>
        <w:spacing w:after="0"/>
      </w:pPr>
      <w:r>
        <w:rPr>
          <w:rFonts w:ascii="Arial" w:hAnsi="Arial"/>
          <w:b/>
        </w:rPr>
        <w:t xml:space="preserve">Interviewer E:  </w:t>
      </w:r>
      <w:r>
        <w:rPr>
          <w:rFonts w:ascii="Arial" w:hAnsi="Arial"/>
          <w:color w:val="5D7284"/>
        </w:rPr>
        <w:t>45:52</w:t>
      </w:r>
    </w:p>
    <w:p w14:paraId="2400C17A" w14:textId="77777777" w:rsidR="00B23B83" w:rsidRDefault="00D16237">
      <w:pPr>
        <w:spacing w:after="0"/>
      </w:pPr>
      <w:r>
        <w:rPr>
          <w:rFonts w:ascii="Arial" w:hAnsi="Arial"/>
        </w:rPr>
        <w:t xml:space="preserve">Okay, so now I have something to show you. This is Jell-O. </w:t>
      </w:r>
    </w:p>
    <w:p w14:paraId="4C0B326C" w14:textId="77777777" w:rsidR="00B23B83" w:rsidRDefault="00B23B83">
      <w:pPr>
        <w:spacing w:after="0"/>
      </w:pPr>
    </w:p>
    <w:p w14:paraId="649A2F8D" w14:textId="77777777" w:rsidR="00B23B83" w:rsidRDefault="00D16237">
      <w:pPr>
        <w:spacing w:after="0"/>
      </w:pPr>
      <w:r>
        <w:rPr>
          <w:rFonts w:ascii="Arial" w:hAnsi="Arial"/>
          <w:b/>
        </w:rPr>
        <w:t xml:space="preserve">Participant #27:  </w:t>
      </w:r>
      <w:r>
        <w:rPr>
          <w:rFonts w:ascii="Arial" w:hAnsi="Arial"/>
          <w:color w:val="5D7284"/>
        </w:rPr>
        <w:t>45:59</w:t>
      </w:r>
    </w:p>
    <w:p w14:paraId="0A1F17A8" w14:textId="77777777" w:rsidR="00B23B83" w:rsidRDefault="00D16237">
      <w:pPr>
        <w:spacing w:after="0"/>
      </w:pPr>
      <w:r>
        <w:rPr>
          <w:rFonts w:ascii="Arial" w:hAnsi="Arial"/>
        </w:rPr>
        <w:t xml:space="preserve">Oh. </w:t>
      </w:r>
    </w:p>
    <w:p w14:paraId="65DB3CEE" w14:textId="77777777" w:rsidR="00B23B83" w:rsidRDefault="00B23B83">
      <w:pPr>
        <w:spacing w:after="0"/>
      </w:pPr>
    </w:p>
    <w:p w14:paraId="26BD5971" w14:textId="77777777" w:rsidR="00B23B83" w:rsidRDefault="00D16237">
      <w:pPr>
        <w:spacing w:after="0"/>
      </w:pPr>
      <w:r>
        <w:rPr>
          <w:rFonts w:ascii="Arial" w:hAnsi="Arial"/>
          <w:b/>
        </w:rPr>
        <w:t xml:space="preserve">Interviewer E:  </w:t>
      </w:r>
      <w:r>
        <w:rPr>
          <w:rFonts w:ascii="Arial" w:hAnsi="Arial"/>
          <w:color w:val="5D7284"/>
        </w:rPr>
        <w:t>46:01</w:t>
      </w:r>
    </w:p>
    <w:p w14:paraId="491D1BDE" w14:textId="0F7101D7" w:rsidR="00B23B83" w:rsidRDefault="00D16237">
      <w:pPr>
        <w:spacing w:after="0"/>
      </w:pPr>
      <w:r>
        <w:rPr>
          <w:rFonts w:ascii="Arial" w:hAnsi="Arial"/>
        </w:rPr>
        <w:t>Nice fresh Jell</w:t>
      </w:r>
      <w:r w:rsidR="00B43844">
        <w:rPr>
          <w:rFonts w:ascii="Arial" w:hAnsi="Arial"/>
        </w:rPr>
        <w:t>-O</w:t>
      </w:r>
      <w:r>
        <w:rPr>
          <w:rFonts w:ascii="Arial" w:hAnsi="Arial"/>
        </w:rPr>
        <w:t>.</w:t>
      </w:r>
    </w:p>
    <w:p w14:paraId="7CC2E8FD" w14:textId="77777777" w:rsidR="00B23B83" w:rsidRDefault="00B23B83">
      <w:pPr>
        <w:spacing w:after="0"/>
      </w:pPr>
    </w:p>
    <w:p w14:paraId="5C712DD7" w14:textId="77777777" w:rsidR="00B23B83" w:rsidRDefault="00D16237">
      <w:pPr>
        <w:spacing w:after="0"/>
      </w:pPr>
      <w:r>
        <w:rPr>
          <w:rFonts w:ascii="Arial" w:hAnsi="Arial"/>
          <w:b/>
        </w:rPr>
        <w:t xml:space="preserve">Participant #27:  </w:t>
      </w:r>
      <w:r>
        <w:rPr>
          <w:rFonts w:ascii="Arial" w:hAnsi="Arial"/>
          <w:color w:val="5D7284"/>
        </w:rPr>
        <w:t>46:02</w:t>
      </w:r>
    </w:p>
    <w:p w14:paraId="7CF87B93" w14:textId="77777777" w:rsidR="00B23B83" w:rsidRDefault="00D16237">
      <w:pPr>
        <w:spacing w:after="0"/>
      </w:pPr>
      <w:r>
        <w:rPr>
          <w:rFonts w:ascii="Arial" w:hAnsi="Arial"/>
        </w:rPr>
        <w:t xml:space="preserve"> Cool. Is it flavored?</w:t>
      </w:r>
    </w:p>
    <w:p w14:paraId="63A9BAE0" w14:textId="77777777" w:rsidR="00B23B83" w:rsidRDefault="00B23B83">
      <w:pPr>
        <w:spacing w:after="0"/>
      </w:pPr>
    </w:p>
    <w:p w14:paraId="0173029D" w14:textId="77777777" w:rsidR="00B23B83" w:rsidRDefault="00D16237">
      <w:pPr>
        <w:spacing w:after="0"/>
      </w:pPr>
      <w:r>
        <w:rPr>
          <w:rFonts w:ascii="Arial" w:hAnsi="Arial"/>
          <w:b/>
        </w:rPr>
        <w:t xml:space="preserve">Interviewer E:  </w:t>
      </w:r>
      <w:r>
        <w:rPr>
          <w:rFonts w:ascii="Arial" w:hAnsi="Arial"/>
          <w:color w:val="5D7284"/>
        </w:rPr>
        <w:t>46:06</w:t>
      </w:r>
    </w:p>
    <w:p w14:paraId="3437EF58" w14:textId="6C1BD81C" w:rsidR="00B23B83" w:rsidRDefault="00D16237">
      <w:pPr>
        <w:spacing w:after="0"/>
      </w:pPr>
      <w:r>
        <w:rPr>
          <w:rFonts w:ascii="Arial" w:hAnsi="Arial"/>
        </w:rPr>
        <w:t xml:space="preserve">I may or may not have attempted to find out and it is not flavored. </w:t>
      </w:r>
      <w:r w:rsidR="00B43844">
        <w:rPr>
          <w:rFonts w:ascii="Arial" w:hAnsi="Arial"/>
        </w:rPr>
        <w:t>So,</w:t>
      </w:r>
      <w:r>
        <w:rPr>
          <w:rFonts w:ascii="Arial" w:hAnsi="Arial"/>
        </w:rPr>
        <w:t xml:space="preserve"> this is a lazy Susan. And they just spin.  Yeah. they just spin. I'm gonna put the Jell-O on this lazy Susan. Dr. McNeil made this for us. </w:t>
      </w:r>
    </w:p>
    <w:p w14:paraId="60E5C02F" w14:textId="77777777" w:rsidR="00B23B83" w:rsidRDefault="00B23B83">
      <w:pPr>
        <w:spacing w:after="0"/>
      </w:pPr>
    </w:p>
    <w:p w14:paraId="690ABFC6" w14:textId="77777777" w:rsidR="00B23B83" w:rsidRDefault="00D16237">
      <w:pPr>
        <w:spacing w:after="0"/>
      </w:pPr>
      <w:r>
        <w:rPr>
          <w:rFonts w:ascii="Arial" w:hAnsi="Arial"/>
          <w:b/>
        </w:rPr>
        <w:t xml:space="preserve">Participant #27:  </w:t>
      </w:r>
      <w:r>
        <w:rPr>
          <w:rFonts w:ascii="Arial" w:hAnsi="Arial"/>
          <w:color w:val="5D7284"/>
        </w:rPr>
        <w:t>46:31</w:t>
      </w:r>
    </w:p>
    <w:p w14:paraId="5C6BF85A" w14:textId="77777777" w:rsidR="00B23B83" w:rsidRDefault="00D16237">
      <w:pPr>
        <w:spacing w:after="0"/>
      </w:pPr>
      <w:r>
        <w:rPr>
          <w:rFonts w:ascii="Arial" w:hAnsi="Arial"/>
        </w:rPr>
        <w:t xml:space="preserve">Oh, that's so cool. </w:t>
      </w:r>
    </w:p>
    <w:p w14:paraId="35238457" w14:textId="77777777" w:rsidR="00B23B83" w:rsidRDefault="00B23B83">
      <w:pPr>
        <w:spacing w:after="0"/>
      </w:pPr>
    </w:p>
    <w:p w14:paraId="2E98C9CF" w14:textId="77777777" w:rsidR="00B23B83" w:rsidRDefault="00D16237">
      <w:pPr>
        <w:spacing w:after="0"/>
      </w:pPr>
      <w:r>
        <w:rPr>
          <w:rFonts w:ascii="Arial" w:hAnsi="Arial"/>
          <w:b/>
        </w:rPr>
        <w:t xml:space="preserve">Interviewer E:  </w:t>
      </w:r>
      <w:r>
        <w:rPr>
          <w:rFonts w:ascii="Arial" w:hAnsi="Arial"/>
          <w:color w:val="5D7284"/>
        </w:rPr>
        <w:t>46:33</w:t>
      </w:r>
    </w:p>
    <w:p w14:paraId="3682D9A0" w14:textId="77777777" w:rsidR="00B23B83" w:rsidRDefault="00D16237">
      <w:pPr>
        <w:spacing w:after="0"/>
      </w:pPr>
      <w:r>
        <w:rPr>
          <w:rFonts w:ascii="Arial" w:hAnsi="Arial"/>
        </w:rPr>
        <w:t xml:space="preserve">It's like a little engine that could you know. </w:t>
      </w:r>
    </w:p>
    <w:p w14:paraId="54E39748" w14:textId="77777777" w:rsidR="00B23B83" w:rsidRDefault="00B23B83">
      <w:pPr>
        <w:spacing w:after="0"/>
      </w:pPr>
    </w:p>
    <w:p w14:paraId="3A2F7BED" w14:textId="77777777" w:rsidR="00B23B83" w:rsidRDefault="00D16237">
      <w:pPr>
        <w:spacing w:after="0"/>
      </w:pPr>
      <w:r>
        <w:rPr>
          <w:rFonts w:ascii="Arial" w:hAnsi="Arial"/>
          <w:b/>
        </w:rPr>
        <w:t xml:space="preserve">Participant #27:  </w:t>
      </w:r>
      <w:r>
        <w:rPr>
          <w:rFonts w:ascii="Arial" w:hAnsi="Arial"/>
          <w:color w:val="5D7284"/>
        </w:rPr>
        <w:t>46:35</w:t>
      </w:r>
    </w:p>
    <w:p w14:paraId="4AB1F39C" w14:textId="77777777" w:rsidR="00B23B83" w:rsidRDefault="00D16237">
      <w:pPr>
        <w:spacing w:after="0"/>
      </w:pPr>
      <w:r>
        <w:rPr>
          <w:rFonts w:ascii="Arial" w:hAnsi="Arial"/>
        </w:rPr>
        <w:t xml:space="preserve">Yeah wow. </w:t>
      </w:r>
    </w:p>
    <w:p w14:paraId="27DB9093" w14:textId="77777777" w:rsidR="00B23B83" w:rsidRDefault="00B23B83">
      <w:pPr>
        <w:spacing w:after="0"/>
      </w:pPr>
    </w:p>
    <w:p w14:paraId="2D461645" w14:textId="77777777" w:rsidR="00B23B83" w:rsidRDefault="00D16237">
      <w:pPr>
        <w:spacing w:after="0"/>
      </w:pPr>
      <w:r>
        <w:rPr>
          <w:rFonts w:ascii="Arial" w:hAnsi="Arial"/>
          <w:b/>
        </w:rPr>
        <w:t xml:space="preserve">Interviewer E:  </w:t>
      </w:r>
      <w:r>
        <w:rPr>
          <w:rFonts w:ascii="Arial" w:hAnsi="Arial"/>
          <w:color w:val="5D7284"/>
        </w:rPr>
        <w:t>46:37</w:t>
      </w:r>
    </w:p>
    <w:p w14:paraId="74D117C0" w14:textId="7E073E13" w:rsidR="00B23B83" w:rsidRDefault="00B43844">
      <w:pPr>
        <w:spacing w:after="0"/>
      </w:pPr>
      <w:r>
        <w:rPr>
          <w:rFonts w:ascii="Arial" w:hAnsi="Arial"/>
        </w:rPr>
        <w:t xml:space="preserve">So, I turned it on brings it into a rotation. I know she updated this. So it was pretty cool. </w:t>
      </w:r>
    </w:p>
    <w:p w14:paraId="148913EB" w14:textId="77777777" w:rsidR="00B23B83" w:rsidRDefault="00B23B83">
      <w:pPr>
        <w:spacing w:after="0"/>
      </w:pPr>
    </w:p>
    <w:p w14:paraId="69CDD8E3" w14:textId="77777777" w:rsidR="00B23B83" w:rsidRDefault="00D16237">
      <w:pPr>
        <w:spacing w:after="0"/>
      </w:pPr>
      <w:r>
        <w:rPr>
          <w:rFonts w:ascii="Arial" w:hAnsi="Arial"/>
          <w:b/>
        </w:rPr>
        <w:t xml:space="preserve">Participant #27:  </w:t>
      </w:r>
      <w:r>
        <w:rPr>
          <w:rFonts w:ascii="Arial" w:hAnsi="Arial"/>
          <w:color w:val="5D7284"/>
        </w:rPr>
        <w:t>46:51</w:t>
      </w:r>
    </w:p>
    <w:p w14:paraId="1906775A" w14:textId="77777777" w:rsidR="00B23B83" w:rsidRDefault="00D16237">
      <w:pPr>
        <w:spacing w:after="0"/>
      </w:pPr>
      <w:r>
        <w:rPr>
          <w:rFonts w:ascii="Arial" w:hAnsi="Arial"/>
        </w:rPr>
        <w:t>That was so cool.</w:t>
      </w:r>
    </w:p>
    <w:p w14:paraId="281D66FA" w14:textId="77777777" w:rsidR="00B23B83" w:rsidRDefault="00B23B83">
      <w:pPr>
        <w:spacing w:after="0"/>
      </w:pPr>
    </w:p>
    <w:p w14:paraId="0B044FE7" w14:textId="77777777" w:rsidR="00B23B83" w:rsidRDefault="00D16237">
      <w:pPr>
        <w:spacing w:after="0"/>
      </w:pPr>
      <w:r>
        <w:rPr>
          <w:rFonts w:ascii="Arial" w:hAnsi="Arial"/>
          <w:b/>
        </w:rPr>
        <w:t xml:space="preserve">Interviewer E:  </w:t>
      </w:r>
      <w:r>
        <w:rPr>
          <w:rFonts w:ascii="Arial" w:hAnsi="Arial"/>
          <w:color w:val="5D7284"/>
        </w:rPr>
        <w:t>46:52</w:t>
      </w:r>
    </w:p>
    <w:p w14:paraId="3F7A048B" w14:textId="2975BCE5" w:rsidR="00B23B83" w:rsidRDefault="00B43844">
      <w:pPr>
        <w:spacing w:after="0"/>
      </w:pPr>
      <w:r>
        <w:rPr>
          <w:rFonts w:ascii="Arial" w:hAnsi="Arial"/>
        </w:rPr>
        <w:t>So, in a perfect world, I could get one of these metal BBs to be super super hot. And then I would take it and I would drop it on there and burrow through it. But we can't make these BBs that hot. I can’t. It's been attempted. It just doesn't happen. They just sit on top like that. So, let's just imagine in a world where these were super hot, and they did burrow down, and I had it in rotation. Like this. How do you think these little beads would burrow down? And let's say I put one on the edge and I put one in the middle. Just for giggles.</w:t>
      </w:r>
    </w:p>
    <w:p w14:paraId="470D281B" w14:textId="77777777" w:rsidR="00B23B83" w:rsidRDefault="00B23B83">
      <w:pPr>
        <w:spacing w:after="0"/>
      </w:pPr>
    </w:p>
    <w:p w14:paraId="5EC864F4" w14:textId="77777777" w:rsidR="00B23B83" w:rsidRDefault="00D16237">
      <w:pPr>
        <w:spacing w:after="0"/>
      </w:pPr>
      <w:r>
        <w:rPr>
          <w:rFonts w:ascii="Arial" w:hAnsi="Arial"/>
          <w:b/>
        </w:rPr>
        <w:t xml:space="preserve">Participant #27:  </w:t>
      </w:r>
      <w:r>
        <w:rPr>
          <w:rFonts w:ascii="Arial" w:hAnsi="Arial"/>
          <w:color w:val="5D7284"/>
        </w:rPr>
        <w:t>47:33</w:t>
      </w:r>
    </w:p>
    <w:p w14:paraId="48D5D9FA" w14:textId="77777777" w:rsidR="00B23B83" w:rsidRDefault="00D16237">
      <w:pPr>
        <w:spacing w:after="0"/>
      </w:pPr>
      <w:r>
        <w:rPr>
          <w:rFonts w:ascii="Arial" w:hAnsi="Arial"/>
        </w:rPr>
        <w:t xml:space="preserve">Um I think I think it would be think it would burrow like towards the the machine like I think it would burrow backwards than the way that it was. Like opposite of the way that it's rotating. </w:t>
      </w:r>
    </w:p>
    <w:p w14:paraId="4F1836E4" w14:textId="77777777" w:rsidR="00B23B83" w:rsidRDefault="00B23B83">
      <w:pPr>
        <w:spacing w:after="0"/>
      </w:pPr>
    </w:p>
    <w:p w14:paraId="6EFEB852" w14:textId="77777777" w:rsidR="00B23B83" w:rsidRDefault="00D16237">
      <w:pPr>
        <w:spacing w:after="0"/>
      </w:pPr>
      <w:r>
        <w:rPr>
          <w:rFonts w:ascii="Arial" w:hAnsi="Arial"/>
          <w:b/>
        </w:rPr>
        <w:t xml:space="preserve">Interviewer E:  </w:t>
      </w:r>
      <w:r>
        <w:rPr>
          <w:rFonts w:ascii="Arial" w:hAnsi="Arial"/>
          <w:color w:val="5D7284"/>
        </w:rPr>
        <w:t>47:56</w:t>
      </w:r>
    </w:p>
    <w:p w14:paraId="3CF2066B" w14:textId="77777777" w:rsidR="00B23B83" w:rsidRDefault="00D16237">
      <w:pPr>
        <w:spacing w:after="0"/>
      </w:pPr>
      <w:r>
        <w:rPr>
          <w:rFonts w:ascii="Arial" w:hAnsi="Arial"/>
        </w:rPr>
        <w:t xml:space="preserve">Right, actually, I forgot to show you what this looks like when I stopped it. </w:t>
      </w:r>
    </w:p>
    <w:p w14:paraId="2BED0E9D" w14:textId="77777777" w:rsidR="00B23B83" w:rsidRDefault="00B23B83">
      <w:pPr>
        <w:spacing w:after="0"/>
      </w:pPr>
    </w:p>
    <w:p w14:paraId="40566B69" w14:textId="77777777" w:rsidR="00B23B83" w:rsidRDefault="00D16237">
      <w:pPr>
        <w:spacing w:after="0"/>
      </w:pPr>
      <w:r>
        <w:rPr>
          <w:rFonts w:ascii="Arial" w:hAnsi="Arial"/>
          <w:b/>
        </w:rPr>
        <w:t xml:space="preserve">Participant #27:  </w:t>
      </w:r>
      <w:r>
        <w:rPr>
          <w:rFonts w:ascii="Arial" w:hAnsi="Arial"/>
          <w:color w:val="5D7284"/>
        </w:rPr>
        <w:t>48:01</w:t>
      </w:r>
    </w:p>
    <w:p w14:paraId="4E6374D5" w14:textId="77777777" w:rsidR="00B23B83" w:rsidRDefault="00D16237">
      <w:pPr>
        <w:spacing w:after="0"/>
      </w:pPr>
      <w:r>
        <w:rPr>
          <w:rFonts w:ascii="Arial" w:hAnsi="Arial"/>
        </w:rPr>
        <w:t xml:space="preserve">Wow. No closure. </w:t>
      </w:r>
    </w:p>
    <w:p w14:paraId="5885F97A" w14:textId="77777777" w:rsidR="00B23B83" w:rsidRDefault="00B23B83">
      <w:pPr>
        <w:spacing w:after="0"/>
      </w:pPr>
    </w:p>
    <w:p w14:paraId="26C09EF4" w14:textId="77777777" w:rsidR="00B23B83" w:rsidRDefault="00D16237">
      <w:pPr>
        <w:spacing w:after="0"/>
      </w:pPr>
      <w:r>
        <w:rPr>
          <w:rFonts w:ascii="Arial" w:hAnsi="Arial"/>
          <w:b/>
        </w:rPr>
        <w:t xml:space="preserve">Interviewer E:  </w:t>
      </w:r>
      <w:r>
        <w:rPr>
          <w:rFonts w:ascii="Arial" w:hAnsi="Arial"/>
          <w:color w:val="5D7284"/>
        </w:rPr>
        <w:t>48:03</w:t>
      </w:r>
    </w:p>
    <w:p w14:paraId="469EC41E" w14:textId="2B4E2161" w:rsidR="00B23B83" w:rsidRDefault="00D16237">
      <w:pPr>
        <w:spacing w:after="0"/>
      </w:pPr>
      <w:r>
        <w:rPr>
          <w:rFonts w:ascii="Arial" w:hAnsi="Arial"/>
        </w:rPr>
        <w:t xml:space="preserve">Right yeah, let me show you. </w:t>
      </w:r>
      <w:r w:rsidR="00B43844">
        <w:rPr>
          <w:rFonts w:ascii="Arial" w:hAnsi="Arial"/>
        </w:rPr>
        <w:t>Yeah,</w:t>
      </w:r>
      <w:r>
        <w:rPr>
          <w:rFonts w:ascii="Arial" w:hAnsi="Arial"/>
        </w:rPr>
        <w:t xml:space="preserve"> let me see.</w:t>
      </w:r>
    </w:p>
    <w:p w14:paraId="53D685B1" w14:textId="77777777" w:rsidR="00B23B83" w:rsidRDefault="00B23B83">
      <w:pPr>
        <w:spacing w:after="0"/>
      </w:pPr>
    </w:p>
    <w:p w14:paraId="67D3CC7D" w14:textId="77777777" w:rsidR="00B23B83" w:rsidRDefault="00D16237">
      <w:pPr>
        <w:spacing w:after="0"/>
      </w:pPr>
      <w:r>
        <w:rPr>
          <w:rFonts w:ascii="Arial" w:hAnsi="Arial"/>
          <w:b/>
        </w:rPr>
        <w:t xml:space="preserve">Participant #27:  </w:t>
      </w:r>
      <w:r>
        <w:rPr>
          <w:rFonts w:ascii="Arial" w:hAnsi="Arial"/>
          <w:color w:val="5D7284"/>
        </w:rPr>
        <w:t>48:09</w:t>
      </w:r>
    </w:p>
    <w:p w14:paraId="4358B48C" w14:textId="77777777" w:rsidR="00B23B83" w:rsidRDefault="00D16237">
      <w:pPr>
        <w:spacing w:after="0"/>
      </w:pPr>
      <w:r>
        <w:rPr>
          <w:rFonts w:ascii="Arial" w:hAnsi="Arial"/>
        </w:rPr>
        <w:t>Mo.</w:t>
      </w:r>
    </w:p>
    <w:p w14:paraId="3D13303B" w14:textId="77777777" w:rsidR="00B23B83" w:rsidRDefault="00B23B83">
      <w:pPr>
        <w:spacing w:after="0"/>
      </w:pPr>
    </w:p>
    <w:p w14:paraId="242E2B51" w14:textId="77777777" w:rsidR="00B23B83" w:rsidRDefault="00D16237">
      <w:pPr>
        <w:spacing w:after="0"/>
      </w:pPr>
      <w:r>
        <w:rPr>
          <w:rFonts w:ascii="Arial" w:hAnsi="Arial"/>
          <w:b/>
        </w:rPr>
        <w:t xml:space="preserve">Interviewer E:  </w:t>
      </w:r>
      <w:r>
        <w:rPr>
          <w:rFonts w:ascii="Arial" w:hAnsi="Arial"/>
          <w:color w:val="5D7284"/>
        </w:rPr>
        <w:t>48:11</w:t>
      </w:r>
    </w:p>
    <w:p w14:paraId="1A407AC6" w14:textId="77777777" w:rsidR="00B23B83" w:rsidRDefault="00D16237">
      <w:pPr>
        <w:spacing w:after="0"/>
      </w:pPr>
      <w:r>
        <w:rPr>
          <w:rFonts w:ascii="Arial" w:hAnsi="Arial"/>
        </w:rPr>
        <w:t>It's pretty because now has a cotton candy colors.</w:t>
      </w:r>
    </w:p>
    <w:p w14:paraId="36B2C82F" w14:textId="77777777" w:rsidR="00B23B83" w:rsidRDefault="00B23B83">
      <w:pPr>
        <w:spacing w:after="0"/>
      </w:pPr>
    </w:p>
    <w:p w14:paraId="03B68D24" w14:textId="77777777" w:rsidR="00B23B83" w:rsidRDefault="00D16237">
      <w:pPr>
        <w:spacing w:after="0"/>
      </w:pPr>
      <w:r>
        <w:rPr>
          <w:rFonts w:ascii="Arial" w:hAnsi="Arial"/>
          <w:b/>
        </w:rPr>
        <w:t xml:space="preserve">Participant #27:  </w:t>
      </w:r>
      <w:r>
        <w:rPr>
          <w:rFonts w:ascii="Arial" w:hAnsi="Arial"/>
          <w:color w:val="5D7284"/>
        </w:rPr>
        <w:t>48:13</w:t>
      </w:r>
    </w:p>
    <w:p w14:paraId="0D515E4C" w14:textId="77777777" w:rsidR="00B23B83" w:rsidRDefault="00D16237">
      <w:pPr>
        <w:spacing w:after="0"/>
      </w:pPr>
      <w:r>
        <w:rPr>
          <w:rFonts w:ascii="Arial" w:hAnsi="Arial"/>
        </w:rPr>
        <w:t xml:space="preserve">Yeah. But I like that it's like lifted off the bottom. </w:t>
      </w:r>
    </w:p>
    <w:p w14:paraId="059B3047" w14:textId="77777777" w:rsidR="00B23B83" w:rsidRDefault="00B23B83">
      <w:pPr>
        <w:spacing w:after="0"/>
      </w:pPr>
    </w:p>
    <w:p w14:paraId="2D97BCC8" w14:textId="77777777" w:rsidR="00B23B83" w:rsidRDefault="00D16237">
      <w:pPr>
        <w:spacing w:after="0"/>
      </w:pPr>
      <w:r>
        <w:rPr>
          <w:rFonts w:ascii="Arial" w:hAnsi="Arial"/>
          <w:b/>
        </w:rPr>
        <w:t xml:space="preserve">Interviewer E:  </w:t>
      </w:r>
      <w:r>
        <w:rPr>
          <w:rFonts w:ascii="Arial" w:hAnsi="Arial"/>
          <w:color w:val="5D7284"/>
        </w:rPr>
        <w:t>48:19</w:t>
      </w:r>
    </w:p>
    <w:p w14:paraId="313205D8" w14:textId="77777777" w:rsidR="00B23B83" w:rsidRDefault="00D16237">
      <w:pPr>
        <w:spacing w:after="0"/>
      </w:pPr>
      <w:r>
        <w:rPr>
          <w:rFonts w:ascii="Arial" w:hAnsi="Arial"/>
        </w:rPr>
        <w:lastRenderedPageBreak/>
        <w:t>Yeah, I did want to show you that. I was like hold on.</w:t>
      </w:r>
    </w:p>
    <w:p w14:paraId="67170A5B" w14:textId="77777777" w:rsidR="00B23B83" w:rsidRDefault="00B23B83">
      <w:pPr>
        <w:spacing w:after="0"/>
      </w:pPr>
    </w:p>
    <w:p w14:paraId="79F52B8F" w14:textId="77777777" w:rsidR="00B23B83" w:rsidRDefault="00D16237">
      <w:pPr>
        <w:spacing w:after="0"/>
      </w:pPr>
      <w:r>
        <w:rPr>
          <w:rFonts w:ascii="Arial" w:hAnsi="Arial"/>
          <w:b/>
        </w:rPr>
        <w:t xml:space="preserve">Participant #27:  </w:t>
      </w:r>
      <w:r>
        <w:rPr>
          <w:rFonts w:ascii="Arial" w:hAnsi="Arial"/>
          <w:color w:val="5D7284"/>
        </w:rPr>
        <w:t>48:22</w:t>
      </w:r>
    </w:p>
    <w:p w14:paraId="4D94F95F" w14:textId="18FD4301" w:rsidR="00B23B83" w:rsidRDefault="00D16237">
      <w:pPr>
        <w:spacing w:after="0"/>
      </w:pPr>
      <w:r>
        <w:rPr>
          <w:rFonts w:ascii="Arial" w:hAnsi="Arial"/>
        </w:rPr>
        <w:t xml:space="preserve">That's cool. The pink seems like it's </w:t>
      </w:r>
      <w:r w:rsidR="00B43844">
        <w:rPr>
          <w:rFonts w:ascii="Arial" w:hAnsi="Arial"/>
        </w:rPr>
        <w:t>disappearing,</w:t>
      </w:r>
      <w:r>
        <w:rPr>
          <w:rFonts w:ascii="Arial" w:hAnsi="Arial"/>
        </w:rPr>
        <w:t xml:space="preserve"> or it seems like there's less or maybe it's just being engulfed by the blue.</w:t>
      </w:r>
    </w:p>
    <w:p w14:paraId="672F850E" w14:textId="77777777" w:rsidR="00B23B83" w:rsidRDefault="00B23B83">
      <w:pPr>
        <w:spacing w:after="0"/>
      </w:pPr>
    </w:p>
    <w:p w14:paraId="2510583C" w14:textId="77777777" w:rsidR="00B23B83" w:rsidRDefault="00D16237">
      <w:pPr>
        <w:spacing w:after="0"/>
      </w:pPr>
      <w:r>
        <w:rPr>
          <w:rFonts w:ascii="Arial" w:hAnsi="Arial"/>
          <w:b/>
        </w:rPr>
        <w:t xml:space="preserve">Interviewer E:  </w:t>
      </w:r>
      <w:r>
        <w:rPr>
          <w:rFonts w:ascii="Arial" w:hAnsi="Arial"/>
          <w:color w:val="5D7284"/>
        </w:rPr>
        <w:t>48:37</w:t>
      </w:r>
    </w:p>
    <w:p w14:paraId="7F15A9B8" w14:textId="77777777" w:rsidR="00B23B83" w:rsidRDefault="00D16237">
      <w:pPr>
        <w:spacing w:after="0"/>
      </w:pPr>
      <w:r>
        <w:rPr>
          <w:rFonts w:ascii="Arial" w:hAnsi="Arial"/>
        </w:rPr>
        <w:t>Does that surprising kind of cool?</w:t>
      </w:r>
    </w:p>
    <w:p w14:paraId="7D1CF352" w14:textId="77777777" w:rsidR="00B23B83" w:rsidRDefault="00B23B83">
      <w:pPr>
        <w:spacing w:after="0"/>
      </w:pPr>
    </w:p>
    <w:p w14:paraId="5AAF9E2D" w14:textId="77777777" w:rsidR="00B23B83" w:rsidRDefault="00D16237">
      <w:pPr>
        <w:spacing w:after="0"/>
      </w:pPr>
      <w:r>
        <w:rPr>
          <w:rFonts w:ascii="Arial" w:hAnsi="Arial"/>
          <w:b/>
        </w:rPr>
        <w:t xml:space="preserve">Participant #27:  </w:t>
      </w:r>
      <w:r>
        <w:rPr>
          <w:rFonts w:ascii="Arial" w:hAnsi="Arial"/>
          <w:color w:val="5D7284"/>
        </w:rPr>
        <w:t>48:39</w:t>
      </w:r>
    </w:p>
    <w:p w14:paraId="1E541B43" w14:textId="77777777" w:rsidR="00B23B83" w:rsidRDefault="00D16237">
      <w:pPr>
        <w:spacing w:after="0"/>
      </w:pPr>
      <w:r>
        <w:rPr>
          <w:rFonts w:ascii="Arial" w:hAnsi="Arial"/>
        </w:rPr>
        <w:t>Yeah. It is surprising because that's what I figured. This is what I assumed the water was doing when it was moving.</w:t>
      </w:r>
    </w:p>
    <w:p w14:paraId="1BA696EF" w14:textId="77777777" w:rsidR="00B23B83" w:rsidRDefault="00B23B83">
      <w:pPr>
        <w:spacing w:after="0"/>
      </w:pPr>
    </w:p>
    <w:p w14:paraId="60F90E23" w14:textId="77777777" w:rsidR="00B23B83" w:rsidRDefault="00D16237">
      <w:pPr>
        <w:spacing w:after="0"/>
      </w:pPr>
      <w:r>
        <w:rPr>
          <w:rFonts w:ascii="Arial" w:hAnsi="Arial"/>
          <w:b/>
        </w:rPr>
        <w:t xml:space="preserve">Interviewer E:  </w:t>
      </w:r>
      <w:r>
        <w:rPr>
          <w:rFonts w:ascii="Arial" w:hAnsi="Arial"/>
          <w:color w:val="5D7284"/>
        </w:rPr>
        <w:t>48:48</w:t>
      </w:r>
    </w:p>
    <w:p w14:paraId="4DA04136" w14:textId="77777777" w:rsidR="00B23B83" w:rsidRDefault="00D16237">
      <w:pPr>
        <w:spacing w:after="0"/>
      </w:pPr>
      <w:r>
        <w:rPr>
          <w:rFonts w:ascii="Arial" w:hAnsi="Arial"/>
        </w:rPr>
        <w:t>When it was spinning you thought it was going in that spiral.</w:t>
      </w:r>
    </w:p>
    <w:p w14:paraId="17F28F0F" w14:textId="77777777" w:rsidR="00B23B83" w:rsidRDefault="00B23B83">
      <w:pPr>
        <w:spacing w:after="0"/>
      </w:pPr>
    </w:p>
    <w:p w14:paraId="4F66EF24" w14:textId="77777777" w:rsidR="00B23B83" w:rsidRDefault="00D16237">
      <w:pPr>
        <w:spacing w:after="0"/>
      </w:pPr>
      <w:r>
        <w:rPr>
          <w:rFonts w:ascii="Arial" w:hAnsi="Arial"/>
          <w:b/>
        </w:rPr>
        <w:t xml:space="preserve">Participant #27:  </w:t>
      </w:r>
      <w:r>
        <w:rPr>
          <w:rFonts w:ascii="Arial" w:hAnsi="Arial"/>
          <w:color w:val="5D7284"/>
        </w:rPr>
        <w:t>48:50</w:t>
      </w:r>
    </w:p>
    <w:p w14:paraId="3AF116DD" w14:textId="1D852FD3" w:rsidR="00B23B83" w:rsidRDefault="00B43844">
      <w:pPr>
        <w:spacing w:after="0"/>
      </w:pPr>
      <w:r>
        <w:rPr>
          <w:rFonts w:ascii="Arial" w:hAnsi="Arial"/>
        </w:rPr>
        <w:t>Yeah, that's cool.</w:t>
      </w:r>
    </w:p>
    <w:p w14:paraId="4E06ED82" w14:textId="77777777" w:rsidR="00B23B83" w:rsidRDefault="00B23B83">
      <w:pPr>
        <w:spacing w:after="0"/>
      </w:pPr>
    </w:p>
    <w:p w14:paraId="7AD26A2B" w14:textId="77777777" w:rsidR="00B23B83" w:rsidRDefault="00D16237">
      <w:pPr>
        <w:spacing w:after="0"/>
      </w:pPr>
      <w:r>
        <w:rPr>
          <w:rFonts w:ascii="Arial" w:hAnsi="Arial"/>
          <w:b/>
        </w:rPr>
        <w:t xml:space="preserve">Interviewer E:  </w:t>
      </w:r>
      <w:r>
        <w:rPr>
          <w:rFonts w:ascii="Arial" w:hAnsi="Arial"/>
          <w:color w:val="5D7284"/>
        </w:rPr>
        <w:t>49:01</w:t>
      </w:r>
    </w:p>
    <w:p w14:paraId="753FDA92" w14:textId="77777777" w:rsidR="00B23B83" w:rsidRDefault="00D16237">
      <w:pPr>
        <w:spacing w:after="0"/>
      </w:pPr>
      <w:r>
        <w:rPr>
          <w:rFonts w:ascii="Arial" w:hAnsi="Arial"/>
        </w:rPr>
        <w:t>I think so too. All right. So back to our beads. Um so you said that it would go in the opposite direction of how it's spinning.</w:t>
      </w:r>
    </w:p>
    <w:p w14:paraId="2DB102E9" w14:textId="77777777" w:rsidR="00B23B83" w:rsidRDefault="00B23B83">
      <w:pPr>
        <w:spacing w:after="0"/>
      </w:pPr>
    </w:p>
    <w:p w14:paraId="7AC95F76" w14:textId="77777777" w:rsidR="00B23B83" w:rsidRDefault="00D16237">
      <w:pPr>
        <w:spacing w:after="0"/>
      </w:pPr>
      <w:r>
        <w:rPr>
          <w:rFonts w:ascii="Arial" w:hAnsi="Arial"/>
          <w:b/>
        </w:rPr>
        <w:t xml:space="preserve">Participant #27:  </w:t>
      </w:r>
      <w:r>
        <w:rPr>
          <w:rFonts w:ascii="Arial" w:hAnsi="Arial"/>
          <w:color w:val="5D7284"/>
        </w:rPr>
        <w:t>49:11</w:t>
      </w:r>
    </w:p>
    <w:p w14:paraId="1A602243" w14:textId="77777777" w:rsidR="00B23B83" w:rsidRDefault="00D16237">
      <w:pPr>
        <w:spacing w:after="0"/>
      </w:pPr>
      <w:r>
        <w:rPr>
          <w:rFonts w:ascii="Arial" w:hAnsi="Arial"/>
        </w:rPr>
        <w:t>Yeah.</w:t>
      </w:r>
    </w:p>
    <w:p w14:paraId="750F297F" w14:textId="77777777" w:rsidR="00B23B83" w:rsidRDefault="00B23B83">
      <w:pPr>
        <w:spacing w:after="0"/>
      </w:pPr>
    </w:p>
    <w:p w14:paraId="61B7E013" w14:textId="77777777" w:rsidR="00B23B83" w:rsidRDefault="00D16237">
      <w:pPr>
        <w:spacing w:after="0"/>
      </w:pPr>
      <w:r>
        <w:rPr>
          <w:rFonts w:ascii="Arial" w:hAnsi="Arial"/>
          <w:b/>
        </w:rPr>
        <w:t xml:space="preserve">Interviewer E:  </w:t>
      </w:r>
      <w:r>
        <w:rPr>
          <w:rFonts w:ascii="Arial" w:hAnsi="Arial"/>
          <w:color w:val="5D7284"/>
        </w:rPr>
        <w:t>49:12</w:t>
      </w:r>
    </w:p>
    <w:p w14:paraId="661C2B2A" w14:textId="77777777" w:rsidR="00B23B83" w:rsidRDefault="00D16237">
      <w:pPr>
        <w:spacing w:after="0"/>
      </w:pPr>
      <w:r>
        <w:rPr>
          <w:rFonts w:ascii="Arial" w:hAnsi="Arial"/>
        </w:rPr>
        <w:t>The left behind burl tunnel.</w:t>
      </w:r>
    </w:p>
    <w:p w14:paraId="61B0EA89" w14:textId="77777777" w:rsidR="00B23B83" w:rsidRDefault="00B23B83">
      <w:pPr>
        <w:spacing w:after="0"/>
      </w:pPr>
    </w:p>
    <w:p w14:paraId="5B226269" w14:textId="77777777" w:rsidR="00B23B83" w:rsidRDefault="00D16237">
      <w:pPr>
        <w:spacing w:after="0"/>
      </w:pPr>
      <w:r>
        <w:rPr>
          <w:rFonts w:ascii="Arial" w:hAnsi="Arial"/>
          <w:b/>
        </w:rPr>
        <w:t xml:space="preserve">Participant #27:  </w:t>
      </w:r>
      <w:r>
        <w:rPr>
          <w:rFonts w:ascii="Arial" w:hAnsi="Arial"/>
          <w:color w:val="5D7284"/>
        </w:rPr>
        <w:t>49:15</w:t>
      </w:r>
    </w:p>
    <w:p w14:paraId="51262B6A" w14:textId="77777777" w:rsidR="00B23B83" w:rsidRDefault="00D16237">
      <w:pPr>
        <w:spacing w:after="0"/>
      </w:pPr>
      <w:r>
        <w:rPr>
          <w:rFonts w:ascii="Arial" w:hAnsi="Arial"/>
        </w:rPr>
        <w:t>Yeah.</w:t>
      </w:r>
    </w:p>
    <w:p w14:paraId="405C501C" w14:textId="77777777" w:rsidR="00B23B83" w:rsidRDefault="00B23B83">
      <w:pPr>
        <w:spacing w:after="0"/>
      </w:pPr>
    </w:p>
    <w:p w14:paraId="307A0A67" w14:textId="77777777" w:rsidR="00B23B83" w:rsidRDefault="00D16237">
      <w:pPr>
        <w:spacing w:after="0"/>
      </w:pPr>
      <w:r>
        <w:rPr>
          <w:rFonts w:ascii="Arial" w:hAnsi="Arial"/>
          <w:b/>
        </w:rPr>
        <w:t xml:space="preserve">Interviewer E:  </w:t>
      </w:r>
      <w:r>
        <w:rPr>
          <w:rFonts w:ascii="Arial" w:hAnsi="Arial"/>
          <w:color w:val="5D7284"/>
        </w:rPr>
        <w:t>49:16</w:t>
      </w:r>
    </w:p>
    <w:p w14:paraId="54EDEF27" w14:textId="77777777" w:rsidR="00B23B83" w:rsidRDefault="00D16237">
      <w:pPr>
        <w:spacing w:after="0"/>
      </w:pPr>
      <w:r>
        <w:rPr>
          <w:rFonts w:ascii="Arial" w:hAnsi="Arial"/>
        </w:rPr>
        <w:t>Would it go inward towards the center or do you think it will go outward towards like the rim of the bowl. Or would it just go straight down?</w:t>
      </w:r>
    </w:p>
    <w:p w14:paraId="46FC8DEC" w14:textId="77777777" w:rsidR="00B23B83" w:rsidRDefault="00B23B83">
      <w:pPr>
        <w:spacing w:after="0"/>
      </w:pPr>
    </w:p>
    <w:p w14:paraId="61DD8002" w14:textId="77777777" w:rsidR="00B23B83" w:rsidRDefault="00D16237">
      <w:pPr>
        <w:spacing w:after="0"/>
      </w:pPr>
      <w:r>
        <w:rPr>
          <w:rFonts w:ascii="Arial" w:hAnsi="Arial"/>
          <w:b/>
        </w:rPr>
        <w:t xml:space="preserve">Participant #27:  </w:t>
      </w:r>
      <w:r>
        <w:rPr>
          <w:rFonts w:ascii="Arial" w:hAnsi="Arial"/>
          <w:color w:val="5D7284"/>
        </w:rPr>
        <w:t>49:29</w:t>
      </w:r>
    </w:p>
    <w:p w14:paraId="0984AE70" w14:textId="77777777" w:rsidR="00B23B83" w:rsidRDefault="00D16237">
      <w:pPr>
        <w:spacing w:after="0"/>
      </w:pPr>
      <w:r>
        <w:rPr>
          <w:rFonts w:ascii="Arial" w:hAnsi="Arial"/>
        </w:rPr>
        <w:t>I think maybe if it was moving like super fast it would go towards the middle.</w:t>
      </w:r>
    </w:p>
    <w:p w14:paraId="4224ACC5" w14:textId="77777777" w:rsidR="00B23B83" w:rsidRDefault="00B23B83">
      <w:pPr>
        <w:spacing w:after="0"/>
      </w:pPr>
    </w:p>
    <w:p w14:paraId="1404D03E" w14:textId="77777777" w:rsidR="00B23B83" w:rsidRDefault="00D16237">
      <w:pPr>
        <w:spacing w:after="0"/>
      </w:pPr>
      <w:r>
        <w:rPr>
          <w:rFonts w:ascii="Arial" w:hAnsi="Arial"/>
          <w:b/>
        </w:rPr>
        <w:t xml:space="preserve">Interviewer E:  </w:t>
      </w:r>
      <w:r>
        <w:rPr>
          <w:rFonts w:ascii="Arial" w:hAnsi="Arial"/>
          <w:color w:val="5D7284"/>
        </w:rPr>
        <w:t>49:34</w:t>
      </w:r>
    </w:p>
    <w:p w14:paraId="17B5A9BA" w14:textId="77777777" w:rsidR="00B23B83" w:rsidRDefault="00D16237">
      <w:pPr>
        <w:spacing w:after="0"/>
      </w:pPr>
      <w:r>
        <w:rPr>
          <w:rFonts w:ascii="Arial" w:hAnsi="Arial"/>
        </w:rPr>
        <w:t>Towards the middle so it like kind of go backwards towards the middle.</w:t>
      </w:r>
    </w:p>
    <w:p w14:paraId="2F3CF7D3" w14:textId="77777777" w:rsidR="00B23B83" w:rsidRDefault="00B23B83">
      <w:pPr>
        <w:spacing w:after="0"/>
      </w:pPr>
    </w:p>
    <w:p w14:paraId="50FC166B" w14:textId="77777777" w:rsidR="00B23B83" w:rsidRDefault="00D16237">
      <w:pPr>
        <w:spacing w:after="0"/>
      </w:pPr>
      <w:r>
        <w:rPr>
          <w:rFonts w:ascii="Arial" w:hAnsi="Arial"/>
          <w:b/>
        </w:rPr>
        <w:t xml:space="preserve">Participant #27:  </w:t>
      </w:r>
      <w:r>
        <w:rPr>
          <w:rFonts w:ascii="Arial" w:hAnsi="Arial"/>
          <w:color w:val="5D7284"/>
        </w:rPr>
        <w:t>49:38</w:t>
      </w:r>
    </w:p>
    <w:p w14:paraId="71F4EC9F" w14:textId="77777777" w:rsidR="00B23B83" w:rsidRDefault="00D16237">
      <w:pPr>
        <w:spacing w:after="0"/>
      </w:pPr>
      <w:r>
        <w:rPr>
          <w:rFonts w:ascii="Arial" w:hAnsi="Arial"/>
        </w:rPr>
        <w:lastRenderedPageBreak/>
        <w:t>Backwards towards the middle. Yeah, but I feel like at the speed that it's going it might just go backwards from where its placement was.</w:t>
      </w:r>
    </w:p>
    <w:p w14:paraId="5C26833A" w14:textId="77777777" w:rsidR="00B23B83" w:rsidRDefault="00B23B83">
      <w:pPr>
        <w:spacing w:after="0"/>
      </w:pPr>
    </w:p>
    <w:p w14:paraId="4C851E76" w14:textId="77777777" w:rsidR="00B23B83" w:rsidRDefault="00D16237">
      <w:pPr>
        <w:spacing w:after="0"/>
      </w:pPr>
      <w:r>
        <w:rPr>
          <w:rFonts w:ascii="Arial" w:hAnsi="Arial"/>
          <w:b/>
        </w:rPr>
        <w:t xml:space="preserve">Interviewer E:  </w:t>
      </w:r>
      <w:r>
        <w:rPr>
          <w:rFonts w:ascii="Arial" w:hAnsi="Arial"/>
          <w:color w:val="5D7284"/>
        </w:rPr>
        <w:t>49:48</w:t>
      </w:r>
    </w:p>
    <w:p w14:paraId="29EE7F44" w14:textId="77777777" w:rsidR="00B23B83" w:rsidRDefault="00D16237">
      <w:pPr>
        <w:spacing w:after="0"/>
      </w:pPr>
      <w:r>
        <w:rPr>
          <w:rFonts w:ascii="Arial" w:hAnsi="Arial"/>
        </w:rPr>
        <w:t xml:space="preserve">Right. </w:t>
      </w:r>
    </w:p>
    <w:p w14:paraId="3D952AD8" w14:textId="77777777" w:rsidR="00B23B83" w:rsidRDefault="00B23B83">
      <w:pPr>
        <w:spacing w:after="0"/>
      </w:pPr>
    </w:p>
    <w:p w14:paraId="1E9983D3" w14:textId="77777777" w:rsidR="00B23B83" w:rsidRDefault="00D16237">
      <w:pPr>
        <w:spacing w:after="0"/>
      </w:pPr>
      <w:r>
        <w:rPr>
          <w:rFonts w:ascii="Arial" w:hAnsi="Arial"/>
          <w:b/>
        </w:rPr>
        <w:t xml:space="preserve">Participant #27:  </w:t>
      </w:r>
      <w:r>
        <w:rPr>
          <w:rFonts w:ascii="Arial" w:hAnsi="Arial"/>
          <w:color w:val="5D7284"/>
        </w:rPr>
        <w:t>49:48</w:t>
      </w:r>
    </w:p>
    <w:p w14:paraId="026309F3" w14:textId="77777777" w:rsidR="00B23B83" w:rsidRDefault="00D16237">
      <w:pPr>
        <w:spacing w:after="0"/>
      </w:pPr>
      <w:r>
        <w:rPr>
          <w:rFonts w:ascii="Arial" w:hAnsi="Arial"/>
        </w:rPr>
        <w:t>Or maybe a little bit yeah, I guess maybe a little bit towards the middle.</w:t>
      </w:r>
    </w:p>
    <w:p w14:paraId="2C817004" w14:textId="77777777" w:rsidR="00B23B83" w:rsidRDefault="00B23B83">
      <w:pPr>
        <w:spacing w:after="0"/>
      </w:pPr>
    </w:p>
    <w:p w14:paraId="7CB320E5" w14:textId="77777777" w:rsidR="00B23B83" w:rsidRDefault="00D16237">
      <w:pPr>
        <w:spacing w:after="0"/>
      </w:pPr>
      <w:r>
        <w:rPr>
          <w:rFonts w:ascii="Arial" w:hAnsi="Arial"/>
          <w:b/>
        </w:rPr>
        <w:t xml:space="preserve">Interviewer E:  </w:t>
      </w:r>
      <w:r>
        <w:rPr>
          <w:rFonts w:ascii="Arial" w:hAnsi="Arial"/>
          <w:color w:val="5D7284"/>
        </w:rPr>
        <w:t>49:53</w:t>
      </w:r>
    </w:p>
    <w:p w14:paraId="7F01E10E" w14:textId="77777777" w:rsidR="00B23B83" w:rsidRDefault="00D16237">
      <w:pPr>
        <w:spacing w:after="0"/>
      </w:pPr>
      <w:r>
        <w:rPr>
          <w:rFonts w:ascii="Arial" w:hAnsi="Arial"/>
        </w:rPr>
        <w:t>Okay. Perfectly for wish I could show you a demonstration.</w:t>
      </w:r>
    </w:p>
    <w:p w14:paraId="0623DDA3" w14:textId="77777777" w:rsidR="00B23B83" w:rsidRDefault="00B23B83">
      <w:pPr>
        <w:spacing w:after="0"/>
      </w:pPr>
    </w:p>
    <w:p w14:paraId="28FA59F5" w14:textId="77777777" w:rsidR="00B23B83" w:rsidRDefault="00D16237">
      <w:pPr>
        <w:spacing w:after="0"/>
      </w:pPr>
      <w:r>
        <w:rPr>
          <w:rFonts w:ascii="Arial" w:hAnsi="Arial"/>
          <w:b/>
        </w:rPr>
        <w:t xml:space="preserve">Participant #27:  </w:t>
      </w:r>
      <w:r>
        <w:rPr>
          <w:rFonts w:ascii="Arial" w:hAnsi="Arial"/>
          <w:color w:val="5D7284"/>
        </w:rPr>
        <w:t>49:59</w:t>
      </w:r>
    </w:p>
    <w:p w14:paraId="2759D822" w14:textId="77777777" w:rsidR="00B23B83" w:rsidRDefault="00D16237">
      <w:pPr>
        <w:spacing w:after="0"/>
      </w:pPr>
      <w:r>
        <w:rPr>
          <w:rFonts w:ascii="Arial" w:hAnsi="Arial"/>
        </w:rPr>
        <w:t>Dang that's okay.</w:t>
      </w:r>
    </w:p>
    <w:p w14:paraId="3CC558CF" w14:textId="77777777" w:rsidR="00B23B83" w:rsidRDefault="00B23B83">
      <w:pPr>
        <w:spacing w:after="0"/>
      </w:pPr>
    </w:p>
    <w:p w14:paraId="79ECC979" w14:textId="77777777" w:rsidR="00B23B83" w:rsidRDefault="00D16237">
      <w:pPr>
        <w:spacing w:after="0"/>
      </w:pPr>
      <w:r>
        <w:rPr>
          <w:rFonts w:ascii="Arial" w:hAnsi="Arial"/>
          <w:b/>
        </w:rPr>
        <w:t xml:space="preserve">Interviewer E:  </w:t>
      </w:r>
      <w:r>
        <w:rPr>
          <w:rFonts w:ascii="Arial" w:hAnsi="Arial"/>
          <w:color w:val="5D7284"/>
        </w:rPr>
        <w:t>50:02</w:t>
      </w:r>
    </w:p>
    <w:p w14:paraId="0BFA23B7" w14:textId="77777777" w:rsidR="00B23B83" w:rsidRDefault="00D16237">
      <w:pPr>
        <w:spacing w:after="0"/>
      </w:pPr>
      <w:r>
        <w:rPr>
          <w:rFonts w:ascii="Arial" w:hAnsi="Arial"/>
        </w:rPr>
        <w:t xml:space="preserve">Maybe one day, we're get a bead hot enough. </w:t>
      </w:r>
    </w:p>
    <w:p w14:paraId="1638E798" w14:textId="77777777" w:rsidR="00B23B83" w:rsidRDefault="00B23B83">
      <w:pPr>
        <w:spacing w:after="0"/>
      </w:pPr>
    </w:p>
    <w:p w14:paraId="201969F8" w14:textId="77777777" w:rsidR="00B23B83" w:rsidRDefault="00D16237">
      <w:pPr>
        <w:spacing w:after="0"/>
      </w:pPr>
      <w:r>
        <w:rPr>
          <w:rFonts w:ascii="Arial" w:hAnsi="Arial"/>
          <w:b/>
        </w:rPr>
        <w:t xml:space="preserve">Participant #27:  </w:t>
      </w:r>
      <w:r>
        <w:rPr>
          <w:rFonts w:ascii="Arial" w:hAnsi="Arial"/>
          <w:color w:val="5D7284"/>
        </w:rPr>
        <w:t>50:05</w:t>
      </w:r>
    </w:p>
    <w:p w14:paraId="0A0307F8" w14:textId="77777777" w:rsidR="00B23B83" w:rsidRDefault="00D16237">
      <w:pPr>
        <w:spacing w:after="0"/>
      </w:pPr>
      <w:r>
        <w:rPr>
          <w:rFonts w:ascii="Arial" w:hAnsi="Arial"/>
        </w:rPr>
        <w:t xml:space="preserve">Yeah. </w:t>
      </w:r>
    </w:p>
    <w:p w14:paraId="31556367" w14:textId="77777777" w:rsidR="00B23B83" w:rsidRDefault="00B23B83">
      <w:pPr>
        <w:spacing w:after="0"/>
      </w:pPr>
    </w:p>
    <w:p w14:paraId="33D323A3" w14:textId="77777777" w:rsidR="00B23B83" w:rsidRDefault="00D16237">
      <w:pPr>
        <w:spacing w:after="0"/>
      </w:pPr>
      <w:r>
        <w:rPr>
          <w:rFonts w:ascii="Arial" w:hAnsi="Arial"/>
          <w:b/>
        </w:rPr>
        <w:t xml:space="preserve">Interviewer E:  </w:t>
      </w:r>
      <w:r>
        <w:rPr>
          <w:rFonts w:ascii="Arial" w:hAnsi="Arial"/>
          <w:color w:val="5D7284"/>
        </w:rPr>
        <w:t>50:07</w:t>
      </w:r>
    </w:p>
    <w:p w14:paraId="460AE70D" w14:textId="77777777" w:rsidR="00B23B83" w:rsidRDefault="00D16237">
      <w:pPr>
        <w:spacing w:after="0"/>
      </w:pPr>
      <w:r>
        <w:rPr>
          <w:rFonts w:ascii="Arial" w:hAnsi="Arial"/>
        </w:rPr>
        <w:t>All right. So next is more like a thought experiment. We can leave this here just for the giggles. But let's say I had a record. Do you know what a record is?</w:t>
      </w:r>
    </w:p>
    <w:p w14:paraId="2B4EB876" w14:textId="77777777" w:rsidR="00B23B83" w:rsidRDefault="00B23B83">
      <w:pPr>
        <w:spacing w:after="0"/>
      </w:pPr>
    </w:p>
    <w:p w14:paraId="06075F70" w14:textId="77777777" w:rsidR="00B23B83" w:rsidRDefault="00D16237">
      <w:pPr>
        <w:spacing w:after="0"/>
      </w:pPr>
      <w:r>
        <w:rPr>
          <w:rFonts w:ascii="Arial" w:hAnsi="Arial"/>
          <w:b/>
        </w:rPr>
        <w:t xml:space="preserve">Participant #27:  </w:t>
      </w:r>
      <w:r>
        <w:rPr>
          <w:rFonts w:ascii="Arial" w:hAnsi="Arial"/>
          <w:color w:val="5D7284"/>
        </w:rPr>
        <w:t>50:19</w:t>
      </w:r>
    </w:p>
    <w:p w14:paraId="63E4F39F" w14:textId="77777777" w:rsidR="00B23B83" w:rsidRDefault="00D16237">
      <w:pPr>
        <w:spacing w:after="0"/>
      </w:pPr>
      <w:r>
        <w:rPr>
          <w:rFonts w:ascii="Arial" w:hAnsi="Arial"/>
        </w:rPr>
        <w:t xml:space="preserve">Yeah. </w:t>
      </w:r>
    </w:p>
    <w:p w14:paraId="616313D8" w14:textId="77777777" w:rsidR="00B23B83" w:rsidRDefault="00B23B83">
      <w:pPr>
        <w:spacing w:after="0"/>
      </w:pPr>
    </w:p>
    <w:p w14:paraId="30FD33B1" w14:textId="77777777" w:rsidR="00B23B83" w:rsidRDefault="00D16237">
      <w:pPr>
        <w:spacing w:after="0"/>
      </w:pPr>
      <w:r>
        <w:rPr>
          <w:rFonts w:ascii="Arial" w:hAnsi="Arial"/>
          <w:b/>
        </w:rPr>
        <w:t xml:space="preserve">Interviewer E:  </w:t>
      </w:r>
      <w:r>
        <w:rPr>
          <w:rFonts w:ascii="Arial" w:hAnsi="Arial"/>
          <w:color w:val="5D7284"/>
        </w:rPr>
        <w:t>50:20</w:t>
      </w:r>
    </w:p>
    <w:p w14:paraId="7CB4C831" w14:textId="3AC2C772" w:rsidR="00B23B83" w:rsidRDefault="00D16237">
      <w:pPr>
        <w:spacing w:after="0"/>
      </w:pPr>
      <w:r>
        <w:rPr>
          <w:rFonts w:ascii="Arial" w:hAnsi="Arial"/>
        </w:rPr>
        <w:t xml:space="preserve">Good. Some people don't know what record is now a days. You know, and I'm a little older than a </w:t>
      </w:r>
      <w:r w:rsidR="00B43844">
        <w:rPr>
          <w:rFonts w:ascii="Arial" w:hAnsi="Arial"/>
        </w:rPr>
        <w:t>lot of</w:t>
      </w:r>
      <w:r>
        <w:rPr>
          <w:rFonts w:ascii="Arial" w:hAnsi="Arial"/>
        </w:rPr>
        <w:t xml:space="preserve"> students.</w:t>
      </w:r>
    </w:p>
    <w:p w14:paraId="3E70F729" w14:textId="77777777" w:rsidR="00B23B83" w:rsidRDefault="00B23B83">
      <w:pPr>
        <w:spacing w:after="0"/>
      </w:pPr>
    </w:p>
    <w:p w14:paraId="0EC6C760" w14:textId="77777777" w:rsidR="00B23B83" w:rsidRDefault="00D16237">
      <w:pPr>
        <w:spacing w:after="0"/>
      </w:pPr>
      <w:r>
        <w:rPr>
          <w:rFonts w:ascii="Arial" w:hAnsi="Arial"/>
          <w:b/>
        </w:rPr>
        <w:t xml:space="preserve">Participant #27:  </w:t>
      </w:r>
      <w:r>
        <w:rPr>
          <w:rFonts w:ascii="Arial" w:hAnsi="Arial"/>
          <w:color w:val="5D7284"/>
        </w:rPr>
        <w:t>50:26</w:t>
      </w:r>
    </w:p>
    <w:p w14:paraId="7ADB5B6E" w14:textId="77777777" w:rsidR="00B23B83" w:rsidRDefault="00D16237">
      <w:pPr>
        <w:spacing w:after="0"/>
      </w:pPr>
      <w:r>
        <w:rPr>
          <w:rFonts w:ascii="Arial" w:hAnsi="Arial"/>
        </w:rPr>
        <w:t>I think we're close to the same age, right? You're like, 28-27. I'm 27 too. I remembered we talked about that at GSA.</w:t>
      </w:r>
    </w:p>
    <w:p w14:paraId="4C4F7595" w14:textId="77777777" w:rsidR="00B23B83" w:rsidRDefault="00B23B83">
      <w:pPr>
        <w:spacing w:after="0"/>
      </w:pPr>
    </w:p>
    <w:p w14:paraId="1F5EC141" w14:textId="77777777" w:rsidR="00B23B83" w:rsidRDefault="00D16237">
      <w:pPr>
        <w:spacing w:after="0"/>
      </w:pPr>
      <w:r>
        <w:rPr>
          <w:rFonts w:ascii="Arial" w:hAnsi="Arial"/>
          <w:b/>
        </w:rPr>
        <w:t xml:space="preserve">Interviewer E:  </w:t>
      </w:r>
      <w:r>
        <w:rPr>
          <w:rFonts w:ascii="Arial" w:hAnsi="Arial"/>
          <w:color w:val="5D7284"/>
        </w:rPr>
        <w:t>50:33</w:t>
      </w:r>
    </w:p>
    <w:p w14:paraId="11289237" w14:textId="77777777" w:rsidR="00B23B83" w:rsidRDefault="00D16237">
      <w:pPr>
        <w:spacing w:after="0"/>
      </w:pPr>
      <w:r>
        <w:rPr>
          <w:rFonts w:ascii="Arial" w:hAnsi="Arial"/>
        </w:rPr>
        <w:t xml:space="preserve">Yeah, okay, there we go. </w:t>
      </w:r>
    </w:p>
    <w:p w14:paraId="5C7DF2EA" w14:textId="77777777" w:rsidR="00B23B83" w:rsidRDefault="00B23B83">
      <w:pPr>
        <w:spacing w:after="0"/>
      </w:pPr>
    </w:p>
    <w:p w14:paraId="66DCD7EB" w14:textId="77777777" w:rsidR="00B23B83" w:rsidRDefault="00D16237">
      <w:pPr>
        <w:spacing w:after="0"/>
      </w:pPr>
      <w:r>
        <w:rPr>
          <w:rFonts w:ascii="Arial" w:hAnsi="Arial"/>
          <w:b/>
        </w:rPr>
        <w:t xml:space="preserve">Participant #27:  </w:t>
      </w:r>
      <w:r>
        <w:rPr>
          <w:rFonts w:ascii="Arial" w:hAnsi="Arial"/>
          <w:color w:val="5D7284"/>
        </w:rPr>
        <w:t>50:35</w:t>
      </w:r>
    </w:p>
    <w:p w14:paraId="41543534" w14:textId="77777777" w:rsidR="00B23B83" w:rsidRDefault="00D16237">
      <w:pPr>
        <w:spacing w:after="0"/>
      </w:pPr>
      <w:r>
        <w:rPr>
          <w:rFonts w:ascii="Arial" w:hAnsi="Arial"/>
        </w:rPr>
        <w:t xml:space="preserve">Okay, I'm with you. </w:t>
      </w:r>
    </w:p>
    <w:p w14:paraId="5689D5C5" w14:textId="77777777" w:rsidR="00B23B83" w:rsidRDefault="00B23B83">
      <w:pPr>
        <w:spacing w:after="0"/>
      </w:pPr>
    </w:p>
    <w:p w14:paraId="00DAC428" w14:textId="77777777" w:rsidR="00B23B83" w:rsidRDefault="00D16237">
      <w:pPr>
        <w:spacing w:after="0"/>
      </w:pPr>
      <w:r>
        <w:rPr>
          <w:rFonts w:ascii="Arial" w:hAnsi="Arial"/>
          <w:b/>
        </w:rPr>
        <w:t xml:space="preserve">Interviewer E:  </w:t>
      </w:r>
      <w:r>
        <w:rPr>
          <w:rFonts w:ascii="Arial" w:hAnsi="Arial"/>
          <w:color w:val="5D7284"/>
        </w:rPr>
        <w:t>50:35</w:t>
      </w:r>
    </w:p>
    <w:p w14:paraId="63A3E0FC" w14:textId="77777777" w:rsidR="00B23B83" w:rsidRDefault="00D16237">
      <w:pPr>
        <w:spacing w:after="0"/>
      </w:pPr>
      <w:r>
        <w:rPr>
          <w:rFonts w:ascii="Arial" w:hAnsi="Arial"/>
        </w:rPr>
        <w:lastRenderedPageBreak/>
        <w:t>Alright, good, good. Um, alright, so let's say I had a record and I put it on here. And let's say the record, let's turn it into metal. And then let's make it thick. So we have this thick record. That's all metal, and it's spinning.</w:t>
      </w:r>
    </w:p>
    <w:p w14:paraId="20FB1511" w14:textId="77777777" w:rsidR="00B23B83" w:rsidRDefault="00B23B83">
      <w:pPr>
        <w:spacing w:after="0"/>
      </w:pPr>
    </w:p>
    <w:p w14:paraId="5B63F33B" w14:textId="77777777" w:rsidR="00B23B83" w:rsidRDefault="00D16237">
      <w:pPr>
        <w:spacing w:after="0"/>
      </w:pPr>
      <w:r>
        <w:rPr>
          <w:rFonts w:ascii="Arial" w:hAnsi="Arial"/>
          <w:b/>
        </w:rPr>
        <w:t xml:space="preserve">Participant #27:  </w:t>
      </w:r>
      <w:r>
        <w:rPr>
          <w:rFonts w:ascii="Arial" w:hAnsi="Arial"/>
          <w:color w:val="5D7284"/>
        </w:rPr>
        <w:t>50:53</w:t>
      </w:r>
    </w:p>
    <w:p w14:paraId="24771845" w14:textId="77777777" w:rsidR="00B23B83" w:rsidRDefault="00D16237">
      <w:pPr>
        <w:spacing w:after="0"/>
      </w:pPr>
      <w:r>
        <w:rPr>
          <w:rFonts w:ascii="Arial" w:hAnsi="Arial"/>
        </w:rPr>
        <w:t xml:space="preserve">Okay. </w:t>
      </w:r>
    </w:p>
    <w:p w14:paraId="07EACFE2" w14:textId="77777777" w:rsidR="00B23B83" w:rsidRDefault="00B23B83">
      <w:pPr>
        <w:spacing w:after="0"/>
      </w:pPr>
    </w:p>
    <w:p w14:paraId="5635C926" w14:textId="77777777" w:rsidR="00B23B83" w:rsidRDefault="00D16237">
      <w:pPr>
        <w:spacing w:after="0"/>
      </w:pPr>
      <w:r>
        <w:rPr>
          <w:rFonts w:ascii="Arial" w:hAnsi="Arial"/>
          <w:b/>
        </w:rPr>
        <w:t xml:space="preserve">Interviewer E:  </w:t>
      </w:r>
      <w:r>
        <w:rPr>
          <w:rFonts w:ascii="Arial" w:hAnsi="Arial"/>
          <w:color w:val="5D7284"/>
        </w:rPr>
        <w:t>50:54</w:t>
      </w:r>
    </w:p>
    <w:p w14:paraId="68728B8C" w14:textId="0C0AC72B" w:rsidR="00B23B83" w:rsidRDefault="00B43844">
      <w:pPr>
        <w:spacing w:after="0"/>
      </w:pPr>
      <w:r>
        <w:rPr>
          <w:rFonts w:ascii="Arial" w:hAnsi="Arial"/>
        </w:rPr>
        <w:t>So, let's say that instead of beads, I had acid because beads won't do the trick. I think acid will eat through metal. So, we're going to drop some acid on this big cylindrical looking record metal thing. And as it's spinning, as that acid is eating away at the metal, how do you think that's gonna burrow into the record?</w:t>
      </w:r>
    </w:p>
    <w:p w14:paraId="0D606469" w14:textId="77777777" w:rsidR="00B23B83" w:rsidRDefault="00B23B83">
      <w:pPr>
        <w:spacing w:after="0"/>
      </w:pPr>
    </w:p>
    <w:p w14:paraId="45F8CEDC" w14:textId="77777777" w:rsidR="00B23B83" w:rsidRDefault="00D16237">
      <w:pPr>
        <w:spacing w:after="0"/>
      </w:pPr>
      <w:r>
        <w:rPr>
          <w:rFonts w:ascii="Arial" w:hAnsi="Arial"/>
          <w:b/>
        </w:rPr>
        <w:t xml:space="preserve">Participant #27:  </w:t>
      </w:r>
      <w:r>
        <w:rPr>
          <w:rFonts w:ascii="Arial" w:hAnsi="Arial"/>
          <w:color w:val="5D7284"/>
        </w:rPr>
        <w:t>51:23</w:t>
      </w:r>
    </w:p>
    <w:p w14:paraId="7524A908" w14:textId="77777777" w:rsidR="00B23B83" w:rsidRDefault="00D16237">
      <w:pPr>
        <w:spacing w:after="0"/>
      </w:pPr>
      <w:r>
        <w:rPr>
          <w:rFonts w:ascii="Arial" w:hAnsi="Arial"/>
        </w:rPr>
        <w:t>Um, well, I'm curious, like, how prone the like how easily it would be for the acid through like, if it's like a slow moving thing? Or if it would do a really quick, like upon contact. Like, maybe you would I feel like it would just go. Like, it might almost like stop it from moving because it, like, eat through it so quickly, like reached the bottom.</w:t>
      </w:r>
    </w:p>
    <w:p w14:paraId="1A759351" w14:textId="77777777" w:rsidR="00B23B83" w:rsidRDefault="00B23B83">
      <w:pPr>
        <w:spacing w:after="0"/>
      </w:pPr>
    </w:p>
    <w:p w14:paraId="2BA14432" w14:textId="77777777" w:rsidR="00B23B83" w:rsidRDefault="00D16237">
      <w:pPr>
        <w:spacing w:after="0"/>
      </w:pPr>
      <w:r>
        <w:rPr>
          <w:rFonts w:ascii="Arial" w:hAnsi="Arial"/>
          <w:b/>
        </w:rPr>
        <w:t xml:space="preserve">Interviewer E:  </w:t>
      </w:r>
      <w:r>
        <w:rPr>
          <w:rFonts w:ascii="Arial" w:hAnsi="Arial"/>
          <w:color w:val="5D7284"/>
        </w:rPr>
        <w:t>51:50</w:t>
      </w:r>
    </w:p>
    <w:p w14:paraId="64C20DB9" w14:textId="55E4B983" w:rsidR="00B23B83" w:rsidRDefault="00B43844">
      <w:pPr>
        <w:spacing w:after="0"/>
      </w:pPr>
      <w:r>
        <w:rPr>
          <w:rFonts w:ascii="Arial" w:hAnsi="Arial"/>
        </w:rPr>
        <w:t xml:space="preserve">So, we just essentially go straight through. </w:t>
      </w:r>
    </w:p>
    <w:p w14:paraId="03957111" w14:textId="77777777" w:rsidR="00B23B83" w:rsidRDefault="00B23B83">
      <w:pPr>
        <w:spacing w:after="0"/>
      </w:pPr>
    </w:p>
    <w:p w14:paraId="171F3A26" w14:textId="77777777" w:rsidR="00B23B83" w:rsidRDefault="00D16237">
      <w:pPr>
        <w:spacing w:after="0"/>
      </w:pPr>
      <w:r>
        <w:rPr>
          <w:rFonts w:ascii="Arial" w:hAnsi="Arial"/>
          <w:b/>
        </w:rPr>
        <w:t xml:space="preserve">Participant #27:  </w:t>
      </w:r>
      <w:r>
        <w:rPr>
          <w:rFonts w:ascii="Arial" w:hAnsi="Arial"/>
          <w:color w:val="5D7284"/>
        </w:rPr>
        <w:t>51:53</w:t>
      </w:r>
    </w:p>
    <w:p w14:paraId="24067449" w14:textId="77777777" w:rsidR="00B23B83" w:rsidRDefault="00D16237">
      <w:pPr>
        <w:spacing w:after="0"/>
      </w:pPr>
      <w:r>
        <w:rPr>
          <w:rFonts w:ascii="Arial" w:hAnsi="Arial"/>
        </w:rPr>
        <w:t xml:space="preserve">Yeah, I think that if it's like strong enough, it might just go straight through. But if it's not, I feel like it would do the same thing. </w:t>
      </w:r>
    </w:p>
    <w:p w14:paraId="26A7DC01" w14:textId="77777777" w:rsidR="00B23B83" w:rsidRDefault="00B23B83">
      <w:pPr>
        <w:spacing w:after="0"/>
      </w:pPr>
    </w:p>
    <w:p w14:paraId="10AFD0C8" w14:textId="77777777" w:rsidR="00B23B83" w:rsidRDefault="00D16237">
      <w:pPr>
        <w:spacing w:after="0"/>
      </w:pPr>
      <w:r>
        <w:rPr>
          <w:rFonts w:ascii="Arial" w:hAnsi="Arial"/>
          <w:b/>
        </w:rPr>
        <w:t xml:space="preserve">Interviewer E:  </w:t>
      </w:r>
      <w:r>
        <w:rPr>
          <w:rFonts w:ascii="Arial" w:hAnsi="Arial"/>
          <w:color w:val="5D7284"/>
        </w:rPr>
        <w:t>52:00</w:t>
      </w:r>
    </w:p>
    <w:p w14:paraId="43E947E5" w14:textId="77777777" w:rsidR="00B23B83" w:rsidRDefault="00D16237">
      <w:pPr>
        <w:spacing w:after="0"/>
      </w:pPr>
      <w:r>
        <w:rPr>
          <w:rFonts w:ascii="Arial" w:hAnsi="Arial"/>
        </w:rPr>
        <w:t xml:space="preserve">All like go towards kind of go in the opposite and down towards the center. </w:t>
      </w:r>
    </w:p>
    <w:p w14:paraId="677801B8" w14:textId="77777777" w:rsidR="00B23B83" w:rsidRDefault="00B23B83">
      <w:pPr>
        <w:spacing w:after="0"/>
      </w:pPr>
    </w:p>
    <w:p w14:paraId="01E6CE68" w14:textId="77777777" w:rsidR="00B23B83" w:rsidRDefault="00D16237">
      <w:pPr>
        <w:spacing w:after="0"/>
      </w:pPr>
      <w:r>
        <w:rPr>
          <w:rFonts w:ascii="Arial" w:hAnsi="Arial"/>
          <w:b/>
        </w:rPr>
        <w:t xml:space="preserve">Participant #27:  </w:t>
      </w:r>
      <w:r>
        <w:rPr>
          <w:rFonts w:ascii="Arial" w:hAnsi="Arial"/>
          <w:color w:val="5D7284"/>
        </w:rPr>
        <w:t>52:06</w:t>
      </w:r>
    </w:p>
    <w:p w14:paraId="0E89281A" w14:textId="1EA38320" w:rsidR="00B23B83" w:rsidRDefault="00B43844">
      <w:pPr>
        <w:spacing w:after="0"/>
      </w:pPr>
      <w:r>
        <w:rPr>
          <w:rFonts w:ascii="Arial" w:hAnsi="Arial"/>
        </w:rPr>
        <w:t xml:space="preserve">Diagonal. Yeah. If it was like slow eating. </w:t>
      </w:r>
    </w:p>
    <w:p w14:paraId="3ED42964" w14:textId="77777777" w:rsidR="00B23B83" w:rsidRDefault="00B23B83">
      <w:pPr>
        <w:spacing w:after="0"/>
      </w:pPr>
    </w:p>
    <w:p w14:paraId="6C44B7CB" w14:textId="77777777" w:rsidR="00B23B83" w:rsidRDefault="00D16237">
      <w:pPr>
        <w:spacing w:after="0"/>
      </w:pPr>
      <w:r>
        <w:rPr>
          <w:rFonts w:ascii="Arial" w:hAnsi="Arial"/>
          <w:b/>
        </w:rPr>
        <w:t xml:space="preserve">Interviewer E:  </w:t>
      </w:r>
      <w:r>
        <w:rPr>
          <w:rFonts w:ascii="Arial" w:hAnsi="Arial"/>
          <w:color w:val="5D7284"/>
        </w:rPr>
        <w:t>52:09</w:t>
      </w:r>
    </w:p>
    <w:p w14:paraId="234BD81D" w14:textId="77777777" w:rsidR="00B23B83" w:rsidRDefault="00D16237">
      <w:pPr>
        <w:spacing w:after="0"/>
      </w:pPr>
      <w:r>
        <w:rPr>
          <w:rFonts w:ascii="Arial" w:hAnsi="Arial"/>
        </w:rPr>
        <w:t>Right. And you are you saying this? Because you feel like this center is essentially like the strongest. The strongest point?</w:t>
      </w:r>
    </w:p>
    <w:p w14:paraId="2FAEA3A2" w14:textId="77777777" w:rsidR="00B23B83" w:rsidRDefault="00B23B83">
      <w:pPr>
        <w:spacing w:after="0"/>
      </w:pPr>
    </w:p>
    <w:p w14:paraId="59C8422F" w14:textId="77777777" w:rsidR="00B23B83" w:rsidRDefault="00D16237">
      <w:pPr>
        <w:spacing w:after="0"/>
      </w:pPr>
      <w:r>
        <w:rPr>
          <w:rFonts w:ascii="Arial" w:hAnsi="Arial"/>
          <w:b/>
        </w:rPr>
        <w:t xml:space="preserve">Participant #27:  </w:t>
      </w:r>
      <w:r>
        <w:rPr>
          <w:rFonts w:ascii="Arial" w:hAnsi="Arial"/>
          <w:color w:val="5D7284"/>
        </w:rPr>
        <w:t>52:17</w:t>
      </w:r>
    </w:p>
    <w:p w14:paraId="729FF816" w14:textId="77777777" w:rsidR="00B23B83" w:rsidRDefault="00D16237">
      <w:pPr>
        <w:spacing w:after="0"/>
      </w:pPr>
      <w:r>
        <w:rPr>
          <w:rFonts w:ascii="Arial" w:hAnsi="Arial"/>
        </w:rPr>
        <w:t xml:space="preserve">Yeah. I took physics one last semester. I think like, it's like, I don't know how to explain it. But I think like, the spinning force for cause things to like, go towards the center. </w:t>
      </w:r>
    </w:p>
    <w:p w14:paraId="7DFD5D39" w14:textId="77777777" w:rsidR="00B23B83" w:rsidRDefault="00B23B83">
      <w:pPr>
        <w:spacing w:after="0"/>
      </w:pPr>
    </w:p>
    <w:p w14:paraId="7BEE4FDC" w14:textId="77777777" w:rsidR="00B23B83" w:rsidRDefault="00D16237">
      <w:pPr>
        <w:spacing w:after="0"/>
      </w:pPr>
      <w:r>
        <w:rPr>
          <w:rFonts w:ascii="Arial" w:hAnsi="Arial"/>
          <w:b/>
        </w:rPr>
        <w:t xml:space="preserve">Interviewer E:  </w:t>
      </w:r>
      <w:r>
        <w:rPr>
          <w:rFonts w:ascii="Arial" w:hAnsi="Arial"/>
          <w:color w:val="5D7284"/>
        </w:rPr>
        <w:t>52:30</w:t>
      </w:r>
    </w:p>
    <w:p w14:paraId="007AAA61" w14:textId="77777777" w:rsidR="00B23B83" w:rsidRDefault="00D16237">
      <w:pPr>
        <w:spacing w:after="0"/>
      </w:pPr>
      <w:r>
        <w:rPr>
          <w:rFonts w:ascii="Arial" w:hAnsi="Arial"/>
        </w:rPr>
        <w:t xml:space="preserve">Sorry. My mind is blinking a little too. I know about like inertia maybe. </w:t>
      </w:r>
    </w:p>
    <w:p w14:paraId="7CE6FDA9" w14:textId="77777777" w:rsidR="00B23B83" w:rsidRDefault="00B23B83">
      <w:pPr>
        <w:spacing w:after="0"/>
      </w:pPr>
    </w:p>
    <w:p w14:paraId="449E45F7" w14:textId="77777777" w:rsidR="00B23B83" w:rsidRDefault="00D16237">
      <w:pPr>
        <w:spacing w:after="0"/>
      </w:pPr>
      <w:r>
        <w:rPr>
          <w:rFonts w:ascii="Arial" w:hAnsi="Arial"/>
          <w:b/>
        </w:rPr>
        <w:t xml:space="preserve">Participant #27:  </w:t>
      </w:r>
      <w:r>
        <w:rPr>
          <w:rFonts w:ascii="Arial" w:hAnsi="Arial"/>
          <w:color w:val="5D7284"/>
        </w:rPr>
        <w:t>52:34</w:t>
      </w:r>
    </w:p>
    <w:p w14:paraId="06EEE6A2" w14:textId="77777777" w:rsidR="00B23B83" w:rsidRDefault="00D16237">
      <w:pPr>
        <w:spacing w:after="0"/>
      </w:pPr>
      <w:r>
        <w:rPr>
          <w:rFonts w:ascii="Arial" w:hAnsi="Arial"/>
        </w:rPr>
        <w:lastRenderedPageBreak/>
        <w:t xml:space="preserve">Yeah. Something. </w:t>
      </w:r>
    </w:p>
    <w:p w14:paraId="1612766C" w14:textId="77777777" w:rsidR="00B23B83" w:rsidRDefault="00B23B83">
      <w:pPr>
        <w:spacing w:after="0"/>
      </w:pPr>
    </w:p>
    <w:p w14:paraId="5D55CF18" w14:textId="77777777" w:rsidR="00B23B83" w:rsidRDefault="00D16237">
      <w:pPr>
        <w:spacing w:after="0"/>
      </w:pPr>
      <w:r>
        <w:rPr>
          <w:rFonts w:ascii="Arial" w:hAnsi="Arial"/>
          <w:b/>
        </w:rPr>
        <w:t xml:space="preserve">Interviewer E:  </w:t>
      </w:r>
      <w:r>
        <w:rPr>
          <w:rFonts w:ascii="Arial" w:hAnsi="Arial"/>
          <w:color w:val="5D7284"/>
        </w:rPr>
        <w:t>52:35</w:t>
      </w:r>
    </w:p>
    <w:p w14:paraId="3FF6BEF5" w14:textId="77777777" w:rsidR="00B23B83" w:rsidRDefault="00D16237">
      <w:pPr>
        <w:spacing w:after="0"/>
      </w:pPr>
      <w:r>
        <w:rPr>
          <w:rFonts w:ascii="Arial" w:hAnsi="Arial"/>
        </w:rPr>
        <w:t>But I don't know too much about. I don't. I can't tell you much about physics one.</w:t>
      </w:r>
    </w:p>
    <w:p w14:paraId="7808A4C7" w14:textId="77777777" w:rsidR="00B23B83" w:rsidRDefault="00B23B83">
      <w:pPr>
        <w:spacing w:after="0"/>
      </w:pPr>
    </w:p>
    <w:p w14:paraId="7EA65615" w14:textId="77777777" w:rsidR="00B23B83" w:rsidRDefault="00D16237">
      <w:pPr>
        <w:spacing w:after="0"/>
      </w:pPr>
      <w:r>
        <w:rPr>
          <w:rFonts w:ascii="Arial" w:hAnsi="Arial"/>
          <w:b/>
        </w:rPr>
        <w:t xml:space="preserve">Participant #27:  </w:t>
      </w:r>
      <w:r>
        <w:rPr>
          <w:rFonts w:ascii="Arial" w:hAnsi="Arial"/>
          <w:color w:val="5D7284"/>
        </w:rPr>
        <w:t>52:40</w:t>
      </w:r>
    </w:p>
    <w:p w14:paraId="4E416421" w14:textId="0C2DD752" w:rsidR="00B23B83" w:rsidRDefault="00D16237">
      <w:pPr>
        <w:spacing w:after="0"/>
      </w:pPr>
      <w:r>
        <w:rPr>
          <w:rFonts w:ascii="Arial" w:hAnsi="Arial"/>
        </w:rPr>
        <w:t xml:space="preserve">I know that they said the little guy that stood in the middle is moving less fast. As the guy outside, but it's like more forces happening on him or </w:t>
      </w:r>
      <w:r w:rsidR="00B43844">
        <w:rPr>
          <w:rFonts w:ascii="Arial" w:hAnsi="Arial"/>
        </w:rPr>
        <w:t>something.</w:t>
      </w:r>
      <w:r>
        <w:rPr>
          <w:rFonts w:ascii="Arial" w:hAnsi="Arial"/>
        </w:rPr>
        <w:t xml:space="preserve"> </w:t>
      </w:r>
    </w:p>
    <w:p w14:paraId="3DAB339C" w14:textId="77777777" w:rsidR="00B23B83" w:rsidRDefault="00B23B83">
      <w:pPr>
        <w:spacing w:after="0"/>
      </w:pPr>
    </w:p>
    <w:p w14:paraId="6BE7B78B" w14:textId="77777777" w:rsidR="00B23B83" w:rsidRDefault="00D16237">
      <w:pPr>
        <w:spacing w:after="0"/>
      </w:pPr>
      <w:r>
        <w:rPr>
          <w:rFonts w:ascii="Arial" w:hAnsi="Arial"/>
          <w:b/>
        </w:rPr>
        <w:t xml:space="preserve">Interviewer E:  </w:t>
      </w:r>
      <w:r>
        <w:rPr>
          <w:rFonts w:ascii="Arial" w:hAnsi="Arial"/>
          <w:color w:val="5D7284"/>
        </w:rPr>
        <w:t>52:48</w:t>
      </w:r>
    </w:p>
    <w:p w14:paraId="33794177" w14:textId="77777777" w:rsidR="00B23B83" w:rsidRDefault="00D16237">
      <w:pPr>
        <w:spacing w:after="0"/>
      </w:pPr>
      <w:r>
        <w:rPr>
          <w:rFonts w:ascii="Arial" w:hAnsi="Arial"/>
        </w:rPr>
        <w:t>Yeah.</w:t>
      </w:r>
    </w:p>
    <w:p w14:paraId="4DD13058" w14:textId="77777777" w:rsidR="00B23B83" w:rsidRDefault="00B23B83">
      <w:pPr>
        <w:spacing w:after="0"/>
      </w:pPr>
    </w:p>
    <w:p w14:paraId="6D38900F" w14:textId="77777777" w:rsidR="00B23B83" w:rsidRDefault="00D16237">
      <w:pPr>
        <w:spacing w:after="0"/>
      </w:pPr>
      <w:r>
        <w:rPr>
          <w:rFonts w:ascii="Arial" w:hAnsi="Arial"/>
          <w:b/>
        </w:rPr>
        <w:t xml:space="preserve">Participant #27:  </w:t>
      </w:r>
      <w:r>
        <w:rPr>
          <w:rFonts w:ascii="Arial" w:hAnsi="Arial"/>
          <w:color w:val="5D7284"/>
        </w:rPr>
        <w:t>52:49</w:t>
      </w:r>
    </w:p>
    <w:p w14:paraId="2DFB8576" w14:textId="77777777" w:rsidR="00B23B83" w:rsidRDefault="00D16237">
      <w:pPr>
        <w:spacing w:after="0"/>
      </w:pPr>
      <w:r>
        <w:rPr>
          <w:rFonts w:ascii="Arial" w:hAnsi="Arial"/>
        </w:rPr>
        <w:t xml:space="preserve"> I don't.</w:t>
      </w:r>
    </w:p>
    <w:p w14:paraId="253BDD01" w14:textId="77777777" w:rsidR="00B23B83" w:rsidRDefault="00B23B83">
      <w:pPr>
        <w:spacing w:after="0"/>
      </w:pPr>
    </w:p>
    <w:p w14:paraId="049A40BD" w14:textId="77777777" w:rsidR="00B23B83" w:rsidRDefault="00D16237">
      <w:pPr>
        <w:spacing w:after="0"/>
      </w:pPr>
      <w:r>
        <w:rPr>
          <w:rFonts w:ascii="Arial" w:hAnsi="Arial"/>
          <w:b/>
        </w:rPr>
        <w:t xml:space="preserve">Interviewer E:  </w:t>
      </w:r>
      <w:r>
        <w:rPr>
          <w:rFonts w:ascii="Arial" w:hAnsi="Arial"/>
          <w:color w:val="5D7284"/>
        </w:rPr>
        <w:t>52:49</w:t>
      </w:r>
    </w:p>
    <w:p w14:paraId="2CB2502E" w14:textId="55AA1126" w:rsidR="00B23B83" w:rsidRDefault="00D16237">
      <w:pPr>
        <w:spacing w:after="0"/>
      </w:pPr>
      <w:r>
        <w:rPr>
          <w:rFonts w:ascii="Arial" w:hAnsi="Arial"/>
        </w:rPr>
        <w:t>Okay. Um,</w:t>
      </w:r>
      <w:r w:rsidR="00B43844">
        <w:rPr>
          <w:rFonts w:ascii="Arial" w:hAnsi="Arial"/>
        </w:rPr>
        <w:t xml:space="preserve"> </w:t>
      </w:r>
      <w:r>
        <w:rPr>
          <w:rFonts w:ascii="Arial" w:hAnsi="Arial"/>
        </w:rPr>
        <w:t>let's see. We have another scenario. Our last, our last little makeshift scenario here. So let's have a pot. And this pod has been spinning its whole life and I plant to seed then the pot. Okay. Okay. And this plant starts growing, the roots grow, and then the plant itself starts growing on top. So how do you think the roots would be if the plant grew and constant rotation?</w:t>
      </w:r>
    </w:p>
    <w:p w14:paraId="4FBAAD0E" w14:textId="77777777" w:rsidR="00B23B83" w:rsidRDefault="00B23B83">
      <w:pPr>
        <w:spacing w:after="0"/>
      </w:pPr>
    </w:p>
    <w:p w14:paraId="478DE2B4" w14:textId="77777777" w:rsidR="00B23B83" w:rsidRDefault="00D16237">
      <w:pPr>
        <w:spacing w:after="0"/>
      </w:pPr>
      <w:r>
        <w:rPr>
          <w:rFonts w:ascii="Arial" w:hAnsi="Arial"/>
          <w:b/>
        </w:rPr>
        <w:t xml:space="preserve">Participant #27:  </w:t>
      </w:r>
      <w:r>
        <w:rPr>
          <w:rFonts w:ascii="Arial" w:hAnsi="Arial"/>
          <w:color w:val="5D7284"/>
        </w:rPr>
        <w:t>53:18</w:t>
      </w:r>
    </w:p>
    <w:p w14:paraId="293EED75" w14:textId="77777777" w:rsidR="00B23B83" w:rsidRDefault="00D16237">
      <w:pPr>
        <w:spacing w:after="0"/>
      </w:pPr>
      <w:r>
        <w:rPr>
          <w:rFonts w:ascii="Arial" w:hAnsi="Arial"/>
        </w:rPr>
        <w:t>I think it would be kind of like how the columns were, like, maybe like, I think it might, it might even just look like a normal plant.</w:t>
      </w:r>
    </w:p>
    <w:p w14:paraId="6E2861B7" w14:textId="77777777" w:rsidR="00B23B83" w:rsidRDefault="00B23B83">
      <w:pPr>
        <w:spacing w:after="0"/>
      </w:pPr>
    </w:p>
    <w:p w14:paraId="1E399CDF" w14:textId="77777777" w:rsidR="00B23B83" w:rsidRDefault="00D16237">
      <w:pPr>
        <w:spacing w:after="0"/>
      </w:pPr>
      <w:r>
        <w:rPr>
          <w:rFonts w:ascii="Arial" w:hAnsi="Arial"/>
          <w:b/>
        </w:rPr>
        <w:t xml:space="preserve">Interviewer E:  </w:t>
      </w:r>
      <w:r>
        <w:rPr>
          <w:rFonts w:ascii="Arial" w:hAnsi="Arial"/>
          <w:color w:val="5D7284"/>
        </w:rPr>
        <w:t>53:34</w:t>
      </w:r>
    </w:p>
    <w:p w14:paraId="2343E65D" w14:textId="77777777" w:rsidR="00B23B83" w:rsidRDefault="00D16237">
      <w:pPr>
        <w:spacing w:after="0"/>
      </w:pPr>
      <w:r>
        <w:rPr>
          <w:rFonts w:ascii="Arial" w:hAnsi="Arial"/>
        </w:rPr>
        <w:t xml:space="preserve">So just a normal plant and do what do you why would you like would you relate that to. Like is there something, you know, that spinning? </w:t>
      </w:r>
    </w:p>
    <w:p w14:paraId="7EE93EF8" w14:textId="77777777" w:rsidR="00B23B83" w:rsidRDefault="00B23B83">
      <w:pPr>
        <w:spacing w:after="0"/>
      </w:pPr>
    </w:p>
    <w:p w14:paraId="5521B158" w14:textId="77777777" w:rsidR="00B23B83" w:rsidRDefault="00D16237">
      <w:pPr>
        <w:spacing w:after="0"/>
      </w:pPr>
      <w:r>
        <w:rPr>
          <w:rFonts w:ascii="Arial" w:hAnsi="Arial"/>
          <w:b/>
        </w:rPr>
        <w:t xml:space="preserve">Participant #27:  </w:t>
      </w:r>
      <w:r>
        <w:rPr>
          <w:rFonts w:ascii="Arial" w:hAnsi="Arial"/>
          <w:color w:val="5D7284"/>
        </w:rPr>
        <w:t>53:43</w:t>
      </w:r>
    </w:p>
    <w:p w14:paraId="089D638D" w14:textId="77777777" w:rsidR="00B23B83" w:rsidRDefault="00D16237">
      <w:pPr>
        <w:spacing w:after="0"/>
      </w:pPr>
      <w:r>
        <w:rPr>
          <w:rFonts w:ascii="Arial" w:hAnsi="Arial"/>
        </w:rPr>
        <w:t xml:space="preserve">Just honestly, this is mostly influencing me. I think that oh, I think I understand, like, sort of like how the earth is rotating. And there's like plants growing on it. Well. Yeah, I mean, it could be, um, I think it might just look normal. </w:t>
      </w:r>
    </w:p>
    <w:p w14:paraId="1900BEE3" w14:textId="77777777" w:rsidR="00B23B83" w:rsidRDefault="00B23B83">
      <w:pPr>
        <w:spacing w:after="0"/>
      </w:pPr>
    </w:p>
    <w:p w14:paraId="4CA7D9D0" w14:textId="77777777" w:rsidR="00B23B83" w:rsidRDefault="00D16237">
      <w:pPr>
        <w:spacing w:after="0"/>
      </w:pPr>
      <w:r>
        <w:rPr>
          <w:rFonts w:ascii="Arial" w:hAnsi="Arial"/>
          <w:b/>
        </w:rPr>
        <w:t xml:space="preserve">Interviewer E:  </w:t>
      </w:r>
      <w:r>
        <w:rPr>
          <w:rFonts w:ascii="Arial" w:hAnsi="Arial"/>
          <w:color w:val="5D7284"/>
        </w:rPr>
        <w:t>54:07</w:t>
      </w:r>
    </w:p>
    <w:p w14:paraId="5E5BE81D" w14:textId="77777777" w:rsidR="00B23B83" w:rsidRDefault="00D16237">
      <w:pPr>
        <w:spacing w:after="0"/>
      </w:pPr>
      <w:r>
        <w:rPr>
          <w:rFonts w:ascii="Arial" w:hAnsi="Arial"/>
        </w:rPr>
        <w:t>Okay.</w:t>
      </w:r>
    </w:p>
    <w:p w14:paraId="06E47B6D" w14:textId="77777777" w:rsidR="00B23B83" w:rsidRDefault="00B23B83">
      <w:pPr>
        <w:spacing w:after="0"/>
      </w:pPr>
    </w:p>
    <w:p w14:paraId="065FC4BD" w14:textId="77777777" w:rsidR="00B23B83" w:rsidRDefault="00D16237">
      <w:pPr>
        <w:spacing w:after="0"/>
      </w:pPr>
      <w:r>
        <w:rPr>
          <w:rFonts w:ascii="Arial" w:hAnsi="Arial"/>
          <w:b/>
        </w:rPr>
        <w:t xml:space="preserve">Participant #27:  </w:t>
      </w:r>
      <w:r>
        <w:rPr>
          <w:rFonts w:ascii="Arial" w:hAnsi="Arial"/>
          <w:color w:val="5D7284"/>
        </w:rPr>
        <w:t>54:08</w:t>
      </w:r>
    </w:p>
    <w:p w14:paraId="230B4CB8" w14:textId="77777777" w:rsidR="00B23B83" w:rsidRDefault="00D16237">
      <w:pPr>
        <w:spacing w:after="0"/>
      </w:pPr>
      <w:r>
        <w:rPr>
          <w:rFonts w:ascii="Arial" w:hAnsi="Arial"/>
        </w:rPr>
        <w:t xml:space="preserve">I'm just gonna stick with that. </w:t>
      </w:r>
    </w:p>
    <w:p w14:paraId="038B0251" w14:textId="77777777" w:rsidR="00B23B83" w:rsidRDefault="00B23B83">
      <w:pPr>
        <w:spacing w:after="0"/>
      </w:pPr>
    </w:p>
    <w:p w14:paraId="06E49E3E" w14:textId="77777777" w:rsidR="00B23B83" w:rsidRDefault="00D16237">
      <w:pPr>
        <w:spacing w:after="0"/>
      </w:pPr>
      <w:r>
        <w:rPr>
          <w:rFonts w:ascii="Arial" w:hAnsi="Arial"/>
          <w:b/>
        </w:rPr>
        <w:t xml:space="preserve">Interviewer E:  </w:t>
      </w:r>
      <w:r>
        <w:rPr>
          <w:rFonts w:ascii="Arial" w:hAnsi="Arial"/>
          <w:color w:val="5D7284"/>
        </w:rPr>
        <w:t>54:10</w:t>
      </w:r>
    </w:p>
    <w:p w14:paraId="0B976893" w14:textId="77777777" w:rsidR="00B23B83" w:rsidRDefault="00D16237">
      <w:pPr>
        <w:spacing w:after="0"/>
      </w:pPr>
      <w:r>
        <w:rPr>
          <w:rFonts w:ascii="Arial" w:hAnsi="Arial"/>
        </w:rPr>
        <w:t xml:space="preserve">Alright, so you think the roots will look normal? </w:t>
      </w:r>
    </w:p>
    <w:p w14:paraId="4A937DC8" w14:textId="77777777" w:rsidR="00B23B83" w:rsidRDefault="00B23B83">
      <w:pPr>
        <w:spacing w:after="0"/>
      </w:pPr>
    </w:p>
    <w:p w14:paraId="174D4C35" w14:textId="77777777" w:rsidR="00B23B83" w:rsidRDefault="00D16237">
      <w:pPr>
        <w:spacing w:after="0"/>
      </w:pPr>
      <w:r>
        <w:rPr>
          <w:rFonts w:ascii="Arial" w:hAnsi="Arial"/>
          <w:b/>
        </w:rPr>
        <w:t xml:space="preserve">Participant #27:  </w:t>
      </w:r>
      <w:r>
        <w:rPr>
          <w:rFonts w:ascii="Arial" w:hAnsi="Arial"/>
          <w:color w:val="5D7284"/>
        </w:rPr>
        <w:t>54:12</w:t>
      </w:r>
    </w:p>
    <w:p w14:paraId="0B714BF9" w14:textId="77777777" w:rsidR="00B23B83" w:rsidRDefault="00D16237">
      <w:pPr>
        <w:spacing w:after="0"/>
      </w:pPr>
      <w:r>
        <w:rPr>
          <w:rFonts w:ascii="Arial" w:hAnsi="Arial"/>
        </w:rPr>
        <w:lastRenderedPageBreak/>
        <w:t>Yeah.</w:t>
      </w:r>
    </w:p>
    <w:p w14:paraId="147C4436" w14:textId="77777777" w:rsidR="00B23B83" w:rsidRDefault="00B23B83">
      <w:pPr>
        <w:spacing w:after="0"/>
      </w:pPr>
    </w:p>
    <w:p w14:paraId="7E517A4B" w14:textId="77777777" w:rsidR="00B23B83" w:rsidRDefault="00D16237">
      <w:pPr>
        <w:spacing w:after="0"/>
      </w:pPr>
      <w:r>
        <w:rPr>
          <w:rFonts w:ascii="Arial" w:hAnsi="Arial"/>
          <w:b/>
        </w:rPr>
        <w:t xml:space="preserve">Interviewer E:  </w:t>
      </w:r>
      <w:r>
        <w:rPr>
          <w:rFonts w:ascii="Arial" w:hAnsi="Arial"/>
          <w:color w:val="5D7284"/>
        </w:rPr>
        <w:t>54:13</w:t>
      </w:r>
    </w:p>
    <w:p w14:paraId="16CD95AC" w14:textId="77777777" w:rsidR="00B23B83" w:rsidRDefault="00D16237">
      <w:pPr>
        <w:spacing w:after="0"/>
      </w:pPr>
      <w:r>
        <w:rPr>
          <w:rFonts w:ascii="Arial" w:hAnsi="Arial"/>
        </w:rPr>
        <w:t xml:space="preserve">And the tree itself growing up, would you. Would that also be </w:t>
      </w:r>
      <w:r>
        <w:rPr>
          <w:rFonts w:ascii="Arial" w:hAnsi="Arial"/>
        </w:rPr>
        <w:t>the same or would that be different?</w:t>
      </w:r>
    </w:p>
    <w:p w14:paraId="67F395B7" w14:textId="77777777" w:rsidR="00B23B83" w:rsidRDefault="00B23B83">
      <w:pPr>
        <w:spacing w:after="0"/>
      </w:pPr>
    </w:p>
    <w:p w14:paraId="06C36A18" w14:textId="77777777" w:rsidR="00B23B83" w:rsidRDefault="00D16237">
      <w:pPr>
        <w:spacing w:after="0"/>
      </w:pPr>
      <w:r>
        <w:rPr>
          <w:rFonts w:ascii="Arial" w:hAnsi="Arial"/>
          <w:b/>
        </w:rPr>
        <w:t xml:space="preserve">Participant #27:  </w:t>
      </w:r>
      <w:r>
        <w:rPr>
          <w:rFonts w:ascii="Arial" w:hAnsi="Arial"/>
          <w:color w:val="5D7284"/>
        </w:rPr>
        <w:t>54:20</w:t>
      </w:r>
    </w:p>
    <w:p w14:paraId="11C9E1AE" w14:textId="77777777" w:rsidR="00B23B83" w:rsidRDefault="00D16237">
      <w:pPr>
        <w:spacing w:after="0"/>
      </w:pPr>
      <w:r>
        <w:rPr>
          <w:rFonts w:ascii="Arial" w:hAnsi="Arial"/>
        </w:rPr>
        <w:t>Yeah, I think it would be the same.</w:t>
      </w:r>
    </w:p>
    <w:p w14:paraId="08E38437" w14:textId="77777777" w:rsidR="00B23B83" w:rsidRDefault="00B23B83">
      <w:pPr>
        <w:spacing w:after="0"/>
      </w:pPr>
    </w:p>
    <w:p w14:paraId="1B53E7B5" w14:textId="77777777" w:rsidR="00B23B83" w:rsidRDefault="00D16237">
      <w:pPr>
        <w:spacing w:after="0"/>
      </w:pPr>
      <w:r>
        <w:rPr>
          <w:rFonts w:ascii="Arial" w:hAnsi="Arial"/>
          <w:b/>
        </w:rPr>
        <w:t xml:space="preserve">Interviewer E:  </w:t>
      </w:r>
      <w:r>
        <w:rPr>
          <w:rFonts w:ascii="Arial" w:hAnsi="Arial"/>
          <w:color w:val="5D7284"/>
        </w:rPr>
        <w:t>54:22</w:t>
      </w:r>
    </w:p>
    <w:p w14:paraId="7CECC74B" w14:textId="77777777" w:rsidR="00B23B83" w:rsidRDefault="00D16237">
      <w:pPr>
        <w:spacing w:after="0"/>
      </w:pPr>
      <w:r>
        <w:rPr>
          <w:rFonts w:ascii="Arial" w:hAnsi="Arial"/>
        </w:rPr>
        <w:t xml:space="preserve"> Okay. </w:t>
      </w:r>
    </w:p>
    <w:p w14:paraId="22A67F76" w14:textId="77777777" w:rsidR="00B23B83" w:rsidRDefault="00B23B83">
      <w:pPr>
        <w:spacing w:after="0"/>
      </w:pPr>
    </w:p>
    <w:p w14:paraId="6874850B" w14:textId="77777777" w:rsidR="00B23B83" w:rsidRDefault="00D16237">
      <w:pPr>
        <w:spacing w:after="0"/>
      </w:pPr>
      <w:r>
        <w:rPr>
          <w:rFonts w:ascii="Arial" w:hAnsi="Arial"/>
          <w:b/>
        </w:rPr>
        <w:t xml:space="preserve">Participant #27:  </w:t>
      </w:r>
      <w:r>
        <w:rPr>
          <w:rFonts w:ascii="Arial" w:hAnsi="Arial"/>
          <w:color w:val="5D7284"/>
        </w:rPr>
        <w:t>54:23</w:t>
      </w:r>
    </w:p>
    <w:p w14:paraId="5920D328" w14:textId="77777777" w:rsidR="00B23B83" w:rsidRDefault="00D16237">
      <w:pPr>
        <w:spacing w:after="0"/>
      </w:pPr>
      <w:r>
        <w:rPr>
          <w:rFonts w:ascii="Arial" w:hAnsi="Arial"/>
        </w:rPr>
        <w:t xml:space="preserve">If I think too much of my answer is gonna start going like I don't know. </w:t>
      </w:r>
    </w:p>
    <w:p w14:paraId="5B518F67" w14:textId="77777777" w:rsidR="00B23B83" w:rsidRDefault="00B23B83">
      <w:pPr>
        <w:spacing w:after="0"/>
      </w:pPr>
    </w:p>
    <w:p w14:paraId="62F75582" w14:textId="77777777" w:rsidR="00B23B83" w:rsidRDefault="00D16237">
      <w:pPr>
        <w:spacing w:after="0"/>
      </w:pPr>
      <w:r>
        <w:rPr>
          <w:rFonts w:ascii="Arial" w:hAnsi="Arial"/>
          <w:b/>
        </w:rPr>
        <w:t xml:space="preserve">Interviewer E:  </w:t>
      </w:r>
      <w:r>
        <w:rPr>
          <w:rFonts w:ascii="Arial" w:hAnsi="Arial"/>
          <w:color w:val="5D7284"/>
        </w:rPr>
        <w:t>54:26</w:t>
      </w:r>
    </w:p>
    <w:p w14:paraId="45983611" w14:textId="32589EF0" w:rsidR="00B23B83" w:rsidRDefault="00D16237">
      <w:pPr>
        <w:spacing w:after="0"/>
      </w:pPr>
      <w:r>
        <w:rPr>
          <w:rFonts w:ascii="Arial" w:hAnsi="Arial"/>
        </w:rPr>
        <w:t>Honestly, it makes me want to, like, get an ultimate engine put a plant on a Suss</w:t>
      </w:r>
      <w:r w:rsidR="00B43844">
        <w:rPr>
          <w:rFonts w:ascii="Arial" w:hAnsi="Arial"/>
        </w:rPr>
        <w:t>y</w:t>
      </w:r>
      <w:r>
        <w:rPr>
          <w:rFonts w:ascii="Arial" w:hAnsi="Arial"/>
        </w:rPr>
        <w:t xml:space="preserve">. </w:t>
      </w:r>
    </w:p>
    <w:p w14:paraId="7B5EFBD8" w14:textId="77777777" w:rsidR="00B23B83" w:rsidRDefault="00B23B83">
      <w:pPr>
        <w:spacing w:after="0"/>
      </w:pPr>
    </w:p>
    <w:p w14:paraId="05F08D3A" w14:textId="77777777" w:rsidR="00B23B83" w:rsidRDefault="00D16237">
      <w:pPr>
        <w:spacing w:after="0"/>
      </w:pPr>
      <w:r>
        <w:rPr>
          <w:rFonts w:ascii="Arial" w:hAnsi="Arial"/>
          <w:b/>
        </w:rPr>
        <w:t xml:space="preserve">Participant #27:  </w:t>
      </w:r>
      <w:r>
        <w:rPr>
          <w:rFonts w:ascii="Arial" w:hAnsi="Arial"/>
          <w:color w:val="5D7284"/>
        </w:rPr>
        <w:t>54:32</w:t>
      </w:r>
    </w:p>
    <w:p w14:paraId="78669201" w14:textId="77777777" w:rsidR="00B23B83" w:rsidRDefault="00D16237">
      <w:pPr>
        <w:spacing w:after="0"/>
      </w:pPr>
      <w:r>
        <w:rPr>
          <w:rFonts w:ascii="Arial" w:hAnsi="Arial"/>
        </w:rPr>
        <w:t>Yeah.</w:t>
      </w:r>
    </w:p>
    <w:p w14:paraId="11FC2973" w14:textId="77777777" w:rsidR="00B23B83" w:rsidRDefault="00B23B83">
      <w:pPr>
        <w:spacing w:after="0"/>
      </w:pPr>
    </w:p>
    <w:p w14:paraId="11CEE8A3" w14:textId="77777777" w:rsidR="00B23B83" w:rsidRDefault="00D16237">
      <w:pPr>
        <w:spacing w:after="0"/>
      </w:pPr>
      <w:r>
        <w:rPr>
          <w:rFonts w:ascii="Arial" w:hAnsi="Arial"/>
          <w:b/>
        </w:rPr>
        <w:t xml:space="preserve">Interviewer E:  </w:t>
      </w:r>
      <w:r>
        <w:rPr>
          <w:rFonts w:ascii="Arial" w:hAnsi="Arial"/>
          <w:color w:val="5D7284"/>
        </w:rPr>
        <w:t>54:32</w:t>
      </w:r>
    </w:p>
    <w:p w14:paraId="49BF701C" w14:textId="09037F06" w:rsidR="00B23B83" w:rsidRDefault="00D16237">
      <w:pPr>
        <w:spacing w:after="0"/>
      </w:pPr>
      <w:r>
        <w:rPr>
          <w:rFonts w:ascii="Arial" w:hAnsi="Arial"/>
        </w:rPr>
        <w:t xml:space="preserve">And </w:t>
      </w:r>
      <w:r w:rsidR="00B43844">
        <w:rPr>
          <w:rFonts w:ascii="Arial" w:hAnsi="Arial"/>
        </w:rPr>
        <w:t>actually,</w:t>
      </w:r>
      <w:r>
        <w:rPr>
          <w:rFonts w:ascii="Arial" w:hAnsi="Arial"/>
        </w:rPr>
        <w:t xml:space="preserve"> like see what would happen.</w:t>
      </w:r>
    </w:p>
    <w:p w14:paraId="503CB32B" w14:textId="77777777" w:rsidR="00B23B83" w:rsidRDefault="00B23B83">
      <w:pPr>
        <w:spacing w:after="0"/>
      </w:pPr>
    </w:p>
    <w:p w14:paraId="43B26006" w14:textId="77777777" w:rsidR="00B23B83" w:rsidRDefault="00D16237">
      <w:pPr>
        <w:spacing w:after="0"/>
      </w:pPr>
      <w:r>
        <w:rPr>
          <w:rFonts w:ascii="Arial" w:hAnsi="Arial"/>
          <w:b/>
        </w:rPr>
        <w:t xml:space="preserve">Participant #27:  </w:t>
      </w:r>
      <w:r>
        <w:rPr>
          <w:rFonts w:ascii="Arial" w:hAnsi="Arial"/>
          <w:color w:val="5D7284"/>
        </w:rPr>
        <w:t>54:34</w:t>
      </w:r>
    </w:p>
    <w:p w14:paraId="2D1A9322" w14:textId="77777777" w:rsidR="00B23B83" w:rsidRDefault="00D16237">
      <w:pPr>
        <w:spacing w:after="0"/>
      </w:pPr>
      <w:r>
        <w:rPr>
          <w:rFonts w:ascii="Arial" w:hAnsi="Arial"/>
        </w:rPr>
        <w:t xml:space="preserve">Yeah, definitely. </w:t>
      </w:r>
    </w:p>
    <w:p w14:paraId="6F8B47BB" w14:textId="77777777" w:rsidR="00B23B83" w:rsidRDefault="00B23B83">
      <w:pPr>
        <w:spacing w:after="0"/>
      </w:pPr>
    </w:p>
    <w:p w14:paraId="4D4BBC9B" w14:textId="77777777" w:rsidR="00B23B83" w:rsidRDefault="00D16237">
      <w:pPr>
        <w:spacing w:after="0"/>
      </w:pPr>
      <w:r>
        <w:rPr>
          <w:rFonts w:ascii="Arial" w:hAnsi="Arial"/>
          <w:b/>
        </w:rPr>
        <w:t xml:space="preserve">Interviewer E:  </w:t>
      </w:r>
      <w:r>
        <w:rPr>
          <w:rFonts w:ascii="Arial" w:hAnsi="Arial"/>
          <w:color w:val="5D7284"/>
        </w:rPr>
        <w:t>54:36</w:t>
      </w:r>
    </w:p>
    <w:p w14:paraId="6D8F60E5" w14:textId="77777777" w:rsidR="00B23B83" w:rsidRDefault="00D16237">
      <w:pPr>
        <w:spacing w:after="0"/>
      </w:pPr>
      <w:r>
        <w:rPr>
          <w:rFonts w:ascii="Arial" w:hAnsi="Arial"/>
        </w:rPr>
        <w:t>I should have done that. I should have done that over the summer.</w:t>
      </w:r>
    </w:p>
    <w:p w14:paraId="3085222F" w14:textId="77777777" w:rsidR="00B23B83" w:rsidRDefault="00B23B83">
      <w:pPr>
        <w:spacing w:after="0"/>
      </w:pPr>
    </w:p>
    <w:p w14:paraId="7E7D3B9D" w14:textId="77777777" w:rsidR="00B23B83" w:rsidRDefault="00D16237">
      <w:pPr>
        <w:spacing w:after="0"/>
      </w:pPr>
      <w:r>
        <w:rPr>
          <w:rFonts w:ascii="Arial" w:hAnsi="Arial"/>
          <w:b/>
        </w:rPr>
        <w:t xml:space="preserve">Participant #27:  </w:t>
      </w:r>
      <w:r>
        <w:rPr>
          <w:rFonts w:ascii="Arial" w:hAnsi="Arial"/>
          <w:color w:val="5D7284"/>
        </w:rPr>
        <w:t>54:39</w:t>
      </w:r>
    </w:p>
    <w:p w14:paraId="2564EE5F" w14:textId="77777777" w:rsidR="00B23B83" w:rsidRDefault="00D16237">
      <w:pPr>
        <w:spacing w:after="0"/>
      </w:pPr>
      <w:r>
        <w:rPr>
          <w:rFonts w:ascii="Arial" w:hAnsi="Arial"/>
        </w:rPr>
        <w:t xml:space="preserve">Have her make you one of these? </w:t>
      </w:r>
    </w:p>
    <w:p w14:paraId="2C19816A" w14:textId="77777777" w:rsidR="00B23B83" w:rsidRDefault="00B23B83">
      <w:pPr>
        <w:spacing w:after="0"/>
      </w:pPr>
    </w:p>
    <w:p w14:paraId="69867D3F" w14:textId="77777777" w:rsidR="00B23B83" w:rsidRDefault="00D16237">
      <w:pPr>
        <w:spacing w:after="0"/>
      </w:pPr>
      <w:r>
        <w:rPr>
          <w:rFonts w:ascii="Arial" w:hAnsi="Arial"/>
          <w:b/>
        </w:rPr>
        <w:t xml:space="preserve">Interviewer E:  </w:t>
      </w:r>
      <w:r>
        <w:rPr>
          <w:rFonts w:ascii="Arial" w:hAnsi="Arial"/>
          <w:color w:val="5D7284"/>
        </w:rPr>
        <w:t>54:41</w:t>
      </w:r>
    </w:p>
    <w:p w14:paraId="677FCD80" w14:textId="77777777" w:rsidR="00B23B83" w:rsidRDefault="00D16237">
      <w:pPr>
        <w:spacing w:after="0"/>
      </w:pPr>
      <w:r>
        <w:rPr>
          <w:rFonts w:ascii="Arial" w:hAnsi="Arial"/>
        </w:rPr>
        <w:t xml:space="preserve">Yeah. Right. And plug it in and keep it going. </w:t>
      </w:r>
    </w:p>
    <w:p w14:paraId="2CFB8BC1" w14:textId="77777777" w:rsidR="00B23B83" w:rsidRDefault="00B23B83">
      <w:pPr>
        <w:spacing w:after="0"/>
      </w:pPr>
    </w:p>
    <w:p w14:paraId="492D464D" w14:textId="77777777" w:rsidR="00B23B83" w:rsidRDefault="00D16237">
      <w:pPr>
        <w:spacing w:after="0"/>
      </w:pPr>
      <w:r>
        <w:rPr>
          <w:rFonts w:ascii="Arial" w:hAnsi="Arial"/>
          <w:b/>
        </w:rPr>
        <w:t xml:space="preserve">Participant #27:  </w:t>
      </w:r>
      <w:r>
        <w:rPr>
          <w:rFonts w:ascii="Arial" w:hAnsi="Arial"/>
          <w:color w:val="5D7284"/>
        </w:rPr>
        <w:t>54:43</w:t>
      </w:r>
    </w:p>
    <w:p w14:paraId="68EED3FC" w14:textId="77777777" w:rsidR="00B23B83" w:rsidRDefault="00D16237">
      <w:pPr>
        <w:spacing w:after="0"/>
      </w:pPr>
      <w:r>
        <w:rPr>
          <w:rFonts w:ascii="Arial" w:hAnsi="Arial"/>
        </w:rPr>
        <w:t>Yeah, that would be cool.</w:t>
      </w:r>
    </w:p>
    <w:p w14:paraId="2D47467C" w14:textId="77777777" w:rsidR="00B23B83" w:rsidRDefault="00B23B83">
      <w:pPr>
        <w:spacing w:after="0"/>
      </w:pPr>
    </w:p>
    <w:p w14:paraId="2267D805" w14:textId="77777777" w:rsidR="00B23B83" w:rsidRDefault="00D16237">
      <w:pPr>
        <w:spacing w:after="0"/>
      </w:pPr>
      <w:r>
        <w:rPr>
          <w:rFonts w:ascii="Arial" w:hAnsi="Arial"/>
          <w:b/>
        </w:rPr>
        <w:t xml:space="preserve">Interviewer E:  </w:t>
      </w:r>
      <w:r>
        <w:rPr>
          <w:rFonts w:ascii="Arial" w:hAnsi="Arial"/>
          <w:color w:val="5D7284"/>
        </w:rPr>
        <w:t>54:44</w:t>
      </w:r>
    </w:p>
    <w:p w14:paraId="04D6EA8C" w14:textId="77777777" w:rsidR="00B23B83" w:rsidRDefault="00D16237">
      <w:pPr>
        <w:spacing w:after="0"/>
      </w:pPr>
      <w:r>
        <w:rPr>
          <w:rFonts w:ascii="Arial" w:hAnsi="Arial"/>
        </w:rPr>
        <w:t xml:space="preserve"> It would have been really cool. I would have had a nice video to show you. Look at the rotating plant. </w:t>
      </w:r>
    </w:p>
    <w:p w14:paraId="43F0AF36" w14:textId="77777777" w:rsidR="00B23B83" w:rsidRDefault="00B23B83">
      <w:pPr>
        <w:spacing w:after="0"/>
      </w:pPr>
    </w:p>
    <w:p w14:paraId="037E86DC" w14:textId="77777777" w:rsidR="00B23B83" w:rsidRDefault="00D16237">
      <w:pPr>
        <w:spacing w:after="0"/>
      </w:pPr>
      <w:r>
        <w:rPr>
          <w:rFonts w:ascii="Arial" w:hAnsi="Arial"/>
          <w:b/>
        </w:rPr>
        <w:t xml:space="preserve">Participant #27:  </w:t>
      </w:r>
      <w:r>
        <w:rPr>
          <w:rFonts w:ascii="Arial" w:hAnsi="Arial"/>
          <w:color w:val="5D7284"/>
        </w:rPr>
        <w:t>54:49</w:t>
      </w:r>
    </w:p>
    <w:p w14:paraId="28084A0A" w14:textId="77777777" w:rsidR="00B23B83" w:rsidRDefault="00D16237">
      <w:pPr>
        <w:spacing w:after="0"/>
      </w:pPr>
      <w:r>
        <w:rPr>
          <w:rFonts w:ascii="Arial" w:hAnsi="Arial"/>
        </w:rPr>
        <w:t xml:space="preserve">Yeah. </w:t>
      </w:r>
    </w:p>
    <w:p w14:paraId="610D2A3D" w14:textId="77777777" w:rsidR="00B23B83" w:rsidRDefault="00B23B83">
      <w:pPr>
        <w:spacing w:after="0"/>
      </w:pPr>
    </w:p>
    <w:p w14:paraId="511A4060" w14:textId="77777777" w:rsidR="00B23B83" w:rsidRDefault="00D16237">
      <w:pPr>
        <w:spacing w:after="0"/>
      </w:pPr>
      <w:r>
        <w:rPr>
          <w:rFonts w:ascii="Arial" w:hAnsi="Arial"/>
          <w:b/>
        </w:rPr>
        <w:lastRenderedPageBreak/>
        <w:t xml:space="preserve">Interviewer E:  </w:t>
      </w:r>
      <w:r>
        <w:rPr>
          <w:rFonts w:ascii="Arial" w:hAnsi="Arial"/>
          <w:color w:val="5D7284"/>
        </w:rPr>
        <w:t>54:50</w:t>
      </w:r>
    </w:p>
    <w:p w14:paraId="77247106" w14:textId="77777777" w:rsidR="00B23B83" w:rsidRDefault="00D16237">
      <w:pPr>
        <w:spacing w:after="0"/>
      </w:pPr>
      <w:r>
        <w:rPr>
          <w:rFonts w:ascii="Arial" w:hAnsi="Arial"/>
        </w:rPr>
        <w:t xml:space="preserve">Um, let's see. All right, we have one last thing to do with our next kind of five minutes here. </w:t>
      </w:r>
    </w:p>
    <w:p w14:paraId="4C10DE54" w14:textId="77777777" w:rsidR="00B23B83" w:rsidRDefault="00B23B83">
      <w:pPr>
        <w:spacing w:after="0"/>
      </w:pPr>
    </w:p>
    <w:p w14:paraId="3E2E0C9D" w14:textId="77777777" w:rsidR="00B23B83" w:rsidRDefault="00D16237">
      <w:pPr>
        <w:spacing w:after="0"/>
      </w:pPr>
      <w:r>
        <w:rPr>
          <w:rFonts w:ascii="Arial" w:hAnsi="Arial"/>
          <w:b/>
        </w:rPr>
        <w:t xml:space="preserve">Participant #27:  </w:t>
      </w:r>
      <w:r>
        <w:rPr>
          <w:rFonts w:ascii="Arial" w:hAnsi="Arial"/>
          <w:color w:val="5D7284"/>
        </w:rPr>
        <w:t>54:59</w:t>
      </w:r>
    </w:p>
    <w:p w14:paraId="07A6C38C" w14:textId="77777777" w:rsidR="00B23B83" w:rsidRDefault="00D16237">
      <w:pPr>
        <w:spacing w:after="0"/>
      </w:pPr>
      <w:r>
        <w:rPr>
          <w:rFonts w:ascii="Arial" w:hAnsi="Arial"/>
        </w:rPr>
        <w:t xml:space="preserve">All right. </w:t>
      </w:r>
    </w:p>
    <w:p w14:paraId="23A8838A" w14:textId="77777777" w:rsidR="00B23B83" w:rsidRDefault="00B23B83">
      <w:pPr>
        <w:spacing w:after="0"/>
      </w:pPr>
    </w:p>
    <w:p w14:paraId="12CB0905" w14:textId="77777777" w:rsidR="00B23B83" w:rsidRDefault="00D16237">
      <w:pPr>
        <w:spacing w:after="0"/>
      </w:pPr>
      <w:r>
        <w:rPr>
          <w:rFonts w:ascii="Arial" w:hAnsi="Arial"/>
          <w:b/>
        </w:rPr>
        <w:t xml:space="preserve">Interviewer E:  </w:t>
      </w:r>
      <w:r>
        <w:rPr>
          <w:rFonts w:ascii="Arial" w:hAnsi="Arial"/>
          <w:color w:val="5D7284"/>
        </w:rPr>
        <w:t>55:01</w:t>
      </w:r>
    </w:p>
    <w:p w14:paraId="1225CE06" w14:textId="2B8923FE" w:rsidR="00B23B83" w:rsidRDefault="00D16237">
      <w:pPr>
        <w:spacing w:after="0"/>
      </w:pPr>
      <w:r>
        <w:rPr>
          <w:rFonts w:ascii="Arial" w:hAnsi="Arial"/>
        </w:rPr>
        <w:t xml:space="preserve">So have these widow fishies. I'm trying to think. I'm trying to get some contrast, I guess. So. As you can see, this tank hasn't been spinning for 45 minutes. Like, initially when you came in, I'm going to start it up just from where it is now. But before I do, I have these tanks that are sinkers, and these are floaters. </w:t>
      </w:r>
      <w:r w:rsidR="00B43844">
        <w:rPr>
          <w:rFonts w:ascii="Arial" w:hAnsi="Arial"/>
        </w:rPr>
        <w:t>So,</w:t>
      </w:r>
      <w:r>
        <w:rPr>
          <w:rFonts w:ascii="Arial" w:hAnsi="Arial"/>
        </w:rPr>
        <w:t xml:space="preserve"> some of these, these fish are gonna fall straight down. And then these ones are going to float. </w:t>
      </w:r>
    </w:p>
    <w:p w14:paraId="4F5D816A" w14:textId="77777777" w:rsidR="00B23B83" w:rsidRDefault="00B23B83">
      <w:pPr>
        <w:spacing w:after="0"/>
      </w:pPr>
    </w:p>
    <w:p w14:paraId="513A930D" w14:textId="77777777" w:rsidR="00B23B83" w:rsidRDefault="00D16237">
      <w:pPr>
        <w:spacing w:after="0"/>
      </w:pPr>
      <w:r>
        <w:rPr>
          <w:rFonts w:ascii="Arial" w:hAnsi="Arial"/>
          <w:b/>
        </w:rPr>
        <w:t xml:space="preserve">Participant #27:  </w:t>
      </w:r>
      <w:r>
        <w:rPr>
          <w:rFonts w:ascii="Arial" w:hAnsi="Arial"/>
          <w:color w:val="5D7284"/>
        </w:rPr>
        <w:t>55:37</w:t>
      </w:r>
    </w:p>
    <w:p w14:paraId="4F2847DE" w14:textId="77777777" w:rsidR="00B23B83" w:rsidRDefault="00D16237">
      <w:pPr>
        <w:spacing w:after="0"/>
      </w:pPr>
      <w:r>
        <w:rPr>
          <w:rFonts w:ascii="Arial" w:hAnsi="Arial"/>
        </w:rPr>
        <w:t>Oh.</w:t>
      </w:r>
    </w:p>
    <w:p w14:paraId="5759E9F0" w14:textId="77777777" w:rsidR="00B23B83" w:rsidRDefault="00B23B83">
      <w:pPr>
        <w:spacing w:after="0"/>
      </w:pPr>
    </w:p>
    <w:p w14:paraId="2F70714F" w14:textId="77777777" w:rsidR="00B23B83" w:rsidRDefault="00D16237">
      <w:pPr>
        <w:spacing w:after="0"/>
      </w:pPr>
      <w:r>
        <w:rPr>
          <w:rFonts w:ascii="Arial" w:hAnsi="Arial"/>
          <w:b/>
        </w:rPr>
        <w:t xml:space="preserve">Interviewer E:  </w:t>
      </w:r>
      <w:r>
        <w:rPr>
          <w:rFonts w:ascii="Arial" w:hAnsi="Arial"/>
          <w:color w:val="5D7284"/>
        </w:rPr>
        <w:t>55:39</w:t>
      </w:r>
    </w:p>
    <w:p w14:paraId="07B7A45E" w14:textId="5AC95648" w:rsidR="00B23B83" w:rsidRDefault="00B43844">
      <w:pPr>
        <w:spacing w:after="0"/>
      </w:pPr>
      <w:r>
        <w:rPr>
          <w:rFonts w:ascii="Arial" w:hAnsi="Arial"/>
        </w:rPr>
        <w:t xml:space="preserve">So, when I would when I took before I turn it on, how do you what do you think the movement? You could even look at him? If you take a look? How do you think the movement of these fishies is going to be? </w:t>
      </w:r>
    </w:p>
    <w:p w14:paraId="2B295442" w14:textId="77777777" w:rsidR="00B23B83" w:rsidRDefault="00B23B83">
      <w:pPr>
        <w:spacing w:after="0"/>
      </w:pPr>
    </w:p>
    <w:p w14:paraId="6B9244F6" w14:textId="77777777" w:rsidR="00B23B83" w:rsidRDefault="00D16237">
      <w:pPr>
        <w:spacing w:after="0"/>
      </w:pPr>
      <w:r>
        <w:rPr>
          <w:rFonts w:ascii="Arial" w:hAnsi="Arial"/>
          <w:b/>
        </w:rPr>
        <w:t xml:space="preserve">Participant #27:  </w:t>
      </w:r>
      <w:r>
        <w:rPr>
          <w:rFonts w:ascii="Arial" w:hAnsi="Arial"/>
          <w:color w:val="5D7284"/>
        </w:rPr>
        <w:t>55:52</w:t>
      </w:r>
    </w:p>
    <w:p w14:paraId="656C7B2A" w14:textId="5F8A50F7" w:rsidR="00B23B83" w:rsidRDefault="00D16237">
      <w:pPr>
        <w:spacing w:after="0"/>
      </w:pPr>
      <w:r>
        <w:rPr>
          <w:rFonts w:ascii="Arial" w:hAnsi="Arial"/>
        </w:rPr>
        <w:t xml:space="preserve">I think </w:t>
      </w:r>
      <w:r w:rsidR="00B43844">
        <w:rPr>
          <w:rFonts w:ascii="Arial" w:hAnsi="Arial"/>
        </w:rPr>
        <w:t>that</w:t>
      </w:r>
      <w:r>
        <w:rPr>
          <w:rFonts w:ascii="Arial" w:hAnsi="Arial"/>
        </w:rPr>
        <w:t xml:space="preserve"> I think that the top the ones floating are going to stay where they are. And the ones on the bottom might move a little if they're like, if</w:t>
      </w:r>
      <w:r>
        <w:rPr>
          <w:rFonts w:ascii="Arial" w:hAnsi="Arial"/>
        </w:rPr>
        <w:t xml:space="preserve"> they don't weight too much. I think they might like tumble around.</w:t>
      </w:r>
    </w:p>
    <w:p w14:paraId="0DBDE662" w14:textId="77777777" w:rsidR="00B23B83" w:rsidRDefault="00B23B83">
      <w:pPr>
        <w:spacing w:after="0"/>
      </w:pPr>
    </w:p>
    <w:p w14:paraId="493BF533" w14:textId="77777777" w:rsidR="00B23B83" w:rsidRDefault="00D16237">
      <w:pPr>
        <w:spacing w:after="0"/>
      </w:pPr>
      <w:r>
        <w:rPr>
          <w:rFonts w:ascii="Arial" w:hAnsi="Arial"/>
          <w:b/>
        </w:rPr>
        <w:t xml:space="preserve">Interviewer E:  </w:t>
      </w:r>
      <w:r>
        <w:rPr>
          <w:rFonts w:ascii="Arial" w:hAnsi="Arial"/>
          <w:color w:val="5D7284"/>
        </w:rPr>
        <w:t>56:09</w:t>
      </w:r>
    </w:p>
    <w:p w14:paraId="1C3A76D4" w14:textId="77777777" w:rsidR="00B23B83" w:rsidRDefault="00D16237">
      <w:pPr>
        <w:spacing w:after="0"/>
      </w:pPr>
      <w:r>
        <w:rPr>
          <w:rFonts w:ascii="Arial" w:hAnsi="Arial"/>
        </w:rPr>
        <w:t xml:space="preserve">You would think they might tumble around. </w:t>
      </w:r>
    </w:p>
    <w:p w14:paraId="09ED5991" w14:textId="77777777" w:rsidR="00B23B83" w:rsidRDefault="00B23B83">
      <w:pPr>
        <w:spacing w:after="0"/>
      </w:pPr>
    </w:p>
    <w:p w14:paraId="7191CC24" w14:textId="77777777" w:rsidR="00B23B83" w:rsidRDefault="00D16237">
      <w:pPr>
        <w:spacing w:after="0"/>
      </w:pPr>
      <w:r>
        <w:rPr>
          <w:rFonts w:ascii="Arial" w:hAnsi="Arial"/>
          <w:b/>
        </w:rPr>
        <w:t xml:space="preserve">Participant #27:  </w:t>
      </w:r>
      <w:r>
        <w:rPr>
          <w:rFonts w:ascii="Arial" w:hAnsi="Arial"/>
          <w:color w:val="5D7284"/>
        </w:rPr>
        <w:t>56:10</w:t>
      </w:r>
    </w:p>
    <w:p w14:paraId="01517153" w14:textId="77777777" w:rsidR="00B23B83" w:rsidRDefault="00D16237">
      <w:pPr>
        <w:spacing w:after="0"/>
      </w:pPr>
      <w:r>
        <w:rPr>
          <w:rFonts w:ascii="Arial" w:hAnsi="Arial"/>
        </w:rPr>
        <w:t xml:space="preserve">Yeah. </w:t>
      </w:r>
    </w:p>
    <w:p w14:paraId="2C753460" w14:textId="77777777" w:rsidR="00B23B83" w:rsidRDefault="00B23B83">
      <w:pPr>
        <w:spacing w:after="0"/>
      </w:pPr>
    </w:p>
    <w:p w14:paraId="27671BB2" w14:textId="77777777" w:rsidR="00B23B83" w:rsidRDefault="00D16237">
      <w:pPr>
        <w:spacing w:after="0"/>
      </w:pPr>
      <w:r>
        <w:rPr>
          <w:rFonts w:ascii="Arial" w:hAnsi="Arial"/>
          <w:b/>
        </w:rPr>
        <w:t xml:space="preserve">Interviewer E:  </w:t>
      </w:r>
      <w:r>
        <w:rPr>
          <w:rFonts w:ascii="Arial" w:hAnsi="Arial"/>
          <w:color w:val="5D7284"/>
        </w:rPr>
        <w:t>56:13</w:t>
      </w:r>
    </w:p>
    <w:p w14:paraId="399E5252" w14:textId="41CE3BA5" w:rsidR="00B23B83" w:rsidRDefault="00D16237">
      <w:pPr>
        <w:spacing w:after="0"/>
      </w:pPr>
      <w:r>
        <w:rPr>
          <w:rFonts w:ascii="Arial" w:hAnsi="Arial"/>
        </w:rPr>
        <w:t xml:space="preserve">All right. </w:t>
      </w:r>
      <w:r w:rsidR="00B43844">
        <w:rPr>
          <w:rFonts w:ascii="Arial" w:hAnsi="Arial"/>
        </w:rPr>
        <w:t>So,</w:t>
      </w:r>
      <w:r>
        <w:rPr>
          <w:rFonts w:ascii="Arial" w:hAnsi="Arial"/>
        </w:rPr>
        <w:t xml:space="preserve"> let's find out. </w:t>
      </w:r>
      <w:r w:rsidR="00B43844">
        <w:rPr>
          <w:rFonts w:ascii="Arial" w:hAnsi="Arial"/>
        </w:rPr>
        <w:t>So,</w:t>
      </w:r>
      <w:r>
        <w:rPr>
          <w:rFonts w:ascii="Arial" w:hAnsi="Arial"/>
        </w:rPr>
        <w:t xml:space="preserve"> would you say that you feel you're fairly accurate on your description of what was going to happen?</w:t>
      </w:r>
    </w:p>
    <w:p w14:paraId="09C8DD09" w14:textId="77777777" w:rsidR="00B23B83" w:rsidRDefault="00B23B83">
      <w:pPr>
        <w:spacing w:after="0"/>
      </w:pPr>
    </w:p>
    <w:p w14:paraId="79D457D7" w14:textId="77777777" w:rsidR="00B23B83" w:rsidRDefault="00D16237">
      <w:pPr>
        <w:spacing w:after="0"/>
      </w:pPr>
      <w:r>
        <w:rPr>
          <w:rFonts w:ascii="Arial" w:hAnsi="Arial"/>
          <w:b/>
        </w:rPr>
        <w:t xml:space="preserve">Participant #27:  </w:t>
      </w:r>
      <w:r>
        <w:rPr>
          <w:rFonts w:ascii="Arial" w:hAnsi="Arial"/>
          <w:color w:val="5D7284"/>
        </w:rPr>
        <w:t>56:33</w:t>
      </w:r>
    </w:p>
    <w:p w14:paraId="623ACE70" w14:textId="77777777" w:rsidR="00B23B83" w:rsidRDefault="00D16237">
      <w:pPr>
        <w:spacing w:after="0"/>
      </w:pPr>
      <w:r>
        <w:rPr>
          <w:rFonts w:ascii="Arial" w:hAnsi="Arial"/>
        </w:rPr>
        <w:t>Oh, maybe a little. I feel like the ones on the bottom aren't moving as much as I thought. Well, I mean, okay, yeah. But the ones at the top are drifting.</w:t>
      </w:r>
    </w:p>
    <w:p w14:paraId="050E77C8" w14:textId="77777777" w:rsidR="00B23B83" w:rsidRDefault="00B23B83">
      <w:pPr>
        <w:spacing w:after="0"/>
      </w:pPr>
    </w:p>
    <w:p w14:paraId="1715E603" w14:textId="77777777" w:rsidR="00B23B83" w:rsidRDefault="00D16237">
      <w:pPr>
        <w:spacing w:after="0"/>
      </w:pPr>
      <w:r>
        <w:rPr>
          <w:rFonts w:ascii="Arial" w:hAnsi="Arial"/>
          <w:b/>
        </w:rPr>
        <w:t xml:space="preserve">Interviewer E:  </w:t>
      </w:r>
      <w:r>
        <w:rPr>
          <w:rFonts w:ascii="Arial" w:hAnsi="Arial"/>
          <w:color w:val="5D7284"/>
        </w:rPr>
        <w:t>56:47</w:t>
      </w:r>
    </w:p>
    <w:p w14:paraId="3E25B6F7" w14:textId="030E2551" w:rsidR="00B23B83" w:rsidRDefault="00D16237">
      <w:pPr>
        <w:spacing w:after="0"/>
      </w:pPr>
      <w:r>
        <w:rPr>
          <w:rFonts w:ascii="Arial" w:hAnsi="Arial"/>
        </w:rPr>
        <w:t xml:space="preserve">So, do you think </w:t>
      </w:r>
      <w:r w:rsidR="00B43844">
        <w:rPr>
          <w:rFonts w:ascii="Arial" w:hAnsi="Arial"/>
        </w:rPr>
        <w:t>that</w:t>
      </w:r>
      <w:r>
        <w:rPr>
          <w:rFonts w:ascii="Arial" w:hAnsi="Arial"/>
        </w:rPr>
        <w:t xml:space="preserve"> which was okay, do you think these ones at the bottling bottom are going with water? Are they going to the tank?</w:t>
      </w:r>
    </w:p>
    <w:p w14:paraId="47E8EC36" w14:textId="77777777" w:rsidR="00B23B83" w:rsidRDefault="00B23B83">
      <w:pPr>
        <w:spacing w:after="0"/>
      </w:pPr>
    </w:p>
    <w:p w14:paraId="4DBA9C39" w14:textId="77777777" w:rsidR="00B23B83" w:rsidRDefault="00D16237">
      <w:pPr>
        <w:spacing w:after="0"/>
      </w:pPr>
      <w:r>
        <w:rPr>
          <w:rFonts w:ascii="Arial" w:hAnsi="Arial"/>
          <w:b/>
        </w:rPr>
        <w:t xml:space="preserve">Participant #27:  </w:t>
      </w:r>
      <w:r>
        <w:rPr>
          <w:rFonts w:ascii="Arial" w:hAnsi="Arial"/>
          <w:color w:val="5D7284"/>
        </w:rPr>
        <w:t>56:59</w:t>
      </w:r>
    </w:p>
    <w:p w14:paraId="0B0810ED" w14:textId="77777777" w:rsidR="00B23B83" w:rsidRDefault="00D16237">
      <w:pPr>
        <w:spacing w:after="0"/>
      </w:pPr>
      <w:r>
        <w:rPr>
          <w:rFonts w:ascii="Arial" w:hAnsi="Arial"/>
        </w:rPr>
        <w:lastRenderedPageBreak/>
        <w:t xml:space="preserve">I think the ones on the bottom are going with the tank. </w:t>
      </w:r>
    </w:p>
    <w:p w14:paraId="4F7DFBE2" w14:textId="77777777" w:rsidR="00B23B83" w:rsidRDefault="00B23B83">
      <w:pPr>
        <w:spacing w:after="0"/>
      </w:pPr>
    </w:p>
    <w:p w14:paraId="2F34F840" w14:textId="77777777" w:rsidR="00B23B83" w:rsidRDefault="00D16237">
      <w:pPr>
        <w:spacing w:after="0"/>
      </w:pPr>
      <w:r>
        <w:rPr>
          <w:rFonts w:ascii="Arial" w:hAnsi="Arial"/>
          <w:b/>
        </w:rPr>
        <w:t xml:space="preserve">Interviewer E:  </w:t>
      </w:r>
      <w:r>
        <w:rPr>
          <w:rFonts w:ascii="Arial" w:hAnsi="Arial"/>
          <w:color w:val="5D7284"/>
        </w:rPr>
        <w:t>57:02</w:t>
      </w:r>
    </w:p>
    <w:p w14:paraId="1E247F5A" w14:textId="77777777" w:rsidR="00B23B83" w:rsidRDefault="00D16237">
      <w:pPr>
        <w:spacing w:after="0"/>
      </w:pPr>
      <w:r>
        <w:rPr>
          <w:rFonts w:ascii="Arial" w:hAnsi="Arial"/>
        </w:rPr>
        <w:t>And what about the ones on top?</w:t>
      </w:r>
    </w:p>
    <w:p w14:paraId="793659D6" w14:textId="77777777" w:rsidR="00B23B83" w:rsidRDefault="00B23B83">
      <w:pPr>
        <w:spacing w:after="0"/>
      </w:pPr>
    </w:p>
    <w:p w14:paraId="35216526" w14:textId="77777777" w:rsidR="00B23B83" w:rsidRDefault="00D16237">
      <w:pPr>
        <w:spacing w:after="0"/>
      </w:pPr>
      <w:r>
        <w:rPr>
          <w:rFonts w:ascii="Arial" w:hAnsi="Arial"/>
          <w:b/>
        </w:rPr>
        <w:t xml:space="preserve">Participant #27:  </w:t>
      </w:r>
      <w:r>
        <w:rPr>
          <w:rFonts w:ascii="Arial" w:hAnsi="Arial"/>
          <w:color w:val="5D7284"/>
        </w:rPr>
        <w:t>57:03</w:t>
      </w:r>
    </w:p>
    <w:p w14:paraId="5D3226C3" w14:textId="7D4F6220" w:rsidR="00B23B83" w:rsidRDefault="00D16237">
      <w:pPr>
        <w:spacing w:after="0"/>
      </w:pPr>
      <w:r>
        <w:rPr>
          <w:rFonts w:ascii="Arial" w:hAnsi="Arial"/>
        </w:rPr>
        <w:t xml:space="preserve"> The ones on top are going with the </w:t>
      </w:r>
      <w:r w:rsidR="00B43844">
        <w:rPr>
          <w:rFonts w:ascii="Arial" w:hAnsi="Arial"/>
        </w:rPr>
        <w:t>water.</w:t>
      </w:r>
      <w:r>
        <w:rPr>
          <w:rFonts w:ascii="Arial" w:hAnsi="Arial"/>
        </w:rPr>
        <w:t xml:space="preserve"> </w:t>
      </w:r>
    </w:p>
    <w:p w14:paraId="6805FD60" w14:textId="77777777" w:rsidR="00B23B83" w:rsidRDefault="00B23B83">
      <w:pPr>
        <w:spacing w:after="0"/>
      </w:pPr>
    </w:p>
    <w:p w14:paraId="48D6335A" w14:textId="77777777" w:rsidR="00B23B83" w:rsidRDefault="00D16237">
      <w:pPr>
        <w:spacing w:after="0"/>
      </w:pPr>
      <w:r>
        <w:rPr>
          <w:rFonts w:ascii="Arial" w:hAnsi="Arial"/>
          <w:b/>
        </w:rPr>
        <w:t xml:space="preserve">Interviewer E:  </w:t>
      </w:r>
      <w:r>
        <w:rPr>
          <w:rFonts w:ascii="Arial" w:hAnsi="Arial"/>
          <w:color w:val="5D7284"/>
        </w:rPr>
        <w:t>57:06</w:t>
      </w:r>
    </w:p>
    <w:p w14:paraId="5C7CD79D" w14:textId="77777777" w:rsidR="00B23B83" w:rsidRDefault="00D16237">
      <w:pPr>
        <w:spacing w:after="0"/>
      </w:pPr>
      <w:r>
        <w:rPr>
          <w:rFonts w:ascii="Arial" w:hAnsi="Arial"/>
        </w:rPr>
        <w:t>Okay. Okay, which ones are moving faster? The ones on the bottom or the ones on top.</w:t>
      </w:r>
    </w:p>
    <w:p w14:paraId="3C688CA9" w14:textId="77777777" w:rsidR="00B23B83" w:rsidRDefault="00B23B83">
      <w:pPr>
        <w:spacing w:after="0"/>
      </w:pPr>
    </w:p>
    <w:p w14:paraId="11E8F515" w14:textId="77777777" w:rsidR="00B23B83" w:rsidRDefault="00D16237">
      <w:pPr>
        <w:spacing w:after="0"/>
      </w:pPr>
      <w:r>
        <w:rPr>
          <w:rFonts w:ascii="Arial" w:hAnsi="Arial"/>
          <w:b/>
        </w:rPr>
        <w:t xml:space="preserve">Participant #27:  </w:t>
      </w:r>
      <w:r>
        <w:rPr>
          <w:rFonts w:ascii="Arial" w:hAnsi="Arial"/>
          <w:color w:val="5D7284"/>
        </w:rPr>
        <w:t>57:23</w:t>
      </w:r>
    </w:p>
    <w:p w14:paraId="310ED742" w14:textId="77777777" w:rsidR="00B23B83" w:rsidRDefault="00D16237">
      <w:pPr>
        <w:spacing w:after="0"/>
      </w:pPr>
      <w:r>
        <w:rPr>
          <w:rFonts w:ascii="Arial" w:hAnsi="Arial"/>
        </w:rPr>
        <w:t>The ones on the bottom.</w:t>
      </w:r>
    </w:p>
    <w:p w14:paraId="2164D466" w14:textId="77777777" w:rsidR="00B23B83" w:rsidRDefault="00B23B83">
      <w:pPr>
        <w:spacing w:after="0"/>
      </w:pPr>
    </w:p>
    <w:p w14:paraId="3435033B" w14:textId="77777777" w:rsidR="00B23B83" w:rsidRDefault="00D16237">
      <w:pPr>
        <w:spacing w:after="0"/>
      </w:pPr>
      <w:r>
        <w:rPr>
          <w:rFonts w:ascii="Arial" w:hAnsi="Arial"/>
          <w:b/>
        </w:rPr>
        <w:t xml:space="preserve">Interviewer E:  </w:t>
      </w:r>
      <w:r>
        <w:rPr>
          <w:rFonts w:ascii="Arial" w:hAnsi="Arial"/>
          <w:color w:val="5D7284"/>
        </w:rPr>
        <w:t>57:25</w:t>
      </w:r>
    </w:p>
    <w:p w14:paraId="70C9AE6B" w14:textId="3261DCF4" w:rsidR="00B23B83" w:rsidRDefault="00D16237">
      <w:pPr>
        <w:spacing w:after="0"/>
      </w:pPr>
      <w:r>
        <w:rPr>
          <w:rFonts w:ascii="Arial" w:hAnsi="Arial"/>
        </w:rPr>
        <w:t xml:space="preserve">They're moving </w:t>
      </w:r>
      <w:r w:rsidR="00B43844">
        <w:rPr>
          <w:rFonts w:ascii="Arial" w:hAnsi="Arial"/>
        </w:rPr>
        <w:t>faster.</w:t>
      </w:r>
    </w:p>
    <w:p w14:paraId="043543B9" w14:textId="77777777" w:rsidR="00B23B83" w:rsidRDefault="00B23B83">
      <w:pPr>
        <w:spacing w:after="0"/>
      </w:pPr>
    </w:p>
    <w:p w14:paraId="0A73C5A2" w14:textId="77777777" w:rsidR="00B23B83" w:rsidRDefault="00D16237">
      <w:pPr>
        <w:spacing w:after="0"/>
      </w:pPr>
      <w:r>
        <w:rPr>
          <w:rFonts w:ascii="Arial" w:hAnsi="Arial"/>
          <w:b/>
        </w:rPr>
        <w:t xml:space="preserve">Participant #27:  </w:t>
      </w:r>
      <w:r>
        <w:rPr>
          <w:rFonts w:ascii="Arial" w:hAnsi="Arial"/>
          <w:color w:val="5D7284"/>
        </w:rPr>
        <w:t>57:27</w:t>
      </w:r>
    </w:p>
    <w:p w14:paraId="16719EE3" w14:textId="77777777" w:rsidR="00B23B83" w:rsidRDefault="00D16237">
      <w:pPr>
        <w:spacing w:after="0"/>
      </w:pPr>
      <w:r>
        <w:rPr>
          <w:rFonts w:ascii="Arial" w:hAnsi="Arial"/>
        </w:rPr>
        <w:t xml:space="preserve">Yeah. </w:t>
      </w:r>
    </w:p>
    <w:p w14:paraId="1FE92570" w14:textId="77777777" w:rsidR="00B23B83" w:rsidRDefault="00B23B83">
      <w:pPr>
        <w:spacing w:after="0"/>
      </w:pPr>
    </w:p>
    <w:p w14:paraId="4E4DEB4A" w14:textId="77777777" w:rsidR="00B23B83" w:rsidRDefault="00D16237">
      <w:pPr>
        <w:spacing w:after="0"/>
      </w:pPr>
      <w:r>
        <w:rPr>
          <w:rFonts w:ascii="Arial" w:hAnsi="Arial"/>
          <w:b/>
        </w:rPr>
        <w:t xml:space="preserve">Interviewer E:  </w:t>
      </w:r>
      <w:r>
        <w:rPr>
          <w:rFonts w:ascii="Arial" w:hAnsi="Arial"/>
          <w:color w:val="5D7284"/>
        </w:rPr>
        <w:t>57:29</w:t>
      </w:r>
    </w:p>
    <w:p w14:paraId="1E48592A" w14:textId="77777777" w:rsidR="00B23B83" w:rsidRDefault="00D16237">
      <w:pPr>
        <w:spacing w:after="0"/>
      </w:pPr>
      <w:r>
        <w:rPr>
          <w:rFonts w:ascii="Arial" w:hAnsi="Arial"/>
        </w:rPr>
        <w:t>Okay, and so, are these ones moving at all the ones that are floating on the top? Are they moving? Or are they like changing orientation? Are they.</w:t>
      </w:r>
    </w:p>
    <w:p w14:paraId="58916D95" w14:textId="77777777" w:rsidR="00B23B83" w:rsidRDefault="00B23B83">
      <w:pPr>
        <w:spacing w:after="0"/>
      </w:pPr>
    </w:p>
    <w:p w14:paraId="5E25D85A" w14:textId="77777777" w:rsidR="00B23B83" w:rsidRDefault="00D16237">
      <w:pPr>
        <w:spacing w:after="0"/>
      </w:pPr>
      <w:r>
        <w:rPr>
          <w:rFonts w:ascii="Arial" w:hAnsi="Arial"/>
          <w:b/>
        </w:rPr>
        <w:t xml:space="preserve">Participant #27:  </w:t>
      </w:r>
      <w:r>
        <w:rPr>
          <w:rFonts w:ascii="Arial" w:hAnsi="Arial"/>
          <w:color w:val="5D7284"/>
        </w:rPr>
        <w:t>57:41</w:t>
      </w:r>
    </w:p>
    <w:p w14:paraId="6CE9CBC2" w14:textId="77777777" w:rsidR="00B23B83" w:rsidRDefault="00D16237">
      <w:pPr>
        <w:spacing w:after="0"/>
      </w:pPr>
      <w:r>
        <w:rPr>
          <w:rFonts w:ascii="Arial" w:hAnsi="Arial"/>
        </w:rPr>
        <w:t>Yeah, I think both I think they're like flipping around a little. themselves and.</w:t>
      </w:r>
    </w:p>
    <w:p w14:paraId="603AD43A" w14:textId="77777777" w:rsidR="00B23B83" w:rsidRDefault="00B23B83">
      <w:pPr>
        <w:spacing w:after="0"/>
      </w:pPr>
    </w:p>
    <w:p w14:paraId="4BEC8D8F" w14:textId="77777777" w:rsidR="00B23B83" w:rsidRDefault="00D16237">
      <w:pPr>
        <w:spacing w:after="0"/>
      </w:pPr>
      <w:r>
        <w:rPr>
          <w:rFonts w:ascii="Arial" w:hAnsi="Arial"/>
          <w:b/>
        </w:rPr>
        <w:t xml:space="preserve">Interviewer E:  </w:t>
      </w:r>
      <w:r>
        <w:rPr>
          <w:rFonts w:ascii="Arial" w:hAnsi="Arial"/>
          <w:color w:val="5D7284"/>
        </w:rPr>
        <w:t>57:49</w:t>
      </w:r>
    </w:p>
    <w:p w14:paraId="4CFF94A5" w14:textId="77777777" w:rsidR="00B23B83" w:rsidRDefault="00D16237">
      <w:pPr>
        <w:spacing w:after="0"/>
      </w:pPr>
      <w:r>
        <w:rPr>
          <w:rFonts w:ascii="Arial" w:hAnsi="Arial"/>
        </w:rPr>
        <w:t>Do you think this blue fish on the rim is different than the one over here? That's kind of more center?</w:t>
      </w:r>
    </w:p>
    <w:p w14:paraId="03F654CA" w14:textId="77777777" w:rsidR="00B23B83" w:rsidRDefault="00B23B83">
      <w:pPr>
        <w:spacing w:after="0"/>
      </w:pPr>
    </w:p>
    <w:p w14:paraId="1C1F6A81" w14:textId="77777777" w:rsidR="00B23B83" w:rsidRDefault="00D16237">
      <w:pPr>
        <w:spacing w:after="0"/>
      </w:pPr>
      <w:r>
        <w:rPr>
          <w:rFonts w:ascii="Arial" w:hAnsi="Arial"/>
          <w:b/>
        </w:rPr>
        <w:t xml:space="preserve">Participant #27:  </w:t>
      </w:r>
      <w:r>
        <w:rPr>
          <w:rFonts w:ascii="Arial" w:hAnsi="Arial"/>
          <w:color w:val="5D7284"/>
        </w:rPr>
        <w:t>57:57</w:t>
      </w:r>
    </w:p>
    <w:p w14:paraId="7C459546" w14:textId="77777777" w:rsidR="00B23B83" w:rsidRDefault="00D16237">
      <w:pPr>
        <w:spacing w:after="0"/>
      </w:pPr>
      <w:r>
        <w:rPr>
          <w:rFonts w:ascii="Arial" w:hAnsi="Arial"/>
        </w:rPr>
        <w:t>Yeah, I think he's moving more than the one on the center. Like he's kind of staying the same direction like facing the same direction just sort of moving with the water in his area. But that guy's moving a lot like she's flipping around think the closer you are to the center it's like the less influence when you're on the surface I guess the less influence the movement has on you.</w:t>
      </w:r>
    </w:p>
    <w:p w14:paraId="147CAA66" w14:textId="77777777" w:rsidR="00B23B83" w:rsidRDefault="00B23B83">
      <w:pPr>
        <w:spacing w:after="0"/>
      </w:pPr>
    </w:p>
    <w:p w14:paraId="0DA1CA39" w14:textId="77777777" w:rsidR="00B23B83" w:rsidRDefault="00D16237">
      <w:pPr>
        <w:spacing w:after="0"/>
      </w:pPr>
      <w:r>
        <w:rPr>
          <w:rFonts w:ascii="Arial" w:hAnsi="Arial"/>
          <w:b/>
        </w:rPr>
        <w:t xml:space="preserve">Interviewer E:  </w:t>
      </w:r>
      <w:r>
        <w:rPr>
          <w:rFonts w:ascii="Arial" w:hAnsi="Arial"/>
          <w:color w:val="5D7284"/>
        </w:rPr>
        <w:t>58:28</w:t>
      </w:r>
    </w:p>
    <w:p w14:paraId="12D7A4E8" w14:textId="77777777" w:rsidR="00B23B83" w:rsidRDefault="00D16237">
      <w:pPr>
        <w:spacing w:after="0"/>
      </w:pPr>
      <w:r>
        <w:rPr>
          <w:rFonts w:ascii="Arial" w:hAnsi="Arial"/>
        </w:rPr>
        <w:t>Okay, so essentially the this</w:t>
      </w:r>
      <w:r>
        <w:rPr>
          <w:rFonts w:ascii="Arial" w:hAnsi="Arial"/>
        </w:rPr>
        <w:t xml:space="preserve"> one is more has more movement because it's further from the center and then that in this brown one essentially had more movement because it was further from the center versus purple and just kind of chillin.</w:t>
      </w:r>
    </w:p>
    <w:p w14:paraId="75DE1498" w14:textId="77777777" w:rsidR="00B23B83" w:rsidRDefault="00B23B83">
      <w:pPr>
        <w:spacing w:after="0"/>
      </w:pPr>
    </w:p>
    <w:p w14:paraId="63C913E3" w14:textId="77777777" w:rsidR="00B23B83" w:rsidRDefault="00D16237">
      <w:pPr>
        <w:spacing w:after="0"/>
      </w:pPr>
      <w:r>
        <w:rPr>
          <w:rFonts w:ascii="Arial" w:hAnsi="Arial"/>
          <w:b/>
        </w:rPr>
        <w:t xml:space="preserve">Participant #27:  </w:t>
      </w:r>
      <w:r>
        <w:rPr>
          <w:rFonts w:ascii="Arial" w:hAnsi="Arial"/>
          <w:color w:val="5D7284"/>
        </w:rPr>
        <w:t>58:45</w:t>
      </w:r>
    </w:p>
    <w:p w14:paraId="340CD14B" w14:textId="37F9907A" w:rsidR="00B23B83" w:rsidRDefault="00B43844">
      <w:pPr>
        <w:spacing w:after="0"/>
      </w:pPr>
      <w:r>
        <w:rPr>
          <w:rFonts w:ascii="Arial" w:hAnsi="Arial"/>
        </w:rPr>
        <w:t>Yeah, the purple ones moving but I feel like I mean the brown one like flipped in like went back.</w:t>
      </w:r>
    </w:p>
    <w:p w14:paraId="6AC5FE50" w14:textId="77777777" w:rsidR="00B23B83" w:rsidRDefault="00B23B83">
      <w:pPr>
        <w:spacing w:after="0"/>
      </w:pPr>
    </w:p>
    <w:p w14:paraId="48BA3B9F" w14:textId="77777777" w:rsidR="00B23B83" w:rsidRDefault="00D16237">
      <w:pPr>
        <w:spacing w:after="0"/>
      </w:pPr>
      <w:r>
        <w:rPr>
          <w:rFonts w:ascii="Arial" w:hAnsi="Arial"/>
          <w:b/>
        </w:rPr>
        <w:lastRenderedPageBreak/>
        <w:t xml:space="preserve">Interviewer E:  </w:t>
      </w:r>
      <w:r>
        <w:rPr>
          <w:rFonts w:ascii="Arial" w:hAnsi="Arial"/>
          <w:color w:val="5D7284"/>
        </w:rPr>
        <w:t>58:54</w:t>
      </w:r>
    </w:p>
    <w:p w14:paraId="2B8E26A5" w14:textId="77777777" w:rsidR="00B23B83" w:rsidRDefault="00D16237">
      <w:pPr>
        <w:spacing w:after="0"/>
      </w:pPr>
      <w:r>
        <w:rPr>
          <w:rFonts w:ascii="Arial" w:hAnsi="Arial"/>
        </w:rPr>
        <w:t>Tumbled.</w:t>
      </w:r>
    </w:p>
    <w:p w14:paraId="076D404B" w14:textId="77777777" w:rsidR="00B23B83" w:rsidRDefault="00B23B83">
      <w:pPr>
        <w:spacing w:after="0"/>
      </w:pPr>
    </w:p>
    <w:p w14:paraId="05482124" w14:textId="77777777" w:rsidR="00B23B83" w:rsidRDefault="00D16237">
      <w:pPr>
        <w:spacing w:after="0"/>
      </w:pPr>
      <w:r>
        <w:rPr>
          <w:rFonts w:ascii="Arial" w:hAnsi="Arial"/>
          <w:b/>
        </w:rPr>
        <w:t xml:space="preserve">Participant #27:  </w:t>
      </w:r>
      <w:r>
        <w:rPr>
          <w:rFonts w:ascii="Arial" w:hAnsi="Arial"/>
          <w:color w:val="5D7284"/>
        </w:rPr>
        <w:t>58:54</w:t>
      </w:r>
    </w:p>
    <w:p w14:paraId="3B2C15C7" w14:textId="234A54B2" w:rsidR="00B23B83" w:rsidRDefault="00B43844">
      <w:pPr>
        <w:spacing w:after="0"/>
      </w:pPr>
      <w:r>
        <w:rPr>
          <w:rFonts w:ascii="Arial" w:hAnsi="Arial"/>
        </w:rPr>
        <w:t>Yeah, tumble then. Yeah, so I think yeah, he is moving more.</w:t>
      </w:r>
    </w:p>
    <w:p w14:paraId="254C59DF" w14:textId="77777777" w:rsidR="00B23B83" w:rsidRDefault="00B23B83">
      <w:pPr>
        <w:spacing w:after="0"/>
      </w:pPr>
    </w:p>
    <w:p w14:paraId="7D208D09" w14:textId="77777777" w:rsidR="00B23B83" w:rsidRDefault="00D16237">
      <w:pPr>
        <w:spacing w:after="0"/>
      </w:pPr>
      <w:r>
        <w:rPr>
          <w:rFonts w:ascii="Arial" w:hAnsi="Arial"/>
          <w:b/>
        </w:rPr>
        <w:t xml:space="preserve">Interviewer E:  </w:t>
      </w:r>
      <w:r>
        <w:rPr>
          <w:rFonts w:ascii="Arial" w:hAnsi="Arial"/>
          <w:color w:val="5D7284"/>
        </w:rPr>
        <w:t>59:01</w:t>
      </w:r>
    </w:p>
    <w:p w14:paraId="64CF87FB" w14:textId="77777777" w:rsidR="00B23B83" w:rsidRDefault="00D16237">
      <w:pPr>
        <w:spacing w:after="0"/>
      </w:pPr>
      <w:r>
        <w:rPr>
          <w:rFonts w:ascii="Arial" w:hAnsi="Arial"/>
        </w:rPr>
        <w:t xml:space="preserve">What would you think would happen to </w:t>
      </w:r>
      <w:r>
        <w:rPr>
          <w:rFonts w:ascii="Arial" w:hAnsi="Arial"/>
        </w:rPr>
        <w:t>the ones on the top and the ones on the bottom if I stop this now?</w:t>
      </w:r>
    </w:p>
    <w:p w14:paraId="08A08FD0" w14:textId="77777777" w:rsidR="00B23B83" w:rsidRDefault="00B23B83">
      <w:pPr>
        <w:spacing w:after="0"/>
      </w:pPr>
    </w:p>
    <w:p w14:paraId="12B9DA0F" w14:textId="77777777" w:rsidR="00B23B83" w:rsidRDefault="00D16237">
      <w:pPr>
        <w:spacing w:after="0"/>
      </w:pPr>
      <w:r>
        <w:rPr>
          <w:rFonts w:ascii="Arial" w:hAnsi="Arial"/>
          <w:b/>
        </w:rPr>
        <w:t xml:space="preserve">Participant #27:  </w:t>
      </w:r>
      <w:r>
        <w:rPr>
          <w:rFonts w:ascii="Arial" w:hAnsi="Arial"/>
          <w:color w:val="5D7284"/>
        </w:rPr>
        <w:t>59:10</w:t>
      </w:r>
    </w:p>
    <w:p w14:paraId="7EEF2D77" w14:textId="77777777" w:rsidR="00B23B83" w:rsidRDefault="00D16237">
      <w:pPr>
        <w:spacing w:after="0"/>
      </w:pPr>
      <w:r>
        <w:rPr>
          <w:rFonts w:ascii="Arial" w:hAnsi="Arial"/>
        </w:rPr>
        <w:t>I think I think I think they would I'm trying to think back at the colors the potassium and I think that they would they would move more.</w:t>
      </w:r>
    </w:p>
    <w:p w14:paraId="38B01B07" w14:textId="77777777" w:rsidR="00B23B83" w:rsidRDefault="00B23B83">
      <w:pPr>
        <w:spacing w:after="0"/>
      </w:pPr>
    </w:p>
    <w:p w14:paraId="5709AB7E" w14:textId="77777777" w:rsidR="00B23B83" w:rsidRDefault="00D16237">
      <w:pPr>
        <w:spacing w:after="0"/>
      </w:pPr>
      <w:r>
        <w:rPr>
          <w:rFonts w:ascii="Arial" w:hAnsi="Arial"/>
          <w:b/>
        </w:rPr>
        <w:t xml:space="preserve">Interviewer E:  </w:t>
      </w:r>
      <w:r>
        <w:rPr>
          <w:rFonts w:ascii="Arial" w:hAnsi="Arial"/>
          <w:color w:val="5D7284"/>
        </w:rPr>
        <w:t>59:30</w:t>
      </w:r>
    </w:p>
    <w:p w14:paraId="2904D359" w14:textId="77777777" w:rsidR="00B23B83" w:rsidRDefault="00D16237">
      <w:pPr>
        <w:spacing w:after="0"/>
      </w:pPr>
      <w:r>
        <w:rPr>
          <w:rFonts w:ascii="Arial" w:hAnsi="Arial"/>
        </w:rPr>
        <w:t>Both the top and bottom.</w:t>
      </w:r>
    </w:p>
    <w:p w14:paraId="392CB741" w14:textId="77777777" w:rsidR="00B23B83" w:rsidRDefault="00B23B83">
      <w:pPr>
        <w:spacing w:after="0"/>
      </w:pPr>
    </w:p>
    <w:p w14:paraId="037EFBC1" w14:textId="77777777" w:rsidR="00B23B83" w:rsidRDefault="00D16237">
      <w:pPr>
        <w:spacing w:after="0"/>
      </w:pPr>
      <w:r>
        <w:rPr>
          <w:rFonts w:ascii="Arial" w:hAnsi="Arial"/>
          <w:b/>
        </w:rPr>
        <w:t xml:space="preserve">Participant #27:  </w:t>
      </w:r>
      <w:r>
        <w:rPr>
          <w:rFonts w:ascii="Arial" w:hAnsi="Arial"/>
          <w:color w:val="5D7284"/>
        </w:rPr>
        <w:t>59:31</w:t>
      </w:r>
    </w:p>
    <w:p w14:paraId="398CC500" w14:textId="4FF036BB" w:rsidR="00B23B83" w:rsidRDefault="00D16237">
      <w:pPr>
        <w:spacing w:after="0"/>
      </w:pPr>
      <w:r>
        <w:rPr>
          <w:rFonts w:ascii="Arial" w:hAnsi="Arial"/>
        </w:rPr>
        <w:t xml:space="preserve">I think that the bottom might not move as </w:t>
      </w:r>
      <w:r w:rsidR="00B43844">
        <w:rPr>
          <w:rFonts w:ascii="Arial" w:hAnsi="Arial"/>
        </w:rPr>
        <w:t>much,</w:t>
      </w:r>
      <w:r>
        <w:rPr>
          <w:rFonts w:ascii="Arial" w:hAnsi="Arial"/>
        </w:rPr>
        <w:t xml:space="preserve"> and the top might move more.</w:t>
      </w:r>
    </w:p>
    <w:p w14:paraId="686E5914" w14:textId="77777777" w:rsidR="00B23B83" w:rsidRDefault="00B23B83">
      <w:pPr>
        <w:spacing w:after="0"/>
      </w:pPr>
    </w:p>
    <w:p w14:paraId="6C5C4A6D" w14:textId="77777777" w:rsidR="00B23B83" w:rsidRDefault="00D16237">
      <w:pPr>
        <w:spacing w:after="0"/>
      </w:pPr>
      <w:r>
        <w:rPr>
          <w:rFonts w:ascii="Arial" w:hAnsi="Arial"/>
          <w:b/>
        </w:rPr>
        <w:t xml:space="preserve">Interviewer E:  </w:t>
      </w:r>
      <w:r>
        <w:rPr>
          <w:rFonts w:ascii="Arial" w:hAnsi="Arial"/>
          <w:color w:val="5D7284"/>
        </w:rPr>
        <w:t>59:36</w:t>
      </w:r>
    </w:p>
    <w:p w14:paraId="2BA02299" w14:textId="7E11A1B2" w:rsidR="00B23B83" w:rsidRDefault="00D16237">
      <w:pPr>
        <w:spacing w:after="0"/>
      </w:pPr>
      <w:r>
        <w:rPr>
          <w:rFonts w:ascii="Arial" w:hAnsi="Arial"/>
        </w:rPr>
        <w:t xml:space="preserve">And you think that's because these move in correlation to the tank itself. </w:t>
      </w:r>
      <w:r w:rsidR="00B43844">
        <w:rPr>
          <w:rFonts w:ascii="Arial" w:hAnsi="Arial"/>
        </w:rPr>
        <w:t>So,</w:t>
      </w:r>
      <w:r>
        <w:rPr>
          <w:rFonts w:ascii="Arial" w:hAnsi="Arial"/>
        </w:rPr>
        <w:t xml:space="preserve"> the tank stopped moving and they wouldn't move as much. </w:t>
      </w:r>
    </w:p>
    <w:p w14:paraId="395C09BF" w14:textId="77777777" w:rsidR="00B23B83" w:rsidRDefault="00B23B83">
      <w:pPr>
        <w:spacing w:after="0"/>
      </w:pPr>
    </w:p>
    <w:p w14:paraId="1AEEA6C7" w14:textId="77777777" w:rsidR="00B23B83" w:rsidRDefault="00D16237">
      <w:pPr>
        <w:spacing w:after="0"/>
      </w:pPr>
      <w:r>
        <w:rPr>
          <w:rFonts w:ascii="Arial" w:hAnsi="Arial"/>
          <w:b/>
        </w:rPr>
        <w:t xml:space="preserve">Participant #27:  </w:t>
      </w:r>
      <w:r>
        <w:rPr>
          <w:rFonts w:ascii="Arial" w:hAnsi="Arial"/>
          <w:color w:val="5D7284"/>
        </w:rPr>
        <w:t>59:46</w:t>
      </w:r>
    </w:p>
    <w:p w14:paraId="5080D138" w14:textId="77777777" w:rsidR="00B23B83" w:rsidRDefault="00D16237">
      <w:pPr>
        <w:spacing w:after="0"/>
      </w:pPr>
      <w:r>
        <w:rPr>
          <w:rFonts w:ascii="Arial" w:hAnsi="Arial"/>
        </w:rPr>
        <w:t xml:space="preserve">Yeah. </w:t>
      </w:r>
    </w:p>
    <w:p w14:paraId="78E742A2" w14:textId="77777777" w:rsidR="00B23B83" w:rsidRDefault="00B23B83">
      <w:pPr>
        <w:spacing w:after="0"/>
      </w:pPr>
    </w:p>
    <w:p w14:paraId="5AF43344" w14:textId="77777777" w:rsidR="00B23B83" w:rsidRDefault="00D16237">
      <w:pPr>
        <w:spacing w:after="0"/>
      </w:pPr>
      <w:r>
        <w:rPr>
          <w:rFonts w:ascii="Arial" w:hAnsi="Arial"/>
          <w:b/>
        </w:rPr>
        <w:t xml:space="preserve">Interviewer E:  </w:t>
      </w:r>
      <w:r>
        <w:rPr>
          <w:rFonts w:ascii="Arial" w:hAnsi="Arial"/>
          <w:color w:val="5D7284"/>
        </w:rPr>
        <w:t>59:47</w:t>
      </w:r>
    </w:p>
    <w:p w14:paraId="655F9FA0" w14:textId="5E940CCD" w:rsidR="00B23B83" w:rsidRDefault="00D16237">
      <w:pPr>
        <w:spacing w:after="0"/>
      </w:pPr>
      <w:r>
        <w:rPr>
          <w:rFonts w:ascii="Arial" w:hAnsi="Arial"/>
        </w:rPr>
        <w:t xml:space="preserve">But and the ones that the water at the top would move more. </w:t>
      </w:r>
      <w:r w:rsidR="00B43844">
        <w:rPr>
          <w:rFonts w:ascii="Arial" w:hAnsi="Arial"/>
        </w:rPr>
        <w:t>So,</w:t>
      </w:r>
      <w:r>
        <w:rPr>
          <w:rFonts w:ascii="Arial" w:hAnsi="Arial"/>
        </w:rPr>
        <w:t xml:space="preserve"> these fish would essentially also move more as well.</w:t>
      </w:r>
    </w:p>
    <w:p w14:paraId="207BBADB" w14:textId="77777777" w:rsidR="00B23B83" w:rsidRDefault="00B23B83">
      <w:pPr>
        <w:spacing w:after="0"/>
      </w:pPr>
    </w:p>
    <w:p w14:paraId="45BC3575" w14:textId="77777777" w:rsidR="00B23B83" w:rsidRDefault="00D16237">
      <w:pPr>
        <w:spacing w:after="0"/>
      </w:pPr>
      <w:r>
        <w:rPr>
          <w:rFonts w:ascii="Arial" w:hAnsi="Arial"/>
          <w:b/>
        </w:rPr>
        <w:t xml:space="preserve">Participant #27:  </w:t>
      </w:r>
      <w:r>
        <w:rPr>
          <w:rFonts w:ascii="Arial" w:hAnsi="Arial"/>
          <w:color w:val="5D7284"/>
        </w:rPr>
        <w:t>59:54</w:t>
      </w:r>
    </w:p>
    <w:p w14:paraId="605B916F" w14:textId="77777777" w:rsidR="00B23B83" w:rsidRDefault="00D16237">
      <w:pPr>
        <w:spacing w:after="0"/>
      </w:pPr>
      <w:r>
        <w:rPr>
          <w:rFonts w:ascii="Arial" w:hAnsi="Arial"/>
        </w:rPr>
        <w:t>Yeah, like.</w:t>
      </w:r>
    </w:p>
    <w:p w14:paraId="33E7378D" w14:textId="77777777" w:rsidR="00B23B83" w:rsidRDefault="00B23B83">
      <w:pPr>
        <w:spacing w:after="0"/>
      </w:pPr>
    </w:p>
    <w:p w14:paraId="484AE919" w14:textId="77777777" w:rsidR="00B23B83" w:rsidRDefault="00D16237">
      <w:pPr>
        <w:spacing w:after="0"/>
      </w:pPr>
      <w:r>
        <w:rPr>
          <w:rFonts w:ascii="Arial" w:hAnsi="Arial"/>
          <w:b/>
        </w:rPr>
        <w:t xml:space="preserve">Interviewer E:  </w:t>
      </w:r>
      <w:r>
        <w:rPr>
          <w:rFonts w:ascii="Arial" w:hAnsi="Arial"/>
          <w:color w:val="5D7284"/>
        </w:rPr>
        <w:t>59:54</w:t>
      </w:r>
    </w:p>
    <w:p w14:paraId="7CDD4BDB" w14:textId="77777777" w:rsidR="00B23B83" w:rsidRDefault="00D16237">
      <w:pPr>
        <w:spacing w:after="0"/>
      </w:pPr>
      <w:r>
        <w:rPr>
          <w:rFonts w:ascii="Arial" w:hAnsi="Arial"/>
        </w:rPr>
        <w:t xml:space="preserve"> I think you're saying.</w:t>
      </w:r>
    </w:p>
    <w:p w14:paraId="50B4005A" w14:textId="77777777" w:rsidR="00B23B83" w:rsidRDefault="00B23B83">
      <w:pPr>
        <w:spacing w:after="0"/>
      </w:pPr>
    </w:p>
    <w:p w14:paraId="247E56D6" w14:textId="77777777" w:rsidR="00B23B83" w:rsidRDefault="00D16237">
      <w:pPr>
        <w:spacing w:after="0"/>
      </w:pPr>
      <w:r>
        <w:rPr>
          <w:rFonts w:ascii="Arial" w:hAnsi="Arial"/>
          <w:b/>
        </w:rPr>
        <w:t xml:space="preserve">Participant #27:  </w:t>
      </w:r>
      <w:r>
        <w:rPr>
          <w:rFonts w:ascii="Arial" w:hAnsi="Arial"/>
          <w:color w:val="5D7284"/>
        </w:rPr>
        <w:t>59:55</w:t>
      </w:r>
    </w:p>
    <w:p w14:paraId="1DD616ED" w14:textId="62442268" w:rsidR="00B23B83" w:rsidRDefault="00D16237">
      <w:pPr>
        <w:spacing w:after="0"/>
      </w:pPr>
      <w:r>
        <w:rPr>
          <w:rFonts w:ascii="Arial" w:hAnsi="Arial"/>
        </w:rPr>
        <w:t xml:space="preserve">The top is more. Like it's like I think the </w:t>
      </w:r>
      <w:r w:rsidR="00B43844">
        <w:rPr>
          <w:rFonts w:ascii="Arial" w:hAnsi="Arial"/>
        </w:rPr>
        <w:t>yeah,</w:t>
      </w:r>
      <w:r>
        <w:rPr>
          <w:rFonts w:ascii="Arial" w:hAnsi="Arial"/>
        </w:rPr>
        <w:t xml:space="preserve"> the bottom fish will just stop with the with the platform and then the top will the water will</w:t>
      </w:r>
      <w:r>
        <w:rPr>
          <w:rFonts w:ascii="Arial" w:hAnsi="Arial"/>
        </w:rPr>
        <w:t xml:space="preserve"> like take a secondary setback to its new like norm and those fish will go with it yeah.</w:t>
      </w:r>
    </w:p>
    <w:p w14:paraId="393A4B01" w14:textId="77777777" w:rsidR="00B23B83" w:rsidRDefault="00B23B83">
      <w:pPr>
        <w:spacing w:after="0"/>
      </w:pPr>
    </w:p>
    <w:p w14:paraId="0C5C3517" w14:textId="77777777" w:rsidR="00B23B83" w:rsidRDefault="00D16237">
      <w:pPr>
        <w:spacing w:after="0"/>
      </w:pPr>
      <w:r>
        <w:rPr>
          <w:rFonts w:ascii="Arial" w:hAnsi="Arial"/>
          <w:b/>
        </w:rPr>
        <w:t xml:space="preserve">Interviewer E:  </w:t>
      </w:r>
      <w:r>
        <w:rPr>
          <w:rFonts w:ascii="Arial" w:hAnsi="Arial"/>
          <w:color w:val="5D7284"/>
        </w:rPr>
        <w:t>1:00:14</w:t>
      </w:r>
    </w:p>
    <w:p w14:paraId="486D7105" w14:textId="5F1922F8" w:rsidR="00B23B83" w:rsidRDefault="00D16237">
      <w:pPr>
        <w:spacing w:after="0"/>
      </w:pPr>
      <w:r>
        <w:rPr>
          <w:rFonts w:ascii="Arial" w:hAnsi="Arial"/>
        </w:rPr>
        <w:t xml:space="preserve">Like the water have to like </w:t>
      </w:r>
      <w:r w:rsidR="00B43844">
        <w:rPr>
          <w:rFonts w:ascii="Arial" w:hAnsi="Arial"/>
        </w:rPr>
        <w:t>equalize</w:t>
      </w:r>
      <w:r>
        <w:rPr>
          <w:rFonts w:ascii="Arial" w:hAnsi="Arial"/>
        </w:rPr>
        <w:t>.</w:t>
      </w:r>
    </w:p>
    <w:p w14:paraId="2995B977" w14:textId="77777777" w:rsidR="00B23B83" w:rsidRDefault="00B23B83">
      <w:pPr>
        <w:spacing w:after="0"/>
      </w:pPr>
    </w:p>
    <w:p w14:paraId="6FF8CC3D" w14:textId="77777777" w:rsidR="00B23B83" w:rsidRDefault="00D16237">
      <w:pPr>
        <w:spacing w:after="0"/>
      </w:pPr>
      <w:r>
        <w:rPr>
          <w:rFonts w:ascii="Arial" w:hAnsi="Arial"/>
          <w:b/>
        </w:rPr>
        <w:t xml:space="preserve">Participant #27:  </w:t>
      </w:r>
      <w:r>
        <w:rPr>
          <w:rFonts w:ascii="Arial" w:hAnsi="Arial"/>
          <w:color w:val="5D7284"/>
        </w:rPr>
        <w:t>1:00:16</w:t>
      </w:r>
    </w:p>
    <w:p w14:paraId="36C04156" w14:textId="77777777" w:rsidR="00B23B83" w:rsidRDefault="00D16237">
      <w:pPr>
        <w:spacing w:after="0"/>
      </w:pPr>
      <w:r>
        <w:rPr>
          <w:rFonts w:ascii="Arial" w:hAnsi="Arial"/>
        </w:rPr>
        <w:t>Yeah.</w:t>
      </w:r>
    </w:p>
    <w:p w14:paraId="08975FC8" w14:textId="77777777" w:rsidR="00B23B83" w:rsidRDefault="00B23B83">
      <w:pPr>
        <w:spacing w:after="0"/>
      </w:pPr>
    </w:p>
    <w:p w14:paraId="32421F79" w14:textId="77777777" w:rsidR="00B23B83" w:rsidRDefault="00D16237">
      <w:pPr>
        <w:spacing w:after="0"/>
      </w:pPr>
      <w:r>
        <w:rPr>
          <w:rFonts w:ascii="Arial" w:hAnsi="Arial"/>
          <w:b/>
        </w:rPr>
        <w:t xml:space="preserve">Interviewer E:  </w:t>
      </w:r>
      <w:r>
        <w:rPr>
          <w:rFonts w:ascii="Arial" w:hAnsi="Arial"/>
          <w:color w:val="5D7284"/>
        </w:rPr>
        <w:t>1:00:18</w:t>
      </w:r>
    </w:p>
    <w:p w14:paraId="2DBE380E" w14:textId="00B19F58" w:rsidR="00B23B83" w:rsidRDefault="00D16237">
      <w:pPr>
        <w:spacing w:after="0"/>
      </w:pPr>
      <w:r>
        <w:rPr>
          <w:rFonts w:ascii="Arial" w:hAnsi="Arial"/>
        </w:rPr>
        <w:t xml:space="preserve">All right well I think we should find out, it's only fair, it's only </w:t>
      </w:r>
      <w:r w:rsidR="00B43844">
        <w:rPr>
          <w:rFonts w:ascii="Arial" w:hAnsi="Arial"/>
        </w:rPr>
        <w:t>right.</w:t>
      </w:r>
    </w:p>
    <w:p w14:paraId="7579356B" w14:textId="77777777" w:rsidR="00B23B83" w:rsidRDefault="00B23B83">
      <w:pPr>
        <w:spacing w:after="0"/>
      </w:pPr>
    </w:p>
    <w:p w14:paraId="46033CE3" w14:textId="77777777" w:rsidR="00B23B83" w:rsidRDefault="00D16237">
      <w:pPr>
        <w:spacing w:after="0"/>
      </w:pPr>
      <w:r>
        <w:rPr>
          <w:rFonts w:ascii="Arial" w:hAnsi="Arial"/>
          <w:b/>
        </w:rPr>
        <w:t xml:space="preserve">Participant #27:  </w:t>
      </w:r>
      <w:r>
        <w:rPr>
          <w:rFonts w:ascii="Arial" w:hAnsi="Arial"/>
          <w:color w:val="5D7284"/>
        </w:rPr>
        <w:t>1:00:21</w:t>
      </w:r>
    </w:p>
    <w:p w14:paraId="0543A36A" w14:textId="77777777" w:rsidR="00B23B83" w:rsidRDefault="00D16237">
      <w:pPr>
        <w:spacing w:after="0"/>
      </w:pPr>
      <w:r>
        <w:rPr>
          <w:rFonts w:ascii="Arial" w:hAnsi="Arial"/>
        </w:rPr>
        <w:t>All right. Bro that guy's going.</w:t>
      </w:r>
    </w:p>
    <w:p w14:paraId="0EE0CFE9" w14:textId="77777777" w:rsidR="00B23B83" w:rsidRDefault="00B23B83">
      <w:pPr>
        <w:spacing w:after="0"/>
      </w:pPr>
    </w:p>
    <w:p w14:paraId="6194CC2C" w14:textId="77777777" w:rsidR="00B23B83" w:rsidRDefault="00D16237">
      <w:pPr>
        <w:spacing w:after="0"/>
      </w:pPr>
      <w:r>
        <w:rPr>
          <w:rFonts w:ascii="Arial" w:hAnsi="Arial"/>
          <w:b/>
        </w:rPr>
        <w:t xml:space="preserve">Interviewer E:  </w:t>
      </w:r>
      <w:r>
        <w:rPr>
          <w:rFonts w:ascii="Arial" w:hAnsi="Arial"/>
          <w:color w:val="5D7284"/>
        </w:rPr>
        <w:t>1:00:33</w:t>
      </w:r>
    </w:p>
    <w:p w14:paraId="2469AC79" w14:textId="77777777" w:rsidR="00B23B83" w:rsidRDefault="00D16237">
      <w:pPr>
        <w:spacing w:after="0"/>
      </w:pPr>
      <w:r>
        <w:rPr>
          <w:rFonts w:ascii="Arial" w:hAnsi="Arial"/>
        </w:rPr>
        <w:t>It looks like the purple guy pretty much stayed where he was initially.</w:t>
      </w:r>
    </w:p>
    <w:p w14:paraId="050A546F" w14:textId="77777777" w:rsidR="00B23B83" w:rsidRDefault="00B23B83">
      <w:pPr>
        <w:spacing w:after="0"/>
      </w:pPr>
    </w:p>
    <w:p w14:paraId="7855DBD2" w14:textId="77777777" w:rsidR="00B23B83" w:rsidRDefault="00D16237">
      <w:pPr>
        <w:spacing w:after="0"/>
      </w:pPr>
      <w:r>
        <w:rPr>
          <w:rFonts w:ascii="Arial" w:hAnsi="Arial"/>
          <w:b/>
        </w:rPr>
        <w:t xml:space="preserve">Participant #27:  </w:t>
      </w:r>
      <w:r>
        <w:rPr>
          <w:rFonts w:ascii="Arial" w:hAnsi="Arial"/>
          <w:color w:val="5D7284"/>
        </w:rPr>
        <w:t>1:00:37</w:t>
      </w:r>
    </w:p>
    <w:p w14:paraId="10DEFBA8" w14:textId="196F3C55" w:rsidR="00B23B83" w:rsidRDefault="00D16237">
      <w:pPr>
        <w:spacing w:after="0"/>
      </w:pPr>
      <w:r>
        <w:rPr>
          <w:rFonts w:ascii="Arial" w:hAnsi="Arial"/>
        </w:rPr>
        <w:t xml:space="preserve">Yeah, </w:t>
      </w:r>
      <w:r w:rsidR="00B43844">
        <w:rPr>
          <w:rFonts w:ascii="Arial" w:hAnsi="Arial"/>
        </w:rPr>
        <w:t>then</w:t>
      </w:r>
      <w:r>
        <w:rPr>
          <w:rFonts w:ascii="Arial" w:hAnsi="Arial"/>
        </w:rPr>
        <w:t xml:space="preserve"> the yellow and moved a little more I feel like he's like dead center.</w:t>
      </w:r>
    </w:p>
    <w:p w14:paraId="556912F4" w14:textId="77777777" w:rsidR="00B23B83" w:rsidRDefault="00B23B83">
      <w:pPr>
        <w:spacing w:after="0"/>
      </w:pPr>
    </w:p>
    <w:p w14:paraId="3B08F9F3" w14:textId="77777777" w:rsidR="00B23B83" w:rsidRDefault="00D16237">
      <w:pPr>
        <w:spacing w:after="0"/>
      </w:pPr>
      <w:r>
        <w:rPr>
          <w:rFonts w:ascii="Arial" w:hAnsi="Arial"/>
          <w:b/>
        </w:rPr>
        <w:t xml:space="preserve">Interviewer E:  </w:t>
      </w:r>
      <w:r>
        <w:rPr>
          <w:rFonts w:ascii="Arial" w:hAnsi="Arial"/>
          <w:color w:val="5D7284"/>
        </w:rPr>
        <w:t>1:00:47</w:t>
      </w:r>
    </w:p>
    <w:p w14:paraId="6269BAEA" w14:textId="1E543C61" w:rsidR="00B23B83" w:rsidRDefault="00B43844">
      <w:pPr>
        <w:spacing w:after="0"/>
      </w:pPr>
      <w:r>
        <w:rPr>
          <w:rFonts w:ascii="Arial" w:hAnsi="Arial"/>
        </w:rPr>
        <w:t>So, did that surprise you at all?</w:t>
      </w:r>
    </w:p>
    <w:p w14:paraId="0D348278" w14:textId="77777777" w:rsidR="00B23B83" w:rsidRDefault="00B23B83">
      <w:pPr>
        <w:spacing w:after="0"/>
      </w:pPr>
    </w:p>
    <w:p w14:paraId="327DF8CE" w14:textId="77777777" w:rsidR="00B23B83" w:rsidRDefault="00D16237">
      <w:pPr>
        <w:spacing w:after="0"/>
      </w:pPr>
      <w:r>
        <w:rPr>
          <w:rFonts w:ascii="Arial" w:hAnsi="Arial"/>
          <w:b/>
        </w:rPr>
        <w:t xml:space="preserve">Participant #27:  </w:t>
      </w:r>
      <w:r>
        <w:rPr>
          <w:rFonts w:ascii="Arial" w:hAnsi="Arial"/>
          <w:color w:val="5D7284"/>
        </w:rPr>
        <w:t>1:00:50</w:t>
      </w:r>
    </w:p>
    <w:p w14:paraId="25BECE0E" w14:textId="4F143513" w:rsidR="00B23B83" w:rsidRDefault="00D16237">
      <w:pPr>
        <w:spacing w:after="0"/>
      </w:pPr>
      <w:r>
        <w:rPr>
          <w:rFonts w:ascii="Arial" w:hAnsi="Arial"/>
        </w:rPr>
        <w:t>U</w:t>
      </w:r>
      <w:r w:rsidR="00B43844">
        <w:rPr>
          <w:rFonts w:ascii="Arial" w:hAnsi="Arial"/>
        </w:rPr>
        <w:t>m</w:t>
      </w:r>
      <w:r>
        <w:rPr>
          <w:rFonts w:ascii="Arial" w:hAnsi="Arial"/>
        </w:rPr>
        <w:t xml:space="preserve"> </w:t>
      </w:r>
      <w:r w:rsidR="00B43844">
        <w:rPr>
          <w:rFonts w:ascii="Arial" w:hAnsi="Arial"/>
        </w:rPr>
        <w:t>yeah,</w:t>
      </w:r>
      <w:r>
        <w:rPr>
          <w:rFonts w:ascii="Arial" w:hAnsi="Arial"/>
        </w:rPr>
        <w:t xml:space="preserve"> the one on the bottom on the outside on the bottom moved a lot more than I thought and then the top ones I think moved how I expected.</w:t>
      </w:r>
    </w:p>
    <w:p w14:paraId="23F3B30C" w14:textId="77777777" w:rsidR="00B23B83" w:rsidRDefault="00B23B83">
      <w:pPr>
        <w:spacing w:after="0"/>
      </w:pPr>
    </w:p>
    <w:p w14:paraId="5728A388" w14:textId="77777777" w:rsidR="00B23B83" w:rsidRDefault="00D16237">
      <w:pPr>
        <w:spacing w:after="0"/>
      </w:pPr>
      <w:r>
        <w:rPr>
          <w:rFonts w:ascii="Arial" w:hAnsi="Arial"/>
          <w:b/>
        </w:rPr>
        <w:t xml:space="preserve">Interviewer E:  </w:t>
      </w:r>
      <w:r>
        <w:rPr>
          <w:rFonts w:ascii="Arial" w:hAnsi="Arial"/>
          <w:color w:val="5D7284"/>
        </w:rPr>
        <w:t>1:01:05</w:t>
      </w:r>
    </w:p>
    <w:p w14:paraId="4D167FE2" w14:textId="53A31F8F" w:rsidR="00B23B83" w:rsidRDefault="00D16237">
      <w:pPr>
        <w:spacing w:after="0"/>
      </w:pPr>
      <w:r>
        <w:rPr>
          <w:rFonts w:ascii="Arial" w:hAnsi="Arial"/>
        </w:rPr>
        <w:t xml:space="preserve">All right well participant number </w:t>
      </w:r>
      <w:r w:rsidR="00B43844">
        <w:rPr>
          <w:rFonts w:ascii="Arial" w:hAnsi="Arial"/>
        </w:rPr>
        <w:t>27, yeah your</w:t>
      </w:r>
      <w:r>
        <w:rPr>
          <w:rFonts w:ascii="Arial" w:hAnsi="Arial"/>
        </w:rPr>
        <w:t xml:space="preserve"> 27. Um </w:t>
      </w:r>
      <w:r w:rsidR="00B43844">
        <w:rPr>
          <w:rFonts w:ascii="Arial" w:hAnsi="Arial"/>
        </w:rPr>
        <w:t>gonna stop</w:t>
      </w:r>
      <w:r>
        <w:rPr>
          <w:rFonts w:ascii="Arial" w:hAnsi="Arial"/>
        </w:rPr>
        <w:t xml:space="preserve"> the recording.</w:t>
      </w:r>
    </w:p>
    <w:sectPr w:rsidR="00B23B83"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0AFB0" w14:textId="77777777" w:rsidR="00592FCD" w:rsidRDefault="00592FCD">
      <w:pPr>
        <w:spacing w:after="0" w:line="240" w:lineRule="auto"/>
      </w:pPr>
      <w:r>
        <w:separator/>
      </w:r>
    </w:p>
  </w:endnote>
  <w:endnote w:type="continuationSeparator" w:id="0">
    <w:p w14:paraId="64551F43" w14:textId="77777777" w:rsidR="00592FCD" w:rsidRDefault="00592F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29E17E8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4AC0D8AA"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44CBB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1DC30C9"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07485DFF"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871CE"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F8BEE4" w14:textId="77777777" w:rsidR="00592FCD" w:rsidRDefault="00592FCD">
      <w:pPr>
        <w:spacing w:after="0" w:line="240" w:lineRule="auto"/>
      </w:pPr>
      <w:r>
        <w:separator/>
      </w:r>
    </w:p>
  </w:footnote>
  <w:footnote w:type="continuationSeparator" w:id="0">
    <w:p w14:paraId="4CAF2121" w14:textId="77777777" w:rsidR="00592FCD" w:rsidRDefault="00592F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56003"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16DD7"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B5377"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2171706">
    <w:abstractNumId w:val="8"/>
  </w:num>
  <w:num w:numId="2" w16cid:durableId="1200826541">
    <w:abstractNumId w:val="6"/>
  </w:num>
  <w:num w:numId="3" w16cid:durableId="192158364">
    <w:abstractNumId w:val="5"/>
  </w:num>
  <w:num w:numId="4" w16cid:durableId="28721847">
    <w:abstractNumId w:val="4"/>
  </w:num>
  <w:num w:numId="5" w16cid:durableId="82721900">
    <w:abstractNumId w:val="7"/>
  </w:num>
  <w:num w:numId="6" w16cid:durableId="2082019190">
    <w:abstractNumId w:val="3"/>
  </w:num>
  <w:num w:numId="7" w16cid:durableId="1290623829">
    <w:abstractNumId w:val="2"/>
  </w:num>
  <w:num w:numId="8" w16cid:durableId="1965235170">
    <w:abstractNumId w:val="1"/>
  </w:num>
  <w:num w:numId="9" w16cid:durableId="9270336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592FCD"/>
    <w:rsid w:val="006E2A8C"/>
    <w:rsid w:val="007749AF"/>
    <w:rsid w:val="00794EBC"/>
    <w:rsid w:val="00930F33"/>
    <w:rsid w:val="009C3AF0"/>
    <w:rsid w:val="00A12EE5"/>
    <w:rsid w:val="00AA1D8D"/>
    <w:rsid w:val="00B23B83"/>
    <w:rsid w:val="00B43844"/>
    <w:rsid w:val="00B47730"/>
    <w:rsid w:val="00BA4C2B"/>
    <w:rsid w:val="00BC5BB0"/>
    <w:rsid w:val="00BD0140"/>
    <w:rsid w:val="00C24502"/>
    <w:rsid w:val="00CB0664"/>
    <w:rsid w:val="00D16237"/>
    <w:rsid w:val="00D57E81"/>
    <w:rsid w:val="00ED3244"/>
    <w:rsid w:val="00F84F8D"/>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6EC2E19"/>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FC6DBE4D-2528-4DC8-9EB8-4D8BAF32A9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9B1585-CE70-460D-98D2-CBA8422CF8D6}">
  <ds:schemaRefs>
    <ds:schemaRef ds:uri="http://schemas.microsoft.com/sharepoint/v3/contenttype/forms"/>
  </ds:schemaRefs>
</ds:datastoreItem>
</file>

<file path=customXml/itemProps4.xml><?xml version="1.0" encoding="utf-8"?>
<ds:datastoreItem xmlns:ds="http://schemas.openxmlformats.org/officeDocument/2006/customXml" ds:itemID="{9F61A248-5429-4723-A37B-D6076BADED3F}">
  <ds:schemaRefs>
    <ds:schemaRef ds:uri="http://schemas.microsoft.com/office/2006/metadata/properties"/>
    <ds:schemaRef ds:uri="http://purl.org/dc/terms/"/>
    <ds:schemaRef ds:uri="http://schemas.microsoft.com/office/2006/documentManagement/types"/>
    <ds:schemaRef ds:uri="http://www.w3.org/XML/1998/namespace"/>
    <ds:schemaRef ds:uri="eeef5ad7-d6de-419e-9305-cd9bdd8d89a9"/>
    <ds:schemaRef ds:uri="5b1983e9-55b4-4f9e-a196-30376d2238aa"/>
    <ds:schemaRef ds:uri="http://purl.org/dc/elements/1.1/"/>
    <ds:schemaRef ds:uri="http://purl.org/dc/dcmitype/"/>
    <ds:schemaRef ds:uri="http://schemas.microsoft.com/office/infopath/2007/PartnerControls"/>
    <ds:schemaRef ds:uri="http://schemas.openxmlformats.org/package/2006/metadata/core-propertie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6350</Words>
  <Characters>36199</Characters>
  <Application>Microsoft Office Word</Application>
  <DocSecurity>4</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42465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2024-05-21T16:16:00Z</dcterms:created>
  <dcterms:modified xsi:type="dcterms:W3CDTF">2024-05-21T16:16:00Z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