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5D7F5" w14:textId="77777777" w:rsidR="00930F33" w:rsidRDefault="00930F33">
      <w:pPr>
        <w:spacing w:after="0"/>
        <w:rPr>
          <w:lang w:eastAsia="zh-CN"/>
        </w:rPr>
      </w:pPr>
    </w:p>
    <w:p w14:paraId="36BAD488" w14:textId="77777777" w:rsidR="00CA3AFF" w:rsidRDefault="00042FC7">
      <w:r>
        <w:rPr>
          <w:rFonts w:ascii="Arial" w:hAnsi="Arial"/>
          <w:sz w:val="48"/>
        </w:rPr>
        <w:t>Participant #1</w:t>
      </w:r>
    </w:p>
    <w:p w14:paraId="387828EB" w14:textId="1E06A7A2" w:rsidR="00CA3AFF" w:rsidRDefault="00042FC7">
      <w:r>
        <w:rPr>
          <w:rFonts w:ascii="Arial" w:hAnsi="Arial"/>
          <w:color w:val="4F6880"/>
        </w:rPr>
        <w:t xml:space="preserve">Fri, Jan 19, </w:t>
      </w:r>
      <w:r w:rsidR="00747588">
        <w:rPr>
          <w:rFonts w:ascii="Arial" w:hAnsi="Arial"/>
          <w:color w:val="4F6880"/>
        </w:rPr>
        <w:t>2024,</w:t>
      </w:r>
      <w:r>
        <w:rPr>
          <w:rFonts w:ascii="Arial" w:hAnsi="Arial"/>
          <w:color w:val="4F6880"/>
        </w:rPr>
        <w:t xml:space="preserve"> 10:38AM • 40:29</w:t>
      </w:r>
    </w:p>
    <w:p w14:paraId="74C68C18" w14:textId="77777777" w:rsidR="00CA3AFF" w:rsidRDefault="00042FC7">
      <w:pPr>
        <w:spacing w:before="440" w:after="0"/>
      </w:pPr>
      <w:r>
        <w:rPr>
          <w:rFonts w:ascii="Arial" w:hAnsi="Arial"/>
          <w:b/>
          <w:color w:val="4F6880"/>
        </w:rPr>
        <w:t>SUMMARY KEYWORDS</w:t>
      </w:r>
    </w:p>
    <w:p w14:paraId="7FF974EB" w14:textId="3C53C4A1" w:rsidR="00CA3AFF" w:rsidRDefault="00042FC7">
      <w:r>
        <w:rPr>
          <w:rFonts w:ascii="Arial" w:hAnsi="Arial"/>
          <w:color w:val="4F6880"/>
        </w:rPr>
        <w:t xml:space="preserve">water, spinning, dye, moving, tank, sketch, straight, minute, container, dividing wall, dropped, surprise, purple, bottom, happen, mix, cold, guess, warm, </w:t>
      </w:r>
      <w:r w:rsidR="00747588">
        <w:rPr>
          <w:rFonts w:ascii="Arial" w:hAnsi="Arial"/>
          <w:color w:val="4F6880"/>
        </w:rPr>
        <w:t>Jell-O.</w:t>
      </w:r>
    </w:p>
    <w:p w14:paraId="2007537C" w14:textId="77777777" w:rsidR="00CA3AFF" w:rsidRDefault="00042FC7">
      <w:pPr>
        <w:spacing w:before="440" w:after="0"/>
      </w:pPr>
      <w:r>
        <w:rPr>
          <w:rFonts w:ascii="Arial" w:hAnsi="Arial"/>
          <w:b/>
          <w:color w:val="4F6880"/>
        </w:rPr>
        <w:t>SPEAKERS</w:t>
      </w:r>
    </w:p>
    <w:p w14:paraId="541A761E" w14:textId="3BB70819" w:rsidR="00CA3AFF" w:rsidRDefault="00042FC7">
      <w:r>
        <w:rPr>
          <w:rFonts w:ascii="Arial" w:hAnsi="Arial"/>
          <w:color w:val="4F6880"/>
        </w:rPr>
        <w:t xml:space="preserve">Interviewer </w:t>
      </w:r>
      <w:r w:rsidR="00747588">
        <w:rPr>
          <w:rFonts w:ascii="Arial" w:hAnsi="Arial"/>
          <w:color w:val="4F6880"/>
        </w:rPr>
        <w:t>P:</w:t>
      </w:r>
      <w:r>
        <w:rPr>
          <w:rFonts w:ascii="Arial" w:hAnsi="Arial"/>
          <w:color w:val="4F6880"/>
        </w:rPr>
        <w:t xml:space="preserve"> Participant #1:</w:t>
      </w:r>
    </w:p>
    <w:p w14:paraId="16322DF9" w14:textId="77777777" w:rsidR="00CA3AFF" w:rsidRDefault="00CA3AFF">
      <w:pPr>
        <w:spacing w:after="0"/>
      </w:pPr>
    </w:p>
    <w:p w14:paraId="1E1A7177" w14:textId="77777777" w:rsidR="00CA3AFF" w:rsidRDefault="00042FC7">
      <w:pPr>
        <w:spacing w:after="0"/>
      </w:pPr>
      <w:r>
        <w:rPr>
          <w:rFonts w:ascii="Arial" w:hAnsi="Arial"/>
          <w:b/>
        </w:rPr>
        <w:t xml:space="preserve">Interviewer P:  </w:t>
      </w:r>
      <w:r>
        <w:rPr>
          <w:rFonts w:ascii="Arial" w:hAnsi="Arial"/>
          <w:color w:val="5D7284"/>
        </w:rPr>
        <w:t>00:00</w:t>
      </w:r>
    </w:p>
    <w:p w14:paraId="777FAB0F" w14:textId="2521DC4B" w:rsidR="00CA3AFF" w:rsidRDefault="00042FC7">
      <w:pPr>
        <w:spacing w:after="0"/>
      </w:pPr>
      <w:r>
        <w:rPr>
          <w:rFonts w:ascii="Arial" w:hAnsi="Arial"/>
        </w:rPr>
        <w:t xml:space="preserve">Okay. All right. </w:t>
      </w:r>
      <w:r w:rsidR="00747588">
        <w:rPr>
          <w:rFonts w:ascii="Arial" w:hAnsi="Arial"/>
        </w:rPr>
        <w:t>So,</w:t>
      </w:r>
      <w:r>
        <w:rPr>
          <w:rFonts w:ascii="Arial" w:hAnsi="Arial"/>
        </w:rPr>
        <w:t xml:space="preserve"> this is participant number one. All right, so, first demo I'm going to do is I have this tank, and </w:t>
      </w:r>
      <w:r w:rsidR="00747588">
        <w:rPr>
          <w:rFonts w:ascii="Arial" w:hAnsi="Arial"/>
        </w:rPr>
        <w:t>these two pitchers</w:t>
      </w:r>
      <w:r>
        <w:rPr>
          <w:rFonts w:ascii="Arial" w:hAnsi="Arial"/>
        </w:rPr>
        <w:t xml:space="preserve"> are cold and warm, you can feel them on the side. So cold is blue, warm is red, colors help you remember the temperature. And </w:t>
      </w:r>
      <w:r w:rsidR="00747588">
        <w:rPr>
          <w:rFonts w:ascii="Arial" w:hAnsi="Arial"/>
        </w:rPr>
        <w:t>so,</w:t>
      </w:r>
      <w:r>
        <w:rPr>
          <w:rFonts w:ascii="Arial" w:hAnsi="Arial"/>
        </w:rPr>
        <w:t xml:space="preserve"> what I'm going to do is simultaneously pour them into this tank, and this is a dividing wall. It's not a great dividing wall, which is why I pour them simultaneously because there's a little bit of leakage, but </w:t>
      </w:r>
      <w:r w:rsidR="00747588">
        <w:rPr>
          <w:rFonts w:ascii="Arial" w:hAnsi="Arial"/>
        </w:rPr>
        <w:t>basically,</w:t>
      </w:r>
      <w:r>
        <w:rPr>
          <w:rFonts w:ascii="Arial" w:hAnsi="Arial"/>
        </w:rPr>
        <w:t xml:space="preserve"> we're going to get red warm here and b</w:t>
      </w:r>
      <w:r>
        <w:rPr>
          <w:rFonts w:ascii="Arial" w:hAnsi="Arial"/>
        </w:rPr>
        <w:t xml:space="preserve">lue cold here. And then I'm going to remove the wall so that they can do whatever they are going to do. </w:t>
      </w:r>
      <w:r w:rsidR="00747588">
        <w:rPr>
          <w:rFonts w:ascii="Arial" w:hAnsi="Arial"/>
        </w:rPr>
        <w:t>So,</w:t>
      </w:r>
      <w:r>
        <w:rPr>
          <w:rFonts w:ascii="Arial" w:hAnsi="Arial"/>
        </w:rPr>
        <w:t xml:space="preserve"> I'm going to ask you, what do you think will happen when I removed the dividing wall.</w:t>
      </w:r>
    </w:p>
    <w:p w14:paraId="77D24D91" w14:textId="77777777" w:rsidR="00CA3AFF" w:rsidRDefault="00CA3AFF">
      <w:pPr>
        <w:spacing w:after="0"/>
      </w:pPr>
    </w:p>
    <w:p w14:paraId="59F69BE6" w14:textId="77777777" w:rsidR="00CA3AFF" w:rsidRDefault="00042FC7">
      <w:pPr>
        <w:spacing w:after="0"/>
      </w:pPr>
      <w:r>
        <w:rPr>
          <w:rFonts w:ascii="Arial" w:hAnsi="Arial"/>
          <w:b/>
        </w:rPr>
        <w:t xml:space="preserve">Participant #1:  </w:t>
      </w:r>
      <w:r>
        <w:rPr>
          <w:rFonts w:ascii="Arial" w:hAnsi="Arial"/>
          <w:color w:val="5D7284"/>
        </w:rPr>
        <w:t>01:10</w:t>
      </w:r>
    </w:p>
    <w:p w14:paraId="64C7B9DE" w14:textId="77777777" w:rsidR="00CA3AFF" w:rsidRDefault="00042FC7">
      <w:pPr>
        <w:spacing w:after="0"/>
      </w:pPr>
      <w:r>
        <w:rPr>
          <w:rFonts w:ascii="Arial" w:hAnsi="Arial"/>
        </w:rPr>
        <w:t>I guess I don't know if heat rises applies to water, I I'm gonna say like the I'm gonna say like the hot water will start off like on top and then over time, they'll just like mix so like if the dyes mix or whatever will turn purple to show that they're mixing but it would be like a hot goes towards the top and then the cold stays towards the bottom.</w:t>
      </w:r>
    </w:p>
    <w:p w14:paraId="5D326864" w14:textId="77777777" w:rsidR="00CA3AFF" w:rsidRDefault="00CA3AFF">
      <w:pPr>
        <w:spacing w:after="0"/>
      </w:pPr>
    </w:p>
    <w:p w14:paraId="71DBAFFF" w14:textId="77777777" w:rsidR="00CA3AFF" w:rsidRDefault="00042FC7">
      <w:pPr>
        <w:spacing w:after="0"/>
      </w:pPr>
      <w:r>
        <w:rPr>
          <w:rFonts w:ascii="Arial" w:hAnsi="Arial"/>
          <w:b/>
        </w:rPr>
        <w:t xml:space="preserve">Interviewer P:  </w:t>
      </w:r>
      <w:r>
        <w:rPr>
          <w:rFonts w:ascii="Arial" w:hAnsi="Arial"/>
          <w:color w:val="5D7284"/>
        </w:rPr>
        <w:t>01:46</w:t>
      </w:r>
    </w:p>
    <w:p w14:paraId="13FBCA84" w14:textId="356138CB" w:rsidR="00CA3AFF" w:rsidRDefault="00042FC7">
      <w:pPr>
        <w:spacing w:after="0"/>
      </w:pPr>
      <w:r>
        <w:rPr>
          <w:rFonts w:ascii="Arial" w:hAnsi="Arial"/>
        </w:rPr>
        <w:t xml:space="preserve">And </w:t>
      </w:r>
      <w:r w:rsidR="00747588">
        <w:rPr>
          <w:rFonts w:ascii="Arial" w:hAnsi="Arial"/>
        </w:rPr>
        <w:t>so,</w:t>
      </w:r>
      <w:r>
        <w:rPr>
          <w:rFonts w:ascii="Arial" w:hAnsi="Arial"/>
        </w:rPr>
        <w:t xml:space="preserve"> when you talk about this mixing, can you give me like a timeframe like an estimate? </w:t>
      </w:r>
    </w:p>
    <w:p w14:paraId="3D94ED9D" w14:textId="77777777" w:rsidR="00CA3AFF" w:rsidRDefault="00CA3AFF">
      <w:pPr>
        <w:spacing w:after="0"/>
      </w:pPr>
    </w:p>
    <w:p w14:paraId="156C7AB4" w14:textId="77777777" w:rsidR="00CA3AFF" w:rsidRDefault="00042FC7">
      <w:pPr>
        <w:spacing w:after="0"/>
      </w:pPr>
      <w:r>
        <w:rPr>
          <w:rFonts w:ascii="Arial" w:hAnsi="Arial"/>
          <w:b/>
        </w:rPr>
        <w:t xml:space="preserve">Participant #1:  </w:t>
      </w:r>
      <w:r>
        <w:rPr>
          <w:rFonts w:ascii="Arial" w:hAnsi="Arial"/>
          <w:color w:val="5D7284"/>
        </w:rPr>
        <w:t>01:53</w:t>
      </w:r>
    </w:p>
    <w:p w14:paraId="7DABF69F" w14:textId="77777777" w:rsidR="00CA3AFF" w:rsidRDefault="00042FC7">
      <w:pPr>
        <w:spacing w:after="0"/>
      </w:pPr>
      <w:r>
        <w:rPr>
          <w:rFonts w:ascii="Arial" w:hAnsi="Arial"/>
        </w:rPr>
        <w:t>Um I'd say about a matter of like, a minute or two.</w:t>
      </w:r>
    </w:p>
    <w:p w14:paraId="49212A8C" w14:textId="77777777" w:rsidR="00CA3AFF" w:rsidRDefault="00CA3AFF">
      <w:pPr>
        <w:spacing w:after="0"/>
      </w:pPr>
    </w:p>
    <w:p w14:paraId="186A0F35" w14:textId="77777777" w:rsidR="00CA3AFF" w:rsidRDefault="00042FC7">
      <w:pPr>
        <w:spacing w:after="0"/>
      </w:pPr>
      <w:r>
        <w:rPr>
          <w:rFonts w:ascii="Arial" w:hAnsi="Arial"/>
          <w:b/>
        </w:rPr>
        <w:t xml:space="preserve">Interviewer P:  </w:t>
      </w:r>
      <w:r>
        <w:rPr>
          <w:rFonts w:ascii="Arial" w:hAnsi="Arial"/>
          <w:color w:val="5D7284"/>
        </w:rPr>
        <w:t>02:05</w:t>
      </w:r>
    </w:p>
    <w:p w14:paraId="37D62FA2" w14:textId="77777777" w:rsidR="00CA3AFF" w:rsidRDefault="00042FC7">
      <w:pPr>
        <w:spacing w:after="0"/>
      </w:pPr>
      <w:r>
        <w:rPr>
          <w:rFonts w:ascii="Arial" w:hAnsi="Arial"/>
        </w:rPr>
        <w:t>Okay, so I'm gonna ask you to make a sketch of that and specifically to sketch what you think the tank will look like after a minute and so you have all different colors of pencils there and here's the tank please sketch how you think the tank will look one minute after the dividing wall is removed you can just dump them out if you want you're the first one so brand new box of colored pencils, one minute.</w:t>
      </w:r>
    </w:p>
    <w:p w14:paraId="2EEE295A" w14:textId="77777777" w:rsidR="00CA3AFF" w:rsidRDefault="00CA3AFF">
      <w:pPr>
        <w:spacing w:after="0"/>
      </w:pPr>
    </w:p>
    <w:p w14:paraId="01B530D3" w14:textId="77777777" w:rsidR="00CA3AFF" w:rsidRDefault="00042FC7">
      <w:pPr>
        <w:spacing w:after="0"/>
      </w:pPr>
      <w:r>
        <w:rPr>
          <w:rFonts w:ascii="Arial" w:hAnsi="Arial"/>
          <w:b/>
        </w:rPr>
        <w:t xml:space="preserve">Participant #1:  </w:t>
      </w:r>
      <w:r>
        <w:rPr>
          <w:rFonts w:ascii="Arial" w:hAnsi="Arial"/>
          <w:color w:val="5D7284"/>
        </w:rPr>
        <w:t>04:29</w:t>
      </w:r>
    </w:p>
    <w:p w14:paraId="1F1EBAF0" w14:textId="38B1CE74" w:rsidR="00CA3AFF" w:rsidRDefault="00042FC7">
      <w:pPr>
        <w:spacing w:after="0"/>
      </w:pPr>
      <w:r>
        <w:rPr>
          <w:rFonts w:ascii="Arial" w:hAnsi="Arial"/>
        </w:rPr>
        <w:lastRenderedPageBreak/>
        <w:t xml:space="preserve">A pretty good mix probably still some warmer parts on top a </w:t>
      </w:r>
      <w:r w:rsidR="00747588">
        <w:rPr>
          <w:rFonts w:ascii="Arial" w:hAnsi="Arial"/>
        </w:rPr>
        <w:t>colder part</w:t>
      </w:r>
      <w:r>
        <w:rPr>
          <w:rFonts w:ascii="Arial" w:hAnsi="Arial"/>
        </w:rPr>
        <w:t xml:space="preserve"> on bottom but just purple for, you know, the mix even out.</w:t>
      </w:r>
    </w:p>
    <w:p w14:paraId="78F64A13" w14:textId="77777777" w:rsidR="00CA3AFF" w:rsidRDefault="00CA3AFF">
      <w:pPr>
        <w:spacing w:after="0"/>
      </w:pPr>
    </w:p>
    <w:p w14:paraId="1B84B749" w14:textId="77777777" w:rsidR="00CA3AFF" w:rsidRDefault="00042FC7">
      <w:pPr>
        <w:spacing w:after="0"/>
      </w:pPr>
      <w:r>
        <w:rPr>
          <w:rFonts w:ascii="Arial" w:hAnsi="Arial"/>
          <w:b/>
        </w:rPr>
        <w:t xml:space="preserve">Interviewer P:  </w:t>
      </w:r>
      <w:r>
        <w:rPr>
          <w:rFonts w:ascii="Arial" w:hAnsi="Arial"/>
          <w:color w:val="5D7284"/>
        </w:rPr>
        <w:t>04:43</w:t>
      </w:r>
    </w:p>
    <w:p w14:paraId="4D783313" w14:textId="77777777" w:rsidR="00CA3AFF" w:rsidRDefault="00042FC7">
      <w:pPr>
        <w:spacing w:after="0"/>
      </w:pPr>
      <w:r>
        <w:rPr>
          <w:rFonts w:ascii="Arial" w:hAnsi="Arial"/>
        </w:rPr>
        <w:t>When I move the wall then, and the, if we have red here and blue here can you can show me with your hands how you think they'll combine or move.</w:t>
      </w:r>
    </w:p>
    <w:p w14:paraId="174C4BA7" w14:textId="77777777" w:rsidR="00CA3AFF" w:rsidRDefault="00CA3AFF">
      <w:pPr>
        <w:spacing w:after="0"/>
      </w:pPr>
    </w:p>
    <w:p w14:paraId="64FF00C9" w14:textId="77777777" w:rsidR="00CA3AFF" w:rsidRDefault="00042FC7">
      <w:pPr>
        <w:spacing w:after="0"/>
      </w:pPr>
      <w:r>
        <w:rPr>
          <w:rFonts w:ascii="Arial" w:hAnsi="Arial"/>
          <w:b/>
        </w:rPr>
        <w:t xml:space="preserve">Participant #1:  </w:t>
      </w:r>
      <w:r>
        <w:rPr>
          <w:rFonts w:ascii="Arial" w:hAnsi="Arial"/>
          <w:color w:val="5D7284"/>
        </w:rPr>
        <w:t>04:56</w:t>
      </w:r>
    </w:p>
    <w:p w14:paraId="25CE04ED" w14:textId="506D85F8" w:rsidR="00CA3AFF" w:rsidRDefault="00042FC7">
      <w:pPr>
        <w:spacing w:after="0"/>
      </w:pPr>
      <w:r>
        <w:rPr>
          <w:rFonts w:ascii="Arial" w:hAnsi="Arial"/>
        </w:rPr>
        <w:t xml:space="preserve">Yeah, kind of in like a slow kind of way, like moving on top of </w:t>
      </w:r>
      <w:r w:rsidR="00747588">
        <w:rPr>
          <w:rFonts w:ascii="Arial" w:hAnsi="Arial"/>
        </w:rPr>
        <w:t>each other</w:t>
      </w:r>
      <w:r>
        <w:rPr>
          <w:rFonts w:ascii="Arial" w:hAnsi="Arial"/>
        </w:rPr>
        <w:t xml:space="preserve">. </w:t>
      </w:r>
    </w:p>
    <w:p w14:paraId="6B9FACC5" w14:textId="77777777" w:rsidR="00CA3AFF" w:rsidRDefault="00CA3AFF">
      <w:pPr>
        <w:spacing w:after="0"/>
      </w:pPr>
    </w:p>
    <w:p w14:paraId="67B3F601" w14:textId="77777777" w:rsidR="00CA3AFF" w:rsidRDefault="00042FC7">
      <w:pPr>
        <w:spacing w:after="0"/>
      </w:pPr>
      <w:r>
        <w:rPr>
          <w:rFonts w:ascii="Arial" w:hAnsi="Arial"/>
          <w:b/>
        </w:rPr>
        <w:t xml:space="preserve">Interviewer P:  </w:t>
      </w:r>
      <w:r>
        <w:rPr>
          <w:rFonts w:ascii="Arial" w:hAnsi="Arial"/>
          <w:color w:val="5D7284"/>
        </w:rPr>
        <w:t>05:02</w:t>
      </w:r>
    </w:p>
    <w:p w14:paraId="7DF1688A" w14:textId="77777777" w:rsidR="00CA3AFF" w:rsidRDefault="00042FC7">
      <w:pPr>
        <w:spacing w:after="0"/>
      </w:pPr>
      <w:r>
        <w:rPr>
          <w:rFonts w:ascii="Arial" w:hAnsi="Arial"/>
        </w:rPr>
        <w:t>Got it? Yeah. Okay. So, move this over here just so it doesn't get wet, because I am sometimes kind of sloppy with this so let's do it. Put a timer on for a minute so we can see what happens in that amount of time. So that's a minute. Can you describe to me what happened?</w:t>
      </w:r>
    </w:p>
    <w:p w14:paraId="314470B7" w14:textId="77777777" w:rsidR="00CA3AFF" w:rsidRDefault="00CA3AFF">
      <w:pPr>
        <w:spacing w:after="0"/>
      </w:pPr>
    </w:p>
    <w:p w14:paraId="29A4FC9D" w14:textId="77777777" w:rsidR="00CA3AFF" w:rsidRDefault="00042FC7">
      <w:pPr>
        <w:spacing w:after="0"/>
      </w:pPr>
      <w:r>
        <w:rPr>
          <w:rFonts w:ascii="Arial" w:hAnsi="Arial"/>
          <w:b/>
        </w:rPr>
        <w:t xml:space="preserve">Participant #1:  </w:t>
      </w:r>
      <w:r>
        <w:rPr>
          <w:rFonts w:ascii="Arial" w:hAnsi="Arial"/>
          <w:color w:val="5D7284"/>
        </w:rPr>
        <w:t>05:05</w:t>
      </w:r>
    </w:p>
    <w:p w14:paraId="397BEE99" w14:textId="323AB789" w:rsidR="00CA3AFF" w:rsidRDefault="00042FC7">
      <w:pPr>
        <w:spacing w:after="0"/>
      </w:pPr>
      <w:r>
        <w:rPr>
          <w:rFonts w:ascii="Arial" w:hAnsi="Arial"/>
        </w:rPr>
        <w:t xml:space="preserve">So yeah, it's stayed separate for longer than I thought, but now that I'm thinking about it, you know takes like, longer for something to cool off and stuff like that even when it's touching something cold. So that's probably why it hasn't like mixed together more at this point, like I'm seeing like a middle part form but not as big as I thought it would be. </w:t>
      </w:r>
      <w:r w:rsidR="00747588">
        <w:rPr>
          <w:rFonts w:ascii="Arial" w:hAnsi="Arial"/>
        </w:rPr>
        <w:t>So,</w:t>
      </w:r>
      <w:r>
        <w:rPr>
          <w:rFonts w:ascii="Arial" w:hAnsi="Arial"/>
        </w:rPr>
        <w:t xml:space="preserve"> it's still retaining its heat for a longer period of time.</w:t>
      </w:r>
    </w:p>
    <w:p w14:paraId="627D3C12" w14:textId="77777777" w:rsidR="00CA3AFF" w:rsidRDefault="00CA3AFF">
      <w:pPr>
        <w:spacing w:after="0"/>
      </w:pPr>
    </w:p>
    <w:p w14:paraId="79766C3B" w14:textId="77777777" w:rsidR="00CA3AFF" w:rsidRDefault="00042FC7">
      <w:pPr>
        <w:spacing w:after="0"/>
      </w:pPr>
      <w:r>
        <w:rPr>
          <w:rFonts w:ascii="Arial" w:hAnsi="Arial"/>
          <w:b/>
        </w:rPr>
        <w:t xml:space="preserve">Interviewer P:  </w:t>
      </w:r>
      <w:r>
        <w:rPr>
          <w:rFonts w:ascii="Arial" w:hAnsi="Arial"/>
          <w:color w:val="5D7284"/>
        </w:rPr>
        <w:t>07:19</w:t>
      </w:r>
    </w:p>
    <w:p w14:paraId="4F2310A3" w14:textId="77777777" w:rsidR="00CA3AFF" w:rsidRDefault="00042FC7">
      <w:pPr>
        <w:spacing w:after="0"/>
      </w:pPr>
      <w:r>
        <w:rPr>
          <w:rFonts w:ascii="Arial" w:hAnsi="Arial"/>
        </w:rPr>
        <w:t>Does that surprise you?</w:t>
      </w:r>
    </w:p>
    <w:p w14:paraId="0F422B23" w14:textId="77777777" w:rsidR="00CA3AFF" w:rsidRDefault="00CA3AFF">
      <w:pPr>
        <w:spacing w:after="0"/>
      </w:pPr>
    </w:p>
    <w:p w14:paraId="787DA318" w14:textId="77777777" w:rsidR="00CA3AFF" w:rsidRDefault="00042FC7">
      <w:pPr>
        <w:spacing w:after="0"/>
      </w:pPr>
      <w:r>
        <w:rPr>
          <w:rFonts w:ascii="Arial" w:hAnsi="Arial"/>
          <w:b/>
        </w:rPr>
        <w:t xml:space="preserve">Participant #1:  </w:t>
      </w:r>
      <w:r>
        <w:rPr>
          <w:rFonts w:ascii="Arial" w:hAnsi="Arial"/>
          <w:color w:val="5D7284"/>
        </w:rPr>
        <w:t>07:23</w:t>
      </w:r>
    </w:p>
    <w:p w14:paraId="06E6D791" w14:textId="623697A9" w:rsidR="00CA3AFF" w:rsidRDefault="00042FC7">
      <w:pPr>
        <w:spacing w:after="0"/>
      </w:pPr>
      <w:r>
        <w:rPr>
          <w:rFonts w:ascii="Arial" w:hAnsi="Arial"/>
        </w:rPr>
        <w:t xml:space="preserve">In hindsight, no, not really. Because now that I'm thinking about, like other examples, or whenever, like, if you have a cup of hot chocolate or hot tea or something, it takes them longer for it to cool down even if what I would do sometimes would just be like stick it in the freezer for like a couple 30 seconds or whatever. And like the mug would be colder or whatever, but the liquid would still be warm. </w:t>
      </w:r>
      <w:r w:rsidR="00747588">
        <w:rPr>
          <w:rFonts w:ascii="Arial" w:hAnsi="Arial"/>
        </w:rPr>
        <w:t>So,</w:t>
      </w:r>
      <w:r>
        <w:rPr>
          <w:rFonts w:ascii="Arial" w:hAnsi="Arial"/>
        </w:rPr>
        <w:t xml:space="preserve"> I guess in hindsight all all that I was really forgetting was just like how long it actually takes liquids to cool off like that. But other than </w:t>
      </w:r>
      <w:r w:rsidR="00747588">
        <w:rPr>
          <w:rFonts w:ascii="Arial" w:hAnsi="Arial"/>
        </w:rPr>
        <w:t>that,</w:t>
      </w:r>
      <w:r>
        <w:rPr>
          <w:rFonts w:ascii="Arial" w:hAnsi="Arial"/>
        </w:rPr>
        <w:t xml:space="preserve"> they did kind of exactly what I thought it would.</w:t>
      </w:r>
    </w:p>
    <w:p w14:paraId="60E8954A" w14:textId="77777777" w:rsidR="00CA3AFF" w:rsidRDefault="00CA3AFF">
      <w:pPr>
        <w:spacing w:after="0"/>
      </w:pPr>
    </w:p>
    <w:p w14:paraId="55B419E3" w14:textId="77777777" w:rsidR="00CA3AFF" w:rsidRDefault="00042FC7">
      <w:pPr>
        <w:spacing w:after="0"/>
      </w:pPr>
      <w:r>
        <w:rPr>
          <w:rFonts w:ascii="Arial" w:hAnsi="Arial"/>
          <w:b/>
        </w:rPr>
        <w:t xml:space="preserve">Interviewer P:  </w:t>
      </w:r>
      <w:r>
        <w:rPr>
          <w:rFonts w:ascii="Arial" w:hAnsi="Arial"/>
          <w:color w:val="5D7284"/>
        </w:rPr>
        <w:t>08:08</w:t>
      </w:r>
    </w:p>
    <w:p w14:paraId="795209C7" w14:textId="77777777" w:rsidR="00CA3AFF" w:rsidRDefault="00042FC7">
      <w:pPr>
        <w:spacing w:after="0"/>
      </w:pPr>
      <w:r>
        <w:rPr>
          <w:rFonts w:ascii="Arial" w:hAnsi="Arial"/>
        </w:rPr>
        <w:t>And do you think that well how long do you think that it would take to do this?</w:t>
      </w:r>
    </w:p>
    <w:p w14:paraId="5B4E2235" w14:textId="77777777" w:rsidR="00CA3AFF" w:rsidRDefault="00CA3AFF">
      <w:pPr>
        <w:spacing w:after="0"/>
      </w:pPr>
    </w:p>
    <w:p w14:paraId="5F834250" w14:textId="77777777" w:rsidR="00CA3AFF" w:rsidRDefault="00042FC7">
      <w:pPr>
        <w:spacing w:after="0"/>
      </w:pPr>
      <w:r>
        <w:rPr>
          <w:rFonts w:ascii="Arial" w:hAnsi="Arial"/>
          <w:b/>
        </w:rPr>
        <w:t xml:space="preserve">Participant #1:  </w:t>
      </w:r>
      <w:r>
        <w:rPr>
          <w:rFonts w:ascii="Arial" w:hAnsi="Arial"/>
          <w:color w:val="5D7284"/>
        </w:rPr>
        <w:t>08:21</w:t>
      </w:r>
    </w:p>
    <w:p w14:paraId="4993E8F4" w14:textId="77777777" w:rsidR="00CA3AFF" w:rsidRDefault="00042FC7">
      <w:pPr>
        <w:spacing w:after="0"/>
      </w:pPr>
      <w:r>
        <w:rPr>
          <w:rFonts w:ascii="Arial" w:hAnsi="Arial"/>
        </w:rPr>
        <w:t xml:space="preserve">Can I touch it? I don't really know. Because maybe so it was like a minute, 10 </w:t>
      </w:r>
      <w:r>
        <w:rPr>
          <w:rFonts w:ascii="Arial" w:hAnsi="Arial"/>
        </w:rPr>
        <w:t>minutes now, maybe like 10 minutes at least to even get close to what I drew.</w:t>
      </w:r>
    </w:p>
    <w:p w14:paraId="4A5CB613" w14:textId="77777777" w:rsidR="00CA3AFF" w:rsidRDefault="00CA3AFF">
      <w:pPr>
        <w:spacing w:after="0"/>
      </w:pPr>
    </w:p>
    <w:p w14:paraId="61C1E425" w14:textId="77777777" w:rsidR="00CA3AFF" w:rsidRDefault="00042FC7">
      <w:pPr>
        <w:spacing w:after="0"/>
      </w:pPr>
      <w:r>
        <w:rPr>
          <w:rFonts w:ascii="Arial" w:hAnsi="Arial"/>
          <w:b/>
        </w:rPr>
        <w:t xml:space="preserve">Interviewer P:  </w:t>
      </w:r>
      <w:r>
        <w:rPr>
          <w:rFonts w:ascii="Arial" w:hAnsi="Arial"/>
          <w:color w:val="5D7284"/>
        </w:rPr>
        <w:t>08:49</w:t>
      </w:r>
    </w:p>
    <w:p w14:paraId="665A5933" w14:textId="77777777" w:rsidR="00CA3AFF" w:rsidRDefault="00042FC7">
      <w:pPr>
        <w:spacing w:after="0"/>
      </w:pPr>
      <w:r>
        <w:rPr>
          <w:rFonts w:ascii="Arial" w:hAnsi="Arial"/>
        </w:rPr>
        <w:t>Any chance it might stay like that forever?</w:t>
      </w:r>
    </w:p>
    <w:p w14:paraId="331CD9BD" w14:textId="77777777" w:rsidR="00CA3AFF" w:rsidRDefault="00CA3AFF">
      <w:pPr>
        <w:spacing w:after="0"/>
      </w:pPr>
    </w:p>
    <w:p w14:paraId="74D9E3D3" w14:textId="77777777" w:rsidR="00CA3AFF" w:rsidRDefault="00042FC7">
      <w:pPr>
        <w:spacing w:after="0"/>
      </w:pPr>
      <w:r>
        <w:rPr>
          <w:rFonts w:ascii="Arial" w:hAnsi="Arial"/>
          <w:b/>
        </w:rPr>
        <w:t xml:space="preserve">Participant #1:  </w:t>
      </w:r>
      <w:r>
        <w:rPr>
          <w:rFonts w:ascii="Arial" w:hAnsi="Arial"/>
          <w:color w:val="5D7284"/>
        </w:rPr>
        <w:t>08:50</w:t>
      </w:r>
    </w:p>
    <w:p w14:paraId="66061062" w14:textId="54982109" w:rsidR="00CA3AFF" w:rsidRDefault="00042FC7">
      <w:pPr>
        <w:spacing w:after="0"/>
      </w:pPr>
      <w:r>
        <w:rPr>
          <w:rFonts w:ascii="Arial" w:hAnsi="Arial"/>
        </w:rPr>
        <w:lastRenderedPageBreak/>
        <w:t xml:space="preserve">I don't think so. Because cold is just the absence of heat. </w:t>
      </w:r>
      <w:r w:rsidR="00747588">
        <w:rPr>
          <w:rFonts w:ascii="Arial" w:hAnsi="Arial"/>
        </w:rPr>
        <w:t>So,</w:t>
      </w:r>
      <w:r>
        <w:rPr>
          <w:rFonts w:ascii="Arial" w:hAnsi="Arial"/>
        </w:rPr>
        <w:t xml:space="preserve"> like when, so like if it's still in the presence of warm water it's going to try to drain that heat back into to down here so that's why I think it's gonna mix at some point but, yeah, I don't think it's gonna stay even level like that.</w:t>
      </w:r>
    </w:p>
    <w:p w14:paraId="11AF6DAD" w14:textId="77777777" w:rsidR="00CA3AFF" w:rsidRDefault="00CA3AFF">
      <w:pPr>
        <w:spacing w:after="0"/>
      </w:pPr>
    </w:p>
    <w:p w14:paraId="120F32CF" w14:textId="77777777" w:rsidR="00CA3AFF" w:rsidRDefault="00042FC7">
      <w:pPr>
        <w:spacing w:after="0"/>
      </w:pPr>
      <w:r>
        <w:rPr>
          <w:rFonts w:ascii="Arial" w:hAnsi="Arial"/>
          <w:b/>
        </w:rPr>
        <w:t xml:space="preserve">Interviewer P:  </w:t>
      </w:r>
      <w:r>
        <w:rPr>
          <w:rFonts w:ascii="Arial" w:hAnsi="Arial"/>
          <w:color w:val="5D7284"/>
        </w:rPr>
        <w:t>09:22</w:t>
      </w:r>
    </w:p>
    <w:p w14:paraId="6C1CE213" w14:textId="77777777" w:rsidR="00CA3AFF" w:rsidRDefault="00042FC7">
      <w:pPr>
        <w:spacing w:after="0"/>
      </w:pPr>
      <w:r>
        <w:rPr>
          <w:rFonts w:ascii="Arial" w:hAnsi="Arial"/>
        </w:rPr>
        <w:t>And so again, it would start maybe merging to look something like that and about you're saying 10-ish minutes can you describe how the remember I asked you like how the red and blue would move when they combined? Can you kind of reflect on that and tell me. Did that surprise you? Did it move the way you expected it to? Or was that surprising?</w:t>
      </w:r>
    </w:p>
    <w:p w14:paraId="2B19D98E" w14:textId="77777777" w:rsidR="00CA3AFF" w:rsidRDefault="00CA3AFF">
      <w:pPr>
        <w:spacing w:after="0"/>
      </w:pPr>
    </w:p>
    <w:p w14:paraId="19BBF095" w14:textId="77777777" w:rsidR="00CA3AFF" w:rsidRDefault="00042FC7">
      <w:pPr>
        <w:spacing w:after="0"/>
      </w:pPr>
      <w:r>
        <w:rPr>
          <w:rFonts w:ascii="Arial" w:hAnsi="Arial"/>
          <w:b/>
        </w:rPr>
        <w:t xml:space="preserve">Participant #1:  </w:t>
      </w:r>
      <w:r>
        <w:rPr>
          <w:rFonts w:ascii="Arial" w:hAnsi="Arial"/>
          <w:color w:val="5D7284"/>
        </w:rPr>
        <w:t>09:49</w:t>
      </w:r>
    </w:p>
    <w:p w14:paraId="5A094F5B" w14:textId="2D4CEE51" w:rsidR="00CA3AFF" w:rsidRDefault="00042FC7">
      <w:pPr>
        <w:spacing w:after="0"/>
      </w:pPr>
      <w:r>
        <w:rPr>
          <w:rFonts w:ascii="Arial" w:hAnsi="Arial"/>
        </w:rPr>
        <w:t xml:space="preserve">Um, I think I kind of imagined it moving like how diagrams look in like books and everything how they show like warm air or cold </w:t>
      </w:r>
      <w:r w:rsidR="00747588">
        <w:rPr>
          <w:rFonts w:ascii="Arial" w:hAnsi="Arial"/>
        </w:rPr>
        <w:t>air rising and</w:t>
      </w:r>
      <w:r>
        <w:rPr>
          <w:rFonts w:ascii="Arial" w:hAnsi="Arial"/>
        </w:rPr>
        <w:t xml:space="preserve"> lowering and stuff like that. And </w:t>
      </w:r>
      <w:r w:rsidR="00747588">
        <w:rPr>
          <w:rFonts w:ascii="Arial" w:hAnsi="Arial"/>
        </w:rPr>
        <w:t>so,</w:t>
      </w:r>
      <w:r>
        <w:rPr>
          <w:rFonts w:ascii="Arial" w:hAnsi="Arial"/>
        </w:rPr>
        <w:t xml:space="preserve"> like when I got to see it, it was more of a direct fall to the bottom than a sloped rise and fall. So, so yeah, that was that. But okay, yeah, what what really, it was it was like it was taking on the full shape of the container and everything and merging and stuff like that. And </w:t>
      </w:r>
      <w:r w:rsidR="00747588">
        <w:rPr>
          <w:rFonts w:ascii="Arial" w:hAnsi="Arial"/>
        </w:rPr>
        <w:t>so,</w:t>
      </w:r>
      <w:r>
        <w:rPr>
          <w:rFonts w:ascii="Arial" w:hAnsi="Arial"/>
        </w:rPr>
        <w:t xml:space="preserve"> it was just moving in any way it could to get to where you need to be. So new water was rising in any way in the cold water was lowering in any way. </w:t>
      </w:r>
      <w:r w:rsidR="00747588">
        <w:rPr>
          <w:rFonts w:ascii="Arial" w:hAnsi="Arial"/>
        </w:rPr>
        <w:t>So,</w:t>
      </w:r>
      <w:r>
        <w:rPr>
          <w:rFonts w:ascii="Arial" w:hAnsi="Arial"/>
        </w:rPr>
        <w:t xml:space="preserve"> it could look like a </w:t>
      </w:r>
      <w:r>
        <w:rPr>
          <w:rFonts w:ascii="Arial" w:hAnsi="Arial"/>
        </w:rPr>
        <w:t xml:space="preserve">slope and everything but in actuality it was just like going in every direction it </w:t>
      </w:r>
      <w:r w:rsidR="00747588">
        <w:rPr>
          <w:rFonts w:ascii="Arial" w:hAnsi="Arial"/>
        </w:rPr>
        <w:t>could</w:t>
      </w:r>
      <w:r>
        <w:rPr>
          <w:rFonts w:ascii="Arial" w:hAnsi="Arial"/>
        </w:rPr>
        <w:t xml:space="preserve"> to get down and that's why it was like swashing a little bit trying to get to where it should be </w:t>
      </w:r>
      <w:r w:rsidR="00747588">
        <w:rPr>
          <w:rFonts w:ascii="Arial" w:hAnsi="Arial"/>
        </w:rPr>
        <w:t>a</w:t>
      </w:r>
      <w:r>
        <w:rPr>
          <w:rFonts w:ascii="Arial" w:hAnsi="Arial"/>
        </w:rPr>
        <w:t xml:space="preserve"> stuff. And now it adjusted to the container and </w:t>
      </w:r>
      <w:r w:rsidR="00747588">
        <w:rPr>
          <w:rFonts w:ascii="Arial" w:hAnsi="Arial"/>
        </w:rPr>
        <w:t>everything,</w:t>
      </w:r>
      <w:r>
        <w:rPr>
          <w:rFonts w:ascii="Arial" w:hAnsi="Arial"/>
        </w:rPr>
        <w:t xml:space="preserve"> so it just went kind of straight down in some instances so that shocking me a bit.</w:t>
      </w:r>
    </w:p>
    <w:p w14:paraId="32363DFC" w14:textId="77777777" w:rsidR="00CA3AFF" w:rsidRDefault="00CA3AFF">
      <w:pPr>
        <w:spacing w:after="0"/>
      </w:pPr>
    </w:p>
    <w:p w14:paraId="65F4C3E9" w14:textId="77777777" w:rsidR="00CA3AFF" w:rsidRDefault="00042FC7">
      <w:pPr>
        <w:spacing w:after="0"/>
      </w:pPr>
      <w:r>
        <w:rPr>
          <w:rFonts w:ascii="Arial" w:hAnsi="Arial"/>
          <w:b/>
        </w:rPr>
        <w:t xml:space="preserve">Interviewer P:  </w:t>
      </w:r>
      <w:r>
        <w:rPr>
          <w:rFonts w:ascii="Arial" w:hAnsi="Arial"/>
          <w:color w:val="5D7284"/>
        </w:rPr>
        <w:t>11:10</w:t>
      </w:r>
    </w:p>
    <w:p w14:paraId="7A0CB9E7" w14:textId="56EE1FF8" w:rsidR="00CA3AFF" w:rsidRDefault="00042FC7">
      <w:pPr>
        <w:spacing w:after="0"/>
      </w:pPr>
      <w:r>
        <w:rPr>
          <w:rFonts w:ascii="Arial" w:hAnsi="Arial"/>
        </w:rPr>
        <w:t xml:space="preserve">I'm enjoying your rich descriptions, their good. I'm going to show you a video that a research assistant made last week it's pretty cool. </w:t>
      </w:r>
      <w:r w:rsidR="00747588">
        <w:rPr>
          <w:rFonts w:ascii="Arial" w:hAnsi="Arial"/>
        </w:rPr>
        <w:t>So,</w:t>
      </w:r>
      <w:r>
        <w:rPr>
          <w:rFonts w:ascii="Arial" w:hAnsi="Arial"/>
        </w:rPr>
        <w:t xml:space="preserve"> she made a time lapse of this over the course of an hour. </w:t>
      </w:r>
      <w:r w:rsidR="00747588">
        <w:rPr>
          <w:rFonts w:ascii="Arial" w:hAnsi="Arial"/>
        </w:rPr>
        <w:t>So,</w:t>
      </w:r>
      <w:r>
        <w:rPr>
          <w:rFonts w:ascii="Arial" w:hAnsi="Arial"/>
        </w:rPr>
        <w:t xml:space="preserve"> this is one hour condensed down to 33 seconds, are you ready?</w:t>
      </w:r>
    </w:p>
    <w:p w14:paraId="5544C136" w14:textId="77777777" w:rsidR="00CA3AFF" w:rsidRDefault="00CA3AFF">
      <w:pPr>
        <w:spacing w:after="0"/>
      </w:pPr>
    </w:p>
    <w:p w14:paraId="49B51CD8" w14:textId="77777777" w:rsidR="00CA3AFF" w:rsidRDefault="00042FC7">
      <w:pPr>
        <w:spacing w:after="0"/>
      </w:pPr>
      <w:r>
        <w:rPr>
          <w:rFonts w:ascii="Arial" w:hAnsi="Arial"/>
          <w:b/>
        </w:rPr>
        <w:t xml:space="preserve">Participant #1:  </w:t>
      </w:r>
      <w:r>
        <w:rPr>
          <w:rFonts w:ascii="Arial" w:hAnsi="Arial"/>
          <w:color w:val="5D7284"/>
        </w:rPr>
        <w:t>11:55</w:t>
      </w:r>
    </w:p>
    <w:p w14:paraId="44205758" w14:textId="77777777" w:rsidR="00CA3AFF" w:rsidRDefault="00042FC7">
      <w:pPr>
        <w:spacing w:after="0"/>
      </w:pPr>
      <w:r>
        <w:rPr>
          <w:rFonts w:ascii="Arial" w:hAnsi="Arial"/>
        </w:rPr>
        <w:t>Yeah.</w:t>
      </w:r>
    </w:p>
    <w:p w14:paraId="27C3B2BF" w14:textId="77777777" w:rsidR="00CA3AFF" w:rsidRDefault="00CA3AFF">
      <w:pPr>
        <w:spacing w:after="0"/>
      </w:pPr>
    </w:p>
    <w:p w14:paraId="19AD12D2" w14:textId="77777777" w:rsidR="00CA3AFF" w:rsidRDefault="00042FC7">
      <w:pPr>
        <w:spacing w:after="0"/>
      </w:pPr>
      <w:r>
        <w:rPr>
          <w:rFonts w:ascii="Arial" w:hAnsi="Arial"/>
          <w:b/>
        </w:rPr>
        <w:t xml:space="preserve">Interviewer P:  </w:t>
      </w:r>
      <w:r>
        <w:rPr>
          <w:rFonts w:ascii="Arial" w:hAnsi="Arial"/>
          <w:color w:val="5D7284"/>
        </w:rPr>
        <w:t>12:37</w:t>
      </w:r>
    </w:p>
    <w:p w14:paraId="1FB7B611" w14:textId="77777777" w:rsidR="00CA3AFF" w:rsidRDefault="00042FC7">
      <w:pPr>
        <w:spacing w:after="0"/>
      </w:pPr>
      <w:r>
        <w:rPr>
          <w:rFonts w:ascii="Arial" w:hAnsi="Arial"/>
        </w:rPr>
        <w:t>So that's an hour. Does that surprise you?</w:t>
      </w:r>
    </w:p>
    <w:p w14:paraId="65D0715B" w14:textId="77777777" w:rsidR="00CA3AFF" w:rsidRDefault="00CA3AFF">
      <w:pPr>
        <w:spacing w:after="0"/>
      </w:pPr>
    </w:p>
    <w:p w14:paraId="08999F55" w14:textId="77777777" w:rsidR="00CA3AFF" w:rsidRDefault="00042FC7">
      <w:pPr>
        <w:spacing w:after="0"/>
      </w:pPr>
      <w:r>
        <w:rPr>
          <w:rFonts w:ascii="Arial" w:hAnsi="Arial"/>
          <w:b/>
        </w:rPr>
        <w:t xml:space="preserve">Participant #1:  </w:t>
      </w:r>
      <w:r>
        <w:rPr>
          <w:rFonts w:ascii="Arial" w:hAnsi="Arial"/>
          <w:color w:val="5D7284"/>
        </w:rPr>
        <w:t>12:43</w:t>
      </w:r>
    </w:p>
    <w:p w14:paraId="0882293E" w14:textId="4EFD2060" w:rsidR="00CA3AFF" w:rsidRDefault="00042FC7">
      <w:pPr>
        <w:spacing w:after="0"/>
      </w:pPr>
      <w:r>
        <w:rPr>
          <w:rFonts w:ascii="Arial" w:hAnsi="Arial"/>
        </w:rPr>
        <w:t xml:space="preserve">Um, once again, hindsight is working against me again. Just the impatient child and me assuming that it will take less time than it would for like water to cool off and stuff like that. So, I guess the idea that we're taking a lot longer than 10 minutes probably doesn't surprise me. What kind of surprised me was the way it merged. I expected like a blob of purple in the middle just to get wider and wider. But it did that at first and then it started like seeping into the warming cold water. And I'm not </w:t>
      </w:r>
      <w:r w:rsidR="00747588">
        <w:rPr>
          <w:rFonts w:ascii="Arial" w:hAnsi="Arial"/>
        </w:rPr>
        <w:t>really,</w:t>
      </w:r>
      <w:r>
        <w:rPr>
          <w:rFonts w:ascii="Arial" w:hAnsi="Arial"/>
        </w:rPr>
        <w:t xml:space="preserve"> I think just theorizing I think it's because since that new water in the middle is like lukewarm, or the mid temperature, it's easier for it to like mix with the hot water or the cold water. And that's why we saw it like seeping in on both sides like that. But that one was interesting to me. I didn't imagine it would do that.</w:t>
      </w:r>
    </w:p>
    <w:p w14:paraId="0474ED32" w14:textId="77777777" w:rsidR="00CA3AFF" w:rsidRDefault="00CA3AFF">
      <w:pPr>
        <w:spacing w:after="0"/>
      </w:pPr>
    </w:p>
    <w:p w14:paraId="14BC3716" w14:textId="77777777" w:rsidR="00CA3AFF" w:rsidRDefault="00042FC7">
      <w:pPr>
        <w:spacing w:after="0"/>
      </w:pPr>
      <w:r>
        <w:rPr>
          <w:rFonts w:ascii="Arial" w:hAnsi="Arial"/>
          <w:b/>
        </w:rPr>
        <w:lastRenderedPageBreak/>
        <w:t xml:space="preserve">Interviewer P:  </w:t>
      </w:r>
      <w:r>
        <w:rPr>
          <w:rFonts w:ascii="Arial" w:hAnsi="Arial"/>
          <w:color w:val="5D7284"/>
        </w:rPr>
        <w:t>13:56</w:t>
      </w:r>
    </w:p>
    <w:p w14:paraId="139A0902" w14:textId="181A8C13" w:rsidR="00CA3AFF" w:rsidRDefault="00042FC7">
      <w:pPr>
        <w:spacing w:after="0"/>
      </w:pPr>
      <w:r>
        <w:rPr>
          <w:rFonts w:ascii="Arial" w:hAnsi="Arial"/>
        </w:rPr>
        <w:t xml:space="preserve">That's cool. </w:t>
      </w:r>
      <w:r w:rsidR="00747588">
        <w:rPr>
          <w:rFonts w:ascii="Arial" w:hAnsi="Arial"/>
        </w:rPr>
        <w:t>So,</w:t>
      </w:r>
      <w:r>
        <w:rPr>
          <w:rFonts w:ascii="Arial" w:hAnsi="Arial"/>
        </w:rPr>
        <w:t xml:space="preserve"> do you think it will ever become that?</w:t>
      </w:r>
    </w:p>
    <w:p w14:paraId="1758462E" w14:textId="77777777" w:rsidR="00CA3AFF" w:rsidRDefault="00CA3AFF">
      <w:pPr>
        <w:spacing w:after="0"/>
      </w:pPr>
    </w:p>
    <w:p w14:paraId="30890BE2" w14:textId="77777777" w:rsidR="00CA3AFF" w:rsidRDefault="00042FC7">
      <w:pPr>
        <w:spacing w:after="0"/>
      </w:pPr>
      <w:r>
        <w:rPr>
          <w:rFonts w:ascii="Arial" w:hAnsi="Arial"/>
          <w:b/>
        </w:rPr>
        <w:t xml:space="preserve">Participant #1:  </w:t>
      </w:r>
      <w:r>
        <w:rPr>
          <w:rFonts w:ascii="Arial" w:hAnsi="Arial"/>
          <w:color w:val="5D7284"/>
        </w:rPr>
        <w:t>14:00</w:t>
      </w:r>
    </w:p>
    <w:p w14:paraId="1499A749" w14:textId="77777777" w:rsidR="00CA3AFF" w:rsidRDefault="00042FC7">
      <w:pPr>
        <w:spacing w:after="0"/>
      </w:pPr>
      <w:r>
        <w:rPr>
          <w:rFonts w:ascii="Arial" w:hAnsi="Arial"/>
        </w:rPr>
        <w:t>Um, no, actually, because I saw it form like other other purple parts like it had the purple part in the middle and when it was seeping through on both sides, it started making a purple section on the top, and then the purple section on the bottom. And that was interesting to me because it still had like a blue section in between the purple section and a red section in between the other purple section. And yeah, that just surprised me. I mean, if you left me alone in a room for about like, five minutes, I c</w:t>
      </w:r>
      <w:r>
        <w:rPr>
          <w:rFonts w:ascii="Arial" w:hAnsi="Arial"/>
        </w:rPr>
        <w:t>ould come up with something to try and explain that. Yeah, that confused me a bit.</w:t>
      </w:r>
    </w:p>
    <w:p w14:paraId="65B34840" w14:textId="77777777" w:rsidR="00CA3AFF" w:rsidRDefault="00CA3AFF">
      <w:pPr>
        <w:spacing w:after="0"/>
      </w:pPr>
    </w:p>
    <w:p w14:paraId="29E7A9F3" w14:textId="77777777" w:rsidR="00CA3AFF" w:rsidRDefault="00042FC7">
      <w:pPr>
        <w:spacing w:after="0"/>
      </w:pPr>
      <w:r>
        <w:rPr>
          <w:rFonts w:ascii="Arial" w:hAnsi="Arial"/>
          <w:b/>
        </w:rPr>
        <w:t xml:space="preserve">Interviewer P:  </w:t>
      </w:r>
      <w:r>
        <w:rPr>
          <w:rFonts w:ascii="Arial" w:hAnsi="Arial"/>
          <w:color w:val="5D7284"/>
        </w:rPr>
        <w:t>14:50</w:t>
      </w:r>
    </w:p>
    <w:p w14:paraId="376F9BEE" w14:textId="77777777" w:rsidR="00CA3AFF" w:rsidRDefault="00042FC7">
      <w:pPr>
        <w:spacing w:after="0"/>
      </w:pPr>
      <w:r>
        <w:rPr>
          <w:rFonts w:ascii="Arial" w:hAnsi="Arial"/>
        </w:rPr>
        <w:t xml:space="preserve">It's interesting that the blue and the red water maintain their like individual characteristics. </w:t>
      </w:r>
    </w:p>
    <w:p w14:paraId="4FBDCC55" w14:textId="77777777" w:rsidR="00CA3AFF" w:rsidRDefault="00CA3AFF">
      <w:pPr>
        <w:spacing w:after="0"/>
      </w:pPr>
    </w:p>
    <w:p w14:paraId="3F54AEAC" w14:textId="77777777" w:rsidR="00CA3AFF" w:rsidRDefault="00042FC7">
      <w:pPr>
        <w:spacing w:after="0"/>
      </w:pPr>
      <w:r>
        <w:rPr>
          <w:rFonts w:ascii="Arial" w:hAnsi="Arial"/>
          <w:b/>
        </w:rPr>
        <w:t xml:space="preserve">Participant #1:  </w:t>
      </w:r>
      <w:r>
        <w:rPr>
          <w:rFonts w:ascii="Arial" w:hAnsi="Arial"/>
          <w:color w:val="5D7284"/>
        </w:rPr>
        <w:t>15:00</w:t>
      </w:r>
    </w:p>
    <w:p w14:paraId="2EBDD580" w14:textId="77777777" w:rsidR="00CA3AFF" w:rsidRDefault="00042FC7">
      <w:pPr>
        <w:spacing w:after="0"/>
      </w:pPr>
      <w:r>
        <w:rPr>
          <w:rFonts w:ascii="Arial" w:hAnsi="Arial"/>
        </w:rPr>
        <w:t>Yeah.</w:t>
      </w:r>
    </w:p>
    <w:p w14:paraId="43B4613F" w14:textId="77777777" w:rsidR="00CA3AFF" w:rsidRDefault="00CA3AFF">
      <w:pPr>
        <w:spacing w:after="0"/>
      </w:pPr>
    </w:p>
    <w:p w14:paraId="7A038E3E" w14:textId="77777777" w:rsidR="00CA3AFF" w:rsidRDefault="00042FC7">
      <w:pPr>
        <w:spacing w:after="0"/>
      </w:pPr>
      <w:r>
        <w:rPr>
          <w:rFonts w:ascii="Arial" w:hAnsi="Arial"/>
          <w:b/>
        </w:rPr>
        <w:t xml:space="preserve">Interviewer P:  </w:t>
      </w:r>
      <w:r>
        <w:rPr>
          <w:rFonts w:ascii="Arial" w:hAnsi="Arial"/>
          <w:color w:val="5D7284"/>
        </w:rPr>
        <w:t>15:04</w:t>
      </w:r>
    </w:p>
    <w:p w14:paraId="7574D0FD" w14:textId="7E0A030F" w:rsidR="00CA3AFF" w:rsidRDefault="00042FC7">
      <w:pPr>
        <w:spacing w:after="0"/>
      </w:pPr>
      <w:r>
        <w:rPr>
          <w:rFonts w:ascii="Arial" w:hAnsi="Arial"/>
        </w:rPr>
        <w:t xml:space="preserve"> All right. New demonstration over here. All right, so I'm not going to move that, because that's gonna cause the water to slosh. </w:t>
      </w:r>
      <w:r w:rsidR="00747588">
        <w:rPr>
          <w:rFonts w:ascii="Arial" w:hAnsi="Arial"/>
        </w:rPr>
        <w:t>So,</w:t>
      </w:r>
      <w:r>
        <w:rPr>
          <w:rFonts w:ascii="Arial" w:hAnsi="Arial"/>
        </w:rPr>
        <w:t xml:space="preserve"> I'm just gonna leave it right there. But I have this, this is called potassium </w:t>
      </w:r>
      <w:r w:rsidR="00747588">
        <w:rPr>
          <w:rFonts w:ascii="Arial" w:hAnsi="Arial"/>
        </w:rPr>
        <w:t>permanganate,</w:t>
      </w:r>
      <w:r>
        <w:rPr>
          <w:rFonts w:ascii="Arial" w:hAnsi="Arial"/>
        </w:rPr>
        <w:t xml:space="preserve"> and it is a dye crystal. </w:t>
      </w:r>
      <w:r w:rsidR="00747588">
        <w:rPr>
          <w:rFonts w:ascii="Arial" w:hAnsi="Arial"/>
        </w:rPr>
        <w:t>So,</w:t>
      </w:r>
      <w:r>
        <w:rPr>
          <w:rFonts w:ascii="Arial" w:hAnsi="Arial"/>
        </w:rPr>
        <w:t xml:space="preserve"> it is more dense than the water. </w:t>
      </w:r>
      <w:r w:rsidR="00747588">
        <w:rPr>
          <w:rFonts w:ascii="Arial" w:hAnsi="Arial"/>
        </w:rPr>
        <w:t>So,</w:t>
      </w:r>
      <w:r>
        <w:rPr>
          <w:rFonts w:ascii="Arial" w:hAnsi="Arial"/>
        </w:rPr>
        <w:t xml:space="preserve"> when I sprinkle it on top, it will sink to the bottom. But what's cool about it is it dyes to the water as it sinks, which then acts kind of as an indicator. </w:t>
      </w:r>
      <w:r w:rsidR="00747588">
        <w:rPr>
          <w:rFonts w:ascii="Arial" w:hAnsi="Arial"/>
        </w:rPr>
        <w:t>So,</w:t>
      </w:r>
      <w:r>
        <w:rPr>
          <w:rFonts w:ascii="Arial" w:hAnsi="Arial"/>
        </w:rPr>
        <w:t xml:space="preserve"> we can't necessarily see how the water might be moving if it was, but once we put the crystal in, then we can see parts of the water and how they might be moving.</w:t>
      </w:r>
    </w:p>
    <w:p w14:paraId="1D826C7A" w14:textId="77777777" w:rsidR="00CA3AFF" w:rsidRDefault="00CA3AFF">
      <w:pPr>
        <w:spacing w:after="0"/>
      </w:pPr>
    </w:p>
    <w:p w14:paraId="2F8853D2" w14:textId="77777777" w:rsidR="00CA3AFF" w:rsidRDefault="00042FC7">
      <w:pPr>
        <w:spacing w:after="0"/>
      </w:pPr>
      <w:r>
        <w:rPr>
          <w:rFonts w:ascii="Arial" w:hAnsi="Arial"/>
          <w:b/>
        </w:rPr>
        <w:t xml:space="preserve">Participant #1:  </w:t>
      </w:r>
      <w:r>
        <w:rPr>
          <w:rFonts w:ascii="Arial" w:hAnsi="Arial"/>
          <w:color w:val="5D7284"/>
        </w:rPr>
        <w:t>16:19</w:t>
      </w:r>
    </w:p>
    <w:p w14:paraId="1C046E6A" w14:textId="28238E5A" w:rsidR="00CA3AFF" w:rsidRDefault="00747588">
      <w:pPr>
        <w:spacing w:after="0"/>
      </w:pPr>
      <w:r>
        <w:rPr>
          <w:rFonts w:ascii="Arial" w:hAnsi="Arial"/>
        </w:rPr>
        <w:t>So, like one of those flames with the smoke, like with smoke coming out of it.</w:t>
      </w:r>
    </w:p>
    <w:p w14:paraId="710CAB27" w14:textId="77777777" w:rsidR="00CA3AFF" w:rsidRDefault="00CA3AFF">
      <w:pPr>
        <w:spacing w:after="0"/>
      </w:pPr>
    </w:p>
    <w:p w14:paraId="0E0EDE6C" w14:textId="77777777" w:rsidR="00CA3AFF" w:rsidRDefault="00042FC7">
      <w:pPr>
        <w:spacing w:after="0"/>
      </w:pPr>
      <w:r>
        <w:rPr>
          <w:rFonts w:ascii="Arial" w:hAnsi="Arial"/>
          <w:b/>
        </w:rPr>
        <w:t xml:space="preserve">Interviewer P:  </w:t>
      </w:r>
      <w:r>
        <w:rPr>
          <w:rFonts w:ascii="Arial" w:hAnsi="Arial"/>
          <w:color w:val="5D7284"/>
        </w:rPr>
        <w:t>16:24</w:t>
      </w:r>
    </w:p>
    <w:p w14:paraId="6B77943F" w14:textId="77777777" w:rsidR="00CA3AFF" w:rsidRDefault="00042FC7">
      <w:pPr>
        <w:spacing w:after="0"/>
      </w:pPr>
      <w:r>
        <w:rPr>
          <w:rFonts w:ascii="Arial" w:hAnsi="Arial"/>
        </w:rPr>
        <w:t>Yeah, right. Love it. Okay, so I'm just going to sprinkle a little bit of that on top of the water surface there. Any predictions of what it might look like or what might happen?</w:t>
      </w:r>
    </w:p>
    <w:p w14:paraId="657F2BDF" w14:textId="77777777" w:rsidR="00CA3AFF" w:rsidRDefault="00CA3AFF">
      <w:pPr>
        <w:spacing w:after="0"/>
      </w:pPr>
    </w:p>
    <w:p w14:paraId="5AC2F4EF" w14:textId="77777777" w:rsidR="00CA3AFF" w:rsidRDefault="00042FC7">
      <w:pPr>
        <w:spacing w:after="0"/>
      </w:pPr>
      <w:r>
        <w:rPr>
          <w:rFonts w:ascii="Arial" w:hAnsi="Arial"/>
          <w:b/>
        </w:rPr>
        <w:t xml:space="preserve">Participant #1:  </w:t>
      </w:r>
      <w:r>
        <w:rPr>
          <w:rFonts w:ascii="Arial" w:hAnsi="Arial"/>
          <w:color w:val="5D7284"/>
        </w:rPr>
        <w:t>16:38</w:t>
      </w:r>
    </w:p>
    <w:p w14:paraId="043B5663" w14:textId="77777777" w:rsidR="00CA3AFF" w:rsidRDefault="00042FC7">
      <w:pPr>
        <w:spacing w:after="0"/>
      </w:pPr>
      <w:r>
        <w:rPr>
          <w:rFonts w:ascii="Arial" w:hAnsi="Arial"/>
        </w:rPr>
        <w:t>Well, you already said denser than the water, so of course sink but I don't know, so it's all room temp water. So I think yeah, I don't know that it's moving like that. So it might be a little wobbly as it goes down stuff. But I think it'll be relatively straight lines to the bottom. Yes. Oh, that's lateral now, because that's probably going to disrupt it. So it's probably going to have some ripples going probably bigger zigzags towards the bottom but I don't think any like things as if it were to be droppe</w:t>
      </w:r>
      <w:r>
        <w:rPr>
          <w:rFonts w:ascii="Arial" w:hAnsi="Arial"/>
        </w:rPr>
        <w:t>d in like the hot and cold water because it's kind of moving more and everything so yeah, I think relatively straight lines with a little zigzags are going to go down.</w:t>
      </w:r>
    </w:p>
    <w:p w14:paraId="736DB41B" w14:textId="77777777" w:rsidR="00CA3AFF" w:rsidRDefault="00CA3AFF">
      <w:pPr>
        <w:spacing w:after="0"/>
      </w:pPr>
    </w:p>
    <w:p w14:paraId="52A36D16" w14:textId="77777777" w:rsidR="00CA3AFF" w:rsidRDefault="00042FC7">
      <w:pPr>
        <w:spacing w:after="0"/>
      </w:pPr>
      <w:r>
        <w:rPr>
          <w:rFonts w:ascii="Arial" w:hAnsi="Arial"/>
          <w:b/>
        </w:rPr>
        <w:t xml:space="preserve">Interviewer P:  </w:t>
      </w:r>
      <w:r>
        <w:rPr>
          <w:rFonts w:ascii="Arial" w:hAnsi="Arial"/>
          <w:color w:val="5D7284"/>
        </w:rPr>
        <w:t>17:46</w:t>
      </w:r>
    </w:p>
    <w:p w14:paraId="629CD9CE" w14:textId="77777777" w:rsidR="00CA3AFF" w:rsidRDefault="00042FC7">
      <w:pPr>
        <w:spacing w:after="0"/>
      </w:pPr>
      <w:r>
        <w:rPr>
          <w:rFonts w:ascii="Arial" w:hAnsi="Arial"/>
        </w:rPr>
        <w:t>Alright, It really only takes a tiny bit. Does anything about that surprise you?</w:t>
      </w:r>
    </w:p>
    <w:p w14:paraId="365C947F" w14:textId="77777777" w:rsidR="00CA3AFF" w:rsidRDefault="00CA3AFF">
      <w:pPr>
        <w:spacing w:after="0"/>
      </w:pPr>
    </w:p>
    <w:p w14:paraId="18B98BC1" w14:textId="77777777" w:rsidR="00CA3AFF" w:rsidRDefault="00042FC7">
      <w:pPr>
        <w:spacing w:after="0"/>
      </w:pPr>
      <w:r>
        <w:rPr>
          <w:rFonts w:ascii="Arial" w:hAnsi="Arial"/>
          <w:b/>
        </w:rPr>
        <w:lastRenderedPageBreak/>
        <w:t xml:space="preserve">Participant #1:  </w:t>
      </w:r>
      <w:r>
        <w:rPr>
          <w:rFonts w:ascii="Arial" w:hAnsi="Arial"/>
          <w:color w:val="5D7284"/>
        </w:rPr>
        <w:t>18:23</w:t>
      </w:r>
    </w:p>
    <w:p w14:paraId="213326C2" w14:textId="77777777" w:rsidR="00CA3AFF" w:rsidRDefault="00042FC7">
      <w:pPr>
        <w:spacing w:after="0"/>
      </w:pPr>
      <w:r>
        <w:rPr>
          <w:rFonts w:ascii="Arial" w:hAnsi="Arial"/>
        </w:rPr>
        <w:t>It's drifting, which makes sense. But I couldn't really tell you why. They're drifting in different directions. I guess it has water is still moving. Even though, you know, it's still to us or whatever, like the cells and stuff are moving on the atoms and stuff are moving. And that's kind of what's making it shift a bit even though it's still but I was surprised how wide the it moves, in any given direction.</w:t>
      </w:r>
    </w:p>
    <w:p w14:paraId="4262AA6E" w14:textId="77777777" w:rsidR="00CA3AFF" w:rsidRDefault="00CA3AFF">
      <w:pPr>
        <w:spacing w:after="0"/>
      </w:pPr>
    </w:p>
    <w:p w14:paraId="5E312283" w14:textId="77777777" w:rsidR="00CA3AFF" w:rsidRDefault="00042FC7">
      <w:pPr>
        <w:spacing w:after="0"/>
      </w:pPr>
      <w:r>
        <w:rPr>
          <w:rFonts w:ascii="Arial" w:hAnsi="Arial"/>
          <w:b/>
        </w:rPr>
        <w:t xml:space="preserve">Interviewer P:  </w:t>
      </w:r>
      <w:r>
        <w:rPr>
          <w:rFonts w:ascii="Arial" w:hAnsi="Arial"/>
          <w:color w:val="5D7284"/>
        </w:rPr>
        <w:t>19:15</w:t>
      </w:r>
    </w:p>
    <w:p w14:paraId="1E05F2A7" w14:textId="77777777" w:rsidR="00CA3AFF" w:rsidRDefault="00042FC7">
      <w:pPr>
        <w:spacing w:after="0"/>
      </w:pPr>
      <w:r>
        <w:rPr>
          <w:rFonts w:ascii="Arial" w:hAnsi="Arial"/>
        </w:rPr>
        <w:t>Okay, so you've probably noticed that I have a much larger tank like this rotating behind you. And it's it. I've had that spinning for probably 30 minutes before you came in. So, the water that's in that tank has been spinning with the tank for a good 40 minutes or so. So, now that you've seen kind of the behavior of this dye, in this smaller tank which isn't spinning, what I would like for you to do is to make some predictions and sketch what you think will happen to the dye and the tank that's rotating so</w:t>
      </w:r>
      <w:r>
        <w:rPr>
          <w:rFonts w:ascii="Arial" w:hAnsi="Arial"/>
        </w:rPr>
        <w:t xml:space="preserve"> like this alright, so please sketch how you think the purple crystal dye will look one minute after it's dropped in the rotating tank of water. So your sketch should represent a single point in time. It's like you take a snapshot and I'm going to ask you to make two sketches what you think it will look like from above. And what do you think it will look like from the side so you can think about that and take your time.</w:t>
      </w:r>
    </w:p>
    <w:p w14:paraId="653ABC32" w14:textId="77777777" w:rsidR="00CA3AFF" w:rsidRDefault="00CA3AFF">
      <w:pPr>
        <w:spacing w:after="0"/>
      </w:pPr>
    </w:p>
    <w:p w14:paraId="1952A79A" w14:textId="77777777" w:rsidR="00CA3AFF" w:rsidRDefault="00042FC7">
      <w:pPr>
        <w:spacing w:after="0"/>
      </w:pPr>
      <w:r>
        <w:rPr>
          <w:rFonts w:ascii="Arial" w:hAnsi="Arial"/>
          <w:b/>
        </w:rPr>
        <w:t xml:space="preserve">Participant #1:  </w:t>
      </w:r>
      <w:r>
        <w:rPr>
          <w:rFonts w:ascii="Arial" w:hAnsi="Arial"/>
          <w:color w:val="5D7284"/>
        </w:rPr>
        <w:t>20:31</w:t>
      </w:r>
    </w:p>
    <w:p w14:paraId="12F485D5" w14:textId="77777777" w:rsidR="00CA3AFF" w:rsidRDefault="00042FC7">
      <w:pPr>
        <w:spacing w:after="0"/>
      </w:pPr>
      <w:r>
        <w:rPr>
          <w:rFonts w:ascii="Arial" w:hAnsi="Arial"/>
        </w:rPr>
        <w:t>Two points in time?</w:t>
      </w:r>
    </w:p>
    <w:p w14:paraId="49BEE969" w14:textId="77777777" w:rsidR="00CA3AFF" w:rsidRDefault="00CA3AFF">
      <w:pPr>
        <w:spacing w:after="0"/>
      </w:pPr>
    </w:p>
    <w:p w14:paraId="3C0D415A" w14:textId="77777777" w:rsidR="00CA3AFF" w:rsidRDefault="00042FC7">
      <w:pPr>
        <w:spacing w:after="0"/>
      </w:pPr>
      <w:r>
        <w:rPr>
          <w:rFonts w:ascii="Arial" w:hAnsi="Arial"/>
          <w:b/>
        </w:rPr>
        <w:t xml:space="preserve">Interviewer P:  </w:t>
      </w:r>
      <w:r>
        <w:rPr>
          <w:rFonts w:ascii="Arial" w:hAnsi="Arial"/>
          <w:color w:val="5D7284"/>
        </w:rPr>
        <w:t>20:32</w:t>
      </w:r>
    </w:p>
    <w:p w14:paraId="6390FC39" w14:textId="77777777" w:rsidR="00CA3AFF" w:rsidRDefault="00042FC7">
      <w:pPr>
        <w:spacing w:after="0"/>
      </w:pPr>
      <w:r>
        <w:rPr>
          <w:rFonts w:ascii="Arial" w:hAnsi="Arial"/>
        </w:rPr>
        <w:t>No one point like if I went well, I mean if I had a camera here and I had a camera here and let's say I'm taking them I have something that can take a picture with two cameras at once. So I'm going like okay and at the same time.</w:t>
      </w:r>
    </w:p>
    <w:p w14:paraId="4C291170" w14:textId="77777777" w:rsidR="00CA3AFF" w:rsidRDefault="00CA3AFF">
      <w:pPr>
        <w:spacing w:after="0"/>
      </w:pPr>
    </w:p>
    <w:p w14:paraId="5E8EE3C1" w14:textId="77777777" w:rsidR="00CA3AFF" w:rsidRDefault="00042FC7">
      <w:pPr>
        <w:spacing w:after="0"/>
      </w:pPr>
      <w:r>
        <w:rPr>
          <w:rFonts w:ascii="Arial" w:hAnsi="Arial"/>
          <w:b/>
        </w:rPr>
        <w:t xml:space="preserve">Participant #1:  </w:t>
      </w:r>
      <w:r>
        <w:rPr>
          <w:rFonts w:ascii="Arial" w:hAnsi="Arial"/>
          <w:color w:val="5D7284"/>
        </w:rPr>
        <w:t>20:49</w:t>
      </w:r>
    </w:p>
    <w:p w14:paraId="2AC45CCC" w14:textId="77777777" w:rsidR="00CA3AFF" w:rsidRDefault="00042FC7">
      <w:pPr>
        <w:spacing w:after="0"/>
      </w:pPr>
      <w:r>
        <w:rPr>
          <w:rFonts w:ascii="Arial" w:hAnsi="Arial"/>
        </w:rPr>
        <w:t>Then I could draw like what I think will look like but immediately after it's dropped in?</w:t>
      </w:r>
    </w:p>
    <w:p w14:paraId="4A28D759" w14:textId="77777777" w:rsidR="00CA3AFF" w:rsidRDefault="00CA3AFF">
      <w:pPr>
        <w:spacing w:after="0"/>
      </w:pPr>
    </w:p>
    <w:p w14:paraId="1BDA57FC" w14:textId="77777777" w:rsidR="00CA3AFF" w:rsidRDefault="00042FC7">
      <w:pPr>
        <w:spacing w:after="0"/>
      </w:pPr>
      <w:r>
        <w:rPr>
          <w:rFonts w:ascii="Arial" w:hAnsi="Arial"/>
          <w:b/>
        </w:rPr>
        <w:t xml:space="preserve">Interviewer P:  </w:t>
      </w:r>
      <w:r>
        <w:rPr>
          <w:rFonts w:ascii="Arial" w:hAnsi="Arial"/>
          <w:color w:val="5D7284"/>
        </w:rPr>
        <w:t>20:53</w:t>
      </w:r>
    </w:p>
    <w:p w14:paraId="226E328B" w14:textId="77777777" w:rsidR="00CA3AFF" w:rsidRDefault="00042FC7">
      <w:pPr>
        <w:spacing w:after="0"/>
      </w:pPr>
      <w:r>
        <w:rPr>
          <w:rFonts w:ascii="Arial" w:hAnsi="Arial"/>
        </w:rPr>
        <w:t>In about a minute after.</w:t>
      </w:r>
    </w:p>
    <w:p w14:paraId="7895C9B9" w14:textId="77777777" w:rsidR="00CA3AFF" w:rsidRDefault="00CA3AFF">
      <w:pPr>
        <w:spacing w:after="0"/>
      </w:pPr>
    </w:p>
    <w:p w14:paraId="2568A622" w14:textId="77777777" w:rsidR="00CA3AFF" w:rsidRDefault="00042FC7">
      <w:pPr>
        <w:spacing w:after="0"/>
      </w:pPr>
      <w:r>
        <w:rPr>
          <w:rFonts w:ascii="Arial" w:hAnsi="Arial"/>
          <w:b/>
        </w:rPr>
        <w:t xml:space="preserve">Participant #1:  </w:t>
      </w:r>
      <w:r>
        <w:rPr>
          <w:rFonts w:ascii="Arial" w:hAnsi="Arial"/>
          <w:color w:val="5D7284"/>
        </w:rPr>
        <w:t>20:55</w:t>
      </w:r>
    </w:p>
    <w:p w14:paraId="3ABA3DCB" w14:textId="77777777" w:rsidR="00CA3AFF" w:rsidRDefault="00042FC7">
      <w:pPr>
        <w:spacing w:after="0"/>
      </w:pPr>
      <w:r>
        <w:rPr>
          <w:rFonts w:ascii="Arial" w:hAnsi="Arial"/>
        </w:rPr>
        <w:t>A minute after okay, all right.</w:t>
      </w:r>
    </w:p>
    <w:p w14:paraId="15E16D9D" w14:textId="77777777" w:rsidR="00CA3AFF" w:rsidRDefault="00CA3AFF">
      <w:pPr>
        <w:spacing w:after="0"/>
      </w:pPr>
    </w:p>
    <w:p w14:paraId="0436E3D9" w14:textId="77777777" w:rsidR="00CA3AFF" w:rsidRDefault="00042FC7">
      <w:pPr>
        <w:spacing w:after="0"/>
      </w:pPr>
      <w:r>
        <w:rPr>
          <w:rFonts w:ascii="Arial" w:hAnsi="Arial"/>
          <w:b/>
        </w:rPr>
        <w:t xml:space="preserve">Interviewer P:  </w:t>
      </w:r>
      <w:r>
        <w:rPr>
          <w:rFonts w:ascii="Arial" w:hAnsi="Arial"/>
          <w:color w:val="5D7284"/>
        </w:rPr>
        <w:t>20:58</w:t>
      </w:r>
    </w:p>
    <w:p w14:paraId="48CFBE12" w14:textId="77777777" w:rsidR="00CA3AFF" w:rsidRDefault="00042FC7">
      <w:pPr>
        <w:spacing w:after="0"/>
      </w:pPr>
      <w:r>
        <w:rPr>
          <w:rFonts w:ascii="Arial" w:hAnsi="Arial"/>
        </w:rPr>
        <w:t xml:space="preserve">So there's the pencils any questions on what I'm asking you to do? </w:t>
      </w:r>
    </w:p>
    <w:p w14:paraId="64BB81E4" w14:textId="77777777" w:rsidR="00CA3AFF" w:rsidRDefault="00CA3AFF">
      <w:pPr>
        <w:spacing w:after="0"/>
      </w:pPr>
    </w:p>
    <w:p w14:paraId="0873015E" w14:textId="77777777" w:rsidR="00CA3AFF" w:rsidRDefault="00042FC7">
      <w:pPr>
        <w:spacing w:after="0"/>
      </w:pPr>
      <w:r>
        <w:rPr>
          <w:rFonts w:ascii="Arial" w:hAnsi="Arial"/>
          <w:b/>
        </w:rPr>
        <w:t xml:space="preserve">Participant #1:  </w:t>
      </w:r>
      <w:r>
        <w:rPr>
          <w:rFonts w:ascii="Arial" w:hAnsi="Arial"/>
          <w:color w:val="5D7284"/>
        </w:rPr>
        <w:t>21:05</w:t>
      </w:r>
    </w:p>
    <w:p w14:paraId="3F081817" w14:textId="77777777" w:rsidR="00CA3AFF" w:rsidRDefault="00042FC7">
      <w:pPr>
        <w:spacing w:after="0"/>
      </w:pPr>
      <w:r>
        <w:rPr>
          <w:rFonts w:ascii="Arial" w:hAnsi="Arial"/>
        </w:rPr>
        <w:t>Um No? I get it.</w:t>
      </w:r>
    </w:p>
    <w:p w14:paraId="3490F2E3" w14:textId="77777777" w:rsidR="00CA3AFF" w:rsidRDefault="00CA3AFF">
      <w:pPr>
        <w:spacing w:after="0"/>
      </w:pPr>
    </w:p>
    <w:p w14:paraId="37C2C1B6" w14:textId="77777777" w:rsidR="00CA3AFF" w:rsidRDefault="00042FC7">
      <w:pPr>
        <w:spacing w:after="0"/>
      </w:pPr>
      <w:r>
        <w:rPr>
          <w:rFonts w:ascii="Arial" w:hAnsi="Arial"/>
          <w:b/>
        </w:rPr>
        <w:t xml:space="preserve">Interviewer P:  </w:t>
      </w:r>
      <w:r>
        <w:rPr>
          <w:rFonts w:ascii="Arial" w:hAnsi="Arial"/>
          <w:color w:val="5D7284"/>
        </w:rPr>
        <w:t>23:58</w:t>
      </w:r>
    </w:p>
    <w:p w14:paraId="458E3563" w14:textId="77777777" w:rsidR="00CA3AFF" w:rsidRDefault="00042FC7">
      <w:pPr>
        <w:spacing w:after="0"/>
      </w:pPr>
      <w:r>
        <w:rPr>
          <w:rFonts w:ascii="Arial" w:hAnsi="Arial"/>
        </w:rPr>
        <w:t>Okay, can you tell me about what you sketched.</w:t>
      </w:r>
    </w:p>
    <w:p w14:paraId="7BA301BC" w14:textId="77777777" w:rsidR="00CA3AFF" w:rsidRDefault="00CA3AFF">
      <w:pPr>
        <w:spacing w:after="0"/>
      </w:pPr>
    </w:p>
    <w:p w14:paraId="37868348" w14:textId="77777777" w:rsidR="00CA3AFF" w:rsidRDefault="00042FC7">
      <w:pPr>
        <w:spacing w:after="0"/>
      </w:pPr>
      <w:r>
        <w:rPr>
          <w:rFonts w:ascii="Arial" w:hAnsi="Arial"/>
          <w:b/>
        </w:rPr>
        <w:t xml:space="preserve">Participant #1:  </w:t>
      </w:r>
      <w:r>
        <w:rPr>
          <w:rFonts w:ascii="Arial" w:hAnsi="Arial"/>
          <w:color w:val="5D7284"/>
        </w:rPr>
        <w:t>24:01</w:t>
      </w:r>
    </w:p>
    <w:p w14:paraId="3E672FE8" w14:textId="77777777" w:rsidR="00CA3AFF" w:rsidRDefault="00042FC7">
      <w:pPr>
        <w:spacing w:after="0"/>
      </w:pPr>
      <w:r>
        <w:rPr>
          <w:rFonts w:ascii="Arial" w:hAnsi="Arial"/>
        </w:rPr>
        <w:lastRenderedPageBreak/>
        <w:t>So, kind of like that on the pretest, the ball, analogy when a string gets cut while it's spinning. I thought about it and I said, well, the water it should go like straight since the water is relatively still kind of like this one. But then I thought about it. Like the water is technically still in relation to the spinning thing. But not really in relation to the dye. Because that's it's going to be dropping straight down. But that wouldn't work because the whole structure is spinning. So I think that's go</w:t>
      </w:r>
      <w:r>
        <w:rPr>
          <w:rFonts w:ascii="Arial" w:hAnsi="Arial"/>
        </w:rPr>
        <w:t>ing to like force it to drag a bit. And so it's going to drag in a circular motion I think to match the container. So that's why I get these spins going on in the view from above. And then the view from the side, it's going to look like it's just going, like straight down, like that down that way, which it kind of is, which it's trying to do. But since it's spinning in a circular motion, it's really going in a downward spiral. I think that's what's it's going to do.</w:t>
      </w:r>
    </w:p>
    <w:p w14:paraId="17A5AD74" w14:textId="77777777" w:rsidR="00CA3AFF" w:rsidRDefault="00CA3AFF">
      <w:pPr>
        <w:spacing w:after="0"/>
      </w:pPr>
    </w:p>
    <w:p w14:paraId="49FBEA45" w14:textId="77777777" w:rsidR="00CA3AFF" w:rsidRDefault="00042FC7">
      <w:pPr>
        <w:spacing w:after="0"/>
      </w:pPr>
      <w:r>
        <w:rPr>
          <w:rFonts w:ascii="Arial" w:hAnsi="Arial"/>
          <w:b/>
        </w:rPr>
        <w:t xml:space="preserve">Interviewer P:  </w:t>
      </w:r>
      <w:r>
        <w:rPr>
          <w:rFonts w:ascii="Arial" w:hAnsi="Arial"/>
          <w:color w:val="5D7284"/>
        </w:rPr>
        <w:t>25:32</w:t>
      </w:r>
    </w:p>
    <w:p w14:paraId="60573C92" w14:textId="77777777" w:rsidR="00CA3AFF" w:rsidRDefault="00042FC7">
      <w:pPr>
        <w:spacing w:after="0"/>
      </w:pPr>
      <w:r>
        <w:rPr>
          <w:rFonts w:ascii="Arial" w:hAnsi="Arial"/>
        </w:rPr>
        <w:t>Okay, so let's try it for about a minute... Alright, so you do talk drew on a side, top view and a side view. Yeah, so make sure you get both. So, does that surprise you?</w:t>
      </w:r>
    </w:p>
    <w:p w14:paraId="0DBB8F46" w14:textId="77777777" w:rsidR="00CA3AFF" w:rsidRDefault="00CA3AFF">
      <w:pPr>
        <w:spacing w:after="0"/>
      </w:pPr>
    </w:p>
    <w:p w14:paraId="6F7428EC" w14:textId="77777777" w:rsidR="00CA3AFF" w:rsidRDefault="00042FC7">
      <w:pPr>
        <w:spacing w:after="0"/>
      </w:pPr>
      <w:r>
        <w:rPr>
          <w:rFonts w:ascii="Arial" w:hAnsi="Arial"/>
          <w:b/>
        </w:rPr>
        <w:t xml:space="preserve">Participant #1:  </w:t>
      </w:r>
      <w:r>
        <w:rPr>
          <w:rFonts w:ascii="Arial" w:hAnsi="Arial"/>
          <w:color w:val="5D7284"/>
        </w:rPr>
        <w:t>27:06</w:t>
      </w:r>
    </w:p>
    <w:p w14:paraId="5652E44A" w14:textId="77777777" w:rsidR="00CA3AFF" w:rsidRDefault="00042FC7">
      <w:pPr>
        <w:spacing w:after="0"/>
      </w:pPr>
      <w:r>
        <w:rPr>
          <w:rFonts w:ascii="Arial" w:hAnsi="Arial"/>
        </w:rPr>
        <w:t>Yeah, I I definitely thought the Yeah, no, I definitely thought the spinning of this whole structure would have come into play more. Whether it be like, I guess, air wise, because it's creating some tension with the air, I guess, like the air isn't moving in that exact same way. And I thought that would force it to kind of move in a way across the surface of the water and downward. I noticed with like one of them, it was kind of moving in, like, how I predicted in a spiral motion, but it was only in that sm</w:t>
      </w:r>
      <w:r>
        <w:rPr>
          <w:rFonts w:ascii="Arial" w:hAnsi="Arial"/>
        </w:rPr>
        <w:t>all area of where it dropped. It wasn't like in a circular path, kind of like how I predicted. So that was interesting to me. I mean, I'm noticing that it's like, starting to make the path and whatever now, but it's past one minute. And also, it's not doing it like I thought it would during the descent process and... so it once it settles down and stuff like that. It's just really odd. I don't really know why it was able to drop relatively straight down kind of similar to what it did here.</w:t>
      </w:r>
    </w:p>
    <w:p w14:paraId="450CBCC8" w14:textId="77777777" w:rsidR="00CA3AFF" w:rsidRDefault="00CA3AFF">
      <w:pPr>
        <w:spacing w:after="0"/>
      </w:pPr>
    </w:p>
    <w:p w14:paraId="14B30C97" w14:textId="77777777" w:rsidR="00CA3AFF" w:rsidRDefault="00042FC7">
      <w:pPr>
        <w:spacing w:after="0"/>
      </w:pPr>
      <w:r>
        <w:rPr>
          <w:rFonts w:ascii="Arial" w:hAnsi="Arial"/>
          <w:b/>
        </w:rPr>
        <w:t xml:space="preserve">Interviewer P:  </w:t>
      </w:r>
      <w:r>
        <w:rPr>
          <w:rFonts w:ascii="Arial" w:hAnsi="Arial"/>
          <w:color w:val="5D7284"/>
        </w:rPr>
        <w:t>28:43</w:t>
      </w:r>
    </w:p>
    <w:p w14:paraId="33F6BEB8" w14:textId="77777777" w:rsidR="00CA3AFF" w:rsidRDefault="00042FC7">
      <w:pPr>
        <w:spacing w:after="0"/>
      </w:pPr>
      <w:r>
        <w:rPr>
          <w:rFonts w:ascii="Arial" w:hAnsi="Arial"/>
        </w:rPr>
        <w:t>Do you think there's anything about the water that is maintaining those upright columns?</w:t>
      </w:r>
    </w:p>
    <w:p w14:paraId="1BFF65B9" w14:textId="77777777" w:rsidR="00CA3AFF" w:rsidRDefault="00CA3AFF">
      <w:pPr>
        <w:spacing w:after="0"/>
      </w:pPr>
    </w:p>
    <w:p w14:paraId="2FEE2B9F" w14:textId="77777777" w:rsidR="00CA3AFF" w:rsidRDefault="00042FC7">
      <w:pPr>
        <w:spacing w:after="0"/>
      </w:pPr>
      <w:r>
        <w:rPr>
          <w:rFonts w:ascii="Arial" w:hAnsi="Arial"/>
          <w:b/>
        </w:rPr>
        <w:t xml:space="preserve">Participant #1:  </w:t>
      </w:r>
      <w:r>
        <w:rPr>
          <w:rFonts w:ascii="Arial" w:hAnsi="Arial"/>
          <w:color w:val="5D7284"/>
        </w:rPr>
        <w:t>28:54</w:t>
      </w:r>
    </w:p>
    <w:p w14:paraId="5F0C3C31" w14:textId="77777777" w:rsidR="00CA3AFF" w:rsidRDefault="00042FC7">
      <w:pPr>
        <w:spacing w:after="0"/>
      </w:pPr>
      <w:r>
        <w:rPr>
          <w:rFonts w:ascii="Arial" w:hAnsi="Arial"/>
        </w:rPr>
        <w:t>I think it's, I'd have to guess it's what I originally thought might be the case. Since it's still, that's why it's able to fall straight into like that, but I really thought the whole spinning of the whole structure would have countered that, I guess for at least when it made contact on the water. Because it's still yeah, the water is still spinning in relation to the dye when it dropped. So I thought it would have just fallen like that. Yeah, I just think it's the stillness, the fact that it was able to b</w:t>
      </w:r>
      <w:r>
        <w:rPr>
          <w:rFonts w:ascii="Arial" w:hAnsi="Arial"/>
        </w:rPr>
        <w:t>e still.</w:t>
      </w:r>
    </w:p>
    <w:p w14:paraId="736DFDF0" w14:textId="77777777" w:rsidR="00CA3AFF" w:rsidRDefault="00CA3AFF">
      <w:pPr>
        <w:spacing w:after="0"/>
      </w:pPr>
    </w:p>
    <w:p w14:paraId="5DB3CDBB" w14:textId="77777777" w:rsidR="00CA3AFF" w:rsidRDefault="00042FC7">
      <w:pPr>
        <w:spacing w:after="0"/>
      </w:pPr>
      <w:r>
        <w:rPr>
          <w:rFonts w:ascii="Arial" w:hAnsi="Arial"/>
          <w:b/>
        </w:rPr>
        <w:t xml:space="preserve">Interviewer P:  </w:t>
      </w:r>
      <w:r>
        <w:rPr>
          <w:rFonts w:ascii="Arial" w:hAnsi="Arial"/>
          <w:color w:val="5D7284"/>
        </w:rPr>
        <w:t>29:47</w:t>
      </w:r>
    </w:p>
    <w:p w14:paraId="55E86E33" w14:textId="77777777" w:rsidR="00CA3AFF" w:rsidRDefault="00042FC7">
      <w:pPr>
        <w:spacing w:after="0"/>
      </w:pPr>
      <w:r>
        <w:rPr>
          <w:rFonts w:ascii="Arial" w:hAnsi="Arial"/>
        </w:rPr>
        <w:t>So what I'm hearing you're saying is that the columns are staying in the water. In the water column. There are columns because the water itself is still.</w:t>
      </w:r>
    </w:p>
    <w:p w14:paraId="50D8909D" w14:textId="77777777" w:rsidR="00CA3AFF" w:rsidRDefault="00CA3AFF">
      <w:pPr>
        <w:spacing w:after="0"/>
      </w:pPr>
    </w:p>
    <w:p w14:paraId="1F30BB11" w14:textId="77777777" w:rsidR="00CA3AFF" w:rsidRDefault="00042FC7">
      <w:pPr>
        <w:spacing w:after="0"/>
      </w:pPr>
      <w:r>
        <w:rPr>
          <w:rFonts w:ascii="Arial" w:hAnsi="Arial"/>
          <w:b/>
        </w:rPr>
        <w:t xml:space="preserve">Participant #1:  </w:t>
      </w:r>
      <w:r>
        <w:rPr>
          <w:rFonts w:ascii="Arial" w:hAnsi="Arial"/>
          <w:color w:val="5D7284"/>
        </w:rPr>
        <w:t>29:59</w:t>
      </w:r>
    </w:p>
    <w:p w14:paraId="2B854176" w14:textId="77777777" w:rsidR="00CA3AFF" w:rsidRDefault="00042FC7">
      <w:pPr>
        <w:spacing w:after="0"/>
      </w:pPr>
      <w:r>
        <w:rPr>
          <w:rFonts w:ascii="Arial" w:hAnsi="Arial"/>
        </w:rPr>
        <w:t>Yes.</w:t>
      </w:r>
    </w:p>
    <w:p w14:paraId="322D0DE1" w14:textId="77777777" w:rsidR="00CA3AFF" w:rsidRDefault="00CA3AFF">
      <w:pPr>
        <w:spacing w:after="0"/>
      </w:pPr>
    </w:p>
    <w:p w14:paraId="057A4B8E" w14:textId="77777777" w:rsidR="00CA3AFF" w:rsidRDefault="00042FC7">
      <w:pPr>
        <w:spacing w:after="0"/>
      </w:pPr>
      <w:r>
        <w:rPr>
          <w:rFonts w:ascii="Arial" w:hAnsi="Arial"/>
          <w:b/>
        </w:rPr>
        <w:t xml:space="preserve">Interviewer P:  </w:t>
      </w:r>
      <w:r>
        <w:rPr>
          <w:rFonts w:ascii="Arial" w:hAnsi="Arial"/>
          <w:color w:val="5D7284"/>
        </w:rPr>
        <w:t>29:59</w:t>
      </w:r>
    </w:p>
    <w:p w14:paraId="3FB13FC2" w14:textId="77777777" w:rsidR="00CA3AFF" w:rsidRDefault="00042FC7">
      <w:pPr>
        <w:spacing w:after="0"/>
      </w:pPr>
      <w:r>
        <w:rPr>
          <w:rFonts w:ascii="Arial" w:hAnsi="Arial"/>
        </w:rPr>
        <w:lastRenderedPageBreak/>
        <w:t>And and can you say a little bit more about what you mean by the water is still.</w:t>
      </w:r>
    </w:p>
    <w:p w14:paraId="0DE7BFA9" w14:textId="77777777" w:rsidR="00CA3AFF" w:rsidRDefault="00CA3AFF">
      <w:pPr>
        <w:spacing w:after="0"/>
      </w:pPr>
    </w:p>
    <w:p w14:paraId="0EB06321" w14:textId="77777777" w:rsidR="00CA3AFF" w:rsidRDefault="00042FC7">
      <w:pPr>
        <w:spacing w:after="0"/>
      </w:pPr>
      <w:r>
        <w:rPr>
          <w:rFonts w:ascii="Arial" w:hAnsi="Arial"/>
          <w:b/>
        </w:rPr>
        <w:t xml:space="preserve">Participant #1:  </w:t>
      </w:r>
      <w:r>
        <w:rPr>
          <w:rFonts w:ascii="Arial" w:hAnsi="Arial"/>
          <w:color w:val="5D7284"/>
        </w:rPr>
        <w:t>30:05</w:t>
      </w:r>
    </w:p>
    <w:p w14:paraId="1FD7AD53" w14:textId="77777777" w:rsidR="00CA3AFF" w:rsidRDefault="00042FC7">
      <w:pPr>
        <w:spacing w:after="0"/>
      </w:pPr>
      <w:r>
        <w:rPr>
          <w:rFonts w:ascii="Arial" w:hAnsi="Arial"/>
        </w:rPr>
        <w:t>The water is not the water isn't, you know, rough or too shaky, then everything like that it's remaining relatively calm level and not really experiencing much.</w:t>
      </w:r>
    </w:p>
    <w:p w14:paraId="302115CE" w14:textId="77777777" w:rsidR="00CA3AFF" w:rsidRDefault="00CA3AFF">
      <w:pPr>
        <w:spacing w:after="0"/>
      </w:pPr>
    </w:p>
    <w:p w14:paraId="004E52B6" w14:textId="77777777" w:rsidR="00CA3AFF" w:rsidRDefault="00042FC7">
      <w:pPr>
        <w:spacing w:after="0"/>
      </w:pPr>
      <w:r>
        <w:rPr>
          <w:rFonts w:ascii="Arial" w:hAnsi="Arial"/>
          <w:b/>
        </w:rPr>
        <w:t xml:space="preserve">Interviewer P:  </w:t>
      </w:r>
      <w:r>
        <w:rPr>
          <w:rFonts w:ascii="Arial" w:hAnsi="Arial"/>
          <w:color w:val="5D7284"/>
        </w:rPr>
        <w:t>30:31</w:t>
      </w:r>
    </w:p>
    <w:p w14:paraId="57C7BF8C" w14:textId="77777777" w:rsidR="00CA3AFF" w:rsidRDefault="00042FC7">
      <w:pPr>
        <w:spacing w:after="0"/>
      </w:pPr>
      <w:r>
        <w:rPr>
          <w:rFonts w:ascii="Arial" w:hAnsi="Arial"/>
        </w:rPr>
        <w:t>Like turbulence?</w:t>
      </w:r>
    </w:p>
    <w:p w14:paraId="250C36E1" w14:textId="77777777" w:rsidR="00CA3AFF" w:rsidRDefault="00CA3AFF">
      <w:pPr>
        <w:spacing w:after="0"/>
      </w:pPr>
    </w:p>
    <w:p w14:paraId="60A20F82" w14:textId="77777777" w:rsidR="00CA3AFF" w:rsidRDefault="00042FC7">
      <w:pPr>
        <w:spacing w:after="0"/>
      </w:pPr>
      <w:r>
        <w:rPr>
          <w:rFonts w:ascii="Arial" w:hAnsi="Arial"/>
          <w:b/>
        </w:rPr>
        <w:t xml:space="preserve">Participant #1:  </w:t>
      </w:r>
      <w:r>
        <w:rPr>
          <w:rFonts w:ascii="Arial" w:hAnsi="Arial"/>
          <w:color w:val="5D7284"/>
        </w:rPr>
        <w:t>30:32</w:t>
      </w:r>
    </w:p>
    <w:p w14:paraId="4439C9CA" w14:textId="77777777" w:rsidR="00CA3AFF" w:rsidRDefault="00042FC7">
      <w:pPr>
        <w:spacing w:after="0"/>
      </w:pPr>
      <w:r>
        <w:rPr>
          <w:rFonts w:ascii="Arial" w:hAnsi="Arial"/>
        </w:rPr>
        <w:t>Turbulence, yes. I'm also noticing it's fanning, even at the bottom, when it's fanning out, it's fanning out in the opposite direction. So it's fanning out in the way that it's spinning instead of the opposite way, which is weird. I would say it's just because it's it's relatively still and not turbulent and stuff like that. But that doesn't really explain why it's all moving in the same direction. You know, it's all just moving the way that it's been. And I think that's where the mechanism comes into play.</w:t>
      </w:r>
      <w:r>
        <w:rPr>
          <w:rFonts w:ascii="Arial" w:hAnsi="Arial"/>
        </w:rPr>
        <w:t xml:space="preserve"> I think it is still either doing something for dye. Yeah, I think it is still doing something for the dye to where it feels like the motion of the whole thing. And it's following that. I don't really know. Yeah I'm not sure I'm just not sure.</w:t>
      </w:r>
    </w:p>
    <w:p w14:paraId="77FF22DF" w14:textId="77777777" w:rsidR="00CA3AFF" w:rsidRDefault="00CA3AFF">
      <w:pPr>
        <w:spacing w:after="0"/>
      </w:pPr>
    </w:p>
    <w:p w14:paraId="11E9B2B6" w14:textId="77777777" w:rsidR="00CA3AFF" w:rsidRDefault="00042FC7">
      <w:pPr>
        <w:spacing w:after="0"/>
      </w:pPr>
      <w:r>
        <w:rPr>
          <w:rFonts w:ascii="Arial" w:hAnsi="Arial"/>
          <w:b/>
        </w:rPr>
        <w:t xml:space="preserve">Interviewer P:  </w:t>
      </w:r>
      <w:r>
        <w:rPr>
          <w:rFonts w:ascii="Arial" w:hAnsi="Arial"/>
          <w:color w:val="5D7284"/>
        </w:rPr>
        <w:t>32:02</w:t>
      </w:r>
    </w:p>
    <w:p w14:paraId="4D79A098" w14:textId="77777777" w:rsidR="00CA3AFF" w:rsidRDefault="00042FC7">
      <w:pPr>
        <w:spacing w:after="0"/>
      </w:pPr>
      <w:r>
        <w:rPr>
          <w:rFonts w:ascii="Arial" w:hAnsi="Arial"/>
        </w:rPr>
        <w:t>See how here it's starting to disperse? Do you think that that would happen to that if I left it spinning like overnight?</w:t>
      </w:r>
    </w:p>
    <w:p w14:paraId="4E12D510" w14:textId="77777777" w:rsidR="00CA3AFF" w:rsidRDefault="00CA3AFF">
      <w:pPr>
        <w:spacing w:after="0"/>
      </w:pPr>
    </w:p>
    <w:p w14:paraId="4384AB97" w14:textId="77777777" w:rsidR="00CA3AFF" w:rsidRDefault="00042FC7">
      <w:pPr>
        <w:spacing w:after="0"/>
      </w:pPr>
      <w:r>
        <w:rPr>
          <w:rFonts w:ascii="Arial" w:hAnsi="Arial"/>
          <w:b/>
        </w:rPr>
        <w:t xml:space="preserve">Participant #1:  </w:t>
      </w:r>
      <w:r>
        <w:rPr>
          <w:rFonts w:ascii="Arial" w:hAnsi="Arial"/>
          <w:color w:val="5D7284"/>
        </w:rPr>
        <w:t>32:15</w:t>
      </w:r>
    </w:p>
    <w:p w14:paraId="53B7A575" w14:textId="77777777" w:rsidR="00CA3AFF" w:rsidRDefault="00042FC7">
      <w:pPr>
        <w:spacing w:after="0"/>
      </w:pPr>
      <w:r>
        <w:rPr>
          <w:rFonts w:ascii="Arial" w:hAnsi="Arial"/>
        </w:rPr>
        <w:t>I hope so for my sanity. But I'm really not sure. I want to say I'm beginning to see like a pattern, maybe close to, yeah, maybe maybe close to a big spiral pattern. It looks like it's trying to connect to that middle part right there. And then it's just going to radiate out in like trying to connect to the other portions of pinkish purple. So I'd say yes, it's going to try to split like that, you know, disperse and even out but I think it's looking like it's going to form some kind of a pattern first.</w:t>
      </w:r>
    </w:p>
    <w:p w14:paraId="47535F08" w14:textId="77777777" w:rsidR="00CA3AFF" w:rsidRDefault="00CA3AFF">
      <w:pPr>
        <w:spacing w:after="0"/>
      </w:pPr>
    </w:p>
    <w:p w14:paraId="64719477" w14:textId="77777777" w:rsidR="00CA3AFF" w:rsidRDefault="00042FC7">
      <w:pPr>
        <w:spacing w:after="0"/>
      </w:pPr>
      <w:r>
        <w:rPr>
          <w:rFonts w:ascii="Arial" w:hAnsi="Arial"/>
          <w:b/>
        </w:rPr>
        <w:t xml:space="preserve">Interviewer P:  </w:t>
      </w:r>
      <w:r>
        <w:rPr>
          <w:rFonts w:ascii="Arial" w:hAnsi="Arial"/>
          <w:color w:val="5D7284"/>
        </w:rPr>
        <w:t>33:17</w:t>
      </w:r>
    </w:p>
    <w:p w14:paraId="74597BE8" w14:textId="77777777" w:rsidR="00CA3AFF" w:rsidRDefault="00042FC7">
      <w:pPr>
        <w:spacing w:after="0"/>
      </w:pPr>
      <w:r>
        <w:rPr>
          <w:rFonts w:ascii="Arial" w:hAnsi="Arial"/>
        </w:rPr>
        <w:t>Do you think there's anything that I could do to that tank to make it disperse and swirl?</w:t>
      </w:r>
    </w:p>
    <w:p w14:paraId="27F37BF4" w14:textId="77777777" w:rsidR="00CA3AFF" w:rsidRDefault="00CA3AFF">
      <w:pPr>
        <w:spacing w:after="0"/>
      </w:pPr>
    </w:p>
    <w:p w14:paraId="42E6FF1B" w14:textId="77777777" w:rsidR="00CA3AFF" w:rsidRDefault="00042FC7">
      <w:pPr>
        <w:spacing w:after="0"/>
      </w:pPr>
      <w:r>
        <w:rPr>
          <w:rFonts w:ascii="Arial" w:hAnsi="Arial"/>
          <w:b/>
        </w:rPr>
        <w:t xml:space="preserve">Participant #1:  </w:t>
      </w:r>
      <w:r>
        <w:rPr>
          <w:rFonts w:ascii="Arial" w:hAnsi="Arial"/>
          <w:color w:val="5D7284"/>
        </w:rPr>
        <w:t>33:39</w:t>
      </w:r>
    </w:p>
    <w:p w14:paraId="32D582E1" w14:textId="77777777" w:rsidR="00CA3AFF" w:rsidRDefault="00042FC7">
      <w:pPr>
        <w:spacing w:after="0"/>
      </w:pPr>
      <w:r>
        <w:rPr>
          <w:rFonts w:ascii="Arial" w:hAnsi="Arial"/>
        </w:rPr>
        <w:t>I don't know. I like just to the tank in general or do water because I think if if it abruptly stops I think it's all just going to do like a shift shift forward or shift backward I couldn't tell you but it's all going to do some kind of shift.</w:t>
      </w:r>
    </w:p>
    <w:p w14:paraId="440AC3EF" w14:textId="77777777" w:rsidR="00CA3AFF" w:rsidRDefault="00CA3AFF">
      <w:pPr>
        <w:spacing w:after="0"/>
      </w:pPr>
    </w:p>
    <w:p w14:paraId="6C0B8BA0" w14:textId="77777777" w:rsidR="00CA3AFF" w:rsidRDefault="00042FC7">
      <w:pPr>
        <w:spacing w:after="0"/>
      </w:pPr>
      <w:r>
        <w:rPr>
          <w:rFonts w:ascii="Arial" w:hAnsi="Arial"/>
          <w:b/>
        </w:rPr>
        <w:t xml:space="preserve">Interviewer P:  </w:t>
      </w:r>
      <w:r>
        <w:rPr>
          <w:rFonts w:ascii="Arial" w:hAnsi="Arial"/>
          <w:color w:val="5D7284"/>
        </w:rPr>
        <w:t>34:07</w:t>
      </w:r>
    </w:p>
    <w:p w14:paraId="11F8773C" w14:textId="77777777" w:rsidR="00CA3AFF" w:rsidRDefault="00042FC7">
      <w:pPr>
        <w:spacing w:after="0"/>
      </w:pPr>
      <w:r>
        <w:rPr>
          <w:rFonts w:ascii="Arial" w:hAnsi="Arial"/>
        </w:rPr>
        <w:t>Ready?</w:t>
      </w:r>
    </w:p>
    <w:p w14:paraId="0402E0E3" w14:textId="77777777" w:rsidR="00CA3AFF" w:rsidRDefault="00CA3AFF">
      <w:pPr>
        <w:spacing w:after="0"/>
      </w:pPr>
    </w:p>
    <w:p w14:paraId="7D7A1EC1" w14:textId="77777777" w:rsidR="00CA3AFF" w:rsidRDefault="00042FC7">
      <w:pPr>
        <w:spacing w:after="0"/>
      </w:pPr>
      <w:r>
        <w:rPr>
          <w:rFonts w:ascii="Arial" w:hAnsi="Arial"/>
          <w:b/>
        </w:rPr>
        <w:t xml:space="preserve">Participant #1:  </w:t>
      </w:r>
      <w:r>
        <w:rPr>
          <w:rFonts w:ascii="Arial" w:hAnsi="Arial"/>
          <w:color w:val="5D7284"/>
        </w:rPr>
        <w:t>34:08</w:t>
      </w:r>
    </w:p>
    <w:p w14:paraId="50FADE74" w14:textId="77777777" w:rsidR="00CA3AFF" w:rsidRDefault="00042FC7">
      <w:pPr>
        <w:spacing w:after="0"/>
      </w:pPr>
      <w:r>
        <w:rPr>
          <w:rFonts w:ascii="Arial" w:hAnsi="Arial"/>
        </w:rPr>
        <w:t>Yes. Yeah.</w:t>
      </w:r>
    </w:p>
    <w:p w14:paraId="4334EA39" w14:textId="77777777" w:rsidR="00CA3AFF" w:rsidRDefault="00CA3AFF">
      <w:pPr>
        <w:spacing w:after="0"/>
      </w:pPr>
    </w:p>
    <w:p w14:paraId="600A5DA1" w14:textId="77777777" w:rsidR="00CA3AFF" w:rsidRDefault="00042FC7">
      <w:pPr>
        <w:spacing w:after="0"/>
      </w:pPr>
      <w:r>
        <w:rPr>
          <w:rFonts w:ascii="Arial" w:hAnsi="Arial"/>
          <w:b/>
        </w:rPr>
        <w:t xml:space="preserve">Interviewer P:  </w:t>
      </w:r>
      <w:r>
        <w:rPr>
          <w:rFonts w:ascii="Arial" w:hAnsi="Arial"/>
          <w:color w:val="5D7284"/>
        </w:rPr>
        <w:t>34:18</w:t>
      </w:r>
    </w:p>
    <w:p w14:paraId="08B6C9ED" w14:textId="77777777" w:rsidR="00CA3AFF" w:rsidRDefault="00042FC7">
      <w:pPr>
        <w:spacing w:after="0"/>
      </w:pPr>
      <w:r>
        <w:rPr>
          <w:rFonts w:ascii="Arial" w:hAnsi="Arial"/>
        </w:rPr>
        <w:lastRenderedPageBreak/>
        <w:t>Is that?</w:t>
      </w:r>
    </w:p>
    <w:p w14:paraId="676D33CE" w14:textId="77777777" w:rsidR="00CA3AFF" w:rsidRDefault="00CA3AFF">
      <w:pPr>
        <w:spacing w:after="0"/>
      </w:pPr>
    </w:p>
    <w:p w14:paraId="63695434" w14:textId="77777777" w:rsidR="00CA3AFF" w:rsidRDefault="00042FC7">
      <w:pPr>
        <w:spacing w:after="0"/>
      </w:pPr>
      <w:r>
        <w:rPr>
          <w:rFonts w:ascii="Arial" w:hAnsi="Arial"/>
          <w:b/>
        </w:rPr>
        <w:t xml:space="preserve">Participant #1:  </w:t>
      </w:r>
      <w:r>
        <w:rPr>
          <w:rFonts w:ascii="Arial" w:hAnsi="Arial"/>
          <w:color w:val="5D7284"/>
        </w:rPr>
        <w:t>34:22</w:t>
      </w:r>
    </w:p>
    <w:p w14:paraId="5AD03E15" w14:textId="77777777" w:rsidR="00CA3AFF" w:rsidRDefault="00042FC7">
      <w:pPr>
        <w:spacing w:after="0"/>
      </w:pPr>
      <w:r>
        <w:rPr>
          <w:rFonts w:ascii="Arial" w:hAnsi="Arial"/>
        </w:rPr>
        <w:t>That's actually closer to the spiral motion I thought it was gonna make because I'm seeing it it looks relatively fixed in the middle and then is following suit on the outside.</w:t>
      </w:r>
    </w:p>
    <w:p w14:paraId="01EA9AC0" w14:textId="77777777" w:rsidR="00CA3AFF" w:rsidRDefault="00CA3AFF">
      <w:pPr>
        <w:spacing w:after="0"/>
      </w:pPr>
    </w:p>
    <w:p w14:paraId="203F798A" w14:textId="77777777" w:rsidR="00CA3AFF" w:rsidRDefault="00042FC7">
      <w:pPr>
        <w:spacing w:after="0"/>
      </w:pPr>
      <w:r>
        <w:rPr>
          <w:rFonts w:ascii="Arial" w:hAnsi="Arial"/>
          <w:b/>
        </w:rPr>
        <w:t xml:space="preserve">Interviewer P:  </w:t>
      </w:r>
      <w:r>
        <w:rPr>
          <w:rFonts w:ascii="Arial" w:hAnsi="Arial"/>
          <w:color w:val="5D7284"/>
        </w:rPr>
        <w:t>34:35</w:t>
      </w:r>
    </w:p>
    <w:p w14:paraId="3E26690B" w14:textId="77777777" w:rsidR="00CA3AFF" w:rsidRDefault="00042FC7">
      <w:pPr>
        <w:spacing w:after="0"/>
      </w:pPr>
      <w:r>
        <w:rPr>
          <w:rFonts w:ascii="Arial" w:hAnsi="Arial"/>
        </w:rPr>
        <w:t>Does that help you to think more about what was happening to keep it straight up and down and not doing that?</w:t>
      </w:r>
    </w:p>
    <w:p w14:paraId="6298A788" w14:textId="77777777" w:rsidR="00CA3AFF" w:rsidRDefault="00CA3AFF">
      <w:pPr>
        <w:spacing w:after="0"/>
      </w:pPr>
    </w:p>
    <w:p w14:paraId="155FF2C3" w14:textId="77777777" w:rsidR="00CA3AFF" w:rsidRDefault="00042FC7">
      <w:pPr>
        <w:spacing w:after="0"/>
      </w:pPr>
      <w:r>
        <w:rPr>
          <w:rFonts w:ascii="Arial" w:hAnsi="Arial"/>
          <w:b/>
        </w:rPr>
        <w:t xml:space="preserve">Participant #1:  </w:t>
      </w:r>
      <w:r>
        <w:rPr>
          <w:rFonts w:ascii="Arial" w:hAnsi="Arial"/>
          <w:color w:val="5D7284"/>
        </w:rPr>
        <w:t>34:52</w:t>
      </w:r>
    </w:p>
    <w:p w14:paraId="1CF0DAF7" w14:textId="30CE82E0" w:rsidR="00CA3AFF" w:rsidRDefault="00042FC7">
      <w:pPr>
        <w:spacing w:after="0"/>
      </w:pPr>
      <w:r>
        <w:rPr>
          <w:rFonts w:ascii="Arial" w:hAnsi="Arial"/>
        </w:rPr>
        <w:t>I can I can</w:t>
      </w:r>
      <w:r>
        <w:rPr>
          <w:rFonts w:ascii="Arial" w:hAnsi="Arial"/>
        </w:rPr>
        <w:t xml:space="preserve"> identify like what was causing it, but I can't really explain it that well okay, so definitely something. </w:t>
      </w:r>
      <w:r w:rsidR="00747588">
        <w:rPr>
          <w:rFonts w:ascii="Arial" w:hAnsi="Arial"/>
        </w:rPr>
        <w:t>So,</w:t>
      </w:r>
      <w:r>
        <w:rPr>
          <w:rFonts w:ascii="Arial" w:hAnsi="Arial"/>
        </w:rPr>
        <w:t xml:space="preserve"> like I said, like we said like the water was definitely moving with the container of course. Um, and then once one of those stopped moving once the container stopped moving, that really let the dye go loose and </w:t>
      </w:r>
      <w:r w:rsidR="00747588">
        <w:rPr>
          <w:rFonts w:ascii="Arial" w:hAnsi="Arial"/>
        </w:rPr>
        <w:t>everything,</w:t>
      </w:r>
      <w:r>
        <w:rPr>
          <w:rFonts w:ascii="Arial" w:hAnsi="Arial"/>
        </w:rPr>
        <w:t xml:space="preserve"> but I can't really try to think of like examples or anything that might relate it I can't really say why it did that though. Um so if it was going to be straight well it was spin</w:t>
      </w:r>
      <w:r>
        <w:rPr>
          <w:rFonts w:ascii="Arial" w:hAnsi="Arial"/>
        </w:rPr>
        <w:t xml:space="preserve">ning. Okay, so I don't really know how but it the dye went straight while it was in movement and everything so that happened. But while it was spinning, there's something about physics that made it go straight. And </w:t>
      </w:r>
      <w:r w:rsidR="00747588">
        <w:rPr>
          <w:rFonts w:ascii="Arial" w:hAnsi="Arial"/>
        </w:rPr>
        <w:t>so,</w:t>
      </w:r>
      <w:r>
        <w:rPr>
          <w:rFonts w:ascii="Arial" w:hAnsi="Arial"/>
        </w:rPr>
        <w:t xml:space="preserve"> it would continue to go straight while it was spinning and everything. So that makes sense from that part shaky foundation, but we're good. And I guess when it yeah. And when it stops spinning, whatever, whatever that was that stopped it from spinning initially was just like, gone. And that's</w:t>
      </w:r>
      <w:r>
        <w:rPr>
          <w:rFonts w:ascii="Arial" w:hAnsi="Arial"/>
        </w:rPr>
        <w:t xml:space="preserve"> kind of it was like, it was like something was holding it while it was spinning and everything. But once it stopped it let go in that explains the spiral motion it made when it stopped. And it moved in the exact same way in a circular in a circular motion. I just don't know what it was that was hold was holding it. Yeah.</w:t>
      </w:r>
    </w:p>
    <w:p w14:paraId="5F0CEB14" w14:textId="77777777" w:rsidR="00CA3AFF" w:rsidRDefault="00CA3AFF">
      <w:pPr>
        <w:spacing w:after="0"/>
      </w:pPr>
    </w:p>
    <w:p w14:paraId="0DA344B2" w14:textId="77777777" w:rsidR="00CA3AFF" w:rsidRDefault="00042FC7">
      <w:pPr>
        <w:spacing w:after="0"/>
      </w:pPr>
      <w:r>
        <w:rPr>
          <w:rFonts w:ascii="Arial" w:hAnsi="Arial"/>
          <w:b/>
        </w:rPr>
        <w:t xml:space="preserve">Interviewer P:  </w:t>
      </w:r>
      <w:r>
        <w:rPr>
          <w:rFonts w:ascii="Arial" w:hAnsi="Arial"/>
          <w:color w:val="5D7284"/>
        </w:rPr>
        <w:t>37:13</w:t>
      </w:r>
    </w:p>
    <w:p w14:paraId="4B8F1FC1" w14:textId="47556C0A" w:rsidR="00CA3AFF" w:rsidRDefault="00042FC7">
      <w:pPr>
        <w:spacing w:after="0"/>
      </w:pPr>
      <w:r>
        <w:rPr>
          <w:rFonts w:ascii="Arial" w:hAnsi="Arial"/>
        </w:rPr>
        <w:t xml:space="preserve">Let me ask you this question. </w:t>
      </w:r>
      <w:r w:rsidR="00747588">
        <w:rPr>
          <w:rFonts w:ascii="Arial" w:hAnsi="Arial"/>
        </w:rPr>
        <w:t>So,</w:t>
      </w:r>
      <w:r>
        <w:rPr>
          <w:rFonts w:ascii="Arial" w:hAnsi="Arial"/>
        </w:rPr>
        <w:t xml:space="preserve"> imagine that I filled that tank with Jell-O. And I got the Jell-O spinning. And then I dropped something that could basically burrow through the Jell-O. Like maybe a metal ball that was heavy enough. How do you think it would burrow through Jell-O? If Jell-O was spinning instead of water?</w:t>
      </w:r>
    </w:p>
    <w:p w14:paraId="4CC206B4" w14:textId="77777777" w:rsidR="00CA3AFF" w:rsidRDefault="00CA3AFF">
      <w:pPr>
        <w:spacing w:after="0"/>
      </w:pPr>
    </w:p>
    <w:p w14:paraId="4A880E31" w14:textId="77777777" w:rsidR="00CA3AFF" w:rsidRDefault="00042FC7">
      <w:pPr>
        <w:spacing w:after="0"/>
      </w:pPr>
      <w:r>
        <w:rPr>
          <w:rFonts w:ascii="Arial" w:hAnsi="Arial"/>
          <w:b/>
        </w:rPr>
        <w:t xml:space="preserve">Participant #1:  </w:t>
      </w:r>
      <w:r>
        <w:rPr>
          <w:rFonts w:ascii="Arial" w:hAnsi="Arial"/>
          <w:color w:val="5D7284"/>
        </w:rPr>
        <w:t>37:43</w:t>
      </w:r>
    </w:p>
    <w:p w14:paraId="60954FBB" w14:textId="77777777" w:rsidR="00CA3AFF" w:rsidRDefault="00042FC7">
      <w:pPr>
        <w:spacing w:after="0"/>
      </w:pPr>
      <w:r>
        <w:rPr>
          <w:rFonts w:ascii="Arial" w:hAnsi="Arial"/>
        </w:rPr>
        <w:t>Straight flat, like just right into, yeah, right into the middle of it? In a? Yeah, a straight path.</w:t>
      </w:r>
    </w:p>
    <w:p w14:paraId="5B20A248" w14:textId="77777777" w:rsidR="00CA3AFF" w:rsidRDefault="00CA3AFF">
      <w:pPr>
        <w:spacing w:after="0"/>
      </w:pPr>
    </w:p>
    <w:p w14:paraId="0DFE8CD6" w14:textId="77777777" w:rsidR="00CA3AFF" w:rsidRDefault="00042FC7">
      <w:pPr>
        <w:spacing w:after="0"/>
      </w:pPr>
      <w:r>
        <w:rPr>
          <w:rFonts w:ascii="Arial" w:hAnsi="Arial"/>
          <w:b/>
        </w:rPr>
        <w:t xml:space="preserve">Interviewer P:  </w:t>
      </w:r>
      <w:r>
        <w:rPr>
          <w:rFonts w:ascii="Arial" w:hAnsi="Arial"/>
          <w:color w:val="5D7284"/>
        </w:rPr>
        <w:t>37:55</w:t>
      </w:r>
    </w:p>
    <w:p w14:paraId="796D97B3" w14:textId="77777777" w:rsidR="00CA3AFF" w:rsidRDefault="00042FC7">
      <w:pPr>
        <w:spacing w:after="0"/>
      </w:pPr>
      <w:r>
        <w:rPr>
          <w:rFonts w:ascii="Arial" w:hAnsi="Arial"/>
        </w:rPr>
        <w:t>Okay, so now let's say that I have like a big fat cylinder of brass. Right? And it's spinning. And I dropped something that can eat through brass, let's say it's an acid or something. So what kind of a path do you think it would take? If we had acid eating through a spinning cylinder of brass?</w:t>
      </w:r>
    </w:p>
    <w:p w14:paraId="7C61A370" w14:textId="77777777" w:rsidR="00CA3AFF" w:rsidRDefault="00CA3AFF">
      <w:pPr>
        <w:spacing w:after="0"/>
      </w:pPr>
    </w:p>
    <w:p w14:paraId="48C7F1CE" w14:textId="77777777" w:rsidR="00CA3AFF" w:rsidRDefault="00042FC7">
      <w:pPr>
        <w:spacing w:after="0"/>
      </w:pPr>
      <w:r>
        <w:rPr>
          <w:rFonts w:ascii="Arial" w:hAnsi="Arial"/>
          <w:b/>
        </w:rPr>
        <w:t xml:space="preserve">Participant #1:  </w:t>
      </w:r>
      <w:r>
        <w:rPr>
          <w:rFonts w:ascii="Arial" w:hAnsi="Arial"/>
          <w:color w:val="5D7284"/>
        </w:rPr>
        <w:t>38:29</w:t>
      </w:r>
    </w:p>
    <w:p w14:paraId="399437E4" w14:textId="77777777" w:rsidR="00CA3AFF" w:rsidRDefault="00042FC7">
      <w:pPr>
        <w:spacing w:after="0"/>
      </w:pPr>
      <w:r>
        <w:rPr>
          <w:rFonts w:ascii="Arial" w:hAnsi="Arial"/>
        </w:rPr>
        <w:t>Straight as well.</w:t>
      </w:r>
    </w:p>
    <w:p w14:paraId="0630E752" w14:textId="77777777" w:rsidR="00CA3AFF" w:rsidRDefault="00CA3AFF">
      <w:pPr>
        <w:spacing w:after="0"/>
      </w:pPr>
    </w:p>
    <w:p w14:paraId="1D26DED4" w14:textId="77777777" w:rsidR="00CA3AFF" w:rsidRDefault="00042FC7">
      <w:pPr>
        <w:spacing w:after="0"/>
      </w:pPr>
      <w:r>
        <w:rPr>
          <w:rFonts w:ascii="Arial" w:hAnsi="Arial"/>
          <w:b/>
        </w:rPr>
        <w:t xml:space="preserve">Interviewer P:  </w:t>
      </w:r>
      <w:r>
        <w:rPr>
          <w:rFonts w:ascii="Arial" w:hAnsi="Arial"/>
          <w:color w:val="5D7284"/>
        </w:rPr>
        <w:t>38:34</w:t>
      </w:r>
    </w:p>
    <w:p w14:paraId="773F1AAB" w14:textId="77777777" w:rsidR="00CA3AFF" w:rsidRDefault="00042FC7">
      <w:pPr>
        <w:spacing w:after="0"/>
      </w:pPr>
      <w:r>
        <w:rPr>
          <w:rFonts w:ascii="Arial" w:hAnsi="Arial"/>
        </w:rPr>
        <w:lastRenderedPageBreak/>
        <w:t xml:space="preserve">Alright, one more. What if I had a spinning pot of soil and I planted some seeds in it. And the </w:t>
      </w:r>
      <w:r>
        <w:rPr>
          <w:rFonts w:ascii="Arial" w:hAnsi="Arial"/>
        </w:rPr>
        <w:t>roots burrowed through the soil over the course of you know, several weeks, as the plant grew, what would the roots look like?</w:t>
      </w:r>
    </w:p>
    <w:p w14:paraId="4AEF000A" w14:textId="77777777" w:rsidR="00CA3AFF" w:rsidRDefault="00CA3AFF">
      <w:pPr>
        <w:spacing w:after="0"/>
      </w:pPr>
    </w:p>
    <w:p w14:paraId="4DE16B74" w14:textId="77777777" w:rsidR="00CA3AFF" w:rsidRDefault="00042FC7">
      <w:pPr>
        <w:spacing w:after="0"/>
      </w:pPr>
      <w:r>
        <w:rPr>
          <w:rFonts w:ascii="Arial" w:hAnsi="Arial"/>
          <w:b/>
        </w:rPr>
        <w:t xml:space="preserve">Participant #1:  </w:t>
      </w:r>
      <w:r>
        <w:rPr>
          <w:rFonts w:ascii="Arial" w:hAnsi="Arial"/>
          <w:color w:val="5D7284"/>
        </w:rPr>
        <w:t>39:00</w:t>
      </w:r>
    </w:p>
    <w:p w14:paraId="5BE42997" w14:textId="39F9A44A" w:rsidR="00CA3AFF" w:rsidRDefault="00042FC7">
      <w:pPr>
        <w:spacing w:after="0"/>
      </w:pPr>
      <w:r>
        <w:rPr>
          <w:rFonts w:ascii="Arial" w:hAnsi="Arial"/>
        </w:rPr>
        <w:t xml:space="preserve">I'd say normal, and I think I kind of figured it out. </w:t>
      </w:r>
      <w:r w:rsidR="00747588">
        <w:rPr>
          <w:rFonts w:ascii="Arial" w:hAnsi="Arial"/>
        </w:rPr>
        <w:t>So,</w:t>
      </w:r>
      <w:r>
        <w:rPr>
          <w:rFonts w:ascii="Arial" w:hAnsi="Arial"/>
        </w:rPr>
        <w:t xml:space="preserve"> there wasn't a current, there wasn't a current. And I figured out my whole analogy now. </w:t>
      </w:r>
      <w:r w:rsidR="00747588">
        <w:rPr>
          <w:rFonts w:ascii="Arial" w:hAnsi="Arial"/>
        </w:rPr>
        <w:t>So,</w:t>
      </w:r>
      <w:r>
        <w:rPr>
          <w:rFonts w:ascii="Arial" w:hAnsi="Arial"/>
        </w:rPr>
        <w:t xml:space="preserve"> like in the ocean, the continents in the ground are relatively still there, not moving, not moving at all. But the water is. And then you have factors like wind and everything like that. Ocean currents and stuff like that. And I think that's what it was here. There wasn't a current because the container was moving. Yeah, the container was moving and wasn't allowing the water to move in an independent </w:t>
      </w:r>
      <w:r w:rsidR="00747588">
        <w:rPr>
          <w:rFonts w:ascii="Arial" w:hAnsi="Arial"/>
        </w:rPr>
        <w:t>way or</w:t>
      </w:r>
      <w:r>
        <w:rPr>
          <w:rFonts w:ascii="Arial" w:hAnsi="Arial"/>
        </w:rPr>
        <w:t xml:space="preserve"> move </w:t>
      </w:r>
      <w:r>
        <w:rPr>
          <w:rFonts w:ascii="Arial" w:hAnsi="Arial"/>
        </w:rPr>
        <w:t xml:space="preserve">any way relative to it. </w:t>
      </w:r>
      <w:r w:rsidR="00747588">
        <w:rPr>
          <w:rFonts w:ascii="Arial" w:hAnsi="Arial"/>
        </w:rPr>
        <w:t>So,</w:t>
      </w:r>
      <w:r>
        <w:rPr>
          <w:rFonts w:ascii="Arial" w:hAnsi="Arial"/>
        </w:rPr>
        <w:t xml:space="preserve"> they were all just moving in the exact same way. And I think the abrupt stop is what created the current and that's why it started to drag so there wasn't a current while it was spinning. But for some unreason when the container now for some reason, when the containers stop, that meant the water was the only thing moving. And then that was its current. And then that's what caused it. The dye to spin and stuff like that, so that's as best as I explanation I could give to it.</w:t>
      </w:r>
    </w:p>
    <w:p w14:paraId="5B1C67A3" w14:textId="77777777" w:rsidR="00CA3AFF" w:rsidRDefault="00CA3AFF">
      <w:pPr>
        <w:spacing w:after="0"/>
      </w:pPr>
    </w:p>
    <w:p w14:paraId="6BC0B3A0" w14:textId="77777777" w:rsidR="00CA3AFF" w:rsidRDefault="00042FC7">
      <w:pPr>
        <w:spacing w:after="0"/>
      </w:pPr>
      <w:r>
        <w:rPr>
          <w:rFonts w:ascii="Arial" w:hAnsi="Arial"/>
          <w:b/>
        </w:rPr>
        <w:t xml:space="preserve">Interviewer P:  </w:t>
      </w:r>
      <w:r>
        <w:rPr>
          <w:rFonts w:ascii="Arial" w:hAnsi="Arial"/>
          <w:color w:val="5D7284"/>
        </w:rPr>
        <w:t>40:18</w:t>
      </w:r>
    </w:p>
    <w:p w14:paraId="5AB7F20A" w14:textId="77777777" w:rsidR="00CA3AFF" w:rsidRDefault="00042FC7">
      <w:pPr>
        <w:spacing w:after="0"/>
      </w:pPr>
      <w:r>
        <w:rPr>
          <w:rFonts w:ascii="Arial" w:hAnsi="Arial"/>
        </w:rPr>
        <w:t>No that's good. That's good. All right, I'm gonna stop the recording.</w:t>
      </w:r>
    </w:p>
    <w:sectPr w:rsidR="00CA3AFF" w:rsidSect="00AA01DE">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35A999" w14:textId="77777777" w:rsidR="00AA01DE" w:rsidRDefault="00AA01DE">
      <w:pPr>
        <w:spacing w:after="0" w:line="240" w:lineRule="auto"/>
      </w:pPr>
      <w:r>
        <w:separator/>
      </w:r>
    </w:p>
  </w:endnote>
  <w:endnote w:type="continuationSeparator" w:id="0">
    <w:p w14:paraId="2FEC0426" w14:textId="77777777" w:rsidR="00AA01DE" w:rsidRDefault="00AA0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1E794AC8"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E36ACE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294EAE0"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65D3559A"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7787E21D"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00D00"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C9364" w14:textId="77777777" w:rsidR="00AA01DE" w:rsidRDefault="00AA01DE">
      <w:pPr>
        <w:spacing w:after="0" w:line="240" w:lineRule="auto"/>
      </w:pPr>
      <w:r>
        <w:separator/>
      </w:r>
    </w:p>
  </w:footnote>
  <w:footnote w:type="continuationSeparator" w:id="0">
    <w:p w14:paraId="51AAD42A" w14:textId="77777777" w:rsidR="00AA01DE" w:rsidRDefault="00AA01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F7182"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F7998"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E057B"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119491885">
    <w:abstractNumId w:val="8"/>
  </w:num>
  <w:num w:numId="2" w16cid:durableId="23143105">
    <w:abstractNumId w:val="6"/>
  </w:num>
  <w:num w:numId="3" w16cid:durableId="243031454">
    <w:abstractNumId w:val="5"/>
  </w:num>
  <w:num w:numId="4" w16cid:durableId="2139908482">
    <w:abstractNumId w:val="4"/>
  </w:num>
  <w:num w:numId="5" w16cid:durableId="221061751">
    <w:abstractNumId w:val="7"/>
  </w:num>
  <w:num w:numId="6" w16cid:durableId="868837654">
    <w:abstractNumId w:val="3"/>
  </w:num>
  <w:num w:numId="7" w16cid:durableId="1494947939">
    <w:abstractNumId w:val="2"/>
  </w:num>
  <w:num w:numId="8" w16cid:durableId="1037317162">
    <w:abstractNumId w:val="1"/>
  </w:num>
  <w:num w:numId="9" w16cid:durableId="1299996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42FC7"/>
    <w:rsid w:val="00050A6B"/>
    <w:rsid w:val="0006063C"/>
    <w:rsid w:val="00066610"/>
    <w:rsid w:val="001216B9"/>
    <w:rsid w:val="0015074B"/>
    <w:rsid w:val="0029639D"/>
    <w:rsid w:val="00326F90"/>
    <w:rsid w:val="004A641F"/>
    <w:rsid w:val="004B593C"/>
    <w:rsid w:val="004F5CD1"/>
    <w:rsid w:val="006E2A8C"/>
    <w:rsid w:val="00747588"/>
    <w:rsid w:val="007749AF"/>
    <w:rsid w:val="00794EBC"/>
    <w:rsid w:val="00930F33"/>
    <w:rsid w:val="009C3AF0"/>
    <w:rsid w:val="00A12EE5"/>
    <w:rsid w:val="00AA01DE"/>
    <w:rsid w:val="00AA1D8D"/>
    <w:rsid w:val="00B47730"/>
    <w:rsid w:val="00BA4C2B"/>
    <w:rsid w:val="00BD0140"/>
    <w:rsid w:val="00C24502"/>
    <w:rsid w:val="00CA3AFF"/>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CBA50E0"/>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0C845D01-5A3A-4A57-B963-88EBA607D5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54F99DF-500D-418D-9E30-4D8755407EDE}">
  <ds:schemaRefs>
    <ds:schemaRef ds:uri="http://schemas.microsoft.com/sharepoint/v3/contenttype/forms"/>
  </ds:schemaRefs>
</ds:datastoreItem>
</file>

<file path=customXml/itemProps4.xml><?xml version="1.0" encoding="utf-8"?>
<ds:datastoreItem xmlns:ds="http://schemas.openxmlformats.org/officeDocument/2006/customXml" ds:itemID="{59E4542F-CA4C-4E69-ABFC-AAE7A9E35FAC}">
  <ds:schemaRefs>
    <ds:schemaRef ds:uri="5b1983e9-55b4-4f9e-a196-30376d2238aa"/>
    <ds:schemaRef ds:uri="http://schemas.openxmlformats.org/package/2006/metadata/core-properties"/>
    <ds:schemaRef ds:uri="http://purl.org/dc/terms/"/>
    <ds:schemaRef ds:uri="http://schemas.microsoft.com/office/2006/documentManagement/types"/>
    <ds:schemaRef ds:uri="http://purl.org/dc/dcmitype/"/>
    <ds:schemaRef ds:uri="eeef5ad7-d6de-419e-9305-cd9bdd8d89a9"/>
    <ds:schemaRef ds:uri="http://schemas.microsoft.com/office/infopath/2007/PartnerControls"/>
    <ds:schemaRef ds:uri="http://www.w3.org/XML/1998/namespace"/>
    <ds:schemaRef ds:uri="http://schemas.microsoft.com/sharepoint/v3"/>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3167</Words>
  <Characters>18057</Characters>
  <Application>Microsoft Office Word</Application>
  <DocSecurity>4</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21182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2024-05-21T15:47:00Z</dcterms:created>
  <dcterms:modified xsi:type="dcterms:W3CDTF">2024-05-21T15:47:00Z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