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6B888" w14:textId="77777777" w:rsidR="00930F33" w:rsidRDefault="00930F33">
      <w:pPr>
        <w:spacing w:after="0"/>
        <w:rPr>
          <w:lang w:eastAsia="zh-CN"/>
        </w:rPr>
      </w:pPr>
    </w:p>
    <w:p w14:paraId="0202229C" w14:textId="77777777" w:rsidR="00D261B9" w:rsidRDefault="001E1EF2">
      <w:r>
        <w:rPr>
          <w:rFonts w:ascii="Arial" w:hAnsi="Arial"/>
          <w:sz w:val="48"/>
        </w:rPr>
        <w:t>Participant #16</w:t>
      </w:r>
    </w:p>
    <w:p w14:paraId="26F66F0C" w14:textId="2EACA71F" w:rsidR="00D261B9" w:rsidRDefault="001E1EF2">
      <w:r>
        <w:rPr>
          <w:rFonts w:ascii="Arial" w:hAnsi="Arial"/>
          <w:color w:val="4F6880"/>
        </w:rPr>
        <w:t xml:space="preserve">Tue, Feb 13, </w:t>
      </w:r>
      <w:r w:rsidR="00980B3A">
        <w:rPr>
          <w:rFonts w:ascii="Arial" w:hAnsi="Arial"/>
          <w:color w:val="4F6880"/>
        </w:rPr>
        <w:t>2024,</w:t>
      </w:r>
      <w:r>
        <w:rPr>
          <w:rFonts w:ascii="Arial" w:hAnsi="Arial"/>
          <w:color w:val="4F6880"/>
        </w:rPr>
        <w:t xml:space="preserve"> 11:41AM • 57:49</w:t>
      </w:r>
    </w:p>
    <w:p w14:paraId="570EF7ED" w14:textId="77777777" w:rsidR="00D261B9" w:rsidRDefault="001E1EF2">
      <w:pPr>
        <w:spacing w:before="440" w:after="0"/>
      </w:pPr>
      <w:r>
        <w:rPr>
          <w:rFonts w:ascii="Arial" w:hAnsi="Arial"/>
          <w:b/>
          <w:color w:val="4F6880"/>
        </w:rPr>
        <w:t>SUMMARY KEYWORDS</w:t>
      </w:r>
    </w:p>
    <w:p w14:paraId="744A2466" w14:textId="762F25C8" w:rsidR="00D261B9" w:rsidRDefault="001E1EF2">
      <w:r>
        <w:rPr>
          <w:rFonts w:ascii="Arial" w:hAnsi="Arial"/>
          <w:color w:val="4F6880"/>
        </w:rPr>
        <w:t xml:space="preserve">temperature, middle, top, bottom, mix, rotation, faster, side, mixing, water, prediction, spiral, moving, minute, interact, </w:t>
      </w:r>
      <w:r w:rsidR="00980B3A">
        <w:rPr>
          <w:rFonts w:ascii="Arial" w:hAnsi="Arial"/>
          <w:color w:val="4F6880"/>
        </w:rPr>
        <w:t>Jell-O</w:t>
      </w:r>
      <w:r>
        <w:rPr>
          <w:rFonts w:ascii="Arial" w:hAnsi="Arial"/>
          <w:color w:val="4F6880"/>
        </w:rPr>
        <w:t xml:space="preserve">, dropped, spinning, blue, </w:t>
      </w:r>
      <w:r w:rsidR="00980B3A">
        <w:rPr>
          <w:rFonts w:ascii="Arial" w:hAnsi="Arial"/>
          <w:color w:val="4F6880"/>
        </w:rPr>
        <w:t>fish.</w:t>
      </w:r>
    </w:p>
    <w:p w14:paraId="5B634D12" w14:textId="77777777" w:rsidR="00D261B9" w:rsidRDefault="001E1EF2">
      <w:pPr>
        <w:spacing w:before="440" w:after="0"/>
      </w:pPr>
      <w:r>
        <w:rPr>
          <w:rFonts w:ascii="Arial" w:hAnsi="Arial"/>
          <w:b/>
          <w:color w:val="4F6880"/>
        </w:rPr>
        <w:t>SPEAKERS</w:t>
      </w:r>
    </w:p>
    <w:p w14:paraId="0B909AA9" w14:textId="28F6C56B" w:rsidR="00D261B9" w:rsidRDefault="001E1EF2">
      <w:r>
        <w:rPr>
          <w:rFonts w:ascii="Arial" w:hAnsi="Arial"/>
          <w:color w:val="4F6880"/>
        </w:rPr>
        <w:t>Participant #</w:t>
      </w:r>
      <w:r w:rsidR="00980B3A">
        <w:rPr>
          <w:rFonts w:ascii="Arial" w:hAnsi="Arial"/>
          <w:color w:val="4F6880"/>
        </w:rPr>
        <w:t>16:</w:t>
      </w:r>
      <w:r>
        <w:rPr>
          <w:rFonts w:ascii="Arial" w:hAnsi="Arial"/>
          <w:color w:val="4F6880"/>
        </w:rPr>
        <w:t xml:space="preserve"> Interviewer </w:t>
      </w:r>
      <w:r w:rsidR="00980B3A">
        <w:rPr>
          <w:rFonts w:ascii="Arial" w:hAnsi="Arial"/>
          <w:color w:val="4F6880"/>
        </w:rPr>
        <w:t>P,</w:t>
      </w:r>
      <w:r>
        <w:rPr>
          <w:rFonts w:ascii="Arial" w:hAnsi="Arial"/>
          <w:color w:val="4F6880"/>
        </w:rPr>
        <w:t xml:space="preserve"> Interviewer E:</w:t>
      </w:r>
    </w:p>
    <w:p w14:paraId="458A072E" w14:textId="77777777" w:rsidR="00D261B9" w:rsidRDefault="00D261B9">
      <w:pPr>
        <w:spacing w:after="0"/>
      </w:pPr>
    </w:p>
    <w:p w14:paraId="5B425BFB" w14:textId="77777777" w:rsidR="00D261B9" w:rsidRDefault="001E1EF2">
      <w:pPr>
        <w:spacing w:after="0"/>
      </w:pPr>
      <w:r>
        <w:rPr>
          <w:rFonts w:ascii="Arial" w:hAnsi="Arial"/>
          <w:b/>
        </w:rPr>
        <w:t xml:space="preserve">Interviewer P:  </w:t>
      </w:r>
      <w:r>
        <w:rPr>
          <w:rFonts w:ascii="Arial" w:hAnsi="Arial"/>
          <w:color w:val="5D7284"/>
        </w:rPr>
        <w:t>00:00</w:t>
      </w:r>
    </w:p>
    <w:p w14:paraId="1BCF9815" w14:textId="77777777" w:rsidR="00D261B9" w:rsidRDefault="001E1EF2">
      <w:pPr>
        <w:spacing w:after="0"/>
      </w:pPr>
      <w:r>
        <w:rPr>
          <w:rFonts w:ascii="Arial" w:hAnsi="Arial"/>
        </w:rPr>
        <w:t xml:space="preserve">The red button. </w:t>
      </w:r>
    </w:p>
    <w:p w14:paraId="060A26B0" w14:textId="77777777" w:rsidR="00D261B9" w:rsidRDefault="00D261B9">
      <w:pPr>
        <w:spacing w:after="0"/>
      </w:pPr>
    </w:p>
    <w:p w14:paraId="4E7AE53C" w14:textId="77777777" w:rsidR="00D261B9" w:rsidRDefault="001E1EF2">
      <w:pPr>
        <w:spacing w:after="0"/>
      </w:pPr>
      <w:r>
        <w:rPr>
          <w:rFonts w:ascii="Arial" w:hAnsi="Arial"/>
          <w:b/>
        </w:rPr>
        <w:t xml:space="preserve">Interviewer E:  </w:t>
      </w:r>
      <w:r>
        <w:rPr>
          <w:rFonts w:ascii="Arial" w:hAnsi="Arial"/>
          <w:color w:val="5D7284"/>
        </w:rPr>
        <w:t>00:10</w:t>
      </w:r>
    </w:p>
    <w:p w14:paraId="5BB90A95" w14:textId="586B2FD1" w:rsidR="00D261B9" w:rsidRDefault="001E1EF2">
      <w:pPr>
        <w:spacing w:after="0"/>
      </w:pPr>
      <w:r>
        <w:rPr>
          <w:rFonts w:ascii="Arial" w:hAnsi="Arial"/>
        </w:rPr>
        <w:t xml:space="preserve">Red button.... It's already </w:t>
      </w:r>
      <w:r w:rsidR="00980B3A">
        <w:rPr>
          <w:rFonts w:ascii="Arial" w:hAnsi="Arial"/>
        </w:rPr>
        <w:t>on...</w:t>
      </w:r>
    </w:p>
    <w:p w14:paraId="64D7E386" w14:textId="77777777" w:rsidR="00D261B9" w:rsidRDefault="00D261B9">
      <w:pPr>
        <w:spacing w:after="0"/>
      </w:pPr>
    </w:p>
    <w:p w14:paraId="49406D03" w14:textId="77777777" w:rsidR="00D261B9" w:rsidRDefault="001E1EF2">
      <w:pPr>
        <w:spacing w:after="0"/>
      </w:pPr>
      <w:r>
        <w:rPr>
          <w:rFonts w:ascii="Arial" w:hAnsi="Arial"/>
          <w:b/>
        </w:rPr>
        <w:t xml:space="preserve">Interviewer P:  </w:t>
      </w:r>
      <w:r>
        <w:rPr>
          <w:rFonts w:ascii="Arial" w:hAnsi="Arial"/>
          <w:color w:val="5D7284"/>
        </w:rPr>
        <w:t>00:14</w:t>
      </w:r>
    </w:p>
    <w:p w14:paraId="47A2E40E" w14:textId="77777777" w:rsidR="00D261B9" w:rsidRDefault="001E1EF2">
      <w:pPr>
        <w:spacing w:after="0"/>
      </w:pPr>
      <w:r>
        <w:rPr>
          <w:rFonts w:ascii="Arial" w:hAnsi="Arial"/>
        </w:rPr>
        <w:t xml:space="preserve">Okay, so because it wasn't paused, but when I turn it off, so stop. We'll save that one and then. </w:t>
      </w:r>
    </w:p>
    <w:p w14:paraId="4F13D05E" w14:textId="77777777" w:rsidR="00D261B9" w:rsidRDefault="00D261B9">
      <w:pPr>
        <w:spacing w:after="0"/>
      </w:pPr>
    </w:p>
    <w:p w14:paraId="462D7379" w14:textId="77777777" w:rsidR="00D261B9" w:rsidRDefault="001E1EF2">
      <w:pPr>
        <w:spacing w:after="0"/>
      </w:pPr>
      <w:r>
        <w:rPr>
          <w:rFonts w:ascii="Arial" w:hAnsi="Arial"/>
          <w:b/>
        </w:rPr>
        <w:t xml:space="preserve">Interviewer E:  </w:t>
      </w:r>
      <w:r>
        <w:rPr>
          <w:rFonts w:ascii="Arial" w:hAnsi="Arial"/>
          <w:color w:val="5D7284"/>
        </w:rPr>
        <w:t>00:24</w:t>
      </w:r>
    </w:p>
    <w:p w14:paraId="58B3D42E" w14:textId="77777777" w:rsidR="00D261B9" w:rsidRDefault="001E1EF2">
      <w:pPr>
        <w:spacing w:after="0"/>
      </w:pPr>
      <w:r>
        <w:rPr>
          <w:rFonts w:ascii="Arial" w:hAnsi="Arial"/>
        </w:rPr>
        <w:t>All right.</w:t>
      </w:r>
    </w:p>
    <w:p w14:paraId="05DFBFC8" w14:textId="77777777" w:rsidR="00D261B9" w:rsidRDefault="00D261B9">
      <w:pPr>
        <w:spacing w:after="0"/>
      </w:pPr>
    </w:p>
    <w:p w14:paraId="73CD11AD" w14:textId="77777777" w:rsidR="00D261B9" w:rsidRDefault="001E1EF2">
      <w:pPr>
        <w:spacing w:after="0"/>
      </w:pPr>
      <w:r>
        <w:rPr>
          <w:rFonts w:ascii="Arial" w:hAnsi="Arial"/>
          <w:b/>
        </w:rPr>
        <w:t xml:space="preserve">Interviewer P:  </w:t>
      </w:r>
      <w:r>
        <w:rPr>
          <w:rFonts w:ascii="Arial" w:hAnsi="Arial"/>
          <w:color w:val="5D7284"/>
        </w:rPr>
        <w:t>00:25</w:t>
      </w:r>
    </w:p>
    <w:p w14:paraId="1D2C18A1" w14:textId="77777777" w:rsidR="00D261B9" w:rsidRDefault="001E1EF2">
      <w:pPr>
        <w:spacing w:after="0"/>
      </w:pPr>
      <w:r>
        <w:rPr>
          <w:rFonts w:ascii="Arial" w:hAnsi="Arial"/>
        </w:rPr>
        <w:t>This is participant.</w:t>
      </w:r>
    </w:p>
    <w:p w14:paraId="3FB998DA" w14:textId="77777777" w:rsidR="00D261B9" w:rsidRDefault="00D261B9">
      <w:pPr>
        <w:spacing w:after="0"/>
      </w:pPr>
    </w:p>
    <w:p w14:paraId="4E29BE28" w14:textId="77777777" w:rsidR="00D261B9" w:rsidRDefault="001E1EF2">
      <w:pPr>
        <w:spacing w:after="0"/>
      </w:pPr>
      <w:r>
        <w:rPr>
          <w:rFonts w:ascii="Arial" w:hAnsi="Arial"/>
          <w:b/>
        </w:rPr>
        <w:t xml:space="preserve">Interviewer E:  </w:t>
      </w:r>
      <w:r>
        <w:rPr>
          <w:rFonts w:ascii="Arial" w:hAnsi="Arial"/>
          <w:color w:val="5D7284"/>
        </w:rPr>
        <w:t>00:25</w:t>
      </w:r>
    </w:p>
    <w:p w14:paraId="3270F201" w14:textId="33AE7FE4" w:rsidR="00D261B9" w:rsidRDefault="001E1EF2">
      <w:pPr>
        <w:spacing w:after="0"/>
      </w:pPr>
      <w:r>
        <w:rPr>
          <w:rFonts w:ascii="Arial" w:hAnsi="Arial"/>
        </w:rPr>
        <w:t xml:space="preserve">This is Participant 16. So first I'm just going to show you some things, have you filled a couple things and then have you draw some predictions for me. Okay, so first would be this and this. </w:t>
      </w:r>
      <w:r w:rsidR="00980B3A">
        <w:rPr>
          <w:rFonts w:ascii="Arial" w:hAnsi="Arial"/>
        </w:rPr>
        <w:t>So,</w:t>
      </w:r>
      <w:r>
        <w:rPr>
          <w:rFonts w:ascii="Arial" w:hAnsi="Arial"/>
        </w:rPr>
        <w:t xml:space="preserve"> these are the same temperature, you can feel them if you want, they're both a little warm... guess I should probably .... </w:t>
      </w:r>
      <w:r w:rsidR="00980B3A">
        <w:rPr>
          <w:rFonts w:ascii="Arial" w:hAnsi="Arial"/>
        </w:rPr>
        <w:t>So,</w:t>
      </w:r>
      <w:r>
        <w:rPr>
          <w:rFonts w:ascii="Arial" w:hAnsi="Arial"/>
        </w:rPr>
        <w:t xml:space="preserve"> I'm actually going to be pouring these in here. And now these ones the, the red is hot, and the blue is cold, you can feel them if you want. Alright, so now we have yellow and green, the green actually, so the same temperature. But the only difference here is that the green actually has a lot of salt in it. Okay, whereas the yellow doesn't, it's just freshwater in a sense, I gues</w:t>
      </w:r>
      <w:r>
        <w:rPr>
          <w:rFonts w:ascii="Arial" w:hAnsi="Arial"/>
        </w:rPr>
        <w:t>s... Alright, so the first prediction I would like you to draw would be when I brought up the first two and they were the same temperature. If I were to have poured, the red one here and the blue one here, same temperature and remove this barrier between them. How do you think they would interact? And then what what what do you think it will look like in one minute? Yeah, so you can use those colored pencils.</w:t>
      </w:r>
    </w:p>
    <w:p w14:paraId="3200D24D" w14:textId="77777777" w:rsidR="00D261B9" w:rsidRDefault="00D261B9">
      <w:pPr>
        <w:spacing w:after="0"/>
      </w:pPr>
    </w:p>
    <w:p w14:paraId="6490A7D1" w14:textId="77777777" w:rsidR="00D261B9" w:rsidRDefault="001E1EF2">
      <w:pPr>
        <w:spacing w:after="0"/>
      </w:pPr>
      <w:r>
        <w:rPr>
          <w:rFonts w:ascii="Arial" w:hAnsi="Arial"/>
          <w:b/>
        </w:rPr>
        <w:t xml:space="preserve">Interviewer P:  </w:t>
      </w:r>
      <w:r>
        <w:rPr>
          <w:rFonts w:ascii="Arial" w:hAnsi="Arial"/>
          <w:color w:val="5D7284"/>
        </w:rPr>
        <w:t>00:33</w:t>
      </w:r>
    </w:p>
    <w:p w14:paraId="1C82E095" w14:textId="77777777" w:rsidR="00D261B9" w:rsidRDefault="001E1EF2">
      <w:pPr>
        <w:spacing w:after="0"/>
      </w:pPr>
      <w:r>
        <w:rPr>
          <w:rFonts w:ascii="Arial" w:hAnsi="Arial"/>
        </w:rPr>
        <w:lastRenderedPageBreak/>
        <w:t xml:space="preserve">And draw what you think it will look like after a minute. </w:t>
      </w:r>
    </w:p>
    <w:p w14:paraId="63EE7DEE" w14:textId="77777777" w:rsidR="00D261B9" w:rsidRDefault="00D261B9">
      <w:pPr>
        <w:spacing w:after="0"/>
      </w:pPr>
    </w:p>
    <w:p w14:paraId="4F621071" w14:textId="77777777" w:rsidR="00D261B9" w:rsidRDefault="001E1EF2">
      <w:pPr>
        <w:spacing w:after="0"/>
      </w:pPr>
      <w:r>
        <w:rPr>
          <w:rFonts w:ascii="Arial" w:hAnsi="Arial"/>
          <w:b/>
        </w:rPr>
        <w:t xml:space="preserve">Interviewer E:  </w:t>
      </w:r>
      <w:r>
        <w:rPr>
          <w:rFonts w:ascii="Arial" w:hAnsi="Arial"/>
          <w:color w:val="5D7284"/>
        </w:rPr>
        <w:t>02:23</w:t>
      </w:r>
    </w:p>
    <w:p w14:paraId="001D97FF" w14:textId="733B4756" w:rsidR="00D261B9" w:rsidRDefault="00980B3A">
      <w:pPr>
        <w:spacing w:after="0"/>
      </w:pPr>
      <w:r>
        <w:rPr>
          <w:rFonts w:ascii="Arial" w:hAnsi="Arial"/>
        </w:rPr>
        <w:t>Yes, and they're the same temperature. Alright, so can you explain to me what you have going on here?</w:t>
      </w:r>
    </w:p>
    <w:p w14:paraId="0A5CB60E" w14:textId="77777777" w:rsidR="00D261B9" w:rsidRDefault="00D261B9">
      <w:pPr>
        <w:spacing w:after="0"/>
      </w:pPr>
    </w:p>
    <w:p w14:paraId="21C0F535" w14:textId="77777777" w:rsidR="00D261B9" w:rsidRDefault="001E1EF2">
      <w:pPr>
        <w:spacing w:after="0"/>
      </w:pPr>
      <w:r>
        <w:rPr>
          <w:rFonts w:ascii="Arial" w:hAnsi="Arial"/>
          <w:b/>
        </w:rPr>
        <w:t xml:space="preserve">Participant #16:  </w:t>
      </w:r>
      <w:r>
        <w:rPr>
          <w:rFonts w:ascii="Arial" w:hAnsi="Arial"/>
          <w:color w:val="5D7284"/>
        </w:rPr>
        <w:t>03:27</w:t>
      </w:r>
    </w:p>
    <w:p w14:paraId="028BA400" w14:textId="65AA2B0E" w:rsidR="00D261B9" w:rsidRDefault="00980B3A">
      <w:pPr>
        <w:spacing w:after="0"/>
      </w:pPr>
      <w:r>
        <w:rPr>
          <w:rFonts w:ascii="Arial" w:hAnsi="Arial"/>
        </w:rPr>
        <w:t>So, it's supposed to be purple, but I couldn't really... so since they are the same temperature, I'm assuming that they'll dissolve together and since one is red and one is blue, it will make purple.</w:t>
      </w:r>
    </w:p>
    <w:p w14:paraId="421F4F9B" w14:textId="77777777" w:rsidR="00D261B9" w:rsidRDefault="00D261B9">
      <w:pPr>
        <w:spacing w:after="0"/>
      </w:pPr>
    </w:p>
    <w:p w14:paraId="463DC6F6" w14:textId="77777777" w:rsidR="00D261B9" w:rsidRDefault="001E1EF2">
      <w:pPr>
        <w:spacing w:after="0"/>
      </w:pPr>
      <w:r>
        <w:rPr>
          <w:rFonts w:ascii="Arial" w:hAnsi="Arial"/>
          <w:b/>
        </w:rPr>
        <w:t xml:space="preserve">Interviewer E:  </w:t>
      </w:r>
      <w:r>
        <w:rPr>
          <w:rFonts w:ascii="Arial" w:hAnsi="Arial"/>
          <w:color w:val="5D7284"/>
        </w:rPr>
        <w:t>03:39</w:t>
      </w:r>
    </w:p>
    <w:p w14:paraId="4B06B5C4" w14:textId="59414D38" w:rsidR="00D261B9" w:rsidRDefault="001E1EF2">
      <w:pPr>
        <w:spacing w:after="0"/>
      </w:pPr>
      <w:r>
        <w:rPr>
          <w:rFonts w:ascii="Arial" w:hAnsi="Arial"/>
        </w:rPr>
        <w:t xml:space="preserve">Right. </w:t>
      </w:r>
      <w:r w:rsidR="00980B3A">
        <w:rPr>
          <w:rFonts w:ascii="Arial" w:hAnsi="Arial"/>
        </w:rPr>
        <w:t>So,</w:t>
      </w:r>
      <w:r>
        <w:rPr>
          <w:rFonts w:ascii="Arial" w:hAnsi="Arial"/>
        </w:rPr>
        <w:t xml:space="preserve"> you think after one minute we're going to combine together and make purple. What about when I immediately lifted out. Do you think it's going to automatically combine like this? Or do you how do you think it's going to if they're going to interact with each other?</w:t>
      </w:r>
    </w:p>
    <w:p w14:paraId="5B77F758" w14:textId="77777777" w:rsidR="00D261B9" w:rsidRDefault="00D261B9">
      <w:pPr>
        <w:spacing w:after="0"/>
      </w:pPr>
    </w:p>
    <w:p w14:paraId="2458CE53" w14:textId="77777777" w:rsidR="00D261B9" w:rsidRDefault="001E1EF2">
      <w:pPr>
        <w:spacing w:after="0"/>
      </w:pPr>
      <w:r>
        <w:rPr>
          <w:rFonts w:ascii="Arial" w:hAnsi="Arial"/>
          <w:b/>
        </w:rPr>
        <w:t xml:space="preserve">Participant #16:  </w:t>
      </w:r>
      <w:r>
        <w:rPr>
          <w:rFonts w:ascii="Arial" w:hAnsi="Arial"/>
          <w:color w:val="5D7284"/>
        </w:rPr>
        <w:t>03:54</w:t>
      </w:r>
    </w:p>
    <w:p w14:paraId="7DF01A71" w14:textId="77777777" w:rsidR="00D261B9" w:rsidRDefault="001E1EF2">
      <w:pPr>
        <w:spacing w:after="0"/>
      </w:pPr>
      <w:r>
        <w:rPr>
          <w:rFonts w:ascii="Arial" w:hAnsi="Arial"/>
        </w:rPr>
        <w:t>I think a little poll take a second or one minute. I feel like maybe it depends on the quantity of like, solution.</w:t>
      </w:r>
    </w:p>
    <w:p w14:paraId="7F336E83" w14:textId="77777777" w:rsidR="00D261B9" w:rsidRDefault="00D261B9">
      <w:pPr>
        <w:spacing w:after="0"/>
      </w:pPr>
    </w:p>
    <w:p w14:paraId="73239564" w14:textId="77777777" w:rsidR="00D261B9" w:rsidRDefault="001E1EF2">
      <w:pPr>
        <w:spacing w:after="0"/>
      </w:pPr>
      <w:r>
        <w:rPr>
          <w:rFonts w:ascii="Arial" w:hAnsi="Arial"/>
          <w:b/>
        </w:rPr>
        <w:t xml:space="preserve">Interviewer E:  </w:t>
      </w:r>
      <w:r>
        <w:rPr>
          <w:rFonts w:ascii="Arial" w:hAnsi="Arial"/>
          <w:color w:val="5D7284"/>
        </w:rPr>
        <w:t>04:07</w:t>
      </w:r>
    </w:p>
    <w:p w14:paraId="37271CA2" w14:textId="77777777" w:rsidR="00D261B9" w:rsidRDefault="001E1EF2">
      <w:pPr>
        <w:spacing w:after="0"/>
      </w:pPr>
      <w:r>
        <w:rPr>
          <w:rFonts w:ascii="Arial" w:hAnsi="Arial"/>
        </w:rPr>
        <w:t>Like how much we're gonna let's say there we're gonna put like even amounts maybe like to like here.</w:t>
      </w:r>
    </w:p>
    <w:p w14:paraId="72823DB4" w14:textId="77777777" w:rsidR="00D261B9" w:rsidRDefault="00D261B9">
      <w:pPr>
        <w:spacing w:after="0"/>
      </w:pPr>
    </w:p>
    <w:p w14:paraId="09860DD7" w14:textId="77777777" w:rsidR="00D261B9" w:rsidRDefault="001E1EF2">
      <w:pPr>
        <w:spacing w:after="0"/>
      </w:pPr>
      <w:r>
        <w:rPr>
          <w:rFonts w:ascii="Arial" w:hAnsi="Arial"/>
          <w:b/>
        </w:rPr>
        <w:t xml:space="preserve">Participant #16:  </w:t>
      </w:r>
      <w:r>
        <w:rPr>
          <w:rFonts w:ascii="Arial" w:hAnsi="Arial"/>
          <w:color w:val="5D7284"/>
        </w:rPr>
        <w:t>04:13</w:t>
      </w:r>
    </w:p>
    <w:p w14:paraId="76CDB6B6" w14:textId="33380800" w:rsidR="00D261B9" w:rsidRDefault="001E1EF2">
      <w:pPr>
        <w:spacing w:after="0"/>
      </w:pPr>
      <w:r>
        <w:rPr>
          <w:rFonts w:ascii="Arial" w:hAnsi="Arial"/>
        </w:rPr>
        <w:t xml:space="preserve">I still </w:t>
      </w:r>
      <w:r w:rsidR="00980B3A">
        <w:rPr>
          <w:rFonts w:ascii="Arial" w:hAnsi="Arial"/>
        </w:rPr>
        <w:t>feel</w:t>
      </w:r>
      <w:r>
        <w:rPr>
          <w:rFonts w:ascii="Arial" w:hAnsi="Arial"/>
        </w:rPr>
        <w:t xml:space="preserve"> like it's gonna take a second.</w:t>
      </w:r>
    </w:p>
    <w:p w14:paraId="4CE75A81" w14:textId="77777777" w:rsidR="00D261B9" w:rsidRDefault="00D261B9">
      <w:pPr>
        <w:spacing w:after="0"/>
      </w:pPr>
    </w:p>
    <w:p w14:paraId="6287E067" w14:textId="77777777" w:rsidR="00D261B9" w:rsidRDefault="001E1EF2">
      <w:pPr>
        <w:spacing w:after="0"/>
      </w:pPr>
      <w:r>
        <w:rPr>
          <w:rFonts w:ascii="Arial" w:hAnsi="Arial"/>
          <w:b/>
        </w:rPr>
        <w:t xml:space="preserve">Interviewer E:  </w:t>
      </w:r>
      <w:r>
        <w:rPr>
          <w:rFonts w:ascii="Arial" w:hAnsi="Arial"/>
          <w:color w:val="5D7284"/>
        </w:rPr>
        <w:t>04:15</w:t>
      </w:r>
    </w:p>
    <w:p w14:paraId="11B8AB95" w14:textId="7391F191" w:rsidR="00D261B9" w:rsidRDefault="00980B3A">
      <w:pPr>
        <w:spacing w:after="0"/>
      </w:pPr>
      <w:r>
        <w:rPr>
          <w:rFonts w:ascii="Arial" w:hAnsi="Arial"/>
        </w:rPr>
        <w:t>So, so you think it's going to take a second to mix.</w:t>
      </w:r>
    </w:p>
    <w:p w14:paraId="749B36A3" w14:textId="77777777" w:rsidR="00D261B9" w:rsidRDefault="00D261B9">
      <w:pPr>
        <w:spacing w:after="0"/>
      </w:pPr>
    </w:p>
    <w:p w14:paraId="018BFE4F" w14:textId="77777777" w:rsidR="00D261B9" w:rsidRDefault="001E1EF2">
      <w:pPr>
        <w:spacing w:after="0"/>
      </w:pPr>
      <w:r>
        <w:rPr>
          <w:rFonts w:ascii="Arial" w:hAnsi="Arial"/>
          <w:b/>
        </w:rPr>
        <w:t xml:space="preserve">Participant #16:  </w:t>
      </w:r>
      <w:r>
        <w:rPr>
          <w:rFonts w:ascii="Arial" w:hAnsi="Arial"/>
          <w:color w:val="5D7284"/>
        </w:rPr>
        <w:t>04:19</w:t>
      </w:r>
    </w:p>
    <w:p w14:paraId="72A7D02C" w14:textId="77777777" w:rsidR="00D261B9" w:rsidRDefault="001E1EF2">
      <w:pPr>
        <w:spacing w:after="0"/>
      </w:pPr>
      <w:r>
        <w:rPr>
          <w:rFonts w:ascii="Arial" w:hAnsi="Arial"/>
        </w:rPr>
        <w:t>Eventually yeah.</w:t>
      </w:r>
    </w:p>
    <w:p w14:paraId="2AEA2006" w14:textId="77777777" w:rsidR="00D261B9" w:rsidRDefault="00D261B9">
      <w:pPr>
        <w:spacing w:after="0"/>
      </w:pPr>
    </w:p>
    <w:p w14:paraId="72DB44BE" w14:textId="77777777" w:rsidR="00D261B9" w:rsidRDefault="001E1EF2">
      <w:pPr>
        <w:spacing w:after="0"/>
      </w:pPr>
      <w:r>
        <w:rPr>
          <w:rFonts w:ascii="Arial" w:hAnsi="Arial"/>
          <w:b/>
        </w:rPr>
        <w:t xml:space="preserve">Interviewer E:  </w:t>
      </w:r>
      <w:r>
        <w:rPr>
          <w:rFonts w:ascii="Arial" w:hAnsi="Arial"/>
          <w:color w:val="5D7284"/>
        </w:rPr>
        <w:t>04:21</w:t>
      </w:r>
    </w:p>
    <w:p w14:paraId="60E92090" w14:textId="77777777" w:rsidR="00D261B9" w:rsidRDefault="001E1EF2">
      <w:pPr>
        <w:spacing w:after="0"/>
      </w:pPr>
      <w:r>
        <w:rPr>
          <w:rFonts w:ascii="Arial" w:hAnsi="Arial"/>
        </w:rPr>
        <w:t xml:space="preserve"> Okay, so when I immediately lifted up do you think it's going to just immediately mix is or do you think it's just gonna.</w:t>
      </w:r>
    </w:p>
    <w:p w14:paraId="6A931199" w14:textId="77777777" w:rsidR="00D261B9" w:rsidRDefault="00D261B9">
      <w:pPr>
        <w:spacing w:after="0"/>
      </w:pPr>
    </w:p>
    <w:p w14:paraId="2716F9E5" w14:textId="77777777" w:rsidR="00D261B9" w:rsidRDefault="001E1EF2">
      <w:pPr>
        <w:spacing w:after="0"/>
      </w:pPr>
      <w:r>
        <w:rPr>
          <w:rFonts w:ascii="Arial" w:hAnsi="Arial"/>
          <w:b/>
        </w:rPr>
        <w:t xml:space="preserve">Interviewer P:  </w:t>
      </w:r>
      <w:r>
        <w:rPr>
          <w:rFonts w:ascii="Arial" w:hAnsi="Arial"/>
          <w:color w:val="5D7284"/>
        </w:rPr>
        <w:t>04:28</w:t>
      </w:r>
    </w:p>
    <w:p w14:paraId="377D7B77" w14:textId="77777777" w:rsidR="00D261B9" w:rsidRDefault="001E1EF2">
      <w:pPr>
        <w:spacing w:after="0"/>
      </w:pPr>
      <w:r>
        <w:rPr>
          <w:rFonts w:ascii="Arial" w:hAnsi="Arial"/>
        </w:rPr>
        <w:t>Can you show us with your hands, how you think it will move.</w:t>
      </w:r>
    </w:p>
    <w:p w14:paraId="63F663B0" w14:textId="77777777" w:rsidR="00D261B9" w:rsidRDefault="00D261B9">
      <w:pPr>
        <w:spacing w:after="0"/>
      </w:pPr>
    </w:p>
    <w:p w14:paraId="7E5B4082" w14:textId="77777777" w:rsidR="00D261B9" w:rsidRDefault="001E1EF2">
      <w:pPr>
        <w:spacing w:after="0"/>
      </w:pPr>
      <w:r>
        <w:rPr>
          <w:rFonts w:ascii="Arial" w:hAnsi="Arial"/>
          <w:b/>
        </w:rPr>
        <w:t xml:space="preserve">Participant #16:  </w:t>
      </w:r>
      <w:r>
        <w:rPr>
          <w:rFonts w:ascii="Arial" w:hAnsi="Arial"/>
          <w:color w:val="5D7284"/>
        </w:rPr>
        <w:t>04:36</w:t>
      </w:r>
    </w:p>
    <w:p w14:paraId="0DC6B8CF" w14:textId="439DFBCD" w:rsidR="00D261B9" w:rsidRDefault="001E1EF2">
      <w:pPr>
        <w:spacing w:after="0"/>
      </w:pPr>
      <w:r>
        <w:rPr>
          <w:rFonts w:ascii="Arial" w:hAnsi="Arial"/>
        </w:rPr>
        <w:t xml:space="preserve">I think it'll. </w:t>
      </w:r>
      <w:r w:rsidR="00980B3A">
        <w:rPr>
          <w:rFonts w:ascii="Arial" w:hAnsi="Arial"/>
        </w:rPr>
        <w:t>So,</w:t>
      </w:r>
      <w:r>
        <w:rPr>
          <w:rFonts w:ascii="Arial" w:hAnsi="Arial"/>
        </w:rPr>
        <w:t xml:space="preserve"> if they're here, it'll mix and then like that.</w:t>
      </w:r>
    </w:p>
    <w:p w14:paraId="1BACA129" w14:textId="77777777" w:rsidR="00D261B9" w:rsidRDefault="00D261B9">
      <w:pPr>
        <w:spacing w:after="0"/>
      </w:pPr>
    </w:p>
    <w:p w14:paraId="48AF7211" w14:textId="77777777" w:rsidR="00D261B9" w:rsidRDefault="001E1EF2">
      <w:pPr>
        <w:spacing w:after="0"/>
      </w:pPr>
      <w:r>
        <w:rPr>
          <w:rFonts w:ascii="Arial" w:hAnsi="Arial"/>
          <w:b/>
        </w:rPr>
        <w:t xml:space="preserve">Interviewer E:  </w:t>
      </w:r>
      <w:r>
        <w:rPr>
          <w:rFonts w:ascii="Arial" w:hAnsi="Arial"/>
          <w:color w:val="5D7284"/>
        </w:rPr>
        <w:t>04:46</w:t>
      </w:r>
    </w:p>
    <w:p w14:paraId="0DB7DDA8" w14:textId="77777777" w:rsidR="00D261B9" w:rsidRDefault="001E1EF2">
      <w:pPr>
        <w:spacing w:after="0"/>
      </w:pPr>
      <w:r>
        <w:rPr>
          <w:rFonts w:ascii="Arial" w:hAnsi="Arial"/>
        </w:rPr>
        <w:t xml:space="preserve">Like underneath each other. </w:t>
      </w:r>
    </w:p>
    <w:p w14:paraId="61BF2396" w14:textId="77777777" w:rsidR="00D261B9" w:rsidRDefault="00D261B9">
      <w:pPr>
        <w:spacing w:after="0"/>
      </w:pPr>
    </w:p>
    <w:p w14:paraId="7CC51C1D" w14:textId="77777777" w:rsidR="00D261B9" w:rsidRDefault="001E1EF2">
      <w:pPr>
        <w:spacing w:after="0"/>
      </w:pPr>
      <w:r>
        <w:rPr>
          <w:rFonts w:ascii="Arial" w:hAnsi="Arial"/>
          <w:b/>
        </w:rPr>
        <w:lastRenderedPageBreak/>
        <w:t xml:space="preserve">Participant #16:  </w:t>
      </w:r>
      <w:r>
        <w:rPr>
          <w:rFonts w:ascii="Arial" w:hAnsi="Arial"/>
          <w:color w:val="5D7284"/>
        </w:rPr>
        <w:t>04:47</w:t>
      </w:r>
    </w:p>
    <w:p w14:paraId="30D47095" w14:textId="77777777" w:rsidR="00D261B9" w:rsidRDefault="001E1EF2">
      <w:pPr>
        <w:spacing w:after="0"/>
      </w:pPr>
      <w:r>
        <w:rPr>
          <w:rFonts w:ascii="Arial" w:hAnsi="Arial"/>
        </w:rPr>
        <w:t xml:space="preserve">Yeah. </w:t>
      </w:r>
    </w:p>
    <w:p w14:paraId="60EFDB1E" w14:textId="77777777" w:rsidR="00D261B9" w:rsidRDefault="00D261B9">
      <w:pPr>
        <w:spacing w:after="0"/>
      </w:pPr>
    </w:p>
    <w:p w14:paraId="6CB609AD" w14:textId="77777777" w:rsidR="00D261B9" w:rsidRDefault="001E1EF2">
      <w:pPr>
        <w:spacing w:after="0"/>
      </w:pPr>
      <w:r>
        <w:rPr>
          <w:rFonts w:ascii="Arial" w:hAnsi="Arial"/>
          <w:b/>
        </w:rPr>
        <w:t xml:space="preserve">Interviewer E:  </w:t>
      </w:r>
      <w:r>
        <w:rPr>
          <w:rFonts w:ascii="Arial" w:hAnsi="Arial"/>
          <w:color w:val="5D7284"/>
        </w:rPr>
        <w:t>04:47</w:t>
      </w:r>
    </w:p>
    <w:p w14:paraId="1E9E34C0" w14:textId="58275944" w:rsidR="00D261B9" w:rsidRDefault="001E1EF2">
      <w:pPr>
        <w:spacing w:after="0"/>
      </w:pPr>
      <w:r>
        <w:rPr>
          <w:rFonts w:ascii="Arial" w:hAnsi="Arial"/>
        </w:rPr>
        <w:t xml:space="preserve">Okay. All right. Now let's get your artistic skills another shot. Now this is this one I would have, let's say, </w:t>
      </w:r>
      <w:r w:rsidR="00980B3A">
        <w:rPr>
          <w:rFonts w:ascii="Arial" w:hAnsi="Arial"/>
        </w:rPr>
        <w:t>okay</w:t>
      </w:r>
      <w:r>
        <w:rPr>
          <w:rFonts w:ascii="Arial" w:hAnsi="Arial"/>
        </w:rPr>
        <w:t xml:space="preserve">, so remember, you felt the hot and cold one where the cold was blue and the hot was red. </w:t>
      </w:r>
      <w:r w:rsidR="00980B3A">
        <w:rPr>
          <w:rFonts w:ascii="Arial" w:hAnsi="Arial"/>
        </w:rPr>
        <w:t>So,</w:t>
      </w:r>
      <w:r>
        <w:rPr>
          <w:rFonts w:ascii="Arial" w:hAnsi="Arial"/>
        </w:rPr>
        <w:t xml:space="preserve"> let's say it took the red one and put it in here, the blue one and I pouted it in here and then I lift this up, how do you think that will look after one minute?</w:t>
      </w:r>
    </w:p>
    <w:p w14:paraId="365A69D1" w14:textId="77777777" w:rsidR="00D261B9" w:rsidRDefault="00D261B9">
      <w:pPr>
        <w:spacing w:after="0"/>
      </w:pPr>
    </w:p>
    <w:p w14:paraId="459A3604" w14:textId="77777777" w:rsidR="00D261B9" w:rsidRDefault="001E1EF2">
      <w:pPr>
        <w:spacing w:after="0"/>
      </w:pPr>
      <w:r>
        <w:rPr>
          <w:rFonts w:ascii="Arial" w:hAnsi="Arial"/>
          <w:b/>
        </w:rPr>
        <w:t xml:space="preserve">Participant #16:  </w:t>
      </w:r>
      <w:r>
        <w:rPr>
          <w:rFonts w:ascii="Arial" w:hAnsi="Arial"/>
          <w:color w:val="5D7284"/>
        </w:rPr>
        <w:t>05:17</w:t>
      </w:r>
    </w:p>
    <w:p w14:paraId="48170F0B" w14:textId="77777777" w:rsidR="00D261B9" w:rsidRDefault="001E1EF2">
      <w:pPr>
        <w:spacing w:after="0"/>
      </w:pPr>
      <w:r>
        <w:rPr>
          <w:rFonts w:ascii="Arial" w:hAnsi="Arial"/>
        </w:rPr>
        <w:t>So blue is cold but it's hot.</w:t>
      </w:r>
    </w:p>
    <w:p w14:paraId="37A8FFCC" w14:textId="77777777" w:rsidR="00D261B9" w:rsidRDefault="00D261B9">
      <w:pPr>
        <w:spacing w:after="0"/>
      </w:pPr>
    </w:p>
    <w:p w14:paraId="696A170A" w14:textId="77777777" w:rsidR="00D261B9" w:rsidRDefault="001E1EF2">
      <w:pPr>
        <w:spacing w:after="0"/>
      </w:pPr>
      <w:r>
        <w:rPr>
          <w:rFonts w:ascii="Arial" w:hAnsi="Arial"/>
          <w:b/>
        </w:rPr>
        <w:t xml:space="preserve">Interviewer E:  </w:t>
      </w:r>
      <w:r>
        <w:rPr>
          <w:rFonts w:ascii="Arial" w:hAnsi="Arial"/>
          <w:color w:val="5D7284"/>
        </w:rPr>
        <w:t>05:53</w:t>
      </w:r>
    </w:p>
    <w:p w14:paraId="2602C3FC" w14:textId="56825542" w:rsidR="00D261B9" w:rsidRDefault="001E1EF2">
      <w:pPr>
        <w:spacing w:after="0"/>
      </w:pPr>
      <w:r>
        <w:rPr>
          <w:rFonts w:ascii="Arial" w:hAnsi="Arial"/>
        </w:rPr>
        <w:t xml:space="preserve">So, </w:t>
      </w:r>
      <w:r w:rsidR="00980B3A">
        <w:rPr>
          <w:rFonts w:ascii="Arial" w:hAnsi="Arial"/>
        </w:rPr>
        <w:t>what’s</w:t>
      </w:r>
      <w:r>
        <w:rPr>
          <w:rFonts w:ascii="Arial" w:hAnsi="Arial"/>
        </w:rPr>
        <w:t xml:space="preserve"> going on there?</w:t>
      </w:r>
    </w:p>
    <w:p w14:paraId="53255CDC" w14:textId="77777777" w:rsidR="00D261B9" w:rsidRDefault="00D261B9">
      <w:pPr>
        <w:spacing w:after="0"/>
      </w:pPr>
    </w:p>
    <w:p w14:paraId="5B68343E" w14:textId="77777777" w:rsidR="00D261B9" w:rsidRDefault="001E1EF2">
      <w:pPr>
        <w:spacing w:after="0"/>
      </w:pPr>
      <w:r>
        <w:rPr>
          <w:rFonts w:ascii="Arial" w:hAnsi="Arial"/>
          <w:b/>
        </w:rPr>
        <w:t xml:space="preserve">Participant #16:  </w:t>
      </w:r>
      <w:r>
        <w:rPr>
          <w:rFonts w:ascii="Arial" w:hAnsi="Arial"/>
          <w:color w:val="5D7284"/>
        </w:rPr>
        <w:t>05:55</w:t>
      </w:r>
    </w:p>
    <w:p w14:paraId="47A923F0" w14:textId="33BABB8E" w:rsidR="00D261B9" w:rsidRDefault="00980B3A">
      <w:pPr>
        <w:spacing w:after="0"/>
      </w:pPr>
      <w:r>
        <w:rPr>
          <w:rFonts w:ascii="Arial" w:hAnsi="Arial"/>
        </w:rPr>
        <w:t>So, I think blue would have a little more density, or it would kind of like sink to the bottom and hot will go on top, I don't think would mix. So, I think like maybe in the middle, maybe I’ll draw that, it'll be like a little purple because over time, maybe like the temperatures will even out and they'll mix but I think immediately they'll separate.</w:t>
      </w:r>
    </w:p>
    <w:p w14:paraId="3ED479DE" w14:textId="77777777" w:rsidR="00D261B9" w:rsidRDefault="00D261B9">
      <w:pPr>
        <w:spacing w:after="0"/>
      </w:pPr>
    </w:p>
    <w:p w14:paraId="7853FEA7" w14:textId="77777777" w:rsidR="00D261B9" w:rsidRDefault="001E1EF2">
      <w:pPr>
        <w:spacing w:after="0"/>
      </w:pPr>
      <w:r>
        <w:rPr>
          <w:rFonts w:ascii="Arial" w:hAnsi="Arial"/>
          <w:b/>
        </w:rPr>
        <w:t xml:space="preserve">Interviewer E:  </w:t>
      </w:r>
      <w:r>
        <w:rPr>
          <w:rFonts w:ascii="Arial" w:hAnsi="Arial"/>
          <w:color w:val="5D7284"/>
        </w:rPr>
        <w:t>06:22</w:t>
      </w:r>
    </w:p>
    <w:p w14:paraId="495D5809" w14:textId="77777777" w:rsidR="00D261B9" w:rsidRDefault="001E1EF2">
      <w:pPr>
        <w:spacing w:after="0"/>
      </w:pPr>
      <w:r>
        <w:rPr>
          <w:rFonts w:ascii="Arial" w:hAnsi="Arial"/>
        </w:rPr>
        <w:t>Okay, so a little mixing in the middle? Right, you can draw it if you want.</w:t>
      </w:r>
    </w:p>
    <w:p w14:paraId="1D07256B" w14:textId="77777777" w:rsidR="00D261B9" w:rsidRDefault="00D261B9">
      <w:pPr>
        <w:spacing w:after="0"/>
      </w:pPr>
    </w:p>
    <w:p w14:paraId="36332CAC" w14:textId="77777777" w:rsidR="00D261B9" w:rsidRDefault="001E1EF2">
      <w:pPr>
        <w:spacing w:after="0"/>
      </w:pPr>
      <w:r>
        <w:rPr>
          <w:rFonts w:ascii="Arial" w:hAnsi="Arial"/>
          <w:b/>
        </w:rPr>
        <w:t xml:space="preserve">Participant #16:  </w:t>
      </w:r>
      <w:r>
        <w:rPr>
          <w:rFonts w:ascii="Arial" w:hAnsi="Arial"/>
          <w:color w:val="5D7284"/>
        </w:rPr>
        <w:t>06:24</w:t>
      </w:r>
    </w:p>
    <w:p w14:paraId="6445A22A" w14:textId="77777777" w:rsidR="00D261B9" w:rsidRDefault="001E1EF2">
      <w:pPr>
        <w:spacing w:after="0"/>
      </w:pPr>
      <w:r>
        <w:rPr>
          <w:rFonts w:ascii="Arial" w:hAnsi="Arial"/>
        </w:rPr>
        <w:t>Yeah, as they start to settle.</w:t>
      </w:r>
    </w:p>
    <w:p w14:paraId="5E6B23BC" w14:textId="77777777" w:rsidR="00D261B9" w:rsidRDefault="00D261B9">
      <w:pPr>
        <w:spacing w:after="0"/>
      </w:pPr>
    </w:p>
    <w:p w14:paraId="4F46D483" w14:textId="77777777" w:rsidR="00D261B9" w:rsidRDefault="001E1EF2">
      <w:pPr>
        <w:spacing w:after="0"/>
      </w:pPr>
      <w:r>
        <w:rPr>
          <w:rFonts w:ascii="Arial" w:hAnsi="Arial"/>
          <w:b/>
        </w:rPr>
        <w:t xml:space="preserve">Interviewer E:  </w:t>
      </w:r>
      <w:r>
        <w:rPr>
          <w:rFonts w:ascii="Arial" w:hAnsi="Arial"/>
          <w:color w:val="5D7284"/>
        </w:rPr>
        <w:t>06:24</w:t>
      </w:r>
    </w:p>
    <w:p w14:paraId="6B539109" w14:textId="77777777" w:rsidR="00D261B9" w:rsidRDefault="001E1EF2">
      <w:pPr>
        <w:spacing w:after="0"/>
      </w:pPr>
      <w:r>
        <w:rPr>
          <w:rFonts w:ascii="Arial" w:hAnsi="Arial"/>
        </w:rPr>
        <w:t>Right, do you think you can show me what your hand with your hands again. What do you think it would do when I initially take it out?</w:t>
      </w:r>
    </w:p>
    <w:p w14:paraId="7FEFF23D" w14:textId="77777777" w:rsidR="00D261B9" w:rsidRDefault="00D261B9">
      <w:pPr>
        <w:spacing w:after="0"/>
      </w:pPr>
    </w:p>
    <w:p w14:paraId="332D049F" w14:textId="77777777" w:rsidR="00D261B9" w:rsidRDefault="001E1EF2">
      <w:pPr>
        <w:spacing w:after="0"/>
      </w:pPr>
      <w:r>
        <w:rPr>
          <w:rFonts w:ascii="Arial" w:hAnsi="Arial"/>
          <w:b/>
        </w:rPr>
        <w:t xml:space="preserve">Participant #16:  </w:t>
      </w:r>
      <w:r>
        <w:rPr>
          <w:rFonts w:ascii="Arial" w:hAnsi="Arial"/>
          <w:color w:val="5D7284"/>
        </w:rPr>
        <w:t>06:24</w:t>
      </w:r>
    </w:p>
    <w:p w14:paraId="61172858" w14:textId="36897F47" w:rsidR="00D261B9" w:rsidRDefault="001E1EF2">
      <w:pPr>
        <w:spacing w:after="0"/>
      </w:pPr>
      <w:r>
        <w:rPr>
          <w:rFonts w:ascii="Arial" w:hAnsi="Arial"/>
        </w:rPr>
        <w:t xml:space="preserve">So, right here. </w:t>
      </w:r>
      <w:r w:rsidR="00980B3A">
        <w:rPr>
          <w:rFonts w:ascii="Arial" w:hAnsi="Arial"/>
        </w:rPr>
        <w:t>So,</w:t>
      </w:r>
      <w:r>
        <w:rPr>
          <w:rFonts w:ascii="Arial" w:hAnsi="Arial"/>
        </w:rPr>
        <w:t xml:space="preserve"> I think, yeah, I think this one with the blue would go on bottom, red will go on top, I flipped the other one. I'm gonna change my answer and have it go like that. </w:t>
      </w:r>
    </w:p>
    <w:p w14:paraId="507396FA" w14:textId="77777777" w:rsidR="00D261B9" w:rsidRDefault="00D261B9">
      <w:pPr>
        <w:spacing w:after="0"/>
      </w:pPr>
    </w:p>
    <w:p w14:paraId="7D73DAF2" w14:textId="77777777" w:rsidR="00D261B9" w:rsidRDefault="001E1EF2">
      <w:pPr>
        <w:spacing w:after="0"/>
      </w:pPr>
      <w:r>
        <w:rPr>
          <w:rFonts w:ascii="Arial" w:hAnsi="Arial"/>
          <w:b/>
        </w:rPr>
        <w:t xml:space="preserve">Interviewer E:  </w:t>
      </w:r>
      <w:r>
        <w:rPr>
          <w:rFonts w:ascii="Arial" w:hAnsi="Arial"/>
          <w:color w:val="5D7284"/>
        </w:rPr>
        <w:t>06:58</w:t>
      </w:r>
    </w:p>
    <w:p w14:paraId="60A365DB" w14:textId="77777777" w:rsidR="00D261B9" w:rsidRDefault="001E1EF2">
      <w:pPr>
        <w:spacing w:after="0"/>
      </w:pPr>
      <w:r>
        <w:rPr>
          <w:rFonts w:ascii="Arial" w:hAnsi="Arial"/>
        </w:rPr>
        <w:t>Okay.</w:t>
      </w:r>
    </w:p>
    <w:p w14:paraId="77876AA2" w14:textId="77777777" w:rsidR="00D261B9" w:rsidRDefault="00D261B9">
      <w:pPr>
        <w:spacing w:after="0"/>
      </w:pPr>
    </w:p>
    <w:p w14:paraId="2112AE28" w14:textId="77777777" w:rsidR="00D261B9" w:rsidRDefault="001E1EF2">
      <w:pPr>
        <w:spacing w:after="0"/>
      </w:pPr>
      <w:r>
        <w:rPr>
          <w:rFonts w:ascii="Arial" w:hAnsi="Arial"/>
          <w:b/>
        </w:rPr>
        <w:t xml:space="preserve">Participant #16:  </w:t>
      </w:r>
      <w:r>
        <w:rPr>
          <w:rFonts w:ascii="Arial" w:hAnsi="Arial"/>
          <w:color w:val="5D7284"/>
        </w:rPr>
        <w:t>06:59</w:t>
      </w:r>
    </w:p>
    <w:p w14:paraId="64AFFE2F" w14:textId="77777777" w:rsidR="00D261B9" w:rsidRDefault="001E1EF2">
      <w:pPr>
        <w:spacing w:after="0"/>
      </w:pPr>
      <w:r>
        <w:rPr>
          <w:rFonts w:ascii="Arial" w:hAnsi="Arial"/>
        </w:rPr>
        <w:t xml:space="preserve">Because this one makes a little more sense to be like that. </w:t>
      </w:r>
    </w:p>
    <w:p w14:paraId="4EB7401E" w14:textId="77777777" w:rsidR="00D261B9" w:rsidRDefault="00D261B9">
      <w:pPr>
        <w:spacing w:after="0"/>
      </w:pPr>
    </w:p>
    <w:p w14:paraId="6723A014" w14:textId="77777777" w:rsidR="00D261B9" w:rsidRDefault="001E1EF2">
      <w:pPr>
        <w:spacing w:after="0"/>
      </w:pPr>
      <w:r>
        <w:rPr>
          <w:rFonts w:ascii="Arial" w:hAnsi="Arial"/>
          <w:b/>
        </w:rPr>
        <w:t xml:space="preserve">Interviewer E:  </w:t>
      </w:r>
      <w:r>
        <w:rPr>
          <w:rFonts w:ascii="Arial" w:hAnsi="Arial"/>
          <w:color w:val="5D7284"/>
        </w:rPr>
        <w:t>07:01</w:t>
      </w:r>
    </w:p>
    <w:p w14:paraId="5CC10FA8" w14:textId="44A69C2A" w:rsidR="00D261B9" w:rsidRDefault="001E1EF2">
      <w:pPr>
        <w:spacing w:after="0"/>
      </w:pPr>
      <w:r>
        <w:rPr>
          <w:rFonts w:ascii="Arial" w:hAnsi="Arial"/>
        </w:rPr>
        <w:t xml:space="preserve">So, the same, so the same temperature ones are going to combine instantly pretty much and these ones are just gonna go on top of </w:t>
      </w:r>
      <w:r w:rsidR="00980B3A">
        <w:rPr>
          <w:rFonts w:ascii="Arial" w:hAnsi="Arial"/>
        </w:rPr>
        <w:t>each other</w:t>
      </w:r>
      <w:r>
        <w:rPr>
          <w:rFonts w:ascii="Arial" w:hAnsi="Arial"/>
        </w:rPr>
        <w:t xml:space="preserve">. </w:t>
      </w:r>
    </w:p>
    <w:p w14:paraId="75828B8D" w14:textId="77777777" w:rsidR="00D261B9" w:rsidRDefault="00D261B9">
      <w:pPr>
        <w:spacing w:after="0"/>
      </w:pPr>
    </w:p>
    <w:p w14:paraId="2C30932A" w14:textId="77777777" w:rsidR="00D261B9" w:rsidRDefault="001E1EF2">
      <w:pPr>
        <w:spacing w:after="0"/>
      </w:pPr>
      <w:r>
        <w:rPr>
          <w:rFonts w:ascii="Arial" w:hAnsi="Arial"/>
          <w:b/>
        </w:rPr>
        <w:t xml:space="preserve">Interviewer P:  </w:t>
      </w:r>
      <w:r>
        <w:rPr>
          <w:rFonts w:ascii="Arial" w:hAnsi="Arial"/>
          <w:color w:val="5D7284"/>
        </w:rPr>
        <w:t>07:08</w:t>
      </w:r>
    </w:p>
    <w:p w14:paraId="5E8A7E29" w14:textId="77777777" w:rsidR="00D261B9" w:rsidRDefault="001E1EF2">
      <w:pPr>
        <w:spacing w:after="0"/>
      </w:pPr>
      <w:r>
        <w:rPr>
          <w:rFonts w:ascii="Arial" w:hAnsi="Arial"/>
        </w:rPr>
        <w:t xml:space="preserve">Okay, one more. </w:t>
      </w:r>
    </w:p>
    <w:p w14:paraId="0216C4D0" w14:textId="77777777" w:rsidR="00D261B9" w:rsidRDefault="00D261B9">
      <w:pPr>
        <w:spacing w:after="0"/>
      </w:pPr>
    </w:p>
    <w:p w14:paraId="3E8911D7" w14:textId="77777777" w:rsidR="00D261B9" w:rsidRDefault="001E1EF2">
      <w:pPr>
        <w:spacing w:after="0"/>
      </w:pPr>
      <w:r>
        <w:rPr>
          <w:rFonts w:ascii="Arial" w:hAnsi="Arial"/>
          <w:b/>
        </w:rPr>
        <w:t xml:space="preserve">Interviewer E:  </w:t>
      </w:r>
      <w:r>
        <w:rPr>
          <w:rFonts w:ascii="Arial" w:hAnsi="Arial"/>
          <w:color w:val="5D7284"/>
        </w:rPr>
        <w:t>07:11</w:t>
      </w:r>
    </w:p>
    <w:p w14:paraId="2B7E3A61" w14:textId="77777777" w:rsidR="00D261B9" w:rsidRDefault="001E1EF2">
      <w:pPr>
        <w:spacing w:after="0"/>
      </w:pPr>
      <w:r>
        <w:rPr>
          <w:rFonts w:ascii="Arial" w:hAnsi="Arial"/>
        </w:rPr>
        <w:t>All right, so I showed you green and yellow. The green being the container with salt in it and the yellow one is like freshwater. How do you think those will look like after a minute of lifting up the divider?</w:t>
      </w:r>
    </w:p>
    <w:p w14:paraId="24925A7B" w14:textId="77777777" w:rsidR="00D261B9" w:rsidRDefault="00D261B9">
      <w:pPr>
        <w:spacing w:after="0"/>
      </w:pPr>
    </w:p>
    <w:p w14:paraId="1DA5DFDA" w14:textId="77777777" w:rsidR="00D261B9" w:rsidRDefault="001E1EF2">
      <w:pPr>
        <w:spacing w:after="0"/>
      </w:pPr>
      <w:r>
        <w:rPr>
          <w:rFonts w:ascii="Arial" w:hAnsi="Arial"/>
          <w:b/>
        </w:rPr>
        <w:t xml:space="preserve">Participant #16:  </w:t>
      </w:r>
      <w:r>
        <w:rPr>
          <w:rFonts w:ascii="Arial" w:hAnsi="Arial"/>
          <w:color w:val="5D7284"/>
        </w:rPr>
        <w:t>07:33</w:t>
      </w:r>
    </w:p>
    <w:p w14:paraId="7F896663" w14:textId="77777777" w:rsidR="00D261B9" w:rsidRDefault="001E1EF2">
      <w:pPr>
        <w:spacing w:after="0"/>
      </w:pPr>
      <w:r>
        <w:rPr>
          <w:rFonts w:ascii="Arial" w:hAnsi="Arial"/>
        </w:rPr>
        <w:t>Sorry, I am like changing my answer. With this one, the one with salt would be more dense. And this would definitely go on the bottom, go like this. I don't think there'll be any mixing. Because it's like the temperatures. They'll eventually like even out to same temperature. But with one being saltwater and another being freshwater. They're completely different like solutions.</w:t>
      </w:r>
    </w:p>
    <w:p w14:paraId="5529ED02" w14:textId="77777777" w:rsidR="00D261B9" w:rsidRDefault="00D261B9">
      <w:pPr>
        <w:spacing w:after="0"/>
      </w:pPr>
    </w:p>
    <w:p w14:paraId="4476481C" w14:textId="77777777" w:rsidR="00D261B9" w:rsidRDefault="001E1EF2">
      <w:pPr>
        <w:spacing w:after="0"/>
      </w:pPr>
      <w:r>
        <w:rPr>
          <w:rFonts w:ascii="Arial" w:hAnsi="Arial"/>
          <w:b/>
        </w:rPr>
        <w:t xml:space="preserve">Interviewer E:  </w:t>
      </w:r>
      <w:r>
        <w:rPr>
          <w:rFonts w:ascii="Arial" w:hAnsi="Arial"/>
          <w:color w:val="5D7284"/>
        </w:rPr>
        <w:t>07:45</w:t>
      </w:r>
    </w:p>
    <w:p w14:paraId="08B9209C" w14:textId="77777777" w:rsidR="00D261B9" w:rsidRDefault="001E1EF2">
      <w:pPr>
        <w:spacing w:after="0"/>
      </w:pPr>
      <w:r>
        <w:rPr>
          <w:rFonts w:ascii="Arial" w:hAnsi="Arial"/>
        </w:rPr>
        <w:t>It's alright. Right.</w:t>
      </w:r>
    </w:p>
    <w:p w14:paraId="4124AA42" w14:textId="77777777" w:rsidR="00D261B9" w:rsidRDefault="00D261B9">
      <w:pPr>
        <w:spacing w:after="0"/>
      </w:pPr>
    </w:p>
    <w:p w14:paraId="36A4788C" w14:textId="77777777" w:rsidR="00D261B9" w:rsidRDefault="001E1EF2">
      <w:pPr>
        <w:spacing w:after="0"/>
      </w:pPr>
      <w:r>
        <w:rPr>
          <w:rFonts w:ascii="Arial" w:hAnsi="Arial"/>
          <w:b/>
        </w:rPr>
        <w:t xml:space="preserve">Participant #16:  </w:t>
      </w:r>
      <w:r>
        <w:rPr>
          <w:rFonts w:ascii="Arial" w:hAnsi="Arial"/>
          <w:color w:val="5D7284"/>
        </w:rPr>
        <w:t>08:35</w:t>
      </w:r>
    </w:p>
    <w:p w14:paraId="5EB17324" w14:textId="3246F364" w:rsidR="00D261B9" w:rsidRDefault="00980B3A">
      <w:pPr>
        <w:spacing w:after="0"/>
      </w:pPr>
      <w:r>
        <w:rPr>
          <w:rFonts w:ascii="Arial" w:hAnsi="Arial"/>
        </w:rPr>
        <w:t>So, they'll, they won't mix unless something is mixing them. So, I think this one will be like this.</w:t>
      </w:r>
    </w:p>
    <w:p w14:paraId="589B1593" w14:textId="77777777" w:rsidR="00D261B9" w:rsidRDefault="00D261B9">
      <w:pPr>
        <w:spacing w:after="0"/>
      </w:pPr>
    </w:p>
    <w:p w14:paraId="50979F03" w14:textId="77777777" w:rsidR="00D261B9" w:rsidRDefault="001E1EF2">
      <w:pPr>
        <w:spacing w:after="0"/>
      </w:pPr>
      <w:r>
        <w:rPr>
          <w:rFonts w:ascii="Arial" w:hAnsi="Arial"/>
          <w:b/>
        </w:rPr>
        <w:t xml:space="preserve">Interviewer E:  </w:t>
      </w:r>
      <w:r>
        <w:rPr>
          <w:rFonts w:ascii="Arial" w:hAnsi="Arial"/>
          <w:color w:val="5D7284"/>
        </w:rPr>
        <w:t>08:43</w:t>
      </w:r>
    </w:p>
    <w:p w14:paraId="63BC2488" w14:textId="7D85C4CB" w:rsidR="00D261B9" w:rsidRDefault="001E1EF2">
      <w:pPr>
        <w:spacing w:after="0"/>
      </w:pPr>
      <w:r>
        <w:rPr>
          <w:rFonts w:ascii="Arial" w:hAnsi="Arial"/>
        </w:rPr>
        <w:t xml:space="preserve">All right. So same temperature differences in density, one will be over the other one. All right great. Now we're going to actually do the demonstrations. The fun part. We're going to do the ones with with different temperature first and I'm going to try not to spill everywhere. These are two different </w:t>
      </w:r>
      <w:r w:rsidR="00980B3A">
        <w:rPr>
          <w:rFonts w:ascii="Arial" w:hAnsi="Arial"/>
        </w:rPr>
        <w:t>temperatures;</w:t>
      </w:r>
      <w:r>
        <w:rPr>
          <w:rFonts w:ascii="Arial" w:hAnsi="Arial"/>
        </w:rPr>
        <w:t xml:space="preserve"> blue is </w:t>
      </w:r>
      <w:r w:rsidR="00980B3A">
        <w:rPr>
          <w:rFonts w:ascii="Arial" w:hAnsi="Arial"/>
        </w:rPr>
        <w:t>cold,</w:t>
      </w:r>
      <w:r>
        <w:rPr>
          <w:rFonts w:ascii="Arial" w:hAnsi="Arial"/>
        </w:rPr>
        <w:t xml:space="preserve"> and red is hot.</w:t>
      </w:r>
    </w:p>
    <w:p w14:paraId="43D26B91" w14:textId="77777777" w:rsidR="00D261B9" w:rsidRDefault="00D261B9">
      <w:pPr>
        <w:spacing w:after="0"/>
      </w:pPr>
    </w:p>
    <w:p w14:paraId="7A7584AC" w14:textId="77777777" w:rsidR="00D261B9" w:rsidRDefault="001E1EF2">
      <w:pPr>
        <w:spacing w:after="0"/>
      </w:pPr>
      <w:r>
        <w:rPr>
          <w:rFonts w:ascii="Arial" w:hAnsi="Arial"/>
          <w:b/>
        </w:rPr>
        <w:t xml:space="preserve">Participant #16:  </w:t>
      </w:r>
      <w:r>
        <w:rPr>
          <w:rFonts w:ascii="Arial" w:hAnsi="Arial"/>
          <w:color w:val="5D7284"/>
        </w:rPr>
        <w:t>09:59</w:t>
      </w:r>
    </w:p>
    <w:p w14:paraId="096FA303" w14:textId="77777777" w:rsidR="00D261B9" w:rsidRDefault="001E1EF2">
      <w:pPr>
        <w:spacing w:after="0"/>
      </w:pPr>
      <w:r>
        <w:rPr>
          <w:rFonts w:ascii="Arial" w:hAnsi="Arial"/>
        </w:rPr>
        <w:t>It settled at the bottom and a little mixing...</w:t>
      </w:r>
    </w:p>
    <w:p w14:paraId="1ACD6C8E" w14:textId="77777777" w:rsidR="00D261B9" w:rsidRDefault="00D261B9">
      <w:pPr>
        <w:spacing w:after="0"/>
      </w:pPr>
    </w:p>
    <w:p w14:paraId="55CA3B7B" w14:textId="77777777" w:rsidR="00D261B9" w:rsidRDefault="001E1EF2">
      <w:pPr>
        <w:spacing w:after="0"/>
      </w:pPr>
      <w:r>
        <w:rPr>
          <w:rFonts w:ascii="Arial" w:hAnsi="Arial"/>
          <w:b/>
        </w:rPr>
        <w:t xml:space="preserve">Interviewer E:  </w:t>
      </w:r>
      <w:r>
        <w:rPr>
          <w:rFonts w:ascii="Arial" w:hAnsi="Arial"/>
          <w:color w:val="5D7284"/>
        </w:rPr>
        <w:t>10:17</w:t>
      </w:r>
    </w:p>
    <w:p w14:paraId="4A58CADB" w14:textId="77777777" w:rsidR="00D261B9" w:rsidRDefault="001E1EF2">
      <w:pPr>
        <w:spacing w:after="0"/>
      </w:pPr>
      <w:r>
        <w:rPr>
          <w:rFonts w:ascii="Arial" w:hAnsi="Arial"/>
        </w:rPr>
        <w:t xml:space="preserve">Your initial </w:t>
      </w:r>
      <w:r>
        <w:rPr>
          <w:rFonts w:ascii="Arial" w:hAnsi="Arial"/>
        </w:rPr>
        <w:t>prediction actually, and you said that you felt that why did you make a prediction of the waves on the bottle?</w:t>
      </w:r>
    </w:p>
    <w:p w14:paraId="4B6AFFFC" w14:textId="77777777" w:rsidR="00D261B9" w:rsidRDefault="00D261B9">
      <w:pPr>
        <w:spacing w:after="0"/>
      </w:pPr>
    </w:p>
    <w:p w14:paraId="62EB4AE0" w14:textId="77777777" w:rsidR="00D261B9" w:rsidRDefault="001E1EF2">
      <w:pPr>
        <w:spacing w:after="0"/>
      </w:pPr>
      <w:r>
        <w:rPr>
          <w:rFonts w:ascii="Arial" w:hAnsi="Arial"/>
          <w:b/>
        </w:rPr>
        <w:t xml:space="preserve">Participant #16:  </w:t>
      </w:r>
      <w:r>
        <w:rPr>
          <w:rFonts w:ascii="Arial" w:hAnsi="Arial"/>
          <w:color w:val="5D7284"/>
        </w:rPr>
        <w:t>10:27</w:t>
      </w:r>
    </w:p>
    <w:p w14:paraId="77A45587" w14:textId="77777777" w:rsidR="00D261B9" w:rsidRDefault="001E1EF2">
      <w:pPr>
        <w:spacing w:after="0"/>
      </w:pPr>
      <w:r>
        <w:rPr>
          <w:rFonts w:ascii="Arial" w:hAnsi="Arial"/>
        </w:rPr>
        <w:t>Um because, like how I think about cold, like substances have a little, like it's not solid, but it's has more density, I guess I don't know if that's the right word, but it will be, it will sink better than float, I don't even know, that's my answer.</w:t>
      </w:r>
    </w:p>
    <w:p w14:paraId="76721A4B" w14:textId="77777777" w:rsidR="00D261B9" w:rsidRDefault="00D261B9">
      <w:pPr>
        <w:spacing w:after="0"/>
      </w:pPr>
    </w:p>
    <w:p w14:paraId="1267B200" w14:textId="77777777" w:rsidR="00D261B9" w:rsidRDefault="001E1EF2">
      <w:pPr>
        <w:spacing w:after="0"/>
      </w:pPr>
      <w:r>
        <w:rPr>
          <w:rFonts w:ascii="Arial" w:hAnsi="Arial"/>
          <w:b/>
        </w:rPr>
        <w:t xml:space="preserve">Interviewer E:  </w:t>
      </w:r>
      <w:r>
        <w:rPr>
          <w:rFonts w:ascii="Arial" w:hAnsi="Arial"/>
          <w:color w:val="5D7284"/>
        </w:rPr>
        <w:t>10:49</w:t>
      </w:r>
    </w:p>
    <w:p w14:paraId="2F245C21" w14:textId="0FDB9E74" w:rsidR="00D261B9" w:rsidRDefault="001E1EF2">
      <w:pPr>
        <w:spacing w:after="0"/>
      </w:pPr>
      <w:r>
        <w:rPr>
          <w:rFonts w:ascii="Arial" w:hAnsi="Arial"/>
        </w:rPr>
        <w:t>So</w:t>
      </w:r>
      <w:r w:rsidR="00980B3A">
        <w:rPr>
          <w:rFonts w:ascii="Arial" w:hAnsi="Arial"/>
        </w:rPr>
        <w:t>,</w:t>
      </w:r>
      <w:r>
        <w:rPr>
          <w:rFonts w:ascii="Arial" w:hAnsi="Arial"/>
        </w:rPr>
        <w:t xml:space="preserve"> more dense will sink, okay, and then that's why the red is on top.</w:t>
      </w:r>
    </w:p>
    <w:p w14:paraId="20EF2552" w14:textId="77777777" w:rsidR="00D261B9" w:rsidRDefault="00D261B9">
      <w:pPr>
        <w:spacing w:after="0"/>
      </w:pPr>
    </w:p>
    <w:p w14:paraId="117791A2" w14:textId="77777777" w:rsidR="00D261B9" w:rsidRDefault="001E1EF2">
      <w:pPr>
        <w:spacing w:after="0"/>
      </w:pPr>
      <w:r>
        <w:rPr>
          <w:rFonts w:ascii="Arial" w:hAnsi="Arial"/>
          <w:b/>
        </w:rPr>
        <w:t xml:space="preserve">Participant #16:  </w:t>
      </w:r>
      <w:r>
        <w:rPr>
          <w:rFonts w:ascii="Arial" w:hAnsi="Arial"/>
          <w:color w:val="5D7284"/>
        </w:rPr>
        <w:t>10:55</w:t>
      </w:r>
    </w:p>
    <w:p w14:paraId="331ABB56" w14:textId="77777777" w:rsidR="00D261B9" w:rsidRDefault="001E1EF2">
      <w:pPr>
        <w:spacing w:after="0"/>
      </w:pPr>
      <w:r>
        <w:rPr>
          <w:rFonts w:ascii="Arial" w:hAnsi="Arial"/>
        </w:rPr>
        <w:t>I can't really explain this thing to you.</w:t>
      </w:r>
    </w:p>
    <w:p w14:paraId="239190A9" w14:textId="77777777" w:rsidR="00D261B9" w:rsidRDefault="00D261B9">
      <w:pPr>
        <w:spacing w:after="0"/>
      </w:pPr>
    </w:p>
    <w:p w14:paraId="226762A3" w14:textId="77777777" w:rsidR="00D261B9" w:rsidRDefault="001E1EF2">
      <w:pPr>
        <w:spacing w:after="0"/>
      </w:pPr>
      <w:r>
        <w:rPr>
          <w:rFonts w:ascii="Arial" w:hAnsi="Arial"/>
          <w:b/>
        </w:rPr>
        <w:lastRenderedPageBreak/>
        <w:t xml:space="preserve">Interviewer E:  </w:t>
      </w:r>
      <w:r>
        <w:rPr>
          <w:rFonts w:ascii="Arial" w:hAnsi="Arial"/>
          <w:color w:val="5D7284"/>
        </w:rPr>
        <w:t>10:58</w:t>
      </w:r>
    </w:p>
    <w:p w14:paraId="733FC660" w14:textId="77777777" w:rsidR="00D261B9" w:rsidRDefault="001E1EF2">
      <w:pPr>
        <w:spacing w:after="0"/>
      </w:pPr>
      <w:r>
        <w:rPr>
          <w:rFonts w:ascii="Arial" w:hAnsi="Arial"/>
        </w:rPr>
        <w:t>Did it. I mean, did it surprise you the way that it interacted with each other in the beginning?</w:t>
      </w:r>
    </w:p>
    <w:p w14:paraId="70AA55CC" w14:textId="77777777" w:rsidR="00D261B9" w:rsidRDefault="00D261B9">
      <w:pPr>
        <w:spacing w:after="0"/>
      </w:pPr>
    </w:p>
    <w:p w14:paraId="51AA55CA" w14:textId="77777777" w:rsidR="00D261B9" w:rsidRDefault="001E1EF2">
      <w:pPr>
        <w:spacing w:after="0"/>
      </w:pPr>
      <w:r>
        <w:rPr>
          <w:rFonts w:ascii="Arial" w:hAnsi="Arial"/>
          <w:b/>
        </w:rPr>
        <w:t xml:space="preserve">Participant #16:  </w:t>
      </w:r>
      <w:r>
        <w:rPr>
          <w:rFonts w:ascii="Arial" w:hAnsi="Arial"/>
          <w:color w:val="5D7284"/>
        </w:rPr>
        <w:t>11:02</w:t>
      </w:r>
    </w:p>
    <w:p w14:paraId="0EAA08C4" w14:textId="77777777" w:rsidR="00D261B9" w:rsidRDefault="001E1EF2">
      <w:pPr>
        <w:spacing w:after="0"/>
      </w:pPr>
      <w:r>
        <w:rPr>
          <w:rFonts w:ascii="Arial" w:hAnsi="Arial"/>
        </w:rPr>
        <w:t xml:space="preserve">Very it was it was like going in a circle it kind of switch in on itself. </w:t>
      </w:r>
    </w:p>
    <w:p w14:paraId="2C1F0DA3" w14:textId="77777777" w:rsidR="00D261B9" w:rsidRDefault="00D261B9">
      <w:pPr>
        <w:spacing w:after="0"/>
      </w:pPr>
    </w:p>
    <w:p w14:paraId="3E5AF62A" w14:textId="77777777" w:rsidR="00D261B9" w:rsidRDefault="001E1EF2">
      <w:pPr>
        <w:spacing w:after="0"/>
      </w:pPr>
      <w:r>
        <w:rPr>
          <w:rFonts w:ascii="Arial" w:hAnsi="Arial"/>
          <w:b/>
        </w:rPr>
        <w:t xml:space="preserve">Interviewer E:  </w:t>
      </w:r>
      <w:r>
        <w:rPr>
          <w:rFonts w:ascii="Arial" w:hAnsi="Arial"/>
          <w:color w:val="5D7284"/>
        </w:rPr>
        <w:t>11:08</w:t>
      </w:r>
    </w:p>
    <w:p w14:paraId="42A27BD4" w14:textId="77777777" w:rsidR="00D261B9" w:rsidRDefault="001E1EF2">
      <w:pPr>
        <w:spacing w:after="0"/>
      </w:pPr>
      <w:r>
        <w:rPr>
          <w:rFonts w:ascii="Arial" w:hAnsi="Arial"/>
        </w:rPr>
        <w:t xml:space="preserve">Yeah. </w:t>
      </w:r>
    </w:p>
    <w:p w14:paraId="6E75544C" w14:textId="77777777" w:rsidR="00D261B9" w:rsidRDefault="00D261B9">
      <w:pPr>
        <w:spacing w:after="0"/>
      </w:pPr>
    </w:p>
    <w:p w14:paraId="262FD11C" w14:textId="77777777" w:rsidR="00D261B9" w:rsidRDefault="001E1EF2">
      <w:pPr>
        <w:spacing w:after="0"/>
      </w:pPr>
      <w:r>
        <w:rPr>
          <w:rFonts w:ascii="Arial" w:hAnsi="Arial"/>
          <w:b/>
        </w:rPr>
        <w:t xml:space="preserve">Participant #16:  </w:t>
      </w:r>
      <w:r>
        <w:rPr>
          <w:rFonts w:ascii="Arial" w:hAnsi="Arial"/>
          <w:color w:val="5D7284"/>
        </w:rPr>
        <w:t>11:08</w:t>
      </w:r>
    </w:p>
    <w:p w14:paraId="1375EF6C" w14:textId="2006592F" w:rsidR="00D261B9" w:rsidRDefault="00980B3A">
      <w:pPr>
        <w:spacing w:after="0"/>
      </w:pPr>
      <w:r>
        <w:rPr>
          <w:rFonts w:ascii="Arial" w:hAnsi="Arial"/>
        </w:rPr>
        <w:t xml:space="preserve">So, I was I didn't know what it was going to do as first. </w:t>
      </w:r>
    </w:p>
    <w:p w14:paraId="2E6ECA51" w14:textId="77777777" w:rsidR="00D261B9" w:rsidRDefault="00D261B9">
      <w:pPr>
        <w:spacing w:after="0"/>
      </w:pPr>
    </w:p>
    <w:p w14:paraId="6B545539" w14:textId="77777777" w:rsidR="00D261B9" w:rsidRDefault="001E1EF2">
      <w:pPr>
        <w:spacing w:after="0"/>
      </w:pPr>
      <w:r>
        <w:rPr>
          <w:rFonts w:ascii="Arial" w:hAnsi="Arial"/>
          <w:b/>
        </w:rPr>
        <w:t xml:space="preserve">Interviewer E:  </w:t>
      </w:r>
      <w:r>
        <w:rPr>
          <w:rFonts w:ascii="Arial" w:hAnsi="Arial"/>
          <w:color w:val="5D7284"/>
        </w:rPr>
        <w:t>11:11</w:t>
      </w:r>
    </w:p>
    <w:p w14:paraId="1D5656B5" w14:textId="77777777" w:rsidR="00D261B9" w:rsidRDefault="001E1EF2">
      <w:pPr>
        <w:spacing w:after="0"/>
      </w:pPr>
      <w:r>
        <w:rPr>
          <w:rFonts w:ascii="Arial" w:hAnsi="Arial"/>
        </w:rPr>
        <w:t xml:space="preserve">Yeah, it's a lot of motion. </w:t>
      </w:r>
    </w:p>
    <w:p w14:paraId="14491FEB" w14:textId="77777777" w:rsidR="00D261B9" w:rsidRDefault="00D261B9">
      <w:pPr>
        <w:spacing w:after="0"/>
      </w:pPr>
    </w:p>
    <w:p w14:paraId="545A3CC2" w14:textId="77777777" w:rsidR="00D261B9" w:rsidRDefault="001E1EF2">
      <w:pPr>
        <w:spacing w:after="0"/>
      </w:pPr>
      <w:r>
        <w:rPr>
          <w:rFonts w:ascii="Arial" w:hAnsi="Arial"/>
          <w:b/>
        </w:rPr>
        <w:t xml:space="preserve">Participant #16:  </w:t>
      </w:r>
      <w:r>
        <w:rPr>
          <w:rFonts w:ascii="Arial" w:hAnsi="Arial"/>
          <w:color w:val="5D7284"/>
        </w:rPr>
        <w:t>11:12</w:t>
      </w:r>
    </w:p>
    <w:p w14:paraId="24D9B5C5" w14:textId="124156CC" w:rsidR="00D261B9" w:rsidRDefault="00980B3A">
      <w:pPr>
        <w:spacing w:after="0"/>
      </w:pPr>
      <w:r>
        <w:rPr>
          <w:rFonts w:ascii="Arial" w:hAnsi="Arial"/>
        </w:rPr>
        <w:t>Yeah, a lot of motion very interesting.</w:t>
      </w:r>
    </w:p>
    <w:p w14:paraId="4F1F117E" w14:textId="77777777" w:rsidR="00D261B9" w:rsidRDefault="00D261B9">
      <w:pPr>
        <w:spacing w:after="0"/>
      </w:pPr>
    </w:p>
    <w:p w14:paraId="75EF0130" w14:textId="77777777" w:rsidR="00D261B9" w:rsidRDefault="001E1EF2">
      <w:pPr>
        <w:spacing w:after="0"/>
      </w:pPr>
      <w:r>
        <w:rPr>
          <w:rFonts w:ascii="Arial" w:hAnsi="Arial"/>
          <w:b/>
        </w:rPr>
        <w:t xml:space="preserve">Interviewer P:  </w:t>
      </w:r>
      <w:r>
        <w:rPr>
          <w:rFonts w:ascii="Arial" w:hAnsi="Arial"/>
          <w:color w:val="5D7284"/>
        </w:rPr>
        <w:t>11:16</w:t>
      </w:r>
    </w:p>
    <w:p w14:paraId="6D0D7649" w14:textId="77777777" w:rsidR="00D261B9" w:rsidRDefault="001E1EF2">
      <w:pPr>
        <w:spacing w:after="0"/>
      </w:pPr>
      <w:r>
        <w:rPr>
          <w:rFonts w:ascii="Arial" w:hAnsi="Arial"/>
        </w:rPr>
        <w:t>Okay, how long do you think those layers will stay?</w:t>
      </w:r>
    </w:p>
    <w:p w14:paraId="387FC548" w14:textId="77777777" w:rsidR="00D261B9" w:rsidRDefault="00D261B9">
      <w:pPr>
        <w:spacing w:after="0"/>
      </w:pPr>
    </w:p>
    <w:p w14:paraId="18C03140" w14:textId="77777777" w:rsidR="00D261B9" w:rsidRDefault="001E1EF2">
      <w:pPr>
        <w:spacing w:after="0"/>
      </w:pPr>
      <w:r>
        <w:rPr>
          <w:rFonts w:ascii="Arial" w:hAnsi="Arial"/>
          <w:b/>
        </w:rPr>
        <w:t xml:space="preserve">Participant #16:  </w:t>
      </w:r>
      <w:r>
        <w:rPr>
          <w:rFonts w:ascii="Arial" w:hAnsi="Arial"/>
          <w:color w:val="5D7284"/>
        </w:rPr>
        <w:t>11:21</w:t>
      </w:r>
    </w:p>
    <w:p w14:paraId="202E32C7" w14:textId="3E6E552C" w:rsidR="00D261B9" w:rsidRDefault="001E1EF2">
      <w:pPr>
        <w:spacing w:after="0"/>
      </w:pPr>
      <w:r>
        <w:rPr>
          <w:rFonts w:ascii="Arial" w:hAnsi="Arial"/>
        </w:rPr>
        <w:t xml:space="preserve">I don't know, I think it has to be a couple of minutes because it seems like it's taken a little bit I </w:t>
      </w:r>
      <w:r w:rsidR="00980B3A">
        <w:rPr>
          <w:rFonts w:ascii="Arial" w:hAnsi="Arial"/>
        </w:rPr>
        <w:t>originally,</w:t>
      </w:r>
      <w:r>
        <w:rPr>
          <w:rFonts w:ascii="Arial" w:hAnsi="Arial"/>
        </w:rPr>
        <w:t xml:space="preserve"> I thought it would be it would be like two this for like 30 seconds and then they start to mix but it seems like it's taking a </w:t>
      </w:r>
      <w:r w:rsidR="00980B3A">
        <w:rPr>
          <w:rFonts w:ascii="Arial" w:hAnsi="Arial"/>
        </w:rPr>
        <w:t>while,</w:t>
      </w:r>
      <w:r>
        <w:rPr>
          <w:rFonts w:ascii="Arial" w:hAnsi="Arial"/>
        </w:rPr>
        <w:t xml:space="preserve"> so I feel like a couple minutes.</w:t>
      </w:r>
    </w:p>
    <w:p w14:paraId="275EBD8F" w14:textId="77777777" w:rsidR="00D261B9" w:rsidRDefault="00D261B9">
      <w:pPr>
        <w:spacing w:after="0"/>
      </w:pPr>
    </w:p>
    <w:p w14:paraId="789AD270" w14:textId="77777777" w:rsidR="00D261B9" w:rsidRDefault="001E1EF2">
      <w:pPr>
        <w:spacing w:after="0"/>
      </w:pPr>
      <w:r>
        <w:rPr>
          <w:rFonts w:ascii="Arial" w:hAnsi="Arial"/>
          <w:b/>
        </w:rPr>
        <w:t xml:space="preserve">Interviewer E:  </w:t>
      </w:r>
      <w:r>
        <w:rPr>
          <w:rFonts w:ascii="Arial" w:hAnsi="Arial"/>
          <w:color w:val="5D7284"/>
        </w:rPr>
        <w:t>11:38</w:t>
      </w:r>
    </w:p>
    <w:p w14:paraId="66881B6E" w14:textId="5E2DA3A4" w:rsidR="00D261B9" w:rsidRDefault="001E1EF2">
      <w:pPr>
        <w:spacing w:after="0"/>
      </w:pPr>
      <w:r>
        <w:rPr>
          <w:rFonts w:ascii="Arial" w:hAnsi="Arial"/>
        </w:rPr>
        <w:t xml:space="preserve">A couple </w:t>
      </w:r>
      <w:r w:rsidR="00980B3A">
        <w:rPr>
          <w:rFonts w:ascii="Arial" w:hAnsi="Arial"/>
        </w:rPr>
        <w:t>minutes.</w:t>
      </w:r>
    </w:p>
    <w:p w14:paraId="0E9137D6" w14:textId="77777777" w:rsidR="00D261B9" w:rsidRDefault="00D261B9">
      <w:pPr>
        <w:spacing w:after="0"/>
      </w:pPr>
    </w:p>
    <w:p w14:paraId="7417BD4B" w14:textId="77777777" w:rsidR="00D261B9" w:rsidRDefault="001E1EF2">
      <w:pPr>
        <w:spacing w:after="0"/>
      </w:pPr>
      <w:r>
        <w:rPr>
          <w:rFonts w:ascii="Arial" w:hAnsi="Arial"/>
          <w:b/>
        </w:rPr>
        <w:t xml:space="preserve">Participant #16:  </w:t>
      </w:r>
      <w:r>
        <w:rPr>
          <w:rFonts w:ascii="Arial" w:hAnsi="Arial"/>
          <w:color w:val="5D7284"/>
        </w:rPr>
        <w:t>11:40</w:t>
      </w:r>
    </w:p>
    <w:p w14:paraId="4DC5DB0F" w14:textId="77777777" w:rsidR="00D261B9" w:rsidRDefault="001E1EF2">
      <w:pPr>
        <w:spacing w:after="0"/>
      </w:pPr>
      <w:r>
        <w:rPr>
          <w:rFonts w:ascii="Arial" w:hAnsi="Arial"/>
        </w:rPr>
        <w:t>Yeah.</w:t>
      </w:r>
    </w:p>
    <w:p w14:paraId="3A71AF2F" w14:textId="77777777" w:rsidR="00D261B9" w:rsidRDefault="00D261B9">
      <w:pPr>
        <w:spacing w:after="0"/>
      </w:pPr>
    </w:p>
    <w:p w14:paraId="365A64A8" w14:textId="77777777" w:rsidR="00D261B9" w:rsidRDefault="001E1EF2">
      <w:pPr>
        <w:spacing w:after="0"/>
      </w:pPr>
      <w:r>
        <w:rPr>
          <w:rFonts w:ascii="Arial" w:hAnsi="Arial"/>
          <w:b/>
        </w:rPr>
        <w:t xml:space="preserve">Interviewer P:  </w:t>
      </w:r>
      <w:r>
        <w:rPr>
          <w:rFonts w:ascii="Arial" w:hAnsi="Arial"/>
          <w:color w:val="5D7284"/>
        </w:rPr>
        <w:t>11:41</w:t>
      </w:r>
    </w:p>
    <w:p w14:paraId="44D45EEB" w14:textId="77777777" w:rsidR="00D261B9" w:rsidRDefault="001E1EF2">
      <w:pPr>
        <w:spacing w:after="0"/>
      </w:pPr>
      <w:r>
        <w:rPr>
          <w:rFonts w:ascii="Arial" w:hAnsi="Arial"/>
        </w:rPr>
        <w:t xml:space="preserve">And then when it looks </w:t>
      </w:r>
      <w:r>
        <w:rPr>
          <w:rFonts w:ascii="Arial" w:hAnsi="Arial"/>
        </w:rPr>
        <w:t>more like this?</w:t>
      </w:r>
    </w:p>
    <w:p w14:paraId="224A27B4" w14:textId="77777777" w:rsidR="00D261B9" w:rsidRDefault="00D261B9">
      <w:pPr>
        <w:spacing w:after="0"/>
      </w:pPr>
    </w:p>
    <w:p w14:paraId="11E1DF10" w14:textId="77777777" w:rsidR="00D261B9" w:rsidRDefault="001E1EF2">
      <w:pPr>
        <w:spacing w:after="0"/>
      </w:pPr>
      <w:r>
        <w:rPr>
          <w:rFonts w:ascii="Arial" w:hAnsi="Arial"/>
          <w:b/>
        </w:rPr>
        <w:t xml:space="preserve">Participant #16:  </w:t>
      </w:r>
      <w:r>
        <w:rPr>
          <w:rFonts w:ascii="Arial" w:hAnsi="Arial"/>
          <w:color w:val="5D7284"/>
        </w:rPr>
        <w:t>11:43</w:t>
      </w:r>
    </w:p>
    <w:p w14:paraId="213724E8" w14:textId="77777777" w:rsidR="00D261B9" w:rsidRDefault="001E1EF2">
      <w:pPr>
        <w:spacing w:after="0"/>
      </w:pPr>
      <w:r>
        <w:rPr>
          <w:rFonts w:ascii="Arial" w:hAnsi="Arial"/>
        </w:rPr>
        <w:t xml:space="preserve">I think so. </w:t>
      </w:r>
    </w:p>
    <w:p w14:paraId="5B8FA5AE" w14:textId="77777777" w:rsidR="00D261B9" w:rsidRDefault="00D261B9">
      <w:pPr>
        <w:spacing w:after="0"/>
      </w:pPr>
    </w:p>
    <w:p w14:paraId="30D3F667" w14:textId="77777777" w:rsidR="00D261B9" w:rsidRDefault="001E1EF2">
      <w:pPr>
        <w:spacing w:after="0"/>
      </w:pPr>
      <w:r>
        <w:rPr>
          <w:rFonts w:ascii="Arial" w:hAnsi="Arial"/>
          <w:b/>
        </w:rPr>
        <w:t xml:space="preserve">Interviewer E:  </w:t>
      </w:r>
      <w:r>
        <w:rPr>
          <w:rFonts w:ascii="Arial" w:hAnsi="Arial"/>
          <w:color w:val="5D7284"/>
        </w:rPr>
        <w:t>11:44</w:t>
      </w:r>
    </w:p>
    <w:p w14:paraId="4EA0A05D" w14:textId="05E72752" w:rsidR="00D261B9" w:rsidRDefault="001E1EF2">
      <w:pPr>
        <w:spacing w:after="0"/>
      </w:pPr>
      <w:r>
        <w:rPr>
          <w:rFonts w:ascii="Arial" w:hAnsi="Arial"/>
        </w:rPr>
        <w:t xml:space="preserve">Yeah. The color as soon as the so are you saying like as soon as the temperature or do you think they're mixed at different points. Or do you think when the temperature changes it'll </w:t>
      </w:r>
      <w:r w:rsidR="00980B3A">
        <w:rPr>
          <w:rFonts w:ascii="Arial" w:hAnsi="Arial"/>
        </w:rPr>
        <w:t>mix,</w:t>
      </w:r>
      <w:r>
        <w:rPr>
          <w:rFonts w:ascii="Arial" w:hAnsi="Arial"/>
        </w:rPr>
        <w:t xml:space="preserve"> or do you think it'll mix before the temperatures are the same? </w:t>
      </w:r>
    </w:p>
    <w:p w14:paraId="0334EC8D" w14:textId="77777777" w:rsidR="00D261B9" w:rsidRDefault="00D261B9">
      <w:pPr>
        <w:spacing w:after="0"/>
      </w:pPr>
    </w:p>
    <w:p w14:paraId="20638BC1" w14:textId="77777777" w:rsidR="00D261B9" w:rsidRDefault="001E1EF2">
      <w:pPr>
        <w:spacing w:after="0"/>
      </w:pPr>
      <w:r>
        <w:rPr>
          <w:rFonts w:ascii="Arial" w:hAnsi="Arial"/>
          <w:b/>
        </w:rPr>
        <w:t xml:space="preserve">Participant #16:  </w:t>
      </w:r>
      <w:r>
        <w:rPr>
          <w:rFonts w:ascii="Arial" w:hAnsi="Arial"/>
          <w:color w:val="5D7284"/>
        </w:rPr>
        <w:t>11:58</w:t>
      </w:r>
    </w:p>
    <w:p w14:paraId="25F53D3D" w14:textId="77777777" w:rsidR="00D261B9" w:rsidRDefault="001E1EF2">
      <w:pPr>
        <w:spacing w:after="0"/>
      </w:pPr>
      <w:r>
        <w:rPr>
          <w:rFonts w:ascii="Arial" w:hAnsi="Arial"/>
        </w:rPr>
        <w:lastRenderedPageBreak/>
        <w:t>I think I think once the temperature starts to even out, then it'll start mixing, it might be other.</w:t>
      </w:r>
    </w:p>
    <w:p w14:paraId="4C3B1AA3" w14:textId="77777777" w:rsidR="00D261B9" w:rsidRDefault="00D261B9">
      <w:pPr>
        <w:spacing w:after="0"/>
      </w:pPr>
    </w:p>
    <w:p w14:paraId="1279B204" w14:textId="77777777" w:rsidR="00D261B9" w:rsidRDefault="001E1EF2">
      <w:pPr>
        <w:spacing w:after="0"/>
      </w:pPr>
      <w:r>
        <w:rPr>
          <w:rFonts w:ascii="Arial" w:hAnsi="Arial"/>
          <w:b/>
        </w:rPr>
        <w:t xml:space="preserve">Interviewer E:  </w:t>
      </w:r>
      <w:r>
        <w:rPr>
          <w:rFonts w:ascii="Arial" w:hAnsi="Arial"/>
          <w:color w:val="5D7284"/>
        </w:rPr>
        <w:t>12:09</w:t>
      </w:r>
    </w:p>
    <w:p w14:paraId="61AEEBEA" w14:textId="77777777" w:rsidR="00D261B9" w:rsidRDefault="001E1EF2">
      <w:pPr>
        <w:spacing w:after="0"/>
      </w:pPr>
      <w:r>
        <w:rPr>
          <w:rFonts w:ascii="Arial" w:hAnsi="Arial"/>
        </w:rPr>
        <w:t>Simultaneously?</w:t>
      </w:r>
    </w:p>
    <w:p w14:paraId="0E9D4D26" w14:textId="77777777" w:rsidR="00D261B9" w:rsidRDefault="00D261B9">
      <w:pPr>
        <w:spacing w:after="0"/>
      </w:pPr>
    </w:p>
    <w:p w14:paraId="43A555D0" w14:textId="77777777" w:rsidR="00D261B9" w:rsidRDefault="001E1EF2">
      <w:pPr>
        <w:spacing w:after="0"/>
      </w:pPr>
      <w:r>
        <w:rPr>
          <w:rFonts w:ascii="Arial" w:hAnsi="Arial"/>
          <w:b/>
        </w:rPr>
        <w:t xml:space="preserve">Participant #16:  </w:t>
      </w:r>
      <w:r>
        <w:rPr>
          <w:rFonts w:ascii="Arial" w:hAnsi="Arial"/>
          <w:color w:val="5D7284"/>
        </w:rPr>
        <w:t>12:10</w:t>
      </w:r>
    </w:p>
    <w:p w14:paraId="38D9F071" w14:textId="77777777" w:rsidR="00D261B9" w:rsidRDefault="001E1EF2">
      <w:pPr>
        <w:spacing w:after="0"/>
      </w:pPr>
      <w:r>
        <w:rPr>
          <w:rFonts w:ascii="Arial" w:hAnsi="Arial"/>
        </w:rPr>
        <w:t>Yeah.</w:t>
      </w:r>
    </w:p>
    <w:p w14:paraId="1BE9FDC3" w14:textId="77777777" w:rsidR="00D261B9" w:rsidRDefault="00D261B9">
      <w:pPr>
        <w:spacing w:after="0"/>
      </w:pPr>
    </w:p>
    <w:p w14:paraId="7AB8EC17" w14:textId="77777777" w:rsidR="00D261B9" w:rsidRDefault="001E1EF2">
      <w:pPr>
        <w:spacing w:after="0"/>
      </w:pPr>
      <w:r>
        <w:rPr>
          <w:rFonts w:ascii="Arial" w:hAnsi="Arial"/>
          <w:b/>
        </w:rPr>
        <w:t xml:space="preserve">Interviewer E:  </w:t>
      </w:r>
      <w:r>
        <w:rPr>
          <w:rFonts w:ascii="Arial" w:hAnsi="Arial"/>
          <w:color w:val="5D7284"/>
        </w:rPr>
        <w:t>12:11</w:t>
      </w:r>
    </w:p>
    <w:p w14:paraId="23462EC9" w14:textId="77777777" w:rsidR="00D261B9" w:rsidRDefault="001E1EF2">
      <w:pPr>
        <w:spacing w:after="0"/>
      </w:pPr>
      <w:r>
        <w:rPr>
          <w:rFonts w:ascii="Arial" w:hAnsi="Arial"/>
        </w:rPr>
        <w:t>Alright cool, okay, now we're going to do the next one, I will take this. Now we're going to do the the water with the same temperatures red and blue.</w:t>
      </w:r>
    </w:p>
    <w:p w14:paraId="567D953B" w14:textId="77777777" w:rsidR="00D261B9" w:rsidRDefault="00D261B9">
      <w:pPr>
        <w:spacing w:after="0"/>
      </w:pPr>
    </w:p>
    <w:p w14:paraId="2AD2EBD3" w14:textId="77777777" w:rsidR="00D261B9" w:rsidRDefault="001E1EF2">
      <w:pPr>
        <w:spacing w:after="0"/>
      </w:pPr>
      <w:r>
        <w:rPr>
          <w:rFonts w:ascii="Arial" w:hAnsi="Arial"/>
          <w:b/>
        </w:rPr>
        <w:t xml:space="preserve">Participant #16:  </w:t>
      </w:r>
      <w:r>
        <w:rPr>
          <w:rFonts w:ascii="Arial" w:hAnsi="Arial"/>
          <w:color w:val="5D7284"/>
        </w:rPr>
        <w:t>12:26</w:t>
      </w:r>
    </w:p>
    <w:p w14:paraId="78ADCD00" w14:textId="77777777" w:rsidR="00D261B9" w:rsidRDefault="001E1EF2">
      <w:pPr>
        <w:spacing w:after="0"/>
      </w:pPr>
      <w:r>
        <w:rPr>
          <w:rFonts w:ascii="Arial" w:hAnsi="Arial"/>
        </w:rPr>
        <w:t>It's so weird how they are mixing, like the colors.</w:t>
      </w:r>
    </w:p>
    <w:p w14:paraId="3E9E608D" w14:textId="77777777" w:rsidR="00D261B9" w:rsidRDefault="00D261B9">
      <w:pPr>
        <w:spacing w:after="0"/>
      </w:pPr>
    </w:p>
    <w:p w14:paraId="5CEADC1C" w14:textId="77777777" w:rsidR="00D261B9" w:rsidRDefault="001E1EF2">
      <w:pPr>
        <w:spacing w:after="0"/>
      </w:pPr>
      <w:r>
        <w:rPr>
          <w:rFonts w:ascii="Arial" w:hAnsi="Arial"/>
          <w:b/>
        </w:rPr>
        <w:t xml:space="preserve">Interviewer E:  </w:t>
      </w:r>
      <w:r>
        <w:rPr>
          <w:rFonts w:ascii="Arial" w:hAnsi="Arial"/>
          <w:color w:val="5D7284"/>
        </w:rPr>
        <w:t>13:13</w:t>
      </w:r>
    </w:p>
    <w:p w14:paraId="390B04AD" w14:textId="77777777" w:rsidR="00D261B9" w:rsidRDefault="001E1EF2">
      <w:pPr>
        <w:spacing w:after="0"/>
      </w:pPr>
      <w:r>
        <w:rPr>
          <w:rFonts w:ascii="Arial" w:hAnsi="Arial"/>
        </w:rPr>
        <w:t>It is very pretty.</w:t>
      </w:r>
    </w:p>
    <w:p w14:paraId="76BF26E7" w14:textId="77777777" w:rsidR="00D261B9" w:rsidRDefault="00D261B9">
      <w:pPr>
        <w:spacing w:after="0"/>
      </w:pPr>
    </w:p>
    <w:p w14:paraId="1E4465C1" w14:textId="77777777" w:rsidR="00D261B9" w:rsidRDefault="001E1EF2">
      <w:pPr>
        <w:spacing w:after="0"/>
      </w:pPr>
      <w:r>
        <w:rPr>
          <w:rFonts w:ascii="Arial" w:hAnsi="Arial"/>
          <w:b/>
        </w:rPr>
        <w:t xml:space="preserve">Participant #16:  </w:t>
      </w:r>
      <w:r>
        <w:rPr>
          <w:rFonts w:ascii="Arial" w:hAnsi="Arial"/>
          <w:color w:val="5D7284"/>
        </w:rPr>
        <w:t>13:15</w:t>
      </w:r>
    </w:p>
    <w:p w14:paraId="41005DED" w14:textId="77777777" w:rsidR="00D261B9" w:rsidRDefault="001E1EF2">
      <w:pPr>
        <w:spacing w:after="0"/>
      </w:pPr>
      <w:r>
        <w:rPr>
          <w:rFonts w:ascii="Arial" w:hAnsi="Arial"/>
        </w:rPr>
        <w:t>Yeah. It's not like...</w:t>
      </w:r>
    </w:p>
    <w:p w14:paraId="46202B82" w14:textId="77777777" w:rsidR="00D261B9" w:rsidRDefault="00D261B9">
      <w:pPr>
        <w:spacing w:after="0"/>
      </w:pPr>
    </w:p>
    <w:p w14:paraId="5B31EEF8" w14:textId="77777777" w:rsidR="00D261B9" w:rsidRDefault="001E1EF2">
      <w:pPr>
        <w:spacing w:after="0"/>
      </w:pPr>
      <w:r>
        <w:rPr>
          <w:rFonts w:ascii="Arial" w:hAnsi="Arial"/>
          <w:b/>
        </w:rPr>
        <w:t xml:space="preserve">Interviewer E:  </w:t>
      </w:r>
      <w:r>
        <w:rPr>
          <w:rFonts w:ascii="Arial" w:hAnsi="Arial"/>
          <w:color w:val="5D7284"/>
        </w:rPr>
        <w:t>13:43</w:t>
      </w:r>
    </w:p>
    <w:p w14:paraId="25A98AA5" w14:textId="77777777" w:rsidR="00D261B9" w:rsidRDefault="001E1EF2">
      <w:pPr>
        <w:spacing w:after="0"/>
      </w:pPr>
      <w:r>
        <w:rPr>
          <w:rFonts w:ascii="Arial" w:hAnsi="Arial"/>
        </w:rPr>
        <w:t>So, compared to your original prediction, you know, it's obviously different.</w:t>
      </w:r>
    </w:p>
    <w:p w14:paraId="74389AA7" w14:textId="77777777" w:rsidR="00D261B9" w:rsidRDefault="00D261B9">
      <w:pPr>
        <w:spacing w:after="0"/>
      </w:pPr>
    </w:p>
    <w:p w14:paraId="3A91FA25" w14:textId="77777777" w:rsidR="00D261B9" w:rsidRDefault="001E1EF2">
      <w:pPr>
        <w:spacing w:after="0"/>
      </w:pPr>
      <w:r>
        <w:rPr>
          <w:rFonts w:ascii="Arial" w:hAnsi="Arial"/>
          <w:b/>
        </w:rPr>
        <w:t xml:space="preserve">Participant #16:  </w:t>
      </w:r>
      <w:r>
        <w:rPr>
          <w:rFonts w:ascii="Arial" w:hAnsi="Arial"/>
          <w:color w:val="5D7284"/>
        </w:rPr>
        <w:t>13:50</w:t>
      </w:r>
    </w:p>
    <w:p w14:paraId="0D36327D" w14:textId="77777777" w:rsidR="00D261B9" w:rsidRDefault="001E1EF2">
      <w:pPr>
        <w:spacing w:after="0"/>
      </w:pPr>
      <w:r>
        <w:rPr>
          <w:rFonts w:ascii="Arial" w:hAnsi="Arial"/>
        </w:rPr>
        <w:t>Yeah, I think the like, without something actually mixing. It's not going to completely make purple. But I think since it's the same temperature, there's no barrier for them not to like collide and make this so.</w:t>
      </w:r>
    </w:p>
    <w:p w14:paraId="733B9F1A" w14:textId="77777777" w:rsidR="00D261B9" w:rsidRDefault="00D261B9">
      <w:pPr>
        <w:spacing w:after="0"/>
      </w:pPr>
    </w:p>
    <w:p w14:paraId="5153A367" w14:textId="77777777" w:rsidR="00D261B9" w:rsidRDefault="001E1EF2">
      <w:pPr>
        <w:spacing w:after="0"/>
      </w:pPr>
      <w:r>
        <w:rPr>
          <w:rFonts w:ascii="Arial" w:hAnsi="Arial"/>
          <w:b/>
        </w:rPr>
        <w:t xml:space="preserve">Interviewer E:  </w:t>
      </w:r>
      <w:r>
        <w:rPr>
          <w:rFonts w:ascii="Arial" w:hAnsi="Arial"/>
          <w:color w:val="5D7284"/>
        </w:rPr>
        <w:t>14:09</w:t>
      </w:r>
    </w:p>
    <w:p w14:paraId="10B0831C" w14:textId="77777777" w:rsidR="00D261B9" w:rsidRDefault="001E1EF2">
      <w:pPr>
        <w:spacing w:after="0"/>
      </w:pPr>
      <w:r>
        <w:rPr>
          <w:rFonts w:ascii="Arial" w:hAnsi="Arial"/>
        </w:rPr>
        <w:t>Right would you think eventually they would mix?</w:t>
      </w:r>
    </w:p>
    <w:p w14:paraId="5EA270BC" w14:textId="77777777" w:rsidR="00D261B9" w:rsidRDefault="00D261B9">
      <w:pPr>
        <w:spacing w:after="0"/>
      </w:pPr>
    </w:p>
    <w:p w14:paraId="18CBB28B" w14:textId="77777777" w:rsidR="00D261B9" w:rsidRDefault="001E1EF2">
      <w:pPr>
        <w:spacing w:after="0"/>
      </w:pPr>
      <w:r>
        <w:rPr>
          <w:rFonts w:ascii="Arial" w:hAnsi="Arial"/>
          <w:b/>
        </w:rPr>
        <w:t xml:space="preserve">Participant #16:  </w:t>
      </w:r>
      <w:r>
        <w:rPr>
          <w:rFonts w:ascii="Arial" w:hAnsi="Arial"/>
          <w:color w:val="5D7284"/>
        </w:rPr>
        <w:t>14:15</w:t>
      </w:r>
    </w:p>
    <w:p w14:paraId="598D3498" w14:textId="77777777" w:rsidR="00D261B9" w:rsidRDefault="001E1EF2">
      <w:pPr>
        <w:spacing w:after="0"/>
      </w:pPr>
      <w:r>
        <w:rPr>
          <w:rFonts w:ascii="Arial" w:hAnsi="Arial"/>
        </w:rPr>
        <w:t xml:space="preserve">I don't think so. Without like a force completely mixing it. I think maybe colors will disperse more but I don't think they will completely like purple. </w:t>
      </w:r>
    </w:p>
    <w:p w14:paraId="19278A9B" w14:textId="77777777" w:rsidR="00D261B9" w:rsidRDefault="00D261B9">
      <w:pPr>
        <w:spacing w:after="0"/>
      </w:pPr>
    </w:p>
    <w:p w14:paraId="1CFD188E" w14:textId="77777777" w:rsidR="00D261B9" w:rsidRDefault="001E1EF2">
      <w:pPr>
        <w:spacing w:after="0"/>
      </w:pPr>
      <w:r>
        <w:rPr>
          <w:rFonts w:ascii="Arial" w:hAnsi="Arial"/>
          <w:b/>
        </w:rPr>
        <w:t xml:space="preserve">Interviewer E:  </w:t>
      </w:r>
      <w:r>
        <w:rPr>
          <w:rFonts w:ascii="Arial" w:hAnsi="Arial"/>
          <w:color w:val="5D7284"/>
        </w:rPr>
        <w:t>14:27</w:t>
      </w:r>
    </w:p>
    <w:p w14:paraId="34A3B490" w14:textId="77777777" w:rsidR="00D261B9" w:rsidRDefault="001E1EF2">
      <w:pPr>
        <w:spacing w:after="0"/>
      </w:pPr>
      <w:r>
        <w:rPr>
          <w:rFonts w:ascii="Arial" w:hAnsi="Arial"/>
        </w:rPr>
        <w:t>Right, did the beginning surprise you at all when I initially took it out how they interact with each other.</w:t>
      </w:r>
    </w:p>
    <w:p w14:paraId="0752BBE7" w14:textId="77777777" w:rsidR="00D261B9" w:rsidRDefault="00D261B9">
      <w:pPr>
        <w:spacing w:after="0"/>
      </w:pPr>
    </w:p>
    <w:p w14:paraId="0BFF3A41" w14:textId="77777777" w:rsidR="00D261B9" w:rsidRDefault="001E1EF2">
      <w:pPr>
        <w:spacing w:after="0"/>
      </w:pPr>
      <w:r>
        <w:rPr>
          <w:rFonts w:ascii="Arial" w:hAnsi="Arial"/>
          <w:b/>
        </w:rPr>
        <w:t xml:space="preserve">Participant #16:  </w:t>
      </w:r>
      <w:r>
        <w:rPr>
          <w:rFonts w:ascii="Arial" w:hAnsi="Arial"/>
          <w:color w:val="5D7284"/>
        </w:rPr>
        <w:t>14:34</w:t>
      </w:r>
    </w:p>
    <w:p w14:paraId="596A7EF7" w14:textId="340D4254" w:rsidR="00D261B9" w:rsidRDefault="001E1EF2">
      <w:pPr>
        <w:spacing w:after="0"/>
      </w:pPr>
      <w:r>
        <w:rPr>
          <w:rFonts w:ascii="Arial" w:hAnsi="Arial"/>
        </w:rPr>
        <w:t xml:space="preserve">It was very like slow fluid. And that's </w:t>
      </w:r>
      <w:r w:rsidR="00980B3A">
        <w:rPr>
          <w:rFonts w:ascii="Arial" w:hAnsi="Arial"/>
        </w:rPr>
        <w:t>awesome</w:t>
      </w:r>
      <w:r>
        <w:rPr>
          <w:rFonts w:ascii="Arial" w:hAnsi="Arial"/>
        </w:rPr>
        <w:t xml:space="preserve"> but but yeah, it was surprising. That's really cool. It seems like it like this side was blue. No, this side was blue this side was red.</w:t>
      </w:r>
    </w:p>
    <w:p w14:paraId="6595C223" w14:textId="77777777" w:rsidR="00D261B9" w:rsidRDefault="00D261B9">
      <w:pPr>
        <w:spacing w:after="0"/>
      </w:pPr>
    </w:p>
    <w:p w14:paraId="3D45B4F2" w14:textId="77777777" w:rsidR="00D261B9" w:rsidRDefault="001E1EF2">
      <w:pPr>
        <w:spacing w:after="0"/>
      </w:pPr>
      <w:r>
        <w:rPr>
          <w:rFonts w:ascii="Arial" w:hAnsi="Arial"/>
          <w:b/>
        </w:rPr>
        <w:t xml:space="preserve">Interviewer P:  </w:t>
      </w:r>
      <w:r>
        <w:rPr>
          <w:rFonts w:ascii="Arial" w:hAnsi="Arial"/>
          <w:color w:val="5D7284"/>
        </w:rPr>
        <w:t>14:51</w:t>
      </w:r>
    </w:p>
    <w:p w14:paraId="363B87E6" w14:textId="77777777" w:rsidR="00D261B9" w:rsidRDefault="001E1EF2">
      <w:pPr>
        <w:spacing w:after="0"/>
      </w:pPr>
      <w:r>
        <w:rPr>
          <w:rFonts w:ascii="Arial" w:hAnsi="Arial"/>
        </w:rPr>
        <w:t>I think this one was blue.</w:t>
      </w:r>
    </w:p>
    <w:p w14:paraId="24D9502F" w14:textId="77777777" w:rsidR="00D261B9" w:rsidRDefault="00D261B9">
      <w:pPr>
        <w:spacing w:after="0"/>
      </w:pPr>
    </w:p>
    <w:p w14:paraId="3FE5D572" w14:textId="77777777" w:rsidR="00D261B9" w:rsidRDefault="001E1EF2">
      <w:pPr>
        <w:spacing w:after="0"/>
      </w:pPr>
      <w:r>
        <w:rPr>
          <w:rFonts w:ascii="Arial" w:hAnsi="Arial"/>
          <w:b/>
        </w:rPr>
        <w:t xml:space="preserve">Participant #16:  </w:t>
      </w:r>
      <w:r>
        <w:rPr>
          <w:rFonts w:ascii="Arial" w:hAnsi="Arial"/>
          <w:color w:val="5D7284"/>
        </w:rPr>
        <w:t>14:53</w:t>
      </w:r>
    </w:p>
    <w:p w14:paraId="6F3A3CFE" w14:textId="77777777" w:rsidR="00D261B9" w:rsidRDefault="001E1EF2">
      <w:pPr>
        <w:spacing w:after="0"/>
      </w:pPr>
      <w:r>
        <w:rPr>
          <w:rFonts w:ascii="Arial" w:hAnsi="Arial"/>
        </w:rPr>
        <w:t>And that one's red.</w:t>
      </w:r>
    </w:p>
    <w:p w14:paraId="2842E086" w14:textId="77777777" w:rsidR="00D261B9" w:rsidRDefault="00D261B9">
      <w:pPr>
        <w:spacing w:after="0"/>
      </w:pPr>
    </w:p>
    <w:p w14:paraId="28AC3F16" w14:textId="77777777" w:rsidR="00D261B9" w:rsidRDefault="001E1EF2">
      <w:pPr>
        <w:spacing w:after="0"/>
      </w:pPr>
      <w:r>
        <w:rPr>
          <w:rFonts w:ascii="Arial" w:hAnsi="Arial"/>
          <w:b/>
        </w:rPr>
        <w:t xml:space="preserve">Interviewer E:  </w:t>
      </w:r>
      <w:r>
        <w:rPr>
          <w:rFonts w:ascii="Arial" w:hAnsi="Arial"/>
          <w:color w:val="5D7284"/>
        </w:rPr>
        <w:t>15:00</w:t>
      </w:r>
    </w:p>
    <w:p w14:paraId="72FCF0A0" w14:textId="77777777" w:rsidR="00D261B9" w:rsidRDefault="001E1EF2">
      <w:pPr>
        <w:spacing w:after="0"/>
      </w:pPr>
      <w:r>
        <w:rPr>
          <w:rFonts w:ascii="Arial" w:hAnsi="Arial"/>
        </w:rPr>
        <w:t>Alright now we are going to do, one more, which is the saltwater versus freshwater. You're pretty right</w:t>
      </w:r>
      <w:r>
        <w:rPr>
          <w:rFonts w:ascii="Arial" w:hAnsi="Arial"/>
        </w:rPr>
        <w:t xml:space="preserve"> on as far as a minute of your initial sketch there.</w:t>
      </w:r>
    </w:p>
    <w:p w14:paraId="6CA82ED2" w14:textId="77777777" w:rsidR="00D261B9" w:rsidRDefault="00D261B9">
      <w:pPr>
        <w:spacing w:after="0"/>
      </w:pPr>
    </w:p>
    <w:p w14:paraId="0B192282" w14:textId="77777777" w:rsidR="00D261B9" w:rsidRDefault="001E1EF2">
      <w:pPr>
        <w:spacing w:after="0"/>
      </w:pPr>
      <w:r>
        <w:rPr>
          <w:rFonts w:ascii="Arial" w:hAnsi="Arial"/>
          <w:b/>
        </w:rPr>
        <w:t xml:space="preserve">Participant #16:  </w:t>
      </w:r>
      <w:r>
        <w:rPr>
          <w:rFonts w:ascii="Arial" w:hAnsi="Arial"/>
          <w:color w:val="5D7284"/>
        </w:rPr>
        <w:t>16:33</w:t>
      </w:r>
    </w:p>
    <w:p w14:paraId="5E4D7E36" w14:textId="77777777" w:rsidR="00D261B9" w:rsidRDefault="001E1EF2">
      <w:pPr>
        <w:spacing w:after="0"/>
      </w:pPr>
      <w:r>
        <w:rPr>
          <w:rFonts w:ascii="Arial" w:hAnsi="Arial"/>
        </w:rPr>
        <w:t>Yeah, this was the one I was like most sure about.</w:t>
      </w:r>
    </w:p>
    <w:p w14:paraId="5DEFC52B" w14:textId="77777777" w:rsidR="00D261B9" w:rsidRDefault="00D261B9">
      <w:pPr>
        <w:spacing w:after="0"/>
      </w:pPr>
    </w:p>
    <w:p w14:paraId="526BDD82" w14:textId="77777777" w:rsidR="00D261B9" w:rsidRDefault="001E1EF2">
      <w:pPr>
        <w:spacing w:after="0"/>
      </w:pPr>
      <w:r>
        <w:rPr>
          <w:rFonts w:ascii="Arial" w:hAnsi="Arial"/>
          <w:b/>
        </w:rPr>
        <w:t xml:space="preserve">Interviewer E:  </w:t>
      </w:r>
      <w:r>
        <w:rPr>
          <w:rFonts w:ascii="Arial" w:hAnsi="Arial"/>
          <w:color w:val="5D7284"/>
        </w:rPr>
        <w:t>16:36</w:t>
      </w:r>
    </w:p>
    <w:p w14:paraId="0F1DAABB" w14:textId="77777777" w:rsidR="00D261B9" w:rsidRDefault="001E1EF2">
      <w:pPr>
        <w:spacing w:after="0"/>
      </w:pPr>
      <w:r>
        <w:rPr>
          <w:rFonts w:ascii="Arial" w:hAnsi="Arial"/>
        </w:rPr>
        <w:t>Yeah.</w:t>
      </w:r>
    </w:p>
    <w:p w14:paraId="002B8DFF" w14:textId="77777777" w:rsidR="00D261B9" w:rsidRDefault="00D261B9">
      <w:pPr>
        <w:spacing w:after="0"/>
      </w:pPr>
    </w:p>
    <w:p w14:paraId="21F31CBF" w14:textId="77777777" w:rsidR="00D261B9" w:rsidRDefault="001E1EF2">
      <w:pPr>
        <w:spacing w:after="0"/>
      </w:pPr>
      <w:r>
        <w:rPr>
          <w:rFonts w:ascii="Arial" w:hAnsi="Arial"/>
          <w:b/>
        </w:rPr>
        <w:t xml:space="preserve">Participant #16:  </w:t>
      </w:r>
      <w:r>
        <w:rPr>
          <w:rFonts w:ascii="Arial" w:hAnsi="Arial"/>
          <w:color w:val="5D7284"/>
        </w:rPr>
        <w:t>16:37</w:t>
      </w:r>
    </w:p>
    <w:p w14:paraId="06A28C34" w14:textId="0A5894AB" w:rsidR="00D261B9" w:rsidRDefault="001E1EF2">
      <w:pPr>
        <w:spacing w:after="0"/>
      </w:pPr>
      <w:r>
        <w:rPr>
          <w:rFonts w:ascii="Arial" w:hAnsi="Arial"/>
        </w:rPr>
        <w:t xml:space="preserve">Because I know like if you have a </w:t>
      </w:r>
      <w:r w:rsidR="00980B3A">
        <w:rPr>
          <w:rFonts w:ascii="Arial" w:hAnsi="Arial"/>
        </w:rPr>
        <w:t>solution,</w:t>
      </w:r>
      <w:r>
        <w:rPr>
          <w:rFonts w:ascii="Arial" w:hAnsi="Arial"/>
        </w:rPr>
        <w:t xml:space="preserve"> and one is like pure one has a compound or something in it'll form at the bottom and the other solution will be at the top.</w:t>
      </w:r>
    </w:p>
    <w:p w14:paraId="24E96D53" w14:textId="77777777" w:rsidR="00D261B9" w:rsidRDefault="00D261B9">
      <w:pPr>
        <w:spacing w:after="0"/>
      </w:pPr>
    </w:p>
    <w:p w14:paraId="2A13D91A" w14:textId="77777777" w:rsidR="00D261B9" w:rsidRDefault="001E1EF2">
      <w:pPr>
        <w:spacing w:after="0"/>
      </w:pPr>
      <w:r>
        <w:rPr>
          <w:rFonts w:ascii="Arial" w:hAnsi="Arial"/>
          <w:b/>
        </w:rPr>
        <w:t xml:space="preserve">Interviewer E:  </w:t>
      </w:r>
      <w:r>
        <w:rPr>
          <w:rFonts w:ascii="Arial" w:hAnsi="Arial"/>
          <w:color w:val="5D7284"/>
        </w:rPr>
        <w:t>16:51</w:t>
      </w:r>
    </w:p>
    <w:p w14:paraId="567C8D04" w14:textId="77777777" w:rsidR="00D261B9" w:rsidRDefault="001E1EF2">
      <w:pPr>
        <w:spacing w:after="0"/>
      </w:pPr>
      <w:r>
        <w:rPr>
          <w:rFonts w:ascii="Arial" w:hAnsi="Arial"/>
        </w:rPr>
        <w:t>Have you done something like this similar? Or does this is this coming from like an experience outside of school?</w:t>
      </w:r>
    </w:p>
    <w:p w14:paraId="033AB2BD" w14:textId="77777777" w:rsidR="00D261B9" w:rsidRDefault="00D261B9">
      <w:pPr>
        <w:spacing w:after="0"/>
      </w:pPr>
    </w:p>
    <w:p w14:paraId="7DE7BFCB" w14:textId="77777777" w:rsidR="00D261B9" w:rsidRDefault="001E1EF2">
      <w:pPr>
        <w:spacing w:after="0"/>
      </w:pPr>
      <w:r>
        <w:rPr>
          <w:rFonts w:ascii="Arial" w:hAnsi="Arial"/>
          <w:b/>
        </w:rPr>
        <w:t xml:space="preserve">Participant #16:  </w:t>
      </w:r>
      <w:r>
        <w:rPr>
          <w:rFonts w:ascii="Arial" w:hAnsi="Arial"/>
          <w:color w:val="5D7284"/>
        </w:rPr>
        <w:t>16:58</w:t>
      </w:r>
    </w:p>
    <w:p w14:paraId="3EB5C55C" w14:textId="77777777" w:rsidR="00D261B9" w:rsidRDefault="001E1EF2">
      <w:pPr>
        <w:spacing w:after="0"/>
      </w:pPr>
      <w:r>
        <w:rPr>
          <w:rFonts w:ascii="Arial" w:hAnsi="Arial"/>
        </w:rPr>
        <w:t>No, it was chemistry but it's just principles that I've learned in chemistry.</w:t>
      </w:r>
    </w:p>
    <w:p w14:paraId="5E613981" w14:textId="77777777" w:rsidR="00D261B9" w:rsidRDefault="00D261B9">
      <w:pPr>
        <w:spacing w:after="0"/>
      </w:pPr>
    </w:p>
    <w:p w14:paraId="52E7F6F5" w14:textId="77777777" w:rsidR="00D261B9" w:rsidRDefault="001E1EF2">
      <w:pPr>
        <w:spacing w:after="0"/>
      </w:pPr>
      <w:r>
        <w:rPr>
          <w:rFonts w:ascii="Arial" w:hAnsi="Arial"/>
          <w:b/>
        </w:rPr>
        <w:t xml:space="preserve">Interviewer E:  </w:t>
      </w:r>
      <w:r>
        <w:rPr>
          <w:rFonts w:ascii="Arial" w:hAnsi="Arial"/>
          <w:color w:val="5D7284"/>
        </w:rPr>
        <w:t>17:01</w:t>
      </w:r>
    </w:p>
    <w:p w14:paraId="27FA00D4" w14:textId="77777777" w:rsidR="00D261B9" w:rsidRDefault="001E1EF2">
      <w:pPr>
        <w:spacing w:after="0"/>
      </w:pPr>
      <w:r>
        <w:rPr>
          <w:rFonts w:ascii="Arial" w:hAnsi="Arial"/>
        </w:rPr>
        <w:t xml:space="preserve">Right. </w:t>
      </w:r>
    </w:p>
    <w:p w14:paraId="3CFE871A" w14:textId="77777777" w:rsidR="00D261B9" w:rsidRDefault="00D261B9">
      <w:pPr>
        <w:spacing w:after="0"/>
      </w:pPr>
    </w:p>
    <w:p w14:paraId="0B91D23B" w14:textId="77777777" w:rsidR="00D261B9" w:rsidRDefault="001E1EF2">
      <w:pPr>
        <w:spacing w:after="0"/>
      </w:pPr>
      <w:r>
        <w:rPr>
          <w:rFonts w:ascii="Arial" w:hAnsi="Arial"/>
          <w:b/>
        </w:rPr>
        <w:t xml:space="preserve">Participant #16:  </w:t>
      </w:r>
      <w:r>
        <w:rPr>
          <w:rFonts w:ascii="Arial" w:hAnsi="Arial"/>
          <w:color w:val="5D7284"/>
        </w:rPr>
        <w:t>17:03</w:t>
      </w:r>
    </w:p>
    <w:p w14:paraId="743AD67B" w14:textId="77777777" w:rsidR="00D261B9" w:rsidRDefault="001E1EF2">
      <w:pPr>
        <w:spacing w:after="0"/>
      </w:pPr>
      <w:r>
        <w:rPr>
          <w:rFonts w:ascii="Arial" w:hAnsi="Arial"/>
        </w:rPr>
        <w:t xml:space="preserve">I'm trying to think of like the wording for the temperature one because this one would be density because the salt water is more dense and know like with temperature and being colder like the particles interact more which make it heavier but I don't know that dense is the right word for why that happens. But definitely the saltwater is more dense. </w:t>
      </w:r>
    </w:p>
    <w:p w14:paraId="10431D9B" w14:textId="77777777" w:rsidR="00D261B9" w:rsidRDefault="00D261B9">
      <w:pPr>
        <w:spacing w:after="0"/>
      </w:pPr>
    </w:p>
    <w:p w14:paraId="79D36C97" w14:textId="77777777" w:rsidR="00D261B9" w:rsidRDefault="001E1EF2">
      <w:pPr>
        <w:spacing w:after="0"/>
      </w:pPr>
      <w:r>
        <w:rPr>
          <w:rFonts w:ascii="Arial" w:hAnsi="Arial"/>
          <w:b/>
        </w:rPr>
        <w:t xml:space="preserve">Interviewer E:  </w:t>
      </w:r>
      <w:r>
        <w:rPr>
          <w:rFonts w:ascii="Arial" w:hAnsi="Arial"/>
          <w:color w:val="5D7284"/>
        </w:rPr>
        <w:t>17:26</w:t>
      </w:r>
    </w:p>
    <w:p w14:paraId="3EF9E048" w14:textId="557A181E" w:rsidR="00D261B9" w:rsidRDefault="001E1EF2">
      <w:pPr>
        <w:spacing w:after="0"/>
      </w:pPr>
      <w:r>
        <w:rPr>
          <w:rFonts w:ascii="Arial" w:hAnsi="Arial"/>
        </w:rPr>
        <w:t xml:space="preserve">I like that word if it </w:t>
      </w:r>
      <w:r w:rsidR="00980B3A">
        <w:rPr>
          <w:rFonts w:ascii="Arial" w:hAnsi="Arial"/>
        </w:rPr>
        <w:t>makes</w:t>
      </w:r>
      <w:r>
        <w:rPr>
          <w:rFonts w:ascii="Arial" w:hAnsi="Arial"/>
        </w:rPr>
        <w:t xml:space="preserve"> you feel any better. Well with time or ever do you think it would potentially mix together?</w:t>
      </w:r>
    </w:p>
    <w:p w14:paraId="131DF490" w14:textId="77777777" w:rsidR="00D261B9" w:rsidRDefault="00D261B9">
      <w:pPr>
        <w:spacing w:after="0"/>
      </w:pPr>
    </w:p>
    <w:p w14:paraId="7F3BF9F2" w14:textId="77777777" w:rsidR="00D261B9" w:rsidRDefault="001E1EF2">
      <w:pPr>
        <w:spacing w:after="0"/>
      </w:pPr>
      <w:r>
        <w:rPr>
          <w:rFonts w:ascii="Arial" w:hAnsi="Arial"/>
          <w:b/>
        </w:rPr>
        <w:t xml:space="preserve">Participant #16:  </w:t>
      </w:r>
      <w:r>
        <w:rPr>
          <w:rFonts w:ascii="Arial" w:hAnsi="Arial"/>
          <w:color w:val="5D7284"/>
        </w:rPr>
        <w:t>17:39</w:t>
      </w:r>
    </w:p>
    <w:p w14:paraId="3AF0BD9D" w14:textId="77777777" w:rsidR="00D261B9" w:rsidRDefault="001E1EF2">
      <w:pPr>
        <w:spacing w:after="0"/>
      </w:pPr>
      <w:r>
        <w:rPr>
          <w:rFonts w:ascii="Arial" w:hAnsi="Arial"/>
        </w:rPr>
        <w:t>I want to say no without like before like anything mixing both together if they're just show but yeah, I wanna say no.</w:t>
      </w:r>
    </w:p>
    <w:p w14:paraId="40A6FDE3" w14:textId="77777777" w:rsidR="00D261B9" w:rsidRDefault="00D261B9">
      <w:pPr>
        <w:spacing w:after="0"/>
      </w:pPr>
    </w:p>
    <w:p w14:paraId="6166BCBD" w14:textId="77777777" w:rsidR="00D261B9" w:rsidRDefault="001E1EF2">
      <w:pPr>
        <w:spacing w:after="0"/>
      </w:pPr>
      <w:r>
        <w:rPr>
          <w:rFonts w:ascii="Arial" w:hAnsi="Arial"/>
          <w:b/>
        </w:rPr>
        <w:t xml:space="preserve">Interviewer E:  </w:t>
      </w:r>
      <w:r>
        <w:rPr>
          <w:rFonts w:ascii="Arial" w:hAnsi="Arial"/>
          <w:color w:val="5D7284"/>
        </w:rPr>
        <w:t>18:01</w:t>
      </w:r>
    </w:p>
    <w:p w14:paraId="3D637F3E" w14:textId="77777777" w:rsidR="00D261B9" w:rsidRDefault="001E1EF2">
      <w:pPr>
        <w:spacing w:after="0"/>
      </w:pPr>
      <w:r>
        <w:rPr>
          <w:rFonts w:ascii="Arial" w:hAnsi="Arial"/>
        </w:rPr>
        <w:t>Okay, so you think it will never mix unless somebody like physically mixes it.</w:t>
      </w:r>
    </w:p>
    <w:p w14:paraId="2D154C89" w14:textId="77777777" w:rsidR="00D261B9" w:rsidRDefault="00D261B9">
      <w:pPr>
        <w:spacing w:after="0"/>
      </w:pPr>
    </w:p>
    <w:p w14:paraId="2525E389" w14:textId="77777777" w:rsidR="00D261B9" w:rsidRDefault="001E1EF2">
      <w:pPr>
        <w:spacing w:after="0"/>
      </w:pPr>
      <w:r>
        <w:rPr>
          <w:rFonts w:ascii="Arial" w:hAnsi="Arial"/>
          <w:b/>
        </w:rPr>
        <w:t xml:space="preserve">Participant #16:  </w:t>
      </w:r>
      <w:r>
        <w:rPr>
          <w:rFonts w:ascii="Arial" w:hAnsi="Arial"/>
          <w:color w:val="5D7284"/>
        </w:rPr>
        <w:t>18:04</w:t>
      </w:r>
    </w:p>
    <w:p w14:paraId="3996C85A" w14:textId="77777777" w:rsidR="00D261B9" w:rsidRDefault="001E1EF2">
      <w:pPr>
        <w:spacing w:after="0"/>
      </w:pPr>
      <w:r>
        <w:rPr>
          <w:rFonts w:ascii="Arial" w:hAnsi="Arial"/>
        </w:rPr>
        <w:t>Yeah.</w:t>
      </w:r>
    </w:p>
    <w:p w14:paraId="6890E668" w14:textId="77777777" w:rsidR="00D261B9" w:rsidRDefault="00D261B9">
      <w:pPr>
        <w:spacing w:after="0"/>
      </w:pPr>
    </w:p>
    <w:p w14:paraId="19E40916" w14:textId="77777777" w:rsidR="00D261B9" w:rsidRDefault="001E1EF2">
      <w:pPr>
        <w:spacing w:after="0"/>
      </w:pPr>
      <w:r>
        <w:rPr>
          <w:rFonts w:ascii="Arial" w:hAnsi="Arial"/>
          <w:b/>
        </w:rPr>
        <w:t xml:space="preserve">Interviewer E:  </w:t>
      </w:r>
      <w:r>
        <w:rPr>
          <w:rFonts w:ascii="Arial" w:hAnsi="Arial"/>
          <w:color w:val="5D7284"/>
        </w:rPr>
        <w:t>18:06</w:t>
      </w:r>
    </w:p>
    <w:p w14:paraId="5C3D5AA5" w14:textId="77777777" w:rsidR="00D261B9" w:rsidRDefault="001E1EF2">
      <w:pPr>
        <w:spacing w:after="0"/>
      </w:pPr>
      <w:r>
        <w:rPr>
          <w:rFonts w:ascii="Arial" w:hAnsi="Arial"/>
        </w:rPr>
        <w:t>That's fair. Alright, we are done with this fun, I don't know what these are called. Alright so next I'm going to actually show you the we took some time lapse videos of these, um show you what each one of them does after a certain amount of time.</w:t>
      </w:r>
    </w:p>
    <w:p w14:paraId="38CB5AFC" w14:textId="77777777" w:rsidR="00D261B9" w:rsidRDefault="00D261B9">
      <w:pPr>
        <w:spacing w:after="0"/>
      </w:pPr>
    </w:p>
    <w:p w14:paraId="6C6E56BA" w14:textId="77777777" w:rsidR="00D261B9" w:rsidRDefault="001E1EF2">
      <w:pPr>
        <w:spacing w:after="0"/>
      </w:pPr>
      <w:r>
        <w:rPr>
          <w:rFonts w:ascii="Arial" w:hAnsi="Arial"/>
          <w:b/>
        </w:rPr>
        <w:t xml:space="preserve">Interviewer P:  </w:t>
      </w:r>
      <w:r>
        <w:rPr>
          <w:rFonts w:ascii="Arial" w:hAnsi="Arial"/>
          <w:color w:val="5D7284"/>
        </w:rPr>
        <w:t>18:50</w:t>
      </w:r>
    </w:p>
    <w:p w14:paraId="60020DF6" w14:textId="77777777" w:rsidR="00D261B9" w:rsidRDefault="001E1EF2">
      <w:pPr>
        <w:spacing w:after="0"/>
      </w:pPr>
      <w:r>
        <w:rPr>
          <w:rFonts w:ascii="Arial" w:hAnsi="Arial"/>
        </w:rPr>
        <w:t>Which one do you want to do first?</w:t>
      </w:r>
    </w:p>
    <w:p w14:paraId="49DE81E4" w14:textId="77777777" w:rsidR="00D261B9" w:rsidRDefault="00D261B9">
      <w:pPr>
        <w:spacing w:after="0"/>
      </w:pPr>
    </w:p>
    <w:p w14:paraId="7829D467" w14:textId="77777777" w:rsidR="00D261B9" w:rsidRDefault="001E1EF2">
      <w:pPr>
        <w:spacing w:after="0"/>
      </w:pPr>
      <w:r>
        <w:rPr>
          <w:rFonts w:ascii="Arial" w:hAnsi="Arial"/>
          <w:b/>
        </w:rPr>
        <w:t xml:space="preserve">Interviewer E:  </w:t>
      </w:r>
      <w:r>
        <w:rPr>
          <w:rFonts w:ascii="Arial" w:hAnsi="Arial"/>
          <w:color w:val="5D7284"/>
        </w:rPr>
        <w:t>18:52</w:t>
      </w:r>
    </w:p>
    <w:p w14:paraId="77C665AE" w14:textId="77777777" w:rsidR="00D261B9" w:rsidRDefault="001E1EF2">
      <w:pPr>
        <w:spacing w:after="0"/>
      </w:pPr>
      <w:r>
        <w:rPr>
          <w:rFonts w:ascii="Arial" w:hAnsi="Arial"/>
        </w:rPr>
        <w:t>We can do the temperature varying one's.</w:t>
      </w:r>
    </w:p>
    <w:p w14:paraId="1137C491" w14:textId="77777777" w:rsidR="00D261B9" w:rsidRDefault="00D261B9">
      <w:pPr>
        <w:spacing w:after="0"/>
      </w:pPr>
    </w:p>
    <w:p w14:paraId="237CA7FF" w14:textId="77777777" w:rsidR="00D261B9" w:rsidRDefault="001E1EF2">
      <w:pPr>
        <w:spacing w:after="0"/>
      </w:pPr>
      <w:r>
        <w:rPr>
          <w:rFonts w:ascii="Arial" w:hAnsi="Arial"/>
          <w:b/>
        </w:rPr>
        <w:t xml:space="preserve">Interviewer P:  </w:t>
      </w:r>
      <w:r>
        <w:rPr>
          <w:rFonts w:ascii="Arial" w:hAnsi="Arial"/>
          <w:color w:val="5D7284"/>
        </w:rPr>
        <w:t>19:01</w:t>
      </w:r>
    </w:p>
    <w:p w14:paraId="0045B9C2" w14:textId="77777777" w:rsidR="00D261B9" w:rsidRDefault="001E1EF2">
      <w:pPr>
        <w:spacing w:after="0"/>
      </w:pPr>
      <w:r>
        <w:rPr>
          <w:rFonts w:ascii="Arial" w:hAnsi="Arial"/>
        </w:rPr>
        <w:t>Alright so this is the video itself lasts 30 seconds...</w:t>
      </w:r>
    </w:p>
    <w:p w14:paraId="0DF3EBF8" w14:textId="77777777" w:rsidR="00D261B9" w:rsidRDefault="00D261B9">
      <w:pPr>
        <w:spacing w:after="0"/>
      </w:pPr>
    </w:p>
    <w:p w14:paraId="61B04E2D" w14:textId="77777777" w:rsidR="00D261B9" w:rsidRDefault="001E1EF2">
      <w:pPr>
        <w:spacing w:after="0"/>
      </w:pPr>
      <w:r>
        <w:rPr>
          <w:rFonts w:ascii="Arial" w:hAnsi="Arial"/>
          <w:b/>
        </w:rPr>
        <w:t xml:space="preserve">Participant #16:  </w:t>
      </w:r>
      <w:r>
        <w:rPr>
          <w:rFonts w:ascii="Arial" w:hAnsi="Arial"/>
          <w:color w:val="5D7284"/>
        </w:rPr>
        <w:t>19:14</w:t>
      </w:r>
    </w:p>
    <w:p w14:paraId="43B40EB0" w14:textId="3EBB9D30" w:rsidR="00D261B9" w:rsidRDefault="00980B3A">
      <w:pPr>
        <w:spacing w:after="0"/>
      </w:pPr>
      <w:r>
        <w:rPr>
          <w:rFonts w:ascii="Arial" w:hAnsi="Arial"/>
        </w:rPr>
        <w:t>...It like dissolved... I'm gonna say like five to 10 minutes. Five to seven.</w:t>
      </w:r>
    </w:p>
    <w:p w14:paraId="6DA44908" w14:textId="77777777" w:rsidR="00D261B9" w:rsidRDefault="00D261B9">
      <w:pPr>
        <w:spacing w:after="0"/>
      </w:pPr>
    </w:p>
    <w:p w14:paraId="5292A29A" w14:textId="77777777" w:rsidR="00D261B9" w:rsidRDefault="001E1EF2">
      <w:pPr>
        <w:spacing w:after="0"/>
      </w:pPr>
      <w:r>
        <w:rPr>
          <w:rFonts w:ascii="Arial" w:hAnsi="Arial"/>
          <w:b/>
        </w:rPr>
        <w:t xml:space="preserve">Interviewer E:  </w:t>
      </w:r>
      <w:r>
        <w:rPr>
          <w:rFonts w:ascii="Arial" w:hAnsi="Arial"/>
          <w:color w:val="5D7284"/>
        </w:rPr>
        <w:t>19:51</w:t>
      </w:r>
    </w:p>
    <w:p w14:paraId="5E74E0F5" w14:textId="77777777" w:rsidR="00D261B9" w:rsidRDefault="001E1EF2">
      <w:pPr>
        <w:spacing w:after="0"/>
      </w:pPr>
      <w:r>
        <w:rPr>
          <w:rFonts w:ascii="Arial" w:hAnsi="Arial"/>
        </w:rPr>
        <w:t xml:space="preserve">Alright so this was 33 seconds. How long, so obviously you know it's a time lapse video how long do you think that 33 seconds was in like real time? Five to seven. Okay, well actually it's an </w:t>
      </w:r>
      <w:r>
        <w:rPr>
          <w:rFonts w:ascii="Arial" w:hAnsi="Arial"/>
        </w:rPr>
        <w:t>hour.</w:t>
      </w:r>
    </w:p>
    <w:p w14:paraId="44E7103D" w14:textId="77777777" w:rsidR="00D261B9" w:rsidRDefault="00D261B9">
      <w:pPr>
        <w:spacing w:after="0"/>
      </w:pPr>
    </w:p>
    <w:p w14:paraId="6F66C9F3" w14:textId="77777777" w:rsidR="00D261B9" w:rsidRDefault="001E1EF2">
      <w:pPr>
        <w:spacing w:after="0"/>
      </w:pPr>
      <w:r>
        <w:rPr>
          <w:rFonts w:ascii="Arial" w:hAnsi="Arial"/>
          <w:b/>
        </w:rPr>
        <w:t xml:space="preserve">Participant #16:  </w:t>
      </w:r>
      <w:r>
        <w:rPr>
          <w:rFonts w:ascii="Arial" w:hAnsi="Arial"/>
          <w:color w:val="5D7284"/>
        </w:rPr>
        <w:t>20:19</w:t>
      </w:r>
    </w:p>
    <w:p w14:paraId="555E6EA8" w14:textId="77777777" w:rsidR="00D261B9" w:rsidRDefault="001E1EF2">
      <w:pPr>
        <w:spacing w:after="0"/>
      </w:pPr>
      <w:r>
        <w:rPr>
          <w:rFonts w:ascii="Arial" w:hAnsi="Arial"/>
        </w:rPr>
        <w:t>Oh. Wow.</w:t>
      </w:r>
    </w:p>
    <w:p w14:paraId="22C7F4C8" w14:textId="77777777" w:rsidR="00D261B9" w:rsidRDefault="00D261B9">
      <w:pPr>
        <w:spacing w:after="0"/>
      </w:pPr>
    </w:p>
    <w:p w14:paraId="6C0656A6" w14:textId="77777777" w:rsidR="00D261B9" w:rsidRDefault="001E1EF2">
      <w:pPr>
        <w:spacing w:after="0"/>
      </w:pPr>
      <w:r>
        <w:rPr>
          <w:rFonts w:ascii="Arial" w:hAnsi="Arial"/>
          <w:b/>
        </w:rPr>
        <w:t xml:space="preserve">Interviewer E:  </w:t>
      </w:r>
      <w:r>
        <w:rPr>
          <w:rFonts w:ascii="Arial" w:hAnsi="Arial"/>
          <w:color w:val="5D7284"/>
        </w:rPr>
        <w:t>20:20</w:t>
      </w:r>
    </w:p>
    <w:p w14:paraId="4A370EC6" w14:textId="53B42865" w:rsidR="00D261B9" w:rsidRDefault="001E1EF2">
      <w:pPr>
        <w:spacing w:after="0"/>
      </w:pPr>
      <w:r>
        <w:rPr>
          <w:rFonts w:ascii="Arial" w:hAnsi="Arial"/>
        </w:rPr>
        <w:t xml:space="preserve">That was an </w:t>
      </w:r>
      <w:r w:rsidR="00980B3A">
        <w:rPr>
          <w:rFonts w:ascii="Arial" w:hAnsi="Arial"/>
        </w:rPr>
        <w:t>hour-long</w:t>
      </w:r>
      <w:r>
        <w:rPr>
          <w:rFonts w:ascii="Arial" w:hAnsi="Arial"/>
        </w:rPr>
        <w:t xml:space="preserve"> video of them mixing together.</w:t>
      </w:r>
    </w:p>
    <w:p w14:paraId="3D3E8E22" w14:textId="77777777" w:rsidR="00D261B9" w:rsidRDefault="00D261B9">
      <w:pPr>
        <w:spacing w:after="0"/>
      </w:pPr>
    </w:p>
    <w:p w14:paraId="23DF7DC7" w14:textId="77777777" w:rsidR="00D261B9" w:rsidRDefault="001E1EF2">
      <w:pPr>
        <w:spacing w:after="0"/>
      </w:pPr>
      <w:r>
        <w:rPr>
          <w:rFonts w:ascii="Arial" w:hAnsi="Arial"/>
          <w:b/>
        </w:rPr>
        <w:t xml:space="preserve">Participant #16:  </w:t>
      </w:r>
      <w:r>
        <w:rPr>
          <w:rFonts w:ascii="Arial" w:hAnsi="Arial"/>
          <w:color w:val="5D7284"/>
        </w:rPr>
        <w:t>20:24</w:t>
      </w:r>
    </w:p>
    <w:p w14:paraId="4FE90373" w14:textId="77777777" w:rsidR="00D261B9" w:rsidRDefault="001E1EF2">
      <w:pPr>
        <w:spacing w:after="0"/>
      </w:pPr>
      <w:r>
        <w:rPr>
          <w:rFonts w:ascii="Arial" w:hAnsi="Arial"/>
        </w:rPr>
        <w:t>Wow.</w:t>
      </w:r>
    </w:p>
    <w:p w14:paraId="3936298C" w14:textId="77777777" w:rsidR="00D261B9" w:rsidRDefault="00D261B9">
      <w:pPr>
        <w:spacing w:after="0"/>
      </w:pPr>
    </w:p>
    <w:p w14:paraId="6DE4A05F" w14:textId="77777777" w:rsidR="00D261B9" w:rsidRDefault="001E1EF2">
      <w:pPr>
        <w:spacing w:after="0"/>
      </w:pPr>
      <w:r>
        <w:rPr>
          <w:rFonts w:ascii="Arial" w:hAnsi="Arial"/>
          <w:b/>
        </w:rPr>
        <w:t xml:space="preserve">Interviewer E:  </w:t>
      </w:r>
      <w:r>
        <w:rPr>
          <w:rFonts w:ascii="Arial" w:hAnsi="Arial"/>
          <w:color w:val="5D7284"/>
        </w:rPr>
        <w:t>20:25</w:t>
      </w:r>
    </w:p>
    <w:p w14:paraId="76E94569" w14:textId="77777777" w:rsidR="00D261B9" w:rsidRDefault="001E1EF2">
      <w:pPr>
        <w:spacing w:after="0"/>
      </w:pPr>
      <w:r>
        <w:rPr>
          <w:rFonts w:ascii="Arial" w:hAnsi="Arial"/>
        </w:rPr>
        <w:t>Did anything about that surprise you like how it mix together?</w:t>
      </w:r>
    </w:p>
    <w:p w14:paraId="6E18B25F" w14:textId="77777777" w:rsidR="00D261B9" w:rsidRDefault="00D261B9">
      <w:pPr>
        <w:spacing w:after="0"/>
      </w:pPr>
    </w:p>
    <w:p w14:paraId="447FCFA3" w14:textId="77777777" w:rsidR="00D261B9" w:rsidRDefault="001E1EF2">
      <w:pPr>
        <w:spacing w:after="0"/>
      </w:pPr>
      <w:r>
        <w:rPr>
          <w:rFonts w:ascii="Arial" w:hAnsi="Arial"/>
          <w:b/>
        </w:rPr>
        <w:t xml:space="preserve">Participant #16:  </w:t>
      </w:r>
      <w:r>
        <w:rPr>
          <w:rFonts w:ascii="Arial" w:hAnsi="Arial"/>
          <w:color w:val="5D7284"/>
        </w:rPr>
        <w:t>20:28</w:t>
      </w:r>
    </w:p>
    <w:p w14:paraId="764D740E" w14:textId="0EC6D268" w:rsidR="00D261B9" w:rsidRDefault="00980B3A">
      <w:pPr>
        <w:spacing w:after="0"/>
      </w:pPr>
      <w:r>
        <w:rPr>
          <w:rFonts w:ascii="Arial" w:hAnsi="Arial"/>
        </w:rPr>
        <w:t>Yes, they say like instead of like gradually it just like the blue just shot up and the red just shot down and then eventually it just settled so that part that was surprising.</w:t>
      </w:r>
    </w:p>
    <w:p w14:paraId="146A471B" w14:textId="77777777" w:rsidR="00D261B9" w:rsidRDefault="00D261B9">
      <w:pPr>
        <w:spacing w:after="0"/>
      </w:pPr>
    </w:p>
    <w:p w14:paraId="4C36A09D" w14:textId="77777777" w:rsidR="00D261B9" w:rsidRDefault="001E1EF2">
      <w:pPr>
        <w:spacing w:after="0"/>
      </w:pPr>
      <w:r>
        <w:rPr>
          <w:rFonts w:ascii="Arial" w:hAnsi="Arial"/>
          <w:b/>
        </w:rPr>
        <w:t xml:space="preserve">Interviewer E:  </w:t>
      </w:r>
      <w:r>
        <w:rPr>
          <w:rFonts w:ascii="Arial" w:hAnsi="Arial"/>
          <w:color w:val="5D7284"/>
        </w:rPr>
        <w:t>20:43</w:t>
      </w:r>
    </w:p>
    <w:p w14:paraId="66BC7DA6" w14:textId="7992EA63" w:rsidR="00D261B9" w:rsidRDefault="001E1EF2">
      <w:pPr>
        <w:spacing w:after="0"/>
      </w:pPr>
      <w:r>
        <w:rPr>
          <w:rFonts w:ascii="Arial" w:hAnsi="Arial"/>
        </w:rPr>
        <w:t>Alright so the next video we're going to show you is the one where they both the same temperature. So</w:t>
      </w:r>
      <w:r w:rsidR="00980B3A">
        <w:rPr>
          <w:rFonts w:ascii="Arial" w:hAnsi="Arial"/>
        </w:rPr>
        <w:t>,</w:t>
      </w:r>
      <w:r>
        <w:rPr>
          <w:rFonts w:ascii="Arial" w:hAnsi="Arial"/>
        </w:rPr>
        <w:t xml:space="preserve"> at this point they are pretty much </w:t>
      </w:r>
      <w:r w:rsidR="00980B3A">
        <w:rPr>
          <w:rFonts w:ascii="Arial" w:hAnsi="Arial"/>
        </w:rPr>
        <w:t>completely</w:t>
      </w:r>
      <w:r>
        <w:rPr>
          <w:rFonts w:ascii="Arial" w:hAnsi="Arial"/>
        </w:rPr>
        <w:t xml:space="preserve"> mixed.</w:t>
      </w:r>
    </w:p>
    <w:p w14:paraId="682D489B" w14:textId="77777777" w:rsidR="00D261B9" w:rsidRDefault="00D261B9">
      <w:pPr>
        <w:spacing w:after="0"/>
      </w:pPr>
    </w:p>
    <w:p w14:paraId="2C475374" w14:textId="77777777" w:rsidR="00D261B9" w:rsidRDefault="001E1EF2">
      <w:pPr>
        <w:spacing w:after="0"/>
      </w:pPr>
      <w:r>
        <w:rPr>
          <w:rFonts w:ascii="Arial" w:hAnsi="Arial"/>
          <w:b/>
        </w:rPr>
        <w:t xml:space="preserve">Interviewer P:  </w:t>
      </w:r>
      <w:r>
        <w:rPr>
          <w:rFonts w:ascii="Arial" w:hAnsi="Arial"/>
          <w:color w:val="5D7284"/>
        </w:rPr>
        <w:t>21:15</w:t>
      </w:r>
    </w:p>
    <w:p w14:paraId="47594742" w14:textId="6D49847D" w:rsidR="00D261B9" w:rsidRDefault="001E1EF2">
      <w:pPr>
        <w:spacing w:after="0"/>
      </w:pPr>
      <w:r>
        <w:rPr>
          <w:rFonts w:ascii="Arial" w:hAnsi="Arial"/>
        </w:rPr>
        <w:t xml:space="preserve">Doesn't do much after about halfway </w:t>
      </w:r>
      <w:r w:rsidR="00980B3A">
        <w:rPr>
          <w:rFonts w:ascii="Arial" w:hAnsi="Arial"/>
        </w:rPr>
        <w:t>through</w:t>
      </w:r>
      <w:r>
        <w:rPr>
          <w:rFonts w:ascii="Arial" w:hAnsi="Arial"/>
        </w:rPr>
        <w:t>.</w:t>
      </w:r>
    </w:p>
    <w:p w14:paraId="470F78B5" w14:textId="77777777" w:rsidR="00D261B9" w:rsidRDefault="00D261B9">
      <w:pPr>
        <w:spacing w:after="0"/>
      </w:pPr>
    </w:p>
    <w:p w14:paraId="37968767" w14:textId="77777777" w:rsidR="00D261B9" w:rsidRDefault="001E1EF2">
      <w:pPr>
        <w:spacing w:after="0"/>
      </w:pPr>
      <w:r>
        <w:rPr>
          <w:rFonts w:ascii="Arial" w:hAnsi="Arial"/>
          <w:b/>
        </w:rPr>
        <w:t xml:space="preserve">Interviewer E:  </w:t>
      </w:r>
      <w:r>
        <w:rPr>
          <w:rFonts w:ascii="Arial" w:hAnsi="Arial"/>
          <w:color w:val="5D7284"/>
        </w:rPr>
        <w:t>21:18</w:t>
      </w:r>
    </w:p>
    <w:p w14:paraId="24D5577B" w14:textId="4D36CBC8" w:rsidR="00D261B9" w:rsidRDefault="00980B3A">
      <w:pPr>
        <w:spacing w:after="0"/>
      </w:pPr>
      <w:r>
        <w:rPr>
          <w:rFonts w:ascii="Arial" w:hAnsi="Arial"/>
        </w:rPr>
        <w:t>Yeah, doesn’t do much after like 20 seconds. This was a time lapse of 39 Seconds. How long do you think that took?</w:t>
      </w:r>
    </w:p>
    <w:p w14:paraId="2789D417" w14:textId="77777777" w:rsidR="00D261B9" w:rsidRDefault="00D261B9">
      <w:pPr>
        <w:spacing w:after="0"/>
      </w:pPr>
    </w:p>
    <w:p w14:paraId="6D9A37FD" w14:textId="77777777" w:rsidR="00D261B9" w:rsidRDefault="001E1EF2">
      <w:pPr>
        <w:spacing w:after="0"/>
      </w:pPr>
      <w:r>
        <w:rPr>
          <w:rFonts w:ascii="Arial" w:hAnsi="Arial"/>
          <w:b/>
        </w:rPr>
        <w:t xml:space="preserve">Participant #16:  </w:t>
      </w:r>
      <w:r>
        <w:rPr>
          <w:rFonts w:ascii="Arial" w:hAnsi="Arial"/>
          <w:color w:val="5D7284"/>
        </w:rPr>
        <w:t>21:29</w:t>
      </w:r>
    </w:p>
    <w:p w14:paraId="5062E99C" w14:textId="77777777" w:rsidR="00D261B9" w:rsidRDefault="001E1EF2">
      <w:pPr>
        <w:spacing w:after="0"/>
      </w:pPr>
      <w:r>
        <w:rPr>
          <w:rFonts w:ascii="Arial" w:hAnsi="Arial"/>
        </w:rPr>
        <w:t>An hour and a half.</w:t>
      </w:r>
    </w:p>
    <w:p w14:paraId="7DA8D385" w14:textId="77777777" w:rsidR="00D261B9" w:rsidRDefault="00D261B9">
      <w:pPr>
        <w:spacing w:after="0"/>
      </w:pPr>
    </w:p>
    <w:p w14:paraId="50C78AF4" w14:textId="77777777" w:rsidR="00D261B9" w:rsidRDefault="001E1EF2">
      <w:pPr>
        <w:spacing w:after="0"/>
      </w:pPr>
      <w:r>
        <w:rPr>
          <w:rFonts w:ascii="Arial" w:hAnsi="Arial"/>
          <w:b/>
        </w:rPr>
        <w:t xml:space="preserve">Interviewer E:  </w:t>
      </w:r>
      <w:r>
        <w:rPr>
          <w:rFonts w:ascii="Arial" w:hAnsi="Arial"/>
          <w:color w:val="5D7284"/>
        </w:rPr>
        <w:t>21:30</w:t>
      </w:r>
    </w:p>
    <w:p w14:paraId="122A933A" w14:textId="77777777" w:rsidR="00D261B9" w:rsidRDefault="001E1EF2">
      <w:pPr>
        <w:spacing w:after="0"/>
      </w:pPr>
      <w:r>
        <w:rPr>
          <w:rFonts w:ascii="Arial" w:hAnsi="Arial"/>
        </w:rPr>
        <w:t>And hour and a half, well, this is also an hour.</w:t>
      </w:r>
    </w:p>
    <w:p w14:paraId="065ED0B8" w14:textId="77777777" w:rsidR="00D261B9" w:rsidRDefault="00D261B9">
      <w:pPr>
        <w:spacing w:after="0"/>
      </w:pPr>
    </w:p>
    <w:p w14:paraId="7E79E29B" w14:textId="77777777" w:rsidR="00D261B9" w:rsidRDefault="001E1EF2">
      <w:pPr>
        <w:spacing w:after="0"/>
      </w:pPr>
      <w:r>
        <w:rPr>
          <w:rFonts w:ascii="Arial" w:hAnsi="Arial"/>
          <w:b/>
        </w:rPr>
        <w:t xml:space="preserve">Interviewer P:  </w:t>
      </w:r>
      <w:r>
        <w:rPr>
          <w:rFonts w:ascii="Arial" w:hAnsi="Arial"/>
          <w:color w:val="5D7284"/>
        </w:rPr>
        <w:t>21:42</w:t>
      </w:r>
    </w:p>
    <w:p w14:paraId="24F74441" w14:textId="77777777" w:rsidR="00D261B9" w:rsidRDefault="001E1EF2">
      <w:pPr>
        <w:spacing w:after="0"/>
      </w:pPr>
      <w:r>
        <w:rPr>
          <w:rFonts w:ascii="Arial" w:hAnsi="Arial"/>
        </w:rPr>
        <w:t>Alright so this one is, go ahead.</w:t>
      </w:r>
    </w:p>
    <w:p w14:paraId="3D023353" w14:textId="77777777" w:rsidR="00D261B9" w:rsidRDefault="00D261B9">
      <w:pPr>
        <w:spacing w:after="0"/>
      </w:pPr>
    </w:p>
    <w:p w14:paraId="1877DC75" w14:textId="77777777" w:rsidR="00D261B9" w:rsidRDefault="001E1EF2">
      <w:pPr>
        <w:spacing w:after="0"/>
      </w:pPr>
      <w:r>
        <w:rPr>
          <w:rFonts w:ascii="Arial" w:hAnsi="Arial"/>
          <w:b/>
        </w:rPr>
        <w:t xml:space="preserve">Interviewer E:  </w:t>
      </w:r>
      <w:r>
        <w:rPr>
          <w:rFonts w:ascii="Arial" w:hAnsi="Arial"/>
          <w:color w:val="5D7284"/>
        </w:rPr>
        <w:t>21:46</w:t>
      </w:r>
    </w:p>
    <w:p w14:paraId="49513E28" w14:textId="77777777" w:rsidR="00D261B9" w:rsidRDefault="001E1EF2">
      <w:pPr>
        <w:spacing w:after="0"/>
      </w:pPr>
      <w:r>
        <w:rPr>
          <w:rFonts w:ascii="Arial" w:hAnsi="Arial"/>
        </w:rPr>
        <w:t xml:space="preserve">Alright so this is our freshwater and saltwater. It stays pretty much the same. That was 39 seconds. What do you think about that? </w:t>
      </w:r>
    </w:p>
    <w:p w14:paraId="4CCA7393" w14:textId="77777777" w:rsidR="00D261B9" w:rsidRDefault="00D261B9">
      <w:pPr>
        <w:spacing w:after="0"/>
      </w:pPr>
    </w:p>
    <w:p w14:paraId="0DC0AF96" w14:textId="77777777" w:rsidR="00D261B9" w:rsidRDefault="001E1EF2">
      <w:pPr>
        <w:spacing w:after="0"/>
      </w:pPr>
      <w:r>
        <w:rPr>
          <w:rFonts w:ascii="Arial" w:hAnsi="Arial"/>
          <w:b/>
        </w:rPr>
        <w:t xml:space="preserve">Participant #16:  </w:t>
      </w:r>
      <w:r>
        <w:rPr>
          <w:rFonts w:ascii="Arial" w:hAnsi="Arial"/>
          <w:color w:val="5D7284"/>
        </w:rPr>
        <w:t>22:10</w:t>
      </w:r>
    </w:p>
    <w:p w14:paraId="341CD786" w14:textId="77777777" w:rsidR="00D261B9" w:rsidRDefault="001E1EF2">
      <w:pPr>
        <w:spacing w:after="0"/>
      </w:pPr>
      <w:r>
        <w:rPr>
          <w:rFonts w:ascii="Arial" w:hAnsi="Arial"/>
        </w:rPr>
        <w:t>An hour?</w:t>
      </w:r>
    </w:p>
    <w:p w14:paraId="5184F4D6" w14:textId="77777777" w:rsidR="00D261B9" w:rsidRDefault="00D261B9">
      <w:pPr>
        <w:spacing w:after="0"/>
      </w:pPr>
    </w:p>
    <w:p w14:paraId="74B1A8AE" w14:textId="77777777" w:rsidR="00D261B9" w:rsidRDefault="001E1EF2">
      <w:pPr>
        <w:spacing w:after="0"/>
      </w:pPr>
      <w:r>
        <w:rPr>
          <w:rFonts w:ascii="Arial" w:hAnsi="Arial"/>
          <w:b/>
        </w:rPr>
        <w:t xml:space="preserve">Interviewer E:  </w:t>
      </w:r>
      <w:r>
        <w:rPr>
          <w:rFonts w:ascii="Arial" w:hAnsi="Arial"/>
          <w:color w:val="5D7284"/>
        </w:rPr>
        <w:t>22:11</w:t>
      </w:r>
    </w:p>
    <w:p w14:paraId="5EA10D7A" w14:textId="77777777" w:rsidR="00D261B9" w:rsidRDefault="001E1EF2">
      <w:pPr>
        <w:spacing w:after="0"/>
      </w:pPr>
      <w:r>
        <w:rPr>
          <w:rFonts w:ascii="Arial" w:hAnsi="Arial"/>
        </w:rPr>
        <w:t>Yeah.</w:t>
      </w:r>
    </w:p>
    <w:p w14:paraId="638EDB4F" w14:textId="77777777" w:rsidR="00D261B9" w:rsidRDefault="00D261B9">
      <w:pPr>
        <w:spacing w:after="0"/>
      </w:pPr>
    </w:p>
    <w:p w14:paraId="7A80454E" w14:textId="77777777" w:rsidR="00D261B9" w:rsidRDefault="001E1EF2">
      <w:pPr>
        <w:spacing w:after="0"/>
      </w:pPr>
      <w:r>
        <w:rPr>
          <w:rFonts w:ascii="Arial" w:hAnsi="Arial"/>
          <w:b/>
        </w:rPr>
        <w:t xml:space="preserve">Participant #16:  </w:t>
      </w:r>
      <w:r>
        <w:rPr>
          <w:rFonts w:ascii="Arial" w:hAnsi="Arial"/>
          <w:color w:val="5D7284"/>
        </w:rPr>
        <w:t>22:11</w:t>
      </w:r>
    </w:p>
    <w:p w14:paraId="25EFB8D9" w14:textId="77777777" w:rsidR="00D261B9" w:rsidRDefault="001E1EF2">
      <w:pPr>
        <w:spacing w:after="0"/>
      </w:pPr>
      <w:r>
        <w:rPr>
          <w:rFonts w:ascii="Arial" w:hAnsi="Arial"/>
        </w:rPr>
        <w:t>Okay good.</w:t>
      </w:r>
    </w:p>
    <w:p w14:paraId="78932BE1" w14:textId="77777777" w:rsidR="00D261B9" w:rsidRDefault="00D261B9">
      <w:pPr>
        <w:spacing w:after="0"/>
      </w:pPr>
    </w:p>
    <w:p w14:paraId="410748C8" w14:textId="77777777" w:rsidR="00D261B9" w:rsidRDefault="001E1EF2">
      <w:pPr>
        <w:spacing w:after="0"/>
      </w:pPr>
      <w:r>
        <w:rPr>
          <w:rFonts w:ascii="Arial" w:hAnsi="Arial"/>
          <w:b/>
        </w:rPr>
        <w:t xml:space="preserve">Interviewer P:  </w:t>
      </w:r>
      <w:r>
        <w:rPr>
          <w:rFonts w:ascii="Arial" w:hAnsi="Arial"/>
          <w:color w:val="5D7284"/>
        </w:rPr>
        <w:t>22:13</w:t>
      </w:r>
    </w:p>
    <w:p w14:paraId="4F7FE5AA" w14:textId="77777777" w:rsidR="00D261B9" w:rsidRDefault="001E1EF2">
      <w:pPr>
        <w:spacing w:after="0"/>
      </w:pPr>
      <w:r>
        <w:rPr>
          <w:rFonts w:ascii="Arial" w:hAnsi="Arial"/>
        </w:rPr>
        <w:t>But, Erika, said she came in this morning to clean up after yesterday, I haven't put that away. And she said that this one was still just like that.</w:t>
      </w:r>
    </w:p>
    <w:p w14:paraId="789A8FC2" w14:textId="77777777" w:rsidR="00D261B9" w:rsidRDefault="00D261B9">
      <w:pPr>
        <w:spacing w:after="0"/>
      </w:pPr>
    </w:p>
    <w:p w14:paraId="5C89FFFC" w14:textId="77777777" w:rsidR="00D261B9" w:rsidRDefault="001E1EF2">
      <w:pPr>
        <w:spacing w:after="0"/>
      </w:pPr>
      <w:r>
        <w:rPr>
          <w:rFonts w:ascii="Arial" w:hAnsi="Arial"/>
          <w:b/>
        </w:rPr>
        <w:t xml:space="preserve">Participant #16:  </w:t>
      </w:r>
      <w:r>
        <w:rPr>
          <w:rFonts w:ascii="Arial" w:hAnsi="Arial"/>
          <w:color w:val="5D7284"/>
        </w:rPr>
        <w:t>22:21</w:t>
      </w:r>
    </w:p>
    <w:p w14:paraId="352E3FCA" w14:textId="77777777" w:rsidR="00D261B9" w:rsidRDefault="001E1EF2">
      <w:pPr>
        <w:spacing w:after="0"/>
      </w:pPr>
      <w:r>
        <w:rPr>
          <w:rFonts w:ascii="Arial" w:hAnsi="Arial"/>
        </w:rPr>
        <w:t>Wow.</w:t>
      </w:r>
    </w:p>
    <w:p w14:paraId="4A51E8AC" w14:textId="77777777" w:rsidR="00D261B9" w:rsidRDefault="00D261B9">
      <w:pPr>
        <w:spacing w:after="0"/>
      </w:pPr>
    </w:p>
    <w:p w14:paraId="4357E27B" w14:textId="77777777" w:rsidR="00D261B9" w:rsidRDefault="001E1EF2">
      <w:pPr>
        <w:spacing w:after="0"/>
      </w:pPr>
      <w:r>
        <w:rPr>
          <w:rFonts w:ascii="Arial" w:hAnsi="Arial"/>
          <w:b/>
        </w:rPr>
        <w:t xml:space="preserve">Interviewer P:  </w:t>
      </w:r>
      <w:r>
        <w:rPr>
          <w:rFonts w:ascii="Arial" w:hAnsi="Arial"/>
          <w:color w:val="5D7284"/>
        </w:rPr>
        <w:t>22:22</w:t>
      </w:r>
    </w:p>
    <w:p w14:paraId="1D9853EA" w14:textId="77777777" w:rsidR="00D261B9" w:rsidRDefault="001E1EF2">
      <w:pPr>
        <w:spacing w:after="0"/>
      </w:pPr>
      <w:r>
        <w:rPr>
          <w:rFonts w:ascii="Arial" w:hAnsi="Arial"/>
        </w:rPr>
        <w:t>And she, which is what you said.</w:t>
      </w:r>
    </w:p>
    <w:p w14:paraId="77D7F991" w14:textId="77777777" w:rsidR="00D261B9" w:rsidRDefault="00D261B9">
      <w:pPr>
        <w:spacing w:after="0"/>
      </w:pPr>
    </w:p>
    <w:p w14:paraId="338E2D68" w14:textId="77777777" w:rsidR="00D261B9" w:rsidRDefault="001E1EF2">
      <w:pPr>
        <w:spacing w:after="0"/>
      </w:pPr>
      <w:r>
        <w:rPr>
          <w:rFonts w:ascii="Arial" w:hAnsi="Arial"/>
          <w:b/>
        </w:rPr>
        <w:t xml:space="preserve">Interviewer E:  </w:t>
      </w:r>
      <w:r>
        <w:rPr>
          <w:rFonts w:ascii="Arial" w:hAnsi="Arial"/>
          <w:color w:val="5D7284"/>
        </w:rPr>
        <w:t>22:25</w:t>
      </w:r>
    </w:p>
    <w:p w14:paraId="7070C0AD" w14:textId="181C2137" w:rsidR="00D261B9" w:rsidRDefault="001E1EF2">
      <w:pPr>
        <w:spacing w:after="0"/>
      </w:pPr>
      <w:r>
        <w:rPr>
          <w:rFonts w:ascii="Arial" w:hAnsi="Arial"/>
        </w:rPr>
        <w:t xml:space="preserve">Lord knows how long it would actually take for it to mix. </w:t>
      </w:r>
      <w:r w:rsidR="00980B3A">
        <w:rPr>
          <w:rFonts w:ascii="Arial" w:hAnsi="Arial"/>
        </w:rPr>
        <w:t>So,</w:t>
      </w:r>
      <w:r>
        <w:rPr>
          <w:rFonts w:ascii="Arial" w:hAnsi="Arial"/>
        </w:rPr>
        <w:t xml:space="preserve"> everything just as you expected after an hour or for the most part. </w:t>
      </w:r>
    </w:p>
    <w:p w14:paraId="309C9B25" w14:textId="77777777" w:rsidR="00D261B9" w:rsidRDefault="00D261B9">
      <w:pPr>
        <w:spacing w:after="0"/>
      </w:pPr>
    </w:p>
    <w:p w14:paraId="02F89C4F" w14:textId="77777777" w:rsidR="00D261B9" w:rsidRDefault="001E1EF2">
      <w:pPr>
        <w:spacing w:after="0"/>
      </w:pPr>
      <w:r>
        <w:rPr>
          <w:rFonts w:ascii="Arial" w:hAnsi="Arial"/>
          <w:b/>
        </w:rPr>
        <w:lastRenderedPageBreak/>
        <w:t xml:space="preserve">Participant #16:  </w:t>
      </w:r>
      <w:r>
        <w:rPr>
          <w:rFonts w:ascii="Arial" w:hAnsi="Arial"/>
          <w:color w:val="5D7284"/>
        </w:rPr>
        <w:t>22:35</w:t>
      </w:r>
    </w:p>
    <w:p w14:paraId="16912937" w14:textId="77777777" w:rsidR="00D261B9" w:rsidRDefault="001E1EF2">
      <w:pPr>
        <w:spacing w:after="0"/>
      </w:pPr>
      <w:r>
        <w:rPr>
          <w:rFonts w:ascii="Arial" w:hAnsi="Arial"/>
        </w:rPr>
        <w:t>Yeah, I think so.</w:t>
      </w:r>
    </w:p>
    <w:p w14:paraId="59E6E465" w14:textId="77777777" w:rsidR="00D261B9" w:rsidRDefault="00D261B9">
      <w:pPr>
        <w:spacing w:after="0"/>
      </w:pPr>
    </w:p>
    <w:p w14:paraId="09D4D721" w14:textId="77777777" w:rsidR="00D261B9" w:rsidRDefault="001E1EF2">
      <w:pPr>
        <w:spacing w:after="0"/>
      </w:pPr>
      <w:r>
        <w:rPr>
          <w:rFonts w:ascii="Arial" w:hAnsi="Arial"/>
          <w:b/>
        </w:rPr>
        <w:t xml:space="preserve">Interviewer E:  </w:t>
      </w:r>
      <w:r>
        <w:rPr>
          <w:rFonts w:ascii="Arial" w:hAnsi="Arial"/>
          <w:color w:val="5D7284"/>
        </w:rPr>
        <w:t>22:36</w:t>
      </w:r>
    </w:p>
    <w:p w14:paraId="454DB7B3" w14:textId="77777777" w:rsidR="00D261B9" w:rsidRDefault="001E1EF2">
      <w:pPr>
        <w:spacing w:after="0"/>
      </w:pPr>
      <w:r>
        <w:rPr>
          <w:rFonts w:ascii="Arial" w:hAnsi="Arial"/>
        </w:rPr>
        <w:t xml:space="preserve">What about with the same temperature once was that a little interesting? </w:t>
      </w:r>
    </w:p>
    <w:p w14:paraId="518D1608" w14:textId="77777777" w:rsidR="00D261B9" w:rsidRDefault="00D261B9">
      <w:pPr>
        <w:spacing w:after="0"/>
      </w:pPr>
    </w:p>
    <w:p w14:paraId="2C93201A" w14:textId="77777777" w:rsidR="00D261B9" w:rsidRDefault="001E1EF2">
      <w:pPr>
        <w:spacing w:after="0"/>
      </w:pPr>
      <w:r>
        <w:rPr>
          <w:rFonts w:ascii="Arial" w:hAnsi="Arial"/>
          <w:b/>
        </w:rPr>
        <w:t xml:space="preserve">Participant #16:  </w:t>
      </w:r>
      <w:r>
        <w:rPr>
          <w:rFonts w:ascii="Arial" w:hAnsi="Arial"/>
          <w:color w:val="5D7284"/>
        </w:rPr>
        <w:t>22:40</w:t>
      </w:r>
    </w:p>
    <w:p w14:paraId="23434E34" w14:textId="77777777" w:rsidR="00D261B9" w:rsidRDefault="001E1EF2">
      <w:pPr>
        <w:spacing w:after="0"/>
      </w:pPr>
      <w:r>
        <w:rPr>
          <w:rFonts w:ascii="Arial" w:hAnsi="Arial"/>
        </w:rPr>
        <w:t>Yeah, it was like more blue then red.</w:t>
      </w:r>
    </w:p>
    <w:p w14:paraId="681BE2AD" w14:textId="77777777" w:rsidR="00D261B9" w:rsidRDefault="00D261B9">
      <w:pPr>
        <w:spacing w:after="0"/>
      </w:pPr>
    </w:p>
    <w:p w14:paraId="10D3F31F" w14:textId="77777777" w:rsidR="00D261B9" w:rsidRDefault="001E1EF2">
      <w:pPr>
        <w:spacing w:after="0"/>
      </w:pPr>
      <w:r>
        <w:rPr>
          <w:rFonts w:ascii="Arial" w:hAnsi="Arial"/>
          <w:b/>
        </w:rPr>
        <w:t xml:space="preserve">Interviewer E:  </w:t>
      </w:r>
      <w:r>
        <w:rPr>
          <w:rFonts w:ascii="Arial" w:hAnsi="Arial"/>
          <w:color w:val="5D7284"/>
        </w:rPr>
        <w:t>22:43</w:t>
      </w:r>
    </w:p>
    <w:p w14:paraId="2E22B1CC" w14:textId="7140B24F" w:rsidR="00D261B9" w:rsidRDefault="001E1EF2">
      <w:pPr>
        <w:spacing w:after="0"/>
      </w:pPr>
      <w:r>
        <w:rPr>
          <w:rFonts w:ascii="Arial" w:hAnsi="Arial"/>
        </w:rPr>
        <w:t xml:space="preserve">You know, that could have been the dye could have been like blue dye and maybe not </w:t>
      </w:r>
      <w:r w:rsidR="00980B3A">
        <w:rPr>
          <w:rFonts w:ascii="Arial" w:hAnsi="Arial"/>
        </w:rPr>
        <w:t>enough</w:t>
      </w:r>
      <w:r>
        <w:rPr>
          <w:rFonts w:ascii="Arial" w:hAnsi="Arial"/>
        </w:rPr>
        <w:t xml:space="preserve"> in the red. </w:t>
      </w:r>
      <w:r w:rsidR="00980B3A">
        <w:rPr>
          <w:rFonts w:ascii="Arial" w:hAnsi="Arial"/>
        </w:rPr>
        <w:t>So,</w:t>
      </w:r>
      <w:r>
        <w:rPr>
          <w:rFonts w:ascii="Arial" w:hAnsi="Arial"/>
        </w:rPr>
        <w:t xml:space="preserve"> like overpowered it. But how about like how it </w:t>
      </w:r>
      <w:r w:rsidR="00980B3A">
        <w:rPr>
          <w:rFonts w:ascii="Arial" w:hAnsi="Arial"/>
        </w:rPr>
        <w:t>mixes</w:t>
      </w:r>
      <w:r>
        <w:rPr>
          <w:rFonts w:ascii="Arial" w:hAnsi="Arial"/>
        </w:rPr>
        <w:t xml:space="preserve"> together? </w:t>
      </w:r>
    </w:p>
    <w:p w14:paraId="040BA82B" w14:textId="77777777" w:rsidR="00D261B9" w:rsidRDefault="00D261B9">
      <w:pPr>
        <w:spacing w:after="0"/>
      </w:pPr>
    </w:p>
    <w:p w14:paraId="4E3F30EB" w14:textId="77777777" w:rsidR="00D261B9" w:rsidRDefault="001E1EF2">
      <w:pPr>
        <w:spacing w:after="0"/>
      </w:pPr>
      <w:r>
        <w:rPr>
          <w:rFonts w:ascii="Arial" w:hAnsi="Arial"/>
          <w:b/>
        </w:rPr>
        <w:t xml:space="preserve">Participant #16:  </w:t>
      </w:r>
      <w:r>
        <w:rPr>
          <w:rFonts w:ascii="Arial" w:hAnsi="Arial"/>
          <w:color w:val="5D7284"/>
        </w:rPr>
        <w:t>22:54</w:t>
      </w:r>
    </w:p>
    <w:p w14:paraId="69448328" w14:textId="51B46AF4" w:rsidR="00D261B9" w:rsidRDefault="00980B3A">
      <w:pPr>
        <w:spacing w:after="0"/>
      </w:pPr>
      <w:r>
        <w:rPr>
          <w:rFonts w:ascii="Arial" w:hAnsi="Arial"/>
        </w:rPr>
        <w:t>Yeah, was pretty much how I thought.</w:t>
      </w:r>
    </w:p>
    <w:p w14:paraId="046882EE" w14:textId="77777777" w:rsidR="00D261B9" w:rsidRDefault="00D261B9">
      <w:pPr>
        <w:spacing w:after="0"/>
      </w:pPr>
    </w:p>
    <w:p w14:paraId="38739F6E" w14:textId="77777777" w:rsidR="00D261B9" w:rsidRDefault="001E1EF2">
      <w:pPr>
        <w:spacing w:after="0"/>
      </w:pPr>
      <w:r>
        <w:rPr>
          <w:rFonts w:ascii="Arial" w:hAnsi="Arial"/>
          <w:b/>
        </w:rPr>
        <w:t xml:space="preserve">Interviewer E:  </w:t>
      </w:r>
      <w:r>
        <w:rPr>
          <w:rFonts w:ascii="Arial" w:hAnsi="Arial"/>
          <w:color w:val="5D7284"/>
        </w:rPr>
        <w:t>22:56</w:t>
      </w:r>
    </w:p>
    <w:p w14:paraId="46B816ED" w14:textId="10245350" w:rsidR="00D261B9" w:rsidRDefault="001E1EF2">
      <w:pPr>
        <w:spacing w:after="0"/>
      </w:pPr>
      <w:r>
        <w:rPr>
          <w:rFonts w:ascii="Arial" w:hAnsi="Arial"/>
        </w:rPr>
        <w:t xml:space="preserve">Yeah, it's pretty </w:t>
      </w:r>
      <w:r w:rsidR="00980B3A">
        <w:rPr>
          <w:rFonts w:ascii="Arial" w:hAnsi="Arial"/>
        </w:rPr>
        <w:t>pretty...</w:t>
      </w:r>
      <w:r>
        <w:rPr>
          <w:rFonts w:ascii="Arial" w:hAnsi="Arial"/>
        </w:rPr>
        <w:t xml:space="preserve"> It was pretty. Alright, so next to divert. Okay, we're actually going to do like a theoretical experiment, right. </w:t>
      </w:r>
      <w:r w:rsidR="00980B3A">
        <w:rPr>
          <w:rFonts w:ascii="Arial" w:hAnsi="Arial"/>
        </w:rPr>
        <w:t>So,</w:t>
      </w:r>
      <w:r>
        <w:rPr>
          <w:rFonts w:ascii="Arial" w:hAnsi="Arial"/>
        </w:rPr>
        <w:t xml:space="preserve"> or like, we don't we can't demonstrate it, basically. And </w:t>
      </w:r>
      <w:r w:rsidR="00980B3A">
        <w:rPr>
          <w:rFonts w:ascii="Arial" w:hAnsi="Arial"/>
        </w:rPr>
        <w:t>so,</w:t>
      </w:r>
      <w:r>
        <w:rPr>
          <w:rFonts w:ascii="Arial" w:hAnsi="Arial"/>
        </w:rPr>
        <w:t xml:space="preserve"> let's say I had some Jell-O, right. And I had some blue, Jell-O and red, Jell-O. And the blue Jell-O was just like a, like, kind of on the cooler side. And the red Jell-O was on like the warmer side but they're still maintaining, like that gelatinous thing that it has going on. </w:t>
      </w:r>
      <w:r w:rsidR="00980B3A">
        <w:rPr>
          <w:rFonts w:ascii="Arial" w:hAnsi="Arial"/>
        </w:rPr>
        <w:t>So,</w:t>
      </w:r>
      <w:r>
        <w:rPr>
          <w:rFonts w:ascii="Arial" w:hAnsi="Arial"/>
        </w:rPr>
        <w:t xml:space="preserve"> let's say I put that into one into that</w:t>
      </w:r>
      <w:r>
        <w:rPr>
          <w:rFonts w:ascii="Arial" w:hAnsi="Arial"/>
        </w:rPr>
        <w:t xml:space="preserve"> like, rectangle shaped thing. And then I lifted up the barrier, how do you think those Jell-O's will interact with each other?</w:t>
      </w:r>
    </w:p>
    <w:p w14:paraId="1F546561" w14:textId="77777777" w:rsidR="00D261B9" w:rsidRDefault="00D261B9">
      <w:pPr>
        <w:spacing w:after="0"/>
      </w:pPr>
    </w:p>
    <w:p w14:paraId="03C20791" w14:textId="77777777" w:rsidR="00D261B9" w:rsidRDefault="001E1EF2">
      <w:pPr>
        <w:spacing w:after="0"/>
      </w:pPr>
      <w:r>
        <w:rPr>
          <w:rFonts w:ascii="Arial" w:hAnsi="Arial"/>
          <w:b/>
        </w:rPr>
        <w:t xml:space="preserve">Participant #16:  </w:t>
      </w:r>
      <w:r>
        <w:rPr>
          <w:rFonts w:ascii="Arial" w:hAnsi="Arial"/>
          <w:color w:val="5D7284"/>
        </w:rPr>
        <w:t>23:46</w:t>
      </w:r>
    </w:p>
    <w:p w14:paraId="45A90A89" w14:textId="5953A875" w:rsidR="00D261B9" w:rsidRDefault="001E1EF2">
      <w:pPr>
        <w:spacing w:after="0"/>
      </w:pPr>
      <w:r>
        <w:rPr>
          <w:rFonts w:ascii="Arial" w:hAnsi="Arial"/>
        </w:rPr>
        <w:t xml:space="preserve">I think that, for the most part, they'll stay the same. But right where they interact will start to become more kind of similar to two different temperatures blue and red. Have like right in the middle. For the beginning. They started to have a little bit of mixture, just because one is </w:t>
      </w:r>
      <w:r w:rsidR="00980B3A">
        <w:rPr>
          <w:rFonts w:ascii="Arial" w:hAnsi="Arial"/>
        </w:rPr>
        <w:t>hot,</w:t>
      </w:r>
      <w:r>
        <w:rPr>
          <w:rFonts w:ascii="Arial" w:hAnsi="Arial"/>
        </w:rPr>
        <w:t xml:space="preserve"> and one is cold...</w:t>
      </w:r>
    </w:p>
    <w:p w14:paraId="010600D7" w14:textId="77777777" w:rsidR="00D261B9" w:rsidRDefault="00D261B9">
      <w:pPr>
        <w:spacing w:after="0"/>
      </w:pPr>
    </w:p>
    <w:p w14:paraId="5E5AEE21" w14:textId="77777777" w:rsidR="00D261B9" w:rsidRDefault="001E1EF2">
      <w:pPr>
        <w:spacing w:after="0"/>
      </w:pPr>
      <w:r>
        <w:rPr>
          <w:rFonts w:ascii="Arial" w:hAnsi="Arial"/>
          <w:b/>
        </w:rPr>
        <w:t xml:space="preserve">Interviewer E:  </w:t>
      </w:r>
      <w:r>
        <w:rPr>
          <w:rFonts w:ascii="Arial" w:hAnsi="Arial"/>
          <w:color w:val="5D7284"/>
        </w:rPr>
        <w:t>24:14</w:t>
      </w:r>
    </w:p>
    <w:p w14:paraId="616E4067" w14:textId="3C2657AB" w:rsidR="00D261B9" w:rsidRDefault="00980B3A">
      <w:pPr>
        <w:spacing w:after="0"/>
      </w:pPr>
      <w:r>
        <w:rPr>
          <w:rFonts w:ascii="Arial" w:hAnsi="Arial"/>
        </w:rPr>
        <w:t>So, in the sense of that it's still like that semi solid and it would turn that like the semi solid portions would turn purple or would it is there like some melting that turns purple like.</w:t>
      </w:r>
    </w:p>
    <w:p w14:paraId="5DA9A19B" w14:textId="77777777" w:rsidR="00D261B9" w:rsidRDefault="00D261B9">
      <w:pPr>
        <w:spacing w:after="0"/>
      </w:pPr>
    </w:p>
    <w:p w14:paraId="4FA9B09E" w14:textId="77777777" w:rsidR="00D261B9" w:rsidRDefault="001E1EF2">
      <w:pPr>
        <w:spacing w:after="0"/>
      </w:pPr>
      <w:r>
        <w:rPr>
          <w:rFonts w:ascii="Arial" w:hAnsi="Arial"/>
          <w:b/>
        </w:rPr>
        <w:t xml:space="preserve">Participant #16:  </w:t>
      </w:r>
      <w:r>
        <w:rPr>
          <w:rFonts w:ascii="Arial" w:hAnsi="Arial"/>
          <w:color w:val="5D7284"/>
        </w:rPr>
        <w:t>24:27</w:t>
      </w:r>
    </w:p>
    <w:p w14:paraId="3BE97A29" w14:textId="77777777" w:rsidR="00D261B9" w:rsidRDefault="001E1EF2">
      <w:pPr>
        <w:spacing w:after="0"/>
      </w:pPr>
      <w:r>
        <w:rPr>
          <w:rFonts w:ascii="Arial" w:hAnsi="Arial"/>
        </w:rPr>
        <w:t>I would think I don't think it'd be like a little bit of melting like right when you lift it right when they interact, the warm. The warm either melt, the cold a little bit or the cold will cool. But I think it will be the first one and that's where the purple (interact?).</w:t>
      </w:r>
    </w:p>
    <w:p w14:paraId="07004BCB" w14:textId="77777777" w:rsidR="00D261B9" w:rsidRDefault="00D261B9">
      <w:pPr>
        <w:spacing w:after="0"/>
      </w:pPr>
    </w:p>
    <w:p w14:paraId="31685681" w14:textId="77777777" w:rsidR="00D261B9" w:rsidRDefault="001E1EF2">
      <w:pPr>
        <w:spacing w:after="0"/>
      </w:pPr>
      <w:r>
        <w:rPr>
          <w:rFonts w:ascii="Arial" w:hAnsi="Arial"/>
          <w:b/>
        </w:rPr>
        <w:t xml:space="preserve">Interviewer E:  </w:t>
      </w:r>
      <w:r>
        <w:rPr>
          <w:rFonts w:ascii="Arial" w:hAnsi="Arial"/>
          <w:color w:val="5D7284"/>
        </w:rPr>
        <w:t>24:55</w:t>
      </w:r>
    </w:p>
    <w:p w14:paraId="0ACB6FB4" w14:textId="56CFCD69" w:rsidR="00D261B9" w:rsidRDefault="001E1EF2">
      <w:pPr>
        <w:spacing w:after="0"/>
      </w:pPr>
      <w:r>
        <w:rPr>
          <w:rFonts w:ascii="Arial" w:hAnsi="Arial"/>
        </w:rPr>
        <w:t xml:space="preserve">So now I would like to divert your attention to that still water In this container, I have some potassium </w:t>
      </w:r>
      <w:r w:rsidR="00980B3A">
        <w:rPr>
          <w:rFonts w:ascii="Arial" w:hAnsi="Arial"/>
        </w:rPr>
        <w:t>permanganate</w:t>
      </w:r>
      <w:r>
        <w:rPr>
          <w:rFonts w:ascii="Arial" w:hAnsi="Arial"/>
        </w:rPr>
        <w:t>. I'm starting to get the hang of saying the last part of the name.</w:t>
      </w:r>
    </w:p>
    <w:p w14:paraId="398901E4" w14:textId="77777777" w:rsidR="00D261B9" w:rsidRDefault="00D261B9">
      <w:pPr>
        <w:spacing w:after="0"/>
      </w:pPr>
    </w:p>
    <w:p w14:paraId="581A55D4" w14:textId="77777777" w:rsidR="00D261B9" w:rsidRDefault="001E1EF2">
      <w:pPr>
        <w:spacing w:after="0"/>
      </w:pPr>
      <w:r>
        <w:rPr>
          <w:rFonts w:ascii="Arial" w:hAnsi="Arial"/>
          <w:b/>
        </w:rPr>
        <w:t xml:space="preserve">Interviewer P:  </w:t>
      </w:r>
      <w:r>
        <w:rPr>
          <w:rFonts w:ascii="Arial" w:hAnsi="Arial"/>
          <w:color w:val="5D7284"/>
        </w:rPr>
        <w:t>25:10</w:t>
      </w:r>
    </w:p>
    <w:p w14:paraId="055B833B" w14:textId="77777777" w:rsidR="00D261B9" w:rsidRDefault="001E1EF2">
      <w:pPr>
        <w:spacing w:after="0"/>
      </w:pPr>
      <w:r>
        <w:rPr>
          <w:rFonts w:ascii="Arial" w:hAnsi="Arial"/>
        </w:rPr>
        <w:lastRenderedPageBreak/>
        <w:t>Are you a chemistry major?</w:t>
      </w:r>
    </w:p>
    <w:p w14:paraId="22C6206A" w14:textId="77777777" w:rsidR="00D261B9" w:rsidRDefault="00D261B9">
      <w:pPr>
        <w:spacing w:after="0"/>
      </w:pPr>
    </w:p>
    <w:p w14:paraId="25D63BE8" w14:textId="77777777" w:rsidR="00D261B9" w:rsidRDefault="001E1EF2">
      <w:pPr>
        <w:spacing w:after="0"/>
      </w:pPr>
      <w:r>
        <w:rPr>
          <w:rFonts w:ascii="Arial" w:hAnsi="Arial"/>
          <w:b/>
        </w:rPr>
        <w:t xml:space="preserve">Participant #16:  </w:t>
      </w:r>
      <w:r>
        <w:rPr>
          <w:rFonts w:ascii="Arial" w:hAnsi="Arial"/>
          <w:color w:val="5D7284"/>
        </w:rPr>
        <w:t>25:12</w:t>
      </w:r>
    </w:p>
    <w:p w14:paraId="26C4EC01" w14:textId="77777777" w:rsidR="00D261B9" w:rsidRDefault="001E1EF2">
      <w:pPr>
        <w:spacing w:after="0"/>
      </w:pPr>
      <w:r>
        <w:rPr>
          <w:rFonts w:ascii="Arial" w:hAnsi="Arial"/>
        </w:rPr>
        <w:t>I am biochem minor.</w:t>
      </w:r>
    </w:p>
    <w:p w14:paraId="6B9EA918" w14:textId="77777777" w:rsidR="00D261B9" w:rsidRDefault="00D261B9">
      <w:pPr>
        <w:spacing w:after="0"/>
      </w:pPr>
    </w:p>
    <w:p w14:paraId="40C9E98A" w14:textId="77777777" w:rsidR="00D261B9" w:rsidRDefault="001E1EF2">
      <w:pPr>
        <w:spacing w:after="0"/>
      </w:pPr>
      <w:r>
        <w:rPr>
          <w:rFonts w:ascii="Arial" w:hAnsi="Arial"/>
          <w:b/>
        </w:rPr>
        <w:t xml:space="preserve">Interviewer P:  </w:t>
      </w:r>
      <w:r>
        <w:rPr>
          <w:rFonts w:ascii="Arial" w:hAnsi="Arial"/>
          <w:color w:val="5D7284"/>
        </w:rPr>
        <w:t>25:13</w:t>
      </w:r>
    </w:p>
    <w:p w14:paraId="1D113BA9" w14:textId="770A73D9" w:rsidR="00D261B9" w:rsidRDefault="001E1EF2">
      <w:pPr>
        <w:spacing w:after="0"/>
      </w:pPr>
      <w:r>
        <w:rPr>
          <w:rFonts w:ascii="Arial" w:hAnsi="Arial"/>
        </w:rPr>
        <w:t xml:space="preserve">Biochem. </w:t>
      </w:r>
      <w:r w:rsidR="00980B3A">
        <w:rPr>
          <w:rFonts w:ascii="Arial" w:hAnsi="Arial"/>
        </w:rPr>
        <w:t>So,</w:t>
      </w:r>
      <w:r>
        <w:rPr>
          <w:rFonts w:ascii="Arial" w:hAnsi="Arial"/>
        </w:rPr>
        <w:t xml:space="preserve"> have you worked with potassium </w:t>
      </w:r>
      <w:r w:rsidR="00980B3A">
        <w:rPr>
          <w:rFonts w:ascii="Arial" w:hAnsi="Arial"/>
        </w:rPr>
        <w:t>permanganate</w:t>
      </w:r>
      <w:r>
        <w:rPr>
          <w:rFonts w:ascii="Arial" w:hAnsi="Arial"/>
        </w:rPr>
        <w:t xml:space="preserve"> before? </w:t>
      </w:r>
    </w:p>
    <w:p w14:paraId="392A84C8" w14:textId="77777777" w:rsidR="00D261B9" w:rsidRDefault="00D261B9">
      <w:pPr>
        <w:spacing w:after="0"/>
      </w:pPr>
    </w:p>
    <w:p w14:paraId="2F34C3F3" w14:textId="77777777" w:rsidR="00D261B9" w:rsidRDefault="001E1EF2">
      <w:pPr>
        <w:spacing w:after="0"/>
      </w:pPr>
      <w:r>
        <w:rPr>
          <w:rFonts w:ascii="Arial" w:hAnsi="Arial"/>
          <w:b/>
        </w:rPr>
        <w:t xml:space="preserve">Interviewer E:  </w:t>
      </w:r>
      <w:r>
        <w:rPr>
          <w:rFonts w:ascii="Arial" w:hAnsi="Arial"/>
          <w:color w:val="5D7284"/>
        </w:rPr>
        <w:t>25:16</w:t>
      </w:r>
    </w:p>
    <w:p w14:paraId="164E0C35" w14:textId="77777777" w:rsidR="00D261B9" w:rsidRDefault="001E1EF2">
      <w:pPr>
        <w:spacing w:after="0"/>
      </w:pPr>
      <w:r>
        <w:rPr>
          <w:rFonts w:ascii="Arial" w:hAnsi="Arial"/>
        </w:rPr>
        <w:t>Oh, you have?</w:t>
      </w:r>
    </w:p>
    <w:p w14:paraId="4B37194E" w14:textId="77777777" w:rsidR="00D261B9" w:rsidRDefault="00D261B9">
      <w:pPr>
        <w:spacing w:after="0"/>
      </w:pPr>
    </w:p>
    <w:p w14:paraId="1BD2AD30" w14:textId="77777777" w:rsidR="00D261B9" w:rsidRDefault="001E1EF2">
      <w:pPr>
        <w:spacing w:after="0"/>
      </w:pPr>
      <w:r>
        <w:rPr>
          <w:rFonts w:ascii="Arial" w:hAnsi="Arial"/>
          <w:b/>
        </w:rPr>
        <w:t xml:space="preserve">Interviewer P:  </w:t>
      </w:r>
      <w:r>
        <w:rPr>
          <w:rFonts w:ascii="Arial" w:hAnsi="Arial"/>
          <w:color w:val="5D7284"/>
        </w:rPr>
        <w:t>25:17</w:t>
      </w:r>
    </w:p>
    <w:p w14:paraId="7C4ADAD5" w14:textId="77777777" w:rsidR="00D261B9" w:rsidRDefault="001E1EF2">
      <w:pPr>
        <w:spacing w:after="0"/>
      </w:pPr>
      <w:r>
        <w:rPr>
          <w:rFonts w:ascii="Arial" w:hAnsi="Arial"/>
        </w:rPr>
        <w:t>First one.</w:t>
      </w:r>
    </w:p>
    <w:p w14:paraId="5EBA19C2" w14:textId="77777777" w:rsidR="00D261B9" w:rsidRDefault="00D261B9">
      <w:pPr>
        <w:spacing w:after="0"/>
      </w:pPr>
    </w:p>
    <w:p w14:paraId="247B1566" w14:textId="77777777" w:rsidR="00D261B9" w:rsidRDefault="001E1EF2">
      <w:pPr>
        <w:spacing w:after="0"/>
      </w:pPr>
      <w:r>
        <w:rPr>
          <w:rFonts w:ascii="Arial" w:hAnsi="Arial"/>
          <w:b/>
        </w:rPr>
        <w:t xml:space="preserve">Participant #16:  </w:t>
      </w:r>
      <w:r>
        <w:rPr>
          <w:rFonts w:ascii="Arial" w:hAnsi="Arial"/>
          <w:color w:val="5D7284"/>
        </w:rPr>
        <w:t>25:21</w:t>
      </w:r>
    </w:p>
    <w:p w14:paraId="20F0AF71" w14:textId="77777777" w:rsidR="00D261B9" w:rsidRDefault="001E1EF2">
      <w:pPr>
        <w:spacing w:after="0"/>
      </w:pPr>
      <w:r>
        <w:rPr>
          <w:rFonts w:ascii="Arial" w:hAnsi="Arial"/>
        </w:rPr>
        <w:t xml:space="preserve">I can't say it </w:t>
      </w:r>
      <w:r>
        <w:rPr>
          <w:rFonts w:ascii="Arial" w:hAnsi="Arial"/>
        </w:rPr>
        <w:t>either.</w:t>
      </w:r>
    </w:p>
    <w:p w14:paraId="4C873D2B" w14:textId="77777777" w:rsidR="00D261B9" w:rsidRDefault="00D261B9">
      <w:pPr>
        <w:spacing w:after="0"/>
      </w:pPr>
    </w:p>
    <w:p w14:paraId="7B428085" w14:textId="77777777" w:rsidR="00D261B9" w:rsidRDefault="001E1EF2">
      <w:pPr>
        <w:spacing w:after="0"/>
      </w:pPr>
      <w:r>
        <w:rPr>
          <w:rFonts w:ascii="Arial" w:hAnsi="Arial"/>
          <w:b/>
        </w:rPr>
        <w:t xml:space="preserve">Interviewer E:  </w:t>
      </w:r>
      <w:r>
        <w:rPr>
          <w:rFonts w:ascii="Arial" w:hAnsi="Arial"/>
          <w:color w:val="5D7284"/>
        </w:rPr>
        <w:t>25:24</w:t>
      </w:r>
    </w:p>
    <w:p w14:paraId="41496FB8" w14:textId="77777777" w:rsidR="00D261B9" w:rsidRDefault="001E1EF2">
      <w:pPr>
        <w:spacing w:after="0"/>
      </w:pPr>
      <w:r>
        <w:rPr>
          <w:rFonts w:ascii="Arial" w:hAnsi="Arial"/>
        </w:rPr>
        <w:t xml:space="preserve">Took me a few tries. </w:t>
      </w:r>
    </w:p>
    <w:p w14:paraId="394FB3FF" w14:textId="77777777" w:rsidR="00D261B9" w:rsidRDefault="00D261B9">
      <w:pPr>
        <w:spacing w:after="0"/>
      </w:pPr>
    </w:p>
    <w:p w14:paraId="41B9026C" w14:textId="77777777" w:rsidR="00D261B9" w:rsidRDefault="001E1EF2">
      <w:pPr>
        <w:spacing w:after="0"/>
      </w:pPr>
      <w:r>
        <w:rPr>
          <w:rFonts w:ascii="Arial" w:hAnsi="Arial"/>
          <w:b/>
        </w:rPr>
        <w:t xml:space="preserve">Participant #16:  </w:t>
      </w:r>
      <w:r>
        <w:rPr>
          <w:rFonts w:ascii="Arial" w:hAnsi="Arial"/>
          <w:color w:val="5D7284"/>
        </w:rPr>
        <w:t>25:25</w:t>
      </w:r>
    </w:p>
    <w:p w14:paraId="719EB954" w14:textId="77777777" w:rsidR="00D261B9" w:rsidRDefault="001E1EF2">
      <w:pPr>
        <w:spacing w:after="0"/>
      </w:pPr>
      <w:r>
        <w:rPr>
          <w:rFonts w:ascii="Arial" w:hAnsi="Arial"/>
        </w:rPr>
        <w:t>Yeah.</w:t>
      </w:r>
    </w:p>
    <w:p w14:paraId="7138D262" w14:textId="77777777" w:rsidR="00D261B9" w:rsidRDefault="00D261B9">
      <w:pPr>
        <w:spacing w:after="0"/>
      </w:pPr>
    </w:p>
    <w:p w14:paraId="2BEBF802" w14:textId="77777777" w:rsidR="00D261B9" w:rsidRDefault="001E1EF2">
      <w:pPr>
        <w:spacing w:after="0"/>
      </w:pPr>
      <w:r>
        <w:rPr>
          <w:rFonts w:ascii="Arial" w:hAnsi="Arial"/>
          <w:b/>
        </w:rPr>
        <w:t xml:space="preserve">Interviewer E:  </w:t>
      </w:r>
      <w:r>
        <w:rPr>
          <w:rFonts w:ascii="Arial" w:hAnsi="Arial"/>
          <w:color w:val="5D7284"/>
        </w:rPr>
        <w:t>25:27</w:t>
      </w:r>
    </w:p>
    <w:p w14:paraId="169628B0" w14:textId="77777777" w:rsidR="00D261B9" w:rsidRDefault="001E1EF2">
      <w:pPr>
        <w:spacing w:after="0"/>
      </w:pPr>
      <w:r>
        <w:rPr>
          <w:rFonts w:ascii="Arial" w:hAnsi="Arial"/>
        </w:rPr>
        <w:t xml:space="preserve">All right, so I guess you already are, kind of know that they're little crystals. And when I put it in this water, it's gonna sink to the bottom and leave like a pink dye trail behind it. Now, I don't know if you did this in what is it biochemistry? Okay, I don't know if you did this exactly. I'm gonna put a little bit in here. </w:t>
      </w:r>
    </w:p>
    <w:p w14:paraId="19A3B81D" w14:textId="77777777" w:rsidR="00D261B9" w:rsidRDefault="00D261B9">
      <w:pPr>
        <w:spacing w:after="0"/>
      </w:pPr>
    </w:p>
    <w:p w14:paraId="38DAF1A6" w14:textId="77777777" w:rsidR="00D261B9" w:rsidRDefault="001E1EF2">
      <w:pPr>
        <w:spacing w:after="0"/>
      </w:pPr>
      <w:r>
        <w:rPr>
          <w:rFonts w:ascii="Arial" w:hAnsi="Arial"/>
          <w:b/>
        </w:rPr>
        <w:t xml:space="preserve">Participant #16:  </w:t>
      </w:r>
      <w:r>
        <w:rPr>
          <w:rFonts w:ascii="Arial" w:hAnsi="Arial"/>
          <w:color w:val="5D7284"/>
        </w:rPr>
        <w:t>25:56</w:t>
      </w:r>
    </w:p>
    <w:p w14:paraId="42754139" w14:textId="00A18E88" w:rsidR="00D261B9" w:rsidRDefault="001E1EF2">
      <w:pPr>
        <w:spacing w:after="0"/>
      </w:pPr>
      <w:r>
        <w:rPr>
          <w:rFonts w:ascii="Arial" w:hAnsi="Arial"/>
        </w:rPr>
        <w:t xml:space="preserve">Yeah, we </w:t>
      </w:r>
      <w:r w:rsidR="00980B3A">
        <w:rPr>
          <w:rFonts w:ascii="Arial" w:hAnsi="Arial"/>
        </w:rPr>
        <w:t>definitely</w:t>
      </w:r>
      <w:r>
        <w:rPr>
          <w:rFonts w:ascii="Arial" w:hAnsi="Arial"/>
        </w:rPr>
        <w:t xml:space="preserve"> did not do this.</w:t>
      </w:r>
    </w:p>
    <w:p w14:paraId="27541255" w14:textId="77777777" w:rsidR="00D261B9" w:rsidRDefault="00D261B9">
      <w:pPr>
        <w:spacing w:after="0"/>
      </w:pPr>
    </w:p>
    <w:p w14:paraId="5F500C90" w14:textId="77777777" w:rsidR="00D261B9" w:rsidRDefault="001E1EF2">
      <w:pPr>
        <w:spacing w:after="0"/>
      </w:pPr>
      <w:r>
        <w:rPr>
          <w:rFonts w:ascii="Arial" w:hAnsi="Arial"/>
          <w:b/>
        </w:rPr>
        <w:t xml:space="preserve">Interviewer E:  </w:t>
      </w:r>
      <w:r>
        <w:rPr>
          <w:rFonts w:ascii="Arial" w:hAnsi="Arial"/>
          <w:color w:val="5D7284"/>
        </w:rPr>
        <w:t>25:59</w:t>
      </w:r>
    </w:p>
    <w:p w14:paraId="1CFEC74F" w14:textId="77777777" w:rsidR="00D261B9" w:rsidRDefault="001E1EF2">
      <w:pPr>
        <w:spacing w:after="0"/>
      </w:pPr>
      <w:r>
        <w:rPr>
          <w:rFonts w:ascii="Arial" w:hAnsi="Arial"/>
        </w:rPr>
        <w:t>Yeah, how did you guys use it? Or do you not remember it's okay. Anything interesting about?</w:t>
      </w:r>
    </w:p>
    <w:p w14:paraId="7530D0C0" w14:textId="77777777" w:rsidR="00D261B9" w:rsidRDefault="00D261B9">
      <w:pPr>
        <w:spacing w:after="0"/>
      </w:pPr>
    </w:p>
    <w:p w14:paraId="6CC558A6" w14:textId="77777777" w:rsidR="00D261B9" w:rsidRDefault="001E1EF2">
      <w:pPr>
        <w:spacing w:after="0"/>
      </w:pPr>
      <w:r>
        <w:rPr>
          <w:rFonts w:ascii="Arial" w:hAnsi="Arial"/>
          <w:b/>
        </w:rPr>
        <w:t xml:space="preserve">Participant #16:  </w:t>
      </w:r>
      <w:r>
        <w:rPr>
          <w:rFonts w:ascii="Arial" w:hAnsi="Arial"/>
          <w:color w:val="5D7284"/>
        </w:rPr>
        <w:t>26:11</w:t>
      </w:r>
    </w:p>
    <w:p w14:paraId="69E6BEBB" w14:textId="43DE9BDC" w:rsidR="00D261B9" w:rsidRDefault="001E1EF2">
      <w:pPr>
        <w:spacing w:after="0"/>
      </w:pPr>
      <w:r>
        <w:rPr>
          <w:rFonts w:ascii="Arial" w:hAnsi="Arial"/>
        </w:rPr>
        <w:t xml:space="preserve">I think </w:t>
      </w:r>
      <w:r w:rsidR="00980B3A">
        <w:rPr>
          <w:rFonts w:ascii="Arial" w:hAnsi="Arial"/>
        </w:rPr>
        <w:t>that’s</w:t>
      </w:r>
      <w:r>
        <w:rPr>
          <w:rFonts w:ascii="Arial" w:hAnsi="Arial"/>
        </w:rPr>
        <w:t xml:space="preserve"> so cool. </w:t>
      </w:r>
      <w:r w:rsidR="00980B3A">
        <w:rPr>
          <w:rFonts w:ascii="Arial" w:hAnsi="Arial"/>
        </w:rPr>
        <w:t>Well,</w:t>
      </w:r>
      <w:r>
        <w:rPr>
          <w:rFonts w:ascii="Arial" w:hAnsi="Arial"/>
        </w:rPr>
        <w:t xml:space="preserve"> the pink dye is definitely interesting</w:t>
      </w:r>
      <w:r>
        <w:rPr>
          <w:rFonts w:ascii="Arial" w:hAnsi="Arial"/>
        </w:rPr>
        <w:t xml:space="preserve">. How it's kind of like I don't know how to explain it. It's already at the bottom the </w:t>
      </w:r>
      <w:r w:rsidR="00980B3A">
        <w:rPr>
          <w:rFonts w:ascii="Arial" w:hAnsi="Arial"/>
        </w:rPr>
        <w:t>permanganate</w:t>
      </w:r>
      <w:r>
        <w:rPr>
          <w:rFonts w:ascii="Arial" w:hAnsi="Arial"/>
        </w:rPr>
        <w:t xml:space="preserve">. But the dye is still falling. </w:t>
      </w:r>
    </w:p>
    <w:p w14:paraId="542FF176" w14:textId="77777777" w:rsidR="00D261B9" w:rsidRDefault="00D261B9">
      <w:pPr>
        <w:spacing w:after="0"/>
      </w:pPr>
    </w:p>
    <w:p w14:paraId="4E4F1A6D" w14:textId="77777777" w:rsidR="00D261B9" w:rsidRDefault="001E1EF2">
      <w:pPr>
        <w:spacing w:after="0"/>
      </w:pPr>
      <w:r>
        <w:rPr>
          <w:rFonts w:ascii="Arial" w:hAnsi="Arial"/>
          <w:b/>
        </w:rPr>
        <w:t xml:space="preserve">Interviewer E:  </w:t>
      </w:r>
      <w:r>
        <w:rPr>
          <w:rFonts w:ascii="Arial" w:hAnsi="Arial"/>
          <w:color w:val="5D7284"/>
        </w:rPr>
        <w:t>26:34</w:t>
      </w:r>
    </w:p>
    <w:p w14:paraId="4BB5AA47" w14:textId="77777777" w:rsidR="00D261B9" w:rsidRDefault="001E1EF2">
      <w:pPr>
        <w:spacing w:after="0"/>
      </w:pPr>
      <w:r>
        <w:rPr>
          <w:rFonts w:ascii="Arial" w:hAnsi="Arial"/>
        </w:rPr>
        <w:t>Right.</w:t>
      </w:r>
    </w:p>
    <w:p w14:paraId="1352481A" w14:textId="77777777" w:rsidR="00D261B9" w:rsidRDefault="00D261B9">
      <w:pPr>
        <w:spacing w:after="0"/>
      </w:pPr>
    </w:p>
    <w:p w14:paraId="56A4CCE9" w14:textId="77777777" w:rsidR="00D261B9" w:rsidRDefault="001E1EF2">
      <w:pPr>
        <w:spacing w:after="0"/>
      </w:pPr>
      <w:r>
        <w:rPr>
          <w:rFonts w:ascii="Arial" w:hAnsi="Arial"/>
          <w:b/>
        </w:rPr>
        <w:t xml:space="preserve">Participant #16:  </w:t>
      </w:r>
      <w:r>
        <w:rPr>
          <w:rFonts w:ascii="Arial" w:hAnsi="Arial"/>
          <w:color w:val="5D7284"/>
        </w:rPr>
        <w:t>26:34</w:t>
      </w:r>
    </w:p>
    <w:p w14:paraId="0B55DAB8" w14:textId="33A88515" w:rsidR="00D261B9" w:rsidRDefault="00980B3A">
      <w:pPr>
        <w:spacing w:after="0"/>
      </w:pPr>
      <w:r>
        <w:rPr>
          <w:rFonts w:ascii="Arial" w:hAnsi="Arial"/>
        </w:rPr>
        <w:t>So, it's like a residue kind of, well now it's reached the ground, reached the bottom.</w:t>
      </w:r>
    </w:p>
    <w:p w14:paraId="77B470AC" w14:textId="77777777" w:rsidR="00D261B9" w:rsidRDefault="00D261B9">
      <w:pPr>
        <w:spacing w:after="0"/>
      </w:pPr>
    </w:p>
    <w:p w14:paraId="605380A7" w14:textId="77777777" w:rsidR="00D261B9" w:rsidRDefault="001E1EF2">
      <w:pPr>
        <w:spacing w:after="0"/>
      </w:pPr>
      <w:r>
        <w:rPr>
          <w:rFonts w:ascii="Arial" w:hAnsi="Arial"/>
          <w:b/>
        </w:rPr>
        <w:lastRenderedPageBreak/>
        <w:t xml:space="preserve">Interviewer E:  </w:t>
      </w:r>
      <w:r>
        <w:rPr>
          <w:rFonts w:ascii="Arial" w:hAnsi="Arial"/>
          <w:color w:val="5D7284"/>
        </w:rPr>
        <w:t>26:42</w:t>
      </w:r>
    </w:p>
    <w:p w14:paraId="7E7B5E68" w14:textId="77777777" w:rsidR="00D261B9" w:rsidRDefault="001E1EF2">
      <w:pPr>
        <w:spacing w:after="0"/>
      </w:pPr>
      <w:r>
        <w:rPr>
          <w:rFonts w:ascii="Arial" w:hAnsi="Arial"/>
        </w:rPr>
        <w:t xml:space="preserve">I think that's like a good explanation. </w:t>
      </w:r>
    </w:p>
    <w:p w14:paraId="5DE1B085" w14:textId="77777777" w:rsidR="00D261B9" w:rsidRDefault="00D261B9">
      <w:pPr>
        <w:spacing w:after="0"/>
      </w:pPr>
    </w:p>
    <w:p w14:paraId="363DB802" w14:textId="77777777" w:rsidR="00D261B9" w:rsidRDefault="001E1EF2">
      <w:pPr>
        <w:spacing w:after="0"/>
      </w:pPr>
      <w:r>
        <w:rPr>
          <w:rFonts w:ascii="Arial" w:hAnsi="Arial"/>
          <w:b/>
        </w:rPr>
        <w:t xml:space="preserve">Participant #16:  </w:t>
      </w:r>
      <w:r>
        <w:rPr>
          <w:rFonts w:ascii="Arial" w:hAnsi="Arial"/>
          <w:color w:val="5D7284"/>
        </w:rPr>
        <w:t>26:47</w:t>
      </w:r>
    </w:p>
    <w:p w14:paraId="78C8E875" w14:textId="77777777" w:rsidR="00D261B9" w:rsidRDefault="001E1EF2">
      <w:pPr>
        <w:spacing w:after="0"/>
      </w:pPr>
      <w:r>
        <w:rPr>
          <w:rFonts w:ascii="Arial" w:hAnsi="Arial"/>
        </w:rPr>
        <w:t>Yeah, it's really cool.</w:t>
      </w:r>
    </w:p>
    <w:p w14:paraId="4E8AD880" w14:textId="77777777" w:rsidR="00D261B9" w:rsidRDefault="00D261B9">
      <w:pPr>
        <w:spacing w:after="0"/>
      </w:pPr>
    </w:p>
    <w:p w14:paraId="3FA0740D" w14:textId="77777777" w:rsidR="00D261B9" w:rsidRDefault="001E1EF2">
      <w:pPr>
        <w:spacing w:after="0"/>
      </w:pPr>
      <w:r>
        <w:rPr>
          <w:rFonts w:ascii="Arial" w:hAnsi="Arial"/>
          <w:b/>
        </w:rPr>
        <w:t xml:space="preserve">Interviewer E:  </w:t>
      </w:r>
      <w:r>
        <w:rPr>
          <w:rFonts w:ascii="Arial" w:hAnsi="Arial"/>
          <w:color w:val="5D7284"/>
        </w:rPr>
        <w:t>26:48</w:t>
      </w:r>
    </w:p>
    <w:p w14:paraId="0990F07E" w14:textId="40BD0E81" w:rsidR="00D261B9" w:rsidRDefault="001E1EF2">
      <w:pPr>
        <w:spacing w:after="0"/>
      </w:pPr>
      <w:r>
        <w:rPr>
          <w:rFonts w:ascii="Arial" w:hAnsi="Arial"/>
        </w:rPr>
        <w:t xml:space="preserve">Yeah, I think so </w:t>
      </w:r>
      <w:r w:rsidR="00980B3A">
        <w:rPr>
          <w:rFonts w:ascii="Arial" w:hAnsi="Arial"/>
        </w:rPr>
        <w:t>to,</w:t>
      </w:r>
      <w:r>
        <w:rPr>
          <w:rFonts w:ascii="Arial" w:hAnsi="Arial"/>
        </w:rPr>
        <w:t xml:space="preserve"> and I am sure you can see where we are gonna</w:t>
      </w:r>
      <w:r>
        <w:rPr>
          <w:rFonts w:ascii="Arial" w:hAnsi="Arial"/>
        </w:rPr>
        <w:t xml:space="preserve"> go with this, we have this giant rotating tank so I'm actually going to put some of this inside of there. But before I do we want to get like your initial prediction of what you think it's going to look like have to find the paper. </w:t>
      </w:r>
    </w:p>
    <w:p w14:paraId="1866B61E" w14:textId="77777777" w:rsidR="00D261B9" w:rsidRDefault="00D261B9">
      <w:pPr>
        <w:spacing w:after="0"/>
      </w:pPr>
    </w:p>
    <w:p w14:paraId="3765540C" w14:textId="77777777" w:rsidR="00D261B9" w:rsidRDefault="001E1EF2">
      <w:pPr>
        <w:spacing w:after="0"/>
      </w:pPr>
      <w:r>
        <w:rPr>
          <w:rFonts w:ascii="Arial" w:hAnsi="Arial"/>
          <w:b/>
        </w:rPr>
        <w:t xml:space="preserve">Participant #16:  </w:t>
      </w:r>
      <w:r>
        <w:rPr>
          <w:rFonts w:ascii="Arial" w:hAnsi="Arial"/>
          <w:color w:val="5D7284"/>
        </w:rPr>
        <w:t>27:17</w:t>
      </w:r>
    </w:p>
    <w:p w14:paraId="45561E36" w14:textId="14DB28F4" w:rsidR="00D261B9" w:rsidRDefault="001E1EF2">
      <w:pPr>
        <w:spacing w:after="0"/>
      </w:pPr>
      <w:r>
        <w:rPr>
          <w:rFonts w:ascii="Arial" w:hAnsi="Arial"/>
        </w:rPr>
        <w:t xml:space="preserve">With the colored </w:t>
      </w:r>
      <w:r w:rsidR="00980B3A">
        <w:rPr>
          <w:rFonts w:ascii="Arial" w:hAnsi="Arial"/>
        </w:rPr>
        <w:t>pencils</w:t>
      </w:r>
      <w:r>
        <w:rPr>
          <w:rFonts w:ascii="Arial" w:hAnsi="Arial"/>
        </w:rPr>
        <w:t>?</w:t>
      </w:r>
    </w:p>
    <w:p w14:paraId="13D1CCE5" w14:textId="77777777" w:rsidR="00D261B9" w:rsidRDefault="00D261B9">
      <w:pPr>
        <w:spacing w:after="0"/>
      </w:pPr>
    </w:p>
    <w:p w14:paraId="72AE2768" w14:textId="77777777" w:rsidR="00D261B9" w:rsidRDefault="001E1EF2">
      <w:pPr>
        <w:spacing w:after="0"/>
      </w:pPr>
      <w:r>
        <w:rPr>
          <w:rFonts w:ascii="Arial" w:hAnsi="Arial"/>
          <w:b/>
        </w:rPr>
        <w:t xml:space="preserve">Interviewer E:  </w:t>
      </w:r>
      <w:r>
        <w:rPr>
          <w:rFonts w:ascii="Arial" w:hAnsi="Arial"/>
          <w:color w:val="5D7284"/>
        </w:rPr>
        <w:t>27:19</w:t>
      </w:r>
    </w:p>
    <w:p w14:paraId="1E2AC628" w14:textId="12084A22" w:rsidR="00D261B9" w:rsidRDefault="00980B3A">
      <w:pPr>
        <w:spacing w:after="0"/>
      </w:pPr>
      <w:r>
        <w:rPr>
          <w:rFonts w:ascii="Arial" w:hAnsi="Arial"/>
        </w:rPr>
        <w:t>So, if I were to drop some in and a minute had passed, what do you think it will look like from like a side view picture and like a bird's eye view looking down?</w:t>
      </w:r>
    </w:p>
    <w:p w14:paraId="6A00AC4B" w14:textId="77777777" w:rsidR="00D261B9" w:rsidRDefault="00D261B9">
      <w:pPr>
        <w:spacing w:after="0"/>
      </w:pPr>
    </w:p>
    <w:p w14:paraId="36DEA931" w14:textId="77777777" w:rsidR="00D261B9" w:rsidRDefault="001E1EF2">
      <w:pPr>
        <w:spacing w:after="0"/>
      </w:pPr>
      <w:r>
        <w:rPr>
          <w:rFonts w:ascii="Arial" w:hAnsi="Arial"/>
          <w:b/>
        </w:rPr>
        <w:t xml:space="preserve">Participant #16:  </w:t>
      </w:r>
      <w:r>
        <w:rPr>
          <w:rFonts w:ascii="Arial" w:hAnsi="Arial"/>
          <w:color w:val="5D7284"/>
        </w:rPr>
        <w:t>27:31</w:t>
      </w:r>
    </w:p>
    <w:p w14:paraId="170D7E84" w14:textId="77777777" w:rsidR="00D261B9" w:rsidRDefault="001E1EF2">
      <w:pPr>
        <w:spacing w:after="0"/>
      </w:pPr>
      <w:r>
        <w:rPr>
          <w:rFonts w:ascii="Arial" w:hAnsi="Arial"/>
        </w:rPr>
        <w:t>Down, after one minute?</w:t>
      </w:r>
    </w:p>
    <w:p w14:paraId="7BBB4CE4" w14:textId="77777777" w:rsidR="00D261B9" w:rsidRDefault="00D261B9">
      <w:pPr>
        <w:spacing w:after="0"/>
      </w:pPr>
    </w:p>
    <w:p w14:paraId="5B81B6D8" w14:textId="77777777" w:rsidR="00D261B9" w:rsidRDefault="001E1EF2">
      <w:pPr>
        <w:spacing w:after="0"/>
      </w:pPr>
      <w:r>
        <w:rPr>
          <w:rFonts w:ascii="Arial" w:hAnsi="Arial"/>
          <w:b/>
        </w:rPr>
        <w:t xml:space="preserve">Interviewer E:  </w:t>
      </w:r>
      <w:r>
        <w:rPr>
          <w:rFonts w:ascii="Arial" w:hAnsi="Arial"/>
          <w:color w:val="5D7284"/>
        </w:rPr>
        <w:t>27:33</w:t>
      </w:r>
    </w:p>
    <w:p w14:paraId="1A506B97" w14:textId="77777777" w:rsidR="00D261B9" w:rsidRDefault="001E1EF2">
      <w:pPr>
        <w:spacing w:after="0"/>
      </w:pPr>
      <w:r>
        <w:rPr>
          <w:rFonts w:ascii="Arial" w:hAnsi="Arial"/>
        </w:rPr>
        <w:t>After one minute yeah.</w:t>
      </w:r>
    </w:p>
    <w:p w14:paraId="1A3C41A5" w14:textId="77777777" w:rsidR="00D261B9" w:rsidRDefault="00D261B9">
      <w:pPr>
        <w:spacing w:after="0"/>
      </w:pPr>
    </w:p>
    <w:p w14:paraId="14AF1CDA" w14:textId="77777777" w:rsidR="00D261B9" w:rsidRDefault="001E1EF2">
      <w:pPr>
        <w:spacing w:after="0"/>
      </w:pPr>
      <w:r>
        <w:rPr>
          <w:rFonts w:ascii="Arial" w:hAnsi="Arial"/>
          <w:b/>
        </w:rPr>
        <w:t xml:space="preserve">Participant #16:  </w:t>
      </w:r>
      <w:r>
        <w:rPr>
          <w:rFonts w:ascii="Arial" w:hAnsi="Arial"/>
          <w:color w:val="5D7284"/>
        </w:rPr>
        <w:t>28:31</w:t>
      </w:r>
    </w:p>
    <w:p w14:paraId="1CF29CBB" w14:textId="77777777" w:rsidR="00D261B9" w:rsidRDefault="001E1EF2">
      <w:pPr>
        <w:spacing w:after="0"/>
      </w:pPr>
      <w:r>
        <w:rPr>
          <w:rFonts w:ascii="Arial" w:hAnsi="Arial"/>
        </w:rPr>
        <w:t>Okay.</w:t>
      </w:r>
    </w:p>
    <w:p w14:paraId="22737AFE" w14:textId="77777777" w:rsidR="00D261B9" w:rsidRDefault="00D261B9">
      <w:pPr>
        <w:spacing w:after="0"/>
      </w:pPr>
    </w:p>
    <w:p w14:paraId="43421992" w14:textId="77777777" w:rsidR="00D261B9" w:rsidRDefault="001E1EF2">
      <w:pPr>
        <w:spacing w:after="0"/>
      </w:pPr>
      <w:r>
        <w:rPr>
          <w:rFonts w:ascii="Arial" w:hAnsi="Arial"/>
          <w:b/>
        </w:rPr>
        <w:t xml:space="preserve">Interviewer E:  </w:t>
      </w:r>
      <w:r>
        <w:rPr>
          <w:rFonts w:ascii="Arial" w:hAnsi="Arial"/>
          <w:color w:val="5D7284"/>
        </w:rPr>
        <w:t>28:32</w:t>
      </w:r>
    </w:p>
    <w:p w14:paraId="59DBD1D3" w14:textId="77777777" w:rsidR="00D261B9" w:rsidRDefault="001E1EF2">
      <w:pPr>
        <w:spacing w:after="0"/>
      </w:pPr>
      <w:r>
        <w:rPr>
          <w:rFonts w:ascii="Arial" w:hAnsi="Arial"/>
        </w:rPr>
        <w:t>All right, so can you tell me a little bit about what you drew and why you drew it?</w:t>
      </w:r>
    </w:p>
    <w:p w14:paraId="610D790C" w14:textId="77777777" w:rsidR="00D261B9" w:rsidRDefault="00D261B9">
      <w:pPr>
        <w:spacing w:after="0"/>
      </w:pPr>
    </w:p>
    <w:p w14:paraId="5CE9A2B1" w14:textId="77777777" w:rsidR="00D261B9" w:rsidRDefault="001E1EF2">
      <w:pPr>
        <w:spacing w:after="0"/>
      </w:pPr>
      <w:r>
        <w:rPr>
          <w:rFonts w:ascii="Arial" w:hAnsi="Arial"/>
          <w:b/>
        </w:rPr>
        <w:t xml:space="preserve">Participant #16:  </w:t>
      </w:r>
      <w:r>
        <w:rPr>
          <w:rFonts w:ascii="Arial" w:hAnsi="Arial"/>
          <w:color w:val="5D7284"/>
        </w:rPr>
        <w:t>28:39</w:t>
      </w:r>
    </w:p>
    <w:p w14:paraId="0A133845" w14:textId="68E7B9B7" w:rsidR="00D261B9" w:rsidRDefault="001E1EF2">
      <w:pPr>
        <w:spacing w:after="0"/>
      </w:pPr>
      <w:r>
        <w:rPr>
          <w:rFonts w:ascii="Arial" w:hAnsi="Arial"/>
        </w:rPr>
        <w:t xml:space="preserve">Yes. So not sure why I think </w:t>
      </w:r>
      <w:r w:rsidR="00980B3A">
        <w:rPr>
          <w:rFonts w:ascii="Arial" w:hAnsi="Arial"/>
        </w:rPr>
        <w:t>this,</w:t>
      </w:r>
      <w:r>
        <w:rPr>
          <w:rFonts w:ascii="Arial" w:hAnsi="Arial"/>
        </w:rPr>
        <w:t xml:space="preserve"> but I feel like from above, it's not going to look as dissolved. Like you'll be able to see where the substance like fell in and see the trails. So that's what these little clumps are. Roughly the side would definitely be like a little pool at the bottom where it's all kind of coming together like mixing. And you'll see like some trails up and coming down.</w:t>
      </w:r>
    </w:p>
    <w:p w14:paraId="1E626BFC" w14:textId="77777777" w:rsidR="00D261B9" w:rsidRDefault="00D261B9">
      <w:pPr>
        <w:spacing w:after="0"/>
      </w:pPr>
    </w:p>
    <w:p w14:paraId="40D56FE0" w14:textId="77777777" w:rsidR="00D261B9" w:rsidRDefault="001E1EF2">
      <w:pPr>
        <w:spacing w:after="0"/>
      </w:pPr>
      <w:r>
        <w:rPr>
          <w:rFonts w:ascii="Arial" w:hAnsi="Arial"/>
          <w:b/>
        </w:rPr>
        <w:t xml:space="preserve">Interviewer E:  </w:t>
      </w:r>
      <w:r>
        <w:rPr>
          <w:rFonts w:ascii="Arial" w:hAnsi="Arial"/>
          <w:color w:val="5D7284"/>
        </w:rPr>
        <w:t>29:11</w:t>
      </w:r>
    </w:p>
    <w:p w14:paraId="5731A93C" w14:textId="77777777" w:rsidR="00D261B9" w:rsidRDefault="001E1EF2">
      <w:pPr>
        <w:spacing w:after="0"/>
      </w:pPr>
      <w:r>
        <w:rPr>
          <w:rFonts w:ascii="Arial" w:hAnsi="Arial"/>
        </w:rPr>
        <w:t>Similar to.</w:t>
      </w:r>
    </w:p>
    <w:p w14:paraId="273639DE" w14:textId="77777777" w:rsidR="00D261B9" w:rsidRDefault="00D261B9">
      <w:pPr>
        <w:spacing w:after="0"/>
      </w:pPr>
    </w:p>
    <w:p w14:paraId="6656AFAB" w14:textId="77777777" w:rsidR="00D261B9" w:rsidRDefault="001E1EF2">
      <w:pPr>
        <w:spacing w:after="0"/>
      </w:pPr>
      <w:r>
        <w:rPr>
          <w:rFonts w:ascii="Arial" w:hAnsi="Arial"/>
          <w:b/>
        </w:rPr>
        <w:t xml:space="preserve">Participant #16:  </w:t>
      </w:r>
      <w:r>
        <w:rPr>
          <w:rFonts w:ascii="Arial" w:hAnsi="Arial"/>
          <w:color w:val="5D7284"/>
        </w:rPr>
        <w:t>29:12</w:t>
      </w:r>
    </w:p>
    <w:p w14:paraId="269E31E7" w14:textId="77777777" w:rsidR="00D261B9" w:rsidRDefault="001E1EF2">
      <w:pPr>
        <w:spacing w:after="0"/>
      </w:pPr>
      <w:r>
        <w:rPr>
          <w:rFonts w:ascii="Arial" w:hAnsi="Arial"/>
        </w:rPr>
        <w:t>Right.</w:t>
      </w:r>
    </w:p>
    <w:p w14:paraId="1DED2B49" w14:textId="77777777" w:rsidR="00D261B9" w:rsidRDefault="00D261B9">
      <w:pPr>
        <w:spacing w:after="0"/>
      </w:pPr>
    </w:p>
    <w:p w14:paraId="2EA2441F" w14:textId="77777777" w:rsidR="00D261B9" w:rsidRDefault="001E1EF2">
      <w:pPr>
        <w:spacing w:after="0"/>
      </w:pPr>
      <w:r>
        <w:rPr>
          <w:rFonts w:ascii="Arial" w:hAnsi="Arial"/>
          <w:b/>
        </w:rPr>
        <w:t xml:space="preserve">Interviewer E:  </w:t>
      </w:r>
      <w:r>
        <w:rPr>
          <w:rFonts w:ascii="Arial" w:hAnsi="Arial"/>
          <w:color w:val="5D7284"/>
        </w:rPr>
        <w:t>29:13</w:t>
      </w:r>
    </w:p>
    <w:p w14:paraId="221C205F" w14:textId="77777777" w:rsidR="00D261B9" w:rsidRDefault="001E1EF2">
      <w:pPr>
        <w:spacing w:after="0"/>
      </w:pPr>
      <w:r>
        <w:rPr>
          <w:rFonts w:ascii="Arial" w:hAnsi="Arial"/>
        </w:rPr>
        <w:t>That, okay.</w:t>
      </w:r>
    </w:p>
    <w:p w14:paraId="2C129E73" w14:textId="77777777" w:rsidR="00D261B9" w:rsidRDefault="00D261B9">
      <w:pPr>
        <w:spacing w:after="0"/>
      </w:pPr>
    </w:p>
    <w:p w14:paraId="6155759F" w14:textId="77777777" w:rsidR="00D261B9" w:rsidRDefault="001E1EF2">
      <w:pPr>
        <w:spacing w:after="0"/>
      </w:pPr>
      <w:r>
        <w:rPr>
          <w:rFonts w:ascii="Arial" w:hAnsi="Arial"/>
          <w:b/>
        </w:rPr>
        <w:t xml:space="preserve">Interviewer P:  </w:t>
      </w:r>
      <w:r>
        <w:rPr>
          <w:rFonts w:ascii="Arial" w:hAnsi="Arial"/>
          <w:color w:val="5D7284"/>
        </w:rPr>
        <w:t>29:14</w:t>
      </w:r>
    </w:p>
    <w:p w14:paraId="268E386B" w14:textId="77777777" w:rsidR="00D261B9" w:rsidRDefault="001E1EF2">
      <w:pPr>
        <w:spacing w:after="0"/>
      </w:pPr>
      <w:r>
        <w:rPr>
          <w:rFonts w:ascii="Arial" w:hAnsi="Arial"/>
        </w:rPr>
        <w:t>Is there something that you're you have an experienced with anything like this or basing this on from memory?</w:t>
      </w:r>
    </w:p>
    <w:p w14:paraId="39172AAD" w14:textId="77777777" w:rsidR="00D261B9" w:rsidRDefault="00D261B9">
      <w:pPr>
        <w:spacing w:after="0"/>
      </w:pPr>
    </w:p>
    <w:p w14:paraId="48CD0577" w14:textId="77777777" w:rsidR="00D261B9" w:rsidRDefault="001E1EF2">
      <w:pPr>
        <w:spacing w:after="0"/>
      </w:pPr>
      <w:r>
        <w:rPr>
          <w:rFonts w:ascii="Arial" w:hAnsi="Arial"/>
          <w:b/>
        </w:rPr>
        <w:t xml:space="preserve">Participant #16:  </w:t>
      </w:r>
      <w:r>
        <w:rPr>
          <w:rFonts w:ascii="Arial" w:hAnsi="Arial"/>
          <w:color w:val="5D7284"/>
        </w:rPr>
        <w:t>29:22</w:t>
      </w:r>
    </w:p>
    <w:p w14:paraId="7C577F2B" w14:textId="77777777" w:rsidR="00D261B9" w:rsidRDefault="001E1EF2">
      <w:pPr>
        <w:spacing w:after="0"/>
      </w:pPr>
      <w:r>
        <w:rPr>
          <w:rFonts w:ascii="Arial" w:hAnsi="Arial"/>
        </w:rPr>
        <w:t>It was all.</w:t>
      </w:r>
    </w:p>
    <w:p w14:paraId="43B685C3" w14:textId="77777777" w:rsidR="00D261B9" w:rsidRDefault="00D261B9">
      <w:pPr>
        <w:spacing w:after="0"/>
      </w:pPr>
    </w:p>
    <w:p w14:paraId="4C366E51" w14:textId="77777777" w:rsidR="00D261B9" w:rsidRDefault="001E1EF2">
      <w:pPr>
        <w:spacing w:after="0"/>
      </w:pPr>
      <w:r>
        <w:rPr>
          <w:rFonts w:ascii="Arial" w:hAnsi="Arial"/>
          <w:b/>
        </w:rPr>
        <w:t xml:space="preserve">Interviewer E:  </w:t>
      </w:r>
      <w:r>
        <w:rPr>
          <w:rFonts w:ascii="Arial" w:hAnsi="Arial"/>
          <w:color w:val="5D7284"/>
        </w:rPr>
        <w:t>29:23</w:t>
      </w:r>
    </w:p>
    <w:p w14:paraId="5F330984" w14:textId="77777777" w:rsidR="00D261B9" w:rsidRDefault="001E1EF2">
      <w:pPr>
        <w:spacing w:after="0"/>
      </w:pPr>
      <w:r>
        <w:rPr>
          <w:rFonts w:ascii="Arial" w:hAnsi="Arial"/>
        </w:rPr>
        <w:t>Just a gustimation?</w:t>
      </w:r>
    </w:p>
    <w:p w14:paraId="440102F7" w14:textId="77777777" w:rsidR="00D261B9" w:rsidRDefault="00D261B9">
      <w:pPr>
        <w:spacing w:after="0"/>
      </w:pPr>
    </w:p>
    <w:p w14:paraId="75DB9ACA" w14:textId="77777777" w:rsidR="00D261B9" w:rsidRDefault="001E1EF2">
      <w:pPr>
        <w:spacing w:after="0"/>
      </w:pPr>
      <w:r>
        <w:rPr>
          <w:rFonts w:ascii="Arial" w:hAnsi="Arial"/>
          <w:b/>
        </w:rPr>
        <w:t xml:space="preserve">Participant #16:  </w:t>
      </w:r>
      <w:r>
        <w:rPr>
          <w:rFonts w:ascii="Arial" w:hAnsi="Arial"/>
          <w:color w:val="5D7284"/>
        </w:rPr>
        <w:t>29:23</w:t>
      </w:r>
    </w:p>
    <w:p w14:paraId="04CE2827" w14:textId="77777777" w:rsidR="00D261B9" w:rsidRDefault="001E1EF2">
      <w:pPr>
        <w:spacing w:after="0"/>
      </w:pPr>
      <w:r>
        <w:rPr>
          <w:rFonts w:ascii="Arial" w:hAnsi="Arial"/>
        </w:rPr>
        <w:t>Just a guess, yeah.</w:t>
      </w:r>
    </w:p>
    <w:p w14:paraId="73E721E1" w14:textId="77777777" w:rsidR="00D261B9" w:rsidRDefault="00D261B9">
      <w:pPr>
        <w:spacing w:after="0"/>
      </w:pPr>
    </w:p>
    <w:p w14:paraId="050B9A0C" w14:textId="77777777" w:rsidR="00D261B9" w:rsidRDefault="001E1EF2">
      <w:pPr>
        <w:spacing w:after="0"/>
      </w:pPr>
      <w:r>
        <w:rPr>
          <w:rFonts w:ascii="Arial" w:hAnsi="Arial"/>
          <w:b/>
        </w:rPr>
        <w:t xml:space="preserve">Interviewer E:  </w:t>
      </w:r>
      <w:r>
        <w:rPr>
          <w:rFonts w:ascii="Arial" w:hAnsi="Arial"/>
          <w:color w:val="5D7284"/>
        </w:rPr>
        <w:t>29:25</w:t>
      </w:r>
    </w:p>
    <w:p w14:paraId="292161A7" w14:textId="092A782D" w:rsidR="00D261B9" w:rsidRDefault="001E1EF2">
      <w:pPr>
        <w:spacing w:after="0"/>
      </w:pPr>
      <w:r>
        <w:rPr>
          <w:rFonts w:ascii="Arial" w:hAnsi="Arial"/>
        </w:rPr>
        <w:t xml:space="preserve">That's perfectly fine alright. </w:t>
      </w:r>
      <w:r w:rsidR="00980B3A">
        <w:rPr>
          <w:rFonts w:ascii="Arial" w:hAnsi="Arial"/>
        </w:rPr>
        <w:t>So,</w:t>
      </w:r>
      <w:r>
        <w:rPr>
          <w:rFonts w:ascii="Arial" w:hAnsi="Arial"/>
        </w:rPr>
        <w:t xml:space="preserve"> we're gonna</w:t>
      </w:r>
      <w:r>
        <w:rPr>
          <w:rFonts w:ascii="Arial" w:hAnsi="Arial"/>
        </w:rPr>
        <w:t xml:space="preserve"> see I would say like since you came in here, maybe got here a little early that it's been rotating now for like maybe 30 minutes or so. Roughly. Alright. So, what do you think of that?</w:t>
      </w:r>
    </w:p>
    <w:p w14:paraId="00AC0C5A" w14:textId="77777777" w:rsidR="00D261B9" w:rsidRDefault="00D261B9">
      <w:pPr>
        <w:spacing w:after="0"/>
      </w:pPr>
    </w:p>
    <w:p w14:paraId="63629383" w14:textId="77777777" w:rsidR="00D261B9" w:rsidRDefault="001E1EF2">
      <w:pPr>
        <w:spacing w:after="0"/>
      </w:pPr>
      <w:r>
        <w:rPr>
          <w:rFonts w:ascii="Arial" w:hAnsi="Arial"/>
          <w:b/>
        </w:rPr>
        <w:t xml:space="preserve">Participant #16:  </w:t>
      </w:r>
      <w:r>
        <w:rPr>
          <w:rFonts w:ascii="Arial" w:hAnsi="Arial"/>
          <w:color w:val="5D7284"/>
        </w:rPr>
        <w:t>30:00</w:t>
      </w:r>
    </w:p>
    <w:p w14:paraId="57C1F8FB" w14:textId="77777777" w:rsidR="00D261B9" w:rsidRDefault="001E1EF2">
      <w:pPr>
        <w:spacing w:after="0"/>
      </w:pPr>
      <w:r>
        <w:rPr>
          <w:rFonts w:ascii="Arial" w:hAnsi="Arial"/>
        </w:rPr>
        <w:t>That is, it looks like trees growing, that is so cool.</w:t>
      </w:r>
    </w:p>
    <w:p w14:paraId="4779AC2B" w14:textId="77777777" w:rsidR="00D261B9" w:rsidRDefault="00D261B9">
      <w:pPr>
        <w:spacing w:after="0"/>
      </w:pPr>
    </w:p>
    <w:p w14:paraId="21CED88C" w14:textId="77777777" w:rsidR="00D261B9" w:rsidRDefault="001E1EF2">
      <w:pPr>
        <w:spacing w:after="0"/>
      </w:pPr>
      <w:r>
        <w:rPr>
          <w:rFonts w:ascii="Arial" w:hAnsi="Arial"/>
          <w:b/>
        </w:rPr>
        <w:t xml:space="preserve">Interviewer E:  </w:t>
      </w:r>
      <w:r>
        <w:rPr>
          <w:rFonts w:ascii="Arial" w:hAnsi="Arial"/>
          <w:color w:val="5D7284"/>
        </w:rPr>
        <w:t>30:24</w:t>
      </w:r>
    </w:p>
    <w:p w14:paraId="17562E0E" w14:textId="55D49DA2" w:rsidR="00D261B9" w:rsidRDefault="00980B3A">
      <w:pPr>
        <w:spacing w:after="0"/>
      </w:pPr>
      <w:r>
        <w:rPr>
          <w:rFonts w:ascii="Arial" w:hAnsi="Arial"/>
        </w:rPr>
        <w:t>Well, I guess you can already tell it's a little different from what you had initially drawn drawn so, my phones ringing, jezz. Alright, so next what I would like you to do is please just draw what you're seeing in the rotating tank now if you want to stand up and get a different view, you’re more than welcome to. So can you so we can see a like little differences it looks like.</w:t>
      </w:r>
    </w:p>
    <w:p w14:paraId="60319598" w14:textId="77777777" w:rsidR="00D261B9" w:rsidRDefault="00D261B9">
      <w:pPr>
        <w:spacing w:after="0"/>
      </w:pPr>
    </w:p>
    <w:p w14:paraId="6944BF22" w14:textId="77777777" w:rsidR="00D261B9" w:rsidRDefault="001E1EF2">
      <w:pPr>
        <w:spacing w:after="0"/>
      </w:pPr>
      <w:r>
        <w:rPr>
          <w:rFonts w:ascii="Arial" w:hAnsi="Arial"/>
          <w:b/>
        </w:rPr>
        <w:t xml:space="preserve">Participant #16:  </w:t>
      </w:r>
      <w:r>
        <w:rPr>
          <w:rFonts w:ascii="Arial" w:hAnsi="Arial"/>
          <w:color w:val="5D7284"/>
        </w:rPr>
        <w:t>32:07</w:t>
      </w:r>
    </w:p>
    <w:p w14:paraId="0D65702B" w14:textId="77777777" w:rsidR="00D261B9" w:rsidRDefault="001E1EF2">
      <w:pPr>
        <w:spacing w:after="0"/>
      </w:pPr>
      <w:r>
        <w:rPr>
          <w:rFonts w:ascii="Arial" w:hAnsi="Arial"/>
        </w:rPr>
        <w:t>For this one, it definitely did not mix all together. But within like the little like where you dumped it, there was the trail and then right where it was, it started to disperse just in like the area around it. So that's where these big ones are doing. From the top that's kind of what I expected. Like you can't really see all of it from the top like well initially I thought there was going to be something big at the bottom but from the top you just see the clumps especially over time you can't see the trai</w:t>
      </w:r>
      <w:r>
        <w:rPr>
          <w:rFonts w:ascii="Arial" w:hAnsi="Arial"/>
        </w:rPr>
        <w:t>ls anymore it's just like come some pink so yeah.</w:t>
      </w:r>
    </w:p>
    <w:p w14:paraId="078CDBEB" w14:textId="77777777" w:rsidR="00D261B9" w:rsidRDefault="00D261B9">
      <w:pPr>
        <w:spacing w:after="0"/>
      </w:pPr>
    </w:p>
    <w:p w14:paraId="41DD85FC" w14:textId="77777777" w:rsidR="00D261B9" w:rsidRDefault="001E1EF2">
      <w:pPr>
        <w:spacing w:after="0"/>
      </w:pPr>
      <w:r>
        <w:rPr>
          <w:rFonts w:ascii="Arial" w:hAnsi="Arial"/>
          <w:b/>
        </w:rPr>
        <w:t xml:space="preserve">Interviewer E:  </w:t>
      </w:r>
      <w:r>
        <w:rPr>
          <w:rFonts w:ascii="Arial" w:hAnsi="Arial"/>
          <w:color w:val="5D7284"/>
        </w:rPr>
        <w:t>32:54</w:t>
      </w:r>
    </w:p>
    <w:p w14:paraId="6A69F68D" w14:textId="63AA5AE1" w:rsidR="00D261B9" w:rsidRDefault="00980B3A">
      <w:pPr>
        <w:spacing w:after="0"/>
      </w:pPr>
      <w:r>
        <w:rPr>
          <w:rFonts w:ascii="Arial" w:hAnsi="Arial"/>
        </w:rPr>
        <w:t>So, I'm assuming you found that interesting. How all of the little columns are just straight up like that if you could give me a like guess why you think that was or is.</w:t>
      </w:r>
    </w:p>
    <w:p w14:paraId="7E246F89" w14:textId="77777777" w:rsidR="00D261B9" w:rsidRDefault="00D261B9">
      <w:pPr>
        <w:spacing w:after="0"/>
      </w:pPr>
    </w:p>
    <w:p w14:paraId="56D7E5AF" w14:textId="77777777" w:rsidR="00D261B9" w:rsidRDefault="001E1EF2">
      <w:pPr>
        <w:spacing w:after="0"/>
      </w:pPr>
      <w:r>
        <w:rPr>
          <w:rFonts w:ascii="Arial" w:hAnsi="Arial"/>
          <w:b/>
        </w:rPr>
        <w:t xml:space="preserve">Participant #16:  </w:t>
      </w:r>
      <w:r>
        <w:rPr>
          <w:rFonts w:ascii="Arial" w:hAnsi="Arial"/>
          <w:color w:val="5D7284"/>
        </w:rPr>
        <w:t>33:19</w:t>
      </w:r>
    </w:p>
    <w:p w14:paraId="339361A3" w14:textId="1757ACD6" w:rsidR="00D261B9" w:rsidRDefault="001E1EF2">
      <w:pPr>
        <w:spacing w:after="0"/>
      </w:pPr>
      <w:r>
        <w:rPr>
          <w:rFonts w:ascii="Arial" w:hAnsi="Arial"/>
        </w:rPr>
        <w:t xml:space="preserve">I have no idea, if I had to guess maybe like the pressure of the substance in the water or, yeah </w:t>
      </w:r>
      <w:r w:rsidR="00980B3A">
        <w:rPr>
          <w:rFonts w:ascii="Arial" w:hAnsi="Arial"/>
        </w:rPr>
        <w:t>that’s</w:t>
      </w:r>
      <w:r>
        <w:rPr>
          <w:rFonts w:ascii="Arial" w:hAnsi="Arial"/>
        </w:rPr>
        <w:t>.</w:t>
      </w:r>
    </w:p>
    <w:p w14:paraId="381575BE" w14:textId="77777777" w:rsidR="00D261B9" w:rsidRDefault="00D261B9">
      <w:pPr>
        <w:spacing w:after="0"/>
      </w:pPr>
    </w:p>
    <w:p w14:paraId="2A52D776" w14:textId="77777777" w:rsidR="00D261B9" w:rsidRDefault="001E1EF2">
      <w:pPr>
        <w:spacing w:after="0"/>
      </w:pPr>
      <w:r>
        <w:rPr>
          <w:rFonts w:ascii="Arial" w:hAnsi="Arial"/>
          <w:b/>
        </w:rPr>
        <w:t xml:space="preserve">Interviewer E:  </w:t>
      </w:r>
      <w:r>
        <w:rPr>
          <w:rFonts w:ascii="Arial" w:hAnsi="Arial"/>
          <w:color w:val="5D7284"/>
        </w:rPr>
        <w:t>33:34</w:t>
      </w:r>
    </w:p>
    <w:p w14:paraId="472090C0" w14:textId="77777777" w:rsidR="00D261B9" w:rsidRDefault="001E1EF2">
      <w:pPr>
        <w:spacing w:after="0"/>
      </w:pPr>
      <w:r>
        <w:rPr>
          <w:rFonts w:ascii="Arial" w:hAnsi="Arial"/>
        </w:rPr>
        <w:lastRenderedPageBreak/>
        <w:t>Like the pressure of the water itself?</w:t>
      </w:r>
    </w:p>
    <w:p w14:paraId="475DE925" w14:textId="77777777" w:rsidR="00D261B9" w:rsidRDefault="00D261B9">
      <w:pPr>
        <w:spacing w:after="0"/>
      </w:pPr>
    </w:p>
    <w:p w14:paraId="78C610A5" w14:textId="77777777" w:rsidR="00D261B9" w:rsidRDefault="001E1EF2">
      <w:pPr>
        <w:spacing w:after="0"/>
      </w:pPr>
      <w:r>
        <w:rPr>
          <w:rFonts w:ascii="Arial" w:hAnsi="Arial"/>
          <w:b/>
        </w:rPr>
        <w:t xml:space="preserve">Participant #16:  </w:t>
      </w:r>
      <w:r>
        <w:rPr>
          <w:rFonts w:ascii="Arial" w:hAnsi="Arial"/>
          <w:color w:val="5D7284"/>
        </w:rPr>
        <w:t>33:39</w:t>
      </w:r>
    </w:p>
    <w:p w14:paraId="617992D5" w14:textId="77777777" w:rsidR="00D261B9" w:rsidRDefault="001E1EF2">
      <w:pPr>
        <w:spacing w:after="0"/>
      </w:pPr>
      <w:r>
        <w:rPr>
          <w:rFonts w:ascii="Arial" w:hAnsi="Arial"/>
        </w:rPr>
        <w:t>In the yeah, in relation to the substance which is why it would shoot up and not just like fall.</w:t>
      </w:r>
    </w:p>
    <w:p w14:paraId="1002F031" w14:textId="77777777" w:rsidR="00D261B9" w:rsidRDefault="00D261B9">
      <w:pPr>
        <w:spacing w:after="0"/>
      </w:pPr>
    </w:p>
    <w:p w14:paraId="5BC5301C" w14:textId="77777777" w:rsidR="00D261B9" w:rsidRDefault="001E1EF2">
      <w:pPr>
        <w:spacing w:after="0"/>
      </w:pPr>
      <w:r>
        <w:rPr>
          <w:rFonts w:ascii="Arial" w:hAnsi="Arial"/>
          <w:b/>
        </w:rPr>
        <w:t xml:space="preserve">Interviewer P:  </w:t>
      </w:r>
      <w:r>
        <w:rPr>
          <w:rFonts w:ascii="Arial" w:hAnsi="Arial"/>
          <w:color w:val="5D7284"/>
        </w:rPr>
        <w:t>33:48</w:t>
      </w:r>
    </w:p>
    <w:p w14:paraId="36D397BC" w14:textId="6E0A348D" w:rsidR="00D261B9" w:rsidRDefault="00980B3A">
      <w:pPr>
        <w:spacing w:after="0"/>
      </w:pPr>
      <w:r>
        <w:rPr>
          <w:rFonts w:ascii="Arial" w:hAnsi="Arial"/>
        </w:rPr>
        <w:t>So, what the same thing happened over there?</w:t>
      </w:r>
    </w:p>
    <w:p w14:paraId="6E70E0E9" w14:textId="77777777" w:rsidR="00D261B9" w:rsidRDefault="00D261B9">
      <w:pPr>
        <w:spacing w:after="0"/>
      </w:pPr>
    </w:p>
    <w:p w14:paraId="7B712DC5" w14:textId="77777777" w:rsidR="00D261B9" w:rsidRDefault="001E1EF2">
      <w:pPr>
        <w:spacing w:after="0"/>
      </w:pPr>
      <w:r>
        <w:rPr>
          <w:rFonts w:ascii="Arial" w:hAnsi="Arial"/>
          <w:b/>
        </w:rPr>
        <w:t xml:space="preserve">Participant #16:  </w:t>
      </w:r>
      <w:r>
        <w:rPr>
          <w:rFonts w:ascii="Arial" w:hAnsi="Arial"/>
          <w:color w:val="5D7284"/>
        </w:rPr>
        <w:t>33:50</w:t>
      </w:r>
    </w:p>
    <w:p w14:paraId="3FF5EAC2" w14:textId="77777777" w:rsidR="00D261B9" w:rsidRDefault="001E1EF2">
      <w:pPr>
        <w:spacing w:after="0"/>
      </w:pPr>
      <w:r>
        <w:rPr>
          <w:rFonts w:ascii="Arial" w:hAnsi="Arial"/>
        </w:rPr>
        <w:t>Oh, because it's spinning, oh, I have no idea.</w:t>
      </w:r>
    </w:p>
    <w:p w14:paraId="583BE89F" w14:textId="77777777" w:rsidR="00D261B9" w:rsidRDefault="00D261B9">
      <w:pPr>
        <w:spacing w:after="0"/>
      </w:pPr>
    </w:p>
    <w:p w14:paraId="0D57F4EE" w14:textId="77777777" w:rsidR="00D261B9" w:rsidRDefault="001E1EF2">
      <w:pPr>
        <w:spacing w:after="0"/>
      </w:pPr>
      <w:r>
        <w:rPr>
          <w:rFonts w:ascii="Arial" w:hAnsi="Arial"/>
          <w:b/>
        </w:rPr>
        <w:t xml:space="preserve">Interviewer E:  </w:t>
      </w:r>
      <w:r>
        <w:rPr>
          <w:rFonts w:ascii="Arial" w:hAnsi="Arial"/>
          <w:color w:val="5D7284"/>
        </w:rPr>
        <w:t>34:01</w:t>
      </w:r>
    </w:p>
    <w:p w14:paraId="025C07C9" w14:textId="77777777" w:rsidR="00D261B9" w:rsidRDefault="001E1EF2">
      <w:pPr>
        <w:spacing w:after="0"/>
      </w:pPr>
      <w:r>
        <w:rPr>
          <w:rFonts w:ascii="Arial" w:hAnsi="Arial"/>
        </w:rPr>
        <w:t>Well do you think the water is actually moving?</w:t>
      </w:r>
    </w:p>
    <w:p w14:paraId="1FA35BC6" w14:textId="77777777" w:rsidR="00D261B9" w:rsidRDefault="00D261B9">
      <w:pPr>
        <w:spacing w:after="0"/>
      </w:pPr>
    </w:p>
    <w:p w14:paraId="590485C9" w14:textId="77777777" w:rsidR="00D261B9" w:rsidRDefault="001E1EF2">
      <w:pPr>
        <w:spacing w:after="0"/>
      </w:pPr>
      <w:r>
        <w:rPr>
          <w:rFonts w:ascii="Arial" w:hAnsi="Arial"/>
          <w:b/>
        </w:rPr>
        <w:t xml:space="preserve">Participant #16:  </w:t>
      </w:r>
      <w:r>
        <w:rPr>
          <w:rFonts w:ascii="Arial" w:hAnsi="Arial"/>
          <w:color w:val="5D7284"/>
        </w:rPr>
        <w:t>34:07</w:t>
      </w:r>
    </w:p>
    <w:p w14:paraId="1D8D4C1C" w14:textId="77777777" w:rsidR="00D261B9" w:rsidRDefault="001E1EF2">
      <w:pPr>
        <w:spacing w:after="0"/>
      </w:pPr>
      <w:r>
        <w:rPr>
          <w:rFonts w:ascii="Arial" w:hAnsi="Arial"/>
        </w:rPr>
        <w:t>Oh my gosh this is so weird.</w:t>
      </w:r>
    </w:p>
    <w:p w14:paraId="50AD8AB7" w14:textId="77777777" w:rsidR="00D261B9" w:rsidRDefault="00D261B9">
      <w:pPr>
        <w:spacing w:after="0"/>
      </w:pPr>
    </w:p>
    <w:p w14:paraId="2CAF5F54" w14:textId="77777777" w:rsidR="00D261B9" w:rsidRDefault="001E1EF2">
      <w:pPr>
        <w:spacing w:after="0"/>
      </w:pPr>
      <w:r>
        <w:rPr>
          <w:rFonts w:ascii="Arial" w:hAnsi="Arial"/>
          <w:b/>
        </w:rPr>
        <w:t xml:space="preserve">Interviewer E:  </w:t>
      </w:r>
      <w:r>
        <w:rPr>
          <w:rFonts w:ascii="Arial" w:hAnsi="Arial"/>
          <w:color w:val="5D7284"/>
        </w:rPr>
        <w:t>34:09</w:t>
      </w:r>
    </w:p>
    <w:p w14:paraId="5EE8F2FA" w14:textId="77777777" w:rsidR="00D261B9" w:rsidRDefault="001E1EF2">
      <w:pPr>
        <w:spacing w:after="0"/>
      </w:pPr>
      <w:r>
        <w:rPr>
          <w:rFonts w:ascii="Arial" w:hAnsi="Arial"/>
        </w:rPr>
        <w:t>It's okay.</w:t>
      </w:r>
    </w:p>
    <w:p w14:paraId="29BE5C61" w14:textId="77777777" w:rsidR="00D261B9" w:rsidRDefault="00D261B9">
      <w:pPr>
        <w:spacing w:after="0"/>
      </w:pPr>
    </w:p>
    <w:p w14:paraId="06EABCE0" w14:textId="77777777" w:rsidR="00D261B9" w:rsidRDefault="001E1EF2">
      <w:pPr>
        <w:spacing w:after="0"/>
      </w:pPr>
      <w:r>
        <w:rPr>
          <w:rFonts w:ascii="Arial" w:hAnsi="Arial"/>
          <w:b/>
        </w:rPr>
        <w:t xml:space="preserve">Participant #16:  </w:t>
      </w:r>
      <w:r>
        <w:rPr>
          <w:rFonts w:ascii="Arial" w:hAnsi="Arial"/>
          <w:color w:val="5D7284"/>
        </w:rPr>
        <w:t>34:13</w:t>
      </w:r>
    </w:p>
    <w:p w14:paraId="765C835C" w14:textId="6412FFD2" w:rsidR="00D261B9" w:rsidRDefault="001E1EF2">
      <w:pPr>
        <w:spacing w:after="0"/>
      </w:pPr>
      <w:r>
        <w:rPr>
          <w:rFonts w:ascii="Arial" w:hAnsi="Arial"/>
        </w:rPr>
        <w:t xml:space="preserve"> Even though it's it's not moving like very fast that it would, </w:t>
      </w:r>
      <w:r w:rsidR="00980B3A">
        <w:rPr>
          <w:rFonts w:ascii="Arial" w:hAnsi="Arial"/>
        </w:rPr>
        <w:t>yeah,</w:t>
      </w:r>
      <w:r>
        <w:rPr>
          <w:rFonts w:ascii="Arial" w:hAnsi="Arial"/>
        </w:rPr>
        <w:t xml:space="preserve"> I am at a lost I don't know why it would and you can still kind of see where it's like standing up kind of like the lines because I would expect without it moving it to look like that. Or I'm sorry. I </w:t>
      </w:r>
      <w:r w:rsidR="00980B3A">
        <w:rPr>
          <w:rFonts w:ascii="Arial" w:hAnsi="Arial"/>
        </w:rPr>
        <w:t>meant</w:t>
      </w:r>
      <w:r>
        <w:rPr>
          <w:rFonts w:ascii="Arial" w:hAnsi="Arial"/>
        </w:rPr>
        <w:t xml:space="preserve"> the opposite. With it moving. It'll complete mix next and like that, it'll just stay.</w:t>
      </w:r>
    </w:p>
    <w:p w14:paraId="56286425" w14:textId="77777777" w:rsidR="00D261B9" w:rsidRDefault="00D261B9">
      <w:pPr>
        <w:spacing w:after="0"/>
      </w:pPr>
    </w:p>
    <w:p w14:paraId="6696C5B7" w14:textId="77777777" w:rsidR="00D261B9" w:rsidRDefault="001E1EF2">
      <w:pPr>
        <w:spacing w:after="0"/>
      </w:pPr>
      <w:r>
        <w:rPr>
          <w:rFonts w:ascii="Arial" w:hAnsi="Arial"/>
          <w:b/>
        </w:rPr>
        <w:t xml:space="preserve">Interviewer E:  </w:t>
      </w:r>
      <w:r>
        <w:rPr>
          <w:rFonts w:ascii="Arial" w:hAnsi="Arial"/>
          <w:color w:val="5D7284"/>
        </w:rPr>
        <w:t>34:52</w:t>
      </w:r>
    </w:p>
    <w:p w14:paraId="412BFB5C" w14:textId="39F20145" w:rsidR="00D261B9" w:rsidRDefault="00980B3A">
      <w:pPr>
        <w:spacing w:after="0"/>
      </w:pPr>
      <w:r>
        <w:rPr>
          <w:rFonts w:ascii="Arial" w:hAnsi="Arial"/>
        </w:rPr>
        <w:t>So, you're saying it's moving then the water?</w:t>
      </w:r>
    </w:p>
    <w:p w14:paraId="4F56D841" w14:textId="77777777" w:rsidR="00D261B9" w:rsidRDefault="00D261B9">
      <w:pPr>
        <w:spacing w:after="0"/>
      </w:pPr>
    </w:p>
    <w:p w14:paraId="51B31BAA" w14:textId="77777777" w:rsidR="00D261B9" w:rsidRDefault="001E1EF2">
      <w:pPr>
        <w:spacing w:after="0"/>
      </w:pPr>
      <w:r>
        <w:rPr>
          <w:rFonts w:ascii="Arial" w:hAnsi="Arial"/>
          <w:b/>
        </w:rPr>
        <w:t xml:space="preserve">Participant #16:  </w:t>
      </w:r>
      <w:r>
        <w:rPr>
          <w:rFonts w:ascii="Arial" w:hAnsi="Arial"/>
          <w:color w:val="5D7284"/>
        </w:rPr>
        <w:t>34:55</w:t>
      </w:r>
    </w:p>
    <w:p w14:paraId="5F3931BB" w14:textId="77777777" w:rsidR="00D261B9" w:rsidRDefault="001E1EF2">
      <w:pPr>
        <w:spacing w:after="0"/>
      </w:pPr>
      <w:r>
        <w:rPr>
          <w:rFonts w:ascii="Arial" w:hAnsi="Arial"/>
        </w:rPr>
        <w:t xml:space="preserve">Yes. Yes. </w:t>
      </w:r>
    </w:p>
    <w:p w14:paraId="3035BF22" w14:textId="77777777" w:rsidR="00D261B9" w:rsidRDefault="00D261B9">
      <w:pPr>
        <w:spacing w:after="0"/>
      </w:pPr>
    </w:p>
    <w:p w14:paraId="18F239EB" w14:textId="77777777" w:rsidR="00D261B9" w:rsidRDefault="001E1EF2">
      <w:pPr>
        <w:spacing w:after="0"/>
      </w:pPr>
      <w:r>
        <w:rPr>
          <w:rFonts w:ascii="Arial" w:hAnsi="Arial"/>
          <w:b/>
        </w:rPr>
        <w:t xml:space="preserve">Interviewer E:  </w:t>
      </w:r>
      <w:r>
        <w:rPr>
          <w:rFonts w:ascii="Arial" w:hAnsi="Arial"/>
          <w:color w:val="5D7284"/>
        </w:rPr>
        <w:t>34:58</w:t>
      </w:r>
    </w:p>
    <w:p w14:paraId="1FA4B98D" w14:textId="4A1A6A5F" w:rsidR="00D261B9" w:rsidRDefault="001E1EF2">
      <w:pPr>
        <w:spacing w:after="0"/>
      </w:pPr>
      <w:r>
        <w:rPr>
          <w:rFonts w:ascii="Arial" w:hAnsi="Arial"/>
        </w:rPr>
        <w:t xml:space="preserve">Okay, so </w:t>
      </w:r>
      <w:r w:rsidR="00980B3A">
        <w:rPr>
          <w:rFonts w:ascii="Arial" w:hAnsi="Arial"/>
        </w:rPr>
        <w:t>if</w:t>
      </w:r>
      <w:r>
        <w:rPr>
          <w:rFonts w:ascii="Arial" w:hAnsi="Arial"/>
        </w:rPr>
        <w:t xml:space="preserve"> you're saying it's moving, do you think it's moving with the rotation? Or do you think it has its own thing going on in there?</w:t>
      </w:r>
    </w:p>
    <w:p w14:paraId="0D6F0D26" w14:textId="77777777" w:rsidR="00D261B9" w:rsidRDefault="00D261B9">
      <w:pPr>
        <w:spacing w:after="0"/>
      </w:pPr>
    </w:p>
    <w:p w14:paraId="785823BF" w14:textId="77777777" w:rsidR="00D261B9" w:rsidRDefault="001E1EF2">
      <w:pPr>
        <w:spacing w:after="0"/>
      </w:pPr>
      <w:r>
        <w:rPr>
          <w:rFonts w:ascii="Arial" w:hAnsi="Arial"/>
          <w:b/>
        </w:rPr>
        <w:t xml:space="preserve">Participant #16:  </w:t>
      </w:r>
      <w:r>
        <w:rPr>
          <w:rFonts w:ascii="Arial" w:hAnsi="Arial"/>
          <w:color w:val="5D7284"/>
        </w:rPr>
        <w:t>35:08</w:t>
      </w:r>
    </w:p>
    <w:p w14:paraId="68605863" w14:textId="77777777" w:rsidR="00D261B9" w:rsidRDefault="001E1EF2">
      <w:pPr>
        <w:spacing w:after="0"/>
      </w:pPr>
      <w:r>
        <w:rPr>
          <w:rFonts w:ascii="Arial" w:hAnsi="Arial"/>
        </w:rPr>
        <w:t>I think it's moving with the rotation.</w:t>
      </w:r>
    </w:p>
    <w:p w14:paraId="532BAD7F" w14:textId="77777777" w:rsidR="00D261B9" w:rsidRDefault="00D261B9">
      <w:pPr>
        <w:spacing w:after="0"/>
      </w:pPr>
    </w:p>
    <w:p w14:paraId="4DABD1AE" w14:textId="77777777" w:rsidR="00D261B9" w:rsidRDefault="001E1EF2">
      <w:pPr>
        <w:spacing w:after="0"/>
      </w:pPr>
      <w:r>
        <w:rPr>
          <w:rFonts w:ascii="Arial" w:hAnsi="Arial"/>
          <w:b/>
        </w:rPr>
        <w:t xml:space="preserve">Interviewer E:  </w:t>
      </w:r>
      <w:r>
        <w:rPr>
          <w:rFonts w:ascii="Arial" w:hAnsi="Arial"/>
          <w:color w:val="5D7284"/>
        </w:rPr>
        <w:t>35:10</w:t>
      </w:r>
    </w:p>
    <w:p w14:paraId="5397D34E" w14:textId="77777777" w:rsidR="00D261B9" w:rsidRDefault="001E1EF2">
      <w:pPr>
        <w:spacing w:after="0"/>
      </w:pPr>
      <w:r>
        <w:rPr>
          <w:rFonts w:ascii="Arial" w:hAnsi="Arial"/>
        </w:rPr>
        <w:t>Okay.</w:t>
      </w:r>
    </w:p>
    <w:p w14:paraId="0292420A" w14:textId="77777777" w:rsidR="00D261B9" w:rsidRDefault="00D261B9">
      <w:pPr>
        <w:spacing w:after="0"/>
      </w:pPr>
    </w:p>
    <w:p w14:paraId="3FFC1FEC" w14:textId="77777777" w:rsidR="00D261B9" w:rsidRDefault="001E1EF2">
      <w:pPr>
        <w:spacing w:after="0"/>
      </w:pPr>
      <w:r>
        <w:rPr>
          <w:rFonts w:ascii="Arial" w:hAnsi="Arial"/>
          <w:b/>
        </w:rPr>
        <w:t xml:space="preserve">Participant #16:  </w:t>
      </w:r>
      <w:r>
        <w:rPr>
          <w:rFonts w:ascii="Arial" w:hAnsi="Arial"/>
          <w:color w:val="5D7284"/>
        </w:rPr>
        <w:t>35:13</w:t>
      </w:r>
    </w:p>
    <w:p w14:paraId="4661739B" w14:textId="77777777" w:rsidR="00D261B9" w:rsidRDefault="001E1EF2">
      <w:pPr>
        <w:spacing w:after="0"/>
      </w:pPr>
      <w:r>
        <w:rPr>
          <w:rFonts w:ascii="Arial" w:hAnsi="Arial"/>
        </w:rPr>
        <w:t xml:space="preserve">Because there's a difference. But I'm trying to it might be because it's a bigger, um, it's more water. </w:t>
      </w:r>
    </w:p>
    <w:p w14:paraId="239CEE1B" w14:textId="77777777" w:rsidR="00D261B9" w:rsidRDefault="00D261B9">
      <w:pPr>
        <w:spacing w:after="0"/>
      </w:pPr>
    </w:p>
    <w:p w14:paraId="566751C2" w14:textId="77777777" w:rsidR="00D261B9" w:rsidRDefault="001E1EF2">
      <w:pPr>
        <w:spacing w:after="0"/>
      </w:pPr>
      <w:r>
        <w:rPr>
          <w:rFonts w:ascii="Arial" w:hAnsi="Arial"/>
          <w:b/>
        </w:rPr>
        <w:t xml:space="preserve">Interviewer E:  </w:t>
      </w:r>
      <w:r>
        <w:rPr>
          <w:rFonts w:ascii="Arial" w:hAnsi="Arial"/>
          <w:color w:val="5D7284"/>
        </w:rPr>
        <w:t>35:22</w:t>
      </w:r>
    </w:p>
    <w:p w14:paraId="54B8520C" w14:textId="28FE35D1" w:rsidR="00D261B9" w:rsidRDefault="001E1EF2">
      <w:pPr>
        <w:spacing w:after="0"/>
      </w:pPr>
      <w:r>
        <w:rPr>
          <w:rFonts w:ascii="Arial" w:hAnsi="Arial"/>
        </w:rPr>
        <w:t xml:space="preserve">Okay. </w:t>
      </w:r>
      <w:r w:rsidR="00980B3A">
        <w:rPr>
          <w:rFonts w:ascii="Arial" w:hAnsi="Arial"/>
        </w:rPr>
        <w:t>So,</w:t>
      </w:r>
      <w:r>
        <w:rPr>
          <w:rFonts w:ascii="Arial" w:hAnsi="Arial"/>
        </w:rPr>
        <w:t xml:space="preserve"> you think it could also possibly not just be the motion but the fact that it's like the volume of water is </w:t>
      </w:r>
      <w:r w:rsidR="00980B3A">
        <w:rPr>
          <w:rFonts w:ascii="Arial" w:hAnsi="Arial"/>
        </w:rPr>
        <w:t>a lot</w:t>
      </w:r>
      <w:r>
        <w:rPr>
          <w:rFonts w:ascii="Arial" w:hAnsi="Arial"/>
        </w:rPr>
        <w:t xml:space="preserve"> more, then the.</w:t>
      </w:r>
    </w:p>
    <w:p w14:paraId="3E3076A5" w14:textId="77777777" w:rsidR="00D261B9" w:rsidRDefault="00D261B9">
      <w:pPr>
        <w:spacing w:after="0"/>
      </w:pPr>
    </w:p>
    <w:p w14:paraId="64445B13" w14:textId="77777777" w:rsidR="00D261B9" w:rsidRDefault="001E1EF2">
      <w:pPr>
        <w:spacing w:after="0"/>
      </w:pPr>
      <w:r>
        <w:rPr>
          <w:rFonts w:ascii="Arial" w:hAnsi="Arial"/>
          <w:b/>
        </w:rPr>
        <w:t xml:space="preserve">Participant #16:  </w:t>
      </w:r>
      <w:r>
        <w:rPr>
          <w:rFonts w:ascii="Arial" w:hAnsi="Arial"/>
          <w:color w:val="5D7284"/>
        </w:rPr>
        <w:t>35:31</w:t>
      </w:r>
    </w:p>
    <w:p w14:paraId="2D66DE84" w14:textId="77777777" w:rsidR="00D261B9" w:rsidRDefault="001E1EF2">
      <w:pPr>
        <w:spacing w:after="0"/>
      </w:pPr>
      <w:r>
        <w:rPr>
          <w:rFonts w:ascii="Arial" w:hAnsi="Arial"/>
        </w:rPr>
        <w:t>Then the, yeah.</w:t>
      </w:r>
    </w:p>
    <w:p w14:paraId="5E733608" w14:textId="77777777" w:rsidR="00D261B9" w:rsidRDefault="00D261B9">
      <w:pPr>
        <w:spacing w:after="0"/>
      </w:pPr>
    </w:p>
    <w:p w14:paraId="04ECC712" w14:textId="77777777" w:rsidR="00D261B9" w:rsidRDefault="001E1EF2">
      <w:pPr>
        <w:spacing w:after="0"/>
      </w:pPr>
      <w:r>
        <w:rPr>
          <w:rFonts w:ascii="Arial" w:hAnsi="Arial"/>
          <w:b/>
        </w:rPr>
        <w:t xml:space="preserve">Interviewer E:  </w:t>
      </w:r>
      <w:r>
        <w:rPr>
          <w:rFonts w:ascii="Arial" w:hAnsi="Arial"/>
          <w:color w:val="5D7284"/>
        </w:rPr>
        <w:t>35:32</w:t>
      </w:r>
    </w:p>
    <w:p w14:paraId="0A9DC22D" w14:textId="77777777" w:rsidR="00D261B9" w:rsidRDefault="001E1EF2">
      <w:pPr>
        <w:spacing w:after="0"/>
      </w:pPr>
      <w:r>
        <w:rPr>
          <w:rFonts w:ascii="Arial" w:hAnsi="Arial"/>
        </w:rPr>
        <w:t>Okay, do you think there's anything that we could do to it to make it look similar to like your first sideview prediction here?</w:t>
      </w:r>
    </w:p>
    <w:p w14:paraId="612EFA82" w14:textId="77777777" w:rsidR="00D261B9" w:rsidRDefault="00D261B9">
      <w:pPr>
        <w:spacing w:after="0"/>
      </w:pPr>
    </w:p>
    <w:p w14:paraId="624D35F9" w14:textId="77777777" w:rsidR="00D261B9" w:rsidRDefault="001E1EF2">
      <w:pPr>
        <w:spacing w:after="0"/>
      </w:pPr>
      <w:r>
        <w:rPr>
          <w:rFonts w:ascii="Arial" w:hAnsi="Arial"/>
          <w:b/>
        </w:rPr>
        <w:t xml:space="preserve">Participant #16:  </w:t>
      </w:r>
      <w:r>
        <w:rPr>
          <w:rFonts w:ascii="Arial" w:hAnsi="Arial"/>
          <w:color w:val="5D7284"/>
        </w:rPr>
        <w:t>35:46</w:t>
      </w:r>
    </w:p>
    <w:p w14:paraId="471C8F1D" w14:textId="77777777" w:rsidR="00D261B9" w:rsidRDefault="001E1EF2">
      <w:pPr>
        <w:spacing w:after="0"/>
      </w:pPr>
      <w:r>
        <w:rPr>
          <w:rFonts w:ascii="Arial" w:hAnsi="Arial"/>
        </w:rPr>
        <w:t>Maybe add a little more and stuff to the rotation?</w:t>
      </w:r>
    </w:p>
    <w:p w14:paraId="2DAB1677" w14:textId="77777777" w:rsidR="00D261B9" w:rsidRDefault="00D261B9">
      <w:pPr>
        <w:spacing w:after="0"/>
      </w:pPr>
    </w:p>
    <w:p w14:paraId="17899F49" w14:textId="77777777" w:rsidR="00D261B9" w:rsidRDefault="001E1EF2">
      <w:pPr>
        <w:spacing w:after="0"/>
      </w:pPr>
      <w:r>
        <w:rPr>
          <w:rFonts w:ascii="Arial" w:hAnsi="Arial"/>
          <w:b/>
        </w:rPr>
        <w:t xml:space="preserve">Interviewer E:  </w:t>
      </w:r>
      <w:r>
        <w:rPr>
          <w:rFonts w:ascii="Arial" w:hAnsi="Arial"/>
          <w:color w:val="5D7284"/>
        </w:rPr>
        <w:t>35:49</w:t>
      </w:r>
    </w:p>
    <w:p w14:paraId="15B07503" w14:textId="1323129B" w:rsidR="00D261B9" w:rsidRDefault="00980B3A">
      <w:pPr>
        <w:spacing w:after="0"/>
      </w:pPr>
      <w:r>
        <w:rPr>
          <w:rFonts w:ascii="Arial" w:hAnsi="Arial"/>
        </w:rPr>
        <w:t xml:space="preserve">So, you're saying add more for math permanganate? </w:t>
      </w:r>
    </w:p>
    <w:p w14:paraId="2D859E20" w14:textId="77777777" w:rsidR="00D261B9" w:rsidRDefault="00D261B9">
      <w:pPr>
        <w:spacing w:after="0"/>
      </w:pPr>
    </w:p>
    <w:p w14:paraId="7A1007A4" w14:textId="77777777" w:rsidR="00D261B9" w:rsidRDefault="001E1EF2">
      <w:pPr>
        <w:spacing w:after="0"/>
      </w:pPr>
      <w:r>
        <w:rPr>
          <w:rFonts w:ascii="Arial" w:hAnsi="Arial"/>
          <w:b/>
        </w:rPr>
        <w:t xml:space="preserve">Participant #16:  </w:t>
      </w:r>
      <w:r>
        <w:rPr>
          <w:rFonts w:ascii="Arial" w:hAnsi="Arial"/>
          <w:color w:val="5D7284"/>
        </w:rPr>
        <w:t>35:53</w:t>
      </w:r>
    </w:p>
    <w:p w14:paraId="54020C7F" w14:textId="77777777" w:rsidR="00D261B9" w:rsidRDefault="001E1EF2">
      <w:pPr>
        <w:spacing w:after="0"/>
      </w:pPr>
      <w:r>
        <w:rPr>
          <w:rFonts w:ascii="Arial" w:hAnsi="Arial"/>
        </w:rPr>
        <w:t>Yeah.</w:t>
      </w:r>
    </w:p>
    <w:p w14:paraId="6DA64FF5" w14:textId="77777777" w:rsidR="00D261B9" w:rsidRDefault="00D261B9">
      <w:pPr>
        <w:spacing w:after="0"/>
      </w:pPr>
    </w:p>
    <w:p w14:paraId="20565275" w14:textId="77777777" w:rsidR="00D261B9" w:rsidRDefault="001E1EF2">
      <w:pPr>
        <w:spacing w:after="0"/>
      </w:pPr>
      <w:r>
        <w:rPr>
          <w:rFonts w:ascii="Arial" w:hAnsi="Arial"/>
          <w:b/>
        </w:rPr>
        <w:t xml:space="preserve">Interviewer E:  </w:t>
      </w:r>
      <w:r>
        <w:rPr>
          <w:rFonts w:ascii="Arial" w:hAnsi="Arial"/>
          <w:color w:val="5D7284"/>
        </w:rPr>
        <w:t>35:53</w:t>
      </w:r>
    </w:p>
    <w:p w14:paraId="2AA60DEC" w14:textId="77777777" w:rsidR="00D261B9" w:rsidRDefault="001E1EF2">
      <w:pPr>
        <w:spacing w:after="0"/>
      </w:pPr>
      <w:r>
        <w:rPr>
          <w:rFonts w:ascii="Arial" w:hAnsi="Arial"/>
        </w:rPr>
        <w:t>And then just completely stop it or slowing down or just like</w:t>
      </w:r>
    </w:p>
    <w:p w14:paraId="3F70F226" w14:textId="77777777" w:rsidR="00D261B9" w:rsidRDefault="00D261B9">
      <w:pPr>
        <w:spacing w:after="0"/>
      </w:pPr>
    </w:p>
    <w:p w14:paraId="6B06665B" w14:textId="77777777" w:rsidR="00D261B9" w:rsidRDefault="001E1EF2">
      <w:pPr>
        <w:spacing w:after="0"/>
      </w:pPr>
      <w:r>
        <w:rPr>
          <w:rFonts w:ascii="Arial" w:hAnsi="Arial"/>
          <w:b/>
        </w:rPr>
        <w:t xml:space="preserve">Participant #16:  </w:t>
      </w:r>
      <w:r>
        <w:rPr>
          <w:rFonts w:ascii="Arial" w:hAnsi="Arial"/>
          <w:color w:val="5D7284"/>
        </w:rPr>
        <w:t>35:58</w:t>
      </w:r>
    </w:p>
    <w:p w14:paraId="6F91A6FE" w14:textId="77777777" w:rsidR="00D261B9" w:rsidRDefault="001E1EF2">
      <w:pPr>
        <w:spacing w:after="0"/>
      </w:pPr>
      <w:r>
        <w:rPr>
          <w:rFonts w:ascii="Arial" w:hAnsi="Arial"/>
        </w:rPr>
        <w:t>I think stop it.</w:t>
      </w:r>
    </w:p>
    <w:p w14:paraId="41C05ABB" w14:textId="77777777" w:rsidR="00D261B9" w:rsidRDefault="00D261B9">
      <w:pPr>
        <w:spacing w:after="0"/>
      </w:pPr>
    </w:p>
    <w:p w14:paraId="0B658689" w14:textId="77777777" w:rsidR="00D261B9" w:rsidRDefault="001E1EF2">
      <w:pPr>
        <w:spacing w:after="0"/>
      </w:pPr>
      <w:r>
        <w:rPr>
          <w:rFonts w:ascii="Arial" w:hAnsi="Arial"/>
          <w:b/>
        </w:rPr>
        <w:t xml:space="preserve">Interviewer E:  </w:t>
      </w:r>
      <w:r>
        <w:rPr>
          <w:rFonts w:ascii="Arial" w:hAnsi="Arial"/>
          <w:color w:val="5D7284"/>
        </w:rPr>
        <w:t>36:00</w:t>
      </w:r>
    </w:p>
    <w:p w14:paraId="50E6FE00" w14:textId="27CB6E14" w:rsidR="00D261B9" w:rsidRDefault="001E1EF2">
      <w:pPr>
        <w:spacing w:after="0"/>
      </w:pPr>
      <w:r>
        <w:rPr>
          <w:rFonts w:ascii="Arial" w:hAnsi="Arial"/>
        </w:rPr>
        <w:t xml:space="preserve">Just completely stop </w:t>
      </w:r>
      <w:r w:rsidR="00980B3A">
        <w:rPr>
          <w:rFonts w:ascii="Arial" w:hAnsi="Arial"/>
        </w:rPr>
        <w:t>it.</w:t>
      </w:r>
    </w:p>
    <w:p w14:paraId="48AB23BC" w14:textId="77777777" w:rsidR="00D261B9" w:rsidRDefault="00D261B9">
      <w:pPr>
        <w:spacing w:after="0"/>
      </w:pPr>
    </w:p>
    <w:p w14:paraId="6886C60D" w14:textId="77777777" w:rsidR="00D261B9" w:rsidRDefault="001E1EF2">
      <w:pPr>
        <w:spacing w:after="0"/>
      </w:pPr>
      <w:r>
        <w:rPr>
          <w:rFonts w:ascii="Arial" w:hAnsi="Arial"/>
          <w:b/>
        </w:rPr>
        <w:t xml:space="preserve">Participant #16:  </w:t>
      </w:r>
      <w:r>
        <w:rPr>
          <w:rFonts w:ascii="Arial" w:hAnsi="Arial"/>
          <w:color w:val="5D7284"/>
        </w:rPr>
        <w:t>36:01</w:t>
      </w:r>
    </w:p>
    <w:p w14:paraId="1568CA00" w14:textId="77777777" w:rsidR="00D261B9" w:rsidRDefault="001E1EF2">
      <w:pPr>
        <w:spacing w:after="0"/>
      </w:pPr>
      <w:r>
        <w:rPr>
          <w:rFonts w:ascii="Arial" w:hAnsi="Arial"/>
        </w:rPr>
        <w:t>Yeah.</w:t>
      </w:r>
    </w:p>
    <w:p w14:paraId="701A1D57" w14:textId="77777777" w:rsidR="00D261B9" w:rsidRDefault="00D261B9">
      <w:pPr>
        <w:spacing w:after="0"/>
      </w:pPr>
    </w:p>
    <w:p w14:paraId="34E48D6A" w14:textId="77777777" w:rsidR="00D261B9" w:rsidRDefault="001E1EF2">
      <w:pPr>
        <w:spacing w:after="0"/>
      </w:pPr>
      <w:r>
        <w:rPr>
          <w:rFonts w:ascii="Arial" w:hAnsi="Arial"/>
          <w:b/>
        </w:rPr>
        <w:t xml:space="preserve">Interviewer E:  </w:t>
      </w:r>
      <w:r>
        <w:rPr>
          <w:rFonts w:ascii="Arial" w:hAnsi="Arial"/>
          <w:color w:val="5D7284"/>
        </w:rPr>
        <w:t>36:02</w:t>
      </w:r>
    </w:p>
    <w:p w14:paraId="3F11EA42" w14:textId="77777777" w:rsidR="00D261B9" w:rsidRDefault="001E1EF2">
      <w:pPr>
        <w:spacing w:after="0"/>
      </w:pPr>
      <w:r>
        <w:rPr>
          <w:rFonts w:ascii="Arial" w:hAnsi="Arial"/>
        </w:rPr>
        <w:t>Okay, I am going to add a little bit more.</w:t>
      </w:r>
    </w:p>
    <w:p w14:paraId="2D54BC25" w14:textId="77777777" w:rsidR="00D261B9" w:rsidRDefault="00D261B9">
      <w:pPr>
        <w:spacing w:after="0"/>
      </w:pPr>
    </w:p>
    <w:p w14:paraId="26C2ACF0" w14:textId="77777777" w:rsidR="00D261B9" w:rsidRDefault="001E1EF2">
      <w:pPr>
        <w:spacing w:after="0"/>
      </w:pPr>
      <w:r>
        <w:rPr>
          <w:rFonts w:ascii="Arial" w:hAnsi="Arial"/>
          <w:b/>
        </w:rPr>
        <w:t xml:space="preserve">Participant #16:  </w:t>
      </w:r>
      <w:r>
        <w:rPr>
          <w:rFonts w:ascii="Arial" w:hAnsi="Arial"/>
          <w:color w:val="5D7284"/>
        </w:rPr>
        <w:t>36:05</w:t>
      </w:r>
    </w:p>
    <w:p w14:paraId="15713055" w14:textId="77777777" w:rsidR="00D261B9" w:rsidRDefault="001E1EF2">
      <w:pPr>
        <w:spacing w:after="0"/>
      </w:pPr>
      <w:r>
        <w:rPr>
          <w:rFonts w:ascii="Arial" w:hAnsi="Arial"/>
        </w:rPr>
        <w:t>It's like tripping me up.</w:t>
      </w:r>
    </w:p>
    <w:p w14:paraId="3257E8BF" w14:textId="77777777" w:rsidR="00D261B9" w:rsidRDefault="00D261B9">
      <w:pPr>
        <w:spacing w:after="0"/>
      </w:pPr>
    </w:p>
    <w:p w14:paraId="7188C63E" w14:textId="77777777" w:rsidR="00D261B9" w:rsidRDefault="001E1EF2">
      <w:pPr>
        <w:spacing w:after="0"/>
      </w:pPr>
      <w:r>
        <w:rPr>
          <w:rFonts w:ascii="Arial" w:hAnsi="Arial"/>
          <w:b/>
        </w:rPr>
        <w:t xml:space="preserve">Interviewer E:  </w:t>
      </w:r>
      <w:r>
        <w:rPr>
          <w:rFonts w:ascii="Arial" w:hAnsi="Arial"/>
          <w:color w:val="5D7284"/>
        </w:rPr>
        <w:t>36:27</w:t>
      </w:r>
    </w:p>
    <w:p w14:paraId="272A3714" w14:textId="77777777" w:rsidR="00D261B9" w:rsidRDefault="001E1EF2">
      <w:pPr>
        <w:spacing w:after="0"/>
      </w:pPr>
      <w:r>
        <w:rPr>
          <w:rFonts w:ascii="Arial" w:hAnsi="Arial"/>
        </w:rPr>
        <w:t xml:space="preserve">I do like </w:t>
      </w:r>
      <w:r>
        <w:rPr>
          <w:rFonts w:ascii="Arial" w:hAnsi="Arial"/>
        </w:rPr>
        <w:t>the pattern that makes...</w:t>
      </w:r>
    </w:p>
    <w:p w14:paraId="198FCC2A" w14:textId="77777777" w:rsidR="00D261B9" w:rsidRDefault="00D261B9">
      <w:pPr>
        <w:spacing w:after="0"/>
      </w:pPr>
    </w:p>
    <w:p w14:paraId="3C982F31" w14:textId="77777777" w:rsidR="00D261B9" w:rsidRDefault="001E1EF2">
      <w:pPr>
        <w:spacing w:after="0"/>
      </w:pPr>
      <w:r>
        <w:rPr>
          <w:rFonts w:ascii="Arial" w:hAnsi="Arial"/>
          <w:b/>
        </w:rPr>
        <w:t xml:space="preserve">Participant #16:  </w:t>
      </w:r>
      <w:r>
        <w:rPr>
          <w:rFonts w:ascii="Arial" w:hAnsi="Arial"/>
          <w:color w:val="5D7284"/>
        </w:rPr>
        <w:t>36:28</w:t>
      </w:r>
    </w:p>
    <w:p w14:paraId="35572CAA" w14:textId="77777777" w:rsidR="00D261B9" w:rsidRDefault="001E1EF2">
      <w:pPr>
        <w:spacing w:after="0"/>
      </w:pPr>
      <w:r>
        <w:rPr>
          <w:rFonts w:ascii="Arial" w:hAnsi="Arial"/>
        </w:rPr>
        <w:t>Yeah.</w:t>
      </w:r>
    </w:p>
    <w:p w14:paraId="6C5942A2" w14:textId="77777777" w:rsidR="00D261B9" w:rsidRDefault="00D261B9">
      <w:pPr>
        <w:spacing w:after="0"/>
      </w:pPr>
    </w:p>
    <w:p w14:paraId="375E28A1" w14:textId="77777777" w:rsidR="00D261B9" w:rsidRDefault="001E1EF2">
      <w:pPr>
        <w:spacing w:after="0"/>
      </w:pPr>
      <w:r>
        <w:rPr>
          <w:rFonts w:ascii="Arial" w:hAnsi="Arial"/>
          <w:b/>
        </w:rPr>
        <w:t xml:space="preserve">Interviewer E:  </w:t>
      </w:r>
      <w:r>
        <w:rPr>
          <w:rFonts w:ascii="Arial" w:hAnsi="Arial"/>
          <w:color w:val="5D7284"/>
        </w:rPr>
        <w:t>36:33</w:t>
      </w:r>
    </w:p>
    <w:p w14:paraId="324971FE" w14:textId="477458F6" w:rsidR="00D261B9" w:rsidRDefault="001E1EF2">
      <w:pPr>
        <w:spacing w:after="0"/>
      </w:pPr>
      <w:r>
        <w:rPr>
          <w:rFonts w:ascii="Arial" w:hAnsi="Arial"/>
        </w:rPr>
        <w:t xml:space="preserve">Right, so we're gonna do just that. We're just gonna stop it. Okay. We're gonna see what it looks like </w:t>
      </w:r>
      <w:r w:rsidR="00980B3A">
        <w:rPr>
          <w:rFonts w:ascii="Arial" w:hAnsi="Arial"/>
        </w:rPr>
        <w:t>ready.</w:t>
      </w:r>
    </w:p>
    <w:p w14:paraId="46A6FE61" w14:textId="77777777" w:rsidR="00D261B9" w:rsidRDefault="00D261B9">
      <w:pPr>
        <w:spacing w:after="0"/>
      </w:pPr>
    </w:p>
    <w:p w14:paraId="0F79B8AA" w14:textId="77777777" w:rsidR="00D261B9" w:rsidRDefault="001E1EF2">
      <w:pPr>
        <w:spacing w:after="0"/>
      </w:pPr>
      <w:r>
        <w:rPr>
          <w:rFonts w:ascii="Arial" w:hAnsi="Arial"/>
          <w:b/>
        </w:rPr>
        <w:t xml:space="preserve">Participant #16:  </w:t>
      </w:r>
      <w:r>
        <w:rPr>
          <w:rFonts w:ascii="Arial" w:hAnsi="Arial"/>
          <w:color w:val="5D7284"/>
        </w:rPr>
        <w:t>37:00</w:t>
      </w:r>
    </w:p>
    <w:p w14:paraId="4BAE1B0A" w14:textId="36F3EE3F" w:rsidR="00D261B9" w:rsidRDefault="001E1EF2">
      <w:pPr>
        <w:spacing w:after="0"/>
      </w:pPr>
      <w:r>
        <w:rPr>
          <w:rFonts w:ascii="Arial" w:hAnsi="Arial"/>
        </w:rPr>
        <w:t xml:space="preserve">I'm ready. </w:t>
      </w:r>
      <w:r w:rsidR="00980B3A">
        <w:rPr>
          <w:rFonts w:ascii="Arial" w:hAnsi="Arial"/>
        </w:rPr>
        <w:t>Oh,</w:t>
      </w:r>
      <w:r>
        <w:rPr>
          <w:rFonts w:ascii="Arial" w:hAnsi="Arial"/>
        </w:rPr>
        <w:t xml:space="preserve"> my goodness.</w:t>
      </w:r>
    </w:p>
    <w:p w14:paraId="71501AD5" w14:textId="77777777" w:rsidR="00D261B9" w:rsidRDefault="00D261B9">
      <w:pPr>
        <w:spacing w:after="0"/>
      </w:pPr>
    </w:p>
    <w:p w14:paraId="2922532B" w14:textId="77777777" w:rsidR="00D261B9" w:rsidRDefault="001E1EF2">
      <w:pPr>
        <w:spacing w:after="0"/>
      </w:pPr>
      <w:r>
        <w:rPr>
          <w:rFonts w:ascii="Arial" w:hAnsi="Arial"/>
          <w:b/>
        </w:rPr>
        <w:t xml:space="preserve">Interviewer E:  </w:t>
      </w:r>
      <w:r>
        <w:rPr>
          <w:rFonts w:ascii="Arial" w:hAnsi="Arial"/>
          <w:color w:val="5D7284"/>
        </w:rPr>
        <w:t>37:02</w:t>
      </w:r>
    </w:p>
    <w:p w14:paraId="24DD60C7" w14:textId="77777777" w:rsidR="00D261B9" w:rsidRDefault="001E1EF2">
      <w:pPr>
        <w:spacing w:after="0"/>
      </w:pPr>
      <w:r>
        <w:rPr>
          <w:rFonts w:ascii="Arial" w:hAnsi="Arial"/>
        </w:rPr>
        <w:t xml:space="preserve">Is this surprising you at all. </w:t>
      </w:r>
    </w:p>
    <w:p w14:paraId="5BD6890F" w14:textId="77777777" w:rsidR="00D261B9" w:rsidRDefault="00D261B9">
      <w:pPr>
        <w:spacing w:after="0"/>
      </w:pPr>
    </w:p>
    <w:p w14:paraId="5054EB53" w14:textId="77777777" w:rsidR="00D261B9" w:rsidRDefault="001E1EF2">
      <w:pPr>
        <w:spacing w:after="0"/>
      </w:pPr>
      <w:r>
        <w:rPr>
          <w:rFonts w:ascii="Arial" w:hAnsi="Arial"/>
          <w:b/>
        </w:rPr>
        <w:t xml:space="preserve">Participant #16:  </w:t>
      </w:r>
      <w:r>
        <w:rPr>
          <w:rFonts w:ascii="Arial" w:hAnsi="Arial"/>
          <w:color w:val="5D7284"/>
        </w:rPr>
        <w:t>37:04</w:t>
      </w:r>
    </w:p>
    <w:p w14:paraId="64D4B80D" w14:textId="5A0E3137" w:rsidR="00D261B9" w:rsidRDefault="001E1EF2">
      <w:pPr>
        <w:spacing w:after="0"/>
      </w:pPr>
      <w:r>
        <w:rPr>
          <w:rFonts w:ascii="Arial" w:hAnsi="Arial"/>
        </w:rPr>
        <w:t xml:space="preserve">Yeah. I don't know what I was expecting. But like, you couldn't see the motion of the water when it was moving like the whole thing. </w:t>
      </w:r>
      <w:r w:rsidR="00980B3A">
        <w:rPr>
          <w:rFonts w:ascii="Arial" w:hAnsi="Arial"/>
        </w:rPr>
        <w:t>So,</w:t>
      </w:r>
      <w:r>
        <w:rPr>
          <w:rFonts w:ascii="Arial" w:hAnsi="Arial"/>
        </w:rPr>
        <w:t xml:space="preserve"> once it stopped, you can see like how it was actually moving. </w:t>
      </w:r>
    </w:p>
    <w:p w14:paraId="4FA5AFF3" w14:textId="77777777" w:rsidR="00D261B9" w:rsidRDefault="00D261B9">
      <w:pPr>
        <w:spacing w:after="0"/>
      </w:pPr>
    </w:p>
    <w:p w14:paraId="225BE654" w14:textId="77777777" w:rsidR="00D261B9" w:rsidRDefault="001E1EF2">
      <w:pPr>
        <w:spacing w:after="0"/>
      </w:pPr>
      <w:r>
        <w:rPr>
          <w:rFonts w:ascii="Arial" w:hAnsi="Arial"/>
          <w:b/>
        </w:rPr>
        <w:t xml:space="preserve">Interviewer E:  </w:t>
      </w:r>
      <w:r>
        <w:rPr>
          <w:rFonts w:ascii="Arial" w:hAnsi="Arial"/>
          <w:color w:val="5D7284"/>
        </w:rPr>
        <w:t>37:20</w:t>
      </w:r>
    </w:p>
    <w:p w14:paraId="3A9FF151" w14:textId="7DC48AFC" w:rsidR="00D261B9" w:rsidRDefault="001E1EF2">
      <w:pPr>
        <w:spacing w:after="0"/>
      </w:pPr>
      <w:r>
        <w:rPr>
          <w:rFonts w:ascii="Arial" w:hAnsi="Arial"/>
        </w:rPr>
        <w:t xml:space="preserve">Right. Is it interesting how the, the the </w:t>
      </w:r>
      <w:r w:rsidR="00980B3A">
        <w:rPr>
          <w:rFonts w:ascii="Arial" w:hAnsi="Arial"/>
        </w:rPr>
        <w:t>permanganate</w:t>
      </w:r>
      <w:r>
        <w:rPr>
          <w:rFonts w:ascii="Arial" w:hAnsi="Arial"/>
        </w:rPr>
        <w:t xml:space="preserve"> is kind of doing this little swirly thing.</w:t>
      </w:r>
    </w:p>
    <w:p w14:paraId="24F9913C" w14:textId="77777777" w:rsidR="00D261B9" w:rsidRDefault="00D261B9">
      <w:pPr>
        <w:spacing w:after="0"/>
      </w:pPr>
    </w:p>
    <w:p w14:paraId="1545785A" w14:textId="77777777" w:rsidR="00D261B9" w:rsidRDefault="001E1EF2">
      <w:pPr>
        <w:spacing w:after="0"/>
      </w:pPr>
      <w:r>
        <w:rPr>
          <w:rFonts w:ascii="Arial" w:hAnsi="Arial"/>
          <w:b/>
        </w:rPr>
        <w:t xml:space="preserve">Participant #16:  </w:t>
      </w:r>
      <w:r>
        <w:rPr>
          <w:rFonts w:ascii="Arial" w:hAnsi="Arial"/>
          <w:color w:val="5D7284"/>
        </w:rPr>
        <w:t>37:30</w:t>
      </w:r>
    </w:p>
    <w:p w14:paraId="2526C819" w14:textId="77777777" w:rsidR="00D261B9" w:rsidRDefault="001E1EF2">
      <w:pPr>
        <w:spacing w:after="0"/>
      </w:pPr>
      <w:r>
        <w:rPr>
          <w:rFonts w:ascii="Arial" w:hAnsi="Arial"/>
        </w:rPr>
        <w:t>Yeah, it's like, still intact.</w:t>
      </w:r>
    </w:p>
    <w:p w14:paraId="5BD731C9" w14:textId="77777777" w:rsidR="00D261B9" w:rsidRDefault="00D261B9">
      <w:pPr>
        <w:spacing w:after="0"/>
      </w:pPr>
    </w:p>
    <w:p w14:paraId="699DC987" w14:textId="77777777" w:rsidR="00D261B9" w:rsidRDefault="001E1EF2">
      <w:pPr>
        <w:spacing w:after="0"/>
      </w:pPr>
      <w:r>
        <w:rPr>
          <w:rFonts w:ascii="Arial" w:hAnsi="Arial"/>
          <w:b/>
        </w:rPr>
        <w:t xml:space="preserve">Interviewer E:  </w:t>
      </w:r>
      <w:r>
        <w:rPr>
          <w:rFonts w:ascii="Arial" w:hAnsi="Arial"/>
          <w:color w:val="5D7284"/>
        </w:rPr>
        <w:t>37:33</w:t>
      </w:r>
    </w:p>
    <w:p w14:paraId="65493441" w14:textId="77777777" w:rsidR="00D261B9" w:rsidRDefault="001E1EF2">
      <w:pPr>
        <w:spacing w:after="0"/>
      </w:pPr>
      <w:r>
        <w:rPr>
          <w:rFonts w:ascii="Arial" w:hAnsi="Arial"/>
        </w:rPr>
        <w:t xml:space="preserve">Yeah. Would you say it's like moving towards the center? </w:t>
      </w:r>
    </w:p>
    <w:p w14:paraId="44669740" w14:textId="77777777" w:rsidR="00D261B9" w:rsidRDefault="00D261B9">
      <w:pPr>
        <w:spacing w:after="0"/>
      </w:pPr>
    </w:p>
    <w:p w14:paraId="2EC552D5" w14:textId="77777777" w:rsidR="00D261B9" w:rsidRDefault="001E1EF2">
      <w:pPr>
        <w:spacing w:after="0"/>
      </w:pPr>
      <w:r>
        <w:rPr>
          <w:rFonts w:ascii="Arial" w:hAnsi="Arial"/>
          <w:b/>
        </w:rPr>
        <w:t xml:space="preserve">Participant #16:  </w:t>
      </w:r>
      <w:r>
        <w:rPr>
          <w:rFonts w:ascii="Arial" w:hAnsi="Arial"/>
          <w:color w:val="5D7284"/>
        </w:rPr>
        <w:t>37:36</w:t>
      </w:r>
    </w:p>
    <w:p w14:paraId="63079463" w14:textId="77777777" w:rsidR="00D261B9" w:rsidRDefault="001E1EF2">
      <w:pPr>
        <w:spacing w:after="0"/>
      </w:pPr>
      <w:r>
        <w:rPr>
          <w:rFonts w:ascii="Arial" w:hAnsi="Arial"/>
        </w:rPr>
        <w:t>Yes, I would definitely say that. Which is interesting.</w:t>
      </w:r>
    </w:p>
    <w:p w14:paraId="34D48018" w14:textId="77777777" w:rsidR="00D261B9" w:rsidRDefault="00D261B9">
      <w:pPr>
        <w:spacing w:after="0"/>
      </w:pPr>
    </w:p>
    <w:p w14:paraId="5742E24C" w14:textId="77777777" w:rsidR="00D261B9" w:rsidRDefault="001E1EF2">
      <w:pPr>
        <w:spacing w:after="0"/>
      </w:pPr>
      <w:r>
        <w:rPr>
          <w:rFonts w:ascii="Arial" w:hAnsi="Arial"/>
          <w:b/>
        </w:rPr>
        <w:t xml:space="preserve">Interviewer E:  </w:t>
      </w:r>
      <w:r>
        <w:rPr>
          <w:rFonts w:ascii="Arial" w:hAnsi="Arial"/>
          <w:color w:val="5D7284"/>
        </w:rPr>
        <w:t>37:42</w:t>
      </w:r>
    </w:p>
    <w:p w14:paraId="3BF065AF" w14:textId="77777777" w:rsidR="00D261B9" w:rsidRDefault="001E1EF2">
      <w:pPr>
        <w:spacing w:after="0"/>
      </w:pPr>
      <w:r>
        <w:rPr>
          <w:rFonts w:ascii="Arial" w:hAnsi="Arial"/>
        </w:rPr>
        <w:t xml:space="preserve">Yeah, it's very pretty. </w:t>
      </w:r>
    </w:p>
    <w:p w14:paraId="1079CFE1" w14:textId="77777777" w:rsidR="00D261B9" w:rsidRDefault="00D261B9">
      <w:pPr>
        <w:spacing w:after="0"/>
      </w:pPr>
    </w:p>
    <w:p w14:paraId="2C28B465" w14:textId="77777777" w:rsidR="00D261B9" w:rsidRDefault="001E1EF2">
      <w:pPr>
        <w:spacing w:after="0"/>
      </w:pPr>
      <w:r>
        <w:rPr>
          <w:rFonts w:ascii="Arial" w:hAnsi="Arial"/>
          <w:b/>
        </w:rPr>
        <w:t xml:space="preserve">Participant #16:  </w:t>
      </w:r>
      <w:r>
        <w:rPr>
          <w:rFonts w:ascii="Arial" w:hAnsi="Arial"/>
          <w:color w:val="5D7284"/>
        </w:rPr>
        <w:t>37:43</w:t>
      </w:r>
    </w:p>
    <w:p w14:paraId="309D4F60" w14:textId="77777777" w:rsidR="00D261B9" w:rsidRDefault="001E1EF2">
      <w:pPr>
        <w:spacing w:after="0"/>
      </w:pPr>
      <w:r>
        <w:rPr>
          <w:rFonts w:ascii="Arial" w:hAnsi="Arial"/>
        </w:rPr>
        <w:t>Is it very pretty.</w:t>
      </w:r>
    </w:p>
    <w:p w14:paraId="1DFAD0B2" w14:textId="77777777" w:rsidR="00D261B9" w:rsidRDefault="00D261B9">
      <w:pPr>
        <w:spacing w:after="0"/>
      </w:pPr>
    </w:p>
    <w:p w14:paraId="3A2506B2" w14:textId="77777777" w:rsidR="00D261B9" w:rsidRDefault="001E1EF2">
      <w:pPr>
        <w:spacing w:after="0"/>
      </w:pPr>
      <w:r>
        <w:rPr>
          <w:rFonts w:ascii="Arial" w:hAnsi="Arial"/>
          <w:b/>
        </w:rPr>
        <w:t xml:space="preserve">Interviewer E:  </w:t>
      </w:r>
      <w:r>
        <w:rPr>
          <w:rFonts w:ascii="Arial" w:hAnsi="Arial"/>
          <w:color w:val="5D7284"/>
        </w:rPr>
        <w:t>37:46</w:t>
      </w:r>
    </w:p>
    <w:p w14:paraId="397E9FD3" w14:textId="3B3255EA" w:rsidR="00D261B9" w:rsidRDefault="001E1EF2">
      <w:pPr>
        <w:spacing w:after="0"/>
      </w:pPr>
      <w:r>
        <w:rPr>
          <w:rFonts w:ascii="Arial" w:hAnsi="Arial"/>
        </w:rPr>
        <w:t xml:space="preserve">Okay, so, we're going to do something a little different, but similar. All right. </w:t>
      </w:r>
      <w:r w:rsidR="00980B3A">
        <w:rPr>
          <w:rFonts w:ascii="Arial" w:hAnsi="Arial"/>
        </w:rPr>
        <w:t>So,</w:t>
      </w:r>
      <w:r>
        <w:rPr>
          <w:rFonts w:ascii="Arial" w:hAnsi="Arial"/>
        </w:rPr>
        <w:t xml:space="preserve"> I want to show you this lazy Susan, why it's called Lazy Susan. I have no idea. </w:t>
      </w:r>
    </w:p>
    <w:p w14:paraId="49C62E3B" w14:textId="77777777" w:rsidR="00D261B9" w:rsidRDefault="00D261B9">
      <w:pPr>
        <w:spacing w:after="0"/>
      </w:pPr>
    </w:p>
    <w:p w14:paraId="52E85956" w14:textId="77777777" w:rsidR="00D261B9" w:rsidRDefault="001E1EF2">
      <w:pPr>
        <w:spacing w:after="0"/>
      </w:pPr>
      <w:r>
        <w:rPr>
          <w:rFonts w:ascii="Arial" w:hAnsi="Arial"/>
          <w:b/>
        </w:rPr>
        <w:t xml:space="preserve">Interviewer P:  </w:t>
      </w:r>
      <w:r>
        <w:rPr>
          <w:rFonts w:ascii="Arial" w:hAnsi="Arial"/>
          <w:color w:val="5D7284"/>
        </w:rPr>
        <w:t>38:03</w:t>
      </w:r>
    </w:p>
    <w:p w14:paraId="36B81228" w14:textId="77777777" w:rsidR="00D261B9" w:rsidRDefault="001E1EF2">
      <w:pPr>
        <w:spacing w:after="0"/>
      </w:pPr>
      <w:r>
        <w:rPr>
          <w:rFonts w:ascii="Arial" w:hAnsi="Arial"/>
        </w:rPr>
        <w:t>I don't know either.</w:t>
      </w:r>
    </w:p>
    <w:p w14:paraId="4E9D612C" w14:textId="77777777" w:rsidR="00D261B9" w:rsidRDefault="00D261B9">
      <w:pPr>
        <w:spacing w:after="0"/>
      </w:pPr>
    </w:p>
    <w:p w14:paraId="06A5AA42" w14:textId="77777777" w:rsidR="00D261B9" w:rsidRDefault="001E1EF2">
      <w:pPr>
        <w:spacing w:after="0"/>
      </w:pPr>
      <w:r>
        <w:rPr>
          <w:rFonts w:ascii="Arial" w:hAnsi="Arial"/>
          <w:b/>
        </w:rPr>
        <w:t xml:space="preserve">Participant #16:  </w:t>
      </w:r>
      <w:r>
        <w:rPr>
          <w:rFonts w:ascii="Arial" w:hAnsi="Arial"/>
          <w:color w:val="5D7284"/>
        </w:rPr>
        <w:t>38:08</w:t>
      </w:r>
    </w:p>
    <w:p w14:paraId="1C814E37" w14:textId="77777777" w:rsidR="00D261B9" w:rsidRDefault="001E1EF2">
      <w:pPr>
        <w:spacing w:after="0"/>
      </w:pPr>
      <w:r>
        <w:rPr>
          <w:rFonts w:ascii="Arial" w:hAnsi="Arial"/>
        </w:rPr>
        <w:t>It's just one of those things.</w:t>
      </w:r>
    </w:p>
    <w:p w14:paraId="27A25C37" w14:textId="77777777" w:rsidR="00D261B9" w:rsidRDefault="00D261B9">
      <w:pPr>
        <w:spacing w:after="0"/>
      </w:pPr>
    </w:p>
    <w:p w14:paraId="1AB8615B" w14:textId="77777777" w:rsidR="00D261B9" w:rsidRDefault="001E1EF2">
      <w:pPr>
        <w:spacing w:after="0"/>
      </w:pPr>
      <w:r>
        <w:rPr>
          <w:rFonts w:ascii="Arial" w:hAnsi="Arial"/>
          <w:b/>
        </w:rPr>
        <w:t xml:space="preserve">Interviewer E:  </w:t>
      </w:r>
      <w:r>
        <w:rPr>
          <w:rFonts w:ascii="Arial" w:hAnsi="Arial"/>
          <w:color w:val="5D7284"/>
        </w:rPr>
        <w:t>38:09</w:t>
      </w:r>
    </w:p>
    <w:p w14:paraId="2E7B9C74" w14:textId="1412749E" w:rsidR="00D261B9" w:rsidRDefault="00980B3A">
      <w:pPr>
        <w:spacing w:after="0"/>
      </w:pPr>
      <w:r>
        <w:rPr>
          <w:rFonts w:ascii="Arial" w:hAnsi="Arial"/>
        </w:rPr>
        <w:lastRenderedPageBreak/>
        <w:t>So, this is a little Lego motor that Dr. McNeal that has put together for us, I probably wouldn't have been able to do that. So, props.</w:t>
      </w:r>
    </w:p>
    <w:p w14:paraId="572DD10D" w14:textId="77777777" w:rsidR="00D261B9" w:rsidRDefault="00D261B9">
      <w:pPr>
        <w:spacing w:after="0"/>
      </w:pPr>
    </w:p>
    <w:p w14:paraId="13B9C16F" w14:textId="77777777" w:rsidR="00D261B9" w:rsidRDefault="001E1EF2">
      <w:pPr>
        <w:spacing w:after="0"/>
      </w:pPr>
      <w:r>
        <w:rPr>
          <w:rFonts w:ascii="Arial" w:hAnsi="Arial"/>
          <w:b/>
        </w:rPr>
        <w:t xml:space="preserve">Interviewer P:  </w:t>
      </w:r>
      <w:r>
        <w:rPr>
          <w:rFonts w:ascii="Arial" w:hAnsi="Arial"/>
          <w:color w:val="5D7284"/>
        </w:rPr>
        <w:t>38:16</w:t>
      </w:r>
    </w:p>
    <w:p w14:paraId="583E6D67" w14:textId="504B07C2" w:rsidR="00D261B9" w:rsidRDefault="001E1EF2">
      <w:pPr>
        <w:spacing w:after="0"/>
      </w:pPr>
      <w:r>
        <w:rPr>
          <w:rFonts w:ascii="Arial" w:hAnsi="Arial"/>
        </w:rPr>
        <w:t xml:space="preserve">Probably would with instruction. And one thing to this has like seen a little dent in the bottom. That's why I have the black spot there. </w:t>
      </w:r>
      <w:r w:rsidR="00980B3A">
        <w:rPr>
          <w:rFonts w:ascii="Arial" w:hAnsi="Arial"/>
        </w:rPr>
        <w:t>So,</w:t>
      </w:r>
      <w:r>
        <w:rPr>
          <w:rFonts w:ascii="Arial" w:hAnsi="Arial"/>
        </w:rPr>
        <w:t xml:space="preserve"> if you line them up, then it will be central.</w:t>
      </w:r>
    </w:p>
    <w:p w14:paraId="6DF7FD74" w14:textId="77777777" w:rsidR="00D261B9" w:rsidRDefault="00D261B9">
      <w:pPr>
        <w:spacing w:after="0"/>
      </w:pPr>
    </w:p>
    <w:p w14:paraId="5DC340B4" w14:textId="77777777" w:rsidR="00D261B9" w:rsidRDefault="001E1EF2">
      <w:pPr>
        <w:spacing w:after="0"/>
      </w:pPr>
      <w:r>
        <w:rPr>
          <w:rFonts w:ascii="Arial" w:hAnsi="Arial"/>
          <w:b/>
        </w:rPr>
        <w:t xml:space="preserve">Interviewer E:  </w:t>
      </w:r>
      <w:r>
        <w:rPr>
          <w:rFonts w:ascii="Arial" w:hAnsi="Arial"/>
          <w:color w:val="5D7284"/>
        </w:rPr>
        <w:t>38:26</w:t>
      </w:r>
    </w:p>
    <w:p w14:paraId="26961315" w14:textId="7DF25E82" w:rsidR="00D261B9" w:rsidRDefault="001E1EF2">
      <w:pPr>
        <w:spacing w:after="0"/>
      </w:pPr>
      <w:r>
        <w:rPr>
          <w:rFonts w:ascii="Arial" w:hAnsi="Arial"/>
        </w:rPr>
        <w:t xml:space="preserve">Okay. Yeah. All right. </w:t>
      </w:r>
      <w:r w:rsidR="00980B3A">
        <w:rPr>
          <w:rFonts w:ascii="Arial" w:hAnsi="Arial"/>
        </w:rPr>
        <w:t>So,</w:t>
      </w:r>
      <w:r>
        <w:rPr>
          <w:rFonts w:ascii="Arial" w:hAnsi="Arial"/>
        </w:rPr>
        <w:t xml:space="preserve"> this is Jell-O, colorless. Trust me, it's tasteless. Um, so we're going to basically have this going in rotation. Right. What do you think? How do you think the Jell-O is going to act or what it's going to do once we start spinning it?</w:t>
      </w:r>
    </w:p>
    <w:p w14:paraId="6666D05D" w14:textId="77777777" w:rsidR="00D261B9" w:rsidRDefault="00D261B9">
      <w:pPr>
        <w:spacing w:after="0"/>
      </w:pPr>
    </w:p>
    <w:p w14:paraId="1154616B" w14:textId="77777777" w:rsidR="00D261B9" w:rsidRDefault="001E1EF2">
      <w:pPr>
        <w:spacing w:after="0"/>
      </w:pPr>
      <w:r>
        <w:rPr>
          <w:rFonts w:ascii="Arial" w:hAnsi="Arial"/>
          <w:b/>
        </w:rPr>
        <w:t xml:space="preserve">Participant #16:  </w:t>
      </w:r>
      <w:r>
        <w:rPr>
          <w:rFonts w:ascii="Arial" w:hAnsi="Arial"/>
          <w:color w:val="5D7284"/>
        </w:rPr>
        <w:t>38:48</w:t>
      </w:r>
    </w:p>
    <w:p w14:paraId="6D2A1358" w14:textId="77777777" w:rsidR="00D261B9" w:rsidRDefault="001E1EF2">
      <w:pPr>
        <w:spacing w:after="0"/>
      </w:pPr>
      <w:r>
        <w:rPr>
          <w:rFonts w:ascii="Arial" w:hAnsi="Arial"/>
        </w:rPr>
        <w:t xml:space="preserve">I think it's nothing. </w:t>
      </w:r>
    </w:p>
    <w:p w14:paraId="02351022" w14:textId="77777777" w:rsidR="00D261B9" w:rsidRDefault="00D261B9">
      <w:pPr>
        <w:spacing w:after="0"/>
      </w:pPr>
    </w:p>
    <w:p w14:paraId="48B890E3" w14:textId="77777777" w:rsidR="00D261B9" w:rsidRDefault="001E1EF2">
      <w:pPr>
        <w:spacing w:after="0"/>
      </w:pPr>
      <w:r>
        <w:rPr>
          <w:rFonts w:ascii="Arial" w:hAnsi="Arial"/>
          <w:b/>
        </w:rPr>
        <w:t xml:space="preserve">Interviewer P:  </w:t>
      </w:r>
      <w:r>
        <w:rPr>
          <w:rFonts w:ascii="Arial" w:hAnsi="Arial"/>
          <w:color w:val="5D7284"/>
        </w:rPr>
        <w:t>38:51</w:t>
      </w:r>
    </w:p>
    <w:p w14:paraId="6B9B3892" w14:textId="77777777" w:rsidR="00D261B9" w:rsidRDefault="001E1EF2">
      <w:pPr>
        <w:spacing w:after="0"/>
      </w:pPr>
      <w:r>
        <w:rPr>
          <w:rFonts w:ascii="Arial" w:hAnsi="Arial"/>
        </w:rPr>
        <w:t>Nothing.</w:t>
      </w:r>
    </w:p>
    <w:p w14:paraId="3CD61D4B" w14:textId="77777777" w:rsidR="00D261B9" w:rsidRDefault="00D261B9">
      <w:pPr>
        <w:spacing w:after="0"/>
      </w:pPr>
    </w:p>
    <w:p w14:paraId="7D2EA16E" w14:textId="77777777" w:rsidR="00D261B9" w:rsidRDefault="001E1EF2">
      <w:pPr>
        <w:spacing w:after="0"/>
      </w:pPr>
      <w:r>
        <w:rPr>
          <w:rFonts w:ascii="Arial" w:hAnsi="Arial"/>
          <w:b/>
        </w:rPr>
        <w:t xml:space="preserve">Participant #16:  </w:t>
      </w:r>
      <w:r>
        <w:rPr>
          <w:rFonts w:ascii="Arial" w:hAnsi="Arial"/>
          <w:color w:val="5D7284"/>
        </w:rPr>
        <w:t>38:51</w:t>
      </w:r>
    </w:p>
    <w:p w14:paraId="00F3FB57" w14:textId="77777777" w:rsidR="00D261B9" w:rsidRDefault="001E1EF2">
      <w:pPr>
        <w:spacing w:after="0"/>
      </w:pPr>
      <w:r>
        <w:rPr>
          <w:rFonts w:ascii="Arial" w:hAnsi="Arial"/>
        </w:rPr>
        <w:t xml:space="preserve">Yeah nothing. </w:t>
      </w:r>
    </w:p>
    <w:p w14:paraId="2AFDEE2E" w14:textId="77777777" w:rsidR="00D261B9" w:rsidRDefault="00D261B9">
      <w:pPr>
        <w:spacing w:after="0"/>
      </w:pPr>
    </w:p>
    <w:p w14:paraId="6AA72FAE" w14:textId="77777777" w:rsidR="00D261B9" w:rsidRDefault="001E1EF2">
      <w:pPr>
        <w:spacing w:after="0"/>
      </w:pPr>
      <w:r>
        <w:rPr>
          <w:rFonts w:ascii="Arial" w:hAnsi="Arial"/>
          <w:b/>
        </w:rPr>
        <w:t xml:space="preserve">Interviewer E:  </w:t>
      </w:r>
      <w:r>
        <w:rPr>
          <w:rFonts w:ascii="Arial" w:hAnsi="Arial"/>
          <w:color w:val="5D7284"/>
        </w:rPr>
        <w:t>38:53</w:t>
      </w:r>
    </w:p>
    <w:p w14:paraId="2ADD0ACE" w14:textId="3A112AD9" w:rsidR="00D261B9" w:rsidRDefault="00980B3A">
      <w:pPr>
        <w:spacing w:after="0"/>
      </w:pPr>
      <w:r>
        <w:rPr>
          <w:rFonts w:ascii="Arial" w:hAnsi="Arial"/>
        </w:rPr>
        <w:t>All right let's see. Pretty right on about nothing. So, I'm just gonna pick these two little beads in there, right? These are just sort of BBs like a dipper a BB gun. So obviously, they're too light in your cold. So, they're not going to penetrate through the Jell-O, any kind of way. But let's set us up for like a scenario, right? So, let's say in this scenario, we took these two beads, and we got them super, super hot. And not only that, but they became like really dense. Like they became just steps all of a sudden. So, let's say I took this bead, and I dropped it in there, and it burrowed its way through the Jell-O while it's still in rotation, and it's going to leave like a trail behind right. What do you think that trail would look like?</w:t>
      </w:r>
    </w:p>
    <w:p w14:paraId="7CF441DF" w14:textId="77777777" w:rsidR="00D261B9" w:rsidRDefault="00D261B9">
      <w:pPr>
        <w:spacing w:after="0"/>
      </w:pPr>
    </w:p>
    <w:p w14:paraId="418FFB54" w14:textId="77777777" w:rsidR="00D261B9" w:rsidRDefault="001E1EF2">
      <w:pPr>
        <w:spacing w:after="0"/>
      </w:pPr>
      <w:r>
        <w:rPr>
          <w:rFonts w:ascii="Arial" w:hAnsi="Arial"/>
          <w:b/>
        </w:rPr>
        <w:t xml:space="preserve">Participant #16:  </w:t>
      </w:r>
      <w:r>
        <w:rPr>
          <w:rFonts w:ascii="Arial" w:hAnsi="Arial"/>
          <w:color w:val="5D7284"/>
        </w:rPr>
        <w:t>39:50</w:t>
      </w:r>
    </w:p>
    <w:p w14:paraId="4BA98DF9" w14:textId="68792B43" w:rsidR="00D261B9" w:rsidRDefault="00980B3A">
      <w:pPr>
        <w:spacing w:after="0"/>
      </w:pPr>
      <w:r>
        <w:rPr>
          <w:rFonts w:ascii="Arial" w:hAnsi="Arial"/>
        </w:rPr>
        <w:t>So, if you're dropping here, like a spiral staircase, but a little more spread out.</w:t>
      </w:r>
    </w:p>
    <w:p w14:paraId="42B855BC" w14:textId="77777777" w:rsidR="00D261B9" w:rsidRDefault="00D261B9">
      <w:pPr>
        <w:spacing w:after="0"/>
      </w:pPr>
    </w:p>
    <w:p w14:paraId="34BDE3B1" w14:textId="77777777" w:rsidR="00D261B9" w:rsidRDefault="001E1EF2">
      <w:pPr>
        <w:spacing w:after="0"/>
      </w:pPr>
      <w:r>
        <w:rPr>
          <w:rFonts w:ascii="Arial" w:hAnsi="Arial"/>
          <w:b/>
        </w:rPr>
        <w:t xml:space="preserve">Interviewer E:  </w:t>
      </w:r>
      <w:r>
        <w:rPr>
          <w:rFonts w:ascii="Arial" w:hAnsi="Arial"/>
          <w:color w:val="5D7284"/>
        </w:rPr>
        <w:t>39:57</w:t>
      </w:r>
    </w:p>
    <w:p w14:paraId="73D4C155" w14:textId="77777777" w:rsidR="00D261B9" w:rsidRDefault="001E1EF2">
      <w:pPr>
        <w:spacing w:after="0"/>
      </w:pPr>
      <w:r>
        <w:rPr>
          <w:rFonts w:ascii="Arial" w:hAnsi="Arial"/>
        </w:rPr>
        <w:t>Yeah. Yeah, let's say you know, let's say I dropped it. straight in the middle.</w:t>
      </w:r>
    </w:p>
    <w:p w14:paraId="4409D762" w14:textId="77777777" w:rsidR="00D261B9" w:rsidRDefault="00D261B9">
      <w:pPr>
        <w:spacing w:after="0"/>
      </w:pPr>
    </w:p>
    <w:p w14:paraId="4898AE08" w14:textId="77777777" w:rsidR="00D261B9" w:rsidRDefault="001E1EF2">
      <w:pPr>
        <w:spacing w:after="0"/>
      </w:pPr>
      <w:r>
        <w:rPr>
          <w:rFonts w:ascii="Arial" w:hAnsi="Arial"/>
          <w:b/>
        </w:rPr>
        <w:t xml:space="preserve">Participant #16:  </w:t>
      </w:r>
      <w:r>
        <w:rPr>
          <w:rFonts w:ascii="Arial" w:hAnsi="Arial"/>
          <w:color w:val="5D7284"/>
        </w:rPr>
        <w:t>40:03</w:t>
      </w:r>
    </w:p>
    <w:p w14:paraId="2459442C" w14:textId="77777777" w:rsidR="00D261B9" w:rsidRDefault="001E1EF2">
      <w:pPr>
        <w:spacing w:after="0"/>
      </w:pPr>
      <w:r>
        <w:rPr>
          <w:rFonts w:ascii="Arial" w:hAnsi="Arial"/>
        </w:rPr>
        <w:t>It'll, I think it would if you dropped it straight in the middle, I think it was just drop.</w:t>
      </w:r>
    </w:p>
    <w:p w14:paraId="0F99089B" w14:textId="77777777" w:rsidR="00D261B9" w:rsidRDefault="00D261B9">
      <w:pPr>
        <w:spacing w:after="0"/>
      </w:pPr>
    </w:p>
    <w:p w14:paraId="7CEBD3C2" w14:textId="77777777" w:rsidR="00D261B9" w:rsidRDefault="001E1EF2">
      <w:pPr>
        <w:spacing w:after="0"/>
      </w:pPr>
      <w:r>
        <w:rPr>
          <w:rFonts w:ascii="Arial" w:hAnsi="Arial"/>
          <w:b/>
        </w:rPr>
        <w:t xml:space="preserve">Interviewer E:  </w:t>
      </w:r>
      <w:r>
        <w:rPr>
          <w:rFonts w:ascii="Arial" w:hAnsi="Arial"/>
          <w:color w:val="5D7284"/>
        </w:rPr>
        <w:t>40:18</w:t>
      </w:r>
    </w:p>
    <w:p w14:paraId="7E27B52E" w14:textId="77777777" w:rsidR="00D261B9" w:rsidRDefault="001E1EF2">
      <w:pPr>
        <w:spacing w:after="0"/>
      </w:pPr>
      <w:r>
        <w:rPr>
          <w:rFonts w:ascii="Arial" w:hAnsi="Arial"/>
        </w:rPr>
        <w:t>Like go straight down.</w:t>
      </w:r>
    </w:p>
    <w:p w14:paraId="545EA1B7" w14:textId="77777777" w:rsidR="00D261B9" w:rsidRDefault="00D261B9">
      <w:pPr>
        <w:spacing w:after="0"/>
      </w:pPr>
    </w:p>
    <w:p w14:paraId="4D6EDAFF" w14:textId="77777777" w:rsidR="00D261B9" w:rsidRDefault="001E1EF2">
      <w:pPr>
        <w:spacing w:after="0"/>
      </w:pPr>
      <w:r>
        <w:rPr>
          <w:rFonts w:ascii="Arial" w:hAnsi="Arial"/>
          <w:b/>
        </w:rPr>
        <w:t xml:space="preserve">Participant #16:  </w:t>
      </w:r>
      <w:r>
        <w:rPr>
          <w:rFonts w:ascii="Arial" w:hAnsi="Arial"/>
          <w:color w:val="5D7284"/>
        </w:rPr>
        <w:t>40:19</w:t>
      </w:r>
    </w:p>
    <w:p w14:paraId="30D44998" w14:textId="77777777" w:rsidR="00D261B9" w:rsidRDefault="001E1EF2">
      <w:pPr>
        <w:spacing w:after="0"/>
      </w:pPr>
      <w:r>
        <w:rPr>
          <w:rFonts w:ascii="Arial" w:hAnsi="Arial"/>
        </w:rPr>
        <w:t xml:space="preserve">Straight down. Yeah. </w:t>
      </w:r>
    </w:p>
    <w:p w14:paraId="5B1827B4" w14:textId="77777777" w:rsidR="00D261B9" w:rsidRDefault="00D261B9">
      <w:pPr>
        <w:spacing w:after="0"/>
      </w:pPr>
    </w:p>
    <w:p w14:paraId="48B81C47" w14:textId="77777777" w:rsidR="00D261B9" w:rsidRDefault="001E1EF2">
      <w:pPr>
        <w:spacing w:after="0"/>
      </w:pPr>
      <w:r>
        <w:rPr>
          <w:rFonts w:ascii="Arial" w:hAnsi="Arial"/>
          <w:b/>
        </w:rPr>
        <w:t xml:space="preserve">Interviewer E:  </w:t>
      </w:r>
      <w:r>
        <w:rPr>
          <w:rFonts w:ascii="Arial" w:hAnsi="Arial"/>
          <w:color w:val="5D7284"/>
        </w:rPr>
        <w:t>40:20</w:t>
      </w:r>
    </w:p>
    <w:p w14:paraId="5A219B3F" w14:textId="77777777" w:rsidR="00D261B9" w:rsidRDefault="001E1EF2">
      <w:pPr>
        <w:spacing w:after="0"/>
      </w:pPr>
      <w:r>
        <w:rPr>
          <w:rFonts w:ascii="Arial" w:hAnsi="Arial"/>
        </w:rPr>
        <w:t>And then you're saying like, so you pointed here, so if I would have dropped it over here would have did something a little bit different.</w:t>
      </w:r>
    </w:p>
    <w:p w14:paraId="564D965A" w14:textId="77777777" w:rsidR="00D261B9" w:rsidRDefault="00D261B9">
      <w:pPr>
        <w:spacing w:after="0"/>
      </w:pPr>
    </w:p>
    <w:p w14:paraId="798DEC0F" w14:textId="77777777" w:rsidR="00D261B9" w:rsidRDefault="001E1EF2">
      <w:pPr>
        <w:spacing w:after="0"/>
      </w:pPr>
      <w:r>
        <w:rPr>
          <w:rFonts w:ascii="Arial" w:hAnsi="Arial"/>
          <w:b/>
        </w:rPr>
        <w:t xml:space="preserve">Participant #16:  </w:t>
      </w:r>
      <w:r>
        <w:rPr>
          <w:rFonts w:ascii="Arial" w:hAnsi="Arial"/>
          <w:color w:val="5D7284"/>
        </w:rPr>
        <w:t>40:26</w:t>
      </w:r>
    </w:p>
    <w:p w14:paraId="54A5F4D5" w14:textId="77777777" w:rsidR="00D261B9" w:rsidRDefault="001E1EF2">
      <w:pPr>
        <w:spacing w:after="0"/>
      </w:pPr>
      <w:r>
        <w:rPr>
          <w:rFonts w:ascii="Arial" w:hAnsi="Arial"/>
        </w:rPr>
        <w:t>I think so.</w:t>
      </w:r>
    </w:p>
    <w:p w14:paraId="7DAE731B" w14:textId="77777777" w:rsidR="00D261B9" w:rsidRDefault="00D261B9">
      <w:pPr>
        <w:spacing w:after="0"/>
      </w:pPr>
    </w:p>
    <w:p w14:paraId="2882C9F2" w14:textId="77777777" w:rsidR="00D261B9" w:rsidRDefault="001E1EF2">
      <w:pPr>
        <w:spacing w:after="0"/>
      </w:pPr>
      <w:r>
        <w:rPr>
          <w:rFonts w:ascii="Arial" w:hAnsi="Arial"/>
          <w:b/>
        </w:rPr>
        <w:t xml:space="preserve">Interviewer E:  </w:t>
      </w:r>
      <w:r>
        <w:rPr>
          <w:rFonts w:ascii="Arial" w:hAnsi="Arial"/>
          <w:color w:val="5D7284"/>
        </w:rPr>
        <w:t>40:26</w:t>
      </w:r>
    </w:p>
    <w:p w14:paraId="3C8A1B69" w14:textId="77777777" w:rsidR="00D261B9" w:rsidRDefault="001E1EF2">
      <w:pPr>
        <w:spacing w:after="0"/>
      </w:pPr>
      <w:r>
        <w:rPr>
          <w:rFonts w:ascii="Arial" w:hAnsi="Arial"/>
        </w:rPr>
        <w:t>Yeah. And can you show with your hands what you think the pattern that look like?</w:t>
      </w:r>
    </w:p>
    <w:p w14:paraId="194A6476" w14:textId="77777777" w:rsidR="00D261B9" w:rsidRDefault="00D261B9">
      <w:pPr>
        <w:spacing w:after="0"/>
      </w:pPr>
    </w:p>
    <w:p w14:paraId="55FCCA1F" w14:textId="77777777" w:rsidR="00D261B9" w:rsidRDefault="001E1EF2">
      <w:pPr>
        <w:spacing w:after="0"/>
      </w:pPr>
      <w:r>
        <w:rPr>
          <w:rFonts w:ascii="Arial" w:hAnsi="Arial"/>
          <w:b/>
        </w:rPr>
        <w:t xml:space="preserve">Participant #16:  </w:t>
      </w:r>
      <w:r>
        <w:rPr>
          <w:rFonts w:ascii="Arial" w:hAnsi="Arial"/>
          <w:color w:val="5D7284"/>
        </w:rPr>
        <w:t>40:30</w:t>
      </w:r>
    </w:p>
    <w:p w14:paraId="5DE2FD7F" w14:textId="77777777" w:rsidR="00D261B9" w:rsidRDefault="001E1EF2">
      <w:pPr>
        <w:spacing w:after="0"/>
      </w:pPr>
      <w:r>
        <w:rPr>
          <w:rFonts w:ascii="Arial" w:hAnsi="Arial"/>
        </w:rPr>
        <w:t>So, if you drop it here it would go like.</w:t>
      </w:r>
    </w:p>
    <w:p w14:paraId="6823E31A" w14:textId="77777777" w:rsidR="00D261B9" w:rsidRDefault="00D261B9">
      <w:pPr>
        <w:spacing w:after="0"/>
      </w:pPr>
    </w:p>
    <w:p w14:paraId="43CC40D9" w14:textId="77777777" w:rsidR="00D261B9" w:rsidRDefault="001E1EF2">
      <w:pPr>
        <w:spacing w:after="0"/>
      </w:pPr>
      <w:r>
        <w:rPr>
          <w:rFonts w:ascii="Arial" w:hAnsi="Arial"/>
          <w:b/>
        </w:rPr>
        <w:t xml:space="preserve">Interviewer E:  </w:t>
      </w:r>
      <w:r>
        <w:rPr>
          <w:rFonts w:ascii="Arial" w:hAnsi="Arial"/>
          <w:color w:val="5D7284"/>
        </w:rPr>
        <w:t>40:32</w:t>
      </w:r>
    </w:p>
    <w:p w14:paraId="0DE0ADF6" w14:textId="6D76BB55" w:rsidR="00D261B9" w:rsidRDefault="001E1EF2">
      <w:pPr>
        <w:spacing w:after="0"/>
      </w:pPr>
      <w:r>
        <w:rPr>
          <w:rFonts w:ascii="Arial" w:hAnsi="Arial"/>
        </w:rPr>
        <w:t xml:space="preserve">It would like </w:t>
      </w:r>
      <w:r w:rsidR="00980B3A">
        <w:rPr>
          <w:rFonts w:ascii="Arial" w:hAnsi="Arial"/>
        </w:rPr>
        <w:t>twirl</w:t>
      </w:r>
      <w:r>
        <w:rPr>
          <w:rFonts w:ascii="Arial" w:hAnsi="Arial"/>
        </w:rPr>
        <w:t>.</w:t>
      </w:r>
    </w:p>
    <w:p w14:paraId="7F7E63C5" w14:textId="77777777" w:rsidR="00D261B9" w:rsidRDefault="00D261B9">
      <w:pPr>
        <w:spacing w:after="0"/>
      </w:pPr>
    </w:p>
    <w:p w14:paraId="2EC67F9E" w14:textId="77777777" w:rsidR="00D261B9" w:rsidRDefault="001E1EF2">
      <w:pPr>
        <w:spacing w:after="0"/>
      </w:pPr>
      <w:r>
        <w:rPr>
          <w:rFonts w:ascii="Arial" w:hAnsi="Arial"/>
          <w:b/>
        </w:rPr>
        <w:t xml:space="preserve">Participant #16:  </w:t>
      </w:r>
      <w:r>
        <w:rPr>
          <w:rFonts w:ascii="Arial" w:hAnsi="Arial"/>
          <w:color w:val="5D7284"/>
        </w:rPr>
        <w:t>40:33</w:t>
      </w:r>
    </w:p>
    <w:p w14:paraId="101A9E67" w14:textId="53797D21" w:rsidR="00D261B9" w:rsidRDefault="001E1EF2">
      <w:pPr>
        <w:spacing w:after="0"/>
      </w:pPr>
      <w:r>
        <w:rPr>
          <w:rFonts w:ascii="Arial" w:hAnsi="Arial"/>
        </w:rPr>
        <w:t xml:space="preserve">Yeah, it would go around the length of the or like </w:t>
      </w:r>
      <w:r w:rsidR="00980B3A">
        <w:rPr>
          <w:rFonts w:ascii="Arial" w:hAnsi="Arial"/>
        </w:rPr>
        <w:t>yeah,</w:t>
      </w:r>
      <w:r>
        <w:rPr>
          <w:rFonts w:ascii="Arial" w:hAnsi="Arial"/>
        </w:rPr>
        <w:t xml:space="preserve"> the length of the tank. </w:t>
      </w:r>
    </w:p>
    <w:p w14:paraId="683B8C43" w14:textId="77777777" w:rsidR="00D261B9" w:rsidRDefault="00D261B9">
      <w:pPr>
        <w:spacing w:after="0"/>
      </w:pPr>
    </w:p>
    <w:p w14:paraId="4F80E50B" w14:textId="77777777" w:rsidR="00D261B9" w:rsidRDefault="001E1EF2">
      <w:pPr>
        <w:spacing w:after="0"/>
      </w:pPr>
      <w:r>
        <w:rPr>
          <w:rFonts w:ascii="Arial" w:hAnsi="Arial"/>
          <w:b/>
        </w:rPr>
        <w:t xml:space="preserve">Interviewer E:  </w:t>
      </w:r>
      <w:r>
        <w:rPr>
          <w:rFonts w:ascii="Arial" w:hAnsi="Arial"/>
          <w:color w:val="5D7284"/>
        </w:rPr>
        <w:t>40:39</w:t>
      </w:r>
    </w:p>
    <w:p w14:paraId="1EDFB6C2" w14:textId="77777777" w:rsidR="00D261B9" w:rsidRDefault="001E1EF2">
      <w:pPr>
        <w:spacing w:after="0"/>
      </w:pPr>
      <w:r>
        <w:rPr>
          <w:rFonts w:ascii="Arial" w:hAnsi="Arial"/>
        </w:rPr>
        <w:t>So, the length of the container.</w:t>
      </w:r>
    </w:p>
    <w:p w14:paraId="0772E933" w14:textId="77777777" w:rsidR="00D261B9" w:rsidRDefault="00D261B9">
      <w:pPr>
        <w:spacing w:after="0"/>
      </w:pPr>
    </w:p>
    <w:p w14:paraId="5E691042" w14:textId="77777777" w:rsidR="00D261B9" w:rsidRDefault="001E1EF2">
      <w:pPr>
        <w:spacing w:after="0"/>
      </w:pPr>
      <w:r>
        <w:rPr>
          <w:rFonts w:ascii="Arial" w:hAnsi="Arial"/>
          <w:b/>
        </w:rPr>
        <w:t xml:space="preserve">Participant #16:  </w:t>
      </w:r>
      <w:r>
        <w:rPr>
          <w:rFonts w:ascii="Arial" w:hAnsi="Arial"/>
          <w:color w:val="5D7284"/>
        </w:rPr>
        <w:t>40:41</w:t>
      </w:r>
    </w:p>
    <w:p w14:paraId="7FA19FCB" w14:textId="77777777" w:rsidR="00D261B9" w:rsidRDefault="001E1EF2">
      <w:pPr>
        <w:spacing w:after="0"/>
      </w:pPr>
      <w:r>
        <w:rPr>
          <w:rFonts w:ascii="Arial" w:hAnsi="Arial"/>
        </w:rPr>
        <w:t xml:space="preserve">Yeah. </w:t>
      </w:r>
    </w:p>
    <w:p w14:paraId="767C3D8E" w14:textId="77777777" w:rsidR="00D261B9" w:rsidRDefault="00D261B9">
      <w:pPr>
        <w:spacing w:after="0"/>
      </w:pPr>
    </w:p>
    <w:p w14:paraId="175278BC" w14:textId="77777777" w:rsidR="00D261B9" w:rsidRDefault="001E1EF2">
      <w:pPr>
        <w:spacing w:after="0"/>
      </w:pPr>
      <w:r>
        <w:rPr>
          <w:rFonts w:ascii="Arial" w:hAnsi="Arial"/>
          <w:b/>
        </w:rPr>
        <w:t xml:space="preserve">Interviewer E:  </w:t>
      </w:r>
      <w:r>
        <w:rPr>
          <w:rFonts w:ascii="Arial" w:hAnsi="Arial"/>
          <w:color w:val="5D7284"/>
        </w:rPr>
        <w:t>40:42</w:t>
      </w:r>
    </w:p>
    <w:p w14:paraId="51EE796C" w14:textId="77777777" w:rsidR="00D261B9" w:rsidRDefault="001E1EF2">
      <w:pPr>
        <w:spacing w:after="0"/>
      </w:pPr>
      <w:r>
        <w:rPr>
          <w:rFonts w:ascii="Arial" w:hAnsi="Arial"/>
        </w:rPr>
        <w:t>Okay, along like, along the sides?</w:t>
      </w:r>
    </w:p>
    <w:p w14:paraId="44B4F5C2" w14:textId="77777777" w:rsidR="00D261B9" w:rsidRDefault="00D261B9">
      <w:pPr>
        <w:spacing w:after="0"/>
      </w:pPr>
    </w:p>
    <w:p w14:paraId="6D44DEED" w14:textId="77777777" w:rsidR="00D261B9" w:rsidRDefault="001E1EF2">
      <w:pPr>
        <w:spacing w:after="0"/>
      </w:pPr>
      <w:r>
        <w:rPr>
          <w:rFonts w:ascii="Arial" w:hAnsi="Arial"/>
          <w:b/>
        </w:rPr>
        <w:t xml:space="preserve">Participant #16:  </w:t>
      </w:r>
      <w:r>
        <w:rPr>
          <w:rFonts w:ascii="Arial" w:hAnsi="Arial"/>
          <w:color w:val="5D7284"/>
        </w:rPr>
        <w:t>40:45</w:t>
      </w:r>
    </w:p>
    <w:p w14:paraId="062926EF" w14:textId="77B5DBB2" w:rsidR="00D261B9" w:rsidRDefault="00980B3A">
      <w:pPr>
        <w:spacing w:after="0"/>
      </w:pPr>
      <w:r>
        <w:rPr>
          <w:rFonts w:ascii="Arial" w:hAnsi="Arial"/>
        </w:rPr>
        <w:t xml:space="preserve">So, wherever it like, the closer to the side, the more spread out the spiral would be. </w:t>
      </w:r>
    </w:p>
    <w:p w14:paraId="73C74376" w14:textId="77777777" w:rsidR="00D261B9" w:rsidRDefault="00D261B9">
      <w:pPr>
        <w:spacing w:after="0"/>
      </w:pPr>
    </w:p>
    <w:p w14:paraId="3E73FF40" w14:textId="77777777" w:rsidR="00D261B9" w:rsidRDefault="001E1EF2">
      <w:pPr>
        <w:spacing w:after="0"/>
      </w:pPr>
      <w:r>
        <w:rPr>
          <w:rFonts w:ascii="Arial" w:hAnsi="Arial"/>
          <w:b/>
        </w:rPr>
        <w:t xml:space="preserve">Interviewer E:  </w:t>
      </w:r>
      <w:r>
        <w:rPr>
          <w:rFonts w:ascii="Arial" w:hAnsi="Arial"/>
          <w:color w:val="5D7284"/>
        </w:rPr>
        <w:t>40:51</w:t>
      </w:r>
    </w:p>
    <w:p w14:paraId="03141DFC" w14:textId="77777777" w:rsidR="00D261B9" w:rsidRDefault="001E1EF2">
      <w:pPr>
        <w:spacing w:after="0"/>
      </w:pPr>
      <w:r>
        <w:rPr>
          <w:rFonts w:ascii="Arial" w:hAnsi="Arial"/>
        </w:rPr>
        <w:t xml:space="preserve">Okay, so it wouldn't be like a little like this it be like, larger? </w:t>
      </w:r>
    </w:p>
    <w:p w14:paraId="35CEF6F5" w14:textId="77777777" w:rsidR="00D261B9" w:rsidRDefault="00D261B9">
      <w:pPr>
        <w:spacing w:after="0"/>
      </w:pPr>
    </w:p>
    <w:p w14:paraId="5FE4E780" w14:textId="77777777" w:rsidR="00D261B9" w:rsidRDefault="001E1EF2">
      <w:pPr>
        <w:spacing w:after="0"/>
      </w:pPr>
      <w:r>
        <w:rPr>
          <w:rFonts w:ascii="Arial" w:hAnsi="Arial"/>
          <w:b/>
        </w:rPr>
        <w:t xml:space="preserve">Participant #16:  </w:t>
      </w:r>
      <w:r>
        <w:rPr>
          <w:rFonts w:ascii="Arial" w:hAnsi="Arial"/>
          <w:color w:val="5D7284"/>
        </w:rPr>
        <w:t>40:56</w:t>
      </w:r>
    </w:p>
    <w:p w14:paraId="6B9209D1" w14:textId="77777777" w:rsidR="00D261B9" w:rsidRDefault="001E1EF2">
      <w:pPr>
        <w:spacing w:after="0"/>
      </w:pPr>
      <w:r>
        <w:rPr>
          <w:rFonts w:ascii="Arial" w:hAnsi="Arial"/>
        </w:rPr>
        <w:t>Exactly.</w:t>
      </w:r>
    </w:p>
    <w:p w14:paraId="5C8F7B7A" w14:textId="77777777" w:rsidR="00D261B9" w:rsidRDefault="00D261B9">
      <w:pPr>
        <w:spacing w:after="0"/>
      </w:pPr>
    </w:p>
    <w:p w14:paraId="0780EE63" w14:textId="77777777" w:rsidR="00D261B9" w:rsidRDefault="001E1EF2">
      <w:pPr>
        <w:spacing w:after="0"/>
      </w:pPr>
      <w:r>
        <w:rPr>
          <w:rFonts w:ascii="Arial" w:hAnsi="Arial"/>
          <w:b/>
        </w:rPr>
        <w:t xml:space="preserve">Interviewer E:  </w:t>
      </w:r>
      <w:r>
        <w:rPr>
          <w:rFonts w:ascii="Arial" w:hAnsi="Arial"/>
          <w:color w:val="5D7284"/>
        </w:rPr>
        <w:t>40:56</w:t>
      </w:r>
    </w:p>
    <w:p w14:paraId="7845F120" w14:textId="7FEAC426" w:rsidR="00D261B9" w:rsidRDefault="001E1EF2">
      <w:pPr>
        <w:spacing w:after="0"/>
      </w:pPr>
      <w:r>
        <w:rPr>
          <w:rFonts w:ascii="Arial" w:hAnsi="Arial"/>
        </w:rPr>
        <w:t xml:space="preserve">Okay, okay. Now I have another thought experiment. Like for this one, we don't really have anything to like, show you just kind of, you know, picture it. </w:t>
      </w:r>
      <w:r w:rsidR="00980B3A">
        <w:rPr>
          <w:rFonts w:ascii="Arial" w:hAnsi="Arial"/>
        </w:rPr>
        <w:t>So,</w:t>
      </w:r>
      <w:r>
        <w:rPr>
          <w:rFonts w:ascii="Arial" w:hAnsi="Arial"/>
        </w:rPr>
        <w:t xml:space="preserve"> let's say a record, I'm assuming you know what a record looks like. Okay, some people come in here, I am like, you know, I don't know how young they are. But, um, so let's say I took a </w:t>
      </w:r>
      <w:r w:rsidR="00980B3A">
        <w:rPr>
          <w:rFonts w:ascii="Arial" w:hAnsi="Arial"/>
        </w:rPr>
        <w:t>record,</w:t>
      </w:r>
      <w:r>
        <w:rPr>
          <w:rFonts w:ascii="Arial" w:hAnsi="Arial"/>
        </w:rPr>
        <w:t xml:space="preserve"> and I stacked like a whole bunch of them on top of one </w:t>
      </w:r>
      <w:r>
        <w:rPr>
          <w:rFonts w:ascii="Arial" w:hAnsi="Arial"/>
        </w:rPr>
        <w:lastRenderedPageBreak/>
        <w:t xml:space="preserve">another, right? And it has like that cylinder thick cylinder shape. Now let's turn that into like solid metal, right? So solid metal cylinder right. Now, let's say I also put it on top of a lazy Susan. </w:t>
      </w:r>
    </w:p>
    <w:p w14:paraId="2E405C6D" w14:textId="77777777" w:rsidR="00D261B9" w:rsidRDefault="00D261B9">
      <w:pPr>
        <w:spacing w:after="0"/>
      </w:pPr>
    </w:p>
    <w:p w14:paraId="7626888D" w14:textId="77777777" w:rsidR="00D261B9" w:rsidRDefault="001E1EF2">
      <w:pPr>
        <w:spacing w:after="0"/>
      </w:pPr>
      <w:r>
        <w:rPr>
          <w:rFonts w:ascii="Arial" w:hAnsi="Arial"/>
          <w:b/>
        </w:rPr>
        <w:t xml:space="preserve">Participant #16:  </w:t>
      </w:r>
      <w:r>
        <w:rPr>
          <w:rFonts w:ascii="Arial" w:hAnsi="Arial"/>
          <w:color w:val="5D7284"/>
        </w:rPr>
        <w:t>41:13</w:t>
      </w:r>
    </w:p>
    <w:p w14:paraId="3F5189F3" w14:textId="77777777" w:rsidR="00D261B9" w:rsidRDefault="001E1EF2">
      <w:pPr>
        <w:spacing w:after="0"/>
      </w:pPr>
      <w:r>
        <w:rPr>
          <w:rFonts w:ascii="Arial" w:hAnsi="Arial"/>
        </w:rPr>
        <w:t>Mhm. Okay.</w:t>
      </w:r>
    </w:p>
    <w:p w14:paraId="36260B5D" w14:textId="77777777" w:rsidR="00D261B9" w:rsidRDefault="00D261B9">
      <w:pPr>
        <w:spacing w:after="0"/>
      </w:pPr>
    </w:p>
    <w:p w14:paraId="6C8ED1B0" w14:textId="77777777" w:rsidR="00D261B9" w:rsidRDefault="001E1EF2">
      <w:pPr>
        <w:spacing w:after="0"/>
      </w:pPr>
      <w:r>
        <w:rPr>
          <w:rFonts w:ascii="Arial" w:hAnsi="Arial"/>
          <w:b/>
        </w:rPr>
        <w:t xml:space="preserve">Interviewer E:  </w:t>
      </w:r>
      <w:r>
        <w:rPr>
          <w:rFonts w:ascii="Arial" w:hAnsi="Arial"/>
          <w:color w:val="5D7284"/>
        </w:rPr>
        <w:t>41:35</w:t>
      </w:r>
    </w:p>
    <w:p w14:paraId="3E0F4426" w14:textId="7A3798A7" w:rsidR="00D261B9" w:rsidRDefault="001E1EF2">
      <w:pPr>
        <w:spacing w:after="0"/>
      </w:pPr>
      <w:r>
        <w:rPr>
          <w:rFonts w:ascii="Arial" w:hAnsi="Arial"/>
        </w:rPr>
        <w:t xml:space="preserve">Right. And I started to spin it. These beads wouldn't eat through that, but some acid would. </w:t>
      </w:r>
      <w:r w:rsidR="00980B3A">
        <w:rPr>
          <w:rFonts w:ascii="Arial" w:hAnsi="Arial"/>
        </w:rPr>
        <w:t>So,</w:t>
      </w:r>
      <w:r>
        <w:rPr>
          <w:rFonts w:ascii="Arial" w:hAnsi="Arial"/>
        </w:rPr>
        <w:t xml:space="preserve"> let's say I took a drop of </w:t>
      </w:r>
      <w:r w:rsidR="00980B3A">
        <w:rPr>
          <w:rFonts w:ascii="Arial" w:hAnsi="Arial"/>
        </w:rPr>
        <w:t>acid,</w:t>
      </w:r>
      <w:r>
        <w:rPr>
          <w:rFonts w:ascii="Arial" w:hAnsi="Arial"/>
        </w:rPr>
        <w:t xml:space="preserve"> and I dropped it right down the middle of the metal cylinder. What an it eat through it. What would you say that pattern would look like?</w:t>
      </w:r>
    </w:p>
    <w:p w14:paraId="6AB63F57" w14:textId="77777777" w:rsidR="00D261B9" w:rsidRDefault="00D261B9">
      <w:pPr>
        <w:spacing w:after="0"/>
      </w:pPr>
    </w:p>
    <w:p w14:paraId="6CA8EF21" w14:textId="77777777" w:rsidR="00D261B9" w:rsidRDefault="001E1EF2">
      <w:pPr>
        <w:spacing w:after="0"/>
      </w:pPr>
      <w:r>
        <w:rPr>
          <w:rFonts w:ascii="Arial" w:hAnsi="Arial"/>
          <w:b/>
        </w:rPr>
        <w:t xml:space="preserve">Participant #16:  </w:t>
      </w:r>
      <w:r>
        <w:rPr>
          <w:rFonts w:ascii="Arial" w:hAnsi="Arial"/>
          <w:color w:val="5D7284"/>
        </w:rPr>
        <w:t>41:54</w:t>
      </w:r>
    </w:p>
    <w:p w14:paraId="27EAAEDD" w14:textId="77777777" w:rsidR="00D261B9" w:rsidRDefault="001E1EF2">
      <w:pPr>
        <w:spacing w:after="0"/>
      </w:pPr>
      <w:r>
        <w:rPr>
          <w:rFonts w:ascii="Arial" w:hAnsi="Arial"/>
        </w:rPr>
        <w:t xml:space="preserve">Right down the middle? I still think it would shoot right down. It may. It may be like a very small spiral. </w:t>
      </w:r>
    </w:p>
    <w:p w14:paraId="71432115" w14:textId="77777777" w:rsidR="00D261B9" w:rsidRDefault="00D261B9">
      <w:pPr>
        <w:spacing w:after="0"/>
      </w:pPr>
    </w:p>
    <w:p w14:paraId="375929CD" w14:textId="77777777" w:rsidR="00D261B9" w:rsidRDefault="001E1EF2">
      <w:pPr>
        <w:spacing w:after="0"/>
      </w:pPr>
      <w:r>
        <w:rPr>
          <w:rFonts w:ascii="Arial" w:hAnsi="Arial"/>
          <w:b/>
        </w:rPr>
        <w:t xml:space="preserve">Interviewer E:  </w:t>
      </w:r>
      <w:r>
        <w:rPr>
          <w:rFonts w:ascii="Arial" w:hAnsi="Arial"/>
          <w:color w:val="5D7284"/>
        </w:rPr>
        <w:t>42:04</w:t>
      </w:r>
    </w:p>
    <w:p w14:paraId="72A56B05" w14:textId="77777777" w:rsidR="00D261B9" w:rsidRDefault="001E1EF2">
      <w:pPr>
        <w:spacing w:after="0"/>
      </w:pPr>
      <w:r>
        <w:rPr>
          <w:rFonts w:ascii="Arial" w:hAnsi="Arial"/>
        </w:rPr>
        <w:t xml:space="preserve">Right. </w:t>
      </w:r>
    </w:p>
    <w:p w14:paraId="4F079EF1" w14:textId="77777777" w:rsidR="00D261B9" w:rsidRDefault="00D261B9">
      <w:pPr>
        <w:spacing w:after="0"/>
      </w:pPr>
    </w:p>
    <w:p w14:paraId="7269749D" w14:textId="77777777" w:rsidR="00D261B9" w:rsidRDefault="001E1EF2">
      <w:pPr>
        <w:spacing w:after="0"/>
      </w:pPr>
      <w:r>
        <w:rPr>
          <w:rFonts w:ascii="Arial" w:hAnsi="Arial"/>
          <w:b/>
        </w:rPr>
        <w:t xml:space="preserve">Participant #16:  </w:t>
      </w:r>
      <w:r>
        <w:rPr>
          <w:rFonts w:ascii="Arial" w:hAnsi="Arial"/>
          <w:color w:val="5D7284"/>
        </w:rPr>
        <w:t>42:04</w:t>
      </w:r>
    </w:p>
    <w:p w14:paraId="52ABAEE8" w14:textId="77777777" w:rsidR="00D261B9" w:rsidRDefault="001E1EF2">
      <w:pPr>
        <w:spacing w:after="0"/>
      </w:pPr>
      <w:r>
        <w:rPr>
          <w:rFonts w:ascii="Arial" w:hAnsi="Arial"/>
        </w:rPr>
        <w:t xml:space="preserve">But um, yeah, I'll see a very small spiral down the middle. </w:t>
      </w:r>
    </w:p>
    <w:p w14:paraId="1F61EE7F" w14:textId="77777777" w:rsidR="00D261B9" w:rsidRDefault="00D261B9">
      <w:pPr>
        <w:spacing w:after="0"/>
      </w:pPr>
    </w:p>
    <w:p w14:paraId="0B074D6A" w14:textId="77777777" w:rsidR="00D261B9" w:rsidRDefault="001E1EF2">
      <w:pPr>
        <w:spacing w:after="0"/>
      </w:pPr>
      <w:r>
        <w:rPr>
          <w:rFonts w:ascii="Arial" w:hAnsi="Arial"/>
          <w:b/>
        </w:rPr>
        <w:t xml:space="preserve">Interviewer E:  </w:t>
      </w:r>
      <w:r>
        <w:rPr>
          <w:rFonts w:ascii="Arial" w:hAnsi="Arial"/>
          <w:color w:val="5D7284"/>
        </w:rPr>
        <w:t>42:08</w:t>
      </w:r>
    </w:p>
    <w:p w14:paraId="323195BA" w14:textId="77777777" w:rsidR="00D261B9" w:rsidRDefault="001E1EF2">
      <w:pPr>
        <w:spacing w:after="0"/>
      </w:pPr>
      <w:r>
        <w:rPr>
          <w:rFonts w:ascii="Arial" w:hAnsi="Arial"/>
        </w:rPr>
        <w:t xml:space="preserve">And what if I would have dropped some acid like on the sides? What kind of pattern do you </w:t>
      </w:r>
      <w:r>
        <w:rPr>
          <w:rFonts w:ascii="Arial" w:hAnsi="Arial"/>
        </w:rPr>
        <w:t>think that would make?</w:t>
      </w:r>
    </w:p>
    <w:p w14:paraId="3349DF95" w14:textId="77777777" w:rsidR="00D261B9" w:rsidRDefault="00D261B9">
      <w:pPr>
        <w:spacing w:after="0"/>
      </w:pPr>
    </w:p>
    <w:p w14:paraId="341316E5" w14:textId="77777777" w:rsidR="00D261B9" w:rsidRDefault="001E1EF2">
      <w:pPr>
        <w:spacing w:after="0"/>
      </w:pPr>
      <w:r>
        <w:rPr>
          <w:rFonts w:ascii="Arial" w:hAnsi="Arial"/>
          <w:b/>
        </w:rPr>
        <w:t xml:space="preserve">Participant #16:  </w:t>
      </w:r>
      <w:r>
        <w:rPr>
          <w:rFonts w:ascii="Arial" w:hAnsi="Arial"/>
          <w:color w:val="5D7284"/>
        </w:rPr>
        <w:t>42:16</w:t>
      </w:r>
    </w:p>
    <w:p w14:paraId="5B6218C5" w14:textId="77777777" w:rsidR="00D261B9" w:rsidRDefault="001E1EF2">
      <w:pPr>
        <w:spacing w:after="0"/>
      </w:pPr>
      <w:r>
        <w:rPr>
          <w:rFonts w:ascii="Arial" w:hAnsi="Arial"/>
        </w:rPr>
        <w:t>I think it would be a bigger spiral.</w:t>
      </w:r>
    </w:p>
    <w:p w14:paraId="5D5D25A4" w14:textId="77777777" w:rsidR="00D261B9" w:rsidRDefault="00D261B9">
      <w:pPr>
        <w:spacing w:after="0"/>
      </w:pPr>
    </w:p>
    <w:p w14:paraId="5979E9E1" w14:textId="77777777" w:rsidR="00D261B9" w:rsidRDefault="001E1EF2">
      <w:pPr>
        <w:spacing w:after="0"/>
      </w:pPr>
      <w:r>
        <w:rPr>
          <w:rFonts w:ascii="Arial" w:hAnsi="Arial"/>
          <w:b/>
        </w:rPr>
        <w:t xml:space="preserve">Interviewer E:  </w:t>
      </w:r>
      <w:r>
        <w:rPr>
          <w:rFonts w:ascii="Arial" w:hAnsi="Arial"/>
          <w:color w:val="5D7284"/>
        </w:rPr>
        <w:t>42:19</w:t>
      </w:r>
    </w:p>
    <w:p w14:paraId="350E4CC2" w14:textId="77777777" w:rsidR="00D261B9" w:rsidRDefault="001E1EF2">
      <w:pPr>
        <w:spacing w:after="0"/>
      </w:pPr>
      <w:r>
        <w:rPr>
          <w:rFonts w:ascii="Arial" w:hAnsi="Arial"/>
        </w:rPr>
        <w:t>A bigger spiral.  Yes. So similar to the Jell-O, it would. Do you think it would also go around? Or would it be more, you know, big but smaller of a spiral?</w:t>
      </w:r>
    </w:p>
    <w:p w14:paraId="00A37729" w14:textId="77777777" w:rsidR="00D261B9" w:rsidRDefault="00D261B9">
      <w:pPr>
        <w:spacing w:after="0"/>
      </w:pPr>
    </w:p>
    <w:p w14:paraId="1A1F1AB7" w14:textId="77777777" w:rsidR="00D261B9" w:rsidRDefault="001E1EF2">
      <w:pPr>
        <w:spacing w:after="0"/>
      </w:pPr>
      <w:r>
        <w:rPr>
          <w:rFonts w:ascii="Arial" w:hAnsi="Arial"/>
          <w:b/>
        </w:rPr>
        <w:t xml:space="preserve">Participant #16:  </w:t>
      </w:r>
      <w:r>
        <w:rPr>
          <w:rFonts w:ascii="Arial" w:hAnsi="Arial"/>
          <w:color w:val="5D7284"/>
        </w:rPr>
        <w:t>42:40</w:t>
      </w:r>
    </w:p>
    <w:p w14:paraId="3650A883" w14:textId="77777777" w:rsidR="00D261B9" w:rsidRDefault="001E1EF2">
      <w:pPr>
        <w:spacing w:after="0"/>
      </w:pPr>
      <w:r>
        <w:rPr>
          <w:rFonts w:ascii="Arial" w:hAnsi="Arial"/>
        </w:rPr>
        <w:t xml:space="preserve">I think I think it would be the same. </w:t>
      </w:r>
    </w:p>
    <w:p w14:paraId="4F5D7A40" w14:textId="77777777" w:rsidR="00D261B9" w:rsidRDefault="00D261B9">
      <w:pPr>
        <w:spacing w:after="0"/>
      </w:pPr>
    </w:p>
    <w:p w14:paraId="5027C483" w14:textId="77777777" w:rsidR="00D261B9" w:rsidRDefault="001E1EF2">
      <w:pPr>
        <w:spacing w:after="0"/>
      </w:pPr>
      <w:r>
        <w:rPr>
          <w:rFonts w:ascii="Arial" w:hAnsi="Arial"/>
          <w:b/>
        </w:rPr>
        <w:t xml:space="preserve">Interviewer E:  </w:t>
      </w:r>
      <w:r>
        <w:rPr>
          <w:rFonts w:ascii="Arial" w:hAnsi="Arial"/>
          <w:color w:val="5D7284"/>
        </w:rPr>
        <w:t>42:42</w:t>
      </w:r>
    </w:p>
    <w:p w14:paraId="20AAB893" w14:textId="77777777" w:rsidR="00D261B9" w:rsidRDefault="001E1EF2">
      <w:pPr>
        <w:spacing w:after="0"/>
      </w:pPr>
      <w:r>
        <w:rPr>
          <w:rFonts w:ascii="Arial" w:hAnsi="Arial"/>
        </w:rPr>
        <w:t xml:space="preserve">The same. </w:t>
      </w:r>
    </w:p>
    <w:p w14:paraId="507790DB" w14:textId="77777777" w:rsidR="00D261B9" w:rsidRDefault="00D261B9">
      <w:pPr>
        <w:spacing w:after="0"/>
      </w:pPr>
    </w:p>
    <w:p w14:paraId="15FCF6E8" w14:textId="77777777" w:rsidR="00D261B9" w:rsidRDefault="001E1EF2">
      <w:pPr>
        <w:spacing w:after="0"/>
      </w:pPr>
      <w:r>
        <w:rPr>
          <w:rFonts w:ascii="Arial" w:hAnsi="Arial"/>
          <w:b/>
        </w:rPr>
        <w:t xml:space="preserve">Participant #16:  </w:t>
      </w:r>
      <w:r>
        <w:rPr>
          <w:rFonts w:ascii="Arial" w:hAnsi="Arial"/>
          <w:color w:val="5D7284"/>
        </w:rPr>
        <w:t>42:42</w:t>
      </w:r>
    </w:p>
    <w:p w14:paraId="2498D17D" w14:textId="77777777" w:rsidR="00D261B9" w:rsidRDefault="001E1EF2">
      <w:pPr>
        <w:spacing w:after="0"/>
      </w:pPr>
      <w:r>
        <w:rPr>
          <w:rFonts w:ascii="Arial" w:hAnsi="Arial"/>
        </w:rPr>
        <w:t>Yeah. Same spiral, yeah.</w:t>
      </w:r>
    </w:p>
    <w:p w14:paraId="15A96C86" w14:textId="77777777" w:rsidR="00D261B9" w:rsidRDefault="00D261B9">
      <w:pPr>
        <w:spacing w:after="0"/>
      </w:pPr>
    </w:p>
    <w:p w14:paraId="1FB5086E" w14:textId="77777777" w:rsidR="00D261B9" w:rsidRDefault="001E1EF2">
      <w:pPr>
        <w:spacing w:after="0"/>
      </w:pPr>
      <w:r>
        <w:rPr>
          <w:rFonts w:ascii="Arial" w:hAnsi="Arial"/>
          <w:b/>
        </w:rPr>
        <w:t xml:space="preserve">Interviewer E:  </w:t>
      </w:r>
      <w:r>
        <w:rPr>
          <w:rFonts w:ascii="Arial" w:hAnsi="Arial"/>
          <w:color w:val="5D7284"/>
        </w:rPr>
        <w:t>42:47</w:t>
      </w:r>
    </w:p>
    <w:p w14:paraId="7F111CD4" w14:textId="77777777" w:rsidR="00D261B9" w:rsidRDefault="001E1EF2">
      <w:pPr>
        <w:spacing w:after="0"/>
      </w:pPr>
      <w:r>
        <w:rPr>
          <w:rFonts w:ascii="Arial" w:hAnsi="Arial"/>
        </w:rPr>
        <w:t>Right. Have you ever seen anything similar to</w:t>
      </w:r>
      <w:r>
        <w:rPr>
          <w:rFonts w:ascii="Arial" w:hAnsi="Arial"/>
        </w:rPr>
        <w:t xml:space="preserve"> this in any way. No, you've never dropped any acid on anything. </w:t>
      </w:r>
    </w:p>
    <w:p w14:paraId="4E8BEC0C" w14:textId="77777777" w:rsidR="00D261B9" w:rsidRDefault="00D261B9">
      <w:pPr>
        <w:spacing w:after="0"/>
      </w:pPr>
    </w:p>
    <w:p w14:paraId="68EB6BF0" w14:textId="77777777" w:rsidR="00D261B9" w:rsidRDefault="001E1EF2">
      <w:pPr>
        <w:spacing w:after="0"/>
      </w:pPr>
      <w:r>
        <w:rPr>
          <w:rFonts w:ascii="Arial" w:hAnsi="Arial"/>
          <w:b/>
        </w:rPr>
        <w:lastRenderedPageBreak/>
        <w:t xml:space="preserve">Participant #16:  </w:t>
      </w:r>
      <w:r>
        <w:rPr>
          <w:rFonts w:ascii="Arial" w:hAnsi="Arial"/>
          <w:color w:val="5D7284"/>
        </w:rPr>
        <w:t>42:53</w:t>
      </w:r>
    </w:p>
    <w:p w14:paraId="2A98BF63" w14:textId="77777777" w:rsidR="00D261B9" w:rsidRDefault="001E1EF2">
      <w:pPr>
        <w:spacing w:after="0"/>
      </w:pPr>
      <w:r>
        <w:rPr>
          <w:rFonts w:ascii="Arial" w:hAnsi="Arial"/>
        </w:rPr>
        <w:t xml:space="preserve">Fortunately, no. </w:t>
      </w:r>
    </w:p>
    <w:p w14:paraId="40F313B4" w14:textId="77777777" w:rsidR="00D261B9" w:rsidRDefault="00D261B9">
      <w:pPr>
        <w:spacing w:after="0"/>
      </w:pPr>
    </w:p>
    <w:p w14:paraId="4847B8F5" w14:textId="77777777" w:rsidR="00D261B9" w:rsidRDefault="001E1EF2">
      <w:pPr>
        <w:spacing w:after="0"/>
      </w:pPr>
      <w:r>
        <w:rPr>
          <w:rFonts w:ascii="Arial" w:hAnsi="Arial"/>
          <w:b/>
        </w:rPr>
        <w:t xml:space="preserve">Interviewer E:  </w:t>
      </w:r>
      <w:r>
        <w:rPr>
          <w:rFonts w:ascii="Arial" w:hAnsi="Arial"/>
          <w:color w:val="5D7284"/>
        </w:rPr>
        <w:t>42:56</w:t>
      </w:r>
    </w:p>
    <w:p w14:paraId="028F5D4F" w14:textId="6D1459C9" w:rsidR="00D261B9" w:rsidRDefault="001E1EF2">
      <w:pPr>
        <w:spacing w:after="0"/>
      </w:pPr>
      <w:r>
        <w:rPr>
          <w:rFonts w:ascii="Arial" w:hAnsi="Arial"/>
        </w:rPr>
        <w:t xml:space="preserve">You know, never say, never, you might one day. And you'd be like, Ha, so it. </w:t>
      </w:r>
      <w:r w:rsidR="00980B3A">
        <w:rPr>
          <w:rFonts w:ascii="Arial" w:hAnsi="Arial"/>
        </w:rPr>
        <w:t>So,</w:t>
      </w:r>
      <w:r>
        <w:rPr>
          <w:rFonts w:ascii="Arial" w:hAnsi="Arial"/>
        </w:rPr>
        <w:t xml:space="preserve"> all right. </w:t>
      </w:r>
      <w:r w:rsidR="00980B3A">
        <w:rPr>
          <w:rFonts w:ascii="Arial" w:hAnsi="Arial"/>
        </w:rPr>
        <w:t>So,</w:t>
      </w:r>
      <w:r>
        <w:rPr>
          <w:rFonts w:ascii="Arial" w:hAnsi="Arial"/>
        </w:rPr>
        <w:t xml:space="preserve"> one more scenario for you. Right. </w:t>
      </w:r>
      <w:r w:rsidR="00980B3A">
        <w:rPr>
          <w:rFonts w:ascii="Arial" w:hAnsi="Arial"/>
        </w:rPr>
        <w:t>So,</w:t>
      </w:r>
      <w:r>
        <w:rPr>
          <w:rFonts w:ascii="Arial" w:hAnsi="Arial"/>
        </w:rPr>
        <w:t xml:space="preserve"> let's say this was like a pot, right. But let's say it was like bigger, and we had a large like a large, Lazy Susan, right. And we filled it with soil. And we put like a little nut or seed inside of right in the middle. Okay. And it started to grow, but it was growing while it was in rotation. Right. How do you think those roots would look? As the tree was would grow?</w:t>
      </w:r>
    </w:p>
    <w:p w14:paraId="50FB4C0E" w14:textId="77777777" w:rsidR="00D261B9" w:rsidRDefault="00D261B9">
      <w:pPr>
        <w:spacing w:after="0"/>
      </w:pPr>
    </w:p>
    <w:p w14:paraId="53A1A34F" w14:textId="77777777" w:rsidR="00D261B9" w:rsidRDefault="001E1EF2">
      <w:pPr>
        <w:spacing w:after="0"/>
      </w:pPr>
      <w:r>
        <w:rPr>
          <w:rFonts w:ascii="Arial" w:hAnsi="Arial"/>
          <w:b/>
        </w:rPr>
        <w:t xml:space="preserve">Participant #16:  </w:t>
      </w:r>
      <w:r>
        <w:rPr>
          <w:rFonts w:ascii="Arial" w:hAnsi="Arial"/>
          <w:color w:val="5D7284"/>
        </w:rPr>
        <w:t>43:35</w:t>
      </w:r>
    </w:p>
    <w:p w14:paraId="7B02DF98" w14:textId="77777777" w:rsidR="00D261B9" w:rsidRDefault="001E1EF2">
      <w:pPr>
        <w:spacing w:after="0"/>
      </w:pPr>
      <w:r>
        <w:rPr>
          <w:rFonts w:ascii="Arial" w:hAnsi="Arial"/>
        </w:rPr>
        <w:t xml:space="preserve">It's right in the middle. </w:t>
      </w:r>
    </w:p>
    <w:p w14:paraId="3848B884" w14:textId="77777777" w:rsidR="00D261B9" w:rsidRDefault="00D261B9">
      <w:pPr>
        <w:spacing w:after="0"/>
      </w:pPr>
    </w:p>
    <w:p w14:paraId="58DB61D0" w14:textId="77777777" w:rsidR="00D261B9" w:rsidRDefault="001E1EF2">
      <w:pPr>
        <w:spacing w:after="0"/>
      </w:pPr>
      <w:r>
        <w:rPr>
          <w:rFonts w:ascii="Arial" w:hAnsi="Arial"/>
          <w:b/>
        </w:rPr>
        <w:t xml:space="preserve">Interviewer E:  </w:t>
      </w:r>
      <w:r>
        <w:rPr>
          <w:rFonts w:ascii="Arial" w:hAnsi="Arial"/>
          <w:color w:val="5D7284"/>
        </w:rPr>
        <w:t>43:36</w:t>
      </w:r>
    </w:p>
    <w:p w14:paraId="73445BCD" w14:textId="77777777" w:rsidR="00D261B9" w:rsidRDefault="001E1EF2">
      <w:pPr>
        <w:spacing w:after="0"/>
      </w:pPr>
      <w:r>
        <w:rPr>
          <w:rFonts w:ascii="Arial" w:hAnsi="Arial"/>
        </w:rPr>
        <w:t>Like right in the middle.</w:t>
      </w:r>
    </w:p>
    <w:p w14:paraId="2082AF40" w14:textId="77777777" w:rsidR="00D261B9" w:rsidRDefault="00D261B9">
      <w:pPr>
        <w:spacing w:after="0"/>
      </w:pPr>
    </w:p>
    <w:p w14:paraId="5089F3C1" w14:textId="77777777" w:rsidR="00D261B9" w:rsidRDefault="001E1EF2">
      <w:pPr>
        <w:spacing w:after="0"/>
      </w:pPr>
      <w:r>
        <w:rPr>
          <w:rFonts w:ascii="Arial" w:hAnsi="Arial"/>
          <w:b/>
        </w:rPr>
        <w:t xml:space="preserve">Participant #16:  </w:t>
      </w:r>
      <w:r>
        <w:rPr>
          <w:rFonts w:ascii="Arial" w:hAnsi="Arial"/>
          <w:color w:val="5D7284"/>
        </w:rPr>
        <w:t>43:37</w:t>
      </w:r>
    </w:p>
    <w:p w14:paraId="57591438" w14:textId="77777777" w:rsidR="00D261B9" w:rsidRDefault="001E1EF2">
      <w:pPr>
        <w:spacing w:after="0"/>
      </w:pPr>
      <w:r>
        <w:rPr>
          <w:rFonts w:ascii="Arial" w:hAnsi="Arial"/>
        </w:rPr>
        <w:t>Yeah, I want to say the same thing. It'll be a tight spiral.</w:t>
      </w:r>
    </w:p>
    <w:p w14:paraId="0F6991C5" w14:textId="77777777" w:rsidR="00D261B9" w:rsidRDefault="00D261B9">
      <w:pPr>
        <w:spacing w:after="0"/>
      </w:pPr>
    </w:p>
    <w:p w14:paraId="6009FBD8" w14:textId="77777777" w:rsidR="00D261B9" w:rsidRDefault="001E1EF2">
      <w:pPr>
        <w:spacing w:after="0"/>
      </w:pPr>
      <w:r>
        <w:rPr>
          <w:rFonts w:ascii="Arial" w:hAnsi="Arial"/>
          <w:b/>
        </w:rPr>
        <w:t xml:space="preserve">Interviewer E:  </w:t>
      </w:r>
      <w:r>
        <w:rPr>
          <w:rFonts w:ascii="Arial" w:hAnsi="Arial"/>
          <w:color w:val="5D7284"/>
        </w:rPr>
        <w:t>43:44</w:t>
      </w:r>
    </w:p>
    <w:p w14:paraId="7A0F8008" w14:textId="77777777" w:rsidR="00D261B9" w:rsidRDefault="001E1EF2">
      <w:pPr>
        <w:spacing w:after="0"/>
      </w:pPr>
      <w:r>
        <w:rPr>
          <w:rFonts w:ascii="Arial" w:hAnsi="Arial"/>
        </w:rPr>
        <w:t>A tight spiral. And that's if it's in the middle right in the middle. But if I would have planted the seed like out here.</w:t>
      </w:r>
    </w:p>
    <w:p w14:paraId="3FAFA8B2" w14:textId="77777777" w:rsidR="00D261B9" w:rsidRDefault="00D261B9">
      <w:pPr>
        <w:spacing w:after="0"/>
      </w:pPr>
    </w:p>
    <w:p w14:paraId="50E77CD2" w14:textId="77777777" w:rsidR="00D261B9" w:rsidRDefault="001E1EF2">
      <w:pPr>
        <w:spacing w:after="0"/>
      </w:pPr>
      <w:r>
        <w:rPr>
          <w:rFonts w:ascii="Arial" w:hAnsi="Arial"/>
          <w:b/>
        </w:rPr>
        <w:t xml:space="preserve">Participant #16:  </w:t>
      </w:r>
      <w:r>
        <w:rPr>
          <w:rFonts w:ascii="Arial" w:hAnsi="Arial"/>
          <w:color w:val="5D7284"/>
        </w:rPr>
        <w:t>43:50</w:t>
      </w:r>
    </w:p>
    <w:p w14:paraId="5BAC5B0E" w14:textId="77777777" w:rsidR="00D261B9" w:rsidRDefault="001E1EF2">
      <w:pPr>
        <w:spacing w:after="0"/>
      </w:pPr>
      <w:r>
        <w:rPr>
          <w:rFonts w:ascii="Arial" w:hAnsi="Arial"/>
        </w:rPr>
        <w:t xml:space="preserve">Yeah, it would be a bigger spiral. </w:t>
      </w:r>
    </w:p>
    <w:p w14:paraId="7E2E0EF6" w14:textId="77777777" w:rsidR="00D261B9" w:rsidRDefault="00D261B9">
      <w:pPr>
        <w:spacing w:after="0"/>
      </w:pPr>
    </w:p>
    <w:p w14:paraId="4800DC44" w14:textId="77777777" w:rsidR="00D261B9" w:rsidRDefault="001E1EF2">
      <w:pPr>
        <w:spacing w:after="0"/>
      </w:pPr>
      <w:r>
        <w:rPr>
          <w:rFonts w:ascii="Arial" w:hAnsi="Arial"/>
          <w:b/>
        </w:rPr>
        <w:t xml:space="preserve">Interviewer E:  </w:t>
      </w:r>
      <w:r>
        <w:rPr>
          <w:rFonts w:ascii="Arial" w:hAnsi="Arial"/>
          <w:color w:val="5D7284"/>
        </w:rPr>
        <w:t>43:52</w:t>
      </w:r>
    </w:p>
    <w:p w14:paraId="640F01EE" w14:textId="77777777" w:rsidR="00D261B9" w:rsidRDefault="001E1EF2">
      <w:pPr>
        <w:spacing w:after="0"/>
      </w:pPr>
      <w:r>
        <w:rPr>
          <w:rFonts w:ascii="Arial" w:hAnsi="Arial"/>
        </w:rPr>
        <w:t xml:space="preserve">A bigger spiral. </w:t>
      </w:r>
    </w:p>
    <w:p w14:paraId="2EC9F083" w14:textId="77777777" w:rsidR="00D261B9" w:rsidRDefault="00D261B9">
      <w:pPr>
        <w:spacing w:after="0"/>
      </w:pPr>
    </w:p>
    <w:p w14:paraId="141C9E65" w14:textId="77777777" w:rsidR="00D261B9" w:rsidRDefault="001E1EF2">
      <w:pPr>
        <w:spacing w:after="0"/>
      </w:pPr>
      <w:r>
        <w:rPr>
          <w:rFonts w:ascii="Arial" w:hAnsi="Arial"/>
          <w:b/>
        </w:rPr>
        <w:t xml:space="preserve">Participant #16:  </w:t>
      </w:r>
      <w:r>
        <w:rPr>
          <w:rFonts w:ascii="Arial" w:hAnsi="Arial"/>
          <w:color w:val="5D7284"/>
        </w:rPr>
        <w:t>43:53</w:t>
      </w:r>
    </w:p>
    <w:p w14:paraId="28F54323" w14:textId="77777777" w:rsidR="00D261B9" w:rsidRDefault="001E1EF2">
      <w:pPr>
        <w:spacing w:after="0"/>
      </w:pPr>
      <w:r>
        <w:rPr>
          <w:rFonts w:ascii="Arial" w:hAnsi="Arial"/>
        </w:rPr>
        <w:t xml:space="preserve">Yeah. </w:t>
      </w:r>
    </w:p>
    <w:p w14:paraId="641D6344" w14:textId="77777777" w:rsidR="00D261B9" w:rsidRDefault="00D261B9">
      <w:pPr>
        <w:spacing w:after="0"/>
      </w:pPr>
    </w:p>
    <w:p w14:paraId="56760177" w14:textId="77777777" w:rsidR="00D261B9" w:rsidRDefault="001E1EF2">
      <w:pPr>
        <w:spacing w:after="0"/>
      </w:pPr>
      <w:r>
        <w:rPr>
          <w:rFonts w:ascii="Arial" w:hAnsi="Arial"/>
          <w:b/>
        </w:rPr>
        <w:t xml:space="preserve">Interviewer E:  </w:t>
      </w:r>
      <w:r>
        <w:rPr>
          <w:rFonts w:ascii="Arial" w:hAnsi="Arial"/>
          <w:color w:val="5D7284"/>
        </w:rPr>
        <w:t>43:54</w:t>
      </w:r>
    </w:p>
    <w:p w14:paraId="0823234D" w14:textId="5127A8E7" w:rsidR="00D261B9" w:rsidRDefault="00980B3A">
      <w:pPr>
        <w:spacing w:after="0"/>
      </w:pPr>
      <w:r>
        <w:rPr>
          <w:rFonts w:ascii="Arial" w:hAnsi="Arial"/>
        </w:rPr>
        <w:t>So, you think all the roots like in unison was like grow in a spiral or just like some of them like all of them would branch out in spiral you think just why big spiraling connecting root cavity thing?</w:t>
      </w:r>
    </w:p>
    <w:p w14:paraId="470DF81F" w14:textId="77777777" w:rsidR="00D261B9" w:rsidRDefault="00D261B9">
      <w:pPr>
        <w:spacing w:after="0"/>
      </w:pPr>
    </w:p>
    <w:p w14:paraId="7DF48B1C" w14:textId="77777777" w:rsidR="00D261B9" w:rsidRDefault="001E1EF2">
      <w:pPr>
        <w:spacing w:after="0"/>
      </w:pPr>
      <w:r>
        <w:rPr>
          <w:rFonts w:ascii="Arial" w:hAnsi="Arial"/>
          <w:b/>
        </w:rPr>
        <w:t xml:space="preserve">Participant #16:  </w:t>
      </w:r>
      <w:r>
        <w:rPr>
          <w:rFonts w:ascii="Arial" w:hAnsi="Arial"/>
          <w:color w:val="5D7284"/>
        </w:rPr>
        <w:t>44:11</w:t>
      </w:r>
    </w:p>
    <w:p w14:paraId="2989A6D0" w14:textId="77777777" w:rsidR="00D261B9" w:rsidRDefault="001E1EF2">
      <w:pPr>
        <w:spacing w:after="0"/>
      </w:pPr>
      <w:r>
        <w:rPr>
          <w:rFonts w:ascii="Arial" w:hAnsi="Arial"/>
        </w:rPr>
        <w:t>I'm gonna go with the second one, one big connecting spiral cavities spiral.</w:t>
      </w:r>
    </w:p>
    <w:p w14:paraId="20D133C9" w14:textId="77777777" w:rsidR="00D261B9" w:rsidRDefault="00D261B9">
      <w:pPr>
        <w:spacing w:after="0"/>
      </w:pPr>
    </w:p>
    <w:p w14:paraId="14BC5EAB" w14:textId="77777777" w:rsidR="00D261B9" w:rsidRDefault="001E1EF2">
      <w:pPr>
        <w:spacing w:after="0"/>
      </w:pPr>
      <w:r>
        <w:rPr>
          <w:rFonts w:ascii="Arial" w:hAnsi="Arial"/>
          <w:b/>
        </w:rPr>
        <w:t xml:space="preserve">Interviewer E:  </w:t>
      </w:r>
      <w:r>
        <w:rPr>
          <w:rFonts w:ascii="Arial" w:hAnsi="Arial"/>
          <w:color w:val="5D7284"/>
        </w:rPr>
        <w:t>44:16</w:t>
      </w:r>
    </w:p>
    <w:p w14:paraId="198885E3" w14:textId="77777777" w:rsidR="00D261B9" w:rsidRDefault="001E1EF2">
      <w:pPr>
        <w:spacing w:after="0"/>
      </w:pPr>
      <w:r>
        <w:rPr>
          <w:rFonts w:ascii="Arial" w:hAnsi="Arial"/>
        </w:rPr>
        <w:t>Okay, well.</w:t>
      </w:r>
    </w:p>
    <w:p w14:paraId="25851F0C" w14:textId="77777777" w:rsidR="00D261B9" w:rsidRDefault="00D261B9">
      <w:pPr>
        <w:spacing w:after="0"/>
      </w:pPr>
    </w:p>
    <w:p w14:paraId="7F04D111" w14:textId="77777777" w:rsidR="00D261B9" w:rsidRDefault="001E1EF2">
      <w:pPr>
        <w:spacing w:after="0"/>
      </w:pPr>
      <w:r>
        <w:rPr>
          <w:rFonts w:ascii="Arial" w:hAnsi="Arial"/>
          <w:b/>
        </w:rPr>
        <w:t xml:space="preserve">Interviewer P:  </w:t>
      </w:r>
      <w:r>
        <w:rPr>
          <w:rFonts w:ascii="Arial" w:hAnsi="Arial"/>
          <w:color w:val="5D7284"/>
        </w:rPr>
        <w:t>44:18</w:t>
      </w:r>
    </w:p>
    <w:p w14:paraId="76D584D7" w14:textId="77777777" w:rsidR="00D261B9" w:rsidRDefault="001E1EF2">
      <w:pPr>
        <w:spacing w:after="0"/>
      </w:pPr>
      <w:r>
        <w:rPr>
          <w:rFonts w:ascii="Arial" w:hAnsi="Arial"/>
        </w:rPr>
        <w:t xml:space="preserve">Spiral </w:t>
      </w:r>
      <w:r>
        <w:rPr>
          <w:rFonts w:ascii="Arial" w:hAnsi="Arial"/>
        </w:rPr>
        <w:t>cavity.</w:t>
      </w:r>
    </w:p>
    <w:p w14:paraId="78561C1F" w14:textId="77777777" w:rsidR="00D261B9" w:rsidRDefault="00D261B9">
      <w:pPr>
        <w:spacing w:after="0"/>
      </w:pPr>
    </w:p>
    <w:p w14:paraId="1A81C062" w14:textId="77777777" w:rsidR="00D261B9" w:rsidRDefault="001E1EF2">
      <w:pPr>
        <w:spacing w:after="0"/>
      </w:pPr>
      <w:r>
        <w:rPr>
          <w:rFonts w:ascii="Arial" w:hAnsi="Arial"/>
          <w:b/>
        </w:rPr>
        <w:t xml:space="preserve">Interviewer E:  </w:t>
      </w:r>
      <w:r>
        <w:rPr>
          <w:rFonts w:ascii="Arial" w:hAnsi="Arial"/>
          <w:color w:val="5D7284"/>
        </w:rPr>
        <w:t>44:22</w:t>
      </w:r>
    </w:p>
    <w:p w14:paraId="7EBE3176" w14:textId="186F0245" w:rsidR="00D261B9" w:rsidRDefault="001E1EF2">
      <w:pPr>
        <w:spacing w:after="0"/>
      </w:pPr>
      <w:r>
        <w:rPr>
          <w:rFonts w:ascii="Arial" w:hAnsi="Arial"/>
        </w:rPr>
        <w:t xml:space="preserve">What about what about the top portion? </w:t>
      </w:r>
      <w:r w:rsidR="00980B3A">
        <w:rPr>
          <w:rFonts w:ascii="Arial" w:hAnsi="Arial"/>
        </w:rPr>
        <w:t>So,</w:t>
      </w:r>
      <w:r>
        <w:rPr>
          <w:rFonts w:ascii="Arial" w:hAnsi="Arial"/>
        </w:rPr>
        <w:t xml:space="preserve"> let's say the top portion is this magnificent tree, right? And it has like sunlight. It has all the water it could ever need. But it's growing as it </w:t>
      </w:r>
      <w:r w:rsidR="00980B3A">
        <w:rPr>
          <w:rFonts w:ascii="Arial" w:hAnsi="Arial"/>
        </w:rPr>
        <w:t>spirals.</w:t>
      </w:r>
      <w:r>
        <w:rPr>
          <w:rFonts w:ascii="Arial" w:hAnsi="Arial"/>
        </w:rPr>
        <w:t xml:space="preserve"> What do you think the trunk would look like? What do you think the branches would look like?</w:t>
      </w:r>
    </w:p>
    <w:p w14:paraId="617C6F1B" w14:textId="77777777" w:rsidR="00D261B9" w:rsidRDefault="00D261B9">
      <w:pPr>
        <w:spacing w:after="0"/>
      </w:pPr>
    </w:p>
    <w:p w14:paraId="7DBF4695" w14:textId="77777777" w:rsidR="00D261B9" w:rsidRDefault="001E1EF2">
      <w:pPr>
        <w:spacing w:after="0"/>
      </w:pPr>
      <w:r>
        <w:rPr>
          <w:rFonts w:ascii="Arial" w:hAnsi="Arial"/>
          <w:b/>
        </w:rPr>
        <w:t xml:space="preserve">Participant #16:  </w:t>
      </w:r>
      <w:r>
        <w:rPr>
          <w:rFonts w:ascii="Arial" w:hAnsi="Arial"/>
          <w:color w:val="5D7284"/>
        </w:rPr>
        <w:t>44:37</w:t>
      </w:r>
    </w:p>
    <w:p w14:paraId="2E03B1EC" w14:textId="77777777" w:rsidR="00D261B9" w:rsidRDefault="001E1EF2">
      <w:pPr>
        <w:spacing w:after="0"/>
      </w:pPr>
      <w:r>
        <w:rPr>
          <w:rFonts w:ascii="Arial" w:hAnsi="Arial"/>
        </w:rPr>
        <w:t>I think they'd look normal. I feel like everything that's happening would be underneath. Like or in like the substance in that whatever happens on top would be normal.</w:t>
      </w:r>
    </w:p>
    <w:p w14:paraId="5ECD84DF" w14:textId="77777777" w:rsidR="00D261B9" w:rsidRDefault="00D261B9">
      <w:pPr>
        <w:spacing w:after="0"/>
      </w:pPr>
    </w:p>
    <w:p w14:paraId="0D6F4C8F" w14:textId="77777777" w:rsidR="00D261B9" w:rsidRDefault="001E1EF2">
      <w:pPr>
        <w:spacing w:after="0"/>
      </w:pPr>
      <w:r>
        <w:rPr>
          <w:rFonts w:ascii="Arial" w:hAnsi="Arial"/>
          <w:b/>
        </w:rPr>
        <w:t xml:space="preserve">Interviewer E:  </w:t>
      </w:r>
      <w:r>
        <w:rPr>
          <w:rFonts w:ascii="Arial" w:hAnsi="Arial"/>
          <w:color w:val="5D7284"/>
        </w:rPr>
        <w:t>44:52</w:t>
      </w:r>
    </w:p>
    <w:p w14:paraId="01D8D2DC" w14:textId="69391FB7" w:rsidR="00D261B9" w:rsidRDefault="001E1EF2">
      <w:pPr>
        <w:spacing w:after="0"/>
      </w:pPr>
      <w:r>
        <w:rPr>
          <w:rFonts w:ascii="Arial" w:hAnsi="Arial"/>
        </w:rPr>
        <w:t xml:space="preserve">Right? </w:t>
      </w:r>
      <w:r w:rsidR="00980B3A">
        <w:rPr>
          <w:rFonts w:ascii="Arial" w:hAnsi="Arial"/>
        </w:rPr>
        <w:t>So,</w:t>
      </w:r>
      <w:r>
        <w:rPr>
          <w:rFonts w:ascii="Arial" w:hAnsi="Arial"/>
        </w:rPr>
        <w:t xml:space="preserve"> I'd have like that weird </w:t>
      </w:r>
      <w:r w:rsidR="00980B3A">
        <w:rPr>
          <w:rFonts w:ascii="Arial" w:hAnsi="Arial"/>
        </w:rPr>
        <w:t>dendritic</w:t>
      </w:r>
      <w:r>
        <w:rPr>
          <w:rFonts w:ascii="Arial" w:hAnsi="Arial"/>
        </w:rPr>
        <w:t xml:space="preserve"> tree or whatever. </w:t>
      </w:r>
    </w:p>
    <w:p w14:paraId="761DEB48" w14:textId="77777777" w:rsidR="00D261B9" w:rsidRDefault="00D261B9">
      <w:pPr>
        <w:spacing w:after="0"/>
      </w:pPr>
    </w:p>
    <w:p w14:paraId="74D80D2F" w14:textId="77777777" w:rsidR="00D261B9" w:rsidRDefault="001E1EF2">
      <w:pPr>
        <w:spacing w:after="0"/>
      </w:pPr>
      <w:r>
        <w:rPr>
          <w:rFonts w:ascii="Arial" w:hAnsi="Arial"/>
          <w:b/>
        </w:rPr>
        <w:t xml:space="preserve">Participant #16:  </w:t>
      </w:r>
      <w:r>
        <w:rPr>
          <w:rFonts w:ascii="Arial" w:hAnsi="Arial"/>
          <w:color w:val="5D7284"/>
        </w:rPr>
        <w:t>44:56</w:t>
      </w:r>
    </w:p>
    <w:p w14:paraId="1F7EC7BA" w14:textId="77777777" w:rsidR="00D261B9" w:rsidRDefault="001E1EF2">
      <w:pPr>
        <w:spacing w:after="0"/>
      </w:pPr>
      <w:r>
        <w:rPr>
          <w:rFonts w:ascii="Arial" w:hAnsi="Arial"/>
        </w:rPr>
        <w:t xml:space="preserve">Yeah. </w:t>
      </w:r>
    </w:p>
    <w:p w14:paraId="5DC0E397" w14:textId="77777777" w:rsidR="00D261B9" w:rsidRDefault="00D261B9">
      <w:pPr>
        <w:spacing w:after="0"/>
      </w:pPr>
    </w:p>
    <w:p w14:paraId="4BE7FA76" w14:textId="77777777" w:rsidR="00D261B9" w:rsidRDefault="001E1EF2">
      <w:pPr>
        <w:spacing w:after="0"/>
      </w:pPr>
      <w:r>
        <w:rPr>
          <w:rFonts w:ascii="Arial" w:hAnsi="Arial"/>
          <w:b/>
        </w:rPr>
        <w:t xml:space="preserve">Interviewer E:  </w:t>
      </w:r>
      <w:r>
        <w:rPr>
          <w:rFonts w:ascii="Arial" w:hAnsi="Arial"/>
          <w:color w:val="5D7284"/>
        </w:rPr>
        <w:t>44:56</w:t>
      </w:r>
    </w:p>
    <w:p w14:paraId="1D805C35" w14:textId="77777777" w:rsidR="00D261B9" w:rsidRDefault="001E1EF2">
      <w:pPr>
        <w:spacing w:after="0"/>
      </w:pPr>
      <w:r>
        <w:rPr>
          <w:rFonts w:ascii="Arial" w:hAnsi="Arial"/>
        </w:rPr>
        <w:t>Okay. And the trunk would just do it's normal thing and just grow straight up or.</w:t>
      </w:r>
    </w:p>
    <w:p w14:paraId="605E20D6" w14:textId="77777777" w:rsidR="00D261B9" w:rsidRDefault="00D261B9">
      <w:pPr>
        <w:spacing w:after="0"/>
      </w:pPr>
    </w:p>
    <w:p w14:paraId="161EABCE" w14:textId="77777777" w:rsidR="00D261B9" w:rsidRDefault="001E1EF2">
      <w:pPr>
        <w:spacing w:after="0"/>
      </w:pPr>
      <w:r>
        <w:rPr>
          <w:rFonts w:ascii="Arial" w:hAnsi="Arial"/>
          <w:b/>
        </w:rPr>
        <w:t xml:space="preserve">Participant #16:  </w:t>
      </w:r>
      <w:r>
        <w:rPr>
          <w:rFonts w:ascii="Arial" w:hAnsi="Arial"/>
          <w:color w:val="5D7284"/>
        </w:rPr>
        <w:t>45:01</w:t>
      </w:r>
    </w:p>
    <w:p w14:paraId="31B1AD31" w14:textId="77777777" w:rsidR="00D261B9" w:rsidRDefault="001E1EF2">
      <w:pPr>
        <w:spacing w:after="0"/>
      </w:pPr>
      <w:r>
        <w:rPr>
          <w:rFonts w:ascii="Arial" w:hAnsi="Arial"/>
        </w:rPr>
        <w:t xml:space="preserve"> I think so. Yeah.</w:t>
      </w:r>
    </w:p>
    <w:p w14:paraId="084E02DA" w14:textId="77777777" w:rsidR="00D261B9" w:rsidRDefault="00D261B9">
      <w:pPr>
        <w:spacing w:after="0"/>
      </w:pPr>
    </w:p>
    <w:p w14:paraId="33D014B3" w14:textId="77777777" w:rsidR="00D261B9" w:rsidRDefault="001E1EF2">
      <w:pPr>
        <w:spacing w:after="0"/>
      </w:pPr>
      <w:r>
        <w:rPr>
          <w:rFonts w:ascii="Arial" w:hAnsi="Arial"/>
          <w:b/>
        </w:rPr>
        <w:t xml:space="preserve">Interviewer E:  </w:t>
      </w:r>
      <w:r>
        <w:rPr>
          <w:rFonts w:ascii="Arial" w:hAnsi="Arial"/>
          <w:color w:val="5D7284"/>
        </w:rPr>
        <w:t>45:03</w:t>
      </w:r>
    </w:p>
    <w:p w14:paraId="50B6F703" w14:textId="77777777" w:rsidR="00D261B9" w:rsidRDefault="001E1EF2">
      <w:pPr>
        <w:spacing w:after="0"/>
      </w:pPr>
      <w:r>
        <w:rPr>
          <w:rFonts w:ascii="Arial" w:hAnsi="Arial"/>
        </w:rPr>
        <w:t>Okay. Um, I think we are doing fish fish. We're doing fish.</w:t>
      </w:r>
    </w:p>
    <w:p w14:paraId="162EFBB8" w14:textId="77777777" w:rsidR="00D261B9" w:rsidRDefault="00D261B9">
      <w:pPr>
        <w:spacing w:after="0"/>
      </w:pPr>
    </w:p>
    <w:p w14:paraId="237B7C37" w14:textId="77777777" w:rsidR="00D261B9" w:rsidRDefault="001E1EF2">
      <w:pPr>
        <w:spacing w:after="0"/>
      </w:pPr>
      <w:r>
        <w:rPr>
          <w:rFonts w:ascii="Arial" w:hAnsi="Arial"/>
          <w:b/>
        </w:rPr>
        <w:t xml:space="preserve">Participant #16:  </w:t>
      </w:r>
      <w:r>
        <w:rPr>
          <w:rFonts w:ascii="Arial" w:hAnsi="Arial"/>
          <w:color w:val="5D7284"/>
        </w:rPr>
        <w:t>45:13</w:t>
      </w:r>
    </w:p>
    <w:p w14:paraId="53591090" w14:textId="77777777" w:rsidR="00D261B9" w:rsidRDefault="001E1EF2">
      <w:pPr>
        <w:spacing w:after="0"/>
      </w:pPr>
      <w:r>
        <w:rPr>
          <w:rFonts w:ascii="Arial" w:hAnsi="Arial"/>
        </w:rPr>
        <w:t>Best up.</w:t>
      </w:r>
    </w:p>
    <w:p w14:paraId="1ADD4233" w14:textId="77777777" w:rsidR="00D261B9" w:rsidRDefault="00D261B9">
      <w:pPr>
        <w:spacing w:after="0"/>
      </w:pPr>
    </w:p>
    <w:p w14:paraId="354168DB" w14:textId="77777777" w:rsidR="00D261B9" w:rsidRDefault="001E1EF2">
      <w:pPr>
        <w:spacing w:after="0"/>
      </w:pPr>
      <w:r>
        <w:rPr>
          <w:rFonts w:ascii="Arial" w:hAnsi="Arial"/>
          <w:b/>
        </w:rPr>
        <w:t xml:space="preserve">Interviewer P:  </w:t>
      </w:r>
      <w:r>
        <w:rPr>
          <w:rFonts w:ascii="Arial" w:hAnsi="Arial"/>
          <w:color w:val="5D7284"/>
        </w:rPr>
        <w:t>45:14</w:t>
      </w:r>
    </w:p>
    <w:p w14:paraId="29607A98" w14:textId="77777777" w:rsidR="00D261B9" w:rsidRDefault="001E1EF2">
      <w:pPr>
        <w:spacing w:after="0"/>
      </w:pPr>
      <w:r>
        <w:rPr>
          <w:rFonts w:ascii="Arial" w:hAnsi="Arial"/>
        </w:rPr>
        <w:t xml:space="preserve">Leave that up here so you don't trip over. </w:t>
      </w:r>
    </w:p>
    <w:p w14:paraId="754BD54F" w14:textId="77777777" w:rsidR="00D261B9" w:rsidRDefault="00D261B9">
      <w:pPr>
        <w:spacing w:after="0"/>
      </w:pPr>
    </w:p>
    <w:p w14:paraId="79432B76" w14:textId="77777777" w:rsidR="00D261B9" w:rsidRDefault="001E1EF2">
      <w:pPr>
        <w:spacing w:after="0"/>
      </w:pPr>
      <w:r>
        <w:rPr>
          <w:rFonts w:ascii="Arial" w:hAnsi="Arial"/>
          <w:b/>
        </w:rPr>
        <w:t xml:space="preserve">Interviewer E:  </w:t>
      </w:r>
      <w:r>
        <w:rPr>
          <w:rFonts w:ascii="Arial" w:hAnsi="Arial"/>
          <w:color w:val="5D7284"/>
        </w:rPr>
        <w:t>45:15</w:t>
      </w:r>
    </w:p>
    <w:p w14:paraId="20E74023" w14:textId="77777777" w:rsidR="00D261B9" w:rsidRDefault="001E1EF2">
      <w:pPr>
        <w:spacing w:after="0"/>
      </w:pPr>
      <w:r>
        <w:rPr>
          <w:rFonts w:ascii="Arial" w:hAnsi="Arial"/>
        </w:rPr>
        <w:t>Oh okay, good idea. All right, so now I'm gonna.</w:t>
      </w:r>
    </w:p>
    <w:p w14:paraId="62943257" w14:textId="77777777" w:rsidR="00D261B9" w:rsidRDefault="00D261B9">
      <w:pPr>
        <w:spacing w:after="0"/>
      </w:pPr>
    </w:p>
    <w:p w14:paraId="6A5C1336" w14:textId="77777777" w:rsidR="00D261B9" w:rsidRDefault="001E1EF2">
      <w:pPr>
        <w:spacing w:after="0"/>
      </w:pPr>
      <w:r>
        <w:rPr>
          <w:rFonts w:ascii="Arial" w:hAnsi="Arial"/>
          <w:b/>
        </w:rPr>
        <w:t xml:space="preserve">Interviewer P:  </w:t>
      </w:r>
      <w:r>
        <w:rPr>
          <w:rFonts w:ascii="Arial" w:hAnsi="Arial"/>
          <w:color w:val="5D7284"/>
        </w:rPr>
        <w:t>45:23</w:t>
      </w:r>
    </w:p>
    <w:p w14:paraId="6959F620" w14:textId="77777777" w:rsidR="00D261B9" w:rsidRDefault="001E1EF2">
      <w:pPr>
        <w:spacing w:after="0"/>
      </w:pPr>
      <w:r>
        <w:rPr>
          <w:rFonts w:ascii="Arial" w:hAnsi="Arial"/>
        </w:rPr>
        <w:t>Why don't you</w:t>
      </w:r>
      <w:r>
        <w:rPr>
          <w:rFonts w:ascii="Arial" w:hAnsi="Arial"/>
        </w:rPr>
        <w:t xml:space="preserve"> kind of back up because she's gonna show you some stuff over there. </w:t>
      </w:r>
    </w:p>
    <w:p w14:paraId="3B441EF7" w14:textId="77777777" w:rsidR="00D261B9" w:rsidRDefault="00D261B9">
      <w:pPr>
        <w:spacing w:after="0"/>
      </w:pPr>
    </w:p>
    <w:p w14:paraId="3F64AE71" w14:textId="77777777" w:rsidR="00D261B9" w:rsidRDefault="001E1EF2">
      <w:pPr>
        <w:spacing w:after="0"/>
      </w:pPr>
      <w:r>
        <w:rPr>
          <w:rFonts w:ascii="Arial" w:hAnsi="Arial"/>
          <w:b/>
        </w:rPr>
        <w:t xml:space="preserve">Interviewer E:  </w:t>
      </w:r>
      <w:r>
        <w:rPr>
          <w:rFonts w:ascii="Arial" w:hAnsi="Arial"/>
          <w:color w:val="5D7284"/>
        </w:rPr>
        <w:t>45:23</w:t>
      </w:r>
    </w:p>
    <w:p w14:paraId="1484EE2F" w14:textId="635B5BE5" w:rsidR="00D261B9" w:rsidRDefault="001E1EF2">
      <w:pPr>
        <w:spacing w:after="0"/>
      </w:pPr>
      <w:r>
        <w:rPr>
          <w:rFonts w:ascii="Arial" w:hAnsi="Arial"/>
        </w:rPr>
        <w:t xml:space="preserve">Yup, yeah, so we're gonna use this, this rotating tank again. But this time I'm going to put these fish in it. </w:t>
      </w:r>
      <w:r w:rsidR="00980B3A">
        <w:rPr>
          <w:rFonts w:ascii="Arial" w:hAnsi="Arial"/>
        </w:rPr>
        <w:t>So,</w:t>
      </w:r>
      <w:r>
        <w:rPr>
          <w:rFonts w:ascii="Arial" w:hAnsi="Arial"/>
        </w:rPr>
        <w:t xml:space="preserve"> some of them like float some of them sink right. Do do do. Maybe we need more fish. Okay. All right. </w:t>
      </w:r>
      <w:r w:rsidR="00980B3A">
        <w:rPr>
          <w:rFonts w:ascii="Arial" w:hAnsi="Arial"/>
        </w:rPr>
        <w:t>So,</w:t>
      </w:r>
      <w:r>
        <w:rPr>
          <w:rFonts w:ascii="Arial" w:hAnsi="Arial"/>
        </w:rPr>
        <w:t xml:space="preserve"> as you can see, we have some floating and some that fell to the bottom. And when you had initially came in that tank, when we did all the </w:t>
      </w:r>
      <w:r w:rsidR="00980B3A">
        <w:rPr>
          <w:rFonts w:ascii="Arial" w:hAnsi="Arial"/>
        </w:rPr>
        <w:t>permanganate</w:t>
      </w:r>
      <w:r>
        <w:rPr>
          <w:rFonts w:ascii="Arial" w:hAnsi="Arial"/>
        </w:rPr>
        <w:t xml:space="preserve"> stuff had already been rotating for 30 minutes, whereas this one, we're starting it from it being like standing still. And how do you think these fish will react? The ones on the top and the ones on the bottom?</w:t>
      </w:r>
    </w:p>
    <w:p w14:paraId="4AB23F57" w14:textId="77777777" w:rsidR="00D261B9" w:rsidRDefault="00D261B9">
      <w:pPr>
        <w:spacing w:after="0"/>
      </w:pPr>
    </w:p>
    <w:p w14:paraId="3334C446" w14:textId="77777777" w:rsidR="00D261B9" w:rsidRDefault="001E1EF2">
      <w:pPr>
        <w:spacing w:after="0"/>
      </w:pPr>
      <w:r>
        <w:rPr>
          <w:rFonts w:ascii="Arial" w:hAnsi="Arial"/>
          <w:b/>
        </w:rPr>
        <w:t xml:space="preserve">Participant #16:  </w:t>
      </w:r>
      <w:r>
        <w:rPr>
          <w:rFonts w:ascii="Arial" w:hAnsi="Arial"/>
          <w:color w:val="5D7284"/>
        </w:rPr>
        <w:t>46:13</w:t>
      </w:r>
    </w:p>
    <w:p w14:paraId="0A5A78D7" w14:textId="77777777" w:rsidR="00D261B9" w:rsidRDefault="001E1EF2">
      <w:pPr>
        <w:spacing w:after="0"/>
      </w:pPr>
      <w:r>
        <w:rPr>
          <w:rFonts w:ascii="Arial" w:hAnsi="Arial"/>
        </w:rPr>
        <w:t>Once it's spinning?</w:t>
      </w:r>
    </w:p>
    <w:p w14:paraId="4BDA878D" w14:textId="77777777" w:rsidR="00D261B9" w:rsidRDefault="00D261B9">
      <w:pPr>
        <w:spacing w:after="0"/>
      </w:pPr>
    </w:p>
    <w:p w14:paraId="198F15F3" w14:textId="77777777" w:rsidR="00D261B9" w:rsidRDefault="001E1EF2">
      <w:pPr>
        <w:spacing w:after="0"/>
      </w:pPr>
      <w:r>
        <w:rPr>
          <w:rFonts w:ascii="Arial" w:hAnsi="Arial"/>
          <w:b/>
        </w:rPr>
        <w:t xml:space="preserve">Interviewer E:  </w:t>
      </w:r>
      <w:r>
        <w:rPr>
          <w:rFonts w:ascii="Arial" w:hAnsi="Arial"/>
          <w:color w:val="5D7284"/>
        </w:rPr>
        <w:t>46:14</w:t>
      </w:r>
    </w:p>
    <w:p w14:paraId="2149CA12" w14:textId="77777777" w:rsidR="00D261B9" w:rsidRDefault="001E1EF2">
      <w:pPr>
        <w:spacing w:after="0"/>
      </w:pPr>
      <w:r>
        <w:rPr>
          <w:rFonts w:ascii="Arial" w:hAnsi="Arial"/>
        </w:rPr>
        <w:t>Mhm, once I just start spinning it.</w:t>
      </w:r>
    </w:p>
    <w:p w14:paraId="26D9D042" w14:textId="77777777" w:rsidR="00D261B9" w:rsidRDefault="00D261B9">
      <w:pPr>
        <w:spacing w:after="0"/>
      </w:pPr>
    </w:p>
    <w:p w14:paraId="0D1744E7" w14:textId="77777777" w:rsidR="00D261B9" w:rsidRDefault="001E1EF2">
      <w:pPr>
        <w:spacing w:after="0"/>
      </w:pPr>
      <w:r>
        <w:rPr>
          <w:rFonts w:ascii="Arial" w:hAnsi="Arial"/>
          <w:b/>
        </w:rPr>
        <w:t xml:space="preserve">Participant #16:  </w:t>
      </w:r>
      <w:r>
        <w:rPr>
          <w:rFonts w:ascii="Arial" w:hAnsi="Arial"/>
          <w:color w:val="5D7284"/>
        </w:rPr>
        <w:t>46:21</w:t>
      </w:r>
    </w:p>
    <w:p w14:paraId="50BB0BFD" w14:textId="77777777" w:rsidR="00D261B9" w:rsidRDefault="001E1EF2">
      <w:pPr>
        <w:spacing w:after="0"/>
      </w:pPr>
      <w:r>
        <w:rPr>
          <w:rFonts w:ascii="Arial" w:hAnsi="Arial"/>
        </w:rPr>
        <w:t>Okay, I'm gonna guess, I feel like the one at the bottom may go to the top.</w:t>
      </w:r>
    </w:p>
    <w:p w14:paraId="32C7B9FC" w14:textId="77777777" w:rsidR="00D261B9" w:rsidRDefault="00D261B9">
      <w:pPr>
        <w:spacing w:after="0"/>
      </w:pPr>
    </w:p>
    <w:p w14:paraId="3336C08E" w14:textId="77777777" w:rsidR="00D261B9" w:rsidRDefault="001E1EF2">
      <w:pPr>
        <w:spacing w:after="0"/>
      </w:pPr>
      <w:r>
        <w:rPr>
          <w:rFonts w:ascii="Arial" w:hAnsi="Arial"/>
          <w:b/>
        </w:rPr>
        <w:t xml:space="preserve">Interviewer E:  </w:t>
      </w:r>
      <w:r>
        <w:rPr>
          <w:rFonts w:ascii="Arial" w:hAnsi="Arial"/>
          <w:color w:val="5D7284"/>
        </w:rPr>
        <w:t>46:29</w:t>
      </w:r>
    </w:p>
    <w:p w14:paraId="5685D06A" w14:textId="7AA96A5C" w:rsidR="00D261B9" w:rsidRDefault="00980B3A">
      <w:pPr>
        <w:spacing w:after="0"/>
      </w:pPr>
      <w:r>
        <w:rPr>
          <w:rFonts w:ascii="Arial" w:hAnsi="Arial"/>
        </w:rPr>
        <w:t>So, you think these ones are just gonna are going to float to the top.</w:t>
      </w:r>
    </w:p>
    <w:p w14:paraId="669961A0" w14:textId="77777777" w:rsidR="00D261B9" w:rsidRDefault="00D261B9">
      <w:pPr>
        <w:spacing w:after="0"/>
      </w:pPr>
    </w:p>
    <w:p w14:paraId="25431F47" w14:textId="77777777" w:rsidR="00D261B9" w:rsidRDefault="001E1EF2">
      <w:pPr>
        <w:spacing w:after="0"/>
      </w:pPr>
      <w:r>
        <w:rPr>
          <w:rFonts w:ascii="Arial" w:hAnsi="Arial"/>
          <w:b/>
        </w:rPr>
        <w:t xml:space="preserve">Participant #16:  </w:t>
      </w:r>
      <w:r>
        <w:rPr>
          <w:rFonts w:ascii="Arial" w:hAnsi="Arial"/>
          <w:color w:val="5D7284"/>
        </w:rPr>
        <w:t>46:32</w:t>
      </w:r>
    </w:p>
    <w:p w14:paraId="1B13ACB4" w14:textId="3487F3FD" w:rsidR="00D261B9" w:rsidRDefault="001E1EF2">
      <w:pPr>
        <w:spacing w:after="0"/>
      </w:pPr>
      <w:r>
        <w:rPr>
          <w:rFonts w:ascii="Arial" w:hAnsi="Arial"/>
        </w:rPr>
        <w:t xml:space="preserve">Yes, once it </w:t>
      </w:r>
      <w:r w:rsidR="00980B3A">
        <w:rPr>
          <w:rFonts w:ascii="Arial" w:hAnsi="Arial"/>
        </w:rPr>
        <w:t>starts</w:t>
      </w:r>
      <w:r>
        <w:rPr>
          <w:rFonts w:ascii="Arial" w:hAnsi="Arial"/>
        </w:rPr>
        <w:t xml:space="preserve"> </w:t>
      </w:r>
      <w:r w:rsidR="00980B3A">
        <w:rPr>
          <w:rFonts w:ascii="Arial" w:hAnsi="Arial"/>
        </w:rPr>
        <w:t>spinning.</w:t>
      </w:r>
      <w:r>
        <w:rPr>
          <w:rFonts w:ascii="Arial" w:hAnsi="Arial"/>
        </w:rPr>
        <w:t xml:space="preserve"> </w:t>
      </w:r>
    </w:p>
    <w:p w14:paraId="5CD53AEC" w14:textId="77777777" w:rsidR="00D261B9" w:rsidRDefault="00D261B9">
      <w:pPr>
        <w:spacing w:after="0"/>
      </w:pPr>
    </w:p>
    <w:p w14:paraId="7B425F26" w14:textId="77777777" w:rsidR="00D261B9" w:rsidRDefault="001E1EF2">
      <w:pPr>
        <w:spacing w:after="0"/>
      </w:pPr>
      <w:r>
        <w:rPr>
          <w:rFonts w:ascii="Arial" w:hAnsi="Arial"/>
          <w:b/>
        </w:rPr>
        <w:t xml:space="preserve">Interviewer E:  </w:t>
      </w:r>
      <w:r>
        <w:rPr>
          <w:rFonts w:ascii="Arial" w:hAnsi="Arial"/>
          <w:color w:val="5D7284"/>
        </w:rPr>
        <w:t>46:33</w:t>
      </w:r>
    </w:p>
    <w:p w14:paraId="3C4938D4" w14:textId="77777777" w:rsidR="00D261B9" w:rsidRDefault="001E1EF2">
      <w:pPr>
        <w:spacing w:after="0"/>
      </w:pPr>
      <w:r>
        <w:rPr>
          <w:rFonts w:ascii="Arial" w:hAnsi="Arial"/>
        </w:rPr>
        <w:t>Okay.</w:t>
      </w:r>
    </w:p>
    <w:p w14:paraId="6015F8CD" w14:textId="77777777" w:rsidR="00D261B9" w:rsidRDefault="00D261B9">
      <w:pPr>
        <w:spacing w:after="0"/>
      </w:pPr>
    </w:p>
    <w:p w14:paraId="45F6BDDE" w14:textId="77777777" w:rsidR="00D261B9" w:rsidRDefault="001E1EF2">
      <w:pPr>
        <w:spacing w:after="0"/>
      </w:pPr>
      <w:r>
        <w:rPr>
          <w:rFonts w:ascii="Arial" w:hAnsi="Arial"/>
          <w:b/>
        </w:rPr>
        <w:t xml:space="preserve">Participant #16:  </w:t>
      </w:r>
      <w:r>
        <w:rPr>
          <w:rFonts w:ascii="Arial" w:hAnsi="Arial"/>
          <w:color w:val="5D7284"/>
        </w:rPr>
        <w:t>46:35</w:t>
      </w:r>
    </w:p>
    <w:p w14:paraId="25DECEFB" w14:textId="77777777" w:rsidR="00D261B9" w:rsidRDefault="001E1EF2">
      <w:pPr>
        <w:spacing w:after="0"/>
      </w:pPr>
      <w:r>
        <w:rPr>
          <w:rFonts w:ascii="Arial" w:hAnsi="Arial"/>
        </w:rPr>
        <w:t>I don't think anything's gonna happen to the ones at the top.</w:t>
      </w:r>
    </w:p>
    <w:p w14:paraId="6FB74B26" w14:textId="77777777" w:rsidR="00D261B9" w:rsidRDefault="00D261B9">
      <w:pPr>
        <w:spacing w:after="0"/>
      </w:pPr>
    </w:p>
    <w:p w14:paraId="65CAD415" w14:textId="77777777" w:rsidR="00D261B9" w:rsidRDefault="001E1EF2">
      <w:pPr>
        <w:spacing w:after="0"/>
      </w:pPr>
      <w:r>
        <w:rPr>
          <w:rFonts w:ascii="Arial" w:hAnsi="Arial"/>
          <w:b/>
        </w:rPr>
        <w:t xml:space="preserve">Interviewer E:  </w:t>
      </w:r>
      <w:r>
        <w:rPr>
          <w:rFonts w:ascii="Arial" w:hAnsi="Arial"/>
          <w:color w:val="5D7284"/>
        </w:rPr>
        <w:t>46:37</w:t>
      </w:r>
    </w:p>
    <w:p w14:paraId="31371D65" w14:textId="77777777" w:rsidR="00D261B9" w:rsidRDefault="001E1EF2">
      <w:pPr>
        <w:spacing w:after="0"/>
      </w:pPr>
      <w:r>
        <w:rPr>
          <w:rFonts w:ascii="Arial" w:hAnsi="Arial"/>
        </w:rPr>
        <w:t xml:space="preserve">What about like their motion? Do you think there's going to be anything like, </w:t>
      </w:r>
      <w:r>
        <w:rPr>
          <w:rFonts w:ascii="Arial" w:hAnsi="Arial"/>
        </w:rPr>
        <w:t>specific about the motion of the fish at the bottom for the fish at the top?</w:t>
      </w:r>
    </w:p>
    <w:p w14:paraId="2A6F7785" w14:textId="77777777" w:rsidR="00D261B9" w:rsidRDefault="00D261B9">
      <w:pPr>
        <w:spacing w:after="0"/>
      </w:pPr>
    </w:p>
    <w:p w14:paraId="1148FC44" w14:textId="77777777" w:rsidR="00D261B9" w:rsidRDefault="001E1EF2">
      <w:pPr>
        <w:spacing w:after="0"/>
      </w:pPr>
      <w:r>
        <w:rPr>
          <w:rFonts w:ascii="Arial" w:hAnsi="Arial"/>
          <w:b/>
        </w:rPr>
        <w:t xml:space="preserve">Participant #16:  </w:t>
      </w:r>
      <w:r>
        <w:rPr>
          <w:rFonts w:ascii="Arial" w:hAnsi="Arial"/>
          <w:color w:val="5D7284"/>
        </w:rPr>
        <w:t>46:54</w:t>
      </w:r>
    </w:p>
    <w:p w14:paraId="3802731A" w14:textId="74C8C044" w:rsidR="00D261B9" w:rsidRDefault="001E1EF2">
      <w:pPr>
        <w:spacing w:after="0"/>
      </w:pPr>
      <w:r>
        <w:rPr>
          <w:rFonts w:ascii="Arial" w:hAnsi="Arial"/>
        </w:rPr>
        <w:t xml:space="preserve">Like maybe if anything, the ones at the top will go a little faster than the ones that bottom because ones at the bottom are a little heavier </w:t>
      </w:r>
      <w:r w:rsidR="00980B3A">
        <w:rPr>
          <w:rFonts w:ascii="Arial" w:hAnsi="Arial"/>
        </w:rPr>
        <w:t>than</w:t>
      </w:r>
      <w:r>
        <w:rPr>
          <w:rFonts w:ascii="Arial" w:hAnsi="Arial"/>
        </w:rPr>
        <w:t xml:space="preserve"> the ones at the top.</w:t>
      </w:r>
    </w:p>
    <w:p w14:paraId="51068157" w14:textId="77777777" w:rsidR="00D261B9" w:rsidRDefault="00D261B9">
      <w:pPr>
        <w:spacing w:after="0"/>
      </w:pPr>
    </w:p>
    <w:p w14:paraId="019CB8BB" w14:textId="77777777" w:rsidR="00D261B9" w:rsidRDefault="001E1EF2">
      <w:pPr>
        <w:spacing w:after="0"/>
      </w:pPr>
      <w:r>
        <w:rPr>
          <w:rFonts w:ascii="Arial" w:hAnsi="Arial"/>
          <w:b/>
        </w:rPr>
        <w:t xml:space="preserve">Interviewer P:  </w:t>
      </w:r>
      <w:r>
        <w:rPr>
          <w:rFonts w:ascii="Arial" w:hAnsi="Arial"/>
          <w:color w:val="5D7284"/>
        </w:rPr>
        <w:t>47:05</w:t>
      </w:r>
    </w:p>
    <w:p w14:paraId="74679467" w14:textId="1FF9C77F" w:rsidR="00D261B9" w:rsidRDefault="00980B3A">
      <w:pPr>
        <w:spacing w:after="0"/>
      </w:pPr>
      <w:r>
        <w:rPr>
          <w:rFonts w:ascii="Arial" w:hAnsi="Arial"/>
        </w:rPr>
        <w:t>So, when you say faster. So, you said the ones at the bottom are gonna float to the top and the ones at the top are gonna stay where they are. So, but the ones at the top are gonna go faster, faster doing what like rising up or faster, making a beeline for the metal or faster doing what?</w:t>
      </w:r>
    </w:p>
    <w:p w14:paraId="44B535A5" w14:textId="77777777" w:rsidR="00D261B9" w:rsidRDefault="00D261B9">
      <w:pPr>
        <w:spacing w:after="0"/>
      </w:pPr>
    </w:p>
    <w:p w14:paraId="76D7D47A" w14:textId="77777777" w:rsidR="00D261B9" w:rsidRDefault="001E1EF2">
      <w:pPr>
        <w:spacing w:after="0"/>
      </w:pPr>
      <w:r>
        <w:rPr>
          <w:rFonts w:ascii="Arial" w:hAnsi="Arial"/>
          <w:b/>
        </w:rPr>
        <w:t xml:space="preserve">Participant #16:  </w:t>
      </w:r>
      <w:r>
        <w:rPr>
          <w:rFonts w:ascii="Arial" w:hAnsi="Arial"/>
          <w:color w:val="5D7284"/>
        </w:rPr>
        <w:t>47:26</w:t>
      </w:r>
    </w:p>
    <w:p w14:paraId="50FF4ED8" w14:textId="6080779A" w:rsidR="00D261B9" w:rsidRDefault="001E1EF2">
      <w:pPr>
        <w:spacing w:after="0"/>
      </w:pPr>
      <w:r>
        <w:rPr>
          <w:rFonts w:ascii="Arial" w:hAnsi="Arial"/>
        </w:rPr>
        <w:t xml:space="preserve">I think just, that's a good question. Because it </w:t>
      </w:r>
      <w:r w:rsidR="00980B3A">
        <w:rPr>
          <w:rFonts w:ascii="Arial" w:hAnsi="Arial"/>
        </w:rPr>
        <w:t>spins,</w:t>
      </w:r>
      <w:r>
        <w:rPr>
          <w:rFonts w:ascii="Arial" w:hAnsi="Arial"/>
        </w:rPr>
        <w:t xml:space="preserve"> I don't know what their natural movement is going to be. When it starts moving, I would think maybe they would go to the middle. So yeah, I'll say that with their movements. </w:t>
      </w:r>
      <w:r w:rsidR="00980B3A">
        <w:rPr>
          <w:rFonts w:ascii="Arial" w:hAnsi="Arial"/>
        </w:rPr>
        <w:t>So,</w:t>
      </w:r>
      <w:r>
        <w:rPr>
          <w:rFonts w:ascii="Arial" w:hAnsi="Arial"/>
        </w:rPr>
        <w:t xml:space="preserve"> while this one is floating, and these are going to the middle of their movements will be faster than the ones at the bottom.</w:t>
      </w:r>
    </w:p>
    <w:p w14:paraId="6D809E57" w14:textId="77777777" w:rsidR="00D261B9" w:rsidRDefault="00D261B9">
      <w:pPr>
        <w:spacing w:after="0"/>
      </w:pPr>
    </w:p>
    <w:p w14:paraId="7A4762B1" w14:textId="77777777" w:rsidR="00D261B9" w:rsidRDefault="001E1EF2">
      <w:pPr>
        <w:spacing w:after="0"/>
      </w:pPr>
      <w:r>
        <w:rPr>
          <w:rFonts w:ascii="Arial" w:hAnsi="Arial"/>
          <w:b/>
        </w:rPr>
        <w:t xml:space="preserve">Interviewer E:  </w:t>
      </w:r>
      <w:r>
        <w:rPr>
          <w:rFonts w:ascii="Arial" w:hAnsi="Arial"/>
          <w:color w:val="5D7284"/>
        </w:rPr>
        <w:t>47:53</w:t>
      </w:r>
    </w:p>
    <w:p w14:paraId="1FA22081" w14:textId="77777777" w:rsidR="00D261B9" w:rsidRDefault="001E1EF2">
      <w:pPr>
        <w:spacing w:after="0"/>
      </w:pPr>
      <w:r>
        <w:rPr>
          <w:rFonts w:ascii="Arial" w:hAnsi="Arial"/>
        </w:rPr>
        <w:t>Alright, well we are gonna turn it on.</w:t>
      </w:r>
    </w:p>
    <w:p w14:paraId="29C5C69D" w14:textId="77777777" w:rsidR="00D261B9" w:rsidRDefault="00D261B9">
      <w:pPr>
        <w:spacing w:after="0"/>
      </w:pPr>
    </w:p>
    <w:p w14:paraId="23612F08" w14:textId="77777777" w:rsidR="00D261B9" w:rsidRDefault="001E1EF2">
      <w:pPr>
        <w:spacing w:after="0"/>
      </w:pPr>
      <w:r>
        <w:rPr>
          <w:rFonts w:ascii="Arial" w:hAnsi="Arial"/>
          <w:b/>
        </w:rPr>
        <w:lastRenderedPageBreak/>
        <w:t xml:space="preserve">Interviewer P:  </w:t>
      </w:r>
      <w:r>
        <w:rPr>
          <w:rFonts w:ascii="Arial" w:hAnsi="Arial"/>
          <w:color w:val="5D7284"/>
        </w:rPr>
        <w:t>47:54</w:t>
      </w:r>
    </w:p>
    <w:p w14:paraId="62561002" w14:textId="406E4FBC" w:rsidR="00D261B9" w:rsidRDefault="001E1EF2">
      <w:pPr>
        <w:spacing w:after="0"/>
      </w:pPr>
      <w:r>
        <w:rPr>
          <w:rFonts w:ascii="Arial" w:hAnsi="Arial"/>
        </w:rPr>
        <w:t xml:space="preserve">The other one so </w:t>
      </w:r>
      <w:r w:rsidR="00980B3A">
        <w:rPr>
          <w:rFonts w:ascii="Arial" w:hAnsi="Arial"/>
        </w:rPr>
        <w:t xml:space="preserve">flip </w:t>
      </w:r>
      <w:r>
        <w:rPr>
          <w:rFonts w:ascii="Arial" w:hAnsi="Arial"/>
        </w:rPr>
        <w:t>that back to forward and I push, um yeah. I don't think you have it turned on on the right the switch on the right isn't turned on, that's the left. I am like. Oh, I didn't realize you were looking at it. Yeah. I thought it was facing you sorry.</w:t>
      </w:r>
    </w:p>
    <w:p w14:paraId="1AB10F38" w14:textId="77777777" w:rsidR="00D261B9" w:rsidRDefault="00D261B9">
      <w:pPr>
        <w:spacing w:after="0"/>
      </w:pPr>
    </w:p>
    <w:p w14:paraId="15A19FCD" w14:textId="77777777" w:rsidR="00D261B9" w:rsidRDefault="001E1EF2">
      <w:pPr>
        <w:spacing w:after="0"/>
      </w:pPr>
      <w:r>
        <w:rPr>
          <w:rFonts w:ascii="Arial" w:hAnsi="Arial"/>
          <w:b/>
        </w:rPr>
        <w:t xml:space="preserve">Interviewer E:  </w:t>
      </w:r>
      <w:r>
        <w:rPr>
          <w:rFonts w:ascii="Arial" w:hAnsi="Arial"/>
          <w:color w:val="5D7284"/>
        </w:rPr>
        <w:t>48:31</w:t>
      </w:r>
    </w:p>
    <w:p w14:paraId="747C47BF" w14:textId="77777777" w:rsidR="00D261B9" w:rsidRDefault="001E1EF2">
      <w:pPr>
        <w:spacing w:after="0"/>
      </w:pPr>
      <w:r>
        <w:rPr>
          <w:rFonts w:ascii="Arial" w:hAnsi="Arial"/>
        </w:rPr>
        <w:t>Alright, so compared to your first initial prediction of what he thought was going to happen, what's going on here with the fish floating and the fish at the bottom.</w:t>
      </w:r>
    </w:p>
    <w:p w14:paraId="5ED96724" w14:textId="77777777" w:rsidR="00D261B9" w:rsidRDefault="00D261B9">
      <w:pPr>
        <w:spacing w:after="0"/>
      </w:pPr>
    </w:p>
    <w:p w14:paraId="5556BA8D" w14:textId="77777777" w:rsidR="00D261B9" w:rsidRDefault="001E1EF2">
      <w:pPr>
        <w:spacing w:after="0"/>
      </w:pPr>
      <w:r>
        <w:rPr>
          <w:rFonts w:ascii="Arial" w:hAnsi="Arial"/>
          <w:b/>
        </w:rPr>
        <w:t xml:space="preserve">Participant #16:  </w:t>
      </w:r>
      <w:r>
        <w:rPr>
          <w:rFonts w:ascii="Arial" w:hAnsi="Arial"/>
          <w:color w:val="5D7284"/>
        </w:rPr>
        <w:t>48:42</w:t>
      </w:r>
    </w:p>
    <w:p w14:paraId="7B3F9154" w14:textId="348D2A51" w:rsidR="00D261B9" w:rsidRDefault="00980B3A">
      <w:pPr>
        <w:spacing w:after="0"/>
      </w:pPr>
      <w:r>
        <w:rPr>
          <w:rFonts w:ascii="Arial" w:hAnsi="Arial"/>
        </w:rPr>
        <w:t xml:space="preserve">Well, one's at the top are definitely, it looks like they're move. And the ones at the bottom are just staying as well. So, I was wrong about them float to the top. But the ones at the top are moving with the water while the water is moving the one's on to the bottom are just staying. </w:t>
      </w:r>
    </w:p>
    <w:p w14:paraId="50B7491D" w14:textId="77777777" w:rsidR="00D261B9" w:rsidRDefault="00D261B9">
      <w:pPr>
        <w:spacing w:after="0"/>
      </w:pPr>
    </w:p>
    <w:p w14:paraId="227CB248" w14:textId="77777777" w:rsidR="00D261B9" w:rsidRDefault="001E1EF2">
      <w:pPr>
        <w:spacing w:after="0"/>
      </w:pPr>
      <w:r>
        <w:rPr>
          <w:rFonts w:ascii="Arial" w:hAnsi="Arial"/>
          <w:b/>
        </w:rPr>
        <w:t xml:space="preserve">Interviewer E:  </w:t>
      </w:r>
      <w:r>
        <w:rPr>
          <w:rFonts w:ascii="Arial" w:hAnsi="Arial"/>
          <w:color w:val="5D7284"/>
        </w:rPr>
        <w:t>49:12</w:t>
      </w:r>
    </w:p>
    <w:p w14:paraId="24D03858" w14:textId="2A06FE31" w:rsidR="00D261B9" w:rsidRDefault="001E1EF2">
      <w:pPr>
        <w:spacing w:after="0"/>
      </w:pPr>
      <w:r>
        <w:rPr>
          <w:rFonts w:ascii="Arial" w:hAnsi="Arial"/>
        </w:rPr>
        <w:t xml:space="preserve">Okay, so you're saying these are moving with the </w:t>
      </w:r>
      <w:r w:rsidR="00980B3A">
        <w:rPr>
          <w:rFonts w:ascii="Arial" w:hAnsi="Arial"/>
        </w:rPr>
        <w:t>water.</w:t>
      </w:r>
      <w:r>
        <w:rPr>
          <w:rFonts w:ascii="Arial" w:hAnsi="Arial"/>
        </w:rPr>
        <w:t xml:space="preserve"> </w:t>
      </w:r>
    </w:p>
    <w:p w14:paraId="630E46AF" w14:textId="77777777" w:rsidR="00D261B9" w:rsidRDefault="00D261B9">
      <w:pPr>
        <w:spacing w:after="0"/>
      </w:pPr>
    </w:p>
    <w:p w14:paraId="35BA82B0" w14:textId="77777777" w:rsidR="00D261B9" w:rsidRDefault="001E1EF2">
      <w:pPr>
        <w:spacing w:after="0"/>
      </w:pPr>
      <w:r>
        <w:rPr>
          <w:rFonts w:ascii="Arial" w:hAnsi="Arial"/>
          <w:b/>
        </w:rPr>
        <w:t xml:space="preserve">Participant #16:  </w:t>
      </w:r>
      <w:r>
        <w:rPr>
          <w:rFonts w:ascii="Arial" w:hAnsi="Arial"/>
          <w:color w:val="5D7284"/>
        </w:rPr>
        <w:t>49:16</w:t>
      </w:r>
    </w:p>
    <w:p w14:paraId="4F346EFB" w14:textId="77777777" w:rsidR="00D261B9" w:rsidRDefault="001E1EF2">
      <w:pPr>
        <w:spacing w:after="0"/>
      </w:pPr>
      <w:r>
        <w:rPr>
          <w:rFonts w:ascii="Arial" w:hAnsi="Arial"/>
        </w:rPr>
        <w:t xml:space="preserve">Yeah. </w:t>
      </w:r>
    </w:p>
    <w:p w14:paraId="2992733E" w14:textId="77777777" w:rsidR="00D261B9" w:rsidRDefault="00D261B9">
      <w:pPr>
        <w:spacing w:after="0"/>
      </w:pPr>
    </w:p>
    <w:p w14:paraId="725BE61D" w14:textId="77777777" w:rsidR="00D261B9" w:rsidRDefault="001E1EF2">
      <w:pPr>
        <w:spacing w:after="0"/>
      </w:pPr>
      <w:r>
        <w:rPr>
          <w:rFonts w:ascii="Arial" w:hAnsi="Arial"/>
          <w:b/>
        </w:rPr>
        <w:t xml:space="preserve">Interviewer E:  </w:t>
      </w:r>
      <w:r>
        <w:rPr>
          <w:rFonts w:ascii="Arial" w:hAnsi="Arial"/>
          <w:color w:val="5D7284"/>
        </w:rPr>
        <w:t>49:16</w:t>
      </w:r>
    </w:p>
    <w:p w14:paraId="4A97E982" w14:textId="77777777" w:rsidR="00D261B9" w:rsidRDefault="001E1EF2">
      <w:pPr>
        <w:spacing w:after="0"/>
      </w:pPr>
      <w:r>
        <w:rPr>
          <w:rFonts w:ascii="Arial" w:hAnsi="Arial"/>
        </w:rPr>
        <w:t>How are the ones at the bottom moving?</w:t>
      </w:r>
    </w:p>
    <w:p w14:paraId="40E60D8C" w14:textId="77777777" w:rsidR="00D261B9" w:rsidRDefault="00D261B9">
      <w:pPr>
        <w:spacing w:after="0"/>
      </w:pPr>
    </w:p>
    <w:p w14:paraId="54A28E39" w14:textId="77777777" w:rsidR="00D261B9" w:rsidRDefault="001E1EF2">
      <w:pPr>
        <w:spacing w:after="0"/>
      </w:pPr>
      <w:r>
        <w:rPr>
          <w:rFonts w:ascii="Arial" w:hAnsi="Arial"/>
          <w:b/>
        </w:rPr>
        <w:t xml:space="preserve">Participant #16:  </w:t>
      </w:r>
      <w:r>
        <w:rPr>
          <w:rFonts w:ascii="Arial" w:hAnsi="Arial"/>
          <w:color w:val="5D7284"/>
        </w:rPr>
        <w:t>49:18</w:t>
      </w:r>
    </w:p>
    <w:p w14:paraId="7B36FCCA" w14:textId="77777777" w:rsidR="00D261B9" w:rsidRDefault="001E1EF2">
      <w:pPr>
        <w:spacing w:after="0"/>
      </w:pPr>
      <w:r>
        <w:rPr>
          <w:rFonts w:ascii="Arial" w:hAnsi="Arial"/>
        </w:rPr>
        <w:t xml:space="preserve">I guess they're just </w:t>
      </w:r>
      <w:r>
        <w:rPr>
          <w:rFonts w:ascii="Arial" w:hAnsi="Arial"/>
        </w:rPr>
        <w:t>still yeah, they're just still.</w:t>
      </w:r>
    </w:p>
    <w:p w14:paraId="078CDAA8" w14:textId="77777777" w:rsidR="00D261B9" w:rsidRDefault="00D261B9">
      <w:pPr>
        <w:spacing w:after="0"/>
      </w:pPr>
    </w:p>
    <w:p w14:paraId="41AD0984" w14:textId="77777777" w:rsidR="00D261B9" w:rsidRDefault="001E1EF2">
      <w:pPr>
        <w:spacing w:after="0"/>
      </w:pPr>
      <w:r>
        <w:rPr>
          <w:rFonts w:ascii="Arial" w:hAnsi="Arial"/>
          <w:b/>
        </w:rPr>
        <w:t xml:space="preserve">Interviewer E:  </w:t>
      </w:r>
      <w:r>
        <w:rPr>
          <w:rFonts w:ascii="Arial" w:hAnsi="Arial"/>
          <w:color w:val="5D7284"/>
        </w:rPr>
        <w:t>49:28</w:t>
      </w:r>
    </w:p>
    <w:p w14:paraId="2652E66B" w14:textId="77777777" w:rsidR="00D261B9" w:rsidRDefault="001E1EF2">
      <w:pPr>
        <w:spacing w:after="0"/>
      </w:pPr>
      <w:r>
        <w:rPr>
          <w:rFonts w:ascii="Arial" w:hAnsi="Arial"/>
        </w:rPr>
        <w:t>Like they're not moving at all.</w:t>
      </w:r>
    </w:p>
    <w:p w14:paraId="555E6C10" w14:textId="77777777" w:rsidR="00D261B9" w:rsidRDefault="00D261B9">
      <w:pPr>
        <w:spacing w:after="0"/>
      </w:pPr>
    </w:p>
    <w:p w14:paraId="22648FCF" w14:textId="77777777" w:rsidR="00D261B9" w:rsidRDefault="001E1EF2">
      <w:pPr>
        <w:spacing w:after="0"/>
      </w:pPr>
      <w:r>
        <w:rPr>
          <w:rFonts w:ascii="Arial" w:hAnsi="Arial"/>
          <w:b/>
        </w:rPr>
        <w:t xml:space="preserve">Interviewer P:  </w:t>
      </w:r>
      <w:r>
        <w:rPr>
          <w:rFonts w:ascii="Arial" w:hAnsi="Arial"/>
          <w:color w:val="5D7284"/>
        </w:rPr>
        <w:t>49:31</w:t>
      </w:r>
    </w:p>
    <w:p w14:paraId="06EDC48E" w14:textId="77777777" w:rsidR="00D261B9" w:rsidRDefault="001E1EF2">
      <w:pPr>
        <w:spacing w:after="0"/>
      </w:pPr>
      <w:r>
        <w:rPr>
          <w:rFonts w:ascii="Arial" w:hAnsi="Arial"/>
        </w:rPr>
        <w:t>Are they moving in a circle?</w:t>
      </w:r>
    </w:p>
    <w:p w14:paraId="6A9A3295" w14:textId="77777777" w:rsidR="00D261B9" w:rsidRDefault="00D261B9">
      <w:pPr>
        <w:spacing w:after="0"/>
      </w:pPr>
    </w:p>
    <w:p w14:paraId="38936468" w14:textId="77777777" w:rsidR="00D261B9" w:rsidRDefault="001E1EF2">
      <w:pPr>
        <w:spacing w:after="0"/>
      </w:pPr>
      <w:r>
        <w:rPr>
          <w:rFonts w:ascii="Arial" w:hAnsi="Arial"/>
          <w:b/>
        </w:rPr>
        <w:t xml:space="preserve">Participant #16:  </w:t>
      </w:r>
      <w:r>
        <w:rPr>
          <w:rFonts w:ascii="Arial" w:hAnsi="Arial"/>
          <w:color w:val="5D7284"/>
        </w:rPr>
        <w:t>49:32</w:t>
      </w:r>
    </w:p>
    <w:p w14:paraId="097FC14D" w14:textId="77777777" w:rsidR="00D261B9" w:rsidRDefault="001E1EF2">
      <w:pPr>
        <w:spacing w:after="0"/>
      </w:pPr>
      <w:r>
        <w:rPr>
          <w:rFonts w:ascii="Arial" w:hAnsi="Arial"/>
        </w:rPr>
        <w:t>Oh my gosh.</w:t>
      </w:r>
    </w:p>
    <w:p w14:paraId="05276072" w14:textId="77777777" w:rsidR="00D261B9" w:rsidRDefault="00D261B9">
      <w:pPr>
        <w:spacing w:after="0"/>
      </w:pPr>
    </w:p>
    <w:p w14:paraId="52ABB51A" w14:textId="77777777" w:rsidR="00D261B9" w:rsidRDefault="001E1EF2">
      <w:pPr>
        <w:spacing w:after="0"/>
      </w:pPr>
      <w:r>
        <w:rPr>
          <w:rFonts w:ascii="Arial" w:hAnsi="Arial"/>
          <w:b/>
        </w:rPr>
        <w:t xml:space="preserve">Interviewer P:  </w:t>
      </w:r>
      <w:r>
        <w:rPr>
          <w:rFonts w:ascii="Arial" w:hAnsi="Arial"/>
          <w:color w:val="5D7284"/>
        </w:rPr>
        <w:t>49:38</w:t>
      </w:r>
    </w:p>
    <w:p w14:paraId="204F8F6C" w14:textId="77777777" w:rsidR="00D261B9" w:rsidRDefault="001E1EF2">
      <w:pPr>
        <w:spacing w:after="0"/>
      </w:pPr>
      <w:r>
        <w:rPr>
          <w:rFonts w:ascii="Arial" w:hAnsi="Arial"/>
        </w:rPr>
        <w:t>Like the hands on a clock.</w:t>
      </w:r>
    </w:p>
    <w:p w14:paraId="273DE812" w14:textId="77777777" w:rsidR="00D261B9" w:rsidRDefault="00D261B9">
      <w:pPr>
        <w:spacing w:after="0"/>
      </w:pPr>
    </w:p>
    <w:p w14:paraId="0CFCB91C" w14:textId="77777777" w:rsidR="00D261B9" w:rsidRDefault="001E1EF2">
      <w:pPr>
        <w:spacing w:after="0"/>
      </w:pPr>
      <w:r>
        <w:rPr>
          <w:rFonts w:ascii="Arial" w:hAnsi="Arial"/>
          <w:b/>
        </w:rPr>
        <w:t xml:space="preserve">Participant #16:  </w:t>
      </w:r>
      <w:r>
        <w:rPr>
          <w:rFonts w:ascii="Arial" w:hAnsi="Arial"/>
          <w:color w:val="5D7284"/>
        </w:rPr>
        <w:t>49:41</w:t>
      </w:r>
    </w:p>
    <w:p w14:paraId="56560DFC" w14:textId="77777777" w:rsidR="00D261B9" w:rsidRDefault="001E1EF2">
      <w:pPr>
        <w:spacing w:after="0"/>
      </w:pPr>
      <w:r>
        <w:rPr>
          <w:rFonts w:ascii="Arial" w:hAnsi="Arial"/>
        </w:rPr>
        <w:t>Oh, yeah. They're moving around, but they're not moving from the spot, is what I mean, yeah.</w:t>
      </w:r>
    </w:p>
    <w:p w14:paraId="3E6359D5" w14:textId="77777777" w:rsidR="00D261B9" w:rsidRDefault="00D261B9">
      <w:pPr>
        <w:spacing w:after="0"/>
      </w:pPr>
    </w:p>
    <w:p w14:paraId="047A1FB1" w14:textId="77777777" w:rsidR="00D261B9" w:rsidRDefault="001E1EF2">
      <w:pPr>
        <w:spacing w:after="0"/>
      </w:pPr>
      <w:r>
        <w:rPr>
          <w:rFonts w:ascii="Arial" w:hAnsi="Arial"/>
          <w:b/>
        </w:rPr>
        <w:t xml:space="preserve">Interviewer E:  </w:t>
      </w:r>
      <w:r>
        <w:rPr>
          <w:rFonts w:ascii="Arial" w:hAnsi="Arial"/>
          <w:color w:val="5D7284"/>
        </w:rPr>
        <w:t>49:48</w:t>
      </w:r>
    </w:p>
    <w:p w14:paraId="5C1E7E93" w14:textId="77777777" w:rsidR="00D261B9" w:rsidRDefault="001E1EF2">
      <w:pPr>
        <w:spacing w:after="0"/>
      </w:pPr>
      <w:r>
        <w:rPr>
          <w:rFonts w:ascii="Arial" w:hAnsi="Arial"/>
        </w:rPr>
        <w:t>What about their actual, like, compared to the original placement they were in like, has their placement changed at all?</w:t>
      </w:r>
    </w:p>
    <w:p w14:paraId="18EAACDD" w14:textId="77777777" w:rsidR="00D261B9" w:rsidRDefault="00D261B9">
      <w:pPr>
        <w:spacing w:after="0"/>
      </w:pPr>
    </w:p>
    <w:p w14:paraId="7DF65D7E" w14:textId="77777777" w:rsidR="00D261B9" w:rsidRDefault="001E1EF2">
      <w:pPr>
        <w:spacing w:after="0"/>
      </w:pPr>
      <w:r>
        <w:rPr>
          <w:rFonts w:ascii="Arial" w:hAnsi="Arial"/>
          <w:b/>
        </w:rPr>
        <w:t xml:space="preserve">Participant #16:  </w:t>
      </w:r>
      <w:r>
        <w:rPr>
          <w:rFonts w:ascii="Arial" w:hAnsi="Arial"/>
          <w:color w:val="5D7284"/>
        </w:rPr>
        <w:t>49:57</w:t>
      </w:r>
    </w:p>
    <w:p w14:paraId="6F6DA85A" w14:textId="77777777" w:rsidR="00D261B9" w:rsidRDefault="001E1EF2">
      <w:pPr>
        <w:spacing w:after="0"/>
      </w:pPr>
      <w:r>
        <w:rPr>
          <w:rFonts w:ascii="Arial" w:hAnsi="Arial"/>
        </w:rPr>
        <w:t>For the most some of them are, they like, like that one.</w:t>
      </w:r>
    </w:p>
    <w:p w14:paraId="5CE06F04" w14:textId="77777777" w:rsidR="00D261B9" w:rsidRDefault="00D261B9">
      <w:pPr>
        <w:spacing w:after="0"/>
      </w:pPr>
    </w:p>
    <w:p w14:paraId="290FE311" w14:textId="77777777" w:rsidR="00D261B9" w:rsidRDefault="001E1EF2">
      <w:pPr>
        <w:spacing w:after="0"/>
      </w:pPr>
      <w:r>
        <w:rPr>
          <w:rFonts w:ascii="Arial" w:hAnsi="Arial"/>
          <w:b/>
        </w:rPr>
        <w:t xml:space="preserve">Interviewer E:  </w:t>
      </w:r>
      <w:r>
        <w:rPr>
          <w:rFonts w:ascii="Arial" w:hAnsi="Arial"/>
          <w:color w:val="5D7284"/>
        </w:rPr>
        <w:t>50:06</w:t>
      </w:r>
    </w:p>
    <w:p w14:paraId="6186CB41" w14:textId="77777777" w:rsidR="00D261B9" w:rsidRDefault="001E1EF2">
      <w:pPr>
        <w:spacing w:after="0"/>
      </w:pPr>
      <w:r>
        <w:rPr>
          <w:rFonts w:ascii="Arial" w:hAnsi="Arial"/>
        </w:rPr>
        <w:t>That guy has been like an outlier, this entire day so far.</w:t>
      </w:r>
    </w:p>
    <w:p w14:paraId="0B3072C7" w14:textId="77777777" w:rsidR="00D261B9" w:rsidRDefault="00D261B9">
      <w:pPr>
        <w:spacing w:after="0"/>
      </w:pPr>
    </w:p>
    <w:p w14:paraId="5CB000ED" w14:textId="77777777" w:rsidR="00D261B9" w:rsidRDefault="001E1EF2">
      <w:pPr>
        <w:spacing w:after="0"/>
      </w:pPr>
      <w:r>
        <w:rPr>
          <w:rFonts w:ascii="Arial" w:hAnsi="Arial"/>
          <w:b/>
        </w:rPr>
        <w:t xml:space="preserve">Participant #16:  </w:t>
      </w:r>
      <w:r>
        <w:rPr>
          <w:rFonts w:ascii="Arial" w:hAnsi="Arial"/>
          <w:color w:val="5D7284"/>
        </w:rPr>
        <w:t>50:11</w:t>
      </w:r>
    </w:p>
    <w:p w14:paraId="67206C9F" w14:textId="77777777" w:rsidR="00D261B9" w:rsidRDefault="001E1EF2">
      <w:pPr>
        <w:spacing w:after="0"/>
      </w:pPr>
      <w:r>
        <w:rPr>
          <w:rFonts w:ascii="Arial" w:hAnsi="Arial"/>
        </w:rPr>
        <w:t xml:space="preserve">Most of them are in the same place at the same position. Maybe once they started </w:t>
      </w:r>
      <w:r>
        <w:rPr>
          <w:rFonts w:ascii="Arial" w:hAnsi="Arial"/>
        </w:rPr>
        <w:t>moving, they like flipped upside down or swapped left and right. But for the most part, they're the same.</w:t>
      </w:r>
    </w:p>
    <w:p w14:paraId="61F3F882" w14:textId="77777777" w:rsidR="00D261B9" w:rsidRDefault="00D261B9">
      <w:pPr>
        <w:spacing w:after="0"/>
      </w:pPr>
    </w:p>
    <w:p w14:paraId="679190E1" w14:textId="77777777" w:rsidR="00D261B9" w:rsidRDefault="001E1EF2">
      <w:pPr>
        <w:spacing w:after="0"/>
      </w:pPr>
      <w:r>
        <w:rPr>
          <w:rFonts w:ascii="Arial" w:hAnsi="Arial"/>
          <w:b/>
        </w:rPr>
        <w:t xml:space="preserve">Interviewer E:  </w:t>
      </w:r>
      <w:r>
        <w:rPr>
          <w:rFonts w:ascii="Arial" w:hAnsi="Arial"/>
          <w:color w:val="5D7284"/>
        </w:rPr>
        <w:t>50:23</w:t>
      </w:r>
    </w:p>
    <w:p w14:paraId="566FF907" w14:textId="77777777" w:rsidR="00D261B9" w:rsidRDefault="001E1EF2">
      <w:pPr>
        <w:spacing w:after="0"/>
      </w:pPr>
      <w:r>
        <w:rPr>
          <w:rFonts w:ascii="Arial" w:hAnsi="Arial"/>
        </w:rPr>
        <w:t>What would you say about the movement of the fish on the outer Rim? Compared to like, the two the two dudes chillin in the center?</w:t>
      </w:r>
    </w:p>
    <w:p w14:paraId="20B173F6" w14:textId="77777777" w:rsidR="00D261B9" w:rsidRDefault="00D261B9">
      <w:pPr>
        <w:spacing w:after="0"/>
      </w:pPr>
    </w:p>
    <w:p w14:paraId="52BA65DB" w14:textId="77777777" w:rsidR="00D261B9" w:rsidRDefault="001E1EF2">
      <w:pPr>
        <w:spacing w:after="0"/>
      </w:pPr>
      <w:r>
        <w:rPr>
          <w:rFonts w:ascii="Arial" w:hAnsi="Arial"/>
          <w:b/>
        </w:rPr>
        <w:t xml:space="preserve">Participant #16:  </w:t>
      </w:r>
      <w:r>
        <w:rPr>
          <w:rFonts w:ascii="Arial" w:hAnsi="Arial"/>
          <w:color w:val="5D7284"/>
        </w:rPr>
        <w:t>50:32</w:t>
      </w:r>
    </w:p>
    <w:p w14:paraId="53E252F5" w14:textId="4900A8A6" w:rsidR="00D261B9" w:rsidRDefault="001E1EF2">
      <w:pPr>
        <w:spacing w:after="0"/>
      </w:pPr>
      <w:r>
        <w:rPr>
          <w:rFonts w:ascii="Arial" w:hAnsi="Arial"/>
        </w:rPr>
        <w:t xml:space="preserve">Yeah. The one's, they look, the same, like they're both in both </w:t>
      </w:r>
      <w:r w:rsidR="00980B3A">
        <w:rPr>
          <w:rFonts w:ascii="Arial" w:hAnsi="Arial"/>
        </w:rPr>
        <w:t>perspectives</w:t>
      </w:r>
      <w:r>
        <w:rPr>
          <w:rFonts w:ascii="Arial" w:hAnsi="Arial"/>
        </w:rPr>
        <w:t>, they're not moving. Maybe the one middle is moving a little faster because it's in the middle. And it's not towards the sides, but they're still in the same position. They're not.</w:t>
      </w:r>
    </w:p>
    <w:p w14:paraId="2C955706" w14:textId="77777777" w:rsidR="00D261B9" w:rsidRDefault="00D261B9">
      <w:pPr>
        <w:spacing w:after="0"/>
      </w:pPr>
    </w:p>
    <w:p w14:paraId="783848BC" w14:textId="77777777" w:rsidR="00D261B9" w:rsidRDefault="001E1EF2">
      <w:pPr>
        <w:spacing w:after="0"/>
      </w:pPr>
      <w:r>
        <w:rPr>
          <w:rFonts w:ascii="Arial" w:hAnsi="Arial"/>
          <w:b/>
        </w:rPr>
        <w:t xml:space="preserve">Interviewer E:  </w:t>
      </w:r>
      <w:r>
        <w:rPr>
          <w:rFonts w:ascii="Arial" w:hAnsi="Arial"/>
          <w:color w:val="5D7284"/>
        </w:rPr>
        <w:t>51:00</w:t>
      </w:r>
    </w:p>
    <w:p w14:paraId="224B400C" w14:textId="37C38D8B" w:rsidR="00D261B9" w:rsidRDefault="001E1EF2">
      <w:pPr>
        <w:spacing w:after="0"/>
      </w:pPr>
      <w:r>
        <w:rPr>
          <w:rFonts w:ascii="Arial" w:hAnsi="Arial"/>
        </w:rPr>
        <w:t xml:space="preserve">As when I like dropped them </w:t>
      </w:r>
      <w:r w:rsidR="00980B3A">
        <w:rPr>
          <w:rFonts w:ascii="Arial" w:hAnsi="Arial"/>
        </w:rPr>
        <w:t>in.</w:t>
      </w:r>
    </w:p>
    <w:p w14:paraId="3BE4C77A" w14:textId="77777777" w:rsidR="00D261B9" w:rsidRDefault="00D261B9">
      <w:pPr>
        <w:spacing w:after="0"/>
      </w:pPr>
    </w:p>
    <w:p w14:paraId="52C57939" w14:textId="77777777" w:rsidR="00D261B9" w:rsidRDefault="001E1EF2">
      <w:pPr>
        <w:spacing w:after="0"/>
      </w:pPr>
      <w:r>
        <w:rPr>
          <w:rFonts w:ascii="Arial" w:hAnsi="Arial"/>
          <w:b/>
        </w:rPr>
        <w:t xml:space="preserve">Participant #16:  </w:t>
      </w:r>
      <w:r>
        <w:rPr>
          <w:rFonts w:ascii="Arial" w:hAnsi="Arial"/>
          <w:color w:val="5D7284"/>
        </w:rPr>
        <w:t>51:03</w:t>
      </w:r>
    </w:p>
    <w:p w14:paraId="7CC85ABE" w14:textId="77777777" w:rsidR="00D261B9" w:rsidRDefault="001E1EF2">
      <w:pPr>
        <w:spacing w:after="0"/>
      </w:pPr>
      <w:r>
        <w:rPr>
          <w:rFonts w:ascii="Arial" w:hAnsi="Arial"/>
        </w:rPr>
        <w:t>I think I don't really remember the ones in the middle. I wasn't looking at them. But.</w:t>
      </w:r>
    </w:p>
    <w:p w14:paraId="2D4E1F77" w14:textId="77777777" w:rsidR="00D261B9" w:rsidRDefault="00D261B9">
      <w:pPr>
        <w:spacing w:after="0"/>
      </w:pPr>
    </w:p>
    <w:p w14:paraId="2919D60C" w14:textId="77777777" w:rsidR="00D261B9" w:rsidRDefault="001E1EF2">
      <w:pPr>
        <w:spacing w:after="0"/>
      </w:pPr>
      <w:r>
        <w:rPr>
          <w:rFonts w:ascii="Arial" w:hAnsi="Arial"/>
          <w:b/>
        </w:rPr>
        <w:t xml:space="preserve">Interviewer E:  </w:t>
      </w:r>
      <w:r>
        <w:rPr>
          <w:rFonts w:ascii="Arial" w:hAnsi="Arial"/>
          <w:color w:val="5D7284"/>
        </w:rPr>
        <w:t>51:10</w:t>
      </w:r>
    </w:p>
    <w:p w14:paraId="5F355E94" w14:textId="77777777" w:rsidR="00D261B9" w:rsidRDefault="001E1EF2">
      <w:pPr>
        <w:spacing w:after="0"/>
      </w:pPr>
      <w:r>
        <w:rPr>
          <w:rFonts w:ascii="Arial" w:hAnsi="Arial"/>
        </w:rPr>
        <w:t xml:space="preserve">What about the ones on the top? Have they moved around at all? </w:t>
      </w:r>
    </w:p>
    <w:p w14:paraId="1D7A33E7" w14:textId="77777777" w:rsidR="00D261B9" w:rsidRDefault="00D261B9">
      <w:pPr>
        <w:spacing w:after="0"/>
      </w:pPr>
    </w:p>
    <w:p w14:paraId="7425DA1D" w14:textId="77777777" w:rsidR="00D261B9" w:rsidRDefault="001E1EF2">
      <w:pPr>
        <w:spacing w:after="0"/>
      </w:pPr>
      <w:r>
        <w:rPr>
          <w:rFonts w:ascii="Arial" w:hAnsi="Arial"/>
          <w:b/>
        </w:rPr>
        <w:t xml:space="preserve">Participant #16:  </w:t>
      </w:r>
      <w:r>
        <w:rPr>
          <w:rFonts w:ascii="Arial" w:hAnsi="Arial"/>
          <w:color w:val="5D7284"/>
        </w:rPr>
        <w:t>51:14</w:t>
      </w:r>
    </w:p>
    <w:p w14:paraId="6B2D8963" w14:textId="77777777" w:rsidR="00D261B9" w:rsidRDefault="001E1EF2">
      <w:pPr>
        <w:spacing w:after="0"/>
      </w:pPr>
      <w:r>
        <w:rPr>
          <w:rFonts w:ascii="Arial" w:hAnsi="Arial"/>
        </w:rPr>
        <w:t>They've.</w:t>
      </w:r>
    </w:p>
    <w:p w14:paraId="4CFC88BC" w14:textId="77777777" w:rsidR="00D261B9" w:rsidRDefault="00D261B9">
      <w:pPr>
        <w:spacing w:after="0"/>
      </w:pPr>
    </w:p>
    <w:p w14:paraId="0F16722F" w14:textId="77777777" w:rsidR="00D261B9" w:rsidRDefault="001E1EF2">
      <w:pPr>
        <w:spacing w:after="0"/>
      </w:pPr>
      <w:r>
        <w:rPr>
          <w:rFonts w:ascii="Arial" w:hAnsi="Arial"/>
          <w:b/>
        </w:rPr>
        <w:t xml:space="preserve">Interviewer E:  </w:t>
      </w:r>
      <w:r>
        <w:rPr>
          <w:rFonts w:ascii="Arial" w:hAnsi="Arial"/>
          <w:color w:val="5D7284"/>
        </w:rPr>
        <w:t>51:15</w:t>
      </w:r>
    </w:p>
    <w:p w14:paraId="6B273F67" w14:textId="77777777" w:rsidR="00D261B9" w:rsidRDefault="001E1EF2">
      <w:pPr>
        <w:spacing w:after="0"/>
      </w:pPr>
      <w:r>
        <w:rPr>
          <w:rFonts w:ascii="Arial" w:hAnsi="Arial"/>
        </w:rPr>
        <w:t>From their original, When I had put them in everywhere.</w:t>
      </w:r>
    </w:p>
    <w:p w14:paraId="5BB83373" w14:textId="77777777" w:rsidR="00D261B9" w:rsidRDefault="00D261B9">
      <w:pPr>
        <w:spacing w:after="0"/>
      </w:pPr>
    </w:p>
    <w:p w14:paraId="449AA54F" w14:textId="77777777" w:rsidR="00D261B9" w:rsidRDefault="001E1EF2">
      <w:pPr>
        <w:spacing w:after="0"/>
      </w:pPr>
      <w:r>
        <w:rPr>
          <w:rFonts w:ascii="Arial" w:hAnsi="Arial"/>
          <w:b/>
        </w:rPr>
        <w:t xml:space="preserve">Participant #16:  </w:t>
      </w:r>
      <w:r>
        <w:rPr>
          <w:rFonts w:ascii="Arial" w:hAnsi="Arial"/>
          <w:color w:val="5D7284"/>
        </w:rPr>
        <w:t>51:17</w:t>
      </w:r>
    </w:p>
    <w:p w14:paraId="7BC49C11" w14:textId="77777777" w:rsidR="00D261B9" w:rsidRDefault="001E1EF2">
      <w:pPr>
        <w:spacing w:after="0"/>
      </w:pPr>
      <w:r>
        <w:rPr>
          <w:rFonts w:ascii="Arial" w:hAnsi="Arial"/>
        </w:rPr>
        <w:t xml:space="preserve">Yeah, they've come to the middle of the bowl. Yeah, they're also kind of like </w:t>
      </w:r>
      <w:r>
        <w:rPr>
          <w:rFonts w:ascii="Arial" w:hAnsi="Arial"/>
        </w:rPr>
        <w:t>moving within itself. Like, moving left to right. Kind of like swirling within itself, while also swirling in the.</w:t>
      </w:r>
    </w:p>
    <w:p w14:paraId="40A4263F" w14:textId="77777777" w:rsidR="00D261B9" w:rsidRDefault="00D261B9">
      <w:pPr>
        <w:spacing w:after="0"/>
      </w:pPr>
    </w:p>
    <w:p w14:paraId="745C1247" w14:textId="77777777" w:rsidR="00D261B9" w:rsidRDefault="001E1EF2">
      <w:pPr>
        <w:spacing w:after="0"/>
      </w:pPr>
      <w:r>
        <w:rPr>
          <w:rFonts w:ascii="Arial" w:hAnsi="Arial"/>
          <w:b/>
        </w:rPr>
        <w:t xml:space="preserve">Interviewer E:  </w:t>
      </w:r>
      <w:r>
        <w:rPr>
          <w:rFonts w:ascii="Arial" w:hAnsi="Arial"/>
          <w:color w:val="5D7284"/>
        </w:rPr>
        <w:t>51:37</w:t>
      </w:r>
    </w:p>
    <w:p w14:paraId="0B36345E" w14:textId="77777777" w:rsidR="00D261B9" w:rsidRDefault="001E1EF2">
      <w:pPr>
        <w:spacing w:after="0"/>
      </w:pPr>
      <w:r>
        <w:rPr>
          <w:rFonts w:ascii="Arial" w:hAnsi="Arial"/>
        </w:rPr>
        <w:t xml:space="preserve">And which would you would you say is moving faster the fish on top of the water or the fish at the bottom? </w:t>
      </w:r>
    </w:p>
    <w:p w14:paraId="3983B651" w14:textId="77777777" w:rsidR="00D261B9" w:rsidRDefault="00D261B9">
      <w:pPr>
        <w:spacing w:after="0"/>
      </w:pPr>
    </w:p>
    <w:p w14:paraId="0CF615CC" w14:textId="77777777" w:rsidR="00D261B9" w:rsidRDefault="001E1EF2">
      <w:pPr>
        <w:spacing w:after="0"/>
      </w:pPr>
      <w:r>
        <w:rPr>
          <w:rFonts w:ascii="Arial" w:hAnsi="Arial"/>
          <w:b/>
        </w:rPr>
        <w:t xml:space="preserve">Participant #16:  </w:t>
      </w:r>
      <w:r>
        <w:rPr>
          <w:rFonts w:ascii="Arial" w:hAnsi="Arial"/>
          <w:color w:val="5D7284"/>
        </w:rPr>
        <w:t>51:44</w:t>
      </w:r>
    </w:p>
    <w:p w14:paraId="57AEFAD1" w14:textId="77777777" w:rsidR="00D261B9" w:rsidRDefault="001E1EF2">
      <w:pPr>
        <w:spacing w:after="0"/>
      </w:pPr>
      <w:r>
        <w:rPr>
          <w:rFonts w:ascii="Arial" w:hAnsi="Arial"/>
        </w:rPr>
        <w:lastRenderedPageBreak/>
        <w:t>The fish on the top.</w:t>
      </w:r>
    </w:p>
    <w:p w14:paraId="6ED8F73E" w14:textId="77777777" w:rsidR="00D261B9" w:rsidRDefault="00D261B9">
      <w:pPr>
        <w:spacing w:after="0"/>
      </w:pPr>
    </w:p>
    <w:p w14:paraId="14920521" w14:textId="77777777" w:rsidR="00D261B9" w:rsidRDefault="001E1EF2">
      <w:pPr>
        <w:spacing w:after="0"/>
      </w:pPr>
      <w:r>
        <w:rPr>
          <w:rFonts w:ascii="Arial" w:hAnsi="Arial"/>
          <w:b/>
        </w:rPr>
        <w:t xml:space="preserve">Interviewer E:  </w:t>
      </w:r>
      <w:r>
        <w:rPr>
          <w:rFonts w:ascii="Arial" w:hAnsi="Arial"/>
          <w:color w:val="5D7284"/>
        </w:rPr>
        <w:t>51:45</w:t>
      </w:r>
    </w:p>
    <w:p w14:paraId="40DB835A" w14:textId="729FF335" w:rsidR="00D261B9" w:rsidRDefault="001E1EF2">
      <w:pPr>
        <w:spacing w:after="0"/>
      </w:pPr>
      <w:r>
        <w:rPr>
          <w:rFonts w:ascii="Arial" w:hAnsi="Arial"/>
        </w:rPr>
        <w:t xml:space="preserve">You know I think that this fish </w:t>
      </w:r>
      <w:r w:rsidR="00980B3A">
        <w:rPr>
          <w:rFonts w:ascii="Arial" w:hAnsi="Arial"/>
        </w:rPr>
        <w:t>guy...</w:t>
      </w:r>
      <w:r>
        <w:rPr>
          <w:rFonts w:ascii="Arial" w:hAnsi="Arial"/>
        </w:rPr>
        <w:t xml:space="preserve"> came back up. </w:t>
      </w:r>
    </w:p>
    <w:p w14:paraId="404AEEA9" w14:textId="77777777" w:rsidR="00D261B9" w:rsidRDefault="00D261B9">
      <w:pPr>
        <w:spacing w:after="0"/>
      </w:pPr>
    </w:p>
    <w:p w14:paraId="15B29081" w14:textId="77777777" w:rsidR="00D261B9" w:rsidRDefault="001E1EF2">
      <w:pPr>
        <w:spacing w:after="0"/>
      </w:pPr>
      <w:r>
        <w:rPr>
          <w:rFonts w:ascii="Arial" w:hAnsi="Arial"/>
          <w:b/>
        </w:rPr>
        <w:t xml:space="preserve">Participant #16:  </w:t>
      </w:r>
      <w:r>
        <w:rPr>
          <w:rFonts w:ascii="Arial" w:hAnsi="Arial"/>
          <w:color w:val="5D7284"/>
        </w:rPr>
        <w:t>51:48</w:t>
      </w:r>
    </w:p>
    <w:p w14:paraId="7E5E66CC" w14:textId="77777777" w:rsidR="00D261B9" w:rsidRDefault="001E1EF2">
      <w:pPr>
        <w:spacing w:after="0"/>
      </w:pPr>
      <w:r>
        <w:rPr>
          <w:rFonts w:ascii="Arial" w:hAnsi="Arial"/>
        </w:rPr>
        <w:t>He did I don't know where he went.</w:t>
      </w:r>
    </w:p>
    <w:p w14:paraId="069A9A52" w14:textId="77777777" w:rsidR="00D261B9" w:rsidRDefault="00D261B9">
      <w:pPr>
        <w:spacing w:after="0"/>
      </w:pPr>
    </w:p>
    <w:p w14:paraId="741EF927" w14:textId="77777777" w:rsidR="00D261B9" w:rsidRDefault="001E1EF2">
      <w:pPr>
        <w:spacing w:after="0"/>
      </w:pPr>
      <w:r>
        <w:rPr>
          <w:rFonts w:ascii="Arial" w:hAnsi="Arial"/>
          <w:b/>
        </w:rPr>
        <w:t xml:space="preserve">Interviewer P:  </w:t>
      </w:r>
      <w:r>
        <w:rPr>
          <w:rFonts w:ascii="Arial" w:hAnsi="Arial"/>
          <w:color w:val="5D7284"/>
        </w:rPr>
        <w:t>51:51</w:t>
      </w:r>
    </w:p>
    <w:p w14:paraId="6349444D" w14:textId="77777777" w:rsidR="00D261B9" w:rsidRDefault="001E1EF2">
      <w:pPr>
        <w:spacing w:after="0"/>
      </w:pPr>
      <w:r>
        <w:rPr>
          <w:rFonts w:ascii="Arial" w:hAnsi="Arial"/>
        </w:rPr>
        <w:t>We've been laughing about that guy actually looks like a real fish does.</w:t>
      </w:r>
    </w:p>
    <w:p w14:paraId="0CCE36D6" w14:textId="77777777" w:rsidR="00D261B9" w:rsidRDefault="00D261B9">
      <w:pPr>
        <w:spacing w:after="0"/>
      </w:pPr>
    </w:p>
    <w:p w14:paraId="5E1A62B1" w14:textId="77777777" w:rsidR="00D261B9" w:rsidRDefault="001E1EF2">
      <w:pPr>
        <w:spacing w:after="0"/>
      </w:pPr>
      <w:r>
        <w:rPr>
          <w:rFonts w:ascii="Arial" w:hAnsi="Arial"/>
          <w:b/>
        </w:rPr>
        <w:t xml:space="preserve">Participant #16:  </w:t>
      </w:r>
      <w:r>
        <w:rPr>
          <w:rFonts w:ascii="Arial" w:hAnsi="Arial"/>
          <w:color w:val="5D7284"/>
        </w:rPr>
        <w:t>51:54</w:t>
      </w:r>
    </w:p>
    <w:p w14:paraId="35490DEC" w14:textId="77777777" w:rsidR="00D261B9" w:rsidRDefault="001E1EF2">
      <w:pPr>
        <w:spacing w:after="0"/>
      </w:pPr>
      <w:r>
        <w:rPr>
          <w:rFonts w:ascii="Arial" w:hAnsi="Arial"/>
        </w:rPr>
        <w:t>It does, but it does, that is really funny.</w:t>
      </w:r>
    </w:p>
    <w:p w14:paraId="4EA7E69B" w14:textId="77777777" w:rsidR="00D261B9" w:rsidRDefault="00D261B9">
      <w:pPr>
        <w:spacing w:after="0"/>
      </w:pPr>
    </w:p>
    <w:p w14:paraId="1A46BA47" w14:textId="77777777" w:rsidR="00D261B9" w:rsidRDefault="001E1EF2">
      <w:pPr>
        <w:spacing w:after="0"/>
      </w:pPr>
      <w:r>
        <w:rPr>
          <w:rFonts w:ascii="Arial" w:hAnsi="Arial"/>
          <w:b/>
        </w:rPr>
        <w:t xml:space="preserve">Interviewer E:  </w:t>
      </w:r>
      <w:r>
        <w:rPr>
          <w:rFonts w:ascii="Arial" w:hAnsi="Arial"/>
          <w:color w:val="5D7284"/>
        </w:rPr>
        <w:t>51:57</w:t>
      </w:r>
    </w:p>
    <w:p w14:paraId="2664F3D6" w14:textId="6D407F8F" w:rsidR="00D261B9" w:rsidRDefault="001E1EF2">
      <w:pPr>
        <w:spacing w:after="0"/>
      </w:pPr>
      <w:r>
        <w:rPr>
          <w:rFonts w:ascii="Arial" w:hAnsi="Arial"/>
        </w:rPr>
        <w:t xml:space="preserve">Not only is he going around the rim, he </w:t>
      </w:r>
      <w:r w:rsidR="00980B3A">
        <w:rPr>
          <w:rFonts w:ascii="Arial" w:hAnsi="Arial"/>
        </w:rPr>
        <w:t>also...</w:t>
      </w:r>
      <w:r>
        <w:rPr>
          <w:rFonts w:ascii="Arial" w:hAnsi="Arial"/>
        </w:rPr>
        <w:t xml:space="preserve"> he is a rebel. And </w:t>
      </w:r>
      <w:r w:rsidR="00980B3A">
        <w:rPr>
          <w:rFonts w:ascii="Arial" w:hAnsi="Arial"/>
        </w:rPr>
        <w:t>so,</w:t>
      </w:r>
      <w:r>
        <w:rPr>
          <w:rFonts w:ascii="Arial" w:hAnsi="Arial"/>
        </w:rPr>
        <w:t xml:space="preserve"> you said which ones did you think was going faster?</w:t>
      </w:r>
    </w:p>
    <w:p w14:paraId="09EB1B82" w14:textId="77777777" w:rsidR="00D261B9" w:rsidRDefault="00D261B9">
      <w:pPr>
        <w:spacing w:after="0"/>
      </w:pPr>
    </w:p>
    <w:p w14:paraId="1B8AF7A3" w14:textId="77777777" w:rsidR="00D261B9" w:rsidRDefault="001E1EF2">
      <w:pPr>
        <w:spacing w:after="0"/>
      </w:pPr>
      <w:r>
        <w:rPr>
          <w:rFonts w:ascii="Arial" w:hAnsi="Arial"/>
          <w:b/>
        </w:rPr>
        <w:t xml:space="preserve">Participant #16:  </w:t>
      </w:r>
      <w:r>
        <w:rPr>
          <w:rFonts w:ascii="Arial" w:hAnsi="Arial"/>
          <w:color w:val="5D7284"/>
        </w:rPr>
        <w:t>52:11</w:t>
      </w:r>
    </w:p>
    <w:p w14:paraId="3D4ADE8A" w14:textId="6785A22F" w:rsidR="00D261B9" w:rsidRDefault="001E1EF2">
      <w:pPr>
        <w:spacing w:after="0"/>
      </w:pPr>
      <w:r>
        <w:rPr>
          <w:rFonts w:ascii="Arial" w:hAnsi="Arial"/>
        </w:rPr>
        <w:t xml:space="preserve">Now that I look at </w:t>
      </w:r>
      <w:r w:rsidR="00980B3A">
        <w:rPr>
          <w:rFonts w:ascii="Arial" w:hAnsi="Arial"/>
        </w:rPr>
        <w:t>them,</w:t>
      </w:r>
      <w:r>
        <w:rPr>
          <w:rFonts w:ascii="Arial" w:hAnsi="Arial"/>
        </w:rPr>
        <w:t xml:space="preserve"> they all look like they're still and just moving with the rotation.</w:t>
      </w:r>
    </w:p>
    <w:p w14:paraId="7C48220E" w14:textId="77777777" w:rsidR="00D261B9" w:rsidRDefault="00D261B9">
      <w:pPr>
        <w:spacing w:after="0"/>
      </w:pPr>
    </w:p>
    <w:p w14:paraId="764F6FB0" w14:textId="77777777" w:rsidR="00D261B9" w:rsidRDefault="001E1EF2">
      <w:pPr>
        <w:spacing w:after="0"/>
      </w:pPr>
      <w:r>
        <w:rPr>
          <w:rFonts w:ascii="Arial" w:hAnsi="Arial"/>
          <w:b/>
        </w:rPr>
        <w:t xml:space="preserve">Interviewer E:  </w:t>
      </w:r>
      <w:r>
        <w:rPr>
          <w:rFonts w:ascii="Arial" w:hAnsi="Arial"/>
          <w:color w:val="5D7284"/>
        </w:rPr>
        <w:t>52:22</w:t>
      </w:r>
    </w:p>
    <w:p w14:paraId="607CB5D6" w14:textId="77777777" w:rsidR="00D261B9" w:rsidRDefault="001E1EF2">
      <w:pPr>
        <w:spacing w:after="0"/>
      </w:pPr>
      <w:r>
        <w:rPr>
          <w:rFonts w:ascii="Arial" w:hAnsi="Arial"/>
        </w:rPr>
        <w:t>Right.</w:t>
      </w:r>
    </w:p>
    <w:p w14:paraId="2B58B92C" w14:textId="77777777" w:rsidR="00D261B9" w:rsidRDefault="00D261B9">
      <w:pPr>
        <w:spacing w:after="0"/>
      </w:pPr>
    </w:p>
    <w:p w14:paraId="05C48C14" w14:textId="77777777" w:rsidR="00D261B9" w:rsidRDefault="001E1EF2">
      <w:pPr>
        <w:spacing w:after="0"/>
      </w:pPr>
      <w:r>
        <w:rPr>
          <w:rFonts w:ascii="Arial" w:hAnsi="Arial"/>
          <w:b/>
        </w:rPr>
        <w:t xml:space="preserve">Participant #16:  </w:t>
      </w:r>
      <w:r>
        <w:rPr>
          <w:rFonts w:ascii="Arial" w:hAnsi="Arial"/>
          <w:color w:val="5D7284"/>
        </w:rPr>
        <w:t>52:22</w:t>
      </w:r>
    </w:p>
    <w:p w14:paraId="603E8C7E" w14:textId="77777777" w:rsidR="00D261B9" w:rsidRDefault="001E1EF2">
      <w:pPr>
        <w:spacing w:after="0"/>
      </w:pPr>
      <w:r>
        <w:rPr>
          <w:rFonts w:ascii="Arial" w:hAnsi="Arial"/>
        </w:rPr>
        <w:t xml:space="preserve">Like at first, it looked like the top was moving faster. They were doing more. They were having more </w:t>
      </w:r>
      <w:r>
        <w:rPr>
          <w:rFonts w:ascii="Arial" w:hAnsi="Arial"/>
        </w:rPr>
        <w:t>motion. But now it's like they are all moving at the same rate.</w:t>
      </w:r>
    </w:p>
    <w:p w14:paraId="5AA0A493" w14:textId="77777777" w:rsidR="00D261B9" w:rsidRDefault="00D261B9">
      <w:pPr>
        <w:spacing w:after="0"/>
      </w:pPr>
    </w:p>
    <w:p w14:paraId="5FD67D55" w14:textId="77777777" w:rsidR="00D261B9" w:rsidRDefault="001E1EF2">
      <w:pPr>
        <w:spacing w:after="0"/>
      </w:pPr>
      <w:r>
        <w:rPr>
          <w:rFonts w:ascii="Arial" w:hAnsi="Arial"/>
          <w:b/>
        </w:rPr>
        <w:t xml:space="preserve">Interviewer E:  </w:t>
      </w:r>
      <w:r>
        <w:rPr>
          <w:rFonts w:ascii="Arial" w:hAnsi="Arial"/>
          <w:color w:val="5D7284"/>
        </w:rPr>
        <w:t>52:31</w:t>
      </w:r>
    </w:p>
    <w:p w14:paraId="42930F3A" w14:textId="77777777" w:rsidR="00D261B9" w:rsidRDefault="001E1EF2">
      <w:pPr>
        <w:spacing w:after="0"/>
      </w:pPr>
      <w:r>
        <w:rPr>
          <w:rFonts w:ascii="Arial" w:hAnsi="Arial"/>
        </w:rPr>
        <w:t>Right. And if you like stood up and compare like to like be able to stand up and see this like this guy compared to like that guy. Like, would you say he's moving faster than he is?</w:t>
      </w:r>
    </w:p>
    <w:p w14:paraId="1EBC0CBF" w14:textId="77777777" w:rsidR="00D261B9" w:rsidRDefault="00D261B9">
      <w:pPr>
        <w:spacing w:after="0"/>
      </w:pPr>
    </w:p>
    <w:p w14:paraId="2F41CBB6" w14:textId="77777777" w:rsidR="00D261B9" w:rsidRDefault="001E1EF2">
      <w:pPr>
        <w:spacing w:after="0"/>
      </w:pPr>
      <w:r>
        <w:rPr>
          <w:rFonts w:ascii="Arial" w:hAnsi="Arial"/>
          <w:b/>
        </w:rPr>
        <w:t xml:space="preserve">Participant #16:  </w:t>
      </w:r>
      <w:r>
        <w:rPr>
          <w:rFonts w:ascii="Arial" w:hAnsi="Arial"/>
          <w:color w:val="5D7284"/>
        </w:rPr>
        <w:t>52:42</w:t>
      </w:r>
    </w:p>
    <w:p w14:paraId="0A30D42C" w14:textId="77777777" w:rsidR="00D261B9" w:rsidRDefault="001E1EF2">
      <w:pPr>
        <w:spacing w:after="0"/>
      </w:pPr>
      <w:r>
        <w:rPr>
          <w:rFonts w:ascii="Arial" w:hAnsi="Arial"/>
        </w:rPr>
        <w:t>Yes, I would say. Yeah.</w:t>
      </w:r>
    </w:p>
    <w:p w14:paraId="0E48414D" w14:textId="77777777" w:rsidR="00D261B9" w:rsidRDefault="00D261B9">
      <w:pPr>
        <w:spacing w:after="0"/>
      </w:pPr>
    </w:p>
    <w:p w14:paraId="04FDEBFC" w14:textId="77777777" w:rsidR="00D261B9" w:rsidRDefault="001E1EF2">
      <w:pPr>
        <w:spacing w:after="0"/>
      </w:pPr>
      <w:r>
        <w:rPr>
          <w:rFonts w:ascii="Arial" w:hAnsi="Arial"/>
          <w:b/>
        </w:rPr>
        <w:t xml:space="preserve">Interviewer P:  </w:t>
      </w:r>
      <w:r>
        <w:rPr>
          <w:rFonts w:ascii="Arial" w:hAnsi="Arial"/>
          <w:color w:val="5D7284"/>
        </w:rPr>
        <w:t>52:49</w:t>
      </w:r>
    </w:p>
    <w:p w14:paraId="1C52E130" w14:textId="77777777" w:rsidR="00D261B9" w:rsidRDefault="001E1EF2">
      <w:pPr>
        <w:spacing w:after="0"/>
      </w:pPr>
      <w:r>
        <w:rPr>
          <w:rFonts w:ascii="Arial" w:hAnsi="Arial"/>
        </w:rPr>
        <w:t>Any thoughts as to why?</w:t>
      </w:r>
    </w:p>
    <w:p w14:paraId="3295C295" w14:textId="77777777" w:rsidR="00D261B9" w:rsidRDefault="00D261B9">
      <w:pPr>
        <w:spacing w:after="0"/>
      </w:pPr>
    </w:p>
    <w:p w14:paraId="3656A74B" w14:textId="77777777" w:rsidR="00D261B9" w:rsidRDefault="001E1EF2">
      <w:pPr>
        <w:spacing w:after="0"/>
      </w:pPr>
      <w:r>
        <w:rPr>
          <w:rFonts w:ascii="Arial" w:hAnsi="Arial"/>
          <w:b/>
        </w:rPr>
        <w:t xml:space="preserve">Participant #16:  </w:t>
      </w:r>
      <w:r>
        <w:rPr>
          <w:rFonts w:ascii="Arial" w:hAnsi="Arial"/>
          <w:color w:val="5D7284"/>
        </w:rPr>
        <w:t>52:50</w:t>
      </w:r>
    </w:p>
    <w:p w14:paraId="355CC7EE" w14:textId="77777777" w:rsidR="00D261B9" w:rsidRDefault="001E1EF2">
      <w:pPr>
        <w:spacing w:after="0"/>
      </w:pPr>
      <w:r>
        <w:rPr>
          <w:rFonts w:ascii="Arial" w:hAnsi="Arial"/>
        </w:rPr>
        <w:t>I have no idea.</w:t>
      </w:r>
    </w:p>
    <w:p w14:paraId="436ECD94" w14:textId="77777777" w:rsidR="00D261B9" w:rsidRDefault="00D261B9">
      <w:pPr>
        <w:spacing w:after="0"/>
      </w:pPr>
    </w:p>
    <w:p w14:paraId="0CD1719F" w14:textId="77777777" w:rsidR="00D261B9" w:rsidRDefault="001E1EF2">
      <w:pPr>
        <w:spacing w:after="0"/>
      </w:pPr>
      <w:r>
        <w:rPr>
          <w:rFonts w:ascii="Arial" w:hAnsi="Arial"/>
          <w:b/>
        </w:rPr>
        <w:t xml:space="preserve">Interviewer E:  </w:t>
      </w:r>
      <w:r>
        <w:rPr>
          <w:rFonts w:ascii="Arial" w:hAnsi="Arial"/>
          <w:color w:val="5D7284"/>
        </w:rPr>
        <w:t>53:00</w:t>
      </w:r>
    </w:p>
    <w:p w14:paraId="5A00A5D8" w14:textId="77777777" w:rsidR="00D261B9" w:rsidRDefault="001E1EF2">
      <w:pPr>
        <w:spacing w:after="0"/>
      </w:pPr>
      <w:r>
        <w:rPr>
          <w:rFonts w:ascii="Arial" w:hAnsi="Arial"/>
        </w:rPr>
        <w:t>You think the ones on the bottom are moving with the water?</w:t>
      </w:r>
    </w:p>
    <w:p w14:paraId="65E73B70" w14:textId="77777777" w:rsidR="00D261B9" w:rsidRDefault="00D261B9">
      <w:pPr>
        <w:spacing w:after="0"/>
      </w:pPr>
    </w:p>
    <w:p w14:paraId="72E02E12" w14:textId="77777777" w:rsidR="00D261B9" w:rsidRDefault="001E1EF2">
      <w:pPr>
        <w:spacing w:after="0"/>
      </w:pPr>
      <w:r>
        <w:rPr>
          <w:rFonts w:ascii="Arial" w:hAnsi="Arial"/>
          <w:b/>
        </w:rPr>
        <w:lastRenderedPageBreak/>
        <w:t xml:space="preserve">Participant #16:  </w:t>
      </w:r>
      <w:r>
        <w:rPr>
          <w:rFonts w:ascii="Arial" w:hAnsi="Arial"/>
          <w:color w:val="5D7284"/>
        </w:rPr>
        <w:t>53:11</w:t>
      </w:r>
    </w:p>
    <w:p w14:paraId="1D546872" w14:textId="77777777" w:rsidR="00D261B9" w:rsidRDefault="001E1EF2">
      <w:pPr>
        <w:spacing w:after="0"/>
      </w:pPr>
      <w:r>
        <w:rPr>
          <w:rFonts w:ascii="Arial" w:hAnsi="Arial"/>
        </w:rPr>
        <w:t xml:space="preserve">Yeah, the ones in the the ones on the bottom have gone to the side, as opposed to the middle. But they are moving. It looks like they're moving faster from like where I'm standing up top. And it looks like the ones in the middle are just rotation. </w:t>
      </w:r>
    </w:p>
    <w:p w14:paraId="4A37934A" w14:textId="77777777" w:rsidR="00D261B9" w:rsidRDefault="00D261B9">
      <w:pPr>
        <w:spacing w:after="0"/>
      </w:pPr>
    </w:p>
    <w:p w14:paraId="511A485C" w14:textId="77777777" w:rsidR="00D261B9" w:rsidRDefault="001E1EF2">
      <w:pPr>
        <w:spacing w:after="0"/>
      </w:pPr>
      <w:r>
        <w:rPr>
          <w:rFonts w:ascii="Arial" w:hAnsi="Arial"/>
          <w:b/>
        </w:rPr>
        <w:t xml:space="preserve">Interviewer E:  </w:t>
      </w:r>
      <w:r>
        <w:rPr>
          <w:rFonts w:ascii="Arial" w:hAnsi="Arial"/>
          <w:color w:val="5D7284"/>
        </w:rPr>
        <w:t>53:31</w:t>
      </w:r>
    </w:p>
    <w:p w14:paraId="7856E063" w14:textId="383FF535" w:rsidR="00D261B9" w:rsidRDefault="001E1EF2">
      <w:pPr>
        <w:spacing w:after="0"/>
      </w:pPr>
      <w:r>
        <w:rPr>
          <w:rFonts w:ascii="Arial" w:hAnsi="Arial"/>
        </w:rPr>
        <w:t xml:space="preserve">Okay, so these ones are just floating going along with the rotation and these ones are </w:t>
      </w:r>
      <w:r w:rsidR="00980B3A">
        <w:rPr>
          <w:rFonts w:ascii="Arial" w:hAnsi="Arial"/>
        </w:rPr>
        <w:t>like.</w:t>
      </w:r>
    </w:p>
    <w:p w14:paraId="37EB368B" w14:textId="77777777" w:rsidR="00D261B9" w:rsidRDefault="00D261B9">
      <w:pPr>
        <w:spacing w:after="0"/>
      </w:pPr>
    </w:p>
    <w:p w14:paraId="559840A5" w14:textId="77777777" w:rsidR="00D261B9" w:rsidRDefault="001E1EF2">
      <w:pPr>
        <w:spacing w:after="0"/>
      </w:pPr>
      <w:r>
        <w:rPr>
          <w:rFonts w:ascii="Arial" w:hAnsi="Arial"/>
          <w:b/>
        </w:rPr>
        <w:t xml:space="preserve">Participant #16:  </w:t>
      </w:r>
      <w:r>
        <w:rPr>
          <w:rFonts w:ascii="Arial" w:hAnsi="Arial"/>
          <w:color w:val="5D7284"/>
        </w:rPr>
        <w:t>53:42</w:t>
      </w:r>
    </w:p>
    <w:p w14:paraId="4CF4E517" w14:textId="77777777" w:rsidR="00D261B9" w:rsidRDefault="001E1EF2">
      <w:pPr>
        <w:spacing w:after="0"/>
      </w:pPr>
      <w:r>
        <w:rPr>
          <w:rFonts w:ascii="Arial" w:hAnsi="Arial"/>
        </w:rPr>
        <w:t>Oh my gosh this is complicated. I think they're all floating with the rotation. But the ones on the bottom look like they're moving faster.</w:t>
      </w:r>
    </w:p>
    <w:p w14:paraId="6A057374" w14:textId="77777777" w:rsidR="00D261B9" w:rsidRDefault="00D261B9">
      <w:pPr>
        <w:spacing w:after="0"/>
      </w:pPr>
    </w:p>
    <w:p w14:paraId="6E2B09A5" w14:textId="77777777" w:rsidR="00D261B9" w:rsidRDefault="001E1EF2">
      <w:pPr>
        <w:spacing w:after="0"/>
      </w:pPr>
      <w:r>
        <w:rPr>
          <w:rFonts w:ascii="Arial" w:hAnsi="Arial"/>
          <w:b/>
        </w:rPr>
        <w:t xml:space="preserve">Interviewer E:  </w:t>
      </w:r>
      <w:r>
        <w:rPr>
          <w:rFonts w:ascii="Arial" w:hAnsi="Arial"/>
          <w:color w:val="5D7284"/>
        </w:rPr>
        <w:t>53:52</w:t>
      </w:r>
    </w:p>
    <w:p w14:paraId="041DFD59" w14:textId="77777777" w:rsidR="00D261B9" w:rsidRDefault="001E1EF2">
      <w:pPr>
        <w:spacing w:after="0"/>
      </w:pPr>
      <w:r>
        <w:rPr>
          <w:rFonts w:ascii="Arial" w:hAnsi="Arial"/>
        </w:rPr>
        <w:t>Right? And do you think they're moving faster because they're going along with the water, because they're going along with the tank?</w:t>
      </w:r>
    </w:p>
    <w:p w14:paraId="0D8D034C" w14:textId="77777777" w:rsidR="00D261B9" w:rsidRDefault="00D261B9">
      <w:pPr>
        <w:spacing w:after="0"/>
      </w:pPr>
    </w:p>
    <w:p w14:paraId="75C4246B" w14:textId="77777777" w:rsidR="00D261B9" w:rsidRDefault="001E1EF2">
      <w:pPr>
        <w:spacing w:after="0"/>
      </w:pPr>
      <w:r>
        <w:rPr>
          <w:rFonts w:ascii="Arial" w:hAnsi="Arial"/>
          <w:b/>
        </w:rPr>
        <w:t xml:space="preserve">Participant #16:  </w:t>
      </w:r>
      <w:r>
        <w:rPr>
          <w:rFonts w:ascii="Arial" w:hAnsi="Arial"/>
          <w:color w:val="5D7284"/>
        </w:rPr>
        <w:t>53:59</w:t>
      </w:r>
    </w:p>
    <w:p w14:paraId="00B6045A" w14:textId="77777777" w:rsidR="00D261B9" w:rsidRDefault="001E1EF2">
      <w:pPr>
        <w:spacing w:after="0"/>
      </w:pPr>
      <w:r>
        <w:rPr>
          <w:rFonts w:ascii="Arial" w:hAnsi="Arial"/>
        </w:rPr>
        <w:t xml:space="preserve">I think because they're </w:t>
      </w:r>
      <w:r>
        <w:rPr>
          <w:rFonts w:ascii="Arial" w:hAnsi="Arial"/>
        </w:rPr>
        <w:t>going along with the tank.</w:t>
      </w:r>
    </w:p>
    <w:p w14:paraId="61D19E53" w14:textId="77777777" w:rsidR="00D261B9" w:rsidRDefault="00D261B9">
      <w:pPr>
        <w:spacing w:after="0"/>
      </w:pPr>
    </w:p>
    <w:p w14:paraId="41B3C7BF" w14:textId="77777777" w:rsidR="00D261B9" w:rsidRDefault="001E1EF2">
      <w:pPr>
        <w:spacing w:after="0"/>
      </w:pPr>
      <w:r>
        <w:rPr>
          <w:rFonts w:ascii="Arial" w:hAnsi="Arial"/>
          <w:b/>
        </w:rPr>
        <w:t xml:space="preserve">Interviewer E:  </w:t>
      </w:r>
      <w:r>
        <w:rPr>
          <w:rFonts w:ascii="Arial" w:hAnsi="Arial"/>
          <w:color w:val="5D7284"/>
        </w:rPr>
        <w:t>54:02</w:t>
      </w:r>
    </w:p>
    <w:p w14:paraId="2902B76A" w14:textId="77777777" w:rsidR="00D261B9" w:rsidRDefault="001E1EF2">
      <w:pPr>
        <w:spacing w:after="0"/>
      </w:pPr>
      <w:r>
        <w:rPr>
          <w:rFonts w:ascii="Arial" w:hAnsi="Arial"/>
        </w:rPr>
        <w:t>Right.</w:t>
      </w:r>
    </w:p>
    <w:p w14:paraId="68432CDB" w14:textId="77777777" w:rsidR="00D261B9" w:rsidRDefault="00D261B9">
      <w:pPr>
        <w:spacing w:after="0"/>
      </w:pPr>
    </w:p>
    <w:p w14:paraId="741CB51B" w14:textId="77777777" w:rsidR="00D261B9" w:rsidRDefault="001E1EF2">
      <w:pPr>
        <w:spacing w:after="0"/>
      </w:pPr>
      <w:r>
        <w:rPr>
          <w:rFonts w:ascii="Arial" w:hAnsi="Arial"/>
          <w:b/>
        </w:rPr>
        <w:t xml:space="preserve">Interviewer P:  </w:t>
      </w:r>
      <w:r>
        <w:rPr>
          <w:rFonts w:ascii="Arial" w:hAnsi="Arial"/>
          <w:color w:val="5D7284"/>
        </w:rPr>
        <w:t>54:05</w:t>
      </w:r>
    </w:p>
    <w:p w14:paraId="0C5CCE10" w14:textId="77777777" w:rsidR="00D261B9" w:rsidRDefault="001E1EF2">
      <w:pPr>
        <w:spacing w:after="0"/>
      </w:pPr>
      <w:r>
        <w:rPr>
          <w:rFonts w:ascii="Arial" w:hAnsi="Arial"/>
        </w:rPr>
        <w:t>Do you think they're actually going faster? Do you think just looks like that?</w:t>
      </w:r>
    </w:p>
    <w:p w14:paraId="5F59FC06" w14:textId="77777777" w:rsidR="00D261B9" w:rsidRDefault="00D261B9">
      <w:pPr>
        <w:spacing w:after="0"/>
      </w:pPr>
    </w:p>
    <w:p w14:paraId="1A266592" w14:textId="77777777" w:rsidR="00D261B9" w:rsidRDefault="001E1EF2">
      <w:pPr>
        <w:spacing w:after="0"/>
      </w:pPr>
      <w:r>
        <w:rPr>
          <w:rFonts w:ascii="Arial" w:hAnsi="Arial"/>
          <w:b/>
        </w:rPr>
        <w:t xml:space="preserve">Participant #16:  </w:t>
      </w:r>
      <w:r>
        <w:rPr>
          <w:rFonts w:ascii="Arial" w:hAnsi="Arial"/>
          <w:color w:val="5D7284"/>
        </w:rPr>
        <w:t>54:08</w:t>
      </w:r>
    </w:p>
    <w:p w14:paraId="4E136163" w14:textId="77777777" w:rsidR="00D261B9" w:rsidRDefault="001E1EF2">
      <w:pPr>
        <w:spacing w:after="0"/>
      </w:pPr>
      <w:r>
        <w:rPr>
          <w:rFonts w:ascii="Arial" w:hAnsi="Arial"/>
        </w:rPr>
        <w:t>I think it just looks like their going faster.</w:t>
      </w:r>
    </w:p>
    <w:p w14:paraId="588BFA84" w14:textId="77777777" w:rsidR="00D261B9" w:rsidRDefault="00D261B9">
      <w:pPr>
        <w:spacing w:after="0"/>
      </w:pPr>
    </w:p>
    <w:p w14:paraId="0D1674D8" w14:textId="77777777" w:rsidR="00D261B9" w:rsidRDefault="001E1EF2">
      <w:pPr>
        <w:spacing w:after="0"/>
      </w:pPr>
      <w:r>
        <w:rPr>
          <w:rFonts w:ascii="Arial" w:hAnsi="Arial"/>
          <w:b/>
        </w:rPr>
        <w:t xml:space="preserve">Interviewer E:  </w:t>
      </w:r>
      <w:r>
        <w:rPr>
          <w:rFonts w:ascii="Arial" w:hAnsi="Arial"/>
          <w:color w:val="5D7284"/>
        </w:rPr>
        <w:t>54:10</w:t>
      </w:r>
    </w:p>
    <w:p w14:paraId="318D429C" w14:textId="77777777" w:rsidR="00D261B9" w:rsidRDefault="001E1EF2">
      <w:pPr>
        <w:spacing w:after="0"/>
      </w:pPr>
      <w:r>
        <w:rPr>
          <w:rFonts w:ascii="Arial" w:hAnsi="Arial"/>
        </w:rPr>
        <w:t>Kind of an illusion?</w:t>
      </w:r>
    </w:p>
    <w:p w14:paraId="134120BC" w14:textId="77777777" w:rsidR="00D261B9" w:rsidRDefault="00D261B9">
      <w:pPr>
        <w:spacing w:after="0"/>
      </w:pPr>
    </w:p>
    <w:p w14:paraId="44917967" w14:textId="77777777" w:rsidR="00D261B9" w:rsidRDefault="001E1EF2">
      <w:pPr>
        <w:spacing w:after="0"/>
      </w:pPr>
      <w:r>
        <w:rPr>
          <w:rFonts w:ascii="Arial" w:hAnsi="Arial"/>
          <w:b/>
        </w:rPr>
        <w:t xml:space="preserve">Participant #16:  </w:t>
      </w:r>
      <w:r>
        <w:rPr>
          <w:rFonts w:ascii="Arial" w:hAnsi="Arial"/>
          <w:color w:val="5D7284"/>
        </w:rPr>
        <w:t>54:11</w:t>
      </w:r>
    </w:p>
    <w:p w14:paraId="1BEB4B99" w14:textId="77777777" w:rsidR="00D261B9" w:rsidRDefault="001E1EF2">
      <w:pPr>
        <w:spacing w:after="0"/>
      </w:pPr>
      <w:r>
        <w:rPr>
          <w:rFonts w:ascii="Arial" w:hAnsi="Arial"/>
        </w:rPr>
        <w:t>Yes, because because I feel like if you're in the middle is not really anywhere to go when you're moving but since there's more surface area along the side of it, it's going to look like it's going faster.</w:t>
      </w:r>
    </w:p>
    <w:p w14:paraId="2CBFE4A1" w14:textId="77777777" w:rsidR="00D261B9" w:rsidRDefault="00D261B9">
      <w:pPr>
        <w:spacing w:after="0"/>
      </w:pPr>
    </w:p>
    <w:p w14:paraId="58B2C93B" w14:textId="77777777" w:rsidR="00D261B9" w:rsidRDefault="001E1EF2">
      <w:pPr>
        <w:spacing w:after="0"/>
      </w:pPr>
      <w:r>
        <w:rPr>
          <w:rFonts w:ascii="Arial" w:hAnsi="Arial"/>
          <w:b/>
        </w:rPr>
        <w:t xml:space="preserve">Interviewer E:  </w:t>
      </w:r>
      <w:r>
        <w:rPr>
          <w:rFonts w:ascii="Arial" w:hAnsi="Arial"/>
          <w:color w:val="5D7284"/>
        </w:rPr>
        <w:t>54:33</w:t>
      </w:r>
    </w:p>
    <w:p w14:paraId="5DDEC6FB" w14:textId="77777777" w:rsidR="00D261B9" w:rsidRDefault="001E1EF2">
      <w:pPr>
        <w:spacing w:after="0"/>
      </w:pPr>
      <w:r>
        <w:rPr>
          <w:rFonts w:ascii="Arial" w:hAnsi="Arial"/>
        </w:rPr>
        <w:t xml:space="preserve">Do you think if we just left it here and it was like spinning for like four or five hours or something and we came back that their positions would change at all like the bottom compared to the top in any way. </w:t>
      </w:r>
    </w:p>
    <w:p w14:paraId="46847043" w14:textId="77777777" w:rsidR="00D261B9" w:rsidRDefault="00D261B9">
      <w:pPr>
        <w:spacing w:after="0"/>
      </w:pPr>
    </w:p>
    <w:p w14:paraId="61D39573" w14:textId="77777777" w:rsidR="00D261B9" w:rsidRDefault="001E1EF2">
      <w:pPr>
        <w:spacing w:after="0"/>
      </w:pPr>
      <w:r>
        <w:rPr>
          <w:rFonts w:ascii="Arial" w:hAnsi="Arial"/>
          <w:b/>
        </w:rPr>
        <w:t xml:space="preserve">Participant #16:  </w:t>
      </w:r>
      <w:r>
        <w:rPr>
          <w:rFonts w:ascii="Arial" w:hAnsi="Arial"/>
          <w:color w:val="5D7284"/>
        </w:rPr>
        <w:t>54:47</w:t>
      </w:r>
    </w:p>
    <w:p w14:paraId="0D195830" w14:textId="77777777" w:rsidR="00D261B9" w:rsidRDefault="001E1EF2">
      <w:pPr>
        <w:spacing w:after="0"/>
      </w:pPr>
      <w:r>
        <w:rPr>
          <w:rFonts w:ascii="Arial" w:hAnsi="Arial"/>
        </w:rPr>
        <w:t>Um, I think they'd settle.</w:t>
      </w:r>
    </w:p>
    <w:p w14:paraId="2058E322" w14:textId="77777777" w:rsidR="00D261B9" w:rsidRDefault="00D261B9">
      <w:pPr>
        <w:spacing w:after="0"/>
      </w:pPr>
    </w:p>
    <w:p w14:paraId="0D0E63F3" w14:textId="77777777" w:rsidR="00D261B9" w:rsidRDefault="001E1EF2">
      <w:pPr>
        <w:spacing w:after="0"/>
      </w:pPr>
      <w:r>
        <w:rPr>
          <w:rFonts w:ascii="Arial" w:hAnsi="Arial"/>
          <w:b/>
        </w:rPr>
        <w:t xml:space="preserve">Interviewer E:  </w:t>
      </w:r>
      <w:r>
        <w:rPr>
          <w:rFonts w:ascii="Arial" w:hAnsi="Arial"/>
          <w:color w:val="5D7284"/>
        </w:rPr>
        <w:t>54:51</w:t>
      </w:r>
    </w:p>
    <w:p w14:paraId="7C1D1786" w14:textId="77777777" w:rsidR="00D261B9" w:rsidRDefault="001E1EF2">
      <w:pPr>
        <w:spacing w:after="0"/>
      </w:pPr>
      <w:r>
        <w:rPr>
          <w:rFonts w:ascii="Arial" w:hAnsi="Arial"/>
        </w:rPr>
        <w:t xml:space="preserve">You think it all just stay the same? </w:t>
      </w:r>
    </w:p>
    <w:p w14:paraId="031C5D01" w14:textId="77777777" w:rsidR="00D261B9" w:rsidRDefault="00D261B9">
      <w:pPr>
        <w:spacing w:after="0"/>
      </w:pPr>
    </w:p>
    <w:p w14:paraId="7228A370" w14:textId="77777777" w:rsidR="00D261B9" w:rsidRDefault="001E1EF2">
      <w:pPr>
        <w:spacing w:after="0"/>
      </w:pPr>
      <w:r>
        <w:rPr>
          <w:rFonts w:ascii="Arial" w:hAnsi="Arial"/>
          <w:b/>
        </w:rPr>
        <w:t xml:space="preserve">Participant #16:  </w:t>
      </w:r>
      <w:r>
        <w:rPr>
          <w:rFonts w:ascii="Arial" w:hAnsi="Arial"/>
          <w:color w:val="5D7284"/>
        </w:rPr>
        <w:t>54:52</w:t>
      </w:r>
    </w:p>
    <w:p w14:paraId="1C12E2BF" w14:textId="77777777" w:rsidR="00D261B9" w:rsidRDefault="001E1EF2">
      <w:pPr>
        <w:spacing w:after="0"/>
      </w:pPr>
      <w:r>
        <w:rPr>
          <w:rFonts w:ascii="Arial" w:hAnsi="Arial"/>
        </w:rPr>
        <w:t>I think it all just stay the same, yeah.</w:t>
      </w:r>
    </w:p>
    <w:p w14:paraId="1B9188BD" w14:textId="77777777" w:rsidR="00D261B9" w:rsidRDefault="00D261B9">
      <w:pPr>
        <w:spacing w:after="0"/>
      </w:pPr>
    </w:p>
    <w:p w14:paraId="39377BD9" w14:textId="77777777" w:rsidR="00D261B9" w:rsidRDefault="001E1EF2">
      <w:pPr>
        <w:spacing w:after="0"/>
      </w:pPr>
      <w:r>
        <w:rPr>
          <w:rFonts w:ascii="Arial" w:hAnsi="Arial"/>
          <w:b/>
        </w:rPr>
        <w:t xml:space="preserve">Interviewer E:  </w:t>
      </w:r>
      <w:r>
        <w:rPr>
          <w:rFonts w:ascii="Arial" w:hAnsi="Arial"/>
          <w:color w:val="5D7284"/>
        </w:rPr>
        <w:t>54:54</w:t>
      </w:r>
    </w:p>
    <w:p w14:paraId="20970EB9" w14:textId="77777777" w:rsidR="00D261B9" w:rsidRDefault="001E1EF2">
      <w:pPr>
        <w:spacing w:after="0"/>
      </w:pPr>
      <w:r>
        <w:rPr>
          <w:rFonts w:ascii="Arial" w:hAnsi="Arial"/>
        </w:rPr>
        <w:t>Okay, what would you think would happen if I were just to like stop it and immediate. Like how do you think the ones on the top would act compared to the ones on the bottom.</w:t>
      </w:r>
    </w:p>
    <w:p w14:paraId="5E1C8F58" w14:textId="77777777" w:rsidR="00D261B9" w:rsidRDefault="00D261B9">
      <w:pPr>
        <w:spacing w:after="0"/>
      </w:pPr>
    </w:p>
    <w:p w14:paraId="08B40F65" w14:textId="77777777" w:rsidR="00D261B9" w:rsidRDefault="001E1EF2">
      <w:pPr>
        <w:spacing w:after="0"/>
      </w:pPr>
      <w:r>
        <w:rPr>
          <w:rFonts w:ascii="Arial" w:hAnsi="Arial"/>
          <w:b/>
        </w:rPr>
        <w:t xml:space="preserve">Participant #16:  </w:t>
      </w:r>
      <w:r>
        <w:rPr>
          <w:rFonts w:ascii="Arial" w:hAnsi="Arial"/>
          <w:color w:val="5D7284"/>
        </w:rPr>
        <w:t>55:12</w:t>
      </w:r>
    </w:p>
    <w:p w14:paraId="7EBF42CB" w14:textId="77777777" w:rsidR="00D261B9" w:rsidRDefault="001E1EF2">
      <w:pPr>
        <w:spacing w:after="0"/>
      </w:pPr>
      <w:r>
        <w:rPr>
          <w:rFonts w:ascii="Arial" w:hAnsi="Arial"/>
        </w:rPr>
        <w:t>I think I think if you stop that the ones that will have bottom it would start to move a little faster.</w:t>
      </w:r>
    </w:p>
    <w:p w14:paraId="0A72734A" w14:textId="77777777" w:rsidR="00D261B9" w:rsidRDefault="00D261B9">
      <w:pPr>
        <w:spacing w:after="0"/>
      </w:pPr>
    </w:p>
    <w:p w14:paraId="63BD9601" w14:textId="77777777" w:rsidR="00D261B9" w:rsidRDefault="001E1EF2">
      <w:pPr>
        <w:spacing w:after="0"/>
      </w:pPr>
      <w:r>
        <w:rPr>
          <w:rFonts w:ascii="Arial" w:hAnsi="Arial"/>
          <w:b/>
        </w:rPr>
        <w:t xml:space="preserve">Interviewer E:  </w:t>
      </w:r>
      <w:r>
        <w:rPr>
          <w:rFonts w:ascii="Arial" w:hAnsi="Arial"/>
          <w:color w:val="5D7284"/>
        </w:rPr>
        <w:t>55:23</w:t>
      </w:r>
    </w:p>
    <w:p w14:paraId="7B308012" w14:textId="77777777" w:rsidR="00D261B9" w:rsidRDefault="001E1EF2">
      <w:pPr>
        <w:spacing w:after="0"/>
      </w:pPr>
      <w:r>
        <w:rPr>
          <w:rFonts w:ascii="Arial" w:hAnsi="Arial"/>
        </w:rPr>
        <w:t>And what about the ones on the top?</w:t>
      </w:r>
    </w:p>
    <w:p w14:paraId="0EAE3F55" w14:textId="77777777" w:rsidR="00D261B9" w:rsidRDefault="00D261B9">
      <w:pPr>
        <w:spacing w:after="0"/>
      </w:pPr>
    </w:p>
    <w:p w14:paraId="4DC05F0B" w14:textId="77777777" w:rsidR="00D261B9" w:rsidRDefault="001E1EF2">
      <w:pPr>
        <w:spacing w:after="0"/>
      </w:pPr>
      <w:r>
        <w:rPr>
          <w:rFonts w:ascii="Arial" w:hAnsi="Arial"/>
          <w:b/>
        </w:rPr>
        <w:t xml:space="preserve">Participant #16:  </w:t>
      </w:r>
      <w:r>
        <w:rPr>
          <w:rFonts w:ascii="Arial" w:hAnsi="Arial"/>
          <w:color w:val="5D7284"/>
        </w:rPr>
        <w:t>55:25</w:t>
      </w:r>
    </w:p>
    <w:p w14:paraId="680B078E" w14:textId="77777777" w:rsidR="00D261B9" w:rsidRDefault="001E1EF2">
      <w:pPr>
        <w:spacing w:after="0"/>
      </w:pPr>
      <w:r>
        <w:rPr>
          <w:rFonts w:ascii="Arial" w:hAnsi="Arial"/>
        </w:rPr>
        <w:t xml:space="preserve">I think they will settle. </w:t>
      </w:r>
    </w:p>
    <w:p w14:paraId="0A2DB545" w14:textId="77777777" w:rsidR="00D261B9" w:rsidRDefault="00D261B9">
      <w:pPr>
        <w:spacing w:after="0"/>
      </w:pPr>
    </w:p>
    <w:p w14:paraId="168FD403" w14:textId="77777777" w:rsidR="00D261B9" w:rsidRDefault="001E1EF2">
      <w:pPr>
        <w:spacing w:after="0"/>
      </w:pPr>
      <w:r>
        <w:rPr>
          <w:rFonts w:ascii="Arial" w:hAnsi="Arial"/>
          <w:b/>
        </w:rPr>
        <w:t xml:space="preserve">Interviewer E:  </w:t>
      </w:r>
      <w:r>
        <w:rPr>
          <w:rFonts w:ascii="Arial" w:hAnsi="Arial"/>
          <w:color w:val="5D7284"/>
        </w:rPr>
        <w:t>55:28</w:t>
      </w:r>
    </w:p>
    <w:p w14:paraId="26C5368E" w14:textId="77777777" w:rsidR="00D261B9" w:rsidRDefault="001E1EF2">
      <w:pPr>
        <w:spacing w:after="0"/>
      </w:pPr>
      <w:r>
        <w:rPr>
          <w:rFonts w:ascii="Arial" w:hAnsi="Arial"/>
        </w:rPr>
        <w:t>Settled.</w:t>
      </w:r>
    </w:p>
    <w:p w14:paraId="76CAB9A7" w14:textId="77777777" w:rsidR="00D261B9" w:rsidRDefault="00D261B9">
      <w:pPr>
        <w:spacing w:after="0"/>
      </w:pPr>
    </w:p>
    <w:p w14:paraId="5A41343A" w14:textId="77777777" w:rsidR="00D261B9" w:rsidRDefault="001E1EF2">
      <w:pPr>
        <w:spacing w:after="0"/>
      </w:pPr>
      <w:r>
        <w:rPr>
          <w:rFonts w:ascii="Arial" w:hAnsi="Arial"/>
          <w:b/>
        </w:rPr>
        <w:t xml:space="preserve">Participant #16:  </w:t>
      </w:r>
      <w:r>
        <w:rPr>
          <w:rFonts w:ascii="Arial" w:hAnsi="Arial"/>
          <w:color w:val="5D7284"/>
        </w:rPr>
        <w:t>55:28</w:t>
      </w:r>
    </w:p>
    <w:p w14:paraId="127D78F4" w14:textId="77777777" w:rsidR="00D261B9" w:rsidRDefault="001E1EF2">
      <w:pPr>
        <w:spacing w:after="0"/>
      </w:pPr>
      <w:r>
        <w:rPr>
          <w:rFonts w:ascii="Arial" w:hAnsi="Arial"/>
        </w:rPr>
        <w:t>Until they stopped.</w:t>
      </w:r>
    </w:p>
    <w:p w14:paraId="7295E0FC" w14:textId="77777777" w:rsidR="00D261B9" w:rsidRDefault="00D261B9">
      <w:pPr>
        <w:spacing w:after="0"/>
      </w:pPr>
    </w:p>
    <w:p w14:paraId="7AE51429" w14:textId="77777777" w:rsidR="00D261B9" w:rsidRDefault="001E1EF2">
      <w:pPr>
        <w:spacing w:after="0"/>
      </w:pPr>
      <w:r>
        <w:rPr>
          <w:rFonts w:ascii="Arial" w:hAnsi="Arial"/>
          <w:b/>
        </w:rPr>
        <w:t xml:space="preserve">Interviewer E:  </w:t>
      </w:r>
      <w:r>
        <w:rPr>
          <w:rFonts w:ascii="Arial" w:hAnsi="Arial"/>
          <w:color w:val="5D7284"/>
        </w:rPr>
        <w:t>55:29</w:t>
      </w:r>
    </w:p>
    <w:p w14:paraId="41436966" w14:textId="22AA2699" w:rsidR="00D261B9" w:rsidRDefault="00980B3A">
      <w:pPr>
        <w:spacing w:after="0"/>
      </w:pPr>
      <w:r>
        <w:rPr>
          <w:rFonts w:ascii="Arial" w:hAnsi="Arial"/>
        </w:rPr>
        <w:t>So, you mean settle was in like move with the water or stay still.</w:t>
      </w:r>
    </w:p>
    <w:p w14:paraId="522F3550" w14:textId="77777777" w:rsidR="00D261B9" w:rsidRDefault="00D261B9">
      <w:pPr>
        <w:spacing w:after="0"/>
      </w:pPr>
    </w:p>
    <w:p w14:paraId="781D0DEF" w14:textId="77777777" w:rsidR="00D261B9" w:rsidRDefault="001E1EF2">
      <w:pPr>
        <w:spacing w:after="0"/>
      </w:pPr>
      <w:r>
        <w:rPr>
          <w:rFonts w:ascii="Arial" w:hAnsi="Arial"/>
          <w:b/>
        </w:rPr>
        <w:t xml:space="preserve">Participant #16:  </w:t>
      </w:r>
      <w:r>
        <w:rPr>
          <w:rFonts w:ascii="Arial" w:hAnsi="Arial"/>
          <w:color w:val="5D7284"/>
        </w:rPr>
        <w:t>55:33</w:t>
      </w:r>
    </w:p>
    <w:p w14:paraId="0DAC7BCB" w14:textId="77777777" w:rsidR="00D261B9" w:rsidRDefault="001E1EF2">
      <w:pPr>
        <w:spacing w:after="0"/>
      </w:pPr>
      <w:r>
        <w:rPr>
          <w:rFonts w:ascii="Arial" w:hAnsi="Arial"/>
        </w:rPr>
        <w:t xml:space="preserve">I think like once it stops, you'll start moving with the water I think the ones at the bottom will move a little faster with the water. But I think since it's like the ones in the middle, will stop before the one's at the bottom. </w:t>
      </w:r>
    </w:p>
    <w:p w14:paraId="2D15D8DD" w14:textId="77777777" w:rsidR="00D261B9" w:rsidRDefault="00D261B9">
      <w:pPr>
        <w:spacing w:after="0"/>
      </w:pPr>
    </w:p>
    <w:p w14:paraId="3A2D6004" w14:textId="77777777" w:rsidR="00D261B9" w:rsidRDefault="001E1EF2">
      <w:pPr>
        <w:spacing w:after="0"/>
      </w:pPr>
      <w:r>
        <w:rPr>
          <w:rFonts w:ascii="Arial" w:hAnsi="Arial"/>
          <w:b/>
        </w:rPr>
        <w:t xml:space="preserve">Interviewer E:  </w:t>
      </w:r>
      <w:r>
        <w:rPr>
          <w:rFonts w:ascii="Arial" w:hAnsi="Arial"/>
          <w:color w:val="5D7284"/>
        </w:rPr>
        <w:t>55:51</w:t>
      </w:r>
    </w:p>
    <w:p w14:paraId="79C94919" w14:textId="77777777" w:rsidR="00D261B9" w:rsidRDefault="001E1EF2">
      <w:pPr>
        <w:spacing w:after="0"/>
      </w:pPr>
      <w:r>
        <w:rPr>
          <w:rFonts w:ascii="Arial" w:hAnsi="Arial"/>
        </w:rPr>
        <w:t xml:space="preserve">Okay, so these will stop first and then these will stop and these will be moving faster and one's will be moving slower? </w:t>
      </w:r>
    </w:p>
    <w:p w14:paraId="3A064782" w14:textId="77777777" w:rsidR="00D261B9" w:rsidRDefault="00D261B9">
      <w:pPr>
        <w:spacing w:after="0"/>
      </w:pPr>
    </w:p>
    <w:p w14:paraId="1DF210A2" w14:textId="77777777" w:rsidR="00D261B9" w:rsidRDefault="001E1EF2">
      <w:pPr>
        <w:spacing w:after="0"/>
      </w:pPr>
      <w:r>
        <w:rPr>
          <w:rFonts w:ascii="Arial" w:hAnsi="Arial"/>
          <w:b/>
        </w:rPr>
        <w:t xml:space="preserve">Participant #16:  </w:t>
      </w:r>
      <w:r>
        <w:rPr>
          <w:rFonts w:ascii="Arial" w:hAnsi="Arial"/>
          <w:color w:val="5D7284"/>
        </w:rPr>
        <w:t>55:58</w:t>
      </w:r>
    </w:p>
    <w:p w14:paraId="6A74D87D" w14:textId="77777777" w:rsidR="00D261B9" w:rsidRDefault="001E1EF2">
      <w:pPr>
        <w:spacing w:after="0"/>
      </w:pPr>
      <w:r>
        <w:rPr>
          <w:rFonts w:ascii="Arial" w:hAnsi="Arial"/>
        </w:rPr>
        <w:t xml:space="preserve">Yes. </w:t>
      </w:r>
    </w:p>
    <w:p w14:paraId="1FA211BF" w14:textId="77777777" w:rsidR="00D261B9" w:rsidRDefault="00D261B9">
      <w:pPr>
        <w:spacing w:after="0"/>
      </w:pPr>
    </w:p>
    <w:p w14:paraId="278F9A2A" w14:textId="77777777" w:rsidR="00D261B9" w:rsidRDefault="001E1EF2">
      <w:pPr>
        <w:spacing w:after="0"/>
      </w:pPr>
      <w:r>
        <w:rPr>
          <w:rFonts w:ascii="Arial" w:hAnsi="Arial"/>
          <w:b/>
        </w:rPr>
        <w:t xml:space="preserve">Interviewer E:  </w:t>
      </w:r>
      <w:r>
        <w:rPr>
          <w:rFonts w:ascii="Arial" w:hAnsi="Arial"/>
          <w:color w:val="5D7284"/>
        </w:rPr>
        <w:t>55:59</w:t>
      </w:r>
    </w:p>
    <w:p w14:paraId="4B1A0590" w14:textId="02E4ABEA" w:rsidR="00D261B9" w:rsidRDefault="001E1EF2">
      <w:pPr>
        <w:spacing w:after="0"/>
      </w:pPr>
      <w:r>
        <w:rPr>
          <w:rFonts w:ascii="Arial" w:hAnsi="Arial"/>
        </w:rPr>
        <w:t xml:space="preserve">Okay. What about the position you think the positions will change? Like you see how these one's like I guess are like kinda </w:t>
      </w:r>
      <w:r w:rsidR="00980B3A">
        <w:rPr>
          <w:rFonts w:ascii="Arial" w:hAnsi="Arial"/>
        </w:rPr>
        <w:t>clustered</w:t>
      </w:r>
      <w:r>
        <w:rPr>
          <w:rFonts w:ascii="Arial" w:hAnsi="Arial"/>
        </w:rPr>
        <w:t xml:space="preserve"> in the middle, you think </w:t>
      </w:r>
      <w:r w:rsidR="00980B3A">
        <w:rPr>
          <w:rFonts w:ascii="Arial" w:hAnsi="Arial"/>
        </w:rPr>
        <w:t>there</w:t>
      </w:r>
      <w:r>
        <w:rPr>
          <w:rFonts w:ascii="Arial" w:hAnsi="Arial"/>
        </w:rPr>
        <w:t>.</w:t>
      </w:r>
    </w:p>
    <w:p w14:paraId="40544A04" w14:textId="77777777" w:rsidR="00D261B9" w:rsidRDefault="00D261B9">
      <w:pPr>
        <w:spacing w:after="0"/>
      </w:pPr>
    </w:p>
    <w:p w14:paraId="7CA85A16" w14:textId="77777777" w:rsidR="00D261B9" w:rsidRDefault="001E1EF2">
      <w:pPr>
        <w:spacing w:after="0"/>
      </w:pPr>
      <w:r>
        <w:rPr>
          <w:rFonts w:ascii="Arial" w:hAnsi="Arial"/>
          <w:b/>
        </w:rPr>
        <w:t xml:space="preserve">Participant #16:  </w:t>
      </w:r>
      <w:r>
        <w:rPr>
          <w:rFonts w:ascii="Arial" w:hAnsi="Arial"/>
          <w:color w:val="5D7284"/>
        </w:rPr>
        <w:t>56:06</w:t>
      </w:r>
    </w:p>
    <w:p w14:paraId="6194E7A4" w14:textId="77777777" w:rsidR="00D261B9" w:rsidRDefault="001E1EF2">
      <w:pPr>
        <w:spacing w:after="0"/>
      </w:pPr>
      <w:r>
        <w:rPr>
          <w:rFonts w:ascii="Arial" w:hAnsi="Arial"/>
        </w:rPr>
        <w:t>I think they'll change I don't know.</w:t>
      </w:r>
    </w:p>
    <w:p w14:paraId="28875CC4" w14:textId="77777777" w:rsidR="00D261B9" w:rsidRDefault="00D261B9">
      <w:pPr>
        <w:spacing w:after="0"/>
      </w:pPr>
    </w:p>
    <w:p w14:paraId="6BFE8B0A" w14:textId="77777777" w:rsidR="00D261B9" w:rsidRDefault="001E1EF2">
      <w:pPr>
        <w:spacing w:after="0"/>
      </w:pPr>
      <w:r>
        <w:rPr>
          <w:rFonts w:ascii="Arial" w:hAnsi="Arial"/>
          <w:b/>
        </w:rPr>
        <w:t xml:space="preserve">Interviewer E:  </w:t>
      </w:r>
      <w:r>
        <w:rPr>
          <w:rFonts w:ascii="Arial" w:hAnsi="Arial"/>
          <w:color w:val="5D7284"/>
        </w:rPr>
        <w:t>56:08</w:t>
      </w:r>
    </w:p>
    <w:p w14:paraId="1F28F58C" w14:textId="7F65DF76" w:rsidR="00D261B9" w:rsidRDefault="00980B3A">
      <w:pPr>
        <w:spacing w:after="0"/>
      </w:pPr>
      <w:r>
        <w:rPr>
          <w:rFonts w:ascii="Arial" w:hAnsi="Arial"/>
        </w:rPr>
        <w:t>So, it won't stay in the middle, or you think it'll.</w:t>
      </w:r>
    </w:p>
    <w:p w14:paraId="0160B988" w14:textId="77777777" w:rsidR="00D261B9" w:rsidRDefault="00D261B9">
      <w:pPr>
        <w:spacing w:after="0"/>
      </w:pPr>
    </w:p>
    <w:p w14:paraId="76BA3653" w14:textId="77777777" w:rsidR="00D261B9" w:rsidRDefault="001E1EF2">
      <w:pPr>
        <w:spacing w:after="0"/>
      </w:pPr>
      <w:r>
        <w:rPr>
          <w:rFonts w:ascii="Arial" w:hAnsi="Arial"/>
          <w:b/>
        </w:rPr>
        <w:t xml:space="preserve">Participant #16:  </w:t>
      </w:r>
      <w:r>
        <w:rPr>
          <w:rFonts w:ascii="Arial" w:hAnsi="Arial"/>
          <w:color w:val="5D7284"/>
        </w:rPr>
        <w:t>56:13</w:t>
      </w:r>
    </w:p>
    <w:p w14:paraId="60C2F687" w14:textId="478D5012" w:rsidR="00D261B9" w:rsidRDefault="001E1EF2">
      <w:pPr>
        <w:spacing w:after="0"/>
      </w:pPr>
      <w:r>
        <w:rPr>
          <w:rFonts w:ascii="Arial" w:hAnsi="Arial"/>
        </w:rPr>
        <w:t xml:space="preserve">You know what, I think maybe once a </w:t>
      </w:r>
      <w:r w:rsidR="00980B3A">
        <w:rPr>
          <w:rFonts w:ascii="Arial" w:hAnsi="Arial"/>
        </w:rPr>
        <w:t>stop</w:t>
      </w:r>
      <w:r>
        <w:rPr>
          <w:rFonts w:ascii="Arial" w:hAnsi="Arial"/>
        </w:rPr>
        <w:t xml:space="preserve">, they'll spread to the sides. </w:t>
      </w:r>
    </w:p>
    <w:p w14:paraId="32787F52" w14:textId="77777777" w:rsidR="00D261B9" w:rsidRDefault="00D261B9">
      <w:pPr>
        <w:spacing w:after="0"/>
      </w:pPr>
    </w:p>
    <w:p w14:paraId="53B9444E" w14:textId="77777777" w:rsidR="00D261B9" w:rsidRDefault="001E1EF2">
      <w:pPr>
        <w:spacing w:after="0"/>
      </w:pPr>
      <w:r>
        <w:rPr>
          <w:rFonts w:ascii="Arial" w:hAnsi="Arial"/>
          <w:b/>
        </w:rPr>
        <w:t xml:space="preserve">Interviewer E:  </w:t>
      </w:r>
      <w:r>
        <w:rPr>
          <w:rFonts w:ascii="Arial" w:hAnsi="Arial"/>
          <w:color w:val="5D7284"/>
        </w:rPr>
        <w:t>56:21</w:t>
      </w:r>
    </w:p>
    <w:p w14:paraId="057E442C" w14:textId="77777777" w:rsidR="00D261B9" w:rsidRDefault="001E1EF2">
      <w:pPr>
        <w:spacing w:after="0"/>
      </w:pPr>
      <w:r>
        <w:rPr>
          <w:rFonts w:ascii="Arial" w:hAnsi="Arial"/>
        </w:rPr>
        <w:t xml:space="preserve">Okay, so the fish on top will spread to the sides. What about these ones? Do you think their position will change? Or do you think they just stay on the side. </w:t>
      </w:r>
    </w:p>
    <w:p w14:paraId="580A0BAC" w14:textId="77777777" w:rsidR="00D261B9" w:rsidRDefault="00D261B9">
      <w:pPr>
        <w:spacing w:after="0"/>
      </w:pPr>
    </w:p>
    <w:p w14:paraId="146EAE76" w14:textId="77777777" w:rsidR="00D261B9" w:rsidRDefault="001E1EF2">
      <w:pPr>
        <w:spacing w:after="0"/>
      </w:pPr>
      <w:r>
        <w:rPr>
          <w:rFonts w:ascii="Arial" w:hAnsi="Arial"/>
          <w:b/>
        </w:rPr>
        <w:t xml:space="preserve">Participant #16:  </w:t>
      </w:r>
      <w:r>
        <w:rPr>
          <w:rFonts w:ascii="Arial" w:hAnsi="Arial"/>
          <w:color w:val="5D7284"/>
        </w:rPr>
        <w:t>56:26</w:t>
      </w:r>
    </w:p>
    <w:p w14:paraId="7527AAB3" w14:textId="77777777" w:rsidR="00D261B9" w:rsidRDefault="001E1EF2">
      <w:pPr>
        <w:spacing w:after="0"/>
      </w:pPr>
      <w:r>
        <w:rPr>
          <w:rFonts w:ascii="Arial" w:hAnsi="Arial"/>
        </w:rPr>
        <w:t>I think they'll stay as well.</w:t>
      </w:r>
    </w:p>
    <w:p w14:paraId="0DCC79F6" w14:textId="77777777" w:rsidR="00D261B9" w:rsidRDefault="00D261B9">
      <w:pPr>
        <w:spacing w:after="0"/>
      </w:pPr>
    </w:p>
    <w:p w14:paraId="786F7940" w14:textId="77777777" w:rsidR="00D261B9" w:rsidRDefault="001E1EF2">
      <w:pPr>
        <w:spacing w:after="0"/>
      </w:pPr>
      <w:r>
        <w:rPr>
          <w:rFonts w:ascii="Arial" w:hAnsi="Arial"/>
          <w:b/>
        </w:rPr>
        <w:t xml:space="preserve">Interviewer E:  </w:t>
      </w:r>
      <w:r>
        <w:rPr>
          <w:rFonts w:ascii="Arial" w:hAnsi="Arial"/>
          <w:color w:val="5D7284"/>
        </w:rPr>
        <w:t>56:28</w:t>
      </w:r>
    </w:p>
    <w:p w14:paraId="678B96DE" w14:textId="3E9106E8" w:rsidR="00D261B9" w:rsidRDefault="00980B3A">
      <w:pPr>
        <w:spacing w:after="0"/>
      </w:pPr>
      <w:r>
        <w:rPr>
          <w:rFonts w:ascii="Arial" w:hAnsi="Arial"/>
        </w:rPr>
        <w:t>All right well we are going to find out.</w:t>
      </w:r>
    </w:p>
    <w:p w14:paraId="71279DD5" w14:textId="77777777" w:rsidR="00D261B9" w:rsidRDefault="00D261B9">
      <w:pPr>
        <w:spacing w:after="0"/>
      </w:pPr>
    </w:p>
    <w:p w14:paraId="17DEF6C2" w14:textId="77777777" w:rsidR="00D261B9" w:rsidRDefault="001E1EF2">
      <w:pPr>
        <w:spacing w:after="0"/>
      </w:pPr>
      <w:r>
        <w:rPr>
          <w:rFonts w:ascii="Arial" w:hAnsi="Arial"/>
          <w:b/>
        </w:rPr>
        <w:t xml:space="preserve">Participant #16:  </w:t>
      </w:r>
      <w:r>
        <w:rPr>
          <w:rFonts w:ascii="Arial" w:hAnsi="Arial"/>
          <w:color w:val="5D7284"/>
        </w:rPr>
        <w:t>56:29</w:t>
      </w:r>
    </w:p>
    <w:p w14:paraId="5FAD260C" w14:textId="77777777" w:rsidR="00D261B9" w:rsidRDefault="001E1EF2">
      <w:pPr>
        <w:spacing w:after="0"/>
      </w:pPr>
      <w:r>
        <w:rPr>
          <w:rFonts w:ascii="Arial" w:hAnsi="Arial"/>
        </w:rPr>
        <w:t>Okay, really got me thinking.</w:t>
      </w:r>
    </w:p>
    <w:p w14:paraId="109995B2" w14:textId="77777777" w:rsidR="00D261B9" w:rsidRDefault="00D261B9">
      <w:pPr>
        <w:spacing w:after="0"/>
      </w:pPr>
    </w:p>
    <w:p w14:paraId="6F108063" w14:textId="77777777" w:rsidR="00D261B9" w:rsidRDefault="001E1EF2">
      <w:pPr>
        <w:spacing w:after="0"/>
      </w:pPr>
      <w:r>
        <w:rPr>
          <w:rFonts w:ascii="Arial" w:hAnsi="Arial"/>
          <w:b/>
        </w:rPr>
        <w:t xml:space="preserve">Interviewer P:  </w:t>
      </w:r>
      <w:r>
        <w:rPr>
          <w:rFonts w:ascii="Arial" w:hAnsi="Arial"/>
          <w:color w:val="5D7284"/>
        </w:rPr>
        <w:t>56:33</w:t>
      </w:r>
    </w:p>
    <w:p w14:paraId="671A550B" w14:textId="77777777" w:rsidR="00D261B9" w:rsidRDefault="001E1EF2">
      <w:pPr>
        <w:spacing w:after="0"/>
      </w:pPr>
      <w:r>
        <w:rPr>
          <w:rFonts w:ascii="Arial" w:hAnsi="Arial"/>
        </w:rPr>
        <w:t>Alright and. So now what are you thinking.</w:t>
      </w:r>
    </w:p>
    <w:p w14:paraId="783D633B" w14:textId="77777777" w:rsidR="00D261B9" w:rsidRDefault="00D261B9">
      <w:pPr>
        <w:spacing w:after="0"/>
      </w:pPr>
    </w:p>
    <w:p w14:paraId="6614BF46" w14:textId="77777777" w:rsidR="00D261B9" w:rsidRDefault="001E1EF2">
      <w:pPr>
        <w:spacing w:after="0"/>
      </w:pPr>
      <w:r>
        <w:rPr>
          <w:rFonts w:ascii="Arial" w:hAnsi="Arial"/>
          <w:b/>
        </w:rPr>
        <w:t xml:space="preserve">Participant #16:  </w:t>
      </w:r>
      <w:r>
        <w:rPr>
          <w:rFonts w:ascii="Arial" w:hAnsi="Arial"/>
          <w:color w:val="5D7284"/>
        </w:rPr>
        <w:t>56:59</w:t>
      </w:r>
    </w:p>
    <w:p w14:paraId="44FACF66" w14:textId="4BD51BC3" w:rsidR="00D261B9" w:rsidRDefault="00980B3A">
      <w:pPr>
        <w:spacing w:after="0"/>
      </w:pPr>
      <w:r>
        <w:rPr>
          <w:rFonts w:ascii="Arial" w:hAnsi="Arial"/>
        </w:rPr>
        <w:t>So, the ones at the bottom kind of moved to the middle and stop moving before the ones at the top, which was the opposite of what I said. And the ones in the middle are kind of slowly going to the sides.</w:t>
      </w:r>
    </w:p>
    <w:p w14:paraId="64F35644" w14:textId="77777777" w:rsidR="00D261B9" w:rsidRDefault="00D261B9">
      <w:pPr>
        <w:spacing w:after="0"/>
      </w:pPr>
    </w:p>
    <w:p w14:paraId="66416337" w14:textId="77777777" w:rsidR="00D261B9" w:rsidRDefault="001E1EF2">
      <w:pPr>
        <w:spacing w:after="0"/>
      </w:pPr>
      <w:r>
        <w:rPr>
          <w:rFonts w:ascii="Arial" w:hAnsi="Arial"/>
          <w:b/>
        </w:rPr>
        <w:t xml:space="preserve">Interviewer E:  </w:t>
      </w:r>
      <w:r>
        <w:rPr>
          <w:rFonts w:ascii="Arial" w:hAnsi="Arial"/>
          <w:color w:val="5D7284"/>
        </w:rPr>
        <w:t>57:17</w:t>
      </w:r>
    </w:p>
    <w:p w14:paraId="75882020" w14:textId="77777777" w:rsidR="00D261B9" w:rsidRDefault="001E1EF2">
      <w:pPr>
        <w:spacing w:after="0"/>
      </w:pPr>
      <w:r>
        <w:rPr>
          <w:rFonts w:ascii="Arial" w:hAnsi="Arial"/>
        </w:rPr>
        <w:t>And why do you think that happened?</w:t>
      </w:r>
    </w:p>
    <w:p w14:paraId="02456217" w14:textId="77777777" w:rsidR="00D261B9" w:rsidRDefault="00D261B9">
      <w:pPr>
        <w:spacing w:after="0"/>
      </w:pPr>
    </w:p>
    <w:p w14:paraId="3AD0C693" w14:textId="77777777" w:rsidR="00D261B9" w:rsidRDefault="001E1EF2">
      <w:pPr>
        <w:spacing w:after="0"/>
      </w:pPr>
      <w:r>
        <w:rPr>
          <w:rFonts w:ascii="Arial" w:hAnsi="Arial"/>
          <w:b/>
        </w:rPr>
        <w:t xml:space="preserve">Participant #16:  </w:t>
      </w:r>
      <w:r>
        <w:rPr>
          <w:rFonts w:ascii="Arial" w:hAnsi="Arial"/>
          <w:color w:val="5D7284"/>
        </w:rPr>
        <w:t>57:20</w:t>
      </w:r>
    </w:p>
    <w:p w14:paraId="765ED469" w14:textId="3DEF0FC7" w:rsidR="00D261B9" w:rsidRDefault="001E1EF2">
      <w:pPr>
        <w:spacing w:after="0"/>
      </w:pPr>
      <w:r>
        <w:rPr>
          <w:rFonts w:ascii="Arial" w:hAnsi="Arial"/>
        </w:rPr>
        <w:t xml:space="preserve">I think since there's no like rotation and usually in like liquid, whenever there's rotation, it like starts in the middle. I think that they're now dispersing from </w:t>
      </w:r>
      <w:r w:rsidR="00980B3A">
        <w:rPr>
          <w:rFonts w:ascii="Arial" w:hAnsi="Arial"/>
        </w:rPr>
        <w:t>were</w:t>
      </w:r>
      <w:r>
        <w:rPr>
          <w:rFonts w:ascii="Arial" w:hAnsi="Arial"/>
        </w:rPr>
        <w:t>.</w:t>
      </w:r>
    </w:p>
    <w:p w14:paraId="2F07BD47" w14:textId="77777777" w:rsidR="00D261B9" w:rsidRDefault="00D261B9">
      <w:pPr>
        <w:spacing w:after="0"/>
      </w:pPr>
    </w:p>
    <w:p w14:paraId="56F50D4E" w14:textId="77777777" w:rsidR="00D261B9" w:rsidRDefault="001E1EF2">
      <w:pPr>
        <w:spacing w:after="0"/>
      </w:pPr>
      <w:r>
        <w:rPr>
          <w:rFonts w:ascii="Arial" w:hAnsi="Arial"/>
          <w:b/>
        </w:rPr>
        <w:t xml:space="preserve">Interviewer E:  </w:t>
      </w:r>
      <w:r>
        <w:rPr>
          <w:rFonts w:ascii="Arial" w:hAnsi="Arial"/>
          <w:color w:val="5D7284"/>
        </w:rPr>
        <w:t>57:31</w:t>
      </w:r>
    </w:p>
    <w:p w14:paraId="120C523D" w14:textId="77777777" w:rsidR="00D261B9" w:rsidRDefault="001E1EF2">
      <w:pPr>
        <w:spacing w:after="0"/>
      </w:pPr>
      <w:r>
        <w:rPr>
          <w:rFonts w:ascii="Arial" w:hAnsi="Arial"/>
        </w:rPr>
        <w:t>Right.</w:t>
      </w:r>
    </w:p>
    <w:p w14:paraId="7DBBAD06" w14:textId="77777777" w:rsidR="00D261B9" w:rsidRDefault="00D261B9">
      <w:pPr>
        <w:spacing w:after="0"/>
      </w:pPr>
    </w:p>
    <w:p w14:paraId="23E9A83B" w14:textId="77777777" w:rsidR="00D261B9" w:rsidRDefault="001E1EF2">
      <w:pPr>
        <w:spacing w:after="0"/>
      </w:pPr>
      <w:r>
        <w:rPr>
          <w:rFonts w:ascii="Arial" w:hAnsi="Arial"/>
          <w:b/>
        </w:rPr>
        <w:t xml:space="preserve">Participant #16:  </w:t>
      </w:r>
      <w:r>
        <w:rPr>
          <w:rFonts w:ascii="Arial" w:hAnsi="Arial"/>
          <w:color w:val="5D7284"/>
        </w:rPr>
        <w:t>57:32</w:t>
      </w:r>
    </w:p>
    <w:p w14:paraId="55E7AC3C" w14:textId="77777777" w:rsidR="00D261B9" w:rsidRDefault="001E1EF2">
      <w:pPr>
        <w:spacing w:after="0"/>
      </w:pPr>
      <w:r>
        <w:rPr>
          <w:rFonts w:ascii="Arial" w:hAnsi="Arial"/>
        </w:rPr>
        <w:t>That was.</w:t>
      </w:r>
    </w:p>
    <w:p w14:paraId="33C75A9B" w14:textId="77777777" w:rsidR="00D261B9" w:rsidRDefault="00D261B9">
      <w:pPr>
        <w:spacing w:after="0"/>
      </w:pPr>
    </w:p>
    <w:p w14:paraId="01EBB9DD" w14:textId="77777777" w:rsidR="00D261B9" w:rsidRDefault="001E1EF2">
      <w:pPr>
        <w:spacing w:after="0"/>
      </w:pPr>
      <w:r>
        <w:rPr>
          <w:rFonts w:ascii="Arial" w:hAnsi="Arial"/>
          <w:b/>
        </w:rPr>
        <w:t xml:space="preserve">Interviewer E:  </w:t>
      </w:r>
      <w:r>
        <w:rPr>
          <w:rFonts w:ascii="Arial" w:hAnsi="Arial"/>
          <w:color w:val="5D7284"/>
        </w:rPr>
        <w:t>57:33</w:t>
      </w:r>
    </w:p>
    <w:p w14:paraId="4B4606B0" w14:textId="75F741FD" w:rsidR="00D261B9" w:rsidRDefault="001E1EF2">
      <w:pPr>
        <w:spacing w:after="0"/>
      </w:pPr>
      <w:r>
        <w:rPr>
          <w:rFonts w:ascii="Arial" w:hAnsi="Arial"/>
        </w:rPr>
        <w:t xml:space="preserve">So more or so it has to do with the way that the water is the rotation of the water itself and not necessarily the tank. </w:t>
      </w:r>
    </w:p>
    <w:p w14:paraId="587B58A4" w14:textId="77777777" w:rsidR="00D261B9" w:rsidRDefault="00D261B9">
      <w:pPr>
        <w:spacing w:after="0"/>
      </w:pPr>
    </w:p>
    <w:p w14:paraId="0F048018" w14:textId="77777777" w:rsidR="00D261B9" w:rsidRDefault="001E1EF2">
      <w:pPr>
        <w:spacing w:after="0"/>
      </w:pPr>
      <w:r>
        <w:rPr>
          <w:rFonts w:ascii="Arial" w:hAnsi="Arial"/>
          <w:b/>
        </w:rPr>
        <w:lastRenderedPageBreak/>
        <w:t xml:space="preserve">Participant #16:  </w:t>
      </w:r>
      <w:r>
        <w:rPr>
          <w:rFonts w:ascii="Arial" w:hAnsi="Arial"/>
          <w:color w:val="5D7284"/>
        </w:rPr>
        <w:t>57:39</w:t>
      </w:r>
    </w:p>
    <w:p w14:paraId="3AB2DD81" w14:textId="66055769" w:rsidR="00D261B9" w:rsidRDefault="00980B3A">
      <w:pPr>
        <w:spacing w:after="0"/>
      </w:pPr>
      <w:r>
        <w:rPr>
          <w:rFonts w:ascii="Arial" w:hAnsi="Arial"/>
        </w:rPr>
        <w:t xml:space="preserve">Yeah, the exactly. </w:t>
      </w:r>
    </w:p>
    <w:p w14:paraId="7AE86DF5" w14:textId="77777777" w:rsidR="00D261B9" w:rsidRDefault="00D261B9">
      <w:pPr>
        <w:spacing w:after="0"/>
      </w:pPr>
    </w:p>
    <w:p w14:paraId="41CF56E0" w14:textId="77777777" w:rsidR="00D261B9" w:rsidRDefault="001E1EF2">
      <w:pPr>
        <w:spacing w:after="0"/>
      </w:pPr>
      <w:r>
        <w:rPr>
          <w:rFonts w:ascii="Arial" w:hAnsi="Arial"/>
          <w:b/>
        </w:rPr>
        <w:t xml:space="preserve">Interviewer E:  </w:t>
      </w:r>
      <w:r>
        <w:rPr>
          <w:rFonts w:ascii="Arial" w:hAnsi="Arial"/>
          <w:color w:val="5D7284"/>
        </w:rPr>
        <w:t>57:41</w:t>
      </w:r>
    </w:p>
    <w:p w14:paraId="4A44A76A" w14:textId="77777777" w:rsidR="00D261B9" w:rsidRDefault="001E1EF2">
      <w:pPr>
        <w:spacing w:after="0"/>
      </w:pPr>
      <w:r>
        <w:rPr>
          <w:rFonts w:ascii="Arial" w:hAnsi="Arial"/>
        </w:rPr>
        <w:t>Okay. All right, cool. Well, that's it.</w:t>
      </w:r>
    </w:p>
    <w:sectPr w:rsidR="00D261B9" w:rsidSect="009F2337">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5E150" w14:textId="77777777" w:rsidR="009F2337" w:rsidRDefault="009F2337">
      <w:pPr>
        <w:spacing w:after="0" w:line="240" w:lineRule="auto"/>
      </w:pPr>
      <w:r>
        <w:separator/>
      </w:r>
    </w:p>
  </w:endnote>
  <w:endnote w:type="continuationSeparator" w:id="0">
    <w:p w14:paraId="3455B7A1" w14:textId="77777777" w:rsidR="009F2337" w:rsidRDefault="009F23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6A5DC1B4"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29DCF76D"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D0CCCB1"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46B1838"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5B8CEF4A"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08CE1E"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FEFDF2" w14:textId="77777777" w:rsidR="009F2337" w:rsidRDefault="009F2337">
      <w:pPr>
        <w:spacing w:after="0" w:line="240" w:lineRule="auto"/>
      </w:pPr>
      <w:r>
        <w:separator/>
      </w:r>
    </w:p>
  </w:footnote>
  <w:footnote w:type="continuationSeparator" w:id="0">
    <w:p w14:paraId="31136E5F" w14:textId="77777777" w:rsidR="009F2337" w:rsidRDefault="009F23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43A641"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11B21"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57CD6"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451322697">
    <w:abstractNumId w:val="8"/>
  </w:num>
  <w:num w:numId="2" w16cid:durableId="908853974">
    <w:abstractNumId w:val="6"/>
  </w:num>
  <w:num w:numId="3" w16cid:durableId="1820535654">
    <w:abstractNumId w:val="5"/>
  </w:num>
  <w:num w:numId="4" w16cid:durableId="1734309998">
    <w:abstractNumId w:val="4"/>
  </w:num>
  <w:num w:numId="5" w16cid:durableId="127356350">
    <w:abstractNumId w:val="7"/>
  </w:num>
  <w:num w:numId="6" w16cid:durableId="2061710701">
    <w:abstractNumId w:val="3"/>
  </w:num>
  <w:num w:numId="7" w16cid:durableId="694431182">
    <w:abstractNumId w:val="2"/>
  </w:num>
  <w:num w:numId="8" w16cid:durableId="2060784507">
    <w:abstractNumId w:val="1"/>
  </w:num>
  <w:num w:numId="9" w16cid:durableId="16617361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1E1EF2"/>
    <w:rsid w:val="0029639D"/>
    <w:rsid w:val="00326F90"/>
    <w:rsid w:val="004A641F"/>
    <w:rsid w:val="004B593C"/>
    <w:rsid w:val="006E2A8C"/>
    <w:rsid w:val="007749AF"/>
    <w:rsid w:val="00794EBC"/>
    <w:rsid w:val="00930F33"/>
    <w:rsid w:val="00980B3A"/>
    <w:rsid w:val="009C3AF0"/>
    <w:rsid w:val="009F2337"/>
    <w:rsid w:val="00A12EE5"/>
    <w:rsid w:val="00AA1D8D"/>
    <w:rsid w:val="00B47730"/>
    <w:rsid w:val="00BA4C2B"/>
    <w:rsid w:val="00BD0140"/>
    <w:rsid w:val="00C24502"/>
    <w:rsid w:val="00C90B26"/>
    <w:rsid w:val="00CB0664"/>
    <w:rsid w:val="00D261B9"/>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5DAA94"/>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0772B70A-AB1D-4776-8516-3631AFA58A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61B24F-D554-41C0-9794-52079D4F8B17}">
  <ds:schemaRefs>
    <ds:schemaRef ds:uri="http://schemas.microsoft.com/sharepoint/v3/contenttype/forms"/>
  </ds:schemaRefs>
</ds:datastoreItem>
</file>

<file path=customXml/itemProps4.xml><?xml version="1.0" encoding="utf-8"?>
<ds:datastoreItem xmlns:ds="http://schemas.openxmlformats.org/officeDocument/2006/customXml" ds:itemID="{F5917929-2687-4D98-B88B-930F6F6F00EF}">
  <ds:schemaRefs>
    <ds:schemaRef ds:uri="http://schemas.microsoft.com/office/2006/documentManagement/types"/>
    <ds:schemaRef ds:uri="http://purl.org/dc/terms/"/>
    <ds:schemaRef ds:uri="http://schemas.microsoft.com/office/2006/metadata/properties"/>
    <ds:schemaRef ds:uri="5b1983e9-55b4-4f9e-a196-30376d2238aa"/>
    <ds:schemaRef ds:uri="http://schemas.microsoft.com/office/infopath/2007/PartnerControls"/>
    <ds:schemaRef ds:uri="http://purl.org/dc/elements/1.1/"/>
    <ds:schemaRef ds:uri="http://schemas.openxmlformats.org/package/2006/metadata/core-properties"/>
    <ds:schemaRef ds:uri="http://purl.org/dc/dcmitype/"/>
    <ds:schemaRef ds:uri="eeef5ad7-d6de-419e-9305-cd9bdd8d89a9"/>
    <ds:schemaRef ds:uri="http://schemas.microsoft.com/sharepoint/v3"/>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6297</Words>
  <Characters>35897</Characters>
  <Application>Microsoft Office Word</Application>
  <DocSecurity>4</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42110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2024-05-21T16:13:00Z</dcterms:created>
  <dcterms:modified xsi:type="dcterms:W3CDTF">2024-05-21T16:13:00Z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