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77D9D9" w14:textId="77777777" w:rsidR="00930F33" w:rsidRDefault="00930F33">
      <w:pPr>
        <w:spacing w:after="0"/>
        <w:rPr>
          <w:lang w:eastAsia="zh-CN"/>
        </w:rPr>
      </w:pPr>
    </w:p>
    <w:p w14:paraId="04ECFF4D" w14:textId="77777777" w:rsidR="004A412B" w:rsidRDefault="004F1CCE">
      <w:r>
        <w:rPr>
          <w:rFonts w:ascii="Arial" w:hAnsi="Arial"/>
          <w:sz w:val="48"/>
        </w:rPr>
        <w:t>Participant #14 Audio</w:t>
      </w:r>
    </w:p>
    <w:p w14:paraId="130AD98F" w14:textId="79015D76" w:rsidR="004A412B" w:rsidRDefault="004F1CCE">
      <w:r>
        <w:rPr>
          <w:rFonts w:ascii="Arial" w:hAnsi="Arial"/>
          <w:color w:val="4F6880"/>
        </w:rPr>
        <w:t xml:space="preserve">Fri, Jan 19, </w:t>
      </w:r>
      <w:r w:rsidR="009419C9">
        <w:rPr>
          <w:rFonts w:ascii="Arial" w:hAnsi="Arial"/>
          <w:color w:val="4F6880"/>
        </w:rPr>
        <w:t>2024,</w:t>
      </w:r>
      <w:r>
        <w:rPr>
          <w:rFonts w:ascii="Arial" w:hAnsi="Arial"/>
          <w:color w:val="4F6880"/>
        </w:rPr>
        <w:t xml:space="preserve"> 11:54AM • 49:49</w:t>
      </w:r>
    </w:p>
    <w:p w14:paraId="2248F959" w14:textId="77777777" w:rsidR="004A412B" w:rsidRDefault="004F1CCE">
      <w:pPr>
        <w:spacing w:before="440" w:after="0"/>
      </w:pPr>
      <w:r>
        <w:rPr>
          <w:rFonts w:ascii="Arial" w:hAnsi="Arial"/>
          <w:b/>
          <w:color w:val="4F6880"/>
        </w:rPr>
        <w:t>SUMMARY KEYWORDS</w:t>
      </w:r>
    </w:p>
    <w:p w14:paraId="6492A039" w14:textId="71888C9D" w:rsidR="004A412B" w:rsidRDefault="004F1CCE">
      <w:r>
        <w:rPr>
          <w:rFonts w:ascii="Arial" w:hAnsi="Arial"/>
          <w:color w:val="4F6880"/>
        </w:rPr>
        <w:t>water, spinning, minute, separated, bottom,</w:t>
      </w:r>
      <w:r w:rsidR="009419C9">
        <w:rPr>
          <w:rFonts w:ascii="Arial" w:hAnsi="Arial"/>
          <w:color w:val="4F6880"/>
        </w:rPr>
        <w:t xml:space="preserve"> Jell-O </w:t>
      </w:r>
      <w:r>
        <w:rPr>
          <w:rFonts w:ascii="Arial" w:hAnsi="Arial"/>
          <w:color w:val="4F6880"/>
        </w:rPr>
        <w:t xml:space="preserve">mixing, put, top, dye, happen, fish, thought, red, dividing wall, tank, temperature, rotating, freshwater, </w:t>
      </w:r>
      <w:r w:rsidR="009419C9">
        <w:rPr>
          <w:rFonts w:ascii="Arial" w:hAnsi="Arial"/>
          <w:color w:val="4F6880"/>
        </w:rPr>
        <w:t>blue.</w:t>
      </w:r>
    </w:p>
    <w:p w14:paraId="6819A331" w14:textId="77777777" w:rsidR="004A412B" w:rsidRDefault="004F1CCE">
      <w:pPr>
        <w:spacing w:before="440" w:after="0"/>
      </w:pPr>
      <w:r>
        <w:rPr>
          <w:rFonts w:ascii="Arial" w:hAnsi="Arial"/>
          <w:b/>
          <w:color w:val="4F6880"/>
        </w:rPr>
        <w:t>SPEAKERS</w:t>
      </w:r>
    </w:p>
    <w:p w14:paraId="3A966BA3" w14:textId="5E519293" w:rsidR="004A412B" w:rsidRDefault="004F1CCE">
      <w:r>
        <w:rPr>
          <w:rFonts w:ascii="Arial" w:hAnsi="Arial"/>
          <w:color w:val="4F6880"/>
        </w:rPr>
        <w:t xml:space="preserve">Interviewer </w:t>
      </w:r>
      <w:r w:rsidR="009419C9">
        <w:rPr>
          <w:rFonts w:ascii="Arial" w:hAnsi="Arial"/>
          <w:color w:val="4F6880"/>
        </w:rPr>
        <w:t>P:</w:t>
      </w:r>
      <w:r>
        <w:rPr>
          <w:rFonts w:ascii="Arial" w:hAnsi="Arial"/>
          <w:color w:val="4F6880"/>
        </w:rPr>
        <w:t xml:space="preserve"> Participant #14: </w:t>
      </w:r>
    </w:p>
    <w:p w14:paraId="37AC2814" w14:textId="77777777" w:rsidR="004A412B" w:rsidRDefault="004A412B">
      <w:pPr>
        <w:spacing w:after="0"/>
      </w:pPr>
    </w:p>
    <w:p w14:paraId="628A5544" w14:textId="77777777" w:rsidR="004A412B" w:rsidRDefault="004F1CCE">
      <w:pPr>
        <w:spacing w:after="0"/>
      </w:pPr>
      <w:r>
        <w:rPr>
          <w:rFonts w:ascii="Arial" w:hAnsi="Arial"/>
          <w:b/>
        </w:rPr>
        <w:t xml:space="preserve">Interviewer P:  </w:t>
      </w:r>
      <w:r>
        <w:rPr>
          <w:rFonts w:ascii="Arial" w:hAnsi="Arial"/>
          <w:color w:val="5D7284"/>
        </w:rPr>
        <w:t>00:00</w:t>
      </w:r>
    </w:p>
    <w:p w14:paraId="6FF5EEE9" w14:textId="7438FE79" w:rsidR="004A412B" w:rsidRDefault="004F1CCE">
      <w:pPr>
        <w:spacing w:after="0"/>
      </w:pPr>
      <w:r>
        <w:rPr>
          <w:rFonts w:ascii="Arial" w:hAnsi="Arial"/>
        </w:rPr>
        <w:t xml:space="preserve">And this is participant number 14. All right, so what I'm gonna do first is work with some colored water. And this one is blue, you can look inside, so I have red and blue water, and the red is </w:t>
      </w:r>
      <w:r w:rsidR="009419C9">
        <w:rPr>
          <w:rFonts w:ascii="Arial" w:hAnsi="Arial"/>
        </w:rPr>
        <w:t>warm,</w:t>
      </w:r>
      <w:r>
        <w:rPr>
          <w:rFonts w:ascii="Arial" w:hAnsi="Arial"/>
        </w:rPr>
        <w:t xml:space="preserve"> and the cold is blue, it's cold, so you can verify that for yourself. Right and so in a minute what I am going to do is for each on one side this dividing wall, so we'll have red over here and blue over here, and there's a divider that is separating them. But I'm going to pull that divider out so that they can </w:t>
      </w:r>
      <w:r w:rsidR="009419C9">
        <w:rPr>
          <w:rFonts w:ascii="Arial" w:hAnsi="Arial"/>
        </w:rPr>
        <w:t>combine,</w:t>
      </w:r>
      <w:r>
        <w:rPr>
          <w:rFonts w:ascii="Arial" w:hAnsi="Arial"/>
        </w:rPr>
        <w:t xml:space="preserve"> and we'll let it sit for a minute and see what happens. And </w:t>
      </w:r>
      <w:r w:rsidR="009419C9">
        <w:rPr>
          <w:rFonts w:ascii="Arial" w:hAnsi="Arial"/>
        </w:rPr>
        <w:t>so,</w:t>
      </w:r>
      <w:r>
        <w:rPr>
          <w:rFonts w:ascii="Arial" w:hAnsi="Arial"/>
        </w:rPr>
        <w:t xml:space="preserve"> I'm going to ask you to predict what you think will happen and to show me your prediction. And what I'd like for you to d</w:t>
      </w:r>
      <w:r>
        <w:rPr>
          <w:rFonts w:ascii="Arial" w:hAnsi="Arial"/>
        </w:rPr>
        <w:t xml:space="preserve">o is sketch it. </w:t>
      </w:r>
      <w:r w:rsidR="009419C9">
        <w:rPr>
          <w:rFonts w:ascii="Arial" w:hAnsi="Arial"/>
        </w:rPr>
        <w:t>So,</w:t>
      </w:r>
      <w:r>
        <w:rPr>
          <w:rFonts w:ascii="Arial" w:hAnsi="Arial"/>
        </w:rPr>
        <w:t xml:space="preserve"> you have all the different colored pencils here and so rectangular tank here no dividing wall after one minute. What do you think it will look like red is warm and blue is cold? Okay, so tell me about it.</w:t>
      </w:r>
    </w:p>
    <w:p w14:paraId="48DB5F59" w14:textId="77777777" w:rsidR="004A412B" w:rsidRDefault="004A412B">
      <w:pPr>
        <w:spacing w:after="0"/>
      </w:pPr>
    </w:p>
    <w:p w14:paraId="22E5B92B" w14:textId="77777777" w:rsidR="004A412B" w:rsidRDefault="004F1CCE">
      <w:pPr>
        <w:spacing w:after="0"/>
      </w:pPr>
      <w:r>
        <w:rPr>
          <w:rFonts w:ascii="Arial" w:hAnsi="Arial"/>
          <w:b/>
        </w:rPr>
        <w:t xml:space="preserve">Participant #14:   </w:t>
      </w:r>
      <w:r>
        <w:rPr>
          <w:rFonts w:ascii="Arial" w:hAnsi="Arial"/>
          <w:color w:val="5D7284"/>
        </w:rPr>
        <w:t>03:24</w:t>
      </w:r>
    </w:p>
    <w:p w14:paraId="61FD664F" w14:textId="77777777" w:rsidR="004A412B" w:rsidRDefault="004F1CCE">
      <w:pPr>
        <w:spacing w:after="0"/>
      </w:pPr>
      <w:r>
        <w:rPr>
          <w:rFonts w:ascii="Arial" w:hAnsi="Arial"/>
        </w:rPr>
        <w:t>Um, so I think it's gonna kind of be separated I don’t know. But a little mixing in the middle.</w:t>
      </w:r>
    </w:p>
    <w:p w14:paraId="514ACDAC" w14:textId="77777777" w:rsidR="004A412B" w:rsidRDefault="004A412B">
      <w:pPr>
        <w:spacing w:after="0"/>
      </w:pPr>
    </w:p>
    <w:p w14:paraId="3DC12BAE" w14:textId="77777777" w:rsidR="004A412B" w:rsidRDefault="004F1CCE">
      <w:pPr>
        <w:spacing w:after="0"/>
      </w:pPr>
      <w:r>
        <w:rPr>
          <w:rFonts w:ascii="Arial" w:hAnsi="Arial"/>
          <w:b/>
        </w:rPr>
        <w:t xml:space="preserve">Interviewer P:  </w:t>
      </w:r>
      <w:r>
        <w:rPr>
          <w:rFonts w:ascii="Arial" w:hAnsi="Arial"/>
          <w:color w:val="5D7284"/>
        </w:rPr>
        <w:t>03:33</w:t>
      </w:r>
    </w:p>
    <w:p w14:paraId="36B59724" w14:textId="1A3F7108" w:rsidR="004A412B" w:rsidRDefault="004F1CCE">
      <w:pPr>
        <w:spacing w:after="0"/>
      </w:pPr>
      <w:r>
        <w:rPr>
          <w:rFonts w:ascii="Arial" w:hAnsi="Arial"/>
        </w:rPr>
        <w:t xml:space="preserve">Okay. And </w:t>
      </w:r>
      <w:r w:rsidR="009419C9">
        <w:rPr>
          <w:rFonts w:ascii="Arial" w:hAnsi="Arial"/>
        </w:rPr>
        <w:t>so,</w:t>
      </w:r>
      <w:r>
        <w:rPr>
          <w:rFonts w:ascii="Arial" w:hAnsi="Arial"/>
        </w:rPr>
        <w:t xml:space="preserve"> the brownish is is representing the mixing? </w:t>
      </w:r>
    </w:p>
    <w:p w14:paraId="6F740D40" w14:textId="77777777" w:rsidR="004A412B" w:rsidRDefault="004A412B">
      <w:pPr>
        <w:spacing w:after="0"/>
      </w:pPr>
    </w:p>
    <w:p w14:paraId="522D53E6" w14:textId="77777777" w:rsidR="004A412B" w:rsidRDefault="004F1CCE">
      <w:pPr>
        <w:spacing w:after="0"/>
      </w:pPr>
      <w:r>
        <w:rPr>
          <w:rFonts w:ascii="Arial" w:hAnsi="Arial"/>
          <w:b/>
        </w:rPr>
        <w:t xml:space="preserve">Participant #14:   </w:t>
      </w:r>
      <w:r>
        <w:rPr>
          <w:rFonts w:ascii="Arial" w:hAnsi="Arial"/>
          <w:color w:val="5D7284"/>
        </w:rPr>
        <w:t>03:37</w:t>
      </w:r>
    </w:p>
    <w:p w14:paraId="2FF87DF1" w14:textId="77777777" w:rsidR="004A412B" w:rsidRDefault="004F1CCE">
      <w:pPr>
        <w:spacing w:after="0"/>
      </w:pPr>
      <w:r>
        <w:rPr>
          <w:rFonts w:ascii="Arial" w:hAnsi="Arial"/>
        </w:rPr>
        <w:t>Yes.</w:t>
      </w:r>
    </w:p>
    <w:p w14:paraId="6B0442CA" w14:textId="77777777" w:rsidR="004A412B" w:rsidRDefault="004A412B">
      <w:pPr>
        <w:spacing w:after="0"/>
      </w:pPr>
    </w:p>
    <w:p w14:paraId="1D834116" w14:textId="77777777" w:rsidR="004A412B" w:rsidRDefault="004F1CCE">
      <w:pPr>
        <w:spacing w:after="0"/>
      </w:pPr>
      <w:r>
        <w:rPr>
          <w:rFonts w:ascii="Arial" w:hAnsi="Arial"/>
          <w:b/>
        </w:rPr>
        <w:t xml:space="preserve">Interviewer P:  </w:t>
      </w:r>
      <w:r>
        <w:rPr>
          <w:rFonts w:ascii="Arial" w:hAnsi="Arial"/>
          <w:color w:val="5D7284"/>
        </w:rPr>
        <w:t>03:38</w:t>
      </w:r>
    </w:p>
    <w:p w14:paraId="4F64ACA7" w14:textId="77777777" w:rsidR="004A412B" w:rsidRDefault="004F1CCE">
      <w:pPr>
        <w:spacing w:after="0"/>
      </w:pPr>
      <w:r>
        <w:rPr>
          <w:rFonts w:ascii="Arial" w:hAnsi="Arial"/>
        </w:rPr>
        <w:t>And will there be any movement occurring?</w:t>
      </w:r>
    </w:p>
    <w:p w14:paraId="64405D54" w14:textId="77777777" w:rsidR="004A412B" w:rsidRDefault="004A412B">
      <w:pPr>
        <w:spacing w:after="0"/>
      </w:pPr>
    </w:p>
    <w:p w14:paraId="1449577B" w14:textId="77777777" w:rsidR="004A412B" w:rsidRDefault="004F1CCE">
      <w:pPr>
        <w:spacing w:after="0"/>
      </w:pPr>
      <w:r>
        <w:rPr>
          <w:rFonts w:ascii="Arial" w:hAnsi="Arial"/>
          <w:b/>
        </w:rPr>
        <w:t xml:space="preserve">Participant #14:   </w:t>
      </w:r>
      <w:r>
        <w:rPr>
          <w:rFonts w:ascii="Arial" w:hAnsi="Arial"/>
          <w:color w:val="5D7284"/>
        </w:rPr>
        <w:t>03:44</w:t>
      </w:r>
    </w:p>
    <w:p w14:paraId="5CADB5BD" w14:textId="77777777" w:rsidR="004A412B" w:rsidRDefault="004F1CCE">
      <w:pPr>
        <w:spacing w:after="0"/>
      </w:pPr>
      <w:r>
        <w:rPr>
          <w:rFonts w:ascii="Arial" w:hAnsi="Arial"/>
        </w:rPr>
        <w:t>Um, I would assume so. But I don't know how to draw that.</w:t>
      </w:r>
    </w:p>
    <w:p w14:paraId="0F220C5F" w14:textId="77777777" w:rsidR="004A412B" w:rsidRDefault="004A412B">
      <w:pPr>
        <w:spacing w:after="0"/>
      </w:pPr>
    </w:p>
    <w:p w14:paraId="284163E4" w14:textId="77777777" w:rsidR="004A412B" w:rsidRDefault="004F1CCE">
      <w:pPr>
        <w:spacing w:after="0"/>
      </w:pPr>
      <w:r>
        <w:rPr>
          <w:rFonts w:ascii="Arial" w:hAnsi="Arial"/>
          <w:b/>
        </w:rPr>
        <w:t xml:space="preserve">Interviewer P:  </w:t>
      </w:r>
      <w:r>
        <w:rPr>
          <w:rFonts w:ascii="Arial" w:hAnsi="Arial"/>
          <w:color w:val="5D7284"/>
        </w:rPr>
        <w:t>03:48</w:t>
      </w:r>
    </w:p>
    <w:p w14:paraId="6FA1F153" w14:textId="77777777" w:rsidR="004A412B" w:rsidRDefault="004F1CCE">
      <w:pPr>
        <w:spacing w:after="0"/>
      </w:pPr>
      <w:r>
        <w:rPr>
          <w:rFonts w:ascii="Arial" w:hAnsi="Arial"/>
        </w:rPr>
        <w:t>Yeah, well, you could tell me.</w:t>
      </w:r>
    </w:p>
    <w:p w14:paraId="32B3F2A4" w14:textId="77777777" w:rsidR="004A412B" w:rsidRDefault="004A412B">
      <w:pPr>
        <w:spacing w:after="0"/>
      </w:pPr>
    </w:p>
    <w:p w14:paraId="3C705039" w14:textId="77777777" w:rsidR="004A412B" w:rsidRDefault="004F1CCE">
      <w:pPr>
        <w:spacing w:after="0"/>
      </w:pPr>
      <w:r>
        <w:rPr>
          <w:rFonts w:ascii="Arial" w:hAnsi="Arial"/>
          <w:b/>
        </w:rPr>
        <w:lastRenderedPageBreak/>
        <w:t xml:space="preserve">Participant #14:   </w:t>
      </w:r>
      <w:r>
        <w:rPr>
          <w:rFonts w:ascii="Arial" w:hAnsi="Arial"/>
          <w:color w:val="5D7284"/>
        </w:rPr>
        <w:t>03:50</w:t>
      </w:r>
    </w:p>
    <w:p w14:paraId="3BC281F5" w14:textId="77777777" w:rsidR="004A412B" w:rsidRDefault="004F1CCE">
      <w:pPr>
        <w:spacing w:after="0"/>
      </w:pPr>
      <w:r>
        <w:rPr>
          <w:rFonts w:ascii="Arial" w:hAnsi="Arial"/>
        </w:rPr>
        <w:t>Right?</w:t>
      </w:r>
    </w:p>
    <w:p w14:paraId="30007962" w14:textId="77777777" w:rsidR="004A412B" w:rsidRDefault="004A412B">
      <w:pPr>
        <w:spacing w:after="0"/>
      </w:pPr>
    </w:p>
    <w:p w14:paraId="1D3D753A" w14:textId="77777777" w:rsidR="004A412B" w:rsidRDefault="004F1CCE">
      <w:pPr>
        <w:spacing w:after="0"/>
      </w:pPr>
      <w:r>
        <w:rPr>
          <w:rFonts w:ascii="Arial" w:hAnsi="Arial"/>
          <w:b/>
        </w:rPr>
        <w:t xml:space="preserve">Interviewer P:  </w:t>
      </w:r>
      <w:r>
        <w:rPr>
          <w:rFonts w:ascii="Arial" w:hAnsi="Arial"/>
          <w:color w:val="5D7284"/>
        </w:rPr>
        <w:t>03:50</w:t>
      </w:r>
    </w:p>
    <w:p w14:paraId="59C6F6A1" w14:textId="77777777" w:rsidR="004A412B" w:rsidRDefault="004F1CCE">
      <w:pPr>
        <w:spacing w:after="0"/>
      </w:pPr>
      <w:r>
        <w:rPr>
          <w:rFonts w:ascii="Arial" w:hAnsi="Arial"/>
        </w:rPr>
        <w:t>Tell me now or show me with your hands like how you think it would move.</w:t>
      </w:r>
    </w:p>
    <w:p w14:paraId="40F0600C" w14:textId="77777777" w:rsidR="004A412B" w:rsidRDefault="004A412B">
      <w:pPr>
        <w:spacing w:after="0"/>
      </w:pPr>
    </w:p>
    <w:p w14:paraId="60A172DD" w14:textId="77777777" w:rsidR="004A412B" w:rsidRDefault="004F1CCE">
      <w:pPr>
        <w:spacing w:after="0"/>
      </w:pPr>
      <w:r>
        <w:rPr>
          <w:rFonts w:ascii="Arial" w:hAnsi="Arial"/>
          <w:b/>
        </w:rPr>
        <w:t xml:space="preserve">Participant #14:   </w:t>
      </w:r>
      <w:r>
        <w:rPr>
          <w:rFonts w:ascii="Arial" w:hAnsi="Arial"/>
          <w:color w:val="5D7284"/>
        </w:rPr>
        <w:t>03:53</w:t>
      </w:r>
    </w:p>
    <w:p w14:paraId="2CC08591" w14:textId="327C5BD5" w:rsidR="004A412B" w:rsidRDefault="004F1CCE">
      <w:pPr>
        <w:spacing w:after="0"/>
      </w:pPr>
      <w:r>
        <w:rPr>
          <w:rFonts w:ascii="Arial" w:hAnsi="Arial"/>
        </w:rPr>
        <w:t xml:space="preserve">I feel like it would just because like, tornadoes is like, cool, and like hot air kind of treats each other. </w:t>
      </w:r>
      <w:r w:rsidR="009419C9">
        <w:rPr>
          <w:rFonts w:ascii="Arial" w:hAnsi="Arial"/>
        </w:rPr>
        <w:t>So,</w:t>
      </w:r>
      <w:r>
        <w:rPr>
          <w:rFonts w:ascii="Arial" w:hAnsi="Arial"/>
        </w:rPr>
        <w:t xml:space="preserve"> in that sense, maybe? I don't know. I don't know. </w:t>
      </w:r>
    </w:p>
    <w:p w14:paraId="70D0DA20" w14:textId="77777777" w:rsidR="004A412B" w:rsidRDefault="004A412B">
      <w:pPr>
        <w:spacing w:after="0"/>
      </w:pPr>
    </w:p>
    <w:p w14:paraId="174CDE49" w14:textId="77777777" w:rsidR="004A412B" w:rsidRDefault="004F1CCE">
      <w:pPr>
        <w:spacing w:after="0"/>
      </w:pPr>
      <w:r>
        <w:rPr>
          <w:rFonts w:ascii="Arial" w:hAnsi="Arial"/>
          <w:b/>
        </w:rPr>
        <w:t xml:space="preserve">Interviewer P:  </w:t>
      </w:r>
      <w:r>
        <w:rPr>
          <w:rFonts w:ascii="Arial" w:hAnsi="Arial"/>
          <w:color w:val="5D7284"/>
        </w:rPr>
        <w:t>04:05</w:t>
      </w:r>
    </w:p>
    <w:p w14:paraId="7AF85621" w14:textId="2D6EC45D" w:rsidR="004A412B" w:rsidRDefault="004F1CCE">
      <w:pPr>
        <w:spacing w:after="0"/>
      </w:pPr>
      <w:r>
        <w:rPr>
          <w:rFonts w:ascii="Arial" w:hAnsi="Arial"/>
        </w:rPr>
        <w:t xml:space="preserve">Yeah, all right. </w:t>
      </w:r>
      <w:r w:rsidR="009419C9">
        <w:rPr>
          <w:rFonts w:ascii="Arial" w:hAnsi="Arial"/>
        </w:rPr>
        <w:t>So,</w:t>
      </w:r>
      <w:r>
        <w:rPr>
          <w:rFonts w:ascii="Arial" w:hAnsi="Arial"/>
        </w:rPr>
        <w:t xml:space="preserve"> what if we had blue and red water. But this time they're the same temperature. </w:t>
      </w:r>
      <w:r w:rsidR="009419C9">
        <w:rPr>
          <w:rFonts w:ascii="Arial" w:hAnsi="Arial"/>
        </w:rPr>
        <w:t>So,</w:t>
      </w:r>
      <w:r>
        <w:rPr>
          <w:rFonts w:ascii="Arial" w:hAnsi="Arial"/>
        </w:rPr>
        <w:t xml:space="preserve"> you can feel these? We just made them out of the tap. Okay, so same thing one minute later. What's that look like?</w:t>
      </w:r>
    </w:p>
    <w:p w14:paraId="240D385C" w14:textId="77777777" w:rsidR="004A412B" w:rsidRDefault="004A412B">
      <w:pPr>
        <w:spacing w:after="0"/>
      </w:pPr>
    </w:p>
    <w:p w14:paraId="2A37EB61" w14:textId="77777777" w:rsidR="004A412B" w:rsidRDefault="004F1CCE">
      <w:pPr>
        <w:spacing w:after="0"/>
      </w:pPr>
      <w:r>
        <w:rPr>
          <w:rFonts w:ascii="Arial" w:hAnsi="Arial"/>
          <w:b/>
        </w:rPr>
        <w:t xml:space="preserve">Participant #14:   </w:t>
      </w:r>
      <w:r>
        <w:rPr>
          <w:rFonts w:ascii="Arial" w:hAnsi="Arial"/>
          <w:color w:val="5D7284"/>
        </w:rPr>
        <w:t>04:34</w:t>
      </w:r>
    </w:p>
    <w:p w14:paraId="3E4DA66E" w14:textId="77777777" w:rsidR="004A412B" w:rsidRDefault="004F1CCE">
      <w:pPr>
        <w:spacing w:after="0"/>
      </w:pPr>
      <w:r>
        <w:rPr>
          <w:rFonts w:ascii="Arial" w:hAnsi="Arial"/>
        </w:rPr>
        <w:t>I think it would just mix to be honest.</w:t>
      </w:r>
    </w:p>
    <w:p w14:paraId="43F69AA9" w14:textId="77777777" w:rsidR="004A412B" w:rsidRDefault="004A412B">
      <w:pPr>
        <w:spacing w:after="0"/>
      </w:pPr>
    </w:p>
    <w:p w14:paraId="669810EC" w14:textId="77777777" w:rsidR="004A412B" w:rsidRDefault="004F1CCE">
      <w:pPr>
        <w:spacing w:after="0"/>
      </w:pPr>
      <w:r>
        <w:rPr>
          <w:rFonts w:ascii="Arial" w:hAnsi="Arial"/>
          <w:b/>
        </w:rPr>
        <w:t xml:space="preserve">Interviewer P:  </w:t>
      </w:r>
      <w:r>
        <w:rPr>
          <w:rFonts w:ascii="Arial" w:hAnsi="Arial"/>
          <w:color w:val="5D7284"/>
        </w:rPr>
        <w:t>05:17</w:t>
      </w:r>
    </w:p>
    <w:p w14:paraId="72CE0B2B" w14:textId="71EA7F92" w:rsidR="004A412B" w:rsidRDefault="004F1CCE">
      <w:pPr>
        <w:spacing w:after="0"/>
      </w:pPr>
      <w:r>
        <w:rPr>
          <w:rFonts w:ascii="Arial" w:hAnsi="Arial"/>
        </w:rPr>
        <w:t>All right, so that looks pretty consistent</w:t>
      </w:r>
      <w:r>
        <w:rPr>
          <w:rFonts w:ascii="Arial" w:hAnsi="Arial"/>
        </w:rPr>
        <w:t xml:space="preserve"> the whole way through all right. So completely all right one more scenario. So green and yellow these are also the same temperature but here's how they're different the green is salty water and the yellow is freshwater. So same thing put it in remove the dividing wall wait a minute. </w:t>
      </w:r>
      <w:r w:rsidR="009419C9">
        <w:rPr>
          <w:rFonts w:ascii="Arial" w:hAnsi="Arial"/>
        </w:rPr>
        <w:t>So,</w:t>
      </w:r>
      <w:r>
        <w:rPr>
          <w:rFonts w:ascii="Arial" w:hAnsi="Arial"/>
        </w:rPr>
        <w:t xml:space="preserve"> what are your thoughts on how that will look after a minute? Green is salty and yellow is fresh. Okay, so tell me about that one.</w:t>
      </w:r>
    </w:p>
    <w:p w14:paraId="658F5DDD" w14:textId="77777777" w:rsidR="004A412B" w:rsidRDefault="004A412B">
      <w:pPr>
        <w:spacing w:after="0"/>
      </w:pPr>
    </w:p>
    <w:p w14:paraId="4810E10B" w14:textId="77777777" w:rsidR="004A412B" w:rsidRDefault="004F1CCE">
      <w:pPr>
        <w:spacing w:after="0"/>
      </w:pPr>
      <w:r>
        <w:rPr>
          <w:rFonts w:ascii="Arial" w:hAnsi="Arial"/>
          <w:b/>
        </w:rPr>
        <w:t xml:space="preserve">Participant #14:   </w:t>
      </w:r>
      <w:r>
        <w:rPr>
          <w:rFonts w:ascii="Arial" w:hAnsi="Arial"/>
          <w:color w:val="5D7284"/>
        </w:rPr>
        <w:t>07:39</w:t>
      </w:r>
    </w:p>
    <w:p w14:paraId="4A964334" w14:textId="20CCCC0B" w:rsidR="004A412B" w:rsidRDefault="009419C9">
      <w:pPr>
        <w:spacing w:after="0"/>
      </w:pPr>
      <w:r>
        <w:rPr>
          <w:rFonts w:ascii="Arial" w:hAnsi="Arial"/>
        </w:rPr>
        <w:t>So, I do think it's gonna of mixed in the middle.</w:t>
      </w:r>
    </w:p>
    <w:p w14:paraId="019D046D" w14:textId="77777777" w:rsidR="004A412B" w:rsidRDefault="004A412B">
      <w:pPr>
        <w:spacing w:after="0"/>
      </w:pPr>
    </w:p>
    <w:p w14:paraId="7FBF779A" w14:textId="77777777" w:rsidR="004A412B" w:rsidRDefault="004F1CCE">
      <w:pPr>
        <w:spacing w:after="0"/>
      </w:pPr>
      <w:r>
        <w:rPr>
          <w:rFonts w:ascii="Arial" w:hAnsi="Arial"/>
          <w:b/>
        </w:rPr>
        <w:t xml:space="preserve">Interviewer P:  </w:t>
      </w:r>
      <w:r>
        <w:rPr>
          <w:rFonts w:ascii="Arial" w:hAnsi="Arial"/>
          <w:color w:val="5D7284"/>
        </w:rPr>
        <w:t>07:42</w:t>
      </w:r>
    </w:p>
    <w:p w14:paraId="6F5C3D03" w14:textId="743F84C1" w:rsidR="004A412B" w:rsidRDefault="004F1CCE">
      <w:pPr>
        <w:spacing w:after="0"/>
      </w:pPr>
      <w:r>
        <w:rPr>
          <w:rFonts w:ascii="Arial" w:hAnsi="Arial"/>
        </w:rPr>
        <w:t xml:space="preserve">In the middle. But other than that, it looks like some of the green is staying on its side and some of the yellows on the other side. Alright very colorful. Alright, let's do this. And see what happens so we'll do it in the same order that </w:t>
      </w:r>
      <w:r w:rsidR="009419C9">
        <w:rPr>
          <w:rFonts w:ascii="Arial" w:hAnsi="Arial"/>
        </w:rPr>
        <w:t>you made</w:t>
      </w:r>
      <w:r>
        <w:rPr>
          <w:rFonts w:ascii="Arial" w:hAnsi="Arial"/>
        </w:rPr>
        <w:t xml:space="preserve"> those predictions, we will go with warm and cold water first set my timer since I said after a minute. </w:t>
      </w:r>
    </w:p>
    <w:p w14:paraId="409DA13D" w14:textId="77777777" w:rsidR="004A412B" w:rsidRDefault="004A412B">
      <w:pPr>
        <w:spacing w:after="0"/>
      </w:pPr>
    </w:p>
    <w:p w14:paraId="7A3F7274" w14:textId="77777777" w:rsidR="004A412B" w:rsidRDefault="004F1CCE">
      <w:pPr>
        <w:spacing w:after="0"/>
      </w:pPr>
      <w:r>
        <w:rPr>
          <w:rFonts w:ascii="Arial" w:hAnsi="Arial"/>
          <w:b/>
        </w:rPr>
        <w:t xml:space="preserve">Participant #14:   </w:t>
      </w:r>
      <w:r>
        <w:rPr>
          <w:rFonts w:ascii="Arial" w:hAnsi="Arial"/>
          <w:color w:val="5D7284"/>
        </w:rPr>
        <w:t>08:37</w:t>
      </w:r>
    </w:p>
    <w:p w14:paraId="6F16CF6A" w14:textId="77777777" w:rsidR="004A412B" w:rsidRDefault="004F1CCE">
      <w:pPr>
        <w:spacing w:after="0"/>
      </w:pPr>
      <w:r>
        <w:rPr>
          <w:rFonts w:ascii="Arial" w:hAnsi="Arial"/>
        </w:rPr>
        <w:t>What in the world so the red was hot, or the blue was hot.</w:t>
      </w:r>
    </w:p>
    <w:p w14:paraId="591FF856" w14:textId="77777777" w:rsidR="004A412B" w:rsidRDefault="004A412B">
      <w:pPr>
        <w:spacing w:after="0"/>
      </w:pPr>
    </w:p>
    <w:p w14:paraId="3A86EB8F" w14:textId="77777777" w:rsidR="004A412B" w:rsidRDefault="004F1CCE">
      <w:pPr>
        <w:spacing w:after="0"/>
      </w:pPr>
      <w:r>
        <w:rPr>
          <w:rFonts w:ascii="Arial" w:hAnsi="Arial"/>
          <w:b/>
        </w:rPr>
        <w:t xml:space="preserve">Interviewer P:  </w:t>
      </w:r>
      <w:r>
        <w:rPr>
          <w:rFonts w:ascii="Arial" w:hAnsi="Arial"/>
          <w:color w:val="5D7284"/>
        </w:rPr>
        <w:t>09:02</w:t>
      </w:r>
    </w:p>
    <w:p w14:paraId="6507B180" w14:textId="46A3F3A5" w:rsidR="004A412B" w:rsidRDefault="004F1CCE">
      <w:pPr>
        <w:spacing w:after="0"/>
      </w:pPr>
      <w:r>
        <w:rPr>
          <w:rFonts w:ascii="Arial" w:hAnsi="Arial"/>
        </w:rPr>
        <w:t xml:space="preserve">The red is hot. If you </w:t>
      </w:r>
      <w:r w:rsidR="009419C9">
        <w:rPr>
          <w:rFonts w:ascii="Arial" w:hAnsi="Arial"/>
        </w:rPr>
        <w:t>want,</w:t>
      </w:r>
      <w:r>
        <w:rPr>
          <w:rFonts w:ascii="Arial" w:hAnsi="Arial"/>
        </w:rPr>
        <w:t xml:space="preserve"> you can put your fingers there and still feel the difference.</w:t>
      </w:r>
    </w:p>
    <w:p w14:paraId="7331728F" w14:textId="77777777" w:rsidR="004A412B" w:rsidRDefault="004A412B">
      <w:pPr>
        <w:spacing w:after="0"/>
      </w:pPr>
    </w:p>
    <w:p w14:paraId="4B04C9D7" w14:textId="77777777" w:rsidR="004A412B" w:rsidRDefault="004F1CCE">
      <w:pPr>
        <w:spacing w:after="0"/>
      </w:pPr>
      <w:r>
        <w:rPr>
          <w:rFonts w:ascii="Arial" w:hAnsi="Arial"/>
          <w:b/>
        </w:rPr>
        <w:t xml:space="preserve">Participant #14:   </w:t>
      </w:r>
      <w:r>
        <w:rPr>
          <w:rFonts w:ascii="Arial" w:hAnsi="Arial"/>
          <w:color w:val="5D7284"/>
        </w:rPr>
        <w:t>09:12</w:t>
      </w:r>
    </w:p>
    <w:p w14:paraId="11C01A8B" w14:textId="77777777" w:rsidR="004A412B" w:rsidRDefault="004F1CCE">
      <w:pPr>
        <w:spacing w:after="0"/>
      </w:pPr>
      <w:r>
        <w:rPr>
          <w:rFonts w:ascii="Arial" w:hAnsi="Arial"/>
        </w:rPr>
        <w:t>Heat rises.</w:t>
      </w:r>
    </w:p>
    <w:p w14:paraId="11C70D62" w14:textId="77777777" w:rsidR="004A412B" w:rsidRDefault="004A412B">
      <w:pPr>
        <w:spacing w:after="0"/>
      </w:pPr>
    </w:p>
    <w:p w14:paraId="1C5915A3" w14:textId="77777777" w:rsidR="004A412B" w:rsidRDefault="004F1CCE">
      <w:pPr>
        <w:spacing w:after="0"/>
      </w:pPr>
      <w:r>
        <w:rPr>
          <w:rFonts w:ascii="Arial" w:hAnsi="Arial"/>
          <w:b/>
        </w:rPr>
        <w:t xml:space="preserve">Interviewer P:  </w:t>
      </w:r>
      <w:r>
        <w:rPr>
          <w:rFonts w:ascii="Arial" w:hAnsi="Arial"/>
          <w:color w:val="5D7284"/>
        </w:rPr>
        <w:t>09:16</w:t>
      </w:r>
    </w:p>
    <w:p w14:paraId="209FC810" w14:textId="77777777" w:rsidR="004A412B" w:rsidRDefault="004F1CCE">
      <w:pPr>
        <w:spacing w:after="0"/>
      </w:pPr>
      <w:r>
        <w:rPr>
          <w:rFonts w:ascii="Arial" w:hAnsi="Arial"/>
        </w:rPr>
        <w:lastRenderedPageBreak/>
        <w:t>So, is that surprising?</w:t>
      </w:r>
    </w:p>
    <w:p w14:paraId="2CCAC9FB" w14:textId="77777777" w:rsidR="004A412B" w:rsidRDefault="004A412B">
      <w:pPr>
        <w:spacing w:after="0"/>
      </w:pPr>
    </w:p>
    <w:p w14:paraId="7AB3768D" w14:textId="77777777" w:rsidR="004A412B" w:rsidRDefault="004F1CCE">
      <w:pPr>
        <w:spacing w:after="0"/>
      </w:pPr>
      <w:r>
        <w:rPr>
          <w:rFonts w:ascii="Arial" w:hAnsi="Arial"/>
          <w:b/>
        </w:rPr>
        <w:t xml:space="preserve">Participant #14:   </w:t>
      </w:r>
      <w:r>
        <w:rPr>
          <w:rFonts w:ascii="Arial" w:hAnsi="Arial"/>
          <w:color w:val="5D7284"/>
        </w:rPr>
        <w:t>09:18</w:t>
      </w:r>
    </w:p>
    <w:p w14:paraId="51D7ED4B" w14:textId="77777777" w:rsidR="004A412B" w:rsidRDefault="004F1CCE">
      <w:pPr>
        <w:spacing w:after="0"/>
      </w:pPr>
      <w:r>
        <w:rPr>
          <w:rFonts w:ascii="Arial" w:hAnsi="Arial"/>
        </w:rPr>
        <w:t xml:space="preserve">Yes. A little mixing slightly is purple not brown. </w:t>
      </w:r>
    </w:p>
    <w:p w14:paraId="63B729A4" w14:textId="77777777" w:rsidR="004A412B" w:rsidRDefault="004A412B">
      <w:pPr>
        <w:spacing w:after="0"/>
      </w:pPr>
    </w:p>
    <w:p w14:paraId="04C558CA" w14:textId="77777777" w:rsidR="004A412B" w:rsidRDefault="004F1CCE">
      <w:pPr>
        <w:spacing w:after="0"/>
      </w:pPr>
      <w:r>
        <w:rPr>
          <w:rFonts w:ascii="Arial" w:hAnsi="Arial"/>
          <w:b/>
        </w:rPr>
        <w:t xml:space="preserve">Interviewer P:  </w:t>
      </w:r>
      <w:r>
        <w:rPr>
          <w:rFonts w:ascii="Arial" w:hAnsi="Arial"/>
          <w:color w:val="5D7284"/>
        </w:rPr>
        <w:t>09:31</w:t>
      </w:r>
    </w:p>
    <w:p w14:paraId="21EBF98D" w14:textId="77777777" w:rsidR="004A412B" w:rsidRDefault="004F1CCE">
      <w:pPr>
        <w:spacing w:after="0"/>
      </w:pPr>
      <w:r>
        <w:rPr>
          <w:rFonts w:ascii="Arial" w:hAnsi="Arial"/>
        </w:rPr>
        <w:t>But go going the other direction. So, what about these layers? Do you think that they'll stay forever?</w:t>
      </w:r>
    </w:p>
    <w:p w14:paraId="74D16A97" w14:textId="77777777" w:rsidR="004A412B" w:rsidRDefault="004A412B">
      <w:pPr>
        <w:spacing w:after="0"/>
      </w:pPr>
    </w:p>
    <w:p w14:paraId="20F310ED" w14:textId="77777777" w:rsidR="004A412B" w:rsidRDefault="004F1CCE">
      <w:pPr>
        <w:spacing w:after="0"/>
      </w:pPr>
      <w:r>
        <w:rPr>
          <w:rFonts w:ascii="Arial" w:hAnsi="Arial"/>
          <w:b/>
        </w:rPr>
        <w:t xml:space="preserve">Participant #14:   </w:t>
      </w:r>
      <w:r>
        <w:rPr>
          <w:rFonts w:ascii="Arial" w:hAnsi="Arial"/>
          <w:color w:val="5D7284"/>
        </w:rPr>
        <w:t>09:41</w:t>
      </w:r>
    </w:p>
    <w:p w14:paraId="27DD277F" w14:textId="77777777" w:rsidR="004A412B" w:rsidRDefault="004F1CCE">
      <w:pPr>
        <w:spacing w:after="0"/>
      </w:pPr>
      <w:r>
        <w:rPr>
          <w:rFonts w:ascii="Arial" w:hAnsi="Arial"/>
        </w:rPr>
        <w:t>No, because the red will eventually get room temperature.</w:t>
      </w:r>
    </w:p>
    <w:p w14:paraId="6A40ECFB" w14:textId="77777777" w:rsidR="004A412B" w:rsidRDefault="004A412B">
      <w:pPr>
        <w:spacing w:after="0"/>
      </w:pPr>
    </w:p>
    <w:p w14:paraId="57D03BB7" w14:textId="77777777" w:rsidR="004A412B" w:rsidRDefault="004F1CCE">
      <w:pPr>
        <w:spacing w:after="0"/>
      </w:pPr>
      <w:r>
        <w:rPr>
          <w:rFonts w:ascii="Arial" w:hAnsi="Arial"/>
          <w:b/>
        </w:rPr>
        <w:t xml:space="preserve">Interviewer P:  </w:t>
      </w:r>
      <w:r>
        <w:rPr>
          <w:rFonts w:ascii="Arial" w:hAnsi="Arial"/>
          <w:color w:val="5D7284"/>
        </w:rPr>
        <w:t>09:49</w:t>
      </w:r>
    </w:p>
    <w:p w14:paraId="6A8FAFD9" w14:textId="77777777" w:rsidR="004A412B" w:rsidRDefault="004F1CCE">
      <w:pPr>
        <w:spacing w:after="0"/>
      </w:pPr>
      <w:r>
        <w:rPr>
          <w:rFonts w:ascii="Arial" w:hAnsi="Arial"/>
        </w:rPr>
        <w:t>How long do you think it will take for all of the water to reach the same temperature?</w:t>
      </w:r>
    </w:p>
    <w:p w14:paraId="255A05E7" w14:textId="77777777" w:rsidR="004A412B" w:rsidRDefault="004A412B">
      <w:pPr>
        <w:spacing w:after="0"/>
      </w:pPr>
    </w:p>
    <w:p w14:paraId="09A1423E" w14:textId="77777777" w:rsidR="004A412B" w:rsidRDefault="004F1CCE">
      <w:pPr>
        <w:spacing w:after="0"/>
      </w:pPr>
      <w:r>
        <w:rPr>
          <w:rFonts w:ascii="Arial" w:hAnsi="Arial"/>
          <w:b/>
        </w:rPr>
        <w:t xml:space="preserve">Participant #14:   </w:t>
      </w:r>
      <w:r>
        <w:rPr>
          <w:rFonts w:ascii="Arial" w:hAnsi="Arial"/>
          <w:color w:val="5D7284"/>
        </w:rPr>
        <w:t>09:58</w:t>
      </w:r>
    </w:p>
    <w:p w14:paraId="0A76F767" w14:textId="77777777" w:rsidR="004A412B" w:rsidRDefault="004F1CCE">
      <w:pPr>
        <w:spacing w:after="0"/>
      </w:pPr>
      <w:r>
        <w:rPr>
          <w:rFonts w:ascii="Arial" w:hAnsi="Arial"/>
        </w:rPr>
        <w:t>Maybe 30 minutes is it's like a little warm it's not like hot.</w:t>
      </w:r>
    </w:p>
    <w:p w14:paraId="10FDEAB6" w14:textId="77777777" w:rsidR="004A412B" w:rsidRDefault="004A412B">
      <w:pPr>
        <w:spacing w:after="0"/>
      </w:pPr>
    </w:p>
    <w:p w14:paraId="7821F5BF" w14:textId="77777777" w:rsidR="004A412B" w:rsidRDefault="004F1CCE">
      <w:pPr>
        <w:spacing w:after="0"/>
      </w:pPr>
      <w:r>
        <w:rPr>
          <w:rFonts w:ascii="Arial" w:hAnsi="Arial"/>
          <w:b/>
        </w:rPr>
        <w:t xml:space="preserve">Interviewer P:  </w:t>
      </w:r>
      <w:r>
        <w:rPr>
          <w:rFonts w:ascii="Arial" w:hAnsi="Arial"/>
          <w:color w:val="5D7284"/>
        </w:rPr>
        <w:t>10:03</w:t>
      </w:r>
    </w:p>
    <w:p w14:paraId="49DD91FA" w14:textId="77777777" w:rsidR="004A412B" w:rsidRDefault="004F1CCE">
      <w:pPr>
        <w:spacing w:after="0"/>
      </w:pPr>
      <w:r>
        <w:rPr>
          <w:rFonts w:ascii="Arial" w:hAnsi="Arial"/>
        </w:rPr>
        <w:t>Yeah. About 30 minutes?</w:t>
      </w:r>
    </w:p>
    <w:p w14:paraId="54360BBF" w14:textId="77777777" w:rsidR="004A412B" w:rsidRDefault="004A412B">
      <w:pPr>
        <w:spacing w:after="0"/>
      </w:pPr>
    </w:p>
    <w:p w14:paraId="386D75C1" w14:textId="77777777" w:rsidR="004A412B" w:rsidRDefault="004F1CCE">
      <w:pPr>
        <w:spacing w:after="0"/>
      </w:pPr>
      <w:r>
        <w:rPr>
          <w:rFonts w:ascii="Arial" w:hAnsi="Arial"/>
          <w:b/>
        </w:rPr>
        <w:t xml:space="preserve">Participant #14:   </w:t>
      </w:r>
      <w:r>
        <w:rPr>
          <w:rFonts w:ascii="Arial" w:hAnsi="Arial"/>
          <w:color w:val="5D7284"/>
        </w:rPr>
        <w:t>10:06</w:t>
      </w:r>
    </w:p>
    <w:p w14:paraId="5A4B3F02" w14:textId="77777777" w:rsidR="004A412B" w:rsidRDefault="004F1CCE">
      <w:pPr>
        <w:spacing w:after="0"/>
      </w:pPr>
      <w:r>
        <w:rPr>
          <w:rFonts w:ascii="Arial" w:hAnsi="Arial"/>
        </w:rPr>
        <w:t>I would say 30 minutes.</w:t>
      </w:r>
    </w:p>
    <w:p w14:paraId="13BD1E06" w14:textId="77777777" w:rsidR="004A412B" w:rsidRDefault="004A412B">
      <w:pPr>
        <w:spacing w:after="0"/>
      </w:pPr>
    </w:p>
    <w:p w14:paraId="59358E0A" w14:textId="77777777" w:rsidR="004A412B" w:rsidRDefault="004F1CCE">
      <w:pPr>
        <w:spacing w:after="0"/>
      </w:pPr>
      <w:r>
        <w:rPr>
          <w:rFonts w:ascii="Arial" w:hAnsi="Arial"/>
          <w:b/>
        </w:rPr>
        <w:t xml:space="preserve">Interviewer P:  </w:t>
      </w:r>
      <w:r>
        <w:rPr>
          <w:rFonts w:ascii="Arial" w:hAnsi="Arial"/>
          <w:color w:val="5D7284"/>
        </w:rPr>
        <w:t>10:10</w:t>
      </w:r>
    </w:p>
    <w:p w14:paraId="769708DF" w14:textId="77777777" w:rsidR="004A412B" w:rsidRDefault="004F1CCE">
      <w:pPr>
        <w:spacing w:after="0"/>
      </w:pPr>
      <w:r>
        <w:rPr>
          <w:rFonts w:ascii="Arial" w:hAnsi="Arial"/>
        </w:rPr>
        <w:t>And at that point what do you think it would look like?</w:t>
      </w:r>
    </w:p>
    <w:p w14:paraId="1B3C3ACA" w14:textId="77777777" w:rsidR="004A412B" w:rsidRDefault="004A412B">
      <w:pPr>
        <w:spacing w:after="0"/>
      </w:pPr>
    </w:p>
    <w:p w14:paraId="70A820E3" w14:textId="77777777" w:rsidR="004A412B" w:rsidRDefault="004F1CCE">
      <w:pPr>
        <w:spacing w:after="0"/>
      </w:pPr>
      <w:r>
        <w:rPr>
          <w:rFonts w:ascii="Arial" w:hAnsi="Arial"/>
          <w:b/>
        </w:rPr>
        <w:t xml:space="preserve">Participant #14:   </w:t>
      </w:r>
      <w:r>
        <w:rPr>
          <w:rFonts w:ascii="Arial" w:hAnsi="Arial"/>
          <w:color w:val="5D7284"/>
        </w:rPr>
        <w:t>10:13</w:t>
      </w:r>
    </w:p>
    <w:p w14:paraId="7D028592" w14:textId="59FD79BE" w:rsidR="004A412B" w:rsidRDefault="004F1CCE">
      <w:pPr>
        <w:spacing w:after="0"/>
      </w:pPr>
      <w:r>
        <w:rPr>
          <w:rFonts w:ascii="Arial" w:hAnsi="Arial"/>
        </w:rPr>
        <w:t xml:space="preserve">It will look maybe </w:t>
      </w:r>
      <w:r w:rsidR="009419C9">
        <w:rPr>
          <w:rFonts w:ascii="Arial" w:hAnsi="Arial"/>
        </w:rPr>
        <w:t>purply</w:t>
      </w:r>
      <w:r>
        <w:rPr>
          <w:rFonts w:ascii="Arial" w:hAnsi="Arial"/>
        </w:rPr>
        <w:t xml:space="preserve"> browny.</w:t>
      </w:r>
    </w:p>
    <w:p w14:paraId="64CB1B76" w14:textId="77777777" w:rsidR="004A412B" w:rsidRDefault="004A412B">
      <w:pPr>
        <w:spacing w:after="0"/>
      </w:pPr>
    </w:p>
    <w:p w14:paraId="5EE96D95" w14:textId="77777777" w:rsidR="004A412B" w:rsidRDefault="004F1CCE">
      <w:pPr>
        <w:spacing w:after="0"/>
      </w:pPr>
      <w:r>
        <w:rPr>
          <w:rFonts w:ascii="Arial" w:hAnsi="Arial"/>
          <w:b/>
        </w:rPr>
        <w:t xml:space="preserve">Interviewer P:  </w:t>
      </w:r>
      <w:r>
        <w:rPr>
          <w:rFonts w:ascii="Arial" w:hAnsi="Arial"/>
          <w:color w:val="5D7284"/>
        </w:rPr>
        <w:t>10:23</w:t>
      </w:r>
    </w:p>
    <w:p w14:paraId="3C1DE6AA" w14:textId="05507239" w:rsidR="004A412B" w:rsidRDefault="004F1CCE">
      <w:pPr>
        <w:spacing w:after="0"/>
      </w:pPr>
      <w:r>
        <w:rPr>
          <w:rFonts w:ascii="Arial" w:hAnsi="Arial"/>
        </w:rPr>
        <w:t xml:space="preserve">Okay so let's do it again and see what happens if the water is the same temperature so </w:t>
      </w:r>
      <w:r w:rsidR="009419C9">
        <w:rPr>
          <w:rFonts w:ascii="Arial" w:hAnsi="Arial"/>
        </w:rPr>
        <w:t>here...</w:t>
      </w:r>
      <w:r>
        <w:rPr>
          <w:rFonts w:ascii="Arial" w:hAnsi="Arial"/>
        </w:rPr>
        <w:t xml:space="preserve"> the water that was the same temp. Right so I'm going to pour this one at a time because this is so </w:t>
      </w:r>
      <w:r w:rsidR="009419C9">
        <w:rPr>
          <w:rFonts w:ascii="Arial" w:hAnsi="Arial"/>
        </w:rPr>
        <w:t>big,</w:t>
      </w:r>
      <w:r>
        <w:rPr>
          <w:rFonts w:ascii="Arial" w:hAnsi="Arial"/>
        </w:rPr>
        <w:t xml:space="preserve"> and I don't want to pour it all over your lap as you can see there's a little bit leaky that's why I do it all at the same time usually. </w:t>
      </w:r>
      <w:r w:rsidR="009419C9">
        <w:rPr>
          <w:rFonts w:ascii="Arial" w:hAnsi="Arial"/>
        </w:rPr>
        <w:t>So,</w:t>
      </w:r>
      <w:r>
        <w:rPr>
          <w:rFonts w:ascii="Arial" w:hAnsi="Arial"/>
        </w:rPr>
        <w:t xml:space="preserve"> what do you think?</w:t>
      </w:r>
    </w:p>
    <w:p w14:paraId="6226D30F" w14:textId="77777777" w:rsidR="004A412B" w:rsidRDefault="004A412B">
      <w:pPr>
        <w:spacing w:after="0"/>
      </w:pPr>
    </w:p>
    <w:p w14:paraId="067BD559" w14:textId="77777777" w:rsidR="004A412B" w:rsidRDefault="004F1CCE">
      <w:pPr>
        <w:spacing w:after="0"/>
      </w:pPr>
      <w:r>
        <w:rPr>
          <w:rFonts w:ascii="Arial" w:hAnsi="Arial"/>
          <w:b/>
        </w:rPr>
        <w:t xml:space="preserve">Participant #14:   </w:t>
      </w:r>
      <w:r>
        <w:rPr>
          <w:rFonts w:ascii="Arial" w:hAnsi="Arial"/>
          <w:color w:val="5D7284"/>
        </w:rPr>
        <w:t>12:04</w:t>
      </w:r>
    </w:p>
    <w:p w14:paraId="57B46437" w14:textId="77777777" w:rsidR="004A412B" w:rsidRDefault="004F1CCE">
      <w:pPr>
        <w:spacing w:after="0"/>
      </w:pPr>
      <w:r>
        <w:rPr>
          <w:rFonts w:ascii="Arial" w:hAnsi="Arial"/>
        </w:rPr>
        <w:t xml:space="preserve">I don't know but it's exactly my prediction. But I don't know either something is different. </w:t>
      </w:r>
    </w:p>
    <w:p w14:paraId="3E756441" w14:textId="77777777" w:rsidR="004A412B" w:rsidRDefault="004A412B">
      <w:pPr>
        <w:spacing w:after="0"/>
      </w:pPr>
    </w:p>
    <w:p w14:paraId="3893D606" w14:textId="77777777" w:rsidR="004A412B" w:rsidRDefault="004F1CCE">
      <w:pPr>
        <w:spacing w:after="0"/>
      </w:pPr>
      <w:r>
        <w:rPr>
          <w:rFonts w:ascii="Arial" w:hAnsi="Arial"/>
          <w:b/>
        </w:rPr>
        <w:t xml:space="preserve">Interviewer P:  </w:t>
      </w:r>
      <w:r>
        <w:rPr>
          <w:rFonts w:ascii="Arial" w:hAnsi="Arial"/>
          <w:color w:val="5D7284"/>
        </w:rPr>
        <w:t>12:21</w:t>
      </w:r>
    </w:p>
    <w:p w14:paraId="1A8677CD" w14:textId="77777777" w:rsidR="004A412B" w:rsidRDefault="004F1CCE">
      <w:pPr>
        <w:spacing w:after="0"/>
      </w:pPr>
      <w:r>
        <w:rPr>
          <w:rFonts w:ascii="Arial" w:hAnsi="Arial"/>
        </w:rPr>
        <w:t>Is it mixing it?</w:t>
      </w:r>
    </w:p>
    <w:p w14:paraId="33AEC239" w14:textId="77777777" w:rsidR="004A412B" w:rsidRDefault="004A412B">
      <w:pPr>
        <w:spacing w:after="0"/>
      </w:pPr>
    </w:p>
    <w:p w14:paraId="525DDAE0" w14:textId="77777777" w:rsidR="004A412B" w:rsidRDefault="004F1CCE">
      <w:pPr>
        <w:spacing w:after="0"/>
      </w:pPr>
      <w:r>
        <w:rPr>
          <w:rFonts w:ascii="Arial" w:hAnsi="Arial"/>
          <w:b/>
        </w:rPr>
        <w:t xml:space="preserve">Participant #14:   </w:t>
      </w:r>
      <w:r>
        <w:rPr>
          <w:rFonts w:ascii="Arial" w:hAnsi="Arial"/>
          <w:color w:val="5D7284"/>
        </w:rPr>
        <w:t>12:23</w:t>
      </w:r>
    </w:p>
    <w:p w14:paraId="75A298DD" w14:textId="77777777" w:rsidR="004A412B" w:rsidRDefault="004F1CCE">
      <w:pPr>
        <w:spacing w:after="0"/>
      </w:pPr>
      <w:r>
        <w:rPr>
          <w:rFonts w:ascii="Arial" w:hAnsi="Arial"/>
        </w:rPr>
        <w:t>It seems like it is kinda</w:t>
      </w:r>
      <w:r>
        <w:rPr>
          <w:rFonts w:ascii="Arial" w:hAnsi="Arial"/>
        </w:rPr>
        <w:t xml:space="preserve"> like earlier I could see like traces of the blue and the red but then now it's kind of separating.</w:t>
      </w:r>
    </w:p>
    <w:p w14:paraId="79CF6026" w14:textId="77777777" w:rsidR="004A412B" w:rsidRDefault="004A412B">
      <w:pPr>
        <w:spacing w:after="0"/>
      </w:pPr>
    </w:p>
    <w:p w14:paraId="23A89A67" w14:textId="77777777" w:rsidR="004A412B" w:rsidRDefault="004F1CCE">
      <w:pPr>
        <w:spacing w:after="0"/>
      </w:pPr>
      <w:r>
        <w:rPr>
          <w:rFonts w:ascii="Arial" w:hAnsi="Arial"/>
          <w:b/>
        </w:rPr>
        <w:t xml:space="preserve">Interviewer P:  </w:t>
      </w:r>
      <w:r>
        <w:rPr>
          <w:rFonts w:ascii="Arial" w:hAnsi="Arial"/>
          <w:color w:val="5D7284"/>
        </w:rPr>
        <w:t>12:37</w:t>
      </w:r>
    </w:p>
    <w:p w14:paraId="163819FE" w14:textId="4904A537" w:rsidR="004A412B" w:rsidRDefault="009419C9">
      <w:pPr>
        <w:spacing w:after="0"/>
      </w:pPr>
      <w:r>
        <w:rPr>
          <w:rFonts w:ascii="Arial" w:hAnsi="Arial"/>
        </w:rPr>
        <w:t>Yeah, there's some blue up here.</w:t>
      </w:r>
    </w:p>
    <w:p w14:paraId="0149DE13" w14:textId="77777777" w:rsidR="004A412B" w:rsidRDefault="004A412B">
      <w:pPr>
        <w:spacing w:after="0"/>
      </w:pPr>
    </w:p>
    <w:p w14:paraId="09D9263E" w14:textId="77777777" w:rsidR="004A412B" w:rsidRDefault="004F1CCE">
      <w:pPr>
        <w:spacing w:after="0"/>
      </w:pPr>
      <w:r>
        <w:rPr>
          <w:rFonts w:ascii="Arial" w:hAnsi="Arial"/>
          <w:b/>
        </w:rPr>
        <w:t xml:space="preserve">Participant #14:   </w:t>
      </w:r>
      <w:r>
        <w:rPr>
          <w:rFonts w:ascii="Arial" w:hAnsi="Arial"/>
          <w:color w:val="5D7284"/>
        </w:rPr>
        <w:t>12:38</w:t>
      </w:r>
    </w:p>
    <w:p w14:paraId="6A9CD9DC" w14:textId="368520E4" w:rsidR="004A412B" w:rsidRDefault="009419C9">
      <w:pPr>
        <w:spacing w:after="0"/>
      </w:pPr>
      <w:r>
        <w:rPr>
          <w:rFonts w:ascii="Arial" w:hAnsi="Arial"/>
        </w:rPr>
        <w:t>Yeah, but for the most part separated and then it's doing that horizontal line again.</w:t>
      </w:r>
    </w:p>
    <w:p w14:paraId="1E5EC140" w14:textId="77777777" w:rsidR="004A412B" w:rsidRDefault="004A412B">
      <w:pPr>
        <w:spacing w:after="0"/>
      </w:pPr>
    </w:p>
    <w:p w14:paraId="34287AD5" w14:textId="77777777" w:rsidR="004A412B" w:rsidRDefault="004F1CCE">
      <w:pPr>
        <w:spacing w:after="0"/>
      </w:pPr>
      <w:r>
        <w:rPr>
          <w:rFonts w:ascii="Arial" w:hAnsi="Arial"/>
          <w:b/>
        </w:rPr>
        <w:t xml:space="preserve">Interviewer P:  </w:t>
      </w:r>
      <w:r>
        <w:rPr>
          <w:rFonts w:ascii="Arial" w:hAnsi="Arial"/>
          <w:color w:val="5D7284"/>
        </w:rPr>
        <w:t>12:52</w:t>
      </w:r>
    </w:p>
    <w:p w14:paraId="0FFD1B44" w14:textId="77777777" w:rsidR="004A412B" w:rsidRDefault="004F1CCE">
      <w:pPr>
        <w:spacing w:after="0"/>
      </w:pPr>
      <w:r>
        <w:rPr>
          <w:rFonts w:ascii="Arial" w:hAnsi="Arial"/>
        </w:rPr>
        <w:t>Since these are the same temperature water do you think that the two colors will eventually mix if we waited long enough?</w:t>
      </w:r>
    </w:p>
    <w:p w14:paraId="7C0BCA07" w14:textId="77777777" w:rsidR="004A412B" w:rsidRDefault="004A412B">
      <w:pPr>
        <w:spacing w:after="0"/>
      </w:pPr>
    </w:p>
    <w:p w14:paraId="6B5275F0" w14:textId="77777777" w:rsidR="004A412B" w:rsidRDefault="004F1CCE">
      <w:pPr>
        <w:spacing w:after="0"/>
      </w:pPr>
      <w:r>
        <w:rPr>
          <w:rFonts w:ascii="Arial" w:hAnsi="Arial"/>
          <w:b/>
        </w:rPr>
        <w:t xml:space="preserve">Participant #14:   </w:t>
      </w:r>
      <w:r>
        <w:rPr>
          <w:rFonts w:ascii="Arial" w:hAnsi="Arial"/>
          <w:color w:val="5D7284"/>
        </w:rPr>
        <w:t>13:05</w:t>
      </w:r>
    </w:p>
    <w:p w14:paraId="55835AB8" w14:textId="77777777" w:rsidR="004A412B" w:rsidRDefault="004F1CCE">
      <w:pPr>
        <w:spacing w:after="0"/>
      </w:pPr>
      <w:r>
        <w:rPr>
          <w:rFonts w:ascii="Arial" w:hAnsi="Arial"/>
        </w:rPr>
        <w:t xml:space="preserve">Now i don't know i don't think I don't know. </w:t>
      </w:r>
    </w:p>
    <w:p w14:paraId="2B3C194A" w14:textId="77777777" w:rsidR="004A412B" w:rsidRDefault="004A412B">
      <w:pPr>
        <w:spacing w:after="0"/>
      </w:pPr>
    </w:p>
    <w:p w14:paraId="3BA2FA8F" w14:textId="77777777" w:rsidR="004A412B" w:rsidRDefault="004F1CCE">
      <w:pPr>
        <w:spacing w:after="0"/>
      </w:pPr>
      <w:r>
        <w:rPr>
          <w:rFonts w:ascii="Arial" w:hAnsi="Arial"/>
          <w:b/>
        </w:rPr>
        <w:t xml:space="preserve">Interviewer P:  </w:t>
      </w:r>
      <w:r>
        <w:rPr>
          <w:rFonts w:ascii="Arial" w:hAnsi="Arial"/>
          <w:color w:val="5D7284"/>
        </w:rPr>
        <w:t>13:18</w:t>
      </w:r>
    </w:p>
    <w:p w14:paraId="76730F25" w14:textId="7F6BD3C3" w:rsidR="004A412B" w:rsidRDefault="009419C9">
      <w:pPr>
        <w:spacing w:after="0"/>
      </w:pPr>
      <w:r>
        <w:rPr>
          <w:rFonts w:ascii="Arial" w:hAnsi="Arial"/>
        </w:rPr>
        <w:t xml:space="preserve">There streaky blue up there. </w:t>
      </w:r>
    </w:p>
    <w:p w14:paraId="3718FE6B" w14:textId="77777777" w:rsidR="004A412B" w:rsidRDefault="004A412B">
      <w:pPr>
        <w:spacing w:after="0"/>
      </w:pPr>
    </w:p>
    <w:p w14:paraId="54E53200" w14:textId="77777777" w:rsidR="004A412B" w:rsidRDefault="004F1CCE">
      <w:pPr>
        <w:spacing w:after="0"/>
      </w:pPr>
      <w:r>
        <w:rPr>
          <w:rFonts w:ascii="Arial" w:hAnsi="Arial"/>
          <w:b/>
        </w:rPr>
        <w:t xml:space="preserve">Participant #14:   </w:t>
      </w:r>
      <w:r>
        <w:rPr>
          <w:rFonts w:ascii="Arial" w:hAnsi="Arial"/>
          <w:color w:val="5D7284"/>
        </w:rPr>
        <w:t>13:21</w:t>
      </w:r>
    </w:p>
    <w:p w14:paraId="77BC0FC0" w14:textId="77777777" w:rsidR="004A412B" w:rsidRDefault="004F1CCE">
      <w:pPr>
        <w:spacing w:after="0"/>
      </w:pPr>
      <w:r>
        <w:rPr>
          <w:rFonts w:ascii="Arial" w:hAnsi="Arial"/>
        </w:rPr>
        <w:t>I guess not.</w:t>
      </w:r>
    </w:p>
    <w:p w14:paraId="04B52C38" w14:textId="77777777" w:rsidR="004A412B" w:rsidRDefault="004A412B">
      <w:pPr>
        <w:spacing w:after="0"/>
      </w:pPr>
    </w:p>
    <w:p w14:paraId="356E1060" w14:textId="77777777" w:rsidR="004A412B" w:rsidRDefault="004F1CCE">
      <w:pPr>
        <w:spacing w:after="0"/>
      </w:pPr>
      <w:r>
        <w:rPr>
          <w:rFonts w:ascii="Arial" w:hAnsi="Arial"/>
          <w:b/>
        </w:rPr>
        <w:t xml:space="preserve">Interviewer P:  </w:t>
      </w:r>
      <w:r>
        <w:rPr>
          <w:rFonts w:ascii="Arial" w:hAnsi="Arial"/>
          <w:color w:val="5D7284"/>
        </w:rPr>
        <w:t>13:23</w:t>
      </w:r>
    </w:p>
    <w:p w14:paraId="5A76F6E9" w14:textId="77777777" w:rsidR="004A412B" w:rsidRDefault="004F1CCE">
      <w:pPr>
        <w:spacing w:after="0"/>
      </w:pPr>
      <w:r>
        <w:rPr>
          <w:rFonts w:ascii="Arial" w:hAnsi="Arial"/>
        </w:rPr>
        <w:t>You think they'll stay separate red and blue?</w:t>
      </w:r>
    </w:p>
    <w:p w14:paraId="20EB1FCA" w14:textId="77777777" w:rsidR="004A412B" w:rsidRDefault="004A412B">
      <w:pPr>
        <w:spacing w:after="0"/>
      </w:pPr>
    </w:p>
    <w:p w14:paraId="772F455F" w14:textId="77777777" w:rsidR="004A412B" w:rsidRDefault="004F1CCE">
      <w:pPr>
        <w:spacing w:after="0"/>
      </w:pPr>
      <w:r>
        <w:rPr>
          <w:rFonts w:ascii="Arial" w:hAnsi="Arial"/>
          <w:b/>
        </w:rPr>
        <w:t xml:space="preserve">Participant #14:   </w:t>
      </w:r>
      <w:r>
        <w:rPr>
          <w:rFonts w:ascii="Arial" w:hAnsi="Arial"/>
          <w:color w:val="5D7284"/>
        </w:rPr>
        <w:t>13:26</w:t>
      </w:r>
    </w:p>
    <w:p w14:paraId="6B85482B" w14:textId="77777777" w:rsidR="004A412B" w:rsidRDefault="004F1CCE">
      <w:pPr>
        <w:spacing w:after="0"/>
      </w:pPr>
      <w:r>
        <w:rPr>
          <w:rFonts w:ascii="Arial" w:hAnsi="Arial"/>
        </w:rPr>
        <w:t>Yeah, maybe if they're gonna go up some.</w:t>
      </w:r>
    </w:p>
    <w:p w14:paraId="732E80CB" w14:textId="77777777" w:rsidR="004A412B" w:rsidRDefault="004A412B">
      <w:pPr>
        <w:spacing w:after="0"/>
      </w:pPr>
    </w:p>
    <w:p w14:paraId="5A0FF098" w14:textId="77777777" w:rsidR="004A412B" w:rsidRDefault="004F1CCE">
      <w:pPr>
        <w:spacing w:after="0"/>
      </w:pPr>
      <w:r>
        <w:rPr>
          <w:rFonts w:ascii="Arial" w:hAnsi="Arial"/>
          <w:b/>
        </w:rPr>
        <w:t xml:space="preserve">Interviewer P:  </w:t>
      </w:r>
      <w:r>
        <w:rPr>
          <w:rFonts w:ascii="Arial" w:hAnsi="Arial"/>
          <w:color w:val="5D7284"/>
        </w:rPr>
        <w:t>13:32</w:t>
      </w:r>
    </w:p>
    <w:p w14:paraId="308DD302" w14:textId="77777777" w:rsidR="004A412B" w:rsidRDefault="004F1CCE">
      <w:pPr>
        <w:spacing w:after="0"/>
      </w:pPr>
      <w:r>
        <w:rPr>
          <w:rFonts w:ascii="Arial" w:hAnsi="Arial"/>
        </w:rPr>
        <w:t>Yeah, the blue is definitely lifting up.</w:t>
      </w:r>
    </w:p>
    <w:p w14:paraId="4BE4BAC2" w14:textId="77777777" w:rsidR="004A412B" w:rsidRDefault="004A412B">
      <w:pPr>
        <w:spacing w:after="0"/>
      </w:pPr>
    </w:p>
    <w:p w14:paraId="20DD85D0" w14:textId="77777777" w:rsidR="004A412B" w:rsidRDefault="004F1CCE">
      <w:pPr>
        <w:spacing w:after="0"/>
      </w:pPr>
      <w:r>
        <w:rPr>
          <w:rFonts w:ascii="Arial" w:hAnsi="Arial"/>
          <w:b/>
        </w:rPr>
        <w:t xml:space="preserve">Participant #14:   </w:t>
      </w:r>
      <w:r>
        <w:rPr>
          <w:rFonts w:ascii="Arial" w:hAnsi="Arial"/>
          <w:color w:val="5D7284"/>
        </w:rPr>
        <w:t>13:35</w:t>
      </w:r>
    </w:p>
    <w:p w14:paraId="6D632E2A" w14:textId="77777777" w:rsidR="004A412B" w:rsidRDefault="004F1CCE">
      <w:pPr>
        <w:spacing w:after="0"/>
      </w:pPr>
      <w:r>
        <w:rPr>
          <w:rFonts w:ascii="Arial" w:hAnsi="Arial"/>
        </w:rPr>
        <w:t>Yeah. Maybe it would all just be one color.</w:t>
      </w:r>
    </w:p>
    <w:p w14:paraId="10EEE48A" w14:textId="77777777" w:rsidR="004A412B" w:rsidRDefault="004A412B">
      <w:pPr>
        <w:spacing w:after="0"/>
      </w:pPr>
    </w:p>
    <w:p w14:paraId="37C24F89" w14:textId="77777777" w:rsidR="004A412B" w:rsidRDefault="004F1CCE">
      <w:pPr>
        <w:spacing w:after="0"/>
      </w:pPr>
      <w:r>
        <w:rPr>
          <w:rFonts w:ascii="Arial" w:hAnsi="Arial"/>
          <w:b/>
        </w:rPr>
        <w:t xml:space="preserve">Interviewer P:  </w:t>
      </w:r>
      <w:r>
        <w:rPr>
          <w:rFonts w:ascii="Arial" w:hAnsi="Arial"/>
          <w:color w:val="5D7284"/>
        </w:rPr>
        <w:t>13:42</w:t>
      </w:r>
    </w:p>
    <w:p w14:paraId="34720699" w14:textId="77777777" w:rsidR="004A412B" w:rsidRDefault="004F1CCE">
      <w:pPr>
        <w:spacing w:after="0"/>
      </w:pPr>
      <w:r>
        <w:rPr>
          <w:rFonts w:ascii="Arial" w:hAnsi="Arial"/>
        </w:rPr>
        <w:t>Ideas on how long it would take to become the same color.</w:t>
      </w:r>
    </w:p>
    <w:p w14:paraId="1573EE88" w14:textId="77777777" w:rsidR="004A412B" w:rsidRDefault="004A412B">
      <w:pPr>
        <w:spacing w:after="0"/>
      </w:pPr>
    </w:p>
    <w:p w14:paraId="1B928DCF" w14:textId="77777777" w:rsidR="004A412B" w:rsidRDefault="004F1CCE">
      <w:pPr>
        <w:spacing w:after="0"/>
      </w:pPr>
      <w:r>
        <w:rPr>
          <w:rFonts w:ascii="Arial" w:hAnsi="Arial"/>
          <w:b/>
        </w:rPr>
        <w:t xml:space="preserve">Participant #14:   </w:t>
      </w:r>
      <w:r>
        <w:rPr>
          <w:rFonts w:ascii="Arial" w:hAnsi="Arial"/>
          <w:color w:val="5D7284"/>
        </w:rPr>
        <w:t>13:47</w:t>
      </w:r>
    </w:p>
    <w:p w14:paraId="6056ECBA" w14:textId="77777777" w:rsidR="004A412B" w:rsidRDefault="004F1CCE">
      <w:pPr>
        <w:spacing w:after="0"/>
      </w:pPr>
      <w:r>
        <w:rPr>
          <w:rFonts w:ascii="Arial" w:hAnsi="Arial"/>
        </w:rPr>
        <w:t xml:space="preserve">Probably in the next 10 </w:t>
      </w:r>
      <w:r>
        <w:rPr>
          <w:rFonts w:ascii="Arial" w:hAnsi="Arial"/>
        </w:rPr>
        <w:t>minutes?</w:t>
      </w:r>
    </w:p>
    <w:p w14:paraId="01C4940F" w14:textId="77777777" w:rsidR="004A412B" w:rsidRDefault="004A412B">
      <w:pPr>
        <w:spacing w:after="0"/>
      </w:pPr>
    </w:p>
    <w:p w14:paraId="6D70B9EB" w14:textId="77777777" w:rsidR="004A412B" w:rsidRDefault="004F1CCE">
      <w:pPr>
        <w:spacing w:after="0"/>
      </w:pPr>
      <w:r>
        <w:rPr>
          <w:rFonts w:ascii="Arial" w:hAnsi="Arial"/>
          <w:b/>
        </w:rPr>
        <w:t xml:space="preserve">Interviewer P:  </w:t>
      </w:r>
      <w:r>
        <w:rPr>
          <w:rFonts w:ascii="Arial" w:hAnsi="Arial"/>
          <w:color w:val="5D7284"/>
        </w:rPr>
        <w:t>13:48</w:t>
      </w:r>
    </w:p>
    <w:p w14:paraId="18996E9A" w14:textId="77777777" w:rsidR="004A412B" w:rsidRDefault="004F1CCE">
      <w:pPr>
        <w:spacing w:after="0"/>
      </w:pPr>
      <w:r>
        <w:rPr>
          <w:rFonts w:ascii="Arial" w:hAnsi="Arial"/>
        </w:rPr>
        <w:t xml:space="preserve">Next 10 minutes. </w:t>
      </w:r>
    </w:p>
    <w:p w14:paraId="5134C882" w14:textId="77777777" w:rsidR="004A412B" w:rsidRDefault="004A412B">
      <w:pPr>
        <w:spacing w:after="0"/>
      </w:pPr>
    </w:p>
    <w:p w14:paraId="70FD16C3" w14:textId="77777777" w:rsidR="004A412B" w:rsidRDefault="004F1CCE">
      <w:pPr>
        <w:spacing w:after="0"/>
      </w:pPr>
      <w:r>
        <w:rPr>
          <w:rFonts w:ascii="Arial" w:hAnsi="Arial"/>
          <w:b/>
        </w:rPr>
        <w:t xml:space="preserve">Participant #14:   </w:t>
      </w:r>
      <w:r>
        <w:rPr>
          <w:rFonts w:ascii="Arial" w:hAnsi="Arial"/>
          <w:color w:val="5D7284"/>
        </w:rPr>
        <w:t>13:51</w:t>
      </w:r>
    </w:p>
    <w:p w14:paraId="385F3A7D" w14:textId="77777777" w:rsidR="004A412B" w:rsidRDefault="004F1CCE">
      <w:pPr>
        <w:spacing w:after="0"/>
      </w:pPr>
      <w:r>
        <w:rPr>
          <w:rFonts w:ascii="Arial" w:hAnsi="Arial"/>
        </w:rPr>
        <w:t>Pretty soon.</w:t>
      </w:r>
    </w:p>
    <w:p w14:paraId="3853ACCB" w14:textId="77777777" w:rsidR="004A412B" w:rsidRDefault="004A412B">
      <w:pPr>
        <w:spacing w:after="0"/>
      </w:pPr>
    </w:p>
    <w:p w14:paraId="7D18CA59" w14:textId="77777777" w:rsidR="004A412B" w:rsidRDefault="004F1CCE">
      <w:pPr>
        <w:spacing w:after="0"/>
      </w:pPr>
      <w:r>
        <w:rPr>
          <w:rFonts w:ascii="Arial" w:hAnsi="Arial"/>
          <w:b/>
        </w:rPr>
        <w:lastRenderedPageBreak/>
        <w:t xml:space="preserve">Interviewer P:  </w:t>
      </w:r>
      <w:r>
        <w:rPr>
          <w:rFonts w:ascii="Arial" w:hAnsi="Arial"/>
          <w:color w:val="5D7284"/>
        </w:rPr>
        <w:t>13:55</w:t>
      </w:r>
    </w:p>
    <w:p w14:paraId="3B17BA09" w14:textId="720C85CC" w:rsidR="004A412B" w:rsidRDefault="00683CD5">
      <w:pPr>
        <w:spacing w:after="0"/>
      </w:pPr>
      <w:r>
        <w:rPr>
          <w:rFonts w:ascii="Arial" w:hAnsi="Arial"/>
        </w:rPr>
        <w:t xml:space="preserve">Yeah, I can see more of the blue. All right. </w:t>
      </w:r>
    </w:p>
    <w:p w14:paraId="1848AEEF" w14:textId="77777777" w:rsidR="004A412B" w:rsidRDefault="004A412B">
      <w:pPr>
        <w:spacing w:after="0"/>
      </w:pPr>
    </w:p>
    <w:p w14:paraId="376BBB20" w14:textId="77777777" w:rsidR="004A412B" w:rsidRDefault="004F1CCE">
      <w:pPr>
        <w:spacing w:after="0"/>
      </w:pPr>
      <w:r>
        <w:rPr>
          <w:rFonts w:ascii="Arial" w:hAnsi="Arial"/>
          <w:b/>
        </w:rPr>
        <w:t xml:space="preserve">Participant #14:   </w:t>
      </w:r>
      <w:r>
        <w:rPr>
          <w:rFonts w:ascii="Arial" w:hAnsi="Arial"/>
          <w:color w:val="5D7284"/>
        </w:rPr>
        <w:t>14:01</w:t>
      </w:r>
    </w:p>
    <w:p w14:paraId="3AF68C39" w14:textId="77777777" w:rsidR="004A412B" w:rsidRDefault="004F1CCE">
      <w:pPr>
        <w:spacing w:after="0"/>
      </w:pPr>
      <w:r>
        <w:rPr>
          <w:rFonts w:ascii="Arial" w:hAnsi="Arial"/>
        </w:rPr>
        <w:t>Interesting.</w:t>
      </w:r>
    </w:p>
    <w:p w14:paraId="1F6E3921" w14:textId="77777777" w:rsidR="004A412B" w:rsidRDefault="004A412B">
      <w:pPr>
        <w:spacing w:after="0"/>
      </w:pPr>
    </w:p>
    <w:p w14:paraId="62927955" w14:textId="77777777" w:rsidR="004A412B" w:rsidRDefault="004F1CCE">
      <w:pPr>
        <w:spacing w:after="0"/>
      </w:pPr>
      <w:r>
        <w:rPr>
          <w:rFonts w:ascii="Arial" w:hAnsi="Arial"/>
          <w:b/>
        </w:rPr>
        <w:t xml:space="preserve">Interviewer P:  </w:t>
      </w:r>
      <w:r>
        <w:rPr>
          <w:rFonts w:ascii="Arial" w:hAnsi="Arial"/>
          <w:color w:val="5D7284"/>
        </w:rPr>
        <w:t>14:02</w:t>
      </w:r>
    </w:p>
    <w:p w14:paraId="2845A39F" w14:textId="77777777" w:rsidR="004A412B" w:rsidRDefault="004F1CCE">
      <w:pPr>
        <w:spacing w:after="0"/>
      </w:pPr>
      <w:r>
        <w:rPr>
          <w:rFonts w:ascii="Arial" w:hAnsi="Arial"/>
        </w:rPr>
        <w:t>Yeah, okay let's do the salt and freshwater.</w:t>
      </w:r>
    </w:p>
    <w:p w14:paraId="12A2DA44" w14:textId="77777777" w:rsidR="004A412B" w:rsidRDefault="004A412B">
      <w:pPr>
        <w:spacing w:after="0"/>
      </w:pPr>
    </w:p>
    <w:p w14:paraId="0C9C0B78" w14:textId="77777777" w:rsidR="004A412B" w:rsidRDefault="004F1CCE">
      <w:pPr>
        <w:spacing w:after="0"/>
      </w:pPr>
      <w:r>
        <w:rPr>
          <w:rFonts w:ascii="Arial" w:hAnsi="Arial"/>
          <w:b/>
        </w:rPr>
        <w:t xml:space="preserve">Participant #14:   </w:t>
      </w:r>
      <w:r>
        <w:rPr>
          <w:rFonts w:ascii="Arial" w:hAnsi="Arial"/>
          <w:color w:val="5D7284"/>
        </w:rPr>
        <w:t>14:23</w:t>
      </w:r>
    </w:p>
    <w:p w14:paraId="5970A6E0" w14:textId="77777777" w:rsidR="004A412B" w:rsidRDefault="004F1CCE">
      <w:pPr>
        <w:spacing w:after="0"/>
      </w:pPr>
      <w:r>
        <w:rPr>
          <w:rFonts w:ascii="Arial" w:hAnsi="Arial"/>
        </w:rPr>
        <w:t>This one, I think it's going to separate.</w:t>
      </w:r>
    </w:p>
    <w:p w14:paraId="51BEC6A0" w14:textId="77777777" w:rsidR="004A412B" w:rsidRDefault="004A412B">
      <w:pPr>
        <w:spacing w:after="0"/>
      </w:pPr>
    </w:p>
    <w:p w14:paraId="1ED6CD81" w14:textId="77777777" w:rsidR="004A412B" w:rsidRDefault="004F1CCE">
      <w:pPr>
        <w:spacing w:after="0"/>
      </w:pPr>
      <w:r>
        <w:rPr>
          <w:rFonts w:ascii="Arial" w:hAnsi="Arial"/>
          <w:b/>
        </w:rPr>
        <w:t xml:space="preserve">Interviewer P:  </w:t>
      </w:r>
      <w:r>
        <w:rPr>
          <w:rFonts w:ascii="Arial" w:hAnsi="Arial"/>
          <w:color w:val="5D7284"/>
        </w:rPr>
        <w:t>14:25</w:t>
      </w:r>
    </w:p>
    <w:p w14:paraId="31969E7D" w14:textId="76E06E4C" w:rsidR="004A412B" w:rsidRDefault="004F1CCE">
      <w:pPr>
        <w:spacing w:after="0"/>
      </w:pPr>
      <w:r>
        <w:rPr>
          <w:rFonts w:ascii="Arial" w:hAnsi="Arial"/>
        </w:rPr>
        <w:t xml:space="preserve">You think it will </w:t>
      </w:r>
      <w:r w:rsidR="00683CD5">
        <w:rPr>
          <w:rFonts w:ascii="Arial" w:hAnsi="Arial"/>
        </w:rPr>
        <w:t>separate</w:t>
      </w:r>
      <w:r>
        <w:rPr>
          <w:rFonts w:ascii="Arial" w:hAnsi="Arial"/>
        </w:rPr>
        <w:t xml:space="preserve">. See what we. Yeah.  Would you still go with that? </w:t>
      </w:r>
    </w:p>
    <w:p w14:paraId="7A4AE5F7" w14:textId="77777777" w:rsidR="004A412B" w:rsidRDefault="004A412B">
      <w:pPr>
        <w:spacing w:after="0"/>
      </w:pPr>
    </w:p>
    <w:p w14:paraId="26653CA7" w14:textId="77777777" w:rsidR="004A412B" w:rsidRDefault="004F1CCE">
      <w:pPr>
        <w:spacing w:after="0"/>
      </w:pPr>
      <w:r>
        <w:rPr>
          <w:rFonts w:ascii="Arial" w:hAnsi="Arial"/>
          <w:b/>
        </w:rPr>
        <w:t xml:space="preserve">Participant #14:   </w:t>
      </w:r>
      <w:r>
        <w:rPr>
          <w:rFonts w:ascii="Arial" w:hAnsi="Arial"/>
          <w:color w:val="5D7284"/>
        </w:rPr>
        <w:t>14:32</w:t>
      </w:r>
    </w:p>
    <w:p w14:paraId="14D4992E" w14:textId="283813FD" w:rsidR="004A412B" w:rsidRDefault="004F1CCE">
      <w:pPr>
        <w:spacing w:after="0"/>
      </w:pPr>
      <w:r>
        <w:rPr>
          <w:rFonts w:ascii="Arial" w:hAnsi="Arial"/>
        </w:rPr>
        <w:t>100</w:t>
      </w:r>
      <w:r w:rsidR="00683CD5">
        <w:rPr>
          <w:rFonts w:ascii="Arial" w:hAnsi="Arial"/>
        </w:rPr>
        <w:t>%.</w:t>
      </w:r>
    </w:p>
    <w:p w14:paraId="3B052A44" w14:textId="77777777" w:rsidR="004A412B" w:rsidRDefault="004A412B">
      <w:pPr>
        <w:spacing w:after="0"/>
      </w:pPr>
    </w:p>
    <w:p w14:paraId="50334127" w14:textId="77777777" w:rsidR="004A412B" w:rsidRDefault="004F1CCE">
      <w:pPr>
        <w:spacing w:after="0"/>
      </w:pPr>
      <w:r>
        <w:rPr>
          <w:rFonts w:ascii="Arial" w:hAnsi="Arial"/>
          <w:b/>
        </w:rPr>
        <w:t xml:space="preserve">Interviewer P:  </w:t>
      </w:r>
      <w:r>
        <w:rPr>
          <w:rFonts w:ascii="Arial" w:hAnsi="Arial"/>
          <w:color w:val="5D7284"/>
        </w:rPr>
        <w:t>14:33</w:t>
      </w:r>
    </w:p>
    <w:p w14:paraId="595755D3" w14:textId="2CBFB7BE" w:rsidR="004A412B" w:rsidRDefault="004F1CCE">
      <w:pPr>
        <w:spacing w:after="0"/>
      </w:pPr>
      <w:r>
        <w:rPr>
          <w:rFonts w:ascii="Arial" w:hAnsi="Arial"/>
        </w:rPr>
        <w:t xml:space="preserve">Okay. 100% I'll remain </w:t>
      </w:r>
      <w:r w:rsidR="00683CD5">
        <w:rPr>
          <w:rFonts w:ascii="Arial" w:hAnsi="Arial"/>
        </w:rPr>
        <w:t>separate</w:t>
      </w:r>
      <w:r>
        <w:rPr>
          <w:rFonts w:ascii="Arial" w:hAnsi="Arial"/>
        </w:rPr>
        <w:t>.</w:t>
      </w:r>
    </w:p>
    <w:p w14:paraId="068465A2" w14:textId="77777777" w:rsidR="004A412B" w:rsidRDefault="004A412B">
      <w:pPr>
        <w:spacing w:after="0"/>
      </w:pPr>
    </w:p>
    <w:p w14:paraId="203BB37F" w14:textId="77777777" w:rsidR="004A412B" w:rsidRDefault="004F1CCE">
      <w:pPr>
        <w:spacing w:after="0"/>
      </w:pPr>
      <w:r>
        <w:rPr>
          <w:rFonts w:ascii="Arial" w:hAnsi="Arial"/>
          <w:b/>
        </w:rPr>
        <w:t xml:space="preserve">Participant #14:   </w:t>
      </w:r>
      <w:r>
        <w:rPr>
          <w:rFonts w:ascii="Arial" w:hAnsi="Arial"/>
          <w:color w:val="5D7284"/>
        </w:rPr>
        <w:t>14:35</w:t>
      </w:r>
    </w:p>
    <w:p w14:paraId="2D61D918" w14:textId="77777777" w:rsidR="004A412B" w:rsidRDefault="004F1CCE">
      <w:pPr>
        <w:spacing w:after="0"/>
      </w:pPr>
      <w:r>
        <w:rPr>
          <w:rFonts w:ascii="Arial" w:hAnsi="Arial"/>
        </w:rPr>
        <w:t xml:space="preserve">90%. </w:t>
      </w:r>
    </w:p>
    <w:p w14:paraId="1DD22BE9" w14:textId="77777777" w:rsidR="004A412B" w:rsidRDefault="004A412B">
      <w:pPr>
        <w:spacing w:after="0"/>
      </w:pPr>
    </w:p>
    <w:p w14:paraId="22EB5A58" w14:textId="77777777" w:rsidR="004A412B" w:rsidRDefault="004F1CCE">
      <w:pPr>
        <w:spacing w:after="0"/>
      </w:pPr>
      <w:r>
        <w:rPr>
          <w:rFonts w:ascii="Arial" w:hAnsi="Arial"/>
          <w:b/>
        </w:rPr>
        <w:t xml:space="preserve">Interviewer P:  </w:t>
      </w:r>
      <w:r>
        <w:rPr>
          <w:rFonts w:ascii="Arial" w:hAnsi="Arial"/>
          <w:color w:val="5D7284"/>
        </w:rPr>
        <w:t>14:39</w:t>
      </w:r>
    </w:p>
    <w:p w14:paraId="39F5AD7F" w14:textId="77777777" w:rsidR="004A412B" w:rsidRDefault="004F1CCE">
      <w:pPr>
        <w:spacing w:after="0"/>
      </w:pPr>
      <w:r>
        <w:rPr>
          <w:rFonts w:ascii="Arial" w:hAnsi="Arial"/>
        </w:rPr>
        <w:t>All right, so green is salty and yellow is fresh.</w:t>
      </w:r>
    </w:p>
    <w:p w14:paraId="210DBE93" w14:textId="77777777" w:rsidR="004A412B" w:rsidRDefault="004A412B">
      <w:pPr>
        <w:spacing w:after="0"/>
      </w:pPr>
    </w:p>
    <w:p w14:paraId="2754D449" w14:textId="77777777" w:rsidR="004A412B" w:rsidRDefault="004F1CCE">
      <w:pPr>
        <w:spacing w:after="0"/>
      </w:pPr>
      <w:r>
        <w:rPr>
          <w:rFonts w:ascii="Arial" w:hAnsi="Arial"/>
          <w:b/>
        </w:rPr>
        <w:t xml:space="preserve">Participant #14:   </w:t>
      </w:r>
      <w:r>
        <w:rPr>
          <w:rFonts w:ascii="Arial" w:hAnsi="Arial"/>
          <w:color w:val="5D7284"/>
        </w:rPr>
        <w:t>15:13</w:t>
      </w:r>
    </w:p>
    <w:p w14:paraId="7C60C7E9" w14:textId="77777777" w:rsidR="004A412B" w:rsidRDefault="004F1CCE">
      <w:pPr>
        <w:spacing w:after="0"/>
      </w:pPr>
      <w:r>
        <w:rPr>
          <w:rFonts w:ascii="Arial" w:hAnsi="Arial"/>
        </w:rPr>
        <w:t>So not separated in the way that I thought again, but I think it's separated for sure.</w:t>
      </w:r>
    </w:p>
    <w:p w14:paraId="27E23C38" w14:textId="77777777" w:rsidR="004A412B" w:rsidRDefault="004A412B">
      <w:pPr>
        <w:spacing w:after="0"/>
      </w:pPr>
    </w:p>
    <w:p w14:paraId="2D2CEC83" w14:textId="77777777" w:rsidR="004A412B" w:rsidRDefault="004F1CCE">
      <w:pPr>
        <w:spacing w:after="0"/>
      </w:pPr>
      <w:r>
        <w:rPr>
          <w:rFonts w:ascii="Arial" w:hAnsi="Arial"/>
          <w:b/>
        </w:rPr>
        <w:t xml:space="preserve">Interviewer P:  </w:t>
      </w:r>
      <w:r>
        <w:rPr>
          <w:rFonts w:ascii="Arial" w:hAnsi="Arial"/>
          <w:color w:val="5D7284"/>
        </w:rPr>
        <w:t>15:19</w:t>
      </w:r>
    </w:p>
    <w:p w14:paraId="2F7A31F6" w14:textId="4390E53F" w:rsidR="004A412B" w:rsidRDefault="004F1CCE">
      <w:pPr>
        <w:spacing w:after="0"/>
      </w:pPr>
      <w:r>
        <w:rPr>
          <w:rFonts w:ascii="Arial" w:hAnsi="Arial"/>
        </w:rPr>
        <w:t xml:space="preserve">Yeah </w:t>
      </w:r>
      <w:r w:rsidR="00683CD5">
        <w:rPr>
          <w:rFonts w:ascii="Arial" w:hAnsi="Arial"/>
        </w:rPr>
        <w:t>so,</w:t>
      </w:r>
      <w:r>
        <w:rPr>
          <w:rFonts w:ascii="Arial" w:hAnsi="Arial"/>
        </w:rPr>
        <w:t xml:space="preserve"> it's kind of doing what you have here, but turn 90 degrees. Do you see this area where you have that kind of mix? </w:t>
      </w:r>
    </w:p>
    <w:p w14:paraId="7DDB7212" w14:textId="77777777" w:rsidR="004A412B" w:rsidRDefault="004A412B">
      <w:pPr>
        <w:spacing w:after="0"/>
      </w:pPr>
    </w:p>
    <w:p w14:paraId="66B41638" w14:textId="77777777" w:rsidR="004A412B" w:rsidRDefault="004F1CCE">
      <w:pPr>
        <w:spacing w:after="0"/>
      </w:pPr>
      <w:r>
        <w:rPr>
          <w:rFonts w:ascii="Arial" w:hAnsi="Arial"/>
          <w:b/>
        </w:rPr>
        <w:t xml:space="preserve">Participant #14:   </w:t>
      </w:r>
      <w:r>
        <w:rPr>
          <w:rFonts w:ascii="Arial" w:hAnsi="Arial"/>
          <w:color w:val="5D7284"/>
        </w:rPr>
        <w:t>15:30</w:t>
      </w:r>
    </w:p>
    <w:p w14:paraId="25C561F3" w14:textId="77777777" w:rsidR="004A412B" w:rsidRDefault="004F1CCE">
      <w:pPr>
        <w:spacing w:after="0"/>
      </w:pPr>
      <w:r>
        <w:rPr>
          <w:rFonts w:ascii="Arial" w:hAnsi="Arial"/>
        </w:rPr>
        <w:t xml:space="preserve">Yeah. Actually, it's pretty curved. </w:t>
      </w:r>
    </w:p>
    <w:p w14:paraId="204B6791" w14:textId="77777777" w:rsidR="004A412B" w:rsidRDefault="004A412B">
      <w:pPr>
        <w:spacing w:after="0"/>
      </w:pPr>
    </w:p>
    <w:p w14:paraId="07D0F9AD" w14:textId="77777777" w:rsidR="004A412B" w:rsidRDefault="004F1CCE">
      <w:pPr>
        <w:spacing w:after="0"/>
      </w:pPr>
      <w:r>
        <w:rPr>
          <w:rFonts w:ascii="Arial" w:hAnsi="Arial"/>
          <w:b/>
        </w:rPr>
        <w:t xml:space="preserve">Interviewer P:  </w:t>
      </w:r>
      <w:r>
        <w:rPr>
          <w:rFonts w:ascii="Arial" w:hAnsi="Arial"/>
          <w:color w:val="5D7284"/>
        </w:rPr>
        <w:t>15:33</w:t>
      </w:r>
    </w:p>
    <w:p w14:paraId="770706B6" w14:textId="77777777" w:rsidR="004A412B" w:rsidRDefault="004F1CCE">
      <w:pPr>
        <w:spacing w:after="0"/>
      </w:pPr>
      <w:r>
        <w:rPr>
          <w:rFonts w:ascii="Arial" w:hAnsi="Arial"/>
        </w:rPr>
        <w:t>Let me put up sometimes it helps if there's a white sheet behind it is.</w:t>
      </w:r>
    </w:p>
    <w:p w14:paraId="63995C0A" w14:textId="77777777" w:rsidR="004A412B" w:rsidRDefault="004A412B">
      <w:pPr>
        <w:spacing w:after="0"/>
      </w:pPr>
    </w:p>
    <w:p w14:paraId="0D6CE971" w14:textId="77777777" w:rsidR="004A412B" w:rsidRDefault="004F1CCE">
      <w:pPr>
        <w:spacing w:after="0"/>
      </w:pPr>
      <w:r>
        <w:rPr>
          <w:rFonts w:ascii="Arial" w:hAnsi="Arial"/>
          <w:b/>
        </w:rPr>
        <w:t xml:space="preserve">Participant #14:   </w:t>
      </w:r>
      <w:r>
        <w:rPr>
          <w:rFonts w:ascii="Arial" w:hAnsi="Arial"/>
          <w:color w:val="5D7284"/>
        </w:rPr>
        <w:t>15:37</w:t>
      </w:r>
    </w:p>
    <w:p w14:paraId="2644468E" w14:textId="659A3727" w:rsidR="004A412B" w:rsidRDefault="00683CD5">
      <w:pPr>
        <w:spacing w:after="0"/>
      </w:pPr>
      <w:r>
        <w:rPr>
          <w:rFonts w:ascii="Arial" w:hAnsi="Arial"/>
        </w:rPr>
        <w:t xml:space="preserve">Actually, pretty just separated. </w:t>
      </w:r>
    </w:p>
    <w:p w14:paraId="24537966" w14:textId="77777777" w:rsidR="004A412B" w:rsidRDefault="004A412B">
      <w:pPr>
        <w:spacing w:after="0"/>
      </w:pPr>
    </w:p>
    <w:p w14:paraId="3165004B" w14:textId="77777777" w:rsidR="004A412B" w:rsidRDefault="004F1CCE">
      <w:pPr>
        <w:spacing w:after="0"/>
      </w:pPr>
      <w:r>
        <w:rPr>
          <w:rFonts w:ascii="Arial" w:hAnsi="Arial"/>
          <w:b/>
        </w:rPr>
        <w:t xml:space="preserve">Interviewer P:  </w:t>
      </w:r>
      <w:r>
        <w:rPr>
          <w:rFonts w:ascii="Arial" w:hAnsi="Arial"/>
          <w:color w:val="5D7284"/>
        </w:rPr>
        <w:t>15:39</w:t>
      </w:r>
    </w:p>
    <w:p w14:paraId="0AC9069B" w14:textId="77777777" w:rsidR="004A412B" w:rsidRDefault="004F1CCE">
      <w:pPr>
        <w:spacing w:after="0"/>
      </w:pPr>
      <w:r>
        <w:rPr>
          <w:rFonts w:ascii="Arial" w:hAnsi="Arial"/>
        </w:rPr>
        <w:lastRenderedPageBreak/>
        <w:t>Yeah.</w:t>
      </w:r>
    </w:p>
    <w:p w14:paraId="5D0F151D" w14:textId="77777777" w:rsidR="004A412B" w:rsidRDefault="004A412B">
      <w:pPr>
        <w:spacing w:after="0"/>
      </w:pPr>
    </w:p>
    <w:p w14:paraId="26A9EB34" w14:textId="77777777" w:rsidR="004A412B" w:rsidRDefault="004F1CCE">
      <w:pPr>
        <w:spacing w:after="0"/>
      </w:pPr>
      <w:r>
        <w:rPr>
          <w:rFonts w:ascii="Arial" w:hAnsi="Arial"/>
          <w:b/>
        </w:rPr>
        <w:t xml:space="preserve">Participant #14:   </w:t>
      </w:r>
      <w:r>
        <w:rPr>
          <w:rFonts w:ascii="Arial" w:hAnsi="Arial"/>
          <w:color w:val="5D7284"/>
        </w:rPr>
        <w:t>15:42</w:t>
      </w:r>
    </w:p>
    <w:p w14:paraId="5FB0F26B" w14:textId="77777777" w:rsidR="004A412B" w:rsidRDefault="004F1CCE">
      <w:pPr>
        <w:spacing w:after="0"/>
      </w:pPr>
      <w:r>
        <w:rPr>
          <w:rFonts w:ascii="Arial" w:hAnsi="Arial"/>
        </w:rPr>
        <w:t xml:space="preserve">That makes sense. </w:t>
      </w:r>
    </w:p>
    <w:p w14:paraId="2250EC7B" w14:textId="77777777" w:rsidR="004A412B" w:rsidRDefault="004A412B">
      <w:pPr>
        <w:spacing w:after="0"/>
      </w:pPr>
    </w:p>
    <w:p w14:paraId="158CFCF5" w14:textId="77777777" w:rsidR="004A412B" w:rsidRDefault="004F1CCE">
      <w:pPr>
        <w:spacing w:after="0"/>
      </w:pPr>
      <w:r>
        <w:rPr>
          <w:rFonts w:ascii="Arial" w:hAnsi="Arial"/>
          <w:b/>
        </w:rPr>
        <w:t xml:space="preserve">Interviewer P:  </w:t>
      </w:r>
      <w:r>
        <w:rPr>
          <w:rFonts w:ascii="Arial" w:hAnsi="Arial"/>
          <w:color w:val="5D7284"/>
        </w:rPr>
        <w:t>15:44</w:t>
      </w:r>
    </w:p>
    <w:p w14:paraId="5CD10769" w14:textId="77777777" w:rsidR="004A412B" w:rsidRDefault="004F1CCE">
      <w:pPr>
        <w:spacing w:after="0"/>
      </w:pPr>
      <w:r>
        <w:rPr>
          <w:rFonts w:ascii="Arial" w:hAnsi="Arial"/>
        </w:rPr>
        <w:t>Tell me what makes sense.</w:t>
      </w:r>
    </w:p>
    <w:p w14:paraId="5A164120" w14:textId="77777777" w:rsidR="004A412B" w:rsidRDefault="004A412B">
      <w:pPr>
        <w:spacing w:after="0"/>
      </w:pPr>
    </w:p>
    <w:p w14:paraId="22CD5DBD" w14:textId="77777777" w:rsidR="004A412B" w:rsidRDefault="004F1CCE">
      <w:pPr>
        <w:spacing w:after="0"/>
      </w:pPr>
      <w:r>
        <w:rPr>
          <w:rFonts w:ascii="Arial" w:hAnsi="Arial"/>
          <w:b/>
        </w:rPr>
        <w:t xml:space="preserve">Participant #14:   </w:t>
      </w:r>
      <w:r>
        <w:rPr>
          <w:rFonts w:ascii="Arial" w:hAnsi="Arial"/>
          <w:color w:val="5D7284"/>
        </w:rPr>
        <w:t>15:47</w:t>
      </w:r>
    </w:p>
    <w:p w14:paraId="3B91F1D4" w14:textId="77777777" w:rsidR="004A412B" w:rsidRDefault="004F1CCE">
      <w:pPr>
        <w:spacing w:after="0"/>
      </w:pPr>
      <w:r>
        <w:rPr>
          <w:rFonts w:ascii="Arial" w:hAnsi="Arial"/>
        </w:rPr>
        <w:t xml:space="preserve">Just the ocean being separated from like, freshwater. Even the fish are separated in that way. I think. I could be wrong. I think that's my understanding. </w:t>
      </w:r>
    </w:p>
    <w:p w14:paraId="68F72782" w14:textId="77777777" w:rsidR="004A412B" w:rsidRDefault="004A412B">
      <w:pPr>
        <w:spacing w:after="0"/>
      </w:pPr>
    </w:p>
    <w:p w14:paraId="6CB389BB" w14:textId="77777777" w:rsidR="004A412B" w:rsidRDefault="004F1CCE">
      <w:pPr>
        <w:spacing w:after="0"/>
      </w:pPr>
      <w:r>
        <w:rPr>
          <w:rFonts w:ascii="Arial" w:hAnsi="Arial"/>
          <w:b/>
        </w:rPr>
        <w:t xml:space="preserve">Interviewer P:  </w:t>
      </w:r>
      <w:r>
        <w:rPr>
          <w:rFonts w:ascii="Arial" w:hAnsi="Arial"/>
          <w:color w:val="5D7284"/>
        </w:rPr>
        <w:t>15:58</w:t>
      </w:r>
    </w:p>
    <w:p w14:paraId="3EB7AD2A" w14:textId="5A3418AA" w:rsidR="004A412B" w:rsidRDefault="00683CD5">
      <w:pPr>
        <w:spacing w:after="0"/>
      </w:pPr>
      <w:r>
        <w:rPr>
          <w:rFonts w:ascii="Arial" w:hAnsi="Arial"/>
        </w:rPr>
        <w:t>Yeah, does the ocean have fresh and salt, salty water in it?</w:t>
      </w:r>
    </w:p>
    <w:p w14:paraId="277B0332" w14:textId="77777777" w:rsidR="004A412B" w:rsidRDefault="004A412B">
      <w:pPr>
        <w:spacing w:after="0"/>
      </w:pPr>
    </w:p>
    <w:p w14:paraId="35364DF6" w14:textId="77777777" w:rsidR="004A412B" w:rsidRDefault="004F1CCE">
      <w:pPr>
        <w:spacing w:after="0"/>
      </w:pPr>
      <w:r>
        <w:rPr>
          <w:rFonts w:ascii="Arial" w:hAnsi="Arial"/>
          <w:b/>
        </w:rPr>
        <w:t xml:space="preserve">Participant #14:   </w:t>
      </w:r>
      <w:r>
        <w:rPr>
          <w:rFonts w:ascii="Arial" w:hAnsi="Arial"/>
          <w:color w:val="5D7284"/>
        </w:rPr>
        <w:t>16:04</w:t>
      </w:r>
    </w:p>
    <w:p w14:paraId="7F59A410" w14:textId="77777777" w:rsidR="004A412B" w:rsidRDefault="004F1CCE">
      <w:pPr>
        <w:spacing w:after="0"/>
      </w:pPr>
      <w:r>
        <w:rPr>
          <w:rFonts w:ascii="Arial" w:hAnsi="Arial"/>
        </w:rPr>
        <w:t xml:space="preserve"> Like together? </w:t>
      </w:r>
    </w:p>
    <w:p w14:paraId="2CF807E1" w14:textId="77777777" w:rsidR="004A412B" w:rsidRDefault="004A412B">
      <w:pPr>
        <w:spacing w:after="0"/>
      </w:pPr>
    </w:p>
    <w:p w14:paraId="42530533" w14:textId="77777777" w:rsidR="004A412B" w:rsidRDefault="004F1CCE">
      <w:pPr>
        <w:spacing w:after="0"/>
      </w:pPr>
      <w:r>
        <w:rPr>
          <w:rFonts w:ascii="Arial" w:hAnsi="Arial"/>
          <w:b/>
        </w:rPr>
        <w:t xml:space="preserve">Interviewer P:  </w:t>
      </w:r>
      <w:r>
        <w:rPr>
          <w:rFonts w:ascii="Arial" w:hAnsi="Arial"/>
          <w:color w:val="5D7284"/>
        </w:rPr>
        <w:t>16:05</w:t>
      </w:r>
    </w:p>
    <w:p w14:paraId="05FB53CA" w14:textId="77777777" w:rsidR="004A412B" w:rsidRDefault="004F1CCE">
      <w:pPr>
        <w:spacing w:after="0"/>
      </w:pPr>
      <w:r>
        <w:rPr>
          <w:rFonts w:ascii="Arial" w:hAnsi="Arial"/>
        </w:rPr>
        <w:t xml:space="preserve">Like, does the ocean contain both fresh and saltwater? </w:t>
      </w:r>
    </w:p>
    <w:p w14:paraId="15CA3331" w14:textId="77777777" w:rsidR="004A412B" w:rsidRDefault="004A412B">
      <w:pPr>
        <w:spacing w:after="0"/>
      </w:pPr>
    </w:p>
    <w:p w14:paraId="091AAB3B" w14:textId="77777777" w:rsidR="004A412B" w:rsidRDefault="004F1CCE">
      <w:pPr>
        <w:spacing w:after="0"/>
      </w:pPr>
      <w:r>
        <w:rPr>
          <w:rFonts w:ascii="Arial" w:hAnsi="Arial"/>
          <w:b/>
        </w:rPr>
        <w:t xml:space="preserve">Participant #14:   </w:t>
      </w:r>
      <w:r>
        <w:rPr>
          <w:rFonts w:ascii="Arial" w:hAnsi="Arial"/>
          <w:color w:val="5D7284"/>
        </w:rPr>
        <w:t>16:10</w:t>
      </w:r>
    </w:p>
    <w:p w14:paraId="5F27B466" w14:textId="77777777" w:rsidR="004A412B" w:rsidRDefault="004F1CCE">
      <w:pPr>
        <w:spacing w:after="0"/>
      </w:pPr>
      <w:r>
        <w:rPr>
          <w:rFonts w:ascii="Arial" w:hAnsi="Arial"/>
        </w:rPr>
        <w:t xml:space="preserve">No, I think they're separate. </w:t>
      </w:r>
    </w:p>
    <w:p w14:paraId="11408F37" w14:textId="77777777" w:rsidR="004A412B" w:rsidRDefault="004A412B">
      <w:pPr>
        <w:spacing w:after="0"/>
      </w:pPr>
    </w:p>
    <w:p w14:paraId="74C2E281" w14:textId="77777777" w:rsidR="004A412B" w:rsidRDefault="004F1CCE">
      <w:pPr>
        <w:spacing w:after="0"/>
      </w:pPr>
      <w:r>
        <w:rPr>
          <w:rFonts w:ascii="Arial" w:hAnsi="Arial"/>
          <w:b/>
        </w:rPr>
        <w:t xml:space="preserve">Interviewer P:  </w:t>
      </w:r>
      <w:r>
        <w:rPr>
          <w:rFonts w:ascii="Arial" w:hAnsi="Arial"/>
          <w:color w:val="5D7284"/>
        </w:rPr>
        <w:t>16:12</w:t>
      </w:r>
    </w:p>
    <w:p w14:paraId="73787189" w14:textId="23A087FC" w:rsidR="004A412B" w:rsidRDefault="004F1CCE">
      <w:pPr>
        <w:spacing w:after="0"/>
      </w:pPr>
      <w:r>
        <w:rPr>
          <w:rFonts w:ascii="Arial" w:hAnsi="Arial"/>
        </w:rPr>
        <w:t xml:space="preserve">Yeah. Okay. </w:t>
      </w:r>
      <w:r w:rsidR="00683CD5">
        <w:rPr>
          <w:rFonts w:ascii="Arial" w:hAnsi="Arial"/>
        </w:rPr>
        <w:t>So,</w:t>
      </w:r>
      <w:r>
        <w:rPr>
          <w:rFonts w:ascii="Arial" w:hAnsi="Arial"/>
        </w:rPr>
        <w:t xml:space="preserve"> I was just wondering whenever you said the fish, right, if you meant like fish into separate bodies of water or setting separate in different parts of the ocean. </w:t>
      </w:r>
    </w:p>
    <w:p w14:paraId="6EA88C94" w14:textId="77777777" w:rsidR="004A412B" w:rsidRDefault="004A412B">
      <w:pPr>
        <w:spacing w:after="0"/>
      </w:pPr>
    </w:p>
    <w:p w14:paraId="5325F4B0" w14:textId="77777777" w:rsidR="004A412B" w:rsidRDefault="004F1CCE">
      <w:pPr>
        <w:spacing w:after="0"/>
      </w:pPr>
      <w:r>
        <w:rPr>
          <w:rFonts w:ascii="Arial" w:hAnsi="Arial"/>
          <w:b/>
        </w:rPr>
        <w:t xml:space="preserve">Participant #14:   </w:t>
      </w:r>
      <w:r>
        <w:rPr>
          <w:rFonts w:ascii="Arial" w:hAnsi="Arial"/>
          <w:color w:val="5D7284"/>
        </w:rPr>
        <w:t>16:21</w:t>
      </w:r>
    </w:p>
    <w:p w14:paraId="7228E591" w14:textId="3379670C" w:rsidR="004A412B" w:rsidRDefault="004F1CCE">
      <w:pPr>
        <w:spacing w:after="0"/>
      </w:pPr>
      <w:r>
        <w:rPr>
          <w:rFonts w:ascii="Arial" w:hAnsi="Arial"/>
        </w:rPr>
        <w:t xml:space="preserve">No, I think they are </w:t>
      </w:r>
      <w:r w:rsidR="00683CD5">
        <w:rPr>
          <w:rFonts w:ascii="Arial" w:hAnsi="Arial"/>
        </w:rPr>
        <w:t>separate</w:t>
      </w:r>
      <w:r>
        <w:rPr>
          <w:rFonts w:ascii="Arial" w:hAnsi="Arial"/>
        </w:rPr>
        <w:t xml:space="preserve">, yeah. </w:t>
      </w:r>
    </w:p>
    <w:p w14:paraId="25FBDF84" w14:textId="77777777" w:rsidR="004A412B" w:rsidRDefault="004A412B">
      <w:pPr>
        <w:spacing w:after="0"/>
      </w:pPr>
    </w:p>
    <w:p w14:paraId="4ABA9DC0" w14:textId="77777777" w:rsidR="004A412B" w:rsidRDefault="004F1CCE">
      <w:pPr>
        <w:spacing w:after="0"/>
      </w:pPr>
      <w:r>
        <w:rPr>
          <w:rFonts w:ascii="Arial" w:hAnsi="Arial"/>
          <w:b/>
        </w:rPr>
        <w:t xml:space="preserve">Interviewer P:  </w:t>
      </w:r>
      <w:r>
        <w:rPr>
          <w:rFonts w:ascii="Arial" w:hAnsi="Arial"/>
          <w:color w:val="5D7284"/>
        </w:rPr>
        <w:t>16:21</w:t>
      </w:r>
    </w:p>
    <w:p w14:paraId="74429D92" w14:textId="77777777" w:rsidR="004A412B" w:rsidRDefault="004F1CCE">
      <w:pPr>
        <w:spacing w:after="0"/>
      </w:pPr>
      <w:r>
        <w:rPr>
          <w:rFonts w:ascii="Arial" w:hAnsi="Arial"/>
        </w:rPr>
        <w:t>Okay.</w:t>
      </w:r>
    </w:p>
    <w:p w14:paraId="3AA3ED8A" w14:textId="77777777" w:rsidR="004A412B" w:rsidRDefault="004A412B">
      <w:pPr>
        <w:spacing w:after="0"/>
      </w:pPr>
    </w:p>
    <w:p w14:paraId="3DDC9895" w14:textId="77777777" w:rsidR="004A412B" w:rsidRDefault="004F1CCE">
      <w:pPr>
        <w:spacing w:after="0"/>
      </w:pPr>
      <w:r>
        <w:rPr>
          <w:rFonts w:ascii="Arial" w:hAnsi="Arial"/>
          <w:b/>
        </w:rPr>
        <w:t xml:space="preserve">Participant #14:   </w:t>
      </w:r>
      <w:r>
        <w:rPr>
          <w:rFonts w:ascii="Arial" w:hAnsi="Arial"/>
          <w:color w:val="5D7284"/>
        </w:rPr>
        <w:t>16:23</w:t>
      </w:r>
    </w:p>
    <w:p w14:paraId="52D6509D" w14:textId="77777777" w:rsidR="004A412B" w:rsidRDefault="004F1CCE">
      <w:pPr>
        <w:spacing w:after="0"/>
      </w:pPr>
      <w:r>
        <w:rPr>
          <w:rFonts w:ascii="Arial" w:hAnsi="Arial"/>
        </w:rPr>
        <w:t>But then there's isn't there, like water, that's equally true? I forgot what it's called. But it's like a little salty. And a little bit fresh. I don't know.</w:t>
      </w:r>
    </w:p>
    <w:p w14:paraId="02DF71A1" w14:textId="77777777" w:rsidR="004A412B" w:rsidRDefault="004A412B">
      <w:pPr>
        <w:spacing w:after="0"/>
      </w:pPr>
    </w:p>
    <w:p w14:paraId="5116D1C1" w14:textId="77777777" w:rsidR="004A412B" w:rsidRDefault="004F1CCE">
      <w:pPr>
        <w:spacing w:after="0"/>
      </w:pPr>
      <w:r>
        <w:rPr>
          <w:rFonts w:ascii="Arial" w:hAnsi="Arial"/>
          <w:b/>
        </w:rPr>
        <w:t xml:space="preserve">Interviewer P:  </w:t>
      </w:r>
      <w:r>
        <w:rPr>
          <w:rFonts w:ascii="Arial" w:hAnsi="Arial"/>
          <w:color w:val="5D7284"/>
        </w:rPr>
        <w:t>16:35</w:t>
      </w:r>
    </w:p>
    <w:p w14:paraId="7379AFA8" w14:textId="77777777" w:rsidR="004A412B" w:rsidRDefault="004F1CCE">
      <w:pPr>
        <w:spacing w:after="0"/>
      </w:pPr>
      <w:r>
        <w:rPr>
          <w:rFonts w:ascii="Arial" w:hAnsi="Arial"/>
        </w:rPr>
        <w:t xml:space="preserve">Like a brine. </w:t>
      </w:r>
    </w:p>
    <w:p w14:paraId="1E54A902" w14:textId="77777777" w:rsidR="004A412B" w:rsidRDefault="004A412B">
      <w:pPr>
        <w:spacing w:after="0"/>
      </w:pPr>
    </w:p>
    <w:p w14:paraId="30E477A3" w14:textId="77777777" w:rsidR="004A412B" w:rsidRDefault="004F1CCE">
      <w:pPr>
        <w:spacing w:after="0"/>
      </w:pPr>
      <w:r>
        <w:rPr>
          <w:rFonts w:ascii="Arial" w:hAnsi="Arial"/>
          <w:b/>
        </w:rPr>
        <w:t xml:space="preserve">Participant #14:   </w:t>
      </w:r>
      <w:r>
        <w:rPr>
          <w:rFonts w:ascii="Arial" w:hAnsi="Arial"/>
          <w:color w:val="5D7284"/>
        </w:rPr>
        <w:t>16:36</w:t>
      </w:r>
    </w:p>
    <w:p w14:paraId="47CE6DC0" w14:textId="77777777" w:rsidR="004A412B" w:rsidRDefault="004F1CCE">
      <w:pPr>
        <w:spacing w:after="0"/>
      </w:pPr>
      <w:r>
        <w:rPr>
          <w:rFonts w:ascii="Arial" w:hAnsi="Arial"/>
        </w:rPr>
        <w:t>Yes. Maybe.</w:t>
      </w:r>
    </w:p>
    <w:p w14:paraId="555527CE" w14:textId="77777777" w:rsidR="004A412B" w:rsidRDefault="004A412B">
      <w:pPr>
        <w:spacing w:after="0"/>
      </w:pPr>
    </w:p>
    <w:p w14:paraId="3EE4E77F" w14:textId="77777777" w:rsidR="004A412B" w:rsidRDefault="004F1CCE">
      <w:pPr>
        <w:spacing w:after="0"/>
      </w:pPr>
      <w:r>
        <w:rPr>
          <w:rFonts w:ascii="Arial" w:hAnsi="Arial"/>
          <w:b/>
        </w:rPr>
        <w:lastRenderedPageBreak/>
        <w:t xml:space="preserve">Interviewer P:  </w:t>
      </w:r>
      <w:r>
        <w:rPr>
          <w:rFonts w:ascii="Arial" w:hAnsi="Arial"/>
          <w:color w:val="5D7284"/>
        </w:rPr>
        <w:t>16:39</w:t>
      </w:r>
    </w:p>
    <w:p w14:paraId="6E91CEEC" w14:textId="77777777" w:rsidR="004A412B" w:rsidRDefault="004F1CCE">
      <w:pPr>
        <w:spacing w:after="0"/>
      </w:pPr>
      <w:r>
        <w:rPr>
          <w:rFonts w:ascii="Arial" w:hAnsi="Arial"/>
        </w:rPr>
        <w:t>Yeah, brackish.</w:t>
      </w:r>
    </w:p>
    <w:p w14:paraId="6ABC2121" w14:textId="77777777" w:rsidR="004A412B" w:rsidRDefault="004A412B">
      <w:pPr>
        <w:spacing w:after="0"/>
      </w:pPr>
    </w:p>
    <w:p w14:paraId="4E4FD052" w14:textId="77777777" w:rsidR="004A412B" w:rsidRDefault="004F1CCE">
      <w:pPr>
        <w:spacing w:after="0"/>
      </w:pPr>
      <w:r>
        <w:rPr>
          <w:rFonts w:ascii="Arial" w:hAnsi="Arial"/>
          <w:b/>
        </w:rPr>
        <w:t xml:space="preserve">Participant #14:   </w:t>
      </w:r>
      <w:r>
        <w:rPr>
          <w:rFonts w:ascii="Arial" w:hAnsi="Arial"/>
          <w:color w:val="5D7284"/>
        </w:rPr>
        <w:t>16:40</w:t>
      </w:r>
    </w:p>
    <w:p w14:paraId="66F7B1C1" w14:textId="77777777" w:rsidR="004A412B" w:rsidRDefault="004F1CCE">
      <w:pPr>
        <w:spacing w:after="0"/>
      </w:pPr>
      <w:r>
        <w:rPr>
          <w:rFonts w:ascii="Arial" w:hAnsi="Arial"/>
        </w:rPr>
        <w:t xml:space="preserve">Yeah brackish. Thank you, that was the word. </w:t>
      </w:r>
    </w:p>
    <w:p w14:paraId="476B1C65" w14:textId="77777777" w:rsidR="004A412B" w:rsidRDefault="004A412B">
      <w:pPr>
        <w:spacing w:after="0"/>
      </w:pPr>
    </w:p>
    <w:p w14:paraId="732D1C04" w14:textId="77777777" w:rsidR="004A412B" w:rsidRDefault="004F1CCE">
      <w:pPr>
        <w:spacing w:after="0"/>
      </w:pPr>
      <w:r>
        <w:rPr>
          <w:rFonts w:ascii="Arial" w:hAnsi="Arial"/>
          <w:b/>
        </w:rPr>
        <w:t xml:space="preserve">Interviewer P:  </w:t>
      </w:r>
      <w:r>
        <w:rPr>
          <w:rFonts w:ascii="Arial" w:hAnsi="Arial"/>
          <w:color w:val="5D7284"/>
        </w:rPr>
        <w:t>16:45</w:t>
      </w:r>
    </w:p>
    <w:p w14:paraId="2498B0AD" w14:textId="48E256BC" w:rsidR="004A412B" w:rsidRDefault="00683CD5">
      <w:pPr>
        <w:spacing w:after="0"/>
      </w:pPr>
      <w:r>
        <w:rPr>
          <w:rFonts w:ascii="Arial" w:hAnsi="Arial"/>
        </w:rPr>
        <w:t>So, what about these layers? Do you think that they'll stay?</w:t>
      </w:r>
    </w:p>
    <w:p w14:paraId="10BEB3FE" w14:textId="77777777" w:rsidR="004A412B" w:rsidRDefault="004A412B">
      <w:pPr>
        <w:spacing w:after="0"/>
      </w:pPr>
    </w:p>
    <w:p w14:paraId="7F0BD443" w14:textId="77777777" w:rsidR="004A412B" w:rsidRDefault="004F1CCE">
      <w:pPr>
        <w:spacing w:after="0"/>
      </w:pPr>
      <w:r>
        <w:rPr>
          <w:rFonts w:ascii="Arial" w:hAnsi="Arial"/>
          <w:b/>
        </w:rPr>
        <w:t xml:space="preserve">Participant #14:   </w:t>
      </w:r>
      <w:r>
        <w:rPr>
          <w:rFonts w:ascii="Arial" w:hAnsi="Arial"/>
          <w:color w:val="5D7284"/>
        </w:rPr>
        <w:t>16:49</w:t>
      </w:r>
    </w:p>
    <w:p w14:paraId="03DB0900" w14:textId="77777777" w:rsidR="004A412B" w:rsidRDefault="004F1CCE">
      <w:pPr>
        <w:spacing w:after="0"/>
      </w:pPr>
      <w:r>
        <w:rPr>
          <w:rFonts w:ascii="Arial" w:hAnsi="Arial"/>
        </w:rPr>
        <w:t>I do.</w:t>
      </w:r>
    </w:p>
    <w:p w14:paraId="04F505D1" w14:textId="77777777" w:rsidR="004A412B" w:rsidRDefault="004A412B">
      <w:pPr>
        <w:spacing w:after="0"/>
      </w:pPr>
    </w:p>
    <w:p w14:paraId="46ECDAF9" w14:textId="77777777" w:rsidR="004A412B" w:rsidRDefault="004F1CCE">
      <w:pPr>
        <w:spacing w:after="0"/>
      </w:pPr>
      <w:r>
        <w:rPr>
          <w:rFonts w:ascii="Arial" w:hAnsi="Arial"/>
          <w:b/>
        </w:rPr>
        <w:t xml:space="preserve">Interviewer P:  </w:t>
      </w:r>
      <w:r>
        <w:rPr>
          <w:rFonts w:ascii="Arial" w:hAnsi="Arial"/>
          <w:color w:val="5D7284"/>
        </w:rPr>
        <w:t>16:50</w:t>
      </w:r>
    </w:p>
    <w:p w14:paraId="07995734" w14:textId="77777777" w:rsidR="004A412B" w:rsidRDefault="004F1CCE">
      <w:pPr>
        <w:spacing w:after="0"/>
      </w:pPr>
      <w:r>
        <w:rPr>
          <w:rFonts w:ascii="Arial" w:hAnsi="Arial"/>
        </w:rPr>
        <w:t>Forever?</w:t>
      </w:r>
    </w:p>
    <w:p w14:paraId="20B32A14" w14:textId="77777777" w:rsidR="004A412B" w:rsidRDefault="004A412B">
      <w:pPr>
        <w:spacing w:after="0"/>
      </w:pPr>
    </w:p>
    <w:p w14:paraId="1461FFFC" w14:textId="77777777" w:rsidR="004A412B" w:rsidRDefault="004F1CCE">
      <w:pPr>
        <w:spacing w:after="0"/>
      </w:pPr>
      <w:r>
        <w:rPr>
          <w:rFonts w:ascii="Arial" w:hAnsi="Arial"/>
          <w:b/>
        </w:rPr>
        <w:t xml:space="preserve">Participant #14:   </w:t>
      </w:r>
      <w:r>
        <w:rPr>
          <w:rFonts w:ascii="Arial" w:hAnsi="Arial"/>
          <w:color w:val="5D7284"/>
        </w:rPr>
        <w:t>16:51</w:t>
      </w:r>
    </w:p>
    <w:p w14:paraId="0EA61B4D" w14:textId="77777777" w:rsidR="004A412B" w:rsidRDefault="004F1CCE">
      <w:pPr>
        <w:spacing w:after="0"/>
      </w:pPr>
      <w:r>
        <w:rPr>
          <w:rFonts w:ascii="Arial" w:hAnsi="Arial"/>
        </w:rPr>
        <w:t>Forever.</w:t>
      </w:r>
    </w:p>
    <w:p w14:paraId="157207A8" w14:textId="77777777" w:rsidR="004A412B" w:rsidRDefault="004A412B">
      <w:pPr>
        <w:spacing w:after="0"/>
      </w:pPr>
    </w:p>
    <w:p w14:paraId="529C71BA" w14:textId="77777777" w:rsidR="004A412B" w:rsidRDefault="004F1CCE">
      <w:pPr>
        <w:spacing w:after="0"/>
      </w:pPr>
      <w:r>
        <w:rPr>
          <w:rFonts w:ascii="Arial" w:hAnsi="Arial"/>
          <w:b/>
        </w:rPr>
        <w:t xml:space="preserve">Interviewer P:  </w:t>
      </w:r>
      <w:r>
        <w:rPr>
          <w:rFonts w:ascii="Arial" w:hAnsi="Arial"/>
          <w:color w:val="5D7284"/>
        </w:rPr>
        <w:t>16:52</w:t>
      </w:r>
    </w:p>
    <w:p w14:paraId="56C3C12A" w14:textId="77777777" w:rsidR="004A412B" w:rsidRDefault="004F1CCE">
      <w:pPr>
        <w:spacing w:after="0"/>
      </w:pPr>
      <w:r>
        <w:rPr>
          <w:rFonts w:ascii="Arial" w:hAnsi="Arial"/>
        </w:rPr>
        <w:t>And why do you think they're later like that?</w:t>
      </w:r>
    </w:p>
    <w:p w14:paraId="2ED644DF" w14:textId="77777777" w:rsidR="004A412B" w:rsidRDefault="004A412B">
      <w:pPr>
        <w:spacing w:after="0"/>
      </w:pPr>
    </w:p>
    <w:p w14:paraId="6D1CE5F7" w14:textId="77777777" w:rsidR="004A412B" w:rsidRDefault="004F1CCE">
      <w:pPr>
        <w:spacing w:after="0"/>
      </w:pPr>
      <w:r>
        <w:rPr>
          <w:rFonts w:ascii="Arial" w:hAnsi="Arial"/>
          <w:b/>
        </w:rPr>
        <w:t xml:space="preserve">Participant #14:   </w:t>
      </w:r>
      <w:r>
        <w:rPr>
          <w:rFonts w:ascii="Arial" w:hAnsi="Arial"/>
          <w:color w:val="5D7284"/>
        </w:rPr>
        <w:t>16:59</w:t>
      </w:r>
    </w:p>
    <w:p w14:paraId="08AF3576" w14:textId="0C3C0DF6" w:rsidR="004A412B" w:rsidRDefault="004F1CCE">
      <w:pPr>
        <w:spacing w:after="0"/>
      </w:pPr>
      <w:r>
        <w:rPr>
          <w:rFonts w:ascii="Arial" w:hAnsi="Arial"/>
        </w:rPr>
        <w:t xml:space="preserve">One of them has more </w:t>
      </w:r>
      <w:r w:rsidR="00683CD5">
        <w:rPr>
          <w:rFonts w:ascii="Arial" w:hAnsi="Arial"/>
        </w:rPr>
        <w:t>density.</w:t>
      </w:r>
      <w:r>
        <w:rPr>
          <w:rFonts w:ascii="Arial" w:hAnsi="Arial"/>
        </w:rPr>
        <w:t xml:space="preserve"> Probably. Most likely. </w:t>
      </w:r>
    </w:p>
    <w:p w14:paraId="44A2A597" w14:textId="77777777" w:rsidR="004A412B" w:rsidRDefault="004A412B">
      <w:pPr>
        <w:spacing w:after="0"/>
      </w:pPr>
    </w:p>
    <w:p w14:paraId="2EB774C3" w14:textId="77777777" w:rsidR="004A412B" w:rsidRDefault="004F1CCE">
      <w:pPr>
        <w:spacing w:after="0"/>
      </w:pPr>
      <w:r>
        <w:rPr>
          <w:rFonts w:ascii="Arial" w:hAnsi="Arial"/>
          <w:b/>
        </w:rPr>
        <w:t xml:space="preserve">Interviewer P:  </w:t>
      </w:r>
      <w:r>
        <w:rPr>
          <w:rFonts w:ascii="Arial" w:hAnsi="Arial"/>
          <w:color w:val="5D7284"/>
        </w:rPr>
        <w:t>17:03</w:t>
      </w:r>
    </w:p>
    <w:p w14:paraId="4F072DB0" w14:textId="77777777" w:rsidR="004A412B" w:rsidRDefault="004F1CCE">
      <w:pPr>
        <w:spacing w:after="0"/>
      </w:pPr>
      <w:r>
        <w:rPr>
          <w:rFonts w:ascii="Arial" w:hAnsi="Arial"/>
        </w:rPr>
        <w:t>Which one?</w:t>
      </w:r>
    </w:p>
    <w:p w14:paraId="61709266" w14:textId="77777777" w:rsidR="004A412B" w:rsidRDefault="004A412B">
      <w:pPr>
        <w:spacing w:after="0"/>
      </w:pPr>
    </w:p>
    <w:p w14:paraId="36AD4E9D" w14:textId="77777777" w:rsidR="004A412B" w:rsidRDefault="004F1CCE">
      <w:pPr>
        <w:spacing w:after="0"/>
      </w:pPr>
      <w:r>
        <w:rPr>
          <w:rFonts w:ascii="Arial" w:hAnsi="Arial"/>
          <w:b/>
        </w:rPr>
        <w:t xml:space="preserve">Participant #14:   </w:t>
      </w:r>
      <w:r>
        <w:rPr>
          <w:rFonts w:ascii="Arial" w:hAnsi="Arial"/>
          <w:color w:val="5D7284"/>
        </w:rPr>
        <w:t>17:06</w:t>
      </w:r>
    </w:p>
    <w:p w14:paraId="31ADA4AB" w14:textId="77777777" w:rsidR="004A412B" w:rsidRDefault="004F1CCE">
      <w:pPr>
        <w:spacing w:after="0"/>
      </w:pPr>
      <w:r>
        <w:rPr>
          <w:rFonts w:ascii="Arial" w:hAnsi="Arial"/>
        </w:rPr>
        <w:t xml:space="preserve"> I think it's the salt one but, I don't remember. </w:t>
      </w:r>
    </w:p>
    <w:p w14:paraId="6D930078" w14:textId="77777777" w:rsidR="004A412B" w:rsidRDefault="004A412B">
      <w:pPr>
        <w:spacing w:after="0"/>
      </w:pPr>
    </w:p>
    <w:p w14:paraId="3B85FF51" w14:textId="77777777" w:rsidR="004A412B" w:rsidRDefault="004F1CCE">
      <w:pPr>
        <w:spacing w:after="0"/>
      </w:pPr>
      <w:r>
        <w:rPr>
          <w:rFonts w:ascii="Arial" w:hAnsi="Arial"/>
          <w:b/>
        </w:rPr>
        <w:t xml:space="preserve">Interviewer P:  </w:t>
      </w:r>
      <w:r>
        <w:rPr>
          <w:rFonts w:ascii="Arial" w:hAnsi="Arial"/>
          <w:color w:val="5D7284"/>
        </w:rPr>
        <w:t>17:10</w:t>
      </w:r>
    </w:p>
    <w:p w14:paraId="1EA0ACB5" w14:textId="77777777" w:rsidR="004A412B" w:rsidRDefault="004F1CCE">
      <w:pPr>
        <w:spacing w:after="0"/>
      </w:pPr>
      <w:r>
        <w:rPr>
          <w:rFonts w:ascii="Arial" w:hAnsi="Arial"/>
        </w:rPr>
        <w:t>It's okay.</w:t>
      </w:r>
    </w:p>
    <w:p w14:paraId="150E4CE9" w14:textId="77777777" w:rsidR="004A412B" w:rsidRDefault="004A412B">
      <w:pPr>
        <w:spacing w:after="0"/>
      </w:pPr>
    </w:p>
    <w:p w14:paraId="60A9401D" w14:textId="77777777" w:rsidR="004A412B" w:rsidRDefault="004F1CCE">
      <w:pPr>
        <w:spacing w:after="0"/>
      </w:pPr>
      <w:r>
        <w:rPr>
          <w:rFonts w:ascii="Arial" w:hAnsi="Arial"/>
          <w:b/>
        </w:rPr>
        <w:t xml:space="preserve">Participant #14:   </w:t>
      </w:r>
      <w:r>
        <w:rPr>
          <w:rFonts w:ascii="Arial" w:hAnsi="Arial"/>
          <w:color w:val="5D7284"/>
        </w:rPr>
        <w:t>17:20</w:t>
      </w:r>
    </w:p>
    <w:p w14:paraId="580D7E96" w14:textId="77777777" w:rsidR="004A412B" w:rsidRDefault="004F1CCE">
      <w:pPr>
        <w:spacing w:after="0"/>
      </w:pPr>
      <w:r>
        <w:rPr>
          <w:rFonts w:ascii="Arial" w:hAnsi="Arial"/>
        </w:rPr>
        <w:t>Which one was the salt?</w:t>
      </w:r>
    </w:p>
    <w:p w14:paraId="18BE2978" w14:textId="77777777" w:rsidR="004A412B" w:rsidRDefault="004A412B">
      <w:pPr>
        <w:spacing w:after="0"/>
      </w:pPr>
    </w:p>
    <w:p w14:paraId="5249A66D" w14:textId="77777777" w:rsidR="004A412B" w:rsidRDefault="004F1CCE">
      <w:pPr>
        <w:spacing w:after="0"/>
      </w:pPr>
      <w:r>
        <w:rPr>
          <w:rFonts w:ascii="Arial" w:hAnsi="Arial"/>
          <w:b/>
        </w:rPr>
        <w:t xml:space="preserve">Interviewer P:  </w:t>
      </w:r>
      <w:r>
        <w:rPr>
          <w:rFonts w:ascii="Arial" w:hAnsi="Arial"/>
          <w:color w:val="5D7284"/>
        </w:rPr>
        <w:t>17:22</w:t>
      </w:r>
    </w:p>
    <w:p w14:paraId="6E828886" w14:textId="77777777" w:rsidR="004A412B" w:rsidRDefault="004F1CCE">
      <w:pPr>
        <w:spacing w:after="0"/>
      </w:pPr>
      <w:r>
        <w:rPr>
          <w:rFonts w:ascii="Arial" w:hAnsi="Arial"/>
        </w:rPr>
        <w:t>The green.</w:t>
      </w:r>
    </w:p>
    <w:p w14:paraId="20BC7039" w14:textId="77777777" w:rsidR="004A412B" w:rsidRDefault="004A412B">
      <w:pPr>
        <w:spacing w:after="0"/>
      </w:pPr>
    </w:p>
    <w:p w14:paraId="7829F1A0" w14:textId="77777777" w:rsidR="004A412B" w:rsidRDefault="004F1CCE">
      <w:pPr>
        <w:spacing w:after="0"/>
      </w:pPr>
      <w:r>
        <w:rPr>
          <w:rFonts w:ascii="Arial" w:hAnsi="Arial"/>
          <w:b/>
        </w:rPr>
        <w:t xml:space="preserve">Participant #14:   </w:t>
      </w:r>
      <w:r>
        <w:rPr>
          <w:rFonts w:ascii="Arial" w:hAnsi="Arial"/>
          <w:color w:val="5D7284"/>
        </w:rPr>
        <w:t>17:23</w:t>
      </w:r>
    </w:p>
    <w:p w14:paraId="7C278CCB" w14:textId="77777777" w:rsidR="004A412B" w:rsidRDefault="004F1CCE">
      <w:pPr>
        <w:spacing w:after="0"/>
      </w:pPr>
      <w:r>
        <w:rPr>
          <w:rFonts w:ascii="Arial" w:hAnsi="Arial"/>
        </w:rPr>
        <w:t xml:space="preserve"> Oh. Interesting. </w:t>
      </w:r>
    </w:p>
    <w:p w14:paraId="145149C0" w14:textId="77777777" w:rsidR="004A412B" w:rsidRDefault="004A412B">
      <w:pPr>
        <w:spacing w:after="0"/>
      </w:pPr>
    </w:p>
    <w:p w14:paraId="0D8703EC" w14:textId="77777777" w:rsidR="004A412B" w:rsidRDefault="004F1CCE">
      <w:pPr>
        <w:spacing w:after="0"/>
      </w:pPr>
      <w:r>
        <w:rPr>
          <w:rFonts w:ascii="Arial" w:hAnsi="Arial"/>
          <w:b/>
        </w:rPr>
        <w:t xml:space="preserve">Interviewer P:  </w:t>
      </w:r>
      <w:r>
        <w:rPr>
          <w:rFonts w:ascii="Arial" w:hAnsi="Arial"/>
          <w:color w:val="5D7284"/>
        </w:rPr>
        <w:t>17:28</w:t>
      </w:r>
    </w:p>
    <w:p w14:paraId="0FAE3EEB" w14:textId="265DC2F8" w:rsidR="004A412B" w:rsidRDefault="00683CD5">
      <w:pPr>
        <w:spacing w:after="0"/>
      </w:pPr>
      <w:r>
        <w:rPr>
          <w:rFonts w:ascii="Arial" w:hAnsi="Arial"/>
        </w:rPr>
        <w:t>So, tell me about interesting.</w:t>
      </w:r>
    </w:p>
    <w:p w14:paraId="2AB06A1B" w14:textId="77777777" w:rsidR="004A412B" w:rsidRDefault="004A412B">
      <w:pPr>
        <w:spacing w:after="0"/>
      </w:pPr>
    </w:p>
    <w:p w14:paraId="4CE35225" w14:textId="77777777" w:rsidR="004A412B" w:rsidRDefault="004F1CCE">
      <w:pPr>
        <w:spacing w:after="0"/>
      </w:pPr>
      <w:r>
        <w:rPr>
          <w:rFonts w:ascii="Arial" w:hAnsi="Arial"/>
          <w:b/>
        </w:rPr>
        <w:t xml:space="preserve">Participant #14:   </w:t>
      </w:r>
      <w:r>
        <w:rPr>
          <w:rFonts w:ascii="Arial" w:hAnsi="Arial"/>
          <w:color w:val="5D7284"/>
        </w:rPr>
        <w:t>17:31</w:t>
      </w:r>
    </w:p>
    <w:p w14:paraId="47D32218" w14:textId="77777777" w:rsidR="004A412B" w:rsidRDefault="004F1CCE">
      <w:pPr>
        <w:spacing w:after="0"/>
      </w:pPr>
      <w:r>
        <w:rPr>
          <w:rFonts w:ascii="Arial" w:hAnsi="Arial"/>
        </w:rPr>
        <w:t>I thought the yellow was the higher density one.</w:t>
      </w:r>
    </w:p>
    <w:p w14:paraId="09CFC598" w14:textId="77777777" w:rsidR="004A412B" w:rsidRDefault="004A412B">
      <w:pPr>
        <w:spacing w:after="0"/>
      </w:pPr>
    </w:p>
    <w:p w14:paraId="02DC07A7" w14:textId="77777777" w:rsidR="004A412B" w:rsidRDefault="004F1CCE">
      <w:pPr>
        <w:spacing w:after="0"/>
      </w:pPr>
      <w:r>
        <w:rPr>
          <w:rFonts w:ascii="Arial" w:hAnsi="Arial"/>
          <w:b/>
        </w:rPr>
        <w:t xml:space="preserve">Interviewer P:  </w:t>
      </w:r>
      <w:r>
        <w:rPr>
          <w:rFonts w:ascii="Arial" w:hAnsi="Arial"/>
          <w:color w:val="5D7284"/>
        </w:rPr>
        <w:t>17:43</w:t>
      </w:r>
    </w:p>
    <w:p w14:paraId="4E1E4452" w14:textId="759F776D" w:rsidR="004A412B" w:rsidRDefault="00683CD5">
      <w:pPr>
        <w:spacing w:after="0"/>
      </w:pPr>
      <w:r>
        <w:rPr>
          <w:rFonts w:ascii="Arial" w:hAnsi="Arial"/>
        </w:rPr>
        <w:t>Okay.... All right, let me put this over here. And then Erika made some time lapse videos of this. All three of them that I'm going to share with you. Since we asked those questions about well, how long do you think it will take? So, this amount of time, and I'm going to ask you in a minute how long you think it is, but it's condensed down to about 30 or 40 seconds. So, this first one we'll do it in the same order that we did. So, this is hot and cold water condensed down to about 30 or 33 seconds.</w:t>
      </w:r>
    </w:p>
    <w:p w14:paraId="7A2FCF89" w14:textId="77777777" w:rsidR="004A412B" w:rsidRDefault="004A412B">
      <w:pPr>
        <w:spacing w:after="0"/>
      </w:pPr>
    </w:p>
    <w:p w14:paraId="1739B222" w14:textId="77777777" w:rsidR="004A412B" w:rsidRDefault="004F1CCE">
      <w:pPr>
        <w:spacing w:after="0"/>
      </w:pPr>
      <w:r>
        <w:rPr>
          <w:rFonts w:ascii="Arial" w:hAnsi="Arial"/>
          <w:b/>
        </w:rPr>
        <w:t xml:space="preserve">Participant #14:   </w:t>
      </w:r>
      <w:r>
        <w:rPr>
          <w:rFonts w:ascii="Arial" w:hAnsi="Arial"/>
          <w:color w:val="5D7284"/>
        </w:rPr>
        <w:t>18:45</w:t>
      </w:r>
    </w:p>
    <w:p w14:paraId="1B738378" w14:textId="77777777" w:rsidR="004A412B" w:rsidRDefault="004F1CCE">
      <w:pPr>
        <w:spacing w:after="0"/>
      </w:pPr>
      <w:r>
        <w:rPr>
          <w:rFonts w:ascii="Arial" w:hAnsi="Arial"/>
        </w:rPr>
        <w:t>So how long did it actually take in person?</w:t>
      </w:r>
    </w:p>
    <w:p w14:paraId="39874027" w14:textId="77777777" w:rsidR="004A412B" w:rsidRDefault="004A412B">
      <w:pPr>
        <w:spacing w:after="0"/>
      </w:pPr>
    </w:p>
    <w:p w14:paraId="14B4DC6E" w14:textId="77777777" w:rsidR="004A412B" w:rsidRDefault="004F1CCE">
      <w:pPr>
        <w:spacing w:after="0"/>
      </w:pPr>
      <w:r>
        <w:rPr>
          <w:rFonts w:ascii="Arial" w:hAnsi="Arial"/>
          <w:b/>
        </w:rPr>
        <w:t xml:space="preserve">Interviewer P:  </w:t>
      </w:r>
      <w:r>
        <w:rPr>
          <w:rFonts w:ascii="Arial" w:hAnsi="Arial"/>
          <w:color w:val="5D7284"/>
        </w:rPr>
        <w:t>18:49</w:t>
      </w:r>
    </w:p>
    <w:p w14:paraId="79792DA4" w14:textId="7562FDE9" w:rsidR="004A412B" w:rsidRDefault="00683CD5">
      <w:pPr>
        <w:spacing w:after="0"/>
      </w:pPr>
      <w:r>
        <w:rPr>
          <w:rFonts w:ascii="Arial" w:hAnsi="Arial"/>
        </w:rPr>
        <w:t>So, all right so we're almost there. Okay, so this is what it looked like in the end. So how long do you think it took in person?</w:t>
      </w:r>
    </w:p>
    <w:p w14:paraId="38D8E9EF" w14:textId="77777777" w:rsidR="004A412B" w:rsidRDefault="004A412B">
      <w:pPr>
        <w:spacing w:after="0"/>
      </w:pPr>
    </w:p>
    <w:p w14:paraId="74934B51" w14:textId="77777777" w:rsidR="004A412B" w:rsidRDefault="004F1CCE">
      <w:pPr>
        <w:spacing w:after="0"/>
      </w:pPr>
      <w:r>
        <w:rPr>
          <w:rFonts w:ascii="Arial" w:hAnsi="Arial"/>
          <w:b/>
        </w:rPr>
        <w:t xml:space="preserve">Participant #14:   </w:t>
      </w:r>
      <w:r>
        <w:rPr>
          <w:rFonts w:ascii="Arial" w:hAnsi="Arial"/>
          <w:color w:val="5D7284"/>
        </w:rPr>
        <w:t>19:03</w:t>
      </w:r>
    </w:p>
    <w:p w14:paraId="51BD45EE" w14:textId="77777777" w:rsidR="004A412B" w:rsidRDefault="004F1CCE">
      <w:pPr>
        <w:spacing w:after="0"/>
      </w:pPr>
      <w:r>
        <w:rPr>
          <w:rFonts w:ascii="Arial" w:hAnsi="Arial"/>
        </w:rPr>
        <w:t>Um earlier? I think I said 30 minutes.</w:t>
      </w:r>
    </w:p>
    <w:p w14:paraId="65309DB1" w14:textId="77777777" w:rsidR="004A412B" w:rsidRDefault="004A412B">
      <w:pPr>
        <w:spacing w:after="0"/>
      </w:pPr>
    </w:p>
    <w:p w14:paraId="151E6E2A" w14:textId="77777777" w:rsidR="004A412B" w:rsidRDefault="004F1CCE">
      <w:pPr>
        <w:spacing w:after="0"/>
      </w:pPr>
      <w:r>
        <w:rPr>
          <w:rFonts w:ascii="Arial" w:hAnsi="Arial"/>
          <w:b/>
        </w:rPr>
        <w:t xml:space="preserve">Interviewer P:  </w:t>
      </w:r>
      <w:r>
        <w:rPr>
          <w:rFonts w:ascii="Arial" w:hAnsi="Arial"/>
          <w:color w:val="5D7284"/>
        </w:rPr>
        <w:t>19:05</w:t>
      </w:r>
    </w:p>
    <w:p w14:paraId="4B74F316" w14:textId="77777777" w:rsidR="004A412B" w:rsidRDefault="004F1CCE">
      <w:pPr>
        <w:spacing w:after="0"/>
      </w:pPr>
      <w:r>
        <w:rPr>
          <w:rFonts w:ascii="Arial" w:hAnsi="Arial"/>
        </w:rPr>
        <w:t>You wanna gonna go with that?</w:t>
      </w:r>
    </w:p>
    <w:p w14:paraId="609E64D0" w14:textId="77777777" w:rsidR="004A412B" w:rsidRDefault="004A412B">
      <w:pPr>
        <w:spacing w:after="0"/>
      </w:pPr>
    </w:p>
    <w:p w14:paraId="378E66E4" w14:textId="77777777" w:rsidR="004A412B" w:rsidRDefault="004F1CCE">
      <w:pPr>
        <w:spacing w:after="0"/>
      </w:pPr>
      <w:r>
        <w:rPr>
          <w:rFonts w:ascii="Arial" w:hAnsi="Arial"/>
          <w:b/>
        </w:rPr>
        <w:t xml:space="preserve">Participant #14:   </w:t>
      </w:r>
      <w:r>
        <w:rPr>
          <w:rFonts w:ascii="Arial" w:hAnsi="Arial"/>
          <w:color w:val="5D7284"/>
        </w:rPr>
        <w:t>19:11</w:t>
      </w:r>
    </w:p>
    <w:p w14:paraId="6D0DFECF" w14:textId="77777777" w:rsidR="004A412B" w:rsidRDefault="004F1CCE">
      <w:pPr>
        <w:spacing w:after="0"/>
      </w:pPr>
      <w:r>
        <w:rPr>
          <w:rFonts w:ascii="Arial" w:hAnsi="Arial"/>
        </w:rPr>
        <w:t xml:space="preserve">Maybe 25 minutes. 23 minutes. </w:t>
      </w:r>
    </w:p>
    <w:p w14:paraId="4CF53E10" w14:textId="77777777" w:rsidR="004A412B" w:rsidRDefault="004A412B">
      <w:pPr>
        <w:spacing w:after="0"/>
      </w:pPr>
    </w:p>
    <w:p w14:paraId="775AD72F" w14:textId="77777777" w:rsidR="004A412B" w:rsidRDefault="004F1CCE">
      <w:pPr>
        <w:spacing w:after="0"/>
      </w:pPr>
      <w:r>
        <w:rPr>
          <w:rFonts w:ascii="Arial" w:hAnsi="Arial"/>
          <w:b/>
        </w:rPr>
        <w:t xml:space="preserve">Interviewer P:  </w:t>
      </w:r>
      <w:r>
        <w:rPr>
          <w:rFonts w:ascii="Arial" w:hAnsi="Arial"/>
          <w:color w:val="5D7284"/>
        </w:rPr>
        <w:t>19:15</w:t>
      </w:r>
    </w:p>
    <w:p w14:paraId="72FE0B13" w14:textId="73C0B9AB" w:rsidR="004A412B" w:rsidRDefault="004F1CCE">
      <w:pPr>
        <w:spacing w:after="0"/>
      </w:pPr>
      <w:r>
        <w:rPr>
          <w:rFonts w:ascii="Arial" w:hAnsi="Arial"/>
        </w:rPr>
        <w:t xml:space="preserve">That's very precise. </w:t>
      </w:r>
      <w:r w:rsidR="00683CD5">
        <w:rPr>
          <w:rFonts w:ascii="Arial" w:hAnsi="Arial"/>
        </w:rPr>
        <w:t>So,</w:t>
      </w:r>
      <w:r>
        <w:rPr>
          <w:rFonts w:ascii="Arial" w:hAnsi="Arial"/>
        </w:rPr>
        <w:t xml:space="preserve"> this is an hour.</w:t>
      </w:r>
    </w:p>
    <w:p w14:paraId="16FBD26A" w14:textId="77777777" w:rsidR="004A412B" w:rsidRDefault="004A412B">
      <w:pPr>
        <w:spacing w:after="0"/>
      </w:pPr>
    </w:p>
    <w:p w14:paraId="55C3DF62" w14:textId="77777777" w:rsidR="004A412B" w:rsidRDefault="004F1CCE">
      <w:pPr>
        <w:spacing w:after="0"/>
      </w:pPr>
      <w:r>
        <w:rPr>
          <w:rFonts w:ascii="Arial" w:hAnsi="Arial"/>
          <w:b/>
        </w:rPr>
        <w:t xml:space="preserve">Participant #14:   </w:t>
      </w:r>
      <w:r>
        <w:rPr>
          <w:rFonts w:ascii="Arial" w:hAnsi="Arial"/>
          <w:color w:val="5D7284"/>
        </w:rPr>
        <w:t>19:20</w:t>
      </w:r>
    </w:p>
    <w:p w14:paraId="565D9941" w14:textId="063C0377" w:rsidR="004A412B" w:rsidRDefault="00683CD5">
      <w:pPr>
        <w:spacing w:after="0"/>
      </w:pPr>
      <w:r>
        <w:rPr>
          <w:rFonts w:ascii="Arial" w:hAnsi="Arial"/>
        </w:rPr>
        <w:t>Oh, my goodness.</w:t>
      </w:r>
    </w:p>
    <w:p w14:paraId="5FCD269B" w14:textId="77777777" w:rsidR="004A412B" w:rsidRDefault="004A412B">
      <w:pPr>
        <w:spacing w:after="0"/>
      </w:pPr>
    </w:p>
    <w:p w14:paraId="5C4EF9E6" w14:textId="77777777" w:rsidR="004A412B" w:rsidRDefault="004F1CCE">
      <w:pPr>
        <w:spacing w:after="0"/>
      </w:pPr>
      <w:r>
        <w:rPr>
          <w:rFonts w:ascii="Arial" w:hAnsi="Arial"/>
          <w:b/>
        </w:rPr>
        <w:t xml:space="preserve">Interviewer P:  </w:t>
      </w:r>
      <w:r>
        <w:rPr>
          <w:rFonts w:ascii="Arial" w:hAnsi="Arial"/>
          <w:color w:val="5D7284"/>
        </w:rPr>
        <w:t>19:21</w:t>
      </w:r>
    </w:p>
    <w:p w14:paraId="5CD5D47B" w14:textId="77777777" w:rsidR="004A412B" w:rsidRDefault="004F1CCE">
      <w:pPr>
        <w:spacing w:after="0"/>
      </w:pPr>
      <w:r>
        <w:rPr>
          <w:rFonts w:ascii="Arial" w:hAnsi="Arial"/>
        </w:rPr>
        <w:t xml:space="preserve">Yeah. Does that surprise you? </w:t>
      </w:r>
    </w:p>
    <w:p w14:paraId="12454A0E" w14:textId="77777777" w:rsidR="004A412B" w:rsidRDefault="004A412B">
      <w:pPr>
        <w:spacing w:after="0"/>
      </w:pPr>
    </w:p>
    <w:p w14:paraId="0736A6A0" w14:textId="77777777" w:rsidR="004A412B" w:rsidRDefault="004F1CCE">
      <w:pPr>
        <w:spacing w:after="0"/>
      </w:pPr>
      <w:r>
        <w:rPr>
          <w:rFonts w:ascii="Arial" w:hAnsi="Arial"/>
          <w:b/>
        </w:rPr>
        <w:t xml:space="preserve">Participant #14:   </w:t>
      </w:r>
      <w:r>
        <w:rPr>
          <w:rFonts w:ascii="Arial" w:hAnsi="Arial"/>
          <w:color w:val="5D7284"/>
        </w:rPr>
        <w:t>19:22</w:t>
      </w:r>
    </w:p>
    <w:p w14:paraId="56A2E9B1" w14:textId="77777777" w:rsidR="004A412B" w:rsidRDefault="004F1CCE">
      <w:pPr>
        <w:spacing w:after="0"/>
      </w:pPr>
      <w:r>
        <w:rPr>
          <w:rFonts w:ascii="Arial" w:hAnsi="Arial"/>
        </w:rPr>
        <w:t xml:space="preserve">Yeah. </w:t>
      </w:r>
    </w:p>
    <w:p w14:paraId="42EC1387" w14:textId="77777777" w:rsidR="004A412B" w:rsidRDefault="004A412B">
      <w:pPr>
        <w:spacing w:after="0"/>
      </w:pPr>
    </w:p>
    <w:p w14:paraId="75B5EEEB" w14:textId="77777777" w:rsidR="004A412B" w:rsidRDefault="004F1CCE">
      <w:pPr>
        <w:spacing w:after="0"/>
      </w:pPr>
      <w:r>
        <w:rPr>
          <w:rFonts w:ascii="Arial" w:hAnsi="Arial"/>
          <w:b/>
        </w:rPr>
        <w:t xml:space="preserve">Interviewer P:  </w:t>
      </w:r>
      <w:r>
        <w:rPr>
          <w:rFonts w:ascii="Arial" w:hAnsi="Arial"/>
          <w:color w:val="5D7284"/>
        </w:rPr>
        <w:t>19:23</w:t>
      </w:r>
    </w:p>
    <w:p w14:paraId="5F9B9525" w14:textId="77777777" w:rsidR="004A412B" w:rsidRDefault="004F1CCE">
      <w:pPr>
        <w:spacing w:after="0"/>
      </w:pPr>
      <w:r>
        <w:rPr>
          <w:rFonts w:ascii="Arial" w:hAnsi="Arial"/>
        </w:rPr>
        <w:t>Anything else you saw interesting or surprising about it?</w:t>
      </w:r>
    </w:p>
    <w:p w14:paraId="6EB59C4F" w14:textId="77777777" w:rsidR="004A412B" w:rsidRDefault="004A412B">
      <w:pPr>
        <w:spacing w:after="0"/>
      </w:pPr>
    </w:p>
    <w:p w14:paraId="483A63CE" w14:textId="77777777" w:rsidR="004A412B" w:rsidRDefault="004F1CCE">
      <w:pPr>
        <w:spacing w:after="0"/>
      </w:pPr>
      <w:r>
        <w:rPr>
          <w:rFonts w:ascii="Arial" w:hAnsi="Arial"/>
          <w:b/>
        </w:rPr>
        <w:t xml:space="preserve">Participant #14:   </w:t>
      </w:r>
      <w:r>
        <w:rPr>
          <w:rFonts w:ascii="Arial" w:hAnsi="Arial"/>
          <w:color w:val="5D7284"/>
        </w:rPr>
        <w:t>19:26</w:t>
      </w:r>
    </w:p>
    <w:p w14:paraId="0313BF44" w14:textId="77777777" w:rsidR="004A412B" w:rsidRDefault="004F1CCE">
      <w:pPr>
        <w:spacing w:after="0"/>
      </w:pPr>
      <w:r>
        <w:rPr>
          <w:rFonts w:ascii="Arial" w:hAnsi="Arial"/>
        </w:rPr>
        <w:t>The movement of the way it blended was really that weird.</w:t>
      </w:r>
    </w:p>
    <w:p w14:paraId="279D369F" w14:textId="77777777" w:rsidR="004A412B" w:rsidRDefault="004A412B">
      <w:pPr>
        <w:spacing w:after="0"/>
      </w:pPr>
    </w:p>
    <w:p w14:paraId="55453DF7" w14:textId="77777777" w:rsidR="004A412B" w:rsidRDefault="004F1CCE">
      <w:pPr>
        <w:spacing w:after="0"/>
      </w:pPr>
      <w:r>
        <w:rPr>
          <w:rFonts w:ascii="Arial" w:hAnsi="Arial"/>
          <w:b/>
        </w:rPr>
        <w:t xml:space="preserve">Interviewer P:  </w:t>
      </w:r>
      <w:r>
        <w:rPr>
          <w:rFonts w:ascii="Arial" w:hAnsi="Arial"/>
          <w:color w:val="5D7284"/>
        </w:rPr>
        <w:t>19:30</w:t>
      </w:r>
    </w:p>
    <w:p w14:paraId="5C671328" w14:textId="77777777" w:rsidR="004A412B" w:rsidRDefault="004F1CCE">
      <w:pPr>
        <w:spacing w:after="0"/>
      </w:pPr>
      <w:r>
        <w:rPr>
          <w:rFonts w:ascii="Arial" w:hAnsi="Arial"/>
        </w:rPr>
        <w:t xml:space="preserve">How you got like these in fingers going up and down. </w:t>
      </w:r>
    </w:p>
    <w:p w14:paraId="7956CAFB" w14:textId="77777777" w:rsidR="004A412B" w:rsidRDefault="004A412B">
      <w:pPr>
        <w:spacing w:after="0"/>
      </w:pPr>
    </w:p>
    <w:p w14:paraId="11B5FD24" w14:textId="77777777" w:rsidR="004A412B" w:rsidRDefault="004F1CCE">
      <w:pPr>
        <w:spacing w:after="0"/>
      </w:pPr>
      <w:r>
        <w:rPr>
          <w:rFonts w:ascii="Arial" w:hAnsi="Arial"/>
          <w:b/>
        </w:rPr>
        <w:t xml:space="preserve">Participant #14:   </w:t>
      </w:r>
      <w:r>
        <w:rPr>
          <w:rFonts w:ascii="Arial" w:hAnsi="Arial"/>
          <w:color w:val="5D7284"/>
        </w:rPr>
        <w:t>19:33</w:t>
      </w:r>
    </w:p>
    <w:p w14:paraId="0DBD0E98" w14:textId="77777777" w:rsidR="004A412B" w:rsidRDefault="004F1CCE">
      <w:pPr>
        <w:spacing w:after="0"/>
      </w:pPr>
      <w:r>
        <w:rPr>
          <w:rFonts w:ascii="Arial" w:hAnsi="Arial"/>
        </w:rPr>
        <w:t>It's so interesting.</w:t>
      </w:r>
    </w:p>
    <w:p w14:paraId="28E59FC2" w14:textId="77777777" w:rsidR="004A412B" w:rsidRDefault="004A412B">
      <w:pPr>
        <w:spacing w:after="0"/>
      </w:pPr>
    </w:p>
    <w:p w14:paraId="0C2E9458" w14:textId="77777777" w:rsidR="004A412B" w:rsidRDefault="004F1CCE">
      <w:pPr>
        <w:spacing w:after="0"/>
      </w:pPr>
      <w:r>
        <w:rPr>
          <w:rFonts w:ascii="Arial" w:hAnsi="Arial"/>
          <w:b/>
        </w:rPr>
        <w:t xml:space="preserve">Interviewer P:  </w:t>
      </w:r>
      <w:r>
        <w:rPr>
          <w:rFonts w:ascii="Arial" w:hAnsi="Arial"/>
          <w:color w:val="5D7284"/>
        </w:rPr>
        <w:t>19:34</w:t>
      </w:r>
    </w:p>
    <w:p w14:paraId="71FDB6A7" w14:textId="793CEDC3" w:rsidR="004A412B" w:rsidRDefault="004F1CCE">
      <w:pPr>
        <w:spacing w:after="0"/>
      </w:pPr>
      <w:r>
        <w:rPr>
          <w:rFonts w:ascii="Arial" w:hAnsi="Arial"/>
        </w:rPr>
        <w:t>Yeah yeah</w:t>
      </w:r>
      <w:r>
        <w:rPr>
          <w:rFonts w:ascii="Arial" w:hAnsi="Arial"/>
        </w:rPr>
        <w:t xml:space="preserve">. Alright, let's look at the one with water the same temp. All right. </w:t>
      </w:r>
      <w:r w:rsidR="00683CD5">
        <w:rPr>
          <w:rFonts w:ascii="Arial" w:hAnsi="Arial"/>
        </w:rPr>
        <w:t>So,</w:t>
      </w:r>
      <w:r>
        <w:rPr>
          <w:rFonts w:ascii="Arial" w:hAnsi="Arial"/>
        </w:rPr>
        <w:t xml:space="preserve"> this one's 40 seconds. And it's the same temperature water. However, I will say we're not even halfway through. And at this point, it really doesn't do anything else. If I can grab it. So, yeah, so at about, I don't know this point. There's some stuff going on there. And then it's pretty much the same color for like the last 20 seconds. Although you can still see little bits of red. </w:t>
      </w:r>
    </w:p>
    <w:p w14:paraId="2D5517D6" w14:textId="77777777" w:rsidR="004A412B" w:rsidRDefault="004A412B">
      <w:pPr>
        <w:spacing w:after="0"/>
      </w:pPr>
    </w:p>
    <w:p w14:paraId="34802743" w14:textId="77777777" w:rsidR="004A412B" w:rsidRDefault="004F1CCE">
      <w:pPr>
        <w:spacing w:after="0"/>
      </w:pPr>
      <w:r>
        <w:rPr>
          <w:rFonts w:ascii="Arial" w:hAnsi="Arial"/>
          <w:b/>
        </w:rPr>
        <w:t xml:space="preserve">Participant #14:   </w:t>
      </w:r>
      <w:r>
        <w:rPr>
          <w:rFonts w:ascii="Arial" w:hAnsi="Arial"/>
          <w:color w:val="5D7284"/>
        </w:rPr>
        <w:t>20:44</w:t>
      </w:r>
    </w:p>
    <w:p w14:paraId="336F09DC" w14:textId="17DCD123" w:rsidR="004A412B" w:rsidRDefault="00683CD5">
      <w:pPr>
        <w:spacing w:after="0"/>
      </w:pPr>
      <w:r>
        <w:rPr>
          <w:rFonts w:ascii="Arial" w:hAnsi="Arial"/>
        </w:rPr>
        <w:t xml:space="preserve">Yeah, red moving through. </w:t>
      </w:r>
    </w:p>
    <w:p w14:paraId="45DA1291" w14:textId="77777777" w:rsidR="004A412B" w:rsidRDefault="004A412B">
      <w:pPr>
        <w:spacing w:after="0"/>
      </w:pPr>
    </w:p>
    <w:p w14:paraId="5A070FC1" w14:textId="77777777" w:rsidR="004A412B" w:rsidRDefault="004F1CCE">
      <w:pPr>
        <w:spacing w:after="0"/>
      </w:pPr>
      <w:r>
        <w:rPr>
          <w:rFonts w:ascii="Arial" w:hAnsi="Arial"/>
          <w:b/>
        </w:rPr>
        <w:t xml:space="preserve">Interviewer P:  </w:t>
      </w:r>
      <w:r>
        <w:rPr>
          <w:rFonts w:ascii="Arial" w:hAnsi="Arial"/>
          <w:color w:val="5D7284"/>
        </w:rPr>
        <w:t>20:49</w:t>
      </w:r>
    </w:p>
    <w:p w14:paraId="5BF4391A" w14:textId="77777777" w:rsidR="004A412B" w:rsidRDefault="004F1CCE">
      <w:pPr>
        <w:spacing w:after="0"/>
      </w:pPr>
      <w:r>
        <w:rPr>
          <w:rFonts w:ascii="Arial" w:hAnsi="Arial"/>
        </w:rPr>
        <w:t>So how long do you think that whole video was?</w:t>
      </w:r>
    </w:p>
    <w:p w14:paraId="433F7A0E" w14:textId="77777777" w:rsidR="004A412B" w:rsidRDefault="004A412B">
      <w:pPr>
        <w:spacing w:after="0"/>
      </w:pPr>
    </w:p>
    <w:p w14:paraId="753A3C3B" w14:textId="77777777" w:rsidR="004A412B" w:rsidRDefault="004F1CCE">
      <w:pPr>
        <w:spacing w:after="0"/>
      </w:pPr>
      <w:r>
        <w:rPr>
          <w:rFonts w:ascii="Arial" w:hAnsi="Arial"/>
          <w:b/>
        </w:rPr>
        <w:t xml:space="preserve">Participant #14:   </w:t>
      </w:r>
      <w:r>
        <w:rPr>
          <w:rFonts w:ascii="Arial" w:hAnsi="Arial"/>
          <w:color w:val="5D7284"/>
        </w:rPr>
        <w:t>20:52</w:t>
      </w:r>
    </w:p>
    <w:p w14:paraId="562598C5" w14:textId="77777777" w:rsidR="004A412B" w:rsidRDefault="004F1CCE">
      <w:pPr>
        <w:spacing w:after="0"/>
      </w:pPr>
      <w:r>
        <w:rPr>
          <w:rFonts w:ascii="Arial" w:hAnsi="Arial"/>
        </w:rPr>
        <w:t>Like over 30 minutes?</w:t>
      </w:r>
    </w:p>
    <w:p w14:paraId="7B62A8A3" w14:textId="77777777" w:rsidR="004A412B" w:rsidRDefault="004A412B">
      <w:pPr>
        <w:spacing w:after="0"/>
      </w:pPr>
    </w:p>
    <w:p w14:paraId="12EC64B6" w14:textId="77777777" w:rsidR="004A412B" w:rsidRDefault="004F1CCE">
      <w:pPr>
        <w:spacing w:after="0"/>
      </w:pPr>
      <w:r>
        <w:rPr>
          <w:rFonts w:ascii="Arial" w:hAnsi="Arial"/>
          <w:b/>
        </w:rPr>
        <w:t xml:space="preserve">Interviewer P:  </w:t>
      </w:r>
      <w:r>
        <w:rPr>
          <w:rFonts w:ascii="Arial" w:hAnsi="Arial"/>
          <w:color w:val="5D7284"/>
        </w:rPr>
        <w:t>20:54</w:t>
      </w:r>
    </w:p>
    <w:p w14:paraId="11E05863" w14:textId="77777777" w:rsidR="004A412B" w:rsidRDefault="004F1CCE">
      <w:pPr>
        <w:spacing w:after="0"/>
      </w:pPr>
      <w:r>
        <w:rPr>
          <w:rFonts w:ascii="Arial" w:hAnsi="Arial"/>
        </w:rPr>
        <w:t>Yeah.</w:t>
      </w:r>
    </w:p>
    <w:p w14:paraId="66AB7F44" w14:textId="77777777" w:rsidR="004A412B" w:rsidRDefault="004A412B">
      <w:pPr>
        <w:spacing w:after="0"/>
      </w:pPr>
    </w:p>
    <w:p w14:paraId="5C3E4179" w14:textId="77777777" w:rsidR="004A412B" w:rsidRDefault="004F1CCE">
      <w:pPr>
        <w:spacing w:after="0"/>
      </w:pPr>
      <w:r>
        <w:rPr>
          <w:rFonts w:ascii="Arial" w:hAnsi="Arial"/>
          <w:b/>
        </w:rPr>
        <w:t xml:space="preserve">Participant #14:   </w:t>
      </w:r>
      <w:r>
        <w:rPr>
          <w:rFonts w:ascii="Arial" w:hAnsi="Arial"/>
          <w:color w:val="5D7284"/>
        </w:rPr>
        <w:t>20:55</w:t>
      </w:r>
    </w:p>
    <w:p w14:paraId="5B629CC4" w14:textId="77777777" w:rsidR="004A412B" w:rsidRDefault="004F1CCE">
      <w:pPr>
        <w:spacing w:after="0"/>
      </w:pPr>
      <w:r>
        <w:rPr>
          <w:rFonts w:ascii="Arial" w:hAnsi="Arial"/>
        </w:rPr>
        <w:t xml:space="preserve"> Oh, really? Okay.</w:t>
      </w:r>
    </w:p>
    <w:p w14:paraId="7124F4ED" w14:textId="77777777" w:rsidR="004A412B" w:rsidRDefault="004A412B">
      <w:pPr>
        <w:spacing w:after="0"/>
      </w:pPr>
    </w:p>
    <w:p w14:paraId="31D50D41" w14:textId="77777777" w:rsidR="004A412B" w:rsidRDefault="004F1CCE">
      <w:pPr>
        <w:spacing w:after="0"/>
      </w:pPr>
      <w:r>
        <w:rPr>
          <w:rFonts w:ascii="Arial" w:hAnsi="Arial"/>
          <w:b/>
        </w:rPr>
        <w:t xml:space="preserve">Interviewer P:  </w:t>
      </w:r>
      <w:r>
        <w:rPr>
          <w:rFonts w:ascii="Arial" w:hAnsi="Arial"/>
          <w:color w:val="5D7284"/>
        </w:rPr>
        <w:t>20:56</w:t>
      </w:r>
    </w:p>
    <w:p w14:paraId="556A3255" w14:textId="77777777" w:rsidR="004A412B" w:rsidRDefault="004F1CCE">
      <w:pPr>
        <w:spacing w:after="0"/>
      </w:pPr>
      <w:r>
        <w:rPr>
          <w:rFonts w:ascii="Arial" w:hAnsi="Arial"/>
        </w:rPr>
        <w:t xml:space="preserve">Well, this whole video was about an </w:t>
      </w:r>
      <w:r>
        <w:rPr>
          <w:rFonts w:ascii="Arial" w:hAnsi="Arial"/>
        </w:rPr>
        <w:t>hour. Also saying, yeah.</w:t>
      </w:r>
    </w:p>
    <w:p w14:paraId="6619B7CD" w14:textId="77777777" w:rsidR="004A412B" w:rsidRDefault="004A412B">
      <w:pPr>
        <w:spacing w:after="0"/>
      </w:pPr>
    </w:p>
    <w:p w14:paraId="03AD13E9" w14:textId="77777777" w:rsidR="004A412B" w:rsidRDefault="004F1CCE">
      <w:pPr>
        <w:spacing w:after="0"/>
      </w:pPr>
      <w:r>
        <w:rPr>
          <w:rFonts w:ascii="Arial" w:hAnsi="Arial"/>
          <w:b/>
        </w:rPr>
        <w:t xml:space="preserve">Participant #14:   </w:t>
      </w:r>
      <w:r>
        <w:rPr>
          <w:rFonts w:ascii="Arial" w:hAnsi="Arial"/>
          <w:color w:val="5D7284"/>
        </w:rPr>
        <w:t>21:00</w:t>
      </w:r>
    </w:p>
    <w:p w14:paraId="21E17C5B" w14:textId="77777777" w:rsidR="004A412B" w:rsidRDefault="004F1CCE">
      <w:pPr>
        <w:spacing w:after="0"/>
      </w:pPr>
      <w:r>
        <w:rPr>
          <w:rFonts w:ascii="Arial" w:hAnsi="Arial"/>
        </w:rPr>
        <w:t>So halfway.</w:t>
      </w:r>
    </w:p>
    <w:p w14:paraId="626C7710" w14:textId="77777777" w:rsidR="004A412B" w:rsidRDefault="004A412B">
      <w:pPr>
        <w:spacing w:after="0"/>
      </w:pPr>
    </w:p>
    <w:p w14:paraId="76209001" w14:textId="77777777" w:rsidR="004A412B" w:rsidRDefault="004F1CCE">
      <w:pPr>
        <w:spacing w:after="0"/>
      </w:pPr>
      <w:r>
        <w:rPr>
          <w:rFonts w:ascii="Arial" w:hAnsi="Arial"/>
          <w:b/>
        </w:rPr>
        <w:t xml:space="preserve">Interviewer P:  </w:t>
      </w:r>
      <w:r>
        <w:rPr>
          <w:rFonts w:ascii="Arial" w:hAnsi="Arial"/>
          <w:color w:val="5D7284"/>
        </w:rPr>
        <w:t>21:01</w:t>
      </w:r>
    </w:p>
    <w:p w14:paraId="5A41657B" w14:textId="77777777" w:rsidR="004A412B" w:rsidRDefault="004F1CCE">
      <w:pPr>
        <w:spacing w:after="0"/>
      </w:pPr>
      <w:r>
        <w:rPr>
          <w:rFonts w:ascii="Arial" w:hAnsi="Arial"/>
        </w:rPr>
        <w:t>Halfway through would be about 30 minutes when it kind of settled. Yeah. Anything interesting about that.</w:t>
      </w:r>
    </w:p>
    <w:p w14:paraId="19DF07E9" w14:textId="77777777" w:rsidR="004A412B" w:rsidRDefault="004A412B">
      <w:pPr>
        <w:spacing w:after="0"/>
      </w:pPr>
    </w:p>
    <w:p w14:paraId="1C3F4286" w14:textId="77777777" w:rsidR="004A412B" w:rsidRDefault="004F1CCE">
      <w:pPr>
        <w:spacing w:after="0"/>
      </w:pPr>
      <w:r>
        <w:rPr>
          <w:rFonts w:ascii="Arial" w:hAnsi="Arial"/>
          <w:b/>
        </w:rPr>
        <w:t xml:space="preserve">Participant #14:   </w:t>
      </w:r>
      <w:r>
        <w:rPr>
          <w:rFonts w:ascii="Arial" w:hAnsi="Arial"/>
          <w:color w:val="5D7284"/>
        </w:rPr>
        <w:t>21:08</w:t>
      </w:r>
    </w:p>
    <w:p w14:paraId="41E7D018" w14:textId="77777777" w:rsidR="004A412B" w:rsidRDefault="004F1CCE">
      <w:pPr>
        <w:spacing w:after="0"/>
      </w:pPr>
      <w:r>
        <w:rPr>
          <w:rFonts w:ascii="Arial" w:hAnsi="Arial"/>
        </w:rPr>
        <w:t>Um just kind of flows together became one.</w:t>
      </w:r>
    </w:p>
    <w:p w14:paraId="7526F225" w14:textId="77777777" w:rsidR="004A412B" w:rsidRDefault="004A412B">
      <w:pPr>
        <w:spacing w:after="0"/>
      </w:pPr>
    </w:p>
    <w:p w14:paraId="722475F1" w14:textId="77777777" w:rsidR="004A412B" w:rsidRDefault="004F1CCE">
      <w:pPr>
        <w:spacing w:after="0"/>
      </w:pPr>
      <w:r>
        <w:rPr>
          <w:rFonts w:ascii="Arial" w:hAnsi="Arial"/>
          <w:b/>
        </w:rPr>
        <w:t xml:space="preserve">Interviewer P:  </w:t>
      </w:r>
      <w:r>
        <w:rPr>
          <w:rFonts w:ascii="Arial" w:hAnsi="Arial"/>
          <w:color w:val="5D7284"/>
        </w:rPr>
        <w:t>21:21</w:t>
      </w:r>
    </w:p>
    <w:p w14:paraId="7BCD8C2B" w14:textId="3808333B" w:rsidR="004A412B" w:rsidRDefault="004F1CCE">
      <w:pPr>
        <w:spacing w:after="0"/>
      </w:pPr>
      <w:r>
        <w:rPr>
          <w:rFonts w:ascii="Arial" w:hAnsi="Arial"/>
        </w:rPr>
        <w:lastRenderedPageBreak/>
        <w:t xml:space="preserve">And here's the salt and fresh. I don't think we started that at the beginning. </w:t>
      </w:r>
      <w:r w:rsidR="00683CD5">
        <w:rPr>
          <w:rFonts w:ascii="Arial" w:hAnsi="Arial"/>
        </w:rPr>
        <w:t>So,</w:t>
      </w:r>
      <w:r>
        <w:rPr>
          <w:rFonts w:ascii="Arial" w:hAnsi="Arial"/>
        </w:rPr>
        <w:t xml:space="preserve"> this one, the interesting thing is like, like nothing else happens in 40 seconds, that it's condensed down </w:t>
      </w:r>
      <w:r w:rsidR="00683CD5">
        <w:rPr>
          <w:rFonts w:ascii="Arial" w:hAnsi="Arial"/>
        </w:rPr>
        <w:t>to,</w:t>
      </w:r>
      <w:r>
        <w:rPr>
          <w:rFonts w:ascii="Arial" w:hAnsi="Arial"/>
        </w:rPr>
        <w:t xml:space="preserve"> so everything happened? Like right at the beginning. Right, and then it just from there on out? No change?</w:t>
      </w:r>
    </w:p>
    <w:p w14:paraId="178743F0" w14:textId="77777777" w:rsidR="004A412B" w:rsidRDefault="004A412B">
      <w:pPr>
        <w:spacing w:after="0"/>
      </w:pPr>
    </w:p>
    <w:p w14:paraId="3B45FA79" w14:textId="77777777" w:rsidR="004A412B" w:rsidRDefault="004F1CCE">
      <w:pPr>
        <w:spacing w:after="0"/>
      </w:pPr>
      <w:r>
        <w:rPr>
          <w:rFonts w:ascii="Arial" w:hAnsi="Arial"/>
          <w:b/>
        </w:rPr>
        <w:t xml:space="preserve">Participant #14:   </w:t>
      </w:r>
      <w:r>
        <w:rPr>
          <w:rFonts w:ascii="Arial" w:hAnsi="Arial"/>
          <w:color w:val="5D7284"/>
        </w:rPr>
        <w:t>21:53</w:t>
      </w:r>
    </w:p>
    <w:p w14:paraId="06A6B4D9" w14:textId="77777777" w:rsidR="004A412B" w:rsidRDefault="004F1CCE">
      <w:pPr>
        <w:spacing w:after="0"/>
      </w:pPr>
      <w:r>
        <w:rPr>
          <w:rFonts w:ascii="Arial" w:hAnsi="Arial"/>
        </w:rPr>
        <w:t>What if it was like, warm saltwater?</w:t>
      </w:r>
    </w:p>
    <w:p w14:paraId="4474A7D9" w14:textId="77777777" w:rsidR="004A412B" w:rsidRDefault="004A412B">
      <w:pPr>
        <w:spacing w:after="0"/>
      </w:pPr>
    </w:p>
    <w:p w14:paraId="4A580074" w14:textId="77777777" w:rsidR="004A412B" w:rsidRDefault="004F1CCE">
      <w:pPr>
        <w:spacing w:after="0"/>
      </w:pPr>
      <w:r>
        <w:rPr>
          <w:rFonts w:ascii="Arial" w:hAnsi="Arial"/>
          <w:b/>
        </w:rPr>
        <w:t xml:space="preserve">Interviewer P:  </w:t>
      </w:r>
      <w:r>
        <w:rPr>
          <w:rFonts w:ascii="Arial" w:hAnsi="Arial"/>
          <w:color w:val="5D7284"/>
        </w:rPr>
        <w:t>21:56</w:t>
      </w:r>
    </w:p>
    <w:p w14:paraId="2D164D11" w14:textId="02D9D85C" w:rsidR="004A412B" w:rsidRDefault="004F1CCE">
      <w:pPr>
        <w:spacing w:after="0"/>
      </w:pPr>
      <w:r>
        <w:rPr>
          <w:rFonts w:ascii="Arial" w:hAnsi="Arial"/>
        </w:rPr>
        <w:t xml:space="preserve">Well, then it would be a combination of what we saw with the hot and cold. </w:t>
      </w:r>
      <w:r w:rsidR="00683CD5">
        <w:rPr>
          <w:rFonts w:ascii="Arial" w:hAnsi="Arial"/>
        </w:rPr>
        <w:t>So,</w:t>
      </w:r>
      <w:r>
        <w:rPr>
          <w:rFonts w:ascii="Arial" w:hAnsi="Arial"/>
        </w:rPr>
        <w:t xml:space="preserve"> if the well, you tell </w:t>
      </w:r>
      <w:r w:rsidR="00683CD5">
        <w:rPr>
          <w:rFonts w:ascii="Arial" w:hAnsi="Arial"/>
        </w:rPr>
        <w:t>me,</w:t>
      </w:r>
      <w:r>
        <w:rPr>
          <w:rFonts w:ascii="Arial" w:hAnsi="Arial"/>
        </w:rPr>
        <w:t xml:space="preserve"> so we have the saltwater on the bottom. And </w:t>
      </w:r>
      <w:r w:rsidR="00683CD5">
        <w:rPr>
          <w:rFonts w:ascii="Arial" w:hAnsi="Arial"/>
        </w:rPr>
        <w:t>so,</w:t>
      </w:r>
      <w:r>
        <w:rPr>
          <w:rFonts w:ascii="Arial" w:hAnsi="Arial"/>
        </w:rPr>
        <w:t xml:space="preserve"> what if we made the saltwater warm and the freshwater cold?</w:t>
      </w:r>
    </w:p>
    <w:p w14:paraId="4B97405E" w14:textId="77777777" w:rsidR="004A412B" w:rsidRDefault="004A412B">
      <w:pPr>
        <w:spacing w:after="0"/>
      </w:pPr>
    </w:p>
    <w:p w14:paraId="048D4306" w14:textId="77777777" w:rsidR="004A412B" w:rsidRDefault="004F1CCE">
      <w:pPr>
        <w:spacing w:after="0"/>
      </w:pPr>
      <w:r>
        <w:rPr>
          <w:rFonts w:ascii="Arial" w:hAnsi="Arial"/>
          <w:b/>
        </w:rPr>
        <w:t xml:space="preserve">Participant #14:   </w:t>
      </w:r>
      <w:r>
        <w:rPr>
          <w:rFonts w:ascii="Arial" w:hAnsi="Arial"/>
          <w:color w:val="5D7284"/>
        </w:rPr>
        <w:t>22:16</w:t>
      </w:r>
    </w:p>
    <w:p w14:paraId="3A50EDBC" w14:textId="5F5C330C" w:rsidR="004A412B" w:rsidRDefault="00683CD5">
      <w:pPr>
        <w:spacing w:after="0"/>
      </w:pPr>
      <w:r>
        <w:rPr>
          <w:rFonts w:ascii="Arial" w:hAnsi="Arial"/>
        </w:rPr>
        <w:t>Oh, it would flip. Right?</w:t>
      </w:r>
    </w:p>
    <w:p w14:paraId="4DBD13BF" w14:textId="77777777" w:rsidR="004A412B" w:rsidRDefault="004A412B">
      <w:pPr>
        <w:spacing w:after="0"/>
      </w:pPr>
    </w:p>
    <w:p w14:paraId="69AB670B" w14:textId="77777777" w:rsidR="004A412B" w:rsidRDefault="004F1CCE">
      <w:pPr>
        <w:spacing w:after="0"/>
      </w:pPr>
      <w:r>
        <w:rPr>
          <w:rFonts w:ascii="Arial" w:hAnsi="Arial"/>
          <w:b/>
        </w:rPr>
        <w:t xml:space="preserve">Interviewer P:  </w:t>
      </w:r>
      <w:r>
        <w:rPr>
          <w:rFonts w:ascii="Arial" w:hAnsi="Arial"/>
          <w:color w:val="5D7284"/>
        </w:rPr>
        <w:t>22:19</w:t>
      </w:r>
    </w:p>
    <w:p w14:paraId="6F9CF6F9" w14:textId="2DE5D444" w:rsidR="004A412B" w:rsidRDefault="004F1CCE">
      <w:pPr>
        <w:spacing w:after="0"/>
      </w:pPr>
      <w:r>
        <w:rPr>
          <w:rFonts w:ascii="Arial" w:hAnsi="Arial"/>
        </w:rPr>
        <w:t xml:space="preserve">It would I would say depend on the how the difference in the temperature? And </w:t>
      </w:r>
      <w:r w:rsidR="00683CD5">
        <w:rPr>
          <w:rFonts w:ascii="Arial" w:hAnsi="Arial"/>
        </w:rPr>
        <w:t>also,</w:t>
      </w:r>
      <w:r>
        <w:rPr>
          <w:rFonts w:ascii="Arial" w:hAnsi="Arial"/>
        </w:rPr>
        <w:t xml:space="preserve"> how salty because you can make it really salty or less salty. </w:t>
      </w:r>
    </w:p>
    <w:p w14:paraId="73BB9076" w14:textId="77777777" w:rsidR="004A412B" w:rsidRDefault="004A412B">
      <w:pPr>
        <w:spacing w:after="0"/>
      </w:pPr>
    </w:p>
    <w:p w14:paraId="7DA1EF2E" w14:textId="77777777" w:rsidR="004A412B" w:rsidRDefault="004F1CCE">
      <w:pPr>
        <w:spacing w:after="0"/>
      </w:pPr>
      <w:r>
        <w:rPr>
          <w:rFonts w:ascii="Arial" w:hAnsi="Arial"/>
          <w:b/>
        </w:rPr>
        <w:t xml:space="preserve">Participant #14:   </w:t>
      </w:r>
      <w:r>
        <w:rPr>
          <w:rFonts w:ascii="Arial" w:hAnsi="Arial"/>
          <w:color w:val="5D7284"/>
        </w:rPr>
        <w:t>22:32</w:t>
      </w:r>
    </w:p>
    <w:p w14:paraId="4861C2B4" w14:textId="77777777" w:rsidR="004A412B" w:rsidRDefault="004F1CCE">
      <w:pPr>
        <w:spacing w:after="0"/>
      </w:pPr>
      <w:r>
        <w:rPr>
          <w:rFonts w:ascii="Arial" w:hAnsi="Arial"/>
        </w:rPr>
        <w:t xml:space="preserve">Yeah. </w:t>
      </w:r>
    </w:p>
    <w:p w14:paraId="69774B21" w14:textId="77777777" w:rsidR="004A412B" w:rsidRDefault="004A412B">
      <w:pPr>
        <w:spacing w:after="0"/>
      </w:pPr>
    </w:p>
    <w:p w14:paraId="208A25BB" w14:textId="77777777" w:rsidR="004A412B" w:rsidRDefault="004F1CCE">
      <w:pPr>
        <w:spacing w:after="0"/>
      </w:pPr>
      <w:r>
        <w:rPr>
          <w:rFonts w:ascii="Arial" w:hAnsi="Arial"/>
          <w:b/>
        </w:rPr>
        <w:t xml:space="preserve">Interviewer P:  </w:t>
      </w:r>
      <w:r>
        <w:rPr>
          <w:rFonts w:ascii="Arial" w:hAnsi="Arial"/>
          <w:color w:val="5D7284"/>
        </w:rPr>
        <w:t>22:33</w:t>
      </w:r>
    </w:p>
    <w:p w14:paraId="6ED62A42" w14:textId="77777777" w:rsidR="004A412B" w:rsidRDefault="004F1CCE">
      <w:pPr>
        <w:spacing w:after="0"/>
      </w:pPr>
      <w:r>
        <w:rPr>
          <w:rFonts w:ascii="Arial" w:hAnsi="Arial"/>
        </w:rPr>
        <w:t xml:space="preserve">So, both of those things are going to affect the density. And how much you know you have of each of those things will overall determine which one would go on top and which one would go on the bottom. </w:t>
      </w:r>
    </w:p>
    <w:p w14:paraId="29201014" w14:textId="77777777" w:rsidR="004A412B" w:rsidRDefault="004A412B">
      <w:pPr>
        <w:spacing w:after="0"/>
      </w:pPr>
    </w:p>
    <w:p w14:paraId="4E158A89" w14:textId="77777777" w:rsidR="004A412B" w:rsidRDefault="004F1CCE">
      <w:pPr>
        <w:spacing w:after="0"/>
      </w:pPr>
      <w:r>
        <w:rPr>
          <w:rFonts w:ascii="Arial" w:hAnsi="Arial"/>
          <w:b/>
        </w:rPr>
        <w:t xml:space="preserve">Participant #14:   </w:t>
      </w:r>
      <w:r>
        <w:rPr>
          <w:rFonts w:ascii="Arial" w:hAnsi="Arial"/>
          <w:color w:val="5D7284"/>
        </w:rPr>
        <w:t>22:46</w:t>
      </w:r>
    </w:p>
    <w:p w14:paraId="2B70773F" w14:textId="77777777" w:rsidR="004A412B" w:rsidRDefault="004F1CCE">
      <w:pPr>
        <w:spacing w:after="0"/>
      </w:pPr>
      <w:r>
        <w:rPr>
          <w:rFonts w:ascii="Arial" w:hAnsi="Arial"/>
        </w:rPr>
        <w:t>So, once it cooled down, do you think it would flip after it's done? Wow. Pretty cool.</w:t>
      </w:r>
    </w:p>
    <w:p w14:paraId="149B7EAF" w14:textId="77777777" w:rsidR="004A412B" w:rsidRDefault="004A412B">
      <w:pPr>
        <w:spacing w:after="0"/>
      </w:pPr>
    </w:p>
    <w:p w14:paraId="2C57CE66" w14:textId="77777777" w:rsidR="004A412B" w:rsidRDefault="004F1CCE">
      <w:pPr>
        <w:spacing w:after="0"/>
      </w:pPr>
      <w:r>
        <w:rPr>
          <w:rFonts w:ascii="Arial" w:hAnsi="Arial"/>
          <w:b/>
        </w:rPr>
        <w:t xml:space="preserve">Interviewer P:  </w:t>
      </w:r>
      <w:r>
        <w:rPr>
          <w:rFonts w:ascii="Arial" w:hAnsi="Arial"/>
          <w:color w:val="5D7284"/>
        </w:rPr>
        <w:t>22:53</w:t>
      </w:r>
    </w:p>
    <w:p w14:paraId="3F95FC31" w14:textId="77777777" w:rsidR="004A412B" w:rsidRDefault="004F1CCE">
      <w:pPr>
        <w:spacing w:after="0"/>
      </w:pPr>
      <w:r>
        <w:rPr>
          <w:rFonts w:ascii="Arial" w:hAnsi="Arial"/>
        </w:rPr>
        <w:t>Yeah, it is. It is cool. Ponds and lakes do that sometimes when like, you know, you have a temperature gradient that changes because of surface heating, does that.</w:t>
      </w:r>
    </w:p>
    <w:p w14:paraId="77F8B52B" w14:textId="77777777" w:rsidR="004A412B" w:rsidRDefault="004A412B">
      <w:pPr>
        <w:spacing w:after="0"/>
      </w:pPr>
    </w:p>
    <w:p w14:paraId="1B4B3CDE" w14:textId="77777777" w:rsidR="004A412B" w:rsidRDefault="004F1CCE">
      <w:pPr>
        <w:spacing w:after="0"/>
      </w:pPr>
      <w:r>
        <w:rPr>
          <w:rFonts w:ascii="Arial" w:hAnsi="Arial"/>
          <w:b/>
        </w:rPr>
        <w:t xml:space="preserve">Participant #14:   </w:t>
      </w:r>
      <w:r>
        <w:rPr>
          <w:rFonts w:ascii="Arial" w:hAnsi="Arial"/>
          <w:color w:val="5D7284"/>
        </w:rPr>
        <w:t>23:07</w:t>
      </w:r>
    </w:p>
    <w:p w14:paraId="306AC912" w14:textId="40DCBD34" w:rsidR="004A412B" w:rsidRDefault="004F1CCE">
      <w:pPr>
        <w:spacing w:after="0"/>
      </w:pPr>
      <w:r>
        <w:rPr>
          <w:rFonts w:ascii="Arial" w:hAnsi="Arial"/>
        </w:rPr>
        <w:t xml:space="preserve">It like </w:t>
      </w:r>
      <w:r w:rsidR="00683CD5">
        <w:rPr>
          <w:rFonts w:ascii="Arial" w:hAnsi="Arial"/>
        </w:rPr>
        <w:t>circulates.</w:t>
      </w:r>
    </w:p>
    <w:p w14:paraId="0BB088C4" w14:textId="77777777" w:rsidR="004A412B" w:rsidRDefault="004A412B">
      <w:pPr>
        <w:spacing w:after="0"/>
      </w:pPr>
    </w:p>
    <w:p w14:paraId="0E7B76C9" w14:textId="77777777" w:rsidR="004A412B" w:rsidRDefault="004F1CCE">
      <w:pPr>
        <w:spacing w:after="0"/>
      </w:pPr>
      <w:r>
        <w:rPr>
          <w:rFonts w:ascii="Arial" w:hAnsi="Arial"/>
          <w:b/>
        </w:rPr>
        <w:t xml:space="preserve">Interviewer P:  </w:t>
      </w:r>
      <w:r>
        <w:rPr>
          <w:rFonts w:ascii="Arial" w:hAnsi="Arial"/>
          <w:color w:val="5D7284"/>
        </w:rPr>
        <w:t>23:10</w:t>
      </w:r>
    </w:p>
    <w:p w14:paraId="3188BD9C" w14:textId="77777777" w:rsidR="004A412B" w:rsidRDefault="004F1CCE">
      <w:pPr>
        <w:spacing w:after="0"/>
      </w:pPr>
      <w:r>
        <w:rPr>
          <w:rFonts w:ascii="Arial" w:hAnsi="Arial"/>
        </w:rPr>
        <w:t xml:space="preserve">It'll overturn. </w:t>
      </w:r>
    </w:p>
    <w:p w14:paraId="65DED32D" w14:textId="77777777" w:rsidR="004A412B" w:rsidRDefault="004A412B">
      <w:pPr>
        <w:spacing w:after="0"/>
      </w:pPr>
    </w:p>
    <w:p w14:paraId="30584675" w14:textId="77777777" w:rsidR="004A412B" w:rsidRDefault="004F1CCE">
      <w:pPr>
        <w:spacing w:after="0"/>
      </w:pPr>
      <w:r>
        <w:rPr>
          <w:rFonts w:ascii="Arial" w:hAnsi="Arial"/>
          <w:b/>
        </w:rPr>
        <w:t xml:space="preserve">Participant #14:   </w:t>
      </w:r>
      <w:r>
        <w:rPr>
          <w:rFonts w:ascii="Arial" w:hAnsi="Arial"/>
          <w:color w:val="5D7284"/>
        </w:rPr>
        <w:t>23:13</w:t>
      </w:r>
    </w:p>
    <w:p w14:paraId="4593B991" w14:textId="77777777" w:rsidR="004A412B" w:rsidRDefault="004F1CCE">
      <w:pPr>
        <w:spacing w:after="0"/>
      </w:pPr>
      <w:r>
        <w:rPr>
          <w:rFonts w:ascii="Arial" w:hAnsi="Arial"/>
        </w:rPr>
        <w:t>Yeah.</w:t>
      </w:r>
    </w:p>
    <w:p w14:paraId="4F42B8F4" w14:textId="77777777" w:rsidR="004A412B" w:rsidRDefault="004A412B">
      <w:pPr>
        <w:spacing w:after="0"/>
      </w:pPr>
    </w:p>
    <w:p w14:paraId="4DBE5B35" w14:textId="77777777" w:rsidR="004A412B" w:rsidRDefault="004F1CCE">
      <w:pPr>
        <w:spacing w:after="0"/>
      </w:pPr>
      <w:r>
        <w:rPr>
          <w:rFonts w:ascii="Arial" w:hAnsi="Arial"/>
          <w:b/>
        </w:rPr>
        <w:t xml:space="preserve">Interviewer P:  </w:t>
      </w:r>
      <w:r>
        <w:rPr>
          <w:rFonts w:ascii="Arial" w:hAnsi="Arial"/>
          <w:color w:val="5D7284"/>
        </w:rPr>
        <w:t>23:13</w:t>
      </w:r>
    </w:p>
    <w:p w14:paraId="1ABDCFAE" w14:textId="77777777" w:rsidR="004A412B" w:rsidRDefault="004F1CCE">
      <w:pPr>
        <w:spacing w:after="0"/>
      </w:pPr>
      <w:r>
        <w:rPr>
          <w:rFonts w:ascii="Arial" w:hAnsi="Arial"/>
        </w:rPr>
        <w:t xml:space="preserve">Yeah. Yeah. </w:t>
      </w:r>
    </w:p>
    <w:p w14:paraId="7ED50E5D" w14:textId="77777777" w:rsidR="004A412B" w:rsidRDefault="004A412B">
      <w:pPr>
        <w:spacing w:after="0"/>
      </w:pPr>
    </w:p>
    <w:p w14:paraId="4E9502EA" w14:textId="77777777" w:rsidR="004A412B" w:rsidRDefault="004F1CCE">
      <w:pPr>
        <w:spacing w:after="0"/>
      </w:pPr>
      <w:r>
        <w:rPr>
          <w:rFonts w:ascii="Arial" w:hAnsi="Arial"/>
          <w:b/>
        </w:rPr>
        <w:t xml:space="preserve">Participant #14:   </w:t>
      </w:r>
      <w:r>
        <w:rPr>
          <w:rFonts w:ascii="Arial" w:hAnsi="Arial"/>
          <w:color w:val="5D7284"/>
        </w:rPr>
        <w:t>23:14</w:t>
      </w:r>
    </w:p>
    <w:p w14:paraId="459DB1E2" w14:textId="77777777" w:rsidR="004A412B" w:rsidRDefault="004F1CCE">
      <w:pPr>
        <w:spacing w:after="0"/>
      </w:pPr>
      <w:r>
        <w:rPr>
          <w:rFonts w:ascii="Arial" w:hAnsi="Arial"/>
        </w:rPr>
        <w:t xml:space="preserve">Cool. </w:t>
      </w:r>
    </w:p>
    <w:p w14:paraId="4DBE1400" w14:textId="77777777" w:rsidR="004A412B" w:rsidRDefault="004A412B">
      <w:pPr>
        <w:spacing w:after="0"/>
      </w:pPr>
    </w:p>
    <w:p w14:paraId="1012293B" w14:textId="77777777" w:rsidR="004A412B" w:rsidRDefault="004F1CCE">
      <w:pPr>
        <w:spacing w:after="0"/>
      </w:pPr>
      <w:r>
        <w:rPr>
          <w:rFonts w:ascii="Arial" w:hAnsi="Arial"/>
          <w:b/>
        </w:rPr>
        <w:t xml:space="preserve">Interviewer P:  </w:t>
      </w:r>
      <w:r>
        <w:rPr>
          <w:rFonts w:ascii="Arial" w:hAnsi="Arial"/>
          <w:color w:val="5D7284"/>
        </w:rPr>
        <w:t>23:15</w:t>
      </w:r>
    </w:p>
    <w:p w14:paraId="23C47F1F" w14:textId="77777777" w:rsidR="004A412B" w:rsidRDefault="004F1CCE">
      <w:pPr>
        <w:spacing w:after="0"/>
      </w:pPr>
      <w:r>
        <w:rPr>
          <w:rFonts w:ascii="Arial" w:hAnsi="Arial"/>
        </w:rPr>
        <w:t xml:space="preserve">So, and that brings a lot of nutrients up from the </w:t>
      </w:r>
      <w:r>
        <w:rPr>
          <w:rFonts w:ascii="Arial" w:hAnsi="Arial"/>
        </w:rPr>
        <w:t>bottom as well. Where like, there's things that have decayed down there, like the fish.</w:t>
      </w:r>
    </w:p>
    <w:p w14:paraId="444D9510" w14:textId="77777777" w:rsidR="004A412B" w:rsidRDefault="004A412B">
      <w:pPr>
        <w:spacing w:after="0"/>
      </w:pPr>
    </w:p>
    <w:p w14:paraId="6F5C679E" w14:textId="77777777" w:rsidR="004A412B" w:rsidRDefault="004F1CCE">
      <w:pPr>
        <w:spacing w:after="0"/>
      </w:pPr>
      <w:r>
        <w:rPr>
          <w:rFonts w:ascii="Arial" w:hAnsi="Arial"/>
          <w:b/>
        </w:rPr>
        <w:t xml:space="preserve">Participant #14:   </w:t>
      </w:r>
      <w:r>
        <w:rPr>
          <w:rFonts w:ascii="Arial" w:hAnsi="Arial"/>
          <w:color w:val="5D7284"/>
        </w:rPr>
        <w:t>23:23</w:t>
      </w:r>
    </w:p>
    <w:p w14:paraId="47000C50" w14:textId="4AB0603A" w:rsidR="004A412B" w:rsidRDefault="00683CD5">
      <w:pPr>
        <w:spacing w:after="0"/>
      </w:pPr>
      <w:r>
        <w:rPr>
          <w:rFonts w:ascii="Arial" w:hAnsi="Arial"/>
        </w:rPr>
        <w:t>Yeah, but that's not good.</w:t>
      </w:r>
    </w:p>
    <w:p w14:paraId="67E532E6" w14:textId="77777777" w:rsidR="004A412B" w:rsidRDefault="004A412B">
      <w:pPr>
        <w:spacing w:after="0"/>
      </w:pPr>
    </w:p>
    <w:p w14:paraId="5EDE9997" w14:textId="77777777" w:rsidR="004A412B" w:rsidRDefault="004F1CCE">
      <w:pPr>
        <w:spacing w:after="0"/>
      </w:pPr>
      <w:r>
        <w:rPr>
          <w:rFonts w:ascii="Arial" w:hAnsi="Arial"/>
          <w:b/>
        </w:rPr>
        <w:t xml:space="preserve">Interviewer P:  </w:t>
      </w:r>
      <w:r>
        <w:rPr>
          <w:rFonts w:ascii="Arial" w:hAnsi="Arial"/>
          <w:color w:val="5D7284"/>
        </w:rPr>
        <w:t>23:24</w:t>
      </w:r>
    </w:p>
    <w:p w14:paraId="1CB70F3F" w14:textId="77777777" w:rsidR="004A412B" w:rsidRDefault="004F1CCE">
      <w:pPr>
        <w:spacing w:after="0"/>
      </w:pPr>
      <w:r>
        <w:rPr>
          <w:rFonts w:ascii="Arial" w:hAnsi="Arial"/>
        </w:rPr>
        <w:t xml:space="preserve">Yeah, definitely. Well, yeah, I mean, that decaying organic matter can also be nutritious for new plant growth at the top. </w:t>
      </w:r>
    </w:p>
    <w:p w14:paraId="35D0B21D" w14:textId="77777777" w:rsidR="004A412B" w:rsidRDefault="004A412B">
      <w:pPr>
        <w:spacing w:after="0"/>
      </w:pPr>
    </w:p>
    <w:p w14:paraId="224DCE4A" w14:textId="77777777" w:rsidR="004A412B" w:rsidRDefault="004F1CCE">
      <w:pPr>
        <w:spacing w:after="0"/>
      </w:pPr>
      <w:r>
        <w:rPr>
          <w:rFonts w:ascii="Arial" w:hAnsi="Arial"/>
          <w:b/>
        </w:rPr>
        <w:t xml:space="preserve">Participant #14:   </w:t>
      </w:r>
      <w:r>
        <w:rPr>
          <w:rFonts w:ascii="Arial" w:hAnsi="Arial"/>
          <w:color w:val="5D7284"/>
        </w:rPr>
        <w:t>23:33</w:t>
      </w:r>
    </w:p>
    <w:p w14:paraId="1DEFB8DD" w14:textId="7D05BB00" w:rsidR="004A412B" w:rsidRDefault="00683CD5">
      <w:pPr>
        <w:spacing w:after="0"/>
      </w:pPr>
      <w:r>
        <w:rPr>
          <w:rFonts w:ascii="Arial" w:hAnsi="Arial"/>
        </w:rPr>
        <w:t>Yeah, but wouldn't it lock some air from the bottom or like.</w:t>
      </w:r>
    </w:p>
    <w:p w14:paraId="1093B0CF" w14:textId="77777777" w:rsidR="004A412B" w:rsidRDefault="004A412B">
      <w:pPr>
        <w:spacing w:after="0"/>
      </w:pPr>
    </w:p>
    <w:p w14:paraId="0CF2A35C" w14:textId="77777777" w:rsidR="004A412B" w:rsidRDefault="004F1CCE">
      <w:pPr>
        <w:spacing w:after="0"/>
      </w:pPr>
      <w:r>
        <w:rPr>
          <w:rFonts w:ascii="Arial" w:hAnsi="Arial"/>
          <w:b/>
        </w:rPr>
        <w:t xml:space="preserve">Interviewer P:  </w:t>
      </w:r>
      <w:r>
        <w:rPr>
          <w:rFonts w:ascii="Arial" w:hAnsi="Arial"/>
          <w:color w:val="5D7284"/>
        </w:rPr>
        <w:t>23:38</w:t>
      </w:r>
    </w:p>
    <w:p w14:paraId="5371AFB3" w14:textId="5B81DC7F" w:rsidR="004A412B" w:rsidRDefault="004F1CCE">
      <w:pPr>
        <w:spacing w:after="0"/>
      </w:pPr>
      <w:r>
        <w:rPr>
          <w:rFonts w:ascii="Arial" w:hAnsi="Arial"/>
        </w:rPr>
        <w:t xml:space="preserve">Depending on how deep it is now for </w:t>
      </w:r>
      <w:r w:rsidR="00683CD5">
        <w:rPr>
          <w:rFonts w:ascii="Arial" w:hAnsi="Arial"/>
        </w:rPr>
        <w:t>Lake’s</w:t>
      </w:r>
      <w:r>
        <w:rPr>
          <w:rFonts w:ascii="Arial" w:hAnsi="Arial"/>
        </w:rPr>
        <w:t xml:space="preserve"> sunlight is probably going to reach to depending, I mean, if it's a small lake, but yeah, and even in the ocean and large lakes, the sun only penetrates to.</w:t>
      </w:r>
    </w:p>
    <w:p w14:paraId="4B6E5778" w14:textId="77777777" w:rsidR="004A412B" w:rsidRDefault="004A412B">
      <w:pPr>
        <w:spacing w:after="0"/>
      </w:pPr>
    </w:p>
    <w:p w14:paraId="631E7095" w14:textId="77777777" w:rsidR="004A412B" w:rsidRDefault="004F1CCE">
      <w:pPr>
        <w:spacing w:after="0"/>
      </w:pPr>
      <w:r>
        <w:rPr>
          <w:rFonts w:ascii="Arial" w:hAnsi="Arial"/>
          <w:b/>
        </w:rPr>
        <w:t xml:space="preserve">Participant #14:   </w:t>
      </w:r>
      <w:r>
        <w:rPr>
          <w:rFonts w:ascii="Arial" w:hAnsi="Arial"/>
          <w:color w:val="5D7284"/>
        </w:rPr>
        <w:t>23:49</w:t>
      </w:r>
    </w:p>
    <w:p w14:paraId="21D1E3BD" w14:textId="77777777" w:rsidR="004A412B" w:rsidRDefault="004F1CCE">
      <w:pPr>
        <w:spacing w:after="0"/>
      </w:pPr>
      <w:r>
        <w:rPr>
          <w:rFonts w:ascii="Arial" w:hAnsi="Arial"/>
        </w:rPr>
        <w:t>True.</w:t>
      </w:r>
    </w:p>
    <w:p w14:paraId="0C1A9AD0" w14:textId="77777777" w:rsidR="004A412B" w:rsidRDefault="004A412B">
      <w:pPr>
        <w:spacing w:after="0"/>
      </w:pPr>
    </w:p>
    <w:p w14:paraId="73B1C62C" w14:textId="77777777" w:rsidR="004A412B" w:rsidRDefault="004F1CCE">
      <w:pPr>
        <w:spacing w:after="0"/>
      </w:pPr>
      <w:r>
        <w:rPr>
          <w:rFonts w:ascii="Arial" w:hAnsi="Arial"/>
          <w:b/>
        </w:rPr>
        <w:t xml:space="preserve">Interviewer P:  </w:t>
      </w:r>
      <w:r>
        <w:rPr>
          <w:rFonts w:ascii="Arial" w:hAnsi="Arial"/>
          <w:color w:val="5D7284"/>
        </w:rPr>
        <w:t>23:49</w:t>
      </w:r>
    </w:p>
    <w:p w14:paraId="060C7110" w14:textId="096363CA" w:rsidR="004A412B" w:rsidRDefault="004F1CCE">
      <w:pPr>
        <w:spacing w:after="0"/>
      </w:pPr>
      <w:r>
        <w:rPr>
          <w:rFonts w:ascii="Arial" w:hAnsi="Arial"/>
        </w:rPr>
        <w:t xml:space="preserve">To a certain way. Alright, we're gonna switch it up, and we're going to move from rectangular tanks to circular tanks. </w:t>
      </w:r>
      <w:r w:rsidR="00683CD5">
        <w:rPr>
          <w:rFonts w:ascii="Arial" w:hAnsi="Arial"/>
        </w:rPr>
        <w:t>So,</w:t>
      </w:r>
      <w:r>
        <w:rPr>
          <w:rFonts w:ascii="Arial" w:hAnsi="Arial"/>
        </w:rPr>
        <w:t xml:space="preserve"> I have a circular tank over there with some water in it. And the reason I have it over there is because I want that water to be still. And when I put it on the table here, it gets bumped around, and it's not particularly still. </w:t>
      </w:r>
      <w:r w:rsidR="00683CD5">
        <w:rPr>
          <w:rFonts w:ascii="Arial" w:hAnsi="Arial"/>
        </w:rPr>
        <w:t>So,</w:t>
      </w:r>
      <w:r>
        <w:rPr>
          <w:rFonts w:ascii="Arial" w:hAnsi="Arial"/>
        </w:rPr>
        <w:t xml:space="preserve"> I have this dye here, that it's actually potassium permanganate and it's a crystal dye. So unlike food coloring that you would like put on eggs, it's a solid instead of a liquid. And </w:t>
      </w:r>
      <w:r w:rsidR="00683CD5">
        <w:rPr>
          <w:rFonts w:ascii="Arial" w:hAnsi="Arial"/>
        </w:rPr>
        <w:t>so,</w:t>
      </w:r>
      <w:r>
        <w:rPr>
          <w:rFonts w:ascii="Arial" w:hAnsi="Arial"/>
        </w:rPr>
        <w:t xml:space="preserve"> when you put it in water, it sinks to the bottom, but it colors the water on the way to the bottom. </w:t>
      </w:r>
      <w:r w:rsidR="00683CD5">
        <w:rPr>
          <w:rFonts w:ascii="Arial" w:hAnsi="Arial"/>
        </w:rPr>
        <w:t>So,</w:t>
      </w:r>
      <w:r>
        <w:rPr>
          <w:rFonts w:ascii="Arial" w:hAnsi="Arial"/>
        </w:rPr>
        <w:t xml:space="preserve"> I'm going to show you what it looks like in this tank that still. </w:t>
      </w:r>
      <w:r w:rsidR="00683CD5">
        <w:rPr>
          <w:rFonts w:ascii="Arial" w:hAnsi="Arial"/>
        </w:rPr>
        <w:t>So,</w:t>
      </w:r>
      <w:r>
        <w:rPr>
          <w:rFonts w:ascii="Arial" w:hAnsi="Arial"/>
        </w:rPr>
        <w:t xml:space="preserve"> you can see. Interesting huh? It looks </w:t>
      </w:r>
      <w:r w:rsidR="00683CD5">
        <w:rPr>
          <w:rFonts w:ascii="Arial" w:hAnsi="Arial"/>
        </w:rPr>
        <w:t>uncomfortable.</w:t>
      </w:r>
      <w:r>
        <w:rPr>
          <w:rFonts w:ascii="Arial" w:hAnsi="Arial"/>
        </w:rPr>
        <w:t xml:space="preserve"> </w:t>
      </w:r>
    </w:p>
    <w:p w14:paraId="265A15A8" w14:textId="77777777" w:rsidR="004A412B" w:rsidRDefault="004A412B">
      <w:pPr>
        <w:spacing w:after="0"/>
      </w:pPr>
    </w:p>
    <w:p w14:paraId="68FD9343" w14:textId="77777777" w:rsidR="004A412B" w:rsidRDefault="004F1CCE">
      <w:pPr>
        <w:spacing w:after="0"/>
      </w:pPr>
      <w:r>
        <w:rPr>
          <w:rFonts w:ascii="Arial" w:hAnsi="Arial"/>
          <w:b/>
        </w:rPr>
        <w:t xml:space="preserve">Participant #14:   </w:t>
      </w:r>
      <w:r>
        <w:rPr>
          <w:rFonts w:ascii="Arial" w:hAnsi="Arial"/>
          <w:color w:val="5D7284"/>
        </w:rPr>
        <w:t>23:50</w:t>
      </w:r>
    </w:p>
    <w:p w14:paraId="63076B3F" w14:textId="77777777" w:rsidR="004A412B" w:rsidRDefault="004F1CCE">
      <w:pPr>
        <w:spacing w:after="0"/>
      </w:pPr>
      <w:r>
        <w:rPr>
          <w:rFonts w:ascii="Arial" w:hAnsi="Arial"/>
        </w:rPr>
        <w:t>A little bit.</w:t>
      </w:r>
    </w:p>
    <w:p w14:paraId="2EAA3E08" w14:textId="77777777" w:rsidR="004A412B" w:rsidRDefault="004A412B">
      <w:pPr>
        <w:spacing w:after="0"/>
      </w:pPr>
    </w:p>
    <w:p w14:paraId="541A9332" w14:textId="77777777" w:rsidR="004A412B" w:rsidRDefault="004F1CCE">
      <w:pPr>
        <w:spacing w:after="0"/>
      </w:pPr>
      <w:r>
        <w:rPr>
          <w:rFonts w:ascii="Arial" w:hAnsi="Arial"/>
          <w:b/>
        </w:rPr>
        <w:t xml:space="preserve">Interviewer P:  </w:t>
      </w:r>
      <w:r>
        <w:rPr>
          <w:rFonts w:ascii="Arial" w:hAnsi="Arial"/>
          <w:color w:val="5D7284"/>
        </w:rPr>
        <w:t>23:55</w:t>
      </w:r>
    </w:p>
    <w:p w14:paraId="1A8DBA49" w14:textId="77777777" w:rsidR="004A412B" w:rsidRDefault="004F1CCE">
      <w:pPr>
        <w:spacing w:after="0"/>
      </w:pPr>
      <w:r>
        <w:rPr>
          <w:rFonts w:ascii="Arial" w:hAnsi="Arial"/>
        </w:rPr>
        <w:t xml:space="preserve">Why? </w:t>
      </w:r>
    </w:p>
    <w:p w14:paraId="4A30432F" w14:textId="77777777" w:rsidR="004A412B" w:rsidRDefault="004A412B">
      <w:pPr>
        <w:spacing w:after="0"/>
      </w:pPr>
    </w:p>
    <w:p w14:paraId="388E328C" w14:textId="77777777" w:rsidR="004A412B" w:rsidRDefault="004F1CCE">
      <w:pPr>
        <w:spacing w:after="0"/>
      </w:pPr>
      <w:r>
        <w:rPr>
          <w:rFonts w:ascii="Arial" w:hAnsi="Arial"/>
          <w:b/>
        </w:rPr>
        <w:t xml:space="preserve">Participant #14:   </w:t>
      </w:r>
      <w:r>
        <w:rPr>
          <w:rFonts w:ascii="Arial" w:hAnsi="Arial"/>
          <w:color w:val="5D7284"/>
        </w:rPr>
        <w:t>24:13</w:t>
      </w:r>
    </w:p>
    <w:p w14:paraId="423601D8" w14:textId="77777777" w:rsidR="004A412B" w:rsidRDefault="004F1CCE">
      <w:pPr>
        <w:spacing w:after="0"/>
      </w:pPr>
      <w:r>
        <w:rPr>
          <w:rFonts w:ascii="Arial" w:hAnsi="Arial"/>
        </w:rPr>
        <w:t xml:space="preserve">I don't know. I guess it's like looking really closely at your time. </w:t>
      </w:r>
    </w:p>
    <w:p w14:paraId="2CF1A545" w14:textId="77777777" w:rsidR="004A412B" w:rsidRDefault="004A412B">
      <w:pPr>
        <w:spacing w:after="0"/>
      </w:pPr>
    </w:p>
    <w:p w14:paraId="4D5E0DD3" w14:textId="77777777" w:rsidR="004A412B" w:rsidRDefault="004F1CCE">
      <w:pPr>
        <w:spacing w:after="0"/>
      </w:pPr>
      <w:r>
        <w:rPr>
          <w:rFonts w:ascii="Arial" w:hAnsi="Arial"/>
          <w:b/>
        </w:rPr>
        <w:lastRenderedPageBreak/>
        <w:t xml:space="preserve">Interviewer P:  </w:t>
      </w:r>
      <w:r>
        <w:rPr>
          <w:rFonts w:ascii="Arial" w:hAnsi="Arial"/>
          <w:color w:val="5D7284"/>
        </w:rPr>
        <w:t>25:16</w:t>
      </w:r>
    </w:p>
    <w:p w14:paraId="2C45359D" w14:textId="747216D8" w:rsidR="004A412B" w:rsidRDefault="004F1CCE">
      <w:pPr>
        <w:spacing w:after="0"/>
      </w:pPr>
      <w:r>
        <w:rPr>
          <w:rFonts w:ascii="Arial" w:hAnsi="Arial"/>
        </w:rPr>
        <w:t xml:space="preserve">Oh, so you're uncomfortable or the water is </w:t>
      </w:r>
      <w:r w:rsidR="00683CD5">
        <w:rPr>
          <w:rFonts w:ascii="Arial" w:hAnsi="Arial"/>
        </w:rPr>
        <w:t>uncomfortable.</w:t>
      </w:r>
      <w:r>
        <w:rPr>
          <w:rFonts w:ascii="Arial" w:hAnsi="Arial"/>
        </w:rPr>
        <w:t xml:space="preserve"> </w:t>
      </w:r>
    </w:p>
    <w:p w14:paraId="76269954" w14:textId="77777777" w:rsidR="004A412B" w:rsidRDefault="004A412B">
      <w:pPr>
        <w:spacing w:after="0"/>
      </w:pPr>
    </w:p>
    <w:p w14:paraId="41D52ECA" w14:textId="77777777" w:rsidR="004A412B" w:rsidRDefault="004F1CCE">
      <w:pPr>
        <w:spacing w:after="0"/>
      </w:pPr>
      <w:r>
        <w:rPr>
          <w:rFonts w:ascii="Arial" w:hAnsi="Arial"/>
          <w:b/>
        </w:rPr>
        <w:t xml:space="preserve">Participant #14:   </w:t>
      </w:r>
      <w:r>
        <w:rPr>
          <w:rFonts w:ascii="Arial" w:hAnsi="Arial"/>
          <w:color w:val="5D7284"/>
        </w:rPr>
        <w:t>25:21</w:t>
      </w:r>
    </w:p>
    <w:p w14:paraId="2A70DE37" w14:textId="7835DD66" w:rsidR="004A412B" w:rsidRDefault="00683CD5">
      <w:pPr>
        <w:spacing w:after="0"/>
      </w:pPr>
      <w:r>
        <w:rPr>
          <w:rFonts w:ascii="Arial" w:hAnsi="Arial"/>
        </w:rPr>
        <w:t>No, the water is uncomfortable.</w:t>
      </w:r>
    </w:p>
    <w:p w14:paraId="4709ADDC" w14:textId="77777777" w:rsidR="004A412B" w:rsidRDefault="004A412B">
      <w:pPr>
        <w:spacing w:after="0"/>
      </w:pPr>
    </w:p>
    <w:p w14:paraId="595FAE82" w14:textId="77777777" w:rsidR="004A412B" w:rsidRDefault="004F1CCE">
      <w:pPr>
        <w:spacing w:after="0"/>
      </w:pPr>
      <w:r>
        <w:rPr>
          <w:rFonts w:ascii="Arial" w:hAnsi="Arial"/>
          <w:b/>
        </w:rPr>
        <w:t xml:space="preserve">Interviewer P:  </w:t>
      </w:r>
      <w:r>
        <w:rPr>
          <w:rFonts w:ascii="Arial" w:hAnsi="Arial"/>
          <w:color w:val="5D7284"/>
        </w:rPr>
        <w:t>25:29</w:t>
      </w:r>
    </w:p>
    <w:p w14:paraId="46B6860C" w14:textId="77777777" w:rsidR="004A412B" w:rsidRDefault="004F1CCE">
      <w:pPr>
        <w:spacing w:after="0"/>
      </w:pPr>
      <w:r>
        <w:rPr>
          <w:rFonts w:ascii="Arial" w:hAnsi="Arial"/>
        </w:rPr>
        <w:t xml:space="preserve">Anything </w:t>
      </w:r>
      <w:r>
        <w:rPr>
          <w:rFonts w:ascii="Arial" w:hAnsi="Arial"/>
        </w:rPr>
        <w:t>surprise you about that?</w:t>
      </w:r>
    </w:p>
    <w:p w14:paraId="63414583" w14:textId="77777777" w:rsidR="004A412B" w:rsidRDefault="004A412B">
      <w:pPr>
        <w:spacing w:after="0"/>
      </w:pPr>
    </w:p>
    <w:p w14:paraId="5A14938C" w14:textId="77777777" w:rsidR="004A412B" w:rsidRDefault="004F1CCE">
      <w:pPr>
        <w:spacing w:after="0"/>
      </w:pPr>
      <w:r>
        <w:rPr>
          <w:rFonts w:ascii="Arial" w:hAnsi="Arial"/>
          <w:b/>
        </w:rPr>
        <w:t xml:space="preserve">Participant #14:   </w:t>
      </w:r>
      <w:r>
        <w:rPr>
          <w:rFonts w:ascii="Arial" w:hAnsi="Arial"/>
          <w:color w:val="5D7284"/>
        </w:rPr>
        <w:t>25:34</w:t>
      </w:r>
    </w:p>
    <w:p w14:paraId="626D3D58" w14:textId="2EC3D574" w:rsidR="004A412B" w:rsidRDefault="004F1CCE">
      <w:pPr>
        <w:spacing w:after="0"/>
      </w:pPr>
      <w:r>
        <w:rPr>
          <w:rFonts w:ascii="Arial" w:hAnsi="Arial"/>
        </w:rPr>
        <w:t xml:space="preserve">You said it was gonna color the water on the way down. I thought it would be more. Well, I mean, it makes sense. That it like this the </w:t>
      </w:r>
      <w:r w:rsidR="00683CD5">
        <w:rPr>
          <w:rFonts w:ascii="Arial" w:hAnsi="Arial"/>
        </w:rPr>
        <w:t>streak</w:t>
      </w:r>
      <w:r>
        <w:rPr>
          <w:rFonts w:ascii="Arial" w:hAnsi="Arial"/>
        </w:rPr>
        <w:t xml:space="preserve"> ...... It's bunching up at the bottom.</w:t>
      </w:r>
    </w:p>
    <w:p w14:paraId="13D750DB" w14:textId="77777777" w:rsidR="004A412B" w:rsidRDefault="004A412B">
      <w:pPr>
        <w:spacing w:after="0"/>
      </w:pPr>
    </w:p>
    <w:p w14:paraId="4645AD03" w14:textId="77777777" w:rsidR="004A412B" w:rsidRDefault="004F1CCE">
      <w:pPr>
        <w:spacing w:after="0"/>
      </w:pPr>
      <w:r>
        <w:rPr>
          <w:rFonts w:ascii="Arial" w:hAnsi="Arial"/>
          <w:b/>
        </w:rPr>
        <w:t xml:space="preserve">Interviewer P:  </w:t>
      </w:r>
      <w:r>
        <w:rPr>
          <w:rFonts w:ascii="Arial" w:hAnsi="Arial"/>
          <w:color w:val="5D7284"/>
        </w:rPr>
        <w:t>25:48</w:t>
      </w:r>
    </w:p>
    <w:p w14:paraId="7A0B228E" w14:textId="550E3ECB" w:rsidR="004A412B" w:rsidRDefault="004F1CCE">
      <w:pPr>
        <w:spacing w:after="0"/>
      </w:pPr>
      <w:r>
        <w:rPr>
          <w:rFonts w:ascii="Arial" w:hAnsi="Arial"/>
        </w:rPr>
        <w:t xml:space="preserve">Yeah so, you can probably guess where we're going with this, I wanted you to see what it looks like in a still container of water, because next we're going to put it in the rotating tank behind you. And as you saw when Erika was in here that's been rotating since you've been in here, which is now about 35 minutes. So again, I'm going to ask you to predict what you think the dye will look like in the tank that's been rotating for 35 minutes. And </w:t>
      </w:r>
      <w:r w:rsidR="00683CD5">
        <w:rPr>
          <w:rFonts w:ascii="Arial" w:hAnsi="Arial"/>
        </w:rPr>
        <w:t>so,</w:t>
      </w:r>
      <w:r>
        <w:rPr>
          <w:rFonts w:ascii="Arial" w:hAnsi="Arial"/>
        </w:rPr>
        <w:t xml:space="preserve"> I have a couple things on here. So first of all, it's going to be at a moment in time, so like a snapshot, so not showing motion. But instead like if you took a picture and we're gonna pretend it's a picture a minute after I dropped it in just like with the the rectangular tank so a minute later after I dropped the dye in and there's two views here once the view from above so it's like if you took the picture here and then once the view from the side was like if you took the picture there. Okay, alright</w:t>
      </w:r>
      <w:r>
        <w:rPr>
          <w:rFonts w:ascii="Arial" w:hAnsi="Arial"/>
        </w:rPr>
        <w:t>, so go ahead and think about that and sketch what you think it'll look like after a minute.</w:t>
      </w:r>
    </w:p>
    <w:p w14:paraId="183992F5" w14:textId="77777777" w:rsidR="004A412B" w:rsidRDefault="004A412B">
      <w:pPr>
        <w:spacing w:after="0"/>
      </w:pPr>
    </w:p>
    <w:p w14:paraId="73C76DBC" w14:textId="77777777" w:rsidR="004A412B" w:rsidRDefault="004F1CCE">
      <w:pPr>
        <w:spacing w:after="0"/>
      </w:pPr>
      <w:r>
        <w:rPr>
          <w:rFonts w:ascii="Arial" w:hAnsi="Arial"/>
          <w:b/>
        </w:rPr>
        <w:t xml:space="preserve">Participant #14:   </w:t>
      </w:r>
      <w:r>
        <w:rPr>
          <w:rFonts w:ascii="Arial" w:hAnsi="Arial"/>
          <w:color w:val="5D7284"/>
        </w:rPr>
        <w:t>26:15</w:t>
      </w:r>
    </w:p>
    <w:p w14:paraId="44C9AFFF" w14:textId="77777777" w:rsidR="004A412B" w:rsidRDefault="004F1CCE">
      <w:pPr>
        <w:spacing w:after="0"/>
      </w:pPr>
      <w:r>
        <w:rPr>
          <w:rFonts w:ascii="Arial" w:hAnsi="Arial"/>
        </w:rPr>
        <w:t xml:space="preserve">That's all I have. </w:t>
      </w:r>
    </w:p>
    <w:p w14:paraId="0871964B" w14:textId="77777777" w:rsidR="004A412B" w:rsidRDefault="004A412B">
      <w:pPr>
        <w:spacing w:after="0"/>
      </w:pPr>
    </w:p>
    <w:p w14:paraId="089F67C2" w14:textId="77777777" w:rsidR="004A412B" w:rsidRDefault="004F1CCE">
      <w:pPr>
        <w:spacing w:after="0"/>
      </w:pPr>
      <w:r>
        <w:rPr>
          <w:rFonts w:ascii="Arial" w:hAnsi="Arial"/>
          <w:b/>
        </w:rPr>
        <w:t xml:space="preserve">Interviewer P:  </w:t>
      </w:r>
      <w:r>
        <w:rPr>
          <w:rFonts w:ascii="Arial" w:hAnsi="Arial"/>
          <w:color w:val="5D7284"/>
        </w:rPr>
        <w:t>28:08</w:t>
      </w:r>
    </w:p>
    <w:p w14:paraId="665C2CE7" w14:textId="77777777" w:rsidR="004A412B" w:rsidRDefault="004F1CCE">
      <w:pPr>
        <w:spacing w:after="0"/>
      </w:pPr>
      <w:r>
        <w:rPr>
          <w:rFonts w:ascii="Arial" w:hAnsi="Arial"/>
        </w:rPr>
        <w:t xml:space="preserve">Okay that's good. Tell me about it. </w:t>
      </w:r>
    </w:p>
    <w:p w14:paraId="7933994B" w14:textId="77777777" w:rsidR="004A412B" w:rsidRDefault="004A412B">
      <w:pPr>
        <w:spacing w:after="0"/>
      </w:pPr>
    </w:p>
    <w:p w14:paraId="4B8CCA5B" w14:textId="77777777" w:rsidR="004A412B" w:rsidRDefault="004F1CCE">
      <w:pPr>
        <w:spacing w:after="0"/>
      </w:pPr>
      <w:r>
        <w:rPr>
          <w:rFonts w:ascii="Arial" w:hAnsi="Arial"/>
          <w:b/>
        </w:rPr>
        <w:t xml:space="preserve">Participant #14:   </w:t>
      </w:r>
      <w:r>
        <w:rPr>
          <w:rFonts w:ascii="Arial" w:hAnsi="Arial"/>
          <w:color w:val="5D7284"/>
        </w:rPr>
        <w:t>28:11</w:t>
      </w:r>
    </w:p>
    <w:p w14:paraId="733BE57D" w14:textId="1B00CFE5" w:rsidR="004A412B" w:rsidRDefault="00683CD5">
      <w:pPr>
        <w:spacing w:after="0"/>
      </w:pPr>
      <w:r>
        <w:rPr>
          <w:rFonts w:ascii="Arial" w:hAnsi="Arial"/>
        </w:rPr>
        <w:t>So, from the top maybe see like the streaks again. And because it's spinning, maybe in circular motion and from the side just overall probably distributed.</w:t>
      </w:r>
    </w:p>
    <w:p w14:paraId="5BDFE3D8" w14:textId="77777777" w:rsidR="004A412B" w:rsidRDefault="004A412B">
      <w:pPr>
        <w:spacing w:after="0"/>
      </w:pPr>
    </w:p>
    <w:p w14:paraId="3734C3D7" w14:textId="77777777" w:rsidR="004A412B" w:rsidRDefault="004F1CCE">
      <w:pPr>
        <w:spacing w:after="0"/>
      </w:pPr>
      <w:r>
        <w:rPr>
          <w:rFonts w:ascii="Arial" w:hAnsi="Arial"/>
          <w:b/>
        </w:rPr>
        <w:t xml:space="preserve">Interviewer P:  </w:t>
      </w:r>
      <w:r>
        <w:rPr>
          <w:rFonts w:ascii="Arial" w:hAnsi="Arial"/>
          <w:color w:val="5D7284"/>
        </w:rPr>
        <w:t>28:28</w:t>
      </w:r>
    </w:p>
    <w:p w14:paraId="7E49D7EF" w14:textId="77777777" w:rsidR="004A412B" w:rsidRDefault="004F1CCE">
      <w:pPr>
        <w:spacing w:after="0"/>
      </w:pPr>
      <w:r>
        <w:rPr>
          <w:rFonts w:ascii="Arial" w:hAnsi="Arial"/>
        </w:rPr>
        <w:t xml:space="preserve">Okay so when you're looking down from the top is this what is this this stuff at the bottom? </w:t>
      </w:r>
    </w:p>
    <w:p w14:paraId="71EDDAF1" w14:textId="77777777" w:rsidR="004A412B" w:rsidRDefault="004A412B">
      <w:pPr>
        <w:spacing w:after="0"/>
      </w:pPr>
    </w:p>
    <w:p w14:paraId="4CF537C7" w14:textId="77777777" w:rsidR="004A412B" w:rsidRDefault="004F1CCE">
      <w:pPr>
        <w:spacing w:after="0"/>
      </w:pPr>
      <w:r>
        <w:rPr>
          <w:rFonts w:ascii="Arial" w:hAnsi="Arial"/>
          <w:b/>
        </w:rPr>
        <w:t xml:space="preserve">Participant #14:   </w:t>
      </w:r>
      <w:r>
        <w:rPr>
          <w:rFonts w:ascii="Arial" w:hAnsi="Arial"/>
          <w:color w:val="5D7284"/>
        </w:rPr>
        <w:t>28:34</w:t>
      </w:r>
    </w:p>
    <w:p w14:paraId="76699A3E" w14:textId="77777777" w:rsidR="004A412B" w:rsidRDefault="004F1CCE">
      <w:pPr>
        <w:spacing w:after="0"/>
      </w:pPr>
      <w:r>
        <w:rPr>
          <w:rFonts w:ascii="Arial" w:hAnsi="Arial"/>
        </w:rPr>
        <w:t xml:space="preserve">Yeah. </w:t>
      </w:r>
    </w:p>
    <w:p w14:paraId="4C4F2B44" w14:textId="77777777" w:rsidR="004A412B" w:rsidRDefault="004A412B">
      <w:pPr>
        <w:spacing w:after="0"/>
      </w:pPr>
    </w:p>
    <w:p w14:paraId="143BBB61" w14:textId="77777777" w:rsidR="004A412B" w:rsidRDefault="004F1CCE">
      <w:pPr>
        <w:spacing w:after="0"/>
      </w:pPr>
      <w:r>
        <w:rPr>
          <w:rFonts w:ascii="Arial" w:hAnsi="Arial"/>
          <w:b/>
        </w:rPr>
        <w:t xml:space="preserve">Interviewer P:  </w:t>
      </w:r>
      <w:r>
        <w:rPr>
          <w:rFonts w:ascii="Arial" w:hAnsi="Arial"/>
          <w:color w:val="5D7284"/>
        </w:rPr>
        <w:t>28:34</w:t>
      </w:r>
    </w:p>
    <w:p w14:paraId="52902C63" w14:textId="05C6BB3F" w:rsidR="004A412B" w:rsidRDefault="004F1CCE">
      <w:pPr>
        <w:spacing w:after="0"/>
      </w:pPr>
      <w:r>
        <w:rPr>
          <w:rFonts w:ascii="Arial" w:hAnsi="Arial"/>
        </w:rPr>
        <w:t xml:space="preserve">Okay. And </w:t>
      </w:r>
      <w:r w:rsidR="00683CD5">
        <w:rPr>
          <w:rFonts w:ascii="Arial" w:hAnsi="Arial"/>
        </w:rPr>
        <w:t>so,</w:t>
      </w:r>
      <w:r>
        <w:rPr>
          <w:rFonts w:ascii="Arial" w:hAnsi="Arial"/>
        </w:rPr>
        <w:t xml:space="preserve"> what you're saying is that the streaks that we originally saw over there instead of like being here are are now in a circle at the bottom. </w:t>
      </w:r>
    </w:p>
    <w:p w14:paraId="0003BBFE" w14:textId="77777777" w:rsidR="004A412B" w:rsidRDefault="004A412B">
      <w:pPr>
        <w:spacing w:after="0"/>
      </w:pPr>
    </w:p>
    <w:p w14:paraId="2A4FB393" w14:textId="77777777" w:rsidR="004A412B" w:rsidRDefault="004F1CCE">
      <w:pPr>
        <w:spacing w:after="0"/>
      </w:pPr>
      <w:r>
        <w:rPr>
          <w:rFonts w:ascii="Arial" w:hAnsi="Arial"/>
          <w:b/>
        </w:rPr>
        <w:t xml:space="preserve">Participant #14:   </w:t>
      </w:r>
      <w:r>
        <w:rPr>
          <w:rFonts w:ascii="Arial" w:hAnsi="Arial"/>
          <w:color w:val="5D7284"/>
        </w:rPr>
        <w:t>28:50</w:t>
      </w:r>
    </w:p>
    <w:p w14:paraId="4EA8E000" w14:textId="77777777" w:rsidR="004A412B" w:rsidRDefault="004F1CCE">
      <w:pPr>
        <w:spacing w:after="0"/>
      </w:pPr>
      <w:r>
        <w:rPr>
          <w:rFonts w:ascii="Arial" w:hAnsi="Arial"/>
        </w:rPr>
        <w:t xml:space="preserve">Yes. </w:t>
      </w:r>
    </w:p>
    <w:p w14:paraId="3FA6403F" w14:textId="77777777" w:rsidR="004A412B" w:rsidRDefault="004A412B">
      <w:pPr>
        <w:spacing w:after="0"/>
      </w:pPr>
    </w:p>
    <w:p w14:paraId="67FB83C1" w14:textId="77777777" w:rsidR="004A412B" w:rsidRDefault="004F1CCE">
      <w:pPr>
        <w:spacing w:after="0"/>
      </w:pPr>
      <w:r>
        <w:rPr>
          <w:rFonts w:ascii="Arial" w:hAnsi="Arial"/>
          <w:b/>
        </w:rPr>
        <w:t xml:space="preserve">Interviewer P:  </w:t>
      </w:r>
      <w:r>
        <w:rPr>
          <w:rFonts w:ascii="Arial" w:hAnsi="Arial"/>
          <w:color w:val="5D7284"/>
        </w:rPr>
        <w:t>28:50</w:t>
      </w:r>
    </w:p>
    <w:p w14:paraId="36FA7F45" w14:textId="77777777" w:rsidR="004A412B" w:rsidRDefault="004F1CCE">
      <w:pPr>
        <w:spacing w:after="0"/>
      </w:pPr>
      <w:r>
        <w:rPr>
          <w:rFonts w:ascii="Arial" w:hAnsi="Arial"/>
        </w:rPr>
        <w:t>Okay. Got it. All right. Anything else?</w:t>
      </w:r>
    </w:p>
    <w:p w14:paraId="42F15315" w14:textId="77777777" w:rsidR="004A412B" w:rsidRDefault="004A412B">
      <w:pPr>
        <w:spacing w:after="0"/>
      </w:pPr>
    </w:p>
    <w:p w14:paraId="3F0D1E60" w14:textId="77777777" w:rsidR="004A412B" w:rsidRDefault="004F1CCE">
      <w:pPr>
        <w:spacing w:after="0"/>
      </w:pPr>
      <w:r>
        <w:rPr>
          <w:rFonts w:ascii="Arial" w:hAnsi="Arial"/>
          <w:b/>
        </w:rPr>
        <w:t xml:space="preserve">Participant #14:   </w:t>
      </w:r>
      <w:r>
        <w:rPr>
          <w:rFonts w:ascii="Arial" w:hAnsi="Arial"/>
          <w:color w:val="5D7284"/>
        </w:rPr>
        <w:t>28:57</w:t>
      </w:r>
    </w:p>
    <w:p w14:paraId="7553293B" w14:textId="42E1EFF1" w:rsidR="004A412B" w:rsidRDefault="004F1CCE">
      <w:pPr>
        <w:spacing w:after="0"/>
      </w:pPr>
      <w:r>
        <w:rPr>
          <w:rFonts w:ascii="Arial" w:hAnsi="Arial"/>
        </w:rPr>
        <w:t xml:space="preserve">That </w:t>
      </w:r>
      <w:r w:rsidR="00683CD5">
        <w:rPr>
          <w:rFonts w:ascii="Arial" w:hAnsi="Arial"/>
        </w:rPr>
        <w:t>is,</w:t>
      </w:r>
      <w:r>
        <w:rPr>
          <w:rFonts w:ascii="Arial" w:hAnsi="Arial"/>
        </w:rPr>
        <w:t xml:space="preserve"> it. Alright God.</w:t>
      </w:r>
    </w:p>
    <w:p w14:paraId="1261ACE7" w14:textId="77777777" w:rsidR="004A412B" w:rsidRDefault="004A412B">
      <w:pPr>
        <w:spacing w:after="0"/>
      </w:pPr>
    </w:p>
    <w:p w14:paraId="4832E61F" w14:textId="77777777" w:rsidR="004A412B" w:rsidRDefault="004F1CCE">
      <w:pPr>
        <w:spacing w:after="0"/>
      </w:pPr>
      <w:r>
        <w:rPr>
          <w:rFonts w:ascii="Arial" w:hAnsi="Arial"/>
          <w:b/>
        </w:rPr>
        <w:t xml:space="preserve">Interviewer P:  </w:t>
      </w:r>
      <w:r>
        <w:rPr>
          <w:rFonts w:ascii="Arial" w:hAnsi="Arial"/>
          <w:color w:val="5D7284"/>
        </w:rPr>
        <w:t>29:01</w:t>
      </w:r>
    </w:p>
    <w:p w14:paraId="63B302AF" w14:textId="5B27203E" w:rsidR="004A412B" w:rsidRDefault="004F1CCE">
      <w:pPr>
        <w:spacing w:after="0"/>
      </w:pPr>
      <w:r>
        <w:rPr>
          <w:rFonts w:ascii="Arial" w:hAnsi="Arial"/>
        </w:rPr>
        <w:t xml:space="preserve">All right. </w:t>
      </w:r>
      <w:r w:rsidR="00683CD5">
        <w:rPr>
          <w:rFonts w:ascii="Arial" w:hAnsi="Arial"/>
        </w:rPr>
        <w:t>So,</w:t>
      </w:r>
      <w:r>
        <w:rPr>
          <w:rFonts w:ascii="Arial" w:hAnsi="Arial"/>
        </w:rPr>
        <w:t xml:space="preserve"> let's do it and see what happens. I'll turn on for a minute that and over here. </w:t>
      </w:r>
      <w:r w:rsidR="00683CD5">
        <w:rPr>
          <w:rFonts w:ascii="Arial" w:hAnsi="Arial"/>
        </w:rPr>
        <w:t>So,</w:t>
      </w:r>
      <w:r>
        <w:rPr>
          <w:rFonts w:ascii="Arial" w:hAnsi="Arial"/>
        </w:rPr>
        <w:t xml:space="preserve"> is that what you </w:t>
      </w:r>
      <w:r w:rsidR="00683CD5">
        <w:rPr>
          <w:rFonts w:ascii="Arial" w:hAnsi="Arial"/>
        </w:rPr>
        <w:t>expected? Can</w:t>
      </w:r>
      <w:r>
        <w:rPr>
          <w:rFonts w:ascii="Arial" w:hAnsi="Arial"/>
        </w:rPr>
        <w:t xml:space="preserve"> you redraw what you do see?</w:t>
      </w:r>
    </w:p>
    <w:p w14:paraId="657AE217" w14:textId="77777777" w:rsidR="004A412B" w:rsidRDefault="004A412B">
      <w:pPr>
        <w:spacing w:after="0"/>
      </w:pPr>
    </w:p>
    <w:p w14:paraId="3640897D" w14:textId="77777777" w:rsidR="004A412B" w:rsidRDefault="004F1CCE">
      <w:pPr>
        <w:spacing w:after="0"/>
      </w:pPr>
      <w:r>
        <w:rPr>
          <w:rFonts w:ascii="Arial" w:hAnsi="Arial"/>
          <w:b/>
        </w:rPr>
        <w:t xml:space="preserve">Participant #14:   </w:t>
      </w:r>
      <w:r>
        <w:rPr>
          <w:rFonts w:ascii="Arial" w:hAnsi="Arial"/>
          <w:color w:val="5D7284"/>
        </w:rPr>
        <w:t>30:31</w:t>
      </w:r>
    </w:p>
    <w:p w14:paraId="64E740EC" w14:textId="77777777" w:rsidR="004A412B" w:rsidRDefault="004F1CCE">
      <w:pPr>
        <w:spacing w:after="0"/>
      </w:pPr>
      <w:r>
        <w:rPr>
          <w:rFonts w:ascii="Arial" w:hAnsi="Arial"/>
        </w:rPr>
        <w:t>Yes. The difference is crazy. Is it too much water and it's like evaporating, not evaporating but like it's almost not coloring the water.</w:t>
      </w:r>
    </w:p>
    <w:p w14:paraId="16B286A3" w14:textId="77777777" w:rsidR="004A412B" w:rsidRDefault="004A412B">
      <w:pPr>
        <w:spacing w:after="0"/>
      </w:pPr>
    </w:p>
    <w:p w14:paraId="59E3DA14" w14:textId="77777777" w:rsidR="004A412B" w:rsidRDefault="004F1CCE">
      <w:pPr>
        <w:spacing w:after="0"/>
      </w:pPr>
      <w:r>
        <w:rPr>
          <w:rFonts w:ascii="Arial" w:hAnsi="Arial"/>
          <w:b/>
        </w:rPr>
        <w:t xml:space="preserve">Interviewer P:  </w:t>
      </w:r>
      <w:r>
        <w:rPr>
          <w:rFonts w:ascii="Arial" w:hAnsi="Arial"/>
          <w:color w:val="5D7284"/>
        </w:rPr>
        <w:t>31:38</w:t>
      </w:r>
    </w:p>
    <w:p w14:paraId="15321A51" w14:textId="7511D6DA" w:rsidR="004A412B" w:rsidRDefault="00683CD5">
      <w:pPr>
        <w:spacing w:after="0"/>
      </w:pPr>
      <w:r>
        <w:rPr>
          <w:rFonts w:ascii="Arial" w:hAnsi="Arial"/>
        </w:rPr>
        <w:t>So, are you asking if it's not coloring the water because there's not enough dye and there's too much water? I could put a little more dye in there.</w:t>
      </w:r>
    </w:p>
    <w:p w14:paraId="3E28623A" w14:textId="77777777" w:rsidR="004A412B" w:rsidRDefault="004A412B">
      <w:pPr>
        <w:spacing w:after="0"/>
      </w:pPr>
    </w:p>
    <w:p w14:paraId="2E4D2BE1" w14:textId="77777777" w:rsidR="004A412B" w:rsidRDefault="004F1CCE">
      <w:pPr>
        <w:spacing w:after="0"/>
      </w:pPr>
      <w:r>
        <w:rPr>
          <w:rFonts w:ascii="Arial" w:hAnsi="Arial"/>
          <w:b/>
        </w:rPr>
        <w:t xml:space="preserve">Participant #14:   </w:t>
      </w:r>
      <w:r>
        <w:rPr>
          <w:rFonts w:ascii="Arial" w:hAnsi="Arial"/>
          <w:color w:val="5D7284"/>
        </w:rPr>
        <w:t>31:48</w:t>
      </w:r>
    </w:p>
    <w:p w14:paraId="6199244A" w14:textId="7F7CA44F" w:rsidR="004A412B" w:rsidRDefault="004F1CCE">
      <w:pPr>
        <w:spacing w:after="0"/>
      </w:pPr>
      <w:r>
        <w:rPr>
          <w:rFonts w:ascii="Arial" w:hAnsi="Arial"/>
        </w:rPr>
        <w:t xml:space="preserve">Oh naw, it's okay I was wondering, they're kind of </w:t>
      </w:r>
      <w:r w:rsidR="00683CD5">
        <w:rPr>
          <w:rFonts w:ascii="Arial" w:hAnsi="Arial"/>
        </w:rPr>
        <w:t>disappearing</w:t>
      </w:r>
      <w:r>
        <w:rPr>
          <w:rFonts w:ascii="Arial" w:hAnsi="Arial"/>
        </w:rPr>
        <w:t xml:space="preserve"> a little bit.</w:t>
      </w:r>
    </w:p>
    <w:p w14:paraId="4B1204A6" w14:textId="77777777" w:rsidR="004A412B" w:rsidRDefault="004A412B">
      <w:pPr>
        <w:spacing w:after="0"/>
      </w:pPr>
    </w:p>
    <w:p w14:paraId="0D491F03" w14:textId="77777777" w:rsidR="004A412B" w:rsidRDefault="004F1CCE">
      <w:pPr>
        <w:spacing w:after="0"/>
      </w:pPr>
      <w:r>
        <w:rPr>
          <w:rFonts w:ascii="Arial" w:hAnsi="Arial"/>
          <w:b/>
        </w:rPr>
        <w:t xml:space="preserve">Interviewer P:  </w:t>
      </w:r>
      <w:r>
        <w:rPr>
          <w:rFonts w:ascii="Arial" w:hAnsi="Arial"/>
          <w:color w:val="5D7284"/>
        </w:rPr>
        <w:t>31:56</w:t>
      </w:r>
    </w:p>
    <w:p w14:paraId="49376D3D" w14:textId="77777777" w:rsidR="004A412B" w:rsidRDefault="004F1CCE">
      <w:pPr>
        <w:spacing w:after="0"/>
      </w:pPr>
      <w:r>
        <w:rPr>
          <w:rFonts w:ascii="Arial" w:hAnsi="Arial"/>
        </w:rPr>
        <w:t>Dispersing a bit.</w:t>
      </w:r>
    </w:p>
    <w:p w14:paraId="6E668B02" w14:textId="77777777" w:rsidR="004A412B" w:rsidRDefault="004A412B">
      <w:pPr>
        <w:spacing w:after="0"/>
      </w:pPr>
    </w:p>
    <w:p w14:paraId="6EEFC15D" w14:textId="77777777" w:rsidR="004A412B" w:rsidRDefault="004F1CCE">
      <w:pPr>
        <w:spacing w:after="0"/>
      </w:pPr>
      <w:r>
        <w:rPr>
          <w:rFonts w:ascii="Arial" w:hAnsi="Arial"/>
          <w:b/>
        </w:rPr>
        <w:t xml:space="preserve">Participant #14:   </w:t>
      </w:r>
      <w:r>
        <w:rPr>
          <w:rFonts w:ascii="Arial" w:hAnsi="Arial"/>
          <w:color w:val="5D7284"/>
        </w:rPr>
        <w:t>31:57</w:t>
      </w:r>
    </w:p>
    <w:p w14:paraId="7ED9ED5D" w14:textId="77777777" w:rsidR="004A412B" w:rsidRDefault="004F1CCE">
      <w:pPr>
        <w:spacing w:after="0"/>
      </w:pPr>
      <w:r>
        <w:rPr>
          <w:rFonts w:ascii="Arial" w:hAnsi="Arial"/>
        </w:rPr>
        <w:t xml:space="preserve">Yes. </w:t>
      </w:r>
    </w:p>
    <w:p w14:paraId="09740E3C" w14:textId="77777777" w:rsidR="004A412B" w:rsidRDefault="004A412B">
      <w:pPr>
        <w:spacing w:after="0"/>
      </w:pPr>
    </w:p>
    <w:p w14:paraId="4452DA9B" w14:textId="77777777" w:rsidR="004A412B" w:rsidRDefault="004F1CCE">
      <w:pPr>
        <w:spacing w:after="0"/>
      </w:pPr>
      <w:r>
        <w:rPr>
          <w:rFonts w:ascii="Arial" w:hAnsi="Arial"/>
          <w:b/>
        </w:rPr>
        <w:t xml:space="preserve">Interviewer P:  </w:t>
      </w:r>
      <w:r>
        <w:rPr>
          <w:rFonts w:ascii="Arial" w:hAnsi="Arial"/>
          <w:color w:val="5D7284"/>
        </w:rPr>
        <w:t>31:59</w:t>
      </w:r>
    </w:p>
    <w:p w14:paraId="399938BC" w14:textId="77777777" w:rsidR="004A412B" w:rsidRDefault="004F1CCE">
      <w:pPr>
        <w:spacing w:after="0"/>
      </w:pPr>
      <w:r>
        <w:rPr>
          <w:rFonts w:ascii="Arial" w:hAnsi="Arial"/>
        </w:rPr>
        <w:t>But you do swirl it's swirling around in a circle so why did you draw it in a circle?</w:t>
      </w:r>
    </w:p>
    <w:p w14:paraId="462268A0" w14:textId="77777777" w:rsidR="004A412B" w:rsidRDefault="004A412B">
      <w:pPr>
        <w:spacing w:after="0"/>
      </w:pPr>
    </w:p>
    <w:p w14:paraId="3114A448" w14:textId="77777777" w:rsidR="004A412B" w:rsidRDefault="004F1CCE">
      <w:pPr>
        <w:spacing w:after="0"/>
      </w:pPr>
      <w:r>
        <w:rPr>
          <w:rFonts w:ascii="Arial" w:hAnsi="Arial"/>
          <w:b/>
        </w:rPr>
        <w:t xml:space="preserve">Participant #14:   </w:t>
      </w:r>
      <w:r>
        <w:rPr>
          <w:rFonts w:ascii="Arial" w:hAnsi="Arial"/>
          <w:color w:val="5D7284"/>
        </w:rPr>
        <w:t>32:05</w:t>
      </w:r>
    </w:p>
    <w:p w14:paraId="7FEF360B" w14:textId="77777777" w:rsidR="004A412B" w:rsidRDefault="004F1CCE">
      <w:pPr>
        <w:spacing w:after="0"/>
      </w:pPr>
      <w:r>
        <w:rPr>
          <w:rFonts w:ascii="Arial" w:hAnsi="Arial"/>
        </w:rPr>
        <w:t>I thought the moments of it going would move it in a way.</w:t>
      </w:r>
    </w:p>
    <w:p w14:paraId="16F946AD" w14:textId="77777777" w:rsidR="004A412B" w:rsidRDefault="004A412B">
      <w:pPr>
        <w:spacing w:after="0"/>
      </w:pPr>
    </w:p>
    <w:p w14:paraId="741905EE" w14:textId="77777777" w:rsidR="004A412B" w:rsidRDefault="004F1CCE">
      <w:pPr>
        <w:spacing w:after="0"/>
      </w:pPr>
      <w:r>
        <w:rPr>
          <w:rFonts w:ascii="Arial" w:hAnsi="Arial"/>
          <w:b/>
        </w:rPr>
        <w:t xml:space="preserve">Interviewer P:  </w:t>
      </w:r>
      <w:r>
        <w:rPr>
          <w:rFonts w:ascii="Arial" w:hAnsi="Arial"/>
          <w:color w:val="5D7284"/>
        </w:rPr>
        <w:t>32:13</w:t>
      </w:r>
    </w:p>
    <w:p w14:paraId="7F05664E" w14:textId="77777777" w:rsidR="004A412B" w:rsidRDefault="004F1CCE">
      <w:pPr>
        <w:spacing w:after="0"/>
      </w:pPr>
      <w:r>
        <w:rPr>
          <w:rFonts w:ascii="Arial" w:hAnsi="Arial"/>
        </w:rPr>
        <w:t>Is there anything like that you've experienced or in your memory that made you think that?</w:t>
      </w:r>
    </w:p>
    <w:p w14:paraId="0D32BF4A" w14:textId="77777777" w:rsidR="004A412B" w:rsidRDefault="004A412B">
      <w:pPr>
        <w:spacing w:after="0"/>
      </w:pPr>
    </w:p>
    <w:p w14:paraId="6EE14495" w14:textId="77777777" w:rsidR="004A412B" w:rsidRDefault="004F1CCE">
      <w:pPr>
        <w:spacing w:after="0"/>
      </w:pPr>
      <w:r>
        <w:rPr>
          <w:rFonts w:ascii="Arial" w:hAnsi="Arial"/>
          <w:b/>
        </w:rPr>
        <w:t xml:space="preserve">Participant #14:   </w:t>
      </w:r>
      <w:r>
        <w:rPr>
          <w:rFonts w:ascii="Arial" w:hAnsi="Arial"/>
          <w:color w:val="5D7284"/>
        </w:rPr>
        <w:t>32:21</w:t>
      </w:r>
    </w:p>
    <w:p w14:paraId="53110C00" w14:textId="7FB5BB03" w:rsidR="004A412B" w:rsidRDefault="004F1CCE">
      <w:pPr>
        <w:spacing w:after="0"/>
      </w:pPr>
      <w:r>
        <w:rPr>
          <w:rFonts w:ascii="Arial" w:hAnsi="Arial"/>
        </w:rPr>
        <w:t xml:space="preserve">Um maybe like with a water bottle you'll like do this upside down </w:t>
      </w:r>
      <w:r w:rsidR="00683CD5">
        <w:rPr>
          <w:rFonts w:ascii="Arial" w:hAnsi="Arial"/>
        </w:rPr>
        <w:t>and like</w:t>
      </w:r>
      <w:r>
        <w:rPr>
          <w:rFonts w:ascii="Arial" w:hAnsi="Arial"/>
        </w:rPr>
        <w:t>.</w:t>
      </w:r>
    </w:p>
    <w:p w14:paraId="50065037" w14:textId="77777777" w:rsidR="004A412B" w:rsidRDefault="004A412B">
      <w:pPr>
        <w:spacing w:after="0"/>
      </w:pPr>
    </w:p>
    <w:p w14:paraId="1D401D42" w14:textId="77777777" w:rsidR="004A412B" w:rsidRDefault="004F1CCE">
      <w:pPr>
        <w:spacing w:after="0"/>
      </w:pPr>
      <w:r>
        <w:rPr>
          <w:rFonts w:ascii="Arial" w:hAnsi="Arial"/>
          <w:b/>
        </w:rPr>
        <w:t xml:space="preserve">Interviewer P:  </w:t>
      </w:r>
      <w:r>
        <w:rPr>
          <w:rFonts w:ascii="Arial" w:hAnsi="Arial"/>
          <w:color w:val="5D7284"/>
        </w:rPr>
        <w:t>32:28</w:t>
      </w:r>
    </w:p>
    <w:p w14:paraId="3FAF2732" w14:textId="5A363C81" w:rsidR="004A412B" w:rsidRDefault="004F1CCE">
      <w:pPr>
        <w:spacing w:after="0"/>
      </w:pPr>
      <w:r>
        <w:rPr>
          <w:rFonts w:ascii="Arial" w:hAnsi="Arial"/>
        </w:rPr>
        <w:lastRenderedPageBreak/>
        <w:t>Yeah, yeah</w:t>
      </w:r>
      <w:r w:rsidR="00683CD5">
        <w:rPr>
          <w:rFonts w:ascii="Arial" w:hAnsi="Arial"/>
        </w:rPr>
        <w:t xml:space="preserve">, </w:t>
      </w:r>
      <w:r>
        <w:rPr>
          <w:rFonts w:ascii="Arial" w:hAnsi="Arial"/>
        </w:rPr>
        <w:t>yeah.</w:t>
      </w:r>
    </w:p>
    <w:p w14:paraId="3D7F882C" w14:textId="77777777" w:rsidR="004A412B" w:rsidRDefault="004A412B">
      <w:pPr>
        <w:spacing w:after="0"/>
      </w:pPr>
    </w:p>
    <w:p w14:paraId="6097E61C" w14:textId="77777777" w:rsidR="004A412B" w:rsidRDefault="004F1CCE">
      <w:pPr>
        <w:spacing w:after="0"/>
      </w:pPr>
      <w:r>
        <w:rPr>
          <w:rFonts w:ascii="Arial" w:hAnsi="Arial"/>
          <w:b/>
        </w:rPr>
        <w:t xml:space="preserve">Participant #14:   </w:t>
      </w:r>
      <w:r>
        <w:rPr>
          <w:rFonts w:ascii="Arial" w:hAnsi="Arial"/>
          <w:color w:val="5D7284"/>
        </w:rPr>
        <w:t>32:28</w:t>
      </w:r>
    </w:p>
    <w:p w14:paraId="3E63B01D" w14:textId="6DC11626" w:rsidR="004A412B" w:rsidRDefault="004F1CCE">
      <w:pPr>
        <w:spacing w:after="0"/>
      </w:pPr>
      <w:r>
        <w:rPr>
          <w:rFonts w:ascii="Arial" w:hAnsi="Arial"/>
        </w:rPr>
        <w:t xml:space="preserve">Tornado and yeah, I thought that if it kept moving around, it would eventually like mix together and like disperse more into the water. Kind </w:t>
      </w:r>
      <w:r w:rsidR="00683CD5">
        <w:rPr>
          <w:rFonts w:ascii="Arial" w:hAnsi="Arial"/>
        </w:rPr>
        <w:t>of...</w:t>
      </w:r>
      <w:r>
        <w:rPr>
          <w:rFonts w:ascii="Arial" w:hAnsi="Arial"/>
        </w:rPr>
        <w:t xml:space="preserve"> I feel like it is mixing into the water but it's not the way that I thought.</w:t>
      </w:r>
    </w:p>
    <w:p w14:paraId="1168309D" w14:textId="77777777" w:rsidR="004A412B" w:rsidRDefault="004A412B">
      <w:pPr>
        <w:spacing w:after="0"/>
      </w:pPr>
    </w:p>
    <w:p w14:paraId="651DB5F9" w14:textId="77777777" w:rsidR="004A412B" w:rsidRDefault="004F1CCE">
      <w:pPr>
        <w:spacing w:after="0"/>
      </w:pPr>
      <w:r>
        <w:rPr>
          <w:rFonts w:ascii="Arial" w:hAnsi="Arial"/>
          <w:b/>
        </w:rPr>
        <w:t xml:space="preserve">Interviewer P:  </w:t>
      </w:r>
      <w:r>
        <w:rPr>
          <w:rFonts w:ascii="Arial" w:hAnsi="Arial"/>
          <w:color w:val="5D7284"/>
        </w:rPr>
        <w:t>32:53</w:t>
      </w:r>
    </w:p>
    <w:p w14:paraId="3FDB017A" w14:textId="54CD94DB" w:rsidR="004A412B" w:rsidRDefault="00683CD5">
      <w:pPr>
        <w:spacing w:after="0"/>
      </w:pPr>
      <w:r>
        <w:rPr>
          <w:rFonts w:ascii="Arial" w:hAnsi="Arial"/>
        </w:rPr>
        <w:t>So, were you thinking about a water bottle when you drew this, or did you come up with that later?</w:t>
      </w:r>
    </w:p>
    <w:p w14:paraId="4FD46E00" w14:textId="77777777" w:rsidR="004A412B" w:rsidRDefault="004A412B">
      <w:pPr>
        <w:spacing w:after="0"/>
      </w:pPr>
    </w:p>
    <w:p w14:paraId="238CD72F" w14:textId="77777777" w:rsidR="004A412B" w:rsidRDefault="004F1CCE">
      <w:pPr>
        <w:spacing w:after="0"/>
      </w:pPr>
      <w:r>
        <w:rPr>
          <w:rFonts w:ascii="Arial" w:hAnsi="Arial"/>
          <w:b/>
        </w:rPr>
        <w:t xml:space="preserve">Participant #14:   </w:t>
      </w:r>
      <w:r>
        <w:rPr>
          <w:rFonts w:ascii="Arial" w:hAnsi="Arial"/>
          <w:color w:val="5D7284"/>
        </w:rPr>
        <w:t>32:58</w:t>
      </w:r>
    </w:p>
    <w:p w14:paraId="6D27F01A" w14:textId="69A17F95" w:rsidR="004A412B" w:rsidRDefault="004F1CCE">
      <w:pPr>
        <w:spacing w:after="0"/>
      </w:pPr>
      <w:r>
        <w:rPr>
          <w:rFonts w:ascii="Arial" w:hAnsi="Arial"/>
        </w:rPr>
        <w:t xml:space="preserve">When I asked </w:t>
      </w:r>
      <w:r w:rsidR="00683CD5">
        <w:rPr>
          <w:rFonts w:ascii="Arial" w:hAnsi="Arial"/>
        </w:rPr>
        <w:t>you,</w:t>
      </w:r>
      <w:r>
        <w:rPr>
          <w:rFonts w:ascii="Arial" w:hAnsi="Arial"/>
        </w:rPr>
        <w:t xml:space="preserve"> I did think of the water bottle.</w:t>
      </w:r>
    </w:p>
    <w:p w14:paraId="303300F8" w14:textId="77777777" w:rsidR="004A412B" w:rsidRDefault="004A412B">
      <w:pPr>
        <w:spacing w:after="0"/>
      </w:pPr>
    </w:p>
    <w:p w14:paraId="2FB8F6BF" w14:textId="77777777" w:rsidR="004A412B" w:rsidRDefault="004F1CCE">
      <w:pPr>
        <w:spacing w:after="0"/>
      </w:pPr>
      <w:r>
        <w:rPr>
          <w:rFonts w:ascii="Arial" w:hAnsi="Arial"/>
          <w:b/>
        </w:rPr>
        <w:t xml:space="preserve">Interviewer P:  </w:t>
      </w:r>
      <w:r>
        <w:rPr>
          <w:rFonts w:ascii="Arial" w:hAnsi="Arial"/>
          <w:color w:val="5D7284"/>
        </w:rPr>
        <w:t>33:02</w:t>
      </w:r>
    </w:p>
    <w:p w14:paraId="65DED041" w14:textId="77777777" w:rsidR="004A412B" w:rsidRDefault="004F1CCE">
      <w:pPr>
        <w:spacing w:after="0"/>
      </w:pPr>
      <w:r>
        <w:rPr>
          <w:rFonts w:ascii="Arial" w:hAnsi="Arial"/>
        </w:rPr>
        <w:t>When you drew it?</w:t>
      </w:r>
    </w:p>
    <w:p w14:paraId="2FE849C5" w14:textId="77777777" w:rsidR="004A412B" w:rsidRDefault="004A412B">
      <w:pPr>
        <w:spacing w:after="0"/>
      </w:pPr>
    </w:p>
    <w:p w14:paraId="7D62E394" w14:textId="77777777" w:rsidR="004A412B" w:rsidRDefault="004F1CCE">
      <w:pPr>
        <w:spacing w:after="0"/>
      </w:pPr>
      <w:r>
        <w:rPr>
          <w:rFonts w:ascii="Arial" w:hAnsi="Arial"/>
          <w:b/>
        </w:rPr>
        <w:t xml:space="preserve">Participant #14:   </w:t>
      </w:r>
      <w:r>
        <w:rPr>
          <w:rFonts w:ascii="Arial" w:hAnsi="Arial"/>
          <w:color w:val="5D7284"/>
        </w:rPr>
        <w:t>33:03</w:t>
      </w:r>
    </w:p>
    <w:p w14:paraId="55C19CE0" w14:textId="77777777" w:rsidR="004A412B" w:rsidRDefault="004F1CCE">
      <w:pPr>
        <w:spacing w:after="0"/>
      </w:pPr>
      <w:r>
        <w:rPr>
          <w:rFonts w:ascii="Arial" w:hAnsi="Arial"/>
        </w:rPr>
        <w:t xml:space="preserve">Yeah. Just like when you're you're mixing like a smoothie. You go like this? </w:t>
      </w:r>
    </w:p>
    <w:p w14:paraId="7FAC1DCE" w14:textId="77777777" w:rsidR="004A412B" w:rsidRDefault="004A412B">
      <w:pPr>
        <w:spacing w:after="0"/>
      </w:pPr>
    </w:p>
    <w:p w14:paraId="09005F46" w14:textId="77777777" w:rsidR="004A412B" w:rsidRDefault="004F1CCE">
      <w:pPr>
        <w:spacing w:after="0"/>
      </w:pPr>
      <w:r>
        <w:rPr>
          <w:rFonts w:ascii="Arial" w:hAnsi="Arial"/>
          <w:b/>
        </w:rPr>
        <w:t xml:space="preserve">Interviewer P:  </w:t>
      </w:r>
      <w:r>
        <w:rPr>
          <w:rFonts w:ascii="Arial" w:hAnsi="Arial"/>
          <w:color w:val="5D7284"/>
        </w:rPr>
        <w:t>33:12</w:t>
      </w:r>
    </w:p>
    <w:p w14:paraId="6E53C86F" w14:textId="35A29EB1" w:rsidR="004A412B" w:rsidRDefault="004F1CCE">
      <w:pPr>
        <w:spacing w:after="0"/>
      </w:pPr>
      <w:r>
        <w:rPr>
          <w:rFonts w:ascii="Arial" w:hAnsi="Arial"/>
        </w:rPr>
        <w:t xml:space="preserve">Yeah, yeah, yeah. </w:t>
      </w:r>
      <w:r w:rsidR="00683CD5">
        <w:rPr>
          <w:rFonts w:ascii="Arial" w:hAnsi="Arial"/>
        </w:rPr>
        <w:t>So,</w:t>
      </w:r>
      <w:r>
        <w:rPr>
          <w:rFonts w:ascii="Arial" w:hAnsi="Arial"/>
        </w:rPr>
        <w:t xml:space="preserve"> it's not </w:t>
      </w:r>
      <w:r w:rsidR="00683CD5">
        <w:rPr>
          <w:rFonts w:ascii="Arial" w:hAnsi="Arial"/>
        </w:rPr>
        <w:t>really,</w:t>
      </w:r>
      <w:r>
        <w:rPr>
          <w:rFonts w:ascii="Arial" w:hAnsi="Arial"/>
        </w:rPr>
        <w:t xml:space="preserve"> I mean the dye isn't really mixing it's kind of like standing there. </w:t>
      </w:r>
      <w:r w:rsidR="00683CD5">
        <w:rPr>
          <w:rFonts w:ascii="Arial" w:hAnsi="Arial"/>
        </w:rPr>
        <w:t>So,</w:t>
      </w:r>
      <w:r>
        <w:rPr>
          <w:rFonts w:ascii="Arial" w:hAnsi="Arial"/>
        </w:rPr>
        <w:t xml:space="preserve"> what do you think is holding the dye up? Because it's getting hard to see.</w:t>
      </w:r>
    </w:p>
    <w:p w14:paraId="1F3D3985" w14:textId="77777777" w:rsidR="004A412B" w:rsidRDefault="004A412B">
      <w:pPr>
        <w:spacing w:after="0"/>
      </w:pPr>
    </w:p>
    <w:p w14:paraId="0AD46C13" w14:textId="77777777" w:rsidR="004A412B" w:rsidRDefault="004F1CCE">
      <w:pPr>
        <w:spacing w:after="0"/>
      </w:pPr>
      <w:r>
        <w:rPr>
          <w:rFonts w:ascii="Arial" w:hAnsi="Arial"/>
          <w:b/>
        </w:rPr>
        <w:t xml:space="preserve">Participant #14:   </w:t>
      </w:r>
      <w:r>
        <w:rPr>
          <w:rFonts w:ascii="Arial" w:hAnsi="Arial"/>
          <w:color w:val="5D7284"/>
        </w:rPr>
        <w:t>33:44</w:t>
      </w:r>
    </w:p>
    <w:p w14:paraId="1242D6B1" w14:textId="77777777" w:rsidR="004A412B" w:rsidRDefault="004F1CCE">
      <w:pPr>
        <w:spacing w:after="0"/>
      </w:pPr>
      <w:r>
        <w:rPr>
          <w:rFonts w:ascii="Arial" w:hAnsi="Arial"/>
        </w:rPr>
        <w:t>Momentum I'm not sure what that means.</w:t>
      </w:r>
    </w:p>
    <w:p w14:paraId="29330A36" w14:textId="77777777" w:rsidR="004A412B" w:rsidRDefault="004A412B">
      <w:pPr>
        <w:spacing w:after="0"/>
      </w:pPr>
    </w:p>
    <w:p w14:paraId="261B7F27" w14:textId="77777777" w:rsidR="004A412B" w:rsidRDefault="004F1CCE">
      <w:pPr>
        <w:spacing w:after="0"/>
      </w:pPr>
      <w:r>
        <w:rPr>
          <w:rFonts w:ascii="Arial" w:hAnsi="Arial"/>
          <w:b/>
        </w:rPr>
        <w:t xml:space="preserve">Interviewer P:  </w:t>
      </w:r>
      <w:r>
        <w:rPr>
          <w:rFonts w:ascii="Arial" w:hAnsi="Arial"/>
          <w:color w:val="5D7284"/>
        </w:rPr>
        <w:t>33:58</w:t>
      </w:r>
    </w:p>
    <w:p w14:paraId="07E9C43A" w14:textId="4D878A3A" w:rsidR="004A412B" w:rsidRDefault="00683CD5">
      <w:pPr>
        <w:spacing w:after="0"/>
      </w:pPr>
      <w:r>
        <w:rPr>
          <w:rFonts w:ascii="Arial" w:hAnsi="Arial"/>
        </w:rPr>
        <w:t>So, are you saying that you think momentum is what's holding it up? But you're not exactly sure what momentum is?</w:t>
      </w:r>
    </w:p>
    <w:p w14:paraId="2E199C5E" w14:textId="77777777" w:rsidR="004A412B" w:rsidRDefault="004A412B">
      <w:pPr>
        <w:spacing w:after="0"/>
      </w:pPr>
    </w:p>
    <w:p w14:paraId="27909DF0" w14:textId="77777777" w:rsidR="004A412B" w:rsidRDefault="004F1CCE">
      <w:pPr>
        <w:spacing w:after="0"/>
      </w:pPr>
      <w:r>
        <w:rPr>
          <w:rFonts w:ascii="Arial" w:hAnsi="Arial"/>
          <w:b/>
        </w:rPr>
        <w:t xml:space="preserve">Participant #14:   </w:t>
      </w:r>
      <w:r>
        <w:rPr>
          <w:rFonts w:ascii="Arial" w:hAnsi="Arial"/>
          <w:color w:val="5D7284"/>
        </w:rPr>
        <w:t>34:04</w:t>
      </w:r>
    </w:p>
    <w:p w14:paraId="7207C737" w14:textId="0A62BEA8" w:rsidR="004A412B" w:rsidRDefault="004F1CCE">
      <w:pPr>
        <w:spacing w:after="0"/>
      </w:pPr>
      <w:r>
        <w:rPr>
          <w:rFonts w:ascii="Arial" w:hAnsi="Arial"/>
        </w:rPr>
        <w:t xml:space="preserve">Yeah. I don't if </w:t>
      </w:r>
      <w:r w:rsidR="00683CD5">
        <w:rPr>
          <w:rFonts w:ascii="Arial" w:hAnsi="Arial"/>
        </w:rPr>
        <w:t>that’s</w:t>
      </w:r>
      <w:r>
        <w:rPr>
          <w:rFonts w:ascii="Arial" w:hAnsi="Arial"/>
        </w:rPr>
        <w:t xml:space="preserve"> the word I am looking for even. Like the force that's like holding it up. Like pushing them forward. </w:t>
      </w:r>
    </w:p>
    <w:p w14:paraId="2F7290AD" w14:textId="77777777" w:rsidR="004A412B" w:rsidRDefault="004A412B">
      <w:pPr>
        <w:spacing w:after="0"/>
      </w:pPr>
    </w:p>
    <w:p w14:paraId="592514E3" w14:textId="77777777" w:rsidR="004A412B" w:rsidRDefault="004F1CCE">
      <w:pPr>
        <w:spacing w:after="0"/>
      </w:pPr>
      <w:r>
        <w:rPr>
          <w:rFonts w:ascii="Arial" w:hAnsi="Arial"/>
          <w:b/>
        </w:rPr>
        <w:t xml:space="preserve">Interviewer P:  </w:t>
      </w:r>
      <w:r>
        <w:rPr>
          <w:rFonts w:ascii="Arial" w:hAnsi="Arial"/>
          <w:color w:val="5D7284"/>
        </w:rPr>
        <w:t>34:17</w:t>
      </w:r>
    </w:p>
    <w:p w14:paraId="7E9F32B6" w14:textId="3A52E709" w:rsidR="004A412B" w:rsidRDefault="00683CD5">
      <w:pPr>
        <w:spacing w:after="0"/>
      </w:pPr>
      <w:r>
        <w:rPr>
          <w:rFonts w:ascii="Arial" w:hAnsi="Arial"/>
        </w:rPr>
        <w:t>Yeah, where do you think that force is coming from?</w:t>
      </w:r>
    </w:p>
    <w:p w14:paraId="3C695FB0" w14:textId="77777777" w:rsidR="004A412B" w:rsidRDefault="004A412B">
      <w:pPr>
        <w:spacing w:after="0"/>
      </w:pPr>
    </w:p>
    <w:p w14:paraId="3188A83F" w14:textId="77777777" w:rsidR="004A412B" w:rsidRDefault="004F1CCE">
      <w:pPr>
        <w:spacing w:after="0"/>
      </w:pPr>
      <w:r>
        <w:rPr>
          <w:rFonts w:ascii="Arial" w:hAnsi="Arial"/>
          <w:b/>
        </w:rPr>
        <w:t xml:space="preserve">Participant #14:   </w:t>
      </w:r>
      <w:r>
        <w:rPr>
          <w:rFonts w:ascii="Arial" w:hAnsi="Arial"/>
          <w:color w:val="5D7284"/>
        </w:rPr>
        <w:t>34:24</w:t>
      </w:r>
    </w:p>
    <w:p w14:paraId="62AB5366" w14:textId="711D7C47" w:rsidR="004A412B" w:rsidRDefault="004F1CCE">
      <w:pPr>
        <w:spacing w:after="0"/>
      </w:pPr>
      <w:r>
        <w:rPr>
          <w:rFonts w:ascii="Arial" w:hAnsi="Arial"/>
        </w:rPr>
        <w:t xml:space="preserve">Gravity and like...I am going to say </w:t>
      </w:r>
      <w:r w:rsidR="00683CD5">
        <w:rPr>
          <w:rFonts w:ascii="Arial" w:hAnsi="Arial"/>
        </w:rPr>
        <w:t>gravity</w:t>
      </w:r>
      <w:r>
        <w:rPr>
          <w:rFonts w:ascii="Arial" w:hAnsi="Arial"/>
        </w:rPr>
        <w:t>.</w:t>
      </w:r>
    </w:p>
    <w:p w14:paraId="61AB5A14" w14:textId="77777777" w:rsidR="004A412B" w:rsidRDefault="004A412B">
      <w:pPr>
        <w:spacing w:after="0"/>
      </w:pPr>
    </w:p>
    <w:p w14:paraId="05AB8BEF" w14:textId="77777777" w:rsidR="004A412B" w:rsidRDefault="004F1CCE">
      <w:pPr>
        <w:spacing w:after="0"/>
      </w:pPr>
      <w:r>
        <w:rPr>
          <w:rFonts w:ascii="Arial" w:hAnsi="Arial"/>
          <w:b/>
        </w:rPr>
        <w:t xml:space="preserve">Interviewer P:  </w:t>
      </w:r>
      <w:r>
        <w:rPr>
          <w:rFonts w:ascii="Arial" w:hAnsi="Arial"/>
          <w:color w:val="5D7284"/>
        </w:rPr>
        <w:t>34:28</w:t>
      </w:r>
    </w:p>
    <w:p w14:paraId="2123FB0F" w14:textId="77777777" w:rsidR="004A412B" w:rsidRDefault="004F1CCE">
      <w:pPr>
        <w:spacing w:after="0"/>
      </w:pPr>
      <w:r>
        <w:rPr>
          <w:rFonts w:ascii="Arial" w:hAnsi="Arial"/>
        </w:rPr>
        <w:t>So maybe gravity is holding it up do you think if we left it's been me long enough it would look like your first picture?</w:t>
      </w:r>
    </w:p>
    <w:p w14:paraId="7C6340DE" w14:textId="77777777" w:rsidR="004A412B" w:rsidRDefault="004A412B">
      <w:pPr>
        <w:spacing w:after="0"/>
      </w:pPr>
    </w:p>
    <w:p w14:paraId="06BC7D5D" w14:textId="77777777" w:rsidR="004A412B" w:rsidRDefault="004F1CCE">
      <w:pPr>
        <w:spacing w:after="0"/>
      </w:pPr>
      <w:r>
        <w:rPr>
          <w:rFonts w:ascii="Arial" w:hAnsi="Arial"/>
          <w:b/>
        </w:rPr>
        <w:lastRenderedPageBreak/>
        <w:t xml:space="preserve">Participant #14:   </w:t>
      </w:r>
      <w:r>
        <w:rPr>
          <w:rFonts w:ascii="Arial" w:hAnsi="Arial"/>
          <w:color w:val="5D7284"/>
        </w:rPr>
        <w:t>34:47</w:t>
      </w:r>
    </w:p>
    <w:p w14:paraId="0821FDE1" w14:textId="13ABDF04" w:rsidR="004A412B" w:rsidRDefault="00683CD5">
      <w:pPr>
        <w:spacing w:after="0"/>
      </w:pPr>
      <w:r>
        <w:rPr>
          <w:rFonts w:ascii="Arial" w:hAnsi="Arial"/>
        </w:rPr>
        <w:t>Actually, no I don't think so. If kept spinning, I don't think so.</w:t>
      </w:r>
    </w:p>
    <w:p w14:paraId="1B1550D8" w14:textId="77777777" w:rsidR="004A412B" w:rsidRDefault="004A412B">
      <w:pPr>
        <w:spacing w:after="0"/>
      </w:pPr>
    </w:p>
    <w:p w14:paraId="1BCB3979" w14:textId="77777777" w:rsidR="004A412B" w:rsidRDefault="004F1CCE">
      <w:pPr>
        <w:spacing w:after="0"/>
      </w:pPr>
      <w:r>
        <w:rPr>
          <w:rFonts w:ascii="Arial" w:hAnsi="Arial"/>
          <w:b/>
        </w:rPr>
        <w:t xml:space="preserve">Interviewer P:  </w:t>
      </w:r>
      <w:r>
        <w:rPr>
          <w:rFonts w:ascii="Arial" w:hAnsi="Arial"/>
          <w:color w:val="5D7284"/>
        </w:rPr>
        <w:t>34:56</w:t>
      </w:r>
    </w:p>
    <w:p w14:paraId="5E68A9FA" w14:textId="40608008" w:rsidR="004A412B" w:rsidRDefault="00683CD5">
      <w:pPr>
        <w:spacing w:after="0"/>
      </w:pPr>
      <w:r>
        <w:rPr>
          <w:rFonts w:ascii="Arial" w:hAnsi="Arial"/>
        </w:rPr>
        <w:t>So, if we came back after lunch, it would do you think the columns would still be staying up.</w:t>
      </w:r>
    </w:p>
    <w:p w14:paraId="704DBF8C" w14:textId="77777777" w:rsidR="004A412B" w:rsidRDefault="004A412B">
      <w:pPr>
        <w:spacing w:after="0"/>
      </w:pPr>
    </w:p>
    <w:p w14:paraId="71BA54FE" w14:textId="77777777" w:rsidR="004A412B" w:rsidRDefault="004F1CCE">
      <w:pPr>
        <w:spacing w:after="0"/>
      </w:pPr>
      <w:r>
        <w:rPr>
          <w:rFonts w:ascii="Arial" w:hAnsi="Arial"/>
          <w:b/>
        </w:rPr>
        <w:t xml:space="preserve">Participant #14:   </w:t>
      </w:r>
      <w:r>
        <w:rPr>
          <w:rFonts w:ascii="Arial" w:hAnsi="Arial"/>
          <w:color w:val="5D7284"/>
        </w:rPr>
        <w:t>35:01</w:t>
      </w:r>
    </w:p>
    <w:p w14:paraId="145B8D23" w14:textId="77777777" w:rsidR="004A412B" w:rsidRDefault="004F1CCE">
      <w:pPr>
        <w:spacing w:after="0"/>
      </w:pPr>
      <w:r>
        <w:rPr>
          <w:rFonts w:ascii="Arial" w:hAnsi="Arial"/>
        </w:rPr>
        <w:t>I think so maybe.</w:t>
      </w:r>
    </w:p>
    <w:p w14:paraId="17422ABE" w14:textId="77777777" w:rsidR="004A412B" w:rsidRDefault="004A412B">
      <w:pPr>
        <w:spacing w:after="0"/>
      </w:pPr>
    </w:p>
    <w:p w14:paraId="606E893F" w14:textId="77777777" w:rsidR="004A412B" w:rsidRDefault="004F1CCE">
      <w:pPr>
        <w:spacing w:after="0"/>
      </w:pPr>
      <w:r>
        <w:rPr>
          <w:rFonts w:ascii="Arial" w:hAnsi="Arial"/>
          <w:b/>
        </w:rPr>
        <w:t xml:space="preserve">Interviewer P:  </w:t>
      </w:r>
      <w:r>
        <w:rPr>
          <w:rFonts w:ascii="Arial" w:hAnsi="Arial"/>
          <w:color w:val="5D7284"/>
        </w:rPr>
        <w:t>35:05</w:t>
      </w:r>
    </w:p>
    <w:p w14:paraId="0B942802" w14:textId="77777777" w:rsidR="004A412B" w:rsidRDefault="004F1CCE">
      <w:pPr>
        <w:spacing w:after="0"/>
      </w:pPr>
      <w:r>
        <w:rPr>
          <w:rFonts w:ascii="Arial" w:hAnsi="Arial"/>
        </w:rPr>
        <w:t>Do you think there's anything we could do to make it look like that?</w:t>
      </w:r>
    </w:p>
    <w:p w14:paraId="4DCF7A57" w14:textId="77777777" w:rsidR="004A412B" w:rsidRDefault="004A412B">
      <w:pPr>
        <w:spacing w:after="0"/>
      </w:pPr>
    </w:p>
    <w:p w14:paraId="2B953C7D" w14:textId="77777777" w:rsidR="004A412B" w:rsidRDefault="004F1CCE">
      <w:pPr>
        <w:spacing w:after="0"/>
      </w:pPr>
      <w:r>
        <w:rPr>
          <w:rFonts w:ascii="Arial" w:hAnsi="Arial"/>
          <w:b/>
        </w:rPr>
        <w:t xml:space="preserve">Participant #14:   </w:t>
      </w:r>
      <w:r>
        <w:rPr>
          <w:rFonts w:ascii="Arial" w:hAnsi="Arial"/>
          <w:color w:val="5D7284"/>
        </w:rPr>
        <w:t>35:17</w:t>
      </w:r>
    </w:p>
    <w:p w14:paraId="173E5BEF" w14:textId="77777777" w:rsidR="004A412B" w:rsidRDefault="004F1CCE">
      <w:pPr>
        <w:spacing w:after="0"/>
      </w:pPr>
      <w:r>
        <w:rPr>
          <w:rFonts w:ascii="Arial" w:hAnsi="Arial"/>
        </w:rPr>
        <w:t>I don't think so anymore just because it's a solid and they'll just fall and then it would just have that thing like on the way down.</w:t>
      </w:r>
    </w:p>
    <w:p w14:paraId="4E598F1A" w14:textId="77777777" w:rsidR="004A412B" w:rsidRDefault="004A412B">
      <w:pPr>
        <w:spacing w:after="0"/>
      </w:pPr>
    </w:p>
    <w:p w14:paraId="5CD3C9E3" w14:textId="77777777" w:rsidR="004A412B" w:rsidRDefault="004F1CCE">
      <w:pPr>
        <w:spacing w:after="0"/>
      </w:pPr>
      <w:r>
        <w:rPr>
          <w:rFonts w:ascii="Arial" w:hAnsi="Arial"/>
          <w:b/>
        </w:rPr>
        <w:t xml:space="preserve">Interviewer P:  </w:t>
      </w:r>
      <w:r>
        <w:rPr>
          <w:rFonts w:ascii="Arial" w:hAnsi="Arial"/>
          <w:color w:val="5D7284"/>
        </w:rPr>
        <w:t>35:30</w:t>
      </w:r>
    </w:p>
    <w:p w14:paraId="43F4E374" w14:textId="3B2ECD32" w:rsidR="004A412B" w:rsidRDefault="00683CD5">
      <w:pPr>
        <w:spacing w:after="0"/>
      </w:pPr>
      <w:r>
        <w:rPr>
          <w:rFonts w:ascii="Arial" w:hAnsi="Arial"/>
        </w:rPr>
        <w:t>So, you said because it's a solid it would just fall so what's what's the solid?</w:t>
      </w:r>
    </w:p>
    <w:p w14:paraId="24C6B8C0" w14:textId="77777777" w:rsidR="004A412B" w:rsidRDefault="004A412B">
      <w:pPr>
        <w:spacing w:after="0"/>
      </w:pPr>
    </w:p>
    <w:p w14:paraId="76AA6EE5" w14:textId="77777777" w:rsidR="004A412B" w:rsidRDefault="004F1CCE">
      <w:pPr>
        <w:spacing w:after="0"/>
      </w:pPr>
      <w:r>
        <w:rPr>
          <w:rFonts w:ascii="Arial" w:hAnsi="Arial"/>
          <w:b/>
        </w:rPr>
        <w:t xml:space="preserve">Participant #14:   </w:t>
      </w:r>
      <w:r>
        <w:rPr>
          <w:rFonts w:ascii="Arial" w:hAnsi="Arial"/>
          <w:color w:val="5D7284"/>
        </w:rPr>
        <w:t>35:36</w:t>
      </w:r>
    </w:p>
    <w:p w14:paraId="036D3C88" w14:textId="77777777" w:rsidR="004A412B" w:rsidRDefault="004F1CCE">
      <w:pPr>
        <w:spacing w:after="0"/>
      </w:pPr>
      <w:r>
        <w:rPr>
          <w:rFonts w:ascii="Arial" w:hAnsi="Arial"/>
        </w:rPr>
        <w:t>The pata.</w:t>
      </w:r>
    </w:p>
    <w:p w14:paraId="10B7F21E" w14:textId="77777777" w:rsidR="004A412B" w:rsidRDefault="004A412B">
      <w:pPr>
        <w:spacing w:after="0"/>
      </w:pPr>
    </w:p>
    <w:p w14:paraId="7BD03206" w14:textId="77777777" w:rsidR="004A412B" w:rsidRDefault="004F1CCE">
      <w:pPr>
        <w:spacing w:after="0"/>
      </w:pPr>
      <w:r>
        <w:rPr>
          <w:rFonts w:ascii="Arial" w:hAnsi="Arial"/>
          <w:b/>
        </w:rPr>
        <w:t xml:space="preserve">Interviewer P:  </w:t>
      </w:r>
      <w:r>
        <w:rPr>
          <w:rFonts w:ascii="Arial" w:hAnsi="Arial"/>
          <w:color w:val="5D7284"/>
        </w:rPr>
        <w:t>35:39</w:t>
      </w:r>
    </w:p>
    <w:p w14:paraId="7D1C1B2B" w14:textId="693970B6" w:rsidR="004A412B" w:rsidRDefault="00683CD5">
      <w:pPr>
        <w:spacing w:after="0"/>
      </w:pPr>
      <w:r>
        <w:rPr>
          <w:rFonts w:ascii="Arial" w:hAnsi="Arial"/>
        </w:rPr>
        <w:t>So, is it still a solid in that form? Now that it's dyed the water.</w:t>
      </w:r>
    </w:p>
    <w:p w14:paraId="3A4B3EBA" w14:textId="77777777" w:rsidR="004A412B" w:rsidRDefault="004A412B">
      <w:pPr>
        <w:spacing w:after="0"/>
      </w:pPr>
    </w:p>
    <w:p w14:paraId="73B23404" w14:textId="77777777" w:rsidR="004A412B" w:rsidRDefault="004F1CCE">
      <w:pPr>
        <w:spacing w:after="0"/>
      </w:pPr>
      <w:r>
        <w:rPr>
          <w:rFonts w:ascii="Arial" w:hAnsi="Arial"/>
          <w:b/>
        </w:rPr>
        <w:t xml:space="preserve">Participant #14:   </w:t>
      </w:r>
      <w:r>
        <w:rPr>
          <w:rFonts w:ascii="Arial" w:hAnsi="Arial"/>
          <w:color w:val="5D7284"/>
        </w:rPr>
        <w:t>35:45</w:t>
      </w:r>
    </w:p>
    <w:p w14:paraId="1682847A" w14:textId="29417562" w:rsidR="004A412B" w:rsidRDefault="00683CD5">
      <w:pPr>
        <w:spacing w:after="0"/>
      </w:pPr>
      <w:r>
        <w:rPr>
          <w:rFonts w:ascii="Arial" w:hAnsi="Arial"/>
        </w:rPr>
        <w:t>No, I don't think so.</w:t>
      </w:r>
    </w:p>
    <w:p w14:paraId="2820FBF0" w14:textId="77777777" w:rsidR="004A412B" w:rsidRDefault="004A412B">
      <w:pPr>
        <w:spacing w:after="0"/>
      </w:pPr>
    </w:p>
    <w:p w14:paraId="146DE1D5" w14:textId="77777777" w:rsidR="004A412B" w:rsidRDefault="004F1CCE">
      <w:pPr>
        <w:spacing w:after="0"/>
      </w:pPr>
      <w:r>
        <w:rPr>
          <w:rFonts w:ascii="Arial" w:hAnsi="Arial"/>
          <w:b/>
        </w:rPr>
        <w:t xml:space="preserve">Interviewer P:  </w:t>
      </w:r>
      <w:r>
        <w:rPr>
          <w:rFonts w:ascii="Arial" w:hAnsi="Arial"/>
          <w:color w:val="5D7284"/>
        </w:rPr>
        <w:t>36:04</w:t>
      </w:r>
    </w:p>
    <w:p w14:paraId="567D7255" w14:textId="0C6DB974" w:rsidR="004A412B" w:rsidRDefault="00683CD5">
      <w:pPr>
        <w:spacing w:after="0"/>
      </w:pPr>
      <w:r>
        <w:rPr>
          <w:rFonts w:ascii="Arial" w:hAnsi="Arial"/>
        </w:rPr>
        <w:t>So, I'm just clarify do you think there's anything we could do to make it do that?</w:t>
      </w:r>
    </w:p>
    <w:p w14:paraId="25980B6F" w14:textId="77777777" w:rsidR="004A412B" w:rsidRDefault="004A412B">
      <w:pPr>
        <w:spacing w:after="0"/>
      </w:pPr>
    </w:p>
    <w:p w14:paraId="54FB7205" w14:textId="77777777" w:rsidR="004A412B" w:rsidRDefault="004F1CCE">
      <w:pPr>
        <w:spacing w:after="0"/>
      </w:pPr>
      <w:r>
        <w:rPr>
          <w:rFonts w:ascii="Arial" w:hAnsi="Arial"/>
          <w:b/>
        </w:rPr>
        <w:t xml:space="preserve">Participant #14:   </w:t>
      </w:r>
      <w:r>
        <w:rPr>
          <w:rFonts w:ascii="Arial" w:hAnsi="Arial"/>
          <w:color w:val="5D7284"/>
        </w:rPr>
        <w:t>36:14</w:t>
      </w:r>
    </w:p>
    <w:p w14:paraId="4D521BB5" w14:textId="77777777" w:rsidR="004A412B" w:rsidRDefault="004F1CCE">
      <w:pPr>
        <w:spacing w:after="0"/>
      </w:pPr>
      <w:r>
        <w:rPr>
          <w:rFonts w:ascii="Arial" w:hAnsi="Arial"/>
        </w:rPr>
        <w:t>What if we took a big stick.</w:t>
      </w:r>
    </w:p>
    <w:p w14:paraId="61FDCC30" w14:textId="77777777" w:rsidR="004A412B" w:rsidRDefault="004A412B">
      <w:pPr>
        <w:spacing w:after="0"/>
      </w:pPr>
    </w:p>
    <w:p w14:paraId="608F3AAE" w14:textId="77777777" w:rsidR="004A412B" w:rsidRDefault="004F1CCE">
      <w:pPr>
        <w:spacing w:after="0"/>
      </w:pPr>
      <w:r>
        <w:rPr>
          <w:rFonts w:ascii="Arial" w:hAnsi="Arial"/>
          <w:b/>
        </w:rPr>
        <w:t xml:space="preserve">Interviewer P:  </w:t>
      </w:r>
      <w:r>
        <w:rPr>
          <w:rFonts w:ascii="Arial" w:hAnsi="Arial"/>
          <w:color w:val="5D7284"/>
        </w:rPr>
        <w:t>36:16</w:t>
      </w:r>
    </w:p>
    <w:p w14:paraId="71CB1EF7" w14:textId="77777777" w:rsidR="004A412B" w:rsidRDefault="004F1CCE">
      <w:pPr>
        <w:spacing w:after="0"/>
      </w:pPr>
      <w:r>
        <w:rPr>
          <w:rFonts w:ascii="Arial" w:hAnsi="Arial"/>
        </w:rPr>
        <w:t>Okay and started like mixing it up. Yeah, yeah. that would that would probably do it.</w:t>
      </w:r>
    </w:p>
    <w:p w14:paraId="186FF04E" w14:textId="77777777" w:rsidR="004A412B" w:rsidRDefault="004A412B">
      <w:pPr>
        <w:spacing w:after="0"/>
      </w:pPr>
    </w:p>
    <w:p w14:paraId="19629C82" w14:textId="77777777" w:rsidR="004A412B" w:rsidRDefault="004F1CCE">
      <w:pPr>
        <w:spacing w:after="0"/>
      </w:pPr>
      <w:r>
        <w:rPr>
          <w:rFonts w:ascii="Arial" w:hAnsi="Arial"/>
          <w:b/>
        </w:rPr>
        <w:t xml:space="preserve">Participant #14:   </w:t>
      </w:r>
      <w:r>
        <w:rPr>
          <w:rFonts w:ascii="Arial" w:hAnsi="Arial"/>
          <w:color w:val="5D7284"/>
        </w:rPr>
        <w:t>36:24</w:t>
      </w:r>
    </w:p>
    <w:p w14:paraId="771AD53B" w14:textId="2E8EFC2C" w:rsidR="004A412B" w:rsidRDefault="004F1CCE">
      <w:pPr>
        <w:spacing w:after="0"/>
      </w:pPr>
      <w:r>
        <w:rPr>
          <w:rFonts w:ascii="Arial" w:hAnsi="Arial"/>
        </w:rPr>
        <w:t xml:space="preserve">It's not any physical thing to it, I feel like I </w:t>
      </w:r>
      <w:r w:rsidR="00683CD5">
        <w:rPr>
          <w:rFonts w:ascii="Arial" w:hAnsi="Arial"/>
        </w:rPr>
        <w:t>don’t</w:t>
      </w:r>
      <w:r>
        <w:rPr>
          <w:rFonts w:ascii="Arial" w:hAnsi="Arial"/>
        </w:rPr>
        <w:t xml:space="preserve"> think so.</w:t>
      </w:r>
    </w:p>
    <w:p w14:paraId="5B732680" w14:textId="77777777" w:rsidR="004A412B" w:rsidRDefault="004A412B">
      <w:pPr>
        <w:spacing w:after="0"/>
      </w:pPr>
    </w:p>
    <w:p w14:paraId="6B98F642" w14:textId="77777777" w:rsidR="004A412B" w:rsidRDefault="004F1CCE">
      <w:pPr>
        <w:spacing w:after="0"/>
      </w:pPr>
      <w:r>
        <w:rPr>
          <w:rFonts w:ascii="Arial" w:hAnsi="Arial"/>
          <w:b/>
        </w:rPr>
        <w:t xml:space="preserve">Interviewer P:  </w:t>
      </w:r>
      <w:r>
        <w:rPr>
          <w:rFonts w:ascii="Arial" w:hAnsi="Arial"/>
          <w:color w:val="5D7284"/>
        </w:rPr>
        <w:t>36:35</w:t>
      </w:r>
    </w:p>
    <w:p w14:paraId="662C222F" w14:textId="77777777" w:rsidR="004A412B" w:rsidRDefault="004F1CCE">
      <w:pPr>
        <w:spacing w:after="0"/>
      </w:pPr>
      <w:r>
        <w:rPr>
          <w:rFonts w:ascii="Arial" w:hAnsi="Arial"/>
        </w:rPr>
        <w:t>What do you think would happen if I turned it off?</w:t>
      </w:r>
    </w:p>
    <w:p w14:paraId="4628479B" w14:textId="77777777" w:rsidR="004A412B" w:rsidRDefault="004A412B">
      <w:pPr>
        <w:spacing w:after="0"/>
      </w:pPr>
    </w:p>
    <w:p w14:paraId="124FD9AE" w14:textId="77777777" w:rsidR="004A412B" w:rsidRDefault="004F1CCE">
      <w:pPr>
        <w:spacing w:after="0"/>
      </w:pPr>
      <w:r>
        <w:rPr>
          <w:rFonts w:ascii="Arial" w:hAnsi="Arial"/>
          <w:b/>
        </w:rPr>
        <w:t xml:space="preserve">Participant #14:   </w:t>
      </w:r>
      <w:r>
        <w:rPr>
          <w:rFonts w:ascii="Arial" w:hAnsi="Arial"/>
          <w:color w:val="5D7284"/>
        </w:rPr>
        <w:t>36:41</w:t>
      </w:r>
    </w:p>
    <w:p w14:paraId="1C5EAFEB" w14:textId="77777777" w:rsidR="004A412B" w:rsidRDefault="004F1CCE">
      <w:pPr>
        <w:spacing w:after="0"/>
      </w:pPr>
      <w:r>
        <w:rPr>
          <w:rFonts w:ascii="Arial" w:hAnsi="Arial"/>
        </w:rPr>
        <w:lastRenderedPageBreak/>
        <w:t>Would it fall? I think the commas would fall...</w:t>
      </w:r>
    </w:p>
    <w:p w14:paraId="778F9DB0" w14:textId="77777777" w:rsidR="004A412B" w:rsidRDefault="004A412B">
      <w:pPr>
        <w:spacing w:after="0"/>
      </w:pPr>
    </w:p>
    <w:p w14:paraId="5BA1688A" w14:textId="77777777" w:rsidR="004A412B" w:rsidRDefault="004F1CCE">
      <w:pPr>
        <w:spacing w:after="0"/>
      </w:pPr>
      <w:r>
        <w:rPr>
          <w:rFonts w:ascii="Arial" w:hAnsi="Arial"/>
          <w:b/>
        </w:rPr>
        <w:t xml:space="preserve">Interviewer P:  </w:t>
      </w:r>
      <w:r>
        <w:rPr>
          <w:rFonts w:ascii="Arial" w:hAnsi="Arial"/>
          <w:color w:val="5D7284"/>
        </w:rPr>
        <w:t>36:50</w:t>
      </w:r>
    </w:p>
    <w:p w14:paraId="5A345CDC" w14:textId="133311BF" w:rsidR="004A412B" w:rsidRDefault="00683CD5">
      <w:pPr>
        <w:spacing w:after="0"/>
      </w:pPr>
      <w:r>
        <w:rPr>
          <w:rFonts w:ascii="Arial" w:hAnsi="Arial"/>
        </w:rPr>
        <w:t>Yeah, but that's not moving. Oh, and so I see so you think if I turn it off then it would be more like this one that's not moving?</w:t>
      </w:r>
    </w:p>
    <w:p w14:paraId="25DB3EE3" w14:textId="77777777" w:rsidR="004A412B" w:rsidRDefault="004A412B">
      <w:pPr>
        <w:spacing w:after="0"/>
      </w:pPr>
    </w:p>
    <w:p w14:paraId="67085192" w14:textId="77777777" w:rsidR="004A412B" w:rsidRDefault="004F1CCE">
      <w:pPr>
        <w:spacing w:after="0"/>
      </w:pPr>
      <w:r>
        <w:rPr>
          <w:rFonts w:ascii="Arial" w:hAnsi="Arial"/>
          <w:b/>
        </w:rPr>
        <w:t xml:space="preserve">Participant #14:   </w:t>
      </w:r>
      <w:r>
        <w:rPr>
          <w:rFonts w:ascii="Arial" w:hAnsi="Arial"/>
          <w:color w:val="5D7284"/>
        </w:rPr>
        <w:t>36:57</w:t>
      </w:r>
    </w:p>
    <w:p w14:paraId="452E3657" w14:textId="77777777" w:rsidR="004A412B" w:rsidRDefault="004F1CCE">
      <w:pPr>
        <w:spacing w:after="0"/>
      </w:pPr>
      <w:r>
        <w:rPr>
          <w:rFonts w:ascii="Arial" w:hAnsi="Arial"/>
        </w:rPr>
        <w:t>Or maybe it would do this. Cuz it's standing up and when it stops, I think it would move a little bit and then it would be still.</w:t>
      </w:r>
    </w:p>
    <w:p w14:paraId="18E77B74" w14:textId="77777777" w:rsidR="004A412B" w:rsidRDefault="004A412B">
      <w:pPr>
        <w:spacing w:after="0"/>
      </w:pPr>
    </w:p>
    <w:p w14:paraId="0377CE70" w14:textId="77777777" w:rsidR="004A412B" w:rsidRDefault="004F1CCE">
      <w:pPr>
        <w:spacing w:after="0"/>
      </w:pPr>
      <w:r>
        <w:rPr>
          <w:rFonts w:ascii="Arial" w:hAnsi="Arial"/>
          <w:b/>
        </w:rPr>
        <w:t xml:space="preserve">Interviewer P:  </w:t>
      </w:r>
      <w:r>
        <w:rPr>
          <w:rFonts w:ascii="Arial" w:hAnsi="Arial"/>
          <w:color w:val="5D7284"/>
        </w:rPr>
        <w:t>37:09</w:t>
      </w:r>
    </w:p>
    <w:p w14:paraId="26374221" w14:textId="2EAF0560" w:rsidR="004A412B" w:rsidRDefault="00683CD5">
      <w:pPr>
        <w:spacing w:after="0"/>
      </w:pPr>
      <w:r>
        <w:rPr>
          <w:rFonts w:ascii="Arial" w:hAnsi="Arial"/>
        </w:rPr>
        <w:t>So, the water would continue moving for a little bit, let me try it and see. That more like your first picture.</w:t>
      </w:r>
    </w:p>
    <w:p w14:paraId="30F0C29B" w14:textId="77777777" w:rsidR="004A412B" w:rsidRDefault="004A412B">
      <w:pPr>
        <w:spacing w:after="0"/>
      </w:pPr>
    </w:p>
    <w:p w14:paraId="1F668D40" w14:textId="77777777" w:rsidR="004A412B" w:rsidRDefault="004F1CCE">
      <w:pPr>
        <w:spacing w:after="0"/>
      </w:pPr>
      <w:r>
        <w:rPr>
          <w:rFonts w:ascii="Arial" w:hAnsi="Arial"/>
          <w:b/>
        </w:rPr>
        <w:t xml:space="preserve">Participant #14:   </w:t>
      </w:r>
      <w:r>
        <w:rPr>
          <w:rFonts w:ascii="Arial" w:hAnsi="Arial"/>
          <w:color w:val="5D7284"/>
        </w:rPr>
        <w:t>37:46</w:t>
      </w:r>
    </w:p>
    <w:p w14:paraId="3C459B07" w14:textId="77777777" w:rsidR="004A412B" w:rsidRDefault="004F1CCE">
      <w:pPr>
        <w:spacing w:after="0"/>
      </w:pPr>
      <w:r>
        <w:rPr>
          <w:rFonts w:ascii="Arial" w:hAnsi="Arial"/>
        </w:rPr>
        <w:t>A little it's spiraling a little bit which makes sense, I don't know.</w:t>
      </w:r>
    </w:p>
    <w:p w14:paraId="55594005" w14:textId="77777777" w:rsidR="004A412B" w:rsidRDefault="004A412B">
      <w:pPr>
        <w:spacing w:after="0"/>
      </w:pPr>
    </w:p>
    <w:p w14:paraId="5BF9EFE8" w14:textId="77777777" w:rsidR="004A412B" w:rsidRDefault="004F1CCE">
      <w:pPr>
        <w:spacing w:after="0"/>
      </w:pPr>
      <w:r>
        <w:rPr>
          <w:rFonts w:ascii="Arial" w:hAnsi="Arial"/>
          <w:b/>
        </w:rPr>
        <w:t xml:space="preserve">Interviewer P:  </w:t>
      </w:r>
      <w:r>
        <w:rPr>
          <w:rFonts w:ascii="Arial" w:hAnsi="Arial"/>
          <w:color w:val="5D7284"/>
        </w:rPr>
        <w:t>37:54</w:t>
      </w:r>
    </w:p>
    <w:p w14:paraId="1E758D4C" w14:textId="661D8E58" w:rsidR="004A412B" w:rsidRDefault="004F1CCE">
      <w:pPr>
        <w:spacing w:after="0"/>
      </w:pPr>
      <w:r>
        <w:rPr>
          <w:rFonts w:ascii="Arial" w:hAnsi="Arial"/>
        </w:rPr>
        <w:t xml:space="preserve">Tell me how it makes sense to you </w:t>
      </w:r>
      <w:r w:rsidR="00683CD5">
        <w:rPr>
          <w:rFonts w:ascii="Arial" w:hAnsi="Arial"/>
        </w:rPr>
        <w:t>now.</w:t>
      </w:r>
    </w:p>
    <w:p w14:paraId="1EBA534F" w14:textId="77777777" w:rsidR="004A412B" w:rsidRDefault="004A412B">
      <w:pPr>
        <w:spacing w:after="0"/>
      </w:pPr>
    </w:p>
    <w:p w14:paraId="6D1AC81A" w14:textId="77777777" w:rsidR="004A412B" w:rsidRDefault="004F1CCE">
      <w:pPr>
        <w:spacing w:after="0"/>
      </w:pPr>
      <w:r>
        <w:rPr>
          <w:rFonts w:ascii="Arial" w:hAnsi="Arial"/>
          <w:b/>
        </w:rPr>
        <w:t xml:space="preserve">Participant #14:   </w:t>
      </w:r>
      <w:r>
        <w:rPr>
          <w:rFonts w:ascii="Arial" w:hAnsi="Arial"/>
          <w:color w:val="5D7284"/>
        </w:rPr>
        <w:t>38:00</w:t>
      </w:r>
    </w:p>
    <w:p w14:paraId="377B7572" w14:textId="0845CECE" w:rsidR="004A412B" w:rsidRDefault="00683CD5">
      <w:pPr>
        <w:spacing w:after="0"/>
      </w:pPr>
      <w:r>
        <w:rPr>
          <w:rFonts w:ascii="Arial" w:hAnsi="Arial"/>
        </w:rPr>
        <w:t>Well, I should have drawn it like that because I said tornado, but I didn't draw it.</w:t>
      </w:r>
    </w:p>
    <w:p w14:paraId="165574C0" w14:textId="77777777" w:rsidR="004A412B" w:rsidRDefault="004A412B">
      <w:pPr>
        <w:spacing w:after="0"/>
      </w:pPr>
    </w:p>
    <w:p w14:paraId="676CB786" w14:textId="77777777" w:rsidR="004A412B" w:rsidRDefault="004F1CCE">
      <w:pPr>
        <w:spacing w:after="0"/>
      </w:pPr>
      <w:r>
        <w:rPr>
          <w:rFonts w:ascii="Arial" w:hAnsi="Arial"/>
          <w:b/>
        </w:rPr>
        <w:t xml:space="preserve">Interviewer P:  </w:t>
      </w:r>
      <w:r>
        <w:rPr>
          <w:rFonts w:ascii="Arial" w:hAnsi="Arial"/>
          <w:color w:val="5D7284"/>
        </w:rPr>
        <w:t>38:12</w:t>
      </w:r>
    </w:p>
    <w:p w14:paraId="50C97E59" w14:textId="5D65BD5B" w:rsidR="004A412B" w:rsidRDefault="00683CD5">
      <w:pPr>
        <w:spacing w:after="0"/>
      </w:pPr>
      <w:r>
        <w:rPr>
          <w:rFonts w:ascii="Arial" w:hAnsi="Arial"/>
        </w:rPr>
        <w:t>So, it's interesting that it looks more like what you drew when I stopped it. And this is what it looked like when it was on.</w:t>
      </w:r>
    </w:p>
    <w:p w14:paraId="5D010109" w14:textId="77777777" w:rsidR="004A412B" w:rsidRDefault="004A412B">
      <w:pPr>
        <w:spacing w:after="0"/>
      </w:pPr>
    </w:p>
    <w:p w14:paraId="0A9194E8" w14:textId="77777777" w:rsidR="004A412B" w:rsidRDefault="004F1CCE">
      <w:pPr>
        <w:spacing w:after="0"/>
      </w:pPr>
      <w:r>
        <w:rPr>
          <w:rFonts w:ascii="Arial" w:hAnsi="Arial"/>
          <w:b/>
        </w:rPr>
        <w:t xml:space="preserve">Participant #14:   </w:t>
      </w:r>
      <w:r>
        <w:rPr>
          <w:rFonts w:ascii="Arial" w:hAnsi="Arial"/>
          <w:color w:val="5D7284"/>
        </w:rPr>
        <w:t>38:25</w:t>
      </w:r>
    </w:p>
    <w:p w14:paraId="0E0A4B92" w14:textId="77777777" w:rsidR="004A412B" w:rsidRDefault="004F1CCE">
      <w:pPr>
        <w:spacing w:after="0"/>
      </w:pPr>
      <w:r>
        <w:rPr>
          <w:rFonts w:ascii="Arial" w:hAnsi="Arial"/>
        </w:rPr>
        <w:t>Interesting.</w:t>
      </w:r>
    </w:p>
    <w:p w14:paraId="3C01D7DC" w14:textId="77777777" w:rsidR="004A412B" w:rsidRDefault="004A412B">
      <w:pPr>
        <w:spacing w:after="0"/>
      </w:pPr>
    </w:p>
    <w:p w14:paraId="2DC2F920" w14:textId="77777777" w:rsidR="004A412B" w:rsidRDefault="004F1CCE">
      <w:pPr>
        <w:spacing w:after="0"/>
      </w:pPr>
      <w:r>
        <w:rPr>
          <w:rFonts w:ascii="Arial" w:hAnsi="Arial"/>
          <w:b/>
        </w:rPr>
        <w:t xml:space="preserve">Interviewer P:  </w:t>
      </w:r>
      <w:r>
        <w:rPr>
          <w:rFonts w:ascii="Arial" w:hAnsi="Arial"/>
          <w:color w:val="5D7284"/>
        </w:rPr>
        <w:t>38:27</w:t>
      </w:r>
    </w:p>
    <w:p w14:paraId="2BDC112D" w14:textId="77777777" w:rsidR="004A412B" w:rsidRDefault="004F1CCE">
      <w:pPr>
        <w:spacing w:after="0"/>
      </w:pPr>
      <w:r>
        <w:rPr>
          <w:rFonts w:ascii="Arial" w:hAnsi="Arial"/>
        </w:rPr>
        <w:t xml:space="preserve"> Why do you think that is?</w:t>
      </w:r>
    </w:p>
    <w:p w14:paraId="348BA8F1" w14:textId="77777777" w:rsidR="004A412B" w:rsidRDefault="004A412B">
      <w:pPr>
        <w:spacing w:after="0"/>
      </w:pPr>
    </w:p>
    <w:p w14:paraId="6CDCE4DD" w14:textId="77777777" w:rsidR="004A412B" w:rsidRDefault="004F1CCE">
      <w:pPr>
        <w:spacing w:after="0"/>
      </w:pPr>
      <w:r>
        <w:rPr>
          <w:rFonts w:ascii="Arial" w:hAnsi="Arial"/>
          <w:b/>
        </w:rPr>
        <w:t xml:space="preserve">Participant #14:   </w:t>
      </w:r>
      <w:r>
        <w:rPr>
          <w:rFonts w:ascii="Arial" w:hAnsi="Arial"/>
          <w:color w:val="5D7284"/>
        </w:rPr>
        <w:t>38:28</w:t>
      </w:r>
    </w:p>
    <w:p w14:paraId="7144DEC7" w14:textId="77777777" w:rsidR="004A412B" w:rsidRDefault="004F1CCE">
      <w:pPr>
        <w:spacing w:after="0"/>
      </w:pPr>
      <w:r>
        <w:rPr>
          <w:rFonts w:ascii="Arial" w:hAnsi="Arial"/>
        </w:rPr>
        <w:t>I don't know. It's so cool it is dispersing but I can see some shapes still.</w:t>
      </w:r>
    </w:p>
    <w:p w14:paraId="7A237917" w14:textId="77777777" w:rsidR="004A412B" w:rsidRDefault="004A412B">
      <w:pPr>
        <w:spacing w:after="0"/>
      </w:pPr>
    </w:p>
    <w:p w14:paraId="3DE970D9" w14:textId="77777777" w:rsidR="004A412B" w:rsidRDefault="004F1CCE">
      <w:pPr>
        <w:spacing w:after="0"/>
      </w:pPr>
      <w:r>
        <w:rPr>
          <w:rFonts w:ascii="Arial" w:hAnsi="Arial"/>
          <w:b/>
        </w:rPr>
        <w:t xml:space="preserve">Interviewer P:  </w:t>
      </w:r>
      <w:r>
        <w:rPr>
          <w:rFonts w:ascii="Arial" w:hAnsi="Arial"/>
          <w:color w:val="5D7284"/>
        </w:rPr>
        <w:t>38:37</w:t>
      </w:r>
    </w:p>
    <w:p w14:paraId="3F9B1AA9" w14:textId="0730D844" w:rsidR="004A412B" w:rsidRDefault="004F1CCE">
      <w:pPr>
        <w:spacing w:after="0"/>
      </w:pPr>
      <w:r>
        <w:rPr>
          <w:rFonts w:ascii="Arial" w:hAnsi="Arial"/>
        </w:rPr>
        <w:t>Yeah, it's dispersing while it's also still staying somewhat upright. I am</w:t>
      </w:r>
      <w:r w:rsidR="00683CD5">
        <w:rPr>
          <w:rFonts w:ascii="Arial" w:hAnsi="Arial"/>
        </w:rPr>
        <w:t xml:space="preserve"> </w:t>
      </w:r>
      <w:r>
        <w:rPr>
          <w:rFonts w:ascii="Arial" w:hAnsi="Arial"/>
        </w:rPr>
        <w:t xml:space="preserve">gonna let that settle with it while we do a semi thought experiment. </w:t>
      </w:r>
      <w:r w:rsidR="00683CD5">
        <w:rPr>
          <w:rFonts w:ascii="Arial" w:hAnsi="Arial"/>
        </w:rPr>
        <w:t>So,</w:t>
      </w:r>
      <w:r>
        <w:rPr>
          <w:rFonts w:ascii="Arial" w:hAnsi="Arial"/>
        </w:rPr>
        <w:t xml:space="preserve"> I do have Jell-O and a cylinder. And this is a </w:t>
      </w:r>
      <w:r w:rsidR="00683CD5">
        <w:rPr>
          <w:rFonts w:ascii="Arial" w:hAnsi="Arial"/>
        </w:rPr>
        <w:t>L</w:t>
      </w:r>
      <w:r>
        <w:rPr>
          <w:rFonts w:ascii="Arial" w:hAnsi="Arial"/>
        </w:rPr>
        <w:t xml:space="preserve">azy </w:t>
      </w:r>
      <w:r w:rsidR="00683CD5">
        <w:rPr>
          <w:rFonts w:ascii="Arial" w:hAnsi="Arial"/>
        </w:rPr>
        <w:t>S</w:t>
      </w:r>
      <w:r>
        <w:rPr>
          <w:rFonts w:ascii="Arial" w:hAnsi="Arial"/>
        </w:rPr>
        <w:t xml:space="preserve">usan so it spins so I can put this on top and let it spin and I also made this motor that will turn it out of Legos. </w:t>
      </w:r>
      <w:r w:rsidR="00683CD5">
        <w:rPr>
          <w:rFonts w:ascii="Arial" w:hAnsi="Arial"/>
        </w:rPr>
        <w:t>So,</w:t>
      </w:r>
      <w:r>
        <w:rPr>
          <w:rFonts w:ascii="Arial" w:hAnsi="Arial"/>
        </w:rPr>
        <w:t xml:space="preserve"> what do you think I'll happen when I start the Jell-O spinning?</w:t>
      </w:r>
    </w:p>
    <w:p w14:paraId="3C5A9977" w14:textId="77777777" w:rsidR="004A412B" w:rsidRDefault="004A412B">
      <w:pPr>
        <w:spacing w:after="0"/>
      </w:pPr>
    </w:p>
    <w:p w14:paraId="7ABE3C6C" w14:textId="77777777" w:rsidR="004A412B" w:rsidRDefault="004F1CCE">
      <w:pPr>
        <w:spacing w:after="0"/>
      </w:pPr>
      <w:r>
        <w:rPr>
          <w:rFonts w:ascii="Arial" w:hAnsi="Arial"/>
          <w:b/>
        </w:rPr>
        <w:t xml:space="preserve">Participant #14:   </w:t>
      </w:r>
      <w:r>
        <w:rPr>
          <w:rFonts w:ascii="Arial" w:hAnsi="Arial"/>
          <w:color w:val="5D7284"/>
        </w:rPr>
        <w:t>39:40</w:t>
      </w:r>
    </w:p>
    <w:p w14:paraId="6F210566" w14:textId="77777777" w:rsidR="004A412B" w:rsidRDefault="004F1CCE">
      <w:pPr>
        <w:spacing w:after="0"/>
      </w:pPr>
      <w:r>
        <w:rPr>
          <w:rFonts w:ascii="Arial" w:hAnsi="Arial"/>
        </w:rPr>
        <w:t>What's going to happen to the Jell-O? Honestly, nothing.</w:t>
      </w:r>
    </w:p>
    <w:p w14:paraId="60D91828" w14:textId="77777777" w:rsidR="004A412B" w:rsidRDefault="004A412B">
      <w:pPr>
        <w:spacing w:after="0"/>
      </w:pPr>
    </w:p>
    <w:p w14:paraId="0380AB59" w14:textId="77777777" w:rsidR="004A412B" w:rsidRDefault="004F1CCE">
      <w:pPr>
        <w:spacing w:after="0"/>
      </w:pPr>
      <w:r>
        <w:rPr>
          <w:rFonts w:ascii="Arial" w:hAnsi="Arial"/>
          <w:b/>
        </w:rPr>
        <w:t xml:space="preserve">Interviewer P:  </w:t>
      </w:r>
      <w:r>
        <w:rPr>
          <w:rFonts w:ascii="Arial" w:hAnsi="Arial"/>
          <w:color w:val="5D7284"/>
        </w:rPr>
        <w:t>39:48</w:t>
      </w:r>
    </w:p>
    <w:p w14:paraId="7A3A2F9F" w14:textId="4D16083D" w:rsidR="004A412B" w:rsidRDefault="004F1CCE">
      <w:pPr>
        <w:spacing w:after="0"/>
      </w:pPr>
      <w:r>
        <w:rPr>
          <w:rFonts w:ascii="Arial" w:hAnsi="Arial"/>
        </w:rPr>
        <w:t xml:space="preserve">Okay. Let's see. Pretty much what you thought. Okay, so this is where it morphs into a thought experiment because I Have these BBs. And ideally, I would drop the BBs on the Jell-O. And they would drop through the Jell-O to the bottom like the crystal dye does. Except they don't they just sit on top. </w:t>
      </w:r>
      <w:r w:rsidR="00683CD5">
        <w:rPr>
          <w:rFonts w:ascii="Arial" w:hAnsi="Arial"/>
        </w:rPr>
        <w:t>So,</w:t>
      </w:r>
      <w:r>
        <w:rPr>
          <w:rFonts w:ascii="Arial" w:hAnsi="Arial"/>
        </w:rPr>
        <w:t xml:space="preserve"> imagine that they were heavy enough or hot enough or something so that they could go through the Jell-O. What kind of a path? Do you think that they would take through the rotating Jell-O on their way to the bottom? </w:t>
      </w:r>
    </w:p>
    <w:p w14:paraId="2541F31B" w14:textId="77777777" w:rsidR="004A412B" w:rsidRDefault="004A412B">
      <w:pPr>
        <w:spacing w:after="0"/>
      </w:pPr>
    </w:p>
    <w:p w14:paraId="6E180E86" w14:textId="77777777" w:rsidR="004A412B" w:rsidRDefault="004F1CCE">
      <w:pPr>
        <w:spacing w:after="0"/>
      </w:pPr>
      <w:r>
        <w:rPr>
          <w:rFonts w:ascii="Arial" w:hAnsi="Arial"/>
          <w:b/>
        </w:rPr>
        <w:t xml:space="preserve">Participant #14:   </w:t>
      </w:r>
      <w:r>
        <w:rPr>
          <w:rFonts w:ascii="Arial" w:hAnsi="Arial"/>
          <w:color w:val="5D7284"/>
        </w:rPr>
        <w:t>40:27</w:t>
      </w:r>
    </w:p>
    <w:p w14:paraId="2BF221F8" w14:textId="77777777" w:rsidR="004A412B" w:rsidRDefault="004F1CCE">
      <w:pPr>
        <w:spacing w:after="0"/>
      </w:pPr>
      <w:r>
        <w:rPr>
          <w:rFonts w:ascii="Arial" w:hAnsi="Arial"/>
        </w:rPr>
        <w:t>I think they will just go through.</w:t>
      </w:r>
    </w:p>
    <w:p w14:paraId="030DE12B" w14:textId="77777777" w:rsidR="004A412B" w:rsidRDefault="004A412B">
      <w:pPr>
        <w:spacing w:after="0"/>
      </w:pPr>
    </w:p>
    <w:p w14:paraId="4683D955" w14:textId="77777777" w:rsidR="004A412B" w:rsidRDefault="004F1CCE">
      <w:pPr>
        <w:spacing w:after="0"/>
      </w:pPr>
      <w:r>
        <w:rPr>
          <w:rFonts w:ascii="Arial" w:hAnsi="Arial"/>
          <w:b/>
        </w:rPr>
        <w:t xml:space="preserve">Interviewer P:  </w:t>
      </w:r>
      <w:r>
        <w:rPr>
          <w:rFonts w:ascii="Arial" w:hAnsi="Arial"/>
          <w:color w:val="5D7284"/>
        </w:rPr>
        <w:t>40:29</w:t>
      </w:r>
    </w:p>
    <w:p w14:paraId="4B3559E3" w14:textId="0E7B8816" w:rsidR="004A412B" w:rsidRDefault="00683CD5">
      <w:pPr>
        <w:spacing w:after="0"/>
      </w:pPr>
      <w:r>
        <w:rPr>
          <w:rFonts w:ascii="Arial" w:hAnsi="Arial"/>
        </w:rPr>
        <w:t xml:space="preserve">So, when you say go through, is it going through straight? </w:t>
      </w:r>
    </w:p>
    <w:p w14:paraId="58C6394C" w14:textId="77777777" w:rsidR="004A412B" w:rsidRDefault="004A412B">
      <w:pPr>
        <w:spacing w:after="0"/>
      </w:pPr>
    </w:p>
    <w:p w14:paraId="4790FEA9" w14:textId="77777777" w:rsidR="004A412B" w:rsidRDefault="004F1CCE">
      <w:pPr>
        <w:spacing w:after="0"/>
      </w:pPr>
      <w:r>
        <w:rPr>
          <w:rFonts w:ascii="Arial" w:hAnsi="Arial"/>
          <w:b/>
        </w:rPr>
        <w:t xml:space="preserve">Participant #14:   </w:t>
      </w:r>
      <w:r>
        <w:rPr>
          <w:rFonts w:ascii="Arial" w:hAnsi="Arial"/>
          <w:color w:val="5D7284"/>
        </w:rPr>
        <w:t>40:32</w:t>
      </w:r>
    </w:p>
    <w:p w14:paraId="2086825F" w14:textId="77777777" w:rsidR="004A412B" w:rsidRDefault="004F1CCE">
      <w:pPr>
        <w:spacing w:after="0"/>
      </w:pPr>
      <w:r>
        <w:rPr>
          <w:rFonts w:ascii="Arial" w:hAnsi="Arial"/>
        </w:rPr>
        <w:t>Straight.</w:t>
      </w:r>
    </w:p>
    <w:p w14:paraId="63443C58" w14:textId="77777777" w:rsidR="004A412B" w:rsidRDefault="004A412B">
      <w:pPr>
        <w:spacing w:after="0"/>
      </w:pPr>
    </w:p>
    <w:p w14:paraId="4BCBE0E6" w14:textId="77777777" w:rsidR="004A412B" w:rsidRDefault="004F1CCE">
      <w:pPr>
        <w:spacing w:after="0"/>
      </w:pPr>
      <w:r>
        <w:rPr>
          <w:rFonts w:ascii="Arial" w:hAnsi="Arial"/>
          <w:b/>
        </w:rPr>
        <w:t xml:space="preserve">Interviewer P:  </w:t>
      </w:r>
      <w:r>
        <w:rPr>
          <w:rFonts w:ascii="Arial" w:hAnsi="Arial"/>
          <w:color w:val="5D7284"/>
        </w:rPr>
        <w:t>40:32</w:t>
      </w:r>
    </w:p>
    <w:p w14:paraId="677FA4BB" w14:textId="40AF7B79" w:rsidR="004A412B" w:rsidRDefault="004F1CCE">
      <w:pPr>
        <w:spacing w:after="0"/>
      </w:pPr>
      <w:r>
        <w:rPr>
          <w:rFonts w:ascii="Arial" w:hAnsi="Arial"/>
        </w:rPr>
        <w:t xml:space="preserve">Okay. </w:t>
      </w:r>
      <w:r w:rsidR="00683CD5">
        <w:rPr>
          <w:rFonts w:ascii="Arial" w:hAnsi="Arial"/>
        </w:rPr>
        <w:t>So,</w:t>
      </w:r>
      <w:r>
        <w:rPr>
          <w:rFonts w:ascii="Arial" w:hAnsi="Arial"/>
        </w:rPr>
        <w:t xml:space="preserve"> kind of like this just straight down. </w:t>
      </w:r>
      <w:r w:rsidR="00683CD5">
        <w:rPr>
          <w:rFonts w:ascii="Arial" w:hAnsi="Arial"/>
        </w:rPr>
        <w:t>So,</w:t>
      </w:r>
      <w:r>
        <w:rPr>
          <w:rFonts w:ascii="Arial" w:hAnsi="Arial"/>
        </w:rPr>
        <w:t xml:space="preserve"> imagine now this is total thought experiment, that instead of Jell-O, it's like a metal disk. </w:t>
      </w:r>
      <w:r w:rsidR="00683CD5">
        <w:rPr>
          <w:rFonts w:ascii="Arial" w:hAnsi="Arial"/>
        </w:rPr>
        <w:t>So,</w:t>
      </w:r>
      <w:r>
        <w:rPr>
          <w:rFonts w:ascii="Arial" w:hAnsi="Arial"/>
        </w:rPr>
        <w:t xml:space="preserve"> it's like a record accepted it's thick. </w:t>
      </w:r>
    </w:p>
    <w:p w14:paraId="26DF7739" w14:textId="77777777" w:rsidR="004A412B" w:rsidRDefault="004A412B">
      <w:pPr>
        <w:spacing w:after="0"/>
      </w:pPr>
    </w:p>
    <w:p w14:paraId="65ED7EA7" w14:textId="77777777" w:rsidR="004A412B" w:rsidRDefault="004F1CCE">
      <w:pPr>
        <w:spacing w:after="0"/>
      </w:pPr>
      <w:r>
        <w:rPr>
          <w:rFonts w:ascii="Arial" w:hAnsi="Arial"/>
          <w:b/>
        </w:rPr>
        <w:t xml:space="preserve">Participant #14:   </w:t>
      </w:r>
      <w:r>
        <w:rPr>
          <w:rFonts w:ascii="Arial" w:hAnsi="Arial"/>
          <w:color w:val="5D7284"/>
        </w:rPr>
        <w:t>40:45</w:t>
      </w:r>
    </w:p>
    <w:p w14:paraId="6320A84E" w14:textId="77777777" w:rsidR="004A412B" w:rsidRDefault="004F1CCE">
      <w:pPr>
        <w:spacing w:after="0"/>
      </w:pPr>
      <w:r>
        <w:rPr>
          <w:rFonts w:ascii="Arial" w:hAnsi="Arial"/>
        </w:rPr>
        <w:t xml:space="preserve">Okay. </w:t>
      </w:r>
    </w:p>
    <w:p w14:paraId="76E597CB" w14:textId="77777777" w:rsidR="004A412B" w:rsidRDefault="004A412B">
      <w:pPr>
        <w:spacing w:after="0"/>
      </w:pPr>
    </w:p>
    <w:p w14:paraId="60FD3052" w14:textId="77777777" w:rsidR="004A412B" w:rsidRDefault="004F1CCE">
      <w:pPr>
        <w:spacing w:after="0"/>
      </w:pPr>
      <w:r>
        <w:rPr>
          <w:rFonts w:ascii="Arial" w:hAnsi="Arial"/>
          <w:b/>
        </w:rPr>
        <w:t xml:space="preserve">Interviewer P:  </w:t>
      </w:r>
      <w:r>
        <w:rPr>
          <w:rFonts w:ascii="Arial" w:hAnsi="Arial"/>
          <w:color w:val="5D7284"/>
        </w:rPr>
        <w:t>40:45</w:t>
      </w:r>
    </w:p>
    <w:p w14:paraId="6C339114" w14:textId="022435D0" w:rsidR="004A412B" w:rsidRDefault="004F1CCE">
      <w:pPr>
        <w:spacing w:after="0"/>
      </w:pPr>
      <w:r>
        <w:rPr>
          <w:rFonts w:ascii="Arial" w:hAnsi="Arial"/>
        </w:rPr>
        <w:t xml:space="preserve">Okay. Now, certainly, my babies aren't going to go through a metal disk. </w:t>
      </w:r>
      <w:r w:rsidR="00683CD5">
        <w:rPr>
          <w:rFonts w:ascii="Arial" w:hAnsi="Arial"/>
        </w:rPr>
        <w:t>So,</w:t>
      </w:r>
      <w:r>
        <w:rPr>
          <w:rFonts w:ascii="Arial" w:hAnsi="Arial"/>
        </w:rPr>
        <w:t xml:space="preserve"> I'm trying to think something that would and maybe I could drop acid on it. And acid dissolves metals. </w:t>
      </w:r>
      <w:r w:rsidR="00683CD5">
        <w:rPr>
          <w:rFonts w:ascii="Arial" w:hAnsi="Arial"/>
        </w:rPr>
        <w:t>So,</w:t>
      </w:r>
      <w:r>
        <w:rPr>
          <w:rFonts w:ascii="Arial" w:hAnsi="Arial"/>
        </w:rPr>
        <w:t xml:space="preserve"> the acid maybe would bore a hole. And </w:t>
      </w:r>
      <w:r w:rsidR="00683CD5">
        <w:rPr>
          <w:rFonts w:ascii="Arial" w:hAnsi="Arial"/>
        </w:rPr>
        <w:t>so,</w:t>
      </w:r>
      <w:r>
        <w:rPr>
          <w:rFonts w:ascii="Arial" w:hAnsi="Arial"/>
        </w:rPr>
        <w:t xml:space="preserve"> if metal was spinning, and the acid bored a hole through the spinning metal, what kind of a shape do you think it would take? Or I'm sorry, not shape path, what path do you think it would take?</w:t>
      </w:r>
    </w:p>
    <w:p w14:paraId="11519D8F" w14:textId="77777777" w:rsidR="004A412B" w:rsidRDefault="004A412B">
      <w:pPr>
        <w:spacing w:after="0"/>
      </w:pPr>
    </w:p>
    <w:p w14:paraId="03164301" w14:textId="77777777" w:rsidR="004A412B" w:rsidRDefault="004F1CCE">
      <w:pPr>
        <w:spacing w:after="0"/>
      </w:pPr>
      <w:r>
        <w:rPr>
          <w:rFonts w:ascii="Arial" w:hAnsi="Arial"/>
          <w:b/>
        </w:rPr>
        <w:t xml:space="preserve">Participant #14:   </w:t>
      </w:r>
      <w:r>
        <w:rPr>
          <w:rFonts w:ascii="Arial" w:hAnsi="Arial"/>
          <w:color w:val="5D7284"/>
        </w:rPr>
        <w:t>41:17</w:t>
      </w:r>
    </w:p>
    <w:p w14:paraId="08153EDB" w14:textId="77777777" w:rsidR="004A412B" w:rsidRDefault="004F1CCE">
      <w:pPr>
        <w:spacing w:after="0"/>
      </w:pPr>
      <w:r>
        <w:rPr>
          <w:rFonts w:ascii="Arial" w:hAnsi="Arial"/>
        </w:rPr>
        <w:t>Like down? Like it would penetrate and then it would trickle down. And like, be bigger.</w:t>
      </w:r>
    </w:p>
    <w:p w14:paraId="32190199" w14:textId="77777777" w:rsidR="004A412B" w:rsidRDefault="004A412B">
      <w:pPr>
        <w:spacing w:after="0"/>
      </w:pPr>
    </w:p>
    <w:p w14:paraId="045F113C" w14:textId="77777777" w:rsidR="004A412B" w:rsidRDefault="004F1CCE">
      <w:pPr>
        <w:spacing w:after="0"/>
      </w:pPr>
      <w:r>
        <w:rPr>
          <w:rFonts w:ascii="Arial" w:hAnsi="Arial"/>
          <w:b/>
        </w:rPr>
        <w:t xml:space="preserve">Interviewer P:  </w:t>
      </w:r>
      <w:r>
        <w:rPr>
          <w:rFonts w:ascii="Arial" w:hAnsi="Arial"/>
          <w:color w:val="5D7284"/>
        </w:rPr>
        <w:t>41:24</w:t>
      </w:r>
    </w:p>
    <w:p w14:paraId="4E24DA0A" w14:textId="4D940175" w:rsidR="004A412B" w:rsidRDefault="004F1CCE">
      <w:pPr>
        <w:spacing w:after="0"/>
      </w:pPr>
      <w:r>
        <w:rPr>
          <w:rFonts w:ascii="Arial" w:hAnsi="Arial"/>
        </w:rPr>
        <w:t xml:space="preserve">Okay, so it would alright so I am I'm hearing you and then what you're doing with your hands. </w:t>
      </w:r>
      <w:r w:rsidR="00683CD5">
        <w:rPr>
          <w:rFonts w:ascii="Arial" w:hAnsi="Arial"/>
        </w:rPr>
        <w:t>So,</w:t>
      </w:r>
      <w:r>
        <w:rPr>
          <w:rFonts w:ascii="Arial" w:hAnsi="Arial"/>
        </w:rPr>
        <w:t xml:space="preserve"> like, so the path itself would become wider? </w:t>
      </w:r>
    </w:p>
    <w:p w14:paraId="76CD8C68" w14:textId="77777777" w:rsidR="004A412B" w:rsidRDefault="004A412B">
      <w:pPr>
        <w:spacing w:after="0"/>
      </w:pPr>
    </w:p>
    <w:p w14:paraId="4690610D" w14:textId="77777777" w:rsidR="004A412B" w:rsidRDefault="004F1CCE">
      <w:pPr>
        <w:spacing w:after="0"/>
      </w:pPr>
      <w:r>
        <w:rPr>
          <w:rFonts w:ascii="Arial" w:hAnsi="Arial"/>
          <w:b/>
        </w:rPr>
        <w:t xml:space="preserve">Participant #14:   </w:t>
      </w:r>
      <w:r>
        <w:rPr>
          <w:rFonts w:ascii="Arial" w:hAnsi="Arial"/>
          <w:color w:val="5D7284"/>
        </w:rPr>
        <w:t>41:36</w:t>
      </w:r>
    </w:p>
    <w:p w14:paraId="2BE7FF86" w14:textId="77777777" w:rsidR="004A412B" w:rsidRDefault="004F1CCE">
      <w:pPr>
        <w:spacing w:after="0"/>
      </w:pPr>
      <w:r>
        <w:rPr>
          <w:rFonts w:ascii="Arial" w:hAnsi="Arial"/>
        </w:rPr>
        <w:t>Yes.</w:t>
      </w:r>
    </w:p>
    <w:p w14:paraId="7E427C4F" w14:textId="77777777" w:rsidR="004A412B" w:rsidRDefault="004A412B">
      <w:pPr>
        <w:spacing w:after="0"/>
      </w:pPr>
    </w:p>
    <w:p w14:paraId="57A7F196" w14:textId="77777777" w:rsidR="004A412B" w:rsidRDefault="004F1CCE">
      <w:pPr>
        <w:spacing w:after="0"/>
      </w:pPr>
      <w:r>
        <w:rPr>
          <w:rFonts w:ascii="Arial" w:hAnsi="Arial"/>
          <w:b/>
        </w:rPr>
        <w:t xml:space="preserve">Interviewer P:  </w:t>
      </w:r>
      <w:r>
        <w:rPr>
          <w:rFonts w:ascii="Arial" w:hAnsi="Arial"/>
          <w:color w:val="5D7284"/>
        </w:rPr>
        <w:t>41:37</w:t>
      </w:r>
    </w:p>
    <w:p w14:paraId="60EBF051" w14:textId="627F3D36" w:rsidR="004A412B" w:rsidRDefault="004F1CCE">
      <w:pPr>
        <w:spacing w:after="0"/>
      </w:pPr>
      <w:r>
        <w:rPr>
          <w:rFonts w:ascii="Arial" w:hAnsi="Arial"/>
        </w:rPr>
        <w:t xml:space="preserve"> Not that the path would go </w:t>
      </w:r>
      <w:r w:rsidR="00683CD5">
        <w:rPr>
          <w:rFonts w:ascii="Arial" w:hAnsi="Arial"/>
        </w:rPr>
        <w:t>slanted.</w:t>
      </w:r>
    </w:p>
    <w:p w14:paraId="566F31AF" w14:textId="77777777" w:rsidR="004A412B" w:rsidRDefault="004A412B">
      <w:pPr>
        <w:spacing w:after="0"/>
      </w:pPr>
    </w:p>
    <w:p w14:paraId="02D1F3C0" w14:textId="77777777" w:rsidR="004A412B" w:rsidRDefault="004F1CCE">
      <w:pPr>
        <w:spacing w:after="0"/>
      </w:pPr>
      <w:r>
        <w:rPr>
          <w:rFonts w:ascii="Arial" w:hAnsi="Arial"/>
          <w:b/>
        </w:rPr>
        <w:t xml:space="preserve">Participant #14:   </w:t>
      </w:r>
      <w:r>
        <w:rPr>
          <w:rFonts w:ascii="Arial" w:hAnsi="Arial"/>
          <w:color w:val="5D7284"/>
        </w:rPr>
        <w:t>41:46</w:t>
      </w:r>
    </w:p>
    <w:p w14:paraId="4B80B2D0" w14:textId="77777777" w:rsidR="004A412B" w:rsidRDefault="004F1CCE">
      <w:pPr>
        <w:spacing w:after="0"/>
      </w:pPr>
      <w:r>
        <w:rPr>
          <w:rFonts w:ascii="Arial" w:hAnsi="Arial"/>
        </w:rPr>
        <w:t>Um could do both. Yeah, all I know, or all I think I know is that it would penetrate and then it would like trickle down and spread.</w:t>
      </w:r>
    </w:p>
    <w:p w14:paraId="2358B9E5" w14:textId="77777777" w:rsidR="004A412B" w:rsidRDefault="004A412B">
      <w:pPr>
        <w:spacing w:after="0"/>
      </w:pPr>
    </w:p>
    <w:p w14:paraId="1DE058FD" w14:textId="77777777" w:rsidR="004A412B" w:rsidRDefault="004F1CCE">
      <w:pPr>
        <w:spacing w:after="0"/>
      </w:pPr>
      <w:r>
        <w:rPr>
          <w:rFonts w:ascii="Arial" w:hAnsi="Arial"/>
          <w:b/>
        </w:rPr>
        <w:t xml:space="preserve">Interviewer P:  </w:t>
      </w:r>
      <w:r>
        <w:rPr>
          <w:rFonts w:ascii="Arial" w:hAnsi="Arial"/>
          <w:color w:val="5D7284"/>
        </w:rPr>
        <w:t>41:58</w:t>
      </w:r>
    </w:p>
    <w:p w14:paraId="42C2B0BC" w14:textId="58BA31CB" w:rsidR="004A412B" w:rsidRDefault="004F1CCE">
      <w:pPr>
        <w:spacing w:after="0"/>
      </w:pPr>
      <w:r>
        <w:rPr>
          <w:rFonts w:ascii="Arial" w:hAnsi="Arial"/>
        </w:rPr>
        <w:t xml:space="preserve">It would spread </w:t>
      </w:r>
      <w:r w:rsidR="00683CD5">
        <w:rPr>
          <w:rFonts w:ascii="Arial" w:hAnsi="Arial"/>
        </w:rPr>
        <w:t>out.</w:t>
      </w:r>
    </w:p>
    <w:p w14:paraId="4202F96F" w14:textId="77777777" w:rsidR="004A412B" w:rsidRDefault="004A412B">
      <w:pPr>
        <w:spacing w:after="0"/>
      </w:pPr>
    </w:p>
    <w:p w14:paraId="0727E8B3" w14:textId="77777777" w:rsidR="004A412B" w:rsidRDefault="004F1CCE">
      <w:pPr>
        <w:spacing w:after="0"/>
      </w:pPr>
      <w:r>
        <w:rPr>
          <w:rFonts w:ascii="Arial" w:hAnsi="Arial"/>
          <w:b/>
        </w:rPr>
        <w:t xml:space="preserve">Participant #14:   </w:t>
      </w:r>
      <w:r>
        <w:rPr>
          <w:rFonts w:ascii="Arial" w:hAnsi="Arial"/>
          <w:color w:val="5D7284"/>
        </w:rPr>
        <w:t>42:00</w:t>
      </w:r>
    </w:p>
    <w:p w14:paraId="2116D88C" w14:textId="77777777" w:rsidR="004A412B" w:rsidRDefault="004F1CCE">
      <w:pPr>
        <w:spacing w:after="0"/>
      </w:pPr>
      <w:r>
        <w:rPr>
          <w:rFonts w:ascii="Arial" w:hAnsi="Arial"/>
        </w:rPr>
        <w:t>Yes.</w:t>
      </w:r>
    </w:p>
    <w:p w14:paraId="047E2B36" w14:textId="77777777" w:rsidR="004A412B" w:rsidRDefault="004A412B">
      <w:pPr>
        <w:spacing w:after="0"/>
      </w:pPr>
    </w:p>
    <w:p w14:paraId="774C5A81" w14:textId="77777777" w:rsidR="004A412B" w:rsidRDefault="004F1CCE">
      <w:pPr>
        <w:spacing w:after="0"/>
      </w:pPr>
      <w:r>
        <w:rPr>
          <w:rFonts w:ascii="Arial" w:hAnsi="Arial"/>
          <w:b/>
        </w:rPr>
        <w:t xml:space="preserve">Interviewer P:  </w:t>
      </w:r>
      <w:r>
        <w:rPr>
          <w:rFonts w:ascii="Arial" w:hAnsi="Arial"/>
          <w:color w:val="5D7284"/>
        </w:rPr>
        <w:t>42:03</w:t>
      </w:r>
    </w:p>
    <w:p w14:paraId="4739074A" w14:textId="4BD30241" w:rsidR="004A412B" w:rsidRDefault="004F1CCE">
      <w:pPr>
        <w:spacing w:after="0"/>
      </w:pPr>
      <w:r>
        <w:rPr>
          <w:rFonts w:ascii="Arial" w:hAnsi="Arial"/>
        </w:rPr>
        <w:t xml:space="preserve">And one more silly thought experiment. What if I had a rotating pot of dirt and I planted a seed. And </w:t>
      </w:r>
      <w:r w:rsidR="00683CD5">
        <w:rPr>
          <w:rFonts w:ascii="Arial" w:hAnsi="Arial"/>
        </w:rPr>
        <w:t>so,</w:t>
      </w:r>
      <w:r>
        <w:rPr>
          <w:rFonts w:ascii="Arial" w:hAnsi="Arial"/>
        </w:rPr>
        <w:t xml:space="preserve"> I have this plant that's going to grow for let's say it's fast growing plant. </w:t>
      </w:r>
      <w:r w:rsidR="00683CD5">
        <w:rPr>
          <w:rFonts w:ascii="Arial" w:hAnsi="Arial"/>
        </w:rPr>
        <w:t>So,</w:t>
      </w:r>
      <w:r>
        <w:rPr>
          <w:rFonts w:ascii="Arial" w:hAnsi="Arial"/>
        </w:rPr>
        <w:t xml:space="preserve"> it takes a couple of weeks to put down, puts down roots as a stand up, puts out some leaves, but the whole time it's been growing. It's been spinning its whole entire </w:t>
      </w:r>
      <w:r w:rsidR="00683CD5">
        <w:rPr>
          <w:rFonts w:ascii="Arial" w:hAnsi="Arial"/>
        </w:rPr>
        <w:t>life since</w:t>
      </w:r>
      <w:r>
        <w:rPr>
          <w:rFonts w:ascii="Arial" w:hAnsi="Arial"/>
        </w:rPr>
        <w:t xml:space="preserve"> it was a speed seed. </w:t>
      </w:r>
      <w:r w:rsidR="00683CD5">
        <w:rPr>
          <w:rFonts w:ascii="Arial" w:hAnsi="Arial"/>
        </w:rPr>
        <w:t>So,</w:t>
      </w:r>
      <w:r>
        <w:rPr>
          <w:rFonts w:ascii="Arial" w:hAnsi="Arial"/>
        </w:rPr>
        <w:t xml:space="preserve"> what do you think the roots would look like? </w:t>
      </w:r>
    </w:p>
    <w:p w14:paraId="71D98875" w14:textId="77777777" w:rsidR="004A412B" w:rsidRDefault="004A412B">
      <w:pPr>
        <w:spacing w:after="0"/>
      </w:pPr>
    </w:p>
    <w:p w14:paraId="4154E3E5" w14:textId="77777777" w:rsidR="004A412B" w:rsidRDefault="004F1CCE">
      <w:pPr>
        <w:spacing w:after="0"/>
      </w:pPr>
      <w:r>
        <w:rPr>
          <w:rFonts w:ascii="Arial" w:hAnsi="Arial"/>
          <w:b/>
        </w:rPr>
        <w:t xml:space="preserve">Participant #14:   </w:t>
      </w:r>
      <w:r>
        <w:rPr>
          <w:rFonts w:ascii="Arial" w:hAnsi="Arial"/>
          <w:color w:val="5D7284"/>
        </w:rPr>
        <w:t>42:30</w:t>
      </w:r>
    </w:p>
    <w:p w14:paraId="70B7978A" w14:textId="77777777" w:rsidR="004A412B" w:rsidRDefault="004F1CCE">
      <w:pPr>
        <w:spacing w:after="0"/>
      </w:pPr>
      <w:r>
        <w:rPr>
          <w:rFonts w:ascii="Arial" w:hAnsi="Arial"/>
        </w:rPr>
        <w:t>Oh, maybe you know, those little peppermints kind of what that did, like a little spiral.</w:t>
      </w:r>
    </w:p>
    <w:p w14:paraId="4E3D70AF" w14:textId="77777777" w:rsidR="004A412B" w:rsidRDefault="004A412B">
      <w:pPr>
        <w:spacing w:after="0"/>
      </w:pPr>
    </w:p>
    <w:p w14:paraId="2618C477" w14:textId="77777777" w:rsidR="004A412B" w:rsidRDefault="004F1CCE">
      <w:pPr>
        <w:spacing w:after="0"/>
      </w:pPr>
      <w:r>
        <w:rPr>
          <w:rFonts w:ascii="Arial" w:hAnsi="Arial"/>
          <w:b/>
        </w:rPr>
        <w:t xml:space="preserve">Interviewer P:  </w:t>
      </w:r>
      <w:r>
        <w:rPr>
          <w:rFonts w:ascii="Arial" w:hAnsi="Arial"/>
          <w:color w:val="5D7284"/>
        </w:rPr>
        <w:t>42:39</w:t>
      </w:r>
    </w:p>
    <w:p w14:paraId="1F35C95F" w14:textId="77777777" w:rsidR="004A412B" w:rsidRDefault="004F1CCE">
      <w:pPr>
        <w:spacing w:after="0"/>
      </w:pPr>
      <w:r>
        <w:rPr>
          <w:rFonts w:ascii="Arial" w:hAnsi="Arial"/>
        </w:rPr>
        <w:t xml:space="preserve">Like the peppermint candies. </w:t>
      </w:r>
    </w:p>
    <w:p w14:paraId="6D7B0791" w14:textId="77777777" w:rsidR="004A412B" w:rsidRDefault="004A412B">
      <w:pPr>
        <w:spacing w:after="0"/>
      </w:pPr>
    </w:p>
    <w:p w14:paraId="23DE3F83" w14:textId="77777777" w:rsidR="004A412B" w:rsidRDefault="004F1CCE">
      <w:pPr>
        <w:spacing w:after="0"/>
      </w:pPr>
      <w:r>
        <w:rPr>
          <w:rFonts w:ascii="Arial" w:hAnsi="Arial"/>
          <w:b/>
        </w:rPr>
        <w:t xml:space="preserve">Participant #14:   </w:t>
      </w:r>
      <w:r>
        <w:rPr>
          <w:rFonts w:ascii="Arial" w:hAnsi="Arial"/>
          <w:color w:val="5D7284"/>
        </w:rPr>
        <w:t>42:42</w:t>
      </w:r>
    </w:p>
    <w:p w14:paraId="20374568" w14:textId="77777777" w:rsidR="004A412B" w:rsidRDefault="004F1CCE">
      <w:pPr>
        <w:spacing w:after="0"/>
      </w:pPr>
      <w:r>
        <w:rPr>
          <w:rFonts w:ascii="Arial" w:hAnsi="Arial"/>
        </w:rPr>
        <w:t xml:space="preserve">Yeah. </w:t>
      </w:r>
    </w:p>
    <w:p w14:paraId="036E5ED5" w14:textId="77777777" w:rsidR="004A412B" w:rsidRDefault="004A412B">
      <w:pPr>
        <w:spacing w:after="0"/>
      </w:pPr>
    </w:p>
    <w:p w14:paraId="3C38BFC3" w14:textId="77777777" w:rsidR="004A412B" w:rsidRDefault="004F1CCE">
      <w:pPr>
        <w:spacing w:after="0"/>
      </w:pPr>
      <w:r>
        <w:rPr>
          <w:rFonts w:ascii="Arial" w:hAnsi="Arial"/>
          <w:b/>
        </w:rPr>
        <w:t xml:space="preserve">Interviewer P:  </w:t>
      </w:r>
      <w:r>
        <w:rPr>
          <w:rFonts w:ascii="Arial" w:hAnsi="Arial"/>
          <w:color w:val="5D7284"/>
        </w:rPr>
        <w:t>42:42</w:t>
      </w:r>
    </w:p>
    <w:p w14:paraId="68216006" w14:textId="77777777" w:rsidR="004A412B" w:rsidRDefault="004F1CCE">
      <w:pPr>
        <w:spacing w:after="0"/>
      </w:pPr>
      <w:r>
        <w:rPr>
          <w:rFonts w:ascii="Arial" w:hAnsi="Arial"/>
        </w:rPr>
        <w:t>Okay.</w:t>
      </w:r>
    </w:p>
    <w:p w14:paraId="636DAB42" w14:textId="77777777" w:rsidR="004A412B" w:rsidRDefault="004A412B">
      <w:pPr>
        <w:spacing w:after="0"/>
      </w:pPr>
    </w:p>
    <w:p w14:paraId="014FDE18" w14:textId="77777777" w:rsidR="004A412B" w:rsidRDefault="004F1CCE">
      <w:pPr>
        <w:spacing w:after="0"/>
      </w:pPr>
      <w:r>
        <w:rPr>
          <w:rFonts w:ascii="Arial" w:hAnsi="Arial"/>
          <w:b/>
        </w:rPr>
        <w:t xml:space="preserve">Participant #14:   </w:t>
      </w:r>
      <w:r>
        <w:rPr>
          <w:rFonts w:ascii="Arial" w:hAnsi="Arial"/>
          <w:color w:val="5D7284"/>
        </w:rPr>
        <w:t>42:44</w:t>
      </w:r>
    </w:p>
    <w:p w14:paraId="7007ED65" w14:textId="77777777" w:rsidR="004A412B" w:rsidRDefault="004F1CCE">
      <w:pPr>
        <w:spacing w:after="0"/>
      </w:pPr>
      <w:r>
        <w:rPr>
          <w:rFonts w:ascii="Arial" w:hAnsi="Arial"/>
        </w:rPr>
        <w:t>Maybe.</w:t>
      </w:r>
    </w:p>
    <w:p w14:paraId="7B2B421C" w14:textId="77777777" w:rsidR="004A412B" w:rsidRDefault="004A412B">
      <w:pPr>
        <w:spacing w:after="0"/>
      </w:pPr>
    </w:p>
    <w:p w14:paraId="459432AB" w14:textId="77777777" w:rsidR="004A412B" w:rsidRDefault="004F1CCE">
      <w:pPr>
        <w:spacing w:after="0"/>
      </w:pPr>
      <w:r>
        <w:rPr>
          <w:rFonts w:ascii="Arial" w:hAnsi="Arial"/>
          <w:b/>
        </w:rPr>
        <w:t xml:space="preserve">Interviewer P:  </w:t>
      </w:r>
      <w:r>
        <w:rPr>
          <w:rFonts w:ascii="Arial" w:hAnsi="Arial"/>
          <w:color w:val="5D7284"/>
        </w:rPr>
        <w:t>42:45</w:t>
      </w:r>
    </w:p>
    <w:p w14:paraId="6168A5C2" w14:textId="77777777" w:rsidR="004A412B" w:rsidRDefault="004F1CCE">
      <w:pPr>
        <w:spacing w:after="0"/>
      </w:pPr>
      <w:r>
        <w:rPr>
          <w:rFonts w:ascii="Arial" w:hAnsi="Arial"/>
        </w:rPr>
        <w:t xml:space="preserve">The roots might look like the swirls on a peppermint candy. </w:t>
      </w:r>
    </w:p>
    <w:p w14:paraId="06ABE2F0" w14:textId="77777777" w:rsidR="004A412B" w:rsidRDefault="004A412B">
      <w:pPr>
        <w:spacing w:after="0"/>
      </w:pPr>
    </w:p>
    <w:p w14:paraId="0B2DD467" w14:textId="77777777" w:rsidR="004A412B" w:rsidRDefault="004F1CCE">
      <w:pPr>
        <w:spacing w:after="0"/>
      </w:pPr>
      <w:r>
        <w:rPr>
          <w:rFonts w:ascii="Arial" w:hAnsi="Arial"/>
          <w:b/>
        </w:rPr>
        <w:t xml:space="preserve">Participant #14:   </w:t>
      </w:r>
      <w:r>
        <w:rPr>
          <w:rFonts w:ascii="Arial" w:hAnsi="Arial"/>
          <w:color w:val="5D7284"/>
        </w:rPr>
        <w:t>42:51</w:t>
      </w:r>
    </w:p>
    <w:p w14:paraId="783A2445" w14:textId="77777777" w:rsidR="004A412B" w:rsidRDefault="004F1CCE">
      <w:pPr>
        <w:spacing w:after="0"/>
      </w:pPr>
      <w:r>
        <w:rPr>
          <w:rFonts w:ascii="Arial" w:hAnsi="Arial"/>
        </w:rPr>
        <w:t xml:space="preserve">Sure. </w:t>
      </w:r>
    </w:p>
    <w:p w14:paraId="698E5563" w14:textId="77777777" w:rsidR="004A412B" w:rsidRDefault="004A412B">
      <w:pPr>
        <w:spacing w:after="0"/>
      </w:pPr>
    </w:p>
    <w:p w14:paraId="146EAD94" w14:textId="77777777" w:rsidR="004A412B" w:rsidRDefault="004F1CCE">
      <w:pPr>
        <w:spacing w:after="0"/>
      </w:pPr>
      <w:r>
        <w:rPr>
          <w:rFonts w:ascii="Arial" w:hAnsi="Arial"/>
          <w:b/>
        </w:rPr>
        <w:t xml:space="preserve">Interviewer P:  </w:t>
      </w:r>
      <w:r>
        <w:rPr>
          <w:rFonts w:ascii="Arial" w:hAnsi="Arial"/>
          <w:color w:val="5D7284"/>
        </w:rPr>
        <w:t>42:52</w:t>
      </w:r>
    </w:p>
    <w:p w14:paraId="7505CED8" w14:textId="77777777" w:rsidR="004A412B" w:rsidRDefault="004F1CCE">
      <w:pPr>
        <w:spacing w:after="0"/>
      </w:pPr>
      <w:r>
        <w:rPr>
          <w:rFonts w:ascii="Arial" w:hAnsi="Arial"/>
        </w:rPr>
        <w:t>And what about the top?</w:t>
      </w:r>
    </w:p>
    <w:p w14:paraId="7ADD2AA1" w14:textId="77777777" w:rsidR="004A412B" w:rsidRDefault="004A412B">
      <w:pPr>
        <w:spacing w:after="0"/>
      </w:pPr>
    </w:p>
    <w:p w14:paraId="11B94D90" w14:textId="77777777" w:rsidR="004A412B" w:rsidRDefault="004F1CCE">
      <w:pPr>
        <w:spacing w:after="0"/>
      </w:pPr>
      <w:r>
        <w:rPr>
          <w:rFonts w:ascii="Arial" w:hAnsi="Arial"/>
          <w:b/>
        </w:rPr>
        <w:t xml:space="preserve">Participant #14:   </w:t>
      </w:r>
      <w:r>
        <w:rPr>
          <w:rFonts w:ascii="Arial" w:hAnsi="Arial"/>
          <w:color w:val="5D7284"/>
        </w:rPr>
        <w:t>42:56</w:t>
      </w:r>
    </w:p>
    <w:p w14:paraId="0CE15685" w14:textId="77777777" w:rsidR="004A412B" w:rsidRDefault="004F1CCE">
      <w:pPr>
        <w:spacing w:after="0"/>
      </w:pPr>
      <w:r>
        <w:rPr>
          <w:rFonts w:ascii="Arial" w:hAnsi="Arial"/>
        </w:rPr>
        <w:t xml:space="preserve">Maybe it would twist on in in itself? </w:t>
      </w:r>
    </w:p>
    <w:p w14:paraId="3BC0F18D" w14:textId="77777777" w:rsidR="004A412B" w:rsidRDefault="004A412B">
      <w:pPr>
        <w:spacing w:after="0"/>
      </w:pPr>
    </w:p>
    <w:p w14:paraId="73FF81C4" w14:textId="77777777" w:rsidR="004A412B" w:rsidRDefault="004F1CCE">
      <w:pPr>
        <w:spacing w:after="0"/>
      </w:pPr>
      <w:r>
        <w:rPr>
          <w:rFonts w:ascii="Arial" w:hAnsi="Arial"/>
          <w:b/>
        </w:rPr>
        <w:t xml:space="preserve">Interviewer P:  </w:t>
      </w:r>
      <w:r>
        <w:rPr>
          <w:rFonts w:ascii="Arial" w:hAnsi="Arial"/>
          <w:color w:val="5D7284"/>
        </w:rPr>
        <w:t>42:58</w:t>
      </w:r>
    </w:p>
    <w:p w14:paraId="2C222A59" w14:textId="77777777" w:rsidR="004A412B" w:rsidRDefault="004F1CCE">
      <w:pPr>
        <w:spacing w:after="0"/>
      </w:pPr>
      <w:r>
        <w:rPr>
          <w:rFonts w:ascii="Arial" w:hAnsi="Arial"/>
        </w:rPr>
        <w:t>Yeah.</w:t>
      </w:r>
    </w:p>
    <w:p w14:paraId="35BF729F" w14:textId="77777777" w:rsidR="004A412B" w:rsidRDefault="004A412B">
      <w:pPr>
        <w:spacing w:after="0"/>
      </w:pPr>
    </w:p>
    <w:p w14:paraId="0C9D12E2" w14:textId="77777777" w:rsidR="004A412B" w:rsidRDefault="004F1CCE">
      <w:pPr>
        <w:spacing w:after="0"/>
      </w:pPr>
      <w:r>
        <w:rPr>
          <w:rFonts w:ascii="Arial" w:hAnsi="Arial"/>
          <w:b/>
        </w:rPr>
        <w:t xml:space="preserve">Participant #14:   </w:t>
      </w:r>
      <w:r>
        <w:rPr>
          <w:rFonts w:ascii="Arial" w:hAnsi="Arial"/>
          <w:color w:val="5D7284"/>
        </w:rPr>
        <w:t>42:58</w:t>
      </w:r>
    </w:p>
    <w:p w14:paraId="00EA28C5" w14:textId="77777777" w:rsidR="004A412B" w:rsidRDefault="004F1CCE">
      <w:pPr>
        <w:spacing w:after="0"/>
      </w:pPr>
      <w:r>
        <w:rPr>
          <w:rFonts w:ascii="Arial" w:hAnsi="Arial"/>
        </w:rPr>
        <w:t>Like how fast is it spinning?</w:t>
      </w:r>
    </w:p>
    <w:p w14:paraId="322AB7AD" w14:textId="77777777" w:rsidR="004A412B" w:rsidRDefault="004A412B">
      <w:pPr>
        <w:spacing w:after="0"/>
      </w:pPr>
    </w:p>
    <w:p w14:paraId="2BD544D6" w14:textId="77777777" w:rsidR="004A412B" w:rsidRDefault="004F1CCE">
      <w:pPr>
        <w:spacing w:after="0"/>
      </w:pPr>
      <w:r>
        <w:rPr>
          <w:rFonts w:ascii="Arial" w:hAnsi="Arial"/>
          <w:b/>
        </w:rPr>
        <w:t xml:space="preserve">Interviewer P:  </w:t>
      </w:r>
      <w:r>
        <w:rPr>
          <w:rFonts w:ascii="Arial" w:hAnsi="Arial"/>
          <w:color w:val="5D7284"/>
        </w:rPr>
        <w:t>43:01</w:t>
      </w:r>
    </w:p>
    <w:p w14:paraId="2FBE94AE" w14:textId="77777777" w:rsidR="004A412B" w:rsidRDefault="004F1CCE">
      <w:pPr>
        <w:spacing w:after="0"/>
      </w:pPr>
      <w:r>
        <w:rPr>
          <w:rFonts w:ascii="Arial" w:hAnsi="Arial"/>
        </w:rPr>
        <w:t>About as fast as these.</w:t>
      </w:r>
    </w:p>
    <w:p w14:paraId="3D5AAB9E" w14:textId="77777777" w:rsidR="004A412B" w:rsidRDefault="004A412B">
      <w:pPr>
        <w:spacing w:after="0"/>
      </w:pPr>
    </w:p>
    <w:p w14:paraId="5A76AAC5" w14:textId="77777777" w:rsidR="004A412B" w:rsidRDefault="004F1CCE">
      <w:pPr>
        <w:spacing w:after="0"/>
      </w:pPr>
      <w:r>
        <w:rPr>
          <w:rFonts w:ascii="Arial" w:hAnsi="Arial"/>
          <w:b/>
        </w:rPr>
        <w:t xml:space="preserve">Participant #14:   </w:t>
      </w:r>
      <w:r>
        <w:rPr>
          <w:rFonts w:ascii="Arial" w:hAnsi="Arial"/>
          <w:color w:val="5D7284"/>
        </w:rPr>
        <w:t>43:06</w:t>
      </w:r>
    </w:p>
    <w:p w14:paraId="15822C0C" w14:textId="049B8299" w:rsidR="004A412B" w:rsidRDefault="00683CD5">
      <w:pPr>
        <w:spacing w:after="0"/>
      </w:pPr>
      <w:r>
        <w:rPr>
          <w:rFonts w:ascii="Arial" w:hAnsi="Arial"/>
        </w:rPr>
        <w:t>Sure, we'll stick with that.</w:t>
      </w:r>
    </w:p>
    <w:p w14:paraId="3DE09217" w14:textId="77777777" w:rsidR="004A412B" w:rsidRDefault="004A412B">
      <w:pPr>
        <w:spacing w:after="0"/>
      </w:pPr>
    </w:p>
    <w:p w14:paraId="6B514C00" w14:textId="77777777" w:rsidR="004A412B" w:rsidRDefault="004F1CCE">
      <w:pPr>
        <w:spacing w:after="0"/>
      </w:pPr>
      <w:r>
        <w:rPr>
          <w:rFonts w:ascii="Arial" w:hAnsi="Arial"/>
          <w:b/>
        </w:rPr>
        <w:t xml:space="preserve">Interviewer P:  </w:t>
      </w:r>
      <w:r>
        <w:rPr>
          <w:rFonts w:ascii="Arial" w:hAnsi="Arial"/>
          <w:color w:val="5D7284"/>
        </w:rPr>
        <w:t>43:10</w:t>
      </w:r>
    </w:p>
    <w:p w14:paraId="28DD9F6D" w14:textId="4DECB272" w:rsidR="004A412B" w:rsidRDefault="004F1CCE">
      <w:pPr>
        <w:spacing w:after="0"/>
      </w:pPr>
      <w:r>
        <w:rPr>
          <w:rFonts w:ascii="Arial" w:hAnsi="Arial"/>
        </w:rPr>
        <w:t xml:space="preserve">Alright, so that gave us enough time for the water to kind of settle down over here and I have some plastic fish and some of them float and some of them sink which is kind of cool. And I'm gonna get this going in a minute so I want you to think about what it will how the official move when I turn it on. But </w:t>
      </w:r>
      <w:r w:rsidR="00683CD5">
        <w:rPr>
          <w:rFonts w:ascii="Arial" w:hAnsi="Arial"/>
        </w:rPr>
        <w:t>also,</w:t>
      </w:r>
      <w:r>
        <w:rPr>
          <w:rFonts w:ascii="Arial" w:hAnsi="Arial"/>
        </w:rPr>
        <w:t xml:space="preserve"> that this is a little bit different from what's totally different from what happened when you came in because.</w:t>
      </w:r>
    </w:p>
    <w:p w14:paraId="5939E300" w14:textId="77777777" w:rsidR="004A412B" w:rsidRDefault="004A412B">
      <w:pPr>
        <w:spacing w:after="0"/>
      </w:pPr>
    </w:p>
    <w:p w14:paraId="1CC65F01" w14:textId="77777777" w:rsidR="004A412B" w:rsidRDefault="004F1CCE">
      <w:pPr>
        <w:spacing w:after="0"/>
      </w:pPr>
      <w:r>
        <w:rPr>
          <w:rFonts w:ascii="Arial" w:hAnsi="Arial"/>
          <w:b/>
        </w:rPr>
        <w:t xml:space="preserve">Participant #14:   </w:t>
      </w:r>
      <w:r>
        <w:rPr>
          <w:rFonts w:ascii="Arial" w:hAnsi="Arial"/>
          <w:color w:val="5D7284"/>
        </w:rPr>
        <w:t>43:41</w:t>
      </w:r>
    </w:p>
    <w:p w14:paraId="01376157" w14:textId="77777777" w:rsidR="004A412B" w:rsidRDefault="004F1CCE">
      <w:pPr>
        <w:spacing w:after="0"/>
      </w:pPr>
      <w:r>
        <w:rPr>
          <w:rFonts w:ascii="Arial" w:hAnsi="Arial"/>
        </w:rPr>
        <w:t>It's still now.</w:t>
      </w:r>
    </w:p>
    <w:p w14:paraId="449DEE05" w14:textId="77777777" w:rsidR="004A412B" w:rsidRDefault="004A412B">
      <w:pPr>
        <w:spacing w:after="0"/>
      </w:pPr>
    </w:p>
    <w:p w14:paraId="79C0FE1F" w14:textId="77777777" w:rsidR="004A412B" w:rsidRDefault="004F1CCE">
      <w:pPr>
        <w:spacing w:after="0"/>
      </w:pPr>
      <w:r>
        <w:rPr>
          <w:rFonts w:ascii="Arial" w:hAnsi="Arial"/>
          <w:b/>
        </w:rPr>
        <w:t xml:space="preserve">Interviewer P:  </w:t>
      </w:r>
      <w:r>
        <w:rPr>
          <w:rFonts w:ascii="Arial" w:hAnsi="Arial"/>
          <w:color w:val="5D7284"/>
        </w:rPr>
        <w:t>43:42</w:t>
      </w:r>
    </w:p>
    <w:p w14:paraId="7BE1DB6D" w14:textId="77777777" w:rsidR="004A412B" w:rsidRDefault="004F1CCE">
      <w:pPr>
        <w:spacing w:after="0"/>
      </w:pPr>
      <w:r>
        <w:rPr>
          <w:rFonts w:ascii="Arial" w:hAnsi="Arial"/>
        </w:rPr>
        <w:t>Yeah, because with that I had it that I had been rotating it for like 35 minutes and now we're starting it from a stop so when I start this up how do you think the fish will move?</w:t>
      </w:r>
    </w:p>
    <w:p w14:paraId="22ABE1A8" w14:textId="77777777" w:rsidR="004A412B" w:rsidRDefault="004A412B">
      <w:pPr>
        <w:spacing w:after="0"/>
      </w:pPr>
    </w:p>
    <w:p w14:paraId="36FCA3A7" w14:textId="77777777" w:rsidR="004A412B" w:rsidRDefault="004F1CCE">
      <w:pPr>
        <w:spacing w:after="0"/>
      </w:pPr>
      <w:r>
        <w:rPr>
          <w:rFonts w:ascii="Arial" w:hAnsi="Arial"/>
          <w:b/>
        </w:rPr>
        <w:t xml:space="preserve">Participant #14:   </w:t>
      </w:r>
      <w:r>
        <w:rPr>
          <w:rFonts w:ascii="Arial" w:hAnsi="Arial"/>
          <w:color w:val="5D7284"/>
        </w:rPr>
        <w:t>43:55</w:t>
      </w:r>
    </w:p>
    <w:p w14:paraId="151F0B4C" w14:textId="77777777" w:rsidR="004A412B" w:rsidRDefault="004F1CCE">
      <w:pPr>
        <w:spacing w:after="0"/>
      </w:pPr>
      <w:r>
        <w:rPr>
          <w:rFonts w:ascii="Arial" w:hAnsi="Arial"/>
        </w:rPr>
        <w:t>I think the ones that are at the bottom will end up spinning with the rest of the fish.</w:t>
      </w:r>
    </w:p>
    <w:p w14:paraId="63011CFA" w14:textId="77777777" w:rsidR="004A412B" w:rsidRDefault="004A412B">
      <w:pPr>
        <w:spacing w:after="0"/>
      </w:pPr>
    </w:p>
    <w:p w14:paraId="3CC18FC4" w14:textId="77777777" w:rsidR="004A412B" w:rsidRDefault="004F1CCE">
      <w:pPr>
        <w:spacing w:after="0"/>
      </w:pPr>
      <w:r>
        <w:rPr>
          <w:rFonts w:ascii="Arial" w:hAnsi="Arial"/>
          <w:b/>
        </w:rPr>
        <w:t xml:space="preserve">Interviewer P:  </w:t>
      </w:r>
      <w:r>
        <w:rPr>
          <w:rFonts w:ascii="Arial" w:hAnsi="Arial"/>
          <w:color w:val="5D7284"/>
        </w:rPr>
        <w:t>44:02</w:t>
      </w:r>
    </w:p>
    <w:p w14:paraId="68B53016" w14:textId="23BA9864" w:rsidR="004A412B" w:rsidRDefault="004F1CCE">
      <w:pPr>
        <w:spacing w:after="0"/>
      </w:pPr>
      <w:r>
        <w:rPr>
          <w:rFonts w:ascii="Arial" w:hAnsi="Arial"/>
        </w:rPr>
        <w:t xml:space="preserve">The ones at the bottom will spin with the rest of the </w:t>
      </w:r>
      <w:r w:rsidR="00683CD5">
        <w:rPr>
          <w:rFonts w:ascii="Arial" w:hAnsi="Arial"/>
        </w:rPr>
        <w:t>fish.</w:t>
      </w:r>
    </w:p>
    <w:p w14:paraId="0A02ACB0" w14:textId="77777777" w:rsidR="004A412B" w:rsidRDefault="004A412B">
      <w:pPr>
        <w:spacing w:after="0"/>
      </w:pPr>
    </w:p>
    <w:p w14:paraId="23A7969C" w14:textId="77777777" w:rsidR="004A412B" w:rsidRDefault="004F1CCE">
      <w:pPr>
        <w:spacing w:after="0"/>
      </w:pPr>
      <w:r>
        <w:rPr>
          <w:rFonts w:ascii="Arial" w:hAnsi="Arial"/>
          <w:b/>
        </w:rPr>
        <w:t xml:space="preserve">Participant #14:   </w:t>
      </w:r>
      <w:r>
        <w:rPr>
          <w:rFonts w:ascii="Arial" w:hAnsi="Arial"/>
          <w:color w:val="5D7284"/>
        </w:rPr>
        <w:t>44:05</w:t>
      </w:r>
    </w:p>
    <w:p w14:paraId="6F499AC3" w14:textId="77777777" w:rsidR="004A412B" w:rsidRDefault="004F1CCE">
      <w:pPr>
        <w:spacing w:after="0"/>
      </w:pPr>
      <w:r>
        <w:rPr>
          <w:rFonts w:ascii="Arial" w:hAnsi="Arial"/>
        </w:rPr>
        <w:t>Yeah, that are at the top.</w:t>
      </w:r>
    </w:p>
    <w:p w14:paraId="75C31E9A" w14:textId="77777777" w:rsidR="004A412B" w:rsidRDefault="004A412B">
      <w:pPr>
        <w:spacing w:after="0"/>
      </w:pPr>
    </w:p>
    <w:p w14:paraId="5979EC36" w14:textId="77777777" w:rsidR="004A412B" w:rsidRDefault="004F1CCE">
      <w:pPr>
        <w:spacing w:after="0"/>
      </w:pPr>
      <w:r>
        <w:rPr>
          <w:rFonts w:ascii="Arial" w:hAnsi="Arial"/>
          <w:b/>
        </w:rPr>
        <w:t xml:space="preserve">Interviewer P:  </w:t>
      </w:r>
      <w:r>
        <w:rPr>
          <w:rFonts w:ascii="Arial" w:hAnsi="Arial"/>
          <w:color w:val="5D7284"/>
        </w:rPr>
        <w:t>44:07</w:t>
      </w:r>
    </w:p>
    <w:p w14:paraId="3567AD9B" w14:textId="47FE7393" w:rsidR="004A412B" w:rsidRDefault="004F1CCE">
      <w:pPr>
        <w:spacing w:after="0"/>
      </w:pPr>
      <w:r>
        <w:rPr>
          <w:rFonts w:ascii="Arial" w:hAnsi="Arial"/>
        </w:rPr>
        <w:t xml:space="preserve">Oh okay. </w:t>
      </w:r>
      <w:r w:rsidR="00683CD5">
        <w:rPr>
          <w:rFonts w:ascii="Arial" w:hAnsi="Arial"/>
        </w:rPr>
        <w:t>So,</w:t>
      </w:r>
      <w:r>
        <w:rPr>
          <w:rFonts w:ascii="Arial" w:hAnsi="Arial"/>
        </w:rPr>
        <w:t xml:space="preserve"> the fish. Okay, so the fish on the top are spinning a little bit now. And the ones on the bottom everything when I turned it on will be spinning </w:t>
      </w:r>
      <w:r w:rsidR="00683CD5">
        <w:rPr>
          <w:rFonts w:ascii="Arial" w:hAnsi="Arial"/>
        </w:rPr>
        <w:t>together.</w:t>
      </w:r>
      <w:r>
        <w:rPr>
          <w:rFonts w:ascii="Arial" w:hAnsi="Arial"/>
        </w:rPr>
        <w:t xml:space="preserve"> In that same direction that these are </w:t>
      </w:r>
      <w:r w:rsidR="00683CD5">
        <w:rPr>
          <w:rFonts w:ascii="Arial" w:hAnsi="Arial"/>
        </w:rPr>
        <w:t>going.</w:t>
      </w:r>
    </w:p>
    <w:p w14:paraId="657BF2EA" w14:textId="77777777" w:rsidR="004A412B" w:rsidRDefault="004A412B">
      <w:pPr>
        <w:spacing w:after="0"/>
      </w:pPr>
    </w:p>
    <w:p w14:paraId="5F22F284" w14:textId="77777777" w:rsidR="004A412B" w:rsidRDefault="004F1CCE">
      <w:pPr>
        <w:spacing w:after="0"/>
      </w:pPr>
      <w:r>
        <w:rPr>
          <w:rFonts w:ascii="Arial" w:hAnsi="Arial"/>
          <w:b/>
        </w:rPr>
        <w:t xml:space="preserve">Participant #14:   </w:t>
      </w:r>
      <w:r>
        <w:rPr>
          <w:rFonts w:ascii="Arial" w:hAnsi="Arial"/>
          <w:color w:val="5D7284"/>
        </w:rPr>
        <w:t>44:34</w:t>
      </w:r>
    </w:p>
    <w:p w14:paraId="5ABEA74A" w14:textId="77777777" w:rsidR="004A412B" w:rsidRDefault="004F1CCE">
      <w:pPr>
        <w:spacing w:after="0"/>
      </w:pPr>
      <w:r>
        <w:rPr>
          <w:rFonts w:ascii="Arial" w:hAnsi="Arial"/>
        </w:rPr>
        <w:t>Yeah sure.</w:t>
      </w:r>
    </w:p>
    <w:p w14:paraId="5F24ACF4" w14:textId="77777777" w:rsidR="004A412B" w:rsidRDefault="004A412B">
      <w:pPr>
        <w:spacing w:after="0"/>
      </w:pPr>
    </w:p>
    <w:p w14:paraId="1D0BFC23" w14:textId="77777777" w:rsidR="004A412B" w:rsidRDefault="004F1CCE">
      <w:pPr>
        <w:spacing w:after="0"/>
      </w:pPr>
      <w:r>
        <w:rPr>
          <w:rFonts w:ascii="Arial" w:hAnsi="Arial"/>
          <w:b/>
        </w:rPr>
        <w:lastRenderedPageBreak/>
        <w:t xml:space="preserve">Interviewer P:  </w:t>
      </w:r>
      <w:r>
        <w:rPr>
          <w:rFonts w:ascii="Arial" w:hAnsi="Arial"/>
          <w:color w:val="5D7284"/>
        </w:rPr>
        <w:t>44:35</w:t>
      </w:r>
    </w:p>
    <w:p w14:paraId="6FD488FA" w14:textId="6E190FF9" w:rsidR="004A412B" w:rsidRDefault="004F1CCE">
      <w:pPr>
        <w:spacing w:after="0"/>
      </w:pPr>
      <w:r>
        <w:rPr>
          <w:rFonts w:ascii="Arial" w:hAnsi="Arial"/>
        </w:rPr>
        <w:t xml:space="preserve">Okay </w:t>
      </w:r>
      <w:r w:rsidR="00683CD5">
        <w:rPr>
          <w:rFonts w:ascii="Arial" w:hAnsi="Arial"/>
        </w:rPr>
        <w:t>let’s</w:t>
      </w:r>
      <w:r>
        <w:rPr>
          <w:rFonts w:ascii="Arial" w:hAnsi="Arial"/>
        </w:rPr>
        <w:t xml:space="preserve"> try and see. </w:t>
      </w:r>
      <w:r w:rsidR="00683CD5">
        <w:rPr>
          <w:rFonts w:ascii="Arial" w:hAnsi="Arial"/>
        </w:rPr>
        <w:t>So,</w:t>
      </w:r>
      <w:r>
        <w:rPr>
          <w:rFonts w:ascii="Arial" w:hAnsi="Arial"/>
        </w:rPr>
        <w:t xml:space="preserve"> what's happening</w:t>
      </w:r>
    </w:p>
    <w:p w14:paraId="4797DCD9" w14:textId="77777777" w:rsidR="004A412B" w:rsidRDefault="004A412B">
      <w:pPr>
        <w:spacing w:after="0"/>
      </w:pPr>
    </w:p>
    <w:p w14:paraId="28005E9B" w14:textId="77777777" w:rsidR="004A412B" w:rsidRDefault="004F1CCE">
      <w:pPr>
        <w:spacing w:after="0"/>
      </w:pPr>
      <w:r>
        <w:rPr>
          <w:rFonts w:ascii="Arial" w:hAnsi="Arial"/>
          <w:b/>
        </w:rPr>
        <w:t xml:space="preserve">Participant #14:   </w:t>
      </w:r>
      <w:r>
        <w:rPr>
          <w:rFonts w:ascii="Arial" w:hAnsi="Arial"/>
          <w:color w:val="5D7284"/>
        </w:rPr>
        <w:t>44:53</w:t>
      </w:r>
    </w:p>
    <w:p w14:paraId="313A17C2" w14:textId="77777777" w:rsidR="004A412B" w:rsidRDefault="004F1CCE">
      <w:pPr>
        <w:spacing w:after="0"/>
      </w:pPr>
      <w:r>
        <w:rPr>
          <w:rFonts w:ascii="Arial" w:hAnsi="Arial"/>
        </w:rPr>
        <w:t xml:space="preserve">They're sliding more so than </w:t>
      </w:r>
      <w:r>
        <w:rPr>
          <w:rFonts w:ascii="Arial" w:hAnsi="Arial"/>
        </w:rPr>
        <w:t>swimming. And then these ones are still at the top.</w:t>
      </w:r>
    </w:p>
    <w:p w14:paraId="1CAE30D7" w14:textId="77777777" w:rsidR="004A412B" w:rsidRDefault="004A412B">
      <w:pPr>
        <w:spacing w:after="0"/>
      </w:pPr>
    </w:p>
    <w:p w14:paraId="619466E5" w14:textId="77777777" w:rsidR="004A412B" w:rsidRDefault="004F1CCE">
      <w:pPr>
        <w:spacing w:after="0"/>
      </w:pPr>
      <w:r>
        <w:rPr>
          <w:rFonts w:ascii="Arial" w:hAnsi="Arial"/>
          <w:b/>
        </w:rPr>
        <w:t xml:space="preserve">Interviewer P:  </w:t>
      </w:r>
      <w:r>
        <w:rPr>
          <w:rFonts w:ascii="Arial" w:hAnsi="Arial"/>
          <w:color w:val="5D7284"/>
        </w:rPr>
        <w:t>45:02</w:t>
      </w:r>
    </w:p>
    <w:p w14:paraId="153C4147" w14:textId="77777777" w:rsidR="004A412B" w:rsidRDefault="004F1CCE">
      <w:pPr>
        <w:spacing w:after="0"/>
      </w:pPr>
      <w:r>
        <w:rPr>
          <w:rFonts w:ascii="Arial" w:hAnsi="Arial"/>
        </w:rPr>
        <w:t>Okay, so the ones at the top are still and the ones on the bottom are doing what?</w:t>
      </w:r>
    </w:p>
    <w:p w14:paraId="43A0EB5A" w14:textId="77777777" w:rsidR="004A412B" w:rsidRDefault="004A412B">
      <w:pPr>
        <w:spacing w:after="0"/>
      </w:pPr>
    </w:p>
    <w:p w14:paraId="0F71BC22" w14:textId="77777777" w:rsidR="004A412B" w:rsidRDefault="004F1CCE">
      <w:pPr>
        <w:spacing w:after="0"/>
      </w:pPr>
      <w:r>
        <w:rPr>
          <w:rFonts w:ascii="Arial" w:hAnsi="Arial"/>
          <w:b/>
        </w:rPr>
        <w:t xml:space="preserve">Participant #14:   </w:t>
      </w:r>
      <w:r>
        <w:rPr>
          <w:rFonts w:ascii="Arial" w:hAnsi="Arial"/>
          <w:color w:val="5D7284"/>
        </w:rPr>
        <w:t>45:06</w:t>
      </w:r>
    </w:p>
    <w:p w14:paraId="194B0F10" w14:textId="77777777" w:rsidR="004A412B" w:rsidRDefault="004F1CCE">
      <w:pPr>
        <w:spacing w:after="0"/>
      </w:pPr>
      <w:r>
        <w:rPr>
          <w:rFonts w:ascii="Arial" w:hAnsi="Arial"/>
        </w:rPr>
        <w:t xml:space="preserve">They're rotating. </w:t>
      </w:r>
    </w:p>
    <w:p w14:paraId="6F8DA0D1" w14:textId="77777777" w:rsidR="004A412B" w:rsidRDefault="004A412B">
      <w:pPr>
        <w:spacing w:after="0"/>
      </w:pPr>
    </w:p>
    <w:p w14:paraId="275F611F" w14:textId="77777777" w:rsidR="004A412B" w:rsidRDefault="004F1CCE">
      <w:pPr>
        <w:spacing w:after="0"/>
      </w:pPr>
      <w:r>
        <w:rPr>
          <w:rFonts w:ascii="Arial" w:hAnsi="Arial"/>
          <w:b/>
        </w:rPr>
        <w:t xml:space="preserve">Interviewer P:  </w:t>
      </w:r>
      <w:r>
        <w:rPr>
          <w:rFonts w:ascii="Arial" w:hAnsi="Arial"/>
          <w:color w:val="5D7284"/>
        </w:rPr>
        <w:t>45:07</w:t>
      </w:r>
    </w:p>
    <w:p w14:paraId="111DAB05" w14:textId="77777777" w:rsidR="004A412B" w:rsidRDefault="004F1CCE">
      <w:pPr>
        <w:spacing w:after="0"/>
      </w:pPr>
      <w:r>
        <w:rPr>
          <w:rFonts w:ascii="Arial" w:hAnsi="Arial"/>
        </w:rPr>
        <w:t>Yeah, so why do you think the ones on the top are fairly still while the ones on the bottom are rotating? How could that be?</w:t>
      </w:r>
    </w:p>
    <w:p w14:paraId="3A36A09B" w14:textId="77777777" w:rsidR="004A412B" w:rsidRDefault="004A412B">
      <w:pPr>
        <w:spacing w:after="0"/>
      </w:pPr>
    </w:p>
    <w:p w14:paraId="5CBC2037" w14:textId="77777777" w:rsidR="004A412B" w:rsidRDefault="004F1CCE">
      <w:pPr>
        <w:spacing w:after="0"/>
      </w:pPr>
      <w:r>
        <w:rPr>
          <w:rFonts w:ascii="Arial" w:hAnsi="Arial"/>
          <w:b/>
        </w:rPr>
        <w:t xml:space="preserve">Participant #14:   </w:t>
      </w:r>
      <w:r>
        <w:rPr>
          <w:rFonts w:ascii="Arial" w:hAnsi="Arial"/>
          <w:color w:val="5D7284"/>
        </w:rPr>
        <w:t>45:16</w:t>
      </w:r>
    </w:p>
    <w:p w14:paraId="382CC9E1" w14:textId="77777777" w:rsidR="004A412B" w:rsidRDefault="004F1CCE">
      <w:pPr>
        <w:spacing w:after="0"/>
      </w:pPr>
      <w:r>
        <w:rPr>
          <w:rFonts w:ascii="Arial" w:hAnsi="Arial"/>
        </w:rPr>
        <w:t>It's me I think maybe because I don't know, it's like an optical illusion. Maybe the water the top was just less it's more like flowing but that makes no sense. And somehow not affected because of adverse effects.</w:t>
      </w:r>
    </w:p>
    <w:p w14:paraId="294985CC" w14:textId="77777777" w:rsidR="004A412B" w:rsidRDefault="004A412B">
      <w:pPr>
        <w:spacing w:after="0"/>
      </w:pPr>
    </w:p>
    <w:p w14:paraId="049E9A69" w14:textId="77777777" w:rsidR="004A412B" w:rsidRDefault="004F1CCE">
      <w:pPr>
        <w:spacing w:after="0"/>
      </w:pPr>
      <w:r>
        <w:rPr>
          <w:rFonts w:ascii="Arial" w:hAnsi="Arial"/>
          <w:b/>
        </w:rPr>
        <w:t xml:space="preserve">Interviewer P:  </w:t>
      </w:r>
      <w:r>
        <w:rPr>
          <w:rFonts w:ascii="Arial" w:hAnsi="Arial"/>
          <w:color w:val="5D7284"/>
        </w:rPr>
        <w:t>46:06</w:t>
      </w:r>
    </w:p>
    <w:p w14:paraId="53966391" w14:textId="2798D6DB" w:rsidR="004A412B" w:rsidRDefault="004F1CCE">
      <w:pPr>
        <w:spacing w:after="0"/>
      </w:pPr>
      <w:r>
        <w:rPr>
          <w:rFonts w:ascii="Arial" w:hAnsi="Arial"/>
        </w:rPr>
        <w:t xml:space="preserve">If we look at </w:t>
      </w:r>
      <w:r w:rsidR="00683CD5">
        <w:rPr>
          <w:rFonts w:ascii="Arial" w:hAnsi="Arial"/>
        </w:rPr>
        <w:t>these two guys</w:t>
      </w:r>
      <w:r>
        <w:rPr>
          <w:rFonts w:ascii="Arial" w:hAnsi="Arial"/>
        </w:rPr>
        <w:t xml:space="preserve"> in the middle, the orange and the red are definitely spinning around in a circle.</w:t>
      </w:r>
    </w:p>
    <w:p w14:paraId="4B769F12" w14:textId="77777777" w:rsidR="004A412B" w:rsidRDefault="004A412B">
      <w:pPr>
        <w:spacing w:after="0"/>
      </w:pPr>
    </w:p>
    <w:p w14:paraId="20C156E0" w14:textId="77777777" w:rsidR="004A412B" w:rsidRDefault="004F1CCE">
      <w:pPr>
        <w:spacing w:after="0"/>
      </w:pPr>
      <w:r>
        <w:rPr>
          <w:rFonts w:ascii="Arial" w:hAnsi="Arial"/>
          <w:b/>
        </w:rPr>
        <w:t xml:space="preserve">Participant #14:   </w:t>
      </w:r>
      <w:r>
        <w:rPr>
          <w:rFonts w:ascii="Arial" w:hAnsi="Arial"/>
          <w:color w:val="5D7284"/>
        </w:rPr>
        <w:t>46:16</w:t>
      </w:r>
    </w:p>
    <w:p w14:paraId="342E80FB" w14:textId="77777777" w:rsidR="004A412B" w:rsidRDefault="004F1CCE">
      <w:pPr>
        <w:spacing w:after="0"/>
      </w:pPr>
      <w:r>
        <w:rPr>
          <w:rFonts w:ascii="Arial" w:hAnsi="Arial"/>
        </w:rPr>
        <w:t xml:space="preserve">I am not </w:t>
      </w:r>
      <w:r>
        <w:rPr>
          <w:rFonts w:ascii="Arial" w:hAnsi="Arial"/>
        </w:rPr>
        <w:t>sure, so interesting.</w:t>
      </w:r>
    </w:p>
    <w:p w14:paraId="7716DA19" w14:textId="77777777" w:rsidR="004A412B" w:rsidRDefault="004A412B">
      <w:pPr>
        <w:spacing w:after="0"/>
      </w:pPr>
    </w:p>
    <w:p w14:paraId="42B9E4C5" w14:textId="77777777" w:rsidR="004A412B" w:rsidRDefault="004F1CCE">
      <w:pPr>
        <w:spacing w:after="0"/>
      </w:pPr>
      <w:r>
        <w:rPr>
          <w:rFonts w:ascii="Arial" w:hAnsi="Arial"/>
          <w:b/>
        </w:rPr>
        <w:t xml:space="preserve">Interviewer P:  </w:t>
      </w:r>
      <w:r>
        <w:rPr>
          <w:rFonts w:ascii="Arial" w:hAnsi="Arial"/>
          <w:color w:val="5D7284"/>
        </w:rPr>
        <w:t>46:29</w:t>
      </w:r>
    </w:p>
    <w:p w14:paraId="708A44C9" w14:textId="64978963" w:rsidR="004A412B" w:rsidRDefault="00683CD5">
      <w:pPr>
        <w:spacing w:after="0"/>
      </w:pPr>
      <w:r>
        <w:rPr>
          <w:rFonts w:ascii="Arial" w:hAnsi="Arial"/>
        </w:rPr>
        <w:t>So, we keep our eye like on that one. Is that one also going into circle?</w:t>
      </w:r>
    </w:p>
    <w:p w14:paraId="037DD074" w14:textId="77777777" w:rsidR="004A412B" w:rsidRDefault="004A412B">
      <w:pPr>
        <w:spacing w:after="0"/>
      </w:pPr>
    </w:p>
    <w:p w14:paraId="0CB2A82B" w14:textId="77777777" w:rsidR="004A412B" w:rsidRDefault="004F1CCE">
      <w:pPr>
        <w:spacing w:after="0"/>
      </w:pPr>
      <w:r>
        <w:rPr>
          <w:rFonts w:ascii="Arial" w:hAnsi="Arial"/>
          <w:b/>
        </w:rPr>
        <w:t xml:space="preserve">Participant #14:   </w:t>
      </w:r>
      <w:r>
        <w:rPr>
          <w:rFonts w:ascii="Arial" w:hAnsi="Arial"/>
          <w:color w:val="5D7284"/>
        </w:rPr>
        <w:t>46:35</w:t>
      </w:r>
    </w:p>
    <w:p w14:paraId="3CEA2BAC" w14:textId="77777777" w:rsidR="004A412B" w:rsidRDefault="004F1CCE">
      <w:pPr>
        <w:spacing w:after="0"/>
      </w:pPr>
      <w:r>
        <w:rPr>
          <w:rFonts w:ascii="Arial" w:hAnsi="Arial"/>
        </w:rPr>
        <w:t xml:space="preserve"> It is. But it's slower. </w:t>
      </w:r>
    </w:p>
    <w:p w14:paraId="7E9A4C35" w14:textId="77777777" w:rsidR="004A412B" w:rsidRDefault="004A412B">
      <w:pPr>
        <w:spacing w:after="0"/>
      </w:pPr>
    </w:p>
    <w:p w14:paraId="006A8E96" w14:textId="77777777" w:rsidR="004A412B" w:rsidRDefault="004F1CCE">
      <w:pPr>
        <w:spacing w:after="0"/>
      </w:pPr>
      <w:r>
        <w:rPr>
          <w:rFonts w:ascii="Arial" w:hAnsi="Arial"/>
          <w:b/>
        </w:rPr>
        <w:t xml:space="preserve">Interviewer P:  </w:t>
      </w:r>
      <w:r>
        <w:rPr>
          <w:rFonts w:ascii="Arial" w:hAnsi="Arial"/>
          <w:color w:val="5D7284"/>
        </w:rPr>
        <w:t>46:41</w:t>
      </w:r>
    </w:p>
    <w:p w14:paraId="12ECB13D" w14:textId="77777777" w:rsidR="004A412B" w:rsidRDefault="004F1CCE">
      <w:pPr>
        <w:spacing w:after="0"/>
      </w:pPr>
      <w:r>
        <w:rPr>
          <w:rFonts w:ascii="Arial" w:hAnsi="Arial"/>
        </w:rPr>
        <w:t>Is it going in the same direction as the ones on the bottom?</w:t>
      </w:r>
    </w:p>
    <w:p w14:paraId="1D58331A" w14:textId="77777777" w:rsidR="004A412B" w:rsidRDefault="004A412B">
      <w:pPr>
        <w:spacing w:after="0"/>
      </w:pPr>
    </w:p>
    <w:p w14:paraId="5BAD256D" w14:textId="77777777" w:rsidR="004A412B" w:rsidRDefault="004F1CCE">
      <w:pPr>
        <w:spacing w:after="0"/>
      </w:pPr>
      <w:r>
        <w:rPr>
          <w:rFonts w:ascii="Arial" w:hAnsi="Arial"/>
          <w:b/>
        </w:rPr>
        <w:t xml:space="preserve">Participant #14:   </w:t>
      </w:r>
      <w:r>
        <w:rPr>
          <w:rFonts w:ascii="Arial" w:hAnsi="Arial"/>
          <w:color w:val="5D7284"/>
        </w:rPr>
        <w:t>46:44</w:t>
      </w:r>
    </w:p>
    <w:p w14:paraId="1C81B8E7" w14:textId="77777777" w:rsidR="004A412B" w:rsidRDefault="004F1CCE">
      <w:pPr>
        <w:spacing w:after="0"/>
      </w:pPr>
      <w:r>
        <w:rPr>
          <w:rFonts w:ascii="Arial" w:hAnsi="Arial"/>
        </w:rPr>
        <w:t>I wanna say yes.</w:t>
      </w:r>
    </w:p>
    <w:p w14:paraId="379F402C" w14:textId="77777777" w:rsidR="004A412B" w:rsidRDefault="004A412B">
      <w:pPr>
        <w:spacing w:after="0"/>
      </w:pPr>
    </w:p>
    <w:p w14:paraId="736DB20C" w14:textId="77777777" w:rsidR="004A412B" w:rsidRDefault="004F1CCE">
      <w:pPr>
        <w:spacing w:after="0"/>
      </w:pPr>
      <w:r>
        <w:rPr>
          <w:rFonts w:ascii="Arial" w:hAnsi="Arial"/>
          <w:b/>
        </w:rPr>
        <w:t xml:space="preserve">Interviewer P:  </w:t>
      </w:r>
      <w:r>
        <w:rPr>
          <w:rFonts w:ascii="Arial" w:hAnsi="Arial"/>
          <w:color w:val="5D7284"/>
        </w:rPr>
        <w:t>46:47</w:t>
      </w:r>
    </w:p>
    <w:p w14:paraId="52545CEF" w14:textId="77777777" w:rsidR="004A412B" w:rsidRDefault="004F1CCE">
      <w:pPr>
        <w:spacing w:after="0"/>
      </w:pPr>
      <w:r>
        <w:rPr>
          <w:rFonts w:ascii="Arial" w:hAnsi="Arial"/>
        </w:rPr>
        <w:t xml:space="preserve">Because it's coming towards us now. </w:t>
      </w:r>
    </w:p>
    <w:p w14:paraId="097E304B" w14:textId="77777777" w:rsidR="004A412B" w:rsidRDefault="004A412B">
      <w:pPr>
        <w:spacing w:after="0"/>
      </w:pPr>
    </w:p>
    <w:p w14:paraId="490F5D33" w14:textId="77777777" w:rsidR="004A412B" w:rsidRDefault="004F1CCE">
      <w:pPr>
        <w:spacing w:after="0"/>
      </w:pPr>
      <w:r>
        <w:rPr>
          <w:rFonts w:ascii="Arial" w:hAnsi="Arial"/>
          <w:b/>
        </w:rPr>
        <w:t xml:space="preserve">Participant #14:   </w:t>
      </w:r>
      <w:r>
        <w:rPr>
          <w:rFonts w:ascii="Arial" w:hAnsi="Arial"/>
          <w:color w:val="5D7284"/>
        </w:rPr>
        <w:t>46:49</w:t>
      </w:r>
    </w:p>
    <w:p w14:paraId="6D7750F4" w14:textId="77777777" w:rsidR="004A412B" w:rsidRDefault="004F1CCE">
      <w:pPr>
        <w:spacing w:after="0"/>
      </w:pPr>
      <w:r>
        <w:rPr>
          <w:rFonts w:ascii="Arial" w:hAnsi="Arial"/>
        </w:rPr>
        <w:lastRenderedPageBreak/>
        <w:t>Yeah.</w:t>
      </w:r>
    </w:p>
    <w:p w14:paraId="1569A245" w14:textId="77777777" w:rsidR="004A412B" w:rsidRDefault="004A412B">
      <w:pPr>
        <w:spacing w:after="0"/>
      </w:pPr>
    </w:p>
    <w:p w14:paraId="1082EDB0" w14:textId="77777777" w:rsidR="004A412B" w:rsidRDefault="004F1CCE">
      <w:pPr>
        <w:spacing w:after="0"/>
      </w:pPr>
      <w:r>
        <w:rPr>
          <w:rFonts w:ascii="Arial" w:hAnsi="Arial"/>
          <w:b/>
        </w:rPr>
        <w:t xml:space="preserve">Interviewer P:  </w:t>
      </w:r>
      <w:r>
        <w:rPr>
          <w:rFonts w:ascii="Arial" w:hAnsi="Arial"/>
          <w:color w:val="5D7284"/>
        </w:rPr>
        <w:t>46:50</w:t>
      </w:r>
    </w:p>
    <w:p w14:paraId="09E52A65" w14:textId="415836C6" w:rsidR="004A412B" w:rsidRDefault="004F1CCE">
      <w:pPr>
        <w:spacing w:after="0"/>
      </w:pPr>
      <w:r>
        <w:rPr>
          <w:rFonts w:ascii="Arial" w:hAnsi="Arial"/>
        </w:rPr>
        <w:t xml:space="preserve">Now it's passing me. But like the one on the bottom, that's red and orange. They're like lapping that green one. </w:t>
      </w:r>
      <w:r w:rsidR="00683CD5">
        <w:rPr>
          <w:rFonts w:ascii="Arial" w:hAnsi="Arial"/>
        </w:rPr>
        <w:t>So,</w:t>
      </w:r>
      <w:r>
        <w:rPr>
          <w:rFonts w:ascii="Arial" w:hAnsi="Arial"/>
        </w:rPr>
        <w:t xml:space="preserve"> it seems like now the ones on the top are going in a circle. Would you agree? </w:t>
      </w:r>
    </w:p>
    <w:p w14:paraId="379813AC" w14:textId="77777777" w:rsidR="004A412B" w:rsidRDefault="004A412B">
      <w:pPr>
        <w:spacing w:after="0"/>
      </w:pPr>
    </w:p>
    <w:p w14:paraId="6037830D" w14:textId="77777777" w:rsidR="004A412B" w:rsidRDefault="004F1CCE">
      <w:pPr>
        <w:spacing w:after="0"/>
      </w:pPr>
      <w:r>
        <w:rPr>
          <w:rFonts w:ascii="Arial" w:hAnsi="Arial"/>
          <w:b/>
        </w:rPr>
        <w:t xml:space="preserve">Participant #14:   </w:t>
      </w:r>
      <w:r>
        <w:rPr>
          <w:rFonts w:ascii="Arial" w:hAnsi="Arial"/>
          <w:color w:val="5D7284"/>
        </w:rPr>
        <w:t>47:03</w:t>
      </w:r>
    </w:p>
    <w:p w14:paraId="4CAB7432" w14:textId="77777777" w:rsidR="004A412B" w:rsidRDefault="004F1CCE">
      <w:pPr>
        <w:spacing w:after="0"/>
      </w:pPr>
      <w:r>
        <w:rPr>
          <w:rFonts w:ascii="Arial" w:hAnsi="Arial"/>
        </w:rPr>
        <w:t>The ones in the top are going to be yes.</w:t>
      </w:r>
    </w:p>
    <w:p w14:paraId="68958046" w14:textId="77777777" w:rsidR="004A412B" w:rsidRDefault="004A412B">
      <w:pPr>
        <w:spacing w:after="0"/>
      </w:pPr>
    </w:p>
    <w:p w14:paraId="4A66DCAA" w14:textId="77777777" w:rsidR="004A412B" w:rsidRDefault="004F1CCE">
      <w:pPr>
        <w:spacing w:after="0"/>
      </w:pPr>
      <w:r>
        <w:rPr>
          <w:rFonts w:ascii="Arial" w:hAnsi="Arial"/>
          <w:b/>
        </w:rPr>
        <w:t xml:space="preserve">Interviewer P:  </w:t>
      </w:r>
      <w:r>
        <w:rPr>
          <w:rFonts w:ascii="Arial" w:hAnsi="Arial"/>
          <w:color w:val="5D7284"/>
        </w:rPr>
        <w:t>47:06</w:t>
      </w:r>
    </w:p>
    <w:p w14:paraId="672C3A6D" w14:textId="77777777" w:rsidR="004A412B" w:rsidRDefault="004F1CCE">
      <w:pPr>
        <w:spacing w:after="0"/>
      </w:pPr>
      <w:r>
        <w:rPr>
          <w:rFonts w:ascii="Arial" w:hAnsi="Arial"/>
        </w:rPr>
        <w:t xml:space="preserve">But they're certainly not going as fast as the ones on the </w:t>
      </w:r>
      <w:r>
        <w:rPr>
          <w:rFonts w:ascii="Arial" w:hAnsi="Arial"/>
        </w:rPr>
        <w:t>bottom any ideas or thoughts? Why that would be?</w:t>
      </w:r>
    </w:p>
    <w:p w14:paraId="26CA4B2E" w14:textId="77777777" w:rsidR="004A412B" w:rsidRDefault="004A412B">
      <w:pPr>
        <w:spacing w:after="0"/>
      </w:pPr>
    </w:p>
    <w:p w14:paraId="39B2E68C" w14:textId="77777777" w:rsidR="004A412B" w:rsidRDefault="004F1CCE">
      <w:pPr>
        <w:spacing w:after="0"/>
      </w:pPr>
      <w:r>
        <w:rPr>
          <w:rFonts w:ascii="Arial" w:hAnsi="Arial"/>
          <w:b/>
        </w:rPr>
        <w:t xml:space="preserve">Participant #14:   </w:t>
      </w:r>
      <w:r>
        <w:rPr>
          <w:rFonts w:ascii="Arial" w:hAnsi="Arial"/>
          <w:color w:val="5D7284"/>
        </w:rPr>
        <w:t>47:16</w:t>
      </w:r>
    </w:p>
    <w:p w14:paraId="1F43639A" w14:textId="77777777" w:rsidR="004A412B" w:rsidRDefault="004F1CCE">
      <w:pPr>
        <w:spacing w:after="0"/>
      </w:pPr>
      <w:r>
        <w:rPr>
          <w:rFonts w:ascii="Arial" w:hAnsi="Arial"/>
        </w:rPr>
        <w:t>Yes, my first thought is that like water it was like a big bang.</w:t>
      </w:r>
    </w:p>
    <w:p w14:paraId="7750BD25" w14:textId="77777777" w:rsidR="004A412B" w:rsidRDefault="004A412B">
      <w:pPr>
        <w:spacing w:after="0"/>
      </w:pPr>
    </w:p>
    <w:p w14:paraId="6F75291A" w14:textId="77777777" w:rsidR="004A412B" w:rsidRDefault="004F1CCE">
      <w:pPr>
        <w:spacing w:after="0"/>
      </w:pPr>
      <w:r>
        <w:rPr>
          <w:rFonts w:ascii="Arial" w:hAnsi="Arial"/>
          <w:b/>
        </w:rPr>
        <w:t xml:space="preserve">Interviewer P:  </w:t>
      </w:r>
      <w:r>
        <w:rPr>
          <w:rFonts w:ascii="Arial" w:hAnsi="Arial"/>
          <w:color w:val="5D7284"/>
        </w:rPr>
        <w:t>47:26</w:t>
      </w:r>
    </w:p>
    <w:p w14:paraId="7CB6C39A" w14:textId="77777777" w:rsidR="004A412B" w:rsidRDefault="004F1CCE">
      <w:pPr>
        <w:spacing w:after="0"/>
      </w:pPr>
      <w:r>
        <w:rPr>
          <w:rFonts w:ascii="Arial" w:hAnsi="Arial"/>
        </w:rPr>
        <w:t>Oh, so.</w:t>
      </w:r>
    </w:p>
    <w:p w14:paraId="0A7AE036" w14:textId="77777777" w:rsidR="004A412B" w:rsidRDefault="004A412B">
      <w:pPr>
        <w:spacing w:after="0"/>
      </w:pPr>
    </w:p>
    <w:p w14:paraId="26F8356F" w14:textId="77777777" w:rsidR="004A412B" w:rsidRDefault="004F1CCE">
      <w:pPr>
        <w:spacing w:after="0"/>
      </w:pPr>
      <w:r>
        <w:rPr>
          <w:rFonts w:ascii="Arial" w:hAnsi="Arial"/>
          <w:b/>
        </w:rPr>
        <w:t xml:space="preserve">Participant #14:   </w:t>
      </w:r>
      <w:r>
        <w:rPr>
          <w:rFonts w:ascii="Arial" w:hAnsi="Arial"/>
          <w:color w:val="5D7284"/>
        </w:rPr>
        <w:t>47:28</w:t>
      </w:r>
    </w:p>
    <w:p w14:paraId="1B26B78C" w14:textId="77777777" w:rsidR="004A412B" w:rsidRDefault="004F1CCE">
      <w:pPr>
        <w:spacing w:after="0"/>
      </w:pPr>
      <w:r>
        <w:rPr>
          <w:rFonts w:ascii="Arial" w:hAnsi="Arial"/>
        </w:rPr>
        <w:t xml:space="preserve">So maybe it's just looks like it's (spinning).... </w:t>
      </w:r>
    </w:p>
    <w:p w14:paraId="375C2FA1" w14:textId="77777777" w:rsidR="004A412B" w:rsidRDefault="004A412B">
      <w:pPr>
        <w:spacing w:after="0"/>
      </w:pPr>
    </w:p>
    <w:p w14:paraId="669C0F0C" w14:textId="77777777" w:rsidR="004A412B" w:rsidRDefault="004F1CCE">
      <w:pPr>
        <w:spacing w:after="0"/>
      </w:pPr>
      <w:r>
        <w:rPr>
          <w:rFonts w:ascii="Arial" w:hAnsi="Arial"/>
          <w:b/>
        </w:rPr>
        <w:t xml:space="preserve">Interviewer P:  </w:t>
      </w:r>
      <w:r>
        <w:rPr>
          <w:rFonts w:ascii="Arial" w:hAnsi="Arial"/>
          <w:color w:val="5D7284"/>
        </w:rPr>
        <w:t>47:34</w:t>
      </w:r>
    </w:p>
    <w:p w14:paraId="0BFA3E37" w14:textId="77777777" w:rsidR="004A412B" w:rsidRDefault="004F1CCE">
      <w:pPr>
        <w:spacing w:after="0"/>
      </w:pPr>
      <w:r>
        <w:rPr>
          <w:rFonts w:ascii="Arial" w:hAnsi="Arial"/>
        </w:rPr>
        <w:t>So somehow our perception of the fish on the bottom is being distorted by the water?</w:t>
      </w:r>
    </w:p>
    <w:p w14:paraId="1A318B51" w14:textId="77777777" w:rsidR="004A412B" w:rsidRDefault="004A412B">
      <w:pPr>
        <w:spacing w:after="0"/>
      </w:pPr>
    </w:p>
    <w:p w14:paraId="79BA52E7" w14:textId="77777777" w:rsidR="004A412B" w:rsidRDefault="004F1CCE">
      <w:pPr>
        <w:spacing w:after="0"/>
      </w:pPr>
      <w:r>
        <w:rPr>
          <w:rFonts w:ascii="Arial" w:hAnsi="Arial"/>
          <w:b/>
        </w:rPr>
        <w:t xml:space="preserve">Participant #14:   </w:t>
      </w:r>
      <w:r>
        <w:rPr>
          <w:rFonts w:ascii="Arial" w:hAnsi="Arial"/>
          <w:color w:val="5D7284"/>
        </w:rPr>
        <w:t>47:40</w:t>
      </w:r>
    </w:p>
    <w:p w14:paraId="7C0B55C2" w14:textId="77777777" w:rsidR="004A412B" w:rsidRDefault="004F1CCE">
      <w:pPr>
        <w:spacing w:after="0"/>
      </w:pPr>
      <w:r>
        <w:rPr>
          <w:rFonts w:ascii="Arial" w:hAnsi="Arial"/>
        </w:rPr>
        <w:t>Yeah, maybe.</w:t>
      </w:r>
    </w:p>
    <w:p w14:paraId="59E5FE9E" w14:textId="77777777" w:rsidR="004A412B" w:rsidRDefault="004A412B">
      <w:pPr>
        <w:spacing w:after="0"/>
      </w:pPr>
    </w:p>
    <w:p w14:paraId="6765D913" w14:textId="77777777" w:rsidR="004A412B" w:rsidRDefault="004F1CCE">
      <w:pPr>
        <w:spacing w:after="0"/>
      </w:pPr>
      <w:r>
        <w:rPr>
          <w:rFonts w:ascii="Arial" w:hAnsi="Arial"/>
          <w:b/>
        </w:rPr>
        <w:t xml:space="preserve">Interviewer P:  </w:t>
      </w:r>
      <w:r>
        <w:rPr>
          <w:rFonts w:ascii="Arial" w:hAnsi="Arial"/>
          <w:color w:val="5D7284"/>
        </w:rPr>
        <w:t>47:45</w:t>
      </w:r>
    </w:p>
    <w:p w14:paraId="49459A66" w14:textId="77777777" w:rsidR="004A412B" w:rsidRDefault="004F1CCE">
      <w:pPr>
        <w:spacing w:after="0"/>
      </w:pPr>
      <w:r>
        <w:rPr>
          <w:rFonts w:ascii="Arial" w:hAnsi="Arial"/>
        </w:rPr>
        <w:t>What do you think will happen when I stop it?</w:t>
      </w:r>
    </w:p>
    <w:p w14:paraId="0E41157F" w14:textId="77777777" w:rsidR="004A412B" w:rsidRDefault="004A412B">
      <w:pPr>
        <w:spacing w:after="0"/>
      </w:pPr>
    </w:p>
    <w:p w14:paraId="71E265D3" w14:textId="77777777" w:rsidR="004A412B" w:rsidRDefault="004F1CCE">
      <w:pPr>
        <w:spacing w:after="0"/>
      </w:pPr>
      <w:r>
        <w:rPr>
          <w:rFonts w:ascii="Arial" w:hAnsi="Arial"/>
          <w:b/>
        </w:rPr>
        <w:t xml:space="preserve">Participant #14:   </w:t>
      </w:r>
      <w:r>
        <w:rPr>
          <w:rFonts w:ascii="Arial" w:hAnsi="Arial"/>
          <w:color w:val="5D7284"/>
        </w:rPr>
        <w:t>47:54</w:t>
      </w:r>
    </w:p>
    <w:p w14:paraId="156954CE" w14:textId="77777777" w:rsidR="004A412B" w:rsidRDefault="004F1CCE">
      <w:pPr>
        <w:spacing w:after="0"/>
      </w:pPr>
      <w:r>
        <w:rPr>
          <w:rFonts w:ascii="Arial" w:hAnsi="Arial"/>
        </w:rPr>
        <w:t xml:space="preserve">Maybe the fish would kind of go the opposite direction. </w:t>
      </w:r>
    </w:p>
    <w:p w14:paraId="04E70DC6" w14:textId="77777777" w:rsidR="004A412B" w:rsidRDefault="004A412B">
      <w:pPr>
        <w:spacing w:after="0"/>
      </w:pPr>
    </w:p>
    <w:p w14:paraId="2F081B7B" w14:textId="77777777" w:rsidR="004A412B" w:rsidRDefault="004F1CCE">
      <w:pPr>
        <w:spacing w:after="0"/>
      </w:pPr>
      <w:r>
        <w:rPr>
          <w:rFonts w:ascii="Arial" w:hAnsi="Arial"/>
          <w:b/>
        </w:rPr>
        <w:t xml:space="preserve">Interviewer P:  </w:t>
      </w:r>
      <w:r>
        <w:rPr>
          <w:rFonts w:ascii="Arial" w:hAnsi="Arial"/>
          <w:color w:val="5D7284"/>
        </w:rPr>
        <w:t>47:59</w:t>
      </w:r>
    </w:p>
    <w:p w14:paraId="6512FA26" w14:textId="1E682D33" w:rsidR="004A412B" w:rsidRDefault="00683CD5">
      <w:pPr>
        <w:spacing w:after="0"/>
      </w:pPr>
      <w:r>
        <w:rPr>
          <w:rFonts w:ascii="Arial" w:hAnsi="Arial"/>
        </w:rPr>
        <w:t>So, they'll turn around and go backwards?</w:t>
      </w:r>
    </w:p>
    <w:p w14:paraId="2413740D" w14:textId="77777777" w:rsidR="004A412B" w:rsidRDefault="004A412B">
      <w:pPr>
        <w:spacing w:after="0"/>
      </w:pPr>
    </w:p>
    <w:p w14:paraId="1957CDF3" w14:textId="77777777" w:rsidR="004A412B" w:rsidRDefault="004F1CCE">
      <w:pPr>
        <w:spacing w:after="0"/>
      </w:pPr>
      <w:r>
        <w:rPr>
          <w:rFonts w:ascii="Arial" w:hAnsi="Arial"/>
          <w:b/>
        </w:rPr>
        <w:t xml:space="preserve">Participant #14:   </w:t>
      </w:r>
      <w:r>
        <w:rPr>
          <w:rFonts w:ascii="Arial" w:hAnsi="Arial"/>
          <w:color w:val="5D7284"/>
        </w:rPr>
        <w:t>48:01</w:t>
      </w:r>
    </w:p>
    <w:p w14:paraId="588491BB" w14:textId="77777777" w:rsidR="004A412B" w:rsidRDefault="004F1CCE">
      <w:pPr>
        <w:spacing w:after="0"/>
      </w:pPr>
      <w:r>
        <w:rPr>
          <w:rFonts w:ascii="Arial" w:hAnsi="Arial"/>
        </w:rPr>
        <w:t>For a little.</w:t>
      </w:r>
    </w:p>
    <w:p w14:paraId="70D7A473" w14:textId="77777777" w:rsidR="004A412B" w:rsidRDefault="004A412B">
      <w:pPr>
        <w:spacing w:after="0"/>
      </w:pPr>
    </w:p>
    <w:p w14:paraId="1BCCB0BD" w14:textId="77777777" w:rsidR="004A412B" w:rsidRDefault="004F1CCE">
      <w:pPr>
        <w:spacing w:after="0"/>
      </w:pPr>
      <w:r>
        <w:rPr>
          <w:rFonts w:ascii="Arial" w:hAnsi="Arial"/>
          <w:b/>
        </w:rPr>
        <w:t xml:space="preserve">Interviewer P:  </w:t>
      </w:r>
      <w:r>
        <w:rPr>
          <w:rFonts w:ascii="Arial" w:hAnsi="Arial"/>
          <w:color w:val="5D7284"/>
        </w:rPr>
        <w:t>48:02</w:t>
      </w:r>
    </w:p>
    <w:p w14:paraId="16A4F7CA" w14:textId="77777777" w:rsidR="004A412B" w:rsidRDefault="004F1CCE">
      <w:pPr>
        <w:spacing w:after="0"/>
      </w:pPr>
      <w:r>
        <w:rPr>
          <w:rFonts w:ascii="Arial" w:hAnsi="Arial"/>
        </w:rPr>
        <w:t>All of them?</w:t>
      </w:r>
    </w:p>
    <w:p w14:paraId="51C2AB8A" w14:textId="77777777" w:rsidR="004A412B" w:rsidRDefault="004A412B">
      <w:pPr>
        <w:spacing w:after="0"/>
      </w:pPr>
    </w:p>
    <w:p w14:paraId="343BBEF3" w14:textId="77777777" w:rsidR="004A412B" w:rsidRDefault="004F1CCE">
      <w:pPr>
        <w:spacing w:after="0"/>
      </w:pPr>
      <w:r>
        <w:rPr>
          <w:rFonts w:ascii="Arial" w:hAnsi="Arial"/>
          <w:b/>
        </w:rPr>
        <w:t xml:space="preserve">Participant #14:   </w:t>
      </w:r>
      <w:r>
        <w:rPr>
          <w:rFonts w:ascii="Arial" w:hAnsi="Arial"/>
          <w:color w:val="5D7284"/>
        </w:rPr>
        <w:t>48:09</w:t>
      </w:r>
    </w:p>
    <w:p w14:paraId="731946BE" w14:textId="77777777" w:rsidR="004A412B" w:rsidRDefault="004F1CCE">
      <w:pPr>
        <w:spacing w:after="0"/>
      </w:pPr>
      <w:r>
        <w:rPr>
          <w:rFonts w:ascii="Arial" w:hAnsi="Arial"/>
        </w:rPr>
        <w:lastRenderedPageBreak/>
        <w:t>Maybe just the one's at the top.</w:t>
      </w:r>
    </w:p>
    <w:p w14:paraId="2BBBD864" w14:textId="77777777" w:rsidR="004A412B" w:rsidRDefault="004A412B">
      <w:pPr>
        <w:spacing w:after="0"/>
      </w:pPr>
    </w:p>
    <w:p w14:paraId="6069476C" w14:textId="77777777" w:rsidR="004A412B" w:rsidRDefault="004F1CCE">
      <w:pPr>
        <w:spacing w:after="0"/>
      </w:pPr>
      <w:r>
        <w:rPr>
          <w:rFonts w:ascii="Arial" w:hAnsi="Arial"/>
          <w:b/>
        </w:rPr>
        <w:t xml:space="preserve">Interviewer P:  </w:t>
      </w:r>
      <w:r>
        <w:rPr>
          <w:rFonts w:ascii="Arial" w:hAnsi="Arial"/>
          <w:color w:val="5D7284"/>
        </w:rPr>
        <w:t>48:11</w:t>
      </w:r>
    </w:p>
    <w:p w14:paraId="41E5E4EF" w14:textId="77777777" w:rsidR="004A412B" w:rsidRDefault="004F1CCE">
      <w:pPr>
        <w:spacing w:after="0"/>
      </w:pPr>
      <w:r>
        <w:rPr>
          <w:rFonts w:ascii="Arial" w:hAnsi="Arial"/>
        </w:rPr>
        <w:t xml:space="preserve">Let's see. </w:t>
      </w:r>
    </w:p>
    <w:p w14:paraId="2B8C717A" w14:textId="77777777" w:rsidR="004A412B" w:rsidRDefault="004A412B">
      <w:pPr>
        <w:spacing w:after="0"/>
      </w:pPr>
    </w:p>
    <w:p w14:paraId="45EA2831" w14:textId="77777777" w:rsidR="004A412B" w:rsidRDefault="004F1CCE">
      <w:pPr>
        <w:spacing w:after="0"/>
      </w:pPr>
      <w:r>
        <w:rPr>
          <w:rFonts w:ascii="Arial" w:hAnsi="Arial"/>
          <w:b/>
        </w:rPr>
        <w:t xml:space="preserve">Participant #14:   </w:t>
      </w:r>
      <w:r>
        <w:rPr>
          <w:rFonts w:ascii="Arial" w:hAnsi="Arial"/>
          <w:color w:val="5D7284"/>
        </w:rPr>
        <w:t>48:23</w:t>
      </w:r>
    </w:p>
    <w:p w14:paraId="4314B598" w14:textId="77777777" w:rsidR="004A412B" w:rsidRDefault="004F1CCE">
      <w:pPr>
        <w:spacing w:after="0"/>
      </w:pPr>
      <w:r>
        <w:rPr>
          <w:rFonts w:ascii="Arial" w:hAnsi="Arial"/>
        </w:rPr>
        <w:t>There going.</w:t>
      </w:r>
    </w:p>
    <w:p w14:paraId="0C87613D" w14:textId="77777777" w:rsidR="004A412B" w:rsidRDefault="004A412B">
      <w:pPr>
        <w:spacing w:after="0"/>
      </w:pPr>
    </w:p>
    <w:p w14:paraId="40AA0C8B" w14:textId="77777777" w:rsidR="004A412B" w:rsidRDefault="004F1CCE">
      <w:pPr>
        <w:spacing w:after="0"/>
      </w:pPr>
      <w:r>
        <w:rPr>
          <w:rFonts w:ascii="Arial" w:hAnsi="Arial"/>
          <w:b/>
        </w:rPr>
        <w:t xml:space="preserve">Interviewer P:  </w:t>
      </w:r>
      <w:r>
        <w:rPr>
          <w:rFonts w:ascii="Arial" w:hAnsi="Arial"/>
          <w:color w:val="5D7284"/>
        </w:rPr>
        <w:t>48:26</w:t>
      </w:r>
    </w:p>
    <w:p w14:paraId="56B010DA" w14:textId="77777777" w:rsidR="004A412B" w:rsidRDefault="004F1CCE">
      <w:pPr>
        <w:spacing w:after="0"/>
      </w:pPr>
      <w:r>
        <w:rPr>
          <w:rFonts w:ascii="Arial" w:hAnsi="Arial"/>
        </w:rPr>
        <w:t>Are they going backwards?</w:t>
      </w:r>
    </w:p>
    <w:p w14:paraId="3B836BAA" w14:textId="77777777" w:rsidR="004A412B" w:rsidRDefault="004A412B">
      <w:pPr>
        <w:spacing w:after="0"/>
      </w:pPr>
    </w:p>
    <w:p w14:paraId="3BC624E3" w14:textId="77777777" w:rsidR="004A412B" w:rsidRDefault="004F1CCE">
      <w:pPr>
        <w:spacing w:after="0"/>
      </w:pPr>
      <w:r>
        <w:rPr>
          <w:rFonts w:ascii="Arial" w:hAnsi="Arial"/>
          <w:b/>
        </w:rPr>
        <w:t xml:space="preserve">Participant #14:   </w:t>
      </w:r>
      <w:r>
        <w:rPr>
          <w:rFonts w:ascii="Arial" w:hAnsi="Arial"/>
          <w:color w:val="5D7284"/>
        </w:rPr>
        <w:t>48:27</w:t>
      </w:r>
    </w:p>
    <w:p w14:paraId="3B81E0EC" w14:textId="77777777" w:rsidR="004A412B" w:rsidRDefault="004F1CCE">
      <w:pPr>
        <w:spacing w:after="0"/>
      </w:pPr>
      <w:r>
        <w:rPr>
          <w:rFonts w:ascii="Arial" w:hAnsi="Arial"/>
        </w:rPr>
        <w:t xml:space="preserve"> No, but they're definitely going.</w:t>
      </w:r>
    </w:p>
    <w:p w14:paraId="009E8A04" w14:textId="77777777" w:rsidR="004A412B" w:rsidRDefault="004A412B">
      <w:pPr>
        <w:spacing w:after="0"/>
      </w:pPr>
    </w:p>
    <w:p w14:paraId="5D216B7B" w14:textId="77777777" w:rsidR="004A412B" w:rsidRDefault="004F1CCE">
      <w:pPr>
        <w:spacing w:after="0"/>
      </w:pPr>
      <w:r>
        <w:rPr>
          <w:rFonts w:ascii="Arial" w:hAnsi="Arial"/>
          <w:b/>
        </w:rPr>
        <w:t xml:space="preserve">Interviewer P:  </w:t>
      </w:r>
      <w:r>
        <w:rPr>
          <w:rFonts w:ascii="Arial" w:hAnsi="Arial"/>
          <w:color w:val="5D7284"/>
        </w:rPr>
        <w:t>48:32</w:t>
      </w:r>
    </w:p>
    <w:p w14:paraId="66253815" w14:textId="77777777" w:rsidR="004A412B" w:rsidRDefault="004F1CCE">
      <w:pPr>
        <w:spacing w:after="0"/>
      </w:pPr>
      <w:r>
        <w:rPr>
          <w:rFonts w:ascii="Arial" w:hAnsi="Arial"/>
        </w:rPr>
        <w:t>Yeah, I wonder why they keep going like that and a lot of the ones on the bottom have stopped and yet the ones on the top keep going. I wonder why.</w:t>
      </w:r>
    </w:p>
    <w:p w14:paraId="3CE5603C" w14:textId="77777777" w:rsidR="004A412B" w:rsidRDefault="004A412B">
      <w:pPr>
        <w:spacing w:after="0"/>
      </w:pPr>
    </w:p>
    <w:p w14:paraId="46A9B922" w14:textId="77777777" w:rsidR="004A412B" w:rsidRDefault="004F1CCE">
      <w:pPr>
        <w:spacing w:after="0"/>
      </w:pPr>
      <w:r>
        <w:rPr>
          <w:rFonts w:ascii="Arial" w:hAnsi="Arial"/>
          <w:b/>
        </w:rPr>
        <w:t xml:space="preserve">Participant #14:   </w:t>
      </w:r>
      <w:r>
        <w:rPr>
          <w:rFonts w:ascii="Arial" w:hAnsi="Arial"/>
          <w:color w:val="5D7284"/>
        </w:rPr>
        <w:t>49:03</w:t>
      </w:r>
    </w:p>
    <w:p w14:paraId="7830374C" w14:textId="77777777" w:rsidR="004A412B" w:rsidRDefault="004F1CCE">
      <w:pPr>
        <w:spacing w:after="0"/>
      </w:pPr>
      <w:r>
        <w:rPr>
          <w:rFonts w:ascii="Arial" w:hAnsi="Arial"/>
        </w:rPr>
        <w:t xml:space="preserve">Do you know why? </w:t>
      </w:r>
    </w:p>
    <w:p w14:paraId="6CC658AA" w14:textId="77777777" w:rsidR="004A412B" w:rsidRDefault="004A412B">
      <w:pPr>
        <w:spacing w:after="0"/>
      </w:pPr>
    </w:p>
    <w:p w14:paraId="10446DEB" w14:textId="77777777" w:rsidR="004A412B" w:rsidRDefault="004F1CCE">
      <w:pPr>
        <w:spacing w:after="0"/>
      </w:pPr>
      <w:r>
        <w:rPr>
          <w:rFonts w:ascii="Arial" w:hAnsi="Arial"/>
          <w:b/>
        </w:rPr>
        <w:t xml:space="preserve">Interviewer P:  </w:t>
      </w:r>
      <w:r>
        <w:rPr>
          <w:rFonts w:ascii="Arial" w:hAnsi="Arial"/>
          <w:color w:val="5D7284"/>
        </w:rPr>
        <w:t>49:07</w:t>
      </w:r>
    </w:p>
    <w:p w14:paraId="2C398319" w14:textId="398868CD" w:rsidR="004A412B" w:rsidRDefault="004F1CCE">
      <w:pPr>
        <w:spacing w:after="0"/>
      </w:pPr>
      <w:r>
        <w:rPr>
          <w:rFonts w:ascii="Arial" w:hAnsi="Arial"/>
        </w:rPr>
        <w:t xml:space="preserve">Well, the water on the top isn't touching the sides or the bottom of the tank. </w:t>
      </w:r>
      <w:r w:rsidR="00683CD5">
        <w:rPr>
          <w:rFonts w:ascii="Arial" w:hAnsi="Arial"/>
        </w:rPr>
        <w:t>So,</w:t>
      </w:r>
      <w:r>
        <w:rPr>
          <w:rFonts w:ascii="Arial" w:hAnsi="Arial"/>
        </w:rPr>
        <w:t xml:space="preserve"> there could be a little bit of a lag to get it going and and similarly to get it stopped. Now all the ones on the bottom are done and the ones on the top are still going. That is all and our time is just about up so.</w:t>
      </w:r>
    </w:p>
    <w:sectPr w:rsidR="004A412B" w:rsidSect="006B3BA3">
      <w:headerReference w:type="even" r:id="rId11"/>
      <w:headerReference w:type="default" r:id="rId12"/>
      <w:footerReference w:type="even" r:id="rId13"/>
      <w:footerReference w:type="default" r:id="rId14"/>
      <w:headerReference w:type="first" r:id="rId15"/>
      <w:footerReference w:type="first" r:id="rId16"/>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9949E7" w14:textId="77777777" w:rsidR="006B3BA3" w:rsidRDefault="006B3BA3">
      <w:pPr>
        <w:spacing w:after="0" w:line="240" w:lineRule="auto"/>
      </w:pPr>
      <w:r>
        <w:separator/>
      </w:r>
    </w:p>
  </w:endnote>
  <w:endnote w:type="continuationSeparator" w:id="0">
    <w:p w14:paraId="3FD06CFD" w14:textId="77777777" w:rsidR="006B3BA3" w:rsidRDefault="006B3B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50D257F6"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30855DF9"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772D8A0"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347D6E78"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4B03D3E6" w14:textId="77777777"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A61E04"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4A290B" w14:textId="77777777" w:rsidR="006B3BA3" w:rsidRDefault="006B3BA3">
      <w:pPr>
        <w:spacing w:after="0" w:line="240" w:lineRule="auto"/>
      </w:pPr>
      <w:r>
        <w:separator/>
      </w:r>
    </w:p>
  </w:footnote>
  <w:footnote w:type="continuationSeparator" w:id="0">
    <w:p w14:paraId="6C5A47F7" w14:textId="77777777" w:rsidR="006B3BA3" w:rsidRDefault="006B3BA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84300E"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BDAD80"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E5F7AC"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386993602">
    <w:abstractNumId w:val="8"/>
  </w:num>
  <w:num w:numId="2" w16cid:durableId="1420909277">
    <w:abstractNumId w:val="6"/>
  </w:num>
  <w:num w:numId="3" w16cid:durableId="959919285">
    <w:abstractNumId w:val="5"/>
  </w:num>
  <w:num w:numId="4" w16cid:durableId="318072040">
    <w:abstractNumId w:val="4"/>
  </w:num>
  <w:num w:numId="5" w16cid:durableId="1679849859">
    <w:abstractNumId w:val="7"/>
  </w:num>
  <w:num w:numId="6" w16cid:durableId="2093504420">
    <w:abstractNumId w:val="3"/>
  </w:num>
  <w:num w:numId="7" w16cid:durableId="566067103">
    <w:abstractNumId w:val="2"/>
  </w:num>
  <w:num w:numId="8" w16cid:durableId="1631596853">
    <w:abstractNumId w:val="1"/>
  </w:num>
  <w:num w:numId="9" w16cid:durableId="11476722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3B736A"/>
    <w:rsid w:val="004A412B"/>
    <w:rsid w:val="004A641F"/>
    <w:rsid w:val="004B593C"/>
    <w:rsid w:val="004F1CCE"/>
    <w:rsid w:val="00683CD5"/>
    <w:rsid w:val="006B3BA3"/>
    <w:rsid w:val="006E2A8C"/>
    <w:rsid w:val="007749AF"/>
    <w:rsid w:val="00794EBC"/>
    <w:rsid w:val="00930F33"/>
    <w:rsid w:val="009419C9"/>
    <w:rsid w:val="009C3AF0"/>
    <w:rsid w:val="00A12EE5"/>
    <w:rsid w:val="00AA1D8D"/>
    <w:rsid w:val="00B47730"/>
    <w:rsid w:val="00BA4C2B"/>
    <w:rsid w:val="00BD0140"/>
    <w:rsid w:val="00C24502"/>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AABE362"/>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customXml/itemProps2.xml><?xml version="1.0" encoding="utf-8"?>
<ds:datastoreItem xmlns:ds="http://schemas.openxmlformats.org/officeDocument/2006/customXml" ds:itemID="{52B7A672-B1EB-4559-935A-3B3C601B80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793F661-8692-46E7-8BC3-1F5520F2EA42}">
  <ds:schemaRefs>
    <ds:schemaRef ds:uri="http://schemas.microsoft.com/sharepoint/v3/contenttype/forms"/>
  </ds:schemaRefs>
</ds:datastoreItem>
</file>

<file path=customXml/itemProps4.xml><?xml version="1.0" encoding="utf-8"?>
<ds:datastoreItem xmlns:ds="http://schemas.openxmlformats.org/officeDocument/2006/customXml" ds:itemID="{B3412CC7-001C-47C5-AFEA-F36531164C51}">
  <ds:schemaRefs>
    <ds:schemaRef ds:uri="http://schemas.microsoft.com/office/infopath/2007/PartnerControls"/>
    <ds:schemaRef ds:uri="eeef5ad7-d6de-419e-9305-cd9bdd8d89a9"/>
    <ds:schemaRef ds:uri="http://schemas.microsoft.com/office/2006/metadata/properties"/>
    <ds:schemaRef ds:uri="http://www.w3.org/XML/1998/namespace"/>
    <ds:schemaRef ds:uri="http://purl.org/dc/dcmitype/"/>
    <ds:schemaRef ds:uri="http://schemas.openxmlformats.org/package/2006/metadata/core-properties"/>
    <ds:schemaRef ds:uri="http://purl.org/dc/elements/1.1/"/>
    <ds:schemaRef ds:uri="http://schemas.microsoft.com/office/2006/documentManagement/types"/>
    <ds:schemaRef ds:uri="5b1983e9-55b4-4f9e-a196-30376d2238aa"/>
    <ds:schemaRef ds:uri="http://schemas.microsoft.com/sharepoint/v3"/>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4444</Words>
  <Characters>25331</Characters>
  <Application>Microsoft Office Word</Application>
  <DocSecurity>4</DocSecurity>
  <Lines>211</Lines>
  <Paragraphs>59</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29716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Zukowski, Adam</cp:lastModifiedBy>
  <cp:revision>2</cp:revision>
  <dcterms:created xsi:type="dcterms:W3CDTF">2024-05-21T16:12:00Z</dcterms:created>
  <dcterms:modified xsi:type="dcterms:W3CDTF">2024-05-21T16:12:00Z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