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E8567" w14:textId="77777777" w:rsidR="00930F33" w:rsidRDefault="00930F33">
      <w:pPr>
        <w:spacing w:after="0"/>
        <w:rPr>
          <w:lang w:eastAsia="zh-CN"/>
        </w:rPr>
      </w:pPr>
    </w:p>
    <w:p w14:paraId="15109FCE" w14:textId="35200017" w:rsidR="004129AE" w:rsidRDefault="0014084E">
      <w:r>
        <w:rPr>
          <w:rFonts w:ascii="Arial" w:hAnsi="Arial"/>
          <w:sz w:val="48"/>
        </w:rPr>
        <w:t>Participant #7 Audio</w:t>
      </w:r>
    </w:p>
    <w:p w14:paraId="39CF5E14" w14:textId="242FAB78" w:rsidR="004129AE" w:rsidRDefault="00570DD5">
      <w:r>
        <w:rPr>
          <w:rFonts w:ascii="Arial" w:hAnsi="Arial"/>
          <w:color w:val="4F6880"/>
        </w:rPr>
        <w:t xml:space="preserve">Sat, Nov 11, </w:t>
      </w:r>
      <w:r w:rsidR="0014084E">
        <w:rPr>
          <w:rFonts w:ascii="Arial" w:hAnsi="Arial"/>
          <w:color w:val="4F6880"/>
        </w:rPr>
        <w:t>2023,</w:t>
      </w:r>
      <w:r>
        <w:rPr>
          <w:rFonts w:ascii="Arial" w:hAnsi="Arial"/>
          <w:color w:val="4F6880"/>
        </w:rPr>
        <w:t xml:space="preserve"> 10:32AM • 55:24</w:t>
      </w:r>
    </w:p>
    <w:p w14:paraId="6359009A" w14:textId="77777777" w:rsidR="004129AE" w:rsidRDefault="00570DD5">
      <w:pPr>
        <w:spacing w:before="440" w:after="0"/>
      </w:pPr>
      <w:r>
        <w:rPr>
          <w:rFonts w:ascii="Arial" w:hAnsi="Arial"/>
          <w:b/>
          <w:color w:val="4F6880"/>
        </w:rPr>
        <w:t>SUMMARY KEYWORDS</w:t>
      </w:r>
    </w:p>
    <w:p w14:paraId="6878FDE4" w14:textId="038DC000" w:rsidR="004129AE" w:rsidRDefault="00570DD5">
      <w:r>
        <w:rPr>
          <w:rFonts w:ascii="Arial" w:hAnsi="Arial"/>
          <w:color w:val="4F6880"/>
        </w:rPr>
        <w:t xml:space="preserve">rotation, molecules, water, rotating, force, gravity, warm water, bottom, physics, tornado, tank, top, little bit, temperature, feel, sink, jell, hurricane, jello, </w:t>
      </w:r>
      <w:r w:rsidR="0014084E">
        <w:rPr>
          <w:rFonts w:ascii="Arial" w:hAnsi="Arial"/>
          <w:color w:val="4F6880"/>
        </w:rPr>
        <w:t>cyclone.</w:t>
      </w:r>
    </w:p>
    <w:p w14:paraId="04B10DE4" w14:textId="77777777" w:rsidR="004129AE" w:rsidRDefault="00570DD5">
      <w:pPr>
        <w:spacing w:before="440" w:after="0"/>
      </w:pPr>
      <w:r>
        <w:rPr>
          <w:rFonts w:ascii="Arial" w:hAnsi="Arial"/>
          <w:b/>
          <w:color w:val="4F6880"/>
        </w:rPr>
        <w:t>SPEAKERS</w:t>
      </w:r>
    </w:p>
    <w:p w14:paraId="176E9330" w14:textId="2D519AE9" w:rsidR="004129AE" w:rsidRDefault="00570DD5">
      <w:r>
        <w:rPr>
          <w:rFonts w:ascii="Arial" w:hAnsi="Arial"/>
          <w:color w:val="4F6880"/>
        </w:rPr>
        <w:t>Participant#</w:t>
      </w:r>
      <w:r w:rsidR="0014084E">
        <w:rPr>
          <w:rFonts w:ascii="Arial" w:hAnsi="Arial"/>
          <w:color w:val="4F6880"/>
        </w:rPr>
        <w:t>7:</w:t>
      </w:r>
      <w:r>
        <w:rPr>
          <w:rFonts w:ascii="Arial" w:hAnsi="Arial"/>
          <w:color w:val="4F6880"/>
        </w:rPr>
        <w:t xml:space="preserve"> Interviewer P:</w:t>
      </w:r>
    </w:p>
    <w:p w14:paraId="08114420" w14:textId="77777777" w:rsidR="004129AE" w:rsidRDefault="004129AE">
      <w:pPr>
        <w:spacing w:after="0"/>
      </w:pPr>
    </w:p>
    <w:p w14:paraId="196F2F22" w14:textId="77777777" w:rsidR="004129AE" w:rsidRDefault="00570DD5">
      <w:pPr>
        <w:spacing w:after="0"/>
      </w:pPr>
      <w:r>
        <w:rPr>
          <w:rFonts w:ascii="Arial" w:hAnsi="Arial"/>
          <w:b/>
        </w:rPr>
        <w:t xml:space="preserve">Interviewer P:  </w:t>
      </w:r>
      <w:r>
        <w:rPr>
          <w:rFonts w:ascii="Arial" w:hAnsi="Arial"/>
          <w:color w:val="5D7284"/>
        </w:rPr>
        <w:t>00:01</w:t>
      </w:r>
    </w:p>
    <w:p w14:paraId="596FE4F8" w14:textId="77777777" w:rsidR="004129AE" w:rsidRDefault="00570DD5">
      <w:pPr>
        <w:spacing w:after="0"/>
      </w:pPr>
      <w:r>
        <w:rPr>
          <w:rFonts w:ascii="Arial" w:hAnsi="Arial"/>
        </w:rPr>
        <w:t xml:space="preserve">Alright, so this is participant number seven. Alright, so first thing that we're going to do is work with some cold and warm water. You can feel the sides of these to see the temperature difference. </w:t>
      </w:r>
    </w:p>
    <w:p w14:paraId="34AFF215" w14:textId="77777777" w:rsidR="004129AE" w:rsidRDefault="004129AE">
      <w:pPr>
        <w:spacing w:after="0"/>
      </w:pPr>
    </w:p>
    <w:p w14:paraId="5CE6F05C" w14:textId="77777777" w:rsidR="004129AE" w:rsidRDefault="00570DD5">
      <w:pPr>
        <w:spacing w:after="0"/>
      </w:pPr>
      <w:r>
        <w:rPr>
          <w:rFonts w:ascii="Arial" w:hAnsi="Arial"/>
          <w:b/>
        </w:rPr>
        <w:t xml:space="preserve">Participant#7:  </w:t>
      </w:r>
      <w:r>
        <w:rPr>
          <w:rFonts w:ascii="Arial" w:hAnsi="Arial"/>
          <w:color w:val="5D7284"/>
        </w:rPr>
        <w:t>00:12</w:t>
      </w:r>
    </w:p>
    <w:p w14:paraId="229FE65F" w14:textId="77777777" w:rsidR="004129AE" w:rsidRDefault="00570DD5">
      <w:pPr>
        <w:spacing w:after="0"/>
      </w:pPr>
      <w:r>
        <w:rPr>
          <w:rFonts w:ascii="Arial" w:hAnsi="Arial"/>
        </w:rPr>
        <w:t xml:space="preserve">Oh, wow. </w:t>
      </w:r>
    </w:p>
    <w:p w14:paraId="6B558208" w14:textId="77777777" w:rsidR="004129AE" w:rsidRDefault="004129AE">
      <w:pPr>
        <w:spacing w:after="0"/>
      </w:pPr>
    </w:p>
    <w:p w14:paraId="4A6A5D99" w14:textId="77777777" w:rsidR="004129AE" w:rsidRDefault="00570DD5">
      <w:pPr>
        <w:spacing w:after="0"/>
      </w:pPr>
      <w:r>
        <w:rPr>
          <w:rFonts w:ascii="Arial" w:hAnsi="Arial"/>
          <w:b/>
        </w:rPr>
        <w:t xml:space="preserve">Interviewer P:  </w:t>
      </w:r>
      <w:r>
        <w:rPr>
          <w:rFonts w:ascii="Arial" w:hAnsi="Arial"/>
          <w:color w:val="5D7284"/>
        </w:rPr>
        <w:t>00:12</w:t>
      </w:r>
    </w:p>
    <w:p w14:paraId="6D95979D" w14:textId="77777777" w:rsidR="004129AE" w:rsidRDefault="00570DD5">
      <w:pPr>
        <w:spacing w:after="0"/>
      </w:pPr>
      <w:r>
        <w:rPr>
          <w:rFonts w:ascii="Arial" w:hAnsi="Arial"/>
        </w:rPr>
        <w:t xml:space="preserve">Yeah. So, red is warm, blue is cold. So easy to remember, which is which, and I have this tank. And what I'm going to do in a minute is pour one of each type in each side. So warm water red over here, blue water cold over here. And then, so there'll be held apart because of this dividing wall. But this is removable. So I will remove the wall so that they can combine. And then we're going to watch what it does. And that'll be cool. But what I want you to do is to kind of predict what this will look like, not immediately after, but after it's been sitting for a minute. And so to make that prediction, I'm going to ask you to sketch it. </w:t>
      </w:r>
    </w:p>
    <w:p w14:paraId="1EE6447E" w14:textId="77777777" w:rsidR="004129AE" w:rsidRDefault="004129AE">
      <w:pPr>
        <w:spacing w:after="0"/>
      </w:pPr>
    </w:p>
    <w:p w14:paraId="02DE632E" w14:textId="77777777" w:rsidR="004129AE" w:rsidRDefault="00570DD5">
      <w:pPr>
        <w:spacing w:after="0"/>
      </w:pPr>
      <w:r>
        <w:rPr>
          <w:rFonts w:ascii="Arial" w:hAnsi="Arial"/>
          <w:b/>
        </w:rPr>
        <w:t xml:space="preserve">Participant#7:  </w:t>
      </w:r>
      <w:r>
        <w:rPr>
          <w:rFonts w:ascii="Arial" w:hAnsi="Arial"/>
          <w:color w:val="5D7284"/>
        </w:rPr>
        <w:t>01:10</w:t>
      </w:r>
    </w:p>
    <w:p w14:paraId="288F812D" w14:textId="77777777" w:rsidR="004129AE" w:rsidRDefault="00570DD5">
      <w:pPr>
        <w:spacing w:after="0"/>
      </w:pPr>
      <w:r>
        <w:rPr>
          <w:rFonts w:ascii="Arial" w:hAnsi="Arial"/>
        </w:rPr>
        <w:t>Sure.</w:t>
      </w:r>
    </w:p>
    <w:p w14:paraId="245B6E4C" w14:textId="77777777" w:rsidR="004129AE" w:rsidRDefault="004129AE">
      <w:pPr>
        <w:spacing w:after="0"/>
      </w:pPr>
    </w:p>
    <w:p w14:paraId="62A32702" w14:textId="77777777" w:rsidR="004129AE" w:rsidRDefault="00570DD5">
      <w:pPr>
        <w:spacing w:after="0"/>
      </w:pPr>
      <w:r>
        <w:rPr>
          <w:rFonts w:ascii="Arial" w:hAnsi="Arial"/>
          <w:b/>
        </w:rPr>
        <w:t xml:space="preserve">Interviewer P:  </w:t>
      </w:r>
      <w:r>
        <w:rPr>
          <w:rFonts w:ascii="Arial" w:hAnsi="Arial"/>
          <w:color w:val="5D7284"/>
        </w:rPr>
        <w:t>01:10</w:t>
      </w:r>
    </w:p>
    <w:p w14:paraId="281C69EB" w14:textId="77777777" w:rsidR="004129AE" w:rsidRDefault="00570DD5">
      <w:pPr>
        <w:spacing w:after="0"/>
      </w:pPr>
      <w:r>
        <w:rPr>
          <w:rFonts w:ascii="Arial" w:hAnsi="Arial"/>
        </w:rPr>
        <w:t>So, here's some colored pencils. And what I'd like for you to do is sketch what you think the water will look like one minute after it. The dividing wall has been removed.</w:t>
      </w:r>
    </w:p>
    <w:p w14:paraId="65182F51" w14:textId="77777777" w:rsidR="004129AE" w:rsidRDefault="004129AE">
      <w:pPr>
        <w:spacing w:after="0"/>
      </w:pPr>
    </w:p>
    <w:p w14:paraId="6BDC132F" w14:textId="77777777" w:rsidR="004129AE" w:rsidRDefault="00570DD5">
      <w:pPr>
        <w:spacing w:after="0"/>
      </w:pPr>
      <w:r>
        <w:rPr>
          <w:rFonts w:ascii="Arial" w:hAnsi="Arial"/>
          <w:b/>
        </w:rPr>
        <w:t xml:space="preserve">Participant#7:  </w:t>
      </w:r>
      <w:r>
        <w:rPr>
          <w:rFonts w:ascii="Arial" w:hAnsi="Arial"/>
          <w:color w:val="5D7284"/>
        </w:rPr>
        <w:t>01:24</w:t>
      </w:r>
    </w:p>
    <w:p w14:paraId="74D8ED54" w14:textId="77777777" w:rsidR="004129AE" w:rsidRDefault="00570DD5">
      <w:pPr>
        <w:spacing w:after="0"/>
      </w:pPr>
      <w:r>
        <w:rPr>
          <w:rFonts w:ascii="Arial" w:hAnsi="Arial"/>
        </w:rPr>
        <w:t xml:space="preserve">Like Professor Weidler said, I'll keep the colors consistent. I think that's what congruent trials if I'm not mistaken. </w:t>
      </w:r>
    </w:p>
    <w:p w14:paraId="4115A813" w14:textId="77777777" w:rsidR="004129AE" w:rsidRDefault="004129AE">
      <w:pPr>
        <w:spacing w:after="0"/>
      </w:pPr>
    </w:p>
    <w:p w14:paraId="76DDC4C7" w14:textId="77777777" w:rsidR="004129AE" w:rsidRDefault="00570DD5">
      <w:pPr>
        <w:spacing w:after="0"/>
      </w:pPr>
      <w:r>
        <w:rPr>
          <w:rFonts w:ascii="Arial" w:hAnsi="Arial"/>
          <w:b/>
        </w:rPr>
        <w:t xml:space="preserve">Interviewer P:  </w:t>
      </w:r>
      <w:r>
        <w:rPr>
          <w:rFonts w:ascii="Arial" w:hAnsi="Arial"/>
          <w:color w:val="5D7284"/>
        </w:rPr>
        <w:t>01:34</w:t>
      </w:r>
    </w:p>
    <w:p w14:paraId="34D30B5E" w14:textId="77777777" w:rsidR="004129AE" w:rsidRDefault="00570DD5">
      <w:pPr>
        <w:spacing w:after="0"/>
      </w:pPr>
      <w:r>
        <w:rPr>
          <w:rFonts w:ascii="Arial" w:hAnsi="Arial"/>
        </w:rPr>
        <w:t>Yesterday.</w:t>
      </w:r>
    </w:p>
    <w:p w14:paraId="1F67DF68" w14:textId="77777777" w:rsidR="004129AE" w:rsidRDefault="004129AE">
      <w:pPr>
        <w:spacing w:after="0"/>
      </w:pPr>
    </w:p>
    <w:p w14:paraId="6EF24C7B" w14:textId="77777777" w:rsidR="004129AE" w:rsidRDefault="00570DD5">
      <w:pPr>
        <w:spacing w:after="0"/>
      </w:pPr>
      <w:r>
        <w:rPr>
          <w:rFonts w:ascii="Arial" w:hAnsi="Arial"/>
          <w:b/>
        </w:rPr>
        <w:t xml:space="preserve">Participant#7:  </w:t>
      </w:r>
      <w:r>
        <w:rPr>
          <w:rFonts w:ascii="Arial" w:hAnsi="Arial"/>
          <w:color w:val="5D7284"/>
        </w:rPr>
        <w:t>01:44</w:t>
      </w:r>
    </w:p>
    <w:p w14:paraId="606CF142" w14:textId="77777777" w:rsidR="004129AE" w:rsidRDefault="00570DD5">
      <w:pPr>
        <w:spacing w:after="0"/>
      </w:pPr>
      <w:r>
        <w:rPr>
          <w:rFonts w:ascii="Arial" w:hAnsi="Arial"/>
        </w:rPr>
        <w:t>So am I to assume that each is gonna fill like half of the tank. Okay. Yeah,</w:t>
      </w:r>
    </w:p>
    <w:p w14:paraId="4E706471" w14:textId="77777777" w:rsidR="004129AE" w:rsidRDefault="004129AE">
      <w:pPr>
        <w:spacing w:after="0"/>
      </w:pPr>
    </w:p>
    <w:p w14:paraId="48CA195E" w14:textId="77777777" w:rsidR="004129AE" w:rsidRDefault="00570DD5">
      <w:pPr>
        <w:spacing w:after="0"/>
      </w:pPr>
      <w:r>
        <w:rPr>
          <w:rFonts w:ascii="Arial" w:hAnsi="Arial"/>
          <w:b/>
        </w:rPr>
        <w:t xml:space="preserve">Interviewer P:  </w:t>
      </w:r>
      <w:r>
        <w:rPr>
          <w:rFonts w:ascii="Arial" w:hAnsi="Arial"/>
          <w:color w:val="5D7284"/>
        </w:rPr>
        <w:t>01:49</w:t>
      </w:r>
    </w:p>
    <w:p w14:paraId="0C3C0E95" w14:textId="77777777" w:rsidR="004129AE" w:rsidRDefault="00570DD5">
      <w:pPr>
        <w:spacing w:after="0"/>
      </w:pPr>
      <w:r>
        <w:rPr>
          <w:rFonts w:ascii="Arial" w:hAnsi="Arial"/>
        </w:rPr>
        <w:t xml:space="preserve">So I'm gonna, I'll put it in the same amount of each. I'll fill it all the way up to the top, almost, and then move the dividing wall. </w:t>
      </w:r>
    </w:p>
    <w:p w14:paraId="77081F06" w14:textId="77777777" w:rsidR="004129AE" w:rsidRDefault="004129AE">
      <w:pPr>
        <w:spacing w:after="0"/>
      </w:pPr>
    </w:p>
    <w:p w14:paraId="0D9B3287" w14:textId="77777777" w:rsidR="004129AE" w:rsidRDefault="00570DD5">
      <w:pPr>
        <w:spacing w:after="0"/>
      </w:pPr>
      <w:r>
        <w:rPr>
          <w:rFonts w:ascii="Arial" w:hAnsi="Arial"/>
          <w:b/>
        </w:rPr>
        <w:t xml:space="preserve">Participant#7:  </w:t>
      </w:r>
      <w:r>
        <w:rPr>
          <w:rFonts w:ascii="Arial" w:hAnsi="Arial"/>
          <w:color w:val="5D7284"/>
        </w:rPr>
        <w:t>01:57</w:t>
      </w:r>
    </w:p>
    <w:p w14:paraId="15EE1693" w14:textId="77777777" w:rsidR="004129AE" w:rsidRDefault="00570DD5">
      <w:pPr>
        <w:spacing w:after="0"/>
      </w:pPr>
      <w:r>
        <w:rPr>
          <w:rFonts w:ascii="Arial" w:hAnsi="Arial"/>
        </w:rPr>
        <w:t>Okay, perfect. Thank you.</w:t>
      </w:r>
    </w:p>
    <w:p w14:paraId="69E4BB59" w14:textId="77777777" w:rsidR="004129AE" w:rsidRDefault="004129AE">
      <w:pPr>
        <w:spacing w:after="0"/>
      </w:pPr>
    </w:p>
    <w:p w14:paraId="06F43D25" w14:textId="77777777" w:rsidR="004129AE" w:rsidRDefault="00570DD5">
      <w:pPr>
        <w:spacing w:after="0"/>
      </w:pPr>
      <w:r>
        <w:rPr>
          <w:rFonts w:ascii="Arial" w:hAnsi="Arial"/>
          <w:b/>
        </w:rPr>
        <w:t xml:space="preserve">Interviewer P:  </w:t>
      </w:r>
      <w:r>
        <w:rPr>
          <w:rFonts w:ascii="Arial" w:hAnsi="Arial"/>
          <w:color w:val="5D7284"/>
        </w:rPr>
        <w:t>02:14</w:t>
      </w:r>
    </w:p>
    <w:p w14:paraId="62DA78ED" w14:textId="77777777" w:rsidR="004129AE" w:rsidRDefault="00570DD5">
      <w:pPr>
        <w:spacing w:after="0"/>
      </w:pPr>
      <w:r>
        <w:rPr>
          <w:rFonts w:ascii="Arial" w:hAnsi="Arial"/>
        </w:rPr>
        <w:t>Okay, so tell me about your sketch.</w:t>
      </w:r>
    </w:p>
    <w:p w14:paraId="725DF6AF" w14:textId="77777777" w:rsidR="004129AE" w:rsidRDefault="004129AE">
      <w:pPr>
        <w:spacing w:after="0"/>
      </w:pPr>
    </w:p>
    <w:p w14:paraId="19CD8892" w14:textId="77777777" w:rsidR="004129AE" w:rsidRDefault="00570DD5">
      <w:pPr>
        <w:spacing w:after="0"/>
      </w:pPr>
      <w:r>
        <w:rPr>
          <w:rFonts w:ascii="Arial" w:hAnsi="Arial"/>
          <w:b/>
        </w:rPr>
        <w:t xml:space="preserve">Participant#7:  </w:t>
      </w:r>
      <w:r>
        <w:rPr>
          <w:rFonts w:ascii="Arial" w:hAnsi="Arial"/>
          <w:color w:val="5D7284"/>
        </w:rPr>
        <w:t>02:16</w:t>
      </w:r>
    </w:p>
    <w:p w14:paraId="7CFCF937" w14:textId="77777777" w:rsidR="004129AE" w:rsidRDefault="00570DD5">
      <w:pPr>
        <w:spacing w:after="0"/>
      </w:pPr>
      <w:r>
        <w:rPr>
          <w:rFonts w:ascii="Arial" w:hAnsi="Arial"/>
        </w:rPr>
        <w:t>Okay. So from the little bit I remember about density of molecules and stuff, I know that in cooler objects, molecules are more dense, so they tend to sink whereas with warmer objects, the molecules float around more and bounce around more. So that's what makes them float, if I'm not mistaken. So that's why I predicted that the warm water would end up trumping the cold water, and I even think about it in the ocean where like, if you go further down, the further down you go, the colder the water is.</w:t>
      </w:r>
    </w:p>
    <w:p w14:paraId="0FF1AB52" w14:textId="77777777" w:rsidR="004129AE" w:rsidRDefault="004129AE">
      <w:pPr>
        <w:spacing w:after="0"/>
      </w:pPr>
    </w:p>
    <w:p w14:paraId="45461153" w14:textId="77777777" w:rsidR="004129AE" w:rsidRDefault="00570DD5">
      <w:pPr>
        <w:spacing w:after="0"/>
      </w:pPr>
      <w:r>
        <w:rPr>
          <w:rFonts w:ascii="Arial" w:hAnsi="Arial"/>
          <w:b/>
        </w:rPr>
        <w:t xml:space="preserve">Interviewer P:  </w:t>
      </w:r>
      <w:r>
        <w:rPr>
          <w:rFonts w:ascii="Arial" w:hAnsi="Arial"/>
          <w:color w:val="5D7284"/>
        </w:rPr>
        <w:t>02:51</w:t>
      </w:r>
    </w:p>
    <w:p w14:paraId="2C138142" w14:textId="77777777" w:rsidR="004129AE" w:rsidRDefault="00570DD5">
      <w:pPr>
        <w:spacing w:after="0"/>
      </w:pPr>
      <w:r>
        <w:rPr>
          <w:rFonts w:ascii="Arial" w:hAnsi="Arial"/>
        </w:rPr>
        <w:t>And this is what it'll look like after a minute.</w:t>
      </w:r>
    </w:p>
    <w:p w14:paraId="03528E3B" w14:textId="77777777" w:rsidR="004129AE" w:rsidRDefault="004129AE">
      <w:pPr>
        <w:spacing w:after="0"/>
      </w:pPr>
    </w:p>
    <w:p w14:paraId="11272B54" w14:textId="77777777" w:rsidR="004129AE" w:rsidRDefault="00570DD5">
      <w:pPr>
        <w:spacing w:after="0"/>
      </w:pPr>
      <w:r>
        <w:rPr>
          <w:rFonts w:ascii="Arial" w:hAnsi="Arial"/>
          <w:b/>
        </w:rPr>
        <w:t xml:space="preserve">Participant#7:  </w:t>
      </w:r>
      <w:r>
        <w:rPr>
          <w:rFonts w:ascii="Arial" w:hAnsi="Arial"/>
          <w:color w:val="5D7284"/>
        </w:rPr>
        <w:t>02:53</w:t>
      </w:r>
    </w:p>
    <w:p w14:paraId="26B5EA58" w14:textId="77777777" w:rsidR="004129AE" w:rsidRDefault="00570DD5">
      <w:pPr>
        <w:spacing w:after="0"/>
      </w:pPr>
      <w:r>
        <w:rPr>
          <w:rFonts w:ascii="Arial" w:hAnsi="Arial"/>
        </w:rPr>
        <w:t xml:space="preserve"> Yes. </w:t>
      </w:r>
    </w:p>
    <w:p w14:paraId="2BEBFE9F" w14:textId="77777777" w:rsidR="004129AE" w:rsidRDefault="004129AE">
      <w:pPr>
        <w:spacing w:after="0"/>
      </w:pPr>
    </w:p>
    <w:p w14:paraId="1793ECA3" w14:textId="77777777" w:rsidR="004129AE" w:rsidRDefault="00570DD5">
      <w:pPr>
        <w:spacing w:after="0"/>
      </w:pPr>
      <w:r>
        <w:rPr>
          <w:rFonts w:ascii="Arial" w:hAnsi="Arial"/>
          <w:b/>
        </w:rPr>
        <w:t xml:space="preserve">Interviewer P:  </w:t>
      </w:r>
      <w:r>
        <w:rPr>
          <w:rFonts w:ascii="Arial" w:hAnsi="Arial"/>
          <w:color w:val="5D7284"/>
        </w:rPr>
        <w:t>02:53</w:t>
      </w:r>
    </w:p>
    <w:p w14:paraId="20E9D8A6" w14:textId="77777777" w:rsidR="004129AE" w:rsidRDefault="00570DD5">
      <w:pPr>
        <w:spacing w:after="0"/>
      </w:pPr>
      <w:r>
        <w:rPr>
          <w:rFonts w:ascii="Arial" w:hAnsi="Arial"/>
        </w:rPr>
        <w:t>Okay. So when I moved the dividing wall in order to get like that, it's gonna have to move. So can you show me maybe with your hands how you think these two water masses are going to move?</w:t>
      </w:r>
    </w:p>
    <w:p w14:paraId="46290AF5" w14:textId="77777777" w:rsidR="004129AE" w:rsidRDefault="004129AE">
      <w:pPr>
        <w:spacing w:after="0"/>
      </w:pPr>
    </w:p>
    <w:p w14:paraId="2F962AC1" w14:textId="77777777" w:rsidR="004129AE" w:rsidRDefault="00570DD5">
      <w:pPr>
        <w:spacing w:after="0"/>
      </w:pPr>
      <w:r>
        <w:rPr>
          <w:rFonts w:ascii="Arial" w:hAnsi="Arial"/>
          <w:b/>
        </w:rPr>
        <w:t xml:space="preserve">Participant#7:  </w:t>
      </w:r>
      <w:r>
        <w:rPr>
          <w:rFonts w:ascii="Arial" w:hAnsi="Arial"/>
          <w:color w:val="5D7284"/>
        </w:rPr>
        <w:t>03:08</w:t>
      </w:r>
    </w:p>
    <w:p w14:paraId="2EF2E81C" w14:textId="77777777" w:rsidR="004129AE" w:rsidRDefault="00570DD5">
      <w:pPr>
        <w:spacing w:after="0"/>
      </w:pPr>
      <w:r>
        <w:rPr>
          <w:rFonts w:ascii="Arial" w:hAnsi="Arial"/>
        </w:rPr>
        <w:t>So I would imagine that at first, they would have a little bit of conflict, where they're kind of like determining each other's it's like, a ritual, I guess, for molecules where they figured out okay, mine are more free flying, whereas mine are more compact and then as they do that, one is going to kind of a, like, almost 45 degree angle, like kind of overpower overcome the other until it settles where the warm water is completely over the cold water. Okay,</w:t>
      </w:r>
    </w:p>
    <w:p w14:paraId="37BF4447" w14:textId="77777777" w:rsidR="004129AE" w:rsidRDefault="004129AE">
      <w:pPr>
        <w:spacing w:after="0"/>
      </w:pPr>
    </w:p>
    <w:p w14:paraId="3FAB23EC" w14:textId="77777777" w:rsidR="004129AE" w:rsidRDefault="00570DD5">
      <w:pPr>
        <w:spacing w:after="0"/>
      </w:pPr>
      <w:r>
        <w:rPr>
          <w:rFonts w:ascii="Arial" w:hAnsi="Arial"/>
          <w:b/>
        </w:rPr>
        <w:t xml:space="preserve">Interviewer P:  </w:t>
      </w:r>
      <w:r>
        <w:rPr>
          <w:rFonts w:ascii="Arial" w:hAnsi="Arial"/>
          <w:color w:val="5D7284"/>
        </w:rPr>
        <w:t>03:38</w:t>
      </w:r>
    </w:p>
    <w:p w14:paraId="238DDD31" w14:textId="77777777" w:rsidR="004129AE" w:rsidRDefault="00570DD5">
      <w:pPr>
        <w:spacing w:after="0"/>
      </w:pPr>
      <w:r>
        <w:rPr>
          <w:rFonts w:ascii="Arial" w:hAnsi="Arial"/>
        </w:rPr>
        <w:t>excellent. All right, so I'm gonna start the timer.</w:t>
      </w:r>
    </w:p>
    <w:p w14:paraId="146B6D15" w14:textId="77777777" w:rsidR="004129AE" w:rsidRDefault="004129AE">
      <w:pPr>
        <w:spacing w:after="0"/>
      </w:pPr>
    </w:p>
    <w:p w14:paraId="78446EA8" w14:textId="77777777" w:rsidR="004129AE" w:rsidRDefault="00570DD5">
      <w:pPr>
        <w:spacing w:after="0"/>
      </w:pPr>
      <w:r>
        <w:rPr>
          <w:rFonts w:ascii="Arial" w:hAnsi="Arial"/>
          <w:b/>
        </w:rPr>
        <w:t xml:space="preserve">Participant#7:  </w:t>
      </w:r>
      <w:r>
        <w:rPr>
          <w:rFonts w:ascii="Arial" w:hAnsi="Arial"/>
          <w:color w:val="5D7284"/>
        </w:rPr>
        <w:t>03:41</w:t>
      </w:r>
    </w:p>
    <w:p w14:paraId="74560D6D" w14:textId="77777777" w:rsidR="004129AE" w:rsidRDefault="00570DD5">
      <w:pPr>
        <w:spacing w:after="0"/>
      </w:pPr>
      <w:r>
        <w:rPr>
          <w:rFonts w:ascii="Arial" w:hAnsi="Arial"/>
        </w:rPr>
        <w:t>Now, I can't promise it's gonna be in a minute that that happens but</w:t>
      </w:r>
    </w:p>
    <w:p w14:paraId="244E0C1B" w14:textId="77777777" w:rsidR="004129AE" w:rsidRDefault="004129AE">
      <w:pPr>
        <w:spacing w:after="0"/>
      </w:pPr>
    </w:p>
    <w:p w14:paraId="613324E0" w14:textId="77777777" w:rsidR="004129AE" w:rsidRDefault="00570DD5">
      <w:pPr>
        <w:spacing w:after="0"/>
      </w:pPr>
      <w:r>
        <w:rPr>
          <w:rFonts w:ascii="Arial" w:hAnsi="Arial"/>
          <w:b/>
        </w:rPr>
        <w:lastRenderedPageBreak/>
        <w:t xml:space="preserve">Interviewer P:  </w:t>
      </w:r>
      <w:r>
        <w:rPr>
          <w:rFonts w:ascii="Arial" w:hAnsi="Arial"/>
          <w:color w:val="5D7284"/>
        </w:rPr>
        <w:t>03:51</w:t>
      </w:r>
    </w:p>
    <w:p w14:paraId="021A80A4" w14:textId="77777777" w:rsidR="004129AE" w:rsidRDefault="00570DD5">
      <w:pPr>
        <w:spacing w:after="0"/>
      </w:pPr>
      <w:r>
        <w:rPr>
          <w:rFonts w:ascii="Arial" w:hAnsi="Arial"/>
        </w:rPr>
        <w:t>so you think that it might not do it that quickly?</w:t>
      </w:r>
    </w:p>
    <w:p w14:paraId="4DC5D032" w14:textId="77777777" w:rsidR="004129AE" w:rsidRDefault="004129AE">
      <w:pPr>
        <w:spacing w:after="0"/>
      </w:pPr>
    </w:p>
    <w:p w14:paraId="38D0E5FC" w14:textId="77777777" w:rsidR="004129AE" w:rsidRDefault="00570DD5">
      <w:pPr>
        <w:spacing w:after="0"/>
      </w:pPr>
      <w:r>
        <w:rPr>
          <w:rFonts w:ascii="Arial" w:hAnsi="Arial"/>
          <w:b/>
        </w:rPr>
        <w:t xml:space="preserve">Participant#7:  </w:t>
      </w:r>
      <w:r>
        <w:rPr>
          <w:rFonts w:ascii="Arial" w:hAnsi="Arial"/>
          <w:color w:val="5D7284"/>
        </w:rPr>
        <w:t>03:54</w:t>
      </w:r>
    </w:p>
    <w:p w14:paraId="4113BA88" w14:textId="77777777" w:rsidR="004129AE" w:rsidRDefault="00570DD5">
      <w:pPr>
        <w:spacing w:after="0"/>
      </w:pPr>
      <w:r>
        <w:rPr>
          <w:rFonts w:ascii="Arial" w:hAnsi="Arial"/>
        </w:rPr>
        <w:t>Yes, but I think that if I had to guess at that is probably around the amount of time it would take.</w:t>
      </w:r>
    </w:p>
    <w:p w14:paraId="2CE7BFE9" w14:textId="77777777" w:rsidR="004129AE" w:rsidRDefault="004129AE">
      <w:pPr>
        <w:spacing w:after="0"/>
      </w:pPr>
    </w:p>
    <w:p w14:paraId="51BA1294" w14:textId="77777777" w:rsidR="004129AE" w:rsidRDefault="00570DD5">
      <w:pPr>
        <w:spacing w:after="0"/>
      </w:pPr>
      <w:r>
        <w:rPr>
          <w:rFonts w:ascii="Arial" w:hAnsi="Arial"/>
          <w:b/>
        </w:rPr>
        <w:t xml:space="preserve">Interviewer P:  </w:t>
      </w:r>
      <w:r>
        <w:rPr>
          <w:rFonts w:ascii="Arial" w:hAnsi="Arial"/>
          <w:color w:val="5D7284"/>
        </w:rPr>
        <w:t>04:44</w:t>
      </w:r>
    </w:p>
    <w:p w14:paraId="6A6795CC" w14:textId="77777777" w:rsidR="004129AE" w:rsidRDefault="00570DD5">
      <w:pPr>
        <w:spacing w:after="0"/>
      </w:pPr>
      <w:r>
        <w:rPr>
          <w:rFonts w:ascii="Arial" w:hAnsi="Arial"/>
        </w:rPr>
        <w:t xml:space="preserve">All right, so that's a minute. Was that surprising or what you expected? </w:t>
      </w:r>
    </w:p>
    <w:p w14:paraId="22EAB1BE" w14:textId="77777777" w:rsidR="004129AE" w:rsidRDefault="004129AE">
      <w:pPr>
        <w:spacing w:after="0"/>
      </w:pPr>
    </w:p>
    <w:p w14:paraId="20B17874" w14:textId="77777777" w:rsidR="004129AE" w:rsidRDefault="00570DD5">
      <w:pPr>
        <w:spacing w:after="0"/>
      </w:pPr>
      <w:r>
        <w:rPr>
          <w:rFonts w:ascii="Arial" w:hAnsi="Arial"/>
          <w:b/>
        </w:rPr>
        <w:t xml:space="preserve">Participant#7:  </w:t>
      </w:r>
      <w:r>
        <w:rPr>
          <w:rFonts w:ascii="Arial" w:hAnsi="Arial"/>
          <w:color w:val="5D7284"/>
        </w:rPr>
        <w:t>04:48</w:t>
      </w:r>
    </w:p>
    <w:p w14:paraId="5366B6FB" w14:textId="77777777" w:rsidR="004129AE" w:rsidRDefault="00570DD5">
      <w:pPr>
        <w:spacing w:after="0"/>
      </w:pPr>
      <w:r>
        <w:rPr>
          <w:rFonts w:ascii="Arial" w:hAnsi="Arial"/>
        </w:rPr>
        <w:t>What I expect? I think my physics teachers would have been at least a little bit proud of me from high school for being able to remember a little bit of terminology.</w:t>
      </w:r>
    </w:p>
    <w:p w14:paraId="2686A7E8" w14:textId="77777777" w:rsidR="004129AE" w:rsidRDefault="004129AE">
      <w:pPr>
        <w:spacing w:after="0"/>
      </w:pPr>
    </w:p>
    <w:p w14:paraId="16E43844" w14:textId="77777777" w:rsidR="004129AE" w:rsidRDefault="00570DD5">
      <w:pPr>
        <w:spacing w:after="0"/>
      </w:pPr>
      <w:r>
        <w:rPr>
          <w:rFonts w:ascii="Arial" w:hAnsi="Arial"/>
          <w:b/>
        </w:rPr>
        <w:t xml:space="preserve">Interviewer P:  </w:t>
      </w:r>
      <w:r>
        <w:rPr>
          <w:rFonts w:ascii="Arial" w:hAnsi="Arial"/>
          <w:color w:val="5D7284"/>
        </w:rPr>
        <w:t>04:58</w:t>
      </w:r>
    </w:p>
    <w:p w14:paraId="4C4F3908" w14:textId="77777777" w:rsidR="004129AE" w:rsidRDefault="00570DD5">
      <w:pPr>
        <w:spacing w:after="0"/>
      </w:pPr>
      <w:r>
        <w:rPr>
          <w:rFonts w:ascii="Arial" w:hAnsi="Arial"/>
        </w:rPr>
        <w:t xml:space="preserve">So it is what you expect. </w:t>
      </w:r>
    </w:p>
    <w:p w14:paraId="164BC7D1" w14:textId="77777777" w:rsidR="004129AE" w:rsidRDefault="004129AE">
      <w:pPr>
        <w:spacing w:after="0"/>
      </w:pPr>
    </w:p>
    <w:p w14:paraId="743D6395" w14:textId="77777777" w:rsidR="004129AE" w:rsidRDefault="00570DD5">
      <w:pPr>
        <w:spacing w:after="0"/>
      </w:pPr>
      <w:r>
        <w:rPr>
          <w:rFonts w:ascii="Arial" w:hAnsi="Arial"/>
          <w:b/>
        </w:rPr>
        <w:t xml:space="preserve">Participant#7:  </w:t>
      </w:r>
      <w:r>
        <w:rPr>
          <w:rFonts w:ascii="Arial" w:hAnsi="Arial"/>
          <w:color w:val="5D7284"/>
        </w:rPr>
        <w:t>05:00</w:t>
      </w:r>
    </w:p>
    <w:p w14:paraId="72222FFB" w14:textId="77777777" w:rsidR="004129AE" w:rsidRDefault="00570DD5">
      <w:pPr>
        <w:spacing w:after="0"/>
      </w:pPr>
      <w:r>
        <w:rPr>
          <w:rFonts w:ascii="Arial" w:hAnsi="Arial"/>
        </w:rPr>
        <w:t xml:space="preserve">Yes. </w:t>
      </w:r>
    </w:p>
    <w:p w14:paraId="24979CC2" w14:textId="77777777" w:rsidR="004129AE" w:rsidRDefault="004129AE">
      <w:pPr>
        <w:spacing w:after="0"/>
      </w:pPr>
    </w:p>
    <w:p w14:paraId="67657998" w14:textId="77777777" w:rsidR="004129AE" w:rsidRDefault="00570DD5">
      <w:pPr>
        <w:spacing w:after="0"/>
      </w:pPr>
      <w:r>
        <w:rPr>
          <w:rFonts w:ascii="Arial" w:hAnsi="Arial"/>
          <w:b/>
        </w:rPr>
        <w:t xml:space="preserve">Interviewer P:  </w:t>
      </w:r>
      <w:r>
        <w:rPr>
          <w:rFonts w:ascii="Arial" w:hAnsi="Arial"/>
          <w:color w:val="5D7284"/>
        </w:rPr>
        <w:t>05:00</w:t>
      </w:r>
    </w:p>
    <w:p w14:paraId="3AF6A21F" w14:textId="77777777" w:rsidR="004129AE" w:rsidRDefault="00570DD5">
      <w:pPr>
        <w:spacing w:after="0"/>
      </w:pPr>
      <w:r>
        <w:rPr>
          <w:rFonts w:ascii="Arial" w:hAnsi="Arial"/>
        </w:rPr>
        <w:t xml:space="preserve">Yeah. And it's what you drew. </w:t>
      </w:r>
    </w:p>
    <w:p w14:paraId="22B65A4D" w14:textId="77777777" w:rsidR="004129AE" w:rsidRDefault="004129AE">
      <w:pPr>
        <w:spacing w:after="0"/>
      </w:pPr>
    </w:p>
    <w:p w14:paraId="48B30A0C" w14:textId="77777777" w:rsidR="004129AE" w:rsidRDefault="00570DD5">
      <w:pPr>
        <w:spacing w:after="0"/>
      </w:pPr>
      <w:r>
        <w:rPr>
          <w:rFonts w:ascii="Arial" w:hAnsi="Arial"/>
          <w:b/>
        </w:rPr>
        <w:t xml:space="preserve">Participant#7:  </w:t>
      </w:r>
      <w:r>
        <w:rPr>
          <w:rFonts w:ascii="Arial" w:hAnsi="Arial"/>
          <w:color w:val="5D7284"/>
        </w:rPr>
        <w:t>05:01</w:t>
      </w:r>
    </w:p>
    <w:p w14:paraId="1795528B" w14:textId="77777777" w:rsidR="004129AE" w:rsidRDefault="00570DD5">
      <w:pPr>
        <w:spacing w:after="0"/>
      </w:pPr>
      <w:r>
        <w:rPr>
          <w:rFonts w:ascii="Arial" w:hAnsi="Arial"/>
        </w:rPr>
        <w:t>Yes.</w:t>
      </w:r>
    </w:p>
    <w:p w14:paraId="568C4C5A" w14:textId="77777777" w:rsidR="004129AE" w:rsidRDefault="004129AE">
      <w:pPr>
        <w:spacing w:after="0"/>
      </w:pPr>
    </w:p>
    <w:p w14:paraId="5F59F8D4" w14:textId="77777777" w:rsidR="004129AE" w:rsidRDefault="00570DD5">
      <w:pPr>
        <w:spacing w:after="0"/>
      </w:pPr>
      <w:r>
        <w:rPr>
          <w:rFonts w:ascii="Arial" w:hAnsi="Arial"/>
          <w:b/>
        </w:rPr>
        <w:t xml:space="preserve">Interviewer P:  </w:t>
      </w:r>
      <w:r>
        <w:rPr>
          <w:rFonts w:ascii="Arial" w:hAnsi="Arial"/>
          <w:color w:val="5D7284"/>
        </w:rPr>
        <w:t>05:02</w:t>
      </w:r>
    </w:p>
    <w:p w14:paraId="19ABB895" w14:textId="77777777" w:rsidR="004129AE" w:rsidRDefault="00570DD5">
      <w:pPr>
        <w:spacing w:after="0"/>
      </w:pPr>
      <w:r>
        <w:rPr>
          <w:rFonts w:ascii="Arial" w:hAnsi="Arial"/>
        </w:rPr>
        <w:t>Yeah. And did it move the way that you expected?</w:t>
      </w:r>
    </w:p>
    <w:p w14:paraId="6BD4DE41" w14:textId="77777777" w:rsidR="004129AE" w:rsidRDefault="004129AE">
      <w:pPr>
        <w:spacing w:after="0"/>
      </w:pPr>
    </w:p>
    <w:p w14:paraId="605F514F" w14:textId="77777777" w:rsidR="004129AE" w:rsidRDefault="00570DD5">
      <w:pPr>
        <w:spacing w:after="0"/>
      </w:pPr>
      <w:r>
        <w:rPr>
          <w:rFonts w:ascii="Arial" w:hAnsi="Arial"/>
          <w:b/>
        </w:rPr>
        <w:t xml:space="preserve">Participant#7:  </w:t>
      </w:r>
      <w:r>
        <w:rPr>
          <w:rFonts w:ascii="Arial" w:hAnsi="Arial"/>
          <w:color w:val="5D7284"/>
        </w:rPr>
        <w:t>05:06</w:t>
      </w:r>
    </w:p>
    <w:p w14:paraId="43BF1A8B" w14:textId="77777777" w:rsidR="004129AE" w:rsidRDefault="00570DD5">
      <w:pPr>
        <w:spacing w:after="0"/>
      </w:pPr>
      <w:r>
        <w:rPr>
          <w:rFonts w:ascii="Arial" w:hAnsi="Arial"/>
        </w:rPr>
        <w:t>A little bit it was more of a very quick so wasn't quite that 45 degree angle like I thought it would be like a little bit more of a battle was just kind of like an immediate okay, I'm warm I'm going up, I'm cold I'm going down kind of deal. So I was kind of impressed at the speed at which it occur. I didn't predict that. But overall, I thought that that would be the result was.</w:t>
      </w:r>
    </w:p>
    <w:p w14:paraId="156A0DFB" w14:textId="77777777" w:rsidR="004129AE" w:rsidRDefault="004129AE">
      <w:pPr>
        <w:spacing w:after="0"/>
      </w:pPr>
    </w:p>
    <w:p w14:paraId="20A7149A" w14:textId="77777777" w:rsidR="004129AE" w:rsidRDefault="00570DD5">
      <w:pPr>
        <w:spacing w:after="0"/>
      </w:pPr>
      <w:r>
        <w:rPr>
          <w:rFonts w:ascii="Arial" w:hAnsi="Arial"/>
          <w:b/>
        </w:rPr>
        <w:t xml:space="preserve">Interviewer P:  </w:t>
      </w:r>
      <w:r>
        <w:rPr>
          <w:rFonts w:ascii="Arial" w:hAnsi="Arial"/>
          <w:color w:val="5D7284"/>
        </w:rPr>
        <w:t>05:27</w:t>
      </w:r>
    </w:p>
    <w:p w14:paraId="44CE172F" w14:textId="77777777" w:rsidR="004129AE" w:rsidRDefault="00570DD5">
      <w:pPr>
        <w:spacing w:after="0"/>
      </w:pPr>
      <w:r>
        <w:rPr>
          <w:rFonts w:ascii="Arial" w:hAnsi="Arial"/>
        </w:rPr>
        <w:t>Yeah. Excellent. So Erika, who you've been emailing with made a timelapse lapse video of this process. Although not over the course of a minute, this is shrunk down to 33 seconds. Whoa.</w:t>
      </w:r>
    </w:p>
    <w:p w14:paraId="315C4B9A" w14:textId="77777777" w:rsidR="004129AE" w:rsidRDefault="004129AE">
      <w:pPr>
        <w:spacing w:after="0"/>
      </w:pPr>
    </w:p>
    <w:p w14:paraId="3CCD3181" w14:textId="77777777" w:rsidR="004129AE" w:rsidRDefault="00570DD5">
      <w:pPr>
        <w:spacing w:after="0"/>
      </w:pPr>
      <w:r>
        <w:rPr>
          <w:rFonts w:ascii="Arial" w:hAnsi="Arial"/>
          <w:b/>
        </w:rPr>
        <w:t xml:space="preserve">Participant#7:  </w:t>
      </w:r>
      <w:r>
        <w:rPr>
          <w:rFonts w:ascii="Arial" w:hAnsi="Arial"/>
          <w:color w:val="5D7284"/>
        </w:rPr>
        <w:t>06:16</w:t>
      </w:r>
    </w:p>
    <w:p w14:paraId="26F1048C" w14:textId="77777777" w:rsidR="004129AE" w:rsidRDefault="00570DD5">
      <w:pPr>
        <w:spacing w:after="0"/>
      </w:pPr>
      <w:r>
        <w:rPr>
          <w:rFonts w:ascii="Arial" w:hAnsi="Arial"/>
        </w:rPr>
        <w:t>See, we're trying to cue me they're using some cognitive psych terms. Gotta get ready for that cumulative final but, Oh, wow. Yeah.</w:t>
      </w:r>
    </w:p>
    <w:p w14:paraId="07482ACE" w14:textId="77777777" w:rsidR="004129AE" w:rsidRDefault="004129AE">
      <w:pPr>
        <w:spacing w:after="0"/>
      </w:pPr>
    </w:p>
    <w:p w14:paraId="769EE04C" w14:textId="77777777" w:rsidR="004129AE" w:rsidRDefault="00570DD5">
      <w:pPr>
        <w:spacing w:after="0"/>
      </w:pPr>
      <w:r>
        <w:rPr>
          <w:rFonts w:ascii="Arial" w:hAnsi="Arial"/>
          <w:b/>
        </w:rPr>
        <w:t xml:space="preserve">Interviewer P:  </w:t>
      </w:r>
      <w:r>
        <w:rPr>
          <w:rFonts w:ascii="Arial" w:hAnsi="Arial"/>
          <w:color w:val="5D7284"/>
        </w:rPr>
        <w:t>06:27</w:t>
      </w:r>
    </w:p>
    <w:p w14:paraId="480FBE0B" w14:textId="77777777" w:rsidR="004129AE" w:rsidRDefault="00570DD5">
      <w:pPr>
        <w:spacing w:after="0"/>
      </w:pPr>
      <w:r>
        <w:rPr>
          <w:rFonts w:ascii="Arial" w:hAnsi="Arial"/>
        </w:rPr>
        <w:lastRenderedPageBreak/>
        <w:t>So does anything about this surprised you? Or you find interesting? And let me go ahead and keep talking. Just let me make sure we're still not all cockeyed over here.</w:t>
      </w:r>
    </w:p>
    <w:p w14:paraId="1EFA7E32" w14:textId="77777777" w:rsidR="004129AE" w:rsidRDefault="004129AE">
      <w:pPr>
        <w:spacing w:after="0"/>
      </w:pPr>
    </w:p>
    <w:p w14:paraId="0AC8019C" w14:textId="77777777" w:rsidR="004129AE" w:rsidRDefault="00570DD5">
      <w:pPr>
        <w:spacing w:after="0"/>
      </w:pPr>
      <w:r>
        <w:rPr>
          <w:rFonts w:ascii="Arial" w:hAnsi="Arial"/>
          <w:b/>
        </w:rPr>
        <w:t xml:space="preserve">Participant#7:  </w:t>
      </w:r>
      <w:r>
        <w:rPr>
          <w:rFonts w:ascii="Arial" w:hAnsi="Arial"/>
          <w:color w:val="5D7284"/>
        </w:rPr>
        <w:t>06:38</w:t>
      </w:r>
    </w:p>
    <w:p w14:paraId="35F26F0D" w14:textId="77777777" w:rsidR="004129AE" w:rsidRDefault="00570DD5">
      <w:pPr>
        <w:spacing w:after="0"/>
      </w:pPr>
      <w:r>
        <w:rPr>
          <w:rFonts w:ascii="Arial" w:hAnsi="Arial"/>
        </w:rPr>
        <w:t>Okay, so it actually doesn't surprise me because when I think of bodies of water, I think about the ocean where I learned heavily about how the flow of water interacts with each other. And it's like, when you see the surface of a water at the shore, right, that's like the mixture of the deep ocean water diluting the overall temperature of the surface water that you see coming to shore. So it would make sense that over time, the cool overpowers the warm because it becomes you know, it's like a middle ground. But I feel like the middle ground is more so in favor of the cool because so if you think of homeostasis, I guess for water, right? If warmth had zero molecules involved, and then cold had a bunch of molecules, it would make sense that they would meet at a median and be balanced. But because there's molecules involved with warm, it's already like it's starting to have the cool process because it has molecules, and it has molecules to manipulate. So this is just increasing the number of molecules in the warm water, but at a slower rate. So it's like, why you see it fusing down and like the you still have, obviously, your orange area because the warm water still isn't fully diluted by the cold water. But you see that there's less of the blue as or less of the orange. I mean, as you go down because warm heat rises. And then of course, the cool stays on the bottom. So it does make sense as to why it's like that.</w:t>
      </w:r>
    </w:p>
    <w:p w14:paraId="309B1419" w14:textId="77777777" w:rsidR="004129AE" w:rsidRDefault="004129AE">
      <w:pPr>
        <w:spacing w:after="0"/>
      </w:pPr>
    </w:p>
    <w:p w14:paraId="485EDCC5" w14:textId="77777777" w:rsidR="004129AE" w:rsidRDefault="00570DD5">
      <w:pPr>
        <w:spacing w:after="0"/>
      </w:pPr>
      <w:r>
        <w:rPr>
          <w:rFonts w:ascii="Arial" w:hAnsi="Arial"/>
          <w:b/>
        </w:rPr>
        <w:t xml:space="preserve">Interviewer P:  </w:t>
      </w:r>
      <w:r>
        <w:rPr>
          <w:rFonts w:ascii="Arial" w:hAnsi="Arial"/>
          <w:color w:val="5D7284"/>
        </w:rPr>
        <w:t>08:16</w:t>
      </w:r>
    </w:p>
    <w:p w14:paraId="7A485BA9" w14:textId="77777777" w:rsidR="004129AE" w:rsidRDefault="00570DD5">
      <w:pPr>
        <w:spacing w:after="0"/>
      </w:pPr>
      <w:r>
        <w:rPr>
          <w:rFonts w:ascii="Arial" w:hAnsi="Arial"/>
        </w:rPr>
        <w:t xml:space="preserve">So as I said, this is condensed down to 33 seconds. Do you want to take a guess on what the original time was? For the original recording? </w:t>
      </w:r>
    </w:p>
    <w:p w14:paraId="44F16A64" w14:textId="77777777" w:rsidR="004129AE" w:rsidRDefault="004129AE">
      <w:pPr>
        <w:spacing w:after="0"/>
      </w:pPr>
    </w:p>
    <w:p w14:paraId="7C8B4BE0" w14:textId="77777777" w:rsidR="004129AE" w:rsidRDefault="00570DD5">
      <w:pPr>
        <w:spacing w:after="0"/>
      </w:pPr>
      <w:r>
        <w:rPr>
          <w:rFonts w:ascii="Arial" w:hAnsi="Arial"/>
          <w:b/>
        </w:rPr>
        <w:t xml:space="preserve">Participant#7:  </w:t>
      </w:r>
      <w:r>
        <w:rPr>
          <w:rFonts w:ascii="Arial" w:hAnsi="Arial"/>
          <w:color w:val="5D7284"/>
        </w:rPr>
        <w:t>08:30</w:t>
      </w:r>
    </w:p>
    <w:p w14:paraId="06EAD082" w14:textId="77777777" w:rsidR="004129AE" w:rsidRDefault="00570DD5">
      <w:pPr>
        <w:spacing w:after="0"/>
      </w:pPr>
      <w:r>
        <w:rPr>
          <w:rFonts w:ascii="Arial" w:hAnsi="Arial"/>
        </w:rPr>
        <w:t>Four hours?</w:t>
      </w:r>
    </w:p>
    <w:p w14:paraId="794DAF90" w14:textId="77777777" w:rsidR="004129AE" w:rsidRDefault="004129AE">
      <w:pPr>
        <w:spacing w:after="0"/>
      </w:pPr>
    </w:p>
    <w:p w14:paraId="34552B30" w14:textId="77777777" w:rsidR="004129AE" w:rsidRDefault="00570DD5">
      <w:pPr>
        <w:spacing w:after="0"/>
      </w:pPr>
      <w:r>
        <w:rPr>
          <w:rFonts w:ascii="Arial" w:hAnsi="Arial"/>
          <w:b/>
        </w:rPr>
        <w:t xml:space="preserve">Interviewer P:  </w:t>
      </w:r>
      <w:r>
        <w:rPr>
          <w:rFonts w:ascii="Arial" w:hAnsi="Arial"/>
          <w:color w:val="5D7284"/>
        </w:rPr>
        <w:t>08:31</w:t>
      </w:r>
    </w:p>
    <w:p w14:paraId="42669E4A" w14:textId="77777777" w:rsidR="004129AE" w:rsidRDefault="00570DD5">
      <w:pPr>
        <w:spacing w:after="0"/>
      </w:pPr>
      <w:r>
        <w:rPr>
          <w:rFonts w:ascii="Arial" w:hAnsi="Arial"/>
        </w:rPr>
        <w:t xml:space="preserve"> Oh, interesting. Guess it was one hour. </w:t>
      </w:r>
    </w:p>
    <w:p w14:paraId="75D34C27" w14:textId="77777777" w:rsidR="004129AE" w:rsidRDefault="004129AE">
      <w:pPr>
        <w:spacing w:after="0"/>
      </w:pPr>
    </w:p>
    <w:p w14:paraId="461D7B1D" w14:textId="77777777" w:rsidR="004129AE" w:rsidRDefault="00570DD5">
      <w:pPr>
        <w:spacing w:after="0"/>
      </w:pPr>
      <w:r>
        <w:rPr>
          <w:rFonts w:ascii="Arial" w:hAnsi="Arial"/>
          <w:b/>
        </w:rPr>
        <w:t xml:space="preserve">Participant#7:  </w:t>
      </w:r>
      <w:r>
        <w:rPr>
          <w:rFonts w:ascii="Arial" w:hAnsi="Arial"/>
          <w:color w:val="5D7284"/>
        </w:rPr>
        <w:t>08:35</w:t>
      </w:r>
    </w:p>
    <w:p w14:paraId="7408E69E" w14:textId="77777777" w:rsidR="004129AE" w:rsidRDefault="00570DD5">
      <w:pPr>
        <w:spacing w:after="0"/>
      </w:pPr>
      <w:r>
        <w:rPr>
          <w:rFonts w:ascii="Arial" w:hAnsi="Arial"/>
        </w:rPr>
        <w:t xml:space="preserve">Oh, wow. </w:t>
      </w:r>
    </w:p>
    <w:p w14:paraId="1484287F" w14:textId="77777777" w:rsidR="004129AE" w:rsidRDefault="004129AE">
      <w:pPr>
        <w:spacing w:after="0"/>
      </w:pPr>
    </w:p>
    <w:p w14:paraId="2D125599" w14:textId="77777777" w:rsidR="004129AE" w:rsidRDefault="00570DD5">
      <w:pPr>
        <w:spacing w:after="0"/>
      </w:pPr>
      <w:r>
        <w:rPr>
          <w:rFonts w:ascii="Arial" w:hAnsi="Arial"/>
          <w:b/>
        </w:rPr>
        <w:t xml:space="preserve">Interviewer P:  </w:t>
      </w:r>
      <w:r>
        <w:rPr>
          <w:rFonts w:ascii="Arial" w:hAnsi="Arial"/>
          <w:color w:val="5D7284"/>
        </w:rPr>
        <w:t>08:35</w:t>
      </w:r>
    </w:p>
    <w:p w14:paraId="336A90AB" w14:textId="77777777" w:rsidR="004129AE" w:rsidRDefault="00570DD5">
      <w:pPr>
        <w:spacing w:after="0"/>
      </w:pPr>
      <w:r>
        <w:rPr>
          <w:rFonts w:ascii="Arial" w:hAnsi="Arial"/>
        </w:rPr>
        <w:t>Yeah. One hour. So.</w:t>
      </w:r>
    </w:p>
    <w:p w14:paraId="1A3CD1E8" w14:textId="77777777" w:rsidR="004129AE" w:rsidRDefault="004129AE">
      <w:pPr>
        <w:spacing w:after="0"/>
      </w:pPr>
    </w:p>
    <w:p w14:paraId="2A4D6655" w14:textId="77777777" w:rsidR="004129AE" w:rsidRDefault="00570DD5">
      <w:pPr>
        <w:spacing w:after="0"/>
      </w:pPr>
      <w:r>
        <w:rPr>
          <w:rFonts w:ascii="Arial" w:hAnsi="Arial"/>
          <w:b/>
        </w:rPr>
        <w:t xml:space="preserve">Participant#7:  </w:t>
      </w:r>
      <w:r>
        <w:rPr>
          <w:rFonts w:ascii="Arial" w:hAnsi="Arial"/>
          <w:color w:val="5D7284"/>
        </w:rPr>
        <w:t>08:40</w:t>
      </w:r>
    </w:p>
    <w:p w14:paraId="765B956E" w14:textId="77777777" w:rsidR="004129AE" w:rsidRDefault="00570DD5">
      <w:pPr>
        <w:spacing w:after="0"/>
      </w:pPr>
      <w:r>
        <w:rPr>
          <w:rFonts w:ascii="Arial" w:hAnsi="Arial"/>
        </w:rPr>
        <w:t>Interest.</w:t>
      </w:r>
    </w:p>
    <w:p w14:paraId="328092E6" w14:textId="77777777" w:rsidR="004129AE" w:rsidRDefault="004129AE">
      <w:pPr>
        <w:spacing w:after="0"/>
      </w:pPr>
    </w:p>
    <w:p w14:paraId="099057A7" w14:textId="77777777" w:rsidR="004129AE" w:rsidRDefault="00570DD5">
      <w:pPr>
        <w:spacing w:after="0"/>
      </w:pPr>
      <w:r>
        <w:rPr>
          <w:rFonts w:ascii="Arial" w:hAnsi="Arial"/>
          <w:b/>
        </w:rPr>
        <w:t xml:space="preserve">Interviewer P:  </w:t>
      </w:r>
      <w:r>
        <w:rPr>
          <w:rFonts w:ascii="Arial" w:hAnsi="Arial"/>
          <w:color w:val="5D7284"/>
        </w:rPr>
        <w:t>08:41</w:t>
      </w:r>
    </w:p>
    <w:p w14:paraId="017F49D5" w14:textId="77777777" w:rsidR="004129AE" w:rsidRDefault="00570DD5">
      <w:pPr>
        <w:spacing w:after="0"/>
      </w:pPr>
      <w:r>
        <w:rPr>
          <w:rFonts w:ascii="Arial" w:hAnsi="Arial"/>
        </w:rPr>
        <w:t xml:space="preserve">Yeah. That's kind of cool. All right. So next a little bit of a thought experiment. I don't actually have this one. But let's say that instead of red and warm, or I'm sorry, warm and cold water, I had at first put in here, warm and cold Jell-O. So I wouldn't be able to get the temperature difference as great. But I could probably get 30 degrees difference, you know, like I could cold Jell-O down to maybe 40 degrees </w:t>
      </w:r>
      <w:r>
        <w:rPr>
          <w:rFonts w:ascii="Arial" w:hAnsi="Arial"/>
        </w:rPr>
        <w:lastRenderedPageBreak/>
        <w:t>before it freezes. And I could leave some other Jell-O out on a table top and it might warm up to 60 or 70 before it liquefies. And so if I did that, and I had warm Jell-O, cold Jell-O, and then I pulled out the dividing wall. What are your thoughts on what how that might behave?</w:t>
      </w:r>
    </w:p>
    <w:p w14:paraId="0B4031A5" w14:textId="77777777" w:rsidR="004129AE" w:rsidRDefault="004129AE">
      <w:pPr>
        <w:spacing w:after="0"/>
      </w:pPr>
    </w:p>
    <w:p w14:paraId="38BD4270" w14:textId="77777777" w:rsidR="004129AE" w:rsidRDefault="00570DD5">
      <w:pPr>
        <w:spacing w:after="0"/>
      </w:pPr>
      <w:r>
        <w:rPr>
          <w:rFonts w:ascii="Arial" w:hAnsi="Arial"/>
          <w:b/>
        </w:rPr>
        <w:t xml:space="preserve">Participant#7:  </w:t>
      </w:r>
      <w:r>
        <w:rPr>
          <w:rFonts w:ascii="Arial" w:hAnsi="Arial"/>
          <w:color w:val="5D7284"/>
        </w:rPr>
        <w:t>09:45</w:t>
      </w:r>
    </w:p>
    <w:p w14:paraId="4FAA8A35" w14:textId="77777777" w:rsidR="004129AE" w:rsidRDefault="00570DD5">
      <w:pPr>
        <w:spacing w:after="0"/>
      </w:pPr>
      <w:r>
        <w:rPr>
          <w:rFonts w:ascii="Arial" w:hAnsi="Arial"/>
        </w:rPr>
        <w:t>I think it would be slower because it's more of a solid than it is a liquid. I know it's what state dependence I don't remember the physic but you have solid liquid gas. And I feel like you know for gas it's at often the invisible level. So you can only really work with solids and liquids when seeing in the physical visual sight of how they interact, now I feel that with solids, it would probably do if I had to guess if I'm picturing in my mind the same thing. But it wouldn't be as intense or as fast. But overall, you would see more of the warm Jell-O on top and the cool Jell-O on the bottom.</w:t>
      </w:r>
    </w:p>
    <w:p w14:paraId="5C84E85F" w14:textId="77777777" w:rsidR="004129AE" w:rsidRDefault="004129AE">
      <w:pPr>
        <w:spacing w:after="0"/>
      </w:pPr>
    </w:p>
    <w:p w14:paraId="71D36B89" w14:textId="77777777" w:rsidR="004129AE" w:rsidRDefault="00570DD5">
      <w:pPr>
        <w:spacing w:after="0"/>
      </w:pPr>
      <w:r>
        <w:rPr>
          <w:rFonts w:ascii="Arial" w:hAnsi="Arial"/>
          <w:b/>
        </w:rPr>
        <w:t xml:space="preserve">Interviewer P:  </w:t>
      </w:r>
      <w:r>
        <w:rPr>
          <w:rFonts w:ascii="Arial" w:hAnsi="Arial"/>
          <w:color w:val="5D7284"/>
        </w:rPr>
        <w:t>10:27</w:t>
      </w:r>
    </w:p>
    <w:p w14:paraId="56D15D9B" w14:textId="77777777" w:rsidR="004129AE" w:rsidRDefault="00570DD5">
      <w:pPr>
        <w:spacing w:after="0"/>
      </w:pPr>
      <w:r>
        <w:rPr>
          <w:rFonts w:ascii="Arial" w:hAnsi="Arial"/>
        </w:rPr>
        <w:t>So same thing as the water, but it would just take more time.</w:t>
      </w:r>
    </w:p>
    <w:p w14:paraId="3900E04C" w14:textId="77777777" w:rsidR="004129AE" w:rsidRDefault="004129AE">
      <w:pPr>
        <w:spacing w:after="0"/>
      </w:pPr>
    </w:p>
    <w:p w14:paraId="71A9870B" w14:textId="77777777" w:rsidR="004129AE" w:rsidRDefault="00570DD5">
      <w:pPr>
        <w:spacing w:after="0"/>
      </w:pPr>
      <w:r>
        <w:rPr>
          <w:rFonts w:ascii="Arial" w:hAnsi="Arial"/>
          <w:b/>
        </w:rPr>
        <w:t xml:space="preserve">Participant#7:  </w:t>
      </w:r>
      <w:r>
        <w:rPr>
          <w:rFonts w:ascii="Arial" w:hAnsi="Arial"/>
          <w:color w:val="5D7284"/>
        </w:rPr>
        <w:t>10:30</w:t>
      </w:r>
    </w:p>
    <w:p w14:paraId="0FAE9D1F" w14:textId="77777777" w:rsidR="004129AE" w:rsidRDefault="00570DD5">
      <w:pPr>
        <w:spacing w:after="0"/>
      </w:pPr>
      <w:r>
        <w:rPr>
          <w:rFonts w:ascii="Arial" w:hAnsi="Arial"/>
        </w:rPr>
        <w:t>Yes. And it might not be as like, extreme. When you first combine them like the water, they immediately started to switch. I think the Jell-O might have more than that 45 degree where they start to intermingle with each other.</w:t>
      </w:r>
    </w:p>
    <w:p w14:paraId="38CE65EF" w14:textId="77777777" w:rsidR="004129AE" w:rsidRDefault="004129AE">
      <w:pPr>
        <w:spacing w:after="0"/>
      </w:pPr>
    </w:p>
    <w:p w14:paraId="61295A17" w14:textId="77777777" w:rsidR="004129AE" w:rsidRDefault="00570DD5">
      <w:pPr>
        <w:spacing w:after="0"/>
      </w:pPr>
      <w:r>
        <w:rPr>
          <w:rFonts w:ascii="Arial" w:hAnsi="Arial"/>
          <w:b/>
        </w:rPr>
        <w:t xml:space="preserve">Interviewer P:  </w:t>
      </w:r>
      <w:r>
        <w:rPr>
          <w:rFonts w:ascii="Arial" w:hAnsi="Arial"/>
          <w:color w:val="5D7284"/>
        </w:rPr>
        <w:t>10:44</w:t>
      </w:r>
    </w:p>
    <w:p w14:paraId="0A71FD26" w14:textId="77777777" w:rsidR="004129AE" w:rsidRDefault="00570DD5">
      <w:pPr>
        <w:spacing w:after="0"/>
      </w:pPr>
      <w:r>
        <w:rPr>
          <w:rFonts w:ascii="Arial" w:hAnsi="Arial"/>
        </w:rPr>
        <w:t>Hard to imagine Jell-O doing all of that.</w:t>
      </w:r>
    </w:p>
    <w:p w14:paraId="520957A5" w14:textId="77777777" w:rsidR="004129AE" w:rsidRDefault="004129AE">
      <w:pPr>
        <w:spacing w:after="0"/>
      </w:pPr>
    </w:p>
    <w:p w14:paraId="4B7441A9" w14:textId="77777777" w:rsidR="004129AE" w:rsidRDefault="00570DD5">
      <w:pPr>
        <w:spacing w:after="0"/>
      </w:pPr>
      <w:r>
        <w:rPr>
          <w:rFonts w:ascii="Arial" w:hAnsi="Arial"/>
          <w:b/>
        </w:rPr>
        <w:t xml:space="preserve">Participant#7:  </w:t>
      </w:r>
      <w:r>
        <w:rPr>
          <w:rFonts w:ascii="Arial" w:hAnsi="Arial"/>
          <w:color w:val="5D7284"/>
        </w:rPr>
        <w:t>10:46</w:t>
      </w:r>
    </w:p>
    <w:p w14:paraId="4607DFBD" w14:textId="77777777" w:rsidR="004129AE" w:rsidRDefault="00570DD5">
      <w:pPr>
        <w:spacing w:after="0"/>
      </w:pPr>
      <w:r>
        <w:rPr>
          <w:rFonts w:ascii="Arial" w:hAnsi="Arial"/>
        </w:rPr>
        <w:t>it is but.</w:t>
      </w:r>
    </w:p>
    <w:p w14:paraId="371F2C5A" w14:textId="77777777" w:rsidR="004129AE" w:rsidRDefault="004129AE">
      <w:pPr>
        <w:spacing w:after="0"/>
      </w:pPr>
    </w:p>
    <w:p w14:paraId="41F5589B" w14:textId="77777777" w:rsidR="004129AE" w:rsidRDefault="00570DD5">
      <w:pPr>
        <w:spacing w:after="0"/>
      </w:pPr>
      <w:r>
        <w:rPr>
          <w:rFonts w:ascii="Arial" w:hAnsi="Arial"/>
          <w:b/>
        </w:rPr>
        <w:t xml:space="preserve">Interviewer P:  </w:t>
      </w:r>
      <w:r>
        <w:rPr>
          <w:rFonts w:ascii="Arial" w:hAnsi="Arial"/>
          <w:color w:val="5D7284"/>
        </w:rPr>
        <w:t>10:50</w:t>
      </w:r>
    </w:p>
    <w:p w14:paraId="7C54F8F6" w14:textId="77777777" w:rsidR="004129AE" w:rsidRDefault="00570DD5">
      <w:pPr>
        <w:spacing w:after="0"/>
      </w:pPr>
      <w:r>
        <w:rPr>
          <w:rFonts w:ascii="Arial" w:hAnsi="Arial"/>
        </w:rPr>
        <w:t>So back to the water for a second, do you think that this would ever completely mix?</w:t>
      </w:r>
    </w:p>
    <w:p w14:paraId="62E00095" w14:textId="77777777" w:rsidR="004129AE" w:rsidRDefault="004129AE">
      <w:pPr>
        <w:spacing w:after="0"/>
      </w:pPr>
    </w:p>
    <w:p w14:paraId="468340B3" w14:textId="77777777" w:rsidR="004129AE" w:rsidRDefault="00570DD5">
      <w:pPr>
        <w:spacing w:after="0"/>
      </w:pPr>
      <w:r>
        <w:rPr>
          <w:rFonts w:ascii="Arial" w:hAnsi="Arial"/>
          <w:b/>
        </w:rPr>
        <w:t xml:space="preserve">Participant#7:  </w:t>
      </w:r>
      <w:r>
        <w:rPr>
          <w:rFonts w:ascii="Arial" w:hAnsi="Arial"/>
          <w:color w:val="5D7284"/>
        </w:rPr>
        <w:t>10:58</w:t>
      </w:r>
    </w:p>
    <w:p w14:paraId="3455F46F" w14:textId="77777777" w:rsidR="004129AE" w:rsidRDefault="00570DD5">
      <w:pPr>
        <w:spacing w:after="0"/>
      </w:pPr>
      <w:r>
        <w:rPr>
          <w:rFonts w:ascii="Arial" w:hAnsi="Arial"/>
        </w:rPr>
        <w:t>No, I do not.</w:t>
      </w:r>
    </w:p>
    <w:p w14:paraId="608F2542" w14:textId="77777777" w:rsidR="004129AE" w:rsidRDefault="004129AE">
      <w:pPr>
        <w:spacing w:after="0"/>
      </w:pPr>
    </w:p>
    <w:p w14:paraId="6E953422" w14:textId="77777777" w:rsidR="004129AE" w:rsidRDefault="00570DD5">
      <w:pPr>
        <w:spacing w:after="0"/>
      </w:pPr>
      <w:r>
        <w:rPr>
          <w:rFonts w:ascii="Arial" w:hAnsi="Arial"/>
          <w:b/>
        </w:rPr>
        <w:t xml:space="preserve">Interviewer P:  </w:t>
      </w:r>
      <w:r>
        <w:rPr>
          <w:rFonts w:ascii="Arial" w:hAnsi="Arial"/>
          <w:color w:val="5D7284"/>
        </w:rPr>
        <w:t>11:00</w:t>
      </w:r>
    </w:p>
    <w:p w14:paraId="6CFDF06A" w14:textId="77777777" w:rsidR="004129AE" w:rsidRDefault="00570DD5">
      <w:pPr>
        <w:spacing w:after="0"/>
      </w:pPr>
      <w:r>
        <w:rPr>
          <w:rFonts w:ascii="Arial" w:hAnsi="Arial"/>
        </w:rPr>
        <w:t>Do you think it would ever reach like the same temperature throughout?</w:t>
      </w:r>
    </w:p>
    <w:p w14:paraId="64FCFA48" w14:textId="77777777" w:rsidR="004129AE" w:rsidRDefault="004129AE">
      <w:pPr>
        <w:spacing w:after="0"/>
      </w:pPr>
    </w:p>
    <w:p w14:paraId="581A8C06" w14:textId="77777777" w:rsidR="004129AE" w:rsidRDefault="00570DD5">
      <w:pPr>
        <w:spacing w:after="0"/>
      </w:pPr>
      <w:r>
        <w:rPr>
          <w:rFonts w:ascii="Arial" w:hAnsi="Arial"/>
          <w:b/>
        </w:rPr>
        <w:t xml:space="preserve">Participant#7:  </w:t>
      </w:r>
      <w:r>
        <w:rPr>
          <w:rFonts w:ascii="Arial" w:hAnsi="Arial"/>
          <w:color w:val="5D7284"/>
        </w:rPr>
        <w:t>11:06</w:t>
      </w:r>
    </w:p>
    <w:p w14:paraId="0D7AA34A" w14:textId="77777777" w:rsidR="004129AE" w:rsidRDefault="00570DD5">
      <w:pPr>
        <w:spacing w:after="0"/>
      </w:pPr>
      <w:r>
        <w:rPr>
          <w:rFonts w:ascii="Arial" w:hAnsi="Arial"/>
        </w:rPr>
        <w:t xml:space="preserve">No, I think because of the idea of light and the sun. And again, I think back to the ocean, the surface is always going to be warmer than the bottom of the ocean. And they never fully mix. And though this is on a much smaller scale, so they would probably come closer given that it's a smaller scale. I don't think they would ever completely mix or ever the temperature difference could be 0.001 to the millionth power, but I think there's always going to be a slight difference from this square centimeter and millimeter to that square centimeter. </w:t>
      </w:r>
    </w:p>
    <w:p w14:paraId="34D710F2" w14:textId="77777777" w:rsidR="004129AE" w:rsidRDefault="004129AE">
      <w:pPr>
        <w:spacing w:after="0"/>
      </w:pPr>
    </w:p>
    <w:p w14:paraId="39B1DD32" w14:textId="77777777" w:rsidR="004129AE" w:rsidRDefault="00570DD5">
      <w:pPr>
        <w:spacing w:after="0"/>
      </w:pPr>
      <w:r>
        <w:rPr>
          <w:rFonts w:ascii="Arial" w:hAnsi="Arial"/>
          <w:b/>
        </w:rPr>
        <w:t xml:space="preserve">Interviewer P:  </w:t>
      </w:r>
      <w:r>
        <w:rPr>
          <w:rFonts w:ascii="Arial" w:hAnsi="Arial"/>
          <w:color w:val="5D7284"/>
        </w:rPr>
        <w:t>11:43</w:t>
      </w:r>
    </w:p>
    <w:p w14:paraId="777F935D" w14:textId="77777777" w:rsidR="004129AE" w:rsidRDefault="00570DD5">
      <w:pPr>
        <w:spacing w:after="0"/>
      </w:pPr>
      <w:r>
        <w:rPr>
          <w:rFonts w:ascii="Arial" w:hAnsi="Arial"/>
        </w:rPr>
        <w:lastRenderedPageBreak/>
        <w:t xml:space="preserve">So the one immediately below it. Yes. Okay. So it would be like a gradient? </w:t>
      </w:r>
    </w:p>
    <w:p w14:paraId="74454C92" w14:textId="77777777" w:rsidR="004129AE" w:rsidRDefault="004129AE">
      <w:pPr>
        <w:spacing w:after="0"/>
      </w:pPr>
    </w:p>
    <w:p w14:paraId="21976B8F" w14:textId="77777777" w:rsidR="004129AE" w:rsidRDefault="00570DD5">
      <w:pPr>
        <w:spacing w:after="0"/>
      </w:pPr>
      <w:r>
        <w:rPr>
          <w:rFonts w:ascii="Arial" w:hAnsi="Arial"/>
          <w:b/>
        </w:rPr>
        <w:t xml:space="preserve">Participant#7:  </w:t>
      </w:r>
      <w:r>
        <w:rPr>
          <w:rFonts w:ascii="Arial" w:hAnsi="Arial"/>
          <w:color w:val="5D7284"/>
        </w:rPr>
        <w:t>11:47</w:t>
      </w:r>
    </w:p>
    <w:p w14:paraId="490623CA" w14:textId="77777777" w:rsidR="004129AE" w:rsidRDefault="00570DD5">
      <w:pPr>
        <w:spacing w:after="0"/>
      </w:pPr>
      <w:r>
        <w:rPr>
          <w:rFonts w:ascii="Arial" w:hAnsi="Arial"/>
        </w:rPr>
        <w:t xml:space="preserve">Yes. </w:t>
      </w:r>
    </w:p>
    <w:p w14:paraId="0B97EA3B" w14:textId="77777777" w:rsidR="004129AE" w:rsidRDefault="004129AE">
      <w:pPr>
        <w:spacing w:after="0"/>
      </w:pPr>
    </w:p>
    <w:p w14:paraId="5E0197D9" w14:textId="77777777" w:rsidR="004129AE" w:rsidRDefault="00570DD5">
      <w:pPr>
        <w:spacing w:after="0"/>
      </w:pPr>
      <w:r>
        <w:rPr>
          <w:rFonts w:ascii="Arial" w:hAnsi="Arial"/>
          <w:b/>
        </w:rPr>
        <w:t xml:space="preserve">Interviewer P:  </w:t>
      </w:r>
      <w:r>
        <w:rPr>
          <w:rFonts w:ascii="Arial" w:hAnsi="Arial"/>
          <w:color w:val="5D7284"/>
        </w:rPr>
        <w:t>11:49</w:t>
      </w:r>
    </w:p>
    <w:p w14:paraId="7E2B456E" w14:textId="77777777" w:rsidR="004129AE" w:rsidRDefault="00570DD5">
      <w:pPr>
        <w:spacing w:after="0"/>
      </w:pPr>
      <w:r>
        <w:rPr>
          <w:rFonts w:ascii="Arial" w:hAnsi="Arial"/>
        </w:rPr>
        <w:t>And do you what would you say the same about the Jell-O?</w:t>
      </w:r>
    </w:p>
    <w:p w14:paraId="5D1398DA" w14:textId="77777777" w:rsidR="004129AE" w:rsidRDefault="004129AE">
      <w:pPr>
        <w:spacing w:after="0"/>
      </w:pPr>
    </w:p>
    <w:p w14:paraId="53DBC1D4" w14:textId="77777777" w:rsidR="004129AE" w:rsidRDefault="00570DD5">
      <w:pPr>
        <w:spacing w:after="0"/>
      </w:pPr>
      <w:r>
        <w:rPr>
          <w:rFonts w:ascii="Arial" w:hAnsi="Arial"/>
          <w:b/>
        </w:rPr>
        <w:t xml:space="preserve">Participant#7:  </w:t>
      </w:r>
      <w:r>
        <w:rPr>
          <w:rFonts w:ascii="Arial" w:hAnsi="Arial"/>
          <w:color w:val="5D7284"/>
        </w:rPr>
        <w:t>11:54</w:t>
      </w:r>
    </w:p>
    <w:p w14:paraId="30A7CBAA" w14:textId="77777777" w:rsidR="004129AE" w:rsidRDefault="00570DD5">
      <w:pPr>
        <w:spacing w:after="0"/>
      </w:pPr>
      <w:r>
        <w:rPr>
          <w:rFonts w:ascii="Arial" w:hAnsi="Arial"/>
        </w:rPr>
        <w:t>I think the differences would be slightly more exacerbated because it's a solid. So it would be a little bit further between the temperature increments, but I think it would still be the same principle that they would never be the same temperature, and that they would never fully mix.</w:t>
      </w:r>
    </w:p>
    <w:p w14:paraId="303D16F2" w14:textId="77777777" w:rsidR="004129AE" w:rsidRDefault="004129AE">
      <w:pPr>
        <w:spacing w:after="0"/>
      </w:pPr>
    </w:p>
    <w:p w14:paraId="32A601C1" w14:textId="77777777" w:rsidR="004129AE" w:rsidRDefault="00570DD5">
      <w:pPr>
        <w:spacing w:after="0"/>
      </w:pPr>
      <w:r>
        <w:rPr>
          <w:rFonts w:ascii="Arial" w:hAnsi="Arial"/>
          <w:b/>
        </w:rPr>
        <w:t xml:space="preserve">Interviewer P:  </w:t>
      </w:r>
      <w:r>
        <w:rPr>
          <w:rFonts w:ascii="Arial" w:hAnsi="Arial"/>
          <w:color w:val="5D7284"/>
        </w:rPr>
        <w:t>12:12</w:t>
      </w:r>
    </w:p>
    <w:p w14:paraId="259E19AA" w14:textId="77777777" w:rsidR="004129AE" w:rsidRDefault="00570DD5">
      <w:pPr>
        <w:spacing w:after="0"/>
      </w:pPr>
      <w:r>
        <w:rPr>
          <w:rFonts w:ascii="Arial" w:hAnsi="Arial"/>
        </w:rPr>
        <w:t>So, any chances that this will turn purple?</w:t>
      </w:r>
    </w:p>
    <w:p w14:paraId="3D4B4C59" w14:textId="77777777" w:rsidR="004129AE" w:rsidRDefault="004129AE">
      <w:pPr>
        <w:spacing w:after="0"/>
      </w:pPr>
    </w:p>
    <w:p w14:paraId="0CBCD803" w14:textId="77777777" w:rsidR="004129AE" w:rsidRDefault="00570DD5">
      <w:pPr>
        <w:spacing w:after="0"/>
      </w:pPr>
      <w:r>
        <w:rPr>
          <w:rFonts w:ascii="Arial" w:hAnsi="Arial"/>
          <w:b/>
        </w:rPr>
        <w:t xml:space="preserve">Participant#7:  </w:t>
      </w:r>
      <w:r>
        <w:rPr>
          <w:rFonts w:ascii="Arial" w:hAnsi="Arial"/>
          <w:color w:val="5D7284"/>
        </w:rPr>
        <w:t>12:27</w:t>
      </w:r>
    </w:p>
    <w:p w14:paraId="43B7B139" w14:textId="77777777" w:rsidR="004129AE" w:rsidRDefault="00570DD5">
      <w:pPr>
        <w:spacing w:after="0"/>
      </w:pPr>
      <w:r>
        <w:rPr>
          <w:rFonts w:ascii="Arial" w:hAnsi="Arial"/>
        </w:rPr>
        <w:t>I, man, you're killing my analytical thinking. Right. I would say, situationally, it would. But I'm trying to think under what cir, I think it would have to be more of an extreme heat to cooling difference to see that color change. What was the temperature of the two?</w:t>
      </w:r>
    </w:p>
    <w:p w14:paraId="7916B224" w14:textId="77777777" w:rsidR="004129AE" w:rsidRDefault="004129AE">
      <w:pPr>
        <w:spacing w:after="0"/>
      </w:pPr>
    </w:p>
    <w:p w14:paraId="76BD187E" w14:textId="77777777" w:rsidR="004129AE" w:rsidRDefault="00570DD5">
      <w:pPr>
        <w:spacing w:after="0"/>
      </w:pPr>
      <w:r>
        <w:rPr>
          <w:rFonts w:ascii="Arial" w:hAnsi="Arial"/>
          <w:b/>
        </w:rPr>
        <w:t xml:space="preserve">Interviewer P:  </w:t>
      </w:r>
      <w:r>
        <w:rPr>
          <w:rFonts w:ascii="Arial" w:hAnsi="Arial"/>
          <w:color w:val="5D7284"/>
        </w:rPr>
        <w:t>12:51</w:t>
      </w:r>
    </w:p>
    <w:p w14:paraId="4F619EEC" w14:textId="77777777" w:rsidR="004129AE" w:rsidRDefault="00570DD5">
      <w:pPr>
        <w:spacing w:after="0"/>
      </w:pPr>
      <w:r>
        <w:rPr>
          <w:rFonts w:ascii="Arial" w:hAnsi="Arial"/>
        </w:rPr>
        <w:t>I didn't measure them? So I guess all I can say is you felt them and they were pretty far apart.</w:t>
      </w:r>
    </w:p>
    <w:p w14:paraId="6F1A9507" w14:textId="77777777" w:rsidR="004129AE" w:rsidRDefault="004129AE">
      <w:pPr>
        <w:spacing w:after="0"/>
      </w:pPr>
    </w:p>
    <w:p w14:paraId="69D430D1" w14:textId="77777777" w:rsidR="004129AE" w:rsidRDefault="00570DD5">
      <w:pPr>
        <w:spacing w:after="0"/>
      </w:pPr>
      <w:r>
        <w:rPr>
          <w:rFonts w:ascii="Arial" w:hAnsi="Arial"/>
          <w:b/>
        </w:rPr>
        <w:t xml:space="preserve">Participant#7:  </w:t>
      </w:r>
      <w:r>
        <w:rPr>
          <w:rFonts w:ascii="Arial" w:hAnsi="Arial"/>
          <w:color w:val="5D7284"/>
        </w:rPr>
        <w:t>12:58</w:t>
      </w:r>
    </w:p>
    <w:p w14:paraId="0C61A4C2" w14:textId="77777777" w:rsidR="004129AE" w:rsidRDefault="00570DD5">
      <w:pPr>
        <w:spacing w:after="0"/>
      </w:pPr>
      <w:r>
        <w:rPr>
          <w:rFonts w:ascii="Arial" w:hAnsi="Arial"/>
        </w:rPr>
        <w:t>Thats fair, I saw that after an hour, it was starting to change color ish, I guess over a very long period of time, it could eventually turn purple. But I still think that there would be different that appearance might defy the eye and you would think that it would be the same temperature but in reality, it's not so sure I could see. So it'd be incongruent. The color would change, but the temp or the Yeah, the color could change. But the temperature would still vary.</w:t>
      </w:r>
    </w:p>
    <w:p w14:paraId="18FA705C" w14:textId="77777777" w:rsidR="004129AE" w:rsidRDefault="004129AE">
      <w:pPr>
        <w:spacing w:after="0"/>
      </w:pPr>
    </w:p>
    <w:p w14:paraId="5AB530A5" w14:textId="77777777" w:rsidR="004129AE" w:rsidRDefault="00570DD5">
      <w:pPr>
        <w:spacing w:after="0"/>
      </w:pPr>
      <w:r>
        <w:rPr>
          <w:rFonts w:ascii="Arial" w:hAnsi="Arial"/>
          <w:b/>
        </w:rPr>
        <w:t xml:space="preserve">Interviewer P:  </w:t>
      </w:r>
      <w:r>
        <w:rPr>
          <w:rFonts w:ascii="Arial" w:hAnsi="Arial"/>
          <w:color w:val="5D7284"/>
        </w:rPr>
        <w:t>13:33</w:t>
      </w:r>
    </w:p>
    <w:p w14:paraId="7417FEC2" w14:textId="77777777" w:rsidR="004129AE" w:rsidRDefault="00570DD5">
      <w:pPr>
        <w:spacing w:after="0"/>
      </w:pPr>
      <w:r>
        <w:rPr>
          <w:rFonts w:ascii="Arial" w:hAnsi="Arial"/>
        </w:rPr>
        <w:t>Got it, it's interesting. You can see some of those little like we saw in the video, some of the little whatever you would call that fingers or drips of red going down. Do you see that?</w:t>
      </w:r>
    </w:p>
    <w:p w14:paraId="579549FE" w14:textId="77777777" w:rsidR="004129AE" w:rsidRDefault="004129AE">
      <w:pPr>
        <w:spacing w:after="0"/>
      </w:pPr>
    </w:p>
    <w:p w14:paraId="1544764F" w14:textId="77777777" w:rsidR="004129AE" w:rsidRDefault="00570DD5">
      <w:pPr>
        <w:spacing w:after="0"/>
      </w:pPr>
      <w:r>
        <w:rPr>
          <w:rFonts w:ascii="Arial" w:hAnsi="Arial"/>
          <w:b/>
        </w:rPr>
        <w:t xml:space="preserve">Participant#7:  </w:t>
      </w:r>
      <w:r>
        <w:rPr>
          <w:rFonts w:ascii="Arial" w:hAnsi="Arial"/>
          <w:color w:val="5D7284"/>
        </w:rPr>
        <w:t>13:47</w:t>
      </w:r>
    </w:p>
    <w:p w14:paraId="7E7B70CA" w14:textId="77777777" w:rsidR="004129AE" w:rsidRDefault="00570DD5">
      <w:pPr>
        <w:spacing w:after="0"/>
      </w:pPr>
      <w:r>
        <w:rPr>
          <w:rFonts w:ascii="Arial" w:hAnsi="Arial"/>
        </w:rPr>
        <w:t>Oh, yeah. Yeah. And I see the blue coming up as well. Sure, absolutely.</w:t>
      </w:r>
    </w:p>
    <w:p w14:paraId="60A2E925" w14:textId="77777777" w:rsidR="004129AE" w:rsidRDefault="004129AE">
      <w:pPr>
        <w:spacing w:after="0"/>
      </w:pPr>
    </w:p>
    <w:p w14:paraId="64D722B5" w14:textId="77777777" w:rsidR="004129AE" w:rsidRDefault="00570DD5">
      <w:pPr>
        <w:spacing w:after="0"/>
      </w:pPr>
      <w:r>
        <w:rPr>
          <w:rFonts w:ascii="Arial" w:hAnsi="Arial"/>
          <w:b/>
        </w:rPr>
        <w:t xml:space="preserve">Interviewer P:  </w:t>
      </w:r>
      <w:r>
        <w:rPr>
          <w:rFonts w:ascii="Arial" w:hAnsi="Arial"/>
          <w:color w:val="5D7284"/>
        </w:rPr>
        <w:t>13:53</w:t>
      </w:r>
    </w:p>
    <w:p w14:paraId="2C5B53AB" w14:textId="77777777" w:rsidR="004129AE" w:rsidRDefault="00570DD5">
      <w:pPr>
        <w:spacing w:after="0"/>
      </w:pPr>
      <w:r>
        <w:rPr>
          <w:rFonts w:ascii="Arial" w:hAnsi="Arial"/>
        </w:rPr>
        <w:t xml:space="preserve">It's pretty cool. All right, we are going to switch to a different demonstration over here. And this one, I'm gonna so see that cylinder tank over there with water, and I have it over there. I used to have it on the table, but it got all bumped, you know, we would touch the table and it got disturbed. So now it's sitting over there. Alright, so I have this dye. It's potassium for manganese. It's in here. So unlike a food color, it's not a liquid, it's a solid. And I'm going to put it in there. A little bit of it in there. And since it's a solid, </w:t>
      </w:r>
      <w:r>
        <w:rPr>
          <w:rFonts w:ascii="Arial" w:hAnsi="Arial"/>
        </w:rPr>
        <w:lastRenderedPageBreak/>
        <w:t xml:space="preserve">it's a crystal. It is dense enough that it'll sink to the bottom. But as it sinks to the bottom, it will color the water on the way down. </w:t>
      </w:r>
    </w:p>
    <w:p w14:paraId="46A59FC3" w14:textId="77777777" w:rsidR="004129AE" w:rsidRDefault="004129AE">
      <w:pPr>
        <w:spacing w:after="0"/>
      </w:pPr>
    </w:p>
    <w:p w14:paraId="5AEED11B" w14:textId="77777777" w:rsidR="004129AE" w:rsidRDefault="00570DD5">
      <w:pPr>
        <w:spacing w:after="0"/>
      </w:pPr>
      <w:r>
        <w:rPr>
          <w:rFonts w:ascii="Arial" w:hAnsi="Arial"/>
          <w:b/>
        </w:rPr>
        <w:t xml:space="preserve">Participant#7:  </w:t>
      </w:r>
      <w:r>
        <w:rPr>
          <w:rFonts w:ascii="Arial" w:hAnsi="Arial"/>
          <w:color w:val="5D7284"/>
        </w:rPr>
        <w:t>14:47</w:t>
      </w:r>
    </w:p>
    <w:p w14:paraId="16D8EDC6" w14:textId="77777777" w:rsidR="004129AE" w:rsidRDefault="00570DD5">
      <w:pPr>
        <w:spacing w:after="0"/>
      </w:pPr>
      <w:r>
        <w:rPr>
          <w:rFonts w:ascii="Arial" w:hAnsi="Arial"/>
        </w:rPr>
        <w:t>Okay.</w:t>
      </w:r>
    </w:p>
    <w:p w14:paraId="1B268D2A" w14:textId="77777777" w:rsidR="004129AE" w:rsidRDefault="004129AE">
      <w:pPr>
        <w:spacing w:after="0"/>
      </w:pPr>
    </w:p>
    <w:p w14:paraId="31023BA2" w14:textId="77777777" w:rsidR="004129AE" w:rsidRDefault="00570DD5">
      <w:pPr>
        <w:spacing w:after="0"/>
      </w:pPr>
      <w:r>
        <w:rPr>
          <w:rFonts w:ascii="Arial" w:hAnsi="Arial"/>
          <w:b/>
        </w:rPr>
        <w:t xml:space="preserve">Interviewer P:  </w:t>
      </w:r>
      <w:r>
        <w:rPr>
          <w:rFonts w:ascii="Arial" w:hAnsi="Arial"/>
          <w:color w:val="5D7284"/>
        </w:rPr>
        <w:t>14:47</w:t>
      </w:r>
    </w:p>
    <w:p w14:paraId="3DB6723F" w14:textId="77777777" w:rsidR="004129AE" w:rsidRDefault="00570DD5">
      <w:pPr>
        <w:spacing w:after="0"/>
      </w:pPr>
      <w:r>
        <w:rPr>
          <w:rFonts w:ascii="Arial" w:hAnsi="Arial"/>
        </w:rPr>
        <w:t>So I just want to show you what that looks like first all right so I think you.</w:t>
      </w:r>
    </w:p>
    <w:p w14:paraId="1B499DCD" w14:textId="77777777" w:rsidR="004129AE" w:rsidRDefault="004129AE">
      <w:pPr>
        <w:spacing w:after="0"/>
      </w:pPr>
    </w:p>
    <w:p w14:paraId="72377CD0" w14:textId="77777777" w:rsidR="004129AE" w:rsidRDefault="00570DD5">
      <w:pPr>
        <w:spacing w:after="0"/>
      </w:pPr>
      <w:r>
        <w:rPr>
          <w:rFonts w:ascii="Arial" w:hAnsi="Arial"/>
          <w:b/>
        </w:rPr>
        <w:t xml:space="preserve">Participant#7:  </w:t>
      </w:r>
      <w:r>
        <w:rPr>
          <w:rFonts w:ascii="Arial" w:hAnsi="Arial"/>
          <w:color w:val="5D7284"/>
        </w:rPr>
        <w:t>15:42</w:t>
      </w:r>
    </w:p>
    <w:p w14:paraId="55BC325E" w14:textId="77777777" w:rsidR="004129AE" w:rsidRDefault="00570DD5">
      <w:pPr>
        <w:spacing w:after="0"/>
      </w:pPr>
      <w:r>
        <w:rPr>
          <w:rFonts w:ascii="Arial" w:hAnsi="Arial"/>
        </w:rPr>
        <w:t>It's almost like anti lightning where the effect is coming from the sky instead of from the surface. So in my head, I just see like, a bunch of light, well like lightning bolts and then turn into different flows of energy.</w:t>
      </w:r>
    </w:p>
    <w:p w14:paraId="2FE53543" w14:textId="77777777" w:rsidR="004129AE" w:rsidRDefault="004129AE">
      <w:pPr>
        <w:spacing w:after="0"/>
      </w:pPr>
    </w:p>
    <w:p w14:paraId="07392183" w14:textId="77777777" w:rsidR="004129AE" w:rsidRDefault="00570DD5">
      <w:pPr>
        <w:spacing w:after="0"/>
      </w:pPr>
      <w:r>
        <w:rPr>
          <w:rFonts w:ascii="Arial" w:hAnsi="Arial"/>
          <w:b/>
        </w:rPr>
        <w:t xml:space="preserve">Interviewer P:  </w:t>
      </w:r>
      <w:r>
        <w:rPr>
          <w:rFonts w:ascii="Arial" w:hAnsi="Arial"/>
          <w:color w:val="5D7284"/>
        </w:rPr>
        <w:t>16:00</w:t>
      </w:r>
    </w:p>
    <w:p w14:paraId="35C74DB8" w14:textId="4C3F5C85" w:rsidR="004129AE" w:rsidRDefault="00570DD5">
      <w:pPr>
        <w:spacing w:after="0"/>
      </w:pPr>
      <w:r w:rsidRPr="7AFD52A0">
        <w:rPr>
          <w:rFonts w:ascii="Arial" w:hAnsi="Arial"/>
        </w:rPr>
        <w:t>Okay, so you might be able to guess where I'm heading with this. Now that I've shown you what it looks like in a st</w:t>
      </w:r>
      <w:r w:rsidR="65A15BE1" w:rsidRPr="7AFD52A0">
        <w:rPr>
          <w:rFonts w:ascii="Arial" w:hAnsi="Arial"/>
        </w:rPr>
        <w:t>ill</w:t>
      </w:r>
      <w:r w:rsidRPr="7AFD52A0">
        <w:rPr>
          <w:rFonts w:ascii="Arial" w:hAnsi="Arial"/>
        </w:rPr>
        <w:t xml:space="preserve"> tank, we have this really large rotating tank behind you. And let me so that has been rotating for 25 minutes now. Okay, and so I'm going to do the same thing with the potassium per manganese in the rotating tank that I did in the steel tank. And so, same thing I'm going to ask you to predict a bit what you think it will look like, again, a minute after I drop it. So I have this here. And what I'm asking is what it will look like, like at a given moment in time. So it's like you took a picture. And the picture is going to be from two views a top. And then aside view, down here to watch, right, so again, you can use whatever color you want and use this to sketch what you think it will look like after a minute of being dropped in from a top and side view.</w:t>
      </w:r>
    </w:p>
    <w:p w14:paraId="39FD6F59" w14:textId="77777777" w:rsidR="004129AE" w:rsidRDefault="004129AE">
      <w:pPr>
        <w:spacing w:after="0"/>
      </w:pPr>
    </w:p>
    <w:p w14:paraId="4AA58B90" w14:textId="77777777" w:rsidR="004129AE" w:rsidRDefault="00570DD5">
      <w:pPr>
        <w:spacing w:after="0"/>
      </w:pPr>
      <w:r>
        <w:rPr>
          <w:rFonts w:ascii="Arial" w:hAnsi="Arial"/>
          <w:b/>
        </w:rPr>
        <w:t xml:space="preserve">Participant#7:  </w:t>
      </w:r>
      <w:r>
        <w:rPr>
          <w:rFonts w:ascii="Arial" w:hAnsi="Arial"/>
          <w:color w:val="5D7284"/>
        </w:rPr>
        <w:t>17:12</w:t>
      </w:r>
    </w:p>
    <w:p w14:paraId="4BE7F22C" w14:textId="77777777" w:rsidR="004129AE" w:rsidRDefault="00570DD5">
      <w:pPr>
        <w:spacing w:after="0"/>
      </w:pPr>
      <w:r>
        <w:rPr>
          <w:rFonts w:ascii="Arial" w:hAnsi="Arial"/>
        </w:rPr>
        <w:t>I was trying to think how to make this into that. So I'm hoping that it's at least somewhat sensible what I drew there.</w:t>
      </w:r>
    </w:p>
    <w:p w14:paraId="1C425A2D" w14:textId="77777777" w:rsidR="004129AE" w:rsidRDefault="004129AE">
      <w:pPr>
        <w:spacing w:after="0"/>
      </w:pPr>
    </w:p>
    <w:p w14:paraId="388A422C" w14:textId="77777777" w:rsidR="004129AE" w:rsidRDefault="00570DD5">
      <w:pPr>
        <w:spacing w:after="0"/>
      </w:pPr>
      <w:r>
        <w:rPr>
          <w:rFonts w:ascii="Arial" w:hAnsi="Arial"/>
          <w:b/>
        </w:rPr>
        <w:t xml:space="preserve">Interviewer P:  </w:t>
      </w:r>
      <w:r>
        <w:rPr>
          <w:rFonts w:ascii="Arial" w:hAnsi="Arial"/>
          <w:color w:val="5D7284"/>
        </w:rPr>
        <w:t>18:39</w:t>
      </w:r>
    </w:p>
    <w:p w14:paraId="2B1952F3" w14:textId="77777777" w:rsidR="004129AE" w:rsidRDefault="00570DD5">
      <w:pPr>
        <w:spacing w:after="0"/>
      </w:pPr>
      <w:r>
        <w:rPr>
          <w:rFonts w:ascii="Arial" w:hAnsi="Arial"/>
        </w:rPr>
        <w:t>Go ahead and explain to me what you do. And that could be helpful.</w:t>
      </w:r>
    </w:p>
    <w:p w14:paraId="058FFA44" w14:textId="77777777" w:rsidR="004129AE" w:rsidRDefault="004129AE">
      <w:pPr>
        <w:spacing w:after="0"/>
      </w:pPr>
    </w:p>
    <w:p w14:paraId="7F80A8D7" w14:textId="77777777" w:rsidR="004129AE" w:rsidRDefault="00570DD5">
      <w:pPr>
        <w:spacing w:after="0"/>
      </w:pPr>
      <w:r>
        <w:rPr>
          <w:rFonts w:ascii="Arial" w:hAnsi="Arial"/>
          <w:b/>
        </w:rPr>
        <w:t xml:space="preserve">Participant#7:  </w:t>
      </w:r>
      <w:r>
        <w:rPr>
          <w:rFonts w:ascii="Arial" w:hAnsi="Arial"/>
          <w:color w:val="5D7284"/>
        </w:rPr>
        <w:t>18:42</w:t>
      </w:r>
    </w:p>
    <w:p w14:paraId="05DA2B68" w14:textId="77777777" w:rsidR="004129AE" w:rsidRDefault="00570DD5">
      <w:pPr>
        <w:spacing w:after="0"/>
      </w:pPr>
      <w:r>
        <w:rPr>
          <w:rFonts w:ascii="Arial" w:hAnsi="Arial"/>
        </w:rPr>
        <w:t xml:space="preserve">So basically, I see how when it's dropped in, there's no motion to account for, it just kind of goes down. And then the dye just dissipates. And then it looks like it falls to the bottom and some of it stays in the water. But I feel as though when you add rotation, it's going to be similar to like the principle of a hurricane where it's like, it's going to keep it rotating. And so it's going to make a cyclone kind of effect with the idea of the motion guiding the overall solid to liquefy. And then kind of guide the way in which it disperses into the cyclone looking effect or like the loop looking effect from the side and might go, like side to side but also kind of up and down. </w:t>
      </w:r>
    </w:p>
    <w:p w14:paraId="1DBFEC75" w14:textId="77777777" w:rsidR="004129AE" w:rsidRDefault="004129AE">
      <w:pPr>
        <w:spacing w:after="0"/>
      </w:pPr>
    </w:p>
    <w:p w14:paraId="66DEF667" w14:textId="77777777" w:rsidR="004129AE" w:rsidRDefault="00570DD5">
      <w:pPr>
        <w:spacing w:after="0"/>
      </w:pPr>
      <w:r>
        <w:rPr>
          <w:rFonts w:ascii="Arial" w:hAnsi="Arial"/>
          <w:b/>
        </w:rPr>
        <w:t xml:space="preserve">Interviewer P:  </w:t>
      </w:r>
      <w:r>
        <w:rPr>
          <w:rFonts w:ascii="Arial" w:hAnsi="Arial"/>
          <w:color w:val="5D7284"/>
        </w:rPr>
        <w:t>19:28</w:t>
      </w:r>
    </w:p>
    <w:p w14:paraId="129FCC93" w14:textId="77777777" w:rsidR="004129AE" w:rsidRDefault="00570DD5">
      <w:pPr>
        <w:spacing w:after="0"/>
      </w:pPr>
      <w:r>
        <w:rPr>
          <w:rFonts w:ascii="Arial" w:hAnsi="Arial"/>
        </w:rPr>
        <w:t xml:space="preserve">Got it. </w:t>
      </w:r>
    </w:p>
    <w:p w14:paraId="1777E03F" w14:textId="77777777" w:rsidR="004129AE" w:rsidRDefault="004129AE">
      <w:pPr>
        <w:spacing w:after="0"/>
      </w:pPr>
    </w:p>
    <w:p w14:paraId="6CE2973E" w14:textId="77777777" w:rsidR="004129AE" w:rsidRDefault="00570DD5">
      <w:pPr>
        <w:spacing w:after="0"/>
      </w:pPr>
      <w:r>
        <w:rPr>
          <w:rFonts w:ascii="Arial" w:hAnsi="Arial"/>
          <w:b/>
        </w:rPr>
        <w:lastRenderedPageBreak/>
        <w:t xml:space="preserve">Participant#7:  </w:t>
      </w:r>
      <w:r>
        <w:rPr>
          <w:rFonts w:ascii="Arial" w:hAnsi="Arial"/>
          <w:color w:val="5D7284"/>
        </w:rPr>
        <w:t>19:30</w:t>
      </w:r>
    </w:p>
    <w:p w14:paraId="4BD114DE" w14:textId="77777777" w:rsidR="004129AE" w:rsidRDefault="00570DD5">
      <w:pPr>
        <w:spacing w:after="0"/>
      </w:pPr>
      <w:r>
        <w:rPr>
          <w:rFonts w:ascii="Arial" w:hAnsi="Arial"/>
        </w:rPr>
        <w:t>So I guess I could also kind of go like side to side, side to side, and then a little bit of up and down in there as well.</w:t>
      </w:r>
    </w:p>
    <w:p w14:paraId="2F1A5F58" w14:textId="77777777" w:rsidR="004129AE" w:rsidRDefault="004129AE">
      <w:pPr>
        <w:spacing w:after="0"/>
      </w:pPr>
    </w:p>
    <w:p w14:paraId="21C86C84" w14:textId="77777777" w:rsidR="004129AE" w:rsidRDefault="00570DD5">
      <w:pPr>
        <w:spacing w:after="0"/>
      </w:pPr>
      <w:r>
        <w:rPr>
          <w:rFonts w:ascii="Arial" w:hAnsi="Arial"/>
          <w:b/>
        </w:rPr>
        <w:t xml:space="preserve">Interviewer P:  </w:t>
      </w:r>
      <w:r>
        <w:rPr>
          <w:rFonts w:ascii="Arial" w:hAnsi="Arial"/>
          <w:color w:val="5D7284"/>
        </w:rPr>
        <w:t>19:38</w:t>
      </w:r>
    </w:p>
    <w:p w14:paraId="20F7CA9D" w14:textId="77777777" w:rsidR="004129AE" w:rsidRDefault="00570DD5">
      <w:pPr>
        <w:spacing w:after="0"/>
      </w:pPr>
      <w:r>
        <w:rPr>
          <w:rFonts w:ascii="Arial" w:hAnsi="Arial"/>
        </w:rPr>
        <w:t>Okay. Okay, that's good. All right. Let's do this I'ma turn around again, and see what it does.</w:t>
      </w:r>
    </w:p>
    <w:p w14:paraId="5D24A786" w14:textId="77777777" w:rsidR="004129AE" w:rsidRDefault="004129AE">
      <w:pPr>
        <w:spacing w:after="0"/>
      </w:pPr>
    </w:p>
    <w:p w14:paraId="623BAC40" w14:textId="77777777" w:rsidR="004129AE" w:rsidRDefault="00570DD5">
      <w:pPr>
        <w:spacing w:after="0"/>
      </w:pPr>
      <w:r>
        <w:rPr>
          <w:rFonts w:ascii="Arial" w:hAnsi="Arial"/>
          <w:b/>
        </w:rPr>
        <w:t xml:space="preserve">Participant#7:  </w:t>
      </w:r>
      <w:r>
        <w:rPr>
          <w:rFonts w:ascii="Arial" w:hAnsi="Arial"/>
          <w:color w:val="5D7284"/>
        </w:rPr>
        <w:t>19:46</w:t>
      </w:r>
    </w:p>
    <w:p w14:paraId="264BF4A9" w14:textId="77777777" w:rsidR="004129AE" w:rsidRDefault="00570DD5">
      <w:pPr>
        <w:spacing w:after="0"/>
      </w:pPr>
      <w:r>
        <w:rPr>
          <w:rFonts w:ascii="Arial" w:hAnsi="Arial"/>
        </w:rPr>
        <w:t>I think gravity might have dooped me on this one. That was the thing about physics in high school that always tripped me up was that it was never what I thought it would be.</w:t>
      </w:r>
    </w:p>
    <w:p w14:paraId="4AF5AFF7" w14:textId="77777777" w:rsidR="004129AE" w:rsidRDefault="004129AE">
      <w:pPr>
        <w:spacing w:after="0"/>
      </w:pPr>
    </w:p>
    <w:p w14:paraId="4E6C75E4" w14:textId="77777777" w:rsidR="004129AE" w:rsidRDefault="00570DD5">
      <w:pPr>
        <w:spacing w:after="0"/>
      </w:pPr>
      <w:r>
        <w:rPr>
          <w:rFonts w:ascii="Arial" w:hAnsi="Arial"/>
          <w:b/>
        </w:rPr>
        <w:t xml:space="preserve">Interviewer P:  </w:t>
      </w:r>
      <w:r>
        <w:rPr>
          <w:rFonts w:ascii="Arial" w:hAnsi="Arial"/>
          <w:color w:val="5D7284"/>
        </w:rPr>
        <w:t>20:51</w:t>
      </w:r>
    </w:p>
    <w:p w14:paraId="31F37988" w14:textId="77777777" w:rsidR="004129AE" w:rsidRDefault="00570DD5">
      <w:pPr>
        <w:spacing w:after="0"/>
      </w:pPr>
      <w:r>
        <w:rPr>
          <w:rFonts w:ascii="Arial" w:hAnsi="Arial"/>
        </w:rPr>
        <w:t>So, you're surprised?</w:t>
      </w:r>
    </w:p>
    <w:p w14:paraId="648A17BE" w14:textId="77777777" w:rsidR="004129AE" w:rsidRDefault="004129AE">
      <w:pPr>
        <w:spacing w:after="0"/>
      </w:pPr>
    </w:p>
    <w:p w14:paraId="20BDBCDA" w14:textId="77777777" w:rsidR="004129AE" w:rsidRDefault="00570DD5">
      <w:pPr>
        <w:spacing w:after="0"/>
      </w:pPr>
      <w:r>
        <w:rPr>
          <w:rFonts w:ascii="Arial" w:hAnsi="Arial"/>
          <w:b/>
        </w:rPr>
        <w:t xml:space="preserve">Participant#7:  </w:t>
      </w:r>
      <w:r>
        <w:rPr>
          <w:rFonts w:ascii="Arial" w:hAnsi="Arial"/>
          <w:color w:val="5D7284"/>
        </w:rPr>
        <w:t>20:53</w:t>
      </w:r>
    </w:p>
    <w:p w14:paraId="2A02AF18" w14:textId="77777777" w:rsidR="004129AE" w:rsidRDefault="00570DD5">
      <w:pPr>
        <w:spacing w:after="0"/>
      </w:pPr>
      <w:r>
        <w:rPr>
          <w:rFonts w:ascii="Arial" w:hAnsi="Arial"/>
        </w:rPr>
        <w:t>I am surprised actually. But it makes sense because of gravity.</w:t>
      </w:r>
    </w:p>
    <w:p w14:paraId="4403F287" w14:textId="77777777" w:rsidR="004129AE" w:rsidRDefault="004129AE">
      <w:pPr>
        <w:spacing w:after="0"/>
      </w:pPr>
    </w:p>
    <w:p w14:paraId="667BF178" w14:textId="77777777" w:rsidR="004129AE" w:rsidRDefault="00570DD5">
      <w:pPr>
        <w:spacing w:after="0"/>
      </w:pPr>
      <w:r>
        <w:rPr>
          <w:rFonts w:ascii="Arial" w:hAnsi="Arial"/>
          <w:b/>
        </w:rPr>
        <w:t xml:space="preserve">Interviewer P:  </w:t>
      </w:r>
      <w:r>
        <w:rPr>
          <w:rFonts w:ascii="Arial" w:hAnsi="Arial"/>
          <w:color w:val="5D7284"/>
        </w:rPr>
        <w:t>20:58</w:t>
      </w:r>
    </w:p>
    <w:p w14:paraId="3BEB6CEC" w14:textId="77777777" w:rsidR="004129AE" w:rsidRDefault="00570DD5">
      <w:pPr>
        <w:spacing w:after="0"/>
      </w:pPr>
      <w:r>
        <w:rPr>
          <w:rFonts w:ascii="Arial" w:hAnsi="Arial"/>
        </w:rPr>
        <w:t>Would you draw what it does look like then from again a top inside view.</w:t>
      </w:r>
    </w:p>
    <w:p w14:paraId="51BE7BE4" w14:textId="77777777" w:rsidR="004129AE" w:rsidRDefault="004129AE">
      <w:pPr>
        <w:spacing w:after="0"/>
      </w:pPr>
    </w:p>
    <w:p w14:paraId="13A3B1B9" w14:textId="77777777" w:rsidR="004129AE" w:rsidRDefault="00570DD5">
      <w:pPr>
        <w:spacing w:after="0"/>
      </w:pPr>
      <w:r>
        <w:rPr>
          <w:rFonts w:ascii="Arial" w:hAnsi="Arial"/>
          <w:b/>
        </w:rPr>
        <w:t xml:space="preserve">Participant#7:  </w:t>
      </w:r>
      <w:r>
        <w:rPr>
          <w:rFonts w:ascii="Arial" w:hAnsi="Arial"/>
          <w:color w:val="5D7284"/>
        </w:rPr>
        <w:t>21:16</w:t>
      </w:r>
    </w:p>
    <w:p w14:paraId="09E5BC29" w14:textId="77777777" w:rsidR="004129AE" w:rsidRDefault="00570DD5">
      <w:pPr>
        <w:spacing w:after="0"/>
      </w:pPr>
      <w:r>
        <w:rPr>
          <w:rFonts w:ascii="Arial" w:hAnsi="Arial"/>
        </w:rPr>
        <w:t xml:space="preserve">Am I allowed to stand up? </w:t>
      </w:r>
    </w:p>
    <w:p w14:paraId="4D701BFA" w14:textId="77777777" w:rsidR="004129AE" w:rsidRDefault="004129AE">
      <w:pPr>
        <w:spacing w:after="0"/>
      </w:pPr>
    </w:p>
    <w:p w14:paraId="60EE30AB" w14:textId="77777777" w:rsidR="004129AE" w:rsidRDefault="00570DD5">
      <w:pPr>
        <w:spacing w:after="0"/>
      </w:pPr>
      <w:r>
        <w:rPr>
          <w:rFonts w:ascii="Arial" w:hAnsi="Arial"/>
          <w:b/>
        </w:rPr>
        <w:t xml:space="preserve">Interviewer P:  </w:t>
      </w:r>
      <w:r>
        <w:rPr>
          <w:rFonts w:ascii="Arial" w:hAnsi="Arial"/>
          <w:color w:val="5D7284"/>
        </w:rPr>
        <w:t>21:17</w:t>
      </w:r>
    </w:p>
    <w:p w14:paraId="2CCDEAB6" w14:textId="77777777" w:rsidR="004129AE" w:rsidRDefault="00570DD5">
      <w:pPr>
        <w:spacing w:after="0"/>
      </w:pPr>
      <w:r>
        <w:rPr>
          <w:rFonts w:ascii="Arial" w:hAnsi="Arial"/>
        </w:rPr>
        <w:t>Absolutely.</w:t>
      </w:r>
    </w:p>
    <w:p w14:paraId="72B212BE" w14:textId="77777777" w:rsidR="004129AE" w:rsidRDefault="004129AE">
      <w:pPr>
        <w:spacing w:after="0"/>
      </w:pPr>
    </w:p>
    <w:p w14:paraId="3485FFEE" w14:textId="77777777" w:rsidR="004129AE" w:rsidRDefault="00570DD5">
      <w:pPr>
        <w:spacing w:after="0"/>
      </w:pPr>
      <w:r>
        <w:rPr>
          <w:rFonts w:ascii="Arial" w:hAnsi="Arial"/>
          <w:b/>
        </w:rPr>
        <w:t xml:space="preserve">Participant#7:  </w:t>
      </w:r>
      <w:r>
        <w:rPr>
          <w:rFonts w:ascii="Arial" w:hAnsi="Arial"/>
          <w:color w:val="5D7284"/>
        </w:rPr>
        <w:t>21:17</w:t>
      </w:r>
    </w:p>
    <w:p w14:paraId="13B81F83" w14:textId="77777777" w:rsidR="004129AE" w:rsidRDefault="00570DD5">
      <w:pPr>
        <w:spacing w:after="0"/>
      </w:pPr>
      <w:r>
        <w:rPr>
          <w:rFonts w:ascii="Arial" w:hAnsi="Arial"/>
        </w:rPr>
        <w:t>Thank you.</w:t>
      </w:r>
    </w:p>
    <w:p w14:paraId="199D9419" w14:textId="77777777" w:rsidR="004129AE" w:rsidRDefault="004129AE">
      <w:pPr>
        <w:spacing w:after="0"/>
      </w:pPr>
    </w:p>
    <w:p w14:paraId="4D473CB4" w14:textId="77777777" w:rsidR="004129AE" w:rsidRDefault="00570DD5">
      <w:pPr>
        <w:spacing w:after="0"/>
      </w:pPr>
      <w:r>
        <w:rPr>
          <w:rFonts w:ascii="Arial" w:hAnsi="Arial"/>
          <w:b/>
        </w:rPr>
        <w:t xml:space="preserve">Interviewer P:  </w:t>
      </w:r>
      <w:r>
        <w:rPr>
          <w:rFonts w:ascii="Arial" w:hAnsi="Arial"/>
          <w:color w:val="5D7284"/>
        </w:rPr>
        <w:t>21:45</w:t>
      </w:r>
    </w:p>
    <w:p w14:paraId="40F09304" w14:textId="77777777" w:rsidR="004129AE" w:rsidRDefault="00570DD5">
      <w:pPr>
        <w:spacing w:after="0"/>
      </w:pPr>
      <w:r>
        <w:rPr>
          <w:rFonts w:ascii="Arial" w:hAnsi="Arial"/>
        </w:rPr>
        <w:t>All right, so tell me what you did to change from what you thought it was going to look like to drawing what it does look like?</w:t>
      </w:r>
    </w:p>
    <w:p w14:paraId="6844E12F" w14:textId="77777777" w:rsidR="004129AE" w:rsidRDefault="004129AE">
      <w:pPr>
        <w:spacing w:after="0"/>
      </w:pPr>
    </w:p>
    <w:p w14:paraId="357FB505" w14:textId="77777777" w:rsidR="004129AE" w:rsidRDefault="00570DD5">
      <w:pPr>
        <w:spacing w:after="0"/>
      </w:pPr>
      <w:r>
        <w:rPr>
          <w:rFonts w:ascii="Arial" w:hAnsi="Arial"/>
          <w:b/>
        </w:rPr>
        <w:t xml:space="preserve">Participant#7:  </w:t>
      </w:r>
      <w:r>
        <w:rPr>
          <w:rFonts w:ascii="Arial" w:hAnsi="Arial"/>
          <w:color w:val="5D7284"/>
        </w:rPr>
        <w:t>21:53</w:t>
      </w:r>
    </w:p>
    <w:p w14:paraId="7F505EB3" w14:textId="77777777" w:rsidR="004129AE" w:rsidRDefault="00570DD5">
      <w:pPr>
        <w:spacing w:after="0"/>
      </w:pPr>
      <w:r>
        <w:rPr>
          <w:rFonts w:ascii="Arial" w:hAnsi="Arial"/>
        </w:rPr>
        <w:t>So I was incorrect in the cyclone motion, which really disappoints me because I was fairly confident that I had finally figured out physics tricks on my mind, and I was finally going to get even. But once again, I've learned that I need to question everything and always be willing to accept contradictions. So I see that my views are contradicted. So I see that it's more of a direct flow down to the bottom, just like in the still tank. And that it's more of just you see it in kind of blobs from the top. And like specs rather than a rotating figure. And from the side you kind of see it as like lightning or string. So you would throw it at a party, rather than like the snake SS and the rotating like the semi circles of rotation.</w:t>
      </w:r>
    </w:p>
    <w:p w14:paraId="494DE9B8" w14:textId="77777777" w:rsidR="004129AE" w:rsidRDefault="004129AE">
      <w:pPr>
        <w:spacing w:after="0"/>
      </w:pPr>
    </w:p>
    <w:p w14:paraId="4D0C18E0" w14:textId="77777777" w:rsidR="004129AE" w:rsidRDefault="00570DD5">
      <w:pPr>
        <w:spacing w:after="0"/>
      </w:pPr>
      <w:r>
        <w:rPr>
          <w:rFonts w:ascii="Arial" w:hAnsi="Arial"/>
          <w:b/>
        </w:rPr>
        <w:t xml:space="preserve">Interviewer P:  </w:t>
      </w:r>
      <w:r>
        <w:rPr>
          <w:rFonts w:ascii="Arial" w:hAnsi="Arial"/>
          <w:color w:val="5D7284"/>
        </w:rPr>
        <w:t>22:53</w:t>
      </w:r>
    </w:p>
    <w:p w14:paraId="64232BD4" w14:textId="77777777" w:rsidR="004129AE" w:rsidRDefault="00570DD5">
      <w:pPr>
        <w:spacing w:after="0"/>
      </w:pPr>
      <w:r>
        <w:rPr>
          <w:rFonts w:ascii="Arial" w:hAnsi="Arial"/>
        </w:rPr>
        <w:lastRenderedPageBreak/>
        <w:t>Like, do you I like how you describe it as the snakes that you would throw up at a party. Or the lightning, what do you think is maintaining those are another words holding those up?</w:t>
      </w:r>
    </w:p>
    <w:p w14:paraId="345557C8" w14:textId="77777777" w:rsidR="004129AE" w:rsidRDefault="004129AE">
      <w:pPr>
        <w:spacing w:after="0"/>
      </w:pPr>
    </w:p>
    <w:p w14:paraId="49155F7C" w14:textId="77777777" w:rsidR="004129AE" w:rsidRDefault="00570DD5">
      <w:pPr>
        <w:spacing w:after="0"/>
      </w:pPr>
      <w:r>
        <w:rPr>
          <w:rFonts w:ascii="Arial" w:hAnsi="Arial"/>
          <w:b/>
        </w:rPr>
        <w:t xml:space="preserve">Participant#7:  </w:t>
      </w:r>
      <w:r>
        <w:rPr>
          <w:rFonts w:ascii="Arial" w:hAnsi="Arial"/>
          <w:color w:val="5D7284"/>
        </w:rPr>
        <w:t>23:09</w:t>
      </w:r>
    </w:p>
    <w:p w14:paraId="53FCEAFE" w14:textId="77777777" w:rsidR="004129AE" w:rsidRDefault="00570DD5">
      <w:pPr>
        <w:spacing w:after="0"/>
      </w:pPr>
      <w:r>
        <w:rPr>
          <w:rFonts w:ascii="Arial" w:hAnsi="Arial"/>
        </w:rPr>
        <w:t>I know gravity is what's pulling them down. So it has to be holding them up is trying to think of the different forces. Because there's no string, there's no tension, unless the rotation is creating an artificial type of tension within the water that's keeping it up. But my best guess and from what I remember from physics is that the only way to hold something up is you have to be able to combat gravity in some way. Like humans, we have muscles and bones that keep us from getting shrunk down by gravity at any time. And we're always actively fighting gravity. It's like one of those subconscious implicit things that we do. We are always like our heart is always beating, we're always rhythmically breathing, gravity's always pushing on us. And in order to combat that, there has to be some sort of tension or pulling force that's keeping it up. So I'm assuming again, that that would be the rotation. That's keeping it because it looks like in that it just all sunk to the bottom. And I mean, you can see the little glare but I can't talk that's a glare if there's actually little.</w:t>
      </w:r>
    </w:p>
    <w:p w14:paraId="28CFEF09" w14:textId="77777777" w:rsidR="004129AE" w:rsidRDefault="004129AE">
      <w:pPr>
        <w:spacing w:after="0"/>
      </w:pPr>
    </w:p>
    <w:p w14:paraId="4C12012A" w14:textId="77777777" w:rsidR="004129AE" w:rsidRDefault="00570DD5">
      <w:pPr>
        <w:spacing w:after="0"/>
      </w:pPr>
      <w:r>
        <w:rPr>
          <w:rFonts w:ascii="Arial" w:hAnsi="Arial"/>
          <w:b/>
        </w:rPr>
        <w:t xml:space="preserve">Interviewer P:  </w:t>
      </w:r>
      <w:r>
        <w:rPr>
          <w:rFonts w:ascii="Arial" w:hAnsi="Arial"/>
          <w:color w:val="5D7284"/>
        </w:rPr>
        <w:t>24:31</w:t>
      </w:r>
    </w:p>
    <w:p w14:paraId="69C37A61" w14:textId="77777777" w:rsidR="004129AE" w:rsidRDefault="00570DD5">
      <w:pPr>
        <w:spacing w:after="0"/>
      </w:pPr>
      <w:r>
        <w:rPr>
          <w:rFonts w:ascii="Arial" w:hAnsi="Arial"/>
        </w:rPr>
        <w:t xml:space="preserve"> Yeah, I mean, just don't chip on the wires. </w:t>
      </w:r>
    </w:p>
    <w:p w14:paraId="0B3AB814" w14:textId="77777777" w:rsidR="004129AE" w:rsidRDefault="004129AE">
      <w:pPr>
        <w:spacing w:after="0"/>
      </w:pPr>
    </w:p>
    <w:p w14:paraId="66B48CC3" w14:textId="77777777" w:rsidR="004129AE" w:rsidRDefault="00570DD5">
      <w:pPr>
        <w:spacing w:after="0"/>
      </w:pPr>
      <w:r>
        <w:rPr>
          <w:rFonts w:ascii="Arial" w:hAnsi="Arial"/>
          <w:b/>
        </w:rPr>
        <w:t xml:space="preserve">Participant#7:  </w:t>
      </w:r>
      <w:r>
        <w:rPr>
          <w:rFonts w:ascii="Arial" w:hAnsi="Arial"/>
          <w:color w:val="5D7284"/>
        </w:rPr>
        <w:t>24:34</w:t>
      </w:r>
    </w:p>
    <w:p w14:paraId="37890934" w14:textId="77777777" w:rsidR="004129AE" w:rsidRDefault="00570DD5">
      <w:pPr>
        <w:spacing w:after="0"/>
      </w:pPr>
      <w:r>
        <w:rPr>
          <w:rFonts w:ascii="Arial" w:hAnsi="Arial"/>
        </w:rPr>
        <w:t>Thank you. I mean, I see a little bit of mixture within the water, but it's not as intense as this where it almost looks like there's flames coming up. Yeah. So I would say definitely the rotating forces allowing him to stand up longer, but it looks like gravity is still winning because there's still a lot of blobs opposite the bottom, but even they have a little bit of like the flame force at the bottom.</w:t>
      </w:r>
    </w:p>
    <w:p w14:paraId="1F32ED1B" w14:textId="77777777" w:rsidR="004129AE" w:rsidRDefault="004129AE">
      <w:pPr>
        <w:spacing w:after="0"/>
      </w:pPr>
    </w:p>
    <w:p w14:paraId="7FBED6C8" w14:textId="77777777" w:rsidR="004129AE" w:rsidRDefault="00570DD5">
      <w:pPr>
        <w:spacing w:after="0"/>
      </w:pPr>
      <w:r>
        <w:rPr>
          <w:rFonts w:ascii="Arial" w:hAnsi="Arial"/>
          <w:b/>
        </w:rPr>
        <w:t xml:space="preserve">Interviewer P:  </w:t>
      </w:r>
      <w:r>
        <w:rPr>
          <w:rFonts w:ascii="Arial" w:hAnsi="Arial"/>
          <w:color w:val="5D7284"/>
        </w:rPr>
        <w:t>25:07</w:t>
      </w:r>
    </w:p>
    <w:p w14:paraId="5742BCC7" w14:textId="77777777" w:rsidR="004129AE" w:rsidRDefault="00570DD5">
      <w:pPr>
        <w:spacing w:after="0"/>
      </w:pPr>
      <w:r>
        <w:rPr>
          <w:rFonts w:ascii="Arial" w:hAnsi="Arial"/>
        </w:rPr>
        <w:t>So when you say it's the rotation, is that's holding those up? Is it the rotation of that tank? Is it something about the water? Like the rotation of the water? What are your thoughts there?</w:t>
      </w:r>
    </w:p>
    <w:p w14:paraId="3650FD61" w14:textId="77777777" w:rsidR="004129AE" w:rsidRDefault="004129AE">
      <w:pPr>
        <w:spacing w:after="0"/>
      </w:pPr>
    </w:p>
    <w:p w14:paraId="5C1538F8" w14:textId="77777777" w:rsidR="004129AE" w:rsidRDefault="00570DD5">
      <w:pPr>
        <w:spacing w:after="0"/>
      </w:pPr>
      <w:r>
        <w:rPr>
          <w:rFonts w:ascii="Arial" w:hAnsi="Arial"/>
          <w:b/>
        </w:rPr>
        <w:t xml:space="preserve">Participant#7:  </w:t>
      </w:r>
      <w:r>
        <w:rPr>
          <w:rFonts w:ascii="Arial" w:hAnsi="Arial"/>
          <w:color w:val="5D7284"/>
        </w:rPr>
        <w:t>25:24</w:t>
      </w:r>
    </w:p>
    <w:p w14:paraId="35376DEB" w14:textId="77777777" w:rsidR="004129AE" w:rsidRDefault="00570DD5">
      <w:pPr>
        <w:spacing w:after="0"/>
      </w:pPr>
      <w:r>
        <w:rPr>
          <w:rFonts w:ascii="Arial" w:hAnsi="Arial"/>
        </w:rPr>
        <w:t>I'm thinking about water spouts and how they sustain and are able to move across the water. And I feel like inherently water doesn't sustain that upright motion, like if, obviously, density so if you're just a human is to float in the water, you know, we're gonna float but gravity is trying to sink us we just have enough molecules in density or like little density and within are the molecules in our blood and bones that were able to stay afloat. So my thinking is that this has to do with. I am tranna, think of like, overall, how A waterspout would sustain rotation on the left, because it's not the point I was trying to make the first water inherently doesn't allow for an upright. I mean, even if you try to stand up for it, if you're to breathe, you'll sink to the bottom and I know that that's because of the if I'm not in this it's something that the molecules</w:t>
      </w:r>
    </w:p>
    <w:p w14:paraId="2A809276" w14:textId="77777777" w:rsidR="004129AE" w:rsidRDefault="004129AE">
      <w:pPr>
        <w:spacing w:after="0"/>
      </w:pPr>
    </w:p>
    <w:p w14:paraId="217F744A" w14:textId="77777777" w:rsidR="004129AE" w:rsidRDefault="00570DD5">
      <w:pPr>
        <w:spacing w:after="0"/>
      </w:pPr>
      <w:r>
        <w:rPr>
          <w:rFonts w:ascii="Arial" w:hAnsi="Arial"/>
          <w:b/>
        </w:rPr>
        <w:t xml:space="preserve">Interviewer P:  </w:t>
      </w:r>
      <w:r>
        <w:rPr>
          <w:rFonts w:ascii="Arial" w:hAnsi="Arial"/>
          <w:color w:val="5D7284"/>
        </w:rPr>
        <w:t>26:35</w:t>
      </w:r>
    </w:p>
    <w:p w14:paraId="319CEFEF" w14:textId="77777777" w:rsidR="004129AE" w:rsidRDefault="00570DD5">
      <w:pPr>
        <w:spacing w:after="0"/>
      </w:pPr>
      <w:r>
        <w:rPr>
          <w:rFonts w:ascii="Arial" w:hAnsi="Arial"/>
        </w:rPr>
        <w:t xml:space="preserve"> Are you thinking buoyancy?  No, no wait, its the other way around, you breath in oxygen.</w:t>
      </w:r>
    </w:p>
    <w:p w14:paraId="6CAD6E60" w14:textId="77777777" w:rsidR="004129AE" w:rsidRDefault="004129AE">
      <w:pPr>
        <w:spacing w:after="0"/>
      </w:pPr>
    </w:p>
    <w:p w14:paraId="54704ED0" w14:textId="77777777" w:rsidR="004129AE" w:rsidRDefault="00570DD5">
      <w:pPr>
        <w:spacing w:after="0"/>
      </w:pPr>
      <w:r>
        <w:rPr>
          <w:rFonts w:ascii="Arial" w:hAnsi="Arial"/>
          <w:b/>
        </w:rPr>
        <w:t xml:space="preserve">Participant#7:  </w:t>
      </w:r>
      <w:r>
        <w:rPr>
          <w:rFonts w:ascii="Arial" w:hAnsi="Arial"/>
          <w:color w:val="5D7284"/>
        </w:rPr>
        <w:t>26:37</w:t>
      </w:r>
    </w:p>
    <w:p w14:paraId="738C57A7" w14:textId="77777777" w:rsidR="004129AE" w:rsidRDefault="00570DD5">
      <w:pPr>
        <w:spacing w:after="0"/>
      </w:pPr>
      <w:r>
        <w:rPr>
          <w:rFonts w:ascii="Arial" w:hAnsi="Arial"/>
        </w:rPr>
        <w:lastRenderedPageBreak/>
        <w:t xml:space="preserve">Yeah, buoyancy and like carbon dioxide. If you take away your carbon dioxide flow, or wait, no, you breathe out, you breathe in carbon dioxide, breathe out oxygen, right. That's how the so if you take. Okay. So if you're breathing in the oxygen, so when you breathe, you deprive your body of oxygen, you allow it to be no longer buoyant. So I feel like there's something within it's two factors, that water doesn't naturally allow for a standing up thing, but also that there's an external force that is allowing for it. Like, again, the rotation for a waterspout it's the fact that it has the force of trying to think how so it touches down. So it has the force of the funnel that it was actually enveloped with that allows it to be able to sustain its shape, until eventually it dissipates when either it hits land and has to become a tornado or a I think the sand winds I don't know the technical term for a beach tornado, but you know, you have your beach tornado or if it's just </w:t>
      </w:r>
    </w:p>
    <w:p w14:paraId="6A0B968E" w14:textId="77777777" w:rsidR="004129AE" w:rsidRDefault="004129AE">
      <w:pPr>
        <w:spacing w:after="0"/>
      </w:pPr>
    </w:p>
    <w:p w14:paraId="599BAD36" w14:textId="77777777" w:rsidR="004129AE" w:rsidRDefault="00570DD5">
      <w:pPr>
        <w:spacing w:after="0"/>
      </w:pPr>
      <w:r>
        <w:rPr>
          <w:rFonts w:ascii="Arial" w:hAnsi="Arial"/>
          <w:b/>
        </w:rPr>
        <w:t xml:space="preserve">Interviewer P:  </w:t>
      </w:r>
      <w:r>
        <w:rPr>
          <w:rFonts w:ascii="Arial" w:hAnsi="Arial"/>
          <w:color w:val="5D7284"/>
        </w:rPr>
        <w:t>27:58</w:t>
      </w:r>
    </w:p>
    <w:p w14:paraId="4450D279" w14:textId="77777777" w:rsidR="004129AE" w:rsidRDefault="00570DD5">
      <w:pPr>
        <w:spacing w:after="0"/>
      </w:pPr>
      <w:r>
        <w:rPr>
          <w:rFonts w:ascii="Arial" w:hAnsi="Arial"/>
        </w:rPr>
        <w:t>Like a dust devil.</w:t>
      </w:r>
    </w:p>
    <w:p w14:paraId="6BA74E56" w14:textId="77777777" w:rsidR="004129AE" w:rsidRDefault="004129AE">
      <w:pPr>
        <w:spacing w:after="0"/>
      </w:pPr>
    </w:p>
    <w:p w14:paraId="0C75260B" w14:textId="77777777" w:rsidR="004129AE" w:rsidRDefault="00570DD5">
      <w:pPr>
        <w:spacing w:after="0"/>
      </w:pPr>
      <w:r>
        <w:rPr>
          <w:rFonts w:ascii="Arial" w:hAnsi="Arial"/>
          <w:b/>
        </w:rPr>
        <w:t xml:space="preserve">Participant#7:  </w:t>
      </w:r>
      <w:r>
        <w:rPr>
          <w:rFonts w:ascii="Arial" w:hAnsi="Arial"/>
          <w:color w:val="5D7284"/>
        </w:rPr>
        <w:t>27:59</w:t>
      </w:r>
    </w:p>
    <w:p w14:paraId="05411D96" w14:textId="77777777" w:rsidR="004129AE" w:rsidRDefault="00570DD5">
      <w:pPr>
        <w:spacing w:after="0"/>
      </w:pPr>
      <w:r>
        <w:rPr>
          <w:rFonts w:ascii="Arial" w:hAnsi="Arial"/>
        </w:rPr>
        <w:t>Yeah, dust devil, I like that. So you have a dust devil you have, you know, just infinitely goes out to sea and eventually just dissipates. Because eventually the inate forces within the water overpower its ability to maintain a funnel. It's like when tornadoes go down hills, they lose their strength, because there's gravity pushing them down and forcing them to dissipate. It's, it's very collected energy that's allowing it to do it. And you have to have a providing force to allow collected energy to be maintained. And I think of sound with that, like if there was no deviation from collective energy sound would go on forever and ever. And to infinity, like my voice, you would be able to hear it in China in 30 minutes as the speed of sound would carry, you know, all the way until infinity. But because we have these defying forces, it allows for the maintenance, but also the deterioration of certain forces within the world. I don't know if that made any sense if that's right or wrong or any of that.</w:t>
      </w:r>
    </w:p>
    <w:p w14:paraId="2E18AFB4" w14:textId="77777777" w:rsidR="004129AE" w:rsidRDefault="004129AE">
      <w:pPr>
        <w:spacing w:after="0"/>
      </w:pPr>
    </w:p>
    <w:p w14:paraId="04194650" w14:textId="77777777" w:rsidR="004129AE" w:rsidRDefault="00570DD5">
      <w:pPr>
        <w:spacing w:after="0"/>
      </w:pPr>
      <w:r>
        <w:rPr>
          <w:rFonts w:ascii="Arial" w:hAnsi="Arial"/>
          <w:b/>
        </w:rPr>
        <w:t xml:space="preserve">Interviewer P:  </w:t>
      </w:r>
      <w:r>
        <w:rPr>
          <w:rFonts w:ascii="Arial" w:hAnsi="Arial"/>
          <w:color w:val="5D7284"/>
        </w:rPr>
        <w:t>29:10</w:t>
      </w:r>
    </w:p>
    <w:p w14:paraId="58AB2E32" w14:textId="77777777" w:rsidR="004129AE" w:rsidRDefault="00570DD5">
      <w:pPr>
        <w:spacing w:after="0"/>
      </w:pPr>
      <w:r>
        <w:rPr>
          <w:rFonts w:ascii="Arial" w:hAnsi="Arial"/>
        </w:rPr>
        <w:t xml:space="preserve">So what I'm hearing is that it's a force that is holding those snakey things up. </w:t>
      </w:r>
    </w:p>
    <w:p w14:paraId="3A182AC7" w14:textId="77777777" w:rsidR="004129AE" w:rsidRDefault="004129AE">
      <w:pPr>
        <w:spacing w:after="0"/>
      </w:pPr>
    </w:p>
    <w:p w14:paraId="4C2DDC60" w14:textId="77777777" w:rsidR="004129AE" w:rsidRDefault="00570DD5">
      <w:pPr>
        <w:spacing w:after="0"/>
      </w:pPr>
      <w:r>
        <w:rPr>
          <w:rFonts w:ascii="Arial" w:hAnsi="Arial"/>
          <w:b/>
        </w:rPr>
        <w:t xml:space="preserve">Participant#7:  </w:t>
      </w:r>
      <w:r>
        <w:rPr>
          <w:rFonts w:ascii="Arial" w:hAnsi="Arial"/>
          <w:color w:val="5D7284"/>
        </w:rPr>
        <w:t>29:18</w:t>
      </w:r>
    </w:p>
    <w:p w14:paraId="166C1EAD" w14:textId="77777777" w:rsidR="004129AE" w:rsidRDefault="00570DD5">
      <w:pPr>
        <w:spacing w:after="0"/>
      </w:pPr>
      <w:r>
        <w:rPr>
          <w:rFonts w:ascii="Arial" w:hAnsi="Arial"/>
        </w:rPr>
        <w:t>Yes.</w:t>
      </w:r>
    </w:p>
    <w:p w14:paraId="4CE1977B" w14:textId="77777777" w:rsidR="004129AE" w:rsidRDefault="004129AE">
      <w:pPr>
        <w:spacing w:after="0"/>
      </w:pPr>
    </w:p>
    <w:p w14:paraId="057D3236" w14:textId="77777777" w:rsidR="004129AE" w:rsidRDefault="00570DD5">
      <w:pPr>
        <w:spacing w:after="0"/>
      </w:pPr>
      <w:r>
        <w:rPr>
          <w:rFonts w:ascii="Arial" w:hAnsi="Arial"/>
          <w:b/>
        </w:rPr>
        <w:t xml:space="preserve">Interviewer P:  </w:t>
      </w:r>
      <w:r>
        <w:rPr>
          <w:rFonts w:ascii="Arial" w:hAnsi="Arial"/>
          <w:color w:val="5D7284"/>
        </w:rPr>
        <w:t>29:18</w:t>
      </w:r>
    </w:p>
    <w:p w14:paraId="2EFC0401" w14:textId="77777777" w:rsidR="004129AE" w:rsidRDefault="00570DD5">
      <w:pPr>
        <w:spacing w:after="0"/>
      </w:pPr>
      <w:r>
        <w:rPr>
          <w:rFonts w:ascii="Arial" w:hAnsi="Arial"/>
        </w:rPr>
        <w:t>That is emanating from the rotation of that tank rather than the rotation of the water.</w:t>
      </w:r>
    </w:p>
    <w:p w14:paraId="153271A8" w14:textId="77777777" w:rsidR="004129AE" w:rsidRDefault="004129AE">
      <w:pPr>
        <w:spacing w:after="0"/>
      </w:pPr>
    </w:p>
    <w:p w14:paraId="4B3F04F6" w14:textId="77777777" w:rsidR="004129AE" w:rsidRDefault="00570DD5">
      <w:pPr>
        <w:spacing w:after="0"/>
      </w:pPr>
      <w:r>
        <w:rPr>
          <w:rFonts w:ascii="Arial" w:hAnsi="Arial"/>
          <w:b/>
        </w:rPr>
        <w:t xml:space="preserve">Participant#7:  </w:t>
      </w:r>
      <w:r>
        <w:rPr>
          <w:rFonts w:ascii="Arial" w:hAnsi="Arial"/>
          <w:color w:val="5D7284"/>
        </w:rPr>
        <w:t>29:26</w:t>
      </w:r>
    </w:p>
    <w:p w14:paraId="4BAE1D6B" w14:textId="77777777" w:rsidR="004129AE" w:rsidRDefault="00570DD5">
      <w:pPr>
        <w:spacing w:after="0"/>
      </w:pPr>
      <w:r>
        <w:rPr>
          <w:rFonts w:ascii="Arial" w:hAnsi="Arial"/>
        </w:rPr>
        <w:t>Yes.</w:t>
      </w:r>
    </w:p>
    <w:p w14:paraId="71AB79B8" w14:textId="77777777" w:rsidR="004129AE" w:rsidRDefault="004129AE">
      <w:pPr>
        <w:spacing w:after="0"/>
      </w:pPr>
    </w:p>
    <w:p w14:paraId="5A697E9B" w14:textId="77777777" w:rsidR="004129AE" w:rsidRDefault="00570DD5">
      <w:pPr>
        <w:spacing w:after="0"/>
      </w:pPr>
      <w:r>
        <w:rPr>
          <w:rFonts w:ascii="Arial" w:hAnsi="Arial"/>
          <w:b/>
        </w:rPr>
        <w:t xml:space="preserve">Interviewer P:  </w:t>
      </w:r>
      <w:r>
        <w:rPr>
          <w:rFonts w:ascii="Arial" w:hAnsi="Arial"/>
          <w:color w:val="5D7284"/>
        </w:rPr>
        <w:t>29:28</w:t>
      </w:r>
    </w:p>
    <w:p w14:paraId="1C2AD667" w14:textId="77777777" w:rsidR="004129AE" w:rsidRDefault="00570DD5">
      <w:pPr>
        <w:spacing w:after="0"/>
      </w:pPr>
      <w:r>
        <w:rPr>
          <w:rFonts w:ascii="Arial" w:hAnsi="Arial"/>
        </w:rPr>
        <w:t>Or something about the water.</w:t>
      </w:r>
    </w:p>
    <w:p w14:paraId="326FFBF2" w14:textId="77777777" w:rsidR="004129AE" w:rsidRDefault="004129AE">
      <w:pPr>
        <w:spacing w:after="0"/>
      </w:pPr>
    </w:p>
    <w:p w14:paraId="0D21342E" w14:textId="77777777" w:rsidR="004129AE" w:rsidRDefault="00570DD5">
      <w:pPr>
        <w:spacing w:after="0"/>
      </w:pPr>
      <w:r>
        <w:rPr>
          <w:rFonts w:ascii="Arial" w:hAnsi="Arial"/>
          <w:b/>
        </w:rPr>
        <w:t xml:space="preserve">Participant#7:  </w:t>
      </w:r>
      <w:r>
        <w:rPr>
          <w:rFonts w:ascii="Arial" w:hAnsi="Arial"/>
          <w:color w:val="5D7284"/>
        </w:rPr>
        <w:t>29:31</w:t>
      </w:r>
    </w:p>
    <w:p w14:paraId="4DDB8434" w14:textId="77777777" w:rsidR="004129AE" w:rsidRDefault="00570DD5">
      <w:pPr>
        <w:spacing w:after="0"/>
      </w:pPr>
      <w:r>
        <w:rPr>
          <w:rFonts w:ascii="Arial" w:hAnsi="Arial"/>
        </w:rPr>
        <w:t xml:space="preserve">I think it might be I think it has to be something about the water as well because water naturally it flows, but it doesn't rotate unless it's manipulated by either a hurricane or a water spouts. I feel like in certain </w:t>
      </w:r>
      <w:r>
        <w:rPr>
          <w:rFonts w:ascii="Arial" w:hAnsi="Arial"/>
        </w:rPr>
        <w:lastRenderedPageBreak/>
        <w:t>conditions, water can produce what it's doing now but innately it would not allow for this as you can see when it's not being manipulated on it.</w:t>
      </w:r>
    </w:p>
    <w:p w14:paraId="796BA145" w14:textId="77777777" w:rsidR="004129AE" w:rsidRDefault="004129AE">
      <w:pPr>
        <w:spacing w:after="0"/>
      </w:pPr>
    </w:p>
    <w:p w14:paraId="3116C0DD" w14:textId="77777777" w:rsidR="004129AE" w:rsidRDefault="00570DD5">
      <w:pPr>
        <w:spacing w:after="0"/>
      </w:pPr>
      <w:r>
        <w:rPr>
          <w:rFonts w:ascii="Arial" w:hAnsi="Arial"/>
          <w:b/>
        </w:rPr>
        <w:t xml:space="preserve">Interviewer P:  </w:t>
      </w:r>
      <w:r>
        <w:rPr>
          <w:rFonts w:ascii="Arial" w:hAnsi="Arial"/>
          <w:color w:val="5D7284"/>
        </w:rPr>
        <w:t>30:05</w:t>
      </w:r>
    </w:p>
    <w:p w14:paraId="50F1AE3C" w14:textId="77777777" w:rsidR="004129AE" w:rsidRDefault="00570DD5">
      <w:pPr>
        <w:spacing w:after="0"/>
      </w:pPr>
      <w:r>
        <w:rPr>
          <w:rFonts w:ascii="Arial" w:hAnsi="Arial"/>
        </w:rPr>
        <w:t>Okay, so do you think that there's anything I could do to make the dye look like your prediction?</w:t>
      </w:r>
    </w:p>
    <w:p w14:paraId="62B6065E" w14:textId="77777777" w:rsidR="004129AE" w:rsidRDefault="004129AE">
      <w:pPr>
        <w:spacing w:after="0"/>
      </w:pPr>
    </w:p>
    <w:p w14:paraId="7C1F246E" w14:textId="77777777" w:rsidR="004129AE" w:rsidRDefault="00570DD5">
      <w:pPr>
        <w:spacing w:after="0"/>
      </w:pPr>
      <w:r>
        <w:rPr>
          <w:rFonts w:ascii="Arial" w:hAnsi="Arial"/>
          <w:b/>
        </w:rPr>
        <w:t xml:space="preserve">Participant#7:  </w:t>
      </w:r>
      <w:r>
        <w:rPr>
          <w:rFonts w:ascii="Arial" w:hAnsi="Arial"/>
          <w:color w:val="5D7284"/>
        </w:rPr>
        <w:t>30:16</w:t>
      </w:r>
    </w:p>
    <w:p w14:paraId="51C57976" w14:textId="77777777" w:rsidR="004129AE" w:rsidRDefault="00570DD5">
      <w:pPr>
        <w:spacing w:after="0"/>
      </w:pPr>
      <w:r>
        <w:rPr>
          <w:rFonts w:ascii="Arial" w:hAnsi="Arial"/>
        </w:rPr>
        <w:t>Man now I'm really lost so I feel like I my confidence is shot but if I had to take a guess it would be increased the speed because I feel like when you have hurricanes The reason they're able to maintain their shape is because why no barometric pressure you have to consider all the meteor Meteor logical aspects of it as well. But in physics terms, there has to be a force that's keeping it rotating in the way in which it is in a forms over warm water. So maybe it would be increase the temperature of the water to sustain the cyclone effect and also increase the speed.</w:t>
      </w:r>
    </w:p>
    <w:p w14:paraId="1FD1741E" w14:textId="77777777" w:rsidR="004129AE" w:rsidRDefault="004129AE">
      <w:pPr>
        <w:spacing w:after="0"/>
      </w:pPr>
    </w:p>
    <w:p w14:paraId="41606AFB" w14:textId="77777777" w:rsidR="004129AE" w:rsidRDefault="00570DD5">
      <w:pPr>
        <w:spacing w:after="0"/>
      </w:pPr>
      <w:r>
        <w:rPr>
          <w:rFonts w:ascii="Arial" w:hAnsi="Arial"/>
          <w:b/>
        </w:rPr>
        <w:t xml:space="preserve">Interviewer P:  </w:t>
      </w:r>
      <w:r>
        <w:rPr>
          <w:rFonts w:ascii="Arial" w:hAnsi="Arial"/>
          <w:color w:val="5D7284"/>
        </w:rPr>
        <w:t>30:55</w:t>
      </w:r>
    </w:p>
    <w:p w14:paraId="2AF4EEFC" w14:textId="77777777" w:rsidR="004129AE" w:rsidRDefault="00570DD5">
      <w:pPr>
        <w:spacing w:after="0"/>
      </w:pPr>
      <w:r>
        <w:rPr>
          <w:rFonts w:ascii="Arial" w:hAnsi="Arial"/>
        </w:rPr>
        <w:t>So, I haven't up at its top speed, but I could slow it down. Okay, do you think that might do this and I can put a little more in it's kind of losing its.</w:t>
      </w:r>
    </w:p>
    <w:p w14:paraId="1180FE2F" w14:textId="77777777" w:rsidR="004129AE" w:rsidRDefault="004129AE">
      <w:pPr>
        <w:spacing w:after="0"/>
      </w:pPr>
    </w:p>
    <w:p w14:paraId="1CA4133D" w14:textId="77777777" w:rsidR="004129AE" w:rsidRDefault="00570DD5">
      <w:pPr>
        <w:spacing w:after="0"/>
      </w:pPr>
      <w:r>
        <w:rPr>
          <w:rFonts w:ascii="Arial" w:hAnsi="Arial"/>
          <w:b/>
        </w:rPr>
        <w:t xml:space="preserve">Participant#7:  </w:t>
      </w:r>
      <w:r>
        <w:rPr>
          <w:rFonts w:ascii="Arial" w:hAnsi="Arial"/>
          <w:color w:val="5D7284"/>
        </w:rPr>
        <w:t>31:16</w:t>
      </w:r>
    </w:p>
    <w:p w14:paraId="5D82CD8C" w14:textId="77777777" w:rsidR="004129AE" w:rsidRDefault="00570DD5">
      <w:pPr>
        <w:spacing w:after="0"/>
      </w:pPr>
      <w:r>
        <w:rPr>
          <w:rFonts w:ascii="Arial" w:hAnsi="Arial"/>
        </w:rPr>
        <w:t>I would say slowed down. Maybe it would have the same effect of sort of creating those. Yeah, I'm gonna say yeah, we'll have kind of a cyclone ish effect if it's slowed down.</w:t>
      </w:r>
    </w:p>
    <w:p w14:paraId="7E144B26" w14:textId="77777777" w:rsidR="004129AE" w:rsidRDefault="004129AE">
      <w:pPr>
        <w:spacing w:after="0"/>
      </w:pPr>
    </w:p>
    <w:p w14:paraId="6B93E218" w14:textId="77777777" w:rsidR="004129AE" w:rsidRDefault="00570DD5">
      <w:pPr>
        <w:spacing w:after="0"/>
      </w:pPr>
      <w:r>
        <w:rPr>
          <w:rFonts w:ascii="Arial" w:hAnsi="Arial"/>
          <w:b/>
        </w:rPr>
        <w:t xml:space="preserve">Interviewer P:  </w:t>
      </w:r>
      <w:r>
        <w:rPr>
          <w:rFonts w:ascii="Arial" w:hAnsi="Arial"/>
          <w:color w:val="5D7284"/>
        </w:rPr>
        <w:t>31:47</w:t>
      </w:r>
    </w:p>
    <w:p w14:paraId="2355A523" w14:textId="77777777" w:rsidR="004129AE" w:rsidRDefault="00570DD5">
      <w:pPr>
        <w:spacing w:after="0"/>
      </w:pPr>
      <w:r>
        <w:rPr>
          <w:rFonts w:ascii="Arial" w:hAnsi="Arial"/>
        </w:rPr>
        <w:t>So there it's doing what it originally did standing straight up. lets slow down.</w:t>
      </w:r>
    </w:p>
    <w:p w14:paraId="27ACF147" w14:textId="77777777" w:rsidR="004129AE" w:rsidRDefault="004129AE">
      <w:pPr>
        <w:spacing w:after="0"/>
      </w:pPr>
    </w:p>
    <w:p w14:paraId="30B10829" w14:textId="77777777" w:rsidR="004129AE" w:rsidRDefault="00570DD5">
      <w:pPr>
        <w:spacing w:after="0"/>
      </w:pPr>
      <w:r>
        <w:rPr>
          <w:rFonts w:ascii="Arial" w:hAnsi="Arial"/>
          <w:b/>
        </w:rPr>
        <w:t xml:space="preserve">Participant#7:  </w:t>
      </w:r>
      <w:r>
        <w:rPr>
          <w:rFonts w:ascii="Arial" w:hAnsi="Arial"/>
          <w:color w:val="5D7284"/>
        </w:rPr>
        <w:t>32:28</w:t>
      </w:r>
    </w:p>
    <w:p w14:paraId="1292DECB" w14:textId="77777777" w:rsidR="004129AE" w:rsidRDefault="00570DD5">
      <w:pPr>
        <w:spacing w:after="0"/>
      </w:pPr>
      <w:r>
        <w:rPr>
          <w:rFonts w:ascii="Arial" w:hAnsi="Arial"/>
        </w:rPr>
        <w:t>Man, physics is so weird it just like at the bottom, I can sort of see it doing it, but at the top, it's like</w:t>
      </w:r>
    </w:p>
    <w:p w14:paraId="2779D9AE" w14:textId="77777777" w:rsidR="004129AE" w:rsidRDefault="004129AE">
      <w:pPr>
        <w:spacing w:after="0"/>
      </w:pPr>
    </w:p>
    <w:p w14:paraId="08A0AA14" w14:textId="77777777" w:rsidR="004129AE" w:rsidRDefault="00570DD5">
      <w:pPr>
        <w:spacing w:after="0"/>
      </w:pPr>
      <w:r>
        <w:rPr>
          <w:rFonts w:ascii="Arial" w:hAnsi="Arial"/>
          <w:b/>
        </w:rPr>
        <w:t xml:space="preserve">Interviewer P:  </w:t>
      </w:r>
      <w:r>
        <w:rPr>
          <w:rFonts w:ascii="Arial" w:hAnsi="Arial"/>
          <w:color w:val="5D7284"/>
        </w:rPr>
        <w:t>32:38</w:t>
      </w:r>
    </w:p>
    <w:p w14:paraId="16A967C8" w14:textId="77777777" w:rsidR="004129AE" w:rsidRDefault="00570DD5">
      <w:pPr>
        <w:spacing w:after="0"/>
      </w:pPr>
      <w:r>
        <w:rPr>
          <w:rFonts w:ascii="Arial" w:hAnsi="Arial"/>
        </w:rPr>
        <w:t xml:space="preserve">still holding it up. </w:t>
      </w:r>
    </w:p>
    <w:p w14:paraId="7BFF2511" w14:textId="77777777" w:rsidR="004129AE" w:rsidRDefault="004129AE">
      <w:pPr>
        <w:spacing w:after="0"/>
      </w:pPr>
    </w:p>
    <w:p w14:paraId="063DECF9" w14:textId="77777777" w:rsidR="004129AE" w:rsidRDefault="00570DD5">
      <w:pPr>
        <w:spacing w:after="0"/>
      </w:pPr>
      <w:r>
        <w:rPr>
          <w:rFonts w:ascii="Arial" w:hAnsi="Arial"/>
          <w:b/>
        </w:rPr>
        <w:t xml:space="preserve">Participant#7:  </w:t>
      </w:r>
      <w:r>
        <w:rPr>
          <w:rFonts w:ascii="Arial" w:hAnsi="Arial"/>
          <w:color w:val="5D7284"/>
        </w:rPr>
        <w:t>32:40</w:t>
      </w:r>
    </w:p>
    <w:p w14:paraId="10B8C03C" w14:textId="77777777" w:rsidR="004129AE" w:rsidRDefault="00570DD5">
      <w:pPr>
        <w:spacing w:after="0"/>
      </w:pPr>
      <w:r>
        <w:rPr>
          <w:rFonts w:ascii="Arial" w:hAnsi="Arial"/>
        </w:rPr>
        <w:t>Yes.</w:t>
      </w:r>
    </w:p>
    <w:p w14:paraId="1AB384FB" w14:textId="77777777" w:rsidR="004129AE" w:rsidRDefault="004129AE">
      <w:pPr>
        <w:spacing w:after="0"/>
      </w:pPr>
    </w:p>
    <w:p w14:paraId="74015A16" w14:textId="77777777" w:rsidR="004129AE" w:rsidRDefault="00570DD5">
      <w:pPr>
        <w:spacing w:after="0"/>
      </w:pPr>
      <w:r>
        <w:rPr>
          <w:rFonts w:ascii="Arial" w:hAnsi="Arial"/>
          <w:b/>
        </w:rPr>
        <w:t xml:space="preserve">Interviewer P:  </w:t>
      </w:r>
      <w:r>
        <w:rPr>
          <w:rFonts w:ascii="Arial" w:hAnsi="Arial"/>
          <w:color w:val="5D7284"/>
        </w:rPr>
        <w:t>32:41</w:t>
      </w:r>
    </w:p>
    <w:p w14:paraId="72E9F414" w14:textId="77777777" w:rsidR="004129AE" w:rsidRDefault="00570DD5">
      <w:pPr>
        <w:spacing w:after="0"/>
      </w:pPr>
      <w:r>
        <w:rPr>
          <w:rFonts w:ascii="Arial" w:hAnsi="Arial"/>
        </w:rPr>
        <w:t xml:space="preserve"> we shut it off completely.</w:t>
      </w:r>
    </w:p>
    <w:p w14:paraId="1445874C" w14:textId="77777777" w:rsidR="004129AE" w:rsidRDefault="004129AE">
      <w:pPr>
        <w:spacing w:after="0"/>
      </w:pPr>
    </w:p>
    <w:p w14:paraId="4A6434F7" w14:textId="77777777" w:rsidR="004129AE" w:rsidRDefault="00570DD5">
      <w:pPr>
        <w:spacing w:after="0"/>
      </w:pPr>
      <w:r>
        <w:rPr>
          <w:rFonts w:ascii="Arial" w:hAnsi="Arial"/>
          <w:b/>
        </w:rPr>
        <w:t xml:space="preserve">Participant#7:  </w:t>
      </w:r>
      <w:r>
        <w:rPr>
          <w:rFonts w:ascii="Arial" w:hAnsi="Arial"/>
          <w:color w:val="5D7284"/>
        </w:rPr>
        <w:t>32:56</w:t>
      </w:r>
    </w:p>
    <w:p w14:paraId="0150D714" w14:textId="77777777" w:rsidR="004129AE" w:rsidRDefault="00570DD5">
      <w:pPr>
        <w:spacing w:after="0"/>
      </w:pPr>
      <w:r>
        <w:rPr>
          <w:rFonts w:ascii="Arial" w:hAnsi="Arial"/>
        </w:rPr>
        <w:t>It sort of is starting to get that, next, it's looking less blobish and more cloud ish. So it's starting to get that. And from the sides, you're kind of starting to see the little snakes and little, I guess I'll call these pants, belts of pants, buckles or belts right there, you kind of see a little bit of both. In the center, it's really heavily concentrated it almost looks like a hurricane on the outside and a tornado and the inside. So that's.</w:t>
      </w:r>
    </w:p>
    <w:p w14:paraId="1557CA99" w14:textId="77777777" w:rsidR="004129AE" w:rsidRDefault="004129AE">
      <w:pPr>
        <w:spacing w:after="0"/>
      </w:pPr>
    </w:p>
    <w:p w14:paraId="64040920" w14:textId="77777777" w:rsidR="004129AE" w:rsidRDefault="00570DD5">
      <w:pPr>
        <w:spacing w:after="0"/>
      </w:pPr>
      <w:r>
        <w:rPr>
          <w:rFonts w:ascii="Arial" w:hAnsi="Arial"/>
          <w:b/>
        </w:rPr>
        <w:lastRenderedPageBreak/>
        <w:t xml:space="preserve">Interviewer P:  </w:t>
      </w:r>
      <w:r>
        <w:rPr>
          <w:rFonts w:ascii="Arial" w:hAnsi="Arial"/>
          <w:color w:val="5D7284"/>
        </w:rPr>
        <w:t>33:39</w:t>
      </w:r>
    </w:p>
    <w:p w14:paraId="09DF0927" w14:textId="77777777" w:rsidR="004129AE" w:rsidRDefault="00570DD5">
      <w:pPr>
        <w:spacing w:after="0"/>
      </w:pPr>
      <w:r>
        <w:rPr>
          <w:rFonts w:ascii="Arial" w:hAnsi="Arial"/>
        </w:rPr>
        <w:t xml:space="preserve">What's the difference. </w:t>
      </w:r>
    </w:p>
    <w:p w14:paraId="4C6EC3FB" w14:textId="77777777" w:rsidR="004129AE" w:rsidRDefault="004129AE">
      <w:pPr>
        <w:spacing w:after="0"/>
      </w:pPr>
    </w:p>
    <w:p w14:paraId="50615178" w14:textId="77777777" w:rsidR="004129AE" w:rsidRDefault="00570DD5">
      <w:pPr>
        <w:spacing w:after="0"/>
      </w:pPr>
      <w:r>
        <w:rPr>
          <w:rFonts w:ascii="Arial" w:hAnsi="Arial"/>
          <w:b/>
        </w:rPr>
        <w:t xml:space="preserve">Participant#7:  </w:t>
      </w:r>
      <w:r>
        <w:rPr>
          <w:rFonts w:ascii="Arial" w:hAnsi="Arial"/>
          <w:color w:val="5D7284"/>
        </w:rPr>
        <w:t>33:41</w:t>
      </w:r>
    </w:p>
    <w:p w14:paraId="407F47E7" w14:textId="77777777" w:rsidR="004129AE" w:rsidRDefault="00570DD5">
      <w:pPr>
        <w:spacing w:after="0"/>
      </w:pPr>
      <w:r>
        <w:rPr>
          <w:rFonts w:ascii="Arial" w:hAnsi="Arial"/>
        </w:rPr>
        <w:t>Hurricane is more of a circular shape where a tornado is like a cylinder shape. So it takes I know that they're very similar when you blow them up 3d A cylinder is almost essentially a stretched out circle, but it's still you measure it differently. It's measured is not it's like two circles and a rectangle if I'm not mistaken, that creates a cylinder where it's like or maybe it's not a rectangle but it's like you have definite corners and a cylinder where you don't really in you don't at all in a circle that's the whole point of a circle is even make jokes with pizza. You know, we never cut corners because there's no corners to cut. And I work at Pizza Hut so of course I know those little you know, I'm not an expert with circles or you know, defining you know, I could tell you pi in a radius diameter the basic little things but I guess that yeah, that's the main difference in looking at something as a cylinder versus a circle is whether you have a feel cylinders go more into the three 3d realm. Whereas, like if you think of a tornado, most people would think of a tornado is 3d. Whereas a hurricane, you think of it for more of its 2d features. It's more of a get though it is a technical circle. I feel like it's only a half complete set. Because it's like, when you're looking at the moon, right, you're looking at it from the sides. So it looks like it's two dimensional, because you're looking like, again, from cognitive psych viewing a 3d world with 2d features. So.</w:t>
      </w:r>
    </w:p>
    <w:p w14:paraId="6DF6448E" w14:textId="77777777" w:rsidR="004129AE" w:rsidRDefault="004129AE">
      <w:pPr>
        <w:spacing w:after="0"/>
      </w:pPr>
    </w:p>
    <w:p w14:paraId="1BB0DB0C" w14:textId="77777777" w:rsidR="004129AE" w:rsidRDefault="00570DD5">
      <w:pPr>
        <w:spacing w:after="0"/>
      </w:pPr>
      <w:r>
        <w:rPr>
          <w:rFonts w:ascii="Arial" w:hAnsi="Arial"/>
          <w:b/>
        </w:rPr>
        <w:t xml:space="preserve">Interviewer P:  </w:t>
      </w:r>
      <w:r>
        <w:rPr>
          <w:rFonts w:ascii="Arial" w:hAnsi="Arial"/>
          <w:color w:val="5D7284"/>
        </w:rPr>
        <w:t>35:32</w:t>
      </w:r>
    </w:p>
    <w:p w14:paraId="6AD01E91" w14:textId="77777777" w:rsidR="004129AE" w:rsidRDefault="00570DD5">
      <w:pPr>
        <w:spacing w:after="0"/>
      </w:pPr>
      <w:r>
        <w:rPr>
          <w:rFonts w:ascii="Arial" w:hAnsi="Arial"/>
        </w:rPr>
        <w:t xml:space="preserve">So what you're saying is that it looks more like a hurricane on the outside. Yes. Has that three dimensionality with some thickness, like a tornado and the ends? </w:t>
      </w:r>
    </w:p>
    <w:p w14:paraId="4D319E41" w14:textId="77777777" w:rsidR="004129AE" w:rsidRDefault="004129AE">
      <w:pPr>
        <w:spacing w:after="0"/>
      </w:pPr>
    </w:p>
    <w:p w14:paraId="03910DF1" w14:textId="77777777" w:rsidR="004129AE" w:rsidRDefault="00570DD5">
      <w:pPr>
        <w:spacing w:after="0"/>
      </w:pPr>
      <w:r>
        <w:rPr>
          <w:rFonts w:ascii="Arial" w:hAnsi="Arial"/>
          <w:b/>
        </w:rPr>
        <w:t xml:space="preserve">Participant#7:  </w:t>
      </w:r>
      <w:r>
        <w:rPr>
          <w:rFonts w:ascii="Arial" w:hAnsi="Arial"/>
          <w:color w:val="5D7284"/>
        </w:rPr>
        <w:t>35:42</w:t>
      </w:r>
    </w:p>
    <w:p w14:paraId="6ED0805C" w14:textId="77777777" w:rsidR="004129AE" w:rsidRDefault="00570DD5">
      <w:pPr>
        <w:spacing w:after="0"/>
      </w:pPr>
      <w:r>
        <w:rPr>
          <w:rFonts w:ascii="Arial" w:hAnsi="Arial"/>
        </w:rPr>
        <w:t>Yes, correct.</w:t>
      </w:r>
    </w:p>
    <w:p w14:paraId="4FD930E6" w14:textId="77777777" w:rsidR="004129AE" w:rsidRDefault="004129AE">
      <w:pPr>
        <w:spacing w:after="0"/>
      </w:pPr>
    </w:p>
    <w:p w14:paraId="5A35BB8C" w14:textId="77777777" w:rsidR="004129AE" w:rsidRDefault="00570DD5">
      <w:pPr>
        <w:spacing w:after="0"/>
      </w:pPr>
      <w:r>
        <w:rPr>
          <w:rFonts w:ascii="Arial" w:hAnsi="Arial"/>
          <w:b/>
        </w:rPr>
        <w:t xml:space="preserve">Interviewer P:  </w:t>
      </w:r>
      <w:r>
        <w:rPr>
          <w:rFonts w:ascii="Arial" w:hAnsi="Arial"/>
          <w:color w:val="5D7284"/>
        </w:rPr>
        <w:t>35:43</w:t>
      </w:r>
    </w:p>
    <w:p w14:paraId="5A68DB73" w14:textId="77777777" w:rsidR="004129AE" w:rsidRDefault="00570DD5">
      <w:pPr>
        <w:spacing w:after="0"/>
      </w:pPr>
      <w:r>
        <w:rPr>
          <w:rFonts w:ascii="Arial" w:hAnsi="Arial"/>
        </w:rPr>
        <w:t xml:space="preserve">Okay. All right. So moving on from that. I have a little bit of new demo that's going to morph into a thought experiment like we did before, because this time I actually do have some Jell-O. </w:t>
      </w:r>
    </w:p>
    <w:p w14:paraId="03B7B2B5" w14:textId="77777777" w:rsidR="004129AE" w:rsidRDefault="004129AE">
      <w:pPr>
        <w:spacing w:after="0"/>
      </w:pPr>
    </w:p>
    <w:p w14:paraId="394F7AC2" w14:textId="77777777" w:rsidR="004129AE" w:rsidRDefault="00570DD5">
      <w:pPr>
        <w:spacing w:after="0"/>
      </w:pPr>
      <w:r>
        <w:rPr>
          <w:rFonts w:ascii="Arial" w:hAnsi="Arial"/>
          <w:b/>
        </w:rPr>
        <w:t xml:space="preserve">Participant#7:  </w:t>
      </w:r>
      <w:r>
        <w:rPr>
          <w:rFonts w:ascii="Arial" w:hAnsi="Arial"/>
          <w:color w:val="5D7284"/>
        </w:rPr>
        <w:t>35:59</w:t>
      </w:r>
    </w:p>
    <w:p w14:paraId="39253660" w14:textId="77777777" w:rsidR="004129AE" w:rsidRDefault="00570DD5">
      <w:pPr>
        <w:spacing w:after="0"/>
      </w:pPr>
      <w:r>
        <w:rPr>
          <w:rFonts w:ascii="Arial" w:hAnsi="Arial"/>
        </w:rPr>
        <w:t>Oh, no. Okay awesome.</w:t>
      </w:r>
    </w:p>
    <w:p w14:paraId="63A3C8CE" w14:textId="77777777" w:rsidR="004129AE" w:rsidRDefault="004129AE">
      <w:pPr>
        <w:spacing w:after="0"/>
      </w:pPr>
    </w:p>
    <w:p w14:paraId="1D5B6F10" w14:textId="77777777" w:rsidR="004129AE" w:rsidRDefault="00570DD5">
      <w:pPr>
        <w:spacing w:after="0"/>
      </w:pPr>
      <w:r>
        <w:rPr>
          <w:rFonts w:ascii="Arial" w:hAnsi="Arial"/>
          <w:b/>
        </w:rPr>
        <w:t xml:space="preserve">Interviewer P:  </w:t>
      </w:r>
      <w:r>
        <w:rPr>
          <w:rFonts w:ascii="Arial" w:hAnsi="Arial"/>
          <w:color w:val="5D7284"/>
        </w:rPr>
        <w:t>36:02</w:t>
      </w:r>
    </w:p>
    <w:p w14:paraId="57C085B0" w14:textId="77777777" w:rsidR="004129AE" w:rsidRDefault="00570DD5">
      <w:pPr>
        <w:spacing w:after="0"/>
      </w:pPr>
      <w:r>
        <w:rPr>
          <w:rFonts w:ascii="Arial" w:hAnsi="Arial"/>
        </w:rPr>
        <w:t>So and lazy, Susan. So we're gonna flip the tank of Jell-O now on the Lazy Susan and I have a Lego motor that I can use to rotate this small tank of Jell-O.</w:t>
      </w:r>
    </w:p>
    <w:p w14:paraId="0FD598B7" w14:textId="77777777" w:rsidR="004129AE" w:rsidRDefault="004129AE">
      <w:pPr>
        <w:spacing w:after="0"/>
      </w:pPr>
    </w:p>
    <w:p w14:paraId="10506DEA" w14:textId="77777777" w:rsidR="004129AE" w:rsidRDefault="00570DD5">
      <w:pPr>
        <w:spacing w:after="0"/>
      </w:pPr>
      <w:r>
        <w:rPr>
          <w:rFonts w:ascii="Arial" w:hAnsi="Arial"/>
          <w:b/>
        </w:rPr>
        <w:t xml:space="preserve">Participant#7:  </w:t>
      </w:r>
      <w:r>
        <w:rPr>
          <w:rFonts w:ascii="Arial" w:hAnsi="Arial"/>
          <w:color w:val="5D7284"/>
        </w:rPr>
        <w:t>36:21</w:t>
      </w:r>
    </w:p>
    <w:p w14:paraId="78955DC8" w14:textId="77777777" w:rsidR="004129AE" w:rsidRDefault="00570DD5">
      <w:pPr>
        <w:spacing w:after="0"/>
      </w:pPr>
      <w:r>
        <w:rPr>
          <w:rFonts w:ascii="Arial" w:hAnsi="Arial"/>
        </w:rPr>
        <w:t>Oh, that's too cool.</w:t>
      </w:r>
    </w:p>
    <w:p w14:paraId="153BAF34" w14:textId="77777777" w:rsidR="004129AE" w:rsidRDefault="004129AE">
      <w:pPr>
        <w:spacing w:after="0"/>
      </w:pPr>
    </w:p>
    <w:p w14:paraId="2DBD26CC" w14:textId="77777777" w:rsidR="004129AE" w:rsidRDefault="00570DD5">
      <w:pPr>
        <w:spacing w:after="0"/>
      </w:pPr>
      <w:r>
        <w:rPr>
          <w:rFonts w:ascii="Arial" w:hAnsi="Arial"/>
          <w:b/>
        </w:rPr>
        <w:t xml:space="preserve">Interviewer P:  </w:t>
      </w:r>
      <w:r>
        <w:rPr>
          <w:rFonts w:ascii="Arial" w:hAnsi="Arial"/>
          <w:color w:val="5D7284"/>
        </w:rPr>
        <w:t>36:26</w:t>
      </w:r>
    </w:p>
    <w:p w14:paraId="4C862FD5" w14:textId="77777777" w:rsidR="004129AE" w:rsidRDefault="00570DD5">
      <w:pPr>
        <w:spacing w:after="0"/>
      </w:pPr>
      <w:r>
        <w:rPr>
          <w:rFonts w:ascii="Arial" w:hAnsi="Arial"/>
        </w:rPr>
        <w:t>So, what do you think will happen to the Jell-O when I start rotating it?</w:t>
      </w:r>
    </w:p>
    <w:p w14:paraId="52E5E268" w14:textId="77777777" w:rsidR="004129AE" w:rsidRDefault="004129AE">
      <w:pPr>
        <w:spacing w:after="0"/>
      </w:pPr>
    </w:p>
    <w:p w14:paraId="582B9C6D" w14:textId="77777777" w:rsidR="004129AE" w:rsidRDefault="00570DD5">
      <w:pPr>
        <w:spacing w:after="0"/>
      </w:pPr>
      <w:r>
        <w:rPr>
          <w:rFonts w:ascii="Arial" w:hAnsi="Arial"/>
          <w:b/>
        </w:rPr>
        <w:lastRenderedPageBreak/>
        <w:t xml:space="preserve">Participant#7:  </w:t>
      </w:r>
      <w:r>
        <w:rPr>
          <w:rFonts w:ascii="Arial" w:hAnsi="Arial"/>
          <w:color w:val="5D7284"/>
        </w:rPr>
        <w:t>36:32</w:t>
      </w:r>
    </w:p>
    <w:p w14:paraId="1C1CE9FA" w14:textId="77777777" w:rsidR="004129AE" w:rsidRDefault="00570DD5">
      <w:pPr>
        <w:spacing w:after="0"/>
      </w:pPr>
      <w:r>
        <w:rPr>
          <w:rFonts w:ascii="Arial" w:hAnsi="Arial"/>
        </w:rPr>
        <w:t>What's the temperature of the.</w:t>
      </w:r>
    </w:p>
    <w:p w14:paraId="1C48D046" w14:textId="77777777" w:rsidR="004129AE" w:rsidRDefault="004129AE">
      <w:pPr>
        <w:spacing w:after="0"/>
      </w:pPr>
    </w:p>
    <w:p w14:paraId="306AC69A" w14:textId="77777777" w:rsidR="004129AE" w:rsidRDefault="00570DD5">
      <w:pPr>
        <w:spacing w:after="0"/>
      </w:pPr>
      <w:r>
        <w:rPr>
          <w:rFonts w:ascii="Arial" w:hAnsi="Arial"/>
          <w:b/>
        </w:rPr>
        <w:t xml:space="preserve">Interviewer P:  </w:t>
      </w:r>
      <w:r>
        <w:rPr>
          <w:rFonts w:ascii="Arial" w:hAnsi="Arial"/>
          <w:color w:val="5D7284"/>
        </w:rPr>
        <w:t>36:34</w:t>
      </w:r>
    </w:p>
    <w:p w14:paraId="0B51CC21" w14:textId="77777777" w:rsidR="004129AE" w:rsidRDefault="00570DD5">
      <w:pPr>
        <w:spacing w:after="0"/>
      </w:pPr>
      <w:r>
        <w:rPr>
          <w:rFonts w:ascii="Arial" w:hAnsi="Arial"/>
        </w:rPr>
        <w:t>Its room temperature.</w:t>
      </w:r>
    </w:p>
    <w:p w14:paraId="5C10BAB8" w14:textId="77777777" w:rsidR="004129AE" w:rsidRDefault="004129AE">
      <w:pPr>
        <w:spacing w:after="0"/>
      </w:pPr>
    </w:p>
    <w:p w14:paraId="08D80F8C" w14:textId="77777777" w:rsidR="004129AE" w:rsidRDefault="00570DD5">
      <w:pPr>
        <w:spacing w:after="0"/>
      </w:pPr>
      <w:r>
        <w:rPr>
          <w:rFonts w:ascii="Arial" w:hAnsi="Arial"/>
          <w:b/>
        </w:rPr>
        <w:t xml:space="preserve">Participant#7:  </w:t>
      </w:r>
      <w:r>
        <w:rPr>
          <w:rFonts w:ascii="Arial" w:hAnsi="Arial"/>
          <w:color w:val="5D7284"/>
        </w:rPr>
        <w:t>36:35</w:t>
      </w:r>
    </w:p>
    <w:p w14:paraId="63D91425" w14:textId="77777777" w:rsidR="004129AE" w:rsidRDefault="00570DD5">
      <w:pPr>
        <w:spacing w:after="0"/>
      </w:pPr>
      <w:r>
        <w:rPr>
          <w:rFonts w:ascii="Arial" w:hAnsi="Arial"/>
        </w:rPr>
        <w:t>Oh okay. So you're not putting anything in yet, just rotating it. Um I feel like it's going to be a little bit more defiant than the water given that it's more of a solid than it is a liquids, it's going to take the earthly forces more to be able to actually get it to cooperate and rotate. And I think that it's like, if you were to put your finger in water and do that, it would be relatively easy. But say you were trying to get a basketball would take more force to get it to start and maintain rotation. I come in when we're kids in the water, and we pretend we're Waterbenders from Avatar, and you know, we're pushing water and we're manipulating it and learning about it within our own realm of experience. I feel like it's a lot easier to manipulate any liquid than it is a solid. So I feel as though we'll see that too with this lazy Susan and the Jell-O.</w:t>
      </w:r>
    </w:p>
    <w:p w14:paraId="19E6C8AE" w14:textId="77777777" w:rsidR="004129AE" w:rsidRDefault="004129AE">
      <w:pPr>
        <w:spacing w:after="0"/>
      </w:pPr>
    </w:p>
    <w:p w14:paraId="45AD6AA4" w14:textId="77777777" w:rsidR="004129AE" w:rsidRDefault="00570DD5">
      <w:pPr>
        <w:spacing w:after="0"/>
      </w:pPr>
      <w:r>
        <w:rPr>
          <w:rFonts w:ascii="Arial" w:hAnsi="Arial"/>
          <w:b/>
        </w:rPr>
        <w:t xml:space="preserve">Interviewer P:  </w:t>
      </w:r>
      <w:r>
        <w:rPr>
          <w:rFonts w:ascii="Arial" w:hAnsi="Arial"/>
          <w:color w:val="5D7284"/>
        </w:rPr>
        <w:t>37:47</w:t>
      </w:r>
    </w:p>
    <w:p w14:paraId="28E0EE98" w14:textId="77777777" w:rsidR="004129AE" w:rsidRDefault="00570DD5">
      <w:pPr>
        <w:spacing w:after="0"/>
      </w:pPr>
      <w:r>
        <w:rPr>
          <w:rFonts w:ascii="Arial" w:hAnsi="Arial"/>
        </w:rPr>
        <w:t>It that what you expected.</w:t>
      </w:r>
    </w:p>
    <w:p w14:paraId="582E0EF7" w14:textId="77777777" w:rsidR="004129AE" w:rsidRDefault="004129AE">
      <w:pPr>
        <w:spacing w:after="0"/>
      </w:pPr>
    </w:p>
    <w:p w14:paraId="7A00FA16" w14:textId="77777777" w:rsidR="004129AE" w:rsidRDefault="00570DD5">
      <w:pPr>
        <w:spacing w:after="0"/>
      </w:pPr>
      <w:r>
        <w:rPr>
          <w:rFonts w:ascii="Arial" w:hAnsi="Arial"/>
          <w:b/>
        </w:rPr>
        <w:t xml:space="preserve">Participant#7:  </w:t>
      </w:r>
      <w:r>
        <w:rPr>
          <w:rFonts w:ascii="Arial" w:hAnsi="Arial"/>
          <w:color w:val="5D7284"/>
        </w:rPr>
        <w:t>37:51</w:t>
      </w:r>
    </w:p>
    <w:p w14:paraId="12870E76" w14:textId="77777777" w:rsidR="004129AE" w:rsidRDefault="00570DD5">
      <w:pPr>
        <w:spacing w:after="0"/>
      </w:pPr>
      <w:r>
        <w:rPr>
          <w:rFonts w:ascii="Arial" w:hAnsi="Arial"/>
        </w:rPr>
        <w:t xml:space="preserve">kinda. </w:t>
      </w:r>
    </w:p>
    <w:p w14:paraId="62429111" w14:textId="77777777" w:rsidR="004129AE" w:rsidRDefault="004129AE">
      <w:pPr>
        <w:spacing w:after="0"/>
      </w:pPr>
    </w:p>
    <w:p w14:paraId="2EC42EF7" w14:textId="77777777" w:rsidR="004129AE" w:rsidRDefault="00570DD5">
      <w:pPr>
        <w:spacing w:after="0"/>
      </w:pPr>
      <w:r>
        <w:rPr>
          <w:rFonts w:ascii="Arial" w:hAnsi="Arial"/>
          <w:b/>
        </w:rPr>
        <w:t xml:space="preserve">Interviewer P:  </w:t>
      </w:r>
      <w:r>
        <w:rPr>
          <w:rFonts w:ascii="Arial" w:hAnsi="Arial"/>
          <w:color w:val="5D7284"/>
        </w:rPr>
        <w:t>37:53</w:t>
      </w:r>
    </w:p>
    <w:p w14:paraId="374A81E3" w14:textId="5A457E32" w:rsidR="004129AE" w:rsidRDefault="00570DD5">
      <w:pPr>
        <w:spacing w:after="0"/>
      </w:pPr>
      <w:r w:rsidRPr="673DBA0C">
        <w:rPr>
          <w:rFonts w:ascii="Arial" w:hAnsi="Arial"/>
        </w:rPr>
        <w:t xml:space="preserve">Alright, so I have these </w:t>
      </w:r>
      <w:r w:rsidR="18892B48" w:rsidRPr="673DBA0C">
        <w:rPr>
          <w:rFonts w:ascii="Arial" w:hAnsi="Arial"/>
        </w:rPr>
        <w:t>BB's</w:t>
      </w:r>
      <w:r w:rsidRPr="673DBA0C">
        <w:rPr>
          <w:rFonts w:ascii="Arial" w:hAnsi="Arial"/>
        </w:rPr>
        <w:t xml:space="preserve">. And this is where it morphs into a thought experiment. </w:t>
      </w:r>
    </w:p>
    <w:p w14:paraId="4065B83B" w14:textId="77777777" w:rsidR="004129AE" w:rsidRDefault="004129AE">
      <w:pPr>
        <w:spacing w:after="0"/>
      </w:pPr>
    </w:p>
    <w:p w14:paraId="19599650" w14:textId="77777777" w:rsidR="004129AE" w:rsidRDefault="00570DD5">
      <w:pPr>
        <w:spacing w:after="0"/>
      </w:pPr>
      <w:r>
        <w:rPr>
          <w:rFonts w:ascii="Arial" w:hAnsi="Arial"/>
          <w:b/>
        </w:rPr>
        <w:t xml:space="preserve">Participant#7:  </w:t>
      </w:r>
      <w:r>
        <w:rPr>
          <w:rFonts w:ascii="Arial" w:hAnsi="Arial"/>
          <w:color w:val="5D7284"/>
        </w:rPr>
        <w:t>37:58</w:t>
      </w:r>
    </w:p>
    <w:p w14:paraId="1CE83D9A" w14:textId="77777777" w:rsidR="004129AE" w:rsidRDefault="00570DD5">
      <w:pPr>
        <w:spacing w:after="0"/>
      </w:pPr>
      <w:r>
        <w:rPr>
          <w:rFonts w:ascii="Arial" w:hAnsi="Arial"/>
        </w:rPr>
        <w:t xml:space="preserve">Sure. </w:t>
      </w:r>
    </w:p>
    <w:p w14:paraId="148FFBD0" w14:textId="77777777" w:rsidR="004129AE" w:rsidRDefault="004129AE">
      <w:pPr>
        <w:spacing w:after="0"/>
      </w:pPr>
    </w:p>
    <w:p w14:paraId="72BC1D3F" w14:textId="77777777" w:rsidR="004129AE" w:rsidRDefault="00570DD5">
      <w:pPr>
        <w:spacing w:after="0"/>
      </w:pPr>
      <w:r>
        <w:rPr>
          <w:rFonts w:ascii="Arial" w:hAnsi="Arial"/>
          <w:b/>
        </w:rPr>
        <w:t xml:space="preserve">Interviewer P:  </w:t>
      </w:r>
      <w:r>
        <w:rPr>
          <w:rFonts w:ascii="Arial" w:hAnsi="Arial"/>
          <w:color w:val="5D7284"/>
        </w:rPr>
        <w:t>37:58</w:t>
      </w:r>
    </w:p>
    <w:p w14:paraId="35BAED0D" w14:textId="75504497" w:rsidR="004129AE" w:rsidRDefault="00570DD5">
      <w:pPr>
        <w:spacing w:after="0"/>
      </w:pPr>
      <w:r w:rsidRPr="673DBA0C">
        <w:rPr>
          <w:rFonts w:ascii="Arial" w:hAnsi="Arial"/>
        </w:rPr>
        <w:t xml:space="preserve">Because ideally, I would put these </w:t>
      </w:r>
      <w:r w:rsidR="187AB2F8" w:rsidRPr="673DBA0C">
        <w:rPr>
          <w:rFonts w:ascii="Arial" w:hAnsi="Arial"/>
        </w:rPr>
        <w:t>BB's</w:t>
      </w:r>
      <w:r w:rsidRPr="673DBA0C">
        <w:rPr>
          <w:rFonts w:ascii="Arial" w:hAnsi="Arial"/>
        </w:rPr>
        <w:t xml:space="preserve"> into the rotating Jell-O. And just as we watched the crystal dye, that sinks its way all the way to the bottom. That's what these BBs would do. But they just sit on top. So I'm still working on that part, figuring out a way to get them to bore their way all the way to the bottom. Let's say perhaps if they were heavier or hotter, they might, but let's imagine that they do sink to the bottom of this Jell-O like the crystal dye did can you describe what kind of a path you think they might take on their way to the bottom.</w:t>
      </w:r>
    </w:p>
    <w:p w14:paraId="5F24EC9A" w14:textId="77777777" w:rsidR="004129AE" w:rsidRDefault="004129AE">
      <w:pPr>
        <w:spacing w:after="0"/>
      </w:pPr>
    </w:p>
    <w:p w14:paraId="2695CAD4" w14:textId="77777777" w:rsidR="004129AE" w:rsidRDefault="00570DD5">
      <w:pPr>
        <w:spacing w:after="0"/>
      </w:pPr>
      <w:r>
        <w:rPr>
          <w:rFonts w:ascii="Arial" w:hAnsi="Arial"/>
          <w:b/>
        </w:rPr>
        <w:t xml:space="preserve">Participant#7:  </w:t>
      </w:r>
      <w:r>
        <w:rPr>
          <w:rFonts w:ascii="Arial" w:hAnsi="Arial"/>
          <w:color w:val="5D7284"/>
        </w:rPr>
        <w:t>38:51</w:t>
      </w:r>
    </w:p>
    <w:p w14:paraId="5B92FCA8" w14:textId="77777777" w:rsidR="004129AE" w:rsidRDefault="00570DD5">
      <w:pPr>
        <w:spacing w:after="0"/>
      </w:pPr>
      <w:r>
        <w:rPr>
          <w:rFonts w:ascii="Arial" w:hAnsi="Arial"/>
        </w:rPr>
        <w:t>I feel like to equate to like labored versus free breathing. I feel like it would take a more labored path to the bottom or you know, this is kind of like it went down and then expanded. Like it was expanding as it was going down with the overall solid is kind of just going straight down. I feel like this it would go relatively straight down but it would take longer and more force and effort and tension to be able to get it to go down.</w:t>
      </w:r>
    </w:p>
    <w:p w14:paraId="30F3AA79" w14:textId="77777777" w:rsidR="004129AE" w:rsidRDefault="004129AE">
      <w:pPr>
        <w:spacing w:after="0"/>
      </w:pPr>
    </w:p>
    <w:p w14:paraId="0EDFBDF3" w14:textId="77777777" w:rsidR="004129AE" w:rsidRDefault="00570DD5">
      <w:pPr>
        <w:spacing w:after="0"/>
      </w:pPr>
      <w:r>
        <w:rPr>
          <w:rFonts w:ascii="Arial" w:hAnsi="Arial"/>
          <w:b/>
        </w:rPr>
        <w:lastRenderedPageBreak/>
        <w:t xml:space="preserve">Interviewer P:  </w:t>
      </w:r>
      <w:r>
        <w:rPr>
          <w:rFonts w:ascii="Arial" w:hAnsi="Arial"/>
          <w:color w:val="5D7284"/>
        </w:rPr>
        <w:t>39:27</w:t>
      </w:r>
    </w:p>
    <w:p w14:paraId="3886CC86" w14:textId="77777777" w:rsidR="004129AE" w:rsidRDefault="00570DD5">
      <w:pPr>
        <w:spacing w:after="0"/>
      </w:pPr>
      <w:r>
        <w:rPr>
          <w:rFonts w:ascii="Arial" w:hAnsi="Arial"/>
        </w:rPr>
        <w:t>Which is why it's not going down. Okay, what direction would the path be? In other words, would it be straight down? Would it be angled? Would it be swerve? How would the how would it what was the path look like? Even if it took an hour? What would it look like?</w:t>
      </w:r>
    </w:p>
    <w:p w14:paraId="266101D4" w14:textId="77777777" w:rsidR="004129AE" w:rsidRDefault="004129AE">
      <w:pPr>
        <w:spacing w:after="0"/>
      </w:pPr>
    </w:p>
    <w:p w14:paraId="728FF0FD" w14:textId="77777777" w:rsidR="004129AE" w:rsidRDefault="00570DD5">
      <w:pPr>
        <w:spacing w:after="0"/>
      </w:pPr>
      <w:r>
        <w:rPr>
          <w:rFonts w:ascii="Arial" w:hAnsi="Arial"/>
          <w:b/>
        </w:rPr>
        <w:t xml:space="preserve">Participant#7:  </w:t>
      </w:r>
      <w:r>
        <w:rPr>
          <w:rFonts w:ascii="Arial" w:hAnsi="Arial"/>
          <w:color w:val="5D7284"/>
        </w:rPr>
        <w:t>39:55</w:t>
      </w:r>
    </w:p>
    <w:p w14:paraId="171D04FC" w14:textId="77777777" w:rsidR="004129AE" w:rsidRDefault="00570DD5">
      <w:pPr>
        <w:spacing w:after="0"/>
      </w:pPr>
      <w:r>
        <w:rPr>
          <w:rFonts w:ascii="Arial" w:hAnsi="Arial"/>
        </w:rPr>
        <w:t>I think it would be somewhere between straight and um, like a circ like the circular but not like, angled but not to an extreme. I feel like it wouldn't be a direct drop down, but it would be maybe like 30-45 degree angle of decrease into the Jell-O.</w:t>
      </w:r>
    </w:p>
    <w:p w14:paraId="4F5500C0" w14:textId="77777777" w:rsidR="004129AE" w:rsidRDefault="004129AE">
      <w:pPr>
        <w:spacing w:after="0"/>
      </w:pPr>
    </w:p>
    <w:p w14:paraId="0B0AB15A" w14:textId="77777777" w:rsidR="004129AE" w:rsidRDefault="00570DD5">
      <w:pPr>
        <w:spacing w:after="0"/>
      </w:pPr>
      <w:r>
        <w:rPr>
          <w:rFonts w:ascii="Arial" w:hAnsi="Arial"/>
          <w:b/>
        </w:rPr>
        <w:t xml:space="preserve">Interviewer P:  </w:t>
      </w:r>
      <w:r>
        <w:rPr>
          <w:rFonts w:ascii="Arial" w:hAnsi="Arial"/>
          <w:color w:val="5D7284"/>
        </w:rPr>
        <w:t>40:23</w:t>
      </w:r>
    </w:p>
    <w:p w14:paraId="344276E1" w14:textId="77777777" w:rsidR="004129AE" w:rsidRDefault="00570DD5">
      <w:pPr>
        <w:spacing w:after="0"/>
      </w:pPr>
      <w:r>
        <w:rPr>
          <w:rFonts w:ascii="Arial" w:hAnsi="Arial"/>
        </w:rPr>
        <w:t>Okay. All right. So next thought experiment, let's say that this was a rotating tank of solid metal and about this thick, but now it's just a metal disk. And obviously, I'm not going to drop anything through metal, but acid would eat through metal. So if I dropped drops of acid on a particular spot so that there was enough for it to eat its way all the way through the metal. What kind of a path do you think that would take?</w:t>
      </w:r>
    </w:p>
    <w:p w14:paraId="74D75D84" w14:textId="77777777" w:rsidR="004129AE" w:rsidRDefault="004129AE">
      <w:pPr>
        <w:spacing w:after="0"/>
      </w:pPr>
    </w:p>
    <w:p w14:paraId="052B919C" w14:textId="77777777" w:rsidR="004129AE" w:rsidRDefault="00570DD5">
      <w:pPr>
        <w:spacing w:after="0"/>
      </w:pPr>
      <w:r>
        <w:rPr>
          <w:rFonts w:ascii="Arial" w:hAnsi="Arial"/>
          <w:b/>
        </w:rPr>
        <w:t xml:space="preserve">Participant#7:  </w:t>
      </w:r>
      <w:r>
        <w:rPr>
          <w:rFonts w:ascii="Arial" w:hAnsi="Arial"/>
          <w:color w:val="5D7284"/>
        </w:rPr>
        <w:t>40:57</w:t>
      </w:r>
    </w:p>
    <w:p w14:paraId="737DBC80" w14:textId="77777777" w:rsidR="004129AE" w:rsidRDefault="00570DD5">
      <w:pPr>
        <w:spacing w:after="0"/>
      </w:pPr>
      <w:r>
        <w:rPr>
          <w:rFonts w:ascii="Arial" w:hAnsi="Arial"/>
        </w:rPr>
        <w:t>I think because the molecules are so tight together in metal, and that it's such a hard force to manipulate. Even acid would take more of a straight down path. And so the metal because it wouldn't have the ability to break down the molecules and any other end might have a slight angle. But overall, it would be more of a straight down. Because it would depend on I guess, the amount and if there was any forces involved, but I feel like even if there was, you know, a hefty rotation, the acid wouldn't be able to break down the molecules no matter what. So I feel like yeah, no matter what it would be straight down or slightly angled.</w:t>
      </w:r>
    </w:p>
    <w:p w14:paraId="39B5687F" w14:textId="77777777" w:rsidR="004129AE" w:rsidRDefault="004129AE">
      <w:pPr>
        <w:spacing w:after="0"/>
      </w:pPr>
    </w:p>
    <w:p w14:paraId="7F769C7C" w14:textId="77777777" w:rsidR="004129AE" w:rsidRDefault="00570DD5">
      <w:pPr>
        <w:spacing w:after="0"/>
      </w:pPr>
      <w:r>
        <w:rPr>
          <w:rFonts w:ascii="Arial" w:hAnsi="Arial"/>
          <w:b/>
        </w:rPr>
        <w:t xml:space="preserve">Interviewer P:  </w:t>
      </w:r>
      <w:r>
        <w:rPr>
          <w:rFonts w:ascii="Arial" w:hAnsi="Arial"/>
          <w:color w:val="5D7284"/>
        </w:rPr>
        <w:t>41:47</w:t>
      </w:r>
    </w:p>
    <w:p w14:paraId="045E44C6" w14:textId="77777777" w:rsidR="004129AE" w:rsidRDefault="00570DD5">
      <w:pPr>
        <w:spacing w:after="0"/>
      </w:pPr>
      <w:r>
        <w:rPr>
          <w:rFonts w:ascii="Arial" w:hAnsi="Arial"/>
        </w:rPr>
        <w:t>Okay so third, third, yeah, third silly thought experiment. So let's say that we have like a big plant, or like you grow plants and soil, but it's rotating. And I'm going to grow a plant in this constantly rotating plant or so I put a little seed in, let's say it takes a couple of weeks to grow. But in a week, it's put down roots, and it has a stem and some leaves. But the whole time it's been growing, it's been, constantly rotating. So can you describe what you think the roots would look like?</w:t>
      </w:r>
    </w:p>
    <w:p w14:paraId="2F811FD8" w14:textId="77777777" w:rsidR="004129AE" w:rsidRDefault="004129AE">
      <w:pPr>
        <w:spacing w:after="0"/>
      </w:pPr>
    </w:p>
    <w:p w14:paraId="07AF78FD" w14:textId="77777777" w:rsidR="004129AE" w:rsidRDefault="00570DD5">
      <w:pPr>
        <w:spacing w:after="0"/>
      </w:pPr>
      <w:r>
        <w:rPr>
          <w:rFonts w:ascii="Arial" w:hAnsi="Arial"/>
          <w:b/>
        </w:rPr>
        <w:t xml:space="preserve">Participant#7:  </w:t>
      </w:r>
      <w:r>
        <w:rPr>
          <w:rFonts w:ascii="Arial" w:hAnsi="Arial"/>
          <w:color w:val="5D7284"/>
        </w:rPr>
        <w:t>42:24</w:t>
      </w:r>
    </w:p>
    <w:p w14:paraId="71C13B61" w14:textId="77777777" w:rsidR="004129AE" w:rsidRDefault="00570DD5">
      <w:pPr>
        <w:spacing w:after="0"/>
      </w:pPr>
      <w:r>
        <w:rPr>
          <w:rFonts w:ascii="Arial" w:hAnsi="Arial"/>
        </w:rPr>
        <w:t>I think the roots would kind of adapt that rotation where I don't think it would be an extreme skew where it would be like they would be completely wrapped around the pot. Like, I feel like that's too obvious to be right. If that makes but I feel like there would be a slight, it wouldn't be just like how routes are like straight down and out. And like you know, the branch roots, and it would be more of a like curved root where it would be like it would go down. But it would instead of like, branching, it would more like it would be like this or it'd be almost parallel to the ground instead of being perpendicular or not quite perpendicular to the ground, but like, angled with the ground in a way it would be more closer to being parallel with the ground.</w:t>
      </w:r>
    </w:p>
    <w:p w14:paraId="1D0FDE4B" w14:textId="77777777" w:rsidR="004129AE" w:rsidRDefault="004129AE">
      <w:pPr>
        <w:spacing w:after="0"/>
      </w:pPr>
    </w:p>
    <w:p w14:paraId="04CFA5DC" w14:textId="77777777" w:rsidR="004129AE" w:rsidRDefault="00570DD5">
      <w:pPr>
        <w:spacing w:after="0"/>
      </w:pPr>
      <w:r>
        <w:rPr>
          <w:rFonts w:ascii="Arial" w:hAnsi="Arial"/>
          <w:b/>
        </w:rPr>
        <w:t xml:space="preserve">Interviewer P:  </w:t>
      </w:r>
      <w:r>
        <w:rPr>
          <w:rFonts w:ascii="Arial" w:hAnsi="Arial"/>
          <w:color w:val="5D7284"/>
        </w:rPr>
        <w:t>43:19</w:t>
      </w:r>
    </w:p>
    <w:p w14:paraId="2D1AAEC2" w14:textId="77777777" w:rsidR="004129AE" w:rsidRDefault="00570DD5">
      <w:pPr>
        <w:spacing w:after="0"/>
      </w:pPr>
      <w:r>
        <w:rPr>
          <w:rFonts w:ascii="Arial" w:hAnsi="Arial"/>
        </w:rPr>
        <w:lastRenderedPageBreak/>
        <w:t xml:space="preserve">Interesting. Do you think the top part would look any different? </w:t>
      </w:r>
    </w:p>
    <w:p w14:paraId="73AF070A" w14:textId="77777777" w:rsidR="004129AE" w:rsidRDefault="004129AE">
      <w:pPr>
        <w:spacing w:after="0"/>
      </w:pPr>
    </w:p>
    <w:p w14:paraId="1CADFE2D" w14:textId="77777777" w:rsidR="004129AE" w:rsidRDefault="00570DD5">
      <w:pPr>
        <w:spacing w:after="0"/>
      </w:pPr>
      <w:r>
        <w:rPr>
          <w:rFonts w:ascii="Arial" w:hAnsi="Arial"/>
          <w:b/>
        </w:rPr>
        <w:t xml:space="preserve">Participant#7:  </w:t>
      </w:r>
      <w:r>
        <w:rPr>
          <w:rFonts w:ascii="Arial" w:hAnsi="Arial"/>
          <w:color w:val="5D7284"/>
        </w:rPr>
        <w:t>43:22</w:t>
      </w:r>
    </w:p>
    <w:p w14:paraId="59FCBB45" w14:textId="77777777" w:rsidR="004129AE" w:rsidRDefault="00570DD5">
      <w:pPr>
        <w:spacing w:after="0"/>
      </w:pPr>
      <w:r>
        <w:rPr>
          <w:rFonts w:ascii="Arial" w:hAnsi="Arial"/>
        </w:rPr>
        <w:t>No, I think once it's sprouted, it would still look like a normal plant but the roots would just look different because I feel like it's entrasoil. So like it no it is entersoil . So it's the intersoil interaction, not the intrasoil interaction that would make it would make the appearance differ.</w:t>
      </w:r>
    </w:p>
    <w:p w14:paraId="4FA92560" w14:textId="77777777" w:rsidR="004129AE" w:rsidRDefault="004129AE">
      <w:pPr>
        <w:spacing w:after="0"/>
      </w:pPr>
    </w:p>
    <w:p w14:paraId="270BAF84" w14:textId="77777777" w:rsidR="004129AE" w:rsidRDefault="00570DD5">
      <w:pPr>
        <w:spacing w:after="0"/>
      </w:pPr>
      <w:r>
        <w:rPr>
          <w:rFonts w:ascii="Arial" w:hAnsi="Arial"/>
          <w:b/>
        </w:rPr>
        <w:t xml:space="preserve">Interviewer P:  </w:t>
      </w:r>
      <w:r>
        <w:rPr>
          <w:rFonts w:ascii="Arial" w:hAnsi="Arial"/>
          <w:color w:val="5D7284"/>
        </w:rPr>
        <w:t>43:49</w:t>
      </w:r>
    </w:p>
    <w:p w14:paraId="0659140D" w14:textId="77777777" w:rsidR="004129AE" w:rsidRDefault="00570DD5">
      <w:pPr>
        <w:spacing w:after="0"/>
      </w:pPr>
      <w:r>
        <w:rPr>
          <w:rFonts w:ascii="Arial" w:hAnsi="Arial"/>
        </w:rPr>
        <w:t>Alright, so we're gonna go back to the tank, and I have some fish.</w:t>
      </w:r>
    </w:p>
    <w:p w14:paraId="2262F9EF" w14:textId="77777777" w:rsidR="004129AE" w:rsidRDefault="004129AE">
      <w:pPr>
        <w:spacing w:after="0"/>
      </w:pPr>
    </w:p>
    <w:p w14:paraId="4A1B1D0A" w14:textId="77777777" w:rsidR="004129AE" w:rsidRDefault="00570DD5">
      <w:pPr>
        <w:spacing w:after="0"/>
      </w:pPr>
      <w:r>
        <w:rPr>
          <w:rFonts w:ascii="Arial" w:hAnsi="Arial"/>
          <w:b/>
        </w:rPr>
        <w:t xml:space="preserve">Participant#7:  </w:t>
      </w:r>
      <w:r>
        <w:rPr>
          <w:rFonts w:ascii="Arial" w:hAnsi="Arial"/>
          <w:color w:val="5D7284"/>
        </w:rPr>
        <w:t>43:56</w:t>
      </w:r>
    </w:p>
    <w:p w14:paraId="0D35F2F6" w14:textId="77777777" w:rsidR="004129AE" w:rsidRDefault="00570DD5">
      <w:pPr>
        <w:spacing w:after="0"/>
      </w:pPr>
      <w:r>
        <w:rPr>
          <w:rFonts w:ascii="Arial" w:hAnsi="Arial"/>
        </w:rPr>
        <w:t xml:space="preserve">Oh I thought you had real fish for a second, oh, wow. </w:t>
      </w:r>
    </w:p>
    <w:p w14:paraId="69B6712D" w14:textId="77777777" w:rsidR="004129AE" w:rsidRDefault="004129AE">
      <w:pPr>
        <w:spacing w:after="0"/>
      </w:pPr>
    </w:p>
    <w:p w14:paraId="1720B2D4" w14:textId="77777777" w:rsidR="004129AE" w:rsidRDefault="00570DD5">
      <w:pPr>
        <w:spacing w:after="0"/>
      </w:pPr>
      <w:r>
        <w:rPr>
          <w:rFonts w:ascii="Arial" w:hAnsi="Arial"/>
          <w:b/>
        </w:rPr>
        <w:t xml:space="preserve">Interviewer P:  </w:t>
      </w:r>
      <w:r>
        <w:rPr>
          <w:rFonts w:ascii="Arial" w:hAnsi="Arial"/>
          <w:color w:val="5D7284"/>
        </w:rPr>
        <w:t>44:00</w:t>
      </w:r>
    </w:p>
    <w:p w14:paraId="5C791C92" w14:textId="77777777" w:rsidR="004129AE" w:rsidRDefault="00570DD5">
      <w:pPr>
        <w:spacing w:after="0"/>
      </w:pPr>
      <w:r>
        <w:rPr>
          <w:rFonts w:ascii="Arial" w:hAnsi="Arial"/>
        </w:rPr>
        <w:t>So, some of these fish will sink and some of them will float. As you can see, now this is a little bit of a different scenario from what we did originally because I told you with the first demo that this had been rotating for a good 25 minutes and now this is different because we're starting from a stop. But we've got this these fish in here and when I started up spinning it about the same speed that we had it spinning before. How do you think the fish will move, if at all. And you can tell me about the fish on the bottom and the fish on the top. Maybe they'll move the same maybe they'll move differently.</w:t>
      </w:r>
    </w:p>
    <w:p w14:paraId="2D49F7AA" w14:textId="77777777" w:rsidR="004129AE" w:rsidRDefault="004129AE">
      <w:pPr>
        <w:spacing w:after="0"/>
      </w:pPr>
    </w:p>
    <w:p w14:paraId="09AEFA72" w14:textId="77777777" w:rsidR="004129AE" w:rsidRDefault="00570DD5">
      <w:pPr>
        <w:spacing w:after="0"/>
      </w:pPr>
      <w:r>
        <w:rPr>
          <w:rFonts w:ascii="Arial" w:hAnsi="Arial"/>
          <w:b/>
        </w:rPr>
        <w:t xml:space="preserve">Participant#7:  </w:t>
      </w:r>
      <w:r>
        <w:rPr>
          <w:rFonts w:ascii="Arial" w:hAnsi="Arial"/>
          <w:color w:val="5D7284"/>
        </w:rPr>
        <w:t>44:43</w:t>
      </w:r>
    </w:p>
    <w:p w14:paraId="18CA980C" w14:textId="77777777" w:rsidR="004129AE" w:rsidRDefault="00570DD5">
      <w:pPr>
        <w:spacing w:after="0"/>
      </w:pPr>
      <w:r>
        <w:rPr>
          <w:rFonts w:ascii="Arial" w:hAnsi="Arial"/>
        </w:rPr>
        <w:t>I feel like the fish on the bottom will depend depending on their weight. Either elevate or not elevate slightly I don't think any from the bottom will make it to the top. Similarly don't think any from the top will make it to the bottom. But I feel as though the ones that are like lighter, but on the bottom might rise a little and the ones that are slightly heavier but on the top might sink a little. And they'll follow the relative path of rotation.</w:t>
      </w:r>
    </w:p>
    <w:p w14:paraId="2F37B36A" w14:textId="77777777" w:rsidR="004129AE" w:rsidRDefault="004129AE">
      <w:pPr>
        <w:spacing w:after="0"/>
      </w:pPr>
    </w:p>
    <w:p w14:paraId="06EAC60C" w14:textId="77777777" w:rsidR="004129AE" w:rsidRDefault="00570DD5">
      <w:pPr>
        <w:spacing w:after="0"/>
      </w:pPr>
      <w:r>
        <w:rPr>
          <w:rFonts w:ascii="Arial" w:hAnsi="Arial"/>
          <w:b/>
        </w:rPr>
        <w:t xml:space="preserve">Interviewer P:  </w:t>
      </w:r>
      <w:r>
        <w:rPr>
          <w:rFonts w:ascii="Arial" w:hAnsi="Arial"/>
          <w:color w:val="5D7284"/>
        </w:rPr>
        <w:t>45:17</w:t>
      </w:r>
    </w:p>
    <w:p w14:paraId="77BC7A58" w14:textId="77777777" w:rsidR="004129AE" w:rsidRDefault="00570DD5">
      <w:pPr>
        <w:spacing w:after="0"/>
      </w:pPr>
      <w:r>
        <w:rPr>
          <w:rFonts w:ascii="Arial" w:hAnsi="Arial"/>
        </w:rPr>
        <w:t xml:space="preserve">So they'll rotate in the same direction. </w:t>
      </w:r>
    </w:p>
    <w:p w14:paraId="14AE86D2" w14:textId="77777777" w:rsidR="004129AE" w:rsidRDefault="004129AE">
      <w:pPr>
        <w:spacing w:after="0"/>
      </w:pPr>
    </w:p>
    <w:p w14:paraId="0676DBB7" w14:textId="77777777" w:rsidR="004129AE" w:rsidRDefault="00570DD5">
      <w:pPr>
        <w:spacing w:after="0"/>
      </w:pPr>
      <w:r>
        <w:rPr>
          <w:rFonts w:ascii="Arial" w:hAnsi="Arial"/>
          <w:b/>
        </w:rPr>
        <w:t xml:space="preserve">Participant#7:  </w:t>
      </w:r>
      <w:r>
        <w:rPr>
          <w:rFonts w:ascii="Arial" w:hAnsi="Arial"/>
          <w:color w:val="5D7284"/>
        </w:rPr>
        <w:t>45:20</w:t>
      </w:r>
    </w:p>
    <w:p w14:paraId="18D7C284" w14:textId="77777777" w:rsidR="004129AE" w:rsidRDefault="00570DD5">
      <w:pPr>
        <w:spacing w:after="0"/>
      </w:pPr>
      <w:r>
        <w:rPr>
          <w:rFonts w:ascii="Arial" w:hAnsi="Arial"/>
        </w:rPr>
        <w:t>Yes.</w:t>
      </w:r>
    </w:p>
    <w:p w14:paraId="284DFCEC" w14:textId="77777777" w:rsidR="004129AE" w:rsidRDefault="004129AE">
      <w:pPr>
        <w:spacing w:after="0"/>
      </w:pPr>
    </w:p>
    <w:p w14:paraId="52ECC1B3" w14:textId="77777777" w:rsidR="004129AE" w:rsidRDefault="00570DD5">
      <w:pPr>
        <w:spacing w:after="0"/>
      </w:pPr>
      <w:r>
        <w:rPr>
          <w:rFonts w:ascii="Arial" w:hAnsi="Arial"/>
          <w:b/>
        </w:rPr>
        <w:t xml:space="preserve">Interviewer P:  </w:t>
      </w:r>
      <w:r>
        <w:rPr>
          <w:rFonts w:ascii="Arial" w:hAnsi="Arial"/>
          <w:color w:val="5D7284"/>
        </w:rPr>
        <w:t>45:21</w:t>
      </w:r>
    </w:p>
    <w:p w14:paraId="5FCFD34E" w14:textId="77777777" w:rsidR="004129AE" w:rsidRDefault="00570DD5">
      <w:pPr>
        <w:spacing w:after="0"/>
      </w:pPr>
      <w:r>
        <w:rPr>
          <w:rFonts w:ascii="Arial" w:hAnsi="Arial"/>
        </w:rPr>
        <w:t>Both of them all of them?</w:t>
      </w:r>
    </w:p>
    <w:p w14:paraId="42EA4B06" w14:textId="77777777" w:rsidR="004129AE" w:rsidRDefault="004129AE">
      <w:pPr>
        <w:spacing w:after="0"/>
      </w:pPr>
    </w:p>
    <w:p w14:paraId="314D1067" w14:textId="77777777" w:rsidR="004129AE" w:rsidRDefault="00570DD5">
      <w:pPr>
        <w:spacing w:after="0"/>
      </w:pPr>
      <w:r>
        <w:rPr>
          <w:rFonts w:ascii="Arial" w:hAnsi="Arial"/>
          <w:b/>
        </w:rPr>
        <w:t xml:space="preserve">Participant#7:  </w:t>
      </w:r>
      <w:r>
        <w:rPr>
          <w:rFonts w:ascii="Arial" w:hAnsi="Arial"/>
          <w:color w:val="5D7284"/>
        </w:rPr>
        <w:t>45:26</w:t>
      </w:r>
    </w:p>
    <w:p w14:paraId="747B167B" w14:textId="77777777" w:rsidR="004129AE" w:rsidRDefault="00570DD5">
      <w:pPr>
        <w:spacing w:after="0"/>
      </w:pPr>
      <w:r>
        <w:rPr>
          <w:rFonts w:ascii="Arial" w:hAnsi="Arial"/>
        </w:rPr>
        <w:t>Yeah, I would think so.</w:t>
      </w:r>
    </w:p>
    <w:p w14:paraId="311A6F6F" w14:textId="77777777" w:rsidR="004129AE" w:rsidRDefault="004129AE">
      <w:pPr>
        <w:spacing w:after="0"/>
      </w:pPr>
    </w:p>
    <w:p w14:paraId="5E31CDD0" w14:textId="77777777" w:rsidR="004129AE" w:rsidRDefault="00570DD5">
      <w:pPr>
        <w:spacing w:after="0"/>
      </w:pPr>
      <w:r>
        <w:rPr>
          <w:rFonts w:ascii="Arial" w:hAnsi="Arial"/>
          <w:b/>
        </w:rPr>
        <w:t xml:space="preserve">Interviewer P:  </w:t>
      </w:r>
      <w:r>
        <w:rPr>
          <w:rFonts w:ascii="Arial" w:hAnsi="Arial"/>
          <w:color w:val="5D7284"/>
        </w:rPr>
        <w:t>45:29</w:t>
      </w:r>
    </w:p>
    <w:p w14:paraId="37B19242" w14:textId="77777777" w:rsidR="004129AE" w:rsidRDefault="00570DD5">
      <w:pPr>
        <w:spacing w:after="0"/>
      </w:pPr>
      <w:r>
        <w:rPr>
          <w:rFonts w:ascii="Arial" w:hAnsi="Arial"/>
        </w:rPr>
        <w:t>Let's try it.</w:t>
      </w:r>
    </w:p>
    <w:p w14:paraId="3244C4D2" w14:textId="77777777" w:rsidR="004129AE" w:rsidRDefault="004129AE">
      <w:pPr>
        <w:spacing w:after="0"/>
      </w:pPr>
    </w:p>
    <w:p w14:paraId="133F73C6" w14:textId="77777777" w:rsidR="004129AE" w:rsidRDefault="00570DD5">
      <w:pPr>
        <w:spacing w:after="0"/>
      </w:pPr>
      <w:r>
        <w:rPr>
          <w:rFonts w:ascii="Arial" w:hAnsi="Arial"/>
          <w:b/>
        </w:rPr>
        <w:t xml:space="preserve">Participant#7:  </w:t>
      </w:r>
      <w:r>
        <w:rPr>
          <w:rFonts w:ascii="Arial" w:hAnsi="Arial"/>
          <w:color w:val="5D7284"/>
        </w:rPr>
        <w:t>45:32</w:t>
      </w:r>
    </w:p>
    <w:p w14:paraId="04493159" w14:textId="77777777" w:rsidR="004129AE" w:rsidRDefault="00570DD5">
      <w:pPr>
        <w:spacing w:after="0"/>
      </w:pPr>
      <w:r>
        <w:rPr>
          <w:rFonts w:ascii="Arial" w:hAnsi="Arial"/>
        </w:rPr>
        <w:lastRenderedPageBreak/>
        <w:t xml:space="preserve">So that's where physics Oh, man. </w:t>
      </w:r>
    </w:p>
    <w:p w14:paraId="06F6E293" w14:textId="77777777" w:rsidR="004129AE" w:rsidRDefault="004129AE">
      <w:pPr>
        <w:spacing w:after="0"/>
      </w:pPr>
    </w:p>
    <w:p w14:paraId="485EE091" w14:textId="77777777" w:rsidR="004129AE" w:rsidRDefault="00570DD5">
      <w:pPr>
        <w:spacing w:after="0"/>
      </w:pPr>
      <w:r>
        <w:rPr>
          <w:rFonts w:ascii="Arial" w:hAnsi="Arial"/>
          <w:b/>
        </w:rPr>
        <w:t xml:space="preserve">Interviewer P:  </w:t>
      </w:r>
      <w:r>
        <w:rPr>
          <w:rFonts w:ascii="Arial" w:hAnsi="Arial"/>
          <w:color w:val="5D7284"/>
        </w:rPr>
        <w:t>45:39</w:t>
      </w:r>
    </w:p>
    <w:p w14:paraId="7AD9F93B" w14:textId="77777777" w:rsidR="004129AE" w:rsidRDefault="00570DD5">
      <w:pPr>
        <w:spacing w:after="0"/>
      </w:pPr>
      <w:r>
        <w:rPr>
          <w:rFonts w:ascii="Arial" w:hAnsi="Arial"/>
        </w:rPr>
        <w:t xml:space="preserve">So what's happening? </w:t>
      </w:r>
    </w:p>
    <w:p w14:paraId="173B557B" w14:textId="77777777" w:rsidR="004129AE" w:rsidRDefault="004129AE">
      <w:pPr>
        <w:spacing w:after="0"/>
      </w:pPr>
    </w:p>
    <w:p w14:paraId="5A4B0BB3" w14:textId="77777777" w:rsidR="004129AE" w:rsidRDefault="00570DD5">
      <w:pPr>
        <w:spacing w:after="0"/>
      </w:pPr>
      <w:r>
        <w:rPr>
          <w:rFonts w:ascii="Arial" w:hAnsi="Arial"/>
          <w:b/>
        </w:rPr>
        <w:t xml:space="preserve">Participant#7:  </w:t>
      </w:r>
      <w:r>
        <w:rPr>
          <w:rFonts w:ascii="Arial" w:hAnsi="Arial"/>
          <w:color w:val="5D7284"/>
        </w:rPr>
        <w:t>45:43</w:t>
      </w:r>
    </w:p>
    <w:p w14:paraId="0C0CBED4" w14:textId="77777777" w:rsidR="004129AE" w:rsidRDefault="00570DD5">
      <w:pPr>
        <w:spacing w:after="0"/>
      </w:pPr>
      <w:r>
        <w:rPr>
          <w:rFonts w:ascii="Arial" w:hAnsi="Arial"/>
        </w:rPr>
        <w:t>So, it looks like the bottom. It's almost countering the rotation. And then it looks like the top there. So that one right there is following the path of rota in this clockwise path of rotation, but some on the bottom are actually going counterclockwise and opposing a rotation before settling.</w:t>
      </w:r>
    </w:p>
    <w:p w14:paraId="60017499" w14:textId="77777777" w:rsidR="004129AE" w:rsidRDefault="004129AE">
      <w:pPr>
        <w:spacing w:after="0"/>
      </w:pPr>
    </w:p>
    <w:p w14:paraId="32E30A84" w14:textId="77777777" w:rsidR="004129AE" w:rsidRDefault="00570DD5">
      <w:pPr>
        <w:spacing w:after="0"/>
      </w:pPr>
      <w:r>
        <w:rPr>
          <w:rFonts w:ascii="Arial" w:hAnsi="Arial"/>
          <w:b/>
        </w:rPr>
        <w:t xml:space="preserve">Interviewer P:  </w:t>
      </w:r>
      <w:r>
        <w:rPr>
          <w:rFonts w:ascii="Arial" w:hAnsi="Arial"/>
          <w:color w:val="5D7284"/>
        </w:rPr>
        <w:t>46:10</w:t>
      </w:r>
    </w:p>
    <w:p w14:paraId="4B174A3C" w14:textId="77777777" w:rsidR="004129AE" w:rsidRDefault="00570DD5">
      <w:pPr>
        <w:spacing w:after="0"/>
      </w:pPr>
      <w:r>
        <w:rPr>
          <w:rFonts w:ascii="Arial" w:hAnsi="Arial"/>
        </w:rPr>
        <w:t>Mind showing me the one that's going counterclockwise.</w:t>
      </w:r>
    </w:p>
    <w:p w14:paraId="5787C94B" w14:textId="77777777" w:rsidR="004129AE" w:rsidRDefault="004129AE">
      <w:pPr>
        <w:spacing w:after="0"/>
      </w:pPr>
    </w:p>
    <w:p w14:paraId="0F4238DC" w14:textId="77777777" w:rsidR="004129AE" w:rsidRDefault="00570DD5">
      <w:pPr>
        <w:spacing w:after="0"/>
      </w:pPr>
      <w:r>
        <w:rPr>
          <w:rFonts w:ascii="Arial" w:hAnsi="Arial"/>
          <w:b/>
        </w:rPr>
        <w:t xml:space="preserve">Participant#7:  </w:t>
      </w:r>
      <w:r>
        <w:rPr>
          <w:rFonts w:ascii="Arial" w:hAnsi="Arial"/>
          <w:color w:val="5D7284"/>
        </w:rPr>
        <w:t>46:14</w:t>
      </w:r>
    </w:p>
    <w:p w14:paraId="7A8C1800" w14:textId="77777777" w:rsidR="004129AE" w:rsidRDefault="00570DD5">
      <w:pPr>
        <w:spacing w:after="0"/>
      </w:pPr>
      <w:r>
        <w:rPr>
          <w:rFonts w:ascii="Arial" w:hAnsi="Arial"/>
        </w:rPr>
        <w:t xml:space="preserve">Oh, man, I gotta find them again, because they're starting to stabilize. Well, now that I say that they're all darn stable. </w:t>
      </w:r>
    </w:p>
    <w:p w14:paraId="6B81AE29" w14:textId="77777777" w:rsidR="004129AE" w:rsidRDefault="004129AE">
      <w:pPr>
        <w:spacing w:after="0"/>
      </w:pPr>
    </w:p>
    <w:p w14:paraId="690345F7" w14:textId="77777777" w:rsidR="004129AE" w:rsidRDefault="00570DD5">
      <w:pPr>
        <w:spacing w:after="0"/>
      </w:pPr>
      <w:r>
        <w:rPr>
          <w:rFonts w:ascii="Arial" w:hAnsi="Arial"/>
          <w:b/>
        </w:rPr>
        <w:t xml:space="preserve">Interviewer P:  </w:t>
      </w:r>
      <w:r>
        <w:rPr>
          <w:rFonts w:ascii="Arial" w:hAnsi="Arial"/>
          <w:color w:val="5D7284"/>
        </w:rPr>
        <w:t>46:25</w:t>
      </w:r>
    </w:p>
    <w:p w14:paraId="3DA0044D" w14:textId="77777777" w:rsidR="004129AE" w:rsidRDefault="00570DD5">
      <w:pPr>
        <w:spacing w:after="0"/>
      </w:pPr>
      <w:r>
        <w:rPr>
          <w:rFonts w:ascii="Arial" w:hAnsi="Arial"/>
        </w:rPr>
        <w:t>Okay, so now that they're stable, then what are they doing?</w:t>
      </w:r>
    </w:p>
    <w:p w14:paraId="3ED1C335" w14:textId="77777777" w:rsidR="004129AE" w:rsidRDefault="004129AE">
      <w:pPr>
        <w:spacing w:after="0"/>
      </w:pPr>
    </w:p>
    <w:p w14:paraId="103A9BCD" w14:textId="77777777" w:rsidR="004129AE" w:rsidRDefault="00570DD5">
      <w:pPr>
        <w:spacing w:after="0"/>
      </w:pPr>
      <w:r>
        <w:rPr>
          <w:rFonts w:ascii="Arial" w:hAnsi="Arial"/>
          <w:b/>
        </w:rPr>
        <w:t xml:space="preserve">Participant#7:  </w:t>
      </w:r>
      <w:r>
        <w:rPr>
          <w:rFonts w:ascii="Arial" w:hAnsi="Arial"/>
          <w:color w:val="5D7284"/>
        </w:rPr>
        <w:t>46:27</w:t>
      </w:r>
    </w:p>
    <w:p w14:paraId="3377CF41" w14:textId="77777777" w:rsidR="004129AE" w:rsidRDefault="00570DD5">
      <w:pPr>
        <w:spacing w:after="0"/>
      </w:pPr>
      <w:r>
        <w:rPr>
          <w:rFonts w:ascii="Arial" w:hAnsi="Arial"/>
        </w:rPr>
        <w:t>They're going clockwise with the rotation, but it looks like some of grouped and it looks like most of them have moved either to the center or the edge minus these two outliers.</w:t>
      </w:r>
    </w:p>
    <w:p w14:paraId="1656CAE8" w14:textId="77777777" w:rsidR="004129AE" w:rsidRDefault="004129AE">
      <w:pPr>
        <w:spacing w:after="0"/>
      </w:pPr>
    </w:p>
    <w:p w14:paraId="1AB2D50A" w14:textId="77777777" w:rsidR="004129AE" w:rsidRDefault="00570DD5">
      <w:pPr>
        <w:spacing w:after="0"/>
      </w:pPr>
      <w:r>
        <w:rPr>
          <w:rFonts w:ascii="Arial" w:hAnsi="Arial"/>
          <w:b/>
        </w:rPr>
        <w:t xml:space="preserve">Interviewer P:  </w:t>
      </w:r>
      <w:r>
        <w:rPr>
          <w:rFonts w:ascii="Arial" w:hAnsi="Arial"/>
          <w:color w:val="5D7284"/>
        </w:rPr>
        <w:t>46:46</w:t>
      </w:r>
    </w:p>
    <w:p w14:paraId="59A3A14B" w14:textId="77777777" w:rsidR="004129AE" w:rsidRDefault="00570DD5">
      <w:pPr>
        <w:spacing w:after="0"/>
      </w:pPr>
      <w:r>
        <w:rPr>
          <w:rFonts w:ascii="Arial" w:hAnsi="Arial"/>
        </w:rPr>
        <w:t>What about the ones on the top? How are they?</w:t>
      </w:r>
    </w:p>
    <w:p w14:paraId="756FB114" w14:textId="77777777" w:rsidR="004129AE" w:rsidRDefault="004129AE">
      <w:pPr>
        <w:spacing w:after="0"/>
      </w:pPr>
    </w:p>
    <w:p w14:paraId="58E94F9D" w14:textId="77777777" w:rsidR="004129AE" w:rsidRDefault="00570DD5">
      <w:pPr>
        <w:spacing w:after="0"/>
      </w:pPr>
      <w:r>
        <w:rPr>
          <w:rFonts w:ascii="Arial" w:hAnsi="Arial"/>
          <w:b/>
        </w:rPr>
        <w:t xml:space="preserve">Participant#7:  </w:t>
      </w:r>
      <w:r>
        <w:rPr>
          <w:rFonts w:ascii="Arial" w:hAnsi="Arial"/>
          <w:color w:val="5D7284"/>
        </w:rPr>
        <w:t>46:49</w:t>
      </w:r>
    </w:p>
    <w:p w14:paraId="09A023EA" w14:textId="77777777" w:rsidR="004129AE" w:rsidRDefault="00570DD5">
      <w:pPr>
        <w:spacing w:after="0"/>
      </w:pPr>
      <w:r>
        <w:rPr>
          <w:rFonts w:ascii="Arial" w:hAnsi="Arial"/>
        </w:rPr>
        <w:t>They were always relatively moving clockwise with the rotation that didn't seem to impact them as much as the ones on the bottom the ones on the bottom seem to put up a fight but now are going with the rotation of the tank itself and the water.</w:t>
      </w:r>
    </w:p>
    <w:p w14:paraId="5F8E6E5F" w14:textId="77777777" w:rsidR="004129AE" w:rsidRDefault="004129AE">
      <w:pPr>
        <w:spacing w:after="0"/>
      </w:pPr>
    </w:p>
    <w:p w14:paraId="762D0C59" w14:textId="77777777" w:rsidR="004129AE" w:rsidRDefault="00570DD5">
      <w:pPr>
        <w:spacing w:after="0"/>
      </w:pPr>
      <w:r>
        <w:rPr>
          <w:rFonts w:ascii="Arial" w:hAnsi="Arial"/>
          <w:b/>
        </w:rPr>
        <w:t xml:space="preserve">Interviewer P:  </w:t>
      </w:r>
      <w:r>
        <w:rPr>
          <w:rFonts w:ascii="Arial" w:hAnsi="Arial"/>
          <w:color w:val="5D7284"/>
        </w:rPr>
        <w:t>47:08</w:t>
      </w:r>
    </w:p>
    <w:p w14:paraId="393FAA5E" w14:textId="77777777" w:rsidR="004129AE" w:rsidRDefault="00570DD5">
      <w:pPr>
        <w:spacing w:after="0"/>
      </w:pPr>
      <w:r>
        <w:rPr>
          <w:rFonts w:ascii="Arial" w:hAnsi="Arial"/>
        </w:rPr>
        <w:t>Is this one here rotating with the tank?</w:t>
      </w:r>
    </w:p>
    <w:p w14:paraId="5A77B189" w14:textId="77777777" w:rsidR="004129AE" w:rsidRDefault="004129AE">
      <w:pPr>
        <w:spacing w:after="0"/>
      </w:pPr>
    </w:p>
    <w:p w14:paraId="3CE2C95C" w14:textId="77777777" w:rsidR="004129AE" w:rsidRDefault="00570DD5">
      <w:pPr>
        <w:spacing w:after="0"/>
      </w:pPr>
      <w:r>
        <w:rPr>
          <w:rFonts w:ascii="Arial" w:hAnsi="Arial"/>
          <w:b/>
        </w:rPr>
        <w:t xml:space="preserve">Participant#7:  </w:t>
      </w:r>
      <w:r>
        <w:rPr>
          <w:rFonts w:ascii="Arial" w:hAnsi="Arial"/>
          <w:color w:val="5D7284"/>
        </w:rPr>
        <w:t>47:18</w:t>
      </w:r>
    </w:p>
    <w:p w14:paraId="63539A2C" w14:textId="77777777" w:rsidR="004129AE" w:rsidRDefault="00570DD5">
      <w:pPr>
        <w:spacing w:after="0"/>
      </w:pPr>
      <w:r>
        <w:rPr>
          <w:rFonts w:ascii="Arial" w:hAnsi="Arial"/>
        </w:rPr>
        <w:t>You said that green one right? It almost looks like it might be going in the opposite direction slightly. Sure.</w:t>
      </w:r>
    </w:p>
    <w:p w14:paraId="194E7C54" w14:textId="77777777" w:rsidR="004129AE" w:rsidRDefault="004129AE">
      <w:pPr>
        <w:spacing w:after="0"/>
      </w:pPr>
    </w:p>
    <w:p w14:paraId="73045D08" w14:textId="77777777" w:rsidR="004129AE" w:rsidRDefault="00570DD5">
      <w:pPr>
        <w:spacing w:after="0"/>
      </w:pPr>
      <w:r>
        <w:rPr>
          <w:rFonts w:ascii="Arial" w:hAnsi="Arial"/>
          <w:b/>
        </w:rPr>
        <w:t xml:space="preserve">Interviewer P:  </w:t>
      </w:r>
      <w:r>
        <w:rPr>
          <w:rFonts w:ascii="Arial" w:hAnsi="Arial"/>
          <w:color w:val="5D7284"/>
        </w:rPr>
        <w:t>47:36</w:t>
      </w:r>
    </w:p>
    <w:p w14:paraId="0971F6CB" w14:textId="77777777" w:rsidR="004129AE" w:rsidRDefault="00570DD5">
      <w:pPr>
        <w:spacing w:after="0"/>
      </w:pPr>
      <w:r>
        <w:rPr>
          <w:rFonts w:ascii="Arial" w:hAnsi="Arial"/>
        </w:rPr>
        <w:t>So okay, so what I'm hearing is the ones on the bottom are rotating like the tank is rotating. Is that what your saying?</w:t>
      </w:r>
    </w:p>
    <w:p w14:paraId="74157906" w14:textId="77777777" w:rsidR="004129AE" w:rsidRDefault="004129AE">
      <w:pPr>
        <w:spacing w:after="0"/>
      </w:pPr>
    </w:p>
    <w:p w14:paraId="76D0CC9E" w14:textId="77777777" w:rsidR="004129AE" w:rsidRDefault="00570DD5">
      <w:pPr>
        <w:spacing w:after="0"/>
      </w:pPr>
      <w:r>
        <w:rPr>
          <w:rFonts w:ascii="Arial" w:hAnsi="Arial"/>
          <w:b/>
        </w:rPr>
        <w:t xml:space="preserve">Participant#7:  </w:t>
      </w:r>
      <w:r>
        <w:rPr>
          <w:rFonts w:ascii="Arial" w:hAnsi="Arial"/>
          <w:color w:val="5D7284"/>
        </w:rPr>
        <w:t>47:43</w:t>
      </w:r>
    </w:p>
    <w:p w14:paraId="4346C9C0" w14:textId="77777777" w:rsidR="004129AE" w:rsidRDefault="00570DD5">
      <w:pPr>
        <w:spacing w:after="0"/>
      </w:pPr>
      <w:r>
        <w:rPr>
          <w:rFonts w:ascii="Arial" w:hAnsi="Arial"/>
        </w:rPr>
        <w:lastRenderedPageBreak/>
        <w:t>Yes, after stabilization. And looks like they have all now followed the flow. But now it looks like the ones on top are starting to be the counterculture to.</w:t>
      </w:r>
    </w:p>
    <w:p w14:paraId="0DB6AA70" w14:textId="77777777" w:rsidR="004129AE" w:rsidRDefault="004129AE">
      <w:pPr>
        <w:spacing w:after="0"/>
      </w:pPr>
    </w:p>
    <w:p w14:paraId="33B53C71" w14:textId="77777777" w:rsidR="004129AE" w:rsidRDefault="00570DD5">
      <w:pPr>
        <w:spacing w:after="0"/>
      </w:pPr>
      <w:r>
        <w:rPr>
          <w:rFonts w:ascii="Arial" w:hAnsi="Arial"/>
          <w:b/>
        </w:rPr>
        <w:t xml:space="preserve">Interviewer P:  </w:t>
      </w:r>
      <w:r>
        <w:rPr>
          <w:rFonts w:ascii="Arial" w:hAnsi="Arial"/>
          <w:color w:val="5D7284"/>
        </w:rPr>
        <w:t>47:53</w:t>
      </w:r>
    </w:p>
    <w:p w14:paraId="4ADC85E7" w14:textId="77777777" w:rsidR="004129AE" w:rsidRDefault="00570DD5">
      <w:pPr>
        <w:spacing w:after="0"/>
      </w:pPr>
      <w:r>
        <w:rPr>
          <w:rFonts w:ascii="Arial" w:hAnsi="Arial"/>
        </w:rPr>
        <w:t>Why the difference?</w:t>
      </w:r>
    </w:p>
    <w:p w14:paraId="0909DA5E" w14:textId="77777777" w:rsidR="004129AE" w:rsidRDefault="004129AE">
      <w:pPr>
        <w:spacing w:after="0"/>
      </w:pPr>
    </w:p>
    <w:p w14:paraId="5A0B0DC1" w14:textId="77777777" w:rsidR="004129AE" w:rsidRDefault="00570DD5">
      <w:pPr>
        <w:spacing w:after="0"/>
      </w:pPr>
      <w:r>
        <w:rPr>
          <w:rFonts w:ascii="Arial" w:hAnsi="Arial"/>
          <w:b/>
        </w:rPr>
        <w:t xml:space="preserve">Participant#7:  </w:t>
      </w:r>
      <w:r>
        <w:rPr>
          <w:rFonts w:ascii="Arial" w:hAnsi="Arial"/>
          <w:color w:val="5D7284"/>
        </w:rPr>
        <w:t>48:00</w:t>
      </w:r>
    </w:p>
    <w:p w14:paraId="751B9B7F" w14:textId="77777777" w:rsidR="004129AE" w:rsidRDefault="00570DD5">
      <w:pPr>
        <w:spacing w:after="0"/>
      </w:pPr>
      <w:r>
        <w:rPr>
          <w:rFonts w:ascii="Arial" w:hAnsi="Arial"/>
        </w:rPr>
        <w:t>Oh man, this makes me wish I had taken more physics courses, I just always beat myself up thinking I would never be able to wrap my head around this. Okay.</w:t>
      </w:r>
    </w:p>
    <w:p w14:paraId="3F29570A" w14:textId="77777777" w:rsidR="004129AE" w:rsidRDefault="004129AE">
      <w:pPr>
        <w:spacing w:after="0"/>
      </w:pPr>
    </w:p>
    <w:p w14:paraId="2FFCF6DF" w14:textId="77777777" w:rsidR="004129AE" w:rsidRDefault="00570DD5">
      <w:pPr>
        <w:spacing w:after="0"/>
      </w:pPr>
      <w:r>
        <w:rPr>
          <w:rFonts w:ascii="Arial" w:hAnsi="Arial"/>
          <w:b/>
        </w:rPr>
        <w:t xml:space="preserve">Interviewer P:  </w:t>
      </w:r>
      <w:r>
        <w:rPr>
          <w:rFonts w:ascii="Arial" w:hAnsi="Arial"/>
          <w:color w:val="5D7284"/>
        </w:rPr>
        <w:t>48:13</w:t>
      </w:r>
    </w:p>
    <w:p w14:paraId="1697937E" w14:textId="77777777" w:rsidR="004129AE" w:rsidRDefault="00570DD5">
      <w:pPr>
        <w:spacing w:after="0"/>
      </w:pPr>
      <w:r>
        <w:rPr>
          <w:rFonts w:ascii="Arial" w:hAnsi="Arial"/>
        </w:rPr>
        <w:t>All I'm asking you for it really is what you're thinking not what the correct answer is.</w:t>
      </w:r>
    </w:p>
    <w:p w14:paraId="50021161" w14:textId="77777777" w:rsidR="004129AE" w:rsidRDefault="004129AE">
      <w:pPr>
        <w:spacing w:after="0"/>
      </w:pPr>
    </w:p>
    <w:p w14:paraId="7A619073" w14:textId="77777777" w:rsidR="004129AE" w:rsidRDefault="00570DD5">
      <w:pPr>
        <w:spacing w:after="0"/>
      </w:pPr>
      <w:r>
        <w:rPr>
          <w:rFonts w:ascii="Arial" w:hAnsi="Arial"/>
          <w:b/>
        </w:rPr>
        <w:t xml:space="preserve">Participant#7:  </w:t>
      </w:r>
      <w:r>
        <w:rPr>
          <w:rFonts w:ascii="Arial" w:hAnsi="Arial"/>
          <w:color w:val="5D7284"/>
        </w:rPr>
        <w:t>48:17</w:t>
      </w:r>
    </w:p>
    <w:p w14:paraId="0BEF804B" w14:textId="77777777" w:rsidR="004129AE" w:rsidRDefault="00570DD5">
      <w:pPr>
        <w:spacing w:after="0"/>
      </w:pPr>
      <w:r>
        <w:rPr>
          <w:rFonts w:ascii="Arial" w:hAnsi="Arial"/>
        </w:rPr>
        <w:t>I just like to, I hate to admit it. I just like to be right and like to think I know what I'm talking. But as the rotation is becoming more of the, as it progresses, as rotation progresses, it seems as though it is stabilizing the bottom of the water while throwing off or throwing a curve into the top. So what was the exact question again, Im sorry?</w:t>
      </w:r>
    </w:p>
    <w:p w14:paraId="7E19821A" w14:textId="77777777" w:rsidR="004129AE" w:rsidRDefault="004129AE">
      <w:pPr>
        <w:spacing w:after="0"/>
      </w:pPr>
    </w:p>
    <w:p w14:paraId="33A11CE0" w14:textId="77777777" w:rsidR="004129AE" w:rsidRDefault="00570DD5">
      <w:pPr>
        <w:spacing w:after="0"/>
      </w:pPr>
      <w:r>
        <w:rPr>
          <w:rFonts w:ascii="Arial" w:hAnsi="Arial"/>
          <w:b/>
        </w:rPr>
        <w:t xml:space="preserve">Interviewer P:  </w:t>
      </w:r>
      <w:r>
        <w:rPr>
          <w:rFonts w:ascii="Arial" w:hAnsi="Arial"/>
          <w:color w:val="5D7284"/>
        </w:rPr>
        <w:t>49:06</w:t>
      </w:r>
    </w:p>
    <w:p w14:paraId="46DD99C3" w14:textId="77777777" w:rsidR="004129AE" w:rsidRDefault="00570DD5">
      <w:pPr>
        <w:spacing w:after="0"/>
      </w:pPr>
      <w:r>
        <w:rPr>
          <w:rFonts w:ascii="Arial" w:hAnsi="Arial"/>
        </w:rPr>
        <w:t>From what I heard you say I think you said that there's so the motion of the fish floating on the top is different from the motion of the fish on the bottom?</w:t>
      </w:r>
    </w:p>
    <w:p w14:paraId="3E60A641" w14:textId="77777777" w:rsidR="004129AE" w:rsidRDefault="004129AE">
      <w:pPr>
        <w:spacing w:after="0"/>
      </w:pPr>
    </w:p>
    <w:p w14:paraId="1CD6F258" w14:textId="77777777" w:rsidR="004129AE" w:rsidRDefault="00570DD5">
      <w:pPr>
        <w:spacing w:after="0"/>
      </w:pPr>
      <w:r>
        <w:rPr>
          <w:rFonts w:ascii="Arial" w:hAnsi="Arial"/>
          <w:b/>
        </w:rPr>
        <w:t xml:space="preserve">Participant#7:  </w:t>
      </w:r>
      <w:r>
        <w:rPr>
          <w:rFonts w:ascii="Arial" w:hAnsi="Arial"/>
          <w:color w:val="5D7284"/>
        </w:rPr>
        <w:t>49:14</w:t>
      </w:r>
    </w:p>
    <w:p w14:paraId="7D1BCE91" w14:textId="77777777" w:rsidR="004129AE" w:rsidRDefault="00570DD5">
      <w:pPr>
        <w:spacing w:after="0"/>
      </w:pPr>
      <w:r>
        <w:rPr>
          <w:rFonts w:ascii="Arial" w:hAnsi="Arial"/>
        </w:rPr>
        <w:t xml:space="preserve">Yes. </w:t>
      </w:r>
    </w:p>
    <w:p w14:paraId="2ED07E26" w14:textId="77777777" w:rsidR="004129AE" w:rsidRDefault="004129AE">
      <w:pPr>
        <w:spacing w:after="0"/>
      </w:pPr>
    </w:p>
    <w:p w14:paraId="0F8439D2" w14:textId="77777777" w:rsidR="004129AE" w:rsidRDefault="00570DD5">
      <w:pPr>
        <w:spacing w:after="0"/>
      </w:pPr>
      <w:r>
        <w:rPr>
          <w:rFonts w:ascii="Arial" w:hAnsi="Arial"/>
          <w:b/>
        </w:rPr>
        <w:t xml:space="preserve">Interviewer P:  </w:t>
      </w:r>
      <w:r>
        <w:rPr>
          <w:rFonts w:ascii="Arial" w:hAnsi="Arial"/>
          <w:color w:val="5D7284"/>
        </w:rPr>
        <w:t>49:15</w:t>
      </w:r>
    </w:p>
    <w:p w14:paraId="5EAAE1BD" w14:textId="77777777" w:rsidR="004129AE" w:rsidRDefault="00570DD5">
      <w:pPr>
        <w:spacing w:after="0"/>
      </w:pPr>
      <w:r>
        <w:rPr>
          <w:rFonts w:ascii="Arial" w:hAnsi="Arial"/>
        </w:rPr>
        <w:t>Why the difference?</w:t>
      </w:r>
    </w:p>
    <w:p w14:paraId="5CA2EF31" w14:textId="77777777" w:rsidR="004129AE" w:rsidRDefault="004129AE">
      <w:pPr>
        <w:spacing w:after="0"/>
      </w:pPr>
    </w:p>
    <w:p w14:paraId="71BF1B57" w14:textId="77777777" w:rsidR="004129AE" w:rsidRDefault="00570DD5">
      <w:pPr>
        <w:spacing w:after="0"/>
      </w:pPr>
      <w:r>
        <w:rPr>
          <w:rFonts w:ascii="Arial" w:hAnsi="Arial"/>
          <w:b/>
        </w:rPr>
        <w:t xml:space="preserve">Participant#7:  </w:t>
      </w:r>
      <w:r>
        <w:rPr>
          <w:rFonts w:ascii="Arial" w:hAnsi="Arial"/>
          <w:color w:val="5D7284"/>
        </w:rPr>
        <w:t>49:15</w:t>
      </w:r>
    </w:p>
    <w:p w14:paraId="4B88D210" w14:textId="77777777" w:rsidR="004129AE" w:rsidRDefault="00570DD5">
      <w:pPr>
        <w:spacing w:after="0"/>
      </w:pPr>
      <w:r>
        <w:rPr>
          <w:rFonts w:ascii="Arial" w:hAnsi="Arial"/>
        </w:rPr>
        <w:t>Yes, and it was always apparent, because there's well for starters, the fish on top are less dense, so in general, they would be more susceptible to weight manipulations of anything. If I was to even blow on the ones on top with a slight force, they would be more susceptible to movement to begin with than the ones on the bottom given a heavier weight. It's just like, could I pick up a sumo wrestler versus a five year old kid like it's the basic weight manipulation logic for why it floats versus why it doesn't float. So I feel like that overall principle of density also determines rotation, manipulation. And how over time more dense objects follow the flow of rotation, whereas less dense objects start to counter the flow. But it looks like now they're all following the flow. So I guess it's like, it's almost like a parabola where it's like, there's different manipulations for the, it's like we have two IVs. Right? We have dense versus non dense, and then we have the does it. And then it's like to DVS does it match the routes that we're measuring if it's matching the rotation or countering the rotation? So I feel like you'd have to view it conditionally. And an experiment like this.</w:t>
      </w:r>
    </w:p>
    <w:p w14:paraId="5AEF9A96" w14:textId="77777777" w:rsidR="004129AE" w:rsidRDefault="004129AE">
      <w:pPr>
        <w:spacing w:after="0"/>
      </w:pPr>
    </w:p>
    <w:p w14:paraId="350A401D" w14:textId="77777777" w:rsidR="004129AE" w:rsidRDefault="00570DD5">
      <w:pPr>
        <w:spacing w:after="0"/>
      </w:pPr>
      <w:r>
        <w:rPr>
          <w:rFonts w:ascii="Arial" w:hAnsi="Arial"/>
          <w:b/>
        </w:rPr>
        <w:t xml:space="preserve">Interviewer P:  </w:t>
      </w:r>
      <w:r>
        <w:rPr>
          <w:rFonts w:ascii="Arial" w:hAnsi="Arial"/>
          <w:color w:val="5D7284"/>
        </w:rPr>
        <w:t>50:50</w:t>
      </w:r>
    </w:p>
    <w:p w14:paraId="654A6748" w14:textId="77777777" w:rsidR="004129AE" w:rsidRDefault="00570DD5">
      <w:pPr>
        <w:spacing w:after="0"/>
      </w:pPr>
      <w:r>
        <w:rPr>
          <w:rFonts w:ascii="Arial" w:hAnsi="Arial"/>
        </w:rPr>
        <w:lastRenderedPageBreak/>
        <w:t>So the ultimately the way that these fish move, would you think it's a property of the fish or a property of the water? Or maybe a property of the rotation?</w:t>
      </w:r>
    </w:p>
    <w:p w14:paraId="726931AF" w14:textId="77777777" w:rsidR="004129AE" w:rsidRDefault="004129AE">
      <w:pPr>
        <w:spacing w:after="0"/>
      </w:pPr>
    </w:p>
    <w:p w14:paraId="48A4026E" w14:textId="77777777" w:rsidR="004129AE" w:rsidRDefault="00570DD5">
      <w:pPr>
        <w:spacing w:after="0"/>
      </w:pPr>
      <w:r>
        <w:rPr>
          <w:rFonts w:ascii="Arial" w:hAnsi="Arial"/>
          <w:b/>
        </w:rPr>
        <w:t xml:space="preserve">Participant#7:  </w:t>
      </w:r>
      <w:r>
        <w:rPr>
          <w:rFonts w:ascii="Arial" w:hAnsi="Arial"/>
          <w:color w:val="5D7284"/>
        </w:rPr>
        <w:t>51:07</w:t>
      </w:r>
    </w:p>
    <w:p w14:paraId="56FE198A" w14:textId="77777777" w:rsidR="004129AE" w:rsidRDefault="00570DD5">
      <w:pPr>
        <w:spacing w:after="0"/>
      </w:pPr>
      <w:r>
        <w:rPr>
          <w:rFonts w:ascii="Arial" w:hAnsi="Arial"/>
        </w:rPr>
        <w:t>I feel like it would have to all things considered. I feel like within psychology where psych meets physics is that we break everything down into why physics explains the why of the forces unseen. Psychology explains the why of the forces we can see for the most part, minus the cognitive and bio psych portion, you know, we can't open up a brain and say, Why are you doing this prefrontal cortex? Why do you to in a but with physics, it's like, we're understanding. It's like chasing ghosts, almost like I don't mean it in the negative connotation of, oh, we're never gonna get an answer. But it's like, you have to think like, I'm chasing a horse, I can't see. So like, my psychological mind is so dissonant with this, because I'm so used to chasing things I can see. And I can explain with my like, emotions, for example, we can explain with our eyes. But gravity is a force, you can only explain through cognitive power and through experimentation, like, I can't just go out and say, well, here's my friend gravity, I would have to be like, watch my arm slowly sink, because my bones and my tendons and muscles aren't structured to be able to handle the long term effects of gravity, eventually, I would do something negative to my body. In this scenario, it's like, the why is focused on all of the rounds, it's like breaking it down. So you have to consider.</w:t>
      </w:r>
    </w:p>
    <w:p w14:paraId="6D26AC54" w14:textId="77777777" w:rsidR="004129AE" w:rsidRDefault="004129AE">
      <w:pPr>
        <w:spacing w:after="0"/>
      </w:pPr>
    </w:p>
    <w:p w14:paraId="7FAE139D" w14:textId="77777777" w:rsidR="004129AE" w:rsidRDefault="00570DD5">
      <w:pPr>
        <w:spacing w:after="0"/>
      </w:pPr>
      <w:r>
        <w:rPr>
          <w:rFonts w:ascii="Arial" w:hAnsi="Arial"/>
          <w:b/>
        </w:rPr>
        <w:t xml:space="preserve">Interviewer P:  </w:t>
      </w:r>
      <w:r>
        <w:rPr>
          <w:rFonts w:ascii="Arial" w:hAnsi="Arial"/>
          <w:color w:val="5D7284"/>
        </w:rPr>
        <w:t>52:45</w:t>
      </w:r>
    </w:p>
    <w:p w14:paraId="54336D0A" w14:textId="77777777" w:rsidR="004129AE" w:rsidRDefault="00570DD5">
      <w:pPr>
        <w:spacing w:after="0"/>
      </w:pPr>
      <w:r>
        <w:rPr>
          <w:rFonts w:ascii="Arial" w:hAnsi="Arial"/>
        </w:rPr>
        <w:t xml:space="preserve">Well, I was gonna say, so. Back to the question, is it the fish? Or is it the water? Or is it the tank? Um, you're saying it's a little Go ahead? </w:t>
      </w:r>
    </w:p>
    <w:p w14:paraId="53EAEDFA" w14:textId="77777777" w:rsidR="004129AE" w:rsidRDefault="004129AE">
      <w:pPr>
        <w:spacing w:after="0"/>
      </w:pPr>
    </w:p>
    <w:p w14:paraId="76B86563" w14:textId="77777777" w:rsidR="004129AE" w:rsidRDefault="00570DD5">
      <w:pPr>
        <w:spacing w:after="0"/>
      </w:pPr>
      <w:r>
        <w:rPr>
          <w:rFonts w:ascii="Arial" w:hAnsi="Arial"/>
          <w:b/>
        </w:rPr>
        <w:t xml:space="preserve">Participant#7:  </w:t>
      </w:r>
      <w:r>
        <w:rPr>
          <w:rFonts w:ascii="Arial" w:hAnsi="Arial"/>
          <w:color w:val="5D7284"/>
        </w:rPr>
        <w:t>52:55</w:t>
      </w:r>
    </w:p>
    <w:p w14:paraId="1B167171" w14:textId="77777777" w:rsidR="004129AE" w:rsidRDefault="00570DD5">
      <w:pPr>
        <w:spacing w:after="0"/>
      </w:pPr>
      <w:r>
        <w:rPr>
          <w:rFonts w:ascii="Arial" w:hAnsi="Arial"/>
        </w:rPr>
        <w:t>Yes. Sorry I didn't mean but yeah, so a little bit of effort has to be.</w:t>
      </w:r>
    </w:p>
    <w:p w14:paraId="470AB3DF" w14:textId="77777777" w:rsidR="004129AE" w:rsidRDefault="004129AE">
      <w:pPr>
        <w:spacing w:after="0"/>
      </w:pPr>
    </w:p>
    <w:p w14:paraId="00A35838" w14:textId="77777777" w:rsidR="004129AE" w:rsidRDefault="00570DD5">
      <w:pPr>
        <w:spacing w:after="0"/>
      </w:pPr>
      <w:r>
        <w:rPr>
          <w:rFonts w:ascii="Arial" w:hAnsi="Arial"/>
          <w:b/>
        </w:rPr>
        <w:t xml:space="preserve">Interviewer P:  </w:t>
      </w:r>
      <w:r>
        <w:rPr>
          <w:rFonts w:ascii="Arial" w:hAnsi="Arial"/>
          <w:color w:val="5D7284"/>
        </w:rPr>
        <w:t>52:59</w:t>
      </w:r>
    </w:p>
    <w:p w14:paraId="157C0688" w14:textId="77777777" w:rsidR="004129AE" w:rsidRDefault="00570DD5">
      <w:pPr>
        <w:spacing w:after="0"/>
      </w:pPr>
      <w:r>
        <w:rPr>
          <w:rFonts w:ascii="Arial" w:hAnsi="Arial"/>
        </w:rPr>
        <w:t>And what do you think would happen if I turned the table and stopped the rotation?</w:t>
      </w:r>
    </w:p>
    <w:p w14:paraId="52134CFF" w14:textId="77777777" w:rsidR="004129AE" w:rsidRDefault="004129AE">
      <w:pPr>
        <w:spacing w:after="0"/>
      </w:pPr>
    </w:p>
    <w:p w14:paraId="497DC3D1" w14:textId="77777777" w:rsidR="004129AE" w:rsidRDefault="00570DD5">
      <w:pPr>
        <w:spacing w:after="0"/>
      </w:pPr>
      <w:r>
        <w:rPr>
          <w:rFonts w:ascii="Arial" w:hAnsi="Arial"/>
          <w:b/>
        </w:rPr>
        <w:t xml:space="preserve">Participant#7:  </w:t>
      </w:r>
      <w:r>
        <w:rPr>
          <w:rFonts w:ascii="Arial" w:hAnsi="Arial"/>
          <w:color w:val="5D7284"/>
        </w:rPr>
        <w:t>53:04</w:t>
      </w:r>
    </w:p>
    <w:p w14:paraId="78CDFDBE" w14:textId="77777777" w:rsidR="004129AE" w:rsidRDefault="00570DD5">
      <w:pPr>
        <w:spacing w:after="0"/>
      </w:pPr>
      <w:r>
        <w:rPr>
          <w:rFonts w:ascii="Arial" w:hAnsi="Arial"/>
        </w:rPr>
        <w:t>I think the fish on top would have the counter, rotate up, hold on, I gotta really think about this. So they're going this way to stop. For a second, the water, oh my gosh. So there's still the momentum from the rotation as it's dissipating. So I'm trying to think what that dissipation is going to cause the fish to do I think it's actually going to cause the fish to start rotating in the other way, because the force that's keeping them going that way, is the rotation. So once it stops for a brief period, there's going to be this it's like when tectonic plates collide, I'm thinking, it's like you cause what causes those tsunamis that force of like, you're stopping something and you're pushing two forces so heavily against each other? That that's going to have a counter but then eventually they balance out or like tectonic plates they settled.</w:t>
      </w:r>
    </w:p>
    <w:p w14:paraId="118C538B" w14:textId="77777777" w:rsidR="004129AE" w:rsidRDefault="004129AE">
      <w:pPr>
        <w:spacing w:after="0"/>
      </w:pPr>
    </w:p>
    <w:p w14:paraId="4F6DB62A" w14:textId="77777777" w:rsidR="004129AE" w:rsidRDefault="00570DD5">
      <w:pPr>
        <w:spacing w:after="0"/>
      </w:pPr>
      <w:r>
        <w:rPr>
          <w:rFonts w:ascii="Arial" w:hAnsi="Arial"/>
          <w:b/>
        </w:rPr>
        <w:t xml:space="preserve">Interviewer P:  </w:t>
      </w:r>
      <w:r>
        <w:rPr>
          <w:rFonts w:ascii="Arial" w:hAnsi="Arial"/>
          <w:color w:val="5D7284"/>
        </w:rPr>
        <w:t>53:04</w:t>
      </w:r>
    </w:p>
    <w:p w14:paraId="3EF24BB7" w14:textId="77777777" w:rsidR="004129AE" w:rsidRDefault="00570DD5">
      <w:pPr>
        <w:spacing w:after="0"/>
      </w:pPr>
      <w:r>
        <w:rPr>
          <w:rFonts w:ascii="Arial" w:hAnsi="Arial"/>
        </w:rPr>
        <w:t>So the official go they'll start going the other way.</w:t>
      </w:r>
    </w:p>
    <w:p w14:paraId="704F78E1" w14:textId="77777777" w:rsidR="004129AE" w:rsidRDefault="004129AE">
      <w:pPr>
        <w:spacing w:after="0"/>
      </w:pPr>
    </w:p>
    <w:p w14:paraId="33DD41EE" w14:textId="77777777" w:rsidR="004129AE" w:rsidRDefault="00570DD5">
      <w:pPr>
        <w:spacing w:after="0"/>
      </w:pPr>
      <w:r>
        <w:rPr>
          <w:rFonts w:ascii="Arial" w:hAnsi="Arial"/>
          <w:b/>
        </w:rPr>
        <w:t xml:space="preserve">Participant#7:  </w:t>
      </w:r>
      <w:r>
        <w:rPr>
          <w:rFonts w:ascii="Arial" w:hAnsi="Arial"/>
          <w:color w:val="5D7284"/>
        </w:rPr>
        <w:t>54:16</w:t>
      </w:r>
    </w:p>
    <w:p w14:paraId="4A371A68" w14:textId="77777777" w:rsidR="004129AE" w:rsidRDefault="00570DD5">
      <w:pPr>
        <w:spacing w:after="0"/>
      </w:pPr>
      <w:r>
        <w:rPr>
          <w:rFonts w:ascii="Arial" w:hAnsi="Arial"/>
        </w:rPr>
        <w:lastRenderedPageBreak/>
        <w:t>Yes, for a period of time, and then eventually they will just be still again. I should have known physics you duped me again. I should have known as always, when I think the explanation isn't the obvious that it is. And then when I think it is it isn't.</w:t>
      </w:r>
    </w:p>
    <w:p w14:paraId="3EFCE48B" w14:textId="77777777" w:rsidR="004129AE" w:rsidRDefault="004129AE">
      <w:pPr>
        <w:spacing w:after="0"/>
      </w:pPr>
    </w:p>
    <w:p w14:paraId="06D87D65" w14:textId="77777777" w:rsidR="004129AE" w:rsidRDefault="00570DD5">
      <w:pPr>
        <w:spacing w:after="0"/>
      </w:pPr>
      <w:r>
        <w:rPr>
          <w:rFonts w:ascii="Arial" w:hAnsi="Arial"/>
          <w:b/>
        </w:rPr>
        <w:t xml:space="preserve">Interviewer P:  </w:t>
      </w:r>
      <w:r>
        <w:rPr>
          <w:rFonts w:ascii="Arial" w:hAnsi="Arial"/>
          <w:color w:val="5D7284"/>
        </w:rPr>
        <w:t>54:49</w:t>
      </w:r>
    </w:p>
    <w:p w14:paraId="3A4F3773" w14:textId="77777777" w:rsidR="004129AE" w:rsidRDefault="00570DD5">
      <w:pPr>
        <w:spacing w:after="0"/>
      </w:pPr>
      <w:r>
        <w:rPr>
          <w:rFonts w:ascii="Arial" w:hAnsi="Arial"/>
        </w:rPr>
        <w:t>So that surprises you?</w:t>
      </w:r>
    </w:p>
    <w:p w14:paraId="0C0F139E" w14:textId="77777777" w:rsidR="004129AE" w:rsidRDefault="004129AE">
      <w:pPr>
        <w:spacing w:after="0"/>
      </w:pPr>
    </w:p>
    <w:p w14:paraId="397049E6" w14:textId="77777777" w:rsidR="004129AE" w:rsidRDefault="00570DD5">
      <w:pPr>
        <w:spacing w:after="0"/>
      </w:pPr>
      <w:r>
        <w:rPr>
          <w:rFonts w:ascii="Arial" w:hAnsi="Arial"/>
          <w:b/>
        </w:rPr>
        <w:t xml:space="preserve">Participant#7:  </w:t>
      </w:r>
      <w:r>
        <w:rPr>
          <w:rFonts w:ascii="Arial" w:hAnsi="Arial"/>
          <w:color w:val="5D7284"/>
        </w:rPr>
        <w:t>54:52</w:t>
      </w:r>
    </w:p>
    <w:p w14:paraId="23CFCA8F" w14:textId="77777777" w:rsidR="004129AE" w:rsidRDefault="00570DD5">
      <w:pPr>
        <w:spacing w:after="0"/>
      </w:pPr>
      <w:r>
        <w:rPr>
          <w:rFonts w:ascii="Arial" w:hAnsi="Arial"/>
        </w:rPr>
        <w:t>It doesn't it doesn't because it's like on a multiple choice exam where you narrow it down to the two and I pick the one that's not right of the two. I feel like I had it narrowed down to those two possibilities in my head. And I chose the one that unfortunately was not correct.</w:t>
      </w:r>
    </w:p>
    <w:p w14:paraId="759A86CB" w14:textId="77777777" w:rsidR="004129AE" w:rsidRDefault="004129AE">
      <w:pPr>
        <w:spacing w:after="0"/>
      </w:pPr>
    </w:p>
    <w:p w14:paraId="44321873" w14:textId="77777777" w:rsidR="004129AE" w:rsidRDefault="00570DD5">
      <w:pPr>
        <w:spacing w:after="0"/>
      </w:pPr>
      <w:r>
        <w:rPr>
          <w:rFonts w:ascii="Arial" w:hAnsi="Arial"/>
          <w:b/>
        </w:rPr>
        <w:t xml:space="preserve">Interviewer P:  </w:t>
      </w:r>
      <w:r>
        <w:rPr>
          <w:rFonts w:ascii="Arial" w:hAnsi="Arial"/>
          <w:color w:val="5D7284"/>
        </w:rPr>
        <w:t>55:16</w:t>
      </w:r>
    </w:p>
    <w:p w14:paraId="50E0D39C" w14:textId="77777777" w:rsidR="004129AE" w:rsidRDefault="00570DD5">
      <w:pPr>
        <w:spacing w:after="0"/>
      </w:pPr>
      <w:r>
        <w:rPr>
          <w:rFonts w:ascii="Arial" w:hAnsi="Arial"/>
        </w:rPr>
        <w:t>I'm gonna stop the recording.</w:t>
      </w:r>
    </w:p>
    <w:sectPr w:rsidR="004129AE"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2B71BB" w14:textId="77777777" w:rsidR="006B2172" w:rsidRDefault="006B2172">
      <w:pPr>
        <w:spacing w:after="0" w:line="240" w:lineRule="auto"/>
      </w:pPr>
      <w:r>
        <w:separator/>
      </w:r>
    </w:p>
  </w:endnote>
  <w:endnote w:type="continuationSeparator" w:id="0">
    <w:p w14:paraId="6F43AFFC" w14:textId="77777777" w:rsidR="006B2172" w:rsidRDefault="006B21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60F28E3"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EA0710F"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1E0D7E"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09F0552B"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640017EE"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871E1"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89190A" w14:textId="77777777" w:rsidR="006B2172" w:rsidRDefault="006B2172">
      <w:pPr>
        <w:spacing w:after="0" w:line="240" w:lineRule="auto"/>
      </w:pPr>
      <w:r>
        <w:separator/>
      </w:r>
    </w:p>
  </w:footnote>
  <w:footnote w:type="continuationSeparator" w:id="0">
    <w:p w14:paraId="5264D2EC" w14:textId="77777777" w:rsidR="006B2172" w:rsidRDefault="006B21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F986E"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5D1A2"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73D7A"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133214989">
    <w:abstractNumId w:val="8"/>
  </w:num>
  <w:num w:numId="2" w16cid:durableId="1705522111">
    <w:abstractNumId w:val="6"/>
  </w:num>
  <w:num w:numId="3" w16cid:durableId="1713723657">
    <w:abstractNumId w:val="5"/>
  </w:num>
  <w:num w:numId="4" w16cid:durableId="1661541296">
    <w:abstractNumId w:val="4"/>
  </w:num>
  <w:num w:numId="5" w16cid:durableId="601567460">
    <w:abstractNumId w:val="7"/>
  </w:num>
  <w:num w:numId="6" w16cid:durableId="1977903849">
    <w:abstractNumId w:val="3"/>
  </w:num>
  <w:num w:numId="7" w16cid:durableId="63843225">
    <w:abstractNumId w:val="2"/>
  </w:num>
  <w:num w:numId="8" w16cid:durableId="1028020044">
    <w:abstractNumId w:val="1"/>
  </w:num>
  <w:num w:numId="9" w16cid:durableId="19480031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5EDD"/>
    <w:rsid w:val="00066610"/>
    <w:rsid w:val="001216B9"/>
    <w:rsid w:val="0014084E"/>
    <w:rsid w:val="0015074B"/>
    <w:rsid w:val="0029639D"/>
    <w:rsid w:val="00326F90"/>
    <w:rsid w:val="004129AE"/>
    <w:rsid w:val="004A641F"/>
    <w:rsid w:val="004B593C"/>
    <w:rsid w:val="00570DD5"/>
    <w:rsid w:val="006B2172"/>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 w:val="187AB2F8"/>
    <w:rsid w:val="18892B48"/>
    <w:rsid w:val="65A15BE1"/>
    <w:rsid w:val="673DBA0C"/>
    <w:rsid w:val="6F9C1DFA"/>
    <w:rsid w:val="7AFD52A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49704E"/>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8089EF58-1564-470D-872D-D692262937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4C33C33-B1E4-4B7E-A868-C6B064B62BFE}">
  <ds:schemaRefs>
    <ds:schemaRef ds:uri="http://schemas.microsoft.com/sharepoint/v3/contenttype/forms"/>
  </ds:schemaRefs>
</ds:datastoreItem>
</file>

<file path=customXml/itemProps4.xml><?xml version="1.0" encoding="utf-8"?>
<ds:datastoreItem xmlns:ds="http://schemas.openxmlformats.org/officeDocument/2006/customXml" ds:itemID="{585184A7-F43E-49B4-A995-106A892F5A55}">
  <ds:schemaRefs>
    <ds:schemaRef ds:uri="http://schemas.openxmlformats.org/package/2006/metadata/core-properties"/>
    <ds:schemaRef ds:uri="http://schemas.microsoft.com/office/2006/documentManagement/types"/>
    <ds:schemaRef ds:uri="http://www.w3.org/XML/1998/namespace"/>
    <ds:schemaRef ds:uri="http://schemas.microsoft.com/sharepoint/v3"/>
    <ds:schemaRef ds:uri="http://purl.org/dc/dcmitype/"/>
    <ds:schemaRef ds:uri="eeef5ad7-d6de-419e-9305-cd9bdd8d89a9"/>
    <ds:schemaRef ds:uri="http://schemas.microsoft.com/office/2006/metadata/properties"/>
    <ds:schemaRef ds:uri="5b1983e9-55b4-4f9e-a196-30376d2238aa"/>
    <ds:schemaRef ds:uri="http://schemas.microsoft.com/office/infopath/2007/PartnerControls"/>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6103</Words>
  <Characters>34789</Characters>
  <Application>Microsoft Office Word</Application>
  <DocSecurity>4</DocSecurity>
  <Lines>289</Lines>
  <Paragraphs>81</Paragraphs>
  <ScaleCrop>false</ScaleCrop>
  <Manager/>
  <Company/>
  <LinksUpToDate>false</LinksUpToDate>
  <CharactersWithSpaces>40811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2024-05-21T16:07:00Z</dcterms:created>
  <dcterms:modified xsi:type="dcterms:W3CDTF">2024-05-21T16:07:00Z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