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D3D8B6" w14:textId="77777777" w:rsidR="00930F33" w:rsidRDefault="00930F33">
      <w:pPr>
        <w:spacing w:after="0"/>
        <w:rPr>
          <w:lang w:eastAsia="zh-CN"/>
        </w:rPr>
      </w:pPr>
    </w:p>
    <w:p w14:paraId="772D890B" w14:textId="77777777" w:rsidR="00E642C5" w:rsidRDefault="00402718">
      <w:r>
        <w:rPr>
          <w:rFonts w:ascii="Arial" w:hAnsi="Arial"/>
          <w:sz w:val="48"/>
        </w:rPr>
        <w:t>Participant # 35</w:t>
      </w:r>
    </w:p>
    <w:p w14:paraId="28EF5D6A" w14:textId="7B626BE1" w:rsidR="00E642C5" w:rsidRDefault="00402718">
      <w:r>
        <w:rPr>
          <w:rFonts w:ascii="Arial" w:hAnsi="Arial"/>
          <w:color w:val="4F6880"/>
        </w:rPr>
        <w:t xml:space="preserve">Mon, Apr 01, </w:t>
      </w:r>
      <w:r w:rsidR="002A1483">
        <w:rPr>
          <w:rFonts w:ascii="Arial" w:hAnsi="Arial"/>
          <w:color w:val="4F6880"/>
        </w:rPr>
        <w:t>2024,</w:t>
      </w:r>
      <w:r>
        <w:rPr>
          <w:rFonts w:ascii="Arial" w:hAnsi="Arial"/>
          <w:color w:val="4F6880"/>
        </w:rPr>
        <w:t xml:space="preserve"> 12:12PM • 27:33</w:t>
      </w:r>
    </w:p>
    <w:p w14:paraId="01DF6D13" w14:textId="77777777" w:rsidR="00E642C5" w:rsidRDefault="00402718">
      <w:pPr>
        <w:spacing w:before="440" w:after="0"/>
      </w:pPr>
      <w:r>
        <w:rPr>
          <w:rFonts w:ascii="Arial" w:hAnsi="Arial"/>
          <w:b/>
          <w:color w:val="4F6880"/>
        </w:rPr>
        <w:t>SUMMARY KEYWORDS</w:t>
      </w:r>
    </w:p>
    <w:p w14:paraId="736822E7" w14:textId="7935D20C" w:rsidR="00E642C5" w:rsidRDefault="00402718">
      <w:r>
        <w:rPr>
          <w:rFonts w:ascii="Arial" w:hAnsi="Arial"/>
          <w:color w:val="4F6880"/>
        </w:rPr>
        <w:t xml:space="preserve">water, minutes, mix, tank, rotating, saltwater, prediction, freshwater, temperature, cold water, hot water, drops, guess, red, dyed, blue, separate, surprise, compared, </w:t>
      </w:r>
      <w:r w:rsidR="002A1483">
        <w:rPr>
          <w:rFonts w:ascii="Arial" w:hAnsi="Arial"/>
          <w:color w:val="4F6880"/>
        </w:rPr>
        <w:t>divider.</w:t>
      </w:r>
    </w:p>
    <w:p w14:paraId="7D0FF02D" w14:textId="77777777" w:rsidR="00E642C5" w:rsidRDefault="00402718">
      <w:pPr>
        <w:spacing w:before="440" w:after="0"/>
      </w:pPr>
      <w:r>
        <w:rPr>
          <w:rFonts w:ascii="Arial" w:hAnsi="Arial"/>
          <w:b/>
          <w:color w:val="4F6880"/>
        </w:rPr>
        <w:t>SPEAKERS</w:t>
      </w:r>
    </w:p>
    <w:p w14:paraId="677DF3A5" w14:textId="2C3CFC03" w:rsidR="00E642C5" w:rsidRDefault="00402718">
      <w:r>
        <w:rPr>
          <w:rFonts w:ascii="Arial" w:hAnsi="Arial"/>
          <w:color w:val="4F6880"/>
        </w:rPr>
        <w:t xml:space="preserve">Interviewer </w:t>
      </w:r>
      <w:r w:rsidR="002A1483">
        <w:rPr>
          <w:rFonts w:ascii="Arial" w:hAnsi="Arial"/>
          <w:color w:val="4F6880"/>
        </w:rPr>
        <w:t>E:</w:t>
      </w:r>
      <w:r>
        <w:rPr>
          <w:rFonts w:ascii="Arial" w:hAnsi="Arial"/>
          <w:color w:val="4F6880"/>
        </w:rPr>
        <w:t xml:space="preserve"> Participant # </w:t>
      </w:r>
      <w:r w:rsidR="002A1483">
        <w:rPr>
          <w:rFonts w:ascii="Arial" w:hAnsi="Arial"/>
          <w:color w:val="4F6880"/>
        </w:rPr>
        <w:t>35:</w:t>
      </w:r>
      <w:r>
        <w:rPr>
          <w:rFonts w:ascii="Arial" w:hAnsi="Arial"/>
          <w:color w:val="4F6880"/>
        </w:rPr>
        <w:t xml:space="preserve"> Interviewer P:</w:t>
      </w:r>
    </w:p>
    <w:p w14:paraId="65F8E02C" w14:textId="77777777" w:rsidR="00E642C5" w:rsidRDefault="00E642C5">
      <w:pPr>
        <w:spacing w:after="0"/>
      </w:pPr>
    </w:p>
    <w:p w14:paraId="17BCF305" w14:textId="77777777" w:rsidR="00E642C5" w:rsidRDefault="00402718">
      <w:pPr>
        <w:spacing w:after="0"/>
      </w:pPr>
      <w:r>
        <w:rPr>
          <w:rFonts w:ascii="Arial" w:hAnsi="Arial"/>
          <w:b/>
        </w:rPr>
        <w:t xml:space="preserve">Interviewer P:  </w:t>
      </w:r>
      <w:r>
        <w:rPr>
          <w:rFonts w:ascii="Arial" w:hAnsi="Arial"/>
          <w:color w:val="5D7284"/>
        </w:rPr>
        <w:t>00:20</w:t>
      </w:r>
    </w:p>
    <w:p w14:paraId="46C3C408" w14:textId="71C588DE" w:rsidR="00E642C5" w:rsidRDefault="00402718">
      <w:pPr>
        <w:spacing w:after="0"/>
      </w:pPr>
      <w:r>
        <w:rPr>
          <w:rFonts w:ascii="Arial" w:hAnsi="Arial"/>
        </w:rPr>
        <w:t xml:space="preserve">Alright, so this is Participant 35. All right, so we have the rotating tank that you already noticed. And it has just water in it. And we're gonna imagine that there is a tank just like this. That's next to it, but it's not rotating. </w:t>
      </w:r>
      <w:r w:rsidR="002A1483">
        <w:rPr>
          <w:rFonts w:ascii="Arial" w:hAnsi="Arial"/>
        </w:rPr>
        <w:t>So,</w:t>
      </w:r>
      <w:r>
        <w:rPr>
          <w:rFonts w:ascii="Arial" w:hAnsi="Arial"/>
        </w:rPr>
        <w:t xml:space="preserve"> we're going to talk about a rotating case, and a </w:t>
      </w:r>
      <w:r w:rsidR="002A1483">
        <w:rPr>
          <w:rFonts w:ascii="Arial" w:hAnsi="Arial"/>
        </w:rPr>
        <w:t>nonrotating</w:t>
      </w:r>
      <w:r>
        <w:rPr>
          <w:rFonts w:ascii="Arial" w:hAnsi="Arial"/>
        </w:rPr>
        <w:t xml:space="preserve"> case, the problem is I only have one tank, and I can't show both at the same time. </w:t>
      </w:r>
      <w:r w:rsidR="002A1483">
        <w:rPr>
          <w:rFonts w:ascii="Arial" w:hAnsi="Arial"/>
        </w:rPr>
        <w:t>So,</w:t>
      </w:r>
      <w:r>
        <w:rPr>
          <w:rFonts w:ascii="Arial" w:hAnsi="Arial"/>
        </w:rPr>
        <w:t xml:space="preserve"> the second one is kind of imaginary, although I am going to show you a demonstration that I recorded when this tank was not rotating. And then we'll do the the demonstration in the rotating tank and the demonstration is that I go into the tank and put about four drops of this is just food coloring, about four drops of food coloring, blue, and then about four</w:t>
      </w:r>
      <w:r>
        <w:rPr>
          <w:rFonts w:ascii="Arial" w:hAnsi="Arial"/>
        </w:rPr>
        <w:t xml:space="preserve"> drops of red food coloring. And then I'm going to take this stick and just gently mix it just like that. Okay. Do you understand this scenario? Okay. </w:t>
      </w:r>
      <w:r w:rsidR="002A1483">
        <w:rPr>
          <w:rFonts w:ascii="Arial" w:hAnsi="Arial"/>
        </w:rPr>
        <w:t>So,</w:t>
      </w:r>
      <w:r>
        <w:rPr>
          <w:rFonts w:ascii="Arial" w:hAnsi="Arial"/>
        </w:rPr>
        <w:t xml:space="preserve"> what I want to ask you is, if we gave that about a minute, after I started it, what do you think the food color in the water would look like? In the </w:t>
      </w:r>
      <w:r w:rsidR="002A1483">
        <w:rPr>
          <w:rFonts w:ascii="Arial" w:hAnsi="Arial"/>
        </w:rPr>
        <w:t>nonrotating</w:t>
      </w:r>
      <w:r>
        <w:rPr>
          <w:rFonts w:ascii="Arial" w:hAnsi="Arial"/>
        </w:rPr>
        <w:t xml:space="preserve"> tank? And what do you think it would look like and the rotating tank? What do you think will happen?</w:t>
      </w:r>
    </w:p>
    <w:p w14:paraId="5F44501B" w14:textId="77777777" w:rsidR="00E642C5" w:rsidRDefault="00E642C5">
      <w:pPr>
        <w:spacing w:after="0"/>
      </w:pPr>
    </w:p>
    <w:p w14:paraId="5AC1F68C" w14:textId="77777777" w:rsidR="00E642C5" w:rsidRDefault="00402718">
      <w:pPr>
        <w:spacing w:after="0"/>
      </w:pPr>
      <w:r>
        <w:rPr>
          <w:rFonts w:ascii="Arial" w:hAnsi="Arial"/>
          <w:b/>
        </w:rPr>
        <w:t xml:space="preserve">Participant # 35:  </w:t>
      </w:r>
      <w:r>
        <w:rPr>
          <w:rFonts w:ascii="Arial" w:hAnsi="Arial"/>
          <w:color w:val="5D7284"/>
        </w:rPr>
        <w:t>01:57</w:t>
      </w:r>
    </w:p>
    <w:p w14:paraId="5E1C316C" w14:textId="77777777" w:rsidR="00E642C5" w:rsidRDefault="00402718">
      <w:pPr>
        <w:spacing w:after="0"/>
      </w:pPr>
      <w:r>
        <w:rPr>
          <w:rFonts w:ascii="Arial" w:hAnsi="Arial"/>
        </w:rPr>
        <w:t>I think because it's spinning, it might mix a little better. Compared to the one that's not spinning, since you're only like, you're not really mixing it essentially, you're just you know, waving it in there.</w:t>
      </w:r>
    </w:p>
    <w:p w14:paraId="7AA0F0E5" w14:textId="77777777" w:rsidR="00E642C5" w:rsidRDefault="00E642C5">
      <w:pPr>
        <w:spacing w:after="0"/>
      </w:pPr>
    </w:p>
    <w:p w14:paraId="0B467A47" w14:textId="77777777" w:rsidR="00E642C5" w:rsidRDefault="00402718">
      <w:pPr>
        <w:spacing w:after="0"/>
      </w:pPr>
      <w:r>
        <w:rPr>
          <w:rFonts w:ascii="Arial" w:hAnsi="Arial"/>
          <w:b/>
        </w:rPr>
        <w:t xml:space="preserve">Interviewer P:  </w:t>
      </w:r>
      <w:r>
        <w:rPr>
          <w:rFonts w:ascii="Arial" w:hAnsi="Arial"/>
          <w:color w:val="5D7284"/>
        </w:rPr>
        <w:t>02:11</w:t>
      </w:r>
    </w:p>
    <w:p w14:paraId="29CDBDA7" w14:textId="77777777" w:rsidR="00E642C5" w:rsidRDefault="00402718">
      <w:pPr>
        <w:spacing w:after="0"/>
      </w:pPr>
      <w:r>
        <w:rPr>
          <w:rFonts w:ascii="Arial" w:hAnsi="Arial"/>
        </w:rPr>
        <w:t>Okay, so can you explain to me what you be mean by mix?</w:t>
      </w:r>
    </w:p>
    <w:p w14:paraId="54F16A90" w14:textId="77777777" w:rsidR="00E642C5" w:rsidRDefault="00E642C5">
      <w:pPr>
        <w:spacing w:after="0"/>
      </w:pPr>
    </w:p>
    <w:p w14:paraId="4C91E74F" w14:textId="77777777" w:rsidR="00E642C5" w:rsidRDefault="00402718">
      <w:pPr>
        <w:spacing w:after="0"/>
      </w:pPr>
      <w:r>
        <w:rPr>
          <w:rFonts w:ascii="Arial" w:hAnsi="Arial"/>
          <w:b/>
        </w:rPr>
        <w:t xml:space="preserve">Participant # 35:  </w:t>
      </w:r>
      <w:r>
        <w:rPr>
          <w:rFonts w:ascii="Arial" w:hAnsi="Arial"/>
          <w:color w:val="5D7284"/>
        </w:rPr>
        <w:t>02:16</w:t>
      </w:r>
    </w:p>
    <w:p w14:paraId="1463A91A" w14:textId="6B133EE2" w:rsidR="00E642C5" w:rsidRDefault="00402718">
      <w:pPr>
        <w:spacing w:after="0"/>
      </w:pPr>
      <w:r>
        <w:rPr>
          <w:rFonts w:ascii="Arial" w:hAnsi="Arial"/>
        </w:rPr>
        <w:t xml:space="preserve">Um, so I think the color like if you put blue in it, it would have a deeper blue than the, the </w:t>
      </w:r>
      <w:r w:rsidR="002A1483">
        <w:rPr>
          <w:rFonts w:ascii="Arial" w:hAnsi="Arial"/>
        </w:rPr>
        <w:t>non-spinning</w:t>
      </w:r>
      <w:r>
        <w:rPr>
          <w:rFonts w:ascii="Arial" w:hAnsi="Arial"/>
        </w:rPr>
        <w:t xml:space="preserve"> one. Okay, and then for, I guess makes sense, you're just kind of swishing the rumor around. It's not really know making the </w:t>
      </w:r>
      <w:r w:rsidR="002A1483">
        <w:rPr>
          <w:rFonts w:ascii="Arial" w:hAnsi="Arial"/>
        </w:rPr>
        <w:t>dilute</w:t>
      </w:r>
      <w:r>
        <w:rPr>
          <w:rFonts w:ascii="Arial" w:hAnsi="Arial"/>
        </w:rPr>
        <w:t xml:space="preserve"> solution.</w:t>
      </w:r>
    </w:p>
    <w:p w14:paraId="4E5B1765" w14:textId="77777777" w:rsidR="00E642C5" w:rsidRDefault="00E642C5">
      <w:pPr>
        <w:spacing w:after="0"/>
      </w:pPr>
    </w:p>
    <w:p w14:paraId="179D6C70" w14:textId="77777777" w:rsidR="00E642C5" w:rsidRDefault="00402718">
      <w:pPr>
        <w:spacing w:after="0"/>
      </w:pPr>
      <w:r>
        <w:rPr>
          <w:rFonts w:ascii="Arial" w:hAnsi="Arial"/>
          <w:b/>
        </w:rPr>
        <w:t xml:space="preserve">Interviewer P:  </w:t>
      </w:r>
      <w:r>
        <w:rPr>
          <w:rFonts w:ascii="Arial" w:hAnsi="Arial"/>
          <w:color w:val="5D7284"/>
        </w:rPr>
        <w:t>02:36</w:t>
      </w:r>
    </w:p>
    <w:p w14:paraId="0D55CA00" w14:textId="6D18613A" w:rsidR="00E642C5" w:rsidRDefault="00402718">
      <w:pPr>
        <w:spacing w:after="0"/>
      </w:pPr>
      <w:r>
        <w:rPr>
          <w:rFonts w:ascii="Arial" w:hAnsi="Arial"/>
        </w:rPr>
        <w:t xml:space="preserve">And </w:t>
      </w:r>
      <w:r w:rsidR="002A1483">
        <w:rPr>
          <w:rFonts w:ascii="Arial" w:hAnsi="Arial"/>
        </w:rPr>
        <w:t>so,</w:t>
      </w:r>
      <w:r>
        <w:rPr>
          <w:rFonts w:ascii="Arial" w:hAnsi="Arial"/>
        </w:rPr>
        <w:t xml:space="preserve"> what I'm hearing is that the rotating tank and the </w:t>
      </w:r>
      <w:r w:rsidR="002A1483">
        <w:rPr>
          <w:rFonts w:ascii="Arial" w:hAnsi="Arial"/>
        </w:rPr>
        <w:t>non-rotating</w:t>
      </w:r>
      <w:r>
        <w:rPr>
          <w:rFonts w:ascii="Arial" w:hAnsi="Arial"/>
        </w:rPr>
        <w:t xml:space="preserve"> tank would look different from each other. Is that what you're saying? Would you draw it for me, then how you think that will look so </w:t>
      </w:r>
      <w:r>
        <w:rPr>
          <w:rFonts w:ascii="Arial" w:hAnsi="Arial"/>
        </w:rPr>
        <w:lastRenderedPageBreak/>
        <w:t xml:space="preserve">there's some colored pencils there. And these are labeled. </w:t>
      </w:r>
      <w:r w:rsidR="002A1483">
        <w:rPr>
          <w:rFonts w:ascii="Arial" w:hAnsi="Arial"/>
        </w:rPr>
        <w:t>So,</w:t>
      </w:r>
      <w:r>
        <w:rPr>
          <w:rFonts w:ascii="Arial" w:hAnsi="Arial"/>
        </w:rPr>
        <w:t xml:space="preserve"> this is </w:t>
      </w:r>
      <w:r w:rsidR="002A1483">
        <w:rPr>
          <w:rFonts w:ascii="Arial" w:hAnsi="Arial"/>
        </w:rPr>
        <w:t>nonrotating</w:t>
      </w:r>
      <w:r>
        <w:rPr>
          <w:rFonts w:ascii="Arial" w:hAnsi="Arial"/>
        </w:rPr>
        <w:t xml:space="preserve">. And this is rotating, I'm going to put red and blue dye in both. </w:t>
      </w:r>
      <w:r w:rsidR="002A1483">
        <w:rPr>
          <w:rFonts w:ascii="Arial" w:hAnsi="Arial"/>
        </w:rPr>
        <w:t>So,</w:t>
      </w:r>
      <w:r>
        <w:rPr>
          <w:rFonts w:ascii="Arial" w:hAnsi="Arial"/>
        </w:rPr>
        <w:t xml:space="preserve"> I'm going to put red and blue dye in both before I give it the gentle mix and so you can show me this is a top view. This is a side view, just what you think they would look like in the </w:t>
      </w:r>
      <w:r w:rsidR="002A1483">
        <w:rPr>
          <w:rFonts w:ascii="Arial" w:hAnsi="Arial"/>
        </w:rPr>
        <w:t>non-rotating</w:t>
      </w:r>
      <w:r>
        <w:rPr>
          <w:rFonts w:ascii="Arial" w:hAnsi="Arial"/>
        </w:rPr>
        <w:t xml:space="preserve"> on the rotating tank abou</w:t>
      </w:r>
      <w:r>
        <w:rPr>
          <w:rFonts w:ascii="Arial" w:hAnsi="Arial"/>
        </w:rPr>
        <w:t>t a minute after it's like you took a snapshot so like a moment in time? Okay, so this is your rotating, and I see red and blue. Tell me what it's doing here.</w:t>
      </w:r>
    </w:p>
    <w:p w14:paraId="2F331627" w14:textId="77777777" w:rsidR="00E642C5" w:rsidRDefault="00E642C5">
      <w:pPr>
        <w:spacing w:after="0"/>
      </w:pPr>
    </w:p>
    <w:p w14:paraId="55E599D4" w14:textId="77777777" w:rsidR="00E642C5" w:rsidRDefault="00402718">
      <w:pPr>
        <w:spacing w:after="0"/>
      </w:pPr>
      <w:r>
        <w:rPr>
          <w:rFonts w:ascii="Arial" w:hAnsi="Arial"/>
          <w:b/>
        </w:rPr>
        <w:t xml:space="preserve">Participant # 35:  </w:t>
      </w:r>
      <w:r>
        <w:rPr>
          <w:rFonts w:ascii="Arial" w:hAnsi="Arial"/>
          <w:color w:val="5D7284"/>
        </w:rPr>
        <w:t>04:36</w:t>
      </w:r>
    </w:p>
    <w:p w14:paraId="644B34AD" w14:textId="77777777" w:rsidR="00E642C5" w:rsidRDefault="00402718">
      <w:pPr>
        <w:spacing w:after="0"/>
      </w:pPr>
      <w:r>
        <w:rPr>
          <w:rFonts w:ascii="Arial" w:hAnsi="Arial"/>
        </w:rPr>
        <w:t xml:space="preserve">I guess kind of keeping the motion of the stirring, essentially. Yeah. </w:t>
      </w:r>
    </w:p>
    <w:p w14:paraId="3430C8CF" w14:textId="77777777" w:rsidR="00E642C5" w:rsidRDefault="00E642C5">
      <w:pPr>
        <w:spacing w:after="0"/>
      </w:pPr>
    </w:p>
    <w:p w14:paraId="4E947F9F" w14:textId="77777777" w:rsidR="00E642C5" w:rsidRDefault="00402718">
      <w:pPr>
        <w:spacing w:after="0"/>
      </w:pPr>
      <w:r>
        <w:rPr>
          <w:rFonts w:ascii="Arial" w:hAnsi="Arial"/>
          <w:b/>
        </w:rPr>
        <w:t xml:space="preserve">Interviewer P:  </w:t>
      </w:r>
      <w:r>
        <w:rPr>
          <w:rFonts w:ascii="Arial" w:hAnsi="Arial"/>
          <w:color w:val="5D7284"/>
        </w:rPr>
        <w:t>04:44</w:t>
      </w:r>
    </w:p>
    <w:p w14:paraId="31F0C91C" w14:textId="77777777" w:rsidR="00E642C5" w:rsidRDefault="00402718">
      <w:pPr>
        <w:spacing w:after="0"/>
      </w:pPr>
      <w:r>
        <w:rPr>
          <w:rFonts w:ascii="Arial" w:hAnsi="Arial"/>
        </w:rPr>
        <w:t xml:space="preserve">And over here. </w:t>
      </w:r>
    </w:p>
    <w:p w14:paraId="7D60028C" w14:textId="77777777" w:rsidR="00E642C5" w:rsidRDefault="00E642C5">
      <w:pPr>
        <w:spacing w:after="0"/>
      </w:pPr>
    </w:p>
    <w:p w14:paraId="674EAAB8" w14:textId="77777777" w:rsidR="00E642C5" w:rsidRDefault="00402718">
      <w:pPr>
        <w:spacing w:after="0"/>
      </w:pPr>
      <w:r>
        <w:rPr>
          <w:rFonts w:ascii="Arial" w:hAnsi="Arial"/>
          <w:b/>
        </w:rPr>
        <w:t xml:space="preserve">Participant # 35:  </w:t>
      </w:r>
      <w:r>
        <w:rPr>
          <w:rFonts w:ascii="Arial" w:hAnsi="Arial"/>
          <w:color w:val="5D7284"/>
        </w:rPr>
        <w:t>04:45</w:t>
      </w:r>
    </w:p>
    <w:p w14:paraId="4FF84A68" w14:textId="77777777" w:rsidR="00E642C5" w:rsidRDefault="00402718">
      <w:pPr>
        <w:spacing w:after="0"/>
      </w:pPr>
      <w:r>
        <w:rPr>
          <w:rFonts w:ascii="Arial" w:hAnsi="Arial"/>
        </w:rPr>
        <w:t>It's kind of stagnant anymore.</w:t>
      </w:r>
    </w:p>
    <w:p w14:paraId="034B5166" w14:textId="77777777" w:rsidR="00E642C5" w:rsidRDefault="00E642C5">
      <w:pPr>
        <w:spacing w:after="0"/>
      </w:pPr>
    </w:p>
    <w:p w14:paraId="7B7E72D1" w14:textId="77777777" w:rsidR="00E642C5" w:rsidRDefault="00402718">
      <w:pPr>
        <w:spacing w:after="0"/>
      </w:pPr>
      <w:r>
        <w:rPr>
          <w:rFonts w:ascii="Arial" w:hAnsi="Arial"/>
          <w:b/>
        </w:rPr>
        <w:t xml:space="preserve">Interviewer P:  </w:t>
      </w:r>
      <w:r>
        <w:rPr>
          <w:rFonts w:ascii="Arial" w:hAnsi="Arial"/>
          <w:color w:val="5D7284"/>
        </w:rPr>
        <w:t>04:53</w:t>
      </w:r>
    </w:p>
    <w:p w14:paraId="3D07C80B" w14:textId="78E81F5F" w:rsidR="00E642C5" w:rsidRDefault="00402718">
      <w:pPr>
        <w:spacing w:after="0"/>
      </w:pPr>
      <w:r>
        <w:rPr>
          <w:rFonts w:ascii="Arial" w:hAnsi="Arial"/>
        </w:rPr>
        <w:t xml:space="preserve">Okay, so let's this is the </w:t>
      </w:r>
      <w:r w:rsidR="002A1483">
        <w:rPr>
          <w:rFonts w:ascii="Arial" w:hAnsi="Arial"/>
        </w:rPr>
        <w:t>non-rotating</w:t>
      </w:r>
      <w:r>
        <w:rPr>
          <w:rFonts w:ascii="Arial" w:hAnsi="Arial"/>
        </w:rPr>
        <w:t xml:space="preserve"> one. Okay. And </w:t>
      </w:r>
      <w:r w:rsidR="002A1483">
        <w:rPr>
          <w:rFonts w:ascii="Arial" w:hAnsi="Arial"/>
        </w:rPr>
        <w:t>so,</w:t>
      </w:r>
      <w:r>
        <w:rPr>
          <w:rFonts w:ascii="Arial" w:hAnsi="Arial"/>
        </w:rPr>
        <w:t xml:space="preserve"> here's what that looks </w:t>
      </w:r>
      <w:r w:rsidR="002A1483">
        <w:rPr>
          <w:rFonts w:ascii="Arial" w:hAnsi="Arial"/>
        </w:rPr>
        <w:t>l</w:t>
      </w:r>
      <w:r>
        <w:rPr>
          <w:rFonts w:ascii="Arial" w:hAnsi="Arial"/>
        </w:rPr>
        <w:t xml:space="preserve">ooks like so here I come and I'm putting the food dye in. Stir it and then I leave it for a minute, which I can speed up here a little bit for you that's about a minute because that's at a minute 1:18. So if you count what the time I spent dropping again. </w:t>
      </w:r>
      <w:r w:rsidR="002A1483">
        <w:rPr>
          <w:rFonts w:ascii="Arial" w:hAnsi="Arial"/>
        </w:rPr>
        <w:t>So,</w:t>
      </w:r>
      <w:r>
        <w:rPr>
          <w:rFonts w:ascii="Arial" w:hAnsi="Arial"/>
        </w:rPr>
        <w:t xml:space="preserve"> does that surprise you? </w:t>
      </w:r>
    </w:p>
    <w:p w14:paraId="6E923206" w14:textId="77777777" w:rsidR="00E642C5" w:rsidRDefault="00E642C5">
      <w:pPr>
        <w:spacing w:after="0"/>
      </w:pPr>
    </w:p>
    <w:p w14:paraId="7995FCD3" w14:textId="77777777" w:rsidR="00E642C5" w:rsidRDefault="00402718">
      <w:pPr>
        <w:spacing w:after="0"/>
      </w:pPr>
      <w:r>
        <w:rPr>
          <w:rFonts w:ascii="Arial" w:hAnsi="Arial"/>
          <w:b/>
        </w:rPr>
        <w:t xml:space="preserve">Participant # 35:  </w:t>
      </w:r>
      <w:r>
        <w:rPr>
          <w:rFonts w:ascii="Arial" w:hAnsi="Arial"/>
          <w:color w:val="5D7284"/>
        </w:rPr>
        <w:t>05:52</w:t>
      </w:r>
    </w:p>
    <w:p w14:paraId="0A111308" w14:textId="77777777" w:rsidR="00E642C5" w:rsidRDefault="00402718">
      <w:pPr>
        <w:spacing w:after="0"/>
      </w:pPr>
      <w:r>
        <w:rPr>
          <w:rFonts w:ascii="Arial" w:hAnsi="Arial"/>
        </w:rPr>
        <w:t>Not really.</w:t>
      </w:r>
    </w:p>
    <w:p w14:paraId="4C13CE6E" w14:textId="77777777" w:rsidR="00E642C5" w:rsidRDefault="00E642C5">
      <w:pPr>
        <w:spacing w:after="0"/>
      </w:pPr>
    </w:p>
    <w:p w14:paraId="2EE33877" w14:textId="77777777" w:rsidR="00E642C5" w:rsidRDefault="00402718">
      <w:pPr>
        <w:spacing w:after="0"/>
      </w:pPr>
      <w:r>
        <w:rPr>
          <w:rFonts w:ascii="Arial" w:hAnsi="Arial"/>
          <w:b/>
        </w:rPr>
        <w:t xml:space="preserve">Interviewer P:  </w:t>
      </w:r>
      <w:r>
        <w:rPr>
          <w:rFonts w:ascii="Arial" w:hAnsi="Arial"/>
          <w:color w:val="5D7284"/>
        </w:rPr>
        <w:t>05:53</w:t>
      </w:r>
    </w:p>
    <w:p w14:paraId="5DF9F349" w14:textId="77777777" w:rsidR="00E642C5" w:rsidRDefault="00402718">
      <w:pPr>
        <w:spacing w:after="0"/>
      </w:pPr>
      <w:r>
        <w:rPr>
          <w:rFonts w:ascii="Arial" w:hAnsi="Arial"/>
        </w:rPr>
        <w:t>And would you say it is about what you expected? Or is it different in any way from what you expected.</w:t>
      </w:r>
    </w:p>
    <w:p w14:paraId="58F7315A" w14:textId="77777777" w:rsidR="00E642C5" w:rsidRDefault="00E642C5">
      <w:pPr>
        <w:spacing w:after="0"/>
      </w:pPr>
    </w:p>
    <w:p w14:paraId="1E2D30E0" w14:textId="77777777" w:rsidR="00E642C5" w:rsidRDefault="00402718">
      <w:pPr>
        <w:spacing w:after="0"/>
      </w:pPr>
      <w:r>
        <w:rPr>
          <w:rFonts w:ascii="Arial" w:hAnsi="Arial"/>
          <w:b/>
        </w:rPr>
        <w:t xml:space="preserve">Participant # 35:  </w:t>
      </w:r>
      <w:r>
        <w:rPr>
          <w:rFonts w:ascii="Arial" w:hAnsi="Arial"/>
          <w:color w:val="5D7284"/>
        </w:rPr>
        <w:t>06:01</w:t>
      </w:r>
    </w:p>
    <w:p w14:paraId="46B8B96C" w14:textId="77777777" w:rsidR="00E642C5" w:rsidRDefault="00402718">
      <w:pPr>
        <w:spacing w:after="0"/>
      </w:pPr>
      <w:r>
        <w:rPr>
          <w:rFonts w:ascii="Arial" w:hAnsi="Arial"/>
        </w:rPr>
        <w:t xml:space="preserve"> It's about what I expected.</w:t>
      </w:r>
    </w:p>
    <w:p w14:paraId="37AE38FB" w14:textId="77777777" w:rsidR="00E642C5" w:rsidRDefault="00E642C5">
      <w:pPr>
        <w:spacing w:after="0"/>
      </w:pPr>
    </w:p>
    <w:p w14:paraId="31CCB95F" w14:textId="77777777" w:rsidR="00E642C5" w:rsidRDefault="00402718">
      <w:pPr>
        <w:spacing w:after="0"/>
      </w:pPr>
      <w:r>
        <w:rPr>
          <w:rFonts w:ascii="Arial" w:hAnsi="Arial"/>
          <w:b/>
        </w:rPr>
        <w:t xml:space="preserve">Interviewer P:  </w:t>
      </w:r>
      <w:r>
        <w:rPr>
          <w:rFonts w:ascii="Arial" w:hAnsi="Arial"/>
          <w:color w:val="5D7284"/>
        </w:rPr>
        <w:t>06:02</w:t>
      </w:r>
    </w:p>
    <w:p w14:paraId="15F0303B" w14:textId="6F69315C" w:rsidR="00E642C5" w:rsidRDefault="00402718">
      <w:pPr>
        <w:spacing w:after="0"/>
      </w:pPr>
      <w:r>
        <w:rPr>
          <w:rFonts w:ascii="Arial" w:hAnsi="Arial"/>
        </w:rPr>
        <w:t xml:space="preserve">Okay. </w:t>
      </w:r>
      <w:r w:rsidR="002A1483">
        <w:rPr>
          <w:rFonts w:ascii="Arial" w:hAnsi="Arial"/>
        </w:rPr>
        <w:t>So,</w:t>
      </w:r>
      <w:r>
        <w:rPr>
          <w:rFonts w:ascii="Arial" w:hAnsi="Arial"/>
        </w:rPr>
        <w:t xml:space="preserve"> let's take a look</w:t>
      </w:r>
      <w:r>
        <w:rPr>
          <w:rFonts w:ascii="Arial" w:hAnsi="Arial"/>
        </w:rPr>
        <w:t xml:space="preserve"> now at what it looks like over here you can get up I'm going to first drop a single job of this is just dish so because it breaks the surface tension of the water, which otherwise causes the causes the food dye to just stay on top. </w:t>
      </w:r>
      <w:r w:rsidR="002A1483">
        <w:rPr>
          <w:rFonts w:ascii="Arial" w:hAnsi="Arial"/>
        </w:rPr>
        <w:t>So,</w:t>
      </w:r>
      <w:r>
        <w:rPr>
          <w:rFonts w:ascii="Arial" w:hAnsi="Arial"/>
        </w:rPr>
        <w:t xml:space="preserve"> drop that to get it to actually sink. </w:t>
      </w:r>
      <w:r w:rsidR="002A1483">
        <w:rPr>
          <w:rFonts w:ascii="Arial" w:hAnsi="Arial"/>
        </w:rPr>
        <w:t>So,</w:t>
      </w:r>
      <w:r>
        <w:rPr>
          <w:rFonts w:ascii="Arial" w:hAnsi="Arial"/>
        </w:rPr>
        <w:t xml:space="preserve"> we'll do the same put red in first. Anything surprised you? So far? </w:t>
      </w:r>
    </w:p>
    <w:p w14:paraId="3A76FC2F" w14:textId="77777777" w:rsidR="00E642C5" w:rsidRDefault="00E642C5">
      <w:pPr>
        <w:spacing w:after="0"/>
      </w:pPr>
    </w:p>
    <w:p w14:paraId="01B56C1F" w14:textId="77777777" w:rsidR="00E642C5" w:rsidRDefault="00402718">
      <w:pPr>
        <w:spacing w:after="0"/>
      </w:pPr>
      <w:r>
        <w:rPr>
          <w:rFonts w:ascii="Arial" w:hAnsi="Arial"/>
          <w:b/>
        </w:rPr>
        <w:t xml:space="preserve">Participant # 35:  </w:t>
      </w:r>
      <w:r>
        <w:rPr>
          <w:rFonts w:ascii="Arial" w:hAnsi="Arial"/>
          <w:color w:val="5D7284"/>
        </w:rPr>
        <w:t>07:18</w:t>
      </w:r>
    </w:p>
    <w:p w14:paraId="28019AF5" w14:textId="77777777" w:rsidR="00E642C5" w:rsidRDefault="00402718">
      <w:pPr>
        <w:spacing w:after="0"/>
      </w:pPr>
      <w:r>
        <w:rPr>
          <w:rFonts w:ascii="Arial" w:hAnsi="Arial"/>
        </w:rPr>
        <w:t>It's not really moving compared to the way it was in the video with the motion, this one.</w:t>
      </w:r>
    </w:p>
    <w:p w14:paraId="60A27D99" w14:textId="77777777" w:rsidR="00E642C5" w:rsidRDefault="00E642C5">
      <w:pPr>
        <w:spacing w:after="0"/>
      </w:pPr>
    </w:p>
    <w:p w14:paraId="54B94A32" w14:textId="77777777" w:rsidR="00E642C5" w:rsidRDefault="00402718">
      <w:pPr>
        <w:spacing w:after="0"/>
      </w:pPr>
      <w:r>
        <w:rPr>
          <w:rFonts w:ascii="Arial" w:hAnsi="Arial"/>
          <w:b/>
        </w:rPr>
        <w:t xml:space="preserve">Interviewer P:  </w:t>
      </w:r>
      <w:r>
        <w:rPr>
          <w:rFonts w:ascii="Arial" w:hAnsi="Arial"/>
          <w:color w:val="5D7284"/>
        </w:rPr>
        <w:t>07:24</w:t>
      </w:r>
    </w:p>
    <w:p w14:paraId="6360446B" w14:textId="77777777" w:rsidR="00E642C5" w:rsidRDefault="00402718">
      <w:pPr>
        <w:spacing w:after="0"/>
      </w:pPr>
      <w:r>
        <w:rPr>
          <w:rFonts w:ascii="Arial" w:hAnsi="Arial"/>
        </w:rPr>
        <w:t>Yeah, explain to me what you mean by not moving?</w:t>
      </w:r>
    </w:p>
    <w:p w14:paraId="7F2D980E" w14:textId="77777777" w:rsidR="00E642C5" w:rsidRDefault="00E642C5">
      <w:pPr>
        <w:spacing w:after="0"/>
      </w:pPr>
    </w:p>
    <w:p w14:paraId="132F5377" w14:textId="77777777" w:rsidR="00E642C5" w:rsidRDefault="00402718">
      <w:pPr>
        <w:spacing w:after="0"/>
      </w:pPr>
      <w:r>
        <w:rPr>
          <w:rFonts w:ascii="Arial" w:hAnsi="Arial"/>
          <w:b/>
        </w:rPr>
        <w:t xml:space="preserve">Participant # 35:  </w:t>
      </w:r>
      <w:r>
        <w:rPr>
          <w:rFonts w:ascii="Arial" w:hAnsi="Arial"/>
          <w:color w:val="5D7284"/>
        </w:rPr>
        <w:t>07:30</w:t>
      </w:r>
    </w:p>
    <w:p w14:paraId="19A1B1CF" w14:textId="1D01E653" w:rsidR="00E642C5" w:rsidRDefault="00402718">
      <w:pPr>
        <w:spacing w:after="0"/>
      </w:pPr>
      <w:r>
        <w:rPr>
          <w:rFonts w:ascii="Arial" w:hAnsi="Arial"/>
        </w:rPr>
        <w:lastRenderedPageBreak/>
        <w:t xml:space="preserve">It kind of like it's just kind of going to the </w:t>
      </w:r>
      <w:r w:rsidR="002A1483">
        <w:rPr>
          <w:rFonts w:ascii="Arial" w:hAnsi="Arial"/>
        </w:rPr>
        <w:t>bottom.</w:t>
      </w:r>
    </w:p>
    <w:p w14:paraId="6B2F00CD" w14:textId="77777777" w:rsidR="00E642C5" w:rsidRDefault="00E642C5">
      <w:pPr>
        <w:spacing w:after="0"/>
      </w:pPr>
    </w:p>
    <w:p w14:paraId="053EB7EE" w14:textId="77777777" w:rsidR="00E642C5" w:rsidRDefault="00402718">
      <w:pPr>
        <w:spacing w:after="0"/>
      </w:pPr>
      <w:r>
        <w:rPr>
          <w:rFonts w:ascii="Arial" w:hAnsi="Arial"/>
          <w:b/>
        </w:rPr>
        <w:t xml:space="preserve">Interviewer P:  </w:t>
      </w:r>
      <w:r>
        <w:rPr>
          <w:rFonts w:ascii="Arial" w:hAnsi="Arial"/>
          <w:color w:val="5D7284"/>
        </w:rPr>
        <w:t>07:34</w:t>
      </w:r>
    </w:p>
    <w:p w14:paraId="5222D7E3" w14:textId="77777777" w:rsidR="00E642C5" w:rsidRDefault="00402718">
      <w:pPr>
        <w:spacing w:after="0"/>
      </w:pPr>
      <w:r>
        <w:rPr>
          <w:rFonts w:ascii="Arial" w:hAnsi="Arial"/>
        </w:rPr>
        <w:t xml:space="preserve"> Yeah.</w:t>
      </w:r>
    </w:p>
    <w:p w14:paraId="1DC102AC" w14:textId="77777777" w:rsidR="00E642C5" w:rsidRDefault="00E642C5">
      <w:pPr>
        <w:spacing w:after="0"/>
      </w:pPr>
    </w:p>
    <w:p w14:paraId="109046D8" w14:textId="77777777" w:rsidR="00E642C5" w:rsidRDefault="00402718">
      <w:pPr>
        <w:spacing w:after="0"/>
      </w:pPr>
      <w:r>
        <w:rPr>
          <w:rFonts w:ascii="Arial" w:hAnsi="Arial"/>
          <w:b/>
        </w:rPr>
        <w:t xml:space="preserve">Participant # 35:  </w:t>
      </w:r>
      <w:r>
        <w:rPr>
          <w:rFonts w:ascii="Arial" w:hAnsi="Arial"/>
          <w:color w:val="5D7284"/>
        </w:rPr>
        <w:t>07:35</w:t>
      </w:r>
    </w:p>
    <w:p w14:paraId="09FA9574" w14:textId="77777777" w:rsidR="00E642C5" w:rsidRDefault="00402718">
      <w:pPr>
        <w:spacing w:after="0"/>
      </w:pPr>
      <w:r>
        <w:rPr>
          <w:rFonts w:ascii="Arial" w:hAnsi="Arial"/>
        </w:rPr>
        <w:t xml:space="preserve"> Compared to the other one. We're it came out.</w:t>
      </w:r>
    </w:p>
    <w:p w14:paraId="6D443378" w14:textId="77777777" w:rsidR="00E642C5" w:rsidRDefault="00E642C5">
      <w:pPr>
        <w:spacing w:after="0"/>
      </w:pPr>
    </w:p>
    <w:p w14:paraId="6C776280" w14:textId="77777777" w:rsidR="00E642C5" w:rsidRDefault="00402718">
      <w:pPr>
        <w:spacing w:after="0"/>
      </w:pPr>
      <w:r>
        <w:rPr>
          <w:rFonts w:ascii="Arial" w:hAnsi="Arial"/>
          <w:b/>
        </w:rPr>
        <w:t xml:space="preserve">Interviewer P:  </w:t>
      </w:r>
      <w:r>
        <w:rPr>
          <w:rFonts w:ascii="Arial" w:hAnsi="Arial"/>
          <w:color w:val="5D7284"/>
        </w:rPr>
        <w:t>07:37</w:t>
      </w:r>
    </w:p>
    <w:p w14:paraId="3B0AB585" w14:textId="77777777" w:rsidR="00E642C5" w:rsidRDefault="00402718">
      <w:pPr>
        <w:spacing w:after="0"/>
      </w:pPr>
      <w:r>
        <w:rPr>
          <w:rFonts w:ascii="Arial" w:hAnsi="Arial"/>
        </w:rPr>
        <w:t>Dispersed.</w:t>
      </w:r>
    </w:p>
    <w:p w14:paraId="24E2943F" w14:textId="77777777" w:rsidR="00E642C5" w:rsidRDefault="00E642C5">
      <w:pPr>
        <w:spacing w:after="0"/>
      </w:pPr>
    </w:p>
    <w:p w14:paraId="235E0211" w14:textId="77777777" w:rsidR="00E642C5" w:rsidRDefault="00402718">
      <w:pPr>
        <w:spacing w:after="0"/>
      </w:pPr>
      <w:r>
        <w:rPr>
          <w:rFonts w:ascii="Arial" w:hAnsi="Arial"/>
          <w:b/>
        </w:rPr>
        <w:t xml:space="preserve">Participant # 35:  </w:t>
      </w:r>
      <w:r>
        <w:rPr>
          <w:rFonts w:ascii="Arial" w:hAnsi="Arial"/>
          <w:color w:val="5D7284"/>
        </w:rPr>
        <w:t>07:38</w:t>
      </w:r>
    </w:p>
    <w:p w14:paraId="6881FD19" w14:textId="77777777" w:rsidR="00E642C5" w:rsidRDefault="00402718">
      <w:pPr>
        <w:spacing w:after="0"/>
      </w:pPr>
      <w:r>
        <w:rPr>
          <w:rFonts w:ascii="Arial" w:hAnsi="Arial"/>
        </w:rPr>
        <w:t xml:space="preserve">Yeah. </w:t>
      </w:r>
    </w:p>
    <w:p w14:paraId="5DD78764" w14:textId="77777777" w:rsidR="00E642C5" w:rsidRDefault="00E642C5">
      <w:pPr>
        <w:spacing w:after="0"/>
      </w:pPr>
    </w:p>
    <w:p w14:paraId="3071E2F7" w14:textId="77777777" w:rsidR="00E642C5" w:rsidRDefault="00402718">
      <w:pPr>
        <w:spacing w:after="0"/>
      </w:pPr>
      <w:r>
        <w:rPr>
          <w:rFonts w:ascii="Arial" w:hAnsi="Arial"/>
          <w:b/>
        </w:rPr>
        <w:t xml:space="preserve">Interviewer P:  </w:t>
      </w:r>
      <w:r>
        <w:rPr>
          <w:rFonts w:ascii="Arial" w:hAnsi="Arial"/>
          <w:color w:val="5D7284"/>
        </w:rPr>
        <w:t>07:38</w:t>
      </w:r>
    </w:p>
    <w:p w14:paraId="1C1CFD31" w14:textId="4494E516" w:rsidR="00E642C5" w:rsidRDefault="00402718">
      <w:pPr>
        <w:spacing w:after="0"/>
      </w:pPr>
      <w:r>
        <w:rPr>
          <w:rFonts w:ascii="Arial" w:hAnsi="Arial"/>
        </w:rPr>
        <w:t xml:space="preserve">Okay. So let me do the steering part of it now. Right, so for about a minute. Come a little closer if you want. </w:t>
      </w:r>
      <w:r w:rsidR="002A1483">
        <w:rPr>
          <w:rFonts w:ascii="Arial" w:hAnsi="Arial"/>
        </w:rPr>
        <w:t>So,</w:t>
      </w:r>
      <w:r>
        <w:rPr>
          <w:rFonts w:ascii="Arial" w:hAnsi="Arial"/>
        </w:rPr>
        <w:t xml:space="preserve"> </w:t>
      </w:r>
      <w:r w:rsidR="002A1483">
        <w:rPr>
          <w:rFonts w:ascii="Arial" w:hAnsi="Arial"/>
        </w:rPr>
        <w:t>is</w:t>
      </w:r>
      <w:r>
        <w:rPr>
          <w:rFonts w:ascii="Arial" w:hAnsi="Arial"/>
        </w:rPr>
        <w:t xml:space="preserve"> that surprising? </w:t>
      </w:r>
    </w:p>
    <w:p w14:paraId="1F2A0404" w14:textId="77777777" w:rsidR="00E642C5" w:rsidRDefault="00E642C5">
      <w:pPr>
        <w:spacing w:after="0"/>
      </w:pPr>
    </w:p>
    <w:p w14:paraId="29E8BE4F" w14:textId="77777777" w:rsidR="00E642C5" w:rsidRDefault="00402718">
      <w:pPr>
        <w:spacing w:after="0"/>
      </w:pPr>
      <w:r>
        <w:rPr>
          <w:rFonts w:ascii="Arial" w:hAnsi="Arial"/>
          <w:b/>
        </w:rPr>
        <w:t xml:space="preserve">Participant # 35:  </w:t>
      </w:r>
      <w:r>
        <w:rPr>
          <w:rFonts w:ascii="Arial" w:hAnsi="Arial"/>
          <w:color w:val="5D7284"/>
        </w:rPr>
        <w:t>08:34</w:t>
      </w:r>
    </w:p>
    <w:p w14:paraId="60D9A0A8" w14:textId="77777777" w:rsidR="00E642C5" w:rsidRDefault="00402718">
      <w:pPr>
        <w:spacing w:after="0"/>
      </w:pPr>
      <w:r>
        <w:rPr>
          <w:rFonts w:ascii="Arial" w:hAnsi="Arial"/>
        </w:rPr>
        <w:t>No, I kind of expected it. spiral a little bit. It's kind of cool though.</w:t>
      </w:r>
    </w:p>
    <w:p w14:paraId="17F54392" w14:textId="77777777" w:rsidR="00E642C5" w:rsidRDefault="00E642C5">
      <w:pPr>
        <w:spacing w:after="0"/>
      </w:pPr>
    </w:p>
    <w:p w14:paraId="372DF927" w14:textId="77777777" w:rsidR="00E642C5" w:rsidRDefault="00402718">
      <w:pPr>
        <w:spacing w:after="0"/>
      </w:pPr>
      <w:r>
        <w:rPr>
          <w:rFonts w:ascii="Arial" w:hAnsi="Arial"/>
          <w:b/>
        </w:rPr>
        <w:t xml:space="preserve">Interviewer P:  </w:t>
      </w:r>
      <w:r>
        <w:rPr>
          <w:rFonts w:ascii="Arial" w:hAnsi="Arial"/>
          <w:color w:val="5D7284"/>
        </w:rPr>
        <w:t>08:39</w:t>
      </w:r>
    </w:p>
    <w:p w14:paraId="79BC2116" w14:textId="77777777" w:rsidR="00E642C5" w:rsidRDefault="00402718">
      <w:pPr>
        <w:spacing w:after="0"/>
      </w:pPr>
      <w:r>
        <w:rPr>
          <w:rFonts w:ascii="Arial" w:hAnsi="Arial"/>
        </w:rPr>
        <w:t xml:space="preserve"> Yeah, it is kind of cool. Is it the spiraling? Is it? Are the spirals? The same or different from what you drew? What you predicted.</w:t>
      </w:r>
    </w:p>
    <w:p w14:paraId="414E339E" w14:textId="77777777" w:rsidR="00E642C5" w:rsidRDefault="00E642C5">
      <w:pPr>
        <w:spacing w:after="0"/>
      </w:pPr>
    </w:p>
    <w:p w14:paraId="701EFA27" w14:textId="77777777" w:rsidR="00E642C5" w:rsidRDefault="00402718">
      <w:pPr>
        <w:spacing w:after="0"/>
      </w:pPr>
      <w:r>
        <w:rPr>
          <w:rFonts w:ascii="Arial" w:hAnsi="Arial"/>
          <w:b/>
        </w:rPr>
        <w:t xml:space="preserve">Participant # 35:  </w:t>
      </w:r>
      <w:r>
        <w:rPr>
          <w:rFonts w:ascii="Arial" w:hAnsi="Arial"/>
          <w:color w:val="5D7284"/>
        </w:rPr>
        <w:t>08:51</w:t>
      </w:r>
    </w:p>
    <w:p w14:paraId="6F6FAE7D" w14:textId="5FFD288E" w:rsidR="00E642C5" w:rsidRDefault="00402718">
      <w:pPr>
        <w:spacing w:after="0"/>
      </w:pPr>
      <w:r>
        <w:rPr>
          <w:rFonts w:ascii="Arial" w:hAnsi="Arial"/>
        </w:rPr>
        <w:t xml:space="preserve">It's different. I guess minor, like bigger, I kind of assumed it would go around. </w:t>
      </w:r>
      <w:r w:rsidR="002A1483">
        <w:rPr>
          <w:rFonts w:ascii="Arial" w:hAnsi="Arial"/>
        </w:rPr>
        <w:t>There</w:t>
      </w:r>
      <w:r>
        <w:rPr>
          <w:rFonts w:ascii="Arial" w:hAnsi="Arial"/>
        </w:rPr>
        <w:t xml:space="preserve"> are kind of just staying within like I was staying, well, not this area, but like it's not as big as I thought it would be. I kind of thought it would go around the tank.</w:t>
      </w:r>
    </w:p>
    <w:p w14:paraId="2A85E913" w14:textId="77777777" w:rsidR="00E642C5" w:rsidRDefault="00E642C5">
      <w:pPr>
        <w:spacing w:after="0"/>
      </w:pPr>
    </w:p>
    <w:p w14:paraId="6E4B3486" w14:textId="77777777" w:rsidR="00E642C5" w:rsidRDefault="00402718">
      <w:pPr>
        <w:spacing w:after="0"/>
      </w:pPr>
      <w:r>
        <w:rPr>
          <w:rFonts w:ascii="Arial" w:hAnsi="Arial"/>
          <w:b/>
        </w:rPr>
        <w:t xml:space="preserve">Interviewer P:  </w:t>
      </w:r>
      <w:r>
        <w:rPr>
          <w:rFonts w:ascii="Arial" w:hAnsi="Arial"/>
          <w:color w:val="5D7284"/>
        </w:rPr>
        <w:t>09:12</w:t>
      </w:r>
    </w:p>
    <w:p w14:paraId="562AE27A" w14:textId="77777777" w:rsidR="00E642C5" w:rsidRDefault="00402718">
      <w:pPr>
        <w:spacing w:after="0"/>
      </w:pPr>
      <w:r>
        <w:rPr>
          <w:rFonts w:ascii="Arial" w:hAnsi="Arial"/>
        </w:rPr>
        <w:t>Is the red and blue mixing.</w:t>
      </w:r>
    </w:p>
    <w:p w14:paraId="463F4E71" w14:textId="77777777" w:rsidR="00E642C5" w:rsidRDefault="00E642C5">
      <w:pPr>
        <w:spacing w:after="0"/>
      </w:pPr>
    </w:p>
    <w:p w14:paraId="05B12304" w14:textId="77777777" w:rsidR="00E642C5" w:rsidRDefault="00402718">
      <w:pPr>
        <w:spacing w:after="0"/>
      </w:pPr>
      <w:r>
        <w:rPr>
          <w:rFonts w:ascii="Arial" w:hAnsi="Arial"/>
          <w:b/>
        </w:rPr>
        <w:t xml:space="preserve">Participant # 35:  </w:t>
      </w:r>
      <w:r>
        <w:rPr>
          <w:rFonts w:ascii="Arial" w:hAnsi="Arial"/>
          <w:color w:val="5D7284"/>
        </w:rPr>
        <w:t>09:14</w:t>
      </w:r>
    </w:p>
    <w:p w14:paraId="7798FB62" w14:textId="77777777" w:rsidR="00E642C5" w:rsidRDefault="00402718">
      <w:pPr>
        <w:spacing w:after="0"/>
      </w:pPr>
      <w:r>
        <w:rPr>
          <w:rFonts w:ascii="Arial" w:hAnsi="Arial"/>
        </w:rPr>
        <w:t xml:space="preserve"> No. </w:t>
      </w:r>
    </w:p>
    <w:p w14:paraId="42F0E1E0" w14:textId="77777777" w:rsidR="00E642C5" w:rsidRDefault="00E642C5">
      <w:pPr>
        <w:spacing w:after="0"/>
      </w:pPr>
    </w:p>
    <w:p w14:paraId="2E163135" w14:textId="77777777" w:rsidR="00E642C5" w:rsidRDefault="00402718">
      <w:pPr>
        <w:spacing w:after="0"/>
      </w:pPr>
      <w:r>
        <w:rPr>
          <w:rFonts w:ascii="Arial" w:hAnsi="Arial"/>
          <w:b/>
        </w:rPr>
        <w:t xml:space="preserve">Interviewer P:  </w:t>
      </w:r>
      <w:r>
        <w:rPr>
          <w:rFonts w:ascii="Arial" w:hAnsi="Arial"/>
          <w:color w:val="5D7284"/>
        </w:rPr>
        <w:t>09:15</w:t>
      </w:r>
    </w:p>
    <w:p w14:paraId="246A8823" w14:textId="283ED806" w:rsidR="00E642C5" w:rsidRDefault="00402718">
      <w:pPr>
        <w:spacing w:after="0"/>
      </w:pPr>
      <w:r>
        <w:rPr>
          <w:rFonts w:ascii="Arial" w:hAnsi="Arial"/>
        </w:rPr>
        <w:t xml:space="preserve">And was the red and blue mixing in the </w:t>
      </w:r>
      <w:r w:rsidR="002A1483">
        <w:rPr>
          <w:rFonts w:ascii="Arial" w:hAnsi="Arial"/>
        </w:rPr>
        <w:t>non-rotating</w:t>
      </w:r>
      <w:r>
        <w:rPr>
          <w:rFonts w:ascii="Arial" w:hAnsi="Arial"/>
        </w:rPr>
        <w:t xml:space="preserve"> case?</w:t>
      </w:r>
    </w:p>
    <w:p w14:paraId="25F55DF0" w14:textId="77777777" w:rsidR="00E642C5" w:rsidRDefault="00E642C5">
      <w:pPr>
        <w:spacing w:after="0"/>
      </w:pPr>
    </w:p>
    <w:p w14:paraId="51219501" w14:textId="77777777" w:rsidR="00E642C5" w:rsidRDefault="00402718">
      <w:pPr>
        <w:spacing w:after="0"/>
      </w:pPr>
      <w:r>
        <w:rPr>
          <w:rFonts w:ascii="Arial" w:hAnsi="Arial"/>
          <w:b/>
        </w:rPr>
        <w:t xml:space="preserve">Participant # 35:  </w:t>
      </w:r>
      <w:r>
        <w:rPr>
          <w:rFonts w:ascii="Arial" w:hAnsi="Arial"/>
          <w:color w:val="5D7284"/>
        </w:rPr>
        <w:t>09:20</w:t>
      </w:r>
    </w:p>
    <w:p w14:paraId="105E38E2" w14:textId="77777777" w:rsidR="00E642C5" w:rsidRDefault="00402718">
      <w:pPr>
        <w:spacing w:after="0"/>
      </w:pPr>
      <w:r>
        <w:rPr>
          <w:rFonts w:ascii="Arial" w:hAnsi="Arial"/>
        </w:rPr>
        <w:t>I believe so.</w:t>
      </w:r>
    </w:p>
    <w:p w14:paraId="09B8F0B3" w14:textId="77777777" w:rsidR="00E642C5" w:rsidRDefault="00E642C5">
      <w:pPr>
        <w:spacing w:after="0"/>
      </w:pPr>
    </w:p>
    <w:p w14:paraId="16F6B828" w14:textId="77777777" w:rsidR="00E642C5" w:rsidRDefault="00402718">
      <w:pPr>
        <w:spacing w:after="0"/>
      </w:pPr>
      <w:r>
        <w:rPr>
          <w:rFonts w:ascii="Arial" w:hAnsi="Arial"/>
          <w:b/>
        </w:rPr>
        <w:t xml:space="preserve">Interviewer P:  </w:t>
      </w:r>
      <w:r>
        <w:rPr>
          <w:rFonts w:ascii="Arial" w:hAnsi="Arial"/>
          <w:color w:val="5D7284"/>
        </w:rPr>
        <w:t>09:22</w:t>
      </w:r>
    </w:p>
    <w:p w14:paraId="120381B1" w14:textId="0B565CC4" w:rsidR="00E642C5" w:rsidRDefault="00402718">
      <w:pPr>
        <w:spacing w:after="0"/>
      </w:pPr>
      <w:r>
        <w:rPr>
          <w:rFonts w:ascii="Arial" w:hAnsi="Arial"/>
        </w:rPr>
        <w:lastRenderedPageBreak/>
        <w:t xml:space="preserve">And so do you have anything that you can offer for the difference in how they're mixing in the rotating in the </w:t>
      </w:r>
      <w:r w:rsidR="002A1483">
        <w:rPr>
          <w:rFonts w:ascii="Arial" w:hAnsi="Arial"/>
        </w:rPr>
        <w:t>non-rotating</w:t>
      </w:r>
      <w:r>
        <w:rPr>
          <w:rFonts w:ascii="Arial" w:hAnsi="Arial"/>
        </w:rPr>
        <w:t xml:space="preserve"> case or not mixing and the explanation for that.</w:t>
      </w:r>
    </w:p>
    <w:p w14:paraId="2B932EC1" w14:textId="77777777" w:rsidR="00E642C5" w:rsidRDefault="00E642C5">
      <w:pPr>
        <w:spacing w:after="0"/>
      </w:pPr>
    </w:p>
    <w:p w14:paraId="48757895" w14:textId="77777777" w:rsidR="00E642C5" w:rsidRDefault="00402718">
      <w:pPr>
        <w:spacing w:after="0"/>
      </w:pPr>
      <w:r>
        <w:rPr>
          <w:rFonts w:ascii="Arial" w:hAnsi="Arial"/>
          <w:b/>
        </w:rPr>
        <w:t xml:space="preserve">Participant # 35:  </w:t>
      </w:r>
      <w:r>
        <w:rPr>
          <w:rFonts w:ascii="Arial" w:hAnsi="Arial"/>
          <w:color w:val="5D7284"/>
        </w:rPr>
        <w:t>09:44</w:t>
      </w:r>
    </w:p>
    <w:p w14:paraId="5D9FB721" w14:textId="77777777" w:rsidR="00E642C5" w:rsidRDefault="00402718">
      <w:pPr>
        <w:spacing w:after="0"/>
      </w:pPr>
      <w:r>
        <w:rPr>
          <w:rFonts w:ascii="Arial" w:hAnsi="Arial"/>
        </w:rPr>
        <w:t>They're kind of just in their own like respective positions.</w:t>
      </w:r>
    </w:p>
    <w:p w14:paraId="5341665F" w14:textId="77777777" w:rsidR="00E642C5" w:rsidRDefault="00E642C5">
      <w:pPr>
        <w:spacing w:after="0"/>
      </w:pPr>
    </w:p>
    <w:p w14:paraId="0F012E3F" w14:textId="77777777" w:rsidR="00E642C5" w:rsidRDefault="00402718">
      <w:pPr>
        <w:spacing w:after="0"/>
      </w:pPr>
      <w:r>
        <w:rPr>
          <w:rFonts w:ascii="Arial" w:hAnsi="Arial"/>
          <w:b/>
        </w:rPr>
        <w:t xml:space="preserve">Interviewer P:  </w:t>
      </w:r>
      <w:r>
        <w:rPr>
          <w:rFonts w:ascii="Arial" w:hAnsi="Arial"/>
          <w:color w:val="5D7284"/>
        </w:rPr>
        <w:t>09:49</w:t>
      </w:r>
    </w:p>
    <w:p w14:paraId="3B57D14C" w14:textId="02CD624B" w:rsidR="00E642C5" w:rsidRDefault="00402718">
      <w:pPr>
        <w:spacing w:after="0"/>
      </w:pPr>
      <w:r>
        <w:rPr>
          <w:rFonts w:ascii="Arial" w:hAnsi="Arial"/>
        </w:rPr>
        <w:t xml:space="preserve">What </w:t>
      </w:r>
      <w:r w:rsidR="002A1483">
        <w:rPr>
          <w:rFonts w:ascii="Arial" w:hAnsi="Arial"/>
        </w:rPr>
        <w:t>am I</w:t>
      </w:r>
      <w:r>
        <w:rPr>
          <w:rFonts w:ascii="Arial" w:hAnsi="Arial"/>
        </w:rPr>
        <w:t xml:space="preserve"> asking and it's okay if you're just like well I don't know but what I'm asking is why?</w:t>
      </w:r>
    </w:p>
    <w:p w14:paraId="3305231B" w14:textId="77777777" w:rsidR="00E642C5" w:rsidRDefault="00E642C5">
      <w:pPr>
        <w:spacing w:after="0"/>
      </w:pPr>
    </w:p>
    <w:p w14:paraId="67209C1F" w14:textId="77777777" w:rsidR="00E642C5" w:rsidRDefault="00402718">
      <w:pPr>
        <w:spacing w:after="0"/>
      </w:pPr>
      <w:r>
        <w:rPr>
          <w:rFonts w:ascii="Arial" w:hAnsi="Arial"/>
          <w:b/>
        </w:rPr>
        <w:t xml:space="preserve">Participant # 35:  </w:t>
      </w:r>
      <w:r>
        <w:rPr>
          <w:rFonts w:ascii="Arial" w:hAnsi="Arial"/>
          <w:color w:val="5D7284"/>
        </w:rPr>
        <w:t>10:05</w:t>
      </w:r>
    </w:p>
    <w:p w14:paraId="69123EE1" w14:textId="7ABC8DF7" w:rsidR="00E642C5" w:rsidRDefault="00402718">
      <w:pPr>
        <w:spacing w:after="0"/>
      </w:pPr>
      <w:r>
        <w:rPr>
          <w:rFonts w:ascii="Arial" w:hAnsi="Arial"/>
        </w:rPr>
        <w:t xml:space="preserve">I don't know, it's kind of reminds me of like, when you have water and like a cup, and you swirl around in the Whirlpool just stays in the middle. </w:t>
      </w:r>
      <w:r w:rsidR="002A1483">
        <w:rPr>
          <w:rFonts w:ascii="Arial" w:hAnsi="Arial"/>
        </w:rPr>
        <w:t>So,</w:t>
      </w:r>
      <w:r>
        <w:rPr>
          <w:rFonts w:ascii="Arial" w:hAnsi="Arial"/>
        </w:rPr>
        <w:t xml:space="preserve"> I guess it's spinning, it's just kind of staying in one position, not really moving out to other parts of the water.</w:t>
      </w:r>
    </w:p>
    <w:p w14:paraId="7C0333F9" w14:textId="77777777" w:rsidR="00E642C5" w:rsidRDefault="00E642C5">
      <w:pPr>
        <w:spacing w:after="0"/>
      </w:pPr>
    </w:p>
    <w:p w14:paraId="21EDC96D" w14:textId="77777777" w:rsidR="00E642C5" w:rsidRDefault="00402718">
      <w:pPr>
        <w:spacing w:after="0"/>
      </w:pPr>
      <w:r>
        <w:rPr>
          <w:rFonts w:ascii="Arial" w:hAnsi="Arial"/>
          <w:b/>
        </w:rPr>
        <w:t xml:space="preserve">Interviewer P:  </w:t>
      </w:r>
      <w:r>
        <w:rPr>
          <w:rFonts w:ascii="Arial" w:hAnsi="Arial"/>
          <w:color w:val="5D7284"/>
        </w:rPr>
        <w:t>10:25</w:t>
      </w:r>
    </w:p>
    <w:p w14:paraId="3A5518B7" w14:textId="77777777" w:rsidR="00E642C5" w:rsidRDefault="00402718">
      <w:pPr>
        <w:spacing w:after="0"/>
      </w:pPr>
      <w:r>
        <w:rPr>
          <w:rFonts w:ascii="Arial" w:hAnsi="Arial"/>
        </w:rPr>
        <w:t>Okay, I am going to let Erika take over from here.</w:t>
      </w:r>
    </w:p>
    <w:p w14:paraId="6DA1EE35" w14:textId="77777777" w:rsidR="00E642C5" w:rsidRDefault="00E642C5">
      <w:pPr>
        <w:spacing w:after="0"/>
      </w:pPr>
    </w:p>
    <w:p w14:paraId="783C5D43" w14:textId="77777777" w:rsidR="00E642C5" w:rsidRDefault="00402718">
      <w:pPr>
        <w:spacing w:after="0"/>
      </w:pPr>
      <w:r>
        <w:rPr>
          <w:rFonts w:ascii="Arial" w:hAnsi="Arial"/>
          <w:b/>
        </w:rPr>
        <w:t xml:space="preserve">Interviewer E:  </w:t>
      </w:r>
      <w:r>
        <w:rPr>
          <w:rFonts w:ascii="Arial" w:hAnsi="Arial"/>
          <w:color w:val="5D7284"/>
        </w:rPr>
        <w:t>10:40</w:t>
      </w:r>
    </w:p>
    <w:p w14:paraId="3ED2D6D7" w14:textId="413660F3" w:rsidR="00E642C5" w:rsidRDefault="00402718">
      <w:pPr>
        <w:spacing w:after="0"/>
      </w:pPr>
      <w:r>
        <w:rPr>
          <w:rFonts w:ascii="Arial" w:hAnsi="Arial"/>
        </w:rPr>
        <w:t xml:space="preserve">All right. So first, what I want to show you is a couple pitchers of water. </w:t>
      </w:r>
      <w:r w:rsidR="002A1483">
        <w:rPr>
          <w:rFonts w:ascii="Arial" w:hAnsi="Arial"/>
        </w:rPr>
        <w:t>So,</w:t>
      </w:r>
      <w:r>
        <w:rPr>
          <w:rFonts w:ascii="Arial" w:hAnsi="Arial"/>
        </w:rPr>
        <w:t xml:space="preserve"> the first one here is water dyed red and water dyed blue the difference between these liquids is the temperature. </w:t>
      </w:r>
      <w:r w:rsidR="002A1483">
        <w:rPr>
          <w:rFonts w:ascii="Arial" w:hAnsi="Arial"/>
        </w:rPr>
        <w:t>So,</w:t>
      </w:r>
      <w:r>
        <w:rPr>
          <w:rFonts w:ascii="Arial" w:hAnsi="Arial"/>
        </w:rPr>
        <w:t xml:space="preserve"> you could feel the sides if you want. </w:t>
      </w:r>
      <w:r w:rsidR="002A1483">
        <w:rPr>
          <w:rFonts w:ascii="Arial" w:hAnsi="Arial"/>
        </w:rPr>
        <w:t>So,</w:t>
      </w:r>
      <w:r>
        <w:rPr>
          <w:rFonts w:ascii="Arial" w:hAnsi="Arial"/>
        </w:rPr>
        <w:t xml:space="preserve"> the red is </w:t>
      </w:r>
      <w:r w:rsidR="002A1483">
        <w:rPr>
          <w:rFonts w:ascii="Arial" w:hAnsi="Arial"/>
        </w:rPr>
        <w:t>hot,</w:t>
      </w:r>
      <w:r>
        <w:rPr>
          <w:rFonts w:ascii="Arial" w:hAnsi="Arial"/>
        </w:rPr>
        <w:t xml:space="preserve"> and the blue is cold. And these two pitchers, one is dyed green, and one is dyed yellow. The green one is saltwater and the yellow one is freshwater, just normal tap water, they are both the exact same temperature. So other than salinity, there's no difference in the two. And this is a rectangle tank that Dr. McNeal was talking ab</w:t>
      </w:r>
      <w:r>
        <w:rPr>
          <w:rFonts w:ascii="Arial" w:hAnsi="Arial"/>
        </w:rPr>
        <w:t xml:space="preserve">out earlier. So basically, what I'm going to do is I'm going to take either set of pitchers, so others saltwater freshwater or the hot water and the cold water and I'm going to pour one on this side, one on the other. And then I'm going to lift this dividing wall, which is going to which they're going to interact. Do you have any questions about that? Okay, so before I do that, um, between either of the two pairs of pitchers, what do you think either of them will </w:t>
      </w:r>
      <w:r w:rsidR="002A1483">
        <w:rPr>
          <w:rFonts w:ascii="Arial" w:hAnsi="Arial"/>
        </w:rPr>
        <w:t>be combined</w:t>
      </w:r>
      <w:r>
        <w:rPr>
          <w:rFonts w:ascii="Arial" w:hAnsi="Arial"/>
        </w:rPr>
        <w:t xml:space="preserve">? </w:t>
      </w:r>
      <w:r w:rsidR="002A1483">
        <w:rPr>
          <w:rFonts w:ascii="Arial" w:hAnsi="Arial"/>
        </w:rPr>
        <w:t>Combined together</w:t>
      </w:r>
      <w:r>
        <w:rPr>
          <w:rFonts w:ascii="Arial" w:hAnsi="Arial"/>
        </w:rPr>
        <w:t>? And if so, h</w:t>
      </w:r>
      <w:r>
        <w:rPr>
          <w:rFonts w:ascii="Arial" w:hAnsi="Arial"/>
        </w:rPr>
        <w:t>ow long do you think that would take?</w:t>
      </w:r>
    </w:p>
    <w:p w14:paraId="3988C78E" w14:textId="77777777" w:rsidR="00E642C5" w:rsidRDefault="00E642C5">
      <w:pPr>
        <w:spacing w:after="0"/>
      </w:pPr>
    </w:p>
    <w:p w14:paraId="4F5C5712" w14:textId="77777777" w:rsidR="00E642C5" w:rsidRDefault="00402718">
      <w:pPr>
        <w:spacing w:after="0"/>
      </w:pPr>
      <w:r>
        <w:rPr>
          <w:rFonts w:ascii="Arial" w:hAnsi="Arial"/>
          <w:b/>
        </w:rPr>
        <w:t xml:space="preserve">Participant # 35:  </w:t>
      </w:r>
      <w:r>
        <w:rPr>
          <w:rFonts w:ascii="Arial" w:hAnsi="Arial"/>
          <w:color w:val="5D7284"/>
        </w:rPr>
        <w:t>12:20</w:t>
      </w:r>
    </w:p>
    <w:p w14:paraId="24852821" w14:textId="77777777" w:rsidR="00E642C5" w:rsidRDefault="00402718">
      <w:pPr>
        <w:spacing w:after="0"/>
      </w:pPr>
      <w:r>
        <w:rPr>
          <w:rFonts w:ascii="Arial" w:hAnsi="Arial"/>
        </w:rPr>
        <w:t>Well, I don't really think the salt water in the freshwater would combine.</w:t>
      </w:r>
    </w:p>
    <w:p w14:paraId="2361449E" w14:textId="77777777" w:rsidR="00E642C5" w:rsidRDefault="00E642C5">
      <w:pPr>
        <w:spacing w:after="0"/>
      </w:pPr>
    </w:p>
    <w:p w14:paraId="659237F0" w14:textId="77777777" w:rsidR="00E642C5" w:rsidRDefault="00402718">
      <w:pPr>
        <w:spacing w:after="0"/>
      </w:pPr>
      <w:r>
        <w:rPr>
          <w:rFonts w:ascii="Arial" w:hAnsi="Arial"/>
          <w:b/>
        </w:rPr>
        <w:t xml:space="preserve">Interviewer E:  </w:t>
      </w:r>
      <w:r>
        <w:rPr>
          <w:rFonts w:ascii="Arial" w:hAnsi="Arial"/>
          <w:color w:val="5D7284"/>
        </w:rPr>
        <w:t>12:26</w:t>
      </w:r>
    </w:p>
    <w:p w14:paraId="3578EA86" w14:textId="77777777" w:rsidR="00E642C5" w:rsidRDefault="00402718">
      <w:pPr>
        <w:spacing w:after="0"/>
      </w:pPr>
      <w:r>
        <w:rPr>
          <w:rFonts w:ascii="Arial" w:hAnsi="Arial"/>
        </w:rPr>
        <w:t xml:space="preserve">Okay. </w:t>
      </w:r>
    </w:p>
    <w:p w14:paraId="7AC9E593" w14:textId="77777777" w:rsidR="00E642C5" w:rsidRDefault="00E642C5">
      <w:pPr>
        <w:spacing w:after="0"/>
      </w:pPr>
    </w:p>
    <w:p w14:paraId="2E7942DF" w14:textId="77777777" w:rsidR="00E642C5" w:rsidRDefault="00402718">
      <w:pPr>
        <w:spacing w:after="0"/>
      </w:pPr>
      <w:r>
        <w:rPr>
          <w:rFonts w:ascii="Arial" w:hAnsi="Arial"/>
          <w:b/>
        </w:rPr>
        <w:t xml:space="preserve">Participant # 35:  </w:t>
      </w:r>
      <w:r>
        <w:rPr>
          <w:rFonts w:ascii="Arial" w:hAnsi="Arial"/>
          <w:color w:val="5D7284"/>
        </w:rPr>
        <w:t>12:29</w:t>
      </w:r>
    </w:p>
    <w:p w14:paraId="7D073242" w14:textId="77777777" w:rsidR="00E642C5" w:rsidRDefault="00402718">
      <w:pPr>
        <w:spacing w:after="0"/>
      </w:pPr>
      <w:r>
        <w:rPr>
          <w:rFonts w:ascii="Arial" w:hAnsi="Arial"/>
        </w:rPr>
        <w:t>And as for the hot and cold? I feel like I don't know how long it will take for the temperature to decrease.</w:t>
      </w:r>
    </w:p>
    <w:p w14:paraId="18201899" w14:textId="77777777" w:rsidR="00E642C5" w:rsidRDefault="00E642C5">
      <w:pPr>
        <w:spacing w:after="0"/>
      </w:pPr>
    </w:p>
    <w:p w14:paraId="225C5A69" w14:textId="77777777" w:rsidR="00E642C5" w:rsidRDefault="00402718">
      <w:pPr>
        <w:spacing w:after="0"/>
      </w:pPr>
      <w:r>
        <w:rPr>
          <w:rFonts w:ascii="Arial" w:hAnsi="Arial"/>
          <w:b/>
        </w:rPr>
        <w:t xml:space="preserve">Interviewer E:  </w:t>
      </w:r>
      <w:r>
        <w:rPr>
          <w:rFonts w:ascii="Arial" w:hAnsi="Arial"/>
          <w:color w:val="5D7284"/>
        </w:rPr>
        <w:t>12:40</w:t>
      </w:r>
    </w:p>
    <w:p w14:paraId="4C0523CB" w14:textId="77777777" w:rsidR="00E642C5" w:rsidRDefault="00402718">
      <w:pPr>
        <w:spacing w:after="0"/>
      </w:pPr>
      <w:r>
        <w:rPr>
          <w:rFonts w:ascii="Arial" w:hAnsi="Arial"/>
        </w:rPr>
        <w:t>Well give like a guestimation.</w:t>
      </w:r>
    </w:p>
    <w:p w14:paraId="7C3AFEAE" w14:textId="77777777" w:rsidR="00E642C5" w:rsidRDefault="00E642C5">
      <w:pPr>
        <w:spacing w:after="0"/>
      </w:pPr>
    </w:p>
    <w:p w14:paraId="7E49548A" w14:textId="77777777" w:rsidR="00E642C5" w:rsidRDefault="00402718">
      <w:pPr>
        <w:spacing w:after="0"/>
      </w:pPr>
      <w:r>
        <w:rPr>
          <w:rFonts w:ascii="Arial" w:hAnsi="Arial"/>
          <w:b/>
        </w:rPr>
        <w:t xml:space="preserve">Participant # 35:  </w:t>
      </w:r>
      <w:r>
        <w:rPr>
          <w:rFonts w:ascii="Arial" w:hAnsi="Arial"/>
          <w:color w:val="5D7284"/>
        </w:rPr>
        <w:t>12:43</w:t>
      </w:r>
    </w:p>
    <w:p w14:paraId="5E3D3196" w14:textId="77777777" w:rsidR="00E642C5" w:rsidRDefault="00402718">
      <w:pPr>
        <w:spacing w:after="0"/>
      </w:pPr>
      <w:r>
        <w:rPr>
          <w:rFonts w:ascii="Arial" w:hAnsi="Arial"/>
        </w:rPr>
        <w:t>Like to me minutes.</w:t>
      </w:r>
    </w:p>
    <w:p w14:paraId="6CA42048" w14:textId="77777777" w:rsidR="00E642C5" w:rsidRDefault="00E642C5">
      <w:pPr>
        <w:spacing w:after="0"/>
      </w:pPr>
    </w:p>
    <w:p w14:paraId="6F774D5C" w14:textId="77777777" w:rsidR="00E642C5" w:rsidRDefault="00402718">
      <w:pPr>
        <w:spacing w:after="0"/>
      </w:pPr>
      <w:r>
        <w:rPr>
          <w:rFonts w:ascii="Arial" w:hAnsi="Arial"/>
          <w:b/>
        </w:rPr>
        <w:t xml:space="preserve">Interviewer E:  </w:t>
      </w:r>
      <w:r>
        <w:rPr>
          <w:rFonts w:ascii="Arial" w:hAnsi="Arial"/>
          <w:color w:val="5D7284"/>
        </w:rPr>
        <w:t>12:46</w:t>
      </w:r>
    </w:p>
    <w:p w14:paraId="4EDFAF24" w14:textId="77777777" w:rsidR="00E642C5" w:rsidRDefault="00402718">
      <w:pPr>
        <w:spacing w:after="0"/>
      </w:pPr>
      <w:r>
        <w:rPr>
          <w:rFonts w:ascii="Arial" w:hAnsi="Arial"/>
        </w:rPr>
        <w:t>Two minutes.</w:t>
      </w:r>
    </w:p>
    <w:p w14:paraId="764EE77E" w14:textId="77777777" w:rsidR="00E642C5" w:rsidRDefault="00E642C5">
      <w:pPr>
        <w:spacing w:after="0"/>
      </w:pPr>
    </w:p>
    <w:p w14:paraId="4C13D0CC" w14:textId="77777777" w:rsidR="00E642C5" w:rsidRDefault="00402718">
      <w:pPr>
        <w:spacing w:after="0"/>
      </w:pPr>
      <w:r>
        <w:rPr>
          <w:rFonts w:ascii="Arial" w:hAnsi="Arial"/>
          <w:b/>
        </w:rPr>
        <w:t xml:space="preserve">Participant # 35:  </w:t>
      </w:r>
      <w:r>
        <w:rPr>
          <w:rFonts w:ascii="Arial" w:hAnsi="Arial"/>
          <w:color w:val="5D7284"/>
        </w:rPr>
        <w:t>12:47</w:t>
      </w:r>
    </w:p>
    <w:p w14:paraId="2F3DFDE6" w14:textId="77777777" w:rsidR="00E642C5" w:rsidRDefault="00402718">
      <w:pPr>
        <w:spacing w:after="0"/>
      </w:pPr>
      <w:r>
        <w:rPr>
          <w:rFonts w:ascii="Arial" w:hAnsi="Arial"/>
        </w:rPr>
        <w:t xml:space="preserve">Yeah. </w:t>
      </w:r>
    </w:p>
    <w:p w14:paraId="78422795" w14:textId="77777777" w:rsidR="00E642C5" w:rsidRDefault="00E642C5">
      <w:pPr>
        <w:spacing w:after="0"/>
      </w:pPr>
    </w:p>
    <w:p w14:paraId="1CF586D4" w14:textId="77777777" w:rsidR="00E642C5" w:rsidRDefault="00402718">
      <w:pPr>
        <w:spacing w:after="0"/>
      </w:pPr>
      <w:r>
        <w:rPr>
          <w:rFonts w:ascii="Arial" w:hAnsi="Arial"/>
          <w:b/>
        </w:rPr>
        <w:t xml:space="preserve">Interviewer E:  </w:t>
      </w:r>
      <w:r>
        <w:rPr>
          <w:rFonts w:ascii="Arial" w:hAnsi="Arial"/>
          <w:color w:val="5D7284"/>
        </w:rPr>
        <w:t>12:49</w:t>
      </w:r>
    </w:p>
    <w:p w14:paraId="124224B2" w14:textId="77777777" w:rsidR="00E642C5" w:rsidRDefault="00402718">
      <w:pPr>
        <w:spacing w:after="0"/>
      </w:pPr>
      <w:r>
        <w:rPr>
          <w:rFonts w:ascii="Arial" w:hAnsi="Arial"/>
        </w:rPr>
        <w:t>Okay. And when do you think the saltwater freshwater will at least settle?</w:t>
      </w:r>
    </w:p>
    <w:p w14:paraId="0E86848D" w14:textId="77777777" w:rsidR="00E642C5" w:rsidRDefault="00E642C5">
      <w:pPr>
        <w:spacing w:after="0"/>
      </w:pPr>
    </w:p>
    <w:p w14:paraId="5997DE6D" w14:textId="77777777" w:rsidR="00E642C5" w:rsidRDefault="00402718">
      <w:pPr>
        <w:spacing w:after="0"/>
      </w:pPr>
      <w:r>
        <w:rPr>
          <w:rFonts w:ascii="Arial" w:hAnsi="Arial"/>
          <w:b/>
        </w:rPr>
        <w:t xml:space="preserve">Interviewer P:  </w:t>
      </w:r>
      <w:r>
        <w:rPr>
          <w:rFonts w:ascii="Arial" w:hAnsi="Arial"/>
          <w:color w:val="5D7284"/>
        </w:rPr>
        <w:t>12:58</w:t>
      </w:r>
    </w:p>
    <w:p w14:paraId="323CE732" w14:textId="619445DD" w:rsidR="00E642C5" w:rsidRDefault="002A1483">
      <w:pPr>
        <w:spacing w:after="0"/>
      </w:pPr>
      <w:r>
        <w:rPr>
          <w:rFonts w:ascii="Arial" w:hAnsi="Arial"/>
        </w:rPr>
        <w:t>So, do you think that they'll stay separate the saltwater and the freshwater forever? Will they eventually reach the same saltiness? Or will they stay separate? Indefinitely?</w:t>
      </w:r>
    </w:p>
    <w:p w14:paraId="657E3CB5" w14:textId="77777777" w:rsidR="00E642C5" w:rsidRDefault="00E642C5">
      <w:pPr>
        <w:spacing w:after="0"/>
      </w:pPr>
    </w:p>
    <w:p w14:paraId="36EBD9E6" w14:textId="77777777" w:rsidR="00E642C5" w:rsidRDefault="00402718">
      <w:pPr>
        <w:spacing w:after="0"/>
      </w:pPr>
      <w:r>
        <w:rPr>
          <w:rFonts w:ascii="Arial" w:hAnsi="Arial"/>
          <w:b/>
        </w:rPr>
        <w:t xml:space="preserve">Participant # 35:  </w:t>
      </w:r>
      <w:r>
        <w:rPr>
          <w:rFonts w:ascii="Arial" w:hAnsi="Arial"/>
          <w:color w:val="5D7284"/>
        </w:rPr>
        <w:t>13:21</w:t>
      </w:r>
    </w:p>
    <w:p w14:paraId="111326D9" w14:textId="77777777" w:rsidR="00E642C5" w:rsidRDefault="00402718">
      <w:pPr>
        <w:spacing w:after="0"/>
      </w:pPr>
      <w:r>
        <w:rPr>
          <w:rFonts w:ascii="Arial" w:hAnsi="Arial"/>
        </w:rPr>
        <w:t xml:space="preserve">I think they might mix eventually. </w:t>
      </w:r>
    </w:p>
    <w:p w14:paraId="26C60197" w14:textId="77777777" w:rsidR="00E642C5" w:rsidRDefault="00E642C5">
      <w:pPr>
        <w:spacing w:after="0"/>
      </w:pPr>
    </w:p>
    <w:p w14:paraId="1537BE86" w14:textId="77777777" w:rsidR="00E642C5" w:rsidRDefault="00402718">
      <w:pPr>
        <w:spacing w:after="0"/>
      </w:pPr>
      <w:r>
        <w:rPr>
          <w:rFonts w:ascii="Arial" w:hAnsi="Arial"/>
          <w:b/>
        </w:rPr>
        <w:t xml:space="preserve">Interviewer P:  </w:t>
      </w:r>
      <w:r>
        <w:rPr>
          <w:rFonts w:ascii="Arial" w:hAnsi="Arial"/>
          <w:color w:val="5D7284"/>
        </w:rPr>
        <w:t>13:24</w:t>
      </w:r>
    </w:p>
    <w:p w14:paraId="1694C4CB" w14:textId="65AC6865" w:rsidR="00E642C5" w:rsidRDefault="00402718">
      <w:pPr>
        <w:spacing w:after="0"/>
      </w:pPr>
      <w:r>
        <w:rPr>
          <w:rFonts w:ascii="Arial" w:hAnsi="Arial"/>
        </w:rPr>
        <w:t xml:space="preserve">Okay. </w:t>
      </w:r>
      <w:r w:rsidR="002A1483">
        <w:rPr>
          <w:rFonts w:ascii="Arial" w:hAnsi="Arial"/>
        </w:rPr>
        <w:t>So,</w:t>
      </w:r>
      <w:r>
        <w:rPr>
          <w:rFonts w:ascii="Arial" w:hAnsi="Arial"/>
        </w:rPr>
        <w:t xml:space="preserve"> if they will mix eventually, how long do you think that'll take?</w:t>
      </w:r>
    </w:p>
    <w:p w14:paraId="644E565E" w14:textId="77777777" w:rsidR="00E642C5" w:rsidRDefault="00E642C5">
      <w:pPr>
        <w:spacing w:after="0"/>
      </w:pPr>
    </w:p>
    <w:p w14:paraId="2C543DF3" w14:textId="77777777" w:rsidR="00E642C5" w:rsidRDefault="00402718">
      <w:pPr>
        <w:spacing w:after="0"/>
      </w:pPr>
      <w:r>
        <w:rPr>
          <w:rFonts w:ascii="Arial" w:hAnsi="Arial"/>
          <w:b/>
        </w:rPr>
        <w:t xml:space="preserve">Participant # 35:  </w:t>
      </w:r>
      <w:r>
        <w:rPr>
          <w:rFonts w:ascii="Arial" w:hAnsi="Arial"/>
          <w:color w:val="5D7284"/>
        </w:rPr>
        <w:t>13:31</w:t>
      </w:r>
    </w:p>
    <w:p w14:paraId="36D95909" w14:textId="77777777" w:rsidR="00E642C5" w:rsidRDefault="00402718">
      <w:pPr>
        <w:spacing w:after="0"/>
      </w:pPr>
      <w:r>
        <w:rPr>
          <w:rFonts w:ascii="Arial" w:hAnsi="Arial"/>
        </w:rPr>
        <w:t>Three minutes.</w:t>
      </w:r>
    </w:p>
    <w:p w14:paraId="4B398C3B" w14:textId="77777777" w:rsidR="00E642C5" w:rsidRDefault="00E642C5">
      <w:pPr>
        <w:spacing w:after="0"/>
      </w:pPr>
    </w:p>
    <w:p w14:paraId="79C584BA" w14:textId="77777777" w:rsidR="00E642C5" w:rsidRDefault="00402718">
      <w:pPr>
        <w:spacing w:after="0"/>
      </w:pPr>
      <w:r>
        <w:rPr>
          <w:rFonts w:ascii="Arial" w:hAnsi="Arial"/>
          <w:b/>
        </w:rPr>
        <w:t xml:space="preserve">Interviewer P:  </w:t>
      </w:r>
      <w:r>
        <w:rPr>
          <w:rFonts w:ascii="Arial" w:hAnsi="Arial"/>
          <w:color w:val="5D7284"/>
        </w:rPr>
        <w:t>13:33</w:t>
      </w:r>
    </w:p>
    <w:p w14:paraId="2981D6D9" w14:textId="77777777" w:rsidR="00E642C5" w:rsidRDefault="00402718">
      <w:pPr>
        <w:spacing w:after="0"/>
      </w:pPr>
      <w:r>
        <w:rPr>
          <w:rFonts w:ascii="Arial" w:hAnsi="Arial"/>
        </w:rPr>
        <w:t xml:space="preserve">Three minutes. </w:t>
      </w:r>
    </w:p>
    <w:p w14:paraId="751BFF4C" w14:textId="77777777" w:rsidR="00E642C5" w:rsidRDefault="00E642C5">
      <w:pPr>
        <w:spacing w:after="0"/>
      </w:pPr>
    </w:p>
    <w:p w14:paraId="4E1DF6DA" w14:textId="77777777" w:rsidR="00E642C5" w:rsidRDefault="00402718">
      <w:pPr>
        <w:spacing w:after="0"/>
      </w:pPr>
      <w:r>
        <w:rPr>
          <w:rFonts w:ascii="Arial" w:hAnsi="Arial"/>
          <w:b/>
        </w:rPr>
        <w:t xml:space="preserve">Participant # 35:  </w:t>
      </w:r>
      <w:r>
        <w:rPr>
          <w:rFonts w:ascii="Arial" w:hAnsi="Arial"/>
          <w:color w:val="5D7284"/>
        </w:rPr>
        <w:t>13:34</w:t>
      </w:r>
    </w:p>
    <w:p w14:paraId="6E93E6C7" w14:textId="77777777" w:rsidR="00E642C5" w:rsidRDefault="00402718">
      <w:pPr>
        <w:spacing w:after="0"/>
      </w:pPr>
      <w:r>
        <w:rPr>
          <w:rFonts w:ascii="Arial" w:hAnsi="Arial"/>
        </w:rPr>
        <w:t>Yeah.</w:t>
      </w:r>
    </w:p>
    <w:p w14:paraId="3B095B7A" w14:textId="77777777" w:rsidR="00E642C5" w:rsidRDefault="00E642C5">
      <w:pPr>
        <w:spacing w:after="0"/>
      </w:pPr>
    </w:p>
    <w:p w14:paraId="71072279" w14:textId="77777777" w:rsidR="00E642C5" w:rsidRDefault="00402718">
      <w:pPr>
        <w:spacing w:after="0"/>
      </w:pPr>
      <w:r>
        <w:rPr>
          <w:rFonts w:ascii="Arial" w:hAnsi="Arial"/>
          <w:b/>
        </w:rPr>
        <w:t xml:space="preserve">Interviewer P:  </w:t>
      </w:r>
      <w:r>
        <w:rPr>
          <w:rFonts w:ascii="Arial" w:hAnsi="Arial"/>
          <w:color w:val="5D7284"/>
        </w:rPr>
        <w:t>13:34</w:t>
      </w:r>
    </w:p>
    <w:p w14:paraId="39C25CEA" w14:textId="77777777" w:rsidR="00E642C5" w:rsidRDefault="00402718">
      <w:pPr>
        <w:spacing w:after="0"/>
      </w:pPr>
      <w:r>
        <w:rPr>
          <w:rFonts w:ascii="Arial" w:hAnsi="Arial"/>
        </w:rPr>
        <w:t xml:space="preserve"> Okay.</w:t>
      </w:r>
    </w:p>
    <w:p w14:paraId="7073587E" w14:textId="77777777" w:rsidR="00E642C5" w:rsidRDefault="00E642C5">
      <w:pPr>
        <w:spacing w:after="0"/>
      </w:pPr>
    </w:p>
    <w:p w14:paraId="1416D1A9" w14:textId="77777777" w:rsidR="00E642C5" w:rsidRDefault="00402718">
      <w:pPr>
        <w:spacing w:after="0"/>
      </w:pPr>
      <w:r>
        <w:rPr>
          <w:rFonts w:ascii="Arial" w:hAnsi="Arial"/>
          <w:b/>
        </w:rPr>
        <w:t xml:space="preserve">Interviewer E:  </w:t>
      </w:r>
      <w:r>
        <w:rPr>
          <w:rFonts w:ascii="Arial" w:hAnsi="Arial"/>
          <w:color w:val="5D7284"/>
        </w:rPr>
        <w:t>13:40</w:t>
      </w:r>
    </w:p>
    <w:p w14:paraId="4A760BD9" w14:textId="77777777" w:rsidR="00E642C5" w:rsidRDefault="00402718">
      <w:pPr>
        <w:spacing w:after="0"/>
      </w:pPr>
      <w:r>
        <w:rPr>
          <w:rFonts w:ascii="Arial" w:hAnsi="Arial"/>
        </w:rPr>
        <w:t xml:space="preserve">So </w:t>
      </w:r>
      <w:r>
        <w:rPr>
          <w:rFonts w:ascii="Arial" w:hAnsi="Arial"/>
        </w:rPr>
        <w:t>basically, what we would like you to do now is give us a prediction of what you think it will look like. Immediately, at 45 seconds, one minute, 15 seconds in two minutes for the fresh water and for the cold water and the warm water and then do the same thing with the saltwater and freshwater.</w:t>
      </w:r>
    </w:p>
    <w:p w14:paraId="2DB15A4D" w14:textId="77777777" w:rsidR="00E642C5" w:rsidRDefault="00E642C5">
      <w:pPr>
        <w:spacing w:after="0"/>
      </w:pPr>
    </w:p>
    <w:p w14:paraId="07E206FB" w14:textId="77777777" w:rsidR="00E642C5" w:rsidRDefault="00402718">
      <w:pPr>
        <w:spacing w:after="0"/>
      </w:pPr>
      <w:r>
        <w:rPr>
          <w:rFonts w:ascii="Arial" w:hAnsi="Arial"/>
          <w:b/>
        </w:rPr>
        <w:t xml:space="preserve">Interviewer P:  </w:t>
      </w:r>
      <w:r>
        <w:rPr>
          <w:rFonts w:ascii="Arial" w:hAnsi="Arial"/>
          <w:color w:val="5D7284"/>
        </w:rPr>
        <w:t>14:06</w:t>
      </w:r>
    </w:p>
    <w:p w14:paraId="053277D8" w14:textId="6C213D5C" w:rsidR="00E642C5" w:rsidRDefault="002A1483">
      <w:pPr>
        <w:spacing w:after="0"/>
      </w:pPr>
      <w:r>
        <w:rPr>
          <w:rFonts w:ascii="Arial" w:hAnsi="Arial"/>
        </w:rPr>
        <w:t>So, this is your prediction. This one the hot and cold will mix in two. So, what will it look like immediately after 45 seconds into it a minute. 15 And then when you think there'll be completely mixed in here? Yeah, three, so I divided it up differently. One minute, two minutes, three minutes. So, it all making sense. Okay.</w:t>
      </w:r>
    </w:p>
    <w:p w14:paraId="7C2C56D5" w14:textId="77777777" w:rsidR="00E642C5" w:rsidRDefault="00E642C5">
      <w:pPr>
        <w:spacing w:after="0"/>
      </w:pPr>
    </w:p>
    <w:p w14:paraId="4C0C2084" w14:textId="77777777" w:rsidR="00E642C5" w:rsidRDefault="00402718">
      <w:pPr>
        <w:spacing w:after="0"/>
      </w:pPr>
      <w:r>
        <w:rPr>
          <w:rFonts w:ascii="Arial" w:hAnsi="Arial"/>
          <w:b/>
        </w:rPr>
        <w:t xml:space="preserve">Interviewer E:  </w:t>
      </w:r>
      <w:r>
        <w:rPr>
          <w:rFonts w:ascii="Arial" w:hAnsi="Arial"/>
          <w:color w:val="5D7284"/>
        </w:rPr>
        <w:t>17:42</w:t>
      </w:r>
    </w:p>
    <w:p w14:paraId="08483A74" w14:textId="77777777" w:rsidR="00E642C5" w:rsidRDefault="00402718">
      <w:pPr>
        <w:spacing w:after="0"/>
      </w:pPr>
      <w:r>
        <w:rPr>
          <w:rFonts w:ascii="Arial" w:hAnsi="Arial"/>
        </w:rPr>
        <w:lastRenderedPageBreak/>
        <w:t>So can you explain your sketches to us.</w:t>
      </w:r>
    </w:p>
    <w:p w14:paraId="55F72717" w14:textId="77777777" w:rsidR="00E642C5" w:rsidRDefault="00E642C5">
      <w:pPr>
        <w:spacing w:after="0"/>
      </w:pPr>
    </w:p>
    <w:p w14:paraId="05A38AFB" w14:textId="77777777" w:rsidR="00E642C5" w:rsidRDefault="00402718">
      <w:pPr>
        <w:spacing w:after="0"/>
      </w:pPr>
      <w:r>
        <w:rPr>
          <w:rFonts w:ascii="Arial" w:hAnsi="Arial"/>
          <w:b/>
        </w:rPr>
        <w:t xml:space="preserve">Participant # 35:  </w:t>
      </w:r>
      <w:r>
        <w:rPr>
          <w:rFonts w:ascii="Arial" w:hAnsi="Arial"/>
          <w:color w:val="5D7284"/>
        </w:rPr>
        <w:t>17:48</w:t>
      </w:r>
    </w:p>
    <w:p w14:paraId="6E1768B1" w14:textId="745BCE50" w:rsidR="00E642C5" w:rsidRDefault="002A1483">
      <w:pPr>
        <w:spacing w:after="0"/>
      </w:pPr>
      <w:r>
        <w:rPr>
          <w:rFonts w:ascii="Arial" w:hAnsi="Arial"/>
        </w:rPr>
        <w:t xml:space="preserve">So, in this one, they're separate and then kind of like as the temperature cools down a little bit they start to merge into each other and then by two minutes fully I don't know if it's gonna turn purple, but I assume it's red and blue. </w:t>
      </w:r>
    </w:p>
    <w:p w14:paraId="13184045" w14:textId="77777777" w:rsidR="00E642C5" w:rsidRDefault="00E642C5">
      <w:pPr>
        <w:spacing w:after="0"/>
      </w:pPr>
    </w:p>
    <w:p w14:paraId="2466552F" w14:textId="77777777" w:rsidR="00E642C5" w:rsidRDefault="00402718">
      <w:pPr>
        <w:spacing w:after="0"/>
      </w:pPr>
      <w:r>
        <w:rPr>
          <w:rFonts w:ascii="Arial" w:hAnsi="Arial"/>
          <w:b/>
        </w:rPr>
        <w:t xml:space="preserve">Interviewer E:  </w:t>
      </w:r>
      <w:r>
        <w:rPr>
          <w:rFonts w:ascii="Arial" w:hAnsi="Arial"/>
          <w:color w:val="5D7284"/>
        </w:rPr>
        <w:t>18:08</w:t>
      </w:r>
    </w:p>
    <w:p w14:paraId="04DEB5CF" w14:textId="77777777" w:rsidR="00E642C5" w:rsidRDefault="00402718">
      <w:pPr>
        <w:spacing w:after="0"/>
      </w:pPr>
      <w:r>
        <w:rPr>
          <w:rFonts w:ascii="Arial" w:hAnsi="Arial"/>
        </w:rPr>
        <w:t xml:space="preserve">Okay. </w:t>
      </w:r>
    </w:p>
    <w:p w14:paraId="6EF16F7B" w14:textId="77777777" w:rsidR="00E642C5" w:rsidRDefault="00E642C5">
      <w:pPr>
        <w:spacing w:after="0"/>
      </w:pPr>
    </w:p>
    <w:p w14:paraId="3F4EC51C" w14:textId="77777777" w:rsidR="00E642C5" w:rsidRDefault="00402718">
      <w:pPr>
        <w:spacing w:after="0"/>
      </w:pPr>
      <w:r>
        <w:rPr>
          <w:rFonts w:ascii="Arial" w:hAnsi="Arial"/>
          <w:b/>
        </w:rPr>
        <w:t xml:space="preserve">Participant # 35:  </w:t>
      </w:r>
      <w:r>
        <w:rPr>
          <w:rFonts w:ascii="Arial" w:hAnsi="Arial"/>
          <w:color w:val="5D7284"/>
        </w:rPr>
        <w:t>18:10</w:t>
      </w:r>
    </w:p>
    <w:p w14:paraId="4BEC8D93" w14:textId="77777777" w:rsidR="00E642C5" w:rsidRDefault="00402718">
      <w:pPr>
        <w:spacing w:after="0"/>
      </w:pPr>
      <w:r>
        <w:rPr>
          <w:rFonts w:ascii="Arial" w:hAnsi="Arial"/>
        </w:rPr>
        <w:t xml:space="preserve">This one I'm actually gonna have to use a little bit and put their separate. And then by by like, around two minutes they start to converge, but I don't know, I don't think they'll mix completely without some help. </w:t>
      </w:r>
    </w:p>
    <w:p w14:paraId="4D002867" w14:textId="77777777" w:rsidR="00E642C5" w:rsidRDefault="00E642C5">
      <w:pPr>
        <w:spacing w:after="0"/>
      </w:pPr>
    </w:p>
    <w:p w14:paraId="1A1AD5C1" w14:textId="77777777" w:rsidR="00E642C5" w:rsidRDefault="00402718">
      <w:pPr>
        <w:spacing w:after="0"/>
      </w:pPr>
      <w:r>
        <w:rPr>
          <w:rFonts w:ascii="Arial" w:hAnsi="Arial"/>
          <w:b/>
        </w:rPr>
        <w:t xml:space="preserve">Interviewer E:  </w:t>
      </w:r>
      <w:r>
        <w:rPr>
          <w:rFonts w:ascii="Arial" w:hAnsi="Arial"/>
          <w:color w:val="5D7284"/>
        </w:rPr>
        <w:t>18:32</w:t>
      </w:r>
    </w:p>
    <w:p w14:paraId="12871AE4" w14:textId="77777777" w:rsidR="00E642C5" w:rsidRDefault="00402718">
      <w:pPr>
        <w:spacing w:after="0"/>
      </w:pPr>
      <w:r>
        <w:rPr>
          <w:rFonts w:ascii="Arial" w:hAnsi="Arial"/>
        </w:rPr>
        <w:t>Right?</w:t>
      </w:r>
    </w:p>
    <w:p w14:paraId="641F6522" w14:textId="77777777" w:rsidR="00E642C5" w:rsidRDefault="00E642C5">
      <w:pPr>
        <w:spacing w:after="0"/>
      </w:pPr>
    </w:p>
    <w:p w14:paraId="2377AE0F" w14:textId="77777777" w:rsidR="00E642C5" w:rsidRDefault="00402718">
      <w:pPr>
        <w:spacing w:after="0"/>
      </w:pPr>
      <w:r>
        <w:rPr>
          <w:rFonts w:ascii="Arial" w:hAnsi="Arial"/>
          <w:b/>
        </w:rPr>
        <w:t xml:space="preserve">Interviewer P:  </w:t>
      </w:r>
      <w:r>
        <w:rPr>
          <w:rFonts w:ascii="Arial" w:hAnsi="Arial"/>
          <w:color w:val="5D7284"/>
        </w:rPr>
        <w:t>18:33</w:t>
      </w:r>
    </w:p>
    <w:p w14:paraId="415D2DB8" w14:textId="1F78AE6A" w:rsidR="00E642C5" w:rsidRDefault="00402718">
      <w:pPr>
        <w:spacing w:after="0"/>
      </w:pPr>
      <w:r>
        <w:rPr>
          <w:rFonts w:ascii="Arial" w:hAnsi="Arial"/>
        </w:rPr>
        <w:t xml:space="preserve">And </w:t>
      </w:r>
      <w:r w:rsidR="002A1483">
        <w:rPr>
          <w:rFonts w:ascii="Arial" w:hAnsi="Arial"/>
        </w:rPr>
        <w:t>so,</w:t>
      </w:r>
      <w:r>
        <w:rPr>
          <w:rFonts w:ascii="Arial" w:hAnsi="Arial"/>
        </w:rPr>
        <w:t xml:space="preserve"> what's happening here? I guess like they're kind of like moving beneath each other. Okay, and you said that you're confused so can you share with us a little bit about.</w:t>
      </w:r>
    </w:p>
    <w:p w14:paraId="2EAFD57E" w14:textId="77777777" w:rsidR="00E642C5" w:rsidRDefault="00E642C5">
      <w:pPr>
        <w:spacing w:after="0"/>
      </w:pPr>
    </w:p>
    <w:p w14:paraId="2A9E20F6" w14:textId="77777777" w:rsidR="00E642C5" w:rsidRDefault="00402718">
      <w:pPr>
        <w:spacing w:after="0"/>
      </w:pPr>
      <w:r>
        <w:rPr>
          <w:rFonts w:ascii="Arial" w:hAnsi="Arial"/>
          <w:b/>
        </w:rPr>
        <w:t xml:space="preserve">Participant # 35:  </w:t>
      </w:r>
      <w:r>
        <w:rPr>
          <w:rFonts w:ascii="Arial" w:hAnsi="Arial"/>
          <w:color w:val="5D7284"/>
        </w:rPr>
        <w:t>18:49</w:t>
      </w:r>
    </w:p>
    <w:p w14:paraId="0F633D36" w14:textId="51F481BD" w:rsidR="00E642C5" w:rsidRDefault="00402718">
      <w:pPr>
        <w:spacing w:after="0"/>
      </w:pPr>
      <w:r>
        <w:rPr>
          <w:rFonts w:ascii="Arial" w:hAnsi="Arial"/>
        </w:rPr>
        <w:t xml:space="preserve">Only because like, I know there's like some part in the ocean that has saltwater and </w:t>
      </w:r>
      <w:r w:rsidR="002A1483">
        <w:rPr>
          <w:rFonts w:ascii="Arial" w:hAnsi="Arial"/>
        </w:rPr>
        <w:t>freshwater,</w:t>
      </w:r>
      <w:r>
        <w:rPr>
          <w:rFonts w:ascii="Arial" w:hAnsi="Arial"/>
        </w:rPr>
        <w:t xml:space="preserve"> and it doesn't completely mix. </w:t>
      </w:r>
      <w:r w:rsidR="002A1483">
        <w:rPr>
          <w:rFonts w:ascii="Arial" w:hAnsi="Arial"/>
        </w:rPr>
        <w:t>So,</w:t>
      </w:r>
      <w:r>
        <w:rPr>
          <w:rFonts w:ascii="Arial" w:hAnsi="Arial"/>
        </w:rPr>
        <w:t xml:space="preserve"> I guess I was just kind of taking prior knowledge.</w:t>
      </w:r>
    </w:p>
    <w:p w14:paraId="6D2FEACD" w14:textId="77777777" w:rsidR="00E642C5" w:rsidRDefault="00E642C5">
      <w:pPr>
        <w:spacing w:after="0"/>
      </w:pPr>
    </w:p>
    <w:p w14:paraId="624F9E6D" w14:textId="77777777" w:rsidR="00E642C5" w:rsidRDefault="00402718">
      <w:pPr>
        <w:spacing w:after="0"/>
      </w:pPr>
      <w:r>
        <w:rPr>
          <w:rFonts w:ascii="Arial" w:hAnsi="Arial"/>
          <w:b/>
        </w:rPr>
        <w:t xml:space="preserve">Interviewer P:  </w:t>
      </w:r>
      <w:r>
        <w:rPr>
          <w:rFonts w:ascii="Arial" w:hAnsi="Arial"/>
          <w:color w:val="5D7284"/>
        </w:rPr>
        <w:t>19:03</w:t>
      </w:r>
    </w:p>
    <w:p w14:paraId="237DA147" w14:textId="77777777" w:rsidR="00E642C5" w:rsidRDefault="00402718">
      <w:pPr>
        <w:spacing w:after="0"/>
      </w:pPr>
      <w:r>
        <w:rPr>
          <w:rFonts w:ascii="Arial" w:hAnsi="Arial"/>
        </w:rPr>
        <w:t>Okay</w:t>
      </w:r>
    </w:p>
    <w:p w14:paraId="25A0E6EE" w14:textId="77777777" w:rsidR="00E642C5" w:rsidRDefault="00E642C5">
      <w:pPr>
        <w:spacing w:after="0"/>
      </w:pPr>
    </w:p>
    <w:p w14:paraId="28C7EC8A" w14:textId="77777777" w:rsidR="00E642C5" w:rsidRDefault="00402718">
      <w:pPr>
        <w:spacing w:after="0"/>
      </w:pPr>
      <w:r>
        <w:rPr>
          <w:rFonts w:ascii="Arial" w:hAnsi="Arial"/>
          <w:b/>
        </w:rPr>
        <w:t xml:space="preserve">Interviewer E:  </w:t>
      </w:r>
      <w:r>
        <w:rPr>
          <w:rFonts w:ascii="Arial" w:hAnsi="Arial"/>
          <w:color w:val="5D7284"/>
        </w:rPr>
        <w:t>19:06</w:t>
      </w:r>
    </w:p>
    <w:p w14:paraId="18CA26D4" w14:textId="77777777" w:rsidR="00E642C5" w:rsidRDefault="00402718">
      <w:pPr>
        <w:spacing w:after="0"/>
      </w:pPr>
      <w:r>
        <w:rPr>
          <w:rFonts w:ascii="Arial" w:hAnsi="Arial"/>
        </w:rPr>
        <w:t>So is there anything about the hot and cold water that anything has remind you of anything any experience or memory or something you learned that made you come up with this prediction.</w:t>
      </w:r>
    </w:p>
    <w:p w14:paraId="1E404B70" w14:textId="77777777" w:rsidR="00E642C5" w:rsidRDefault="00E642C5">
      <w:pPr>
        <w:spacing w:after="0"/>
      </w:pPr>
    </w:p>
    <w:p w14:paraId="239AD8E9" w14:textId="77777777" w:rsidR="00E642C5" w:rsidRDefault="00402718">
      <w:pPr>
        <w:spacing w:after="0"/>
      </w:pPr>
      <w:r>
        <w:rPr>
          <w:rFonts w:ascii="Arial" w:hAnsi="Arial"/>
          <w:b/>
        </w:rPr>
        <w:t xml:space="preserve">Participant # 35:  </w:t>
      </w:r>
      <w:r>
        <w:rPr>
          <w:rFonts w:ascii="Arial" w:hAnsi="Arial"/>
          <w:color w:val="5D7284"/>
        </w:rPr>
        <w:t>19:21</w:t>
      </w:r>
    </w:p>
    <w:p w14:paraId="06803897" w14:textId="77777777" w:rsidR="00E642C5" w:rsidRDefault="00402718">
      <w:pPr>
        <w:spacing w:after="0"/>
      </w:pPr>
      <w:r>
        <w:rPr>
          <w:rFonts w:ascii="Arial" w:hAnsi="Arial"/>
        </w:rPr>
        <w:t xml:space="preserve">That's kind of like when you make tea that's kind of what I was </w:t>
      </w:r>
      <w:r>
        <w:rPr>
          <w:rFonts w:ascii="Arial" w:hAnsi="Arial"/>
        </w:rPr>
        <w:t>thinking about?</w:t>
      </w:r>
    </w:p>
    <w:p w14:paraId="0007B973" w14:textId="77777777" w:rsidR="00E642C5" w:rsidRDefault="00E642C5">
      <w:pPr>
        <w:spacing w:after="0"/>
      </w:pPr>
    </w:p>
    <w:p w14:paraId="436213EB" w14:textId="77777777" w:rsidR="00E642C5" w:rsidRDefault="00402718">
      <w:pPr>
        <w:spacing w:after="0"/>
      </w:pPr>
      <w:r>
        <w:rPr>
          <w:rFonts w:ascii="Arial" w:hAnsi="Arial"/>
          <w:b/>
        </w:rPr>
        <w:t xml:space="preserve">Interviewer E:  </w:t>
      </w:r>
      <w:r>
        <w:rPr>
          <w:rFonts w:ascii="Arial" w:hAnsi="Arial"/>
          <w:color w:val="5D7284"/>
        </w:rPr>
        <w:t>19:26</w:t>
      </w:r>
    </w:p>
    <w:p w14:paraId="24A2FF7B" w14:textId="77777777" w:rsidR="00E642C5" w:rsidRDefault="00402718">
      <w:pPr>
        <w:spacing w:after="0"/>
      </w:pPr>
      <w:r>
        <w:rPr>
          <w:rFonts w:ascii="Arial" w:hAnsi="Arial"/>
        </w:rPr>
        <w:t>Like put the tea bag in it and it kind of like disperses or.</w:t>
      </w:r>
    </w:p>
    <w:p w14:paraId="1C2FE262" w14:textId="77777777" w:rsidR="00E642C5" w:rsidRDefault="00E642C5">
      <w:pPr>
        <w:spacing w:after="0"/>
      </w:pPr>
    </w:p>
    <w:p w14:paraId="740C9520" w14:textId="77777777" w:rsidR="00E642C5" w:rsidRDefault="00402718">
      <w:pPr>
        <w:spacing w:after="0"/>
      </w:pPr>
      <w:r>
        <w:rPr>
          <w:rFonts w:ascii="Arial" w:hAnsi="Arial"/>
          <w:b/>
        </w:rPr>
        <w:t xml:space="preserve">Participant # 35:  </w:t>
      </w:r>
      <w:r>
        <w:rPr>
          <w:rFonts w:ascii="Arial" w:hAnsi="Arial"/>
          <w:color w:val="5D7284"/>
        </w:rPr>
        <w:t>19:30</w:t>
      </w:r>
    </w:p>
    <w:p w14:paraId="21C1F06D" w14:textId="318F0CC7" w:rsidR="00E642C5" w:rsidRDefault="00402718">
      <w:pPr>
        <w:spacing w:after="0"/>
      </w:pPr>
      <w:r>
        <w:rPr>
          <w:rFonts w:ascii="Arial" w:hAnsi="Arial"/>
        </w:rPr>
        <w:t xml:space="preserve">Not even just that like when your tea is too </w:t>
      </w:r>
      <w:r w:rsidR="002A1483">
        <w:rPr>
          <w:rFonts w:ascii="Arial" w:hAnsi="Arial"/>
        </w:rPr>
        <w:t>hot,</w:t>
      </w:r>
      <w:r>
        <w:rPr>
          <w:rFonts w:ascii="Arial" w:hAnsi="Arial"/>
        </w:rPr>
        <w:t xml:space="preserve"> and you add water to it like the temperature just decreases and I just I just kind of used went off that.</w:t>
      </w:r>
    </w:p>
    <w:p w14:paraId="28314C8E" w14:textId="77777777" w:rsidR="00E642C5" w:rsidRDefault="00E642C5">
      <w:pPr>
        <w:spacing w:after="0"/>
      </w:pPr>
    </w:p>
    <w:p w14:paraId="0652BDF4" w14:textId="77777777" w:rsidR="00E642C5" w:rsidRDefault="00402718">
      <w:pPr>
        <w:spacing w:after="0"/>
      </w:pPr>
      <w:r>
        <w:rPr>
          <w:rFonts w:ascii="Arial" w:hAnsi="Arial"/>
          <w:b/>
        </w:rPr>
        <w:t xml:space="preserve">Interviewer E:  </w:t>
      </w:r>
      <w:r>
        <w:rPr>
          <w:rFonts w:ascii="Arial" w:hAnsi="Arial"/>
          <w:color w:val="5D7284"/>
        </w:rPr>
        <w:t>19:42</w:t>
      </w:r>
    </w:p>
    <w:p w14:paraId="2F4DEF5E" w14:textId="765BABAE" w:rsidR="00E642C5" w:rsidRDefault="00402718">
      <w:pPr>
        <w:spacing w:after="0"/>
      </w:pPr>
      <w:r>
        <w:rPr>
          <w:rFonts w:ascii="Arial" w:hAnsi="Arial"/>
        </w:rPr>
        <w:lastRenderedPageBreak/>
        <w:t xml:space="preserve">Okay, so a scenario if I had an Olympic sized swimming pool, and it was pretty much just a giant version of </w:t>
      </w:r>
      <w:r w:rsidR="002A1483">
        <w:rPr>
          <w:rFonts w:ascii="Arial" w:hAnsi="Arial"/>
        </w:rPr>
        <w:t>this,</w:t>
      </w:r>
      <w:r>
        <w:rPr>
          <w:rFonts w:ascii="Arial" w:hAnsi="Arial"/>
        </w:rPr>
        <w:t xml:space="preserve"> and I had like a divider wall in the middle or something and I put half cold water half hot water and I lifted it up. Do you </w:t>
      </w:r>
      <w:r w:rsidR="002A1483">
        <w:rPr>
          <w:rFonts w:ascii="Arial" w:hAnsi="Arial"/>
        </w:rPr>
        <w:t>y</w:t>
      </w:r>
      <w:r>
        <w:rPr>
          <w:rFonts w:ascii="Arial" w:hAnsi="Arial"/>
        </w:rPr>
        <w:t xml:space="preserve">ou think the same thing would happen? </w:t>
      </w:r>
    </w:p>
    <w:p w14:paraId="5BE4A5B0" w14:textId="77777777" w:rsidR="00E642C5" w:rsidRDefault="00E642C5">
      <w:pPr>
        <w:spacing w:after="0"/>
      </w:pPr>
    </w:p>
    <w:p w14:paraId="6DB54825" w14:textId="77777777" w:rsidR="00E642C5" w:rsidRDefault="00402718">
      <w:pPr>
        <w:spacing w:after="0"/>
      </w:pPr>
      <w:r>
        <w:rPr>
          <w:rFonts w:ascii="Arial" w:hAnsi="Arial"/>
          <w:b/>
        </w:rPr>
        <w:t xml:space="preserve">Participant # 35:  </w:t>
      </w:r>
      <w:r>
        <w:rPr>
          <w:rFonts w:ascii="Arial" w:hAnsi="Arial"/>
          <w:color w:val="5D7284"/>
        </w:rPr>
        <w:t>20:03</w:t>
      </w:r>
    </w:p>
    <w:p w14:paraId="5E9DB344" w14:textId="77777777" w:rsidR="00E642C5" w:rsidRDefault="00402718">
      <w:pPr>
        <w:spacing w:after="0"/>
      </w:pPr>
      <w:r>
        <w:rPr>
          <w:rFonts w:ascii="Arial" w:hAnsi="Arial"/>
        </w:rPr>
        <w:t xml:space="preserve">Yeah. </w:t>
      </w:r>
    </w:p>
    <w:p w14:paraId="62F33342" w14:textId="77777777" w:rsidR="00E642C5" w:rsidRDefault="00E642C5">
      <w:pPr>
        <w:spacing w:after="0"/>
      </w:pPr>
    </w:p>
    <w:p w14:paraId="270258F9" w14:textId="77777777" w:rsidR="00E642C5" w:rsidRDefault="00402718">
      <w:pPr>
        <w:spacing w:after="0"/>
      </w:pPr>
      <w:r>
        <w:rPr>
          <w:rFonts w:ascii="Arial" w:hAnsi="Arial"/>
          <w:b/>
        </w:rPr>
        <w:t xml:space="preserve">Interviewer E:  </w:t>
      </w:r>
      <w:r>
        <w:rPr>
          <w:rFonts w:ascii="Arial" w:hAnsi="Arial"/>
          <w:color w:val="5D7284"/>
        </w:rPr>
        <w:t>20:04</w:t>
      </w:r>
    </w:p>
    <w:p w14:paraId="201C14D0" w14:textId="77777777" w:rsidR="00E642C5" w:rsidRDefault="00402718">
      <w:pPr>
        <w:spacing w:after="0"/>
      </w:pPr>
      <w:r>
        <w:rPr>
          <w:rFonts w:ascii="Arial" w:hAnsi="Arial"/>
        </w:rPr>
        <w:t>Yeah, at same rate as well.</w:t>
      </w:r>
    </w:p>
    <w:p w14:paraId="7057268F" w14:textId="77777777" w:rsidR="00E642C5" w:rsidRDefault="00E642C5">
      <w:pPr>
        <w:spacing w:after="0"/>
      </w:pPr>
    </w:p>
    <w:p w14:paraId="5A6F223A" w14:textId="77777777" w:rsidR="00E642C5" w:rsidRDefault="00402718">
      <w:pPr>
        <w:spacing w:after="0"/>
      </w:pPr>
      <w:r>
        <w:rPr>
          <w:rFonts w:ascii="Arial" w:hAnsi="Arial"/>
          <w:b/>
        </w:rPr>
        <w:t xml:space="preserve">Participant # 35:  </w:t>
      </w:r>
      <w:r>
        <w:rPr>
          <w:rFonts w:ascii="Arial" w:hAnsi="Arial"/>
          <w:color w:val="5D7284"/>
        </w:rPr>
        <w:t>20:07</w:t>
      </w:r>
    </w:p>
    <w:p w14:paraId="7480E2A9" w14:textId="77777777" w:rsidR="00E642C5" w:rsidRDefault="00402718">
      <w:pPr>
        <w:spacing w:after="0"/>
      </w:pPr>
      <w:r>
        <w:rPr>
          <w:rFonts w:ascii="Arial" w:hAnsi="Arial"/>
        </w:rPr>
        <w:t>Probably take longer.</w:t>
      </w:r>
    </w:p>
    <w:p w14:paraId="0F845433" w14:textId="77777777" w:rsidR="00E642C5" w:rsidRDefault="00E642C5">
      <w:pPr>
        <w:spacing w:after="0"/>
      </w:pPr>
    </w:p>
    <w:p w14:paraId="629EE418" w14:textId="77777777" w:rsidR="00E642C5" w:rsidRDefault="00402718">
      <w:pPr>
        <w:spacing w:after="0"/>
      </w:pPr>
      <w:r>
        <w:rPr>
          <w:rFonts w:ascii="Arial" w:hAnsi="Arial"/>
          <w:b/>
        </w:rPr>
        <w:t xml:space="preserve">Interviewer E:  </w:t>
      </w:r>
      <w:r>
        <w:rPr>
          <w:rFonts w:ascii="Arial" w:hAnsi="Arial"/>
          <w:color w:val="5D7284"/>
        </w:rPr>
        <w:t>20:09</w:t>
      </w:r>
    </w:p>
    <w:p w14:paraId="04A15612" w14:textId="77777777" w:rsidR="00E642C5" w:rsidRDefault="00402718">
      <w:pPr>
        <w:spacing w:after="0"/>
      </w:pPr>
      <w:r>
        <w:rPr>
          <w:rFonts w:ascii="Arial" w:hAnsi="Arial"/>
        </w:rPr>
        <w:t>Why is that?</w:t>
      </w:r>
    </w:p>
    <w:p w14:paraId="3C6FB2DA" w14:textId="77777777" w:rsidR="00E642C5" w:rsidRDefault="00E642C5">
      <w:pPr>
        <w:spacing w:after="0"/>
      </w:pPr>
    </w:p>
    <w:p w14:paraId="242D2585" w14:textId="77777777" w:rsidR="00E642C5" w:rsidRDefault="00402718">
      <w:pPr>
        <w:spacing w:after="0"/>
      </w:pPr>
      <w:r>
        <w:rPr>
          <w:rFonts w:ascii="Arial" w:hAnsi="Arial"/>
          <w:b/>
        </w:rPr>
        <w:t xml:space="preserve">Participant # 35:  </w:t>
      </w:r>
      <w:r>
        <w:rPr>
          <w:rFonts w:ascii="Arial" w:hAnsi="Arial"/>
          <w:color w:val="5D7284"/>
        </w:rPr>
        <w:t>20:11</w:t>
      </w:r>
    </w:p>
    <w:p w14:paraId="73052E5D" w14:textId="77777777" w:rsidR="00E642C5" w:rsidRDefault="00402718">
      <w:pPr>
        <w:spacing w:after="0"/>
      </w:pPr>
      <w:r>
        <w:rPr>
          <w:rFonts w:ascii="Arial" w:hAnsi="Arial"/>
        </w:rPr>
        <w:t>greater volume of water?</w:t>
      </w:r>
    </w:p>
    <w:p w14:paraId="28D097D4" w14:textId="77777777" w:rsidR="00E642C5" w:rsidRDefault="00E642C5">
      <w:pPr>
        <w:spacing w:after="0"/>
      </w:pPr>
    </w:p>
    <w:p w14:paraId="655D6506" w14:textId="77777777" w:rsidR="00E642C5" w:rsidRDefault="00402718">
      <w:pPr>
        <w:spacing w:after="0"/>
      </w:pPr>
      <w:r>
        <w:rPr>
          <w:rFonts w:ascii="Arial" w:hAnsi="Arial"/>
          <w:b/>
        </w:rPr>
        <w:t xml:space="preserve">Interviewer E:  </w:t>
      </w:r>
      <w:r>
        <w:rPr>
          <w:rFonts w:ascii="Arial" w:hAnsi="Arial"/>
          <w:color w:val="5D7284"/>
        </w:rPr>
        <w:t>20:13</w:t>
      </w:r>
    </w:p>
    <w:p w14:paraId="4AF97C2F" w14:textId="77777777" w:rsidR="00E642C5" w:rsidRDefault="00402718">
      <w:pPr>
        <w:spacing w:after="0"/>
      </w:pPr>
      <w:r>
        <w:rPr>
          <w:rFonts w:ascii="Arial" w:hAnsi="Arial"/>
        </w:rPr>
        <w:t>Okay, and what about if I did that with the saltwater and the freshwater.</w:t>
      </w:r>
    </w:p>
    <w:p w14:paraId="601DEB38" w14:textId="77777777" w:rsidR="00E642C5" w:rsidRDefault="00E642C5">
      <w:pPr>
        <w:spacing w:after="0"/>
      </w:pPr>
    </w:p>
    <w:p w14:paraId="76D59C81" w14:textId="77777777" w:rsidR="00E642C5" w:rsidRDefault="00402718">
      <w:pPr>
        <w:spacing w:after="0"/>
      </w:pPr>
      <w:r>
        <w:rPr>
          <w:rFonts w:ascii="Arial" w:hAnsi="Arial"/>
          <w:b/>
        </w:rPr>
        <w:t xml:space="preserve">Participant # 35:  </w:t>
      </w:r>
      <w:r>
        <w:rPr>
          <w:rFonts w:ascii="Arial" w:hAnsi="Arial"/>
          <w:color w:val="5D7284"/>
        </w:rPr>
        <w:t>20:17</w:t>
      </w:r>
    </w:p>
    <w:p w14:paraId="7BE206E8" w14:textId="77777777" w:rsidR="00E642C5" w:rsidRDefault="00402718">
      <w:pPr>
        <w:spacing w:after="0"/>
      </w:pPr>
      <w:r>
        <w:rPr>
          <w:rFonts w:ascii="Arial" w:hAnsi="Arial"/>
        </w:rPr>
        <w:t xml:space="preserve">It would take </w:t>
      </w:r>
      <w:r>
        <w:rPr>
          <w:rFonts w:ascii="Arial" w:hAnsi="Arial"/>
        </w:rPr>
        <w:t>even longer.</w:t>
      </w:r>
    </w:p>
    <w:p w14:paraId="292FF0D6" w14:textId="77777777" w:rsidR="00E642C5" w:rsidRDefault="00E642C5">
      <w:pPr>
        <w:spacing w:after="0"/>
      </w:pPr>
    </w:p>
    <w:p w14:paraId="2F3713A4" w14:textId="77777777" w:rsidR="00E642C5" w:rsidRDefault="00402718">
      <w:pPr>
        <w:spacing w:after="0"/>
      </w:pPr>
      <w:r>
        <w:rPr>
          <w:rFonts w:ascii="Arial" w:hAnsi="Arial"/>
          <w:b/>
        </w:rPr>
        <w:t xml:space="preserve">Interviewer E:  </w:t>
      </w:r>
      <w:r>
        <w:rPr>
          <w:rFonts w:ascii="Arial" w:hAnsi="Arial"/>
          <w:color w:val="5D7284"/>
        </w:rPr>
        <w:t>20:19</w:t>
      </w:r>
    </w:p>
    <w:p w14:paraId="6EF94282" w14:textId="77777777" w:rsidR="00E642C5" w:rsidRDefault="00402718">
      <w:pPr>
        <w:spacing w:after="0"/>
      </w:pPr>
      <w:r>
        <w:rPr>
          <w:rFonts w:ascii="Arial" w:hAnsi="Arial"/>
        </w:rPr>
        <w:t>It will take even longer would it still do this?</w:t>
      </w:r>
    </w:p>
    <w:p w14:paraId="6B795D73" w14:textId="77777777" w:rsidR="00E642C5" w:rsidRDefault="00E642C5">
      <w:pPr>
        <w:spacing w:after="0"/>
      </w:pPr>
    </w:p>
    <w:p w14:paraId="2A02F818" w14:textId="77777777" w:rsidR="00E642C5" w:rsidRDefault="00402718">
      <w:pPr>
        <w:spacing w:after="0"/>
      </w:pPr>
      <w:r>
        <w:rPr>
          <w:rFonts w:ascii="Arial" w:hAnsi="Arial"/>
          <w:b/>
        </w:rPr>
        <w:t xml:space="preserve">Participant # 35:  </w:t>
      </w:r>
      <w:r>
        <w:rPr>
          <w:rFonts w:ascii="Arial" w:hAnsi="Arial"/>
          <w:color w:val="5D7284"/>
        </w:rPr>
        <w:t>20:23</w:t>
      </w:r>
    </w:p>
    <w:p w14:paraId="4EF4792C" w14:textId="77777777" w:rsidR="00E642C5" w:rsidRDefault="00402718">
      <w:pPr>
        <w:spacing w:after="0"/>
      </w:pPr>
      <w:r>
        <w:rPr>
          <w:rFonts w:ascii="Arial" w:hAnsi="Arial"/>
        </w:rPr>
        <w:t>I think so. I just don't think it's gonna fully mix Yeah. But I do think you know, some parts of it might mix that's closer to the divider.</w:t>
      </w:r>
    </w:p>
    <w:p w14:paraId="13D97FA1" w14:textId="77777777" w:rsidR="00E642C5" w:rsidRDefault="00E642C5">
      <w:pPr>
        <w:spacing w:after="0"/>
      </w:pPr>
    </w:p>
    <w:p w14:paraId="1A01F385" w14:textId="77777777" w:rsidR="00E642C5" w:rsidRDefault="00402718">
      <w:pPr>
        <w:spacing w:after="0"/>
      </w:pPr>
      <w:r>
        <w:rPr>
          <w:rFonts w:ascii="Arial" w:hAnsi="Arial"/>
          <w:b/>
        </w:rPr>
        <w:t xml:space="preserve">Interviewer E:  </w:t>
      </w:r>
      <w:r>
        <w:rPr>
          <w:rFonts w:ascii="Arial" w:hAnsi="Arial"/>
          <w:color w:val="5D7284"/>
        </w:rPr>
        <w:t>20:35</w:t>
      </w:r>
    </w:p>
    <w:p w14:paraId="57E7F95A" w14:textId="08315F46" w:rsidR="00E642C5" w:rsidRDefault="00402718">
      <w:pPr>
        <w:spacing w:after="0"/>
      </w:pPr>
      <w:r>
        <w:rPr>
          <w:rFonts w:ascii="Arial" w:hAnsi="Arial"/>
        </w:rPr>
        <w:t xml:space="preserve">Okay, I'm just gonna move these over here so we don't get water on them. </w:t>
      </w:r>
      <w:r w:rsidR="002A1483">
        <w:rPr>
          <w:rFonts w:ascii="Arial" w:hAnsi="Arial"/>
        </w:rPr>
        <w:t>So,</w:t>
      </w:r>
      <w:r>
        <w:rPr>
          <w:rFonts w:ascii="Arial" w:hAnsi="Arial"/>
        </w:rPr>
        <w:t xml:space="preserve"> we're going to order that we started and do the hot water versus the cold water. Alright and. Maybe we like 30 More </w:t>
      </w:r>
      <w:r w:rsidR="002A1483">
        <w:rPr>
          <w:rFonts w:ascii="Arial" w:hAnsi="Arial"/>
        </w:rPr>
        <w:t>seconds.</w:t>
      </w:r>
    </w:p>
    <w:p w14:paraId="7955C8D5" w14:textId="77777777" w:rsidR="00E642C5" w:rsidRDefault="00E642C5">
      <w:pPr>
        <w:spacing w:after="0"/>
      </w:pPr>
    </w:p>
    <w:p w14:paraId="6B069D18" w14:textId="77777777" w:rsidR="00E642C5" w:rsidRDefault="00402718">
      <w:pPr>
        <w:spacing w:after="0"/>
      </w:pPr>
      <w:r>
        <w:rPr>
          <w:rFonts w:ascii="Arial" w:hAnsi="Arial"/>
          <w:b/>
        </w:rPr>
        <w:t xml:space="preserve">Participant # 35:  </w:t>
      </w:r>
      <w:r>
        <w:rPr>
          <w:rFonts w:ascii="Arial" w:hAnsi="Arial"/>
          <w:color w:val="5D7284"/>
        </w:rPr>
        <w:t>21:48</w:t>
      </w:r>
    </w:p>
    <w:p w14:paraId="77C59C60" w14:textId="77777777" w:rsidR="00E642C5" w:rsidRDefault="00402718">
      <w:pPr>
        <w:spacing w:after="0"/>
      </w:pPr>
      <w:r>
        <w:rPr>
          <w:rFonts w:ascii="Arial" w:hAnsi="Arial"/>
        </w:rPr>
        <w:t>Okay this makes more sense.</w:t>
      </w:r>
    </w:p>
    <w:p w14:paraId="730CF60C" w14:textId="77777777" w:rsidR="00E642C5" w:rsidRDefault="00E642C5">
      <w:pPr>
        <w:spacing w:after="0"/>
      </w:pPr>
    </w:p>
    <w:p w14:paraId="53482F35" w14:textId="77777777" w:rsidR="00E642C5" w:rsidRDefault="00402718">
      <w:pPr>
        <w:spacing w:after="0"/>
      </w:pPr>
      <w:r>
        <w:rPr>
          <w:rFonts w:ascii="Arial" w:hAnsi="Arial"/>
          <w:b/>
        </w:rPr>
        <w:t xml:space="preserve">Interviewer E:  </w:t>
      </w:r>
      <w:r>
        <w:rPr>
          <w:rFonts w:ascii="Arial" w:hAnsi="Arial"/>
          <w:color w:val="5D7284"/>
        </w:rPr>
        <w:t>22:06</w:t>
      </w:r>
    </w:p>
    <w:p w14:paraId="1347E00B" w14:textId="77777777" w:rsidR="00E642C5" w:rsidRDefault="00402718">
      <w:pPr>
        <w:spacing w:after="0"/>
      </w:pPr>
      <w:r>
        <w:rPr>
          <w:rFonts w:ascii="Arial" w:hAnsi="Arial"/>
        </w:rPr>
        <w:t>So does this surprise you at all?</w:t>
      </w:r>
    </w:p>
    <w:p w14:paraId="476ACD07" w14:textId="77777777" w:rsidR="00E642C5" w:rsidRDefault="00E642C5">
      <w:pPr>
        <w:spacing w:after="0"/>
      </w:pPr>
    </w:p>
    <w:p w14:paraId="674866DF" w14:textId="77777777" w:rsidR="00E642C5" w:rsidRDefault="00402718">
      <w:pPr>
        <w:spacing w:after="0"/>
      </w:pPr>
      <w:r>
        <w:rPr>
          <w:rFonts w:ascii="Arial" w:hAnsi="Arial"/>
          <w:b/>
        </w:rPr>
        <w:t xml:space="preserve">Participant # 35:  </w:t>
      </w:r>
      <w:r>
        <w:rPr>
          <w:rFonts w:ascii="Arial" w:hAnsi="Arial"/>
          <w:color w:val="5D7284"/>
        </w:rPr>
        <w:t>22:08</w:t>
      </w:r>
    </w:p>
    <w:p w14:paraId="5F9F7757" w14:textId="77777777" w:rsidR="00E642C5" w:rsidRDefault="00402718">
      <w:pPr>
        <w:spacing w:after="0"/>
      </w:pPr>
      <w:r>
        <w:rPr>
          <w:rFonts w:ascii="Arial" w:hAnsi="Arial"/>
        </w:rPr>
        <w:t>Yes and no. Because like I know heat evaporates so the hot water being on the top makes more sense.</w:t>
      </w:r>
    </w:p>
    <w:p w14:paraId="03B227E4" w14:textId="77777777" w:rsidR="00E642C5" w:rsidRDefault="00E642C5">
      <w:pPr>
        <w:spacing w:after="0"/>
      </w:pPr>
    </w:p>
    <w:p w14:paraId="64B0FCCA" w14:textId="77777777" w:rsidR="00E642C5" w:rsidRDefault="00402718">
      <w:pPr>
        <w:spacing w:after="0"/>
      </w:pPr>
      <w:r>
        <w:rPr>
          <w:rFonts w:ascii="Arial" w:hAnsi="Arial"/>
          <w:b/>
        </w:rPr>
        <w:t xml:space="preserve">Interviewer E:  </w:t>
      </w:r>
      <w:r>
        <w:rPr>
          <w:rFonts w:ascii="Arial" w:hAnsi="Arial"/>
          <w:color w:val="5D7284"/>
        </w:rPr>
        <w:t>22:19</w:t>
      </w:r>
    </w:p>
    <w:p w14:paraId="74DEBC9A" w14:textId="77777777" w:rsidR="00E642C5" w:rsidRDefault="00402718">
      <w:pPr>
        <w:spacing w:after="0"/>
      </w:pPr>
      <w:r>
        <w:rPr>
          <w:rFonts w:ascii="Arial" w:hAnsi="Arial"/>
        </w:rPr>
        <w:t>And can you try your hardest to explain to me what do you think is going on in this tank right now?</w:t>
      </w:r>
    </w:p>
    <w:p w14:paraId="1FF65D61" w14:textId="77777777" w:rsidR="00E642C5" w:rsidRDefault="00E642C5">
      <w:pPr>
        <w:spacing w:after="0"/>
      </w:pPr>
    </w:p>
    <w:p w14:paraId="49690843" w14:textId="77777777" w:rsidR="00E642C5" w:rsidRDefault="00402718">
      <w:pPr>
        <w:spacing w:after="0"/>
      </w:pPr>
      <w:r>
        <w:rPr>
          <w:rFonts w:ascii="Arial" w:hAnsi="Arial"/>
          <w:b/>
        </w:rPr>
        <w:t xml:space="preserve">Participant # 35:  </w:t>
      </w:r>
      <w:r>
        <w:rPr>
          <w:rFonts w:ascii="Arial" w:hAnsi="Arial"/>
          <w:color w:val="5D7284"/>
        </w:rPr>
        <w:t>22:29</w:t>
      </w:r>
    </w:p>
    <w:p w14:paraId="5D6ECAC1" w14:textId="0DF51726" w:rsidR="00E642C5" w:rsidRDefault="00402718">
      <w:pPr>
        <w:spacing w:after="0"/>
      </w:pPr>
      <w:r>
        <w:rPr>
          <w:rFonts w:ascii="Arial" w:hAnsi="Arial"/>
        </w:rPr>
        <w:t xml:space="preserve">The cold water since you know the temperature is lower is on the bottom. And then the hot water is kind of rising to the </w:t>
      </w:r>
      <w:r w:rsidR="002A1483">
        <w:rPr>
          <w:rFonts w:ascii="Arial" w:hAnsi="Arial"/>
        </w:rPr>
        <w:t>top,</w:t>
      </w:r>
      <w:r>
        <w:rPr>
          <w:rFonts w:ascii="Arial" w:hAnsi="Arial"/>
        </w:rPr>
        <w:t xml:space="preserve"> but I feel like as it reaches equilibrium will turn more purple.</w:t>
      </w:r>
    </w:p>
    <w:p w14:paraId="7E6534D6" w14:textId="77777777" w:rsidR="00E642C5" w:rsidRDefault="00E642C5">
      <w:pPr>
        <w:spacing w:after="0"/>
      </w:pPr>
    </w:p>
    <w:p w14:paraId="0BA8F712" w14:textId="77777777" w:rsidR="00E642C5" w:rsidRDefault="00402718">
      <w:pPr>
        <w:spacing w:after="0"/>
      </w:pPr>
      <w:r>
        <w:rPr>
          <w:rFonts w:ascii="Arial" w:hAnsi="Arial"/>
          <w:b/>
        </w:rPr>
        <w:t xml:space="preserve">Interviewer E:  </w:t>
      </w:r>
      <w:r>
        <w:rPr>
          <w:rFonts w:ascii="Arial" w:hAnsi="Arial"/>
          <w:color w:val="5D7284"/>
        </w:rPr>
        <w:t>22:41</w:t>
      </w:r>
    </w:p>
    <w:p w14:paraId="6C1B34A5" w14:textId="77777777" w:rsidR="00E642C5" w:rsidRDefault="00402718">
      <w:pPr>
        <w:spacing w:after="0"/>
      </w:pPr>
      <w:r>
        <w:rPr>
          <w:rFonts w:ascii="Arial" w:hAnsi="Arial"/>
        </w:rPr>
        <w:t>Do you know what about the cold water makes it sink to the bottom?</w:t>
      </w:r>
    </w:p>
    <w:p w14:paraId="6ABF863D" w14:textId="77777777" w:rsidR="00E642C5" w:rsidRDefault="00E642C5">
      <w:pPr>
        <w:spacing w:after="0"/>
      </w:pPr>
    </w:p>
    <w:p w14:paraId="508DCC5E" w14:textId="77777777" w:rsidR="00E642C5" w:rsidRDefault="00402718">
      <w:pPr>
        <w:spacing w:after="0"/>
      </w:pPr>
      <w:r>
        <w:rPr>
          <w:rFonts w:ascii="Arial" w:hAnsi="Arial"/>
          <w:b/>
        </w:rPr>
        <w:t xml:space="preserve">Participant # 35:  </w:t>
      </w:r>
      <w:r>
        <w:rPr>
          <w:rFonts w:ascii="Arial" w:hAnsi="Arial"/>
          <w:color w:val="5D7284"/>
        </w:rPr>
        <w:t>22:44</w:t>
      </w:r>
    </w:p>
    <w:p w14:paraId="6AE615CD" w14:textId="77777777" w:rsidR="00E642C5" w:rsidRDefault="00402718">
      <w:pPr>
        <w:spacing w:after="0"/>
      </w:pPr>
      <w:r>
        <w:rPr>
          <w:rFonts w:ascii="Arial" w:hAnsi="Arial"/>
        </w:rPr>
        <w:t>Isn't it heavier?</w:t>
      </w:r>
    </w:p>
    <w:p w14:paraId="17DF49A5" w14:textId="77777777" w:rsidR="00E642C5" w:rsidRDefault="00E642C5">
      <w:pPr>
        <w:spacing w:after="0"/>
      </w:pPr>
    </w:p>
    <w:p w14:paraId="6C18EF45" w14:textId="77777777" w:rsidR="00E642C5" w:rsidRDefault="00402718">
      <w:pPr>
        <w:spacing w:after="0"/>
      </w:pPr>
      <w:r>
        <w:rPr>
          <w:rFonts w:ascii="Arial" w:hAnsi="Arial"/>
          <w:b/>
        </w:rPr>
        <w:t xml:space="preserve">Interviewer E:  </w:t>
      </w:r>
      <w:r>
        <w:rPr>
          <w:rFonts w:ascii="Arial" w:hAnsi="Arial"/>
          <w:color w:val="5D7284"/>
        </w:rPr>
        <w:t>22:46</w:t>
      </w:r>
    </w:p>
    <w:p w14:paraId="13A009FA" w14:textId="77777777" w:rsidR="00E642C5" w:rsidRDefault="00402718">
      <w:pPr>
        <w:spacing w:after="0"/>
      </w:pPr>
      <w:r>
        <w:rPr>
          <w:rFonts w:ascii="Arial" w:hAnsi="Arial"/>
        </w:rPr>
        <w:t>Do you know why?</w:t>
      </w:r>
    </w:p>
    <w:p w14:paraId="7DAB8279" w14:textId="77777777" w:rsidR="00E642C5" w:rsidRDefault="00E642C5">
      <w:pPr>
        <w:spacing w:after="0"/>
      </w:pPr>
    </w:p>
    <w:p w14:paraId="37B9672D" w14:textId="77777777" w:rsidR="00E642C5" w:rsidRDefault="00402718">
      <w:pPr>
        <w:spacing w:after="0"/>
      </w:pPr>
      <w:r>
        <w:rPr>
          <w:rFonts w:ascii="Arial" w:hAnsi="Arial"/>
          <w:b/>
        </w:rPr>
        <w:t xml:space="preserve">Participant # 35:  </w:t>
      </w:r>
      <w:r>
        <w:rPr>
          <w:rFonts w:ascii="Arial" w:hAnsi="Arial"/>
          <w:color w:val="5D7284"/>
        </w:rPr>
        <w:t>22:48</w:t>
      </w:r>
    </w:p>
    <w:p w14:paraId="5EB7EF8E" w14:textId="77777777" w:rsidR="00E642C5" w:rsidRDefault="00402718">
      <w:pPr>
        <w:spacing w:after="0"/>
      </w:pPr>
      <w:r>
        <w:rPr>
          <w:rFonts w:ascii="Arial" w:hAnsi="Arial"/>
        </w:rPr>
        <w:t>Because it's cold. Like I know like water has different densities at different temperature which is why like heat rises.</w:t>
      </w:r>
    </w:p>
    <w:p w14:paraId="516DFBFE" w14:textId="77777777" w:rsidR="00E642C5" w:rsidRDefault="00E642C5">
      <w:pPr>
        <w:spacing w:after="0"/>
      </w:pPr>
    </w:p>
    <w:p w14:paraId="03691E36" w14:textId="77777777" w:rsidR="00E642C5" w:rsidRDefault="00402718">
      <w:pPr>
        <w:spacing w:after="0"/>
      </w:pPr>
      <w:r>
        <w:rPr>
          <w:rFonts w:ascii="Arial" w:hAnsi="Arial"/>
          <w:b/>
        </w:rPr>
        <w:t xml:space="preserve">Interviewer E:  </w:t>
      </w:r>
      <w:r>
        <w:rPr>
          <w:rFonts w:ascii="Arial" w:hAnsi="Arial"/>
          <w:color w:val="5D7284"/>
        </w:rPr>
        <w:t>23:00</w:t>
      </w:r>
    </w:p>
    <w:p w14:paraId="72B8B669" w14:textId="77777777" w:rsidR="00E642C5" w:rsidRDefault="00402718">
      <w:pPr>
        <w:spacing w:after="0"/>
      </w:pPr>
      <w:r>
        <w:rPr>
          <w:rFonts w:ascii="Arial" w:hAnsi="Arial"/>
        </w:rPr>
        <w:t>And how does this compare to your initial final your final sketch for your prediction over there.</w:t>
      </w:r>
    </w:p>
    <w:p w14:paraId="333ACE36" w14:textId="77777777" w:rsidR="00E642C5" w:rsidRDefault="00E642C5">
      <w:pPr>
        <w:spacing w:after="0"/>
      </w:pPr>
    </w:p>
    <w:p w14:paraId="7205AF07" w14:textId="77777777" w:rsidR="00E642C5" w:rsidRDefault="00402718">
      <w:pPr>
        <w:spacing w:after="0"/>
      </w:pPr>
      <w:r>
        <w:rPr>
          <w:rFonts w:ascii="Arial" w:hAnsi="Arial"/>
          <w:b/>
        </w:rPr>
        <w:t xml:space="preserve">Participant # 35:  </w:t>
      </w:r>
      <w:r>
        <w:rPr>
          <w:rFonts w:ascii="Arial" w:hAnsi="Arial"/>
          <w:color w:val="5D7284"/>
        </w:rPr>
        <w:t>23:08</w:t>
      </w:r>
    </w:p>
    <w:p w14:paraId="5F188F56" w14:textId="77777777" w:rsidR="00E642C5" w:rsidRDefault="00402718">
      <w:pPr>
        <w:spacing w:after="0"/>
      </w:pPr>
      <w:r>
        <w:rPr>
          <w:rFonts w:ascii="Arial" w:hAnsi="Arial"/>
        </w:rPr>
        <w:t>For two minutes they're not mixing.</w:t>
      </w:r>
    </w:p>
    <w:p w14:paraId="4C3FB061" w14:textId="77777777" w:rsidR="00E642C5" w:rsidRDefault="00E642C5">
      <w:pPr>
        <w:spacing w:after="0"/>
      </w:pPr>
    </w:p>
    <w:p w14:paraId="425E66C9" w14:textId="77777777" w:rsidR="00E642C5" w:rsidRDefault="00402718">
      <w:pPr>
        <w:spacing w:after="0"/>
      </w:pPr>
      <w:r>
        <w:rPr>
          <w:rFonts w:ascii="Arial" w:hAnsi="Arial"/>
          <w:b/>
        </w:rPr>
        <w:t xml:space="preserve">Interviewer E:  </w:t>
      </w:r>
      <w:r>
        <w:rPr>
          <w:rFonts w:ascii="Arial" w:hAnsi="Arial"/>
          <w:color w:val="5D7284"/>
        </w:rPr>
        <w:t>23:13</w:t>
      </w:r>
    </w:p>
    <w:p w14:paraId="3A99F5ED" w14:textId="68BCCDEA" w:rsidR="00E642C5" w:rsidRDefault="00402718">
      <w:pPr>
        <w:spacing w:after="0"/>
      </w:pPr>
      <w:r>
        <w:rPr>
          <w:rFonts w:ascii="Arial" w:hAnsi="Arial"/>
        </w:rPr>
        <w:t xml:space="preserve">And </w:t>
      </w:r>
      <w:r w:rsidR="002A1483">
        <w:rPr>
          <w:rFonts w:ascii="Arial" w:hAnsi="Arial"/>
        </w:rPr>
        <w:t>so,</w:t>
      </w:r>
      <w:r>
        <w:rPr>
          <w:rFonts w:ascii="Arial" w:hAnsi="Arial"/>
        </w:rPr>
        <w:t xml:space="preserve"> so I guess now that I guess you can see they're a little different now How long do you think it might take for these two to mix?</w:t>
      </w:r>
    </w:p>
    <w:p w14:paraId="3F7C54D2" w14:textId="77777777" w:rsidR="00E642C5" w:rsidRDefault="00E642C5">
      <w:pPr>
        <w:spacing w:after="0"/>
      </w:pPr>
    </w:p>
    <w:p w14:paraId="1FCEE052" w14:textId="77777777" w:rsidR="00E642C5" w:rsidRDefault="00402718">
      <w:pPr>
        <w:spacing w:after="0"/>
      </w:pPr>
      <w:r>
        <w:rPr>
          <w:rFonts w:ascii="Arial" w:hAnsi="Arial"/>
          <w:b/>
        </w:rPr>
        <w:t xml:space="preserve">Participant # 35:  </w:t>
      </w:r>
      <w:r>
        <w:rPr>
          <w:rFonts w:ascii="Arial" w:hAnsi="Arial"/>
          <w:color w:val="5D7284"/>
        </w:rPr>
        <w:t>23:25</w:t>
      </w:r>
    </w:p>
    <w:p w14:paraId="5E807012" w14:textId="77777777" w:rsidR="00E642C5" w:rsidRDefault="00402718">
      <w:pPr>
        <w:spacing w:after="0"/>
      </w:pPr>
      <w:r>
        <w:rPr>
          <w:rFonts w:ascii="Arial" w:hAnsi="Arial"/>
        </w:rPr>
        <w:t>How hot is the water?</w:t>
      </w:r>
    </w:p>
    <w:p w14:paraId="00584AEB" w14:textId="77777777" w:rsidR="00E642C5" w:rsidRDefault="00E642C5">
      <w:pPr>
        <w:spacing w:after="0"/>
      </w:pPr>
    </w:p>
    <w:p w14:paraId="563ECDD2" w14:textId="77777777" w:rsidR="00E642C5" w:rsidRDefault="00402718">
      <w:pPr>
        <w:spacing w:after="0"/>
      </w:pPr>
      <w:r>
        <w:rPr>
          <w:rFonts w:ascii="Arial" w:hAnsi="Arial"/>
          <w:b/>
        </w:rPr>
        <w:t xml:space="preserve">Interviewer P:  </w:t>
      </w:r>
      <w:r>
        <w:rPr>
          <w:rFonts w:ascii="Arial" w:hAnsi="Arial"/>
          <w:color w:val="5D7284"/>
        </w:rPr>
        <w:t>23:26</w:t>
      </w:r>
    </w:p>
    <w:p w14:paraId="426AD0D3" w14:textId="77777777" w:rsidR="00E642C5" w:rsidRDefault="00402718">
      <w:pPr>
        <w:spacing w:after="0"/>
      </w:pPr>
      <w:r>
        <w:rPr>
          <w:rFonts w:ascii="Arial" w:hAnsi="Arial"/>
        </w:rPr>
        <w:t>You can feel it they feel a difference.</w:t>
      </w:r>
    </w:p>
    <w:p w14:paraId="16DA0738" w14:textId="77777777" w:rsidR="00E642C5" w:rsidRDefault="00E642C5">
      <w:pPr>
        <w:spacing w:after="0"/>
      </w:pPr>
    </w:p>
    <w:p w14:paraId="4553BDA5" w14:textId="77777777" w:rsidR="00E642C5" w:rsidRDefault="00402718">
      <w:pPr>
        <w:spacing w:after="0"/>
      </w:pPr>
      <w:r>
        <w:rPr>
          <w:rFonts w:ascii="Arial" w:hAnsi="Arial"/>
          <w:b/>
        </w:rPr>
        <w:t xml:space="preserve">Interviewer E:  </w:t>
      </w:r>
      <w:r>
        <w:rPr>
          <w:rFonts w:ascii="Arial" w:hAnsi="Arial"/>
          <w:color w:val="5D7284"/>
        </w:rPr>
        <w:t>23:30</w:t>
      </w:r>
    </w:p>
    <w:p w14:paraId="389F35AA" w14:textId="745F1CB7" w:rsidR="00E642C5" w:rsidRDefault="002A1483">
      <w:pPr>
        <w:spacing w:after="0"/>
      </w:pPr>
      <w:r>
        <w:rPr>
          <w:rFonts w:ascii="Arial" w:hAnsi="Arial"/>
        </w:rPr>
        <w:t>Yeah, the water was pretty much bought to a boiling point and the other water I had ice in it.</w:t>
      </w:r>
    </w:p>
    <w:p w14:paraId="4EDA829D" w14:textId="77777777" w:rsidR="00E642C5" w:rsidRDefault="00E642C5">
      <w:pPr>
        <w:spacing w:after="0"/>
      </w:pPr>
    </w:p>
    <w:p w14:paraId="2FD1A24B" w14:textId="77777777" w:rsidR="00E642C5" w:rsidRDefault="00402718">
      <w:pPr>
        <w:spacing w:after="0"/>
      </w:pPr>
      <w:r>
        <w:rPr>
          <w:rFonts w:ascii="Arial" w:hAnsi="Arial"/>
          <w:b/>
        </w:rPr>
        <w:t xml:space="preserve">Participant # 35:  </w:t>
      </w:r>
      <w:r>
        <w:rPr>
          <w:rFonts w:ascii="Arial" w:hAnsi="Arial"/>
          <w:color w:val="5D7284"/>
        </w:rPr>
        <w:t>23:42</w:t>
      </w:r>
    </w:p>
    <w:p w14:paraId="184BE83F" w14:textId="77777777" w:rsidR="00E642C5" w:rsidRDefault="00402718">
      <w:pPr>
        <w:spacing w:after="0"/>
      </w:pPr>
      <w:r>
        <w:rPr>
          <w:rFonts w:ascii="Arial" w:hAnsi="Arial"/>
        </w:rPr>
        <w:t xml:space="preserve">Maybe five </w:t>
      </w:r>
      <w:r>
        <w:rPr>
          <w:rFonts w:ascii="Arial" w:hAnsi="Arial"/>
        </w:rPr>
        <w:t>minutes.</w:t>
      </w:r>
    </w:p>
    <w:p w14:paraId="331979ED" w14:textId="77777777" w:rsidR="00E642C5" w:rsidRDefault="00E642C5">
      <w:pPr>
        <w:spacing w:after="0"/>
      </w:pPr>
    </w:p>
    <w:p w14:paraId="7367460C" w14:textId="77777777" w:rsidR="00E642C5" w:rsidRDefault="00402718">
      <w:pPr>
        <w:spacing w:after="0"/>
      </w:pPr>
      <w:r>
        <w:rPr>
          <w:rFonts w:ascii="Arial" w:hAnsi="Arial"/>
          <w:b/>
        </w:rPr>
        <w:t xml:space="preserve">Interviewer E:  </w:t>
      </w:r>
      <w:r>
        <w:rPr>
          <w:rFonts w:ascii="Arial" w:hAnsi="Arial"/>
          <w:color w:val="5D7284"/>
        </w:rPr>
        <w:t>23:43</w:t>
      </w:r>
    </w:p>
    <w:p w14:paraId="5BF7291A" w14:textId="77777777" w:rsidR="00E642C5" w:rsidRDefault="00402718">
      <w:pPr>
        <w:spacing w:after="0"/>
      </w:pPr>
      <w:r>
        <w:rPr>
          <w:rFonts w:ascii="Arial" w:hAnsi="Arial"/>
        </w:rPr>
        <w:lastRenderedPageBreak/>
        <w:t>Five minutes okay. All right. So now let's do the saltwater versus the freshwater. Okay</w:t>
      </w:r>
    </w:p>
    <w:p w14:paraId="33F0B61E" w14:textId="77777777" w:rsidR="00E642C5" w:rsidRDefault="00E642C5">
      <w:pPr>
        <w:spacing w:after="0"/>
      </w:pPr>
    </w:p>
    <w:p w14:paraId="3487776A" w14:textId="77777777" w:rsidR="00E642C5" w:rsidRDefault="00402718">
      <w:pPr>
        <w:spacing w:after="0"/>
      </w:pPr>
      <w:r>
        <w:rPr>
          <w:rFonts w:ascii="Arial" w:hAnsi="Arial"/>
          <w:b/>
        </w:rPr>
        <w:t xml:space="preserve">Participant # 35:  </w:t>
      </w:r>
      <w:r>
        <w:rPr>
          <w:rFonts w:ascii="Arial" w:hAnsi="Arial"/>
          <w:color w:val="5D7284"/>
        </w:rPr>
        <w:t>24:16</w:t>
      </w:r>
    </w:p>
    <w:p w14:paraId="4BFCE12B" w14:textId="77777777" w:rsidR="00E642C5" w:rsidRDefault="00402718">
      <w:pPr>
        <w:spacing w:after="0"/>
      </w:pPr>
      <w:r>
        <w:rPr>
          <w:rFonts w:ascii="Arial" w:hAnsi="Arial"/>
        </w:rPr>
        <w:t>Which one is the saltwater.</w:t>
      </w:r>
    </w:p>
    <w:p w14:paraId="3F570949" w14:textId="77777777" w:rsidR="00E642C5" w:rsidRDefault="00E642C5">
      <w:pPr>
        <w:spacing w:after="0"/>
      </w:pPr>
    </w:p>
    <w:p w14:paraId="090C071F" w14:textId="77777777" w:rsidR="00E642C5" w:rsidRDefault="00402718">
      <w:pPr>
        <w:spacing w:after="0"/>
      </w:pPr>
      <w:r>
        <w:rPr>
          <w:rFonts w:ascii="Arial" w:hAnsi="Arial"/>
          <w:b/>
        </w:rPr>
        <w:t xml:space="preserve">Interviewer E:  </w:t>
      </w:r>
      <w:r>
        <w:rPr>
          <w:rFonts w:ascii="Arial" w:hAnsi="Arial"/>
          <w:color w:val="5D7284"/>
        </w:rPr>
        <w:t>24:17</w:t>
      </w:r>
    </w:p>
    <w:p w14:paraId="2D79DC52" w14:textId="78688795" w:rsidR="00E642C5" w:rsidRDefault="00402718">
      <w:pPr>
        <w:spacing w:after="0"/>
      </w:pPr>
      <w:r>
        <w:rPr>
          <w:rFonts w:ascii="Arial" w:hAnsi="Arial"/>
        </w:rPr>
        <w:t xml:space="preserve">The Green. And we will wait maybe like just 30 seconds or so. </w:t>
      </w:r>
      <w:r w:rsidR="002A1483">
        <w:rPr>
          <w:rFonts w:ascii="Arial" w:hAnsi="Arial"/>
        </w:rPr>
        <w:t>So,</w:t>
      </w:r>
      <w:r>
        <w:rPr>
          <w:rFonts w:ascii="Arial" w:hAnsi="Arial"/>
        </w:rPr>
        <w:t xml:space="preserve"> </w:t>
      </w:r>
      <w:r w:rsidR="002A1483">
        <w:rPr>
          <w:rFonts w:ascii="Arial" w:hAnsi="Arial"/>
        </w:rPr>
        <w:t>d</w:t>
      </w:r>
      <w:r>
        <w:rPr>
          <w:rFonts w:ascii="Arial" w:hAnsi="Arial"/>
        </w:rPr>
        <w:t>oes this surprise you at all?</w:t>
      </w:r>
    </w:p>
    <w:p w14:paraId="37060823" w14:textId="77777777" w:rsidR="00E642C5" w:rsidRDefault="00E642C5">
      <w:pPr>
        <w:spacing w:after="0"/>
      </w:pPr>
    </w:p>
    <w:p w14:paraId="7D72F217" w14:textId="77777777" w:rsidR="00E642C5" w:rsidRDefault="00402718">
      <w:pPr>
        <w:spacing w:after="0"/>
      </w:pPr>
      <w:r>
        <w:rPr>
          <w:rFonts w:ascii="Arial" w:hAnsi="Arial"/>
          <w:b/>
        </w:rPr>
        <w:t xml:space="preserve">Participant # 35:  </w:t>
      </w:r>
      <w:r>
        <w:rPr>
          <w:rFonts w:ascii="Arial" w:hAnsi="Arial"/>
          <w:color w:val="5D7284"/>
        </w:rPr>
        <w:t>25:10</w:t>
      </w:r>
    </w:p>
    <w:p w14:paraId="3DBE5238" w14:textId="751D3C19" w:rsidR="00E642C5" w:rsidRDefault="00402718">
      <w:pPr>
        <w:spacing w:after="0"/>
      </w:pPr>
      <w:r>
        <w:rPr>
          <w:rFonts w:ascii="Arial" w:hAnsi="Arial"/>
        </w:rPr>
        <w:t xml:space="preserve">No, because I </w:t>
      </w:r>
      <w:r w:rsidR="002A1483">
        <w:rPr>
          <w:rFonts w:ascii="Arial" w:hAnsi="Arial"/>
        </w:rPr>
        <w:t>was,</w:t>
      </w:r>
      <w:r>
        <w:rPr>
          <w:rFonts w:ascii="Arial" w:hAnsi="Arial"/>
        </w:rPr>
        <w:t xml:space="preserve"> I wouldn't change. Honestly, after seeing this. I was like, </w:t>
      </w:r>
      <w:r w:rsidR="002A1483">
        <w:rPr>
          <w:rFonts w:ascii="Arial" w:hAnsi="Arial"/>
        </w:rPr>
        <w:t>oh</w:t>
      </w:r>
      <w:r>
        <w:rPr>
          <w:rFonts w:ascii="Arial" w:hAnsi="Arial"/>
        </w:rPr>
        <w:t>, it did. It did surprise me that it was kind of faster than this one.</w:t>
      </w:r>
    </w:p>
    <w:p w14:paraId="4964FD8B" w14:textId="77777777" w:rsidR="00E642C5" w:rsidRDefault="00E642C5">
      <w:pPr>
        <w:spacing w:after="0"/>
      </w:pPr>
    </w:p>
    <w:p w14:paraId="425F971C" w14:textId="77777777" w:rsidR="00E642C5" w:rsidRDefault="00402718">
      <w:pPr>
        <w:spacing w:after="0"/>
      </w:pPr>
      <w:r>
        <w:rPr>
          <w:rFonts w:ascii="Arial" w:hAnsi="Arial"/>
          <w:b/>
        </w:rPr>
        <w:t xml:space="preserve">Interviewer E:  </w:t>
      </w:r>
      <w:r>
        <w:rPr>
          <w:rFonts w:ascii="Arial" w:hAnsi="Arial"/>
          <w:color w:val="5D7284"/>
        </w:rPr>
        <w:t>25:19</w:t>
      </w:r>
    </w:p>
    <w:p w14:paraId="6834F04D" w14:textId="77777777" w:rsidR="00E642C5" w:rsidRDefault="00402718">
      <w:pPr>
        <w:spacing w:after="0"/>
      </w:pPr>
      <w:r>
        <w:rPr>
          <w:rFonts w:ascii="Arial" w:hAnsi="Arial"/>
        </w:rPr>
        <w:t xml:space="preserve">Yeah. What </w:t>
      </w:r>
      <w:r>
        <w:rPr>
          <w:rFonts w:ascii="Arial" w:hAnsi="Arial"/>
        </w:rPr>
        <w:t>else surprised you about it? Other than how fast it layered?</w:t>
      </w:r>
    </w:p>
    <w:p w14:paraId="51F39FB9" w14:textId="77777777" w:rsidR="00E642C5" w:rsidRDefault="00E642C5">
      <w:pPr>
        <w:spacing w:after="0"/>
      </w:pPr>
    </w:p>
    <w:p w14:paraId="0A436FAD" w14:textId="77777777" w:rsidR="00E642C5" w:rsidRDefault="00402718">
      <w:pPr>
        <w:spacing w:after="0"/>
      </w:pPr>
      <w:r>
        <w:rPr>
          <w:rFonts w:ascii="Arial" w:hAnsi="Arial"/>
          <w:b/>
        </w:rPr>
        <w:t xml:space="preserve">Participant # 35:  </w:t>
      </w:r>
      <w:r>
        <w:rPr>
          <w:rFonts w:ascii="Arial" w:hAnsi="Arial"/>
          <w:color w:val="5D7284"/>
        </w:rPr>
        <w:t>25:24</w:t>
      </w:r>
    </w:p>
    <w:p w14:paraId="581FEFCD" w14:textId="77777777" w:rsidR="00E642C5" w:rsidRDefault="00402718">
      <w:pPr>
        <w:spacing w:after="0"/>
      </w:pPr>
      <w:r>
        <w:rPr>
          <w:rFonts w:ascii="Arial" w:hAnsi="Arial"/>
        </w:rPr>
        <w:t>Um, how the green moved like in and out of it?</w:t>
      </w:r>
    </w:p>
    <w:p w14:paraId="5C3F6EE7" w14:textId="77777777" w:rsidR="00E642C5" w:rsidRDefault="00E642C5">
      <w:pPr>
        <w:spacing w:after="0"/>
      </w:pPr>
    </w:p>
    <w:p w14:paraId="088E6F2F" w14:textId="77777777" w:rsidR="00E642C5" w:rsidRDefault="00402718">
      <w:pPr>
        <w:spacing w:after="0"/>
      </w:pPr>
      <w:r>
        <w:rPr>
          <w:rFonts w:ascii="Arial" w:hAnsi="Arial"/>
          <w:b/>
        </w:rPr>
        <w:t xml:space="preserve">Interviewer E:  </w:t>
      </w:r>
      <w:r>
        <w:rPr>
          <w:rFonts w:ascii="Arial" w:hAnsi="Arial"/>
          <w:color w:val="5D7284"/>
        </w:rPr>
        <w:t>25:30</w:t>
      </w:r>
    </w:p>
    <w:p w14:paraId="5B4C1AB1" w14:textId="77777777" w:rsidR="00E642C5" w:rsidRDefault="00402718">
      <w:pPr>
        <w:spacing w:after="0"/>
      </w:pPr>
      <w:r>
        <w:rPr>
          <w:rFonts w:ascii="Arial" w:hAnsi="Arial"/>
        </w:rPr>
        <w:t>And can you try to explain to me what's going on in this tank?</w:t>
      </w:r>
    </w:p>
    <w:p w14:paraId="11A8D01F" w14:textId="77777777" w:rsidR="00E642C5" w:rsidRDefault="00E642C5">
      <w:pPr>
        <w:spacing w:after="0"/>
      </w:pPr>
    </w:p>
    <w:p w14:paraId="1444E43F" w14:textId="77777777" w:rsidR="00E642C5" w:rsidRDefault="00402718">
      <w:pPr>
        <w:spacing w:after="0"/>
      </w:pPr>
      <w:r>
        <w:rPr>
          <w:rFonts w:ascii="Arial" w:hAnsi="Arial"/>
          <w:b/>
        </w:rPr>
        <w:t xml:space="preserve">Participant # 35:  </w:t>
      </w:r>
      <w:r>
        <w:rPr>
          <w:rFonts w:ascii="Arial" w:hAnsi="Arial"/>
          <w:color w:val="5D7284"/>
        </w:rPr>
        <w:t>25:36</w:t>
      </w:r>
    </w:p>
    <w:p w14:paraId="31F4F418" w14:textId="77777777" w:rsidR="00E642C5" w:rsidRDefault="00402718">
      <w:pPr>
        <w:spacing w:after="0"/>
      </w:pPr>
      <w:r>
        <w:rPr>
          <w:rFonts w:ascii="Arial" w:hAnsi="Arial"/>
        </w:rPr>
        <w:t>Since the salt is like the salt water is heavier, it's on the bottom.</w:t>
      </w:r>
    </w:p>
    <w:p w14:paraId="1D4500D5" w14:textId="77777777" w:rsidR="00E642C5" w:rsidRDefault="00E642C5">
      <w:pPr>
        <w:spacing w:after="0"/>
      </w:pPr>
    </w:p>
    <w:p w14:paraId="7B3DA31F" w14:textId="77777777" w:rsidR="00E642C5" w:rsidRDefault="00402718">
      <w:pPr>
        <w:spacing w:after="0"/>
      </w:pPr>
      <w:r>
        <w:rPr>
          <w:rFonts w:ascii="Arial" w:hAnsi="Arial"/>
          <w:b/>
        </w:rPr>
        <w:t xml:space="preserve">Interviewer E:  </w:t>
      </w:r>
      <w:r>
        <w:rPr>
          <w:rFonts w:ascii="Arial" w:hAnsi="Arial"/>
          <w:color w:val="5D7284"/>
        </w:rPr>
        <w:t>25:42</w:t>
      </w:r>
    </w:p>
    <w:p w14:paraId="06A7E1DD" w14:textId="77777777" w:rsidR="00E642C5" w:rsidRDefault="00402718">
      <w:pPr>
        <w:spacing w:after="0"/>
      </w:pPr>
      <w:r>
        <w:rPr>
          <w:rFonts w:ascii="Arial" w:hAnsi="Arial"/>
        </w:rPr>
        <w:t>Yeah, and why is it heavier?</w:t>
      </w:r>
    </w:p>
    <w:p w14:paraId="719089AA" w14:textId="77777777" w:rsidR="00E642C5" w:rsidRDefault="00E642C5">
      <w:pPr>
        <w:spacing w:after="0"/>
      </w:pPr>
    </w:p>
    <w:p w14:paraId="50FE294E" w14:textId="77777777" w:rsidR="00E642C5" w:rsidRDefault="00402718">
      <w:pPr>
        <w:spacing w:after="0"/>
      </w:pPr>
      <w:r>
        <w:rPr>
          <w:rFonts w:ascii="Arial" w:hAnsi="Arial"/>
          <w:b/>
        </w:rPr>
        <w:t xml:space="preserve">Participant # 35:  </w:t>
      </w:r>
      <w:r>
        <w:rPr>
          <w:rFonts w:ascii="Arial" w:hAnsi="Arial"/>
          <w:color w:val="5D7284"/>
        </w:rPr>
        <w:t>25:43</w:t>
      </w:r>
    </w:p>
    <w:p w14:paraId="41837A6A" w14:textId="77777777" w:rsidR="00E642C5" w:rsidRDefault="00402718">
      <w:pPr>
        <w:spacing w:after="0"/>
      </w:pPr>
      <w:r>
        <w:rPr>
          <w:rFonts w:ascii="Arial" w:hAnsi="Arial"/>
        </w:rPr>
        <w:t xml:space="preserve">I think adding salt increases the density. </w:t>
      </w:r>
    </w:p>
    <w:p w14:paraId="6BFC0F9E" w14:textId="77777777" w:rsidR="00E642C5" w:rsidRDefault="00E642C5">
      <w:pPr>
        <w:spacing w:after="0"/>
      </w:pPr>
    </w:p>
    <w:p w14:paraId="3FF01BCE" w14:textId="77777777" w:rsidR="00E642C5" w:rsidRDefault="00402718">
      <w:pPr>
        <w:spacing w:after="0"/>
      </w:pPr>
      <w:r>
        <w:rPr>
          <w:rFonts w:ascii="Arial" w:hAnsi="Arial"/>
          <w:b/>
        </w:rPr>
        <w:t xml:space="preserve">Interviewer E:  </w:t>
      </w:r>
      <w:r>
        <w:rPr>
          <w:rFonts w:ascii="Arial" w:hAnsi="Arial"/>
          <w:color w:val="5D7284"/>
        </w:rPr>
        <w:t>25:51</w:t>
      </w:r>
    </w:p>
    <w:p w14:paraId="79678DF7" w14:textId="77777777" w:rsidR="00E642C5" w:rsidRDefault="00402718">
      <w:pPr>
        <w:spacing w:after="0"/>
      </w:pPr>
      <w:r>
        <w:rPr>
          <w:rFonts w:ascii="Arial" w:hAnsi="Arial"/>
        </w:rPr>
        <w:t xml:space="preserve">Okay and so what's different about it </w:t>
      </w:r>
      <w:r>
        <w:rPr>
          <w:rFonts w:ascii="Arial" w:hAnsi="Arial"/>
        </w:rPr>
        <w:t>compared to your initial prediction?</w:t>
      </w:r>
    </w:p>
    <w:p w14:paraId="14BE3EA9" w14:textId="77777777" w:rsidR="00E642C5" w:rsidRDefault="00E642C5">
      <w:pPr>
        <w:spacing w:after="0"/>
      </w:pPr>
    </w:p>
    <w:p w14:paraId="61768B85" w14:textId="77777777" w:rsidR="00E642C5" w:rsidRDefault="00402718">
      <w:pPr>
        <w:spacing w:after="0"/>
      </w:pPr>
      <w:r>
        <w:rPr>
          <w:rFonts w:ascii="Arial" w:hAnsi="Arial"/>
          <w:b/>
        </w:rPr>
        <w:t xml:space="preserve">Participant # 35:  </w:t>
      </w:r>
      <w:r>
        <w:rPr>
          <w:rFonts w:ascii="Arial" w:hAnsi="Arial"/>
          <w:color w:val="5D7284"/>
        </w:rPr>
        <w:t>26:01</w:t>
      </w:r>
    </w:p>
    <w:p w14:paraId="1BD35B04" w14:textId="77777777" w:rsidR="00E642C5" w:rsidRDefault="00402718">
      <w:pPr>
        <w:spacing w:after="0"/>
      </w:pPr>
      <w:r>
        <w:rPr>
          <w:rFonts w:ascii="Arial" w:hAnsi="Arial"/>
        </w:rPr>
        <w:t>For my last one, or for this one.</w:t>
      </w:r>
    </w:p>
    <w:p w14:paraId="165758EF" w14:textId="77777777" w:rsidR="00E642C5" w:rsidRDefault="00E642C5">
      <w:pPr>
        <w:spacing w:after="0"/>
      </w:pPr>
    </w:p>
    <w:p w14:paraId="2FFB904F" w14:textId="77777777" w:rsidR="00E642C5" w:rsidRDefault="00402718">
      <w:pPr>
        <w:spacing w:after="0"/>
      </w:pPr>
      <w:r>
        <w:rPr>
          <w:rFonts w:ascii="Arial" w:hAnsi="Arial"/>
          <w:b/>
        </w:rPr>
        <w:t xml:space="preserve">Interviewer E:  </w:t>
      </w:r>
      <w:r>
        <w:rPr>
          <w:rFonts w:ascii="Arial" w:hAnsi="Arial"/>
          <w:color w:val="5D7284"/>
        </w:rPr>
        <w:t>26:03</w:t>
      </w:r>
    </w:p>
    <w:p w14:paraId="60DBE51D" w14:textId="77777777" w:rsidR="00E642C5" w:rsidRDefault="00402718">
      <w:pPr>
        <w:spacing w:after="0"/>
      </w:pPr>
      <w:r>
        <w:rPr>
          <w:rFonts w:ascii="Arial" w:hAnsi="Arial"/>
        </w:rPr>
        <w:t>For your last one.</w:t>
      </w:r>
    </w:p>
    <w:p w14:paraId="6EF16F23" w14:textId="77777777" w:rsidR="00E642C5" w:rsidRDefault="00E642C5">
      <w:pPr>
        <w:spacing w:after="0"/>
      </w:pPr>
    </w:p>
    <w:p w14:paraId="3F41773E" w14:textId="77777777" w:rsidR="00E642C5" w:rsidRDefault="00402718">
      <w:pPr>
        <w:spacing w:after="0"/>
      </w:pPr>
      <w:r>
        <w:rPr>
          <w:rFonts w:ascii="Arial" w:hAnsi="Arial"/>
          <w:b/>
        </w:rPr>
        <w:t xml:space="preserve">Participant # 35:  </w:t>
      </w:r>
      <w:r>
        <w:rPr>
          <w:rFonts w:ascii="Arial" w:hAnsi="Arial"/>
          <w:color w:val="5D7284"/>
        </w:rPr>
        <w:t>26:10</w:t>
      </w:r>
    </w:p>
    <w:p w14:paraId="4D886428" w14:textId="2357FABC" w:rsidR="00E642C5" w:rsidRDefault="00402718">
      <w:pPr>
        <w:spacing w:after="0"/>
      </w:pPr>
      <w:r>
        <w:rPr>
          <w:rFonts w:ascii="Arial" w:hAnsi="Arial"/>
        </w:rPr>
        <w:t xml:space="preserve">I would say in </w:t>
      </w:r>
      <w:r w:rsidR="002A1483">
        <w:rPr>
          <w:rFonts w:ascii="Arial" w:hAnsi="Arial"/>
        </w:rPr>
        <w:t>mine</w:t>
      </w:r>
      <w:r>
        <w:rPr>
          <w:rFonts w:ascii="Arial" w:hAnsi="Arial"/>
        </w:rPr>
        <w:t xml:space="preserve">, like there's not as much green on this side. </w:t>
      </w:r>
    </w:p>
    <w:p w14:paraId="04773C2F" w14:textId="77777777" w:rsidR="00E642C5" w:rsidRDefault="00E642C5">
      <w:pPr>
        <w:spacing w:after="0"/>
      </w:pPr>
    </w:p>
    <w:p w14:paraId="6D4C8EE5" w14:textId="77777777" w:rsidR="00E642C5" w:rsidRDefault="00402718">
      <w:pPr>
        <w:spacing w:after="0"/>
      </w:pPr>
      <w:r>
        <w:rPr>
          <w:rFonts w:ascii="Arial" w:hAnsi="Arial"/>
          <w:b/>
        </w:rPr>
        <w:t xml:space="preserve">Interviewer E:  </w:t>
      </w:r>
      <w:r>
        <w:rPr>
          <w:rFonts w:ascii="Arial" w:hAnsi="Arial"/>
          <w:color w:val="5D7284"/>
        </w:rPr>
        <w:t>26:14</w:t>
      </w:r>
    </w:p>
    <w:p w14:paraId="2D12CD65" w14:textId="77777777" w:rsidR="00E642C5" w:rsidRDefault="00402718">
      <w:pPr>
        <w:spacing w:after="0"/>
      </w:pPr>
      <w:r>
        <w:rPr>
          <w:rFonts w:ascii="Arial" w:hAnsi="Arial"/>
        </w:rPr>
        <w:t xml:space="preserve">Okay. </w:t>
      </w:r>
    </w:p>
    <w:p w14:paraId="455E6C3D" w14:textId="77777777" w:rsidR="00E642C5" w:rsidRDefault="00E642C5">
      <w:pPr>
        <w:spacing w:after="0"/>
      </w:pPr>
    </w:p>
    <w:p w14:paraId="526B441D" w14:textId="77777777" w:rsidR="00E642C5" w:rsidRDefault="00402718">
      <w:pPr>
        <w:spacing w:after="0"/>
      </w:pPr>
      <w:r>
        <w:rPr>
          <w:rFonts w:ascii="Arial" w:hAnsi="Arial"/>
          <w:b/>
        </w:rPr>
        <w:t xml:space="preserve">Participant # 35:  </w:t>
      </w:r>
      <w:r>
        <w:rPr>
          <w:rFonts w:ascii="Arial" w:hAnsi="Arial"/>
          <w:color w:val="5D7284"/>
        </w:rPr>
        <w:t>26:15</w:t>
      </w:r>
    </w:p>
    <w:p w14:paraId="7820F236" w14:textId="53879AE5" w:rsidR="00E642C5" w:rsidRDefault="002A1483">
      <w:pPr>
        <w:spacing w:after="0"/>
      </w:pPr>
      <w:r>
        <w:rPr>
          <w:rFonts w:ascii="Arial" w:hAnsi="Arial"/>
        </w:rPr>
        <w:t>So, I kind of predicted they would stay a little bit more separate from each other. Pretty much like the yellows right there. The Greens right under it.</w:t>
      </w:r>
    </w:p>
    <w:p w14:paraId="22F8EE1E" w14:textId="77777777" w:rsidR="00E642C5" w:rsidRDefault="00E642C5">
      <w:pPr>
        <w:spacing w:after="0"/>
      </w:pPr>
    </w:p>
    <w:p w14:paraId="42D3A8F9" w14:textId="77777777" w:rsidR="00E642C5" w:rsidRDefault="00402718">
      <w:pPr>
        <w:spacing w:after="0"/>
      </w:pPr>
      <w:r>
        <w:rPr>
          <w:rFonts w:ascii="Arial" w:hAnsi="Arial"/>
          <w:b/>
        </w:rPr>
        <w:t xml:space="preserve">Interviewer E:  </w:t>
      </w:r>
      <w:r>
        <w:rPr>
          <w:rFonts w:ascii="Arial" w:hAnsi="Arial"/>
          <w:color w:val="5D7284"/>
        </w:rPr>
        <w:t>26:27</w:t>
      </w:r>
    </w:p>
    <w:p w14:paraId="4D063B83" w14:textId="33BD8E1C" w:rsidR="00E642C5" w:rsidRDefault="002A1483">
      <w:pPr>
        <w:spacing w:after="0"/>
      </w:pPr>
      <w:r>
        <w:rPr>
          <w:rFonts w:ascii="Arial" w:hAnsi="Arial"/>
        </w:rPr>
        <w:t>So, I guess you notice that the rate in which this like stratified was really quick. So now looking at it the way it is, how long do you think it would take these layers to combine?</w:t>
      </w:r>
    </w:p>
    <w:p w14:paraId="0325EF61" w14:textId="77777777" w:rsidR="00E642C5" w:rsidRDefault="00E642C5">
      <w:pPr>
        <w:spacing w:after="0"/>
      </w:pPr>
    </w:p>
    <w:p w14:paraId="615D0718" w14:textId="77777777" w:rsidR="00E642C5" w:rsidRDefault="00402718">
      <w:pPr>
        <w:spacing w:after="0"/>
      </w:pPr>
      <w:r>
        <w:rPr>
          <w:rFonts w:ascii="Arial" w:hAnsi="Arial"/>
          <w:b/>
        </w:rPr>
        <w:t xml:space="preserve">Participant # 35:  </w:t>
      </w:r>
      <w:r>
        <w:rPr>
          <w:rFonts w:ascii="Arial" w:hAnsi="Arial"/>
          <w:color w:val="5D7284"/>
        </w:rPr>
        <w:t>26:43</w:t>
      </w:r>
    </w:p>
    <w:p w14:paraId="48E62007" w14:textId="77777777" w:rsidR="00E642C5" w:rsidRDefault="00402718">
      <w:pPr>
        <w:spacing w:after="0"/>
      </w:pPr>
      <w:r>
        <w:rPr>
          <w:rFonts w:ascii="Arial" w:hAnsi="Arial"/>
        </w:rPr>
        <w:t>Like another two minutes?</w:t>
      </w:r>
    </w:p>
    <w:p w14:paraId="3F678422" w14:textId="77777777" w:rsidR="00E642C5" w:rsidRDefault="00E642C5">
      <w:pPr>
        <w:spacing w:after="0"/>
      </w:pPr>
    </w:p>
    <w:p w14:paraId="0144F328" w14:textId="77777777" w:rsidR="00E642C5" w:rsidRDefault="00402718">
      <w:pPr>
        <w:spacing w:after="0"/>
      </w:pPr>
      <w:r>
        <w:rPr>
          <w:rFonts w:ascii="Arial" w:hAnsi="Arial"/>
          <w:b/>
        </w:rPr>
        <w:t xml:space="preserve">Interviewer E:  </w:t>
      </w:r>
      <w:r>
        <w:rPr>
          <w:rFonts w:ascii="Arial" w:hAnsi="Arial"/>
          <w:color w:val="5D7284"/>
        </w:rPr>
        <w:t>26:45</w:t>
      </w:r>
    </w:p>
    <w:p w14:paraId="4D310119" w14:textId="77777777" w:rsidR="00E642C5" w:rsidRDefault="00402718">
      <w:pPr>
        <w:spacing w:after="0"/>
      </w:pPr>
      <w:r>
        <w:rPr>
          <w:rFonts w:ascii="Arial" w:hAnsi="Arial"/>
        </w:rPr>
        <w:t>In two minutes?</w:t>
      </w:r>
    </w:p>
    <w:p w14:paraId="6C04056E" w14:textId="77777777" w:rsidR="00E642C5" w:rsidRDefault="00E642C5">
      <w:pPr>
        <w:spacing w:after="0"/>
      </w:pPr>
    </w:p>
    <w:p w14:paraId="71514119" w14:textId="77777777" w:rsidR="00E642C5" w:rsidRDefault="00402718">
      <w:pPr>
        <w:spacing w:after="0"/>
      </w:pPr>
      <w:r>
        <w:rPr>
          <w:rFonts w:ascii="Arial" w:hAnsi="Arial"/>
          <w:b/>
        </w:rPr>
        <w:t xml:space="preserve">Participant # 35:  </w:t>
      </w:r>
      <w:r>
        <w:rPr>
          <w:rFonts w:ascii="Arial" w:hAnsi="Arial"/>
          <w:color w:val="5D7284"/>
        </w:rPr>
        <w:t>26:46</w:t>
      </w:r>
    </w:p>
    <w:p w14:paraId="553B4AC0" w14:textId="77777777" w:rsidR="00E642C5" w:rsidRDefault="00402718">
      <w:pPr>
        <w:spacing w:after="0"/>
      </w:pPr>
      <w:r>
        <w:rPr>
          <w:rFonts w:ascii="Arial" w:hAnsi="Arial"/>
        </w:rPr>
        <w:t>Yeah. Maybe even well. Almost and pretty stagnant. Does that mean it's not gonna mix without any help?</w:t>
      </w:r>
    </w:p>
    <w:p w14:paraId="5EAF8C87" w14:textId="77777777" w:rsidR="00E642C5" w:rsidRDefault="00E642C5">
      <w:pPr>
        <w:spacing w:after="0"/>
      </w:pPr>
    </w:p>
    <w:p w14:paraId="0FAEFCA6" w14:textId="77777777" w:rsidR="00E642C5" w:rsidRDefault="00402718">
      <w:pPr>
        <w:spacing w:after="0"/>
      </w:pPr>
      <w:r>
        <w:rPr>
          <w:rFonts w:ascii="Arial" w:hAnsi="Arial"/>
          <w:b/>
        </w:rPr>
        <w:t xml:space="preserve">Interviewer E:  </w:t>
      </w:r>
      <w:r>
        <w:rPr>
          <w:rFonts w:ascii="Arial" w:hAnsi="Arial"/>
          <w:color w:val="5D7284"/>
        </w:rPr>
        <w:t>27:01</w:t>
      </w:r>
    </w:p>
    <w:p w14:paraId="471F2B78" w14:textId="77777777" w:rsidR="00E642C5" w:rsidRDefault="00402718">
      <w:pPr>
        <w:spacing w:after="0"/>
      </w:pPr>
      <w:r>
        <w:rPr>
          <w:rFonts w:ascii="Arial" w:hAnsi="Arial"/>
        </w:rPr>
        <w:t>No, no. What do you think?</w:t>
      </w:r>
    </w:p>
    <w:p w14:paraId="11D37928" w14:textId="77777777" w:rsidR="00E642C5" w:rsidRDefault="00E642C5">
      <w:pPr>
        <w:spacing w:after="0"/>
      </w:pPr>
    </w:p>
    <w:p w14:paraId="78DBAFD8" w14:textId="77777777" w:rsidR="00E642C5" w:rsidRDefault="00402718">
      <w:pPr>
        <w:spacing w:after="0"/>
      </w:pPr>
      <w:r>
        <w:rPr>
          <w:rFonts w:ascii="Arial" w:hAnsi="Arial"/>
          <w:b/>
        </w:rPr>
        <w:t xml:space="preserve">Participant # 35:  </w:t>
      </w:r>
      <w:r>
        <w:rPr>
          <w:rFonts w:ascii="Arial" w:hAnsi="Arial"/>
          <w:color w:val="5D7284"/>
        </w:rPr>
        <w:t>27:02</w:t>
      </w:r>
    </w:p>
    <w:p w14:paraId="1EF5FA24" w14:textId="77777777" w:rsidR="00E642C5" w:rsidRDefault="00402718">
      <w:pPr>
        <w:spacing w:after="0"/>
      </w:pPr>
      <w:r>
        <w:rPr>
          <w:rFonts w:ascii="Arial" w:hAnsi="Arial"/>
        </w:rPr>
        <w:t xml:space="preserve">I think it might stay like this. </w:t>
      </w:r>
    </w:p>
    <w:p w14:paraId="5D89F68A" w14:textId="77777777" w:rsidR="00E642C5" w:rsidRDefault="00E642C5">
      <w:pPr>
        <w:spacing w:after="0"/>
      </w:pPr>
    </w:p>
    <w:p w14:paraId="10C40692" w14:textId="77777777" w:rsidR="00E642C5" w:rsidRDefault="00402718">
      <w:pPr>
        <w:spacing w:after="0"/>
      </w:pPr>
      <w:r>
        <w:rPr>
          <w:rFonts w:ascii="Arial" w:hAnsi="Arial"/>
          <w:b/>
        </w:rPr>
        <w:t xml:space="preserve">Interviewer E:  </w:t>
      </w:r>
      <w:r>
        <w:rPr>
          <w:rFonts w:ascii="Arial" w:hAnsi="Arial"/>
          <w:color w:val="5D7284"/>
        </w:rPr>
        <w:t>27:04</w:t>
      </w:r>
    </w:p>
    <w:p w14:paraId="4B3CBADF" w14:textId="77777777" w:rsidR="00E642C5" w:rsidRDefault="00402718">
      <w:pPr>
        <w:spacing w:after="0"/>
      </w:pPr>
      <w:r>
        <w:rPr>
          <w:rFonts w:ascii="Arial" w:hAnsi="Arial"/>
        </w:rPr>
        <w:t>Think it will stay like this for like ever, or.</w:t>
      </w:r>
    </w:p>
    <w:p w14:paraId="73D9E0D0" w14:textId="77777777" w:rsidR="00E642C5" w:rsidRDefault="00E642C5">
      <w:pPr>
        <w:spacing w:after="0"/>
      </w:pPr>
    </w:p>
    <w:p w14:paraId="089289AC" w14:textId="77777777" w:rsidR="00E642C5" w:rsidRDefault="00402718">
      <w:pPr>
        <w:spacing w:after="0"/>
      </w:pPr>
      <w:r>
        <w:rPr>
          <w:rFonts w:ascii="Arial" w:hAnsi="Arial"/>
          <w:b/>
        </w:rPr>
        <w:t xml:space="preserve">Participant # 35:  </w:t>
      </w:r>
      <w:r>
        <w:rPr>
          <w:rFonts w:ascii="Arial" w:hAnsi="Arial"/>
          <w:color w:val="5D7284"/>
        </w:rPr>
        <w:t>27:08</w:t>
      </w:r>
    </w:p>
    <w:p w14:paraId="78B83391" w14:textId="77777777" w:rsidR="00E642C5" w:rsidRDefault="00402718">
      <w:pPr>
        <w:spacing w:after="0"/>
      </w:pPr>
      <w:r>
        <w:rPr>
          <w:rFonts w:ascii="Arial" w:hAnsi="Arial"/>
        </w:rPr>
        <w:t>Would like at least 10 minutes.</w:t>
      </w:r>
    </w:p>
    <w:p w14:paraId="4D9F48B2" w14:textId="77777777" w:rsidR="00E642C5" w:rsidRDefault="00E642C5">
      <w:pPr>
        <w:spacing w:after="0"/>
      </w:pPr>
    </w:p>
    <w:p w14:paraId="72B4BAA4" w14:textId="77777777" w:rsidR="00E642C5" w:rsidRDefault="00402718">
      <w:pPr>
        <w:spacing w:after="0"/>
      </w:pPr>
      <w:r>
        <w:rPr>
          <w:rFonts w:ascii="Arial" w:hAnsi="Arial"/>
          <w:b/>
        </w:rPr>
        <w:t xml:space="preserve">Interviewer E:  </w:t>
      </w:r>
      <w:r>
        <w:rPr>
          <w:rFonts w:ascii="Arial" w:hAnsi="Arial"/>
          <w:color w:val="5D7284"/>
        </w:rPr>
        <w:t>27:10</w:t>
      </w:r>
    </w:p>
    <w:p w14:paraId="1A690796" w14:textId="77777777" w:rsidR="00E642C5" w:rsidRDefault="00402718">
      <w:pPr>
        <w:spacing w:after="0"/>
      </w:pPr>
      <w:r>
        <w:rPr>
          <w:rFonts w:ascii="Arial" w:hAnsi="Arial"/>
        </w:rPr>
        <w:t>For at least 10 minutes.</w:t>
      </w:r>
    </w:p>
    <w:p w14:paraId="4A54CF72" w14:textId="77777777" w:rsidR="00E642C5" w:rsidRDefault="00E642C5">
      <w:pPr>
        <w:spacing w:after="0"/>
      </w:pPr>
    </w:p>
    <w:p w14:paraId="32A72CF8" w14:textId="77777777" w:rsidR="00E642C5" w:rsidRDefault="00402718">
      <w:pPr>
        <w:spacing w:after="0"/>
      </w:pPr>
      <w:r>
        <w:rPr>
          <w:rFonts w:ascii="Arial" w:hAnsi="Arial"/>
          <w:b/>
        </w:rPr>
        <w:t xml:space="preserve">Interviewer P:  </w:t>
      </w:r>
      <w:r>
        <w:rPr>
          <w:rFonts w:ascii="Arial" w:hAnsi="Arial"/>
          <w:color w:val="5D7284"/>
        </w:rPr>
        <w:t>27:15</w:t>
      </w:r>
    </w:p>
    <w:p w14:paraId="5274F6CA" w14:textId="77777777" w:rsidR="00E642C5" w:rsidRDefault="00402718">
      <w:pPr>
        <w:spacing w:after="0"/>
      </w:pPr>
      <w:r>
        <w:rPr>
          <w:rFonts w:ascii="Arial" w:hAnsi="Arial"/>
        </w:rPr>
        <w:t>Okay, all right. We can stop the recording.</w:t>
      </w:r>
    </w:p>
    <w:p w14:paraId="6C2C9545" w14:textId="77777777" w:rsidR="00E642C5" w:rsidRDefault="00E642C5">
      <w:pPr>
        <w:spacing w:after="0"/>
      </w:pPr>
    </w:p>
    <w:p w14:paraId="05677BDF" w14:textId="77777777" w:rsidR="00E642C5" w:rsidRDefault="00402718">
      <w:pPr>
        <w:spacing w:after="0"/>
      </w:pPr>
      <w:r>
        <w:rPr>
          <w:rFonts w:ascii="Arial" w:hAnsi="Arial"/>
          <w:b/>
        </w:rPr>
        <w:t xml:space="preserve">Interviewer E:  </w:t>
      </w:r>
      <w:r>
        <w:rPr>
          <w:rFonts w:ascii="Arial" w:hAnsi="Arial"/>
          <w:color w:val="5D7284"/>
        </w:rPr>
        <w:t>27:21</w:t>
      </w:r>
    </w:p>
    <w:p w14:paraId="6E07BA9A" w14:textId="77777777" w:rsidR="00E642C5" w:rsidRDefault="00402718">
      <w:pPr>
        <w:spacing w:after="0"/>
      </w:pPr>
      <w:r>
        <w:rPr>
          <w:rFonts w:ascii="Arial" w:hAnsi="Arial"/>
        </w:rPr>
        <w:t>It's all the questions we have. Like you're a fourth hokage yeah. fourth hokages and you're Bumble Bee.</w:t>
      </w:r>
    </w:p>
    <w:sectPr w:rsidR="00E642C5"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A79148" w14:textId="77777777" w:rsidR="001625D3" w:rsidRDefault="001625D3">
      <w:pPr>
        <w:spacing w:after="0" w:line="240" w:lineRule="auto"/>
      </w:pPr>
      <w:r>
        <w:separator/>
      </w:r>
    </w:p>
  </w:endnote>
  <w:endnote w:type="continuationSeparator" w:id="0">
    <w:p w14:paraId="42C25B8F" w14:textId="77777777" w:rsidR="001625D3" w:rsidRDefault="001625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74021842"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0F69882D"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E99E4E9"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1693925D"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3662B2BB"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72156"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9637E5" w14:textId="77777777" w:rsidR="001625D3" w:rsidRDefault="001625D3">
      <w:pPr>
        <w:spacing w:after="0" w:line="240" w:lineRule="auto"/>
      </w:pPr>
      <w:r>
        <w:separator/>
      </w:r>
    </w:p>
  </w:footnote>
  <w:footnote w:type="continuationSeparator" w:id="0">
    <w:p w14:paraId="456C4394" w14:textId="77777777" w:rsidR="001625D3" w:rsidRDefault="001625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09C8F"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64211"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4A3F7F"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771128956">
    <w:abstractNumId w:val="8"/>
  </w:num>
  <w:num w:numId="2" w16cid:durableId="196310762">
    <w:abstractNumId w:val="6"/>
  </w:num>
  <w:num w:numId="3" w16cid:durableId="786899656">
    <w:abstractNumId w:val="5"/>
  </w:num>
  <w:num w:numId="4" w16cid:durableId="1960986649">
    <w:abstractNumId w:val="4"/>
  </w:num>
  <w:num w:numId="5" w16cid:durableId="1458446808">
    <w:abstractNumId w:val="7"/>
  </w:num>
  <w:num w:numId="6" w16cid:durableId="1601837796">
    <w:abstractNumId w:val="3"/>
  </w:num>
  <w:num w:numId="7" w16cid:durableId="602685157">
    <w:abstractNumId w:val="2"/>
  </w:num>
  <w:num w:numId="8" w16cid:durableId="2096120813">
    <w:abstractNumId w:val="1"/>
  </w:num>
  <w:num w:numId="9" w16cid:durableId="19261829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1625D3"/>
    <w:rsid w:val="0029639D"/>
    <w:rsid w:val="002A1483"/>
    <w:rsid w:val="00304430"/>
    <w:rsid w:val="00326F90"/>
    <w:rsid w:val="00402718"/>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642C5"/>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012CACE"/>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8BF5B5D4-ECEB-440B-AB7E-CDE5620779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C0CC4E-F818-4776-84A9-EA067AE46F12}">
  <ds:schemaRefs>
    <ds:schemaRef ds:uri="http://schemas.microsoft.com/sharepoint/v3/contenttype/forms"/>
  </ds:schemaRefs>
</ds:datastoreItem>
</file>

<file path=customXml/itemProps4.xml><?xml version="1.0" encoding="utf-8"?>
<ds:datastoreItem xmlns:ds="http://schemas.openxmlformats.org/officeDocument/2006/customXml" ds:itemID="{558EB9CF-8A23-497C-B95F-BEB21484A5C8}">
  <ds:schemaRefs>
    <ds:schemaRef ds:uri="http://schemas.microsoft.com/sharepoint/v3"/>
    <ds:schemaRef ds:uri="http://purl.org/dc/terms/"/>
    <ds:schemaRef ds:uri="http://purl.org/dc/elements/1.1/"/>
    <ds:schemaRef ds:uri="http://schemas.microsoft.com/office/2006/metadata/properties"/>
    <ds:schemaRef ds:uri="http://www.w3.org/XML/1998/namespace"/>
    <ds:schemaRef ds:uri="eeef5ad7-d6de-419e-9305-cd9bdd8d89a9"/>
    <ds:schemaRef ds:uri="http://schemas.microsoft.com/office/infopath/2007/PartnerControls"/>
    <ds:schemaRef ds:uri="http://schemas.microsoft.com/office/2006/documentManagement/types"/>
    <ds:schemaRef ds:uri="http://schemas.openxmlformats.org/package/2006/metadata/core-properties"/>
    <ds:schemaRef ds:uri="5b1983e9-55b4-4f9e-a196-30376d2238aa"/>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2338</Words>
  <Characters>13330</Characters>
  <Application>Microsoft Office Word</Application>
  <DocSecurity>4</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15637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2024-05-21T15:59:00Z</dcterms:created>
  <dcterms:modified xsi:type="dcterms:W3CDTF">2024-05-21T15:59:00Z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