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'1.0' encoding='UTF-8' standalone='yes'?>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pStyle w:val="Heading2"/>
      </w:pPr>
      <w:r>
        <w:t>Transcription Results</w:t>
      </w:r>
    </w:p>
    <w:p>
      <w:pPr>
        <w:pStyle w:val="Heading3"/>
      </w:pPr>
      <w:r>
        <w:t>Amazon Transcribe Audio Source</w:t>
      </w:r>
    </w:p>
    <w:tbl>
      <w:tblPr>
        <w:tblStyle w:val="LightList"/>
        <w:tblW w:type="auto" w:w="0"/>
        <w:jc w:val="left"/>
        <w:tblLook w:firstColumn="1" w:firstRow="1" w:lastColumn="0" w:lastRow="0" w:noHBand="0" w:noVBand="1" w:val="04A0"/>
      </w:tblPr>
      <w:tblGrid>
        <w:gridCol w:w="4870"/>
        <w:gridCol w:w="4870"/>
      </w:tblGrid>
      <w:tr>
        <w:tc>
          <w:tcPr>
            <w:tcW w:type="dxa" w:w="1950"/>
          </w:tcPr>
          <w:p>
            <w:r>
              <w:t>Job Name</w:t>
            </w:r>
          </w:p>
        </w:tc>
        <w:tc>
          <w:tcPr>
            <w:tcW w:type="dxa" w:w="2772"/>
          </w:tcPr>
          <w:p>
            <w:r>
              <w:t>IHP_91_We_Know_Less_About_Politics_Than_We_Think__-_11422_7.02_PM.mp3-220a5656-2c25-44c6-b741-d38c1175e1e1</w:t>
            </w:r>
          </w:p>
        </w:tc>
      </w:tr>
      <w:tr>
        <w:tc>
          <w:tcPr>
            <w:tcW w:type="dxa" w:w="1950"/>
          </w:tcPr>
          <w:p>
            <w:r>
              <w:t>Audio Duration</w:t>
            </w:r>
          </w:p>
        </w:tc>
        <w:tc>
          <w:tcPr>
            <w:tcW w:type="dxa" w:w="2772"/>
          </w:tcPr>
          <w:p>
            <w:r>
              <w:t>48m 43.53s</w:t>
            </w:r>
          </w:p>
        </w:tc>
      </w:tr>
      <w:tr>
        <w:tc>
          <w:tcPr>
            <w:tcW w:type="dxa" w:w="1950"/>
          </w:tcPr>
          <w:p>
            <w:r>
              <w:t>Audio Identification</w:t>
            </w:r>
          </w:p>
        </w:tc>
        <w:tc>
          <w:tcPr>
            <w:tcW w:type="dxa" w:w="2772"/>
          </w:tcPr>
          <w:p>
            <w:r>
              <w:t>Speaker-separated</w:t>
            </w:r>
          </w:p>
        </w:tc>
      </w:tr>
      <w:tr>
        <w:tc>
          <w:tcPr>
            <w:tcW w:type="dxa" w:w="1950"/>
          </w:tcPr>
          <w:p>
            <w:r>
              <w:t>Language(s)</w:t>
            </w:r>
          </w:p>
        </w:tc>
        <w:tc>
          <w:tcPr>
            <w:tcW w:type="dxa" w:w="2772"/>
          </w:tcPr>
          <w:p>
            <w:r>
              <w:t>en-US</w:t>
            </w:r>
          </w:p>
        </w:tc>
      </w:tr>
      <w:tr>
        <w:tc>
          <w:tcPr>
            <w:tcW w:type="dxa" w:w="1950"/>
          </w:tcPr>
          <w:p>
            <w:r>
              <w:t>File Format</w:t>
            </w:r>
          </w:p>
        </w:tc>
        <w:tc>
          <w:tcPr>
            <w:tcW w:type="dxa" w:w="2772"/>
          </w:tcPr>
          <w:p>
            <w:r>
              <w:t>mp3</w:t>
            </w:r>
          </w:p>
        </w:tc>
      </w:tr>
      <w:tr>
        <w:tc>
          <w:tcPr>
            <w:tcW w:type="dxa" w:w="1950"/>
          </w:tcPr>
          <w:p>
            <w:r>
              <w:t>Sample Rate</w:t>
            </w:r>
          </w:p>
        </w:tc>
        <w:tc>
          <w:tcPr>
            <w:tcW w:type="dxa" w:w="2772"/>
          </w:tcPr>
          <w:p>
            <w:r>
              <w:t>44100 Hz</w:t>
            </w:r>
          </w:p>
        </w:tc>
      </w:tr>
      <w:tr>
        <w:tc>
          <w:tcPr>
            <w:tcW w:type="dxa" w:w="1950"/>
          </w:tcPr>
          <w:p>
            <w:r>
              <w:t>Job Created</w:t>
            </w:r>
          </w:p>
        </w:tc>
        <w:tc>
          <w:tcPr>
            <w:tcW w:type="dxa" w:w="2772"/>
          </w:tcPr>
          <w:p>
            <w:r>
              <w:t>Thu 13 Nov '25 at 18:33:38</w:t>
            </w:r>
          </w:p>
        </w:tc>
      </w:tr>
      <w:tr>
        <w:tc>
          <w:tcPr>
            <w:tcW w:type="dxa" w:w="1950"/>
          </w:tcPr>
          <w:p>
            <w:r>
              <w:t>Average Confidence</w:t>
            </w:r>
          </w:p>
        </w:tc>
        <w:tc>
          <w:tcPr>
            <w:tcW w:type="dxa" w:w="2772"/>
          </w:tcPr>
          <w:p>
            <w:r>
              <w:t>98.4%</w:t>
            </w:r>
          </w:p>
        </w:tc>
      </w:tr>
    </w:tbl>
    <w:p/>
    <w:p>
      <w:pPr>
        <w:sectPr>
          <w:pgSz w:w="11906" w:h="16838"/>
          <w:pgMar w:top="1083" w:right="1083" w:bottom="1083" w:left="1083" w:header="720" w:footer="720" w:gutter="0"/>
          <w:cols w:space="720"/>
          <w:docGrid w:linePitch="360"/>
        </w:sectPr>
      </w:pPr>
    </w:p>
    <w:p>
      <w:pPr>
        <w:pStyle w:val="Heading3"/>
      </w:pPr>
      <w:r>
        <w:t>Audio Transcription</w:t>
      </w:r>
    </w:p>
    <w:p>
      <w:r>
        <w:rPr>
          <w:i/>
          <w:color w:val="000000"/>
          <w:sz w:val="20"/>
        </w:rPr>
        <w:t xml:space="preserve">WORD CONFIDENCE: &gt;= 90% in black, </w:t>
      </w:r>
      <w:r>
        <w:rPr>
          <w:i/>
          <w:sz w:val="20"/>
          <w:highlight w:val="yellow"/>
        </w:rPr>
        <w:t>&lt; 90% in yellow highlight</w:t>
      </w:r>
    </w:p>
    <w:p>
      <w:r>
        <w:t xml:space="preserve">[00:00:00] Speaker 1: </w:t>
      </w:r>
      <w:r>
        <w:rPr>
          <w:color w:val="000000"/>
        </w:rPr>
        <w:t>I</w:t>
      </w:r>
      <w:r>
        <w:rPr>
          <w:highlight w:val="yellow"/>
        </w:rPr>
        <w:t xml:space="preserve"> Hate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podcast</w:t>
      </w:r>
      <w:r>
        <w:rPr>
          <w:color w:val="000000"/>
        </w:rPr>
        <w:t xml:space="preserve"> about</w:t>
      </w:r>
      <w:r>
        <w:rPr>
          <w:color w:val="000000"/>
        </w:rPr>
        <w:t xml:space="preserve"> a</w:t>
      </w:r>
      <w:r>
        <w:rPr>
          <w:color w:val="000000"/>
        </w:rPr>
        <w:t xml:space="preserve"> human</w:t>
      </w:r>
      <w:r>
        <w:rPr>
          <w:color w:val="000000"/>
        </w:rPr>
        <w:t xml:space="preserve"> activity</w:t>
      </w:r>
      <w:r>
        <w:rPr>
          <w:color w:val="000000"/>
        </w:rPr>
        <w:t xml:space="preserve"> we</w:t>
      </w:r>
      <w:r>
        <w:rPr>
          <w:color w:val="000000"/>
        </w:rPr>
        <w:t xml:space="preserve"> love</w:t>
      </w:r>
      <w:r>
        <w:rPr>
          <w:color w:val="000000"/>
        </w:rPr>
        <w:t xml:space="preserve"> to</w:t>
      </w:r>
      <w:r>
        <w:rPr>
          <w:color w:val="000000"/>
        </w:rPr>
        <w:t xml:space="preserve"> hate.</w:t>
      </w:r>
      <w:r>
        <w:rPr>
          <w:color w:val="000000"/>
        </w:rPr>
        <w:t xml:space="preserve"> I</w:t>
      </w:r>
      <w:r>
        <w:rPr>
          <w:color w:val="000000"/>
        </w:rPr>
        <w:t xml:space="preserve"> am</w:t>
      </w:r>
      <w:r>
        <w:rPr>
          <w:highlight w:val="yellow"/>
        </w:rPr>
        <w:t xml:space="preserve"> Sunil</w:t>
      </w:r>
      <w:r>
        <w:rPr>
          <w:color w:val="000000"/>
        </w:rPr>
        <w:t xml:space="preserve"> Dasgupta.</w:t>
      </w:r>
      <w:r>
        <w:rPr>
          <w:color w:val="000000"/>
        </w:rPr>
        <w:t xml:space="preserve"> This</w:t>
      </w:r>
      <w:r>
        <w:rPr>
          <w:color w:val="000000"/>
        </w:rPr>
        <w:t xml:space="preserve"> upcoming</w:t>
      </w:r>
      <w:r>
        <w:rPr>
          <w:color w:val="000000"/>
        </w:rPr>
        <w:t xml:space="preserve"> Tuesday,</w:t>
      </w:r>
      <w:r>
        <w:rPr>
          <w:color w:val="000000"/>
        </w:rPr>
        <w:t xml:space="preserve"> November</w:t>
      </w:r>
      <w:r>
        <w:rPr>
          <w:color w:val="000000"/>
        </w:rPr>
        <w:t xml:space="preserve"> 8th,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midterm</w:t>
      </w:r>
      <w:r>
        <w:rPr>
          <w:color w:val="000000"/>
        </w:rPr>
        <w:t xml:space="preserve"> elections</w:t>
      </w:r>
      <w:r>
        <w:rPr>
          <w:color w:val="000000"/>
        </w:rPr>
        <w:t xml:space="preserve"> that</w:t>
      </w:r>
      <w:r>
        <w:rPr>
          <w:color w:val="000000"/>
        </w:rPr>
        <w:t xml:space="preserve"> will</w:t>
      </w:r>
      <w:r>
        <w:rPr>
          <w:color w:val="000000"/>
        </w:rPr>
        <w:t xml:space="preserve"> determine</w:t>
      </w:r>
      <w:r>
        <w:rPr>
          <w:color w:val="000000"/>
        </w:rPr>
        <w:t xml:space="preserve"> who</w:t>
      </w:r>
      <w:r>
        <w:rPr>
          <w:color w:val="000000"/>
        </w:rPr>
        <w:t xml:space="preserve"> controls</w:t>
      </w:r>
      <w:r>
        <w:rPr>
          <w:color w:val="000000"/>
        </w:rPr>
        <w:t xml:space="preserve"> the</w:t>
      </w:r>
      <w:r>
        <w:rPr>
          <w:color w:val="000000"/>
        </w:rPr>
        <w:t xml:space="preserve"> House</w:t>
      </w:r>
      <w:r>
        <w:rPr>
          <w:color w:val="000000"/>
        </w:rPr>
        <w:t xml:space="preserve"> of</w:t>
      </w:r>
      <w:r>
        <w:rPr>
          <w:color w:val="000000"/>
        </w:rPr>
        <w:t xml:space="preserve"> Representatives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Senate,</w:t>
      </w:r>
      <w:r>
        <w:rPr>
          <w:color w:val="000000"/>
        </w:rPr>
        <w:t xml:space="preserve"> but</w:t>
      </w:r>
      <w:r>
        <w:rPr>
          <w:color w:val="000000"/>
        </w:rPr>
        <w:t xml:space="preserve"> also</w:t>
      </w:r>
      <w:r>
        <w:rPr>
          <w:color w:val="000000"/>
        </w:rPr>
        <w:t xml:space="preserve"> a</w:t>
      </w:r>
      <w:r>
        <w:rPr>
          <w:color w:val="000000"/>
        </w:rPr>
        <w:t xml:space="preserve"> number</w:t>
      </w:r>
      <w:r>
        <w:rPr>
          <w:color w:val="000000"/>
        </w:rPr>
        <w:t xml:space="preserve"> of</w:t>
      </w:r>
      <w:r>
        <w:rPr>
          <w:color w:val="000000"/>
        </w:rPr>
        <w:t xml:space="preserve"> state</w:t>
      </w:r>
      <w:r>
        <w:rPr>
          <w:highlight w:val="yellow"/>
        </w:rPr>
        <w:t xml:space="preserve"> governor's</w:t>
      </w:r>
      <w:r>
        <w:rPr>
          <w:color w:val="000000"/>
        </w:rPr>
        <w:t xml:space="preserve"> offices</w:t>
      </w:r>
      <w:r>
        <w:rPr>
          <w:color w:val="000000"/>
        </w:rPr>
        <w:t xml:space="preserve"> and</w:t>
      </w:r>
      <w:r>
        <w:rPr>
          <w:color w:val="000000"/>
        </w:rPr>
        <w:t xml:space="preserve"> assemblies</w:t>
      </w:r>
      <w:r>
        <w:rPr>
          <w:color w:val="000000"/>
        </w:rPr>
        <w:t xml:space="preserve"> in</w:t>
      </w:r>
      <w:r>
        <w:rPr>
          <w:color w:val="000000"/>
        </w:rPr>
        <w:t xml:space="preserve"> Maryland</w:t>
      </w:r>
      <w:r>
        <w:rPr>
          <w:color w:val="000000"/>
        </w:rPr>
        <w:t xml:space="preserve"> Democrat</w:t>
      </w:r>
      <w:r>
        <w:rPr>
          <w:highlight w:val="yellow"/>
        </w:rPr>
        <w:t xml:space="preserve"> Westmore</w:t>
      </w:r>
      <w:r>
        <w:rPr>
          <w:color w:val="000000"/>
        </w:rPr>
        <w:t xml:space="preserve"> is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lopsided</w:t>
      </w:r>
      <w:r>
        <w:rPr>
          <w:color w:val="000000"/>
        </w:rPr>
        <w:t xml:space="preserve"> race</w:t>
      </w:r>
      <w:r>
        <w:rPr>
          <w:color w:val="000000"/>
        </w:rPr>
        <w:t xml:space="preserve"> with</w:t>
      </w:r>
      <w:r>
        <w:rPr>
          <w:color w:val="000000"/>
        </w:rPr>
        <w:t xml:space="preserve"> Trump</w:t>
      </w:r>
      <w:r>
        <w:rPr>
          <w:color w:val="000000"/>
        </w:rPr>
        <w:t xml:space="preserve"> Republican.</w:t>
      </w:r>
      <w:r>
        <w:rPr>
          <w:color w:val="000000"/>
        </w:rPr>
        <w:t xml:space="preserve"> Dan</w:t>
      </w:r>
      <w:r>
        <w:rPr>
          <w:color w:val="000000"/>
        </w:rPr>
        <w:t xml:space="preserve"> Cox,</w:t>
      </w:r>
      <w:r>
        <w:rPr>
          <w:color w:val="000000"/>
        </w:rPr>
        <w:t xml:space="preserve"> who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repudiated</w:t>
      </w:r>
      <w:r>
        <w:rPr>
          <w:color w:val="000000"/>
        </w:rPr>
        <w:t xml:space="preserve"> by</w:t>
      </w:r>
      <w:r>
        <w:rPr>
          <w:color w:val="000000"/>
        </w:rPr>
        <w:t xml:space="preserve"> the</w:t>
      </w:r>
      <w:r>
        <w:rPr>
          <w:color w:val="000000"/>
        </w:rPr>
        <w:t xml:space="preserve"> sitting</w:t>
      </w:r>
      <w:r>
        <w:rPr>
          <w:color w:val="000000"/>
        </w:rPr>
        <w:t xml:space="preserve"> Republican</w:t>
      </w:r>
      <w:r>
        <w:rPr>
          <w:color w:val="000000"/>
        </w:rPr>
        <w:t xml:space="preserve"> governor</w:t>
      </w:r>
      <w:r>
        <w:rPr>
          <w:color w:val="000000"/>
        </w:rPr>
        <w:t xml:space="preserve"> of</w:t>
      </w:r>
      <w:r>
        <w:rPr>
          <w:color w:val="000000"/>
        </w:rPr>
        <w:t xml:space="preserve"> Maryland</w:t>
      </w:r>
      <w:r>
        <w:rPr>
          <w:color w:val="000000"/>
        </w:rPr>
        <w:t xml:space="preserve"> Larry</w:t>
      </w:r>
      <w:r>
        <w:rPr>
          <w:color w:val="000000"/>
        </w:rPr>
        <w:t xml:space="preserve"> Hogan.</w:t>
      </w:r>
      <w:r>
        <w:rPr>
          <w:color w:val="000000"/>
        </w:rPr>
        <w:t xml:space="preserve"> Further</w:t>
      </w:r>
      <w:r>
        <w:rPr>
          <w:color w:val="000000"/>
        </w:rPr>
        <w:t xml:space="preserve"> down</w:t>
      </w:r>
      <w:r>
        <w:rPr>
          <w:color w:val="000000"/>
        </w:rPr>
        <w:t xml:space="preserve"> ballot</w:t>
      </w:r>
      <w:r>
        <w:rPr>
          <w:color w:val="000000"/>
        </w:rPr>
        <w:t xml:space="preserve"> in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Democratic</w:t>
      </w:r>
      <w:r>
        <w:rPr>
          <w:color w:val="000000"/>
        </w:rPr>
        <w:t xml:space="preserve"> county</w:t>
      </w:r>
      <w:r>
        <w:rPr>
          <w:color w:val="000000"/>
        </w:rPr>
        <w:t xml:space="preserve"> executive</w:t>
      </w:r>
      <w:r>
        <w:rPr>
          <w:color w:val="000000"/>
        </w:rPr>
        <w:t xml:space="preserve"> and</w:t>
      </w:r>
      <w:r>
        <w:rPr>
          <w:color w:val="000000"/>
        </w:rPr>
        <w:t xml:space="preserve"> Democratic</w:t>
      </w:r>
      <w:r>
        <w:rPr>
          <w:color w:val="000000"/>
        </w:rPr>
        <w:t xml:space="preserve"> county</w:t>
      </w:r>
      <w:r>
        <w:rPr>
          <w:color w:val="000000"/>
        </w:rPr>
        <w:t xml:space="preserve"> council</w:t>
      </w:r>
      <w:r>
        <w:rPr>
          <w:color w:val="000000"/>
        </w:rPr>
        <w:t xml:space="preserve"> candidates,</w:t>
      </w:r>
      <w:r>
        <w:rPr>
          <w:color w:val="000000"/>
        </w:rPr>
        <w:t xml:space="preserve"> the</w:t>
      </w:r>
      <w:r>
        <w:rPr>
          <w:color w:val="000000"/>
        </w:rPr>
        <w:t xml:space="preserve"> general</w:t>
      </w:r>
      <w:r>
        <w:rPr>
          <w:color w:val="000000"/>
        </w:rPr>
        <w:t xml:space="preserve"> elections</w:t>
      </w:r>
      <w:r>
        <w:rPr>
          <w:color w:val="000000"/>
        </w:rPr>
        <w:t xml:space="preserve"> are</w:t>
      </w:r>
      <w:r>
        <w:rPr>
          <w:color w:val="000000"/>
        </w:rPr>
        <w:t xml:space="preserve"> a</w:t>
      </w:r>
      <w:r>
        <w:rPr>
          <w:color w:val="000000"/>
        </w:rPr>
        <w:t xml:space="preserve"> chore.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is</w:t>
      </w:r>
      <w:r>
        <w:rPr>
          <w:color w:val="000000"/>
        </w:rPr>
        <w:t xml:space="preserve"> so</w:t>
      </w:r>
      <w:r>
        <w:rPr>
          <w:color w:val="000000"/>
        </w:rPr>
        <w:t xml:space="preserve"> heavily</w:t>
      </w:r>
      <w:r>
        <w:rPr>
          <w:color w:val="000000"/>
        </w:rPr>
        <w:t xml:space="preserve"> Democratic,</w:t>
      </w:r>
      <w:r>
        <w:rPr>
          <w:color w:val="000000"/>
        </w:rPr>
        <w:t xml:space="preserve"> the</w:t>
      </w:r>
      <w:r>
        <w:rPr>
          <w:color w:val="000000"/>
        </w:rPr>
        <w:t xml:space="preserve"> primary</w:t>
      </w:r>
      <w:r>
        <w:rPr>
          <w:color w:val="000000"/>
        </w:rPr>
        <w:t xml:space="preserve"> elections</w:t>
      </w:r>
      <w:r>
        <w:rPr>
          <w:color w:val="000000"/>
        </w:rPr>
        <w:t xml:space="preserve"> in</w:t>
      </w:r>
      <w:r>
        <w:rPr>
          <w:color w:val="000000"/>
        </w:rPr>
        <w:t xml:space="preserve"> July</w:t>
      </w:r>
      <w:r>
        <w:rPr>
          <w:color w:val="000000"/>
        </w:rPr>
        <w:t xml:space="preserve"> were</w:t>
      </w:r>
      <w:r>
        <w:rPr>
          <w:color w:val="000000"/>
        </w:rPr>
        <w:t xml:space="preserve"> more</w:t>
      </w:r>
      <w:r>
        <w:rPr>
          <w:color w:val="000000"/>
        </w:rPr>
        <w:t xml:space="preserve"> important.</w:t>
      </w:r>
      <w:r>
        <w:rPr>
          <w:color w:val="000000"/>
        </w:rPr>
        <w:t xml:space="preserve"> Given</w:t>
      </w:r>
      <w:r>
        <w:rPr>
          <w:color w:val="000000"/>
        </w:rPr>
        <w:t xml:space="preserve"> that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is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vote</w:t>
      </w:r>
      <w:r>
        <w:rPr>
          <w:color w:val="000000"/>
        </w:rPr>
        <w:t xml:space="preserve"> heavily</w:t>
      </w:r>
      <w:r>
        <w:rPr>
          <w:color w:val="000000"/>
        </w:rPr>
        <w:t xml:space="preserve"> Democratic,</w:t>
      </w:r>
      <w:r>
        <w:rPr>
          <w:color w:val="000000"/>
        </w:rPr>
        <w:t xml:space="preserve"> the</w:t>
      </w:r>
      <w:r>
        <w:rPr>
          <w:color w:val="000000"/>
        </w:rPr>
        <w:t xml:space="preserve"> most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race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ballot</w:t>
      </w:r>
      <w:r>
        <w:rPr>
          <w:color w:val="000000"/>
        </w:rPr>
        <w:t xml:space="preserve"> is</w:t>
      </w:r>
      <w:r>
        <w:rPr>
          <w:color w:val="000000"/>
        </w:rPr>
        <w:t xml:space="preserve"> perhaps</w:t>
      </w:r>
      <w:r>
        <w:rPr>
          <w:color w:val="000000"/>
        </w:rPr>
        <w:t xml:space="preserve"> the</w:t>
      </w:r>
      <w:r>
        <w:rPr>
          <w:highlight w:val="yellow"/>
        </w:rPr>
        <w:t xml:space="preserve"> Board</w:t>
      </w:r>
      <w:r>
        <w:rPr>
          <w:color w:val="000000"/>
        </w:rPr>
        <w:t xml:space="preserve"> of</w:t>
      </w:r>
      <w:r>
        <w:rPr>
          <w:color w:val="000000"/>
        </w:rPr>
        <w:t xml:space="preserve"> Education.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nonpartisan</w:t>
      </w:r>
      <w:r>
        <w:rPr>
          <w:color w:val="000000"/>
        </w:rPr>
        <w:t xml:space="preserve"> race</w:t>
      </w:r>
      <w:r>
        <w:rPr>
          <w:color w:val="000000"/>
        </w:rPr>
        <w:t xml:space="preserve"> and</w:t>
      </w:r>
      <w:r>
        <w:rPr>
          <w:color w:val="000000"/>
        </w:rPr>
        <w:t xml:space="preserve"> voters</w:t>
      </w:r>
      <w:r>
        <w:rPr>
          <w:color w:val="000000"/>
        </w:rPr>
        <w:t xml:space="preserve"> cannot</w:t>
      </w:r>
      <w:r>
        <w:rPr>
          <w:color w:val="000000"/>
        </w:rPr>
        <w:t xml:space="preserve"> easily</w:t>
      </w:r>
      <w:r>
        <w:rPr>
          <w:color w:val="000000"/>
        </w:rPr>
        <w:t xml:space="preserve"> use</w:t>
      </w:r>
      <w:r>
        <w:rPr>
          <w:color w:val="000000"/>
        </w:rPr>
        <w:t xml:space="preserve"> party</w:t>
      </w:r>
      <w:r>
        <w:rPr>
          <w:color w:val="000000"/>
        </w:rPr>
        <w:t xml:space="preserve"> identification</w:t>
      </w:r>
      <w:r>
        <w:rPr>
          <w:color w:val="000000"/>
        </w:rPr>
        <w:t xml:space="preserve"> to</w:t>
      </w:r>
      <w:r>
        <w:rPr>
          <w:color w:val="000000"/>
        </w:rPr>
        <w:t xml:space="preserve"> help</w:t>
      </w:r>
      <w:r>
        <w:rPr>
          <w:color w:val="000000"/>
        </w:rPr>
        <w:t xml:space="preserve"> them</w:t>
      </w:r>
      <w:r>
        <w:rPr>
          <w:color w:val="000000"/>
        </w:rPr>
        <w:t xml:space="preserve"> make</w:t>
      </w:r>
      <w:r>
        <w:rPr>
          <w:color w:val="000000"/>
        </w:rPr>
        <w:t xml:space="preserve"> their</w:t>
      </w:r>
      <w:r>
        <w:rPr>
          <w:color w:val="000000"/>
        </w:rPr>
        <w:t xml:space="preserve"> choice.</w:t>
      </w:r>
      <w:r>
        <w:rPr>
          <w:color w:val="000000"/>
        </w:rPr>
        <w:t xml:space="preserve"> Last</w:t>
      </w:r>
      <w:r>
        <w:rPr>
          <w:color w:val="000000"/>
        </w:rPr>
        <w:t xml:space="preserve"> week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podcast</w:t>
      </w:r>
      <w:r>
        <w:rPr>
          <w:color w:val="000000"/>
        </w:rPr>
        <w:t xml:space="preserve"> we</w:t>
      </w:r>
      <w:r>
        <w:rPr>
          <w:color w:val="000000"/>
        </w:rPr>
        <w:t xml:space="preserve"> featured</w:t>
      </w:r>
      <w:r>
        <w:rPr>
          <w:color w:val="000000"/>
        </w:rPr>
        <w:t xml:space="preserve"> Carla</w:t>
      </w:r>
      <w:r>
        <w:rPr>
          <w:color w:val="000000"/>
        </w:rPr>
        <w:t xml:space="preserve"> Silvestri</w:t>
      </w:r>
      <w:r>
        <w:rPr>
          <w:color w:val="000000"/>
        </w:rPr>
        <w:t xml:space="preserve"> and</w:t>
      </w:r>
      <w:r>
        <w:rPr>
          <w:color w:val="000000"/>
        </w:rPr>
        <w:t xml:space="preserve"> Valerie</w:t>
      </w:r>
      <w:r>
        <w:rPr>
          <w:color w:val="000000"/>
        </w:rPr>
        <w:t xml:space="preserve"> Cole,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running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highlight w:val="yellow"/>
        </w:rPr>
        <w:t xml:space="preserve"> Board</w:t>
      </w:r>
      <w:r>
        <w:rPr>
          <w:color w:val="000000"/>
        </w:rPr>
        <w:t xml:space="preserve"> of</w:t>
      </w:r>
      <w:r>
        <w:rPr>
          <w:color w:val="000000"/>
        </w:rPr>
        <w:t xml:space="preserve"> Education.</w:t>
      </w:r>
      <w:r>
        <w:rPr>
          <w:color w:val="000000"/>
        </w:rPr>
        <w:t xml:space="preserve"> Earlier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primary</w:t>
      </w:r>
      <w:r>
        <w:rPr>
          <w:color w:val="000000"/>
        </w:rPr>
        <w:t xml:space="preserve"> season,</w:t>
      </w:r>
      <w:r>
        <w:rPr>
          <w:color w:val="000000"/>
        </w:rPr>
        <w:t xml:space="preserve"> we</w:t>
      </w:r>
      <w:r>
        <w:rPr>
          <w:color w:val="000000"/>
        </w:rPr>
        <w:t xml:space="preserve"> had</w:t>
      </w:r>
      <w:r>
        <w:rPr>
          <w:color w:val="000000"/>
        </w:rPr>
        <w:t xml:space="preserve"> Julie</w:t>
      </w:r>
      <w:r>
        <w:rPr>
          <w:color w:val="000000"/>
        </w:rPr>
        <w:t xml:space="preserve"> Yang</w:t>
      </w:r>
      <w:r>
        <w:rPr>
          <w:color w:val="000000"/>
        </w:rPr>
        <w:t xml:space="preserve"> and</w:t>
      </w:r>
      <w:r>
        <w:rPr>
          <w:color w:val="000000"/>
        </w:rPr>
        <w:t xml:space="preserve"> Scott</w:t>
      </w:r>
      <w:r>
        <w:rPr>
          <w:color w:val="000000"/>
        </w:rPr>
        <w:t xml:space="preserve"> Jaftus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show.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back</w:t>
      </w:r>
      <w:r>
        <w:rPr>
          <w:color w:val="000000"/>
        </w:rPr>
        <w:t xml:space="preserve"> to</w:t>
      </w:r>
      <w:r>
        <w:rPr>
          <w:color w:val="000000"/>
        </w:rPr>
        <w:t xml:space="preserve"> those</w:t>
      </w:r>
      <w:r>
        <w:rPr>
          <w:color w:val="000000"/>
        </w:rPr>
        <w:t xml:space="preserve"> interviews</w:t>
      </w:r>
      <w:r>
        <w:rPr>
          <w:color w:val="000000"/>
        </w:rPr>
        <w:t xml:space="preserve"> should</w:t>
      </w:r>
      <w:r>
        <w:rPr>
          <w:color w:val="000000"/>
        </w:rPr>
        <w:t xml:space="preserve"> help</w:t>
      </w:r>
      <w:r>
        <w:rPr>
          <w:color w:val="000000"/>
        </w:rPr>
        <w:t xml:space="preserve"> you</w:t>
      </w:r>
      <w:r>
        <w:rPr>
          <w:color w:val="000000"/>
        </w:rPr>
        <w:t xml:space="preserve"> make</w:t>
      </w:r>
      <w:r>
        <w:rPr>
          <w:color w:val="000000"/>
        </w:rPr>
        <w:t xml:space="preserve"> your</w:t>
      </w:r>
      <w:r>
        <w:rPr>
          <w:color w:val="000000"/>
        </w:rPr>
        <w:t xml:space="preserve"> choice.</w:t>
      </w:r>
      <w:r>
        <w:rPr>
          <w:color w:val="000000"/>
        </w:rPr>
        <w:t xml:space="preserve"> But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back</w:t>
      </w:r>
      <w:r>
        <w:rPr>
          <w:color w:val="000000"/>
        </w:rPr>
        <w:t xml:space="preserve"> will</w:t>
      </w:r>
      <w:r>
        <w:rPr>
          <w:color w:val="000000"/>
        </w:rPr>
        <w:t xml:space="preserve"> take</w:t>
      </w:r>
      <w:r>
        <w:rPr>
          <w:color w:val="000000"/>
        </w:rPr>
        <w:t xml:space="preserve"> 2</w:t>
      </w:r>
      <w:r>
        <w:rPr>
          <w:color w:val="000000"/>
        </w:rPr>
        <w:t xml:space="preserve"> hours</w:t>
      </w:r>
      <w:r>
        <w:rPr>
          <w:color w:val="000000"/>
        </w:rPr>
        <w:t xml:space="preserve"> of</w:t>
      </w:r>
      <w:r>
        <w:rPr>
          <w:color w:val="000000"/>
        </w:rPr>
        <w:t xml:space="preserve"> your</w:t>
      </w:r>
      <w:r>
        <w:rPr>
          <w:color w:val="000000"/>
        </w:rPr>
        <w:t xml:space="preserve"> time.</w:t>
      </w:r>
      <w:r>
        <w:rPr>
          <w:color w:val="000000"/>
        </w:rPr>
        <w:t xml:space="preserve"> Is</w:t>
      </w:r>
      <w:r>
        <w:rPr>
          <w:color w:val="000000"/>
        </w:rPr>
        <w:t xml:space="preserve"> making</w:t>
      </w:r>
      <w:r>
        <w:rPr>
          <w:color w:val="000000"/>
        </w:rPr>
        <w:t xml:space="preserve"> a</w:t>
      </w:r>
      <w:r>
        <w:rPr>
          <w:color w:val="000000"/>
        </w:rPr>
        <w:t xml:space="preserve"> good</w:t>
      </w:r>
      <w:r>
        <w:rPr>
          <w:color w:val="000000"/>
        </w:rPr>
        <w:t xml:space="preserve"> voting</w:t>
      </w:r>
      <w:r>
        <w:rPr>
          <w:color w:val="000000"/>
        </w:rPr>
        <w:t xml:space="preserve"> choice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board</w:t>
      </w:r>
      <w:r>
        <w:rPr>
          <w:color w:val="000000"/>
        </w:rPr>
        <w:t xml:space="preserve"> of</w:t>
      </w:r>
      <w:r>
        <w:rPr>
          <w:color w:val="000000"/>
        </w:rPr>
        <w:t xml:space="preserve"> education</w:t>
      </w:r>
      <w:r>
        <w:rPr>
          <w:color w:val="000000"/>
        </w:rPr>
        <w:t xml:space="preserve"> worth</w:t>
      </w:r>
      <w:r>
        <w:rPr>
          <w:color w:val="000000"/>
        </w:rPr>
        <w:t xml:space="preserve"> the</w:t>
      </w:r>
      <w:r>
        <w:rPr>
          <w:color w:val="000000"/>
        </w:rPr>
        <w:t xml:space="preserve"> two</w:t>
      </w:r>
      <w:r>
        <w:rPr>
          <w:color w:val="000000"/>
        </w:rPr>
        <w:t xml:space="preserve"> hours</w:t>
      </w:r>
      <w:r>
        <w:rPr>
          <w:color w:val="000000"/>
        </w:rPr>
        <w:t xml:space="preserve"> it'll</w:t>
      </w:r>
      <w:r>
        <w:rPr>
          <w:color w:val="000000"/>
        </w:rPr>
        <w:t xml:space="preserve"> take</w:t>
      </w:r>
      <w:r>
        <w:rPr>
          <w:color w:val="000000"/>
        </w:rPr>
        <w:t xml:space="preserve"> to</w:t>
      </w:r>
      <w:r>
        <w:rPr>
          <w:color w:val="000000"/>
        </w:rPr>
        <w:t xml:space="preserve"> learn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</w:t>
      </w:r>
      <w:r>
        <w:rPr>
          <w:color w:val="000000"/>
        </w:rPr>
        <w:t xml:space="preserve"> candidates.</w:t>
      </w:r>
      <w:r>
        <w:rPr>
          <w:color w:val="000000"/>
        </w:rPr>
        <w:t xml:space="preserve"> Now,</w:t>
      </w:r>
      <w:r>
        <w:rPr>
          <w:color w:val="000000"/>
        </w:rPr>
        <w:t xml:space="preserve"> take</w:t>
      </w:r>
      <w:r>
        <w:rPr>
          <w:color w:val="000000"/>
        </w:rPr>
        <w:t xml:space="preserve"> the</w:t>
      </w:r>
      <w:r>
        <w:rPr>
          <w:color w:val="000000"/>
        </w:rPr>
        <w:t xml:space="preserve"> next</w:t>
      </w:r>
      <w:r>
        <w:rPr>
          <w:color w:val="000000"/>
        </w:rPr>
        <w:t xml:space="preserve"> step.</w:t>
      </w:r>
      <w:r>
        <w:rPr>
          <w:color w:val="000000"/>
        </w:rPr>
        <w:t xml:space="preserve"> What</w:t>
      </w:r>
      <w:r>
        <w:rPr>
          <w:color w:val="000000"/>
        </w:rPr>
        <w:t xml:space="preserve"> if</w:t>
      </w:r>
      <w:r>
        <w:rPr>
          <w:color w:val="000000"/>
        </w:rPr>
        <w:t xml:space="preserve"> those</w:t>
      </w:r>
      <w:r>
        <w:rPr>
          <w:color w:val="000000"/>
        </w:rPr>
        <w:t xml:space="preserve"> who</w:t>
      </w:r>
      <w:r>
        <w:rPr>
          <w:color w:val="000000"/>
        </w:rPr>
        <w:t xml:space="preserve"> don't</w:t>
      </w:r>
      <w:r>
        <w:rPr>
          <w:color w:val="000000"/>
        </w:rPr>
        <w:t xml:space="preserve"> know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and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issues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they</w:t>
      </w:r>
      <w:r>
        <w:rPr>
          <w:color w:val="000000"/>
        </w:rPr>
        <w:t xml:space="preserve"> do</w:t>
      </w:r>
      <w:r>
        <w:rPr>
          <w:color w:val="000000"/>
        </w:rPr>
        <w:t xml:space="preserve"> know,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act</w:t>
      </w:r>
      <w:r>
        <w:rPr>
          <w:color w:val="000000"/>
        </w:rPr>
        <w:t xml:space="preserve"> accordingly.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episode,</w:t>
      </w:r>
      <w:r>
        <w:rPr>
          <w:color w:val="000000"/>
        </w:rPr>
        <w:t xml:space="preserve"> I</w:t>
      </w:r>
      <w:r>
        <w:rPr>
          <w:color w:val="000000"/>
        </w:rPr>
        <w:t xml:space="preserve"> talk</w:t>
      </w:r>
      <w:r>
        <w:rPr>
          <w:color w:val="000000"/>
        </w:rPr>
        <w:t xml:space="preserve"> with</w:t>
      </w:r>
      <w:r>
        <w:rPr>
          <w:color w:val="000000"/>
        </w:rPr>
        <w:t xml:space="preserve"> UMBC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scientist</w:t>
      </w:r>
      <w:r>
        <w:rPr>
          <w:color w:val="000000"/>
        </w:rPr>
        <w:t xml:space="preserve"> Ian</w:t>
      </w:r>
      <w:r>
        <w:rPr>
          <w:color w:val="000000"/>
        </w:rPr>
        <w:t xml:space="preserve"> Anson</w:t>
      </w:r>
      <w:r>
        <w:rPr>
          <w:color w:val="000000"/>
        </w:rPr>
        <w:t xml:space="preserve"> about</w:t>
      </w:r>
      <w:r>
        <w:rPr>
          <w:color w:val="000000"/>
        </w:rPr>
        <w:t xml:space="preserve"> his</w:t>
      </w:r>
      <w:r>
        <w:rPr>
          <w:color w:val="000000"/>
        </w:rPr>
        <w:t xml:space="preserve"> survey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findings</w:t>
      </w:r>
      <w:r>
        <w:rPr>
          <w:color w:val="000000"/>
        </w:rPr>
        <w:t xml:space="preserve"> on</w:t>
      </w:r>
      <w:r>
        <w:rPr>
          <w:color w:val="000000"/>
        </w:rPr>
        <w:t xml:space="preserve"> how</w:t>
      </w:r>
      <w:r>
        <w:rPr>
          <w:color w:val="000000"/>
        </w:rPr>
        <w:t xml:space="preserve"> much</w:t>
      </w:r>
      <w:r>
        <w:rPr>
          <w:color w:val="000000"/>
        </w:rPr>
        <w:t xml:space="preserve"> people</w:t>
      </w:r>
      <w:r>
        <w:rPr>
          <w:color w:val="000000"/>
        </w:rPr>
        <w:t xml:space="preserve"> know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and</w:t>
      </w:r>
      <w:r>
        <w:rPr>
          <w:color w:val="000000"/>
        </w:rPr>
        <w:t xml:space="preserve"> how</w:t>
      </w:r>
      <w:r>
        <w:rPr>
          <w:color w:val="000000"/>
        </w:rPr>
        <w:t xml:space="preserve"> much</w:t>
      </w:r>
      <w:r>
        <w:rPr>
          <w:color w:val="000000"/>
        </w:rPr>
        <w:t xml:space="preserve"> they</w:t>
      </w:r>
      <w:r>
        <w:rPr>
          <w:color w:val="000000"/>
        </w:rPr>
        <w:t xml:space="preserve"> think</w:t>
      </w:r>
      <w:r>
        <w:rPr>
          <w:color w:val="000000"/>
        </w:rPr>
        <w:t xml:space="preserve"> they</w:t>
      </w:r>
      <w:r>
        <w:rPr>
          <w:color w:val="000000"/>
        </w:rPr>
        <w:t xml:space="preserve"> know.</w:t>
      </w:r>
    </w:p>
    <w:p>
      <w:r>
        <w:t xml:space="preserve">[00:02:44] Speaker 1: </w:t>
      </w:r>
      <w:r>
        <w:rPr>
          <w:color w:val="000000"/>
        </w:rPr>
        <w:t>I</w:t>
      </w:r>
      <w:r>
        <w:rPr>
          <w:color w:val="000000"/>
        </w:rPr>
        <w:t xml:space="preserve"> Hate</w:t>
      </w:r>
      <w:r>
        <w:rPr>
          <w:highlight w:val="yellow"/>
        </w:rPr>
        <w:t xml:space="preserve"> Politics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podcast</w:t>
      </w:r>
      <w:r>
        <w:rPr>
          <w:color w:val="000000"/>
        </w:rPr>
        <w:t xml:space="preserve"> about</w:t>
      </w:r>
      <w:r>
        <w:rPr>
          <w:color w:val="000000"/>
        </w:rPr>
        <w:t xml:space="preserve"> our</w:t>
      </w:r>
      <w:r>
        <w:rPr>
          <w:color w:val="000000"/>
        </w:rPr>
        <w:t xml:space="preserve"> neighborhoods,</w:t>
      </w:r>
      <w:r>
        <w:rPr>
          <w:color w:val="000000"/>
        </w:rPr>
        <w:t xml:space="preserve"> workplaces,</w:t>
      </w:r>
      <w:r>
        <w:rPr>
          <w:color w:val="000000"/>
        </w:rPr>
        <w:t xml:space="preserve"> schools,</w:t>
      </w:r>
      <w:r>
        <w:rPr>
          <w:color w:val="000000"/>
        </w:rPr>
        <w:t xml:space="preserve"> and</w:t>
      </w:r>
      <w:r>
        <w:rPr>
          <w:color w:val="000000"/>
        </w:rPr>
        <w:t xml:space="preserve"> streets,</w:t>
      </w:r>
      <w:r>
        <w:rPr>
          <w:color w:val="000000"/>
        </w:rPr>
        <w:t xml:space="preserve"> and</w:t>
      </w:r>
      <w:r>
        <w:rPr>
          <w:color w:val="000000"/>
        </w:rPr>
        <w:t xml:space="preserve"> our</w:t>
      </w:r>
      <w:r>
        <w:rPr>
          <w:color w:val="000000"/>
        </w:rPr>
        <w:t xml:space="preserve"> local</w:t>
      </w:r>
      <w:r>
        <w:rPr>
          <w:color w:val="000000"/>
        </w:rPr>
        <w:t xml:space="preserve"> governments</w:t>
      </w:r>
      <w:r>
        <w:rPr>
          <w:color w:val="000000"/>
        </w:rPr>
        <w:t xml:space="preserve"> as</w:t>
      </w:r>
      <w:r>
        <w:rPr>
          <w:color w:val="000000"/>
        </w:rPr>
        <w:t xml:space="preserve"> they</w:t>
      </w:r>
      <w:r>
        <w:rPr>
          <w:color w:val="000000"/>
        </w:rPr>
        <w:t xml:space="preserve"> function</w:t>
      </w:r>
      <w:r>
        <w:rPr>
          <w:color w:val="000000"/>
        </w:rPr>
        <w:t xml:space="preserve"> in</w:t>
      </w:r>
      <w:r>
        <w:rPr>
          <w:color w:val="000000"/>
        </w:rPr>
        <w:t xml:space="preserve"> diverse</w:t>
      </w:r>
      <w:r>
        <w:rPr>
          <w:color w:val="000000"/>
        </w:rPr>
        <w:t xml:space="preserve"> and</w:t>
      </w:r>
      <w:r>
        <w:rPr>
          <w:color w:val="000000"/>
        </w:rPr>
        <w:t xml:space="preserve"> democratic</w:t>
      </w:r>
      <w:r>
        <w:rPr>
          <w:color w:val="000000"/>
        </w:rPr>
        <w:t xml:space="preserve"> societies.</w:t>
      </w:r>
      <w:r>
        <w:rPr>
          <w:color w:val="000000"/>
        </w:rPr>
        <w:t xml:space="preserve"> This</w:t>
      </w:r>
      <w:r>
        <w:rPr>
          <w:color w:val="000000"/>
        </w:rPr>
        <w:t xml:space="preserve"> means</w:t>
      </w:r>
      <w:r>
        <w:rPr>
          <w:color w:val="000000"/>
        </w:rPr>
        <w:t xml:space="preserve"> our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are</w:t>
      </w:r>
      <w:r>
        <w:rPr>
          <w:color w:val="000000"/>
        </w:rPr>
        <w:t xml:space="preserve"> messy,</w:t>
      </w:r>
      <w:r>
        <w:rPr>
          <w:color w:val="000000"/>
        </w:rPr>
        <w:t xml:space="preserve"> dirty,</w:t>
      </w:r>
      <w:r>
        <w:rPr>
          <w:color w:val="000000"/>
        </w:rPr>
        <w:t xml:space="preserve"> sometimes</w:t>
      </w:r>
      <w:r>
        <w:rPr>
          <w:color w:val="000000"/>
        </w:rPr>
        <w:t xml:space="preserve"> corrupt</w:t>
      </w:r>
      <w:r>
        <w:rPr>
          <w:color w:val="000000"/>
        </w:rPr>
        <w:t xml:space="preserve"> with</w:t>
      </w:r>
      <w:r>
        <w:rPr>
          <w:color w:val="000000"/>
        </w:rPr>
        <w:t xml:space="preserve"> often</w:t>
      </w:r>
      <w:r>
        <w:rPr>
          <w:color w:val="000000"/>
        </w:rPr>
        <w:t xml:space="preserve"> self-serving</w:t>
      </w:r>
      <w:r>
        <w:rPr>
          <w:color w:val="000000"/>
        </w:rPr>
        <w:t xml:space="preserve"> politicians.</w:t>
      </w:r>
      <w:r>
        <w:rPr>
          <w:color w:val="000000"/>
        </w:rPr>
        <w:t xml:space="preserve"> But</w:t>
      </w:r>
      <w:r>
        <w:rPr>
          <w:color w:val="000000"/>
        </w:rPr>
        <w:t xml:space="preserve"> no</w:t>
      </w:r>
      <w:r>
        <w:rPr>
          <w:color w:val="000000"/>
        </w:rPr>
        <w:t xml:space="preserve"> matter</w:t>
      </w:r>
      <w:r>
        <w:rPr>
          <w:color w:val="000000"/>
        </w:rPr>
        <w:t xml:space="preserve"> how</w:t>
      </w:r>
      <w:r>
        <w:rPr>
          <w:color w:val="000000"/>
        </w:rPr>
        <w:t xml:space="preserve"> much</w:t>
      </w:r>
      <w:r>
        <w:rPr>
          <w:color w:val="000000"/>
        </w:rPr>
        <w:t xml:space="preserve"> we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we</w:t>
      </w:r>
      <w:r>
        <w:rPr>
          <w:color w:val="000000"/>
        </w:rPr>
        <w:t xml:space="preserve"> are</w:t>
      </w:r>
      <w:r>
        <w:rPr>
          <w:color w:val="000000"/>
        </w:rPr>
        <w:t xml:space="preserve"> never</w:t>
      </w:r>
      <w:r>
        <w:rPr>
          <w:color w:val="000000"/>
        </w:rPr>
        <w:t xml:space="preserve"> exempt</w:t>
      </w:r>
      <w:r>
        <w:rPr>
          <w:color w:val="000000"/>
        </w:rPr>
        <w:t xml:space="preserve"> from</w:t>
      </w:r>
      <w:r>
        <w:rPr>
          <w:color w:val="000000"/>
        </w:rPr>
        <w:t xml:space="preserve"> it,</w:t>
      </w:r>
      <w:r>
        <w:rPr>
          <w:color w:val="000000"/>
        </w:rPr>
        <w:t xml:space="preserve"> even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refuse</w:t>
      </w:r>
      <w:r>
        <w:rPr>
          <w:color w:val="000000"/>
        </w:rPr>
        <w:t xml:space="preserve"> to</w:t>
      </w:r>
      <w:r>
        <w:rPr>
          <w:color w:val="000000"/>
        </w:rPr>
        <w:t xml:space="preserve"> participate.</w:t>
      </w:r>
      <w:r>
        <w:rPr>
          <w:color w:val="000000"/>
        </w:rPr>
        <w:t xml:space="preserve"> In</w:t>
      </w:r>
      <w:r>
        <w:rPr>
          <w:color w:val="000000"/>
        </w:rPr>
        <w:t xml:space="preserve"> fact,</w:t>
      </w:r>
      <w:r>
        <w:rPr>
          <w:color w:val="000000"/>
        </w:rPr>
        <w:t xml:space="preserve"> the</w:t>
      </w:r>
      <w:r>
        <w:rPr>
          <w:color w:val="000000"/>
        </w:rPr>
        <w:t xml:space="preserve"> purpose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is</w:t>
      </w:r>
      <w:r>
        <w:rPr>
          <w:color w:val="000000"/>
        </w:rPr>
        <w:t xml:space="preserve"> to</w:t>
      </w:r>
      <w:r>
        <w:rPr>
          <w:color w:val="000000"/>
        </w:rPr>
        <w:t xml:space="preserve"> keep</w:t>
      </w:r>
      <w:r>
        <w:rPr>
          <w:color w:val="000000"/>
        </w:rPr>
        <w:t xml:space="preserve"> society</w:t>
      </w:r>
      <w:r>
        <w:rPr>
          <w:color w:val="000000"/>
        </w:rPr>
        <w:t xml:space="preserve"> moving</w:t>
      </w:r>
      <w:r>
        <w:rPr>
          <w:color w:val="000000"/>
        </w:rPr>
        <w:t xml:space="preserve"> precisely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don't</w:t>
      </w:r>
      <w:r>
        <w:rPr>
          <w:color w:val="000000"/>
        </w:rPr>
        <w:t xml:space="preserve"> agree</w:t>
      </w:r>
      <w:r>
        <w:rPr>
          <w:color w:val="000000"/>
        </w:rPr>
        <w:t xml:space="preserve"> with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</w:t>
      </w:r>
      <w:r>
        <w:rPr>
          <w:color w:val="000000"/>
        </w:rPr>
        <w:t xml:space="preserve"> like</w:t>
      </w:r>
      <w:r>
        <w:rPr>
          <w:color w:val="000000"/>
        </w:rPr>
        <w:t xml:space="preserve"> now.</w:t>
      </w:r>
      <w:r>
        <w:rPr>
          <w:color w:val="000000"/>
        </w:rPr>
        <w:t xml:space="preserve"> Music</w:t>
      </w:r>
      <w:r>
        <w:rPr>
          <w:color w:val="000000"/>
        </w:rPr>
        <w:t xml:space="preserve"> for</w:t>
      </w:r>
      <w:r>
        <w:rPr>
          <w:color w:val="000000"/>
        </w:rPr>
        <w:t xml:space="preserve"> this</w:t>
      </w:r>
      <w:r>
        <w:rPr>
          <w:color w:val="000000"/>
        </w:rPr>
        <w:t xml:space="preserve"> episode</w:t>
      </w:r>
      <w:r>
        <w:rPr>
          <w:color w:val="000000"/>
        </w:rPr>
        <w:t xml:space="preserve"> comes</w:t>
      </w:r>
      <w:r>
        <w:rPr>
          <w:color w:val="000000"/>
        </w:rPr>
        <w:t xml:space="preserve"> from</w:t>
      </w:r>
      <w:r>
        <w:rPr>
          <w:color w:val="000000"/>
        </w:rPr>
        <w:t xml:space="preserve"> A</w:t>
      </w:r>
      <w:r>
        <w:rPr>
          <w:color w:val="000000"/>
        </w:rPr>
        <w:t xml:space="preserve"> Shrewdness</w:t>
      </w:r>
      <w:r>
        <w:rPr>
          <w:color w:val="000000"/>
        </w:rPr>
        <w:t xml:space="preserve"> of</w:t>
      </w:r>
      <w:r>
        <w:rPr>
          <w:color w:val="000000"/>
        </w:rPr>
        <w:t xml:space="preserve"> Apes,</w:t>
      </w:r>
      <w:r>
        <w:rPr>
          <w:color w:val="000000"/>
        </w:rPr>
        <w:t xml:space="preserve"> a</w:t>
      </w:r>
      <w:r>
        <w:rPr>
          <w:color w:val="000000"/>
        </w:rPr>
        <w:t xml:space="preserve"> Washington,</w:t>
      </w:r>
      <w:r>
        <w:rPr>
          <w:color w:val="000000"/>
        </w:rPr>
        <w:t xml:space="preserve"> DC</w:t>
      </w:r>
      <w:r>
        <w:rPr>
          <w:color w:val="000000"/>
        </w:rPr>
        <w:t xml:space="preserve"> area</w:t>
      </w:r>
      <w:r>
        <w:rPr>
          <w:color w:val="000000"/>
        </w:rPr>
        <w:t xml:space="preserve"> progressive</w:t>
      </w:r>
      <w:r>
        <w:rPr>
          <w:color w:val="000000"/>
        </w:rPr>
        <w:t xml:space="preserve"> rock</w:t>
      </w:r>
      <w:r>
        <w:rPr>
          <w:color w:val="000000"/>
        </w:rPr>
        <w:t xml:space="preserve"> band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a</w:t>
      </w:r>
      <w:r>
        <w:rPr>
          <w:color w:val="000000"/>
        </w:rPr>
        <w:t xml:space="preserve"> finalist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local</w:t>
      </w:r>
      <w:r>
        <w:rPr>
          <w:color w:val="000000"/>
        </w:rPr>
        <w:t xml:space="preserve"> Whammy</w:t>
      </w:r>
      <w:r>
        <w:rPr>
          <w:color w:val="000000"/>
        </w:rPr>
        <w:t xml:space="preserve"> Awards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hard</w:t>
      </w:r>
      <w:r>
        <w:rPr>
          <w:color w:val="000000"/>
        </w:rPr>
        <w:t xml:space="preserve"> rock</w:t>
      </w:r>
      <w:r>
        <w:rPr>
          <w:color w:val="000000"/>
        </w:rPr>
        <w:t xml:space="preserve"> category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number</w:t>
      </w:r>
      <w:r>
        <w:rPr>
          <w:color w:val="000000"/>
        </w:rPr>
        <w:t xml:space="preserve"> of</w:t>
      </w:r>
      <w:r>
        <w:rPr>
          <w:color w:val="000000"/>
        </w:rPr>
        <w:t xml:space="preserve"> years.</w:t>
      </w:r>
      <w:r>
        <w:rPr>
          <w:color w:val="000000"/>
        </w:rPr>
        <w:t xml:space="preserve"> Ian</w:t>
      </w:r>
      <w:r>
        <w:rPr>
          <w:highlight w:val="yellow"/>
        </w:rPr>
        <w:t xml:space="preserve"> May</w:t>
      </w:r>
      <w:r>
        <w:rPr>
          <w:color w:val="000000"/>
        </w:rPr>
        <w:t xml:space="preserve"> on</w:t>
      </w:r>
      <w:r>
        <w:rPr>
          <w:color w:val="000000"/>
        </w:rPr>
        <w:t xml:space="preserve"> vocals</w:t>
      </w:r>
      <w:r>
        <w:rPr>
          <w:color w:val="000000"/>
        </w:rPr>
        <w:t xml:space="preserve"> and</w:t>
      </w:r>
      <w:r>
        <w:rPr>
          <w:color w:val="000000"/>
        </w:rPr>
        <w:t xml:space="preserve"> guitar,</w:t>
      </w:r>
      <w:r>
        <w:rPr>
          <w:color w:val="000000"/>
        </w:rPr>
        <w:t xml:space="preserve"> Chris</w:t>
      </w:r>
      <w:r>
        <w:rPr>
          <w:highlight w:val="yellow"/>
        </w:rPr>
        <w:t xml:space="preserve"> Shadow</w:t>
      </w:r>
      <w:r>
        <w:rPr>
          <w:color w:val="000000"/>
        </w:rPr>
        <w:t xml:space="preserve"> on</w:t>
      </w:r>
      <w:r>
        <w:rPr>
          <w:color w:val="000000"/>
        </w:rPr>
        <w:t xml:space="preserve"> vocals</w:t>
      </w:r>
      <w:r>
        <w:rPr>
          <w:color w:val="000000"/>
        </w:rPr>
        <w:t xml:space="preserve"> and</w:t>
      </w:r>
      <w:r>
        <w:rPr>
          <w:color w:val="000000"/>
        </w:rPr>
        <w:t xml:space="preserve"> bass,</w:t>
      </w:r>
      <w:r>
        <w:rPr>
          <w:color w:val="000000"/>
        </w:rPr>
        <w:t xml:space="preserve"> and</w:t>
      </w:r>
      <w:r>
        <w:rPr>
          <w:color w:val="000000"/>
        </w:rPr>
        <w:t xml:space="preserve"> JR</w:t>
      </w:r>
      <w:r>
        <w:rPr>
          <w:color w:val="000000"/>
        </w:rPr>
        <w:t xml:space="preserve"> Franks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drums.</w:t>
      </w:r>
      <w:r>
        <w:rPr>
          <w:highlight w:val="yellow"/>
        </w:rPr>
        <w:t xml:space="preserve"> They're</w:t>
      </w:r>
      <w:r>
        <w:rPr>
          <w:color w:val="000000"/>
        </w:rPr>
        <w:t xml:space="preserve"> releasing</w:t>
      </w:r>
      <w:r>
        <w:rPr>
          <w:color w:val="000000"/>
        </w:rPr>
        <w:t xml:space="preserve"> a</w:t>
      </w:r>
      <w:r>
        <w:rPr>
          <w:color w:val="000000"/>
        </w:rPr>
        <w:t xml:space="preserve"> new</w:t>
      </w:r>
      <w:r>
        <w:rPr>
          <w:color w:val="000000"/>
        </w:rPr>
        <w:t xml:space="preserve"> acoustic</w:t>
      </w:r>
      <w:r>
        <w:rPr>
          <w:color w:val="000000"/>
        </w:rPr>
        <w:t xml:space="preserve"> EP</w:t>
      </w:r>
      <w:r>
        <w:rPr>
          <w:color w:val="000000"/>
        </w:rPr>
        <w:t xml:space="preserve"> called</w:t>
      </w:r>
      <w:r>
        <w:rPr>
          <w:color w:val="000000"/>
        </w:rPr>
        <w:t xml:space="preserve"> Embers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Runaway</w:t>
      </w:r>
      <w:r>
        <w:rPr>
          <w:color w:val="000000"/>
        </w:rPr>
        <w:t xml:space="preserve"> on</w:t>
      </w:r>
      <w:r>
        <w:rPr>
          <w:color w:val="000000"/>
        </w:rPr>
        <w:t xml:space="preserve"> November</w:t>
      </w:r>
      <w:r>
        <w:rPr>
          <w:color w:val="000000"/>
        </w:rPr>
        <w:t xml:space="preserve"> 4th.</w:t>
      </w:r>
      <w:r>
        <w:rPr>
          <w:color w:val="000000"/>
        </w:rPr>
        <w:t xml:space="preserve"> More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on</w:t>
      </w:r>
      <w:r>
        <w:rPr>
          <w:color w:val="000000"/>
        </w:rPr>
        <w:t xml:space="preserve"> their</w:t>
      </w:r>
      <w:r>
        <w:rPr>
          <w:color w:val="000000"/>
        </w:rPr>
        <w:t xml:space="preserve"> website,</w:t>
      </w:r>
      <w:r>
        <w:rPr>
          <w:color w:val="000000"/>
        </w:rPr>
        <w:t xml:space="preserve"> ASOAband.com.</w:t>
      </w:r>
      <w:r>
        <w:rPr>
          <w:color w:val="000000"/>
        </w:rPr>
        <w:t xml:space="preserve"> You're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to</w:t>
      </w:r>
      <w:r>
        <w:rPr>
          <w:color w:val="000000"/>
        </w:rPr>
        <w:t xml:space="preserve"> I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I'm</w:t>
      </w:r>
      <w:r>
        <w:rPr>
          <w:color w:val="000000"/>
        </w:rPr>
        <w:t xml:space="preserve"> Sunil</w:t>
      </w:r>
      <w:r>
        <w:rPr>
          <w:color w:val="000000"/>
        </w:rPr>
        <w:t xml:space="preserve"> Das</w:t>
      </w:r>
      <w:r>
        <w:rPr>
          <w:color w:val="000000"/>
        </w:rPr>
        <w:t xml:space="preserve"> Gupta.</w:t>
      </w:r>
    </w:p>
    <w:p>
      <w:r>
        <w:t xml:space="preserve">[00:04:22] Speaker 1: </w:t>
      </w:r>
      <w:r>
        <w:rPr>
          <w:color w:val="000000"/>
        </w:rPr>
        <w:t>In</w:t>
      </w:r>
      <w:r>
        <w:rPr>
          <w:color w:val="000000"/>
        </w:rPr>
        <w:t xml:space="preserve"> the</w:t>
      </w:r>
      <w:r>
        <w:rPr>
          <w:color w:val="000000"/>
        </w:rPr>
        <w:t xml:space="preserve"> news,</w:t>
      </w:r>
      <w:r>
        <w:rPr>
          <w:color w:val="000000"/>
        </w:rPr>
        <w:t xml:space="preserve"> a</w:t>
      </w:r>
      <w:r>
        <w:rPr>
          <w:color w:val="000000"/>
        </w:rPr>
        <w:t xml:space="preserve"> few</w:t>
      </w:r>
      <w:r>
        <w:rPr>
          <w:color w:val="000000"/>
        </w:rPr>
        <w:t xml:space="preserve"> days</w:t>
      </w:r>
      <w:r>
        <w:rPr>
          <w:color w:val="000000"/>
        </w:rPr>
        <w:t xml:space="preserve"> after</w:t>
      </w:r>
      <w:r>
        <w:rPr>
          <w:color w:val="000000"/>
        </w:rPr>
        <w:t xml:space="preserve"> rapper</w:t>
      </w:r>
      <w:r>
        <w:rPr>
          <w:color w:val="000000"/>
        </w:rPr>
        <w:t xml:space="preserve"> Kanye</w:t>
      </w:r>
      <w:r>
        <w:rPr>
          <w:color w:val="000000"/>
        </w:rPr>
        <w:t xml:space="preserve"> West</w:t>
      </w:r>
      <w:r>
        <w:rPr>
          <w:color w:val="000000"/>
        </w:rPr>
        <w:t xml:space="preserve"> unloaded</w:t>
      </w:r>
      <w:r>
        <w:rPr>
          <w:color w:val="000000"/>
        </w:rPr>
        <w:t xml:space="preserve"> yet</w:t>
      </w:r>
      <w:r>
        <w:rPr>
          <w:color w:val="000000"/>
        </w:rPr>
        <w:t xml:space="preserve"> again</w:t>
      </w:r>
      <w:r>
        <w:rPr>
          <w:color w:val="000000"/>
        </w:rPr>
        <w:t xml:space="preserve"> on</w:t>
      </w:r>
      <w:r>
        <w:rPr>
          <w:color w:val="000000"/>
        </w:rPr>
        <w:t xml:space="preserve"> Jews,</w:t>
      </w:r>
      <w:r>
        <w:rPr>
          <w:color w:val="000000"/>
        </w:rPr>
        <w:t xml:space="preserve"> the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Council</w:t>
      </w:r>
      <w:r>
        <w:rPr>
          <w:color w:val="000000"/>
        </w:rPr>
        <w:t xml:space="preserve"> passed</w:t>
      </w:r>
      <w:r>
        <w:rPr>
          <w:color w:val="000000"/>
        </w:rPr>
        <w:t xml:space="preserve"> a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adopting</w:t>
      </w:r>
      <w:r>
        <w:rPr>
          <w:color w:val="000000"/>
        </w:rPr>
        <w:t xml:space="preserve"> a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of</w:t>
      </w:r>
      <w:r>
        <w:rPr>
          <w:color w:val="000000"/>
        </w:rPr>
        <w:t xml:space="preserve"> anti-Semitism</w:t>
      </w:r>
      <w:r>
        <w:rPr>
          <w:color w:val="000000"/>
        </w:rPr>
        <w:t xml:space="preserve"> that</w:t>
      </w:r>
      <w:r>
        <w:rPr>
          <w:color w:val="000000"/>
        </w:rPr>
        <w:t xml:space="preserve"> advocates</w:t>
      </w:r>
      <w:r>
        <w:rPr>
          <w:color w:val="000000"/>
        </w:rPr>
        <w:t xml:space="preserve"> hope</w:t>
      </w:r>
      <w:r>
        <w:rPr>
          <w:color w:val="000000"/>
        </w:rPr>
        <w:t xml:space="preserve"> will</w:t>
      </w:r>
      <w:r>
        <w:rPr>
          <w:color w:val="000000"/>
        </w:rPr>
        <w:t xml:space="preserve"> set</w:t>
      </w:r>
      <w:r>
        <w:rPr>
          <w:color w:val="000000"/>
        </w:rPr>
        <w:t xml:space="preserve"> clear</w:t>
      </w:r>
      <w:r>
        <w:rPr>
          <w:color w:val="000000"/>
        </w:rPr>
        <w:t xml:space="preserve"> boundaries</w:t>
      </w:r>
      <w:r>
        <w:rPr>
          <w:color w:val="000000"/>
        </w:rPr>
        <w:t xml:space="preserve"> for</w:t>
      </w:r>
      <w:r>
        <w:rPr>
          <w:color w:val="000000"/>
        </w:rPr>
        <w:t xml:space="preserve"> hate</w:t>
      </w:r>
      <w:r>
        <w:rPr>
          <w:color w:val="000000"/>
        </w:rPr>
        <w:t xml:space="preserve"> speech</w:t>
      </w:r>
      <w:r>
        <w:rPr>
          <w:color w:val="000000"/>
        </w:rPr>
        <w:t xml:space="preserve"> against</w:t>
      </w:r>
      <w:r>
        <w:rPr>
          <w:color w:val="000000"/>
        </w:rPr>
        <w:t xml:space="preserve"> Jews</w:t>
      </w:r>
      <w:r>
        <w:rPr>
          <w:color w:val="000000"/>
        </w:rPr>
        <w:t xml:space="preserve"> and</w:t>
      </w:r>
      <w:r>
        <w:rPr>
          <w:color w:val="000000"/>
        </w:rPr>
        <w:t xml:space="preserve"> Judaism.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weighing</w:t>
      </w:r>
      <w:r>
        <w:rPr>
          <w:color w:val="000000"/>
        </w:rPr>
        <w:t xml:space="preserve"> the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for</w:t>
      </w:r>
      <w:r>
        <w:rPr>
          <w:color w:val="000000"/>
        </w:rPr>
        <w:t xml:space="preserve"> about</w:t>
      </w:r>
      <w:r>
        <w:rPr>
          <w:color w:val="000000"/>
        </w:rPr>
        <w:t xml:space="preserve"> 4</w:t>
      </w:r>
      <w:r>
        <w:rPr>
          <w:color w:val="000000"/>
        </w:rPr>
        <w:t xml:space="preserve"> months</w:t>
      </w:r>
      <w:r>
        <w:rPr>
          <w:color w:val="000000"/>
        </w:rPr>
        <w:t xml:space="preserve"> now,</w:t>
      </w:r>
      <w:r>
        <w:rPr>
          <w:color w:val="000000"/>
        </w:rPr>
        <w:t xml:space="preserve"> but</w:t>
      </w:r>
      <w:r>
        <w:rPr>
          <w:highlight w:val="yellow"/>
        </w:rPr>
        <w:t xml:space="preserve"> Kanye's</w:t>
      </w:r>
      <w:r>
        <w:rPr>
          <w:color w:val="000000"/>
        </w:rPr>
        <w:t xml:space="preserve"> words</w:t>
      </w:r>
      <w:r>
        <w:rPr>
          <w:color w:val="000000"/>
        </w:rPr>
        <w:t xml:space="preserve"> added</w:t>
      </w:r>
      <w:r>
        <w:rPr>
          <w:color w:val="000000"/>
        </w:rPr>
        <w:t xml:space="preserve"> urgency.</w:t>
      </w:r>
      <w:r>
        <w:rPr>
          <w:color w:val="000000"/>
        </w:rPr>
        <w:t xml:space="preserve"> I</w:t>
      </w:r>
      <w:r>
        <w:rPr>
          <w:color w:val="000000"/>
        </w:rPr>
        <w:t xml:space="preserve"> didn't</w:t>
      </w:r>
      <w:r>
        <w:rPr>
          <w:color w:val="000000"/>
        </w:rPr>
        <w:t xml:space="preserve"> realize</w:t>
      </w:r>
    </w:p>
    <w:p>
      <w:r>
        <w:t xml:space="preserve">[00:04:52] Speaker 2: </w:t>
      </w:r>
      <w:r>
        <w:rPr>
          <w:color w:val="000000"/>
        </w:rPr>
        <w:t>that</w:t>
      </w:r>
      <w:r>
        <w:rPr>
          <w:color w:val="000000"/>
        </w:rPr>
        <w:t xml:space="preserve"> it</w:t>
      </w:r>
      <w:r>
        <w:rPr>
          <w:color w:val="000000"/>
        </w:rPr>
        <w:t xml:space="preserve"> was</w:t>
      </w:r>
      <w:r>
        <w:rPr>
          <w:color w:val="000000"/>
        </w:rPr>
        <w:t xml:space="preserve"> anti-Semitic</w:t>
      </w:r>
      <w:r>
        <w:rPr>
          <w:color w:val="000000"/>
        </w:rPr>
        <w:t xml:space="preserve"> to</w:t>
      </w:r>
      <w:r>
        <w:rPr>
          <w:color w:val="000000"/>
        </w:rPr>
        <w:t xml:space="preserve"> say,</w:t>
      </w:r>
      <w:r>
        <w:rPr>
          <w:color w:val="000000"/>
        </w:rPr>
        <w:t xml:space="preserve"> hey,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Jewish</w:t>
      </w:r>
      <w:r>
        <w:rPr>
          <w:color w:val="000000"/>
        </w:rPr>
        <w:t xml:space="preserve"> attorney.</w:t>
      </w:r>
      <w:r>
        <w:rPr>
          <w:color w:val="000000"/>
        </w:rPr>
        <w:t xml:space="preserve"> I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Jewish</w:t>
      </w:r>
      <w:r>
        <w:rPr>
          <w:color w:val="000000"/>
        </w:rPr>
        <w:t xml:space="preserve"> record</w:t>
      </w:r>
      <w:r>
        <w:rPr>
          <w:color w:val="000000"/>
        </w:rPr>
        <w:t xml:space="preserve"> label,</w:t>
      </w:r>
      <w:r>
        <w:rPr>
          <w:color w:val="000000"/>
        </w:rPr>
        <w:t xml:space="preserve"> I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Jewish</w:t>
      </w:r>
      <w:r>
        <w:rPr>
          <w:color w:val="000000"/>
        </w:rPr>
        <w:t xml:space="preserve"> contractor.</w:t>
      </w:r>
      <w:r>
        <w:rPr>
          <w:color w:val="000000"/>
        </w:rPr>
        <w:t xml:space="preserve"> The</w:t>
      </w:r>
      <w:r>
        <w:rPr>
          <w:color w:val="000000"/>
        </w:rPr>
        <w:t xml:space="preserve"> thing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</w:t>
      </w:r>
      <w:r>
        <w:rPr>
          <w:color w:val="000000"/>
        </w:rPr>
        <w:t xml:space="preserve"> red</w:t>
      </w:r>
      <w:r>
        <w:rPr>
          <w:color w:val="000000"/>
        </w:rPr>
        <w:t xml:space="preserve"> hat</w:t>
      </w:r>
      <w:r>
        <w:rPr>
          <w:color w:val="000000"/>
        </w:rPr>
        <w:t xml:space="preserve"> that</w:t>
      </w:r>
      <w:r>
        <w:rPr>
          <w:color w:val="000000"/>
        </w:rPr>
        <w:t xml:space="preserve"> drove</w:t>
      </w:r>
      <w:r>
        <w:rPr>
          <w:color w:val="000000"/>
        </w:rPr>
        <w:t xml:space="preserve"> me</w:t>
      </w:r>
      <w:r>
        <w:rPr>
          <w:color w:val="000000"/>
        </w:rPr>
        <w:t xml:space="preserve"> to</w:t>
      </w:r>
      <w:r>
        <w:rPr>
          <w:color w:val="000000"/>
        </w:rPr>
        <w:t xml:space="preserve"> a</w:t>
      </w:r>
      <w:r>
        <w:rPr>
          <w:color w:val="000000"/>
        </w:rPr>
        <w:t xml:space="preserve"> point</w:t>
      </w:r>
      <w:r>
        <w:rPr>
          <w:color w:val="000000"/>
        </w:rPr>
        <w:t xml:space="preserve"> of</w:t>
      </w:r>
      <w:r>
        <w:rPr>
          <w:color w:val="000000"/>
        </w:rPr>
        <w:t xml:space="preserve"> exhaustion,</w:t>
      </w:r>
      <w:r>
        <w:rPr>
          <w:color w:val="000000"/>
        </w:rPr>
        <w:t xml:space="preserve"> which</w:t>
      </w:r>
      <w:r>
        <w:rPr>
          <w:color w:val="000000"/>
        </w:rPr>
        <w:t xml:space="preserve"> was</w:t>
      </w:r>
      <w:r>
        <w:rPr>
          <w:color w:val="000000"/>
        </w:rPr>
        <w:t xml:space="preserve"> misdiagnosed</w:t>
      </w:r>
      <w:r>
        <w:rPr>
          <w:color w:val="000000"/>
        </w:rPr>
        <w:t xml:space="preserve"> by</w:t>
      </w:r>
      <w:r>
        <w:rPr>
          <w:color w:val="000000"/>
        </w:rPr>
        <w:t xml:space="preserve"> a,</w:t>
      </w:r>
      <w:r>
        <w:rPr>
          <w:color w:val="000000"/>
        </w:rPr>
        <w:t xml:space="preserve"> I'm</w:t>
      </w:r>
      <w:r>
        <w:rPr>
          <w:color w:val="000000"/>
        </w:rPr>
        <w:t xml:space="preserve"> not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say</w:t>
      </w:r>
      <w:r>
        <w:rPr>
          <w:color w:val="000000"/>
        </w:rPr>
        <w:t xml:space="preserve"> what</w:t>
      </w:r>
      <w:r>
        <w:rPr>
          <w:color w:val="000000"/>
        </w:rPr>
        <w:t xml:space="preserve"> race,</w:t>
      </w:r>
      <w:r>
        <w:rPr>
          <w:color w:val="000000"/>
        </w:rPr>
        <w:t xml:space="preserve"> what</w:t>
      </w:r>
      <w:r>
        <w:rPr>
          <w:color w:val="000000"/>
        </w:rPr>
        <w:t xml:space="preserve"> people,</w:t>
      </w:r>
      <w:r>
        <w:rPr>
          <w:color w:val="000000"/>
        </w:rPr>
        <w:t xml:space="preserve"> uh,</w:t>
      </w:r>
      <w:r>
        <w:rPr>
          <w:color w:val="000000"/>
        </w:rPr>
        <w:t xml:space="preserve"> doctor,</w:t>
      </w:r>
      <w:r>
        <w:rPr>
          <w:color w:val="000000"/>
        </w:rPr>
        <w:t xml:space="preserve"> and</w:t>
      </w:r>
      <w:r>
        <w:rPr>
          <w:color w:val="000000"/>
        </w:rPr>
        <w:t xml:space="preserve"> what</w:t>
      </w:r>
      <w:r>
        <w:rPr>
          <w:color w:val="000000"/>
        </w:rPr>
        <w:t xml:space="preserve"> hospital</w:t>
      </w:r>
      <w:r>
        <w:rPr>
          <w:color w:val="000000"/>
        </w:rPr>
        <w:t xml:space="preserve"> and</w:t>
      </w:r>
      <w:r>
        <w:rPr>
          <w:color w:val="000000"/>
        </w:rPr>
        <w:t xml:space="preserve"> what</w:t>
      </w:r>
      <w:r>
        <w:rPr>
          <w:color w:val="000000"/>
        </w:rPr>
        <w:t xml:space="preserve"> media</w:t>
      </w:r>
      <w:r>
        <w:rPr>
          <w:color w:val="000000"/>
        </w:rPr>
        <w:t xml:space="preserve"> went</w:t>
      </w:r>
      <w:r>
        <w:rPr>
          <w:color w:val="000000"/>
        </w:rPr>
        <w:t xml:space="preserve"> to.</w:t>
      </w:r>
      <w:r>
        <w:rPr>
          <w:color w:val="000000"/>
        </w:rPr>
        <w:t xml:space="preserve"> We</w:t>
      </w:r>
      <w:r>
        <w:rPr>
          <w:color w:val="000000"/>
        </w:rPr>
        <w:t xml:space="preserve"> know</w:t>
      </w:r>
      <w:r>
        <w:rPr>
          <w:color w:val="000000"/>
        </w:rPr>
        <w:t xml:space="preserve"> I</w:t>
      </w:r>
      <w:r>
        <w:rPr>
          <w:color w:val="000000"/>
        </w:rPr>
        <w:t xml:space="preserve"> can't</w:t>
      </w:r>
      <w:r>
        <w:rPr>
          <w:color w:val="000000"/>
        </w:rPr>
        <w:t xml:space="preserve"> say</w:t>
      </w:r>
      <w:r>
        <w:rPr>
          <w:color w:val="000000"/>
        </w:rPr>
        <w:t xml:space="preserve"> that.</w:t>
      </w:r>
      <w:r>
        <w:rPr>
          <w:color w:val="000000"/>
        </w:rPr>
        <w:t xml:space="preserve"> It</w:t>
      </w:r>
      <w:r>
        <w:rPr>
          <w:color w:val="000000"/>
        </w:rPr>
        <w:t xml:space="preserve"> was</w:t>
      </w:r>
      <w:r>
        <w:rPr>
          <w:color w:val="000000"/>
        </w:rPr>
        <w:t xml:space="preserve"> a</w:t>
      </w:r>
      <w:r>
        <w:rPr>
          <w:color w:val="000000"/>
        </w:rPr>
        <w:t xml:space="preserve"> Jewish</w:t>
      </w:r>
      <w:r>
        <w:rPr>
          <w:color w:val="000000"/>
        </w:rPr>
        <w:t xml:space="preserve"> doctor.</w:t>
      </w:r>
    </w:p>
    <w:p>
      <w:r>
        <w:t xml:space="preserve">[00:05:25] Speaker 1: </w:t>
      </w:r>
      <w:r>
        <w:rPr>
          <w:color w:val="000000"/>
        </w:rPr>
        <w:t>Montgomery</w:t>
      </w:r>
      <w:r>
        <w:rPr>
          <w:color w:val="000000"/>
        </w:rPr>
        <w:t xml:space="preserve"> County's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affirms</w:t>
      </w:r>
      <w:r>
        <w:rPr>
          <w:color w:val="000000"/>
        </w:rPr>
        <w:t xml:space="preserve"> a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of</w:t>
      </w:r>
      <w:r>
        <w:rPr>
          <w:color w:val="000000"/>
        </w:rPr>
        <w:t xml:space="preserve"> anti-Semitism</w:t>
      </w:r>
      <w:r>
        <w:rPr>
          <w:color w:val="000000"/>
        </w:rPr>
        <w:t xml:space="preserve"> that</w:t>
      </w:r>
      <w:r>
        <w:rPr>
          <w:color w:val="000000"/>
        </w:rPr>
        <w:t xml:space="preserve"> includes</w:t>
      </w:r>
      <w:r>
        <w:rPr>
          <w:color w:val="000000"/>
        </w:rPr>
        <w:t xml:space="preserve"> stereotyping</w:t>
      </w:r>
      <w:r>
        <w:rPr>
          <w:color w:val="000000"/>
        </w:rPr>
        <w:t xml:space="preserve"> like</w:t>
      </w:r>
      <w:r>
        <w:rPr>
          <w:highlight w:val="yellow"/>
        </w:rPr>
        <w:t xml:space="preserve"> Kanye</w:t>
      </w:r>
      <w:r>
        <w:rPr>
          <w:color w:val="000000"/>
        </w:rPr>
        <w:t xml:space="preserve"> did.</w:t>
      </w:r>
      <w:r>
        <w:rPr>
          <w:color w:val="000000"/>
        </w:rPr>
        <w:t xml:space="preserve"> And</w:t>
      </w:r>
      <w:r>
        <w:rPr>
          <w:color w:val="000000"/>
        </w:rPr>
        <w:t xml:space="preserve"> was</w:t>
      </w:r>
      <w:r>
        <w:rPr>
          <w:color w:val="000000"/>
        </w:rPr>
        <w:t xml:space="preserve"> written</w:t>
      </w:r>
      <w:r>
        <w:rPr>
          <w:color w:val="000000"/>
        </w:rPr>
        <w:t xml:space="preserve"> by</w:t>
      </w:r>
      <w:r>
        <w:rPr>
          <w:color w:val="000000"/>
        </w:rPr>
        <w:t xml:space="preserve"> the</w:t>
      </w:r>
      <w:r>
        <w:rPr>
          <w:color w:val="000000"/>
        </w:rPr>
        <w:t xml:space="preserve"> International</w:t>
      </w:r>
      <w:r>
        <w:rPr>
          <w:color w:val="000000"/>
        </w:rPr>
        <w:t xml:space="preserve"> Holocaust</w:t>
      </w:r>
      <w:r>
        <w:rPr>
          <w:color w:val="000000"/>
        </w:rPr>
        <w:t xml:space="preserve"> Remembrance</w:t>
      </w:r>
      <w:r>
        <w:rPr>
          <w:color w:val="000000"/>
        </w:rPr>
        <w:t xml:space="preserve"> Alliance</w:t>
      </w:r>
      <w:r>
        <w:rPr>
          <w:color w:val="000000"/>
        </w:rPr>
        <w:t xml:space="preserve"> and</w:t>
      </w:r>
      <w:r>
        <w:rPr>
          <w:color w:val="000000"/>
        </w:rPr>
        <w:t xml:space="preserve"> supported</w:t>
      </w:r>
      <w:r>
        <w:rPr>
          <w:color w:val="000000"/>
        </w:rPr>
        <w:t xml:space="preserve"> by</w:t>
      </w:r>
      <w:r>
        <w:rPr>
          <w:color w:val="000000"/>
        </w:rPr>
        <w:t xml:space="preserve"> leading</w:t>
      </w:r>
      <w:r>
        <w:rPr>
          <w:color w:val="000000"/>
        </w:rPr>
        <w:t xml:space="preserve"> Jewish</w:t>
      </w:r>
      <w:r>
        <w:rPr>
          <w:color w:val="000000"/>
        </w:rPr>
        <w:t xml:space="preserve"> groups</w:t>
      </w:r>
      <w:r>
        <w:rPr>
          <w:color w:val="000000"/>
        </w:rPr>
        <w:t xml:space="preserve"> such</w:t>
      </w:r>
      <w:r>
        <w:rPr>
          <w:color w:val="000000"/>
        </w:rPr>
        <w:t xml:space="preserve"> as</w:t>
      </w:r>
      <w:r>
        <w:rPr>
          <w:color w:val="000000"/>
        </w:rPr>
        <w:t xml:space="preserve"> the</w:t>
      </w:r>
      <w:r>
        <w:rPr>
          <w:color w:val="000000"/>
        </w:rPr>
        <w:t xml:space="preserve"> Anti-Defamation</w:t>
      </w:r>
      <w:r>
        <w:rPr>
          <w:color w:val="000000"/>
        </w:rPr>
        <w:t xml:space="preserve"> League,</w:t>
      </w:r>
      <w:r>
        <w:rPr>
          <w:color w:val="000000"/>
        </w:rPr>
        <w:t xml:space="preserve"> the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Jewish</w:t>
      </w:r>
      <w:r>
        <w:rPr>
          <w:color w:val="000000"/>
        </w:rPr>
        <w:t xml:space="preserve"> Congress,</w:t>
      </w:r>
      <w:r>
        <w:rPr>
          <w:color w:val="000000"/>
        </w:rPr>
        <w:t xml:space="preserve"> the</w:t>
      </w:r>
      <w:r>
        <w:rPr>
          <w:color w:val="000000"/>
        </w:rPr>
        <w:t xml:space="preserve"> Jewish</w:t>
      </w:r>
      <w:r>
        <w:rPr>
          <w:color w:val="000000"/>
        </w:rPr>
        <w:t xml:space="preserve"> Community</w:t>
      </w:r>
      <w:r>
        <w:rPr>
          <w:color w:val="000000"/>
        </w:rPr>
        <w:t xml:space="preserve"> Relations</w:t>
      </w:r>
      <w:r>
        <w:rPr>
          <w:color w:val="000000"/>
        </w:rPr>
        <w:t xml:space="preserve"> Council</w:t>
      </w:r>
      <w:r>
        <w:rPr>
          <w:color w:val="000000"/>
        </w:rPr>
        <w:t xml:space="preserve"> of</w:t>
      </w:r>
      <w:r>
        <w:rPr>
          <w:color w:val="000000"/>
        </w:rPr>
        <w:t xml:space="preserve"> Greater</w:t>
      </w:r>
      <w:r>
        <w:rPr>
          <w:color w:val="000000"/>
        </w:rPr>
        <w:t xml:space="preserve"> Washington,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pulpits</w:t>
      </w:r>
      <w:r>
        <w:rPr>
          <w:color w:val="000000"/>
        </w:rPr>
        <w:t xml:space="preserve"> of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best</w:t>
      </w:r>
      <w:r>
        <w:rPr>
          <w:color w:val="000000"/>
        </w:rPr>
        <w:t xml:space="preserve"> known</w:t>
      </w:r>
      <w:r>
        <w:rPr>
          <w:color w:val="000000"/>
        </w:rPr>
        <w:t xml:space="preserve"> synagogues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region.</w:t>
      </w:r>
      <w:r>
        <w:rPr>
          <w:color w:val="000000"/>
        </w:rPr>
        <w:t xml:space="preserve"> The</w:t>
      </w:r>
      <w:r>
        <w:rPr>
          <w:color w:val="000000"/>
        </w:rPr>
        <w:t xml:space="preserve"> rise</w:t>
      </w:r>
      <w:r>
        <w:rPr>
          <w:color w:val="000000"/>
        </w:rPr>
        <w:t xml:space="preserve"> in</w:t>
      </w:r>
      <w:r>
        <w:rPr>
          <w:color w:val="000000"/>
        </w:rPr>
        <w:t xml:space="preserve"> anti-Semitic</w:t>
      </w:r>
      <w:r>
        <w:rPr>
          <w:color w:val="000000"/>
        </w:rPr>
        <w:t xml:space="preserve"> incidents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US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world</w:t>
      </w:r>
      <w:r>
        <w:rPr>
          <w:color w:val="000000"/>
        </w:rPr>
        <w:t xml:space="preserve"> is</w:t>
      </w:r>
      <w:r>
        <w:rPr>
          <w:color w:val="000000"/>
        </w:rPr>
        <w:t xml:space="preserve"> clear.</w:t>
      </w:r>
      <w:r>
        <w:rPr>
          <w:color w:val="000000"/>
        </w:rPr>
        <w:t xml:space="preserve"> There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an</w:t>
      </w:r>
      <w:r>
        <w:rPr>
          <w:color w:val="000000"/>
        </w:rPr>
        <w:t xml:space="preserve"> increase</w:t>
      </w:r>
      <w:r>
        <w:rPr>
          <w:color w:val="000000"/>
        </w:rPr>
        <w:t xml:space="preserve"> in</w:t>
      </w:r>
      <w:r>
        <w:rPr>
          <w:color w:val="000000"/>
        </w:rPr>
        <w:t xml:space="preserve"> harassment</w:t>
      </w:r>
      <w:r>
        <w:rPr>
          <w:color w:val="000000"/>
        </w:rPr>
        <w:t xml:space="preserve"> and</w:t>
      </w:r>
      <w:r>
        <w:rPr>
          <w:color w:val="000000"/>
        </w:rPr>
        <w:t xml:space="preserve"> vandalism</w:t>
      </w:r>
      <w:r>
        <w:rPr>
          <w:color w:val="000000"/>
        </w:rPr>
        <w:t xml:space="preserve"> against</w:t>
      </w:r>
      <w:r>
        <w:rPr>
          <w:color w:val="000000"/>
        </w:rPr>
        <w:t xml:space="preserve"> Jews</w:t>
      </w:r>
      <w:r>
        <w:rPr>
          <w:color w:val="000000"/>
        </w:rPr>
        <w:t xml:space="preserve"> even</w:t>
      </w:r>
      <w:r>
        <w:rPr>
          <w:color w:val="000000"/>
        </w:rPr>
        <w:t xml:space="preserve"> in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and</w:t>
      </w:r>
      <w:r>
        <w:rPr>
          <w:color w:val="000000"/>
        </w:rPr>
        <w:t xml:space="preserve"> in</w:t>
      </w:r>
      <w:r>
        <w:rPr>
          <w:color w:val="000000"/>
        </w:rPr>
        <w:t xml:space="preserve"> Maryland.</w:t>
      </w:r>
      <w:r>
        <w:rPr>
          <w:color w:val="000000"/>
        </w:rPr>
        <w:t xml:space="preserve"> The</w:t>
      </w:r>
      <w:r>
        <w:rPr>
          <w:color w:val="000000"/>
        </w:rPr>
        <w:t xml:space="preserve"> IHRA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has</w:t>
      </w:r>
      <w:r>
        <w:rPr>
          <w:color w:val="000000"/>
        </w:rPr>
        <w:t xml:space="preserve"> existed</w:t>
      </w:r>
      <w:r>
        <w:rPr>
          <w:color w:val="000000"/>
        </w:rPr>
        <w:t xml:space="preserve"> for</w:t>
      </w:r>
      <w:r>
        <w:rPr>
          <w:color w:val="000000"/>
        </w:rPr>
        <w:t xml:space="preserve"> 15</w:t>
      </w:r>
      <w:r>
        <w:rPr>
          <w:color w:val="000000"/>
        </w:rPr>
        <w:t xml:space="preserve"> years,</w:t>
      </w:r>
      <w:r>
        <w:rPr>
          <w:color w:val="000000"/>
        </w:rPr>
        <w:t xml:space="preserve"> but</w:t>
      </w:r>
      <w:r>
        <w:rPr>
          <w:color w:val="000000"/>
        </w:rPr>
        <w:t xml:space="preserve"> Jewish</w:t>
      </w:r>
      <w:r>
        <w:rPr>
          <w:color w:val="000000"/>
        </w:rPr>
        <w:t xml:space="preserve"> groups</w:t>
      </w:r>
      <w:r>
        <w:rPr>
          <w:color w:val="000000"/>
        </w:rPr>
        <w:t xml:space="preserve"> and</w:t>
      </w:r>
      <w:r>
        <w:rPr>
          <w:color w:val="000000"/>
        </w:rPr>
        <w:t xml:space="preserve"> supporters</w:t>
      </w:r>
      <w:r>
        <w:rPr>
          <w:color w:val="000000"/>
        </w:rPr>
        <w:t xml:space="preserve"> have</w:t>
      </w:r>
      <w:r>
        <w:rPr>
          <w:color w:val="000000"/>
        </w:rPr>
        <w:t xml:space="preserve"> made</w:t>
      </w:r>
      <w:r>
        <w:rPr>
          <w:color w:val="000000"/>
        </w:rPr>
        <w:t xml:space="preserve"> its</w:t>
      </w:r>
      <w:r>
        <w:rPr>
          <w:color w:val="000000"/>
        </w:rPr>
        <w:t xml:space="preserve"> adoption</w:t>
      </w:r>
      <w:r>
        <w:rPr>
          <w:color w:val="000000"/>
        </w:rPr>
        <w:t xml:space="preserve"> by</w:t>
      </w:r>
      <w:r>
        <w:rPr>
          <w:color w:val="000000"/>
        </w:rPr>
        <w:t xml:space="preserve"> local</w:t>
      </w:r>
      <w:r>
        <w:rPr>
          <w:color w:val="000000"/>
        </w:rPr>
        <w:t xml:space="preserve"> jurisdictions</w:t>
      </w:r>
      <w:r>
        <w:rPr>
          <w:color w:val="000000"/>
        </w:rPr>
        <w:t xml:space="preserve"> a</w:t>
      </w:r>
      <w:r>
        <w:rPr>
          <w:color w:val="000000"/>
        </w:rPr>
        <w:t xml:space="preserve"> priority</w:t>
      </w:r>
      <w:r>
        <w:rPr>
          <w:color w:val="000000"/>
        </w:rPr>
        <w:t xml:space="preserve"> over</w:t>
      </w:r>
      <w:r>
        <w:rPr>
          <w:color w:val="000000"/>
        </w:rPr>
        <w:t xml:space="preserve"> the</w:t>
      </w:r>
      <w:r>
        <w:rPr>
          <w:color w:val="000000"/>
        </w:rPr>
        <w:t xml:space="preserve"> last</w:t>
      </w:r>
      <w:r>
        <w:rPr>
          <w:color w:val="000000"/>
        </w:rPr>
        <w:t xml:space="preserve"> year.</w:t>
      </w:r>
      <w:r>
        <w:rPr>
          <w:color w:val="000000"/>
        </w:rPr>
        <w:t xml:space="preserve"> Council</w:t>
      </w:r>
      <w:r>
        <w:rPr>
          <w:color w:val="000000"/>
        </w:rPr>
        <w:t xml:space="preserve"> member</w:t>
      </w:r>
      <w:r>
        <w:rPr>
          <w:color w:val="000000"/>
        </w:rPr>
        <w:t xml:space="preserve"> Andrew</w:t>
      </w:r>
      <w:r>
        <w:rPr>
          <w:color w:val="000000"/>
        </w:rPr>
        <w:t xml:space="preserve"> Frieden,</w:t>
      </w:r>
      <w:r>
        <w:rPr>
          <w:color w:val="000000"/>
        </w:rPr>
        <w:t xml:space="preserve"> who</w:t>
      </w:r>
      <w:r>
        <w:rPr>
          <w:color w:val="000000"/>
        </w:rPr>
        <w:t xml:space="preserve"> supported</w:t>
      </w:r>
      <w:r>
        <w:rPr>
          <w:color w:val="000000"/>
        </w:rPr>
        <w:t xml:space="preserve"> the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in</w:t>
      </w:r>
      <w:r>
        <w:rPr>
          <w:color w:val="000000"/>
        </w:rPr>
        <w:t xml:space="preserve"> Montgomery,</w:t>
      </w:r>
      <w:r>
        <w:rPr>
          <w:color w:val="000000"/>
        </w:rPr>
        <w:t xml:space="preserve"> emphasized</w:t>
      </w:r>
      <w:r>
        <w:rPr>
          <w:color w:val="000000"/>
        </w:rPr>
        <w:t xml:space="preserve"> its</w:t>
      </w:r>
      <w:r>
        <w:rPr>
          <w:color w:val="000000"/>
        </w:rPr>
        <w:t xml:space="preserve"> educational</w:t>
      </w:r>
      <w:r>
        <w:rPr>
          <w:color w:val="000000"/>
        </w:rPr>
        <w:t xml:space="preserve"> and</w:t>
      </w:r>
      <w:r>
        <w:rPr>
          <w:highlight w:val="yellow"/>
        </w:rPr>
        <w:t xml:space="preserve"> non-binding</w:t>
      </w:r>
      <w:r>
        <w:rPr>
          <w:color w:val="000000"/>
        </w:rPr>
        <w:t xml:space="preserve"> nature.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not</w:t>
      </w:r>
      <w:r>
        <w:rPr>
          <w:color w:val="000000"/>
        </w:rPr>
        <w:t xml:space="preserve"> law.</w:t>
      </w:r>
      <w:r>
        <w:rPr>
          <w:color w:val="000000"/>
        </w:rPr>
        <w:t xml:space="preserve"> Anti-Semitism</w:t>
      </w:r>
      <w:r>
        <w:rPr>
          <w:color w:val="000000"/>
        </w:rPr>
        <w:t xml:space="preserve"> will</w:t>
      </w:r>
      <w:r>
        <w:rPr>
          <w:color w:val="000000"/>
        </w:rPr>
        <w:t xml:space="preserve"> continue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prosecuted</w:t>
      </w:r>
      <w:r>
        <w:rPr>
          <w:color w:val="000000"/>
        </w:rPr>
        <w:t xml:space="preserve"> under</w:t>
      </w:r>
      <w:r>
        <w:rPr>
          <w:color w:val="000000"/>
        </w:rPr>
        <w:t xml:space="preserve"> existing</w:t>
      </w:r>
      <w:r>
        <w:rPr>
          <w:color w:val="000000"/>
        </w:rPr>
        <w:t xml:space="preserve"> hate</w:t>
      </w:r>
      <w:r>
        <w:rPr>
          <w:color w:val="000000"/>
        </w:rPr>
        <w:t xml:space="preserve"> crime</w:t>
      </w:r>
      <w:r>
        <w:rPr>
          <w:color w:val="000000"/>
        </w:rPr>
        <w:t xml:space="preserve"> legislation.</w:t>
      </w:r>
      <w:r>
        <w:rPr>
          <w:color w:val="000000"/>
        </w:rPr>
        <w:t xml:space="preserve"> But</w:t>
      </w:r>
      <w:r>
        <w:rPr>
          <w:color w:val="000000"/>
        </w:rPr>
        <w:t xml:space="preserve"> the</w:t>
      </w:r>
      <w:r>
        <w:rPr>
          <w:color w:val="000000"/>
        </w:rPr>
        <w:t xml:space="preserve"> belief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hate</w:t>
      </w:r>
      <w:r>
        <w:rPr>
          <w:color w:val="000000"/>
        </w:rPr>
        <w:t xml:space="preserve"> speech</w:t>
      </w:r>
      <w:r>
        <w:rPr>
          <w:color w:val="000000"/>
        </w:rPr>
        <w:t xml:space="preserve"> leads</w:t>
      </w:r>
      <w:r>
        <w:rPr>
          <w:color w:val="000000"/>
        </w:rPr>
        <w:t xml:space="preserve"> to</w:t>
      </w:r>
      <w:r>
        <w:rPr>
          <w:color w:val="000000"/>
        </w:rPr>
        <w:t xml:space="preserve"> hate</w:t>
      </w:r>
      <w:r>
        <w:rPr>
          <w:color w:val="000000"/>
        </w:rPr>
        <w:t xml:space="preserve"> crimes,</w:t>
      </w:r>
      <w:r>
        <w:rPr>
          <w:color w:val="000000"/>
        </w:rPr>
        <w:t xml:space="preserve"> and</w:t>
      </w:r>
      <w:r>
        <w:rPr>
          <w:color w:val="000000"/>
        </w:rPr>
        <w:t xml:space="preserve"> understanding</w:t>
      </w:r>
      <w:r>
        <w:rPr>
          <w:color w:val="000000"/>
        </w:rPr>
        <w:t xml:space="preserve"> what</w:t>
      </w:r>
      <w:r>
        <w:rPr>
          <w:color w:val="000000"/>
        </w:rPr>
        <w:t xml:space="preserve"> constitute</w:t>
      </w:r>
      <w:r>
        <w:rPr>
          <w:color w:val="000000"/>
        </w:rPr>
        <w:t xml:space="preserve"> hate</w:t>
      </w:r>
      <w:r>
        <w:rPr>
          <w:color w:val="000000"/>
        </w:rPr>
        <w:t xml:space="preserve"> speech</w:t>
      </w:r>
      <w:r>
        <w:rPr>
          <w:color w:val="000000"/>
        </w:rPr>
        <w:t xml:space="preserve"> will</w:t>
      </w:r>
      <w:r>
        <w:rPr>
          <w:color w:val="000000"/>
        </w:rPr>
        <w:t xml:space="preserve"> cause</w:t>
      </w:r>
      <w:r>
        <w:rPr>
          <w:color w:val="000000"/>
        </w:rPr>
        <w:t xml:space="preserve"> people</w:t>
      </w:r>
      <w:r>
        <w:rPr>
          <w:color w:val="000000"/>
        </w:rPr>
        <w:t xml:space="preserve"> not</w:t>
      </w:r>
      <w:r>
        <w:rPr>
          <w:color w:val="000000"/>
        </w:rPr>
        <w:t xml:space="preserve"> to</w:t>
      </w:r>
      <w:r>
        <w:rPr>
          <w:color w:val="000000"/>
        </w:rPr>
        <w:t xml:space="preserve"> use</w:t>
      </w:r>
      <w:r>
        <w:rPr>
          <w:color w:val="000000"/>
        </w:rPr>
        <w:t xml:space="preserve"> it</w:t>
      </w:r>
      <w:r>
        <w:rPr>
          <w:color w:val="000000"/>
        </w:rPr>
        <w:t xml:space="preserve"> or</w:t>
      </w:r>
      <w:r>
        <w:rPr>
          <w:color w:val="000000"/>
        </w:rPr>
        <w:t xml:space="preserve"> to</w:t>
      </w:r>
      <w:r>
        <w:rPr>
          <w:color w:val="000000"/>
        </w:rPr>
        <w:t xml:space="preserve"> stop</w:t>
      </w:r>
      <w:r>
        <w:rPr>
          <w:color w:val="000000"/>
        </w:rPr>
        <w:t xml:space="preserve"> other</w:t>
      </w:r>
      <w:r>
        <w:rPr>
          <w:color w:val="000000"/>
        </w:rPr>
        <w:t xml:space="preserve"> people</w:t>
      </w:r>
      <w:r>
        <w:rPr>
          <w:color w:val="000000"/>
        </w:rPr>
        <w:t xml:space="preserve"> from</w:t>
      </w:r>
      <w:r>
        <w:rPr>
          <w:color w:val="000000"/>
        </w:rPr>
        <w:t xml:space="preserve"> using</w:t>
      </w:r>
      <w:r>
        <w:rPr>
          <w:color w:val="000000"/>
        </w:rPr>
        <w:t xml:space="preserve"> it.</w:t>
      </w:r>
      <w:r>
        <w:rPr>
          <w:color w:val="000000"/>
        </w:rPr>
        <w:t xml:space="preserve"> Those</w:t>
      </w:r>
      <w:r>
        <w:rPr>
          <w:color w:val="000000"/>
        </w:rPr>
        <w:t xml:space="preserve"> who</w:t>
      </w:r>
      <w:r>
        <w:rPr>
          <w:color w:val="000000"/>
        </w:rPr>
        <w:t xml:space="preserve"> oppose</w:t>
      </w:r>
      <w:r>
        <w:rPr>
          <w:color w:val="000000"/>
        </w:rPr>
        <w:t xml:space="preserve"> the</w:t>
      </w:r>
      <w:r>
        <w:rPr>
          <w:color w:val="000000"/>
        </w:rPr>
        <w:t xml:space="preserve"> adoption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say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conflates</w:t>
      </w:r>
      <w:r>
        <w:rPr>
          <w:color w:val="000000"/>
        </w:rPr>
        <w:t xml:space="preserve"> criticism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state</w:t>
      </w:r>
      <w:r>
        <w:rPr>
          <w:color w:val="000000"/>
        </w:rPr>
        <w:t xml:space="preserve"> of</w:t>
      </w:r>
      <w:r>
        <w:rPr>
          <w:color w:val="000000"/>
        </w:rPr>
        <w:t xml:space="preserve"> Israel</w:t>
      </w:r>
      <w:r>
        <w:rPr>
          <w:color w:val="000000"/>
        </w:rPr>
        <w:t xml:space="preserve"> with</w:t>
      </w:r>
      <w:r>
        <w:rPr>
          <w:color w:val="000000"/>
        </w:rPr>
        <w:t xml:space="preserve"> anti-Semitism.</w:t>
      </w:r>
      <w:r>
        <w:rPr>
          <w:color w:val="000000"/>
        </w:rPr>
        <w:t xml:space="preserve"> And</w:t>
      </w:r>
      <w:r>
        <w:rPr>
          <w:color w:val="000000"/>
        </w:rPr>
        <w:t xml:space="preserve"> they</w:t>
      </w:r>
      <w:r>
        <w:rPr>
          <w:color w:val="000000"/>
        </w:rPr>
        <w:t xml:space="preserve"> are</w:t>
      </w:r>
      <w:r>
        <w:rPr>
          <w:color w:val="000000"/>
        </w:rPr>
        <w:t xml:space="preserve"> apprehensive</w:t>
      </w:r>
      <w:r>
        <w:rPr>
          <w:color w:val="000000"/>
        </w:rPr>
        <w:t xml:space="preserve"> that</w:t>
      </w:r>
      <w:r>
        <w:rPr>
          <w:highlight w:val="yellow"/>
        </w:rPr>
        <w:t xml:space="preserve"> there</w:t>
      </w:r>
      <w:r>
        <w:rPr>
          <w:color w:val="000000"/>
        </w:rPr>
        <w:t xml:space="preserve"> would</w:t>
      </w:r>
      <w:r>
        <w:rPr>
          <w:color w:val="000000"/>
        </w:rPr>
        <w:t xml:space="preserve"> be</w:t>
      </w:r>
      <w:r>
        <w:rPr>
          <w:color w:val="000000"/>
        </w:rPr>
        <w:t xml:space="preserve"> a</w:t>
      </w:r>
      <w:r>
        <w:rPr>
          <w:color w:val="000000"/>
        </w:rPr>
        <w:t xml:space="preserve"> chilling</w:t>
      </w:r>
      <w:r>
        <w:rPr>
          <w:color w:val="000000"/>
        </w:rPr>
        <w:t xml:space="preserve"> effect</w:t>
      </w:r>
      <w:r>
        <w:rPr>
          <w:color w:val="000000"/>
        </w:rPr>
        <w:t xml:space="preserve"> on</w:t>
      </w:r>
      <w:r>
        <w:rPr>
          <w:color w:val="000000"/>
        </w:rPr>
        <w:t xml:space="preserve"> public</w:t>
      </w:r>
      <w:r>
        <w:rPr>
          <w:color w:val="000000"/>
        </w:rPr>
        <w:t xml:space="preserve"> disagreements</w:t>
      </w:r>
      <w:r>
        <w:rPr>
          <w:color w:val="000000"/>
        </w:rPr>
        <w:t xml:space="preserve"> with</w:t>
      </w:r>
      <w:r>
        <w:rPr>
          <w:color w:val="000000"/>
        </w:rPr>
        <w:t xml:space="preserve"> Israeli</w:t>
      </w:r>
      <w:r>
        <w:rPr>
          <w:color w:val="000000"/>
        </w:rPr>
        <w:t xml:space="preserve"> policy</w:t>
      </w:r>
      <w:r>
        <w:rPr>
          <w:color w:val="000000"/>
        </w:rPr>
        <w:t xml:space="preserve"> over</w:t>
      </w:r>
      <w:r>
        <w:rPr>
          <w:color w:val="000000"/>
        </w:rPr>
        <w:t xml:space="preserve"> settlements</w:t>
      </w:r>
      <w:r>
        <w:rPr>
          <w:color w:val="000000"/>
        </w:rPr>
        <w:t xml:space="preserve"> or</w:t>
      </w:r>
      <w:r>
        <w:rPr>
          <w:color w:val="000000"/>
        </w:rPr>
        <w:t xml:space="preserve"> Israel's</w:t>
      </w:r>
      <w:r>
        <w:rPr>
          <w:color w:val="000000"/>
        </w:rPr>
        <w:t xml:space="preserve"> treatment</w:t>
      </w:r>
      <w:r>
        <w:rPr>
          <w:color w:val="000000"/>
        </w:rPr>
        <w:t xml:space="preserve"> of</w:t>
      </w:r>
      <w:r>
        <w:rPr>
          <w:color w:val="000000"/>
        </w:rPr>
        <w:t xml:space="preserve"> Palestinians</w:t>
      </w:r>
      <w:r>
        <w:rPr>
          <w:color w:val="000000"/>
        </w:rPr>
        <w:t xml:space="preserve"> or</w:t>
      </w:r>
      <w:r>
        <w:rPr>
          <w:color w:val="000000"/>
        </w:rPr>
        <w:t xml:space="preserve"> criticism</w:t>
      </w:r>
      <w:r>
        <w:rPr>
          <w:color w:val="000000"/>
        </w:rPr>
        <w:t xml:space="preserve"> of</w:t>
      </w:r>
      <w:r>
        <w:rPr>
          <w:color w:val="000000"/>
        </w:rPr>
        <w:t xml:space="preserve"> Benjamin</w:t>
      </w:r>
      <w:r>
        <w:rPr>
          <w:color w:val="000000"/>
        </w:rPr>
        <w:t xml:space="preserve"> Netanyahu.</w:t>
      </w:r>
      <w:r>
        <w:rPr>
          <w:color w:val="000000"/>
        </w:rPr>
        <w:t xml:space="preserve"> The</w:t>
      </w:r>
      <w:r>
        <w:rPr>
          <w:color w:val="000000"/>
        </w:rPr>
        <w:t xml:space="preserve"> opposition</w:t>
      </w:r>
      <w:r>
        <w:rPr>
          <w:color w:val="000000"/>
        </w:rPr>
        <w:t xml:space="preserve"> has</w:t>
      </w:r>
      <w:r>
        <w:rPr>
          <w:color w:val="000000"/>
        </w:rPr>
        <w:t xml:space="preserve"> included</w:t>
      </w:r>
      <w:r>
        <w:rPr>
          <w:color w:val="000000"/>
        </w:rPr>
        <w:t xml:space="preserve"> progressive</w:t>
      </w:r>
      <w:r>
        <w:rPr>
          <w:color w:val="000000"/>
        </w:rPr>
        <w:t xml:space="preserve"> Jews,</w:t>
      </w:r>
      <w:r>
        <w:rPr>
          <w:color w:val="000000"/>
        </w:rPr>
        <w:t xml:space="preserve"> including</w:t>
      </w:r>
      <w:r>
        <w:rPr>
          <w:color w:val="000000"/>
        </w:rPr>
        <w:t xml:space="preserve"> Jews</w:t>
      </w:r>
      <w:r>
        <w:rPr>
          <w:color w:val="000000"/>
        </w:rPr>
        <w:t xml:space="preserve"> United</w:t>
      </w:r>
      <w:r>
        <w:rPr>
          <w:color w:val="000000"/>
        </w:rPr>
        <w:t xml:space="preserve"> for</w:t>
      </w:r>
      <w:r>
        <w:rPr>
          <w:color w:val="000000"/>
        </w:rPr>
        <w:t xml:space="preserve"> Justice,</w:t>
      </w:r>
      <w:r>
        <w:rPr>
          <w:color w:val="000000"/>
        </w:rPr>
        <w:t xml:space="preserve"> leaders</w:t>
      </w:r>
      <w:r>
        <w:rPr>
          <w:color w:val="000000"/>
        </w:rPr>
        <w:t xml:space="preserve"> of</w:t>
      </w:r>
      <w:r>
        <w:rPr>
          <w:color w:val="000000"/>
        </w:rPr>
        <w:t xml:space="preserve"> some</w:t>
      </w:r>
      <w:r>
        <w:rPr>
          <w:color w:val="000000"/>
        </w:rPr>
        <w:t xml:space="preserve"> synagogues,</w:t>
      </w:r>
      <w:r>
        <w:rPr>
          <w:color w:val="000000"/>
        </w:rPr>
        <w:t xml:space="preserve"> and</w:t>
      </w:r>
      <w:r>
        <w:rPr>
          <w:color w:val="000000"/>
        </w:rPr>
        <w:t xml:space="preserve"> local</w:t>
      </w:r>
      <w:r>
        <w:rPr>
          <w:color w:val="000000"/>
        </w:rPr>
        <w:t xml:space="preserve"> Muslim</w:t>
      </w:r>
      <w:r>
        <w:rPr>
          <w:color w:val="000000"/>
        </w:rPr>
        <w:t xml:space="preserve"> groups.</w:t>
      </w:r>
      <w:r>
        <w:rPr>
          <w:color w:val="000000"/>
        </w:rPr>
        <w:t xml:space="preserve"> The</w:t>
      </w:r>
      <w:r>
        <w:rPr>
          <w:color w:val="000000"/>
        </w:rPr>
        <w:t xml:space="preserve"> Union</w:t>
      </w:r>
      <w:r>
        <w:rPr>
          <w:color w:val="000000"/>
        </w:rPr>
        <w:t xml:space="preserve"> of</w:t>
      </w:r>
      <w:r>
        <w:rPr>
          <w:color w:val="000000"/>
        </w:rPr>
        <w:t xml:space="preserve"> Reform</w:t>
      </w:r>
      <w:r>
        <w:rPr>
          <w:color w:val="000000"/>
        </w:rPr>
        <w:t xml:space="preserve"> Judaism,</w:t>
      </w:r>
      <w:r>
        <w:rPr>
          <w:color w:val="000000"/>
        </w:rPr>
        <w:t xml:space="preserve"> one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largest</w:t>
      </w:r>
      <w:r>
        <w:rPr>
          <w:color w:val="000000"/>
        </w:rPr>
        <w:t xml:space="preserve"> Jewish</w:t>
      </w:r>
      <w:r>
        <w:rPr>
          <w:color w:val="000000"/>
        </w:rPr>
        <w:t xml:space="preserve"> groups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United</w:t>
      </w:r>
      <w:r>
        <w:rPr>
          <w:color w:val="000000"/>
        </w:rPr>
        <w:t xml:space="preserve"> States,</w:t>
      </w:r>
      <w:r>
        <w:rPr>
          <w:color w:val="000000"/>
        </w:rPr>
        <w:t xml:space="preserve"> supported</w:t>
      </w:r>
      <w:r>
        <w:rPr>
          <w:color w:val="000000"/>
        </w:rPr>
        <w:t xml:space="preserve"> the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but</w:t>
      </w:r>
      <w:r>
        <w:rPr>
          <w:color w:val="000000"/>
        </w:rPr>
        <w:t xml:space="preserve"> also</w:t>
      </w:r>
      <w:r>
        <w:rPr>
          <w:color w:val="000000"/>
        </w:rPr>
        <w:t xml:space="preserve"> voiced</w:t>
      </w:r>
      <w:r>
        <w:rPr>
          <w:color w:val="000000"/>
        </w:rPr>
        <w:t xml:space="preserve"> disagreements</w:t>
      </w:r>
      <w:r>
        <w:rPr>
          <w:color w:val="000000"/>
        </w:rPr>
        <w:t xml:space="preserve"> with</w:t>
      </w:r>
      <w:r>
        <w:rPr>
          <w:color w:val="000000"/>
        </w:rPr>
        <w:t xml:space="preserve"> its</w:t>
      </w:r>
      <w:r>
        <w:rPr>
          <w:color w:val="000000"/>
        </w:rPr>
        <w:t xml:space="preserve"> content.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region,</w:t>
      </w:r>
      <w:r>
        <w:rPr>
          <w:color w:val="000000"/>
        </w:rPr>
        <w:t xml:space="preserve"> Washington</w:t>
      </w:r>
      <w:r>
        <w:rPr>
          <w:color w:val="000000"/>
        </w:rPr>
        <w:t xml:space="preserve"> DC</w:t>
      </w:r>
      <w:r>
        <w:rPr>
          <w:color w:val="000000"/>
        </w:rPr>
        <w:t xml:space="preserve"> and</w:t>
      </w:r>
      <w:r>
        <w:rPr>
          <w:color w:val="000000"/>
        </w:rPr>
        <w:t xml:space="preserve"> Arlington</w:t>
      </w:r>
      <w:r>
        <w:rPr>
          <w:color w:val="000000"/>
        </w:rPr>
        <w:t xml:space="preserve"> have</w:t>
      </w:r>
      <w:r>
        <w:rPr>
          <w:color w:val="000000"/>
        </w:rPr>
        <w:t xml:space="preserve"> already</w:t>
      </w:r>
      <w:r>
        <w:rPr>
          <w:color w:val="000000"/>
        </w:rPr>
        <w:t xml:space="preserve"> adopted</w:t>
      </w:r>
      <w:r>
        <w:rPr>
          <w:color w:val="000000"/>
        </w:rPr>
        <w:t xml:space="preserve"> the</w:t>
      </w:r>
      <w:r>
        <w:rPr>
          <w:color w:val="000000"/>
        </w:rPr>
        <w:t xml:space="preserve"> IHRA</w:t>
      </w:r>
      <w:r>
        <w:rPr>
          <w:color w:val="000000"/>
        </w:rPr>
        <w:t xml:space="preserve"> definition</w:t>
      </w:r>
      <w:r>
        <w:rPr>
          <w:color w:val="000000"/>
        </w:rPr>
        <w:t xml:space="preserve"> with</w:t>
      </w:r>
      <w:r>
        <w:rPr>
          <w:color w:val="000000"/>
        </w:rPr>
        <w:t xml:space="preserve"> the</w:t>
      </w:r>
      <w:r>
        <w:rPr>
          <w:color w:val="000000"/>
        </w:rPr>
        <w:t xml:space="preserve"> exception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did</w:t>
      </w:r>
      <w:r>
        <w:rPr>
          <w:color w:val="000000"/>
        </w:rPr>
        <w:t xml:space="preserve"> not</w:t>
      </w:r>
      <w:r>
        <w:rPr>
          <w:color w:val="000000"/>
        </w:rPr>
        <w:t xml:space="preserve"> include</w:t>
      </w:r>
      <w:r>
        <w:rPr>
          <w:color w:val="000000"/>
        </w:rPr>
        <w:t xml:space="preserve"> a</w:t>
      </w:r>
      <w:r>
        <w:rPr>
          <w:color w:val="000000"/>
        </w:rPr>
        <w:t xml:space="preserve"> set</w:t>
      </w:r>
      <w:r>
        <w:rPr>
          <w:color w:val="000000"/>
        </w:rPr>
        <w:t xml:space="preserve"> of</w:t>
      </w:r>
      <w:r>
        <w:rPr>
          <w:color w:val="000000"/>
        </w:rPr>
        <w:t xml:space="preserve"> examples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considered</w:t>
      </w:r>
      <w:r>
        <w:rPr>
          <w:color w:val="000000"/>
        </w:rPr>
        <w:t xml:space="preserve"> by</w:t>
      </w:r>
      <w:r>
        <w:rPr>
          <w:color w:val="000000"/>
        </w:rPr>
        <w:t xml:space="preserve"> opponents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the</w:t>
      </w:r>
      <w:r>
        <w:rPr>
          <w:color w:val="000000"/>
        </w:rPr>
        <w:t xml:space="preserve"> real</w:t>
      </w:r>
      <w:r>
        <w:rPr>
          <w:color w:val="000000"/>
        </w:rPr>
        <w:t xml:space="preserve"> sticking</w:t>
      </w:r>
      <w:r>
        <w:rPr>
          <w:color w:val="000000"/>
        </w:rPr>
        <w:t xml:space="preserve"> point.</w:t>
      </w:r>
      <w:r>
        <w:rPr>
          <w:color w:val="000000"/>
        </w:rPr>
        <w:t xml:space="preserve"> Expecting</w:t>
      </w:r>
      <w:r>
        <w:rPr>
          <w:color w:val="000000"/>
        </w:rPr>
        <w:t xml:space="preserve"> emotional</w:t>
      </w:r>
      <w:r>
        <w:rPr>
          <w:color w:val="000000"/>
        </w:rPr>
        <w:t xml:space="preserve"> and</w:t>
      </w:r>
      <w:r>
        <w:rPr>
          <w:color w:val="000000"/>
        </w:rPr>
        <w:t xml:space="preserve"> battling</w:t>
      </w:r>
      <w:r>
        <w:rPr>
          <w:color w:val="000000"/>
        </w:rPr>
        <w:t xml:space="preserve"> testimonies,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council</w:t>
      </w:r>
      <w:r>
        <w:rPr>
          <w:color w:val="000000"/>
        </w:rPr>
        <w:t xml:space="preserve"> did</w:t>
      </w:r>
      <w:r>
        <w:rPr>
          <w:color w:val="000000"/>
        </w:rPr>
        <w:t xml:space="preserve"> not</w:t>
      </w:r>
      <w:r>
        <w:rPr>
          <w:color w:val="000000"/>
        </w:rPr>
        <w:t xml:space="preserve"> allow</w:t>
      </w:r>
      <w:r>
        <w:rPr>
          <w:color w:val="000000"/>
        </w:rPr>
        <w:t xml:space="preserve"> public</w:t>
      </w:r>
      <w:r>
        <w:rPr>
          <w:color w:val="000000"/>
        </w:rPr>
        <w:t xml:space="preserve"> comment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resolution,</w:t>
      </w:r>
      <w:r>
        <w:rPr>
          <w:color w:val="000000"/>
        </w:rPr>
        <w:t xml:space="preserve"> which</w:t>
      </w:r>
      <w:r>
        <w:rPr>
          <w:color w:val="000000"/>
        </w:rPr>
        <w:t xml:space="preserve"> brought</w:t>
      </w:r>
      <w:r>
        <w:rPr>
          <w:color w:val="000000"/>
        </w:rPr>
        <w:t xml:space="preserve"> criticism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process</w:t>
      </w:r>
      <w:r>
        <w:rPr>
          <w:color w:val="000000"/>
        </w:rPr>
        <w:t xml:space="preserve"> itself.</w:t>
      </w:r>
      <w:r>
        <w:rPr>
          <w:color w:val="000000"/>
        </w:rPr>
        <w:t xml:space="preserve"> Here</w:t>
      </w:r>
      <w:r>
        <w:rPr>
          <w:color w:val="000000"/>
        </w:rPr>
        <w:t xml:space="preserve"> is</w:t>
      </w:r>
      <w:r>
        <w:rPr>
          <w:highlight w:val="yellow"/>
        </w:rPr>
        <w:t xml:space="preserve"> council</w:t>
      </w:r>
      <w:r>
        <w:rPr>
          <w:color w:val="000000"/>
        </w:rPr>
        <w:t xml:space="preserve"> member</w:t>
      </w:r>
      <w:r>
        <w:rPr>
          <w:color w:val="000000"/>
        </w:rPr>
        <w:t xml:space="preserve"> Will</w:t>
      </w:r>
      <w:r>
        <w:rPr>
          <w:highlight w:val="yellow"/>
        </w:rPr>
        <w:t xml:space="preserve"> Joano.</w:t>
      </w:r>
    </w:p>
    <w:p>
      <w:r>
        <w:t xml:space="preserve">[00:08:01] Speaker 3: </w:t>
      </w:r>
      <w:r>
        <w:rPr>
          <w:color w:val="000000"/>
        </w:rPr>
        <w:t>No</w:t>
      </w:r>
      <w:r>
        <w:rPr>
          <w:color w:val="000000"/>
        </w:rPr>
        <w:t xml:space="preserve"> matter</w:t>
      </w:r>
      <w:r>
        <w:rPr>
          <w:color w:val="000000"/>
        </w:rPr>
        <w:t xml:space="preserve"> what</w:t>
      </w:r>
      <w:r>
        <w:rPr>
          <w:color w:val="000000"/>
        </w:rPr>
        <w:t xml:space="preserve"> the</w:t>
      </w:r>
      <w:r>
        <w:rPr>
          <w:color w:val="000000"/>
        </w:rPr>
        <w:t xml:space="preserve"> outcome</w:t>
      </w:r>
      <w:r>
        <w:rPr>
          <w:color w:val="000000"/>
        </w:rPr>
        <w:t xml:space="preserve"> today,</w:t>
      </w:r>
      <w:r>
        <w:rPr>
          <w:color w:val="000000"/>
        </w:rPr>
        <w:t xml:space="preserve"> harm</w:t>
      </w:r>
      <w:r>
        <w:rPr>
          <w:color w:val="000000"/>
        </w:rPr>
        <w:t xml:space="preserve"> will</w:t>
      </w:r>
      <w:r>
        <w:rPr>
          <w:color w:val="000000"/>
        </w:rPr>
        <w:t xml:space="preserve"> be</w:t>
      </w:r>
      <w:r>
        <w:rPr>
          <w:color w:val="000000"/>
        </w:rPr>
        <w:t xml:space="preserve"> done.</w:t>
      </w:r>
    </w:p>
    <w:p>
      <w:r>
        <w:t xml:space="preserve">[00:08:07] Speaker 3: </w:t>
      </w:r>
      <w:r>
        <w:rPr>
          <w:color w:val="000000"/>
        </w:rPr>
        <w:t>I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express</w:t>
      </w:r>
      <w:r>
        <w:rPr>
          <w:color w:val="000000"/>
        </w:rPr>
        <w:t xml:space="preserve"> my</w:t>
      </w:r>
      <w:r>
        <w:rPr>
          <w:color w:val="000000"/>
        </w:rPr>
        <w:t xml:space="preserve"> dismay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process</w:t>
      </w:r>
      <w:r>
        <w:rPr>
          <w:color w:val="000000"/>
        </w:rPr>
        <w:t xml:space="preserve"> that</w:t>
      </w:r>
      <w:r>
        <w:rPr>
          <w:color w:val="000000"/>
        </w:rPr>
        <w:t xml:space="preserve"> led</w:t>
      </w:r>
      <w:r>
        <w:rPr>
          <w:color w:val="000000"/>
        </w:rPr>
        <w:t xml:space="preserve"> us</w:t>
      </w:r>
      <w:r>
        <w:rPr>
          <w:color w:val="000000"/>
        </w:rPr>
        <w:t xml:space="preserve"> to</w:t>
      </w:r>
      <w:r>
        <w:rPr>
          <w:color w:val="000000"/>
        </w:rPr>
        <w:t xml:space="preserve"> today's</w:t>
      </w:r>
      <w:r>
        <w:rPr>
          <w:color w:val="000000"/>
        </w:rPr>
        <w:t xml:space="preserve"> vote.</w:t>
      </w:r>
      <w:r>
        <w:rPr>
          <w:color w:val="000000"/>
        </w:rPr>
        <w:t xml:space="preserve"> It's</w:t>
      </w:r>
      <w:r>
        <w:rPr>
          <w:color w:val="000000"/>
        </w:rPr>
        <w:t xml:space="preserve"> true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do</w:t>
      </w:r>
      <w:r>
        <w:rPr>
          <w:color w:val="000000"/>
        </w:rPr>
        <w:t xml:space="preserve"> not</w:t>
      </w:r>
      <w:r>
        <w:rPr>
          <w:color w:val="000000"/>
        </w:rPr>
        <w:t xml:space="preserve"> typically</w:t>
      </w:r>
      <w:r>
        <w:rPr>
          <w:color w:val="000000"/>
        </w:rPr>
        <w:t xml:space="preserve"> have</w:t>
      </w:r>
      <w:r>
        <w:rPr>
          <w:color w:val="000000"/>
        </w:rPr>
        <w:t xml:space="preserve"> public</w:t>
      </w:r>
      <w:r>
        <w:rPr>
          <w:color w:val="000000"/>
        </w:rPr>
        <w:t xml:space="preserve"> input</w:t>
      </w:r>
      <w:r>
        <w:rPr>
          <w:color w:val="000000"/>
        </w:rPr>
        <w:t xml:space="preserve"> on</w:t>
      </w:r>
      <w:r>
        <w:rPr>
          <w:color w:val="000000"/>
        </w:rPr>
        <w:t xml:space="preserve"> resolutions.</w:t>
      </w:r>
      <w:r>
        <w:rPr>
          <w:color w:val="000000"/>
        </w:rPr>
        <w:t xml:space="preserve"> However,</w:t>
      </w:r>
      <w:r>
        <w:rPr>
          <w:color w:val="000000"/>
        </w:rPr>
        <w:t xml:space="preserve"> as</w:t>
      </w:r>
      <w:r>
        <w:rPr>
          <w:color w:val="000000"/>
        </w:rPr>
        <w:t xml:space="preserve"> we,</w:t>
      </w:r>
      <w:r>
        <w:rPr>
          <w:color w:val="000000"/>
        </w:rPr>
        <w:t xml:space="preserve"> as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seen</w:t>
      </w:r>
      <w:r>
        <w:rPr>
          <w:color w:val="000000"/>
        </w:rPr>
        <w:t xml:space="preserve"> from</w:t>
      </w:r>
      <w:r>
        <w:rPr>
          <w:color w:val="000000"/>
        </w:rPr>
        <w:t xml:space="preserve"> the</w:t>
      </w:r>
      <w:r>
        <w:rPr>
          <w:color w:val="000000"/>
        </w:rPr>
        <w:t xml:space="preserve"> amount</w:t>
      </w:r>
      <w:r>
        <w:rPr>
          <w:color w:val="000000"/>
        </w:rPr>
        <w:t xml:space="preserve"> of</w:t>
      </w:r>
      <w:r>
        <w:rPr>
          <w:color w:val="000000"/>
        </w:rPr>
        <w:t xml:space="preserve"> correspondence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presence</w:t>
      </w:r>
      <w:r>
        <w:rPr>
          <w:color w:val="000000"/>
        </w:rPr>
        <w:t xml:space="preserve"> of</w:t>
      </w:r>
      <w:r>
        <w:rPr>
          <w:color w:val="000000"/>
        </w:rPr>
        <w:t xml:space="preserve"> so</w:t>
      </w:r>
      <w:r>
        <w:rPr>
          <w:color w:val="000000"/>
        </w:rPr>
        <w:t xml:space="preserve"> many</w:t>
      </w:r>
      <w:r>
        <w:rPr>
          <w:color w:val="000000"/>
        </w:rPr>
        <w:t xml:space="preserve"> here</w:t>
      </w:r>
      <w:r>
        <w:rPr>
          <w:color w:val="000000"/>
        </w:rPr>
        <w:t xml:space="preserve"> today.</w:t>
      </w:r>
      <w:r>
        <w:rPr>
          <w:color w:val="000000"/>
        </w:rPr>
        <w:t xml:space="preserve"> This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is</w:t>
      </w:r>
      <w:r>
        <w:rPr>
          <w:color w:val="000000"/>
        </w:rPr>
        <w:t xml:space="preserve"> on</w:t>
      </w:r>
      <w:r>
        <w:rPr>
          <w:color w:val="000000"/>
        </w:rPr>
        <w:t xml:space="preserve"> an</w:t>
      </w:r>
      <w:r>
        <w:rPr>
          <w:color w:val="000000"/>
        </w:rPr>
        <w:t xml:space="preserve"> issue</w:t>
      </w:r>
      <w:r>
        <w:rPr>
          <w:color w:val="000000"/>
        </w:rPr>
        <w:t xml:space="preserve"> that</w:t>
      </w:r>
      <w:r>
        <w:rPr>
          <w:color w:val="000000"/>
        </w:rPr>
        <w:t xml:space="preserve"> is</w:t>
      </w:r>
      <w:r>
        <w:rPr>
          <w:color w:val="000000"/>
        </w:rPr>
        <w:t xml:space="preserve"> deeply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to</w:t>
      </w:r>
      <w:r>
        <w:rPr>
          <w:color w:val="000000"/>
        </w:rPr>
        <w:t xml:space="preserve"> many,</w:t>
      </w:r>
      <w:r>
        <w:rPr>
          <w:color w:val="000000"/>
        </w:rPr>
        <w:t xml:space="preserve"> many</w:t>
      </w:r>
      <w:r>
        <w:rPr>
          <w:color w:val="000000"/>
        </w:rPr>
        <w:t xml:space="preserve"> residents.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strongly</w:t>
      </w:r>
      <w:r>
        <w:rPr>
          <w:color w:val="000000"/>
        </w:rPr>
        <w:t xml:space="preserve"> believe,</w:t>
      </w:r>
      <w:r>
        <w:rPr>
          <w:color w:val="000000"/>
        </w:rPr>
        <w:t xml:space="preserve"> however,</w:t>
      </w:r>
      <w:r>
        <w:rPr>
          <w:color w:val="000000"/>
        </w:rPr>
        <w:t xml:space="preserve"> that</w:t>
      </w:r>
      <w:r>
        <w:rPr>
          <w:color w:val="000000"/>
        </w:rPr>
        <w:t xml:space="preserve"> I</w:t>
      </w:r>
      <w:r>
        <w:rPr>
          <w:color w:val="000000"/>
        </w:rPr>
        <w:t xml:space="preserve"> must</w:t>
      </w:r>
      <w:r>
        <w:rPr>
          <w:color w:val="000000"/>
        </w:rPr>
        <w:t xml:space="preserve"> still</w:t>
      </w:r>
      <w:r>
        <w:rPr>
          <w:color w:val="000000"/>
        </w:rPr>
        <w:t xml:space="preserve"> vote</w:t>
      </w:r>
      <w:r>
        <w:rPr>
          <w:color w:val="000000"/>
        </w:rPr>
        <w:t xml:space="preserve"> for</w:t>
      </w:r>
      <w:r>
        <w:rPr>
          <w:color w:val="000000"/>
        </w:rPr>
        <w:t xml:space="preserve"> this</w:t>
      </w:r>
      <w:r>
        <w:rPr>
          <w:color w:val="000000"/>
        </w:rPr>
        <w:t xml:space="preserve"> resolution.</w:t>
      </w:r>
      <w:r>
        <w:rPr>
          <w:color w:val="000000"/>
        </w:rPr>
        <w:t xml:space="preserve"> Because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larger</w:t>
      </w:r>
      <w:r>
        <w:rPr>
          <w:color w:val="000000"/>
        </w:rPr>
        <w:t xml:space="preserve"> shared</w:t>
      </w:r>
      <w:r>
        <w:rPr>
          <w:color w:val="000000"/>
        </w:rPr>
        <w:t xml:space="preserve"> principle.</w:t>
      </w:r>
      <w:r>
        <w:rPr>
          <w:color w:val="000000"/>
        </w:rPr>
        <w:t xml:space="preserve"> And</w:t>
      </w:r>
      <w:r>
        <w:rPr>
          <w:color w:val="000000"/>
        </w:rPr>
        <w:t xml:space="preserve"> stand</w:t>
      </w:r>
      <w:r>
        <w:rPr>
          <w:color w:val="000000"/>
        </w:rPr>
        <w:t xml:space="preserve"> against</w:t>
      </w:r>
      <w:r>
        <w:rPr>
          <w:color w:val="000000"/>
        </w:rPr>
        <w:t xml:space="preserve"> anti-Semitism</w:t>
      </w:r>
      <w:r>
        <w:rPr>
          <w:color w:val="000000"/>
        </w:rPr>
        <w:t xml:space="preserve"> even</w:t>
      </w:r>
      <w:r>
        <w:rPr>
          <w:color w:val="000000"/>
        </w:rPr>
        <w:t xml:space="preserve"> if</w:t>
      </w:r>
      <w:r>
        <w:rPr>
          <w:color w:val="000000"/>
        </w:rPr>
        <w:t xml:space="preserve"> I</w:t>
      </w:r>
      <w:r>
        <w:rPr>
          <w:color w:val="000000"/>
        </w:rPr>
        <w:t xml:space="preserve"> don't</w:t>
      </w:r>
      <w:r>
        <w:rPr>
          <w:color w:val="000000"/>
        </w:rPr>
        <w:t xml:space="preserve"> agree</w:t>
      </w:r>
      <w:r>
        <w:rPr>
          <w:color w:val="000000"/>
        </w:rPr>
        <w:t xml:space="preserve"> with</w:t>
      </w:r>
      <w:r>
        <w:rPr>
          <w:color w:val="000000"/>
        </w:rPr>
        <w:t xml:space="preserve"> every</w:t>
      </w:r>
      <w:r>
        <w:rPr>
          <w:color w:val="000000"/>
        </w:rPr>
        <w:t xml:space="preserve"> word</w:t>
      </w:r>
      <w:r>
        <w:rPr>
          <w:color w:val="000000"/>
        </w:rPr>
        <w:t xml:space="preserve"> or</w:t>
      </w:r>
      <w:r>
        <w:rPr>
          <w:color w:val="000000"/>
        </w:rPr>
        <w:t xml:space="preserve"> the</w:t>
      </w:r>
      <w:r>
        <w:rPr>
          <w:color w:val="000000"/>
        </w:rPr>
        <w:t xml:space="preserve"> process</w:t>
      </w:r>
      <w:r>
        <w:rPr>
          <w:color w:val="000000"/>
        </w:rPr>
        <w:t xml:space="preserve"> that</w:t>
      </w:r>
      <w:r>
        <w:rPr>
          <w:color w:val="000000"/>
        </w:rPr>
        <w:t xml:space="preserve"> led</w:t>
      </w:r>
      <w:r>
        <w:rPr>
          <w:color w:val="000000"/>
        </w:rPr>
        <w:t xml:space="preserve"> to</w:t>
      </w:r>
      <w:r>
        <w:rPr>
          <w:color w:val="000000"/>
        </w:rPr>
        <w:t xml:space="preserve"> it.</w:t>
      </w:r>
      <w:r>
        <w:rPr>
          <w:color w:val="000000"/>
        </w:rPr>
        <w:t xml:space="preserve"> The</w:t>
      </w:r>
      <w:r>
        <w:rPr>
          <w:color w:val="000000"/>
        </w:rPr>
        <w:t xml:space="preserve"> only</w:t>
      </w:r>
      <w:r>
        <w:rPr>
          <w:color w:val="000000"/>
        </w:rPr>
        <w:t xml:space="preserve"> acceptable</w:t>
      </w:r>
      <w:r>
        <w:rPr>
          <w:color w:val="000000"/>
        </w:rPr>
        <w:t xml:space="preserve"> message</w:t>
      </w:r>
      <w:r>
        <w:rPr>
          <w:color w:val="000000"/>
        </w:rPr>
        <w:t xml:space="preserve"> this</w:t>
      </w:r>
      <w:r>
        <w:rPr>
          <w:color w:val="000000"/>
        </w:rPr>
        <w:t xml:space="preserve"> council</w:t>
      </w:r>
      <w:r>
        <w:rPr>
          <w:color w:val="000000"/>
        </w:rPr>
        <w:t xml:space="preserve"> can</w:t>
      </w:r>
      <w:r>
        <w:rPr>
          <w:color w:val="000000"/>
        </w:rPr>
        <w:t xml:space="preserve"> send</w:t>
      </w:r>
      <w:r>
        <w:rPr>
          <w:color w:val="000000"/>
        </w:rPr>
        <w:t xml:space="preserve"> is</w:t>
      </w:r>
      <w:r>
        <w:rPr>
          <w:color w:val="000000"/>
        </w:rPr>
        <w:t xml:space="preserve"> voting</w:t>
      </w:r>
      <w:r>
        <w:rPr>
          <w:color w:val="000000"/>
        </w:rPr>
        <w:t xml:space="preserve"> for</w:t>
      </w:r>
      <w:r>
        <w:rPr>
          <w:color w:val="000000"/>
        </w:rPr>
        <w:t xml:space="preserve"> this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unanimously.</w:t>
      </w:r>
    </w:p>
    <w:p>
      <w:r>
        <w:t xml:space="preserve">[00:08:51] Speaker 1: </w:t>
      </w:r>
      <w:r>
        <w:rPr>
          <w:color w:val="000000"/>
        </w:rPr>
        <w:t>You</w:t>
      </w:r>
      <w:r>
        <w:rPr>
          <w:color w:val="000000"/>
        </w:rPr>
        <w:t xml:space="preserve"> can</w:t>
      </w:r>
      <w:r>
        <w:rPr>
          <w:color w:val="000000"/>
        </w:rPr>
        <w:t xml:space="preserve"> tell</w:t>
      </w:r>
      <w:r>
        <w:rPr>
          <w:color w:val="000000"/>
        </w:rPr>
        <w:t xml:space="preserve"> from</w:t>
      </w:r>
      <w:r>
        <w:rPr>
          <w:color w:val="000000"/>
        </w:rPr>
        <w:t xml:space="preserve"> Joano's</w:t>
      </w:r>
      <w:r>
        <w:rPr>
          <w:color w:val="000000"/>
        </w:rPr>
        <w:t xml:space="preserve"> words</w:t>
      </w:r>
      <w:r>
        <w:rPr>
          <w:color w:val="000000"/>
        </w:rPr>
        <w:t xml:space="preserve"> that</w:t>
      </w:r>
      <w:r>
        <w:rPr>
          <w:color w:val="000000"/>
        </w:rPr>
        <w:t xml:space="preserve"> not</w:t>
      </w:r>
      <w:r>
        <w:rPr>
          <w:color w:val="000000"/>
        </w:rPr>
        <w:t xml:space="preserve"> voting</w:t>
      </w:r>
      <w:r>
        <w:rPr>
          <w:color w:val="000000"/>
        </w:rPr>
        <w:t xml:space="preserve"> for</w:t>
      </w:r>
      <w:r>
        <w:rPr>
          <w:color w:val="000000"/>
        </w:rPr>
        <w:t xml:space="preserve"> an</w:t>
      </w:r>
      <w:r>
        <w:rPr>
          <w:color w:val="000000"/>
        </w:rPr>
        <w:t xml:space="preserve"> anti-Semitism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is</w:t>
      </w:r>
      <w:r>
        <w:rPr>
          <w:color w:val="000000"/>
        </w:rPr>
        <w:t xml:space="preserve"> simply</w:t>
      </w:r>
      <w:r>
        <w:rPr>
          <w:color w:val="000000"/>
        </w:rPr>
        <w:t xml:space="preserve"> not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politically</w:t>
      </w:r>
      <w:r>
        <w:rPr>
          <w:color w:val="000000"/>
        </w:rPr>
        <w:t xml:space="preserve"> feasible</w:t>
      </w:r>
      <w:r>
        <w:rPr>
          <w:color w:val="000000"/>
        </w:rPr>
        <w:t xml:space="preserve"> position.</w:t>
      </w:r>
      <w:r>
        <w:rPr>
          <w:color w:val="000000"/>
        </w:rPr>
        <w:t xml:space="preserve"> And</w:t>
      </w:r>
      <w:r>
        <w:rPr>
          <w:color w:val="000000"/>
        </w:rPr>
        <w:t xml:space="preserve"> would</w:t>
      </w:r>
      <w:r>
        <w:rPr>
          <w:color w:val="000000"/>
        </w:rPr>
        <w:t xml:space="preserve"> send</w:t>
      </w:r>
      <w:r>
        <w:rPr>
          <w:color w:val="000000"/>
        </w:rPr>
        <w:t xml:space="preserve"> a</w:t>
      </w:r>
      <w:r>
        <w:rPr>
          <w:color w:val="000000"/>
        </w:rPr>
        <w:t xml:space="preserve"> message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leadership</w:t>
      </w:r>
      <w:r>
        <w:rPr>
          <w:color w:val="000000"/>
        </w:rPr>
        <w:t xml:space="preserve"> was</w:t>
      </w:r>
      <w:r>
        <w:rPr>
          <w:color w:val="000000"/>
        </w:rPr>
        <w:t xml:space="preserve"> divided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issue.</w:t>
      </w:r>
      <w:r>
        <w:rPr>
          <w:color w:val="000000"/>
        </w:rPr>
        <w:t xml:space="preserve"> One</w:t>
      </w:r>
      <w:r>
        <w:rPr>
          <w:color w:val="000000"/>
        </w:rPr>
        <w:t xml:space="preserve"> way</w:t>
      </w:r>
      <w:r>
        <w:rPr>
          <w:color w:val="000000"/>
        </w:rPr>
        <w:t xml:space="preserve"> to</w:t>
      </w:r>
      <w:r>
        <w:rPr>
          <w:color w:val="000000"/>
        </w:rPr>
        <w:t xml:space="preserve"> look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resolution</w:t>
      </w:r>
      <w:r>
        <w:rPr>
          <w:color w:val="000000"/>
        </w:rPr>
        <w:t xml:space="preserve"> is</w:t>
      </w:r>
      <w:r>
        <w:rPr>
          <w:color w:val="000000"/>
        </w:rPr>
        <w:t xml:space="preserve"> to</w:t>
      </w:r>
      <w:r>
        <w:rPr>
          <w:color w:val="000000"/>
        </w:rPr>
        <w:t xml:space="preserve"> see</w:t>
      </w:r>
      <w:r>
        <w:rPr>
          <w:color w:val="000000"/>
        </w:rPr>
        <w:t xml:space="preserve"> it</w:t>
      </w:r>
      <w:r>
        <w:rPr>
          <w:color w:val="000000"/>
        </w:rPr>
        <w:t xml:space="preserve"> primarily</w:t>
      </w:r>
      <w:r>
        <w:rPr>
          <w:color w:val="000000"/>
        </w:rPr>
        <w:t xml:space="preserve"> as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of</w:t>
      </w:r>
      <w:r>
        <w:rPr>
          <w:color w:val="000000"/>
        </w:rPr>
        <w:t xml:space="preserve"> committing</w:t>
      </w:r>
      <w:r>
        <w:rPr>
          <w:color w:val="000000"/>
        </w:rPr>
        <w:t xml:space="preserve"> current</w:t>
      </w:r>
      <w:r>
        <w:rPr>
          <w:color w:val="000000"/>
        </w:rPr>
        <w:t xml:space="preserve"> and</w:t>
      </w:r>
      <w:r>
        <w:rPr>
          <w:color w:val="000000"/>
        </w:rPr>
        <w:t xml:space="preserve"> future</w:t>
      </w:r>
      <w:r>
        <w:rPr>
          <w:color w:val="000000"/>
        </w:rPr>
        <w:t xml:space="preserve"> leadership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county,</w:t>
      </w:r>
      <w:r>
        <w:rPr>
          <w:color w:val="000000"/>
        </w:rPr>
        <w:t xml:space="preserve"> its</w:t>
      </w:r>
      <w:r>
        <w:rPr>
          <w:color w:val="000000"/>
        </w:rPr>
        <w:t xml:space="preserve"> public</w:t>
      </w:r>
      <w:r>
        <w:rPr>
          <w:color w:val="000000"/>
        </w:rPr>
        <w:t xml:space="preserve"> schools,</w:t>
      </w:r>
      <w:r>
        <w:rPr>
          <w:color w:val="000000"/>
        </w:rPr>
        <w:t xml:space="preserve"> and</w:t>
      </w:r>
      <w:r>
        <w:rPr>
          <w:color w:val="000000"/>
        </w:rPr>
        <w:t xml:space="preserve"> other</w:t>
      </w:r>
      <w:r>
        <w:rPr>
          <w:color w:val="000000"/>
        </w:rPr>
        <w:t xml:space="preserve"> government</w:t>
      </w:r>
      <w:r>
        <w:rPr>
          <w:color w:val="000000"/>
        </w:rPr>
        <w:t xml:space="preserve"> and</w:t>
      </w:r>
      <w:r>
        <w:rPr>
          <w:highlight w:val="yellow"/>
        </w:rPr>
        <w:t xml:space="preserve"> quasi-government</w:t>
      </w:r>
      <w:r>
        <w:rPr>
          <w:color w:val="000000"/>
        </w:rPr>
        <w:t xml:space="preserve"> bodies</w:t>
      </w:r>
      <w:r>
        <w:rPr>
          <w:color w:val="000000"/>
        </w:rPr>
        <w:t xml:space="preserve"> to</w:t>
      </w:r>
      <w:r>
        <w:rPr>
          <w:color w:val="000000"/>
        </w:rPr>
        <w:t xml:space="preserve"> standards</w:t>
      </w:r>
      <w:r>
        <w:rPr>
          <w:color w:val="000000"/>
        </w:rPr>
        <w:t xml:space="preserve"> and</w:t>
      </w:r>
      <w:r>
        <w:rPr>
          <w:color w:val="000000"/>
        </w:rPr>
        <w:t xml:space="preserve"> to</w:t>
      </w:r>
      <w:r>
        <w:rPr>
          <w:color w:val="000000"/>
        </w:rPr>
        <w:t xml:space="preserve"> prescribe</w:t>
      </w:r>
      <w:r>
        <w:rPr>
          <w:color w:val="000000"/>
        </w:rPr>
        <w:t xml:space="preserve"> hate</w:t>
      </w:r>
      <w:r>
        <w:rPr>
          <w:color w:val="000000"/>
        </w:rPr>
        <w:t xml:space="preserve"> speech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turned</w:t>
      </w:r>
      <w:r>
        <w:rPr>
          <w:color w:val="000000"/>
        </w:rPr>
        <w:t xml:space="preserve"> deadly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past.</w:t>
      </w:r>
      <w:r>
        <w:rPr>
          <w:color w:val="000000"/>
        </w:rPr>
        <w:t xml:space="preserve"> 2</w:t>
      </w:r>
      <w:r>
        <w:rPr>
          <w:color w:val="000000"/>
        </w:rPr>
        <w:t xml:space="preserve"> weeks</w:t>
      </w:r>
      <w:r>
        <w:rPr>
          <w:color w:val="000000"/>
        </w:rPr>
        <w:t xml:space="preserve"> back,</w:t>
      </w:r>
      <w:r>
        <w:rPr>
          <w:color w:val="000000"/>
        </w:rPr>
        <w:t xml:space="preserve"> we</w:t>
      </w:r>
      <w:r>
        <w:rPr>
          <w:color w:val="000000"/>
        </w:rPr>
        <w:t xml:space="preserve"> looked</w:t>
      </w:r>
      <w:r>
        <w:rPr>
          <w:color w:val="000000"/>
        </w:rPr>
        <w:t xml:space="preserve"> at</w:t>
      </w:r>
      <w:r>
        <w:rPr>
          <w:color w:val="000000"/>
        </w:rPr>
        <w:t xml:space="preserve"> MCPS's</w:t>
      </w:r>
      <w:r>
        <w:rPr>
          <w:color w:val="000000"/>
        </w:rPr>
        <w:t xml:space="preserve"> upcoming</w:t>
      </w:r>
      <w:r>
        <w:rPr>
          <w:color w:val="000000"/>
        </w:rPr>
        <w:t xml:space="preserve"> capital</w:t>
      </w:r>
      <w:r>
        <w:rPr>
          <w:color w:val="000000"/>
        </w:rPr>
        <w:t xml:space="preserve"> improvement</w:t>
      </w:r>
      <w:r>
        <w:rPr>
          <w:color w:val="000000"/>
        </w:rPr>
        <w:t xml:space="preserve"> plan.</w:t>
      </w:r>
      <w:r>
        <w:rPr>
          <w:color w:val="000000"/>
        </w:rPr>
        <w:t xml:space="preserve"> The</w:t>
      </w:r>
      <w:r>
        <w:rPr>
          <w:color w:val="000000"/>
        </w:rPr>
        <w:t xml:space="preserve"> plan</w:t>
      </w:r>
      <w:r>
        <w:rPr>
          <w:color w:val="000000"/>
        </w:rPr>
        <w:t xml:space="preserve"> is</w:t>
      </w:r>
      <w:r>
        <w:rPr>
          <w:color w:val="000000"/>
        </w:rPr>
        <w:t xml:space="preserve"> now</w:t>
      </w:r>
      <w:r>
        <w:rPr>
          <w:color w:val="000000"/>
        </w:rPr>
        <w:t xml:space="preserve"> out.</w:t>
      </w:r>
      <w:r>
        <w:rPr>
          <w:color w:val="000000"/>
        </w:rPr>
        <w:t xml:space="preserve"> Some</w:t>
      </w:r>
      <w:r>
        <w:rPr>
          <w:color w:val="000000"/>
        </w:rPr>
        <w:t xml:space="preserve"> schools</w:t>
      </w:r>
      <w:r>
        <w:rPr>
          <w:color w:val="000000"/>
        </w:rPr>
        <w:t xml:space="preserve"> we</w:t>
      </w:r>
      <w:r>
        <w:rPr>
          <w:color w:val="000000"/>
        </w:rPr>
        <w:t xml:space="preserve"> did</w:t>
      </w:r>
      <w:r>
        <w:rPr>
          <w:color w:val="000000"/>
        </w:rPr>
        <w:t xml:space="preserve"> not</w:t>
      </w:r>
      <w:r>
        <w:rPr>
          <w:color w:val="000000"/>
        </w:rPr>
        <w:t xml:space="preserve"> expect</w:t>
      </w:r>
      <w:r>
        <w:rPr>
          <w:color w:val="000000"/>
        </w:rPr>
        <w:t xml:space="preserve"> movement</w:t>
      </w:r>
      <w:r>
        <w:rPr>
          <w:color w:val="000000"/>
        </w:rPr>
        <w:t xml:space="preserve"> on,</w:t>
      </w:r>
      <w:r>
        <w:rPr>
          <w:color w:val="000000"/>
        </w:rPr>
        <w:t xml:space="preserve"> such</w:t>
      </w:r>
      <w:r>
        <w:rPr>
          <w:color w:val="000000"/>
        </w:rPr>
        <w:t xml:space="preserve"> as</w:t>
      </w:r>
      <w:r>
        <w:rPr>
          <w:color w:val="000000"/>
        </w:rPr>
        <w:t xml:space="preserve"> Eastern</w:t>
      </w:r>
      <w:r>
        <w:rPr>
          <w:color w:val="000000"/>
        </w:rPr>
        <w:t xml:space="preserve"> Middle</w:t>
      </w:r>
      <w:r>
        <w:rPr>
          <w:color w:val="000000"/>
        </w:rPr>
        <w:t xml:space="preserve"> School</w:t>
      </w:r>
      <w:r>
        <w:rPr>
          <w:color w:val="000000"/>
        </w:rPr>
        <w:t xml:space="preserve"> and</w:t>
      </w:r>
      <w:r>
        <w:rPr>
          <w:color w:val="000000"/>
        </w:rPr>
        <w:t xml:space="preserve"> Piney</w:t>
      </w:r>
      <w:r>
        <w:rPr>
          <w:color w:val="000000"/>
        </w:rPr>
        <w:t xml:space="preserve"> Branch</w:t>
      </w:r>
      <w:r>
        <w:rPr>
          <w:color w:val="000000"/>
        </w:rPr>
        <w:t xml:space="preserve"> Elementary</w:t>
      </w:r>
      <w:r>
        <w:rPr>
          <w:color w:val="000000"/>
        </w:rPr>
        <w:t xml:space="preserve"> School</w:t>
      </w:r>
      <w:r>
        <w:rPr>
          <w:color w:val="000000"/>
        </w:rPr>
        <w:t xml:space="preserve"> have</w:t>
      </w:r>
      <w:r>
        <w:rPr>
          <w:color w:val="000000"/>
        </w:rPr>
        <w:t xml:space="preserve"> received</w:t>
      </w:r>
      <w:r>
        <w:rPr>
          <w:color w:val="000000"/>
        </w:rPr>
        <w:t xml:space="preserve"> initial</w:t>
      </w:r>
      <w:r>
        <w:rPr>
          <w:color w:val="000000"/>
        </w:rPr>
        <w:t xml:space="preserve"> planning</w:t>
      </w:r>
      <w:r>
        <w:rPr>
          <w:color w:val="000000"/>
        </w:rPr>
        <w:t xml:space="preserve"> funds,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step</w:t>
      </w:r>
      <w:r>
        <w:rPr>
          <w:color w:val="000000"/>
        </w:rPr>
        <w:t xml:space="preserve"> one</w:t>
      </w:r>
      <w:r>
        <w:rPr>
          <w:color w:val="000000"/>
        </w:rPr>
        <w:t xml:space="preserve"> towards</w:t>
      </w:r>
      <w:r>
        <w:rPr>
          <w:color w:val="000000"/>
        </w:rPr>
        <w:t xml:space="preserve"> inclusion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building</w:t>
      </w:r>
      <w:r>
        <w:rPr>
          <w:color w:val="000000"/>
        </w:rPr>
        <w:t xml:space="preserve"> list.</w:t>
      </w:r>
      <w:r>
        <w:rPr>
          <w:color w:val="000000"/>
        </w:rPr>
        <w:t xml:space="preserve"> Overall,</w:t>
      </w:r>
      <w:r>
        <w:rPr>
          <w:color w:val="000000"/>
        </w:rPr>
        <w:t xml:space="preserve"> the</w:t>
      </w:r>
      <w:r>
        <w:rPr>
          <w:color w:val="000000"/>
        </w:rPr>
        <w:t xml:space="preserve"> capital</w:t>
      </w:r>
      <w:r>
        <w:rPr>
          <w:color w:val="000000"/>
        </w:rPr>
        <w:t xml:space="preserve"> budget</w:t>
      </w:r>
      <w:r>
        <w:rPr>
          <w:color w:val="000000"/>
        </w:rPr>
        <w:t xml:space="preserve"> is</w:t>
      </w:r>
      <w:r>
        <w:rPr>
          <w:color w:val="000000"/>
        </w:rPr>
        <w:t xml:space="preserve"> $151</w:t>
      </w:r>
      <w:r>
        <w:rPr>
          <w:color w:val="000000"/>
        </w:rPr>
        <w:t xml:space="preserve"> million</w:t>
      </w:r>
      <w:r>
        <w:rPr>
          <w:color w:val="000000"/>
        </w:rPr>
        <w:t xml:space="preserve"> more</w:t>
      </w:r>
      <w:r>
        <w:rPr>
          <w:color w:val="000000"/>
        </w:rPr>
        <w:t xml:space="preserve"> over</w:t>
      </w:r>
      <w:r>
        <w:rPr>
          <w:color w:val="000000"/>
        </w:rPr>
        <w:t xml:space="preserve"> the</w:t>
      </w:r>
      <w:r>
        <w:rPr>
          <w:highlight w:val="yellow"/>
        </w:rPr>
        <w:t xml:space="preserve"> six-year</w:t>
      </w:r>
      <w:r>
        <w:rPr>
          <w:color w:val="000000"/>
        </w:rPr>
        <w:t xml:space="preserve"> period</w:t>
      </w:r>
      <w:r>
        <w:rPr>
          <w:color w:val="000000"/>
        </w:rPr>
        <w:t xml:space="preserve"> than</w:t>
      </w:r>
      <w:r>
        <w:rPr>
          <w:color w:val="000000"/>
        </w:rPr>
        <w:t xml:space="preserve"> last</w:t>
      </w:r>
      <w:r>
        <w:rPr>
          <w:color w:val="000000"/>
        </w:rPr>
        <w:t xml:space="preserve"> year's</w:t>
      </w:r>
      <w:r>
        <w:rPr>
          <w:color w:val="000000"/>
        </w:rPr>
        <w:t xml:space="preserve"> estimates.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reducing</w:t>
      </w:r>
      <w:r>
        <w:rPr>
          <w:color w:val="000000"/>
        </w:rPr>
        <w:t xml:space="preserve"> its</w:t>
      </w:r>
      <w:r>
        <w:rPr>
          <w:color w:val="000000"/>
        </w:rPr>
        <w:t xml:space="preserve"> bonding</w:t>
      </w:r>
      <w:r>
        <w:rPr>
          <w:color w:val="000000"/>
        </w:rPr>
        <w:t xml:space="preserve"> level</w:t>
      </w:r>
      <w:r>
        <w:rPr>
          <w:color w:val="000000"/>
        </w:rPr>
        <w:t xml:space="preserve"> since</w:t>
      </w:r>
      <w:r>
        <w:rPr>
          <w:color w:val="000000"/>
        </w:rPr>
        <w:t xml:space="preserve"> 2019</w:t>
      </w:r>
      <w:r>
        <w:rPr>
          <w:color w:val="000000"/>
        </w:rPr>
        <w:t xml:space="preserve"> from</w:t>
      </w:r>
      <w:r>
        <w:rPr>
          <w:color w:val="000000"/>
        </w:rPr>
        <w:t xml:space="preserve"> a</w:t>
      </w:r>
      <w:r>
        <w:rPr>
          <w:color w:val="000000"/>
        </w:rPr>
        <w:t xml:space="preserve"> high</w:t>
      </w:r>
      <w:r>
        <w:rPr>
          <w:color w:val="000000"/>
        </w:rPr>
        <w:t xml:space="preserve"> of</w:t>
      </w:r>
      <w:r>
        <w:rPr>
          <w:color w:val="000000"/>
        </w:rPr>
        <w:t xml:space="preserve"> just</w:t>
      </w:r>
      <w:r>
        <w:rPr>
          <w:color w:val="000000"/>
        </w:rPr>
        <w:t xml:space="preserve"> over</w:t>
      </w:r>
      <w:r>
        <w:rPr>
          <w:color w:val="000000"/>
        </w:rPr>
        <w:t xml:space="preserve"> 2</w:t>
      </w:r>
      <w:r>
        <w:rPr>
          <w:color w:val="000000"/>
        </w:rPr>
        <w:t xml:space="preserve"> billion.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has</w:t>
      </w:r>
      <w:r>
        <w:rPr>
          <w:color w:val="000000"/>
        </w:rPr>
        <w:t xml:space="preserve"> revised</w:t>
      </w:r>
      <w:r>
        <w:rPr>
          <w:color w:val="000000"/>
        </w:rPr>
        <w:t xml:space="preserve"> downward</w:t>
      </w:r>
      <w:r>
        <w:rPr>
          <w:color w:val="000000"/>
        </w:rPr>
        <w:t xml:space="preserve"> by</w:t>
      </w:r>
      <w:r>
        <w:rPr>
          <w:color w:val="000000"/>
        </w:rPr>
        <w:t xml:space="preserve"> about</w:t>
      </w:r>
      <w:r>
        <w:rPr>
          <w:color w:val="000000"/>
        </w:rPr>
        <w:t xml:space="preserve"> 320</w:t>
      </w:r>
      <w:r>
        <w:rPr>
          <w:color w:val="000000"/>
        </w:rPr>
        <w:t xml:space="preserve"> million</w:t>
      </w:r>
      <w:r>
        <w:rPr>
          <w:color w:val="000000"/>
        </w:rPr>
        <w:t xml:space="preserve"> over</w:t>
      </w:r>
      <w:r>
        <w:rPr>
          <w:color w:val="000000"/>
        </w:rPr>
        <w:t xml:space="preserve"> the</w:t>
      </w:r>
      <w:r>
        <w:rPr>
          <w:color w:val="000000"/>
        </w:rPr>
        <w:t xml:space="preserve"> capital</w:t>
      </w:r>
      <w:r>
        <w:rPr>
          <w:color w:val="000000"/>
        </w:rPr>
        <w:t xml:space="preserve"> budget's</w:t>
      </w:r>
      <w:r>
        <w:rPr>
          <w:highlight w:val="yellow"/>
        </w:rPr>
        <w:t xml:space="preserve"> six-year</w:t>
      </w:r>
      <w:r>
        <w:rPr>
          <w:color w:val="000000"/>
        </w:rPr>
        <w:t xml:space="preserve"> cycle.</w:t>
      </w:r>
      <w:r>
        <w:rPr>
          <w:color w:val="000000"/>
        </w:rPr>
        <w:t xml:space="preserve"> Annually,</w:t>
      </w:r>
      <w:r>
        <w:rPr>
          <w:color w:val="000000"/>
        </w:rPr>
        <w:t xml:space="preserve"> the</w:t>
      </w:r>
      <w:r>
        <w:rPr>
          <w:color w:val="000000"/>
        </w:rPr>
        <w:t xml:space="preserve"> number</w:t>
      </w:r>
      <w:r>
        <w:rPr>
          <w:color w:val="000000"/>
        </w:rPr>
        <w:t xml:space="preserve"> has</w:t>
      </w:r>
      <w:r>
        <w:rPr>
          <w:color w:val="000000"/>
        </w:rPr>
        <w:t xml:space="preserve"> gone</w:t>
      </w:r>
      <w:r>
        <w:rPr>
          <w:color w:val="000000"/>
        </w:rPr>
        <w:t xml:space="preserve"> down</w:t>
      </w:r>
      <w:r>
        <w:rPr>
          <w:color w:val="000000"/>
        </w:rPr>
        <w:t xml:space="preserve"> from</w:t>
      </w:r>
      <w:r>
        <w:rPr>
          <w:color w:val="000000"/>
        </w:rPr>
        <w:t xml:space="preserve"> 320</w:t>
      </w:r>
      <w:r>
        <w:rPr>
          <w:color w:val="000000"/>
        </w:rPr>
        <w:t xml:space="preserve"> million</w:t>
      </w:r>
      <w:r>
        <w:rPr>
          <w:color w:val="000000"/>
        </w:rPr>
        <w:t xml:space="preserve"> in</w:t>
      </w:r>
      <w:r>
        <w:rPr>
          <w:color w:val="000000"/>
        </w:rPr>
        <w:t xml:space="preserve"> 2021</w:t>
      </w:r>
      <w:r>
        <w:rPr>
          <w:color w:val="000000"/>
        </w:rPr>
        <w:t xml:space="preserve"> to</w:t>
      </w:r>
      <w:r>
        <w:rPr>
          <w:color w:val="000000"/>
        </w:rPr>
        <w:t xml:space="preserve"> 290</w:t>
      </w:r>
      <w:r>
        <w:rPr>
          <w:color w:val="000000"/>
        </w:rPr>
        <w:t xml:space="preserve"> million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upcoming</w:t>
      </w:r>
      <w:r>
        <w:rPr>
          <w:color w:val="000000"/>
        </w:rPr>
        <w:t xml:space="preserve"> fiscal</w:t>
      </w:r>
      <w:r>
        <w:rPr>
          <w:color w:val="000000"/>
        </w:rPr>
        <w:t xml:space="preserve"> year.</w:t>
      </w:r>
      <w:r>
        <w:rPr>
          <w:color w:val="000000"/>
        </w:rPr>
        <w:t xml:space="preserve"> What</w:t>
      </w:r>
      <w:r>
        <w:rPr>
          <w:color w:val="000000"/>
        </w:rPr>
        <w:t xml:space="preserve"> is</w:t>
      </w:r>
      <w:r>
        <w:rPr>
          <w:color w:val="000000"/>
        </w:rPr>
        <w:t xml:space="preserve"> truly</w:t>
      </w:r>
      <w:r>
        <w:rPr>
          <w:color w:val="000000"/>
        </w:rPr>
        <w:t xml:space="preserve"> dramatic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</w:t>
      </w:r>
      <w:r>
        <w:rPr>
          <w:color w:val="000000"/>
        </w:rPr>
        <w:t xml:space="preserve"> plan</w:t>
      </w:r>
      <w:r>
        <w:rPr>
          <w:color w:val="000000"/>
        </w:rPr>
        <w:t xml:space="preserve"> are</w:t>
      </w:r>
      <w:r>
        <w:rPr>
          <w:color w:val="000000"/>
        </w:rPr>
        <w:t xml:space="preserve"> the</w:t>
      </w:r>
      <w:r>
        <w:rPr>
          <w:color w:val="000000"/>
        </w:rPr>
        <w:t xml:space="preserve"> project</w:t>
      </w:r>
      <w:r>
        <w:rPr>
          <w:color w:val="000000"/>
        </w:rPr>
        <w:t xml:space="preserve"> cost</w:t>
      </w:r>
      <w:r>
        <w:rPr>
          <w:color w:val="000000"/>
        </w:rPr>
        <w:t xml:space="preserve"> increases.</w:t>
      </w:r>
      <w:r>
        <w:rPr>
          <w:color w:val="000000"/>
        </w:rPr>
        <w:t xml:space="preserve"> The</w:t>
      </w:r>
      <w:r>
        <w:rPr>
          <w:color w:val="000000"/>
        </w:rPr>
        <w:t xml:space="preserve"> new</w:t>
      </w:r>
      <w:r>
        <w:rPr>
          <w:color w:val="000000"/>
        </w:rPr>
        <w:t xml:space="preserve"> Woodward</w:t>
      </w:r>
      <w:r>
        <w:rPr>
          <w:color w:val="000000"/>
        </w:rPr>
        <w:t xml:space="preserve"> High</w:t>
      </w:r>
      <w:r>
        <w:rPr>
          <w:color w:val="000000"/>
        </w:rPr>
        <w:t xml:space="preserve"> School,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which</w:t>
      </w:r>
      <w:r>
        <w:rPr>
          <w:color w:val="000000"/>
        </w:rPr>
        <w:t xml:space="preserve"> was</w:t>
      </w:r>
      <w:r>
        <w:rPr>
          <w:color w:val="000000"/>
        </w:rPr>
        <w:t xml:space="preserve"> estimated</w:t>
      </w:r>
      <w:r>
        <w:rPr>
          <w:color w:val="000000"/>
        </w:rPr>
        <w:t xml:space="preserve"> to</w:t>
      </w:r>
      <w:r>
        <w:rPr>
          <w:color w:val="000000"/>
        </w:rPr>
        <w:t xml:space="preserve"> cost</w:t>
      </w:r>
      <w:r>
        <w:rPr>
          <w:color w:val="000000"/>
        </w:rPr>
        <w:t xml:space="preserve"> $125</w:t>
      </w:r>
      <w:r>
        <w:rPr>
          <w:color w:val="000000"/>
        </w:rPr>
        <w:t xml:space="preserve"> million</w:t>
      </w:r>
      <w:r>
        <w:rPr>
          <w:color w:val="000000"/>
        </w:rPr>
        <w:t xml:space="preserve"> in</w:t>
      </w:r>
      <w:r>
        <w:rPr>
          <w:color w:val="000000"/>
        </w:rPr>
        <w:t xml:space="preserve"> 2019,</w:t>
      </w:r>
      <w:r>
        <w:rPr>
          <w:color w:val="000000"/>
        </w:rPr>
        <w:t xml:space="preserve"> is</w:t>
      </w:r>
      <w:r>
        <w:rPr>
          <w:color w:val="000000"/>
        </w:rPr>
        <w:t xml:space="preserve"> now</w:t>
      </w:r>
      <w:r>
        <w:rPr>
          <w:color w:val="000000"/>
        </w:rPr>
        <w:t xml:space="preserve"> expected</w:t>
      </w:r>
      <w:r>
        <w:rPr>
          <w:color w:val="000000"/>
        </w:rPr>
        <w:t xml:space="preserve"> to</w:t>
      </w:r>
      <w:r>
        <w:rPr>
          <w:color w:val="000000"/>
        </w:rPr>
        <w:t xml:space="preserve"> cost</w:t>
      </w:r>
      <w:r>
        <w:rPr>
          <w:color w:val="000000"/>
        </w:rPr>
        <w:t xml:space="preserve"> $196</w:t>
      </w:r>
      <w:r>
        <w:rPr>
          <w:color w:val="000000"/>
        </w:rPr>
        <w:t xml:space="preserve"> million.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just</w:t>
      </w:r>
      <w:r>
        <w:rPr>
          <w:color w:val="000000"/>
        </w:rPr>
        <w:t xml:space="preserve"> astounding</w:t>
      </w:r>
      <w:r>
        <w:rPr>
          <w:color w:val="000000"/>
        </w:rPr>
        <w:t xml:space="preserve"> and</w:t>
      </w:r>
      <w:r>
        <w:rPr>
          <w:color w:val="000000"/>
        </w:rPr>
        <w:t xml:space="preserve"> certainly</w:t>
      </w:r>
      <w:r>
        <w:rPr>
          <w:color w:val="000000"/>
        </w:rPr>
        <w:t xml:space="preserve"> beats</w:t>
      </w:r>
      <w:r>
        <w:rPr>
          <w:color w:val="000000"/>
        </w:rPr>
        <w:t xml:space="preserve"> any</w:t>
      </w:r>
      <w:r>
        <w:rPr>
          <w:color w:val="000000"/>
        </w:rPr>
        <w:t xml:space="preserve"> measure</w:t>
      </w:r>
      <w:r>
        <w:rPr>
          <w:color w:val="000000"/>
        </w:rPr>
        <w:t xml:space="preserve"> of</w:t>
      </w:r>
      <w:r>
        <w:rPr>
          <w:color w:val="000000"/>
        </w:rPr>
        <w:t xml:space="preserve"> inflation</w:t>
      </w:r>
      <w:r>
        <w:rPr>
          <w:color w:val="000000"/>
        </w:rPr>
        <w:t xml:space="preserve"> available.</w:t>
      </w:r>
      <w:r>
        <w:rPr>
          <w:color w:val="000000"/>
        </w:rPr>
        <w:t xml:space="preserve"> Recently,</w:t>
      </w:r>
      <w:r>
        <w:rPr>
          <w:color w:val="000000"/>
        </w:rPr>
        <w:t xml:space="preserve"> the</w:t>
      </w:r>
      <w:r>
        <w:rPr>
          <w:color w:val="000000"/>
        </w:rPr>
        <w:t xml:space="preserve"> Maryland</w:t>
      </w:r>
      <w:r>
        <w:rPr>
          <w:color w:val="000000"/>
        </w:rPr>
        <w:t xml:space="preserve"> Department</w:t>
      </w:r>
      <w:r>
        <w:rPr>
          <w:color w:val="000000"/>
        </w:rPr>
        <w:t xml:space="preserve"> of</w:t>
      </w:r>
      <w:r>
        <w:rPr>
          <w:color w:val="000000"/>
        </w:rPr>
        <w:t xml:space="preserve"> Legislative</w:t>
      </w:r>
      <w:r>
        <w:rPr>
          <w:color w:val="000000"/>
        </w:rPr>
        <w:t xml:space="preserve"> Services</w:t>
      </w:r>
      <w:r>
        <w:rPr>
          <w:color w:val="000000"/>
        </w:rPr>
        <w:t xml:space="preserve"> conducted</w:t>
      </w:r>
      <w:r>
        <w:rPr>
          <w:color w:val="000000"/>
        </w:rPr>
        <w:t xml:space="preserve"> an</w:t>
      </w:r>
      <w:r>
        <w:rPr>
          <w:color w:val="000000"/>
        </w:rPr>
        <w:t xml:space="preserve"> audit</w:t>
      </w:r>
      <w:r>
        <w:rPr>
          <w:color w:val="000000"/>
        </w:rPr>
        <w:t xml:space="preserve"> of</w:t>
      </w:r>
      <w:r>
        <w:rPr>
          <w:color w:val="000000"/>
        </w:rPr>
        <w:t xml:space="preserve"> MCPS,</w:t>
      </w:r>
      <w:r>
        <w:rPr>
          <w:color w:val="000000"/>
        </w:rPr>
        <w:t xml:space="preserve"> and</w:t>
      </w:r>
      <w:r>
        <w:rPr>
          <w:color w:val="000000"/>
        </w:rPr>
        <w:t xml:space="preserve"> a</w:t>
      </w:r>
      <w:r>
        <w:rPr>
          <w:color w:val="000000"/>
        </w:rPr>
        <w:t xml:space="preserve"> central</w:t>
      </w:r>
      <w:r>
        <w:rPr>
          <w:color w:val="000000"/>
        </w:rPr>
        <w:t xml:space="preserve"> critique</w:t>
      </w:r>
      <w:r>
        <w:rPr>
          <w:color w:val="000000"/>
        </w:rPr>
        <w:t xml:space="preserve"> in</w:t>
      </w:r>
      <w:r>
        <w:rPr>
          <w:color w:val="000000"/>
        </w:rPr>
        <w:t xml:space="preserve"> that</w:t>
      </w:r>
      <w:r>
        <w:rPr>
          <w:color w:val="000000"/>
        </w:rPr>
        <w:t xml:space="preserve"> report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MCPS</w:t>
      </w:r>
      <w:r>
        <w:rPr>
          <w:color w:val="000000"/>
        </w:rPr>
        <w:t xml:space="preserve"> does</w:t>
      </w:r>
      <w:r>
        <w:rPr>
          <w:color w:val="000000"/>
        </w:rPr>
        <w:t xml:space="preserve"> not</w:t>
      </w:r>
      <w:r>
        <w:rPr>
          <w:color w:val="000000"/>
        </w:rPr>
        <w:t xml:space="preserve"> have</w:t>
      </w:r>
      <w:r>
        <w:rPr>
          <w:color w:val="000000"/>
        </w:rPr>
        <w:t xml:space="preserve"> adequate</w:t>
      </w:r>
      <w:r>
        <w:rPr>
          <w:color w:val="000000"/>
        </w:rPr>
        <w:t xml:space="preserve"> contract</w:t>
      </w:r>
      <w:r>
        <w:rPr>
          <w:color w:val="000000"/>
        </w:rPr>
        <w:t xml:space="preserve"> performance</w:t>
      </w:r>
      <w:r>
        <w:rPr>
          <w:color w:val="000000"/>
        </w:rPr>
        <w:t xml:space="preserve"> monitoring</w:t>
      </w:r>
      <w:r>
        <w:rPr>
          <w:color w:val="000000"/>
        </w:rPr>
        <w:t xml:space="preserve"> processes</w:t>
      </w:r>
      <w:r>
        <w:rPr>
          <w:color w:val="000000"/>
        </w:rPr>
        <w:t xml:space="preserve"> which</w:t>
      </w:r>
      <w:r>
        <w:rPr>
          <w:color w:val="000000"/>
        </w:rPr>
        <w:t xml:space="preserve"> would</w:t>
      </w:r>
      <w:r>
        <w:rPr>
          <w:color w:val="000000"/>
        </w:rPr>
        <w:t xml:space="preserve"> allow</w:t>
      </w:r>
      <w:r>
        <w:rPr>
          <w:color w:val="000000"/>
        </w:rPr>
        <w:t xml:space="preserve"> MCPS</w:t>
      </w:r>
      <w:r>
        <w:rPr>
          <w:color w:val="000000"/>
        </w:rPr>
        <w:t xml:space="preserve"> to</w:t>
      </w:r>
      <w:r>
        <w:rPr>
          <w:color w:val="000000"/>
        </w:rPr>
        <w:t xml:space="preserve"> understand</w:t>
      </w:r>
      <w:r>
        <w:rPr>
          <w:color w:val="000000"/>
        </w:rPr>
        <w:t xml:space="preserve"> contract</w:t>
      </w:r>
      <w:r>
        <w:rPr>
          <w:color w:val="000000"/>
        </w:rPr>
        <w:t xml:space="preserve"> cost</w:t>
      </w:r>
      <w:r>
        <w:rPr>
          <w:color w:val="000000"/>
        </w:rPr>
        <w:t xml:space="preserve"> changes.</w:t>
      </w:r>
      <w:r>
        <w:rPr>
          <w:color w:val="000000"/>
        </w:rPr>
        <w:t xml:space="preserve"> I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thank</w:t>
      </w:r>
      <w:r>
        <w:rPr>
          <w:color w:val="000000"/>
        </w:rPr>
        <w:t xml:space="preserve"> Laura</w:t>
      </w:r>
      <w:r>
        <w:rPr>
          <w:color w:val="000000"/>
        </w:rPr>
        <w:t xml:space="preserve"> Stewart,</w:t>
      </w:r>
      <w:r>
        <w:rPr>
          <w:color w:val="000000"/>
        </w:rPr>
        <w:t xml:space="preserve"> a</w:t>
      </w:r>
      <w:r>
        <w:rPr>
          <w:color w:val="000000"/>
        </w:rPr>
        <w:t xml:space="preserve"> leader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PTA</w:t>
      </w:r>
      <w:r>
        <w:rPr>
          <w:color w:val="000000"/>
        </w:rPr>
        <w:t xml:space="preserve"> organization,</w:t>
      </w:r>
      <w:r>
        <w:rPr>
          <w:color w:val="000000"/>
        </w:rPr>
        <w:t xml:space="preserve"> in</w:t>
      </w:r>
      <w:r>
        <w:rPr>
          <w:color w:val="000000"/>
        </w:rPr>
        <w:t xml:space="preserve"> helping</w:t>
      </w:r>
      <w:r>
        <w:rPr>
          <w:color w:val="000000"/>
        </w:rPr>
        <w:t xml:space="preserve"> me</w:t>
      </w:r>
      <w:r>
        <w:rPr>
          <w:color w:val="000000"/>
        </w:rPr>
        <w:t xml:space="preserve"> find</w:t>
      </w:r>
      <w:r>
        <w:rPr>
          <w:color w:val="000000"/>
        </w:rPr>
        <w:t xml:space="preserve"> the</w:t>
      </w:r>
      <w:r>
        <w:rPr>
          <w:color w:val="000000"/>
        </w:rPr>
        <w:t xml:space="preserve"> capital</w:t>
      </w:r>
      <w:r>
        <w:rPr>
          <w:color w:val="000000"/>
        </w:rPr>
        <w:t xml:space="preserve"> budget</w:t>
      </w:r>
      <w:r>
        <w:rPr>
          <w:color w:val="000000"/>
        </w:rPr>
        <w:t xml:space="preserve"> data.</w:t>
      </w:r>
      <w:r>
        <w:rPr>
          <w:color w:val="000000"/>
        </w:rPr>
        <w:t xml:space="preserve"> Lastly,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college</w:t>
      </w:r>
      <w:r>
        <w:rPr>
          <w:color w:val="000000"/>
        </w:rPr>
        <w:t xml:space="preserve"> application</w:t>
      </w:r>
      <w:r>
        <w:rPr>
          <w:color w:val="000000"/>
        </w:rPr>
        <w:t xml:space="preserve"> season,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University</w:t>
      </w:r>
      <w:r>
        <w:rPr>
          <w:color w:val="000000"/>
        </w:rPr>
        <w:t xml:space="preserve"> of</w:t>
      </w:r>
      <w:r>
        <w:rPr>
          <w:color w:val="000000"/>
        </w:rPr>
        <w:t xml:space="preserve"> Maryland,</w:t>
      </w:r>
      <w:r>
        <w:rPr>
          <w:color w:val="000000"/>
        </w:rPr>
        <w:t xml:space="preserve"> among</w:t>
      </w:r>
      <w:r>
        <w:rPr>
          <w:color w:val="000000"/>
        </w:rPr>
        <w:t xml:space="preserve"> other</w:t>
      </w:r>
      <w:r>
        <w:rPr>
          <w:color w:val="000000"/>
        </w:rPr>
        <w:t xml:space="preserve"> state</w:t>
      </w:r>
      <w:r>
        <w:rPr>
          <w:color w:val="000000"/>
        </w:rPr>
        <w:t xml:space="preserve"> schools</w:t>
      </w:r>
      <w:r>
        <w:rPr>
          <w:color w:val="000000"/>
        </w:rPr>
        <w:t xml:space="preserve"> around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country</w:t>
      </w:r>
      <w:r>
        <w:rPr>
          <w:color w:val="000000"/>
        </w:rPr>
        <w:t xml:space="preserve"> have</w:t>
      </w:r>
      <w:r>
        <w:rPr>
          <w:color w:val="000000"/>
        </w:rPr>
        <w:t xml:space="preserve"> announced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will</w:t>
      </w:r>
      <w:r>
        <w:rPr>
          <w:color w:val="000000"/>
        </w:rPr>
        <w:t xml:space="preserve"> meet</w:t>
      </w:r>
      <w:r>
        <w:rPr>
          <w:color w:val="000000"/>
        </w:rPr>
        <w:t xml:space="preserve"> the</w:t>
      </w:r>
      <w:r>
        <w:rPr>
          <w:color w:val="000000"/>
        </w:rPr>
        <w:t xml:space="preserve"> tuition</w:t>
      </w:r>
      <w:r>
        <w:rPr>
          <w:highlight w:val="yellow"/>
        </w:rPr>
        <w:t xml:space="preserve"> costs</w:t>
      </w:r>
      <w:r>
        <w:rPr>
          <w:color w:val="000000"/>
        </w:rPr>
        <w:t xml:space="preserve"> for</w:t>
      </w:r>
      <w:r>
        <w:rPr>
          <w:color w:val="000000"/>
        </w:rPr>
        <w:t xml:space="preserve"> all</w:t>
      </w:r>
      <w:r>
        <w:rPr>
          <w:color w:val="000000"/>
        </w:rPr>
        <w:t xml:space="preserve"> in-state</w:t>
      </w:r>
      <w:r>
        <w:rPr>
          <w:color w:val="000000"/>
        </w:rPr>
        <w:t xml:space="preserve"> students.</w:t>
      </w:r>
      <w:r>
        <w:rPr>
          <w:highlight w:val="yellow"/>
        </w:rPr>
        <w:t xml:space="preserve"> Worth</w:t>
      </w:r>
      <w:r>
        <w:rPr>
          <w:color w:val="000000"/>
        </w:rPr>
        <w:t xml:space="preserve"> clarifying</w:t>
      </w:r>
      <w:r>
        <w:rPr>
          <w:color w:val="000000"/>
        </w:rPr>
        <w:t xml:space="preserve"> what</w:t>
      </w:r>
      <w:r>
        <w:rPr>
          <w:color w:val="000000"/>
        </w:rPr>
        <w:t xml:space="preserve"> this</w:t>
      </w:r>
      <w:r>
        <w:rPr>
          <w:color w:val="000000"/>
        </w:rPr>
        <w:t xml:space="preserve"> means.</w:t>
      </w:r>
      <w:r>
        <w:rPr>
          <w:color w:val="000000"/>
        </w:rPr>
        <w:t xml:space="preserve"> This</w:t>
      </w:r>
      <w:r>
        <w:rPr>
          <w:color w:val="000000"/>
        </w:rPr>
        <w:t xml:space="preserve"> means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university</w:t>
      </w:r>
      <w:r>
        <w:rPr>
          <w:color w:val="000000"/>
        </w:rPr>
        <w:t xml:space="preserve"> will</w:t>
      </w:r>
      <w:r>
        <w:rPr>
          <w:color w:val="000000"/>
        </w:rPr>
        <w:t xml:space="preserve"> meet</w:t>
      </w:r>
      <w:r>
        <w:rPr>
          <w:color w:val="000000"/>
        </w:rPr>
        <w:t xml:space="preserve"> the</w:t>
      </w:r>
      <w:r>
        <w:rPr>
          <w:color w:val="000000"/>
        </w:rPr>
        <w:t xml:space="preserve"> difference</w:t>
      </w:r>
      <w:r>
        <w:rPr>
          <w:color w:val="000000"/>
        </w:rPr>
        <w:t xml:space="preserve"> between</w:t>
      </w:r>
      <w:r>
        <w:rPr>
          <w:color w:val="000000"/>
        </w:rPr>
        <w:t xml:space="preserve"> their</w:t>
      </w:r>
      <w:r>
        <w:rPr>
          <w:color w:val="000000"/>
        </w:rPr>
        <w:t xml:space="preserve"> advertised</w:t>
      </w:r>
      <w:r>
        <w:rPr>
          <w:color w:val="000000"/>
        </w:rPr>
        <w:t xml:space="preserve"> tuition</w:t>
      </w:r>
      <w:r>
        <w:rPr>
          <w:color w:val="000000"/>
        </w:rPr>
        <w:t xml:space="preserve"> costs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estimated</w:t>
      </w:r>
      <w:r>
        <w:rPr>
          <w:color w:val="000000"/>
        </w:rPr>
        <w:t xml:space="preserve"> family</w:t>
      </w:r>
      <w:r>
        <w:rPr>
          <w:color w:val="000000"/>
        </w:rPr>
        <w:t xml:space="preserve"> contribution</w:t>
      </w:r>
      <w:r>
        <w:rPr>
          <w:color w:val="000000"/>
        </w:rPr>
        <w:t xml:space="preserve"> as</w:t>
      </w:r>
      <w:r>
        <w:rPr>
          <w:color w:val="000000"/>
        </w:rPr>
        <w:t xml:space="preserve"> determined</w:t>
      </w:r>
      <w:r>
        <w:rPr>
          <w:color w:val="000000"/>
        </w:rPr>
        <w:t xml:space="preserve"> by</w:t>
      </w:r>
      <w:r>
        <w:rPr>
          <w:color w:val="000000"/>
        </w:rPr>
        <w:t xml:space="preserve"> the</w:t>
      </w:r>
      <w:r>
        <w:rPr>
          <w:color w:val="000000"/>
        </w:rPr>
        <w:t xml:space="preserve"> free</w:t>
      </w:r>
      <w:r>
        <w:rPr>
          <w:color w:val="000000"/>
        </w:rPr>
        <w:t xml:space="preserve"> application</w:t>
      </w:r>
      <w:r>
        <w:rPr>
          <w:color w:val="000000"/>
        </w:rPr>
        <w:t xml:space="preserve"> for</w:t>
      </w:r>
      <w:r>
        <w:rPr>
          <w:color w:val="000000"/>
        </w:rPr>
        <w:t xml:space="preserve"> federal</w:t>
      </w:r>
      <w:r>
        <w:rPr>
          <w:color w:val="000000"/>
        </w:rPr>
        <w:t xml:space="preserve"> student</w:t>
      </w:r>
      <w:r>
        <w:rPr>
          <w:color w:val="000000"/>
        </w:rPr>
        <w:t xml:space="preserve"> aid,</w:t>
      </w:r>
      <w:r>
        <w:rPr>
          <w:color w:val="000000"/>
        </w:rPr>
        <w:t xml:space="preserve"> the</w:t>
      </w:r>
      <w:r>
        <w:rPr>
          <w:color w:val="000000"/>
        </w:rPr>
        <w:t xml:space="preserve"> FAFSA</w:t>
      </w:r>
      <w:r>
        <w:rPr>
          <w:color w:val="000000"/>
        </w:rPr>
        <w:t xml:space="preserve"> form.</w:t>
      </w:r>
      <w:r>
        <w:rPr>
          <w:color w:val="000000"/>
        </w:rPr>
        <w:t xml:space="preserve"> The</w:t>
      </w:r>
      <w:r>
        <w:rPr>
          <w:highlight w:val="yellow"/>
        </w:rPr>
        <w:t xml:space="preserve"> farm</w:t>
      </w:r>
      <w:r>
        <w:rPr>
          <w:color w:val="000000"/>
        </w:rPr>
        <w:t xml:space="preserve"> has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of</w:t>
      </w:r>
      <w:r>
        <w:rPr>
          <w:color w:val="000000"/>
        </w:rPr>
        <w:t xml:space="preserve"> calculating</w:t>
      </w:r>
      <w:r>
        <w:rPr>
          <w:color w:val="000000"/>
        </w:rPr>
        <w:t xml:space="preserve"> estimated</w:t>
      </w:r>
      <w:r>
        <w:rPr>
          <w:color w:val="000000"/>
        </w:rPr>
        <w:t xml:space="preserve"> family</w:t>
      </w:r>
      <w:r>
        <w:rPr>
          <w:color w:val="000000"/>
        </w:rPr>
        <w:t xml:space="preserve"> contribution.</w:t>
      </w:r>
      <w:r>
        <w:rPr>
          <w:color w:val="000000"/>
        </w:rPr>
        <w:t xml:space="preserve"> So</w:t>
      </w:r>
      <w:r>
        <w:rPr>
          <w:color w:val="000000"/>
        </w:rPr>
        <w:t xml:space="preserve"> at</w:t>
      </w:r>
      <w:r>
        <w:rPr>
          <w:color w:val="000000"/>
        </w:rPr>
        <w:t xml:space="preserve"> Maryland</w:t>
      </w:r>
      <w:r>
        <w:rPr>
          <w:highlight w:val="yellow"/>
        </w:rPr>
        <w:t xml:space="preserve"> in-state</w:t>
      </w:r>
      <w:r>
        <w:rPr>
          <w:color w:val="000000"/>
        </w:rPr>
        <w:t xml:space="preserve"> tuition</w:t>
      </w:r>
      <w:r>
        <w:rPr>
          <w:color w:val="000000"/>
        </w:rPr>
        <w:t xml:space="preserve"> is</w:t>
      </w:r>
      <w:r>
        <w:rPr>
          <w:color w:val="000000"/>
        </w:rPr>
        <w:t xml:space="preserve"> roughly</w:t>
      </w:r>
      <w:r>
        <w:rPr>
          <w:color w:val="000000"/>
        </w:rPr>
        <w:t xml:space="preserve"> $11,000.</w:t>
      </w:r>
      <w:r>
        <w:rPr>
          <w:color w:val="000000"/>
        </w:rPr>
        <w:t xml:space="preserve"> The</w:t>
      </w:r>
      <w:r>
        <w:rPr>
          <w:color w:val="000000"/>
        </w:rPr>
        <w:t xml:space="preserve"> maximum</w:t>
      </w:r>
      <w:r>
        <w:rPr>
          <w:color w:val="000000"/>
        </w:rPr>
        <w:t xml:space="preserve"> Pell</w:t>
      </w:r>
      <w:r>
        <w:rPr>
          <w:color w:val="000000"/>
        </w:rPr>
        <w:t xml:space="preserve"> grant,</w:t>
      </w:r>
      <w:r>
        <w:rPr>
          <w:color w:val="000000"/>
        </w:rPr>
        <w:t xml:space="preserve"> the</w:t>
      </w:r>
      <w:r>
        <w:rPr>
          <w:color w:val="000000"/>
        </w:rPr>
        <w:t xml:space="preserve"> type</w:t>
      </w:r>
      <w:r>
        <w:rPr>
          <w:color w:val="000000"/>
        </w:rPr>
        <w:t xml:space="preserve"> of</w:t>
      </w:r>
      <w:r>
        <w:rPr>
          <w:color w:val="000000"/>
        </w:rPr>
        <w:t xml:space="preserve"> student</w:t>
      </w:r>
      <w:r>
        <w:rPr>
          <w:color w:val="000000"/>
        </w:rPr>
        <w:t xml:space="preserve"> aid</w:t>
      </w:r>
      <w:r>
        <w:rPr>
          <w:color w:val="000000"/>
        </w:rPr>
        <w:t xml:space="preserve"> that</w:t>
      </w:r>
      <w:r>
        <w:rPr>
          <w:color w:val="000000"/>
        </w:rPr>
        <w:t xml:space="preserve"> does</w:t>
      </w:r>
      <w:r>
        <w:rPr>
          <w:color w:val="000000"/>
        </w:rPr>
        <w:t xml:space="preserve"> not</w:t>
      </w:r>
      <w:r>
        <w:rPr>
          <w:color w:val="000000"/>
        </w:rPr>
        <w:t xml:space="preserve"> need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paid</w:t>
      </w:r>
      <w:r>
        <w:rPr>
          <w:color w:val="000000"/>
        </w:rPr>
        <w:t xml:space="preserve"> back,</w:t>
      </w:r>
      <w:r>
        <w:rPr>
          <w:color w:val="000000"/>
        </w:rPr>
        <w:t xml:space="preserve"> is</w:t>
      </w:r>
      <w:r>
        <w:rPr>
          <w:color w:val="000000"/>
        </w:rPr>
        <w:t xml:space="preserve"> less</w:t>
      </w:r>
      <w:r>
        <w:rPr>
          <w:color w:val="000000"/>
        </w:rPr>
        <w:t xml:space="preserve"> than</w:t>
      </w:r>
      <w:r>
        <w:rPr>
          <w:color w:val="000000"/>
        </w:rPr>
        <w:t xml:space="preserve"> $7000</w:t>
      </w:r>
      <w:r>
        <w:rPr>
          <w:color w:val="000000"/>
        </w:rPr>
        <w:t xml:space="preserve"> a</w:t>
      </w:r>
      <w:r>
        <w:rPr>
          <w:color w:val="000000"/>
        </w:rPr>
        <w:t xml:space="preserve"> year.</w:t>
      </w:r>
      <w:r>
        <w:rPr>
          <w:color w:val="000000"/>
        </w:rPr>
        <w:t xml:space="preserve"> So</w:t>
      </w:r>
      <w:r>
        <w:rPr>
          <w:color w:val="000000"/>
        </w:rPr>
        <w:t xml:space="preserve"> the</w:t>
      </w:r>
      <w:r>
        <w:rPr>
          <w:color w:val="000000"/>
        </w:rPr>
        <w:t xml:space="preserve"> university</w:t>
      </w:r>
      <w:r>
        <w:rPr>
          <w:color w:val="000000"/>
        </w:rPr>
        <w:t xml:space="preserve"> will</w:t>
      </w:r>
      <w:r>
        <w:rPr>
          <w:color w:val="000000"/>
        </w:rPr>
        <w:t xml:space="preserve"> cover</w:t>
      </w:r>
      <w:r>
        <w:rPr>
          <w:color w:val="000000"/>
        </w:rPr>
        <w:t xml:space="preserve"> the</w:t>
      </w:r>
      <w:r>
        <w:rPr>
          <w:color w:val="000000"/>
        </w:rPr>
        <w:t xml:space="preserve"> $4000</w:t>
      </w:r>
      <w:r>
        <w:rPr>
          <w:color w:val="000000"/>
        </w:rPr>
        <w:t xml:space="preserve"> gap.</w:t>
      </w:r>
      <w:r>
        <w:rPr>
          <w:color w:val="000000"/>
        </w:rPr>
        <w:t xml:space="preserve"> Conversely,</w:t>
      </w:r>
      <w:r>
        <w:rPr>
          <w:color w:val="000000"/>
        </w:rPr>
        <w:t xml:space="preserve"> if</w:t>
      </w:r>
      <w:r>
        <w:rPr>
          <w:color w:val="000000"/>
        </w:rPr>
        <w:t xml:space="preserve"> a</w:t>
      </w:r>
      <w:r>
        <w:rPr>
          <w:color w:val="000000"/>
        </w:rPr>
        <w:t xml:space="preserve"> family's</w:t>
      </w:r>
      <w:r>
        <w:rPr>
          <w:color w:val="000000"/>
        </w:rPr>
        <w:t xml:space="preserve"> estimated</w:t>
      </w:r>
      <w:r>
        <w:rPr>
          <w:color w:val="000000"/>
        </w:rPr>
        <w:t xml:space="preserve"> contribution</w:t>
      </w:r>
      <w:r>
        <w:rPr>
          <w:color w:val="000000"/>
        </w:rPr>
        <w:t xml:space="preserve"> is</w:t>
      </w:r>
      <w:r>
        <w:rPr>
          <w:color w:val="000000"/>
        </w:rPr>
        <w:t xml:space="preserve"> above</w:t>
      </w:r>
      <w:r>
        <w:rPr>
          <w:color w:val="000000"/>
        </w:rPr>
        <w:t xml:space="preserve"> $11,000</w:t>
      </w:r>
      <w:r>
        <w:rPr>
          <w:color w:val="000000"/>
        </w:rPr>
        <w:t xml:space="preserve"> then</w:t>
      </w:r>
      <w:r>
        <w:rPr>
          <w:color w:val="000000"/>
        </w:rPr>
        <w:t xml:space="preserve"> those</w:t>
      </w:r>
      <w:r>
        <w:rPr>
          <w:color w:val="000000"/>
        </w:rPr>
        <w:t xml:space="preserve"> families</w:t>
      </w:r>
      <w:r>
        <w:rPr>
          <w:color w:val="000000"/>
        </w:rPr>
        <w:t xml:space="preserve"> are</w:t>
      </w:r>
      <w:r>
        <w:rPr>
          <w:color w:val="000000"/>
        </w:rPr>
        <w:t xml:space="preserve"> considered</w:t>
      </w:r>
      <w:r>
        <w:rPr>
          <w:color w:val="000000"/>
        </w:rPr>
        <w:t xml:space="preserve"> not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that</w:t>
      </w:r>
      <w:r>
        <w:rPr>
          <w:color w:val="000000"/>
        </w:rPr>
        <w:t xml:space="preserve"> need.</w:t>
      </w:r>
      <w:r>
        <w:rPr>
          <w:color w:val="000000"/>
        </w:rPr>
        <w:t xml:space="preserve"> Very</w:t>
      </w:r>
      <w:r>
        <w:rPr>
          <w:color w:val="000000"/>
        </w:rPr>
        <w:t xml:space="preserve"> roughly,</w:t>
      </w:r>
      <w:r>
        <w:rPr>
          <w:color w:val="000000"/>
        </w:rPr>
        <w:t xml:space="preserve"> assuming</w:t>
      </w:r>
      <w:r>
        <w:rPr>
          <w:color w:val="000000"/>
        </w:rPr>
        <w:t xml:space="preserve"> one</w:t>
      </w:r>
      <w:r>
        <w:rPr>
          <w:color w:val="000000"/>
        </w:rPr>
        <w:t xml:space="preserve"> child</w:t>
      </w:r>
      <w:r>
        <w:rPr>
          <w:color w:val="000000"/>
        </w:rPr>
        <w:t xml:space="preserve"> in</w:t>
      </w:r>
      <w:r>
        <w:rPr>
          <w:color w:val="000000"/>
        </w:rPr>
        <w:t xml:space="preserve"> school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$7000</w:t>
      </w:r>
      <w:r>
        <w:rPr>
          <w:color w:val="000000"/>
        </w:rPr>
        <w:t xml:space="preserve"> in</w:t>
      </w:r>
      <w:r>
        <w:rPr>
          <w:color w:val="000000"/>
        </w:rPr>
        <w:t xml:space="preserve"> Pell</w:t>
      </w:r>
      <w:r>
        <w:rPr>
          <w:color w:val="000000"/>
        </w:rPr>
        <w:t xml:space="preserve"> grants,</w:t>
      </w:r>
      <w:r>
        <w:rPr>
          <w:color w:val="000000"/>
        </w:rPr>
        <w:t xml:space="preserve"> the</w:t>
      </w:r>
      <w:r>
        <w:rPr>
          <w:color w:val="000000"/>
        </w:rPr>
        <w:t xml:space="preserve"> student's</w:t>
      </w:r>
      <w:r>
        <w:rPr>
          <w:color w:val="000000"/>
        </w:rPr>
        <w:t xml:space="preserve"> family</w:t>
      </w:r>
      <w:r>
        <w:rPr>
          <w:color w:val="000000"/>
        </w:rPr>
        <w:t xml:space="preserve"> will</w:t>
      </w:r>
      <w:r>
        <w:rPr>
          <w:color w:val="000000"/>
        </w:rPr>
        <w:t xml:space="preserve"> have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household</w:t>
      </w:r>
      <w:r>
        <w:rPr>
          <w:color w:val="000000"/>
        </w:rPr>
        <w:t xml:space="preserve"> income</w:t>
      </w:r>
      <w:r>
        <w:rPr>
          <w:color w:val="000000"/>
        </w:rPr>
        <w:t xml:space="preserve"> of</w:t>
      </w:r>
      <w:r>
        <w:rPr>
          <w:color w:val="000000"/>
        </w:rPr>
        <w:t xml:space="preserve"> less</w:t>
      </w:r>
      <w:r>
        <w:rPr>
          <w:color w:val="000000"/>
        </w:rPr>
        <w:t xml:space="preserve"> than</w:t>
      </w:r>
      <w:r>
        <w:rPr>
          <w:color w:val="000000"/>
        </w:rPr>
        <w:t xml:space="preserve"> $70,000.</w:t>
      </w:r>
      <w:r>
        <w:rPr>
          <w:highlight w:val="yellow"/>
        </w:rPr>
        <w:t xml:space="preserve"> A</w:t>
      </w:r>
      <w:r>
        <w:rPr>
          <w:color w:val="000000"/>
        </w:rPr>
        <w:t xml:space="preserve"> family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median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household</w:t>
      </w:r>
      <w:r>
        <w:rPr>
          <w:color w:val="000000"/>
        </w:rPr>
        <w:t xml:space="preserve"> income,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$110,000</w:t>
      </w:r>
      <w:r>
        <w:rPr>
          <w:color w:val="000000"/>
        </w:rPr>
        <w:t xml:space="preserve"> will</w:t>
      </w:r>
      <w:r>
        <w:rPr>
          <w:color w:val="000000"/>
        </w:rPr>
        <w:t xml:space="preserve"> most</w:t>
      </w:r>
      <w:r>
        <w:rPr>
          <w:color w:val="000000"/>
        </w:rPr>
        <w:t xml:space="preserve"> likely</w:t>
      </w:r>
      <w:r>
        <w:rPr>
          <w:color w:val="000000"/>
        </w:rPr>
        <w:t xml:space="preserve"> have</w:t>
      </w:r>
      <w:r>
        <w:rPr>
          <w:color w:val="000000"/>
        </w:rPr>
        <w:t xml:space="preserve"> estimated</w:t>
      </w:r>
      <w:r>
        <w:rPr>
          <w:color w:val="000000"/>
        </w:rPr>
        <w:t xml:space="preserve"> family</w:t>
      </w:r>
      <w:r>
        <w:rPr>
          <w:color w:val="000000"/>
        </w:rPr>
        <w:t xml:space="preserve"> contribution</w:t>
      </w:r>
      <w:r>
        <w:rPr>
          <w:color w:val="000000"/>
        </w:rPr>
        <w:t xml:space="preserve"> of</w:t>
      </w:r>
      <w:r>
        <w:rPr>
          <w:color w:val="000000"/>
        </w:rPr>
        <w:t xml:space="preserve"> over</w:t>
      </w:r>
      <w:r>
        <w:rPr>
          <w:color w:val="000000"/>
        </w:rPr>
        <w:t xml:space="preserve"> $11,000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in-state</w:t>
      </w:r>
      <w:r>
        <w:rPr>
          <w:color w:val="000000"/>
        </w:rPr>
        <w:t xml:space="preserve"> tuition</w:t>
      </w:r>
      <w:r>
        <w:rPr>
          <w:color w:val="000000"/>
        </w:rPr>
        <w:t xml:space="preserve"> level.</w:t>
      </w:r>
      <w:r>
        <w:rPr>
          <w:color w:val="000000"/>
        </w:rPr>
        <w:t xml:space="preserve"> I</w:t>
      </w:r>
      <w:r>
        <w:rPr>
          <w:color w:val="000000"/>
        </w:rPr>
        <w:t xml:space="preserve"> am</w:t>
      </w:r>
      <w:r>
        <w:rPr>
          <w:color w:val="000000"/>
        </w:rPr>
        <w:t xml:space="preserve"> holding</w:t>
      </w:r>
      <w:r>
        <w:rPr>
          <w:color w:val="000000"/>
        </w:rPr>
        <w:t xml:space="preserve"> many</w:t>
      </w:r>
      <w:r>
        <w:rPr>
          <w:color w:val="000000"/>
        </w:rPr>
        <w:t xml:space="preserve"> things</w:t>
      </w:r>
      <w:r>
        <w:rPr>
          <w:color w:val="000000"/>
        </w:rPr>
        <w:t xml:space="preserve"> constant</w:t>
      </w:r>
      <w:r>
        <w:rPr>
          <w:color w:val="000000"/>
        </w:rPr>
        <w:t xml:space="preserve"> here</w:t>
      </w:r>
      <w:r>
        <w:rPr>
          <w:color w:val="000000"/>
        </w:rPr>
        <w:t xml:space="preserve"> to</w:t>
      </w:r>
      <w:r>
        <w:rPr>
          <w:color w:val="000000"/>
        </w:rPr>
        <w:t xml:space="preserve"> make</w:t>
      </w:r>
      <w:r>
        <w:rPr>
          <w:color w:val="000000"/>
        </w:rPr>
        <w:t xml:space="preserve"> these</w:t>
      </w:r>
      <w:r>
        <w:rPr>
          <w:color w:val="000000"/>
        </w:rPr>
        <w:t xml:space="preserve"> calculations,</w:t>
      </w:r>
      <w:r>
        <w:rPr>
          <w:color w:val="000000"/>
        </w:rPr>
        <w:t xml:space="preserve"> but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to</w:t>
      </w:r>
      <w:r>
        <w:rPr>
          <w:color w:val="000000"/>
        </w:rPr>
        <w:t xml:space="preserve"> point</w:t>
      </w:r>
      <w:r>
        <w:rPr>
          <w:color w:val="000000"/>
        </w:rPr>
        <w:t xml:space="preserve"> out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squeeze</w:t>
      </w:r>
      <w:r>
        <w:rPr>
          <w:color w:val="000000"/>
        </w:rPr>
        <w:t xml:space="preserve"> in</w:t>
      </w:r>
      <w:r>
        <w:rPr>
          <w:color w:val="000000"/>
        </w:rPr>
        <w:t xml:space="preserve"> college</w:t>
      </w:r>
      <w:r>
        <w:rPr>
          <w:color w:val="000000"/>
        </w:rPr>
        <w:t xml:space="preserve"> tuition</w:t>
      </w:r>
      <w:r>
        <w:rPr>
          <w:color w:val="000000"/>
        </w:rPr>
        <w:t xml:space="preserve"> is</w:t>
      </w:r>
      <w:r>
        <w:rPr>
          <w:color w:val="000000"/>
        </w:rPr>
        <w:t xml:space="preserve"> really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middle,</w:t>
      </w:r>
      <w:r>
        <w:rPr>
          <w:color w:val="000000"/>
        </w:rPr>
        <w:t xml:space="preserve"> not</w:t>
      </w:r>
      <w:r>
        <w:rPr>
          <w:color w:val="000000"/>
        </w:rPr>
        <w:t xml:space="preserve"> so</w:t>
      </w:r>
      <w:r>
        <w:rPr>
          <w:color w:val="000000"/>
        </w:rPr>
        <w:t xml:space="preserve"> much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bottom,</w:t>
      </w:r>
      <w:r>
        <w:rPr>
          <w:color w:val="000000"/>
        </w:rPr>
        <w:t xml:space="preserve"> and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easier</w:t>
      </w:r>
      <w:r>
        <w:rPr>
          <w:color w:val="000000"/>
        </w:rPr>
        <w:t xml:space="preserve"> to</w:t>
      </w:r>
      <w:r>
        <w:rPr>
          <w:color w:val="000000"/>
        </w:rPr>
        <w:t xml:space="preserve"> deal</w:t>
      </w:r>
      <w:r>
        <w:rPr>
          <w:color w:val="000000"/>
        </w:rPr>
        <w:t xml:space="preserve"> with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top.</w:t>
      </w:r>
      <w:r>
        <w:rPr>
          <w:color w:val="000000"/>
        </w:rPr>
        <w:t xml:space="preserve"> The</w:t>
      </w:r>
      <w:r>
        <w:rPr>
          <w:color w:val="000000"/>
        </w:rPr>
        <w:t xml:space="preserve"> average</w:t>
      </w:r>
      <w:r>
        <w:rPr>
          <w:color w:val="000000"/>
        </w:rPr>
        <w:t xml:space="preserve"> family</w:t>
      </w:r>
      <w:r>
        <w:rPr>
          <w:color w:val="000000"/>
        </w:rPr>
        <w:t xml:space="preserve"> income</w:t>
      </w:r>
      <w:r>
        <w:rPr>
          <w:color w:val="000000"/>
        </w:rPr>
        <w:t xml:space="preserve"> in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County,</w:t>
      </w:r>
      <w:r>
        <w:rPr>
          <w:color w:val="000000"/>
        </w:rPr>
        <w:t xml:space="preserve"> as</w:t>
      </w:r>
      <w:r>
        <w:rPr>
          <w:color w:val="000000"/>
        </w:rPr>
        <w:t xml:space="preserve"> opposed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median</w:t>
      </w:r>
      <w:r>
        <w:rPr>
          <w:color w:val="000000"/>
        </w:rPr>
        <w:t xml:space="preserve"> family</w:t>
      </w:r>
      <w:r>
        <w:rPr>
          <w:color w:val="000000"/>
        </w:rPr>
        <w:t xml:space="preserve"> income,</w:t>
      </w:r>
      <w:r>
        <w:rPr>
          <w:color w:val="000000"/>
        </w:rPr>
        <w:t xml:space="preserve"> as</w:t>
      </w:r>
      <w:r>
        <w:rPr>
          <w:color w:val="000000"/>
        </w:rPr>
        <w:t xml:space="preserve"> reported</w:t>
      </w:r>
      <w:r>
        <w:rPr>
          <w:color w:val="000000"/>
        </w:rPr>
        <w:t xml:space="preserve"> by</w:t>
      </w:r>
      <w:r>
        <w:rPr>
          <w:color w:val="000000"/>
        </w:rPr>
        <w:t xml:space="preserve"> the</w:t>
      </w:r>
      <w:r>
        <w:rPr>
          <w:color w:val="000000"/>
        </w:rPr>
        <w:t xml:space="preserve"> county</w:t>
      </w:r>
      <w:r>
        <w:rPr>
          <w:color w:val="000000"/>
        </w:rPr>
        <w:t xml:space="preserve"> to</w:t>
      </w:r>
      <w:r>
        <w:rPr>
          <w:color w:val="000000"/>
        </w:rPr>
        <w:t xml:space="preserve"> its</w:t>
      </w:r>
      <w:r>
        <w:rPr>
          <w:color w:val="000000"/>
        </w:rPr>
        <w:t xml:space="preserve"> bond</w:t>
      </w:r>
      <w:r>
        <w:rPr>
          <w:color w:val="000000"/>
        </w:rPr>
        <w:t xml:space="preserve"> rating</w:t>
      </w:r>
      <w:r>
        <w:rPr>
          <w:color w:val="000000"/>
        </w:rPr>
        <w:t xml:space="preserve"> agencies,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whopping</w:t>
      </w:r>
      <w:r>
        <w:rPr>
          <w:color w:val="000000"/>
        </w:rPr>
        <w:t xml:space="preserve"> $250,000</w:t>
      </w:r>
      <w:r>
        <w:rPr>
          <w:color w:val="000000"/>
        </w:rPr>
        <w:t xml:space="preserve"> a</w:t>
      </w:r>
      <w:r>
        <w:rPr>
          <w:color w:val="000000"/>
        </w:rPr>
        <w:t xml:space="preserve"> year.</w:t>
      </w:r>
      <w:r>
        <w:rPr>
          <w:color w:val="000000"/>
        </w:rPr>
        <w:t xml:space="preserve"> Fafsa</w:t>
      </w:r>
      <w:r>
        <w:rPr>
          <w:color w:val="000000"/>
        </w:rPr>
        <w:t xml:space="preserve"> also</w:t>
      </w:r>
      <w:r>
        <w:rPr>
          <w:color w:val="000000"/>
        </w:rPr>
        <w:t xml:space="preserve"> makes</w:t>
      </w:r>
      <w:r>
        <w:rPr>
          <w:color w:val="000000"/>
        </w:rPr>
        <w:t xml:space="preserve"> no</w:t>
      </w:r>
      <w:r>
        <w:rPr>
          <w:color w:val="000000"/>
        </w:rPr>
        <w:t xml:space="preserve"> distinction</w:t>
      </w:r>
      <w:r>
        <w:rPr>
          <w:color w:val="000000"/>
        </w:rPr>
        <w:t xml:space="preserve"> between</w:t>
      </w:r>
      <w:r>
        <w:rPr>
          <w:color w:val="000000"/>
        </w:rPr>
        <w:t xml:space="preserve"> those</w:t>
      </w:r>
      <w:r>
        <w:rPr>
          <w:color w:val="000000"/>
        </w:rPr>
        <w:t xml:space="preserve"> who</w:t>
      </w:r>
      <w:r>
        <w:rPr>
          <w:color w:val="000000"/>
        </w:rPr>
        <w:t xml:space="preserve"> live</w:t>
      </w:r>
      <w:r>
        <w:rPr>
          <w:color w:val="000000"/>
        </w:rPr>
        <w:t xml:space="preserve"> in</w:t>
      </w:r>
      <w:r>
        <w:rPr>
          <w:color w:val="000000"/>
        </w:rPr>
        <w:t xml:space="preserve"> high</w:t>
      </w:r>
      <w:r>
        <w:rPr>
          <w:color w:val="000000"/>
        </w:rPr>
        <w:t xml:space="preserve"> rent</w:t>
      </w:r>
      <w:r>
        <w:rPr>
          <w:color w:val="000000"/>
        </w:rPr>
        <w:t xml:space="preserve"> Montgomery</w:t>
      </w:r>
      <w:r>
        <w:rPr>
          <w:color w:val="000000"/>
        </w:rPr>
        <w:t xml:space="preserve"> County</w:t>
      </w:r>
      <w:r>
        <w:rPr>
          <w:color w:val="000000"/>
        </w:rPr>
        <w:t xml:space="preserve"> and</w:t>
      </w:r>
      <w:r>
        <w:rPr>
          <w:color w:val="000000"/>
        </w:rPr>
        <w:t xml:space="preserve"> others</w:t>
      </w:r>
      <w:r>
        <w:rPr>
          <w:color w:val="000000"/>
        </w:rPr>
        <w:t xml:space="preserve"> who</w:t>
      </w:r>
      <w:r>
        <w:rPr>
          <w:color w:val="000000"/>
        </w:rPr>
        <w:t xml:space="preserve"> make</w:t>
      </w:r>
      <w:r>
        <w:rPr>
          <w:color w:val="000000"/>
        </w:rPr>
        <w:t xml:space="preserve"> the</w:t>
      </w:r>
      <w:r>
        <w:rPr>
          <w:color w:val="000000"/>
        </w:rPr>
        <w:t xml:space="preserve"> same</w:t>
      </w:r>
      <w:r>
        <w:rPr>
          <w:color w:val="000000"/>
        </w:rPr>
        <w:t xml:space="preserve"> income</w:t>
      </w:r>
      <w:r>
        <w:rPr>
          <w:color w:val="000000"/>
        </w:rPr>
        <w:t xml:space="preserve"> but</w:t>
      </w:r>
      <w:r>
        <w:rPr>
          <w:color w:val="000000"/>
        </w:rPr>
        <w:t xml:space="preserve"> live</w:t>
      </w:r>
      <w:r>
        <w:rPr>
          <w:color w:val="000000"/>
        </w:rPr>
        <w:t xml:space="preserve"> in,</w:t>
      </w:r>
      <w:r>
        <w:rPr>
          <w:color w:val="000000"/>
        </w:rPr>
        <w:t xml:space="preserve"> say,</w:t>
      </w:r>
      <w:r>
        <w:rPr>
          <w:highlight w:val="yellow"/>
        </w:rPr>
        <w:t xml:space="preserve"> Hagerstown.</w:t>
      </w:r>
      <w:r>
        <w:rPr>
          <w:color w:val="000000"/>
        </w:rPr>
        <w:t xml:space="preserve"> You're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to</w:t>
      </w:r>
      <w:r>
        <w:rPr>
          <w:color w:val="000000"/>
        </w:rPr>
        <w:t xml:space="preserve"> I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I</w:t>
      </w:r>
      <w:r>
        <w:rPr>
          <w:color w:val="000000"/>
        </w:rPr>
        <w:t xml:space="preserve"> am</w:t>
      </w:r>
      <w:r>
        <w:rPr>
          <w:color w:val="000000"/>
        </w:rPr>
        <w:t xml:space="preserve"> Sunil</w:t>
      </w:r>
      <w:r>
        <w:rPr>
          <w:color w:val="000000"/>
        </w:rPr>
        <w:t xml:space="preserve"> Das</w:t>
      </w:r>
      <w:r>
        <w:rPr>
          <w:color w:val="000000"/>
        </w:rPr>
        <w:t xml:space="preserve"> Gupta.</w:t>
      </w:r>
      <w:r>
        <w:rPr>
          <w:color w:val="000000"/>
        </w:rPr>
        <w:t xml:space="preserve"> I'll</w:t>
      </w:r>
      <w:r>
        <w:rPr>
          <w:color w:val="000000"/>
        </w:rPr>
        <w:t xml:space="preserve"> be</w:t>
      </w:r>
      <w:r>
        <w:rPr>
          <w:color w:val="000000"/>
        </w:rPr>
        <w:t xml:space="preserve"> back</w:t>
      </w:r>
      <w:r>
        <w:rPr>
          <w:color w:val="000000"/>
        </w:rPr>
        <w:t xml:space="preserve"> with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scientist</w:t>
      </w:r>
      <w:r>
        <w:rPr>
          <w:color w:val="000000"/>
        </w:rPr>
        <w:t xml:space="preserve"> Ian</w:t>
      </w:r>
      <w:r>
        <w:rPr>
          <w:color w:val="000000"/>
        </w:rPr>
        <w:t xml:space="preserve"> Anson</w:t>
      </w:r>
      <w:r>
        <w:rPr>
          <w:color w:val="000000"/>
        </w:rPr>
        <w:t xml:space="preserve"> to</w:t>
      </w:r>
      <w:r>
        <w:rPr>
          <w:color w:val="000000"/>
        </w:rPr>
        <w:t xml:space="preserve"> talk</w:t>
      </w:r>
      <w:r>
        <w:rPr>
          <w:color w:val="000000"/>
        </w:rPr>
        <w:t xml:space="preserve"> about</w:t>
      </w:r>
      <w:r>
        <w:rPr>
          <w:color w:val="000000"/>
        </w:rPr>
        <w:t xml:space="preserve"> his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on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knowledge.</w:t>
      </w:r>
    </w:p>
    <w:p>
      <w:r>
        <w:t xml:space="preserve">[00:14:18] Speaker 1: </w:t>
      </w:r>
      <w:r>
        <w:rPr>
          <w:color w:val="000000"/>
        </w:rPr>
        <w:t>Ian</w:t>
      </w:r>
      <w:r>
        <w:rPr>
          <w:color w:val="000000"/>
        </w:rPr>
        <w:t xml:space="preserve"> Anson,</w:t>
      </w:r>
      <w:r>
        <w:rPr>
          <w:color w:val="000000"/>
        </w:rPr>
        <w:t xml:space="preserve"> welcome</w:t>
      </w:r>
      <w:r>
        <w:rPr>
          <w:color w:val="000000"/>
        </w:rPr>
        <w:t xml:space="preserve"> to</w:t>
      </w:r>
      <w:r>
        <w:rPr>
          <w:highlight w:val="yellow"/>
        </w:rPr>
        <w:t xml:space="preserve"> I</w:t>
      </w:r>
      <w:r>
        <w:rPr>
          <w:highlight w:val="yellow"/>
        </w:rPr>
        <w:t xml:space="preserve"> hate</w:t>
      </w:r>
    </w:p>
    <w:p>
      <w:r>
        <w:t xml:space="preserve">[00:14:20] Speaker 4: </w:t>
      </w:r>
      <w:r>
        <w:rPr>
          <w:color w:val="000000"/>
        </w:rPr>
        <w:t>politics.</w:t>
      </w:r>
      <w:r>
        <w:rPr>
          <w:color w:val="000000"/>
        </w:rPr>
        <w:t xml:space="preserve"> Thanks</w:t>
      </w:r>
      <w:r>
        <w:rPr>
          <w:color w:val="000000"/>
        </w:rPr>
        <w:t xml:space="preserve"> so</w:t>
      </w:r>
      <w:r>
        <w:rPr>
          <w:color w:val="000000"/>
        </w:rPr>
        <w:t xml:space="preserve"> much</w:t>
      </w:r>
      <w:r>
        <w:rPr>
          <w:color w:val="000000"/>
        </w:rPr>
        <w:t xml:space="preserve"> for</w:t>
      </w:r>
      <w:r>
        <w:rPr>
          <w:color w:val="000000"/>
        </w:rPr>
        <w:t xml:space="preserve"> having</w:t>
      </w:r>
      <w:r>
        <w:rPr>
          <w:color w:val="000000"/>
        </w:rPr>
        <w:t xml:space="preserve"> me.</w:t>
      </w:r>
      <w:r>
        <w:rPr>
          <w:color w:val="000000"/>
        </w:rPr>
        <w:t xml:space="preserve"> I'm</w:t>
      </w:r>
      <w:r>
        <w:rPr>
          <w:color w:val="000000"/>
        </w:rPr>
        <w:t xml:space="preserve"> really</w:t>
      </w:r>
      <w:r>
        <w:rPr>
          <w:color w:val="000000"/>
        </w:rPr>
        <w:t xml:space="preserve"> excited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here,</w:t>
      </w:r>
      <w:r>
        <w:rPr>
          <w:color w:val="000000"/>
        </w:rPr>
        <w:t xml:space="preserve"> although,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course,</w:t>
      </w:r>
      <w:r>
        <w:rPr>
          <w:color w:val="000000"/>
        </w:rPr>
        <w:t xml:space="preserve"> as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scientist,</w:t>
      </w:r>
      <w:r>
        <w:rPr>
          <w:color w:val="000000"/>
        </w:rPr>
        <w:t xml:space="preserve"> sometimes</w:t>
      </w:r>
      <w:r>
        <w:rPr>
          <w:color w:val="000000"/>
        </w:rPr>
        <w:t xml:space="preserve"> but</w:t>
      </w:r>
      <w:r>
        <w:rPr>
          <w:color w:val="000000"/>
        </w:rPr>
        <w:t xml:space="preserve"> not</w:t>
      </w:r>
      <w:r>
        <w:rPr>
          <w:color w:val="000000"/>
        </w:rPr>
        <w:t xml:space="preserve"> always,</w:t>
      </w:r>
      <w:r>
        <w:rPr>
          <w:color w:val="000000"/>
        </w:rPr>
        <w:t xml:space="preserve"> I</w:t>
      </w:r>
      <w:r>
        <w:rPr>
          <w:color w:val="000000"/>
        </w:rPr>
        <w:t xml:space="preserve"> do</w:t>
      </w:r>
      <w:r>
        <w:rPr>
          <w:color w:val="000000"/>
        </w:rPr>
        <w:t xml:space="preserve"> really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politics.</w:t>
      </w:r>
    </w:p>
    <w:p>
      <w:r>
        <w:t xml:space="preserve">[00:14:33] Speaker 1: </w:t>
      </w:r>
      <w:r>
        <w:rPr>
          <w:color w:val="000000"/>
        </w:rPr>
        <w:t>You</w:t>
      </w:r>
      <w:r>
        <w:rPr>
          <w:color w:val="000000"/>
        </w:rPr>
        <w:t xml:space="preserve"> know</w:t>
      </w:r>
      <w:r>
        <w:rPr>
          <w:color w:val="000000"/>
        </w:rPr>
        <w:t xml:space="preserve"> what</w:t>
      </w:r>
      <w:r>
        <w:rPr>
          <w:color w:val="000000"/>
        </w:rPr>
        <w:t xml:space="preserve"> I</w:t>
      </w:r>
      <w:r>
        <w:rPr>
          <w:color w:val="000000"/>
        </w:rPr>
        <w:t xml:space="preserve"> found</w:t>
      </w:r>
      <w:r>
        <w:rPr>
          <w:color w:val="000000"/>
        </w:rPr>
        <w:t xml:space="preserve"> out</w:t>
      </w:r>
      <w:r>
        <w:rPr>
          <w:color w:val="000000"/>
        </w:rPr>
        <w:t xml:space="preserve"> that</w:t>
      </w:r>
      <w:r>
        <w:rPr>
          <w:color w:val="000000"/>
        </w:rPr>
        <w:t xml:space="preserve"> politicians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most</w:t>
      </w:r>
    </w:p>
    <w:p>
      <w:r>
        <w:t xml:space="preserve">[00:14:37] Speaker 4: </w:t>
      </w:r>
      <w:r>
        <w:rPr>
          <w:color w:val="000000"/>
        </w:rPr>
        <w:t>of</w:t>
      </w:r>
      <w:r>
        <w:rPr>
          <w:color w:val="000000"/>
        </w:rPr>
        <w:t xml:space="preserve"> all.</w:t>
      </w:r>
    </w:p>
    <w:p>
      <w:r>
        <w:t xml:space="preserve">[00:14:40] Speaker 1: </w:t>
      </w:r>
      <w:r>
        <w:rPr>
          <w:color w:val="000000"/>
        </w:rPr>
        <w:t>Yeah,</w:t>
      </w:r>
      <w:r>
        <w:rPr>
          <w:color w:val="000000"/>
        </w:rPr>
        <w:t xml:space="preserve"> it's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really</w:t>
      </w:r>
      <w:r>
        <w:rPr>
          <w:color w:val="000000"/>
        </w:rPr>
        <w:t xml:space="preserve"> incredible</w:t>
      </w:r>
      <w:r>
        <w:rPr>
          <w:color w:val="000000"/>
        </w:rPr>
        <w:t xml:space="preserve"> uh</w:t>
      </w:r>
      <w:r>
        <w:rPr>
          <w:color w:val="000000"/>
        </w:rPr>
        <w:t xml:space="preserve"> uh</w:t>
      </w:r>
      <w:r>
        <w:rPr>
          <w:color w:val="000000"/>
        </w:rPr>
        <w:t xml:space="preserve"> position</w:t>
      </w:r>
      <w:r>
        <w:rPr>
          <w:color w:val="000000"/>
        </w:rPr>
        <w:t xml:space="preserve"> to</w:t>
      </w:r>
      <w:r>
        <w:rPr>
          <w:color w:val="000000"/>
        </w:rPr>
        <w:t xml:space="preserve"> take.</w:t>
      </w:r>
      <w:r>
        <w:rPr>
          <w:color w:val="000000"/>
        </w:rPr>
        <w:t xml:space="preserve"> OK,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very</w:t>
      </w:r>
      <w:r>
        <w:rPr>
          <w:color w:val="000000"/>
        </w:rPr>
        <w:t xml:space="preserve"> interesting</w:t>
      </w:r>
      <w:r>
        <w:rPr>
          <w:color w:val="000000"/>
        </w:rPr>
        <w:t xml:space="preserve"> argument.</w:t>
      </w:r>
      <w:r>
        <w:rPr>
          <w:color w:val="000000"/>
        </w:rPr>
        <w:t xml:space="preserve"> That</w:t>
      </w:r>
      <w:r>
        <w:rPr>
          <w:color w:val="000000"/>
        </w:rPr>
        <w:t xml:space="preserve"> says</w:t>
      </w:r>
      <w:r>
        <w:rPr>
          <w:color w:val="000000"/>
        </w:rPr>
        <w:t xml:space="preserve"> that</w:t>
      </w:r>
      <w:r>
        <w:rPr>
          <w:color w:val="000000"/>
        </w:rPr>
        <w:t xml:space="preserve"> Americans</w:t>
      </w:r>
      <w:r>
        <w:rPr>
          <w:color w:val="000000"/>
        </w:rPr>
        <w:t xml:space="preserve"> don't</w:t>
      </w:r>
      <w:r>
        <w:rPr>
          <w:color w:val="000000"/>
        </w:rPr>
        <w:t xml:space="preserve"> know</w:t>
      </w:r>
      <w:r>
        <w:rPr>
          <w:color w:val="000000"/>
        </w:rPr>
        <w:t xml:space="preserve"> enough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but</w:t>
      </w:r>
      <w:r>
        <w:rPr>
          <w:color w:val="000000"/>
        </w:rPr>
        <w:t xml:space="preserve"> nevertheless</w:t>
      </w:r>
      <w:r>
        <w:rPr>
          <w:color w:val="000000"/>
        </w:rPr>
        <w:t xml:space="preserve"> feel</w:t>
      </w:r>
      <w:r>
        <w:rPr>
          <w:color w:val="000000"/>
        </w:rPr>
        <w:t xml:space="preserve"> confident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their</w:t>
      </w:r>
      <w:r>
        <w:rPr>
          <w:color w:val="000000"/>
        </w:rPr>
        <w:t xml:space="preserve"> knowledge.</w:t>
      </w:r>
      <w:r>
        <w:rPr>
          <w:color w:val="000000"/>
        </w:rPr>
        <w:t xml:space="preserve"> Can</w:t>
      </w:r>
      <w:r>
        <w:rPr>
          <w:color w:val="000000"/>
        </w:rPr>
        <w:t xml:space="preserve"> you</w:t>
      </w:r>
      <w:r>
        <w:rPr>
          <w:color w:val="000000"/>
        </w:rPr>
        <w:t xml:space="preserve"> explain</w:t>
      </w:r>
    </w:p>
    <w:p>
      <w:r>
        <w:t xml:space="preserve">[00:15:01] Speaker 4: </w:t>
      </w:r>
      <w:r>
        <w:rPr>
          <w:color w:val="000000"/>
        </w:rPr>
        <w:t>your</w:t>
      </w:r>
      <w:r>
        <w:rPr>
          <w:color w:val="000000"/>
        </w:rPr>
        <w:t xml:space="preserve"> argument?</w:t>
      </w:r>
      <w:r>
        <w:rPr>
          <w:color w:val="000000"/>
        </w:rPr>
        <w:t xml:space="preserve"> I</w:t>
      </w:r>
      <w:r>
        <w:rPr>
          <w:color w:val="000000"/>
        </w:rPr>
        <w:t xml:space="preserve"> certainly</w:t>
      </w:r>
      <w:r>
        <w:rPr>
          <w:color w:val="000000"/>
        </w:rPr>
        <w:t xml:space="preserve"> don't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make</w:t>
      </w:r>
      <w:r>
        <w:rPr>
          <w:color w:val="000000"/>
        </w:rPr>
        <w:t xml:space="preserve"> the</w:t>
      </w:r>
      <w:r>
        <w:rPr>
          <w:color w:val="000000"/>
        </w:rPr>
        <w:t xml:space="preserve"> case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can't</w:t>
      </w:r>
      <w:r>
        <w:rPr>
          <w:color w:val="000000"/>
        </w:rPr>
        <w:t xml:space="preserve"> acquire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knowledge.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</w:t>
      </w:r>
      <w:r>
        <w:rPr>
          <w:color w:val="000000"/>
        </w:rPr>
        <w:t xml:space="preserve"> have</w:t>
      </w:r>
      <w:r>
        <w:rPr>
          <w:color w:val="000000"/>
        </w:rPr>
        <w:t xml:space="preserve"> the</w:t>
      </w:r>
      <w:r>
        <w:rPr>
          <w:color w:val="000000"/>
        </w:rPr>
        <w:t xml:space="preserve"> capabilities,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people</w:t>
      </w:r>
      <w:r>
        <w:rPr>
          <w:color w:val="000000"/>
        </w:rPr>
        <w:t xml:space="preserve"> are</w:t>
      </w:r>
      <w:r>
        <w:rPr>
          <w:color w:val="000000"/>
        </w:rPr>
        <w:t xml:space="preserve"> very,</w:t>
      </w:r>
      <w:r>
        <w:rPr>
          <w:color w:val="000000"/>
        </w:rPr>
        <w:t xml:space="preserve"> uh,</w:t>
      </w:r>
      <w:r>
        <w:rPr>
          <w:color w:val="000000"/>
        </w:rPr>
        <w:t xml:space="preserve"> capable</w:t>
      </w:r>
      <w:r>
        <w:rPr>
          <w:color w:val="000000"/>
        </w:rPr>
        <w:t xml:space="preserve"> of</w:t>
      </w:r>
      <w:r>
        <w:rPr>
          <w:color w:val="000000"/>
        </w:rPr>
        <w:t xml:space="preserve"> navigating</w:t>
      </w:r>
      <w:r>
        <w:rPr>
          <w:color w:val="000000"/>
        </w:rPr>
        <w:t xml:space="preserve"> all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really</w:t>
      </w:r>
      <w:r>
        <w:rPr>
          <w:color w:val="000000"/>
        </w:rPr>
        <w:t xml:space="preserve"> big</w:t>
      </w:r>
      <w:r>
        <w:rPr>
          <w:color w:val="000000"/>
        </w:rPr>
        <w:t xml:space="preserve"> problems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own</w:t>
      </w:r>
      <w:r>
        <w:rPr>
          <w:color w:val="000000"/>
        </w:rPr>
        <w:t xml:space="preserve"> daily</w:t>
      </w:r>
      <w:r>
        <w:rPr>
          <w:color w:val="000000"/>
        </w:rPr>
        <w:t xml:space="preserve"> lives,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Um,</w:t>
      </w:r>
      <w:r>
        <w:rPr>
          <w:color w:val="000000"/>
        </w:rPr>
        <w:t xml:space="preserve"> I</w:t>
      </w:r>
      <w:r>
        <w:rPr>
          <w:color w:val="000000"/>
        </w:rPr>
        <w:t xml:space="preserve"> don't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claim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can't</w:t>
      </w:r>
      <w:r>
        <w:rPr>
          <w:color w:val="000000"/>
        </w:rPr>
        <w:t xml:space="preserve"> acquire</w:t>
      </w:r>
      <w:r>
        <w:rPr>
          <w:color w:val="000000"/>
        </w:rPr>
        <w:t xml:space="preserve"> knowledge.</w:t>
      </w:r>
      <w:r>
        <w:rPr>
          <w:highlight w:val="yellow"/>
        </w:rPr>
        <w:t xml:space="preserve"> That's</w:t>
      </w:r>
      <w:r>
        <w:rPr>
          <w:color w:val="000000"/>
        </w:rPr>
        <w:t xml:space="preserve"> an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point.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time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unpacking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one</w:t>
      </w:r>
      <w:r>
        <w:rPr>
          <w:color w:val="000000"/>
        </w:rPr>
        <w:t xml:space="preserve"> of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reasons</w:t>
      </w:r>
      <w:r>
        <w:rPr>
          <w:color w:val="000000"/>
        </w:rPr>
        <w:t xml:space="preserve"> why</w:t>
      </w:r>
      <w:r>
        <w:rPr>
          <w:color w:val="000000"/>
        </w:rPr>
        <w:t xml:space="preserve"> that</w:t>
      </w:r>
      <w:r>
        <w:rPr>
          <w:color w:val="000000"/>
        </w:rPr>
        <w:t xml:space="preserve"> is,</w:t>
      </w:r>
      <w:r>
        <w:rPr>
          <w:color w:val="000000"/>
        </w:rPr>
        <w:t xml:space="preserve"> um,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separate</w:t>
      </w:r>
      <w:r>
        <w:rPr>
          <w:color w:val="000000"/>
        </w:rPr>
        <w:t xml:space="preserve"> question,</w:t>
      </w:r>
      <w:r>
        <w:rPr>
          <w:color w:val="000000"/>
        </w:rPr>
        <w:t xml:space="preserve"> an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one.</w:t>
      </w:r>
      <w:r>
        <w:rPr>
          <w:color w:val="000000"/>
        </w:rPr>
        <w:t xml:space="preserve"> but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purposes</w:t>
      </w:r>
      <w:r>
        <w:rPr>
          <w:color w:val="000000"/>
        </w:rPr>
        <w:t xml:space="preserve"> of</w:t>
      </w:r>
      <w:r>
        <w:rPr>
          <w:color w:val="000000"/>
        </w:rPr>
        <w:t xml:space="preserve"> my</w:t>
      </w:r>
      <w:r>
        <w:rPr>
          <w:color w:val="000000"/>
        </w:rPr>
        <w:t xml:space="preserve"> argument,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arrived</w:t>
      </w:r>
      <w:r>
        <w:rPr>
          <w:color w:val="000000"/>
        </w:rPr>
        <w:t xml:space="preserve"> at</w:t>
      </w:r>
      <w:r>
        <w:rPr>
          <w:color w:val="000000"/>
        </w:rPr>
        <w:t xml:space="preserve"> this</w:t>
      </w:r>
      <w:r>
        <w:rPr>
          <w:color w:val="000000"/>
        </w:rPr>
        <w:t xml:space="preserve"> at</w:t>
      </w:r>
      <w:r>
        <w:rPr>
          <w:color w:val="000000"/>
        </w:rPr>
        <w:t xml:space="preserve"> this</w:t>
      </w:r>
      <w:r>
        <w:rPr>
          <w:color w:val="000000"/>
        </w:rPr>
        <w:t xml:space="preserve"> discovery</w:t>
      </w:r>
      <w:r>
        <w:rPr>
          <w:highlight w:val="yellow"/>
        </w:rPr>
        <w:t xml:space="preserve"> that's</w:t>
      </w:r>
      <w:r>
        <w:rPr>
          <w:color w:val="000000"/>
        </w:rPr>
        <w:t xml:space="preserve"> um</w:t>
      </w:r>
      <w:r>
        <w:rPr>
          <w:color w:val="000000"/>
        </w:rPr>
        <w:t xml:space="preserve"> much</w:t>
      </w:r>
      <w:r>
        <w:rPr>
          <w:color w:val="000000"/>
        </w:rPr>
        <w:t xml:space="preserve"> in</w:t>
      </w:r>
      <w:r>
        <w:rPr>
          <w:color w:val="000000"/>
        </w:rPr>
        <w:t xml:space="preserve"> line</w:t>
      </w:r>
      <w:r>
        <w:rPr>
          <w:color w:val="000000"/>
        </w:rPr>
        <w:t xml:space="preserve"> with</w:t>
      </w:r>
      <w:r>
        <w:rPr>
          <w:color w:val="000000"/>
        </w:rPr>
        <w:t xml:space="preserve"> some</w:t>
      </w:r>
      <w:r>
        <w:rPr>
          <w:color w:val="000000"/>
        </w:rPr>
        <w:t xml:space="preserve"> existing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educational</w:t>
      </w:r>
      <w:r>
        <w:rPr>
          <w:color w:val="000000"/>
        </w:rPr>
        <w:t xml:space="preserve"> sphere.</w:t>
      </w:r>
      <w:r>
        <w:rPr>
          <w:highlight w:val="yellow"/>
        </w:rPr>
        <w:t xml:space="preserve"> Uh,</w:t>
      </w:r>
      <w:r>
        <w:rPr>
          <w:color w:val="000000"/>
        </w:rPr>
        <w:t xml:space="preserve"> it</w:t>
      </w:r>
      <w:r>
        <w:rPr>
          <w:color w:val="000000"/>
        </w:rPr>
        <w:t xml:space="preserve"> turns</w:t>
      </w:r>
      <w:r>
        <w:rPr>
          <w:color w:val="000000"/>
        </w:rPr>
        <w:t xml:space="preserve"> out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lacking</w:t>
      </w:r>
      <w:r>
        <w:rPr>
          <w:color w:val="000000"/>
        </w:rPr>
        <w:t xml:space="preserve"> in</w:t>
      </w:r>
      <w:r>
        <w:rPr>
          <w:color w:val="000000"/>
        </w:rPr>
        <w:t xml:space="preserve"> basic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facts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um,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them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extremely</w:t>
      </w:r>
      <w:r>
        <w:rPr>
          <w:color w:val="000000"/>
        </w:rPr>
        <w:t xml:space="preserve"> confident</w:t>
      </w:r>
      <w:r>
        <w:rPr>
          <w:color w:val="000000"/>
        </w:rPr>
        <w:t xml:space="preserve"> in</w:t>
      </w:r>
      <w:r>
        <w:rPr>
          <w:color w:val="000000"/>
        </w:rPr>
        <w:t xml:space="preserve"> that</w:t>
      </w:r>
      <w:r>
        <w:rPr>
          <w:color w:val="000000"/>
        </w:rPr>
        <w:t xml:space="preserve"> knowledge,</w:t>
      </w:r>
      <w:r>
        <w:rPr>
          <w:color w:val="000000"/>
        </w:rPr>
        <w:t xml:space="preserve"> um,</w:t>
      </w:r>
      <w:r>
        <w:rPr>
          <w:color w:val="000000"/>
        </w:rPr>
        <w:t xml:space="preserve"> believing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know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more</w:t>
      </w:r>
      <w:r>
        <w:rPr>
          <w:color w:val="000000"/>
        </w:rPr>
        <w:t xml:space="preserve"> than</w:t>
      </w:r>
      <w:r>
        <w:rPr>
          <w:color w:val="000000"/>
        </w:rPr>
        <w:t xml:space="preserve"> other</w:t>
      </w:r>
      <w:r>
        <w:rPr>
          <w:color w:val="000000"/>
        </w:rPr>
        <w:t xml:space="preserve"> people</w:t>
      </w:r>
      <w:r>
        <w:rPr>
          <w:color w:val="000000"/>
        </w:rPr>
        <w:t xml:space="preserve"> in</w:t>
      </w:r>
      <w:r>
        <w:rPr>
          <w:color w:val="000000"/>
        </w:rPr>
        <w:t xml:space="preserve"> their,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lives.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again,</w:t>
      </w:r>
      <w:r>
        <w:rPr>
          <w:color w:val="000000"/>
        </w:rPr>
        <w:t xml:space="preserve"> leaving</w:t>
      </w:r>
      <w:r>
        <w:rPr>
          <w:color w:val="000000"/>
        </w:rPr>
        <w:t xml:space="preserve"> aside</w:t>
      </w:r>
      <w:r>
        <w:rPr>
          <w:color w:val="000000"/>
        </w:rPr>
        <w:t xml:space="preserve"> the</w:t>
      </w:r>
      <w:r>
        <w:rPr>
          <w:color w:val="000000"/>
        </w:rPr>
        <w:t xml:space="preserve"> critique</w:t>
      </w:r>
      <w:r>
        <w:rPr>
          <w:color w:val="000000"/>
        </w:rPr>
        <w:t xml:space="preserve"> maybe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public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are,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stupid</w:t>
      </w:r>
      <w:r>
        <w:rPr>
          <w:color w:val="000000"/>
        </w:rPr>
        <w:t xml:space="preserve"> or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</w:t>
      </w:r>
      <w:r>
        <w:rPr>
          <w:color w:val="000000"/>
        </w:rPr>
        <w:t xml:space="preserve"> know</w:t>
      </w:r>
      <w:r>
        <w:rPr>
          <w:color w:val="000000"/>
        </w:rPr>
        <w:t xml:space="preserve"> enough,</w:t>
      </w:r>
      <w:r>
        <w:rPr>
          <w:color w:val="000000"/>
        </w:rPr>
        <w:t xml:space="preserve"> that's</w:t>
      </w:r>
      <w:r>
        <w:rPr>
          <w:color w:val="000000"/>
        </w:rPr>
        <w:t xml:space="preserve"> not</w:t>
      </w:r>
      <w:r>
        <w:rPr>
          <w:color w:val="000000"/>
        </w:rPr>
        <w:t xml:space="preserve"> really</w:t>
      </w:r>
      <w:r>
        <w:rPr>
          <w:color w:val="000000"/>
        </w:rPr>
        <w:t xml:space="preserve"> an</w:t>
      </w:r>
      <w:r>
        <w:rPr>
          <w:color w:val="000000"/>
        </w:rPr>
        <w:t xml:space="preserve"> argument</w:t>
      </w:r>
      <w:r>
        <w:rPr>
          <w:color w:val="000000"/>
        </w:rPr>
        <w:t xml:space="preserve"> that</w:t>
      </w:r>
      <w:r>
        <w:rPr>
          <w:color w:val="000000"/>
        </w:rPr>
        <w:t xml:space="preserve"> I'm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make.</w:t>
      </w:r>
      <w:r>
        <w:rPr>
          <w:color w:val="000000"/>
        </w:rPr>
        <w:t xml:space="preserve"> Um,</w:t>
      </w:r>
      <w:r>
        <w:rPr>
          <w:color w:val="000000"/>
        </w:rPr>
        <w:t xml:space="preserve"> what</w:t>
      </w:r>
      <w:r>
        <w:rPr>
          <w:color w:val="000000"/>
        </w:rPr>
        <w:t xml:space="preserve"> I'm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say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there's</w:t>
      </w:r>
      <w:r>
        <w:rPr>
          <w:color w:val="000000"/>
        </w:rPr>
        <w:t xml:space="preserve"> uh</w:t>
      </w:r>
      <w:r>
        <w:rPr>
          <w:color w:val="000000"/>
        </w:rPr>
        <w:t xml:space="preserve"> a</w:t>
      </w:r>
      <w:r>
        <w:rPr>
          <w:color w:val="000000"/>
        </w:rPr>
        <w:t xml:space="preserve"> group</w:t>
      </w:r>
      <w:r>
        <w:rPr>
          <w:color w:val="000000"/>
        </w:rPr>
        <w:t xml:space="preserve"> of</w:t>
      </w:r>
      <w:r>
        <w:rPr>
          <w:color w:val="000000"/>
        </w:rPr>
        <w:t xml:space="preserve"> of</w:t>
      </w:r>
      <w:r>
        <w:rPr>
          <w:color w:val="000000"/>
        </w:rPr>
        <w:t xml:space="preserve"> individuals</w:t>
      </w:r>
      <w:r>
        <w:rPr>
          <w:color w:val="000000"/>
        </w:rPr>
        <w:t xml:space="preserve"> in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society</w:t>
      </w:r>
      <w:r>
        <w:rPr>
          <w:color w:val="000000"/>
        </w:rPr>
        <w:t xml:space="preserve"> that</w:t>
      </w:r>
      <w:r>
        <w:rPr>
          <w:color w:val="000000"/>
        </w:rPr>
        <w:t xml:space="preserve"> simply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experts</w:t>
      </w:r>
      <w:r>
        <w:rPr>
          <w:color w:val="000000"/>
        </w:rPr>
        <w:t xml:space="preserve"> when</w:t>
      </w:r>
      <w:r>
        <w:rPr>
          <w:color w:val="000000"/>
        </w:rPr>
        <w:t xml:space="preserve"> they're</w:t>
      </w:r>
      <w:r>
        <w:rPr>
          <w:color w:val="000000"/>
        </w:rPr>
        <w:t xml:space="preserve"> not.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that</w:t>
      </w:r>
      <w:r>
        <w:rPr>
          <w:color w:val="000000"/>
        </w:rPr>
        <w:t xml:space="preserve"> has,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implications,</w:t>
      </w:r>
      <w:r>
        <w:rPr>
          <w:color w:val="000000"/>
        </w:rPr>
        <w:t xml:space="preserve"> downstream</w:t>
      </w:r>
      <w:r>
        <w:rPr>
          <w:color w:val="000000"/>
        </w:rPr>
        <w:t xml:space="preserve"> implications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talk</w:t>
      </w:r>
      <w:r>
        <w:rPr>
          <w:color w:val="000000"/>
        </w:rPr>
        <w:t xml:space="preserve"> to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other,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engage</w:t>
      </w:r>
      <w:r>
        <w:rPr>
          <w:color w:val="000000"/>
        </w:rPr>
        <w:t xml:space="preserve"> um</w:t>
      </w:r>
      <w:r>
        <w:rPr>
          <w:color w:val="000000"/>
        </w:rPr>
        <w:t xml:space="preserve"> across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partisan.</w:t>
      </w:r>
      <w:r>
        <w:rPr>
          <w:color w:val="000000"/>
        </w:rPr>
        <w:t xml:space="preserve"> Uh,</w:t>
      </w:r>
      <w:r>
        <w:rPr>
          <w:color w:val="000000"/>
        </w:rPr>
        <w:t xml:space="preserve"> um,</w:t>
      </w:r>
      <w:r>
        <w:rPr>
          <w:color w:val="000000"/>
        </w:rPr>
        <w:t xml:space="preserve"> groups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eventually,</w:t>
      </w:r>
      <w:r>
        <w:rPr>
          <w:color w:val="000000"/>
        </w:rPr>
        <w:t xml:space="preserve"> uh,</w:t>
      </w:r>
      <w:r>
        <w:rPr>
          <w:color w:val="000000"/>
        </w:rPr>
        <w:t xml:space="preserve"> leverage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things</w:t>
      </w:r>
      <w:r>
        <w:rPr>
          <w:color w:val="000000"/>
        </w:rPr>
        <w:t xml:space="preserve"> like</w:t>
      </w:r>
      <w:r>
        <w:rPr>
          <w:color w:val="000000"/>
        </w:rPr>
        <w:t xml:space="preserve"> choose</w:t>
      </w:r>
      <w:r>
        <w:rPr>
          <w:color w:val="000000"/>
        </w:rPr>
        <w:t xml:space="preserve"> candidates,</w:t>
      </w:r>
      <w:r>
        <w:rPr>
          <w:color w:val="000000"/>
        </w:rPr>
        <w:t xml:space="preserve"> right?</w:t>
      </w:r>
      <w:r>
        <w:rPr>
          <w:highlight w:val="yellow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we'll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see,</w:t>
      </w:r>
      <w:r>
        <w:rPr>
          <w:color w:val="000000"/>
        </w:rPr>
        <w:t xml:space="preserve"> uh,</w:t>
      </w:r>
      <w:r>
        <w:rPr>
          <w:color w:val="000000"/>
        </w:rPr>
        <w:t xml:space="preserve"> that</w:t>
      </w:r>
      <w:r>
        <w:rPr>
          <w:color w:val="000000"/>
        </w:rPr>
        <w:t xml:space="preserve"> come</w:t>
      </w:r>
      <w:r>
        <w:rPr>
          <w:color w:val="000000"/>
        </w:rPr>
        <w:t xml:space="preserve"> to</w:t>
      </w:r>
      <w:r>
        <w:rPr>
          <w:color w:val="000000"/>
        </w:rPr>
        <w:t xml:space="preserve"> bear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upcoming</w:t>
      </w:r>
      <w:r>
        <w:rPr>
          <w:color w:val="000000"/>
        </w:rPr>
        <w:t xml:space="preserve"> election.</w:t>
      </w:r>
    </w:p>
    <w:p>
      <w:r>
        <w:t xml:space="preserve">[00:16:32] Speaker 1: </w:t>
      </w:r>
      <w:r>
        <w:rPr>
          <w:color w:val="000000"/>
        </w:rPr>
        <w:t>When</w:t>
      </w:r>
      <w:r>
        <w:rPr>
          <w:color w:val="000000"/>
        </w:rPr>
        <w:t xml:space="preserve"> you</w:t>
      </w:r>
      <w:r>
        <w:rPr>
          <w:color w:val="000000"/>
        </w:rPr>
        <w:t xml:space="preserve"> say</w:t>
      </w:r>
      <w:r>
        <w:rPr>
          <w:color w:val="000000"/>
        </w:rPr>
        <w:t xml:space="preserve"> many</w:t>
      </w:r>
      <w:r>
        <w:rPr>
          <w:color w:val="000000"/>
        </w:rPr>
        <w:t xml:space="preserve"> of</w:t>
      </w:r>
      <w:r>
        <w:rPr>
          <w:color w:val="000000"/>
        </w:rPr>
        <w:t xml:space="preserve"> us</w:t>
      </w:r>
      <w:r>
        <w:rPr>
          <w:color w:val="000000"/>
        </w:rPr>
        <w:t xml:space="preserve"> are</w:t>
      </w:r>
      <w:r>
        <w:rPr>
          <w:color w:val="000000"/>
        </w:rPr>
        <w:t xml:space="preserve"> experts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are</w:t>
      </w:r>
      <w:r>
        <w:rPr>
          <w:color w:val="000000"/>
        </w:rPr>
        <w:t xml:space="preserve"> not,</w:t>
      </w:r>
      <w:r>
        <w:rPr>
          <w:color w:val="000000"/>
        </w:rPr>
        <w:t xml:space="preserve"> we</w:t>
      </w:r>
      <w:r>
        <w:rPr>
          <w:color w:val="000000"/>
        </w:rPr>
        <w:t xml:space="preserve"> believe</w:t>
      </w:r>
      <w:r>
        <w:rPr>
          <w:color w:val="000000"/>
        </w:rPr>
        <w:t xml:space="preserve"> we</w:t>
      </w:r>
      <w:r>
        <w:rPr>
          <w:color w:val="000000"/>
        </w:rPr>
        <w:t xml:space="preserve"> are</w:t>
      </w:r>
      <w:r>
        <w:rPr>
          <w:color w:val="000000"/>
        </w:rPr>
        <w:t xml:space="preserve"> experts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are</w:t>
      </w:r>
      <w:r>
        <w:rPr>
          <w:color w:val="000000"/>
        </w:rPr>
        <w:t xml:space="preserve"> not.</w:t>
      </w:r>
      <w:r>
        <w:rPr>
          <w:color w:val="000000"/>
        </w:rPr>
        <w:t xml:space="preserve"> Do</w:t>
      </w:r>
      <w:r>
        <w:rPr>
          <w:color w:val="000000"/>
        </w:rPr>
        <w:t xml:space="preserve"> you</w:t>
      </w:r>
      <w:r>
        <w:rPr>
          <w:color w:val="000000"/>
        </w:rPr>
        <w:t xml:space="preserve"> think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particularly</w:t>
      </w:r>
      <w:r>
        <w:rPr>
          <w:color w:val="000000"/>
        </w:rPr>
        <w:t xml:space="preserve"> new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with</w:t>
      </w:r>
      <w:r>
        <w:rPr>
          <w:color w:val="000000"/>
        </w:rPr>
        <w:t xml:space="preserve"> the</w:t>
      </w:r>
      <w:r>
        <w:rPr>
          <w:color w:val="000000"/>
        </w:rPr>
        <w:t xml:space="preserve"> democratization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media?</w:t>
      </w:r>
    </w:p>
    <w:p>
      <w:r>
        <w:t xml:space="preserve">[00:16:47] Speaker 4: </w:t>
      </w:r>
      <w:r>
        <w:rPr>
          <w:color w:val="000000"/>
        </w:rPr>
        <w:t>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</w:t>
      </w:r>
      <w:r>
        <w:rPr>
          <w:color w:val="000000"/>
        </w:rPr>
        <w:t xml:space="preserve"> wish</w:t>
      </w:r>
      <w:r>
        <w:rPr>
          <w:color w:val="000000"/>
        </w:rPr>
        <w:t xml:space="preserve"> that</w:t>
      </w:r>
      <w:r>
        <w:rPr>
          <w:color w:val="000000"/>
        </w:rPr>
        <w:t xml:space="preserve"> I</w:t>
      </w:r>
      <w:r>
        <w:rPr>
          <w:color w:val="000000"/>
        </w:rPr>
        <w:t xml:space="preserve"> had</w:t>
      </w:r>
      <w:r>
        <w:rPr>
          <w:color w:val="000000"/>
        </w:rPr>
        <w:t xml:space="preserve"> the</w:t>
      </w:r>
      <w:r>
        <w:rPr>
          <w:color w:val="000000"/>
        </w:rPr>
        <w:t xml:space="preserve"> ability</w:t>
      </w:r>
      <w:r>
        <w:rPr>
          <w:color w:val="000000"/>
        </w:rPr>
        <w:t xml:space="preserve"> to</w:t>
      </w:r>
      <w:r>
        <w:rPr>
          <w:color w:val="000000"/>
        </w:rPr>
        <w:t xml:space="preserve"> answer</w:t>
      </w:r>
      <w:r>
        <w:rPr>
          <w:color w:val="000000"/>
        </w:rPr>
        <w:t xml:space="preserve"> it</w:t>
      </w:r>
      <w:r>
        <w:rPr>
          <w:color w:val="000000"/>
        </w:rPr>
        <w:t xml:space="preserve"> more</w:t>
      </w:r>
      <w:r>
        <w:rPr>
          <w:color w:val="000000"/>
        </w:rPr>
        <w:t xml:space="preserve"> conclusively</w:t>
      </w:r>
      <w:r>
        <w:rPr>
          <w:color w:val="000000"/>
        </w:rPr>
        <w:t xml:space="preserve"> using</w:t>
      </w:r>
      <w:r>
        <w:rPr>
          <w:color w:val="000000"/>
        </w:rPr>
        <w:t xml:space="preserve"> the</w:t>
      </w:r>
      <w:r>
        <w:rPr>
          <w:color w:val="000000"/>
        </w:rPr>
        <w:t xml:space="preserve"> data</w:t>
      </w:r>
      <w:r>
        <w:rPr>
          <w:color w:val="000000"/>
        </w:rPr>
        <w:t xml:space="preserve"> that</w:t>
      </w:r>
      <w:r>
        <w:rPr>
          <w:color w:val="000000"/>
        </w:rPr>
        <w:t xml:space="preserve"> I</w:t>
      </w:r>
      <w:r>
        <w:rPr>
          <w:color w:val="000000"/>
        </w:rPr>
        <w:t xml:space="preserve"> use</w:t>
      </w:r>
      <w:r>
        <w:rPr>
          <w:color w:val="000000"/>
        </w:rPr>
        <w:t xml:space="preserve"> in</w:t>
      </w:r>
      <w:r>
        <w:rPr>
          <w:color w:val="000000"/>
        </w:rPr>
        <w:t xml:space="preserve"> my</w:t>
      </w:r>
      <w:r>
        <w:rPr>
          <w:color w:val="000000"/>
        </w:rPr>
        <w:t xml:space="preserve"> studies,</w:t>
      </w:r>
      <w:r>
        <w:rPr>
          <w:color w:val="000000"/>
        </w:rPr>
        <w:t xml:space="preserve"> but</w:t>
      </w:r>
      <w:r>
        <w:rPr>
          <w:color w:val="000000"/>
        </w:rPr>
        <w:t xml:space="preserve"> we</w:t>
      </w:r>
      <w:r>
        <w:rPr>
          <w:color w:val="000000"/>
        </w:rPr>
        <w:t xml:space="preserve"> just</w:t>
      </w:r>
      <w:r>
        <w:rPr>
          <w:color w:val="000000"/>
        </w:rPr>
        <w:t xml:space="preserve"> really</w:t>
      </w:r>
      <w:r>
        <w:rPr>
          <w:color w:val="000000"/>
        </w:rPr>
        <w:t xml:space="preserve"> don't</w:t>
      </w:r>
      <w:r>
        <w:rPr>
          <w:color w:val="000000"/>
        </w:rPr>
        <w:t xml:space="preserve"> have</w:t>
      </w:r>
      <w:r>
        <w:rPr>
          <w:color w:val="000000"/>
        </w:rPr>
        <w:t xml:space="preserve"> the</w:t>
      </w:r>
      <w:r>
        <w:rPr>
          <w:color w:val="000000"/>
        </w:rPr>
        <w:t xml:space="preserve"> ability</w:t>
      </w:r>
      <w:r>
        <w:rPr>
          <w:color w:val="000000"/>
        </w:rPr>
        <w:t xml:space="preserve"> to</w:t>
      </w:r>
      <w:r>
        <w:rPr>
          <w:color w:val="000000"/>
        </w:rPr>
        <w:t xml:space="preserve"> test</w:t>
      </w:r>
      <w:r>
        <w:rPr>
          <w:color w:val="000000"/>
        </w:rPr>
        <w:t xml:space="preserve"> over</w:t>
      </w:r>
      <w:r>
        <w:rPr>
          <w:color w:val="000000"/>
        </w:rPr>
        <w:t xml:space="preserve"> time</w:t>
      </w:r>
      <w:r>
        <w:rPr>
          <w:color w:val="000000"/>
        </w:rPr>
        <w:t xml:space="preserve"> variation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yet.</w:t>
      </w:r>
      <w:r>
        <w:rPr>
          <w:highlight w:val="yellow"/>
        </w:rPr>
        <w:t xml:space="preserve"> Uh,</w:t>
      </w:r>
      <w:r>
        <w:rPr>
          <w:color w:val="000000"/>
        </w:rPr>
        <w:t xml:space="preserve"> but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reason</w:t>
      </w:r>
      <w:r>
        <w:rPr>
          <w:color w:val="000000"/>
        </w:rPr>
        <w:t xml:space="preserve"> why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speculate</w:t>
      </w:r>
      <w:r>
        <w:rPr>
          <w:color w:val="000000"/>
        </w:rPr>
        <w:t xml:space="preserve"> that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potentially</w:t>
      </w:r>
      <w:r>
        <w:rPr>
          <w:color w:val="000000"/>
        </w:rPr>
        <w:t xml:space="preserve"> an</w:t>
      </w:r>
      <w:r>
        <w:rPr>
          <w:color w:val="000000"/>
        </w:rPr>
        <w:t xml:space="preserve"> increase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over</w:t>
      </w:r>
      <w:r>
        <w:rPr>
          <w:color w:val="000000"/>
        </w:rPr>
        <w:t xml:space="preserve"> time.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for</w:t>
      </w:r>
      <w:r>
        <w:rPr>
          <w:color w:val="000000"/>
        </w:rPr>
        <w:t xml:space="preserve"> one</w:t>
      </w:r>
      <w:r>
        <w:rPr>
          <w:color w:val="000000"/>
        </w:rPr>
        <w:t xml:space="preserve"> thing,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big</w:t>
      </w:r>
      <w:r>
        <w:rPr>
          <w:color w:val="000000"/>
        </w:rPr>
        <w:t xml:space="preserve"> um</w:t>
      </w:r>
      <w:r>
        <w:rPr>
          <w:color w:val="000000"/>
        </w:rPr>
        <w:t xml:space="preserve"> piece</w:t>
      </w:r>
      <w:r>
        <w:rPr>
          <w:color w:val="000000"/>
        </w:rPr>
        <w:t xml:space="preserve"> of</w:t>
      </w:r>
      <w:r>
        <w:rPr>
          <w:color w:val="000000"/>
        </w:rPr>
        <w:t xml:space="preserve"> this</w:t>
      </w:r>
      <w:r>
        <w:rPr>
          <w:color w:val="000000"/>
        </w:rPr>
        <w:t xml:space="preserve"> that</w:t>
      </w:r>
      <w:r>
        <w:rPr>
          <w:color w:val="000000"/>
        </w:rPr>
        <w:t xml:space="preserve"> can't</w:t>
      </w:r>
      <w:r>
        <w:rPr>
          <w:color w:val="000000"/>
        </w:rPr>
        <w:t xml:space="preserve"> be</w:t>
      </w:r>
      <w:r>
        <w:rPr>
          <w:color w:val="000000"/>
        </w:rPr>
        <w:t xml:space="preserve"> ignored,</w:t>
      </w:r>
      <w:r>
        <w:rPr>
          <w:color w:val="000000"/>
        </w:rPr>
        <w:t xml:space="preserve"> the</w:t>
      </w:r>
      <w:r>
        <w:rPr>
          <w:color w:val="000000"/>
        </w:rPr>
        <w:t xml:space="preserve"> notion</w:t>
      </w:r>
      <w:r>
        <w:rPr>
          <w:color w:val="000000"/>
        </w:rPr>
        <w:t xml:space="preserve"> that</w:t>
      </w:r>
      <w:r>
        <w:rPr>
          <w:color w:val="000000"/>
        </w:rPr>
        <w:t xml:space="preserve"> when</w:t>
      </w:r>
      <w:r>
        <w:rPr>
          <w:color w:val="000000"/>
        </w:rPr>
        <w:t xml:space="preserve"> we're</w:t>
      </w:r>
      <w:r>
        <w:rPr>
          <w:color w:val="000000"/>
        </w:rPr>
        <w:t xml:space="preserve"> communicating</w:t>
      </w:r>
      <w:r>
        <w:rPr>
          <w:color w:val="000000"/>
        </w:rPr>
        <w:t xml:space="preserve"> online,</w:t>
      </w:r>
      <w:r>
        <w:rPr>
          <w:color w:val="000000"/>
        </w:rPr>
        <w:t xml:space="preserve"> and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when</w:t>
      </w:r>
      <w:r>
        <w:rPr>
          <w:highlight w:val="yellow"/>
        </w:rPr>
        <w:t xml:space="preserve"> we're</w:t>
      </w:r>
      <w:r>
        <w:rPr>
          <w:color w:val="000000"/>
        </w:rPr>
        <w:t xml:space="preserve"> communicating</w:t>
      </w:r>
      <w:r>
        <w:rPr>
          <w:color w:val="000000"/>
        </w:rPr>
        <w:t xml:space="preserve"> in</w:t>
      </w:r>
      <w:r>
        <w:rPr>
          <w:color w:val="000000"/>
        </w:rPr>
        <w:t xml:space="preserve"> an</w:t>
      </w:r>
      <w:r>
        <w:rPr>
          <w:color w:val="000000"/>
        </w:rPr>
        <w:t xml:space="preserve"> impersonal</w:t>
      </w:r>
      <w:r>
        <w:rPr>
          <w:color w:val="000000"/>
        </w:rPr>
        <w:t xml:space="preserve"> online</w:t>
      </w:r>
      <w:r>
        <w:rPr>
          <w:color w:val="000000"/>
        </w:rPr>
        <w:t xml:space="preserve"> setting</w:t>
      </w:r>
      <w:r>
        <w:rPr>
          <w:color w:val="000000"/>
        </w:rPr>
        <w:t xml:space="preserve"> with</w:t>
      </w:r>
      <w:r>
        <w:rPr>
          <w:color w:val="000000"/>
        </w:rPr>
        <w:t xml:space="preserve"> conditions</w:t>
      </w:r>
      <w:r>
        <w:rPr>
          <w:color w:val="000000"/>
        </w:rPr>
        <w:t xml:space="preserve"> of</w:t>
      </w:r>
      <w:r>
        <w:rPr>
          <w:color w:val="000000"/>
        </w:rPr>
        <w:t xml:space="preserve"> anonymity,</w:t>
      </w:r>
      <w:r>
        <w:rPr>
          <w:color w:val="000000"/>
        </w:rPr>
        <w:t xml:space="preserve"> um,</w:t>
      </w:r>
      <w:r>
        <w:rPr>
          <w:color w:val="000000"/>
        </w:rPr>
        <w:t xml:space="preserve"> it's</w:t>
      </w:r>
      <w:r>
        <w:rPr>
          <w:color w:val="000000"/>
        </w:rPr>
        <w:t xml:space="preserve"> actually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Uh,</w:t>
      </w:r>
      <w:r>
        <w:rPr>
          <w:color w:val="000000"/>
        </w:rPr>
        <w:t xml:space="preserve"> effective</w:t>
      </w:r>
      <w:r>
        <w:rPr>
          <w:color w:val="000000"/>
        </w:rPr>
        <w:t xml:space="preserve"> move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in</w:t>
      </w:r>
      <w:r>
        <w:rPr>
          <w:color w:val="000000"/>
        </w:rPr>
        <w:t xml:space="preserve"> that</w:t>
      </w:r>
      <w:r>
        <w:rPr>
          <w:color w:val="000000"/>
        </w:rPr>
        <w:t xml:space="preserve"> online</w:t>
      </w:r>
      <w:r>
        <w:rPr>
          <w:color w:val="000000"/>
        </w:rPr>
        <w:t xml:space="preserve"> space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stance,</w:t>
      </w:r>
      <w:r>
        <w:rPr>
          <w:color w:val="000000"/>
        </w:rPr>
        <w:t xml:space="preserve"> right,</w:t>
      </w:r>
      <w:r>
        <w:rPr>
          <w:color w:val="000000"/>
        </w:rPr>
        <w:t xml:space="preserve"> or</w:t>
      </w:r>
      <w:r>
        <w:rPr>
          <w:color w:val="000000"/>
        </w:rPr>
        <w:t xml:space="preserve"> a,</w:t>
      </w:r>
      <w:r>
        <w:rPr>
          <w:color w:val="000000"/>
        </w:rPr>
        <w:t xml:space="preserve"> a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a</w:t>
      </w:r>
      <w:r>
        <w:rPr>
          <w:color w:val="000000"/>
        </w:rPr>
        <w:t xml:space="preserve"> communication,</w:t>
      </w:r>
      <w:r>
        <w:rPr>
          <w:color w:val="000000"/>
        </w:rPr>
        <w:t xml:space="preserve"> uh,</w:t>
      </w:r>
      <w:r>
        <w:rPr>
          <w:color w:val="000000"/>
        </w:rPr>
        <w:t xml:space="preserve"> uh,</w:t>
      </w:r>
      <w:r>
        <w:rPr>
          <w:color w:val="000000"/>
        </w:rPr>
        <w:t xml:space="preserve"> mentality</w:t>
      </w:r>
      <w:r>
        <w:rPr>
          <w:color w:val="000000"/>
        </w:rPr>
        <w:t xml:space="preserve"> of,</w:t>
      </w:r>
      <w:r>
        <w:rPr>
          <w:color w:val="000000"/>
        </w:rPr>
        <w:t xml:space="preserve"> of</w:t>
      </w:r>
      <w:r>
        <w:rPr>
          <w:color w:val="000000"/>
        </w:rPr>
        <w:t xml:space="preserve"> confidence,</w:t>
      </w:r>
      <w:r>
        <w:rPr>
          <w:color w:val="000000"/>
        </w:rPr>
        <w:t xml:space="preserve"> right?</w:t>
      </w:r>
      <w:r>
        <w:rPr>
          <w:color w:val="000000"/>
        </w:rPr>
        <w:t xml:space="preserve"> When</w:t>
      </w:r>
      <w:r>
        <w:rPr>
          <w:color w:val="000000"/>
        </w:rPr>
        <w:t xml:space="preserve"> you</w:t>
      </w:r>
      <w:r>
        <w:rPr>
          <w:color w:val="000000"/>
        </w:rPr>
        <w:t xml:space="preserve"> project</w:t>
      </w:r>
      <w:r>
        <w:rPr>
          <w:color w:val="000000"/>
        </w:rPr>
        <w:t xml:space="preserve"> that</w:t>
      </w:r>
      <w:r>
        <w:rPr>
          <w:color w:val="000000"/>
        </w:rPr>
        <w:t xml:space="preserve"> confidence</w:t>
      </w:r>
      <w:r>
        <w:rPr>
          <w:color w:val="000000"/>
        </w:rPr>
        <w:t xml:space="preserve"> into</w:t>
      </w:r>
      <w:r>
        <w:rPr>
          <w:color w:val="000000"/>
        </w:rPr>
        <w:t xml:space="preserve"> the</w:t>
      </w:r>
      <w:r>
        <w:rPr>
          <w:color w:val="000000"/>
        </w:rPr>
        <w:t xml:space="preserve"> anonymous</w:t>
      </w:r>
      <w:r>
        <w:rPr>
          <w:color w:val="000000"/>
        </w:rPr>
        <w:t xml:space="preserve"> online.</w:t>
      </w:r>
      <w:r>
        <w:rPr>
          <w:highlight w:val="yellow"/>
        </w:rPr>
        <w:t xml:space="preserve"> Space,</w:t>
      </w:r>
      <w:r>
        <w:rPr>
          <w:color w:val="000000"/>
        </w:rPr>
        <w:t xml:space="preserve"> people</w:t>
      </w:r>
      <w:r>
        <w:rPr>
          <w:color w:val="000000"/>
        </w:rPr>
        <w:t xml:space="preserve"> listen</w:t>
      </w:r>
      <w:r>
        <w:rPr>
          <w:color w:val="000000"/>
        </w:rPr>
        <w:t xml:space="preserve"> to</w:t>
      </w:r>
      <w:r>
        <w:rPr>
          <w:color w:val="000000"/>
        </w:rPr>
        <w:t xml:space="preserve"> you.</w:t>
      </w:r>
      <w:r>
        <w:rPr>
          <w:highlight w:val="yellow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studies</w:t>
      </w:r>
      <w:r>
        <w:rPr>
          <w:color w:val="000000"/>
        </w:rPr>
        <w:t xml:space="preserve"> that</w:t>
      </w:r>
      <w:r>
        <w:rPr>
          <w:color w:val="000000"/>
        </w:rPr>
        <w:t xml:space="preserve"> have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shown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feature</w:t>
      </w:r>
      <w:r>
        <w:rPr>
          <w:color w:val="000000"/>
        </w:rPr>
        <w:t xml:space="preserve"> of</w:t>
      </w:r>
      <w:r>
        <w:rPr>
          <w:color w:val="000000"/>
        </w:rPr>
        <w:t xml:space="preserve"> this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environment,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when</w:t>
      </w:r>
      <w:r>
        <w:rPr>
          <w:color w:val="000000"/>
        </w:rPr>
        <w:t xml:space="preserve"> it's</w:t>
      </w:r>
      <w:r>
        <w:rPr>
          <w:color w:val="000000"/>
        </w:rPr>
        <w:t xml:space="preserve"> very</w:t>
      </w:r>
      <w:r>
        <w:rPr>
          <w:color w:val="000000"/>
        </w:rPr>
        <w:t xml:space="preserve"> difficult</w:t>
      </w:r>
      <w:r>
        <w:rPr>
          <w:color w:val="000000"/>
        </w:rPr>
        <w:t xml:space="preserve"> for</w:t>
      </w:r>
      <w:r>
        <w:rPr>
          <w:color w:val="000000"/>
        </w:rPr>
        <w:t xml:space="preserve"> users</w:t>
      </w:r>
      <w:r>
        <w:rPr>
          <w:color w:val="000000"/>
        </w:rPr>
        <w:t xml:space="preserve"> to</w:t>
      </w:r>
      <w:r>
        <w:rPr>
          <w:color w:val="000000"/>
        </w:rPr>
        <w:t xml:space="preserve"> evaluate</w:t>
      </w:r>
      <w:r>
        <w:rPr>
          <w:color w:val="000000"/>
        </w:rPr>
        <w:t xml:space="preserve"> the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identities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individuals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communicating</w:t>
      </w:r>
      <w:r>
        <w:rPr>
          <w:color w:val="000000"/>
        </w:rPr>
        <w:t xml:space="preserve"> that</w:t>
      </w:r>
      <w:r>
        <w:rPr>
          <w:color w:val="000000"/>
        </w:rPr>
        <w:t xml:space="preserve"> information.</w:t>
      </w:r>
      <w:r>
        <w:rPr>
          <w:color w:val="000000"/>
        </w:rPr>
        <w:t xml:space="preserve"> And</w:t>
      </w:r>
      <w:r>
        <w:rPr>
          <w:color w:val="000000"/>
        </w:rPr>
        <w:t xml:space="preserve"> so,</w:t>
      </w:r>
      <w:r>
        <w:rPr>
          <w:color w:val="000000"/>
        </w:rPr>
        <w:t xml:space="preserve"> um,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it's</w:t>
      </w:r>
      <w:r>
        <w:rPr>
          <w:color w:val="000000"/>
        </w:rPr>
        <w:t xml:space="preserve"> it's</w:t>
      </w:r>
      <w:r>
        <w:rPr>
          <w:color w:val="000000"/>
        </w:rPr>
        <w:t xml:space="preserve"> a,</w:t>
      </w:r>
      <w:r>
        <w:rPr>
          <w:color w:val="000000"/>
        </w:rPr>
        <w:t xml:space="preserve"> it's</w:t>
      </w:r>
      <w:r>
        <w:rPr>
          <w:color w:val="000000"/>
        </w:rPr>
        <w:t xml:space="preserve"> a</w:t>
      </w:r>
      <w:r>
        <w:rPr>
          <w:color w:val="000000"/>
        </w:rPr>
        <w:t xml:space="preserve"> leveling,</w:t>
      </w:r>
      <w:r>
        <w:rPr>
          <w:color w:val="000000"/>
        </w:rPr>
        <w:t xml:space="preserve"> um.</w:t>
      </w:r>
      <w:r>
        <w:rPr>
          <w:color w:val="000000"/>
        </w:rPr>
        <w:t xml:space="preserve"> A</w:t>
      </w:r>
      <w:r>
        <w:rPr>
          <w:color w:val="000000"/>
        </w:rPr>
        <w:t xml:space="preserve"> leveling</w:t>
      </w:r>
      <w:r>
        <w:rPr>
          <w:color w:val="000000"/>
        </w:rPr>
        <w:t xml:space="preserve"> tool</w:t>
      </w:r>
      <w:r>
        <w:rPr>
          <w:color w:val="000000"/>
        </w:rPr>
        <w:t xml:space="preserve"> where</w:t>
      </w:r>
      <w:r>
        <w:rPr>
          <w:color w:val="000000"/>
        </w:rPr>
        <w:t xml:space="preserve"> anybody</w:t>
      </w:r>
      <w:r>
        <w:rPr>
          <w:color w:val="000000"/>
        </w:rPr>
        <w:t xml:space="preserve"> can</w:t>
      </w:r>
      <w:r>
        <w:rPr>
          <w:color w:val="000000"/>
        </w:rPr>
        <w:t xml:space="preserve"> communicate,</w:t>
      </w:r>
      <w:r>
        <w:rPr>
          <w:color w:val="000000"/>
        </w:rPr>
        <w:t xml:space="preserve"> anybody</w:t>
      </w:r>
      <w:r>
        <w:rPr>
          <w:color w:val="000000"/>
        </w:rPr>
        <w:t xml:space="preserve"> can</w:t>
      </w:r>
      <w:r>
        <w:rPr>
          <w:color w:val="000000"/>
        </w:rPr>
        <w:t xml:space="preserve"> participate,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more</w:t>
      </w:r>
      <w:r>
        <w:rPr>
          <w:color w:val="000000"/>
        </w:rPr>
        <w:t xml:space="preserve"> participation</w:t>
      </w:r>
      <w:r>
        <w:rPr>
          <w:color w:val="000000"/>
        </w:rPr>
        <w:t xml:space="preserve"> in</w:t>
      </w:r>
      <w:r>
        <w:rPr>
          <w:color w:val="000000"/>
        </w:rPr>
        <w:t xml:space="preserve"> these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discussions</w:t>
      </w:r>
      <w:r>
        <w:rPr>
          <w:color w:val="000000"/>
        </w:rPr>
        <w:t xml:space="preserve"> can</w:t>
      </w:r>
      <w:r>
        <w:rPr>
          <w:color w:val="000000"/>
        </w:rPr>
        <w:t xml:space="preserve"> be</w:t>
      </w:r>
      <w:r>
        <w:rPr>
          <w:color w:val="000000"/>
        </w:rPr>
        <w:t xml:space="preserve"> positive,</w:t>
      </w:r>
      <w:r>
        <w:rPr>
          <w:color w:val="000000"/>
        </w:rPr>
        <w:t xml:space="preserve"> but</w:t>
      </w:r>
      <w:r>
        <w:rPr>
          <w:color w:val="000000"/>
        </w:rPr>
        <w:t xml:space="preserve"> what</w:t>
      </w:r>
      <w:r>
        <w:rPr>
          <w:color w:val="000000"/>
        </w:rPr>
        <w:t xml:space="preserve"> it's</w:t>
      </w:r>
      <w:r>
        <w:rPr>
          <w:color w:val="000000"/>
        </w:rPr>
        <w:t xml:space="preserve"> teaching</w:t>
      </w:r>
      <w:r>
        <w:rPr>
          <w:color w:val="000000"/>
        </w:rPr>
        <w:t xml:space="preserve"> people,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is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that</w:t>
      </w:r>
      <w:r>
        <w:rPr>
          <w:color w:val="000000"/>
        </w:rPr>
        <w:t xml:space="preserve"> Acting</w:t>
      </w:r>
      <w:r>
        <w:rPr>
          <w:color w:val="000000"/>
        </w:rPr>
        <w:t xml:space="preserve"> like</w:t>
      </w:r>
      <w:r>
        <w:rPr>
          <w:color w:val="000000"/>
        </w:rPr>
        <w:t xml:space="preserve"> you</w:t>
      </w:r>
      <w:r>
        <w:rPr>
          <w:color w:val="000000"/>
        </w:rPr>
        <w:t xml:space="preserve"> know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is,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attention</w:t>
      </w:r>
      <w:r>
        <w:rPr>
          <w:color w:val="000000"/>
        </w:rPr>
        <w:t xml:space="preserve"> and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</w:t>
      </w:r>
      <w:r>
        <w:rPr>
          <w:color w:val="000000"/>
        </w:rPr>
        <w:t xml:space="preserve"> agree</w:t>
      </w:r>
      <w:r>
        <w:rPr>
          <w:color w:val="000000"/>
        </w:rPr>
        <w:t xml:space="preserve"> with</w:t>
      </w:r>
      <w:r>
        <w:rPr>
          <w:color w:val="000000"/>
        </w:rPr>
        <w:t xml:space="preserve"> you.</w:t>
      </w:r>
      <w:r>
        <w:rPr>
          <w:color w:val="000000"/>
        </w:rPr>
        <w:t xml:space="preserve"> And</w:t>
      </w:r>
      <w:r>
        <w:rPr>
          <w:color w:val="000000"/>
        </w:rPr>
        <w:t xml:space="preserve"> so,</w:t>
      </w:r>
      <w:r>
        <w:rPr>
          <w:color w:val="000000"/>
        </w:rPr>
        <w:t xml:space="preserve"> um,</w:t>
      </w:r>
      <w:r>
        <w:rPr>
          <w:color w:val="000000"/>
        </w:rPr>
        <w:t xml:space="preserve"> it</w:t>
      </w:r>
      <w:r>
        <w:rPr>
          <w:color w:val="000000"/>
        </w:rPr>
        <w:t xml:space="preserve"> may</w:t>
      </w:r>
      <w:r>
        <w:rPr>
          <w:color w:val="000000"/>
        </w:rPr>
        <w:t xml:space="preserve"> be,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don't</w:t>
      </w:r>
      <w:r>
        <w:rPr>
          <w:highlight w:val="yellow"/>
        </w:rPr>
        <w:t xml:space="preserve"> want</w:t>
      </w:r>
      <w:r>
        <w:rPr>
          <w:highlight w:val="yellow"/>
        </w:rPr>
        <w:t xml:space="preserve"> to</w:t>
      </w:r>
      <w:r>
        <w:rPr>
          <w:color w:val="000000"/>
        </w:rPr>
        <w:t xml:space="preserve"> overstate</w:t>
      </w:r>
      <w:r>
        <w:rPr>
          <w:color w:val="000000"/>
        </w:rPr>
        <w:t xml:space="preserve"> the</w:t>
      </w:r>
      <w:r>
        <w:rPr>
          <w:color w:val="000000"/>
        </w:rPr>
        <w:t xml:space="preserve"> case</w:t>
      </w:r>
      <w:r>
        <w:rPr>
          <w:color w:val="000000"/>
        </w:rPr>
        <w:t xml:space="preserve"> cause</w:t>
      </w:r>
      <w:r>
        <w:rPr>
          <w:color w:val="000000"/>
        </w:rPr>
        <w:t xml:space="preserve"> again,</w:t>
      </w:r>
      <w:r>
        <w:rPr>
          <w:color w:val="000000"/>
        </w:rPr>
        <w:t xml:space="preserve"> we</w:t>
      </w:r>
      <w:r>
        <w:rPr>
          <w:color w:val="000000"/>
        </w:rPr>
        <w:t xml:space="preserve"> don't</w:t>
      </w:r>
      <w:r>
        <w:rPr>
          <w:color w:val="000000"/>
        </w:rPr>
        <w:t xml:space="preserve"> have</w:t>
      </w:r>
      <w:r>
        <w:rPr>
          <w:color w:val="000000"/>
        </w:rPr>
        <w:t xml:space="preserve"> the</w:t>
      </w:r>
      <w:r>
        <w:rPr>
          <w:color w:val="000000"/>
        </w:rPr>
        <w:t xml:space="preserve"> data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able</w:t>
      </w:r>
      <w:r>
        <w:rPr>
          <w:color w:val="000000"/>
        </w:rPr>
        <w:t xml:space="preserve"> to</w:t>
      </w:r>
      <w:r>
        <w:rPr>
          <w:color w:val="000000"/>
        </w:rPr>
        <w:t xml:space="preserve"> test</w:t>
      </w:r>
      <w:r>
        <w:rPr>
          <w:color w:val="000000"/>
        </w:rPr>
        <w:t xml:space="preserve"> these</w:t>
      </w:r>
      <w:r>
        <w:rPr>
          <w:color w:val="000000"/>
        </w:rPr>
        <w:t xml:space="preserve"> claims,</w:t>
      </w:r>
      <w:r>
        <w:rPr>
          <w:color w:val="000000"/>
        </w:rPr>
        <w:t xml:space="preserve"> but</w:t>
      </w:r>
      <w:r>
        <w:rPr>
          <w:color w:val="000000"/>
        </w:rPr>
        <w:t xml:space="preserve"> I</w:t>
      </w:r>
      <w:r>
        <w:rPr>
          <w:color w:val="000000"/>
        </w:rPr>
        <w:t xml:space="preserve"> could</w:t>
      </w:r>
      <w:r>
        <w:rPr>
          <w:color w:val="000000"/>
        </w:rPr>
        <w:t xml:space="preserve"> imagine</w:t>
      </w:r>
      <w:r>
        <w:rPr>
          <w:color w:val="000000"/>
        </w:rPr>
        <w:t xml:space="preserve"> that</w:t>
      </w:r>
      <w:r>
        <w:rPr>
          <w:color w:val="000000"/>
        </w:rPr>
        <w:t xml:space="preserve"> teaching</w:t>
      </w:r>
      <w:r>
        <w:rPr>
          <w:color w:val="000000"/>
        </w:rPr>
        <w:t xml:space="preserve"> people</w:t>
      </w:r>
      <w:r>
        <w:rPr>
          <w:color w:val="000000"/>
        </w:rPr>
        <w:t xml:space="preserve"> in</w:t>
      </w:r>
      <w:r>
        <w:rPr>
          <w:color w:val="000000"/>
        </w:rPr>
        <w:t xml:space="preserve"> successive</w:t>
      </w:r>
      <w:r>
        <w:rPr>
          <w:color w:val="000000"/>
        </w:rPr>
        <w:t xml:space="preserve"> online</w:t>
      </w:r>
      <w:r>
        <w:rPr>
          <w:color w:val="000000"/>
        </w:rPr>
        <w:t xml:space="preserve"> interactions</w:t>
      </w:r>
      <w:r>
        <w:rPr>
          <w:color w:val="000000"/>
        </w:rPr>
        <w:t xml:space="preserve"> that</w:t>
      </w:r>
      <w:r>
        <w:rPr>
          <w:color w:val="000000"/>
        </w:rPr>
        <w:t xml:space="preserve"> be</w:t>
      </w:r>
      <w:r>
        <w:rPr>
          <w:color w:val="000000"/>
        </w:rPr>
        <w:t xml:space="preserve"> like</w:t>
      </w:r>
      <w:r>
        <w:rPr>
          <w:color w:val="000000"/>
        </w:rPr>
        <w:t xml:space="preserve"> sounding</w:t>
      </w:r>
      <w:r>
        <w:rPr>
          <w:color w:val="000000"/>
        </w:rPr>
        <w:t xml:space="preserve"> confident</w:t>
      </w:r>
      <w:r>
        <w:rPr>
          <w:color w:val="000000"/>
        </w:rPr>
        <w:t xml:space="preserve"> when</w:t>
      </w:r>
      <w:r>
        <w:rPr>
          <w:color w:val="000000"/>
        </w:rPr>
        <w:t xml:space="preserve"> you</w:t>
      </w:r>
      <w:r>
        <w:rPr>
          <w:color w:val="000000"/>
        </w:rPr>
        <w:t xml:space="preserve"> really</w:t>
      </w:r>
      <w:r>
        <w:rPr>
          <w:color w:val="000000"/>
        </w:rPr>
        <w:t xml:space="preserve"> don't</w:t>
      </w:r>
      <w:r>
        <w:rPr>
          <w:color w:val="000000"/>
        </w:rPr>
        <w:t xml:space="preserve"> know</w:t>
      </w:r>
      <w:r>
        <w:rPr>
          <w:color w:val="000000"/>
        </w:rPr>
        <w:t xml:space="preserve"> what</w:t>
      </w:r>
      <w:r>
        <w:rPr>
          <w:color w:val="000000"/>
        </w:rPr>
        <w:t xml:space="preserve"> you're</w:t>
      </w:r>
      <w:r>
        <w:rPr>
          <w:color w:val="000000"/>
        </w:rPr>
        <w:t xml:space="preserve"> talking</w:t>
      </w:r>
      <w:r>
        <w:rPr>
          <w:color w:val="000000"/>
        </w:rPr>
        <w:t xml:space="preserve"> about,</w:t>
      </w:r>
      <w:r>
        <w:rPr>
          <w:color w:val="000000"/>
        </w:rPr>
        <w:t xml:space="preserve"> right,</w:t>
      </w:r>
      <w:r>
        <w:rPr>
          <w:color w:val="000000"/>
        </w:rPr>
        <w:t xml:space="preserve"> is,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brings</w:t>
      </w:r>
      <w:r>
        <w:rPr>
          <w:color w:val="000000"/>
        </w:rPr>
        <w:t xml:space="preserve"> with</w:t>
      </w:r>
      <w:r>
        <w:rPr>
          <w:color w:val="000000"/>
        </w:rPr>
        <w:t xml:space="preserve"> it</w:t>
      </w:r>
      <w:r>
        <w:rPr>
          <w:color w:val="000000"/>
        </w:rPr>
        <w:t xml:space="preserve"> uh</w:t>
      </w:r>
      <w:r>
        <w:rPr>
          <w:color w:val="000000"/>
        </w:rPr>
        <w:t xml:space="preserve"> these</w:t>
      </w:r>
      <w:r>
        <w:rPr>
          <w:color w:val="000000"/>
        </w:rPr>
        <w:t xml:space="preserve"> positive</w:t>
      </w:r>
      <w:r>
        <w:rPr>
          <w:color w:val="000000"/>
        </w:rPr>
        <w:t xml:space="preserve"> um</w:t>
      </w:r>
      <w:r>
        <w:rPr>
          <w:color w:val="000000"/>
        </w:rPr>
        <w:t xml:space="preserve"> outcomes</w:t>
      </w:r>
      <w:r>
        <w:rPr>
          <w:color w:val="000000"/>
        </w:rPr>
        <w:t xml:space="preserve"> for</w:t>
      </w:r>
      <w:r>
        <w:rPr>
          <w:color w:val="000000"/>
        </w:rPr>
        <w:t xml:space="preserve"> your</w:t>
      </w:r>
      <w:r>
        <w:rPr>
          <w:color w:val="000000"/>
        </w:rPr>
        <w:t xml:space="preserve"> communication.</w:t>
      </w:r>
      <w:r>
        <w:rPr>
          <w:color w:val="000000"/>
        </w:rPr>
        <w:t xml:space="preserve"> Um,</w:t>
      </w:r>
      <w:r>
        <w:rPr>
          <w:color w:val="000000"/>
        </w:rPr>
        <w:t xml:space="preserve"> that</w:t>
      </w:r>
      <w:r>
        <w:rPr>
          <w:color w:val="000000"/>
        </w:rPr>
        <w:t xml:space="preserve"> could</w:t>
      </w:r>
      <w:r>
        <w:rPr>
          <w:color w:val="000000"/>
        </w:rPr>
        <w:t xml:space="preserve"> have</w:t>
      </w:r>
      <w:r>
        <w:rPr>
          <w:color w:val="000000"/>
        </w:rPr>
        <w:t xml:space="preserve"> implications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communicate</w:t>
      </w:r>
      <w:r>
        <w:rPr>
          <w:color w:val="000000"/>
        </w:rPr>
        <w:t xml:space="preserve"> in,</w:t>
      </w:r>
      <w:r>
        <w:rPr>
          <w:color w:val="000000"/>
        </w:rPr>
        <w:t xml:space="preserve"> in</w:t>
      </w:r>
      <w:r>
        <w:rPr>
          <w:color w:val="000000"/>
        </w:rPr>
        <w:t xml:space="preserve"> real</w:t>
      </w:r>
      <w:r>
        <w:rPr>
          <w:color w:val="000000"/>
        </w:rPr>
        <w:t xml:space="preserve"> life</w:t>
      </w:r>
      <w:r>
        <w:rPr>
          <w:color w:val="000000"/>
        </w:rPr>
        <w:t xml:space="preserve"> when</w:t>
      </w:r>
      <w:r>
        <w:rPr>
          <w:color w:val="000000"/>
        </w:rPr>
        <w:t xml:space="preserve"> we're</w:t>
      </w:r>
      <w:r>
        <w:rPr>
          <w:color w:val="000000"/>
        </w:rPr>
        <w:t xml:space="preserve"> having</w:t>
      </w:r>
      <w:r>
        <w:rPr>
          <w:color w:val="000000"/>
        </w:rPr>
        <w:t xml:space="preserve"> face</w:t>
      </w:r>
      <w:r>
        <w:rPr>
          <w:color w:val="000000"/>
        </w:rPr>
        <w:t xml:space="preserve"> to</w:t>
      </w:r>
      <w:r>
        <w:rPr>
          <w:color w:val="000000"/>
        </w:rPr>
        <w:t xml:space="preserve"> face</w:t>
      </w:r>
      <w:r>
        <w:rPr>
          <w:color w:val="000000"/>
        </w:rPr>
        <w:t xml:space="preserve"> interactions</w:t>
      </w:r>
      <w:r>
        <w:rPr>
          <w:color w:val="000000"/>
        </w:rPr>
        <w:t xml:space="preserve"> with</w:t>
      </w:r>
      <w:r>
        <w:rPr>
          <w:color w:val="000000"/>
        </w:rPr>
        <w:t xml:space="preserve"> our</w:t>
      </w:r>
      <w:r>
        <w:rPr>
          <w:color w:val="000000"/>
        </w:rPr>
        <w:t xml:space="preserve"> peers.</w:t>
      </w:r>
    </w:p>
    <w:p>
      <w:r>
        <w:t xml:space="preserve">[00:18:42] Speaker 1: </w:t>
      </w:r>
      <w:r>
        <w:rPr>
          <w:color w:val="000000"/>
        </w:rPr>
        <w:t>So,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is</w:t>
      </w:r>
      <w:r>
        <w:rPr>
          <w:color w:val="000000"/>
        </w:rPr>
        <w:t xml:space="preserve"> this</w:t>
      </w:r>
      <w:r>
        <w:rPr>
          <w:color w:val="000000"/>
        </w:rPr>
        <w:t xml:space="preserve"> then</w:t>
      </w:r>
      <w:r>
        <w:rPr>
          <w:color w:val="000000"/>
        </w:rPr>
        <w:t xml:space="preserve"> a</w:t>
      </w:r>
      <w:r>
        <w:rPr>
          <w:color w:val="000000"/>
        </w:rPr>
        <w:t xml:space="preserve"> case</w:t>
      </w:r>
      <w:r>
        <w:rPr>
          <w:color w:val="000000"/>
        </w:rPr>
        <w:t xml:space="preserve"> for</w:t>
      </w:r>
      <w:r>
        <w:rPr>
          <w:color w:val="000000"/>
        </w:rPr>
        <w:t xml:space="preserve"> more</w:t>
      </w:r>
      <w:r>
        <w:rPr>
          <w:color w:val="000000"/>
        </w:rPr>
        <w:t xml:space="preserve"> skeptical</w:t>
      </w:r>
      <w:r>
        <w:rPr>
          <w:color w:val="000000"/>
        </w:rPr>
        <w:t xml:space="preserve"> consumption</w:t>
      </w:r>
      <w:r>
        <w:rPr>
          <w:color w:val="000000"/>
        </w:rPr>
        <w:t xml:space="preserve"> of</w:t>
      </w:r>
      <w:r>
        <w:rPr>
          <w:color w:val="000000"/>
        </w:rPr>
        <w:t xml:space="preserve"> online</w:t>
      </w:r>
      <w:r>
        <w:rPr>
          <w:color w:val="000000"/>
        </w:rPr>
        <w:t xml:space="preserve"> content?</w:t>
      </w:r>
      <w:r>
        <w:rPr>
          <w:color w:val="000000"/>
        </w:rPr>
        <w:t xml:space="preserve"> Um,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part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solution</w:t>
      </w:r>
      <w:r>
        <w:rPr>
          <w:color w:val="000000"/>
        </w:rPr>
        <w:t xml:space="preserve"> here?</w:t>
      </w:r>
    </w:p>
    <w:p>
      <w:r>
        <w:t xml:space="preserve">[00:18:57] Speaker 4: </w:t>
      </w:r>
      <w:r>
        <w:rPr>
          <w:color w:val="000000"/>
        </w:rPr>
        <w:t>Yeah,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</w:t>
      </w:r>
      <w:r>
        <w:rPr>
          <w:color w:val="000000"/>
        </w:rPr>
        <w:t xml:space="preserve"> it</w:t>
      </w:r>
      <w:r>
        <w:rPr>
          <w:color w:val="000000"/>
        </w:rPr>
        <w:t xml:space="preserve"> could</w:t>
      </w:r>
      <w:r>
        <w:rPr>
          <w:color w:val="000000"/>
        </w:rPr>
        <w:t xml:space="preserve"> be,</w:t>
      </w:r>
      <w:r>
        <w:rPr>
          <w:color w:val="000000"/>
        </w:rPr>
        <w:t xml:space="preserve"> um,</w:t>
      </w:r>
      <w:r>
        <w:rPr>
          <w:color w:val="000000"/>
        </w:rPr>
        <w:t xml:space="preserve"> I,</w:t>
      </w:r>
      <w:r>
        <w:rPr>
          <w:color w:val="000000"/>
        </w:rPr>
        <w:t xml:space="preserve"> I</w:t>
      </w:r>
      <w:r>
        <w:rPr>
          <w:color w:val="000000"/>
        </w:rPr>
        <w:t xml:space="preserve"> really</w:t>
      </w:r>
      <w:r>
        <w:rPr>
          <w:color w:val="000000"/>
        </w:rPr>
        <w:t xml:space="preserve"> do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problem,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if</w:t>
      </w:r>
      <w:r>
        <w:rPr>
          <w:color w:val="000000"/>
        </w:rPr>
        <w:t xml:space="preserve"> we've</w:t>
      </w:r>
      <w:r>
        <w:rPr>
          <w:color w:val="000000"/>
        </w:rPr>
        <w:t xml:space="preserve"> identified</w:t>
      </w:r>
      <w:r>
        <w:rPr>
          <w:color w:val="000000"/>
        </w:rPr>
        <w:t xml:space="preserve"> it,</w:t>
      </w:r>
      <w:r>
        <w:rPr>
          <w:color w:val="000000"/>
        </w:rPr>
        <w:t xml:space="preserve"> if</w:t>
      </w:r>
      <w:r>
        <w:rPr>
          <w:color w:val="000000"/>
        </w:rPr>
        <w:t xml:space="preserve"> we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</w:t>
      </w:r>
      <w:r>
        <w:rPr>
          <w:color w:val="000000"/>
        </w:rPr>
        <w:t xml:space="preserve"> it's,</w:t>
      </w:r>
      <w:r>
        <w:rPr>
          <w:color w:val="000000"/>
        </w:rPr>
        <w:t xml:space="preserve"> it's</w:t>
      </w:r>
      <w:r>
        <w:rPr>
          <w:color w:val="000000"/>
        </w:rPr>
        <w:t xml:space="preserve"> real,</w:t>
      </w:r>
      <w:r>
        <w:rPr>
          <w:color w:val="000000"/>
        </w:rPr>
        <w:t xml:space="preserve"> and</w:t>
      </w:r>
      <w:r>
        <w:rPr>
          <w:color w:val="000000"/>
        </w:rPr>
        <w:t xml:space="preserve"> again,</w:t>
      </w:r>
      <w:r>
        <w:rPr>
          <w:color w:val="000000"/>
        </w:rPr>
        <w:t xml:space="preserve"> right,</w:t>
      </w:r>
      <w:r>
        <w:rPr>
          <w:color w:val="000000"/>
        </w:rPr>
        <w:t xml:space="preserve"> these</w:t>
      </w:r>
      <w:r>
        <w:rPr>
          <w:color w:val="000000"/>
        </w:rPr>
        <w:t xml:space="preserve"> are</w:t>
      </w:r>
      <w:r>
        <w:rPr>
          <w:color w:val="000000"/>
        </w:rPr>
        <w:t xml:space="preserve"> empirical</w:t>
      </w:r>
      <w:r>
        <w:rPr>
          <w:color w:val="000000"/>
        </w:rPr>
        <w:t xml:space="preserve"> claims.</w:t>
      </w:r>
      <w:r>
        <w:rPr>
          <w:highlight w:val="yellow"/>
        </w:rPr>
        <w:t xml:space="preserve"> So,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uh,</w:t>
      </w:r>
      <w:r>
        <w:rPr>
          <w:color w:val="000000"/>
        </w:rPr>
        <w:t xml:space="preserve"> all</w:t>
      </w:r>
      <w:r>
        <w:rPr>
          <w:color w:val="000000"/>
        </w:rPr>
        <w:t xml:space="preserve"> of</w:t>
      </w:r>
      <w:r>
        <w:rPr>
          <w:color w:val="000000"/>
        </w:rPr>
        <w:t xml:space="preserve"> this</w:t>
      </w:r>
      <w:r>
        <w:rPr>
          <w:color w:val="000000"/>
        </w:rPr>
        <w:t xml:space="preserve"> could</w:t>
      </w:r>
      <w:r>
        <w:rPr>
          <w:color w:val="000000"/>
        </w:rPr>
        <w:t xml:space="preserve"> be,</w:t>
      </w:r>
      <w:r>
        <w:rPr>
          <w:color w:val="000000"/>
        </w:rPr>
        <w:t xml:space="preserve"> could</w:t>
      </w:r>
      <w:r>
        <w:rPr>
          <w:color w:val="000000"/>
        </w:rPr>
        <w:t xml:space="preserve"> be,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an</w:t>
      </w:r>
      <w:r>
        <w:rPr>
          <w:color w:val="000000"/>
        </w:rPr>
        <w:t xml:space="preserve"> artifact</w:t>
      </w:r>
      <w:r>
        <w:rPr>
          <w:color w:val="000000"/>
        </w:rPr>
        <w:t xml:space="preserve"> of,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data</w:t>
      </w:r>
      <w:r>
        <w:rPr>
          <w:color w:val="000000"/>
        </w:rPr>
        <w:t xml:space="preserve"> that</w:t>
      </w:r>
      <w:r>
        <w:rPr>
          <w:color w:val="000000"/>
        </w:rPr>
        <w:t xml:space="preserve"> we've</w:t>
      </w:r>
      <w:r>
        <w:rPr>
          <w:color w:val="000000"/>
        </w:rPr>
        <w:t xml:space="preserve"> collected</w:t>
      </w:r>
      <w:r>
        <w:rPr>
          <w:color w:val="000000"/>
        </w:rPr>
        <w:t xml:space="preserve"> thus</w:t>
      </w:r>
      <w:r>
        <w:rPr>
          <w:color w:val="000000"/>
        </w:rPr>
        <w:t xml:space="preserve"> far,</w:t>
      </w:r>
      <w:r>
        <w:rPr>
          <w:highlight w:val="yellow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if</w:t>
      </w:r>
      <w:r>
        <w:rPr>
          <w:color w:val="000000"/>
        </w:rPr>
        <w:t xml:space="preserve"> it</w:t>
      </w:r>
      <w:r>
        <w:rPr>
          <w:color w:val="000000"/>
        </w:rPr>
        <w:t xml:space="preserve"> turns</w:t>
      </w:r>
      <w:r>
        <w:rPr>
          <w:color w:val="000000"/>
        </w:rPr>
        <w:t xml:space="preserve"> out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the</w:t>
      </w:r>
      <w:r>
        <w:rPr>
          <w:color w:val="000000"/>
        </w:rPr>
        <w:t xml:space="preserve"> fact</w:t>
      </w:r>
      <w:r>
        <w:rPr>
          <w:color w:val="000000"/>
        </w:rPr>
        <w:t xml:space="preserve"> that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Americans</w:t>
      </w:r>
      <w:r>
        <w:rPr>
          <w:color w:val="000000"/>
        </w:rPr>
        <w:t xml:space="preserve"> are,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severely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The</w:t>
      </w:r>
      <w:r>
        <w:rPr>
          <w:color w:val="000000"/>
        </w:rPr>
        <w:t xml:space="preserve"> question</w:t>
      </w:r>
      <w:r>
        <w:rPr>
          <w:color w:val="000000"/>
        </w:rPr>
        <w:t xml:space="preserve"> of</w:t>
      </w:r>
      <w:r>
        <w:rPr>
          <w:color w:val="000000"/>
        </w:rPr>
        <w:t xml:space="preserve"> what</w:t>
      </w:r>
      <w:r>
        <w:rPr>
          <w:color w:val="000000"/>
        </w:rPr>
        <w:t xml:space="preserve"> do</w:t>
      </w:r>
      <w:r>
        <w:rPr>
          <w:color w:val="000000"/>
        </w:rPr>
        <w:t xml:space="preserve"> we</w:t>
      </w:r>
      <w:r>
        <w:rPr>
          <w:color w:val="000000"/>
        </w:rPr>
        <w:t xml:space="preserve"> do</w:t>
      </w:r>
      <w:r>
        <w:rPr>
          <w:color w:val="000000"/>
        </w:rPr>
        <w:t xml:space="preserve"> about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difficult</w:t>
      </w:r>
      <w:r>
        <w:rPr>
          <w:color w:val="000000"/>
        </w:rPr>
        <w:t xml:space="preserve"> one,</w:t>
      </w:r>
      <w:r>
        <w:rPr>
          <w:color w:val="000000"/>
        </w:rPr>
        <w:t xml:space="preserve"> right?</w:t>
      </w:r>
      <w:r>
        <w:rPr>
          <w:color w:val="000000"/>
        </w:rPr>
        <w:t xml:space="preserve"> Um,</w:t>
      </w:r>
      <w:r>
        <w:rPr>
          <w:color w:val="000000"/>
        </w:rPr>
        <w:t xml:space="preserve"> and,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yeah,</w:t>
      </w:r>
      <w:r>
        <w:rPr>
          <w:color w:val="000000"/>
        </w:rPr>
        <w:t xml:space="preserve"> we</w:t>
      </w:r>
      <w:r>
        <w:rPr>
          <w:color w:val="000000"/>
        </w:rPr>
        <w:t xml:space="preserve"> could</w:t>
      </w:r>
      <w:r>
        <w:rPr>
          <w:color w:val="000000"/>
        </w:rPr>
        <w:t xml:space="preserve"> think</w:t>
      </w:r>
      <w:r>
        <w:rPr>
          <w:color w:val="000000"/>
        </w:rPr>
        <w:t xml:space="preserve"> about</w:t>
      </w:r>
      <w:r>
        <w:rPr>
          <w:color w:val="000000"/>
        </w:rPr>
        <w:t xml:space="preserve"> ways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might,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incentivize</w:t>
      </w:r>
      <w:r>
        <w:rPr>
          <w:color w:val="000000"/>
        </w:rPr>
        <w:t xml:space="preserve"> or</w:t>
      </w:r>
      <w:r>
        <w:rPr>
          <w:color w:val="000000"/>
        </w:rPr>
        <w:t xml:space="preserve"> encourage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online</w:t>
      </w:r>
      <w:r>
        <w:rPr>
          <w:color w:val="000000"/>
        </w:rPr>
        <w:t xml:space="preserve"> communication,</w:t>
      </w:r>
      <w:r>
        <w:rPr>
          <w:color w:val="000000"/>
        </w:rPr>
        <w:t xml:space="preserve"> but</w:t>
      </w:r>
      <w:r>
        <w:rPr>
          <w:color w:val="000000"/>
        </w:rPr>
        <w:t xml:space="preserve"> also</w:t>
      </w:r>
      <w:r>
        <w:rPr>
          <w:color w:val="000000"/>
        </w:rPr>
        <w:t xml:space="preserve"> offline,</w:t>
      </w:r>
      <w:r>
        <w:rPr>
          <w:color w:val="000000"/>
        </w:rPr>
        <w:t xml:space="preserve"> um,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discussions</w:t>
      </w:r>
      <w:r>
        <w:rPr>
          <w:color w:val="000000"/>
        </w:rPr>
        <w:t xml:space="preserve"> with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</w:t>
      </w:r>
      <w:r>
        <w:rPr>
          <w:color w:val="000000"/>
        </w:rPr>
        <w:t xml:space="preserve"> more</w:t>
      </w:r>
      <w:r>
        <w:rPr>
          <w:color w:val="000000"/>
        </w:rPr>
        <w:t xml:space="preserve"> humility.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highlight w:val="yellow"/>
        </w:rPr>
        <w:t xml:space="preserve"> it</w:t>
      </w:r>
      <w:r>
        <w:rPr>
          <w:color w:val="000000"/>
        </w:rPr>
        <w:t xml:space="preserve"> certainly,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about</w:t>
      </w:r>
      <w:r>
        <w:rPr>
          <w:color w:val="000000"/>
        </w:rPr>
        <w:t xml:space="preserve"> that</w:t>
      </w:r>
      <w:r>
        <w:rPr>
          <w:color w:val="000000"/>
        </w:rPr>
        <w:t xml:space="preserve"> when</w:t>
      </w:r>
      <w:r>
        <w:rPr>
          <w:color w:val="000000"/>
        </w:rPr>
        <w:t xml:space="preserve"> I'm</w:t>
      </w:r>
      <w:r>
        <w:rPr>
          <w:color w:val="000000"/>
        </w:rPr>
        <w:t xml:space="preserve"> engaged</w:t>
      </w:r>
      <w:r>
        <w:rPr>
          <w:color w:val="000000"/>
        </w:rPr>
        <w:t xml:space="preserve"> in</w:t>
      </w:r>
      <w:r>
        <w:rPr>
          <w:color w:val="000000"/>
        </w:rPr>
        <w:t xml:space="preserve"> teaching,</w:t>
      </w:r>
      <w:r>
        <w:rPr>
          <w:color w:val="000000"/>
        </w:rPr>
        <w:t xml:space="preserve"> thinking</w:t>
      </w:r>
      <w:r>
        <w:rPr>
          <w:color w:val="000000"/>
        </w:rPr>
        <w:t xml:space="preserve"> about</w:t>
      </w:r>
      <w:r>
        <w:rPr>
          <w:color w:val="000000"/>
        </w:rPr>
        <w:t xml:space="preserve"> um</w:t>
      </w:r>
      <w:r>
        <w:rPr>
          <w:color w:val="000000"/>
        </w:rPr>
        <w:t xml:space="preserve"> how</w:t>
      </w:r>
      <w:r>
        <w:rPr>
          <w:color w:val="000000"/>
        </w:rPr>
        <w:t xml:space="preserve"> to</w:t>
      </w:r>
      <w:r>
        <w:rPr>
          <w:color w:val="000000"/>
        </w:rPr>
        <w:t xml:space="preserve"> convey.</w:t>
      </w:r>
      <w:r>
        <w:rPr>
          <w:color w:val="000000"/>
        </w:rPr>
        <w:t xml:space="preserve"> My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or</w:t>
      </w:r>
      <w:r>
        <w:rPr>
          <w:color w:val="000000"/>
        </w:rPr>
        <w:t xml:space="preserve"> to</w:t>
      </w:r>
      <w:r>
        <w:rPr>
          <w:color w:val="000000"/>
        </w:rPr>
        <w:t xml:space="preserve"> convey</w:t>
      </w:r>
      <w:r>
        <w:rPr>
          <w:color w:val="000000"/>
        </w:rPr>
        <w:t xml:space="preserve"> expertise</w:t>
      </w:r>
      <w:r>
        <w:rPr>
          <w:color w:val="000000"/>
        </w:rPr>
        <w:t xml:space="preserve"> without</w:t>
      </w:r>
      <w:r>
        <w:rPr>
          <w:color w:val="000000"/>
        </w:rPr>
        <w:t xml:space="preserve"> coming</w:t>
      </w:r>
      <w:r>
        <w:rPr>
          <w:color w:val="000000"/>
        </w:rPr>
        <w:t xml:space="preserve"> across</w:t>
      </w:r>
      <w:r>
        <w:rPr>
          <w:color w:val="000000"/>
        </w:rPr>
        <w:t xml:space="preserve"> as</w:t>
      </w:r>
      <w:r>
        <w:rPr>
          <w:color w:val="000000"/>
        </w:rPr>
        <w:t xml:space="preserve"> this</w:t>
      </w:r>
      <w:r>
        <w:rPr>
          <w:color w:val="000000"/>
        </w:rPr>
        <w:t xml:space="preserve"> um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uh</w:t>
      </w:r>
      <w:r>
        <w:rPr>
          <w:color w:val="000000"/>
        </w:rPr>
        <w:t xml:space="preserve"> overbearing</w:t>
      </w:r>
      <w:r>
        <w:rPr>
          <w:color w:val="000000"/>
        </w:rPr>
        <w:t xml:space="preserve"> force,</w:t>
      </w:r>
      <w:r>
        <w:rPr>
          <w:color w:val="000000"/>
        </w:rPr>
        <w:t xml:space="preserve"> right,</w:t>
      </w:r>
      <w:r>
        <w:rPr>
          <w:color w:val="000000"/>
        </w:rPr>
        <w:t xml:space="preserve"> allowing</w:t>
      </w:r>
      <w:r>
        <w:rPr>
          <w:color w:val="000000"/>
        </w:rPr>
        <w:t xml:space="preserve"> room</w:t>
      </w:r>
      <w:r>
        <w:rPr>
          <w:color w:val="000000"/>
        </w:rPr>
        <w:t xml:space="preserve"> for</w:t>
      </w:r>
      <w:r>
        <w:rPr>
          <w:color w:val="000000"/>
        </w:rPr>
        <w:t xml:space="preserve"> experimentation,</w:t>
      </w:r>
      <w:r>
        <w:rPr>
          <w:color w:val="000000"/>
        </w:rPr>
        <w:t xml:space="preserve"> allowing</w:t>
      </w:r>
      <w:r>
        <w:rPr>
          <w:color w:val="000000"/>
        </w:rPr>
        <w:t xml:space="preserve"> room</w:t>
      </w:r>
      <w:r>
        <w:rPr>
          <w:color w:val="000000"/>
        </w:rPr>
        <w:t xml:space="preserve"> for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wrong</w:t>
      </w:r>
      <w:r>
        <w:rPr>
          <w:color w:val="000000"/>
        </w:rPr>
        <w:t xml:space="preserve"> as</w:t>
      </w:r>
      <w:r>
        <w:rPr>
          <w:color w:val="000000"/>
        </w:rPr>
        <w:t xml:space="preserve"> well.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</w:t>
      </w:r>
      <w:r>
        <w:rPr>
          <w:color w:val="000000"/>
        </w:rPr>
        <w:t xml:space="preserve"> hard</w:t>
      </w:r>
      <w:r>
        <w:rPr>
          <w:color w:val="000000"/>
        </w:rPr>
        <w:t xml:space="preserve"> thing</w:t>
      </w:r>
      <w:r>
        <w:rPr>
          <w:color w:val="000000"/>
        </w:rPr>
        <w:t xml:space="preserve"> to</w:t>
      </w:r>
      <w:r>
        <w:rPr>
          <w:color w:val="000000"/>
        </w:rPr>
        <w:t xml:space="preserve"> engender,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space</w:t>
      </w:r>
      <w:r>
        <w:rPr>
          <w:color w:val="000000"/>
        </w:rPr>
        <w:t xml:space="preserve"> that's</w:t>
      </w:r>
      <w:r>
        <w:rPr>
          <w:color w:val="000000"/>
        </w:rPr>
        <w:t xml:space="preserve"> not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closely</w:t>
      </w:r>
      <w:r>
        <w:rPr>
          <w:color w:val="000000"/>
        </w:rPr>
        <w:t xml:space="preserve"> monitored.</w:t>
      </w:r>
    </w:p>
    <w:p>
      <w:r>
        <w:t xml:space="preserve">[00:20:08] Speaker 1: </w:t>
      </w:r>
      <w:r>
        <w:rPr>
          <w:color w:val="000000"/>
        </w:rPr>
        <w:t>It's</w:t>
      </w:r>
      <w:r>
        <w:rPr>
          <w:color w:val="000000"/>
        </w:rPr>
        <w:t xml:space="preserve"> even</w:t>
      </w:r>
      <w:r>
        <w:rPr>
          <w:color w:val="000000"/>
        </w:rPr>
        <w:t xml:space="preserve"> harder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</w:t>
      </w:r>
      <w:r>
        <w:rPr>
          <w:color w:val="000000"/>
        </w:rPr>
        <w:t xml:space="preserve"> algorithms</w:t>
      </w:r>
      <w:r>
        <w:rPr>
          <w:color w:val="000000"/>
        </w:rPr>
        <w:t xml:space="preserve"> are</w:t>
      </w:r>
      <w:r>
        <w:rPr>
          <w:color w:val="000000"/>
        </w:rPr>
        <w:t xml:space="preserve"> designed</w:t>
      </w:r>
      <w:r>
        <w:rPr>
          <w:color w:val="000000"/>
        </w:rPr>
        <w:t xml:space="preserve"> exactly</w:t>
      </w:r>
      <w:r>
        <w:rPr>
          <w:color w:val="000000"/>
        </w:rPr>
        <w:t xml:space="preserve"> against</w:t>
      </w:r>
      <w:r>
        <w:rPr>
          <w:color w:val="000000"/>
        </w:rPr>
        <w:t xml:space="preserve"> it.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highlight w:val="yellow"/>
        </w:rPr>
        <w:t xml:space="preserve"> so,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I,</w:t>
      </w:r>
      <w:r>
        <w:rPr>
          <w:color w:val="000000"/>
        </w:rPr>
        <w:t xml:space="preserve"> I,</w:t>
      </w:r>
      <w:r>
        <w:rPr>
          <w:color w:val="000000"/>
        </w:rPr>
        <w:t xml:space="preserve"> I</w:t>
      </w:r>
      <w:r>
        <w:rPr>
          <w:color w:val="000000"/>
        </w:rPr>
        <w:t xml:space="preserve"> know</w:t>
      </w:r>
      <w:r>
        <w:rPr>
          <w:color w:val="000000"/>
        </w:rPr>
        <w:t xml:space="preserve"> you</w:t>
      </w:r>
      <w:r>
        <w:rPr>
          <w:color w:val="000000"/>
        </w:rPr>
        <w:t xml:space="preserve"> write</w:t>
      </w:r>
      <w:r>
        <w:rPr>
          <w:color w:val="000000"/>
        </w:rPr>
        <w:t xml:space="preserve"> that</w:t>
      </w:r>
      <w:r>
        <w:rPr>
          <w:color w:val="000000"/>
        </w:rPr>
        <w:t xml:space="preserve"> Twitter</w:t>
      </w:r>
      <w:r>
        <w:rPr>
          <w:color w:val="000000"/>
        </w:rPr>
        <w:t xml:space="preserve"> and</w:t>
      </w:r>
      <w:r>
        <w:rPr>
          <w:color w:val="000000"/>
        </w:rPr>
        <w:t xml:space="preserve"> Facebook.</w:t>
      </w:r>
      <w:r>
        <w:rPr>
          <w:highlight w:val="yellow"/>
        </w:rPr>
        <w:t xml:space="preserve"> B,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ask</w:t>
      </w:r>
      <w:r>
        <w:rPr>
          <w:color w:val="000000"/>
        </w:rPr>
        <w:t xml:space="preserve"> you,</w:t>
      </w:r>
      <w:r>
        <w:rPr>
          <w:color w:val="000000"/>
        </w:rPr>
        <w:t xml:space="preserve"> uh,</w:t>
      </w:r>
      <w:r>
        <w:rPr>
          <w:color w:val="000000"/>
        </w:rPr>
        <w:t xml:space="preserve"> have</w:t>
      </w:r>
      <w:r>
        <w:rPr>
          <w:color w:val="000000"/>
        </w:rPr>
        <w:t xml:space="preserve"> you</w:t>
      </w:r>
      <w:r>
        <w:rPr>
          <w:color w:val="000000"/>
        </w:rPr>
        <w:t xml:space="preserve"> read</w:t>
      </w:r>
      <w:r>
        <w:rPr>
          <w:color w:val="000000"/>
        </w:rPr>
        <w:t xml:space="preserve"> the</w:t>
      </w:r>
      <w:r>
        <w:rPr>
          <w:color w:val="000000"/>
        </w:rPr>
        <w:t xml:space="preserve"> article</w:t>
      </w:r>
      <w:r>
        <w:rPr>
          <w:color w:val="000000"/>
        </w:rPr>
        <w:t xml:space="preserve"> before</w:t>
      </w:r>
      <w:r>
        <w:rPr>
          <w:color w:val="000000"/>
        </w:rPr>
        <w:t xml:space="preserve"> you</w:t>
      </w:r>
      <w:r>
        <w:rPr>
          <w:color w:val="000000"/>
        </w:rPr>
        <w:t xml:space="preserve"> share</w:t>
      </w:r>
      <w:r>
        <w:rPr>
          <w:color w:val="000000"/>
        </w:rPr>
        <w:t xml:space="preserve"> it,</w:t>
      </w:r>
      <w:r>
        <w:rPr>
          <w:color w:val="000000"/>
        </w:rPr>
        <w:t xml:space="preserve"> right?</w:t>
      </w:r>
    </w:p>
    <w:p>
      <w:r>
        <w:t xml:space="preserve">[00:20:23] Speaker 4: </w:t>
      </w:r>
      <w:r>
        <w:rPr>
          <w:highlight w:val="yellow"/>
        </w:rPr>
        <w:t>So</w:t>
      </w:r>
    </w:p>
    <w:p>
      <w:r>
        <w:t xml:space="preserve">[00:20:26] Speaker 1: </w:t>
      </w:r>
      <w:r>
        <w:rPr>
          <w:color w:val="000000"/>
        </w:rPr>
        <w:t>I</w:t>
      </w:r>
      <w:r>
        <w:rPr>
          <w:color w:val="000000"/>
        </w:rPr>
        <w:t xml:space="preserve"> think,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you're</w:t>
      </w:r>
      <w:r>
        <w:rPr>
          <w:color w:val="000000"/>
        </w:rPr>
        <w:t xml:space="preserve"> right,</w:t>
      </w:r>
      <w:r>
        <w:rPr>
          <w:color w:val="000000"/>
        </w:rPr>
        <w:t xml:space="preserve"> it</w:t>
      </w:r>
      <w:r>
        <w:rPr>
          <w:color w:val="000000"/>
        </w:rPr>
        <w:t xml:space="preserve"> does</w:t>
      </w:r>
      <w:r>
        <w:rPr>
          <w:color w:val="000000"/>
        </w:rPr>
        <w:t xml:space="preserve"> have</w:t>
      </w:r>
      <w:r>
        <w:rPr>
          <w:color w:val="000000"/>
        </w:rPr>
        <w:t xml:space="preserve"> an</w:t>
      </w:r>
      <w:r>
        <w:rPr>
          <w:color w:val="000000"/>
        </w:rPr>
        <w:t xml:space="preserve"> effect.</w:t>
      </w:r>
      <w:r>
        <w:rPr>
          <w:color w:val="000000"/>
        </w:rPr>
        <w:t xml:space="preserve"> The</w:t>
      </w:r>
      <w:r>
        <w:rPr>
          <w:color w:val="000000"/>
        </w:rPr>
        <w:t xml:space="preserve"> rest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algorithm</w:t>
      </w:r>
      <w:r>
        <w:rPr>
          <w:color w:val="000000"/>
        </w:rPr>
        <w:t xml:space="preserve"> is</w:t>
      </w:r>
      <w:r>
        <w:rPr>
          <w:color w:val="000000"/>
        </w:rPr>
        <w:t xml:space="preserve"> designed</w:t>
      </w:r>
      <w:r>
        <w:rPr>
          <w:color w:val="000000"/>
        </w:rPr>
        <w:t xml:space="preserve"> exactly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opposite</w:t>
      </w:r>
      <w:r>
        <w:rPr>
          <w:color w:val="000000"/>
        </w:rPr>
        <w:t xml:space="preserve"> direction.</w:t>
      </w:r>
    </w:p>
    <w:p>
      <w:r>
        <w:t xml:space="preserve">[00:20:33] Speaker 4: </w:t>
      </w:r>
      <w:r>
        <w:rPr>
          <w:color w:val="000000"/>
        </w:rPr>
        <w:t>You</w:t>
      </w:r>
      <w:r>
        <w:rPr>
          <w:color w:val="000000"/>
        </w:rPr>
        <w:t xml:space="preserve"> have</w:t>
      </w:r>
      <w:r>
        <w:rPr>
          <w:color w:val="000000"/>
        </w:rPr>
        <w:t xml:space="preserve"> to</w:t>
      </w:r>
      <w:r>
        <w:rPr>
          <w:color w:val="000000"/>
        </w:rPr>
        <w:t xml:space="preserve"> take</w:t>
      </w:r>
      <w:r>
        <w:rPr>
          <w:color w:val="000000"/>
        </w:rPr>
        <w:t xml:space="preserve"> into</w:t>
      </w:r>
      <w:r>
        <w:rPr>
          <w:color w:val="000000"/>
        </w:rPr>
        <w:t xml:space="preserve"> consideration</w:t>
      </w:r>
      <w:r>
        <w:rPr>
          <w:color w:val="000000"/>
        </w:rPr>
        <w:t xml:space="preserve"> the</w:t>
      </w:r>
      <w:r>
        <w:rPr>
          <w:color w:val="000000"/>
        </w:rPr>
        <w:t xml:space="preserve"> fact</w:t>
      </w:r>
      <w:r>
        <w:rPr>
          <w:color w:val="000000"/>
        </w:rPr>
        <w:t xml:space="preserve"> that</w:t>
      </w:r>
      <w:r>
        <w:rPr>
          <w:color w:val="000000"/>
        </w:rPr>
        <w:t xml:space="preserve"> these</w:t>
      </w:r>
      <w:r>
        <w:rPr>
          <w:color w:val="000000"/>
        </w:rPr>
        <w:t xml:space="preserve"> companies</w:t>
      </w:r>
      <w:r>
        <w:rPr>
          <w:color w:val="000000"/>
        </w:rPr>
        <w:t xml:space="preserve"> are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competitive</w:t>
      </w:r>
      <w:r>
        <w:rPr>
          <w:color w:val="000000"/>
        </w:rPr>
        <w:t xml:space="preserve"> space.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obtain</w:t>
      </w:r>
      <w:r>
        <w:rPr>
          <w:color w:val="000000"/>
        </w:rPr>
        <w:t xml:space="preserve"> attention,</w:t>
      </w:r>
      <w:r>
        <w:rPr>
          <w:color w:val="000000"/>
        </w:rPr>
        <w:t xml:space="preserve"> and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</w:t>
      </w:r>
      <w:r>
        <w:rPr>
          <w:color w:val="000000"/>
        </w:rPr>
        <w:t xml:space="preserve"> use</w:t>
      </w:r>
      <w:r>
        <w:rPr>
          <w:color w:val="000000"/>
        </w:rPr>
        <w:t xml:space="preserve"> their,</w:t>
      </w:r>
      <w:r>
        <w:rPr>
          <w:color w:val="000000"/>
        </w:rPr>
        <w:t xml:space="preserve"> their</w:t>
      </w:r>
      <w:r>
        <w:rPr>
          <w:color w:val="000000"/>
        </w:rPr>
        <w:t xml:space="preserve"> um</w:t>
      </w:r>
      <w:r>
        <w:rPr>
          <w:color w:val="000000"/>
        </w:rPr>
        <w:t xml:space="preserve"> platforms</w:t>
      </w:r>
      <w:r>
        <w:rPr>
          <w:color w:val="000000"/>
        </w:rPr>
        <w:t xml:space="preserve"> as</w:t>
      </w:r>
      <w:r>
        <w:rPr>
          <w:color w:val="000000"/>
        </w:rPr>
        <w:t xml:space="preserve"> much</w:t>
      </w:r>
      <w:r>
        <w:rPr>
          <w:color w:val="000000"/>
        </w:rPr>
        <w:t xml:space="preserve"> as</w:t>
      </w:r>
      <w:r>
        <w:rPr>
          <w:color w:val="000000"/>
        </w:rPr>
        <w:t xml:space="preserve"> possible.</w:t>
      </w:r>
      <w:r>
        <w:rPr>
          <w:color w:val="000000"/>
        </w:rPr>
        <w:t xml:space="preserve"> And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that,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serve</w:t>
      </w:r>
      <w:r>
        <w:rPr>
          <w:color w:val="000000"/>
        </w:rPr>
        <w:t xml:space="preserve"> people</w:t>
      </w:r>
      <w:r>
        <w:rPr>
          <w:color w:val="000000"/>
        </w:rPr>
        <w:t xml:space="preserve"> content</w:t>
      </w:r>
      <w:r>
        <w:rPr>
          <w:color w:val="000000"/>
        </w:rPr>
        <w:t xml:space="preserve"> in</w:t>
      </w:r>
      <w:r>
        <w:rPr>
          <w:color w:val="000000"/>
        </w:rPr>
        <w:t xml:space="preserve"> using</w:t>
      </w:r>
      <w:r>
        <w:rPr>
          <w:color w:val="000000"/>
        </w:rPr>
        <w:t xml:space="preserve"> algorithms,</w:t>
      </w:r>
      <w:r>
        <w:rPr>
          <w:color w:val="000000"/>
        </w:rPr>
        <w:t xml:space="preserve"> right?</w:t>
      </w:r>
      <w:r>
        <w:rPr>
          <w:highlight w:val="yellow"/>
        </w:rPr>
        <w:t xml:space="preserve"> Um,</w:t>
      </w:r>
      <w:r>
        <w:rPr>
          <w:color w:val="000000"/>
        </w:rPr>
        <w:t xml:space="preserve"> that's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come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top</w:t>
      </w:r>
      <w:r>
        <w:rPr>
          <w:color w:val="000000"/>
        </w:rPr>
        <w:t xml:space="preserve"> of</w:t>
      </w:r>
      <w:r>
        <w:rPr>
          <w:color w:val="000000"/>
        </w:rPr>
        <w:t xml:space="preserve"> their</w:t>
      </w:r>
      <w:r>
        <w:rPr>
          <w:color w:val="000000"/>
        </w:rPr>
        <w:t xml:space="preserve"> page</w:t>
      </w:r>
      <w:r>
        <w:rPr>
          <w:color w:val="000000"/>
        </w:rPr>
        <w:t xml:space="preserve"> whenever</w:t>
      </w:r>
      <w:r>
        <w:rPr>
          <w:color w:val="000000"/>
        </w:rPr>
        <w:t xml:space="preserve"> they</w:t>
      </w:r>
      <w:r>
        <w:rPr>
          <w:color w:val="000000"/>
        </w:rPr>
        <w:t xml:space="preserve"> turn</w:t>
      </w:r>
      <w:r>
        <w:rPr>
          <w:color w:val="000000"/>
        </w:rPr>
        <w:t xml:space="preserve"> on</w:t>
      </w:r>
      <w:r>
        <w:rPr>
          <w:color w:val="000000"/>
        </w:rPr>
        <w:t xml:space="preserve"> their</w:t>
      </w:r>
      <w:r>
        <w:rPr>
          <w:color w:val="000000"/>
        </w:rPr>
        <w:t xml:space="preserve"> device</w:t>
      </w:r>
      <w:r>
        <w:rPr>
          <w:color w:val="000000"/>
        </w:rPr>
        <w:t xml:space="preserve"> and</w:t>
      </w:r>
      <w:r>
        <w:rPr>
          <w:color w:val="000000"/>
        </w:rPr>
        <w:t xml:space="preserve"> access</w:t>
      </w:r>
      <w:r>
        <w:rPr>
          <w:color w:val="000000"/>
        </w:rPr>
        <w:t xml:space="preserve"> that.</w:t>
      </w:r>
      <w:r>
        <w:rPr>
          <w:highlight w:val="yellow"/>
        </w:rPr>
        <w:t xml:space="preserve"> It's</w:t>
      </w:r>
      <w:r>
        <w:rPr>
          <w:color w:val="000000"/>
        </w:rPr>
        <w:t xml:space="preserve"> gonna</w:t>
      </w:r>
      <w:r>
        <w:rPr>
          <w:color w:val="000000"/>
        </w:rPr>
        <w:t xml:space="preserve"> be</w:t>
      </w:r>
      <w:r>
        <w:rPr>
          <w:color w:val="000000"/>
        </w:rPr>
        <w:t xml:space="preserve"> the</w:t>
      </w:r>
      <w:r>
        <w:rPr>
          <w:color w:val="000000"/>
        </w:rPr>
        <w:t xml:space="preserve"> most</w:t>
      </w:r>
      <w:r>
        <w:rPr>
          <w:color w:val="000000"/>
        </w:rPr>
        <w:t xml:space="preserve"> attention</w:t>
      </w:r>
      <w:r>
        <w:rPr>
          <w:color w:val="000000"/>
        </w:rPr>
        <w:t xml:space="preserve"> grabbing,</w:t>
      </w:r>
      <w:r>
        <w:rPr>
          <w:color w:val="000000"/>
        </w:rPr>
        <w:t xml:space="preserve"> the</w:t>
      </w:r>
      <w:r>
        <w:rPr>
          <w:color w:val="000000"/>
        </w:rPr>
        <w:t xml:space="preserve"> most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engage</w:t>
      </w:r>
      <w:r>
        <w:rPr>
          <w:color w:val="000000"/>
        </w:rPr>
        <w:t xml:space="preserve"> some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emotional</w:t>
      </w:r>
      <w:r>
        <w:rPr>
          <w:color w:val="000000"/>
        </w:rPr>
        <w:t xml:space="preserve"> reaction.</w:t>
      </w:r>
      <w:r>
        <w:rPr>
          <w:color w:val="000000"/>
        </w:rPr>
        <w:t xml:space="preserve"> And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the</w:t>
      </w:r>
      <w:r>
        <w:rPr>
          <w:color w:val="000000"/>
        </w:rPr>
        <w:t xml:space="preserve"> algorithm</w:t>
      </w:r>
      <w:r>
        <w:rPr>
          <w:color w:val="000000"/>
        </w:rPr>
        <w:t xml:space="preserve"> is</w:t>
      </w:r>
      <w:r>
        <w:rPr>
          <w:color w:val="000000"/>
        </w:rPr>
        <w:t xml:space="preserve"> always</w:t>
      </w:r>
      <w:r>
        <w:rPr>
          <w:color w:val="000000"/>
        </w:rPr>
        <w:t xml:space="preserve"> changing</w:t>
      </w:r>
      <w:r>
        <w:rPr>
          <w:color w:val="000000"/>
        </w:rPr>
        <w:t xml:space="preserve"> and</w:t>
      </w:r>
      <w:r>
        <w:rPr>
          <w:color w:val="000000"/>
        </w:rPr>
        <w:t xml:space="preserve"> it</w:t>
      </w:r>
      <w:r>
        <w:rPr>
          <w:color w:val="000000"/>
        </w:rPr>
        <w:t xml:space="preserve"> it</w:t>
      </w:r>
      <w:r>
        <w:rPr>
          <w:color w:val="000000"/>
        </w:rPr>
        <w:t xml:space="preserve"> varies</w:t>
      </w:r>
      <w:r>
        <w:rPr>
          <w:color w:val="000000"/>
        </w:rPr>
        <w:t xml:space="preserve"> across</w:t>
      </w:r>
      <w:r>
        <w:rPr>
          <w:color w:val="000000"/>
        </w:rPr>
        <w:t xml:space="preserve"> these</w:t>
      </w:r>
      <w:r>
        <w:rPr>
          <w:color w:val="000000"/>
        </w:rPr>
        <w:t xml:space="preserve"> various</w:t>
      </w:r>
      <w:r>
        <w:rPr>
          <w:color w:val="000000"/>
        </w:rPr>
        <w:t xml:space="preserve"> platforms.</w:t>
      </w:r>
      <w:r>
        <w:rPr>
          <w:highlight w:val="yellow"/>
        </w:rPr>
        <w:t xml:space="preserve"> So</w:t>
      </w:r>
      <w:r>
        <w:rPr>
          <w:color w:val="000000"/>
        </w:rPr>
        <w:t xml:space="preserve"> I</w:t>
      </w:r>
      <w:r>
        <w:rPr>
          <w:color w:val="000000"/>
        </w:rPr>
        <w:t xml:space="preserve"> don't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paint</w:t>
      </w:r>
      <w:r>
        <w:rPr>
          <w:color w:val="000000"/>
        </w:rPr>
        <w:t xml:space="preserve"> with</w:t>
      </w:r>
      <w:r>
        <w:rPr>
          <w:color w:val="000000"/>
        </w:rPr>
        <w:t xml:space="preserve"> too</w:t>
      </w:r>
      <w:r>
        <w:rPr>
          <w:color w:val="000000"/>
        </w:rPr>
        <w:t xml:space="preserve"> broad</w:t>
      </w:r>
      <w:r>
        <w:rPr>
          <w:color w:val="000000"/>
        </w:rPr>
        <w:t xml:space="preserve"> of</w:t>
      </w:r>
      <w:r>
        <w:rPr>
          <w:color w:val="000000"/>
        </w:rPr>
        <w:t xml:space="preserve"> a</w:t>
      </w:r>
      <w:r>
        <w:rPr>
          <w:color w:val="000000"/>
        </w:rPr>
        <w:t xml:space="preserve"> brush.</w:t>
      </w:r>
      <w:r>
        <w:rPr>
          <w:color w:val="000000"/>
        </w:rPr>
        <w:t xml:space="preserve"> I</w:t>
      </w:r>
      <w:r>
        <w:rPr>
          <w:color w:val="000000"/>
        </w:rPr>
        <w:t xml:space="preserve"> know</w:t>
      </w:r>
      <w:r>
        <w:rPr>
          <w:color w:val="000000"/>
        </w:rPr>
        <w:t xml:space="preserve"> that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uh</w:t>
      </w:r>
      <w:r>
        <w:rPr>
          <w:color w:val="000000"/>
        </w:rPr>
        <w:t xml:space="preserve"> uh</w:t>
      </w:r>
      <w:r>
        <w:rPr>
          <w:color w:val="000000"/>
        </w:rPr>
        <w:t xml:space="preserve"> social</w:t>
      </w:r>
      <w:r>
        <w:rPr>
          <w:color w:val="000000"/>
        </w:rPr>
        <w:t xml:space="preserve"> scientists,</w:t>
      </w:r>
      <w:r>
        <w:rPr>
          <w:color w:val="000000"/>
        </w:rPr>
        <w:t xml:space="preserve"> actually,</w:t>
      </w:r>
      <w:r>
        <w:rPr>
          <w:color w:val="000000"/>
        </w:rPr>
        <w:t xml:space="preserve"> even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scientists</w:t>
      </w:r>
      <w:r>
        <w:rPr>
          <w:color w:val="000000"/>
        </w:rPr>
        <w:t xml:space="preserve"> who</w:t>
      </w:r>
      <w:r>
        <w:rPr>
          <w:color w:val="000000"/>
        </w:rPr>
        <w:t xml:space="preserve"> have</w:t>
      </w:r>
      <w:r>
        <w:rPr>
          <w:color w:val="000000"/>
        </w:rPr>
        <w:t xml:space="preserve"> left</w:t>
      </w:r>
      <w:r>
        <w:rPr>
          <w:color w:val="000000"/>
        </w:rPr>
        <w:t xml:space="preserve"> the</w:t>
      </w:r>
      <w:r>
        <w:rPr>
          <w:color w:val="000000"/>
        </w:rPr>
        <w:t xml:space="preserve"> field</w:t>
      </w:r>
      <w:r>
        <w:rPr>
          <w:color w:val="000000"/>
        </w:rPr>
        <w:t xml:space="preserve"> and</w:t>
      </w:r>
      <w:r>
        <w:rPr>
          <w:color w:val="000000"/>
        </w:rPr>
        <w:t xml:space="preserve"> are</w:t>
      </w:r>
      <w:r>
        <w:rPr>
          <w:color w:val="000000"/>
        </w:rPr>
        <w:t xml:space="preserve"> now</w:t>
      </w:r>
      <w:r>
        <w:rPr>
          <w:color w:val="000000"/>
        </w:rPr>
        <w:t xml:space="preserve"> working</w:t>
      </w:r>
      <w:r>
        <w:rPr>
          <w:color w:val="000000"/>
        </w:rPr>
        <w:t xml:space="preserve"> for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companies</w:t>
      </w:r>
      <w:r>
        <w:rPr>
          <w:color w:val="000000"/>
        </w:rPr>
        <w:t xml:space="preserve"> and</w:t>
      </w:r>
      <w:r>
        <w:rPr>
          <w:color w:val="000000"/>
        </w:rPr>
        <w:t xml:space="preserve"> thinking</w:t>
      </w:r>
      <w:r>
        <w:rPr>
          <w:color w:val="000000"/>
        </w:rPr>
        <w:t xml:space="preserve"> carefully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these</w:t>
      </w:r>
    </w:p>
    <w:p>
      <w:r>
        <w:t xml:space="preserve">[00:21:19] Speaker 1: </w:t>
      </w:r>
      <w:r>
        <w:rPr>
          <w:color w:val="000000"/>
        </w:rPr>
        <w:t>subjects.</w:t>
      </w:r>
      <w:r>
        <w:rPr>
          <w:color w:val="000000"/>
        </w:rPr>
        <w:t xml:space="preserve"> Can</w:t>
      </w:r>
      <w:r>
        <w:rPr>
          <w:color w:val="000000"/>
        </w:rPr>
        <w:t xml:space="preserve"> you</w:t>
      </w:r>
      <w:r>
        <w:rPr>
          <w:color w:val="000000"/>
        </w:rPr>
        <w:t xml:space="preserve"> speculate</w:t>
      </w:r>
      <w:r>
        <w:rPr>
          <w:color w:val="000000"/>
        </w:rPr>
        <w:t xml:space="preserve"> whether</w:t>
      </w:r>
      <w:r>
        <w:rPr>
          <w:color w:val="000000"/>
        </w:rPr>
        <w:t xml:space="preserve"> there</w:t>
      </w:r>
      <w:r>
        <w:rPr>
          <w:color w:val="000000"/>
        </w:rPr>
        <w:t xml:space="preserve"> are</w:t>
      </w:r>
      <w:r>
        <w:rPr>
          <w:color w:val="000000"/>
        </w:rPr>
        <w:t xml:space="preserve"> race</w:t>
      </w:r>
      <w:r>
        <w:rPr>
          <w:color w:val="000000"/>
        </w:rPr>
        <w:t xml:space="preserve"> and</w:t>
      </w:r>
      <w:r>
        <w:rPr>
          <w:color w:val="000000"/>
        </w:rPr>
        <w:t xml:space="preserve"> gender</w:t>
      </w:r>
      <w:r>
        <w:rPr>
          <w:color w:val="000000"/>
        </w:rPr>
        <w:t xml:space="preserve"> uh</w:t>
      </w:r>
      <w:r>
        <w:rPr>
          <w:color w:val="000000"/>
        </w:rPr>
        <w:t xml:space="preserve"> divisions</w:t>
      </w:r>
      <w:r>
        <w:rPr>
          <w:color w:val="000000"/>
        </w:rPr>
        <w:t xml:space="preserve"> around</w:t>
      </w:r>
    </w:p>
    <w:p>
      <w:r>
        <w:t xml:space="preserve">[00:21:25] Speaker 4: </w:t>
      </w:r>
      <w:r>
        <w:rPr>
          <w:color w:val="000000"/>
        </w:rPr>
        <w:t>this?</w:t>
      </w:r>
      <w:r>
        <w:rPr>
          <w:color w:val="000000"/>
        </w:rPr>
        <w:t xml:space="preserve"> So</w:t>
      </w:r>
      <w:r>
        <w:rPr>
          <w:color w:val="000000"/>
        </w:rPr>
        <w:t xml:space="preserve"> we</w:t>
      </w:r>
      <w:r>
        <w:rPr>
          <w:color w:val="000000"/>
        </w:rPr>
        <w:t xml:space="preserve"> know</w:t>
      </w:r>
      <w:r>
        <w:rPr>
          <w:color w:val="000000"/>
        </w:rPr>
        <w:t xml:space="preserve"> from</w:t>
      </w:r>
      <w:r>
        <w:rPr>
          <w:color w:val="000000"/>
        </w:rPr>
        <w:t xml:space="preserve"> the</w:t>
      </w:r>
      <w:r>
        <w:rPr>
          <w:color w:val="000000"/>
        </w:rPr>
        <w:t xml:space="preserve"> literature</w:t>
      </w:r>
      <w:r>
        <w:rPr>
          <w:color w:val="000000"/>
        </w:rPr>
        <w:t xml:space="preserve"> in</w:t>
      </w:r>
      <w:r>
        <w:rPr>
          <w:color w:val="000000"/>
        </w:rPr>
        <w:t xml:space="preserve"> behavioral</w:t>
      </w:r>
      <w:r>
        <w:rPr>
          <w:color w:val="000000"/>
        </w:rPr>
        <w:t xml:space="preserve"> economics,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um,</w:t>
      </w:r>
      <w:r>
        <w:rPr>
          <w:color w:val="000000"/>
        </w:rPr>
        <w:t xml:space="preserve"> that</w:t>
      </w:r>
      <w:r>
        <w:rPr>
          <w:color w:val="000000"/>
        </w:rPr>
        <w:t xml:space="preserve"> men</w:t>
      </w:r>
      <w:r>
        <w:rPr>
          <w:color w:val="000000"/>
        </w:rPr>
        <w:t xml:space="preserve"> are</w:t>
      </w:r>
      <w:r>
        <w:rPr>
          <w:color w:val="000000"/>
        </w:rPr>
        <w:t xml:space="preserve"> much</w:t>
      </w:r>
      <w:r>
        <w:rPr>
          <w:color w:val="000000"/>
        </w:rPr>
        <w:t xml:space="preserve"> more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invest</w:t>
      </w:r>
      <w:r>
        <w:rPr>
          <w:color w:val="000000"/>
        </w:rPr>
        <w:t xml:space="preserve"> in</w:t>
      </w:r>
      <w:r>
        <w:rPr>
          <w:color w:val="000000"/>
        </w:rPr>
        <w:t xml:space="preserve"> risky</w:t>
      </w:r>
      <w:r>
        <w:rPr>
          <w:color w:val="000000"/>
        </w:rPr>
        <w:t xml:space="preserve"> stock</w:t>
      </w:r>
      <w:r>
        <w:rPr>
          <w:color w:val="000000"/>
        </w:rPr>
        <w:t xml:space="preserve"> choices</w:t>
      </w:r>
      <w:r>
        <w:rPr>
          <w:highlight w:val="yellow"/>
        </w:rPr>
        <w:t xml:space="preserve"> then</w:t>
      </w:r>
      <w:r>
        <w:rPr>
          <w:color w:val="000000"/>
        </w:rPr>
        <w:t xml:space="preserve"> when</w:t>
      </w:r>
      <w:r>
        <w:rPr>
          <w:color w:val="000000"/>
        </w:rPr>
        <w:t xml:space="preserve"> women</w:t>
      </w:r>
      <w:r>
        <w:rPr>
          <w:color w:val="000000"/>
        </w:rPr>
        <w:t xml:space="preserve"> are</w:t>
      </w:r>
      <w:r>
        <w:rPr>
          <w:color w:val="000000"/>
        </w:rPr>
        <w:t xml:space="preserve"> much</w:t>
      </w:r>
      <w:r>
        <w:rPr>
          <w:color w:val="000000"/>
        </w:rPr>
        <w:t xml:space="preserve"> more</w:t>
      </w:r>
      <w:r>
        <w:rPr>
          <w:color w:val="000000"/>
        </w:rPr>
        <w:t xml:space="preserve"> conservative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investing,</w:t>
      </w:r>
      <w:r>
        <w:rPr>
          <w:color w:val="000000"/>
        </w:rPr>
        <w:t xml:space="preserve"> investing</w:t>
      </w:r>
      <w:r>
        <w:rPr>
          <w:color w:val="000000"/>
        </w:rPr>
        <w:t xml:space="preserve"> behavior</w:t>
      </w:r>
      <w:r>
        <w:rPr>
          <w:color w:val="000000"/>
        </w:rPr>
        <w:t xml:space="preserve"> compared</w:t>
      </w:r>
      <w:r>
        <w:rPr>
          <w:color w:val="000000"/>
        </w:rPr>
        <w:t xml:space="preserve"> to</w:t>
      </w:r>
      <w:r>
        <w:rPr>
          <w:color w:val="000000"/>
        </w:rPr>
        <w:t xml:space="preserve"> men</w:t>
      </w:r>
      <w:r>
        <w:rPr>
          <w:color w:val="000000"/>
        </w:rPr>
        <w:t xml:space="preserve"> and</w:t>
      </w:r>
      <w:r>
        <w:rPr>
          <w:color w:val="000000"/>
        </w:rPr>
        <w:t xml:space="preserve"> um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that</w:t>
      </w:r>
      <w:r>
        <w:rPr>
          <w:color w:val="000000"/>
        </w:rPr>
        <w:t xml:space="preserve"> literature</w:t>
      </w:r>
      <w:r>
        <w:rPr>
          <w:color w:val="000000"/>
        </w:rPr>
        <w:t xml:space="preserve"> that's</w:t>
      </w:r>
      <w:r>
        <w:rPr>
          <w:color w:val="000000"/>
        </w:rPr>
        <w:t xml:space="preserve"> looked</w:t>
      </w:r>
      <w:r>
        <w:rPr>
          <w:color w:val="000000"/>
        </w:rPr>
        <w:t xml:space="preserve"> at</w:t>
      </w:r>
      <w:r>
        <w:rPr>
          <w:color w:val="000000"/>
        </w:rPr>
        <w:t xml:space="preserve"> this</w:t>
      </w:r>
      <w:r>
        <w:rPr>
          <w:color w:val="000000"/>
        </w:rPr>
        <w:t xml:space="preserve"> has</w:t>
      </w:r>
      <w:r>
        <w:rPr>
          <w:color w:val="000000"/>
        </w:rPr>
        <w:t xml:space="preserve"> made</w:t>
      </w:r>
      <w:r>
        <w:rPr>
          <w:color w:val="000000"/>
        </w:rPr>
        <w:t xml:space="preserve"> the</w:t>
      </w:r>
      <w:r>
        <w:rPr>
          <w:color w:val="000000"/>
        </w:rPr>
        <w:t xml:space="preserve"> argument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that.</w:t>
      </w:r>
      <w:r>
        <w:rPr>
          <w:color w:val="000000"/>
        </w:rPr>
        <w:t xml:space="preserve"> Um,</w:t>
      </w:r>
      <w:r>
        <w:rPr>
          <w:color w:val="000000"/>
        </w:rPr>
        <w:t xml:space="preserve"> on</w:t>
      </w:r>
      <w:r>
        <w:rPr>
          <w:color w:val="000000"/>
        </w:rPr>
        <w:t xml:space="preserve"> average,</w:t>
      </w:r>
      <w:r>
        <w:rPr>
          <w:color w:val="000000"/>
        </w:rPr>
        <w:t xml:space="preserve"> on</w:t>
      </w:r>
      <w:r>
        <w:rPr>
          <w:color w:val="000000"/>
        </w:rPr>
        <w:t xml:space="preserve"> balance,</w:t>
      </w:r>
      <w:r>
        <w:rPr>
          <w:color w:val="000000"/>
        </w:rPr>
        <w:t xml:space="preserve"> uh,</w:t>
      </w:r>
      <w:r>
        <w:rPr>
          <w:color w:val="000000"/>
        </w:rPr>
        <w:t xml:space="preserve"> men</w:t>
      </w:r>
      <w:r>
        <w:rPr>
          <w:color w:val="000000"/>
        </w:rPr>
        <w:t xml:space="preserve"> who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investment</w:t>
      </w:r>
      <w:r>
        <w:rPr>
          <w:color w:val="000000"/>
        </w:rPr>
        <w:t xml:space="preserve"> behavior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more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market</w:t>
      </w:r>
      <w:r>
        <w:rPr>
          <w:color w:val="000000"/>
        </w:rPr>
        <w:t xml:space="preserve"> than</w:t>
      </w:r>
      <w:r>
        <w:rPr>
          <w:color w:val="000000"/>
        </w:rPr>
        <w:t xml:space="preserve"> than</w:t>
      </w:r>
      <w:r>
        <w:rPr>
          <w:color w:val="000000"/>
        </w:rPr>
        <w:t xml:space="preserve"> women</w:t>
      </w:r>
      <w:r>
        <w:rPr>
          <w:color w:val="000000"/>
        </w:rPr>
        <w:t xml:space="preserve"> do,</w:t>
      </w:r>
      <w:r>
        <w:rPr>
          <w:color w:val="000000"/>
        </w:rPr>
        <w:t xml:space="preserve"> even</w:t>
      </w:r>
      <w:r>
        <w:rPr>
          <w:color w:val="000000"/>
        </w:rPr>
        <w:t xml:space="preserve"> though</w:t>
      </w:r>
      <w:r>
        <w:rPr>
          <w:color w:val="000000"/>
        </w:rPr>
        <w:t xml:space="preserve"> their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economic</w:t>
      </w:r>
      <w:r>
        <w:rPr>
          <w:color w:val="000000"/>
        </w:rPr>
        <w:t xml:space="preserve"> fundamentals</w:t>
      </w:r>
      <w:r>
        <w:rPr>
          <w:color w:val="000000"/>
        </w:rPr>
        <w:t xml:space="preserve"> may</w:t>
      </w:r>
      <w:r>
        <w:rPr>
          <w:color w:val="000000"/>
        </w:rPr>
        <w:t xml:space="preserve"> be</w:t>
      </w:r>
      <w:r>
        <w:rPr>
          <w:color w:val="000000"/>
        </w:rPr>
        <w:t xml:space="preserve"> fairly,</w:t>
      </w:r>
      <w:r>
        <w:rPr>
          <w:color w:val="000000"/>
        </w:rPr>
        <w:t xml:space="preserve"> fairly</w:t>
      </w:r>
      <w:r>
        <w:rPr>
          <w:color w:val="000000"/>
        </w:rPr>
        <w:t xml:space="preserve"> equivalent.</w:t>
      </w:r>
      <w:r>
        <w:rPr>
          <w:color w:val="000000"/>
        </w:rPr>
        <w:t xml:space="preserve"> And</w:t>
      </w:r>
      <w:r>
        <w:rPr>
          <w:color w:val="000000"/>
        </w:rPr>
        <w:t xml:space="preserve"> in</w:t>
      </w:r>
      <w:r>
        <w:rPr>
          <w:color w:val="000000"/>
        </w:rPr>
        <w:t xml:space="preserve"> fact,</w:t>
      </w:r>
      <w:r>
        <w:rPr>
          <w:color w:val="000000"/>
        </w:rPr>
        <w:t xml:space="preserve"> given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stock</w:t>
      </w:r>
      <w:r>
        <w:rPr>
          <w:color w:val="000000"/>
        </w:rPr>
        <w:t xml:space="preserve"> market</w:t>
      </w:r>
      <w:r>
        <w:rPr>
          <w:color w:val="000000"/>
        </w:rPr>
        <w:t xml:space="preserve"> is</w:t>
      </w:r>
      <w:r>
        <w:rPr>
          <w:color w:val="000000"/>
        </w:rPr>
        <w:t xml:space="preserve"> more</w:t>
      </w:r>
      <w:r>
        <w:rPr>
          <w:color w:val="000000"/>
        </w:rPr>
        <w:t xml:space="preserve"> or</w:t>
      </w:r>
      <w:r>
        <w:rPr>
          <w:color w:val="000000"/>
        </w:rPr>
        <w:t xml:space="preserve"> less</w:t>
      </w:r>
      <w:r>
        <w:rPr>
          <w:color w:val="000000"/>
        </w:rPr>
        <w:t xml:space="preserve"> a</w:t>
      </w:r>
      <w:r>
        <w:rPr>
          <w:color w:val="000000"/>
        </w:rPr>
        <w:t xml:space="preserve"> random</w:t>
      </w:r>
      <w:r>
        <w:rPr>
          <w:color w:val="000000"/>
        </w:rPr>
        <w:t xml:space="preserve"> walk,</w:t>
      </w:r>
      <w:r>
        <w:rPr>
          <w:color w:val="000000"/>
        </w:rPr>
        <w:t xml:space="preserve"> right,</w:t>
      </w:r>
      <w:r>
        <w:rPr>
          <w:color w:val="000000"/>
        </w:rPr>
        <w:t xml:space="preserve"> it's</w:t>
      </w:r>
      <w:r>
        <w:rPr>
          <w:color w:val="000000"/>
        </w:rPr>
        <w:t xml:space="preserve"> very</w:t>
      </w:r>
      <w:r>
        <w:rPr>
          <w:color w:val="000000"/>
        </w:rPr>
        <w:t xml:space="preserve"> hard</w:t>
      </w:r>
      <w:r>
        <w:rPr>
          <w:color w:val="000000"/>
        </w:rPr>
        <w:t xml:space="preserve"> to</w:t>
      </w:r>
      <w:r>
        <w:rPr>
          <w:color w:val="000000"/>
        </w:rPr>
        <w:t xml:space="preserve"> have,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unless</w:t>
      </w:r>
      <w:r>
        <w:rPr>
          <w:color w:val="000000"/>
        </w:rPr>
        <w:t xml:space="preserve"> you're</w:t>
      </w:r>
      <w:r>
        <w:rPr>
          <w:color w:val="000000"/>
        </w:rPr>
        <w:t xml:space="preserve"> insider</w:t>
      </w:r>
      <w:r>
        <w:rPr>
          <w:color w:val="000000"/>
        </w:rPr>
        <w:t xml:space="preserve"> trading</w:t>
      </w:r>
      <w:r>
        <w:rPr>
          <w:color w:val="000000"/>
        </w:rPr>
        <w:t xml:space="preserve"> or</w:t>
      </w:r>
      <w:r>
        <w:rPr>
          <w:color w:val="000000"/>
        </w:rPr>
        <w:t xml:space="preserve"> something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that's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privilege</w:t>
      </w:r>
      <w:r>
        <w:rPr>
          <w:color w:val="000000"/>
        </w:rPr>
        <w:t xml:space="preserve"> your</w:t>
      </w:r>
      <w:r>
        <w:rPr>
          <w:color w:val="000000"/>
        </w:rPr>
        <w:t xml:space="preserve"> positions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market</w:t>
      </w:r>
      <w:r>
        <w:rPr>
          <w:color w:val="000000"/>
        </w:rPr>
        <w:t xml:space="preserve"> over</w:t>
      </w:r>
      <w:r>
        <w:rPr>
          <w:color w:val="000000"/>
        </w:rPr>
        <w:t xml:space="preserve"> Um,</w:t>
      </w:r>
      <w:r>
        <w:rPr>
          <w:color w:val="000000"/>
        </w:rPr>
        <w:t xml:space="preserve"> over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long</w:t>
      </w:r>
      <w:r>
        <w:rPr>
          <w:color w:val="000000"/>
        </w:rPr>
        <w:t xml:space="preserve"> run.</w:t>
      </w:r>
      <w:r>
        <w:rPr>
          <w:highlight w:val="yellow"/>
        </w:rPr>
        <w:t xml:space="preserve"> Certainly</w:t>
      </w:r>
      <w:r>
        <w:rPr>
          <w:color w:val="000000"/>
        </w:rPr>
        <w:t xml:space="preserve"> there</w:t>
      </w:r>
      <w:r>
        <w:rPr>
          <w:color w:val="000000"/>
        </w:rPr>
        <w:t xml:space="preserve"> may</w:t>
      </w:r>
      <w:r>
        <w:rPr>
          <w:color w:val="000000"/>
        </w:rPr>
        <w:t xml:space="preserve"> be</w:t>
      </w:r>
      <w:r>
        <w:rPr>
          <w:color w:val="000000"/>
        </w:rPr>
        <w:t xml:space="preserve"> some,</w:t>
      </w:r>
      <w:r>
        <w:rPr>
          <w:color w:val="000000"/>
        </w:rPr>
        <w:t xml:space="preserve"> some</w:t>
      </w:r>
      <w:r>
        <w:rPr>
          <w:color w:val="000000"/>
        </w:rPr>
        <w:t xml:space="preserve"> case</w:t>
      </w:r>
      <w:r>
        <w:rPr>
          <w:color w:val="000000"/>
        </w:rPr>
        <w:t xml:space="preserve"> for</w:t>
      </w:r>
      <w:r>
        <w:rPr>
          <w:color w:val="000000"/>
        </w:rPr>
        <w:t xml:space="preserve"> a,</w:t>
      </w:r>
      <w:r>
        <w:rPr>
          <w:color w:val="000000"/>
        </w:rPr>
        <w:t xml:space="preserve"> a</w:t>
      </w:r>
      <w:r>
        <w:rPr>
          <w:color w:val="000000"/>
        </w:rPr>
        <w:t xml:space="preserve"> gender</w:t>
      </w:r>
      <w:r>
        <w:rPr>
          <w:color w:val="000000"/>
        </w:rPr>
        <w:t xml:space="preserve"> difference</w:t>
      </w:r>
      <w:r>
        <w:rPr>
          <w:color w:val="000000"/>
        </w:rPr>
        <w:t xml:space="preserve"> in,</w:t>
      </w:r>
      <w:r>
        <w:rPr>
          <w:color w:val="000000"/>
        </w:rPr>
        <w:t xml:space="preserve"> um,</w:t>
      </w:r>
      <w:r>
        <w:rPr>
          <w:color w:val="000000"/>
        </w:rPr>
        <w:t xml:space="preserve"> in</w:t>
      </w:r>
      <w:r>
        <w:rPr>
          <w:color w:val="000000"/>
        </w:rPr>
        <w:t xml:space="preserve"> people's</w:t>
      </w:r>
      <w:r>
        <w:rPr>
          <w:color w:val="000000"/>
        </w:rPr>
        <w:t xml:space="preserve"> willingness</w:t>
      </w:r>
      <w:r>
        <w:rPr>
          <w:color w:val="000000"/>
        </w:rPr>
        <w:t xml:space="preserve"> to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overconfidence.</w:t>
      </w:r>
    </w:p>
    <w:p>
      <w:r>
        <w:t xml:space="preserve">[00:22:21] Speaker 1: </w:t>
      </w:r>
      <w:r>
        <w:rPr>
          <w:color w:val="000000"/>
        </w:rPr>
        <w:t>You</w:t>
      </w:r>
      <w:r>
        <w:rPr>
          <w:color w:val="000000"/>
        </w:rPr>
        <w:t xml:space="preserve"> talk</w:t>
      </w:r>
      <w:r>
        <w:rPr>
          <w:color w:val="000000"/>
        </w:rPr>
        <w:t xml:space="preserve"> about</w:t>
      </w:r>
      <w:r>
        <w:rPr>
          <w:color w:val="000000"/>
        </w:rPr>
        <w:t xml:space="preserve"> party</w:t>
      </w:r>
      <w:r>
        <w:rPr>
          <w:color w:val="000000"/>
        </w:rPr>
        <w:t xml:space="preserve"> identification</w:t>
      </w:r>
      <w:r>
        <w:rPr>
          <w:color w:val="000000"/>
        </w:rPr>
        <w:t xml:space="preserve"> in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your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as</w:t>
      </w:r>
      <w:r>
        <w:rPr>
          <w:color w:val="000000"/>
        </w:rPr>
        <w:t xml:space="preserve"> a</w:t>
      </w:r>
      <w:r>
        <w:rPr>
          <w:color w:val="000000"/>
        </w:rPr>
        <w:t xml:space="preserve"> mediating</w:t>
      </w:r>
      <w:r>
        <w:rPr>
          <w:color w:val="000000"/>
        </w:rPr>
        <w:t xml:space="preserve"> factor</w:t>
      </w:r>
      <w:r>
        <w:rPr>
          <w:highlight w:val="yellow"/>
        </w:rPr>
        <w:t xml:space="preserve"> in</w:t>
      </w:r>
      <w:r>
        <w:rPr>
          <w:color w:val="000000"/>
        </w:rPr>
        <w:t xml:space="preserve"> how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and</w:t>
      </w:r>
      <w:r>
        <w:rPr>
          <w:color w:val="000000"/>
        </w:rPr>
        <w:t xml:space="preserve"> how</w:t>
      </w:r>
      <w:r>
        <w:rPr>
          <w:color w:val="000000"/>
        </w:rPr>
        <w:t xml:space="preserve"> not</w:t>
      </w:r>
      <w:r>
        <w:rPr>
          <w:color w:val="000000"/>
        </w:rPr>
        <w:t xml:space="preserve"> overconfident.</w:t>
      </w:r>
      <w:r>
        <w:rPr>
          <w:color w:val="000000"/>
        </w:rPr>
        <w:t xml:space="preserve"> Can</w:t>
      </w:r>
      <w:r>
        <w:rPr>
          <w:color w:val="000000"/>
        </w:rPr>
        <w:t xml:space="preserve"> you</w:t>
      </w:r>
      <w:r>
        <w:rPr>
          <w:color w:val="000000"/>
        </w:rPr>
        <w:t xml:space="preserve"> explain</w:t>
      </w:r>
    </w:p>
    <w:p>
      <w:r>
        <w:t xml:space="preserve">[00:22:32] Speaker 4: </w:t>
      </w:r>
      <w:r>
        <w:rPr>
          <w:color w:val="000000"/>
        </w:rPr>
        <w:t>that?</w:t>
      </w:r>
      <w:r>
        <w:rPr>
          <w:color w:val="000000"/>
        </w:rPr>
        <w:t xml:space="preserve"> Sure,</w:t>
      </w:r>
      <w:r>
        <w:rPr>
          <w:color w:val="000000"/>
        </w:rPr>
        <w:t xml:space="preserve"> yeah,</w:t>
      </w:r>
      <w:r>
        <w:rPr>
          <w:color w:val="000000"/>
        </w:rPr>
        <w:t xml:space="preserve"> definitely.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so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One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bigger</w:t>
      </w:r>
      <w:r>
        <w:rPr>
          <w:color w:val="000000"/>
        </w:rPr>
        <w:t xml:space="preserve"> reasons</w:t>
      </w:r>
      <w:r>
        <w:rPr>
          <w:color w:val="000000"/>
        </w:rPr>
        <w:t xml:space="preserve"> why</w:t>
      </w:r>
      <w:r>
        <w:rPr>
          <w:color w:val="000000"/>
        </w:rPr>
        <w:t xml:space="preserve"> I</w:t>
      </w:r>
      <w:r>
        <w:rPr>
          <w:highlight w:val="yellow"/>
        </w:rPr>
        <w:t xml:space="preserve"> I'm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call</w:t>
      </w:r>
      <w:r>
        <w:rPr>
          <w:color w:val="000000"/>
        </w:rPr>
        <w:t xml:space="preserve"> this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attention</w:t>
      </w:r>
      <w:r>
        <w:rPr>
          <w:color w:val="000000"/>
        </w:rPr>
        <w:t xml:space="preserve"> of</w:t>
      </w:r>
      <w:r>
        <w:rPr>
          <w:color w:val="000000"/>
        </w:rPr>
        <w:t xml:space="preserve"> of</w:t>
      </w:r>
      <w:r>
        <w:rPr>
          <w:color w:val="000000"/>
        </w:rPr>
        <w:t xml:space="preserve"> scholars</w:t>
      </w:r>
      <w:r>
        <w:rPr>
          <w:color w:val="000000"/>
        </w:rPr>
        <w:t xml:space="preserve"> and</w:t>
      </w:r>
      <w:r>
        <w:rPr>
          <w:color w:val="000000"/>
        </w:rPr>
        <w:t xml:space="preserve"> the</w:t>
      </w:r>
      <w:r>
        <w:rPr>
          <w:color w:val="000000"/>
        </w:rPr>
        <w:t xml:space="preserve"> public,</w:t>
      </w:r>
      <w:r>
        <w:rPr>
          <w:color w:val="000000"/>
        </w:rPr>
        <w:t xml:space="preserve"> because</w:t>
      </w:r>
      <w:r>
        <w:rPr>
          <w:color w:val="000000"/>
        </w:rPr>
        <w:t xml:space="preserve"> uh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where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highlight w:val="yellow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gets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pernicious,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notion</w:t>
      </w:r>
      <w:r>
        <w:rPr>
          <w:color w:val="000000"/>
        </w:rPr>
        <w:t xml:space="preserve"> that</w:t>
      </w:r>
      <w:r>
        <w:rPr>
          <w:color w:val="000000"/>
        </w:rPr>
        <w:t xml:space="preserve"> as</w:t>
      </w:r>
      <w:r>
        <w:rPr>
          <w:color w:val="000000"/>
        </w:rPr>
        <w:t xml:space="preserve"> you</w:t>
      </w:r>
      <w:r>
        <w:rPr>
          <w:color w:val="000000"/>
        </w:rPr>
        <w:t xml:space="preserve"> ratchet</w:t>
      </w:r>
      <w:r>
        <w:rPr>
          <w:color w:val="000000"/>
        </w:rPr>
        <w:t xml:space="preserve"> up</w:t>
      </w:r>
      <w:r>
        <w:rPr>
          <w:color w:val="000000"/>
        </w:rPr>
        <w:t xml:space="preserve"> partisanship,</w:t>
      </w:r>
      <w:r>
        <w:rPr>
          <w:color w:val="000000"/>
        </w:rPr>
        <w:t xml:space="preserve"> and</w:t>
      </w:r>
      <w:r>
        <w:rPr>
          <w:color w:val="000000"/>
        </w:rPr>
        <w:t xml:space="preserve"> as</w:t>
      </w:r>
      <w:r>
        <w:rPr>
          <w:color w:val="000000"/>
        </w:rPr>
        <w:t xml:space="preserve"> the</w:t>
      </w:r>
      <w:r>
        <w:rPr>
          <w:color w:val="000000"/>
        </w:rPr>
        <w:t xml:space="preserve"> the</w:t>
      </w:r>
      <w:r>
        <w:rPr>
          <w:color w:val="000000"/>
        </w:rPr>
        <w:t xml:space="preserve"> discourse</w:t>
      </w:r>
      <w:r>
        <w:rPr>
          <w:color w:val="000000"/>
        </w:rPr>
        <w:t xml:space="preserve"> even</w:t>
      </w:r>
      <w:r>
        <w:rPr>
          <w:color w:val="000000"/>
        </w:rPr>
        <w:t xml:space="preserve"> that</w:t>
      </w:r>
      <w:r>
        <w:rPr>
          <w:color w:val="000000"/>
        </w:rPr>
        <w:t xml:space="preserve"> you're</w:t>
      </w:r>
      <w:r>
        <w:rPr>
          <w:color w:val="000000"/>
        </w:rPr>
        <w:t xml:space="preserve"> engaging</w:t>
      </w:r>
      <w:r>
        <w:rPr>
          <w:color w:val="000000"/>
        </w:rPr>
        <w:t xml:space="preserve"> in</w:t>
      </w:r>
      <w:r>
        <w:rPr>
          <w:color w:val="000000"/>
        </w:rPr>
        <w:t xml:space="preserve"> becomes</w:t>
      </w:r>
      <w:r>
        <w:rPr>
          <w:color w:val="000000"/>
        </w:rPr>
        <w:t xml:space="preserve"> more</w:t>
      </w:r>
      <w:r>
        <w:rPr>
          <w:color w:val="000000"/>
        </w:rPr>
        <w:t xml:space="preserve"> partisan</w:t>
      </w:r>
      <w:r>
        <w:rPr>
          <w:color w:val="000000"/>
        </w:rPr>
        <w:t xml:space="preserve"> in</w:t>
      </w:r>
      <w:r>
        <w:rPr>
          <w:color w:val="000000"/>
        </w:rPr>
        <w:t xml:space="preserve"> nature,</w:t>
      </w:r>
      <w:r>
        <w:rPr>
          <w:color w:val="000000"/>
        </w:rPr>
        <w:t xml:space="preserve"> um,</w:t>
      </w:r>
      <w:r>
        <w:rPr>
          <w:color w:val="000000"/>
        </w:rPr>
        <w:t xml:space="preserve"> people</w:t>
      </w:r>
      <w:r>
        <w:rPr>
          <w:color w:val="000000"/>
        </w:rPr>
        <w:t xml:space="preserve"> are</w:t>
      </w:r>
      <w:r>
        <w:rPr>
          <w:color w:val="000000"/>
        </w:rPr>
        <w:t xml:space="preserve"> more</w:t>
      </w:r>
      <w:r>
        <w:rPr>
          <w:color w:val="000000"/>
        </w:rPr>
        <w:t xml:space="preserve"> and</w:t>
      </w:r>
      <w:r>
        <w:rPr>
          <w:color w:val="000000"/>
        </w:rPr>
        <w:t xml:space="preserve"> more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try</w:t>
      </w:r>
      <w:r>
        <w:rPr>
          <w:color w:val="000000"/>
        </w:rPr>
        <w:t xml:space="preserve"> to</w:t>
      </w:r>
      <w:r>
        <w:rPr>
          <w:color w:val="000000"/>
        </w:rPr>
        <w:t xml:space="preserve"> defend</w:t>
      </w:r>
      <w:r>
        <w:rPr>
          <w:color w:val="000000"/>
        </w:rPr>
        <w:t xml:space="preserve"> their</w:t>
      </w:r>
      <w:r>
        <w:rPr>
          <w:color w:val="000000"/>
        </w:rPr>
        <w:t xml:space="preserve"> self-esteem</w:t>
      </w:r>
      <w:r>
        <w:rPr>
          <w:color w:val="000000"/>
        </w:rPr>
        <w:t xml:space="preserve"> by</w:t>
      </w:r>
      <w:r>
        <w:rPr>
          <w:color w:val="000000"/>
        </w:rPr>
        <w:t xml:space="preserve"> adopting</w:t>
      </w:r>
      <w:r>
        <w:rPr>
          <w:color w:val="000000"/>
        </w:rPr>
        <w:t xml:space="preserve"> an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stance.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in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experiments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done,</w:t>
      </w:r>
      <w:r>
        <w:rPr>
          <w:color w:val="000000"/>
        </w:rPr>
        <w:t xml:space="preserve"> I've</w:t>
      </w:r>
      <w:r>
        <w:rPr>
          <w:color w:val="000000"/>
        </w:rPr>
        <w:t xml:space="preserve"> had</w:t>
      </w:r>
      <w:r>
        <w:rPr>
          <w:color w:val="000000"/>
        </w:rPr>
        <w:t xml:space="preserve"> um</w:t>
      </w:r>
      <w:r>
        <w:rPr>
          <w:color w:val="000000"/>
        </w:rPr>
        <w:t xml:space="preserve"> Essentially,</w:t>
      </w:r>
      <w:r>
        <w:rPr>
          <w:color w:val="000000"/>
        </w:rPr>
        <w:t xml:space="preserve"> uh,</w:t>
      </w:r>
      <w:r>
        <w:rPr>
          <w:color w:val="000000"/>
        </w:rPr>
        <w:t xml:space="preserve"> some</w:t>
      </w:r>
      <w:r>
        <w:rPr>
          <w:color w:val="000000"/>
        </w:rPr>
        <w:t xml:space="preserve"> tasks</w:t>
      </w:r>
      <w:r>
        <w:rPr>
          <w:color w:val="000000"/>
        </w:rPr>
        <w:t xml:space="preserve"> for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where</w:t>
      </w:r>
      <w:r>
        <w:rPr>
          <w:color w:val="000000"/>
        </w:rPr>
        <w:t xml:space="preserve"> they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in,</w:t>
      </w:r>
      <w:r>
        <w:rPr>
          <w:color w:val="000000"/>
        </w:rPr>
        <w:t xml:space="preserve"> um,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rating</w:t>
      </w:r>
      <w:r>
        <w:rPr>
          <w:color w:val="000000"/>
        </w:rPr>
        <w:t xml:space="preserve"> other</w:t>
      </w:r>
      <w:r>
        <w:rPr>
          <w:color w:val="000000"/>
        </w:rPr>
        <w:t xml:space="preserve"> people's</w:t>
      </w:r>
      <w:r>
        <w:rPr>
          <w:color w:val="000000"/>
        </w:rPr>
        <w:t xml:space="preserve"> performance</w:t>
      </w:r>
      <w:r>
        <w:rPr>
          <w:color w:val="000000"/>
        </w:rPr>
        <w:t xml:space="preserve"> on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quiz.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I'll</w:t>
      </w:r>
      <w:r>
        <w:rPr>
          <w:color w:val="000000"/>
        </w:rPr>
        <w:t xml:space="preserve"> give</w:t>
      </w:r>
      <w:r>
        <w:rPr>
          <w:color w:val="000000"/>
        </w:rPr>
        <w:t xml:space="preserve"> uh</w:t>
      </w:r>
      <w:r>
        <w:rPr>
          <w:color w:val="000000"/>
        </w:rPr>
        <w:t xml:space="preserve"> respondents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online</w:t>
      </w:r>
      <w:r>
        <w:rPr>
          <w:color w:val="000000"/>
        </w:rPr>
        <w:t xml:space="preserve"> experimental</w:t>
      </w:r>
      <w:r>
        <w:rPr>
          <w:color w:val="000000"/>
        </w:rPr>
        <w:t xml:space="preserve"> setting,</w:t>
      </w:r>
      <w:r>
        <w:rPr>
          <w:color w:val="000000"/>
        </w:rPr>
        <w:t xml:space="preserve"> I'll</w:t>
      </w:r>
      <w:r>
        <w:rPr>
          <w:color w:val="000000"/>
        </w:rPr>
        <w:t xml:space="preserve"> give</w:t>
      </w:r>
      <w:r>
        <w:rPr>
          <w:color w:val="000000"/>
        </w:rPr>
        <w:t xml:space="preserve"> them</w:t>
      </w:r>
      <w:r>
        <w:rPr>
          <w:color w:val="000000"/>
        </w:rPr>
        <w:t xml:space="preserve"> a</w:t>
      </w:r>
      <w:r>
        <w:rPr>
          <w:color w:val="000000"/>
        </w:rPr>
        <w:t xml:space="preserve"> bunch</w:t>
      </w:r>
      <w:r>
        <w:rPr>
          <w:color w:val="000000"/>
        </w:rPr>
        <w:t xml:space="preserve"> of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answers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people,</w:t>
      </w:r>
      <w:r>
        <w:rPr>
          <w:color w:val="000000"/>
        </w:rPr>
        <w:t xml:space="preserve"> um,</w:t>
      </w:r>
      <w:r>
        <w:rPr>
          <w:color w:val="000000"/>
        </w:rPr>
        <w:t xml:space="preserve"> online</w:t>
      </w:r>
      <w:r>
        <w:rPr>
          <w:color w:val="000000"/>
        </w:rPr>
        <w:t xml:space="preserve"> people</w:t>
      </w:r>
      <w:r>
        <w:rPr>
          <w:color w:val="000000"/>
        </w:rPr>
        <w:t xml:space="preserve"> have</w:t>
      </w:r>
      <w:r>
        <w:rPr>
          <w:color w:val="000000"/>
        </w:rPr>
        <w:t xml:space="preserve"> provided.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</w:t>
      </w:r>
      <w:r>
        <w:rPr>
          <w:color w:val="000000"/>
        </w:rPr>
        <w:t xml:space="preserve"> these</w:t>
      </w:r>
      <w:r>
        <w:rPr>
          <w:color w:val="000000"/>
        </w:rPr>
        <w:t xml:space="preserve"> are</w:t>
      </w:r>
      <w:r>
        <w:rPr>
          <w:color w:val="000000"/>
        </w:rPr>
        <w:t xml:space="preserve"> fake</w:t>
      </w:r>
      <w:r>
        <w:rPr>
          <w:color w:val="000000"/>
        </w:rPr>
        <w:t xml:space="preserve"> uh</w:t>
      </w:r>
      <w:r>
        <w:rPr>
          <w:color w:val="000000"/>
        </w:rPr>
        <w:t xml:space="preserve"> uh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online</w:t>
      </w:r>
      <w:r>
        <w:rPr>
          <w:color w:val="000000"/>
        </w:rPr>
        <w:t xml:space="preserve"> responses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generated</w:t>
      </w:r>
      <w:r>
        <w:rPr>
          <w:color w:val="000000"/>
        </w:rPr>
        <w:t xml:space="preserve"> myself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purposes</w:t>
      </w:r>
      <w:r>
        <w:rPr>
          <w:color w:val="000000"/>
        </w:rPr>
        <w:t xml:space="preserve"> of</w:t>
      </w:r>
      <w:r>
        <w:rPr>
          <w:color w:val="000000"/>
        </w:rPr>
        <w:t xml:space="preserve"> controlling</w:t>
      </w:r>
      <w:r>
        <w:rPr>
          <w:color w:val="000000"/>
        </w:rPr>
        <w:t xml:space="preserve"> the</w:t>
      </w:r>
      <w:r>
        <w:rPr>
          <w:color w:val="000000"/>
        </w:rPr>
        <w:t xml:space="preserve"> experiment.</w:t>
      </w:r>
      <w:r>
        <w:rPr>
          <w:color w:val="000000"/>
        </w:rPr>
        <w:t xml:space="preserve"> Um,</w:t>
      </w:r>
      <w:r>
        <w:rPr>
          <w:color w:val="000000"/>
        </w:rPr>
        <w:t xml:space="preserve"> so</w:t>
      </w:r>
      <w:r>
        <w:rPr>
          <w:color w:val="000000"/>
        </w:rPr>
        <w:t xml:space="preserve"> I</w:t>
      </w:r>
      <w:r>
        <w:rPr>
          <w:color w:val="000000"/>
        </w:rPr>
        <w:t xml:space="preserve"> show</w:t>
      </w:r>
      <w:r>
        <w:rPr>
          <w:color w:val="000000"/>
        </w:rPr>
        <w:t xml:space="preserve"> them</w:t>
      </w:r>
      <w:r>
        <w:rPr>
          <w:color w:val="000000"/>
        </w:rPr>
        <w:t xml:space="preserve"> these</w:t>
      </w:r>
      <w:r>
        <w:rPr>
          <w:color w:val="000000"/>
        </w:rPr>
        <w:t xml:space="preserve"> answers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asked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individuals</w:t>
      </w:r>
      <w:r>
        <w:rPr>
          <w:color w:val="000000"/>
        </w:rPr>
        <w:t xml:space="preserve"> to</w:t>
      </w:r>
      <w:r>
        <w:rPr>
          <w:color w:val="000000"/>
        </w:rPr>
        <w:t xml:space="preserve"> rate</w:t>
      </w:r>
      <w:r>
        <w:rPr>
          <w:color w:val="000000"/>
        </w:rPr>
        <w:t xml:space="preserve"> how</w:t>
      </w:r>
      <w:r>
        <w:rPr>
          <w:color w:val="000000"/>
        </w:rPr>
        <w:t xml:space="preserve"> competent</w:t>
      </w:r>
      <w:r>
        <w:rPr>
          <w:color w:val="000000"/>
        </w:rPr>
        <w:t xml:space="preserve"> they</w:t>
      </w:r>
      <w:r>
        <w:rPr>
          <w:color w:val="000000"/>
        </w:rPr>
        <w:t xml:space="preserve"> think</w:t>
      </w:r>
      <w:r>
        <w:rPr>
          <w:color w:val="000000"/>
        </w:rPr>
        <w:t xml:space="preserve"> these</w:t>
      </w:r>
      <w:r>
        <w:rPr>
          <w:color w:val="000000"/>
        </w:rPr>
        <w:t xml:space="preserve"> people</w:t>
      </w:r>
      <w:r>
        <w:rPr>
          <w:color w:val="000000"/>
        </w:rPr>
        <w:t xml:space="preserve"> are,</w:t>
      </w:r>
      <w:r>
        <w:rPr>
          <w:color w:val="000000"/>
        </w:rPr>
        <w:t xml:space="preserve"> how,</w:t>
      </w:r>
      <w:r>
        <w:rPr>
          <w:color w:val="000000"/>
        </w:rPr>
        <w:t xml:space="preserve"> how</w:t>
      </w:r>
      <w:r>
        <w:rPr>
          <w:color w:val="000000"/>
        </w:rPr>
        <w:t xml:space="preserve"> knowledgeable</w:t>
      </w:r>
      <w:r>
        <w:rPr>
          <w:color w:val="000000"/>
        </w:rPr>
        <w:t xml:space="preserve"> they</w:t>
      </w:r>
      <w:r>
        <w:rPr>
          <w:color w:val="000000"/>
        </w:rPr>
        <w:t xml:space="preserve"> think</w:t>
      </w:r>
      <w:r>
        <w:rPr>
          <w:color w:val="000000"/>
        </w:rPr>
        <w:t xml:space="preserve"> they</w:t>
      </w:r>
      <w:r>
        <w:rPr>
          <w:color w:val="000000"/>
        </w:rPr>
        <w:t xml:space="preserve"> are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as</w:t>
      </w:r>
      <w:r>
        <w:rPr>
          <w:color w:val="000000"/>
        </w:rPr>
        <w:t xml:space="preserve"> it</w:t>
      </w:r>
      <w:r>
        <w:rPr>
          <w:color w:val="000000"/>
        </w:rPr>
        <w:t xml:space="preserve"> turns</w:t>
      </w:r>
      <w:r>
        <w:rPr>
          <w:color w:val="000000"/>
        </w:rPr>
        <w:t xml:space="preserve"> out,</w:t>
      </w:r>
      <w:r>
        <w:rPr>
          <w:color w:val="000000"/>
        </w:rPr>
        <w:t xml:space="preserve"> when</w:t>
      </w:r>
      <w:r>
        <w:rPr>
          <w:color w:val="000000"/>
        </w:rPr>
        <w:t xml:space="preserve"> you</w:t>
      </w:r>
      <w:r>
        <w:rPr>
          <w:color w:val="000000"/>
        </w:rPr>
        <w:t xml:space="preserve"> get</w:t>
      </w:r>
      <w:r>
        <w:rPr>
          <w:color w:val="000000"/>
        </w:rPr>
        <w:t xml:space="preserve"> Republicans</w:t>
      </w:r>
      <w:r>
        <w:rPr>
          <w:color w:val="000000"/>
        </w:rPr>
        <w:t xml:space="preserve"> and</w:t>
      </w:r>
      <w:r>
        <w:rPr>
          <w:color w:val="000000"/>
        </w:rPr>
        <w:t xml:space="preserve"> Democrats</w:t>
      </w:r>
      <w:r>
        <w:rPr>
          <w:color w:val="000000"/>
        </w:rPr>
        <w:t xml:space="preserve"> to</w:t>
      </w:r>
      <w:r>
        <w:rPr>
          <w:color w:val="000000"/>
        </w:rPr>
        <w:t xml:space="preserve"> evaluate</w:t>
      </w:r>
      <w:r>
        <w:rPr>
          <w:color w:val="000000"/>
        </w:rPr>
        <w:t xml:space="preserve"> these,</w:t>
      </w:r>
      <w:r>
        <w:rPr>
          <w:color w:val="000000"/>
        </w:rPr>
        <w:t xml:space="preserve"> these,</w:t>
      </w:r>
      <w:r>
        <w:rPr>
          <w:color w:val="000000"/>
        </w:rPr>
        <w:t xml:space="preserve"> um,</w:t>
      </w:r>
      <w:r>
        <w:rPr>
          <w:color w:val="000000"/>
        </w:rPr>
        <w:t xml:space="preserve"> fictitious</w:t>
      </w:r>
      <w:r>
        <w:rPr>
          <w:color w:val="000000"/>
        </w:rPr>
        <w:t xml:space="preserve"> people,</w:t>
      </w:r>
      <w:r>
        <w:rPr>
          <w:color w:val="000000"/>
        </w:rPr>
        <w:t xml:space="preserve"> and</w:t>
      </w:r>
      <w:r>
        <w:rPr>
          <w:color w:val="000000"/>
        </w:rPr>
        <w:t xml:space="preserve"> you</w:t>
      </w:r>
      <w:r>
        <w:rPr>
          <w:color w:val="000000"/>
        </w:rPr>
        <w:t xml:space="preserve"> give</w:t>
      </w:r>
      <w:r>
        <w:rPr>
          <w:color w:val="000000"/>
        </w:rPr>
        <w:t xml:space="preserve"> them</w:t>
      </w:r>
      <w:r>
        <w:rPr>
          <w:color w:val="000000"/>
        </w:rPr>
        <w:t xml:space="preserve"> some</w:t>
      </w:r>
      <w:r>
        <w:rPr>
          <w:color w:val="000000"/>
        </w:rPr>
        <w:t xml:space="preserve"> demographic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about</w:t>
      </w:r>
      <w:r>
        <w:rPr>
          <w:color w:val="000000"/>
        </w:rPr>
        <w:t xml:space="preserve"> those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when</w:t>
      </w:r>
      <w:r>
        <w:rPr>
          <w:color w:val="000000"/>
        </w:rPr>
        <w:t xml:space="preserve"> you</w:t>
      </w:r>
      <w:r>
        <w:rPr>
          <w:color w:val="000000"/>
        </w:rPr>
        <w:t xml:space="preserve"> do</w:t>
      </w:r>
      <w:r>
        <w:rPr>
          <w:color w:val="000000"/>
        </w:rPr>
        <w:t xml:space="preserve"> it,</w:t>
      </w:r>
      <w:r>
        <w:rPr>
          <w:color w:val="000000"/>
        </w:rPr>
        <w:t xml:space="preserve"> if</w:t>
      </w:r>
      <w:r>
        <w:rPr>
          <w:color w:val="000000"/>
        </w:rPr>
        <w:t xml:space="preserve"> you</w:t>
      </w:r>
      <w:r>
        <w:rPr>
          <w:color w:val="000000"/>
        </w:rPr>
        <w:t xml:space="preserve"> tell</w:t>
      </w:r>
      <w:r>
        <w:rPr>
          <w:color w:val="000000"/>
        </w:rPr>
        <w:t xml:space="preserve"> them</w:t>
      </w:r>
      <w:r>
        <w:rPr>
          <w:color w:val="000000"/>
        </w:rPr>
        <w:t xml:space="preserve"> they're</w:t>
      </w:r>
      <w:r>
        <w:rPr>
          <w:color w:val="000000"/>
        </w:rPr>
        <w:t xml:space="preserve"> a</w:t>
      </w:r>
      <w:r>
        <w:rPr>
          <w:color w:val="000000"/>
        </w:rPr>
        <w:t xml:space="preserve"> Democrat</w:t>
      </w:r>
      <w:r>
        <w:rPr>
          <w:color w:val="000000"/>
        </w:rPr>
        <w:t xml:space="preserve"> or</w:t>
      </w:r>
      <w:r>
        <w:rPr>
          <w:color w:val="000000"/>
        </w:rPr>
        <w:t xml:space="preserve"> Republican,</w:t>
      </w:r>
      <w:r>
        <w:rPr>
          <w:color w:val="000000"/>
        </w:rPr>
        <w:t xml:space="preserve"> all</w:t>
      </w:r>
      <w:r>
        <w:rPr>
          <w:color w:val="000000"/>
        </w:rPr>
        <w:t xml:space="preserve"> of</w:t>
      </w:r>
      <w:r>
        <w:rPr>
          <w:color w:val="000000"/>
        </w:rPr>
        <w:t xml:space="preserve"> a</w:t>
      </w:r>
      <w:r>
        <w:rPr>
          <w:color w:val="000000"/>
        </w:rPr>
        <w:t xml:space="preserve"> sudden,</w:t>
      </w:r>
      <w:r>
        <w:rPr>
          <w:color w:val="000000"/>
        </w:rPr>
        <w:t xml:space="preserve"> you</w:t>
      </w:r>
      <w:r>
        <w:rPr>
          <w:color w:val="000000"/>
        </w:rPr>
        <w:t xml:space="preserve"> see,</w:t>
      </w:r>
      <w:r>
        <w:rPr>
          <w:color w:val="000000"/>
        </w:rPr>
        <w:t xml:space="preserve"> um,</w:t>
      </w:r>
      <w:r>
        <w:rPr>
          <w:color w:val="000000"/>
        </w:rPr>
        <w:t xml:space="preserve"> as</w:t>
      </w:r>
      <w:r>
        <w:rPr>
          <w:color w:val="000000"/>
        </w:rPr>
        <w:t xml:space="preserve"> you</w:t>
      </w:r>
      <w:r>
        <w:rPr>
          <w:color w:val="000000"/>
        </w:rPr>
        <w:t xml:space="preserve"> might</w:t>
      </w:r>
      <w:r>
        <w:rPr>
          <w:color w:val="000000"/>
        </w:rPr>
        <w:t xml:space="preserve"> expect,</w:t>
      </w:r>
      <w:r>
        <w:rPr>
          <w:color w:val="000000"/>
        </w:rPr>
        <w:t xml:space="preserve"> right,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bias</w:t>
      </w:r>
      <w:r>
        <w:rPr>
          <w:color w:val="000000"/>
        </w:rPr>
        <w:t xml:space="preserve"> coming</w:t>
      </w:r>
      <w:r>
        <w:rPr>
          <w:color w:val="000000"/>
        </w:rPr>
        <w:t xml:space="preserve"> in</w:t>
      </w:r>
      <w:r>
        <w:rPr>
          <w:color w:val="000000"/>
        </w:rPr>
        <w:t xml:space="preserve"> here,</w:t>
      </w:r>
      <w:r>
        <w:rPr>
          <w:color w:val="000000"/>
        </w:rPr>
        <w:t xml:space="preserve"> where</w:t>
      </w:r>
      <w:r>
        <w:rPr>
          <w:color w:val="000000"/>
        </w:rPr>
        <w:t xml:space="preserve"> Republicans</w:t>
      </w:r>
      <w:r>
        <w:rPr>
          <w:color w:val="000000"/>
        </w:rPr>
        <w:t xml:space="preserve"> will</w:t>
      </w:r>
      <w:r>
        <w:rPr>
          <w:color w:val="000000"/>
        </w:rPr>
        <w:t xml:space="preserve"> say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Democrats</w:t>
      </w:r>
      <w:r>
        <w:rPr>
          <w:color w:val="000000"/>
        </w:rPr>
        <w:t xml:space="preserve"> have</w:t>
      </w:r>
      <w:r>
        <w:rPr>
          <w:color w:val="000000"/>
        </w:rPr>
        <w:t xml:space="preserve"> very</w:t>
      </w:r>
      <w:r>
        <w:rPr>
          <w:color w:val="000000"/>
        </w:rPr>
        <w:t xml:space="preserve"> low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even</w:t>
      </w:r>
      <w:r>
        <w:rPr>
          <w:color w:val="000000"/>
        </w:rPr>
        <w:t xml:space="preserve"> though</w:t>
      </w:r>
      <w:r>
        <w:rPr>
          <w:color w:val="000000"/>
        </w:rPr>
        <w:t xml:space="preserve"> in</w:t>
      </w:r>
      <w:r>
        <w:rPr>
          <w:color w:val="000000"/>
        </w:rPr>
        <w:t xml:space="preserve"> all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conditions,</w:t>
      </w:r>
      <w:r>
        <w:rPr>
          <w:color w:val="000000"/>
        </w:rPr>
        <w:t xml:space="preserve"> the</w:t>
      </w:r>
      <w:r>
        <w:rPr>
          <w:color w:val="000000"/>
        </w:rPr>
        <w:t xml:space="preserve"> the</w:t>
      </w:r>
      <w:r>
        <w:rPr>
          <w:color w:val="000000"/>
        </w:rPr>
        <w:t xml:space="preserve"> answer</w:t>
      </w:r>
      <w:r>
        <w:rPr>
          <w:color w:val="000000"/>
        </w:rPr>
        <w:t xml:space="preserve"> key</w:t>
      </w:r>
      <w:r>
        <w:rPr>
          <w:color w:val="000000"/>
        </w:rPr>
        <w:t xml:space="preserve"> shows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they've</w:t>
      </w:r>
      <w:r>
        <w:rPr>
          <w:color w:val="000000"/>
        </w:rPr>
        <w:t xml:space="preserve"> gotten</w:t>
      </w:r>
      <w:r>
        <w:rPr>
          <w:color w:val="000000"/>
        </w:rPr>
        <w:t xml:space="preserve"> all</w:t>
      </w:r>
      <w:r>
        <w:rPr>
          <w:color w:val="000000"/>
        </w:rPr>
        <w:t xml:space="preserve"> the</w:t>
      </w:r>
      <w:r>
        <w:rPr>
          <w:color w:val="000000"/>
        </w:rPr>
        <w:t xml:space="preserve"> answers</w:t>
      </w:r>
      <w:r>
        <w:rPr>
          <w:color w:val="000000"/>
        </w:rPr>
        <w:t xml:space="preserve"> correct,</w:t>
      </w:r>
      <w:r>
        <w:rPr>
          <w:color w:val="000000"/>
        </w:rPr>
        <w:t xml:space="preserve"> right?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</w:t>
      </w:r>
      <w:r>
        <w:rPr>
          <w:color w:val="000000"/>
        </w:rPr>
        <w:t xml:space="preserve"> vice</w:t>
      </w:r>
      <w:r>
        <w:rPr>
          <w:color w:val="000000"/>
        </w:rPr>
        <w:t xml:space="preserve"> versa</w:t>
      </w:r>
      <w:r>
        <w:rPr>
          <w:color w:val="000000"/>
        </w:rPr>
        <w:t xml:space="preserve"> for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other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party</w:t>
      </w:r>
      <w:r>
        <w:rPr>
          <w:color w:val="000000"/>
        </w:rPr>
        <w:t xml:space="preserve"> pairs,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So</w:t>
      </w:r>
      <w:r>
        <w:rPr>
          <w:highlight w:val="yellow"/>
        </w:rPr>
        <w:t xml:space="preserve"> the</w:t>
      </w:r>
      <w:r>
        <w:rPr>
          <w:color w:val="000000"/>
        </w:rPr>
        <w:t xml:space="preserve"> Democrats</w:t>
      </w:r>
      <w:r>
        <w:rPr>
          <w:color w:val="000000"/>
        </w:rPr>
        <w:t xml:space="preserve"> evaluate</w:t>
      </w:r>
      <w:r>
        <w:rPr>
          <w:color w:val="000000"/>
        </w:rPr>
        <w:t xml:space="preserve"> Republicans</w:t>
      </w:r>
      <w:r>
        <w:rPr>
          <w:color w:val="000000"/>
        </w:rPr>
        <w:t xml:space="preserve"> as</w:t>
      </w:r>
      <w:r>
        <w:rPr>
          <w:color w:val="000000"/>
        </w:rPr>
        <w:t xml:space="preserve"> bad,</w:t>
      </w:r>
      <w:r>
        <w:rPr>
          <w:color w:val="000000"/>
        </w:rPr>
        <w:t xml:space="preserve"> Republicans</w:t>
      </w:r>
      <w:r>
        <w:rPr>
          <w:highlight w:val="yellow"/>
        </w:rPr>
        <w:t xml:space="preserve"> value</w:t>
      </w:r>
      <w:r>
        <w:rPr>
          <w:color w:val="000000"/>
        </w:rPr>
        <w:t xml:space="preserve"> Democrats</w:t>
      </w:r>
      <w:r>
        <w:rPr>
          <w:color w:val="000000"/>
        </w:rPr>
        <w:t xml:space="preserve"> as</w:t>
      </w:r>
      <w:r>
        <w:rPr>
          <w:color w:val="000000"/>
        </w:rPr>
        <w:t xml:space="preserve"> bad,</w:t>
      </w:r>
      <w:r>
        <w:rPr>
          <w:color w:val="000000"/>
        </w:rPr>
        <w:t xml:space="preserve"> but</w:t>
      </w:r>
      <w:r>
        <w:rPr>
          <w:color w:val="000000"/>
        </w:rPr>
        <w:t xml:space="preserve"> critically,</w:t>
      </w:r>
      <w:r>
        <w:rPr>
          <w:color w:val="000000"/>
        </w:rPr>
        <w:t xml:space="preserve"> and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distinction</w:t>
      </w:r>
      <w:r>
        <w:rPr>
          <w:color w:val="000000"/>
        </w:rPr>
        <w:t xml:space="preserve"> that</w:t>
      </w:r>
      <w:r>
        <w:rPr>
          <w:color w:val="000000"/>
        </w:rPr>
        <w:t xml:space="preserve"> I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draw,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it's</w:t>
      </w:r>
      <w:r>
        <w:rPr>
          <w:color w:val="000000"/>
        </w:rPr>
        <w:t xml:space="preserve"> only</w:t>
      </w:r>
      <w:r>
        <w:rPr>
          <w:color w:val="000000"/>
        </w:rPr>
        <w:t xml:space="preserve"> among</w:t>
      </w:r>
      <w:r>
        <w:rPr>
          <w:color w:val="000000"/>
        </w:rPr>
        <w:t xml:space="preserve"> politically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this</w:t>
      </w:r>
      <w:r>
        <w:rPr>
          <w:color w:val="000000"/>
        </w:rPr>
        <w:t xml:space="preserve"> takes</w:t>
      </w:r>
      <w:r>
        <w:rPr>
          <w:color w:val="000000"/>
        </w:rPr>
        <w:t xml:space="preserve"> takes</w:t>
      </w:r>
      <w:r>
        <w:rPr>
          <w:color w:val="000000"/>
        </w:rPr>
        <w:t xml:space="preserve"> shape,</w:t>
      </w:r>
      <w:r>
        <w:rPr>
          <w:color w:val="000000"/>
        </w:rPr>
        <w:t xml:space="preserve"> this</w:t>
      </w:r>
      <w:r>
        <w:rPr>
          <w:color w:val="000000"/>
        </w:rPr>
        <w:t xml:space="preserve"> pattern</w:t>
      </w:r>
      <w:r>
        <w:rPr>
          <w:color w:val="000000"/>
        </w:rPr>
        <w:t xml:space="preserve"> takes</w:t>
      </w:r>
      <w:r>
        <w:rPr>
          <w:color w:val="000000"/>
        </w:rPr>
        <w:t xml:space="preserve"> shape.</w:t>
      </w:r>
      <w:r>
        <w:rPr>
          <w:color w:val="000000"/>
        </w:rPr>
        <w:t xml:space="preserve"> Among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really</w:t>
      </w:r>
      <w:r>
        <w:rPr>
          <w:color w:val="000000"/>
        </w:rPr>
        <w:t xml:space="preserve"> do</w:t>
      </w:r>
      <w:r>
        <w:rPr>
          <w:color w:val="000000"/>
        </w:rPr>
        <w:t xml:space="preserve"> possess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and</w:t>
      </w:r>
      <w:r>
        <w:rPr>
          <w:color w:val="000000"/>
        </w:rPr>
        <w:t xml:space="preserve"> are</w:t>
      </w:r>
      <w:r>
        <w:rPr>
          <w:color w:val="000000"/>
        </w:rPr>
        <w:t xml:space="preserve"> accurate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appraisals,</w:t>
      </w:r>
      <w:r>
        <w:rPr>
          <w:color w:val="000000"/>
        </w:rPr>
        <w:t xml:space="preserve"> um,</w:t>
      </w:r>
      <w:r>
        <w:rPr>
          <w:color w:val="000000"/>
        </w:rPr>
        <w:t xml:space="preserve"> of</w:t>
      </w:r>
      <w:r>
        <w:rPr>
          <w:color w:val="000000"/>
        </w:rPr>
        <w:t xml:space="preserve"> their,</w:t>
      </w:r>
      <w:r>
        <w:rPr>
          <w:color w:val="000000"/>
        </w:rPr>
        <w:t xml:space="preserve"> of</w:t>
      </w:r>
      <w:r>
        <w:rPr>
          <w:color w:val="000000"/>
        </w:rPr>
        <w:t xml:space="preserve"> themselves,</w:t>
      </w:r>
      <w:r>
        <w:rPr>
          <w:color w:val="000000"/>
        </w:rPr>
        <w:t xml:space="preserve"> they</w:t>
      </w:r>
      <w:r>
        <w:rPr>
          <w:color w:val="000000"/>
        </w:rPr>
        <w:t xml:space="preserve"> also</w:t>
      </w:r>
      <w:r>
        <w:rPr>
          <w:color w:val="000000"/>
        </w:rPr>
        <w:t xml:space="preserve"> are</w:t>
      </w:r>
      <w:r>
        <w:rPr>
          <w:color w:val="000000"/>
        </w:rPr>
        <w:t xml:space="preserve"> unlikely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use</w:t>
      </w:r>
      <w:r>
        <w:rPr>
          <w:color w:val="000000"/>
        </w:rPr>
        <w:t xml:space="preserve"> those</w:t>
      </w:r>
      <w:r>
        <w:rPr>
          <w:color w:val="000000"/>
        </w:rPr>
        <w:t xml:space="preserve"> party</w:t>
      </w:r>
      <w:r>
        <w:rPr>
          <w:color w:val="000000"/>
        </w:rPr>
        <w:t xml:space="preserve"> labels</w:t>
      </w:r>
      <w:r>
        <w:rPr>
          <w:color w:val="000000"/>
        </w:rPr>
        <w:t xml:space="preserve"> to</w:t>
      </w:r>
      <w:r>
        <w:rPr>
          <w:color w:val="000000"/>
        </w:rPr>
        <w:t xml:space="preserve"> make</w:t>
      </w:r>
      <w:r>
        <w:rPr>
          <w:color w:val="000000"/>
        </w:rPr>
        <w:t xml:space="preserve"> judgments</w:t>
      </w:r>
      <w:r>
        <w:rPr>
          <w:color w:val="000000"/>
        </w:rPr>
        <w:t xml:space="preserve"> of</w:t>
      </w:r>
      <w:r>
        <w:rPr>
          <w:color w:val="000000"/>
        </w:rPr>
        <w:t xml:space="preserve"> others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biased.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what</w:t>
      </w:r>
      <w:r>
        <w:rPr>
          <w:color w:val="000000"/>
        </w:rPr>
        <w:t xml:space="preserve"> that</w:t>
      </w:r>
      <w:r>
        <w:rPr>
          <w:color w:val="000000"/>
        </w:rPr>
        <w:t xml:space="preserve"> really</w:t>
      </w:r>
      <w:r>
        <w:rPr>
          <w:color w:val="000000"/>
        </w:rPr>
        <w:t xml:space="preserve"> shows</w:t>
      </w:r>
      <w:r>
        <w:rPr>
          <w:color w:val="000000"/>
        </w:rPr>
        <w:t xml:space="preserve"> us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actually</w:t>
      </w:r>
      <w:r>
        <w:rPr>
          <w:color w:val="000000"/>
        </w:rPr>
        <w:t xml:space="preserve"> also</w:t>
      </w:r>
      <w:r>
        <w:rPr>
          <w:color w:val="000000"/>
        </w:rPr>
        <w:t xml:space="preserve"> not</w:t>
      </w:r>
      <w:r>
        <w:rPr>
          <w:color w:val="000000"/>
        </w:rPr>
        <w:t xml:space="preserve"> only</w:t>
      </w:r>
      <w:r>
        <w:rPr>
          <w:color w:val="000000"/>
        </w:rPr>
        <w:t xml:space="preserve"> changes</w:t>
      </w:r>
      <w:r>
        <w:rPr>
          <w:color w:val="000000"/>
        </w:rPr>
        <w:t xml:space="preserve"> our</w:t>
      </w:r>
      <w:r>
        <w:rPr>
          <w:color w:val="000000"/>
        </w:rPr>
        <w:t xml:space="preserve"> relationship</w:t>
      </w:r>
      <w:r>
        <w:rPr>
          <w:color w:val="000000"/>
        </w:rPr>
        <w:t xml:space="preserve"> with</w:t>
      </w:r>
      <w:r>
        <w:rPr>
          <w:color w:val="000000"/>
        </w:rPr>
        <w:t xml:space="preserve"> any</w:t>
      </w:r>
      <w:r>
        <w:rPr>
          <w:color w:val="000000"/>
        </w:rPr>
        <w:t xml:space="preserve"> peer</w:t>
      </w:r>
      <w:r>
        <w:rPr>
          <w:color w:val="000000"/>
        </w:rPr>
        <w:t xml:space="preserve"> that</w:t>
      </w:r>
      <w:r>
        <w:rPr>
          <w:color w:val="000000"/>
        </w:rPr>
        <w:t xml:space="preserve"> we're</w:t>
      </w:r>
      <w:r>
        <w:rPr>
          <w:color w:val="000000"/>
        </w:rPr>
        <w:t xml:space="preserve"> talking</w:t>
      </w:r>
      <w:r>
        <w:rPr>
          <w:color w:val="000000"/>
        </w:rPr>
        <w:t xml:space="preserve"> about,</w:t>
      </w:r>
      <w:r>
        <w:rPr>
          <w:color w:val="000000"/>
        </w:rPr>
        <w:t xml:space="preserve"> but</w:t>
      </w:r>
      <w:r>
        <w:rPr>
          <w:color w:val="000000"/>
        </w:rPr>
        <w:t xml:space="preserve"> it</w:t>
      </w:r>
      <w:r>
        <w:rPr>
          <w:color w:val="000000"/>
        </w:rPr>
        <w:t xml:space="preserve"> really</w:t>
      </w:r>
      <w:r>
        <w:rPr>
          <w:color w:val="000000"/>
        </w:rPr>
        <w:t xml:space="preserve"> even</w:t>
      </w:r>
      <w:r>
        <w:rPr>
          <w:color w:val="000000"/>
        </w:rPr>
        <w:t xml:space="preserve"> more</w:t>
      </w:r>
      <w:r>
        <w:rPr>
          <w:color w:val="000000"/>
        </w:rPr>
        <w:t xml:space="preserve"> strongly</w:t>
      </w:r>
      <w:r>
        <w:rPr>
          <w:color w:val="000000"/>
        </w:rPr>
        <w:t xml:space="preserve"> impacts</w:t>
      </w:r>
      <w:r>
        <w:rPr>
          <w:color w:val="000000"/>
        </w:rPr>
        <w:t xml:space="preserve"> the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discussions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when</w:t>
      </w:r>
      <w:r>
        <w:rPr>
          <w:color w:val="000000"/>
        </w:rPr>
        <w:t xml:space="preserve"> we're</w:t>
      </w:r>
      <w:r>
        <w:rPr>
          <w:color w:val="000000"/>
        </w:rPr>
        <w:t xml:space="preserve"> talking</w:t>
      </w:r>
      <w:r>
        <w:rPr>
          <w:color w:val="000000"/>
        </w:rPr>
        <w:t xml:space="preserve"> across</w:t>
      </w:r>
      <w:r>
        <w:rPr>
          <w:color w:val="000000"/>
        </w:rPr>
        <w:t xml:space="preserve"> the</w:t>
      </w:r>
      <w:r>
        <w:rPr>
          <w:color w:val="000000"/>
        </w:rPr>
        <w:t xml:space="preserve"> aisle,</w:t>
      </w:r>
      <w:r>
        <w:rPr>
          <w:color w:val="000000"/>
        </w:rPr>
        <w:t xml:space="preserve"> or</w:t>
      </w:r>
      <w:r>
        <w:rPr>
          <w:color w:val="000000"/>
        </w:rPr>
        <w:t xml:space="preserve"> having</w:t>
      </w:r>
      <w:r>
        <w:rPr>
          <w:color w:val="000000"/>
        </w:rPr>
        <w:t xml:space="preserve"> a</w:t>
      </w:r>
      <w:r>
        <w:rPr>
          <w:color w:val="000000"/>
        </w:rPr>
        <w:t xml:space="preserve"> communication</w:t>
      </w:r>
      <w:r>
        <w:rPr>
          <w:color w:val="000000"/>
        </w:rPr>
        <w:t xml:space="preserve"> with</w:t>
      </w:r>
      <w:r>
        <w:rPr>
          <w:color w:val="000000"/>
        </w:rPr>
        <w:t xml:space="preserve"> with</w:t>
      </w:r>
      <w:r>
        <w:rPr>
          <w:color w:val="000000"/>
        </w:rPr>
        <w:t xml:space="preserve"> an</w:t>
      </w:r>
      <w:r>
        <w:rPr>
          <w:highlight w:val="yellow"/>
        </w:rPr>
        <w:t xml:space="preserve"> outpartisan.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this</w:t>
      </w:r>
      <w:r>
        <w:rPr>
          <w:color w:val="000000"/>
        </w:rPr>
        <w:t xml:space="preserve"> is,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one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features</w:t>
      </w:r>
      <w:r>
        <w:rPr>
          <w:color w:val="000000"/>
        </w:rPr>
        <w:t xml:space="preserve"> perhaps</w:t>
      </w:r>
      <w:r>
        <w:rPr>
          <w:color w:val="000000"/>
        </w:rPr>
        <w:t xml:space="preserve"> of</w:t>
      </w:r>
      <w:r>
        <w:rPr>
          <w:color w:val="000000"/>
        </w:rPr>
        <w:t xml:space="preserve"> our</w:t>
      </w:r>
      <w:r>
        <w:rPr>
          <w:color w:val="000000"/>
        </w:rPr>
        <w:t xml:space="preserve"> day</w:t>
      </w:r>
      <w:r>
        <w:rPr>
          <w:color w:val="000000"/>
        </w:rPr>
        <w:t xml:space="preserve"> to</w:t>
      </w:r>
      <w:r>
        <w:rPr>
          <w:color w:val="000000"/>
        </w:rPr>
        <w:t xml:space="preserve"> day</w:t>
      </w:r>
      <w:r>
        <w:rPr>
          <w:color w:val="000000"/>
        </w:rPr>
        <w:t xml:space="preserve"> communications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with</w:t>
      </w:r>
      <w:r>
        <w:rPr>
          <w:color w:val="000000"/>
        </w:rPr>
        <w:t xml:space="preserve"> with</w:t>
      </w:r>
      <w:r>
        <w:rPr>
          <w:color w:val="000000"/>
        </w:rPr>
        <w:t xml:space="preserve"> Americans,</w:t>
      </w:r>
      <w:r>
        <w:rPr>
          <w:color w:val="000000"/>
        </w:rPr>
        <w:t xml:space="preserve"> where</w:t>
      </w:r>
      <w:r>
        <w:rPr>
          <w:color w:val="000000"/>
        </w:rPr>
        <w:t xml:space="preserve"> when</w:t>
      </w:r>
      <w:r>
        <w:rPr>
          <w:color w:val="000000"/>
        </w:rPr>
        <w:t xml:space="preserve"> our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hackles</w:t>
      </w:r>
      <w:r>
        <w:rPr>
          <w:color w:val="000000"/>
        </w:rPr>
        <w:t xml:space="preserve"> are</w:t>
      </w:r>
      <w:r>
        <w:rPr>
          <w:color w:val="000000"/>
        </w:rPr>
        <w:t xml:space="preserve"> raised,</w:t>
      </w:r>
      <w:r>
        <w:rPr>
          <w:color w:val="000000"/>
        </w:rPr>
        <w:t xml:space="preserve"> right,</w:t>
      </w:r>
      <w:r>
        <w:rPr>
          <w:color w:val="000000"/>
        </w:rPr>
        <w:t xml:space="preserve"> it's</w:t>
      </w:r>
      <w:r>
        <w:rPr>
          <w:color w:val="000000"/>
        </w:rPr>
        <w:t xml:space="preserve"> these</w:t>
      </w:r>
      <w:r>
        <w:rPr>
          <w:color w:val="000000"/>
        </w:rPr>
        <w:t xml:space="preserve"> specifically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the</w:t>
      </w:r>
      <w:r>
        <w:rPr>
          <w:color w:val="000000"/>
        </w:rPr>
        <w:t xml:space="preserve"> ones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most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just</w:t>
      </w:r>
      <w:r>
        <w:rPr>
          <w:color w:val="000000"/>
        </w:rPr>
        <w:t xml:space="preserve"> purely</w:t>
      </w:r>
      <w:r>
        <w:rPr>
          <w:color w:val="000000"/>
        </w:rPr>
        <w:t xml:space="preserve"> talk</w:t>
      </w:r>
      <w:r>
        <w:rPr>
          <w:color w:val="000000"/>
        </w:rPr>
        <w:t xml:space="preserve"> past</w:t>
      </w:r>
      <w:r>
        <w:rPr>
          <w:color w:val="000000"/>
        </w:rPr>
        <w:t xml:space="preserve"> one</w:t>
      </w:r>
      <w:r>
        <w:rPr>
          <w:color w:val="000000"/>
        </w:rPr>
        <w:t xml:space="preserve"> another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</w:t>
      </w:r>
      <w:r>
        <w:rPr>
          <w:color w:val="000000"/>
        </w:rPr>
        <w:t xml:space="preserve"> merit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points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other</w:t>
      </w:r>
      <w:r>
        <w:rPr>
          <w:color w:val="000000"/>
        </w:rPr>
        <w:t xml:space="preserve"> person</w:t>
      </w:r>
      <w:r>
        <w:rPr>
          <w:color w:val="000000"/>
        </w:rPr>
        <w:t xml:space="preserve"> is</w:t>
      </w:r>
      <w:r>
        <w:rPr>
          <w:color w:val="000000"/>
        </w:rPr>
        <w:t xml:space="preserve"> making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them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no</w:t>
      </w:r>
      <w:r>
        <w:rPr>
          <w:color w:val="000000"/>
        </w:rPr>
        <w:t xml:space="preserve"> competent.</w:t>
      </w:r>
      <w:r>
        <w:rPr>
          <w:color w:val="000000"/>
        </w:rPr>
        <w:t xml:space="preserve"> Uh,</w:t>
      </w:r>
      <w:r>
        <w:rPr>
          <w:color w:val="000000"/>
        </w:rPr>
        <w:t xml:space="preserve"> ability</w:t>
      </w:r>
      <w:r>
        <w:rPr>
          <w:color w:val="000000"/>
        </w:rPr>
        <w:t xml:space="preserve"> to</w:t>
      </w:r>
      <w:r>
        <w:rPr>
          <w:color w:val="000000"/>
        </w:rPr>
        <w:t xml:space="preserve"> understand</w:t>
      </w:r>
      <w:r>
        <w:rPr>
          <w:color w:val="000000"/>
        </w:rPr>
        <w:t xml:space="preserve"> politics.</w:t>
      </w:r>
    </w:p>
    <w:p>
      <w:r>
        <w:t xml:space="preserve">[00:25:27] Speaker 1: </w:t>
      </w:r>
      <w:r>
        <w:rPr>
          <w:color w:val="000000"/>
        </w:rPr>
        <w:t>So</w:t>
      </w:r>
      <w:r>
        <w:rPr>
          <w:color w:val="000000"/>
        </w:rPr>
        <w:t xml:space="preserve"> not</w:t>
      </w:r>
      <w:r>
        <w:rPr>
          <w:color w:val="000000"/>
        </w:rPr>
        <w:t xml:space="preserve"> only</w:t>
      </w:r>
      <w:r>
        <w:rPr>
          <w:color w:val="000000"/>
        </w:rPr>
        <w:t xml:space="preserve"> do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in</w:t>
      </w:r>
      <w:r>
        <w:rPr>
          <w:color w:val="000000"/>
        </w:rPr>
        <w:t xml:space="preserve"> our</w:t>
      </w:r>
      <w:r>
        <w:rPr>
          <w:color w:val="000000"/>
        </w:rPr>
        <w:t xml:space="preserve"> ability,</w:t>
      </w:r>
      <w:r>
        <w:rPr>
          <w:color w:val="000000"/>
        </w:rPr>
        <w:t xml:space="preserve"> but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under</w:t>
      </w:r>
      <w:r>
        <w:rPr>
          <w:color w:val="000000"/>
        </w:rPr>
        <w:t xml:space="preserve"> confidence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ability</w:t>
      </w:r>
      <w:r>
        <w:rPr>
          <w:color w:val="000000"/>
        </w:rPr>
        <w:t xml:space="preserve"> of</w:t>
      </w:r>
      <w:r>
        <w:rPr>
          <w:highlight w:val="yellow"/>
        </w:rPr>
        <w:t xml:space="preserve"> our</w:t>
      </w:r>
      <w:r>
        <w:rPr>
          <w:color w:val="000000"/>
        </w:rPr>
        <w:t xml:space="preserve"> partisans</w:t>
      </w:r>
      <w:r>
        <w:rPr>
          <w:color w:val="000000"/>
        </w:rPr>
        <w:t xml:space="preserve"> to</w:t>
      </w:r>
      <w:r>
        <w:rPr>
          <w:color w:val="000000"/>
        </w:rPr>
        <w:t xml:space="preserve"> understand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</w:p>
    <w:p>
      <w:r>
        <w:t xml:space="preserve">[00:25:38] Speaker 4: </w:t>
      </w:r>
      <w:r>
        <w:rPr>
          <w:color w:val="000000"/>
        </w:rPr>
        <w:t>situation.</w:t>
      </w:r>
      <w:r>
        <w:rPr>
          <w:color w:val="000000"/>
        </w:rPr>
        <w:t xml:space="preserve"> Right,</w:t>
      </w:r>
      <w:r>
        <w:rPr>
          <w:color w:val="000000"/>
        </w:rPr>
        <w:t xml:space="preserve"> we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say,</w:t>
      </w:r>
      <w:r>
        <w:rPr>
          <w:color w:val="000000"/>
        </w:rPr>
        <w:t xml:space="preserve"> oh,</w:t>
      </w:r>
      <w:r>
        <w:rPr>
          <w:color w:val="000000"/>
        </w:rPr>
        <w:t xml:space="preserve"> that</w:t>
      </w:r>
      <w:r>
        <w:rPr>
          <w:color w:val="000000"/>
        </w:rPr>
        <w:t xml:space="preserve"> person</w:t>
      </w:r>
      <w:r>
        <w:rPr>
          <w:color w:val="000000"/>
        </w:rPr>
        <w:t xml:space="preserve"> doesn't</w:t>
      </w:r>
      <w:r>
        <w:rPr>
          <w:color w:val="000000"/>
        </w:rPr>
        <w:t xml:space="preserve"> know</w:t>
      </w:r>
      <w:r>
        <w:rPr>
          <w:color w:val="000000"/>
        </w:rPr>
        <w:t xml:space="preserve"> a</w:t>
      </w:r>
      <w:r>
        <w:rPr>
          <w:color w:val="000000"/>
        </w:rPr>
        <w:t xml:space="preserve"> thing.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are</w:t>
      </w:r>
      <w:r>
        <w:rPr>
          <w:color w:val="000000"/>
        </w:rPr>
        <w:t xml:space="preserve"> Democrats</w:t>
      </w:r>
      <w:r>
        <w:rPr>
          <w:highlight w:val="yellow"/>
        </w:rPr>
        <w:t xml:space="preserve"> or</w:t>
      </w:r>
      <w:r>
        <w:rPr>
          <w:color w:val="000000"/>
        </w:rPr>
        <w:t xml:space="preserve"> Republicans.</w:t>
      </w:r>
      <w:r>
        <w:rPr>
          <w:color w:val="000000"/>
        </w:rPr>
        <w:t xml:space="preserve"> Exactly.</w:t>
      </w:r>
      <w:r>
        <w:rPr>
          <w:color w:val="000000"/>
        </w:rPr>
        <w:t xml:space="preserve"> And,</w:t>
      </w:r>
      <w:r>
        <w:rPr>
          <w:color w:val="000000"/>
        </w:rPr>
        <w:t xml:space="preserve"> and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</w:t>
      </w:r>
      <w:r>
        <w:rPr>
          <w:color w:val="000000"/>
        </w:rPr>
        <w:t xml:space="preserve"> that's,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big</w:t>
      </w:r>
      <w:r>
        <w:rPr>
          <w:color w:val="000000"/>
        </w:rPr>
        <w:t xml:space="preserve"> problem,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when</w:t>
      </w:r>
      <w:r>
        <w:rPr>
          <w:color w:val="000000"/>
        </w:rPr>
        <w:t xml:space="preserve"> in</w:t>
      </w:r>
      <w:r>
        <w:rPr>
          <w:color w:val="000000"/>
        </w:rPr>
        <w:t xml:space="preserve"> all</w:t>
      </w:r>
      <w:r>
        <w:rPr>
          <w:color w:val="000000"/>
        </w:rPr>
        <w:t xml:space="preserve"> these</w:t>
      </w:r>
      <w:r>
        <w:rPr>
          <w:color w:val="000000"/>
        </w:rPr>
        <w:t xml:space="preserve"> treatments,</w:t>
      </w:r>
      <w:r>
        <w:rPr>
          <w:color w:val="000000"/>
        </w:rPr>
        <w:t xml:space="preserve"> objectively,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fictional</w:t>
      </w:r>
      <w:r>
        <w:rPr>
          <w:color w:val="000000"/>
        </w:rPr>
        <w:t xml:space="preserve"> person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they're</w:t>
      </w:r>
      <w:r>
        <w:rPr>
          <w:color w:val="000000"/>
        </w:rPr>
        <w:t xml:space="preserve"> evaluating</w:t>
      </w:r>
      <w:r>
        <w:rPr>
          <w:color w:val="000000"/>
        </w:rPr>
        <w:t xml:space="preserve"> is</w:t>
      </w:r>
      <w:r>
        <w:rPr>
          <w:color w:val="000000"/>
        </w:rPr>
        <w:t xml:space="preserve"> highly</w:t>
      </w:r>
      <w:r>
        <w:rPr>
          <w:color w:val="000000"/>
        </w:rPr>
        <w:t xml:space="preserve"> competent.</w:t>
      </w:r>
      <w:r>
        <w:rPr>
          <w:color w:val="000000"/>
        </w:rPr>
        <w:t xml:space="preserve"> And</w:t>
      </w:r>
      <w:r>
        <w:rPr>
          <w:color w:val="000000"/>
        </w:rPr>
        <w:t xml:space="preserve"> so,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even</w:t>
      </w:r>
      <w:r>
        <w:rPr>
          <w:color w:val="000000"/>
        </w:rPr>
        <w:t xml:space="preserve"> if</w:t>
      </w:r>
      <w:r>
        <w:rPr>
          <w:color w:val="000000"/>
        </w:rPr>
        <w:t xml:space="preserve"> somebody</w:t>
      </w:r>
      <w:r>
        <w:rPr>
          <w:color w:val="000000"/>
        </w:rPr>
        <w:t xml:space="preserve"> knows</w:t>
      </w:r>
      <w:r>
        <w:rPr>
          <w:color w:val="000000"/>
        </w:rPr>
        <w:t xml:space="preserve"> a</w:t>
      </w:r>
      <w:r>
        <w:rPr>
          <w:color w:val="000000"/>
        </w:rPr>
        <w:t xml:space="preserve"> ton</w:t>
      </w:r>
      <w:r>
        <w:rPr>
          <w:color w:val="000000"/>
        </w:rPr>
        <w:t xml:space="preserve"> and</w:t>
      </w:r>
      <w:r>
        <w:rPr>
          <w:color w:val="000000"/>
        </w:rPr>
        <w:t xml:space="preserve"> is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compassionate</w:t>
      </w:r>
      <w:r>
        <w:rPr>
          <w:highlight w:val="yellow"/>
        </w:rPr>
        <w:t xml:space="preserve"> and</w:t>
      </w:r>
      <w:r>
        <w:rPr>
          <w:color w:val="000000"/>
        </w:rPr>
        <w:t xml:space="preserve"> helping</w:t>
      </w:r>
      <w:r>
        <w:rPr>
          <w:color w:val="000000"/>
        </w:rPr>
        <w:t xml:space="preserve"> them</w:t>
      </w:r>
      <w:r>
        <w:rPr>
          <w:color w:val="000000"/>
        </w:rPr>
        <w:t xml:space="preserve"> to</w:t>
      </w:r>
      <w:r>
        <w:rPr>
          <w:color w:val="000000"/>
        </w:rPr>
        <w:t xml:space="preserve"> understand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system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better</w:t>
      </w:r>
      <w:r>
        <w:rPr>
          <w:color w:val="000000"/>
        </w:rPr>
        <w:t xml:space="preserve"> way,</w:t>
      </w:r>
      <w:r>
        <w:rPr>
          <w:color w:val="000000"/>
        </w:rPr>
        <w:t xml:space="preserve"> all</w:t>
      </w:r>
      <w:r>
        <w:rPr>
          <w:color w:val="000000"/>
        </w:rPr>
        <w:t xml:space="preserve"> of</w:t>
      </w:r>
      <w:r>
        <w:rPr>
          <w:color w:val="000000"/>
        </w:rPr>
        <w:t xml:space="preserve"> that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is</w:t>
      </w:r>
      <w:r>
        <w:rPr>
          <w:color w:val="000000"/>
        </w:rPr>
        <w:t xml:space="preserve"> discounted.</w:t>
      </w:r>
      <w:r>
        <w:rPr>
          <w:highlight w:val="yellow"/>
        </w:rPr>
        <w:t xml:space="preserve"> It's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in</w:t>
      </w:r>
      <w:r>
        <w:rPr>
          <w:color w:val="000000"/>
        </w:rPr>
        <w:t xml:space="preserve"> one</w:t>
      </w:r>
      <w:r>
        <w:rPr>
          <w:color w:val="000000"/>
        </w:rPr>
        <w:t xml:space="preserve"> ear,</w:t>
      </w:r>
      <w:r>
        <w:rPr>
          <w:color w:val="000000"/>
        </w:rPr>
        <w:t xml:space="preserve"> out</w:t>
      </w:r>
      <w:r>
        <w:rPr>
          <w:color w:val="000000"/>
        </w:rPr>
        <w:t xml:space="preserve"> the</w:t>
      </w:r>
      <w:r>
        <w:rPr>
          <w:color w:val="000000"/>
        </w:rPr>
        <w:t xml:space="preserve"> other.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this</w:t>
      </w:r>
      <w:r>
        <w:rPr>
          <w:color w:val="000000"/>
        </w:rPr>
        <w:t xml:space="preserve"> is,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a</w:t>
      </w:r>
      <w:r>
        <w:rPr>
          <w:color w:val="000000"/>
        </w:rPr>
        <w:t xml:space="preserve"> reason</w:t>
      </w:r>
      <w:r>
        <w:rPr>
          <w:color w:val="000000"/>
        </w:rPr>
        <w:t xml:space="preserve"> why,</w:t>
      </w:r>
      <w:r>
        <w:rPr>
          <w:color w:val="000000"/>
        </w:rPr>
        <w:t xml:space="preserve"> uh,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partisan</w:t>
      </w:r>
      <w:r>
        <w:rPr>
          <w:color w:val="000000"/>
        </w:rPr>
        <w:t xml:space="preserve"> space.</w:t>
      </w:r>
      <w:r>
        <w:rPr>
          <w:color w:val="000000"/>
        </w:rPr>
        <w:t xml:space="preserve"> Certain</w:t>
      </w:r>
      <w:r>
        <w:rPr>
          <w:color w:val="000000"/>
        </w:rPr>
        <w:t xml:space="preserve"> misperceptions</w:t>
      </w:r>
      <w:r>
        <w:rPr>
          <w:color w:val="000000"/>
        </w:rPr>
        <w:t xml:space="preserve"> can</w:t>
      </w:r>
      <w:r>
        <w:rPr>
          <w:color w:val="000000"/>
        </w:rPr>
        <w:t xml:space="preserve"> perpetuate.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course,</w:t>
      </w:r>
      <w:r>
        <w:rPr>
          <w:color w:val="000000"/>
        </w:rPr>
        <w:t xml:space="preserve"> we</w:t>
      </w:r>
      <w:r>
        <w:rPr>
          <w:color w:val="000000"/>
        </w:rPr>
        <w:t xml:space="preserve"> don't</w:t>
      </w:r>
      <w:r>
        <w:rPr>
          <w:color w:val="000000"/>
        </w:rPr>
        <w:t xml:space="preserve"> talk</w:t>
      </w:r>
      <w:r>
        <w:rPr>
          <w:color w:val="000000"/>
        </w:rPr>
        <w:t xml:space="preserve"> to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</w:t>
      </w:r>
      <w:r>
        <w:rPr>
          <w:color w:val="000000"/>
        </w:rPr>
        <w:t xml:space="preserve"> across</w:t>
      </w:r>
      <w:r>
        <w:rPr>
          <w:color w:val="000000"/>
        </w:rPr>
        <w:t xml:space="preserve"> the</w:t>
      </w:r>
      <w:r>
        <w:rPr>
          <w:color w:val="000000"/>
        </w:rPr>
        <w:t xml:space="preserve"> aisle</w:t>
      </w:r>
      <w:r>
        <w:rPr>
          <w:color w:val="000000"/>
        </w:rPr>
        <w:t xml:space="preserve"> that</w:t>
      </w:r>
      <w:r>
        <w:rPr>
          <w:color w:val="000000"/>
        </w:rPr>
        <w:t xml:space="preserve"> much</w:t>
      </w:r>
      <w:r>
        <w:rPr>
          <w:color w:val="000000"/>
        </w:rPr>
        <w:t xml:space="preserve"> anyway,</w:t>
      </w:r>
      <w:r>
        <w:rPr>
          <w:color w:val="000000"/>
        </w:rPr>
        <w:t xml:space="preserve"> that's</w:t>
      </w:r>
      <w:r>
        <w:rPr>
          <w:color w:val="000000"/>
        </w:rPr>
        <w:t xml:space="preserve"> maybe</w:t>
      </w:r>
      <w:r>
        <w:rPr>
          <w:color w:val="000000"/>
        </w:rPr>
        <w:t xml:space="preserve"> another,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broader</w:t>
      </w:r>
      <w:r>
        <w:rPr>
          <w:color w:val="000000"/>
        </w:rPr>
        <w:t xml:space="preserve"> issue,</w:t>
      </w:r>
      <w:r>
        <w:rPr>
          <w:color w:val="000000"/>
        </w:rPr>
        <w:t xml:space="preserve"> but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do,</w:t>
      </w:r>
      <w:r>
        <w:rPr>
          <w:color w:val="000000"/>
        </w:rPr>
        <w:t xml:space="preserve"> when</w:t>
      </w:r>
      <w:r>
        <w:rPr>
          <w:color w:val="000000"/>
        </w:rPr>
        <w:t xml:space="preserve"> we</w:t>
      </w:r>
      <w:r>
        <w:rPr>
          <w:color w:val="000000"/>
        </w:rPr>
        <w:t xml:space="preserve"> finally</w:t>
      </w:r>
      <w:r>
        <w:rPr>
          <w:color w:val="000000"/>
        </w:rPr>
        <w:t xml:space="preserve"> do</w:t>
      </w:r>
      <w:r>
        <w:rPr>
          <w:color w:val="000000"/>
        </w:rPr>
        <w:t xml:space="preserve"> have</w:t>
      </w:r>
      <w:r>
        <w:rPr>
          <w:color w:val="000000"/>
        </w:rPr>
        <w:t xml:space="preserve"> that</w:t>
      </w:r>
      <w:r>
        <w:rPr>
          <w:color w:val="000000"/>
        </w:rPr>
        <w:t xml:space="preserve"> point</w:t>
      </w:r>
      <w:r>
        <w:rPr>
          <w:color w:val="000000"/>
        </w:rPr>
        <w:t xml:space="preserve"> of</w:t>
      </w:r>
      <w:r>
        <w:rPr>
          <w:color w:val="000000"/>
        </w:rPr>
        <w:t xml:space="preserve"> contact,</w:t>
      </w:r>
      <w:r>
        <w:rPr>
          <w:color w:val="000000"/>
        </w:rPr>
        <w:t xml:space="preserve"> where</w:t>
      </w:r>
      <w:r>
        <w:rPr>
          <w:color w:val="000000"/>
        </w:rPr>
        <w:t xml:space="preserve"> we</w:t>
      </w:r>
      <w:r>
        <w:rPr>
          <w:color w:val="000000"/>
        </w:rPr>
        <w:t xml:space="preserve"> can</w:t>
      </w:r>
      <w:r>
        <w:rPr>
          <w:color w:val="000000"/>
        </w:rPr>
        <w:t xml:space="preserve"> have</w:t>
      </w:r>
      <w:r>
        <w:rPr>
          <w:color w:val="000000"/>
        </w:rPr>
        <w:t xml:space="preserve"> discussions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uh</w:t>
      </w:r>
      <w:r>
        <w:rPr>
          <w:color w:val="000000"/>
        </w:rPr>
        <w:t xml:space="preserve"> cross</w:t>
      </w:r>
      <w:r>
        <w:rPr>
          <w:color w:val="000000"/>
        </w:rPr>
        <w:t xml:space="preserve"> party</w:t>
      </w:r>
      <w:r>
        <w:rPr>
          <w:color w:val="000000"/>
        </w:rPr>
        <w:t xml:space="preserve"> in</w:t>
      </w:r>
      <w:r>
        <w:rPr>
          <w:color w:val="000000"/>
        </w:rPr>
        <w:t xml:space="preserve"> nature,</w:t>
      </w:r>
      <w:r>
        <w:rPr>
          <w:color w:val="000000"/>
        </w:rPr>
        <w:t xml:space="preserve"> um,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certain,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subset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public.</w:t>
      </w:r>
      <w:r>
        <w:rPr>
          <w:color w:val="000000"/>
        </w:rPr>
        <w:t xml:space="preserve"> It's</w:t>
      </w:r>
      <w:r>
        <w:rPr>
          <w:color w:val="000000"/>
        </w:rPr>
        <w:t xml:space="preserve"> really,</w:t>
      </w:r>
      <w:r>
        <w:rPr>
          <w:color w:val="000000"/>
        </w:rPr>
        <w:t xml:space="preserve"> like</w:t>
      </w:r>
      <w:r>
        <w:rPr>
          <w:color w:val="000000"/>
        </w:rPr>
        <w:t xml:space="preserve"> I</w:t>
      </w:r>
      <w:r>
        <w:rPr>
          <w:color w:val="000000"/>
        </w:rPr>
        <w:t xml:space="preserve"> said,</w:t>
      </w:r>
      <w:r>
        <w:rPr>
          <w:color w:val="000000"/>
        </w:rPr>
        <w:t xml:space="preserve"> one</w:t>
      </w:r>
      <w:r>
        <w:rPr>
          <w:color w:val="000000"/>
        </w:rPr>
        <w:t xml:space="preserve"> in</w:t>
      </w:r>
      <w:r>
        <w:rPr>
          <w:color w:val="000000"/>
        </w:rPr>
        <w:t xml:space="preserve"> one</w:t>
      </w:r>
      <w:r>
        <w:rPr>
          <w:color w:val="000000"/>
        </w:rPr>
        <w:t xml:space="preserve"> ear,</w:t>
      </w:r>
      <w:r>
        <w:rPr>
          <w:color w:val="000000"/>
        </w:rPr>
        <w:t xml:space="preserve"> out</w:t>
      </w:r>
      <w:r>
        <w:rPr>
          <w:color w:val="000000"/>
        </w:rPr>
        <w:t xml:space="preserve"> the</w:t>
      </w:r>
      <w:r>
        <w:rPr>
          <w:color w:val="000000"/>
        </w:rPr>
        <w:t xml:space="preserve"> other.</w:t>
      </w:r>
      <w:r>
        <w:rPr>
          <w:color w:val="000000"/>
        </w:rPr>
        <w:t xml:space="preserve"> In</w:t>
      </w:r>
    </w:p>
    <w:p>
      <w:r>
        <w:t xml:space="preserve">[00:26:34] Speaker 1: </w:t>
      </w:r>
      <w:r>
        <w:rPr>
          <w:color w:val="000000"/>
        </w:rPr>
        <w:t>your</w:t>
      </w:r>
      <w:r>
        <w:rPr>
          <w:color w:val="000000"/>
        </w:rPr>
        <w:t xml:space="preserve"> sample,</w:t>
      </w:r>
      <w:r>
        <w:rPr>
          <w:color w:val="000000"/>
        </w:rPr>
        <w:t xml:space="preserve"> what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percentage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versus</w:t>
      </w:r>
      <w:r>
        <w:rPr>
          <w:color w:val="000000"/>
        </w:rPr>
        <w:t xml:space="preserve"> the</w:t>
      </w:r>
      <w:r>
        <w:rPr>
          <w:color w:val="000000"/>
        </w:rPr>
        <w:t xml:space="preserve"> percentage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not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in</w:t>
      </w:r>
      <w:r>
        <w:rPr>
          <w:color w:val="000000"/>
        </w:rPr>
        <w:t xml:space="preserve"> your</w:t>
      </w:r>
    </w:p>
    <w:p>
      <w:r>
        <w:t xml:space="preserve">[00:26:43] Speaker 4: </w:t>
      </w:r>
      <w:r>
        <w:rPr>
          <w:color w:val="000000"/>
        </w:rPr>
        <w:t>measurement?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studies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done,</w:t>
      </w:r>
      <w:r>
        <w:rPr>
          <w:color w:val="000000"/>
        </w:rPr>
        <w:t xml:space="preserve"> we've</w:t>
      </w:r>
      <w:r>
        <w:rPr>
          <w:color w:val="000000"/>
        </w:rPr>
        <w:t xml:space="preserve"> seen</w:t>
      </w:r>
      <w:r>
        <w:rPr>
          <w:color w:val="000000"/>
        </w:rPr>
        <w:t xml:space="preserve"> pretty</w:t>
      </w:r>
      <w:r>
        <w:rPr>
          <w:color w:val="000000"/>
        </w:rPr>
        <w:t xml:space="preserve"> consistent.</w:t>
      </w:r>
      <w:r>
        <w:rPr>
          <w:color w:val="000000"/>
        </w:rPr>
        <w:t xml:space="preserve"> Evidence</w:t>
      </w:r>
      <w:r>
        <w:rPr>
          <w:color w:val="000000"/>
        </w:rPr>
        <w:t xml:space="preserve"> that,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between</w:t>
      </w:r>
      <w:r>
        <w:rPr>
          <w:color w:val="000000"/>
        </w:rPr>
        <w:t xml:space="preserve"> like</w:t>
      </w:r>
      <w:r>
        <w:rPr>
          <w:color w:val="000000"/>
        </w:rPr>
        <w:t xml:space="preserve"> 60%</w:t>
      </w:r>
      <w:r>
        <w:rPr>
          <w:color w:val="000000"/>
        </w:rPr>
        <w:t xml:space="preserve"> and</w:t>
      </w:r>
      <w:r>
        <w:rPr>
          <w:color w:val="000000"/>
        </w:rPr>
        <w:t xml:space="preserve"> and</w:t>
      </w:r>
      <w:r>
        <w:rPr>
          <w:color w:val="000000"/>
        </w:rPr>
        <w:t xml:space="preserve"> plus</w:t>
      </w:r>
      <w:r>
        <w:rPr>
          <w:color w:val="000000"/>
        </w:rPr>
        <w:t xml:space="preserve"> are</w:t>
      </w:r>
      <w:r>
        <w:rPr>
          <w:color w:val="000000"/>
        </w:rPr>
        <w:t xml:space="preserve"> at</w:t>
      </w:r>
      <w:r>
        <w:rPr>
          <w:color w:val="000000"/>
        </w:rPr>
        <w:t xml:space="preserve"> least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knowledge.</w:t>
      </w:r>
      <w:r>
        <w:rPr>
          <w:color w:val="000000"/>
        </w:rPr>
        <w:t xml:space="preserve"> Um,</w:t>
      </w:r>
      <w:r>
        <w:rPr>
          <w:color w:val="000000"/>
        </w:rPr>
        <w:t xml:space="preserve"> sometimes</w:t>
      </w:r>
      <w:r>
        <w:rPr>
          <w:color w:val="000000"/>
        </w:rPr>
        <w:t xml:space="preserve"> up</w:t>
      </w:r>
      <w:r>
        <w:rPr>
          <w:color w:val="000000"/>
        </w:rPr>
        <w:t xml:space="preserve"> to</w:t>
      </w:r>
      <w:r>
        <w:rPr>
          <w:color w:val="000000"/>
        </w:rPr>
        <w:t xml:space="preserve"> 70%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sample</w:t>
      </w:r>
      <w:r>
        <w:rPr>
          <w:color w:val="000000"/>
        </w:rPr>
        <w:t xml:space="preserve"> are</w:t>
      </w:r>
      <w:r>
        <w:rPr>
          <w:color w:val="000000"/>
        </w:rPr>
        <w:t xml:space="preserve"> overconfident.</w:t>
      </w:r>
      <w:r>
        <w:rPr>
          <w:color w:val="000000"/>
        </w:rPr>
        <w:t xml:space="preserve"> They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more</w:t>
      </w:r>
      <w:r>
        <w:rPr>
          <w:color w:val="000000"/>
        </w:rPr>
        <w:t xml:space="preserve"> knowledgeable</w:t>
      </w:r>
      <w:r>
        <w:rPr>
          <w:color w:val="000000"/>
        </w:rPr>
        <w:t xml:space="preserve"> than</w:t>
      </w:r>
      <w:r>
        <w:rPr>
          <w:color w:val="000000"/>
        </w:rPr>
        <w:t xml:space="preserve"> they</w:t>
      </w:r>
      <w:r>
        <w:rPr>
          <w:color w:val="000000"/>
        </w:rPr>
        <w:t xml:space="preserve"> really</w:t>
      </w:r>
      <w:r>
        <w:rPr>
          <w:color w:val="000000"/>
        </w:rPr>
        <w:t xml:space="preserve"> are,</w:t>
      </w:r>
      <w:r>
        <w:rPr>
          <w:color w:val="000000"/>
        </w:rPr>
        <w:t xml:space="preserve"> um.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</w:t>
      </w:r>
      <w:r>
        <w:rPr>
          <w:color w:val="000000"/>
        </w:rPr>
        <w:t xml:space="preserve"> that's,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</w:t>
      </w:r>
      <w:r>
        <w:rPr>
          <w:color w:val="000000"/>
        </w:rPr>
        <w:t xml:space="preserve"> matter</w:t>
      </w:r>
      <w:r>
        <w:rPr>
          <w:color w:val="000000"/>
        </w:rPr>
        <w:t xml:space="preserve"> of</w:t>
      </w:r>
      <w:r>
        <w:rPr>
          <w:color w:val="000000"/>
        </w:rPr>
        <w:t xml:space="preserve"> degree,</w:t>
      </w:r>
      <w:r>
        <w:rPr>
          <w:color w:val="000000"/>
        </w:rPr>
        <w:t xml:space="preserve"> right?</w:t>
      </w:r>
      <w:r>
        <w:rPr>
          <w:color w:val="000000"/>
        </w:rPr>
        <w:t xml:space="preserve"> There's</w:t>
      </w:r>
      <w:r>
        <w:rPr>
          <w:color w:val="000000"/>
        </w:rPr>
        <w:t xml:space="preserve"> probably,</w:t>
      </w:r>
      <w:r>
        <w:rPr>
          <w:color w:val="000000"/>
        </w:rPr>
        <w:t xml:space="preserve"> I'd</w:t>
      </w:r>
      <w:r>
        <w:rPr>
          <w:color w:val="000000"/>
        </w:rPr>
        <w:t xml:space="preserve"> say,</w:t>
      </w:r>
      <w:r>
        <w:rPr>
          <w:color w:val="000000"/>
        </w:rPr>
        <w:t xml:space="preserve"> a</w:t>
      </w:r>
      <w:r>
        <w:rPr>
          <w:color w:val="000000"/>
        </w:rPr>
        <w:t xml:space="preserve"> chunk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maybe</w:t>
      </w:r>
      <w:r>
        <w:rPr>
          <w:color w:val="000000"/>
        </w:rPr>
        <w:t xml:space="preserve"> 20-30%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sample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severely</w:t>
      </w:r>
      <w:r>
        <w:rPr>
          <w:color w:val="000000"/>
        </w:rPr>
        <w:t xml:space="preserve"> overconfident,</w:t>
      </w:r>
      <w:r>
        <w:rPr>
          <w:color w:val="000000"/>
        </w:rPr>
        <w:t xml:space="preserve"> where</w:t>
      </w:r>
      <w:r>
        <w:rPr>
          <w:color w:val="000000"/>
        </w:rPr>
        <w:t xml:space="preserve"> they're</w:t>
      </w:r>
      <w:r>
        <w:rPr>
          <w:color w:val="000000"/>
        </w:rPr>
        <w:t xml:space="preserve"> doing</w:t>
      </w:r>
      <w:r>
        <w:rPr>
          <w:color w:val="000000"/>
        </w:rPr>
        <w:t xml:space="preserve"> extremely</w:t>
      </w:r>
      <w:r>
        <w:rPr>
          <w:color w:val="000000"/>
        </w:rPr>
        <w:t xml:space="preserve"> poorly</w:t>
      </w:r>
      <w:r>
        <w:rPr>
          <w:color w:val="000000"/>
        </w:rPr>
        <w:t xml:space="preserve"> on</w:t>
      </w:r>
      <w:r>
        <w:rPr>
          <w:color w:val="000000"/>
        </w:rPr>
        <w:t xml:space="preserve"> objective</w:t>
      </w:r>
      <w:r>
        <w:rPr>
          <w:color w:val="000000"/>
        </w:rPr>
        <w:t xml:space="preserve"> assessments</w:t>
      </w:r>
      <w:r>
        <w:rPr>
          <w:color w:val="000000"/>
        </w:rPr>
        <w:t xml:space="preserve"> and</w:t>
      </w:r>
      <w:r>
        <w:rPr>
          <w:color w:val="000000"/>
        </w:rPr>
        <w:t xml:space="preserve"> believing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like</w:t>
      </w:r>
      <w:r>
        <w:rPr>
          <w:color w:val="000000"/>
        </w:rPr>
        <w:t xml:space="preserve"> top</w:t>
      </w:r>
      <w:r>
        <w:rPr>
          <w:color w:val="000000"/>
        </w:rPr>
        <w:t xml:space="preserve"> 10%.</w:t>
      </w:r>
    </w:p>
    <w:p>
      <w:r>
        <w:t xml:space="preserve">[00:27:16] Speaker 1: </w:t>
      </w:r>
      <w:r>
        <w:rPr>
          <w:color w:val="000000"/>
        </w:rPr>
        <w:t>What</w:t>
      </w:r>
      <w:r>
        <w:rPr>
          <w:color w:val="000000"/>
        </w:rPr>
        <w:t xml:space="preserve"> about</w:t>
      </w:r>
      <w:r>
        <w:rPr>
          <w:color w:val="000000"/>
        </w:rPr>
        <w:t xml:space="preserve"> demographic</w:t>
      </w:r>
      <w:r>
        <w:rPr>
          <w:color w:val="000000"/>
        </w:rPr>
        <w:t xml:space="preserve"> breakdown</w:t>
      </w:r>
      <w:r>
        <w:rPr>
          <w:color w:val="000000"/>
        </w:rPr>
        <w:t xml:space="preserve"> of</w:t>
      </w:r>
      <w:r>
        <w:rPr>
          <w:color w:val="000000"/>
        </w:rPr>
        <w:t xml:space="preserve"> that</w:t>
      </w:r>
    </w:p>
    <w:p>
      <w:r>
        <w:t xml:space="preserve">[00:27:18] Speaker 4: </w:t>
      </w:r>
      <w:r>
        <w:rPr>
          <w:color w:val="000000"/>
        </w:rPr>
        <w:t>sample?</w:t>
      </w:r>
      <w:r>
        <w:rPr>
          <w:color w:val="000000"/>
        </w:rPr>
        <w:t xml:space="preserve"> We</w:t>
      </w:r>
      <w:r>
        <w:rPr>
          <w:color w:val="000000"/>
        </w:rPr>
        <w:t xml:space="preserve"> do</w:t>
      </w:r>
      <w:r>
        <w:rPr>
          <w:color w:val="000000"/>
        </w:rPr>
        <w:t xml:space="preserve"> see</w:t>
      </w:r>
      <w:r>
        <w:rPr>
          <w:color w:val="000000"/>
        </w:rPr>
        <w:t xml:space="preserve"> that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Um,</w:t>
      </w:r>
      <w:r>
        <w:rPr>
          <w:color w:val="000000"/>
        </w:rPr>
        <w:t xml:space="preserve"> young,</w:t>
      </w:r>
      <w:r>
        <w:rPr>
          <w:color w:val="000000"/>
        </w:rPr>
        <w:t xml:space="preserve"> I,</w:t>
      </w:r>
      <w:r>
        <w:rPr>
          <w:color w:val="000000"/>
        </w:rPr>
        <w:t xml:space="preserve"> I'd</w:t>
      </w:r>
      <w:r>
        <w:rPr>
          <w:color w:val="000000"/>
        </w:rPr>
        <w:t xml:space="preserve"> say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demographic</w:t>
      </w:r>
      <w:r>
        <w:rPr>
          <w:color w:val="000000"/>
        </w:rPr>
        <w:t xml:space="preserve"> profile</w:t>
      </w:r>
      <w:r>
        <w:rPr>
          <w:color w:val="000000"/>
        </w:rPr>
        <w:t xml:space="preserve"> is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young</w:t>
      </w:r>
      <w:r>
        <w:rPr>
          <w:color w:val="000000"/>
        </w:rPr>
        <w:t xml:space="preserve"> white</w:t>
      </w:r>
      <w:r>
        <w:rPr>
          <w:color w:val="000000"/>
        </w:rPr>
        <w:t xml:space="preserve"> men</w:t>
      </w:r>
      <w:r>
        <w:rPr>
          <w:color w:val="000000"/>
        </w:rPr>
        <w:t xml:space="preserve"> are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the</w:t>
      </w:r>
      <w:r>
        <w:rPr>
          <w:color w:val="000000"/>
        </w:rPr>
        <w:t xml:space="preserve"> most</w:t>
      </w:r>
      <w:r>
        <w:rPr>
          <w:color w:val="000000"/>
        </w:rPr>
        <w:t xml:space="preserve"> likely</w:t>
      </w:r>
      <w:r>
        <w:rPr>
          <w:color w:val="000000"/>
        </w:rPr>
        <w:t xml:space="preserve"> to</w:t>
      </w:r>
      <w:r>
        <w:rPr>
          <w:color w:val="000000"/>
        </w:rPr>
        <w:t xml:space="preserve"> fall</w:t>
      </w:r>
      <w:r>
        <w:rPr>
          <w:color w:val="000000"/>
        </w:rPr>
        <w:t xml:space="preserve"> into</w:t>
      </w:r>
      <w:r>
        <w:rPr>
          <w:color w:val="000000"/>
        </w:rPr>
        <w:t xml:space="preserve"> that</w:t>
      </w:r>
      <w:r>
        <w:rPr>
          <w:color w:val="000000"/>
        </w:rPr>
        <w:t xml:space="preserve"> category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severely</w:t>
      </w:r>
      <w:r>
        <w:rPr>
          <w:color w:val="000000"/>
        </w:rPr>
        <w:t xml:space="preserve"> overconfident.</w:t>
      </w:r>
      <w:r>
        <w:rPr>
          <w:color w:val="000000"/>
        </w:rPr>
        <w:t xml:space="preserve"> Oh,</w:t>
      </w:r>
    </w:p>
    <w:p>
      <w:r>
        <w:t xml:space="preserve">[00:27:30] Speaker 1: </w:t>
      </w:r>
      <w:r>
        <w:rPr>
          <w:color w:val="000000"/>
        </w:rPr>
        <w:t>I'm</w:t>
      </w:r>
      <w:r>
        <w:rPr>
          <w:color w:val="000000"/>
        </w:rPr>
        <w:t xml:space="preserve"> surprised</w:t>
      </w:r>
      <w:r>
        <w:rPr>
          <w:color w:val="000000"/>
        </w:rPr>
        <w:t xml:space="preserve"> because</w:t>
      </w:r>
      <w:r>
        <w:rPr>
          <w:color w:val="000000"/>
        </w:rPr>
        <w:t xml:space="preserve"> I</w:t>
      </w:r>
      <w:r>
        <w:rPr>
          <w:color w:val="000000"/>
        </w:rPr>
        <w:t xml:space="preserve"> thought</w:t>
      </w:r>
      <w:r>
        <w:rPr>
          <w:color w:val="000000"/>
        </w:rPr>
        <w:t xml:space="preserve"> old</w:t>
      </w:r>
      <w:r>
        <w:rPr>
          <w:color w:val="000000"/>
        </w:rPr>
        <w:t xml:space="preserve"> white</w:t>
      </w:r>
      <w:r>
        <w:rPr>
          <w:color w:val="000000"/>
        </w:rPr>
        <w:t xml:space="preserve"> men</w:t>
      </w:r>
      <w:r>
        <w:rPr>
          <w:color w:val="000000"/>
        </w:rPr>
        <w:t xml:space="preserve"> would</w:t>
      </w:r>
      <w:r>
        <w:rPr>
          <w:color w:val="000000"/>
        </w:rPr>
        <w:t xml:space="preserve"> be</w:t>
      </w:r>
      <w:r>
        <w:rPr>
          <w:color w:val="000000"/>
        </w:rPr>
        <w:t xml:space="preserve"> even</w:t>
      </w:r>
      <w:r>
        <w:rPr>
          <w:highlight w:val="yellow"/>
        </w:rPr>
        <w:t xml:space="preserve"> Wors</w:t>
      </w:r>
      <w:r>
        <w:rPr>
          <w:color w:val="000000"/>
        </w:rPr>
        <w:t xml:space="preserve"> performing.</w:t>
      </w:r>
    </w:p>
    <w:p>
      <w:r>
        <w:t xml:space="preserve">[00:27:36] Speaker 4: </w:t>
      </w:r>
      <w:r>
        <w:rPr>
          <w:color w:val="000000"/>
        </w:rPr>
        <w:t>There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</w:t>
      </w:r>
      <w:r>
        <w:rPr>
          <w:color w:val="000000"/>
        </w:rPr>
        <w:t xml:space="preserve"> of</w:t>
      </w:r>
      <w:r>
        <w:rPr>
          <w:color w:val="000000"/>
        </w:rPr>
        <w:t xml:space="preserve"> an</w:t>
      </w:r>
      <w:r>
        <w:rPr>
          <w:color w:val="000000"/>
        </w:rPr>
        <w:t xml:space="preserve"> age</w:t>
      </w:r>
      <w:r>
        <w:rPr>
          <w:color w:val="000000"/>
        </w:rPr>
        <w:t xml:space="preserve"> component,</w:t>
      </w:r>
      <w:r>
        <w:rPr>
          <w:color w:val="000000"/>
        </w:rPr>
        <w:t xml:space="preserve"> uh,</w:t>
      </w:r>
      <w:r>
        <w:rPr>
          <w:color w:val="000000"/>
        </w:rPr>
        <w:t xml:space="preserve"> that</w:t>
      </w:r>
      <w:r>
        <w:rPr>
          <w:color w:val="000000"/>
        </w:rPr>
        <w:t xml:space="preserve"> tends</w:t>
      </w:r>
      <w:r>
        <w:rPr>
          <w:color w:val="000000"/>
        </w:rPr>
        <w:t xml:space="preserve"> to</w:t>
      </w:r>
      <w:r>
        <w:rPr>
          <w:color w:val="000000"/>
        </w:rPr>
        <w:t xml:space="preserve"> skew</w:t>
      </w:r>
      <w:r>
        <w:rPr>
          <w:color w:val="000000"/>
        </w:rPr>
        <w:t xml:space="preserve"> younger,</w:t>
      </w:r>
      <w:r>
        <w:rPr>
          <w:color w:val="000000"/>
        </w:rPr>
        <w:t xml:space="preserve"> and</w:t>
      </w:r>
      <w:r>
        <w:rPr>
          <w:color w:val="000000"/>
        </w:rPr>
        <w:t xml:space="preserve"> again,</w:t>
      </w:r>
      <w:r>
        <w:rPr>
          <w:color w:val="000000"/>
        </w:rPr>
        <w:t xml:space="preserve"> maybe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something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with,</w:t>
      </w:r>
      <w:r>
        <w:rPr>
          <w:color w:val="000000"/>
        </w:rPr>
        <w:t xml:space="preserve"> like</w:t>
      </w:r>
      <w:r>
        <w:rPr>
          <w:color w:val="000000"/>
        </w:rPr>
        <w:t xml:space="preserve"> I</w:t>
      </w:r>
      <w:r>
        <w:rPr>
          <w:color w:val="000000"/>
        </w:rPr>
        <w:t xml:space="preserve"> said,</w:t>
      </w:r>
      <w:r>
        <w:rPr>
          <w:color w:val="000000"/>
        </w:rPr>
        <w:t xml:space="preserve"> with</w:t>
      </w:r>
      <w:r>
        <w:rPr>
          <w:color w:val="000000"/>
        </w:rPr>
        <w:t xml:space="preserve"> that</w:t>
      </w:r>
      <w:r>
        <w:rPr>
          <w:color w:val="000000"/>
        </w:rPr>
        <w:t xml:space="preserve"> online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environment,</w:t>
      </w:r>
      <w:r>
        <w:rPr>
          <w:color w:val="000000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yeah,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uh,</w:t>
      </w:r>
      <w:r>
        <w:rPr>
          <w:color w:val="000000"/>
        </w:rPr>
        <w:t xml:space="preserve"> hopefully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future</w:t>
      </w:r>
      <w:r>
        <w:rPr>
          <w:color w:val="000000"/>
        </w:rPr>
        <w:t xml:space="preserve"> if</w:t>
      </w:r>
      <w:r>
        <w:rPr>
          <w:color w:val="000000"/>
        </w:rPr>
        <w:t xml:space="preserve"> I</w:t>
      </w:r>
      <w:r>
        <w:rPr>
          <w:color w:val="000000"/>
        </w:rPr>
        <w:t xml:space="preserve"> can</w:t>
      </w:r>
      <w:r>
        <w:rPr>
          <w:color w:val="000000"/>
        </w:rPr>
        <w:t xml:space="preserve"> get</w:t>
      </w:r>
      <w:r>
        <w:rPr>
          <w:color w:val="000000"/>
        </w:rPr>
        <w:t xml:space="preserve"> some</w:t>
      </w:r>
      <w:r>
        <w:rPr>
          <w:color w:val="000000"/>
        </w:rPr>
        <w:t xml:space="preserve"> really</w:t>
      </w:r>
      <w:r>
        <w:rPr>
          <w:color w:val="000000"/>
        </w:rPr>
        <w:t xml:space="preserve"> uh</w:t>
      </w:r>
      <w:r>
        <w:rPr>
          <w:color w:val="000000"/>
        </w:rPr>
        <w:t xml:space="preserve"> big</w:t>
      </w:r>
      <w:r>
        <w:rPr>
          <w:color w:val="000000"/>
        </w:rPr>
        <w:t xml:space="preserve"> grants</w:t>
      </w:r>
      <w:r>
        <w:rPr>
          <w:color w:val="000000"/>
        </w:rPr>
        <w:t xml:space="preserve"> to</w:t>
      </w:r>
      <w:r>
        <w:rPr>
          <w:color w:val="000000"/>
        </w:rPr>
        <w:t xml:space="preserve"> study</w:t>
      </w:r>
      <w:r>
        <w:rPr>
          <w:color w:val="000000"/>
        </w:rPr>
        <w:t xml:space="preserve"> this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more</w:t>
      </w:r>
      <w:r>
        <w:rPr>
          <w:color w:val="000000"/>
        </w:rPr>
        <w:t xml:space="preserve"> robust</w:t>
      </w:r>
      <w:r>
        <w:rPr>
          <w:color w:val="000000"/>
        </w:rPr>
        <w:t xml:space="preserve"> way,</w:t>
      </w:r>
      <w:r>
        <w:rPr>
          <w:color w:val="000000"/>
        </w:rPr>
        <w:t xml:space="preserve"> we'll</w:t>
      </w:r>
      <w:r>
        <w:rPr>
          <w:color w:val="000000"/>
        </w:rPr>
        <w:t xml:space="preserve"> be</w:t>
      </w:r>
      <w:r>
        <w:rPr>
          <w:color w:val="000000"/>
        </w:rPr>
        <w:t xml:space="preserve"> able</w:t>
      </w:r>
      <w:r>
        <w:rPr>
          <w:color w:val="000000"/>
        </w:rPr>
        <w:t xml:space="preserve"> to</w:t>
      </w:r>
      <w:r>
        <w:rPr>
          <w:color w:val="000000"/>
        </w:rPr>
        <w:t xml:space="preserve"> make</w:t>
      </w:r>
      <w:r>
        <w:rPr>
          <w:color w:val="000000"/>
        </w:rPr>
        <w:t xml:space="preserve"> uh</w:t>
      </w:r>
      <w:r>
        <w:rPr>
          <w:color w:val="000000"/>
        </w:rPr>
        <w:t xml:space="preserve"> stronger</w:t>
      </w:r>
      <w:r>
        <w:rPr>
          <w:color w:val="000000"/>
        </w:rPr>
        <w:t xml:space="preserve"> claims</w:t>
      </w:r>
      <w:r>
        <w:rPr>
          <w:color w:val="000000"/>
        </w:rPr>
        <w:t xml:space="preserve"> about</w:t>
      </w:r>
      <w:r>
        <w:rPr>
          <w:color w:val="000000"/>
        </w:rPr>
        <w:t xml:space="preserve"> that</w:t>
      </w:r>
      <w:r>
        <w:rPr>
          <w:color w:val="000000"/>
        </w:rPr>
        <w:t xml:space="preserve"> age</w:t>
      </w:r>
      <w:r>
        <w:rPr>
          <w:color w:val="000000"/>
        </w:rPr>
        <w:t xml:space="preserve"> dynamic.</w:t>
      </w:r>
      <w:r>
        <w:rPr>
          <w:color w:val="000000"/>
        </w:rPr>
        <w:t xml:space="preserve"> So</w:t>
      </w:r>
    </w:p>
    <w:p>
      <w:r>
        <w:t xml:space="preserve">[00:27:54] Speaker 1: </w:t>
      </w:r>
      <w:r>
        <w:rPr>
          <w:color w:val="000000"/>
        </w:rPr>
        <w:t>what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method</w:t>
      </w:r>
      <w:r>
        <w:rPr>
          <w:color w:val="000000"/>
        </w:rPr>
        <w:t xml:space="preserve"> that</w:t>
      </w:r>
      <w:r>
        <w:rPr>
          <w:color w:val="000000"/>
        </w:rPr>
        <w:t xml:space="preserve"> you</w:t>
      </w:r>
      <w:r>
        <w:rPr>
          <w:color w:val="000000"/>
        </w:rPr>
        <w:t xml:space="preserve"> use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these</w:t>
      </w:r>
      <w:r>
        <w:rPr>
          <w:color w:val="000000"/>
        </w:rPr>
        <w:t xml:space="preserve"> experiments?</w:t>
      </w:r>
    </w:p>
    <w:p>
      <w:r>
        <w:t xml:space="preserve">[00:27:59] Speaker 4: </w:t>
      </w:r>
      <w:r>
        <w:rPr>
          <w:color w:val="000000"/>
        </w:rPr>
        <w:t>Right,</w:t>
      </w:r>
      <w:r>
        <w:rPr>
          <w:color w:val="000000"/>
        </w:rPr>
        <w:t xml:space="preserve"> so,</w:t>
      </w:r>
      <w:r>
        <w:rPr>
          <w:color w:val="000000"/>
        </w:rPr>
        <w:t xml:space="preserve"> um,</w:t>
      </w:r>
      <w:r>
        <w:rPr>
          <w:color w:val="000000"/>
        </w:rPr>
        <w:t xml:space="preserve"> yeah,</w:t>
      </w:r>
      <w:r>
        <w:rPr>
          <w:color w:val="000000"/>
        </w:rPr>
        <w:t xml:space="preserve"> so</w:t>
      </w:r>
      <w:r>
        <w:rPr>
          <w:color w:val="000000"/>
        </w:rPr>
        <w:t xml:space="preserve"> the</w:t>
      </w:r>
      <w:r>
        <w:rPr>
          <w:color w:val="000000"/>
        </w:rPr>
        <w:t xml:space="preserve"> method</w:t>
      </w:r>
      <w:r>
        <w:rPr>
          <w:color w:val="000000"/>
        </w:rPr>
        <w:t xml:space="preserve"> is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an</w:t>
      </w:r>
      <w:r>
        <w:rPr>
          <w:color w:val="000000"/>
        </w:rPr>
        <w:t xml:space="preserve"> online,</w:t>
      </w:r>
      <w:r>
        <w:rPr>
          <w:color w:val="000000"/>
        </w:rPr>
        <w:t xml:space="preserve"> uh,</w:t>
      </w:r>
      <w:r>
        <w:rPr>
          <w:color w:val="000000"/>
        </w:rPr>
        <w:t xml:space="preserve"> survey</w:t>
      </w:r>
      <w:r>
        <w:rPr>
          <w:color w:val="000000"/>
        </w:rPr>
        <w:t xml:space="preserve"> experimental</w:t>
      </w:r>
      <w:r>
        <w:rPr>
          <w:color w:val="000000"/>
        </w:rPr>
        <w:t xml:space="preserve"> design</w:t>
      </w:r>
      <w:r>
        <w:rPr>
          <w:color w:val="000000"/>
        </w:rPr>
        <w:t xml:space="preserve"> where</w:t>
      </w:r>
      <w:r>
        <w:rPr>
          <w:color w:val="000000"/>
        </w:rPr>
        <w:t xml:space="preserve"> I</w:t>
      </w:r>
      <w:r>
        <w:rPr>
          <w:color w:val="000000"/>
        </w:rPr>
        <w:t xml:space="preserve"> get,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a</w:t>
      </w:r>
      <w:r>
        <w:rPr>
          <w:color w:val="000000"/>
        </w:rPr>
        <w:t xml:space="preserve"> couple</w:t>
      </w:r>
      <w:r>
        <w:rPr>
          <w:highlight w:val="yellow"/>
        </w:rPr>
        <w:t xml:space="preserve"> of</w:t>
      </w:r>
      <w:r>
        <w:rPr>
          <w:color w:val="000000"/>
        </w:rPr>
        <w:t xml:space="preserve"> 1000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</w:t>
      </w:r>
      <w:r>
        <w:rPr>
          <w:color w:val="000000"/>
        </w:rPr>
        <w:t xml:space="preserve"> respond,</w:t>
      </w:r>
      <w:r>
        <w:rPr>
          <w:color w:val="000000"/>
        </w:rPr>
        <w:t xml:space="preserve"> uh,</w:t>
      </w:r>
      <w:r>
        <w:rPr>
          <w:color w:val="000000"/>
        </w:rPr>
        <w:t xml:space="preserve"> to,</w:t>
      </w:r>
      <w:r>
        <w:rPr>
          <w:color w:val="000000"/>
        </w:rPr>
        <w:t xml:space="preserve"> to</w:t>
      </w:r>
      <w:r>
        <w:rPr>
          <w:color w:val="000000"/>
        </w:rPr>
        <w:t xml:space="preserve"> an</w:t>
      </w:r>
      <w:r>
        <w:rPr>
          <w:color w:val="000000"/>
        </w:rPr>
        <w:t xml:space="preserve"> experiment</w:t>
      </w:r>
      <w:r>
        <w:rPr>
          <w:color w:val="000000"/>
        </w:rPr>
        <w:t xml:space="preserve"> where</w:t>
      </w:r>
      <w:r>
        <w:rPr>
          <w:color w:val="000000"/>
        </w:rPr>
        <w:t xml:space="preserve"> I'm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varying</w:t>
      </w:r>
      <w:r>
        <w:rPr>
          <w:color w:val="000000"/>
        </w:rPr>
        <w:t xml:space="preserve"> uh</w:t>
      </w:r>
      <w:r>
        <w:rPr>
          <w:color w:val="000000"/>
        </w:rPr>
        <w:t xml:space="preserve"> people's</w:t>
      </w:r>
      <w:r>
        <w:rPr>
          <w:color w:val="000000"/>
        </w:rPr>
        <w:t xml:space="preserve"> uh</w:t>
      </w:r>
      <w:r>
        <w:rPr>
          <w:color w:val="000000"/>
        </w:rPr>
        <w:t xml:space="preserve"> essentially</w:t>
      </w:r>
      <w:r>
        <w:rPr>
          <w:highlight w:val="yellow"/>
        </w:rPr>
        <w:t xml:space="preserve"> varying</w:t>
      </w:r>
      <w:r>
        <w:rPr>
          <w:color w:val="000000"/>
        </w:rPr>
        <w:t xml:space="preserve"> varying</w:t>
      </w:r>
      <w:r>
        <w:rPr>
          <w:color w:val="000000"/>
        </w:rPr>
        <w:t xml:space="preserve"> conditions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see,</w:t>
      </w:r>
      <w:r>
        <w:rPr>
          <w:color w:val="000000"/>
        </w:rPr>
        <w:t xml:space="preserve"> um,</w:t>
      </w:r>
      <w:r>
        <w:rPr>
          <w:color w:val="000000"/>
        </w:rPr>
        <w:t xml:space="preserve"> after</w:t>
      </w:r>
      <w:r>
        <w:rPr>
          <w:color w:val="000000"/>
        </w:rPr>
        <w:t xml:space="preserve"> taking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quiz,</w:t>
      </w:r>
      <w:r>
        <w:rPr>
          <w:color w:val="000000"/>
        </w:rPr>
        <w:t xml:space="preserve"> a</w:t>
      </w:r>
      <w:r>
        <w:rPr>
          <w:color w:val="000000"/>
        </w:rPr>
        <w:t xml:space="preserve"> basic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quiz.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quiz</w:t>
      </w:r>
      <w:r>
        <w:rPr>
          <w:color w:val="000000"/>
        </w:rPr>
        <w:t xml:space="preserve"> has</w:t>
      </w:r>
      <w:r>
        <w:rPr>
          <w:color w:val="000000"/>
        </w:rPr>
        <w:t xml:space="preserve"> 5</w:t>
      </w:r>
      <w:r>
        <w:rPr>
          <w:color w:val="000000"/>
        </w:rPr>
        <w:t xml:space="preserve"> questions.</w:t>
      </w:r>
      <w:r>
        <w:rPr>
          <w:color w:val="000000"/>
        </w:rPr>
        <w:t xml:space="preserve"> The</w:t>
      </w:r>
      <w:r>
        <w:rPr>
          <w:color w:val="000000"/>
        </w:rPr>
        <w:t xml:space="preserve"> 5</w:t>
      </w:r>
      <w:r>
        <w:rPr>
          <w:color w:val="000000"/>
        </w:rPr>
        <w:t xml:space="preserve"> questions</w:t>
      </w:r>
      <w:r>
        <w:rPr>
          <w:color w:val="000000"/>
        </w:rPr>
        <w:t xml:space="preserve"> usually</w:t>
      </w:r>
      <w:r>
        <w:rPr>
          <w:color w:val="000000"/>
        </w:rPr>
        <w:t xml:space="preserve"> tap</w:t>
      </w:r>
      <w:r>
        <w:rPr>
          <w:color w:val="000000"/>
        </w:rPr>
        <w:t xml:space="preserve"> things</w:t>
      </w:r>
      <w:r>
        <w:rPr>
          <w:color w:val="000000"/>
        </w:rPr>
        <w:t xml:space="preserve"> like</w:t>
      </w:r>
      <w:r>
        <w:rPr>
          <w:color w:val="000000"/>
        </w:rPr>
        <w:t xml:space="preserve"> um</w:t>
      </w:r>
      <w:r>
        <w:rPr>
          <w:color w:val="000000"/>
        </w:rPr>
        <w:t xml:space="preserve"> people's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rules</w:t>
      </w:r>
      <w:r>
        <w:rPr>
          <w:color w:val="000000"/>
        </w:rPr>
        <w:t xml:space="preserve"> of,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basic</w:t>
      </w:r>
      <w:r>
        <w:rPr>
          <w:color w:val="000000"/>
        </w:rPr>
        <w:t xml:space="preserve"> institutions,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</w:t>
      </w:r>
      <w:r>
        <w:rPr>
          <w:color w:val="000000"/>
        </w:rPr>
        <w:t xml:space="preserve"> often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how</w:t>
      </w:r>
      <w:r>
        <w:rPr>
          <w:color w:val="000000"/>
        </w:rPr>
        <w:t xml:space="preserve"> many</w:t>
      </w:r>
      <w:r>
        <w:rPr>
          <w:color w:val="000000"/>
        </w:rPr>
        <w:t xml:space="preserve"> years</w:t>
      </w:r>
      <w:r>
        <w:rPr>
          <w:color w:val="000000"/>
        </w:rPr>
        <w:t xml:space="preserve"> as</w:t>
      </w:r>
      <w:r>
        <w:rPr>
          <w:color w:val="000000"/>
        </w:rPr>
        <w:t xml:space="preserve"> a</w:t>
      </w:r>
      <w:r>
        <w:rPr>
          <w:color w:val="000000"/>
        </w:rPr>
        <w:t xml:space="preserve"> senator</w:t>
      </w:r>
      <w:r>
        <w:rPr>
          <w:color w:val="000000"/>
        </w:rPr>
        <w:t xml:space="preserve"> serve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single</w:t>
      </w:r>
      <w:r>
        <w:rPr>
          <w:color w:val="000000"/>
        </w:rPr>
        <w:t xml:space="preserve"> term</w:t>
      </w:r>
      <w:r>
        <w:rPr>
          <w:color w:val="000000"/>
        </w:rPr>
        <w:t xml:space="preserve"> in</w:t>
      </w:r>
      <w:r>
        <w:rPr>
          <w:color w:val="000000"/>
        </w:rPr>
        <w:t xml:space="preserve"> office.</w:t>
      </w:r>
      <w:r>
        <w:rPr>
          <w:color w:val="000000"/>
        </w:rPr>
        <w:t xml:space="preserve"> Um,</w:t>
      </w:r>
      <w:r>
        <w:rPr>
          <w:color w:val="000000"/>
        </w:rPr>
        <w:t xml:space="preserve"> they</w:t>
      </w:r>
      <w:r>
        <w:rPr>
          <w:color w:val="000000"/>
        </w:rPr>
        <w:t xml:space="preserve"> also</w:t>
      </w:r>
      <w:r>
        <w:rPr>
          <w:color w:val="000000"/>
        </w:rPr>
        <w:t xml:space="preserve"> tap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actors,</w:t>
      </w:r>
      <w:r>
        <w:rPr>
          <w:color w:val="000000"/>
        </w:rPr>
        <w:t xml:space="preserve"> so</w:t>
      </w:r>
      <w:r>
        <w:rPr>
          <w:highlight w:val="yellow"/>
        </w:rPr>
        <w:t xml:space="preserve"> I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to.</w:t>
      </w:r>
      <w:r>
        <w:rPr>
          <w:color w:val="000000"/>
        </w:rPr>
        <w:t xml:space="preserve"> Identify,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um,</w:t>
      </w:r>
      <w:r>
        <w:rPr>
          <w:color w:val="000000"/>
        </w:rPr>
        <w:t xml:space="preserve"> like</w:t>
      </w:r>
      <w:r>
        <w:rPr>
          <w:color w:val="000000"/>
        </w:rPr>
        <w:t xml:space="preserve"> who's,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who's</w:t>
      </w:r>
      <w:r>
        <w:rPr>
          <w:color w:val="000000"/>
        </w:rPr>
        <w:t xml:space="preserve"> the</w:t>
      </w:r>
      <w:r>
        <w:rPr>
          <w:color w:val="000000"/>
        </w:rPr>
        <w:t xml:space="preserve"> vice</w:t>
      </w:r>
      <w:r>
        <w:rPr>
          <w:color w:val="000000"/>
        </w:rPr>
        <w:t xml:space="preserve"> president</w:t>
      </w:r>
      <w:r>
        <w:rPr>
          <w:color w:val="000000"/>
        </w:rPr>
        <w:t xml:space="preserve"> out</w:t>
      </w:r>
      <w:r>
        <w:rPr>
          <w:color w:val="000000"/>
        </w:rPr>
        <w:t xml:space="preserve"> of</w:t>
      </w:r>
      <w:r>
        <w:rPr>
          <w:color w:val="000000"/>
        </w:rPr>
        <w:t xml:space="preserve"> a</w:t>
      </w:r>
      <w:r>
        <w:rPr>
          <w:color w:val="000000"/>
        </w:rPr>
        <w:t xml:space="preserve"> lineup,</w:t>
      </w:r>
      <w:r>
        <w:rPr>
          <w:color w:val="000000"/>
        </w:rPr>
        <w:t xml:space="preserve"> something</w:t>
      </w:r>
      <w:r>
        <w:rPr>
          <w:color w:val="000000"/>
        </w:rPr>
        <w:t xml:space="preserve"> like</w:t>
      </w:r>
      <w:r>
        <w:rPr>
          <w:color w:val="000000"/>
        </w:rPr>
        <w:t xml:space="preserve"> that,</w:t>
      </w:r>
      <w:r>
        <w:rPr>
          <w:color w:val="000000"/>
        </w:rPr>
        <w:t xml:space="preserve"> um,</w:t>
      </w:r>
      <w:r>
        <w:rPr>
          <w:color w:val="000000"/>
        </w:rPr>
        <w:t xml:space="preserve"> or</w:t>
      </w:r>
      <w:r>
        <w:rPr>
          <w:color w:val="000000"/>
        </w:rPr>
        <w:t xml:space="preserve"> other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figures,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also</w:t>
      </w:r>
      <w:r>
        <w:rPr>
          <w:color w:val="000000"/>
        </w:rPr>
        <w:t xml:space="preserve"> questions</w:t>
      </w:r>
      <w:r>
        <w:rPr>
          <w:color w:val="000000"/>
        </w:rPr>
        <w:t xml:space="preserve"> about,</w:t>
      </w:r>
      <w:r>
        <w:rPr>
          <w:highlight w:val="yellow"/>
        </w:rPr>
        <w:t xml:space="preserve"> uh,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ideology.</w:t>
      </w:r>
      <w:r>
        <w:rPr>
          <w:color w:val="000000"/>
        </w:rPr>
        <w:t xml:space="preserve"> So</w:t>
      </w:r>
      <w:r>
        <w:rPr>
          <w:color w:val="000000"/>
        </w:rPr>
        <w:t xml:space="preserve"> I'll</w:t>
      </w:r>
      <w:r>
        <w:rPr>
          <w:color w:val="000000"/>
        </w:rPr>
        <w:t xml:space="preserve"> ask</w:t>
      </w:r>
      <w:r>
        <w:rPr>
          <w:color w:val="000000"/>
        </w:rPr>
        <w:t xml:space="preserve"> um</w:t>
      </w:r>
      <w:r>
        <w:rPr>
          <w:color w:val="000000"/>
        </w:rPr>
        <w:t xml:space="preserve"> a</w:t>
      </w:r>
      <w:r>
        <w:rPr>
          <w:color w:val="000000"/>
        </w:rPr>
        <w:t xml:space="preserve"> question</w:t>
      </w:r>
      <w:r>
        <w:rPr>
          <w:color w:val="000000"/>
        </w:rPr>
        <w:t xml:space="preserve"> that's</w:t>
      </w:r>
      <w:r>
        <w:rPr>
          <w:color w:val="000000"/>
        </w:rPr>
        <w:t xml:space="preserve"> surprisingly</w:t>
      </w:r>
      <w:r>
        <w:rPr>
          <w:color w:val="000000"/>
        </w:rPr>
        <w:t xml:space="preserve"> difficult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Americans.</w:t>
      </w:r>
      <w:r>
        <w:rPr>
          <w:color w:val="000000"/>
        </w:rPr>
        <w:t xml:space="preserve"> I'll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which</w:t>
      </w:r>
      <w:r>
        <w:rPr>
          <w:color w:val="000000"/>
        </w:rPr>
        <w:t xml:space="preserve"> party</w:t>
      </w:r>
      <w:r>
        <w:rPr>
          <w:color w:val="000000"/>
        </w:rPr>
        <w:t xml:space="preserve"> is</w:t>
      </w:r>
      <w:r>
        <w:rPr>
          <w:color w:val="000000"/>
        </w:rPr>
        <w:t xml:space="preserve"> more</w:t>
      </w:r>
      <w:r>
        <w:rPr>
          <w:color w:val="000000"/>
        </w:rPr>
        <w:t xml:space="preserve"> conservative</w:t>
      </w:r>
      <w:r>
        <w:rPr>
          <w:color w:val="000000"/>
        </w:rPr>
        <w:t xml:space="preserve"> when</w:t>
      </w:r>
      <w:r>
        <w:rPr>
          <w:color w:val="000000"/>
        </w:rPr>
        <w:t xml:space="preserve"> it</w:t>
      </w:r>
      <w:r>
        <w:rPr>
          <w:color w:val="000000"/>
        </w:rPr>
        <w:t xml:space="preserve"> comes</w:t>
      </w:r>
      <w:r>
        <w:rPr>
          <w:color w:val="000000"/>
        </w:rPr>
        <w:t xml:space="preserve"> to</w:t>
      </w:r>
      <w:r>
        <w:rPr>
          <w:highlight w:val="yellow"/>
        </w:rPr>
        <w:t xml:space="preserve"> healthcare,</w:t>
      </w:r>
      <w:r>
        <w:rPr>
          <w:color w:val="000000"/>
        </w:rPr>
        <w:t xml:space="preserve"> the</w:t>
      </w:r>
      <w:r>
        <w:rPr>
          <w:color w:val="000000"/>
        </w:rPr>
        <w:t xml:space="preserve"> Democrats,</w:t>
      </w:r>
      <w:r>
        <w:rPr>
          <w:color w:val="000000"/>
        </w:rPr>
        <w:t xml:space="preserve"> the</w:t>
      </w:r>
      <w:r>
        <w:rPr>
          <w:color w:val="000000"/>
        </w:rPr>
        <w:t xml:space="preserve"> Republicans.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many</w:t>
      </w:r>
      <w:r>
        <w:rPr>
          <w:color w:val="000000"/>
        </w:rPr>
        <w:t xml:space="preserve"> Americans</w:t>
      </w:r>
      <w:r>
        <w:rPr>
          <w:color w:val="000000"/>
        </w:rPr>
        <w:t xml:space="preserve"> do</w:t>
      </w:r>
      <w:r>
        <w:rPr>
          <w:color w:val="000000"/>
        </w:rPr>
        <w:t xml:space="preserve"> not</w:t>
      </w:r>
      <w:r>
        <w:rPr>
          <w:color w:val="000000"/>
        </w:rPr>
        <w:t xml:space="preserve"> understand</w:t>
      </w:r>
      <w:r>
        <w:rPr>
          <w:color w:val="000000"/>
        </w:rPr>
        <w:t xml:space="preserve"> ideology</w:t>
      </w:r>
      <w:r>
        <w:rPr>
          <w:color w:val="000000"/>
        </w:rPr>
        <w:t xml:space="preserve"> very</w:t>
      </w:r>
      <w:r>
        <w:rPr>
          <w:color w:val="000000"/>
        </w:rPr>
        <w:t xml:space="preserve"> well</w:t>
      </w:r>
      <w:r>
        <w:rPr>
          <w:color w:val="000000"/>
        </w:rPr>
        <w:t xml:space="preserve"> and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that</w:t>
      </w:r>
      <w:r>
        <w:rPr>
          <w:color w:val="000000"/>
        </w:rPr>
        <w:t xml:space="preserve"> question</w:t>
      </w:r>
      <w:r>
        <w:rPr>
          <w:color w:val="000000"/>
        </w:rPr>
        <w:t xml:space="preserve"> wrong.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those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questions,</w:t>
      </w:r>
      <w:r>
        <w:rPr>
          <w:color w:val="000000"/>
        </w:rPr>
        <w:t xml:space="preserve"> uh,</w:t>
      </w:r>
      <w:r>
        <w:rPr>
          <w:highlight w:val="yellow"/>
        </w:rPr>
        <w:t xml:space="preserve"> altogether</w:t>
      </w:r>
      <w:r>
        <w:rPr>
          <w:color w:val="000000"/>
        </w:rPr>
        <w:t xml:space="preserve"> if</w:t>
      </w:r>
      <w:r>
        <w:rPr>
          <w:color w:val="000000"/>
        </w:rPr>
        <w:t xml:space="preserve"> you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build</w:t>
      </w:r>
      <w:r>
        <w:rPr>
          <w:color w:val="000000"/>
        </w:rPr>
        <w:t xml:space="preserve"> them</w:t>
      </w:r>
      <w:r>
        <w:rPr>
          <w:color w:val="000000"/>
        </w:rPr>
        <w:t xml:space="preserve"> together</w:t>
      </w:r>
      <w:r>
        <w:rPr>
          <w:color w:val="000000"/>
        </w:rPr>
        <w:t xml:space="preserve"> into</w:t>
      </w:r>
      <w:r>
        <w:rPr>
          <w:color w:val="000000"/>
        </w:rPr>
        <w:t xml:space="preserve"> a</w:t>
      </w:r>
      <w:r>
        <w:rPr>
          <w:color w:val="000000"/>
        </w:rPr>
        <w:t xml:space="preserve"> scale,</w:t>
      </w:r>
      <w:r>
        <w:rPr>
          <w:color w:val="000000"/>
        </w:rPr>
        <w:t xml:space="preserve"> which</w:t>
      </w:r>
      <w:r>
        <w:rPr>
          <w:color w:val="000000"/>
        </w:rPr>
        <w:t xml:space="preserve"> I've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validated,</w:t>
      </w:r>
      <w:r>
        <w:rPr>
          <w:color w:val="000000"/>
        </w:rPr>
        <w:t xml:space="preserve"> um,</w:t>
      </w:r>
      <w:r>
        <w:rPr>
          <w:color w:val="000000"/>
        </w:rPr>
        <w:t xml:space="preserve"> go</w:t>
      </w:r>
      <w:r>
        <w:rPr>
          <w:color w:val="000000"/>
        </w:rPr>
        <w:t xml:space="preserve"> to</w:t>
      </w:r>
      <w:r>
        <w:rPr>
          <w:color w:val="000000"/>
        </w:rPr>
        <w:t xml:space="preserve"> a</w:t>
      </w:r>
      <w:r>
        <w:rPr>
          <w:color w:val="000000"/>
        </w:rPr>
        <w:t xml:space="preserve"> long</w:t>
      </w:r>
      <w:r>
        <w:rPr>
          <w:color w:val="000000"/>
        </w:rPr>
        <w:t xml:space="preserve"> way</w:t>
      </w:r>
      <w:r>
        <w:rPr>
          <w:color w:val="000000"/>
        </w:rPr>
        <w:t xml:space="preserve"> to</w:t>
      </w:r>
      <w:r>
        <w:rPr>
          <w:color w:val="000000"/>
        </w:rPr>
        <w:t xml:space="preserve"> providing</w:t>
      </w:r>
      <w:r>
        <w:rPr>
          <w:color w:val="000000"/>
        </w:rPr>
        <w:t xml:space="preserve"> an</w:t>
      </w:r>
      <w:r>
        <w:rPr>
          <w:color w:val="000000"/>
        </w:rPr>
        <w:t xml:space="preserve"> objective</w:t>
      </w:r>
      <w:r>
        <w:rPr>
          <w:color w:val="000000"/>
        </w:rPr>
        <w:t xml:space="preserve"> measure</w:t>
      </w:r>
      <w:r>
        <w:rPr>
          <w:color w:val="000000"/>
        </w:rPr>
        <w:t xml:space="preserve"> of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how</w:t>
      </w:r>
      <w:r>
        <w:rPr>
          <w:color w:val="000000"/>
        </w:rPr>
        <w:t xml:space="preserve"> much</w:t>
      </w:r>
      <w:r>
        <w:rPr>
          <w:color w:val="000000"/>
        </w:rPr>
        <w:t xml:space="preserve"> people</w:t>
      </w:r>
      <w:r>
        <w:rPr>
          <w:color w:val="000000"/>
        </w:rPr>
        <w:t xml:space="preserve"> know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facts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day.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from</w:t>
      </w:r>
      <w:r>
        <w:rPr>
          <w:color w:val="000000"/>
        </w:rPr>
        <w:t xml:space="preserve"> there,</w:t>
      </w:r>
      <w:r>
        <w:rPr>
          <w:color w:val="000000"/>
        </w:rPr>
        <w:t xml:space="preserve"> then</w:t>
      </w:r>
      <w:r>
        <w:rPr>
          <w:color w:val="000000"/>
        </w:rPr>
        <w:t xml:space="preserve"> I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follow</w:t>
      </w:r>
      <w:r>
        <w:rPr>
          <w:color w:val="000000"/>
        </w:rPr>
        <w:t xml:space="preserve"> up</w:t>
      </w:r>
      <w:r>
        <w:rPr>
          <w:color w:val="000000"/>
        </w:rPr>
        <w:t xml:space="preserve"> battery</w:t>
      </w:r>
      <w:r>
        <w:rPr>
          <w:color w:val="000000"/>
        </w:rPr>
        <w:t xml:space="preserve"> where</w:t>
      </w:r>
      <w:r>
        <w:rPr>
          <w:color w:val="000000"/>
        </w:rPr>
        <w:t xml:space="preserve"> I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people,</w:t>
      </w:r>
      <w:r>
        <w:rPr>
          <w:color w:val="000000"/>
        </w:rPr>
        <w:t xml:space="preserve"> and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where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experimental</w:t>
      </w:r>
      <w:r>
        <w:rPr>
          <w:color w:val="000000"/>
        </w:rPr>
        <w:t xml:space="preserve"> stuff</w:t>
      </w:r>
      <w:r>
        <w:rPr>
          <w:color w:val="000000"/>
        </w:rPr>
        <w:t xml:space="preserve"> comes</w:t>
      </w:r>
      <w:r>
        <w:rPr>
          <w:color w:val="000000"/>
        </w:rPr>
        <w:t xml:space="preserve"> in,</w:t>
      </w:r>
      <w:r>
        <w:rPr>
          <w:highlight w:val="yellow"/>
        </w:rPr>
        <w:t xml:space="preserve"> we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</w:t>
      </w:r>
      <w:r>
        <w:rPr>
          <w:color w:val="000000"/>
        </w:rPr>
        <w:t xml:space="preserve"> a</w:t>
      </w:r>
      <w:r>
        <w:rPr>
          <w:color w:val="000000"/>
        </w:rPr>
        <w:t xml:space="preserve"> variety</w:t>
      </w:r>
      <w:r>
        <w:rPr>
          <w:color w:val="000000"/>
        </w:rPr>
        <w:t xml:space="preserve"> um</w:t>
      </w:r>
      <w:r>
        <w:rPr>
          <w:color w:val="000000"/>
        </w:rPr>
        <w:t xml:space="preserve"> of</w:t>
      </w:r>
      <w:r>
        <w:rPr>
          <w:color w:val="000000"/>
        </w:rPr>
        <w:t xml:space="preserve"> different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questions</w:t>
      </w:r>
      <w:r>
        <w:rPr>
          <w:color w:val="000000"/>
        </w:rPr>
        <w:t xml:space="preserve"> about</w:t>
      </w:r>
      <w:r>
        <w:rPr>
          <w:color w:val="000000"/>
        </w:rPr>
        <w:t xml:space="preserve"> how</w:t>
      </w:r>
      <w:r>
        <w:rPr>
          <w:color w:val="000000"/>
        </w:rPr>
        <w:t xml:space="preserve"> they</w:t>
      </w:r>
      <w:r>
        <w:rPr>
          <w:color w:val="000000"/>
        </w:rPr>
        <w:t xml:space="preserve"> thought</w:t>
      </w:r>
      <w:r>
        <w:rPr>
          <w:color w:val="000000"/>
        </w:rPr>
        <w:t xml:space="preserve"> they</w:t>
      </w:r>
      <w:r>
        <w:rPr>
          <w:color w:val="000000"/>
        </w:rPr>
        <w:t xml:space="preserve"> did.</w:t>
      </w:r>
      <w:r>
        <w:rPr>
          <w:color w:val="000000"/>
        </w:rPr>
        <w:t xml:space="preserve"> Um,</w:t>
      </w:r>
      <w:r>
        <w:rPr>
          <w:color w:val="000000"/>
        </w:rPr>
        <w:t xml:space="preserve"> so</w:t>
      </w:r>
      <w:r>
        <w:rPr>
          <w:color w:val="000000"/>
        </w:rPr>
        <w:t xml:space="preserve"> ask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things</w:t>
      </w:r>
      <w:r>
        <w:rPr>
          <w:color w:val="000000"/>
        </w:rPr>
        <w:t xml:space="preserve"> like,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relative</w:t>
      </w:r>
      <w:r>
        <w:rPr>
          <w:color w:val="000000"/>
        </w:rPr>
        <w:t xml:space="preserve"> to</w:t>
      </w:r>
      <w:r>
        <w:rPr>
          <w:color w:val="000000"/>
        </w:rPr>
        <w:t xml:space="preserve"> everyone</w:t>
      </w:r>
      <w:r>
        <w:rPr>
          <w:color w:val="000000"/>
        </w:rPr>
        <w:t xml:space="preserve"> who's</w:t>
      </w:r>
      <w:r>
        <w:rPr>
          <w:color w:val="000000"/>
        </w:rPr>
        <w:t xml:space="preserve"> taking</w:t>
      </w:r>
      <w:r>
        <w:rPr>
          <w:color w:val="000000"/>
        </w:rPr>
        <w:t xml:space="preserve"> the</w:t>
      </w:r>
      <w:r>
        <w:rPr>
          <w:color w:val="000000"/>
        </w:rPr>
        <w:t xml:space="preserve"> survey,</w:t>
      </w:r>
      <w:r>
        <w:rPr>
          <w:color w:val="000000"/>
        </w:rPr>
        <w:t xml:space="preserve"> how</w:t>
      </w:r>
      <w:r>
        <w:rPr>
          <w:color w:val="000000"/>
        </w:rPr>
        <w:t xml:space="preserve"> well</w:t>
      </w:r>
      <w:r>
        <w:rPr>
          <w:color w:val="000000"/>
        </w:rPr>
        <w:t xml:space="preserve"> did</w:t>
      </w:r>
      <w:r>
        <w:rPr>
          <w:color w:val="000000"/>
        </w:rPr>
        <w:t xml:space="preserve"> you</w:t>
      </w:r>
      <w:r>
        <w:rPr>
          <w:color w:val="000000"/>
        </w:rPr>
        <w:t xml:space="preserve"> do,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would</w:t>
      </w:r>
      <w:r>
        <w:rPr>
          <w:color w:val="000000"/>
        </w:rPr>
        <w:t xml:space="preserve"> you</w:t>
      </w:r>
      <w:r>
        <w:rPr>
          <w:color w:val="000000"/>
        </w:rPr>
        <w:t xml:space="preserve"> rate</w:t>
      </w:r>
      <w:r>
        <w:rPr>
          <w:color w:val="000000"/>
        </w:rPr>
        <w:t xml:space="preserve"> your</w:t>
      </w:r>
      <w:r>
        <w:rPr>
          <w:color w:val="000000"/>
        </w:rPr>
        <w:t xml:space="preserve"> performance</w:t>
      </w:r>
      <w:r>
        <w:rPr>
          <w:color w:val="000000"/>
        </w:rPr>
        <w:t xml:space="preserve"> on</w:t>
      </w:r>
      <w:r>
        <w:rPr>
          <w:color w:val="000000"/>
        </w:rPr>
        <w:t xml:space="preserve"> some,</w:t>
      </w:r>
      <w:r>
        <w:rPr>
          <w:color w:val="000000"/>
        </w:rPr>
        <w:t xml:space="preserve"> some</w:t>
      </w:r>
      <w:r>
        <w:rPr>
          <w:color w:val="000000"/>
        </w:rPr>
        <w:t xml:space="preserve"> objective</w:t>
      </w:r>
      <w:r>
        <w:rPr>
          <w:color w:val="000000"/>
        </w:rPr>
        <w:t xml:space="preserve"> scale</w:t>
      </w:r>
      <w:r>
        <w:rPr>
          <w:color w:val="000000"/>
        </w:rPr>
        <w:t xml:space="preserve"> of</w:t>
      </w:r>
      <w:r>
        <w:rPr>
          <w:color w:val="000000"/>
        </w:rPr>
        <w:t xml:space="preserve"> excellent</w:t>
      </w:r>
      <w:r>
        <w:rPr>
          <w:color w:val="000000"/>
        </w:rPr>
        <w:t xml:space="preserve"> to</w:t>
      </w:r>
      <w:r>
        <w:rPr>
          <w:color w:val="000000"/>
        </w:rPr>
        <w:t xml:space="preserve"> poor,</w:t>
      </w:r>
      <w:r>
        <w:rPr>
          <w:color w:val="000000"/>
        </w:rPr>
        <w:t xml:space="preserve"> um,</w:t>
      </w:r>
      <w:r>
        <w:rPr>
          <w:color w:val="000000"/>
        </w:rPr>
        <w:t xml:space="preserve"> other</w:t>
      </w:r>
      <w:r>
        <w:rPr>
          <w:color w:val="000000"/>
        </w:rPr>
        <w:t xml:space="preserve"> things</w:t>
      </w:r>
      <w:r>
        <w:rPr>
          <w:color w:val="000000"/>
        </w:rPr>
        <w:t xml:space="preserve"> like</w:t>
      </w:r>
      <w:r>
        <w:rPr>
          <w:color w:val="000000"/>
        </w:rPr>
        <w:t xml:space="preserve"> relative</w:t>
      </w:r>
      <w:r>
        <w:rPr>
          <w:color w:val="000000"/>
        </w:rPr>
        <w:t xml:space="preserve"> to,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um,</w:t>
      </w:r>
      <w:r>
        <w:rPr>
          <w:color w:val="000000"/>
        </w:rPr>
        <w:t xml:space="preserve"> people</w:t>
      </w:r>
      <w:r>
        <w:rPr>
          <w:color w:val="000000"/>
        </w:rPr>
        <w:t xml:space="preserve"> in</w:t>
      </w:r>
      <w:r>
        <w:rPr>
          <w:color w:val="000000"/>
        </w:rPr>
        <w:t xml:space="preserve"> your</w:t>
      </w:r>
      <w:r>
        <w:rPr>
          <w:color w:val="000000"/>
        </w:rPr>
        <w:t xml:space="preserve"> community,</w:t>
      </w:r>
      <w:r>
        <w:rPr>
          <w:color w:val="000000"/>
        </w:rPr>
        <w:t xml:space="preserve"> relative</w:t>
      </w:r>
      <w:r>
        <w:rPr>
          <w:color w:val="000000"/>
        </w:rPr>
        <w:t xml:space="preserve"> to</w:t>
      </w:r>
      <w:r>
        <w:rPr>
          <w:color w:val="000000"/>
        </w:rPr>
        <w:t xml:space="preserve"> people,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uh,</w:t>
      </w:r>
      <w:r>
        <w:rPr>
          <w:color w:val="000000"/>
        </w:rPr>
        <w:t xml:space="preserve"> that</w:t>
      </w:r>
      <w:r>
        <w:rPr>
          <w:color w:val="000000"/>
        </w:rPr>
        <w:t xml:space="preserve"> you</w:t>
      </w:r>
      <w:r>
        <w:rPr>
          <w:color w:val="000000"/>
        </w:rPr>
        <w:t xml:space="preserve"> talk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with</w:t>
      </w:r>
      <w:r>
        <w:rPr>
          <w:color w:val="000000"/>
        </w:rPr>
        <w:t xml:space="preserve"> every</w:t>
      </w:r>
      <w:r>
        <w:rPr>
          <w:color w:val="000000"/>
        </w:rPr>
        <w:t xml:space="preserve"> day,</w:t>
      </w:r>
      <w:r>
        <w:rPr>
          <w:color w:val="000000"/>
        </w:rPr>
        <w:t xml:space="preserve"> relative</w:t>
      </w:r>
      <w:r>
        <w:rPr>
          <w:color w:val="000000"/>
        </w:rPr>
        <w:t xml:space="preserve"> to,</w:t>
      </w:r>
      <w:r>
        <w:rPr>
          <w:color w:val="000000"/>
        </w:rPr>
        <w:t xml:space="preserve"> uh,</w:t>
      </w:r>
      <w:r>
        <w:rPr>
          <w:color w:val="000000"/>
        </w:rPr>
        <w:t xml:space="preserve"> Republicans</w:t>
      </w:r>
      <w:r>
        <w:rPr>
          <w:color w:val="000000"/>
        </w:rPr>
        <w:t xml:space="preserve"> and</w:t>
      </w:r>
      <w:r>
        <w:rPr>
          <w:color w:val="000000"/>
        </w:rPr>
        <w:t xml:space="preserve"> Democrats,</w:t>
      </w:r>
      <w:r>
        <w:rPr>
          <w:highlight w:val="yellow"/>
        </w:rPr>
        <w:t xml:space="preserve"> I</w:t>
      </w:r>
      <w:r>
        <w:rPr>
          <w:color w:val="000000"/>
        </w:rPr>
        <w:t xml:space="preserve"> asked</w:t>
      </w:r>
      <w:r>
        <w:rPr>
          <w:color w:val="000000"/>
        </w:rPr>
        <w:t xml:space="preserve"> a</w:t>
      </w:r>
      <w:r>
        <w:rPr>
          <w:color w:val="000000"/>
        </w:rPr>
        <w:t xml:space="preserve"> whole</w:t>
      </w:r>
      <w:r>
        <w:rPr>
          <w:color w:val="000000"/>
        </w:rPr>
        <w:t xml:space="preserve"> series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comparative</w:t>
      </w:r>
      <w:r>
        <w:rPr>
          <w:color w:val="000000"/>
        </w:rPr>
        <w:t xml:space="preserve"> questions.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lo</w:t>
      </w:r>
      <w:r>
        <w:rPr>
          <w:color w:val="000000"/>
        </w:rPr>
        <w:t xml:space="preserve"> and</w:t>
      </w:r>
      <w:r>
        <w:rPr>
          <w:color w:val="000000"/>
        </w:rPr>
        <w:t xml:space="preserve"> behold,</w:t>
      </w:r>
      <w:r>
        <w:rPr>
          <w:color w:val="000000"/>
        </w:rPr>
        <w:t xml:space="preserve"> right,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time,</w:t>
      </w:r>
      <w:r>
        <w:rPr>
          <w:color w:val="000000"/>
        </w:rPr>
        <w:t xml:space="preserve"> even</w:t>
      </w:r>
      <w:r>
        <w:rPr>
          <w:color w:val="000000"/>
        </w:rPr>
        <w:t xml:space="preserve"> with</w:t>
      </w:r>
      <w:r>
        <w:rPr>
          <w:color w:val="000000"/>
        </w:rPr>
        <w:t xml:space="preserve"> the</w:t>
      </w:r>
      <w:r>
        <w:rPr>
          <w:color w:val="000000"/>
        </w:rPr>
        <w:t xml:space="preserve"> objective</w:t>
      </w:r>
      <w:r>
        <w:rPr>
          <w:color w:val="000000"/>
        </w:rPr>
        <w:t xml:space="preserve"> assessments,</w:t>
      </w:r>
      <w:r>
        <w:rPr>
          <w:color w:val="000000"/>
        </w:rPr>
        <w:t xml:space="preserve"> um,</w:t>
      </w:r>
      <w:r>
        <w:rPr>
          <w:color w:val="000000"/>
        </w:rPr>
        <w:t xml:space="preserve"> you'll</w:t>
      </w:r>
      <w:r>
        <w:rPr>
          <w:color w:val="000000"/>
        </w:rPr>
        <w:t xml:space="preserve"> see</w:t>
      </w:r>
      <w:r>
        <w:rPr>
          <w:color w:val="000000"/>
        </w:rPr>
        <w:t xml:space="preserve"> that</w:t>
      </w:r>
      <w:r>
        <w:rPr>
          <w:color w:val="000000"/>
        </w:rPr>
        <w:t xml:space="preserve"> those,</w:t>
      </w:r>
      <w:r>
        <w:rPr>
          <w:color w:val="000000"/>
        </w:rPr>
        <w:t xml:space="preserve"> those</w:t>
      </w:r>
      <w:r>
        <w:rPr>
          <w:color w:val="000000"/>
        </w:rPr>
        <w:t xml:space="preserve"> measures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outpace</w:t>
      </w:r>
      <w:r>
        <w:rPr>
          <w:color w:val="000000"/>
        </w:rPr>
        <w:t xml:space="preserve"> their</w:t>
      </w:r>
      <w:r>
        <w:rPr>
          <w:color w:val="000000"/>
        </w:rPr>
        <w:t xml:space="preserve"> real</w:t>
      </w:r>
      <w:r>
        <w:rPr>
          <w:color w:val="000000"/>
        </w:rPr>
        <w:t xml:space="preserve"> performance</w:t>
      </w:r>
      <w:r>
        <w:rPr>
          <w:color w:val="000000"/>
        </w:rPr>
        <w:t xml:space="preserve"> on,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distribution</w:t>
      </w:r>
      <w:r>
        <w:rPr>
          <w:color w:val="000000"/>
        </w:rPr>
        <w:t xml:space="preserve"> of</w:t>
      </w:r>
      <w:r>
        <w:rPr>
          <w:color w:val="000000"/>
        </w:rPr>
        <w:t xml:space="preserve"> um</w:t>
      </w:r>
      <w:r>
        <w:rPr>
          <w:color w:val="000000"/>
        </w:rPr>
        <w:t xml:space="preserve"> of</w:t>
      </w:r>
      <w:r>
        <w:rPr>
          <w:color w:val="000000"/>
        </w:rPr>
        <w:t xml:space="preserve"> responses.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from</w:t>
      </w:r>
      <w:r>
        <w:rPr>
          <w:color w:val="000000"/>
        </w:rPr>
        <w:t xml:space="preserve"> there,</w:t>
      </w:r>
      <w:r>
        <w:rPr>
          <w:color w:val="000000"/>
        </w:rPr>
        <w:t xml:space="preserve"> right,</w:t>
      </w:r>
      <w:r>
        <w:rPr>
          <w:color w:val="000000"/>
        </w:rPr>
        <w:t xml:space="preserve"> I'm</w:t>
      </w:r>
      <w:r>
        <w:rPr>
          <w:color w:val="000000"/>
        </w:rPr>
        <w:t xml:space="preserve"> able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all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interesting</w:t>
      </w:r>
      <w:r>
        <w:rPr>
          <w:color w:val="000000"/>
        </w:rPr>
        <w:t xml:space="preserve"> stuff</w:t>
      </w:r>
      <w:r>
        <w:rPr>
          <w:color w:val="000000"/>
        </w:rPr>
        <w:t xml:space="preserve"> now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identified,</w:t>
      </w:r>
      <w:r>
        <w:rPr>
          <w:color w:val="000000"/>
        </w:rPr>
        <w:t xml:space="preserve"> essentially</w:t>
      </w:r>
      <w:r>
        <w:rPr>
          <w:color w:val="000000"/>
        </w:rPr>
        <w:t xml:space="preserve"> classified</w:t>
      </w:r>
      <w:r>
        <w:rPr>
          <w:color w:val="000000"/>
        </w:rPr>
        <w:t xml:space="preserve"> people</w:t>
      </w:r>
      <w:r>
        <w:rPr>
          <w:color w:val="000000"/>
        </w:rPr>
        <w:t xml:space="preserve"> as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or</w:t>
      </w:r>
      <w:r>
        <w:rPr>
          <w:color w:val="000000"/>
        </w:rPr>
        <w:t xml:space="preserve"> not.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that's</w:t>
      </w:r>
      <w:r>
        <w:rPr>
          <w:color w:val="000000"/>
        </w:rPr>
        <w:t xml:space="preserve"> where</w:t>
      </w:r>
      <w:r>
        <w:rPr>
          <w:color w:val="000000"/>
        </w:rPr>
        <w:t xml:space="preserve"> I've</w:t>
      </w:r>
      <w:r>
        <w:rPr>
          <w:color w:val="000000"/>
        </w:rPr>
        <w:t xml:space="preserve"> done</w:t>
      </w:r>
      <w:r>
        <w:rPr>
          <w:color w:val="000000"/>
        </w:rPr>
        <w:t xml:space="preserve"> things</w:t>
      </w:r>
      <w:r>
        <w:rPr>
          <w:color w:val="000000"/>
        </w:rPr>
        <w:t xml:space="preserve"> like</w:t>
      </w:r>
      <w:r>
        <w:rPr>
          <w:color w:val="000000"/>
        </w:rPr>
        <w:t xml:space="preserve"> I</w:t>
      </w:r>
      <w:r>
        <w:rPr>
          <w:color w:val="000000"/>
        </w:rPr>
        <w:t xml:space="preserve"> mentioned</w:t>
      </w:r>
      <w:r>
        <w:rPr>
          <w:color w:val="000000"/>
        </w:rPr>
        <w:t xml:space="preserve"> where</w:t>
      </w:r>
      <w:r>
        <w:rPr>
          <w:color w:val="000000"/>
        </w:rPr>
        <w:t xml:space="preserve"> um</w:t>
      </w:r>
      <w:r>
        <w:rPr>
          <w:color w:val="000000"/>
        </w:rPr>
        <w:t xml:space="preserve"> I'll</w:t>
      </w:r>
      <w:r>
        <w:rPr>
          <w:color w:val="000000"/>
        </w:rPr>
        <w:t xml:space="preserve"> show</w:t>
      </w:r>
      <w:r>
        <w:rPr>
          <w:color w:val="000000"/>
        </w:rPr>
        <w:t xml:space="preserve"> people</w:t>
      </w:r>
      <w:r>
        <w:rPr>
          <w:color w:val="000000"/>
        </w:rPr>
        <w:t xml:space="preserve"> a</w:t>
      </w:r>
      <w:r>
        <w:rPr>
          <w:color w:val="000000"/>
        </w:rPr>
        <w:t xml:space="preserve"> random</w:t>
      </w:r>
      <w:r>
        <w:rPr>
          <w:color w:val="000000"/>
        </w:rPr>
        <w:t xml:space="preserve"> um</w:t>
      </w:r>
      <w:r>
        <w:rPr>
          <w:color w:val="000000"/>
        </w:rPr>
        <w:t xml:space="preserve"> quiz</w:t>
      </w:r>
      <w:r>
        <w:rPr>
          <w:color w:val="000000"/>
        </w:rPr>
        <w:t xml:space="preserve"> answer</w:t>
      </w:r>
      <w:r>
        <w:rPr>
          <w:color w:val="000000"/>
        </w:rPr>
        <w:t xml:space="preserve"> sheet</w:t>
      </w:r>
      <w:r>
        <w:rPr>
          <w:color w:val="000000"/>
        </w:rPr>
        <w:t xml:space="preserve"> from</w:t>
      </w:r>
      <w:r>
        <w:rPr>
          <w:color w:val="000000"/>
        </w:rPr>
        <w:t xml:space="preserve"> a</w:t>
      </w:r>
      <w:r>
        <w:rPr>
          <w:color w:val="000000"/>
        </w:rPr>
        <w:t xml:space="preserve"> fictional</w:t>
      </w:r>
      <w:r>
        <w:rPr>
          <w:color w:val="000000"/>
        </w:rPr>
        <w:t xml:space="preserve"> respondent</w:t>
      </w:r>
      <w:r>
        <w:rPr>
          <w:color w:val="000000"/>
        </w:rPr>
        <w:t xml:space="preserve"> and</w:t>
      </w:r>
      <w:r>
        <w:rPr>
          <w:color w:val="000000"/>
        </w:rPr>
        <w:t xml:space="preserve"> ask</w:t>
      </w:r>
      <w:r>
        <w:rPr>
          <w:color w:val="000000"/>
        </w:rPr>
        <w:t xml:space="preserve"> them</w:t>
      </w:r>
      <w:r>
        <w:rPr>
          <w:color w:val="000000"/>
        </w:rPr>
        <w:t xml:space="preserve"> to</w:t>
      </w:r>
      <w:r>
        <w:rPr>
          <w:color w:val="000000"/>
        </w:rPr>
        <w:t xml:space="preserve"> tell</w:t>
      </w:r>
      <w:r>
        <w:rPr>
          <w:color w:val="000000"/>
        </w:rPr>
        <w:t xml:space="preserve"> me</w:t>
      </w:r>
      <w:r>
        <w:rPr>
          <w:color w:val="000000"/>
        </w:rPr>
        <w:t xml:space="preserve"> how</w:t>
      </w:r>
      <w:r>
        <w:rPr>
          <w:color w:val="000000"/>
        </w:rPr>
        <w:t xml:space="preserve"> well</w:t>
      </w:r>
      <w:r>
        <w:rPr>
          <w:color w:val="000000"/>
        </w:rPr>
        <w:t xml:space="preserve"> they</w:t>
      </w:r>
      <w:r>
        <w:rPr>
          <w:color w:val="000000"/>
        </w:rPr>
        <w:t xml:space="preserve"> did.</w:t>
      </w:r>
      <w:r>
        <w:rPr>
          <w:color w:val="000000"/>
        </w:rPr>
        <w:t xml:space="preserve"> Uh,</w:t>
      </w:r>
      <w:r>
        <w:rPr>
          <w:highlight w:val="yellow"/>
        </w:rPr>
        <w:t xml:space="preserve"> I've</w:t>
      </w:r>
      <w:r>
        <w:rPr>
          <w:color w:val="000000"/>
        </w:rPr>
        <w:t xml:space="preserve"> said</w:t>
      </w:r>
      <w:r>
        <w:rPr>
          <w:color w:val="000000"/>
        </w:rPr>
        <w:t xml:space="preserve"> a</w:t>
      </w:r>
      <w:r>
        <w:rPr>
          <w:color w:val="000000"/>
        </w:rPr>
        <w:t xml:space="preserve"> number</w:t>
      </w:r>
      <w:r>
        <w:rPr>
          <w:color w:val="000000"/>
        </w:rPr>
        <w:t xml:space="preserve"> of</w:t>
      </w:r>
      <w:r>
        <w:rPr>
          <w:color w:val="000000"/>
        </w:rPr>
        <w:t xml:space="preserve"> other</w:t>
      </w:r>
      <w:r>
        <w:rPr>
          <w:color w:val="000000"/>
        </w:rPr>
        <w:t xml:space="preserve"> things</w:t>
      </w:r>
      <w:r>
        <w:rPr>
          <w:color w:val="000000"/>
        </w:rPr>
        <w:t xml:space="preserve"> where,</w:t>
      </w:r>
      <w:r>
        <w:rPr>
          <w:color w:val="000000"/>
        </w:rPr>
        <w:t xml:space="preserve"> for</w:t>
      </w:r>
      <w:r>
        <w:rPr>
          <w:color w:val="000000"/>
        </w:rPr>
        <w:t xml:space="preserve"> example,</w:t>
      </w:r>
      <w:r>
        <w:rPr>
          <w:color w:val="000000"/>
        </w:rPr>
        <w:t xml:space="preserve"> I've</w:t>
      </w:r>
      <w:r>
        <w:rPr>
          <w:color w:val="000000"/>
        </w:rPr>
        <w:t xml:space="preserve"> exposed</w:t>
      </w:r>
      <w:r>
        <w:rPr>
          <w:color w:val="000000"/>
        </w:rPr>
        <w:t xml:space="preserve"> people</w:t>
      </w:r>
      <w:r>
        <w:rPr>
          <w:color w:val="000000"/>
        </w:rPr>
        <w:t xml:space="preserve"> to,</w:t>
      </w:r>
      <w:r>
        <w:rPr>
          <w:color w:val="000000"/>
        </w:rPr>
        <w:t xml:space="preserve"> um,</w:t>
      </w:r>
      <w:r>
        <w:rPr>
          <w:color w:val="000000"/>
        </w:rPr>
        <w:t xml:space="preserve"> misinformation</w:t>
      </w:r>
      <w:r>
        <w:rPr>
          <w:color w:val="000000"/>
        </w:rPr>
        <w:t xml:space="preserve"> or</w:t>
      </w:r>
      <w:r>
        <w:rPr>
          <w:color w:val="000000"/>
        </w:rPr>
        <w:t xml:space="preserve"> to</w:t>
      </w:r>
      <w:r>
        <w:rPr>
          <w:color w:val="000000"/>
        </w:rPr>
        <w:t xml:space="preserve"> to</w:t>
      </w:r>
      <w:r>
        <w:rPr>
          <w:color w:val="000000"/>
        </w:rPr>
        <w:t xml:space="preserve"> inoculations</w:t>
      </w:r>
      <w:r>
        <w:rPr>
          <w:color w:val="000000"/>
        </w:rPr>
        <w:t xml:space="preserve"> against</w:t>
      </w:r>
      <w:r>
        <w:rPr>
          <w:color w:val="000000"/>
        </w:rPr>
        <w:t xml:space="preserve"> misinformation,</w:t>
      </w:r>
      <w:r>
        <w:rPr>
          <w:color w:val="000000"/>
        </w:rPr>
        <w:t xml:space="preserve"> where</w:t>
      </w:r>
      <w:r>
        <w:rPr>
          <w:color w:val="000000"/>
        </w:rPr>
        <w:t xml:space="preserve"> I</w:t>
      </w:r>
      <w:r>
        <w:rPr>
          <w:color w:val="000000"/>
        </w:rPr>
        <w:t xml:space="preserve"> said,</w:t>
      </w:r>
      <w:r>
        <w:rPr>
          <w:color w:val="000000"/>
        </w:rPr>
        <w:t xml:space="preserve"> watch</w:t>
      </w:r>
      <w:r>
        <w:rPr>
          <w:color w:val="000000"/>
        </w:rPr>
        <w:t xml:space="preserve"> out,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things</w:t>
      </w:r>
      <w:r>
        <w:rPr>
          <w:color w:val="000000"/>
        </w:rPr>
        <w:t xml:space="preserve"> could</w:t>
      </w:r>
      <w:r>
        <w:rPr>
          <w:color w:val="000000"/>
        </w:rPr>
        <w:t xml:space="preserve"> be</w:t>
      </w:r>
      <w:r>
        <w:rPr>
          <w:color w:val="000000"/>
        </w:rPr>
        <w:t xml:space="preserve"> not</w:t>
      </w:r>
      <w:r>
        <w:rPr>
          <w:color w:val="000000"/>
        </w:rPr>
        <w:t xml:space="preserve"> true,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I</w:t>
      </w:r>
      <w:r>
        <w:rPr>
          <w:color w:val="000000"/>
        </w:rPr>
        <w:t xml:space="preserve"> asked</w:t>
      </w:r>
      <w:r>
        <w:rPr>
          <w:color w:val="000000"/>
        </w:rPr>
        <w:t xml:space="preserve"> them</w:t>
      </w:r>
      <w:r>
        <w:rPr>
          <w:color w:val="000000"/>
        </w:rPr>
        <w:t xml:space="preserve"> to</w:t>
      </w:r>
      <w:r>
        <w:rPr>
          <w:color w:val="000000"/>
        </w:rPr>
        <w:t xml:space="preserve"> diagnose</w:t>
      </w:r>
      <w:r>
        <w:rPr>
          <w:color w:val="000000"/>
        </w:rPr>
        <w:t xml:space="preserve"> um</w:t>
      </w:r>
      <w:r>
        <w:rPr>
          <w:color w:val="000000"/>
        </w:rPr>
        <w:t xml:space="preserve"> misinformation</w:t>
      </w:r>
      <w:r>
        <w:rPr>
          <w:color w:val="000000"/>
        </w:rPr>
        <w:t xml:space="preserve"> among</w:t>
      </w:r>
      <w:r>
        <w:rPr>
          <w:color w:val="000000"/>
        </w:rPr>
        <w:t xml:space="preserve"> a</w:t>
      </w:r>
      <w:r>
        <w:rPr>
          <w:color w:val="000000"/>
        </w:rPr>
        <w:t xml:space="preserve"> series</w:t>
      </w:r>
      <w:r>
        <w:rPr>
          <w:color w:val="000000"/>
        </w:rPr>
        <w:t xml:space="preserve"> of</w:t>
      </w:r>
      <w:r>
        <w:rPr>
          <w:color w:val="000000"/>
        </w:rPr>
        <w:t xml:space="preserve"> questions,</w:t>
      </w:r>
      <w:r>
        <w:rPr>
          <w:color w:val="000000"/>
        </w:rPr>
        <w:t xml:space="preserve"> and,</w:t>
      </w:r>
      <w:r>
        <w:rPr>
          <w:color w:val="000000"/>
        </w:rPr>
        <w:t xml:space="preserve"> um,</w:t>
      </w:r>
      <w:r>
        <w:rPr>
          <w:color w:val="000000"/>
        </w:rPr>
        <w:t xml:space="preserve"> lo</w:t>
      </w:r>
      <w:r>
        <w:rPr>
          <w:color w:val="000000"/>
        </w:rPr>
        <w:t xml:space="preserve"> and</w:t>
      </w:r>
      <w:r>
        <w:rPr>
          <w:color w:val="000000"/>
        </w:rPr>
        <w:t xml:space="preserve"> behold,</w:t>
      </w:r>
      <w:r>
        <w:rPr>
          <w:color w:val="000000"/>
        </w:rPr>
        <w:t xml:space="preserve"> the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ignore</w:t>
      </w:r>
      <w:r>
        <w:rPr>
          <w:color w:val="000000"/>
        </w:rPr>
        <w:t xml:space="preserve"> my</w:t>
      </w:r>
      <w:r>
        <w:rPr>
          <w:color w:val="000000"/>
        </w:rPr>
        <w:t xml:space="preserve"> warnings</w:t>
      </w:r>
      <w:r>
        <w:rPr>
          <w:color w:val="000000"/>
        </w:rPr>
        <w:t xml:space="preserve"> about</w:t>
      </w:r>
      <w:r>
        <w:rPr>
          <w:color w:val="000000"/>
        </w:rPr>
        <w:t xml:space="preserve"> overconfidence,</w:t>
      </w:r>
      <w:r>
        <w:rPr>
          <w:color w:val="000000"/>
        </w:rPr>
        <w:t xml:space="preserve"> partially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are</w:t>
      </w:r>
      <w:r>
        <w:rPr>
          <w:color w:val="000000"/>
        </w:rPr>
        <w:t xml:space="preserve"> so</w:t>
      </w:r>
      <w:r>
        <w:rPr>
          <w:color w:val="000000"/>
        </w:rPr>
        <w:t xml:space="preserve"> knowledgeable,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</w:t>
      </w:r>
      <w:r>
        <w:rPr>
          <w:color w:val="000000"/>
        </w:rPr>
        <w:t xml:space="preserve"> need</w:t>
      </w:r>
      <w:r>
        <w:rPr>
          <w:color w:val="000000"/>
        </w:rPr>
        <w:t xml:space="preserve"> to</w:t>
      </w:r>
      <w:r>
        <w:rPr>
          <w:color w:val="000000"/>
        </w:rPr>
        <w:t xml:space="preserve"> listen.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downstream</w:t>
      </w:r>
      <w:r>
        <w:rPr>
          <w:color w:val="000000"/>
        </w:rPr>
        <w:t xml:space="preserve"> stuff</w:t>
      </w:r>
      <w:r>
        <w:rPr>
          <w:color w:val="000000"/>
        </w:rPr>
        <w:t xml:space="preserve"> that</w:t>
      </w:r>
      <w:r>
        <w:rPr>
          <w:color w:val="000000"/>
        </w:rPr>
        <w:t xml:space="preserve"> you</w:t>
      </w:r>
      <w:r>
        <w:rPr>
          <w:color w:val="000000"/>
        </w:rPr>
        <w:t xml:space="preserve"> can</w:t>
      </w:r>
      <w:r>
        <w:rPr>
          <w:color w:val="000000"/>
        </w:rPr>
        <w:t xml:space="preserve"> do</w:t>
      </w:r>
      <w:r>
        <w:rPr>
          <w:color w:val="000000"/>
        </w:rPr>
        <w:t xml:space="preserve"> with</w:t>
      </w:r>
      <w:r>
        <w:rPr>
          <w:color w:val="000000"/>
        </w:rPr>
        <w:t xml:space="preserve"> this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setup.</w:t>
      </w:r>
    </w:p>
    <w:p>
      <w:r>
        <w:t xml:space="preserve">[00:30:55] Speaker 1: </w:t>
      </w:r>
      <w:r>
        <w:rPr>
          <w:color w:val="000000"/>
        </w:rPr>
        <w:t>How</w:t>
      </w:r>
      <w:r>
        <w:rPr>
          <w:color w:val="000000"/>
        </w:rPr>
        <w:t xml:space="preserve"> underrepresentative</w:t>
      </w:r>
      <w:r>
        <w:rPr>
          <w:color w:val="000000"/>
        </w:rPr>
        <w:t xml:space="preserve"> is</w:t>
      </w:r>
      <w:r>
        <w:rPr>
          <w:color w:val="000000"/>
        </w:rPr>
        <w:t xml:space="preserve"> your</w:t>
      </w:r>
      <w:r>
        <w:rPr>
          <w:color w:val="000000"/>
        </w:rPr>
        <w:t xml:space="preserve"> sample</w:t>
      </w:r>
      <w:r>
        <w:rPr>
          <w:color w:val="000000"/>
        </w:rPr>
        <w:t xml:space="preserve"> from</w:t>
      </w:r>
      <w:r>
        <w:rPr>
          <w:color w:val="000000"/>
        </w:rPr>
        <w:t xml:space="preserve"> the</w:t>
      </w:r>
      <w:r>
        <w:rPr>
          <w:color w:val="000000"/>
        </w:rPr>
        <w:t xml:space="preserve"> US</w:t>
      </w:r>
      <w:r>
        <w:rPr>
          <w:color w:val="000000"/>
        </w:rPr>
        <w:t xml:space="preserve"> population</w:t>
      </w:r>
      <w:r>
        <w:rPr>
          <w:color w:val="000000"/>
        </w:rPr>
        <w:t xml:space="preserve"> based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work</w:t>
      </w:r>
      <w:r>
        <w:rPr>
          <w:color w:val="000000"/>
        </w:rPr>
        <w:t xml:space="preserve"> that</w:t>
      </w:r>
      <w:r>
        <w:rPr>
          <w:color w:val="000000"/>
        </w:rPr>
        <w:t xml:space="preserve"> you've</w:t>
      </w:r>
      <w:r>
        <w:rPr>
          <w:color w:val="000000"/>
        </w:rPr>
        <w:t xml:space="preserve"> done?</w:t>
      </w:r>
    </w:p>
    <w:p>
      <w:r>
        <w:t xml:space="preserve">[00:31:01] Speaker 4: </w:t>
      </w:r>
      <w:r>
        <w:rPr>
          <w:color w:val="000000"/>
        </w:rPr>
        <w:t>Yeah,</w:t>
      </w:r>
      <w:r>
        <w:rPr>
          <w:color w:val="000000"/>
        </w:rPr>
        <w:t xml:space="preserve"> so</w:t>
      </w:r>
      <w:r>
        <w:rPr>
          <w:color w:val="000000"/>
        </w:rPr>
        <w:t xml:space="preserve"> it's,</w:t>
      </w:r>
      <w:r>
        <w:rPr>
          <w:color w:val="000000"/>
        </w:rPr>
        <w:t xml:space="preserve"> it</w:t>
      </w:r>
      <w:r>
        <w:rPr>
          <w:color w:val="000000"/>
        </w:rPr>
        <w:t xml:space="preserve"> varies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bit.</w:t>
      </w:r>
      <w:r>
        <w:rPr>
          <w:color w:val="000000"/>
        </w:rPr>
        <w:t xml:space="preserve"> So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work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done,</w:t>
      </w:r>
      <w:r>
        <w:rPr>
          <w:color w:val="000000"/>
        </w:rPr>
        <w:t xml:space="preserve"> um,</w:t>
      </w:r>
      <w:r>
        <w:rPr>
          <w:color w:val="000000"/>
        </w:rPr>
        <w:t xml:space="preserve"> are</w:t>
      </w:r>
      <w:r>
        <w:rPr>
          <w:color w:val="000000"/>
        </w:rPr>
        <w:t xml:space="preserve"> using</w:t>
      </w:r>
      <w:r>
        <w:rPr>
          <w:color w:val="000000"/>
        </w:rPr>
        <w:t xml:space="preserve"> very</w:t>
      </w:r>
      <w:r>
        <w:rPr>
          <w:color w:val="000000"/>
        </w:rPr>
        <w:t xml:space="preserve"> unrepresentative</w:t>
      </w:r>
      <w:r>
        <w:rPr>
          <w:color w:val="000000"/>
        </w:rPr>
        <w:t xml:space="preserve"> samples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pure</w:t>
      </w:r>
      <w:r>
        <w:rPr>
          <w:color w:val="000000"/>
        </w:rPr>
        <w:t xml:space="preserve"> convenience</w:t>
      </w:r>
      <w:r>
        <w:rPr>
          <w:color w:val="000000"/>
        </w:rPr>
        <w:t xml:space="preserve"> recruitment</w:t>
      </w:r>
      <w:r>
        <w:rPr>
          <w:color w:val="000000"/>
        </w:rPr>
        <w:t xml:space="preserve"> samples</w:t>
      </w:r>
      <w:r>
        <w:rPr>
          <w:color w:val="000000"/>
        </w:rPr>
        <w:t xml:space="preserve"> that</w:t>
      </w:r>
      <w:r>
        <w:rPr>
          <w:color w:val="000000"/>
        </w:rPr>
        <w:t xml:space="preserve"> come</w:t>
      </w:r>
      <w:r>
        <w:rPr>
          <w:color w:val="000000"/>
        </w:rPr>
        <w:t xml:space="preserve"> off</w:t>
      </w:r>
      <w:r>
        <w:rPr>
          <w:color w:val="000000"/>
        </w:rPr>
        <w:t xml:space="preserve"> of</w:t>
      </w:r>
      <w:r>
        <w:rPr>
          <w:color w:val="000000"/>
        </w:rPr>
        <w:t xml:space="preserve"> uh</w:t>
      </w:r>
      <w:r>
        <w:rPr>
          <w:color w:val="000000"/>
        </w:rPr>
        <w:t xml:space="preserve"> platforms</w:t>
      </w:r>
      <w:r>
        <w:rPr>
          <w:color w:val="000000"/>
        </w:rPr>
        <w:t xml:space="preserve"> like</w:t>
      </w:r>
      <w:r>
        <w:rPr>
          <w:color w:val="000000"/>
        </w:rPr>
        <w:t xml:space="preserve"> Amazon</w:t>
      </w:r>
      <w:r>
        <w:rPr>
          <w:highlight w:val="yellow"/>
        </w:rPr>
        <w:t xml:space="preserve"> MTurk.</w:t>
      </w:r>
      <w:r>
        <w:rPr>
          <w:highlight w:val="yellow"/>
        </w:rPr>
        <w:t xml:space="preserve"> um</w:t>
      </w:r>
      <w:r>
        <w:rPr>
          <w:highlight w:val="yellow"/>
        </w:rPr>
        <w:t xml:space="preserve"> Others</w:t>
      </w:r>
      <w:r>
        <w:rPr>
          <w:color w:val="000000"/>
        </w:rPr>
        <w:t xml:space="preserve"> have</w:t>
      </w:r>
      <w:r>
        <w:rPr>
          <w:color w:val="000000"/>
        </w:rPr>
        <w:t xml:space="preserve"> come</w:t>
      </w:r>
      <w:r>
        <w:rPr>
          <w:color w:val="000000"/>
        </w:rPr>
        <w:t xml:space="preserve"> from</w:t>
      </w:r>
      <w:r>
        <w:rPr>
          <w:color w:val="000000"/>
        </w:rPr>
        <w:t xml:space="preserve"> survey</w:t>
      </w:r>
      <w:r>
        <w:rPr>
          <w:color w:val="000000"/>
        </w:rPr>
        <w:t xml:space="preserve"> firms</w:t>
      </w:r>
      <w:r>
        <w:rPr>
          <w:color w:val="000000"/>
        </w:rPr>
        <w:t xml:space="preserve"> that</w:t>
      </w:r>
      <w:r>
        <w:rPr>
          <w:color w:val="000000"/>
        </w:rPr>
        <w:t xml:space="preserve"> uh</w:t>
      </w:r>
      <w:r>
        <w:rPr>
          <w:color w:val="000000"/>
        </w:rPr>
        <w:t xml:space="preserve"> do</w:t>
      </w:r>
      <w:r>
        <w:rPr>
          <w:color w:val="000000"/>
        </w:rPr>
        <w:t xml:space="preserve"> make</w:t>
      </w:r>
      <w:r>
        <w:rPr>
          <w:color w:val="000000"/>
        </w:rPr>
        <w:t xml:space="preserve"> an</w:t>
      </w:r>
      <w:r>
        <w:rPr>
          <w:color w:val="000000"/>
        </w:rPr>
        <w:t xml:space="preserve"> effort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provide</w:t>
      </w:r>
      <w:r>
        <w:rPr>
          <w:color w:val="000000"/>
        </w:rPr>
        <w:t xml:space="preserve"> you</w:t>
      </w:r>
      <w:r>
        <w:rPr>
          <w:color w:val="000000"/>
        </w:rPr>
        <w:t xml:space="preserve"> with</w:t>
      </w:r>
      <w:r>
        <w:rPr>
          <w:color w:val="000000"/>
        </w:rPr>
        <w:t xml:space="preserve"> a</w:t>
      </w:r>
      <w:r>
        <w:rPr>
          <w:color w:val="000000"/>
        </w:rPr>
        <w:t xml:space="preserve"> sample</w:t>
      </w:r>
      <w:r>
        <w:rPr>
          <w:color w:val="000000"/>
        </w:rPr>
        <w:t xml:space="preserve"> that</w:t>
      </w:r>
      <w:r>
        <w:rPr>
          <w:color w:val="000000"/>
        </w:rPr>
        <w:t xml:space="preserve"> is</w:t>
      </w:r>
      <w:r>
        <w:rPr>
          <w:color w:val="000000"/>
        </w:rPr>
        <w:t xml:space="preserve"> demographically,</w:t>
      </w:r>
      <w:r>
        <w:rPr>
          <w:color w:val="000000"/>
        </w:rPr>
        <w:t xml:space="preserve"> um,</w:t>
      </w:r>
      <w:r>
        <w:rPr>
          <w:color w:val="000000"/>
        </w:rPr>
        <w:t xml:space="preserve"> matched.</w:t>
      </w:r>
      <w:r>
        <w:rPr>
          <w:highlight w:val="yellow"/>
        </w:rPr>
        <w:t xml:space="preserve"> Again,</w:t>
      </w:r>
      <w:r>
        <w:rPr>
          <w:color w:val="000000"/>
        </w:rPr>
        <w:t xml:space="preserve"> like</w:t>
      </w:r>
      <w:r>
        <w:rPr>
          <w:color w:val="000000"/>
        </w:rPr>
        <w:t xml:space="preserve"> we</w:t>
      </w:r>
      <w:r>
        <w:rPr>
          <w:color w:val="000000"/>
        </w:rPr>
        <w:t xml:space="preserve"> can't</w:t>
      </w:r>
      <w:r>
        <w:rPr>
          <w:color w:val="000000"/>
        </w:rPr>
        <w:t xml:space="preserve"> make</w:t>
      </w:r>
      <w:r>
        <w:rPr>
          <w:color w:val="000000"/>
        </w:rPr>
        <w:t xml:space="preserve"> super</w:t>
      </w:r>
      <w:r>
        <w:rPr>
          <w:color w:val="000000"/>
        </w:rPr>
        <w:t xml:space="preserve"> strong</w:t>
      </w:r>
      <w:r>
        <w:rPr>
          <w:color w:val="000000"/>
        </w:rPr>
        <w:t xml:space="preserve"> claims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they're</w:t>
      </w:r>
      <w:r>
        <w:rPr>
          <w:color w:val="000000"/>
        </w:rPr>
        <w:t xml:space="preserve"> not</w:t>
      </w:r>
      <w:r>
        <w:rPr>
          <w:color w:val="000000"/>
        </w:rPr>
        <w:t xml:space="preserve"> randomly</w:t>
      </w:r>
      <w:r>
        <w:rPr>
          <w:color w:val="000000"/>
        </w:rPr>
        <w:t xml:space="preserve"> selected,</w:t>
      </w:r>
      <w:r>
        <w:rPr>
          <w:color w:val="000000"/>
        </w:rPr>
        <w:t xml:space="preserve"> like,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the</w:t>
      </w:r>
      <w:r>
        <w:rPr>
          <w:color w:val="000000"/>
        </w:rPr>
        <w:t xml:space="preserve"> fundamental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sampling,</w:t>
      </w:r>
      <w:r>
        <w:rPr>
          <w:color w:val="000000"/>
        </w:rPr>
        <w:t xml:space="preserve"> uh,</w:t>
      </w:r>
      <w:r>
        <w:rPr>
          <w:color w:val="000000"/>
        </w:rPr>
        <w:t xml:space="preserve"> um.</w:t>
      </w:r>
      <w:r>
        <w:rPr>
          <w:color w:val="000000"/>
        </w:rPr>
        <w:t xml:space="preserve"> The</w:t>
      </w:r>
      <w:r>
        <w:rPr>
          <w:color w:val="000000"/>
        </w:rPr>
        <w:t xml:space="preserve"> gold</w:t>
      </w:r>
      <w:r>
        <w:rPr>
          <w:color w:val="000000"/>
        </w:rPr>
        <w:t xml:space="preserve"> standard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every</w:t>
      </w:r>
      <w:r>
        <w:rPr>
          <w:color w:val="000000"/>
        </w:rPr>
        <w:t xml:space="preserve"> um</w:t>
      </w:r>
      <w:r>
        <w:rPr>
          <w:color w:val="000000"/>
        </w:rPr>
        <w:t xml:space="preserve"> individual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sampling</w:t>
      </w:r>
      <w:r>
        <w:rPr>
          <w:color w:val="000000"/>
        </w:rPr>
        <w:t xml:space="preserve"> frame</w:t>
      </w:r>
      <w:r>
        <w:rPr>
          <w:color w:val="000000"/>
        </w:rPr>
        <w:t xml:space="preserve"> has</w:t>
      </w:r>
      <w:r>
        <w:rPr>
          <w:color w:val="000000"/>
        </w:rPr>
        <w:t xml:space="preserve"> an</w:t>
      </w:r>
      <w:r>
        <w:rPr>
          <w:color w:val="000000"/>
        </w:rPr>
        <w:t xml:space="preserve"> equal</w:t>
      </w:r>
      <w:r>
        <w:rPr>
          <w:color w:val="000000"/>
        </w:rPr>
        <w:t xml:space="preserve"> probability</w:t>
      </w:r>
      <w:r>
        <w:rPr>
          <w:color w:val="000000"/>
        </w:rPr>
        <w:t xml:space="preserve"> of</w:t>
      </w:r>
      <w:r>
        <w:rPr>
          <w:color w:val="000000"/>
        </w:rPr>
        <w:t xml:space="preserve"> being</w:t>
      </w:r>
      <w:r>
        <w:rPr>
          <w:color w:val="000000"/>
        </w:rPr>
        <w:t xml:space="preserve"> selected.</w:t>
      </w:r>
      <w:r>
        <w:rPr>
          <w:color w:val="000000"/>
        </w:rPr>
        <w:t xml:space="preserve"> That's</w:t>
      </w:r>
      <w:r>
        <w:rPr>
          <w:color w:val="000000"/>
        </w:rPr>
        <w:t xml:space="preserve"> not</w:t>
      </w:r>
      <w:r>
        <w:rPr>
          <w:color w:val="000000"/>
        </w:rPr>
        <w:t xml:space="preserve"> true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things,</w:t>
      </w:r>
      <w:r>
        <w:rPr>
          <w:highlight w:val="yellow"/>
        </w:rPr>
        <w:t xml:space="preserve"> it's</w:t>
      </w:r>
      <w:r>
        <w:rPr>
          <w:color w:val="000000"/>
        </w:rPr>
        <w:t xml:space="preserve"> not</w:t>
      </w:r>
      <w:r>
        <w:rPr>
          <w:color w:val="000000"/>
        </w:rPr>
        <w:t xml:space="preserve"> truly</w:t>
      </w:r>
      <w:r>
        <w:rPr>
          <w:color w:val="000000"/>
        </w:rPr>
        <w:t xml:space="preserve"> a</w:t>
      </w:r>
      <w:r>
        <w:rPr>
          <w:color w:val="000000"/>
        </w:rPr>
        <w:t xml:space="preserve"> random</w:t>
      </w:r>
      <w:r>
        <w:rPr>
          <w:color w:val="000000"/>
        </w:rPr>
        <w:t xml:space="preserve"> sample,</w:t>
      </w:r>
      <w:r>
        <w:rPr>
          <w:highlight w:val="yellow"/>
        </w:rPr>
        <w:t xml:space="preserve"> um,</w:t>
      </w:r>
      <w:r>
        <w:rPr>
          <w:color w:val="000000"/>
        </w:rPr>
        <w:t xml:space="preserve"> yeah,</w:t>
      </w:r>
      <w:r>
        <w:rPr>
          <w:color w:val="000000"/>
        </w:rPr>
        <w:t xml:space="preserve"> but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they're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recruited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the</w:t>
      </w:r>
      <w:r>
        <w:rPr>
          <w:color w:val="000000"/>
        </w:rPr>
        <w:t xml:space="preserve"> panels</w:t>
      </w:r>
      <w:r>
        <w:rPr>
          <w:color w:val="000000"/>
        </w:rPr>
        <w:t xml:space="preserve"> are</w:t>
      </w:r>
      <w:r>
        <w:rPr>
          <w:color w:val="000000"/>
        </w:rPr>
        <w:t xml:space="preserve"> then</w:t>
      </w:r>
      <w:r>
        <w:rPr>
          <w:color w:val="000000"/>
        </w:rPr>
        <w:t xml:space="preserve"> um.</w:t>
      </w:r>
      <w:r>
        <w:rPr>
          <w:color w:val="000000"/>
        </w:rPr>
        <w:t xml:space="preserve"> Uh,</w:t>
      </w:r>
      <w:r>
        <w:rPr>
          <w:color w:val="000000"/>
        </w:rPr>
        <w:t xml:space="preserve"> invited</w:t>
      </w:r>
      <w:r>
        <w:rPr>
          <w:color w:val="000000"/>
        </w:rPr>
        <w:t xml:space="preserve"> to</w:t>
      </w:r>
      <w:r>
        <w:rPr>
          <w:color w:val="000000"/>
        </w:rPr>
        <w:t xml:space="preserve"> participate</w:t>
      </w:r>
      <w:r>
        <w:rPr>
          <w:color w:val="000000"/>
        </w:rPr>
        <w:t xml:space="preserve"> in</w:t>
      </w:r>
      <w:r>
        <w:rPr>
          <w:color w:val="000000"/>
        </w:rPr>
        <w:t xml:space="preserve"> specific</w:t>
      </w:r>
      <w:r>
        <w:rPr>
          <w:color w:val="000000"/>
        </w:rPr>
        <w:t xml:space="preserve"> surveys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that,</w:t>
      </w:r>
      <w:r>
        <w:rPr>
          <w:color w:val="000000"/>
        </w:rPr>
        <w:t xml:space="preserve"> um,</w:t>
      </w:r>
      <w:r>
        <w:rPr>
          <w:color w:val="000000"/>
        </w:rPr>
        <w:t xml:space="preserve"> continues</w:t>
      </w:r>
      <w:r>
        <w:rPr>
          <w:color w:val="000000"/>
        </w:rPr>
        <w:t xml:space="preserve"> to</w:t>
      </w:r>
      <w:r>
        <w:rPr>
          <w:color w:val="000000"/>
        </w:rPr>
        <w:t xml:space="preserve"> like</w:t>
      </w:r>
      <w:r>
        <w:rPr>
          <w:color w:val="000000"/>
        </w:rPr>
        <w:t xml:space="preserve"> basically</w:t>
      </w:r>
      <w:r>
        <w:rPr>
          <w:color w:val="000000"/>
        </w:rPr>
        <w:t xml:space="preserve"> they</w:t>
      </w:r>
      <w:r>
        <w:rPr>
          <w:color w:val="000000"/>
        </w:rPr>
        <w:t xml:space="preserve"> fill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survey</w:t>
      </w:r>
      <w:r>
        <w:rPr>
          <w:color w:val="000000"/>
        </w:rPr>
        <w:t xml:space="preserve"> firm</w:t>
      </w:r>
      <w:r>
        <w:rPr>
          <w:color w:val="000000"/>
        </w:rPr>
        <w:t xml:space="preserve"> knows</w:t>
      </w:r>
      <w:r>
        <w:rPr>
          <w:color w:val="000000"/>
        </w:rPr>
        <w:t xml:space="preserve"> approximates</w:t>
      </w:r>
      <w:r>
        <w:rPr>
          <w:color w:val="000000"/>
        </w:rPr>
        <w:t xml:space="preserve"> a</w:t>
      </w:r>
      <w:r>
        <w:rPr>
          <w:color w:val="000000"/>
        </w:rPr>
        <w:t xml:space="preserve"> demographic</w:t>
      </w:r>
      <w:r>
        <w:rPr>
          <w:color w:val="000000"/>
        </w:rPr>
        <w:t xml:space="preserve"> balance,</w:t>
      </w:r>
      <w:r>
        <w:rPr>
          <w:color w:val="000000"/>
        </w:rPr>
        <w:t xml:space="preserve"> um,</w:t>
      </w:r>
      <w:r>
        <w:rPr>
          <w:color w:val="000000"/>
        </w:rPr>
        <w:t xml:space="preserve"> we</w:t>
      </w:r>
      <w:r>
        <w:rPr>
          <w:color w:val="000000"/>
        </w:rPr>
        <w:t xml:space="preserve"> do</w:t>
      </w:r>
      <w:r>
        <w:rPr>
          <w:color w:val="000000"/>
        </w:rPr>
        <w:t xml:space="preserve"> get</w:t>
      </w:r>
      <w:r>
        <w:rPr>
          <w:color w:val="000000"/>
        </w:rPr>
        <w:t xml:space="preserve"> pretty</w:t>
      </w:r>
      <w:r>
        <w:rPr>
          <w:color w:val="000000"/>
        </w:rPr>
        <w:t xml:space="preserve"> close.</w:t>
      </w:r>
    </w:p>
    <w:p>
      <w:r>
        <w:t xml:space="preserve">[00:32:00] Speaker 1: </w:t>
      </w:r>
      <w:r>
        <w:rPr>
          <w:color w:val="000000"/>
        </w:rPr>
        <w:t>Where</w:t>
      </w:r>
      <w:r>
        <w:rPr>
          <w:color w:val="000000"/>
        </w:rPr>
        <w:t xml:space="preserve"> does</w:t>
      </w:r>
      <w:r>
        <w:rPr>
          <w:color w:val="000000"/>
        </w:rPr>
        <w:t xml:space="preserve"> our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go</w:t>
      </w:r>
      <w:r>
        <w:rPr>
          <w:color w:val="000000"/>
        </w:rPr>
        <w:t xml:space="preserve"> as</w:t>
      </w:r>
      <w:r>
        <w:rPr>
          <w:color w:val="000000"/>
        </w:rPr>
        <w:t xml:space="preserve"> a</w:t>
      </w:r>
      <w:r>
        <w:rPr>
          <w:color w:val="000000"/>
        </w:rPr>
        <w:t xml:space="preserve"> consequence</w:t>
      </w:r>
      <w:r>
        <w:rPr>
          <w:color w:val="000000"/>
        </w:rPr>
        <w:t xml:space="preserve"> of</w:t>
      </w:r>
      <w:r>
        <w:rPr>
          <w:color w:val="000000"/>
        </w:rPr>
        <w:t xml:space="preserve"> overconfidence,</w:t>
      </w:r>
      <w:r>
        <w:rPr>
          <w:color w:val="000000"/>
        </w:rPr>
        <w:t xml:space="preserve"> not</w:t>
      </w:r>
      <w:r>
        <w:rPr>
          <w:color w:val="000000"/>
        </w:rPr>
        <w:t xml:space="preserve"> just</w:t>
      </w:r>
      <w:r>
        <w:rPr>
          <w:color w:val="000000"/>
        </w:rPr>
        <w:t xml:space="preserve"> where</w:t>
      </w:r>
      <w:r>
        <w:rPr>
          <w:color w:val="000000"/>
        </w:rPr>
        <w:t xml:space="preserve"> does</w:t>
      </w:r>
      <w:r>
        <w:rPr>
          <w:color w:val="000000"/>
        </w:rPr>
        <w:t xml:space="preserve"> the</w:t>
      </w:r>
      <w:r>
        <w:rPr>
          <w:color w:val="000000"/>
        </w:rPr>
        <w:t xml:space="preserve"> debate</w:t>
      </w:r>
      <w:r>
        <w:rPr>
          <w:color w:val="000000"/>
        </w:rPr>
        <w:t xml:space="preserve"> go?</w:t>
      </w:r>
    </w:p>
    <w:p>
      <w:r>
        <w:t xml:space="preserve">[00:32:07] Speaker 4: </w:t>
      </w:r>
      <w:r>
        <w:rPr>
          <w:color w:val="000000"/>
        </w:rPr>
        <w:t>The</w:t>
      </w:r>
      <w:r>
        <w:rPr>
          <w:color w:val="000000"/>
        </w:rPr>
        <w:t xml:space="preserve"> broad</w:t>
      </w:r>
      <w:r>
        <w:rPr>
          <w:color w:val="000000"/>
        </w:rPr>
        <w:t xml:space="preserve"> takeaway</w:t>
      </w:r>
      <w:r>
        <w:rPr>
          <w:color w:val="000000"/>
        </w:rPr>
        <w:t xml:space="preserve"> here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if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widespread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society,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certainly</w:t>
      </w:r>
      <w:r>
        <w:rPr>
          <w:color w:val="000000"/>
        </w:rPr>
        <w:t xml:space="preserve"> not</w:t>
      </w:r>
      <w:r>
        <w:rPr>
          <w:color w:val="000000"/>
        </w:rPr>
        <w:t xml:space="preserve"> a</w:t>
      </w:r>
      <w:r>
        <w:rPr>
          <w:color w:val="000000"/>
        </w:rPr>
        <w:t xml:space="preserve"> break</w:t>
      </w:r>
      <w:r>
        <w:rPr>
          <w:highlight w:val="yellow"/>
        </w:rPr>
        <w:t xml:space="preserve"> it's</w:t>
      </w:r>
      <w:r>
        <w:rPr>
          <w:color w:val="000000"/>
        </w:rPr>
        <w:t xml:space="preserve"> a</w:t>
      </w:r>
      <w:r>
        <w:rPr>
          <w:color w:val="000000"/>
        </w:rPr>
        <w:t xml:space="preserve"> polarization,</w:t>
      </w:r>
      <w:r>
        <w:rPr>
          <w:color w:val="000000"/>
        </w:rPr>
        <w:t xml:space="preserve"> it's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instead</w:t>
      </w:r>
      <w:r>
        <w:rPr>
          <w:color w:val="000000"/>
        </w:rPr>
        <w:t xml:space="preserve"> an</w:t>
      </w:r>
      <w:r>
        <w:rPr>
          <w:color w:val="000000"/>
        </w:rPr>
        <w:t xml:space="preserve"> accelerant.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of,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consequences</w:t>
      </w:r>
      <w:r>
        <w:rPr>
          <w:color w:val="000000"/>
        </w:rPr>
        <w:t xml:space="preserve"> because,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we,</w:t>
      </w:r>
      <w:r>
        <w:rPr>
          <w:color w:val="000000"/>
        </w:rPr>
        <w:t xml:space="preserve"> we</w:t>
      </w:r>
      <w:r>
        <w:rPr>
          <w:color w:val="000000"/>
        </w:rPr>
        <w:t xml:space="preserve"> often</w:t>
      </w:r>
      <w:r>
        <w:rPr>
          <w:color w:val="000000"/>
        </w:rPr>
        <w:t xml:space="preserve"> think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occurring,</w:t>
      </w:r>
      <w:r>
        <w:rPr>
          <w:color w:val="000000"/>
        </w:rPr>
        <w:t xml:space="preserve"> uh,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ideological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occurring</w:t>
      </w:r>
      <w:r>
        <w:rPr>
          <w:color w:val="000000"/>
        </w:rPr>
        <w:t xml:space="preserve"> among</w:t>
      </w:r>
      <w:r>
        <w:rPr>
          <w:color w:val="000000"/>
        </w:rPr>
        <w:t xml:space="preserve"> the</w:t>
      </w:r>
      <w:r>
        <w:rPr>
          <w:color w:val="000000"/>
        </w:rPr>
        <w:t xml:space="preserve"> most</w:t>
      </w:r>
      <w:r>
        <w:rPr>
          <w:color w:val="000000"/>
        </w:rPr>
        <w:t xml:space="preserve"> sophisticated</w:t>
      </w:r>
      <w:r>
        <w:rPr>
          <w:color w:val="000000"/>
        </w:rPr>
        <w:t xml:space="preserve"> members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public,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</w:t>
      </w:r>
      <w:r>
        <w:rPr>
          <w:color w:val="000000"/>
        </w:rPr>
        <w:t xml:space="preserve"> of</w:t>
      </w:r>
      <w:r>
        <w:rPr>
          <w:color w:val="000000"/>
        </w:rPr>
        <w:t xml:space="preserve"> a,</w:t>
      </w:r>
      <w:r>
        <w:rPr>
          <w:color w:val="000000"/>
        </w:rPr>
        <w:t xml:space="preserve"> um,</w:t>
      </w:r>
      <w:r>
        <w:rPr>
          <w:color w:val="000000"/>
        </w:rPr>
        <w:t xml:space="preserve"> a</w:t>
      </w:r>
      <w:r>
        <w:rPr>
          <w:color w:val="000000"/>
        </w:rPr>
        <w:t xml:space="preserve"> twist</w:t>
      </w:r>
      <w:r>
        <w:rPr>
          <w:highlight w:val="yellow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what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might</w:t>
      </w:r>
      <w:r>
        <w:rPr>
          <w:color w:val="000000"/>
        </w:rPr>
        <w:t xml:space="preserve"> assume.</w:t>
      </w:r>
      <w:r>
        <w:rPr>
          <w:color w:val="000000"/>
        </w:rPr>
        <w:t xml:space="preserve"> Um,</w:t>
      </w:r>
      <w:r>
        <w:rPr>
          <w:color w:val="000000"/>
        </w:rPr>
        <w:t xml:space="preserve"> basically,</w:t>
      </w:r>
      <w:r>
        <w:rPr>
          <w:color w:val="000000"/>
        </w:rPr>
        <w:t xml:space="preserve"> in</w:t>
      </w:r>
      <w:r>
        <w:rPr>
          <w:color w:val="000000"/>
        </w:rPr>
        <w:t xml:space="preserve"> order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polarized,</w:t>
      </w:r>
      <w:r>
        <w:rPr>
          <w:color w:val="000000"/>
        </w:rPr>
        <w:t xml:space="preserve"> you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need</w:t>
      </w:r>
      <w:r>
        <w:rPr>
          <w:color w:val="000000"/>
        </w:rPr>
        <w:t xml:space="preserve"> to</w:t>
      </w:r>
      <w:r>
        <w:rPr>
          <w:color w:val="000000"/>
        </w:rPr>
        <w:t xml:space="preserve"> have</w:t>
      </w:r>
      <w:r>
        <w:rPr>
          <w:color w:val="000000"/>
        </w:rPr>
        <w:t xml:space="preserve"> some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strong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attachment</w:t>
      </w:r>
      <w:r>
        <w:rPr>
          <w:color w:val="000000"/>
        </w:rPr>
        <w:t xml:space="preserve"> to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group.</w:t>
      </w:r>
      <w:r>
        <w:rPr>
          <w:color w:val="000000"/>
        </w:rPr>
        <w:t xml:space="preserve"> So</w:t>
      </w:r>
      <w:r>
        <w:rPr>
          <w:color w:val="000000"/>
        </w:rPr>
        <w:t xml:space="preserve"> very</w:t>
      </w:r>
      <w:r>
        <w:rPr>
          <w:color w:val="000000"/>
        </w:rPr>
        <w:t xml:space="preserve"> strong</w:t>
      </w:r>
      <w:r>
        <w:rPr>
          <w:color w:val="000000"/>
        </w:rPr>
        <w:t xml:space="preserve"> partisans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more</w:t>
      </w:r>
      <w:r>
        <w:rPr>
          <w:color w:val="000000"/>
        </w:rPr>
        <w:t xml:space="preserve"> informed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than</w:t>
      </w:r>
      <w:r>
        <w:rPr>
          <w:color w:val="000000"/>
        </w:rPr>
        <w:t xml:space="preserve"> others,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ideologically</w:t>
      </w:r>
      <w:r>
        <w:rPr>
          <w:color w:val="000000"/>
        </w:rPr>
        <w:t xml:space="preserve"> consistently</w:t>
      </w:r>
      <w:r>
        <w:rPr>
          <w:color w:val="000000"/>
        </w:rPr>
        <w:t xml:space="preserve"> polarized,</w:t>
      </w:r>
      <w:r>
        <w:rPr>
          <w:color w:val="000000"/>
        </w:rPr>
        <w:t xml:space="preserve"> right,</w:t>
      </w:r>
      <w:r>
        <w:rPr>
          <w:color w:val="000000"/>
        </w:rPr>
        <w:t xml:space="preserve"> if</w:t>
      </w:r>
      <w:r>
        <w:rPr>
          <w:color w:val="000000"/>
        </w:rPr>
        <w:t xml:space="preserve"> we</w:t>
      </w:r>
      <w:r>
        <w:rPr>
          <w:color w:val="000000"/>
        </w:rPr>
        <w:t xml:space="preserve"> go</w:t>
      </w:r>
      <w:r>
        <w:rPr>
          <w:color w:val="000000"/>
        </w:rPr>
        <w:t xml:space="preserve"> all</w:t>
      </w:r>
      <w:r>
        <w:rPr>
          <w:color w:val="000000"/>
        </w:rPr>
        <w:t xml:space="preserve"> the</w:t>
      </w:r>
      <w:r>
        <w:rPr>
          <w:color w:val="000000"/>
        </w:rPr>
        <w:t xml:space="preserve"> way</w:t>
      </w:r>
      <w:r>
        <w:rPr>
          <w:color w:val="000000"/>
        </w:rPr>
        <w:t xml:space="preserve"> back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work</w:t>
      </w:r>
      <w:r>
        <w:rPr>
          <w:color w:val="000000"/>
        </w:rPr>
        <w:t xml:space="preserve"> that</w:t>
      </w:r>
      <w:r>
        <w:rPr>
          <w:color w:val="000000"/>
        </w:rPr>
        <w:t xml:space="preserve"> uh</w:t>
      </w:r>
      <w:r>
        <w:rPr>
          <w:color w:val="000000"/>
        </w:rPr>
        <w:t xml:space="preserve"> people</w:t>
      </w:r>
      <w:r>
        <w:rPr>
          <w:color w:val="000000"/>
        </w:rPr>
        <w:t xml:space="preserve"> like</w:t>
      </w:r>
      <w:r>
        <w:rPr>
          <w:color w:val="000000"/>
        </w:rPr>
        <w:t xml:space="preserve"> Philip</w:t>
      </w:r>
      <w:r>
        <w:rPr>
          <w:color w:val="000000"/>
        </w:rPr>
        <w:t xml:space="preserve"> Converse</w:t>
      </w:r>
      <w:r>
        <w:rPr>
          <w:color w:val="000000"/>
        </w:rPr>
        <w:t xml:space="preserve"> were,</w:t>
      </w:r>
      <w:r>
        <w:rPr>
          <w:color w:val="000000"/>
        </w:rPr>
        <w:t xml:space="preserve"> um,</w:t>
      </w:r>
      <w:r>
        <w:rPr>
          <w:color w:val="000000"/>
        </w:rPr>
        <w:t xml:space="preserve"> the</w:t>
      </w:r>
      <w:r>
        <w:rPr>
          <w:color w:val="000000"/>
        </w:rPr>
        <w:t xml:space="preserve"> claims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were</w:t>
      </w:r>
      <w:r>
        <w:rPr>
          <w:color w:val="000000"/>
        </w:rPr>
        <w:t xml:space="preserve"> making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1960s,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Very</w:t>
      </w:r>
      <w:r>
        <w:rPr>
          <w:color w:val="000000"/>
        </w:rPr>
        <w:t xml:space="preserve"> few</w:t>
      </w:r>
      <w:r>
        <w:rPr>
          <w:color w:val="000000"/>
        </w:rPr>
        <w:t xml:space="preserve"> people</w:t>
      </w:r>
      <w:r>
        <w:rPr>
          <w:color w:val="000000"/>
        </w:rPr>
        <w:t xml:space="preserve"> have</w:t>
      </w:r>
      <w:r>
        <w:rPr>
          <w:color w:val="000000"/>
        </w:rPr>
        <w:t xml:space="preserve"> really</w:t>
      </w:r>
      <w:r>
        <w:rPr>
          <w:color w:val="000000"/>
        </w:rPr>
        <w:t xml:space="preserve"> consistent</w:t>
      </w:r>
      <w:r>
        <w:rPr>
          <w:color w:val="000000"/>
        </w:rPr>
        <w:t xml:space="preserve"> robust</w:t>
      </w:r>
      <w:r>
        <w:rPr>
          <w:color w:val="000000"/>
        </w:rPr>
        <w:t xml:space="preserve"> ideologies</w:t>
      </w:r>
      <w:r>
        <w:rPr>
          <w:color w:val="000000"/>
        </w:rPr>
        <w:t xml:space="preserve"> in</w:t>
      </w:r>
      <w:r>
        <w:rPr>
          <w:color w:val="000000"/>
        </w:rPr>
        <w:t xml:space="preserve"> America.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however,</w:t>
      </w:r>
      <w:r>
        <w:rPr>
          <w:color w:val="000000"/>
        </w:rPr>
        <w:t xml:space="preserve"> The</w:t>
      </w:r>
      <w:r>
        <w:rPr>
          <w:color w:val="000000"/>
        </w:rPr>
        <w:t xml:space="preserve"> ones</w:t>
      </w:r>
      <w:r>
        <w:rPr>
          <w:color w:val="000000"/>
        </w:rPr>
        <w:t xml:space="preserve"> that</w:t>
      </w:r>
      <w:r>
        <w:rPr>
          <w:color w:val="000000"/>
        </w:rPr>
        <w:t xml:space="preserve"> do,</w:t>
      </w:r>
      <w:r>
        <w:rPr>
          <w:color w:val="000000"/>
        </w:rPr>
        <w:t xml:space="preserve"> um,</w:t>
      </w:r>
      <w:r>
        <w:rPr>
          <w:color w:val="000000"/>
        </w:rPr>
        <w:t xml:space="preserve"> they</w:t>
      </w:r>
      <w:r>
        <w:rPr>
          <w:color w:val="000000"/>
        </w:rPr>
        <w:t xml:space="preserve"> might</w:t>
      </w:r>
      <w:r>
        <w:rPr>
          <w:color w:val="000000"/>
        </w:rPr>
        <w:t xml:space="preserve"> be</w:t>
      </w:r>
      <w:r>
        <w:rPr>
          <w:color w:val="000000"/>
        </w:rPr>
        <w:t xml:space="preserve"> able</w:t>
      </w:r>
      <w:r>
        <w:rPr>
          <w:color w:val="000000"/>
        </w:rPr>
        <w:t xml:space="preserve"> to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develop</w:t>
      </w:r>
      <w:r>
        <w:rPr>
          <w:color w:val="000000"/>
        </w:rPr>
        <w:t xml:space="preserve"> increasingly</w:t>
      </w:r>
      <w:r>
        <w:rPr>
          <w:color w:val="000000"/>
        </w:rPr>
        <w:t xml:space="preserve"> extreme</w:t>
      </w:r>
      <w:r>
        <w:rPr>
          <w:color w:val="000000"/>
        </w:rPr>
        <w:t xml:space="preserve"> ideological</w:t>
      </w:r>
      <w:r>
        <w:rPr>
          <w:color w:val="000000"/>
        </w:rPr>
        <w:t xml:space="preserve"> positions</w:t>
      </w:r>
      <w:r>
        <w:rPr>
          <w:color w:val="000000"/>
        </w:rPr>
        <w:t xml:space="preserve"> as</w:t>
      </w:r>
      <w:r>
        <w:rPr>
          <w:color w:val="000000"/>
        </w:rPr>
        <w:t xml:space="preserve"> they</w:t>
      </w:r>
      <w:r>
        <w:rPr>
          <w:color w:val="000000"/>
        </w:rPr>
        <w:t xml:space="preserve"> um</w:t>
      </w:r>
      <w:r>
        <w:rPr>
          <w:color w:val="000000"/>
        </w:rPr>
        <w:t xml:space="preserve"> follow</w:t>
      </w:r>
      <w:r>
        <w:rPr>
          <w:color w:val="000000"/>
        </w:rPr>
        <w:t xml:space="preserve"> the</w:t>
      </w:r>
      <w:r>
        <w:rPr>
          <w:color w:val="000000"/>
        </w:rPr>
        <w:t xml:space="preserve"> lead</w:t>
      </w:r>
      <w:r>
        <w:rPr>
          <w:color w:val="000000"/>
        </w:rPr>
        <w:t xml:space="preserve"> of</w:t>
      </w:r>
      <w:r>
        <w:rPr>
          <w:color w:val="000000"/>
        </w:rPr>
        <w:t xml:space="preserve"> elites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also</w:t>
      </w:r>
      <w:r>
        <w:rPr>
          <w:color w:val="000000"/>
        </w:rPr>
        <w:t xml:space="preserve"> polarizing</w:t>
      </w:r>
      <w:r>
        <w:rPr>
          <w:color w:val="000000"/>
        </w:rPr>
        <w:t xml:space="preserve"> in</w:t>
      </w:r>
      <w:r>
        <w:rPr>
          <w:color w:val="000000"/>
        </w:rPr>
        <w:t xml:space="preserve"> our</w:t>
      </w:r>
      <w:r>
        <w:rPr>
          <w:color w:val="000000"/>
        </w:rPr>
        <w:t xml:space="preserve"> society.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actually</w:t>
      </w:r>
      <w:r>
        <w:rPr>
          <w:color w:val="000000"/>
        </w:rPr>
        <w:t xml:space="preserve"> making</w:t>
      </w:r>
      <w:r>
        <w:rPr>
          <w:color w:val="000000"/>
        </w:rPr>
        <w:t xml:space="preserve"> the</w:t>
      </w:r>
      <w:r>
        <w:rPr>
          <w:color w:val="000000"/>
        </w:rPr>
        <w:t xml:space="preserve"> case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not</w:t>
      </w:r>
      <w:r>
        <w:rPr>
          <w:color w:val="000000"/>
        </w:rPr>
        <w:t xml:space="preserve"> well</w:t>
      </w:r>
      <w:r>
        <w:rPr>
          <w:color w:val="000000"/>
        </w:rPr>
        <w:t xml:space="preserve"> versed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might</w:t>
      </w:r>
      <w:r>
        <w:rPr>
          <w:color w:val="000000"/>
        </w:rPr>
        <w:t xml:space="preserve"> also</w:t>
      </w:r>
      <w:r>
        <w:rPr>
          <w:color w:val="000000"/>
        </w:rPr>
        <w:t xml:space="preserve"> be</w:t>
      </w:r>
      <w:r>
        <w:rPr>
          <w:color w:val="000000"/>
        </w:rPr>
        <w:t xml:space="preserve"> susceptible</w:t>
      </w:r>
      <w:r>
        <w:rPr>
          <w:color w:val="000000"/>
        </w:rPr>
        <w:t xml:space="preserve"> to</w:t>
      </w:r>
      <w:r>
        <w:rPr>
          <w:color w:val="000000"/>
        </w:rPr>
        <w:t xml:space="preserve"> extreme</w:t>
      </w:r>
      <w:r>
        <w:rPr>
          <w:color w:val="000000"/>
        </w:rPr>
        <w:t xml:space="preserve"> position</w:t>
      </w:r>
      <w:r>
        <w:rPr>
          <w:color w:val="000000"/>
        </w:rPr>
        <w:t xml:space="preserve"> taking,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if</w:t>
      </w:r>
      <w:r>
        <w:rPr>
          <w:color w:val="000000"/>
        </w:rPr>
        <w:t xml:space="preserve"> they,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are</w:t>
      </w:r>
      <w:r>
        <w:rPr>
          <w:color w:val="000000"/>
        </w:rPr>
        <w:t xml:space="preserve"> exposed</w:t>
      </w:r>
      <w:r>
        <w:rPr>
          <w:color w:val="000000"/>
        </w:rPr>
        <w:t xml:space="preserve"> to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a</w:t>
      </w:r>
      <w:r>
        <w:rPr>
          <w:color w:val="000000"/>
        </w:rPr>
        <w:t xml:space="preserve"> little</w:t>
      </w:r>
      <w:r>
        <w:rPr>
          <w:color w:val="000000"/>
        </w:rPr>
        <w:t xml:space="preserve"> bit.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believe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exposure,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to</w:t>
      </w:r>
      <w:r>
        <w:rPr>
          <w:color w:val="000000"/>
        </w:rPr>
        <w:t xml:space="preserve"> extreme</w:t>
      </w:r>
      <w:r>
        <w:rPr>
          <w:color w:val="000000"/>
        </w:rPr>
        <w:t xml:space="preserve"> arguments,</w:t>
      </w:r>
      <w:r>
        <w:rPr>
          <w:color w:val="000000"/>
        </w:rPr>
        <w:t xml:space="preserve"> is</w:t>
      </w:r>
      <w:r>
        <w:rPr>
          <w:color w:val="000000"/>
        </w:rPr>
        <w:t xml:space="preserve"> sufficient</w:t>
      </w:r>
      <w:r>
        <w:rPr>
          <w:color w:val="000000"/>
        </w:rPr>
        <w:t xml:space="preserve"> to</w:t>
      </w:r>
      <w:r>
        <w:rPr>
          <w:color w:val="000000"/>
        </w:rPr>
        <w:t xml:space="preserve"> then,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essentially,</w:t>
      </w:r>
      <w:r>
        <w:rPr>
          <w:color w:val="000000"/>
        </w:rPr>
        <w:t xml:space="preserve"> uh,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process</w:t>
      </w:r>
      <w:r>
        <w:rPr>
          <w:color w:val="000000"/>
        </w:rPr>
        <w:t xml:space="preserve"> robustly,</w:t>
      </w:r>
      <w:r>
        <w:rPr>
          <w:color w:val="000000"/>
        </w:rPr>
        <w:t xml:space="preserve"> and</w:t>
      </w:r>
      <w:r>
        <w:rPr>
          <w:color w:val="000000"/>
        </w:rPr>
        <w:t xml:space="preserve"> so,</w:t>
      </w:r>
      <w:r>
        <w:rPr>
          <w:color w:val="000000"/>
        </w:rPr>
        <w:t xml:space="preserve"> yeah,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broad</w:t>
      </w:r>
      <w:r>
        <w:rPr>
          <w:color w:val="000000"/>
        </w:rPr>
        <w:t xml:space="preserve"> takeaway</w:t>
      </w:r>
      <w:r>
        <w:rPr>
          <w:color w:val="000000"/>
        </w:rPr>
        <w:t xml:space="preserve"> is</w:t>
      </w:r>
      <w:r>
        <w:rPr>
          <w:color w:val="000000"/>
        </w:rPr>
        <w:t xml:space="preserve"> that,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could</w:t>
      </w:r>
      <w:r>
        <w:rPr>
          <w:color w:val="000000"/>
        </w:rPr>
        <w:t xml:space="preserve"> be</w:t>
      </w:r>
      <w:r>
        <w:rPr>
          <w:color w:val="000000"/>
        </w:rPr>
        <w:t xml:space="preserve"> um</w:t>
      </w:r>
      <w:r>
        <w:rPr>
          <w:color w:val="000000"/>
        </w:rPr>
        <w:t xml:space="preserve"> growing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society</w:t>
      </w:r>
      <w:r>
        <w:rPr>
          <w:color w:val="000000"/>
        </w:rPr>
        <w:t xml:space="preserve"> from</w:t>
      </w:r>
      <w:r>
        <w:rPr>
          <w:color w:val="000000"/>
        </w:rPr>
        <w:t xml:space="preserve"> top</w:t>
      </w:r>
      <w:r>
        <w:rPr>
          <w:color w:val="000000"/>
        </w:rPr>
        <w:t xml:space="preserve"> to</w:t>
      </w:r>
      <w:r>
        <w:rPr>
          <w:color w:val="000000"/>
        </w:rPr>
        <w:t xml:space="preserve"> bottom,</w:t>
      </w:r>
      <w:r>
        <w:rPr>
          <w:color w:val="000000"/>
        </w:rPr>
        <w:t xml:space="preserve"> basically,</w:t>
      </w:r>
      <w:r>
        <w:rPr>
          <w:color w:val="000000"/>
        </w:rPr>
        <w:t xml:space="preserve"> um,</w:t>
      </w:r>
      <w:r>
        <w:rPr>
          <w:color w:val="000000"/>
        </w:rPr>
        <w:t xml:space="preserve"> with</w:t>
      </w:r>
      <w:r>
        <w:rPr>
          <w:color w:val="000000"/>
        </w:rPr>
        <w:t xml:space="preserve"> this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finding.</w:t>
      </w:r>
    </w:p>
    <w:p>
      <w:r>
        <w:t xml:space="preserve">[00:33:48] Speaker 1: </w:t>
      </w:r>
      <w:r>
        <w:rPr>
          <w:color w:val="000000"/>
        </w:rPr>
        <w:t>Should</w:t>
      </w:r>
      <w:r>
        <w:rPr>
          <w:color w:val="000000"/>
        </w:rPr>
        <w:t xml:space="preserve"> this</w:t>
      </w:r>
      <w:r>
        <w:rPr>
          <w:color w:val="000000"/>
        </w:rPr>
        <w:t xml:space="preserve"> process</w:t>
      </w:r>
      <w:r>
        <w:rPr>
          <w:color w:val="000000"/>
        </w:rPr>
        <w:t xml:space="preserve"> not</w:t>
      </w:r>
      <w:r>
        <w:rPr>
          <w:color w:val="000000"/>
        </w:rPr>
        <w:t xml:space="preserve"> have</w:t>
      </w:r>
      <w:r>
        <w:rPr>
          <w:highlight w:val="yellow"/>
        </w:rPr>
        <w:t xml:space="preserve"> Occurred</w:t>
      </w:r>
      <w:r>
        <w:rPr>
          <w:color w:val="000000"/>
        </w:rPr>
        <w:t xml:space="preserve"> even</w:t>
      </w:r>
      <w:r>
        <w:rPr>
          <w:color w:val="000000"/>
        </w:rPr>
        <w:t xml:space="preserve"> prior</w:t>
      </w:r>
      <w:r>
        <w:rPr>
          <w:color w:val="000000"/>
        </w:rPr>
        <w:t xml:space="preserve"> to</w:t>
      </w:r>
      <w:r>
        <w:rPr>
          <w:color w:val="000000"/>
        </w:rPr>
        <w:t xml:space="preserve"> our</w:t>
      </w:r>
      <w:r>
        <w:rPr>
          <w:color w:val="000000"/>
        </w:rPr>
        <w:t xml:space="preserve"> study</w:t>
      </w:r>
      <w:r>
        <w:rPr>
          <w:color w:val="000000"/>
        </w:rPr>
        <w:t xml:space="preserve"> period.</w:t>
      </w:r>
      <w:r>
        <w:rPr>
          <w:color w:val="000000"/>
        </w:rPr>
        <w:t xml:space="preserve"> So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19th</w:t>
      </w:r>
    </w:p>
    <w:p>
      <w:r>
        <w:t xml:space="preserve">[00:33:56] Speaker 4: </w:t>
      </w:r>
      <w:r>
        <w:rPr>
          <w:color w:val="000000"/>
        </w:rPr>
        <w:t>century.</w:t>
      </w:r>
      <w:r>
        <w:rPr>
          <w:color w:val="000000"/>
        </w:rPr>
        <w:t xml:space="preserve"> There's</w:t>
      </w:r>
      <w:r>
        <w:rPr>
          <w:color w:val="000000"/>
        </w:rPr>
        <w:t xml:space="preserve"> no</w:t>
      </w:r>
      <w:r>
        <w:rPr>
          <w:color w:val="000000"/>
        </w:rPr>
        <w:t xml:space="preserve"> reason</w:t>
      </w:r>
      <w:r>
        <w:rPr>
          <w:color w:val="000000"/>
        </w:rPr>
        <w:t xml:space="preserve"> to</w:t>
      </w:r>
      <w:r>
        <w:rPr>
          <w:color w:val="000000"/>
        </w:rPr>
        <w:t xml:space="preserve"> suggest.</w:t>
      </w:r>
      <w:r>
        <w:rPr>
          <w:color w:val="000000"/>
        </w:rPr>
        <w:t xml:space="preserve"> That</w:t>
      </w:r>
      <w:r>
        <w:rPr>
          <w:color w:val="000000"/>
        </w:rPr>
        <w:t xml:space="preserve"> this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thing</w:t>
      </w:r>
      <w:r>
        <w:rPr>
          <w:color w:val="000000"/>
        </w:rPr>
        <w:t xml:space="preserve"> hasn't</w:t>
      </w:r>
      <w:r>
        <w:rPr>
          <w:color w:val="000000"/>
        </w:rPr>
        <w:t xml:space="preserve"> already</w:t>
      </w:r>
      <w:r>
        <w:rPr>
          <w:color w:val="000000"/>
        </w:rPr>
        <w:t xml:space="preserve"> been</w:t>
      </w:r>
      <w:r>
        <w:rPr>
          <w:color w:val="000000"/>
        </w:rPr>
        <w:t xml:space="preserve"> happening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long</w:t>
      </w:r>
      <w:r>
        <w:rPr>
          <w:color w:val="000000"/>
        </w:rPr>
        <w:t xml:space="preserve"> time,</w:t>
      </w:r>
      <w:r>
        <w:rPr>
          <w:color w:val="000000"/>
        </w:rPr>
        <w:t xml:space="preserve"> but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</w:t>
      </w:r>
      <w:r>
        <w:rPr>
          <w:color w:val="000000"/>
        </w:rPr>
        <w:t xml:space="preserve"> it's,</w:t>
      </w:r>
      <w:r>
        <w:rPr>
          <w:color w:val="000000"/>
        </w:rPr>
        <w:t xml:space="preserve"> it's</w:t>
      </w:r>
      <w:r>
        <w:rPr>
          <w:color w:val="000000"/>
        </w:rPr>
        <w:t xml:space="preserve"> partisan</w:t>
      </w:r>
      <w:r>
        <w:rPr>
          <w:color w:val="000000"/>
        </w:rPr>
        <w:t xml:space="preserve"> elites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generally</w:t>
      </w:r>
      <w:r>
        <w:rPr>
          <w:color w:val="000000"/>
        </w:rPr>
        <w:t xml:space="preserve"> the</w:t>
      </w:r>
      <w:r>
        <w:rPr>
          <w:color w:val="000000"/>
        </w:rPr>
        <w:t xml:space="preserve"> drivers</w:t>
      </w:r>
      <w:r>
        <w:rPr>
          <w:color w:val="000000"/>
        </w:rPr>
        <w:t xml:space="preserve"> of</w:t>
      </w:r>
      <w:r>
        <w:rPr>
          <w:color w:val="000000"/>
        </w:rPr>
        <w:t xml:space="preserve"> mainstream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public,</w:t>
      </w:r>
      <w:r>
        <w:rPr>
          <w:color w:val="000000"/>
        </w:rPr>
        <w:t xml:space="preserve"> and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what</w:t>
      </w:r>
      <w:r>
        <w:rPr>
          <w:color w:val="000000"/>
        </w:rPr>
        <w:t xml:space="preserve"> we've</w:t>
      </w:r>
      <w:r>
        <w:rPr>
          <w:color w:val="000000"/>
        </w:rPr>
        <w:t xml:space="preserve"> been</w:t>
      </w:r>
      <w:r>
        <w:rPr>
          <w:color w:val="000000"/>
        </w:rPr>
        <w:t xml:space="preserve"> seeing</w:t>
      </w:r>
      <w:r>
        <w:rPr>
          <w:color w:val="000000"/>
        </w:rPr>
        <w:t xml:space="preserve"> in</w:t>
      </w:r>
      <w:r>
        <w:rPr>
          <w:color w:val="000000"/>
        </w:rPr>
        <w:t xml:space="preserve"> terms</w:t>
      </w:r>
      <w:r>
        <w:rPr>
          <w:color w:val="000000"/>
        </w:rPr>
        <w:t xml:space="preserve"> of</w:t>
      </w:r>
      <w:r>
        <w:rPr>
          <w:highlight w:val="yellow"/>
        </w:rPr>
        <w:t xml:space="preserve"> effective</w:t>
      </w:r>
      <w:r>
        <w:rPr>
          <w:color w:val="000000"/>
        </w:rPr>
        <w:t xml:space="preserve"> polarization,</w:t>
      </w:r>
      <w:r>
        <w:rPr>
          <w:color w:val="000000"/>
        </w:rPr>
        <w:t xml:space="preserve"> the</w:t>
      </w:r>
      <w:r>
        <w:rPr>
          <w:color w:val="000000"/>
        </w:rPr>
        <w:t xml:space="preserve"> fact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simply</w:t>
      </w:r>
      <w:r>
        <w:rPr>
          <w:color w:val="000000"/>
        </w:rPr>
        <w:t xml:space="preserve"> don't</w:t>
      </w:r>
      <w:r>
        <w:rPr>
          <w:color w:val="000000"/>
        </w:rPr>
        <w:t xml:space="preserve"> like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</w:t>
      </w:r>
      <w:r>
        <w:rPr>
          <w:color w:val="000000"/>
        </w:rPr>
        <w:t xml:space="preserve"> as</w:t>
      </w:r>
      <w:r>
        <w:rPr>
          <w:color w:val="000000"/>
        </w:rPr>
        <w:t xml:space="preserve"> much</w:t>
      </w:r>
      <w:r>
        <w:rPr>
          <w:color w:val="000000"/>
        </w:rPr>
        <w:t xml:space="preserve"> anymore,</w:t>
      </w:r>
      <w:r>
        <w:rPr>
          <w:highlight w:val="yellow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partisan</w:t>
      </w:r>
      <w:r>
        <w:rPr>
          <w:color w:val="000000"/>
        </w:rPr>
        <w:t xml:space="preserve"> groups</w:t>
      </w:r>
      <w:r>
        <w:rPr>
          <w:color w:val="000000"/>
        </w:rPr>
        <w:t xml:space="preserve"> are</w:t>
      </w:r>
      <w:r>
        <w:rPr>
          <w:color w:val="000000"/>
        </w:rPr>
        <w:t xml:space="preserve"> not</w:t>
      </w:r>
      <w:r>
        <w:rPr>
          <w:color w:val="000000"/>
        </w:rPr>
        <w:t xml:space="preserve"> very</w:t>
      </w:r>
      <w:r>
        <w:rPr>
          <w:color w:val="000000"/>
        </w:rPr>
        <w:t xml:space="preserve"> uh</w:t>
      </w:r>
      <w:r>
        <w:rPr>
          <w:color w:val="000000"/>
        </w:rPr>
        <w:t xml:space="preserve"> pleased</w:t>
      </w:r>
      <w:r>
        <w:rPr>
          <w:color w:val="000000"/>
        </w:rPr>
        <w:t xml:space="preserve"> with</w:t>
      </w:r>
      <w:r>
        <w:rPr>
          <w:color w:val="000000"/>
        </w:rPr>
        <w:t xml:space="preserve"> one</w:t>
      </w:r>
      <w:r>
        <w:rPr>
          <w:color w:val="000000"/>
        </w:rPr>
        <w:t xml:space="preserve"> another.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we</w:t>
      </w:r>
      <w:r>
        <w:rPr>
          <w:color w:val="000000"/>
        </w:rPr>
        <w:t xml:space="preserve"> still</w:t>
      </w:r>
      <w:r>
        <w:rPr>
          <w:color w:val="000000"/>
        </w:rPr>
        <w:t xml:space="preserve"> don't</w:t>
      </w:r>
      <w:r>
        <w:rPr>
          <w:color w:val="000000"/>
        </w:rPr>
        <w:t xml:space="preserve"> see</w:t>
      </w:r>
      <w:r>
        <w:rPr>
          <w:color w:val="000000"/>
        </w:rPr>
        <w:t xml:space="preserve"> widespread,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mass,</w:t>
      </w:r>
      <w:r>
        <w:rPr>
          <w:color w:val="000000"/>
        </w:rPr>
        <w:t xml:space="preserve"> um,</w:t>
      </w:r>
      <w:r>
        <w:rPr>
          <w:color w:val="000000"/>
        </w:rPr>
        <w:t xml:space="preserve"> ideological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electorate.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that's</w:t>
      </w:r>
      <w:r>
        <w:rPr>
          <w:color w:val="000000"/>
        </w:rPr>
        <w:t xml:space="preserve"> still</w:t>
      </w:r>
      <w:r>
        <w:rPr>
          <w:color w:val="000000"/>
        </w:rPr>
        <w:t xml:space="preserve"> not</w:t>
      </w:r>
      <w:r>
        <w:rPr>
          <w:color w:val="000000"/>
        </w:rPr>
        <w:t xml:space="preserve"> something</w:t>
      </w:r>
      <w:r>
        <w:rPr>
          <w:color w:val="000000"/>
        </w:rPr>
        <w:t xml:space="preserve"> that</w:t>
      </w:r>
      <w:r>
        <w:rPr>
          <w:color w:val="000000"/>
        </w:rPr>
        <w:t xml:space="preserve"> we're</w:t>
      </w:r>
      <w:r>
        <w:rPr>
          <w:color w:val="000000"/>
        </w:rPr>
        <w:t xml:space="preserve"> seeing</w:t>
      </w:r>
      <w:r>
        <w:rPr>
          <w:color w:val="000000"/>
        </w:rPr>
        <w:t xml:space="preserve"> to</w:t>
      </w:r>
      <w:r>
        <w:rPr>
          <w:color w:val="000000"/>
        </w:rPr>
        <w:t xml:space="preserve"> a</w:t>
      </w:r>
      <w:r>
        <w:rPr>
          <w:color w:val="000000"/>
        </w:rPr>
        <w:t xml:space="preserve"> huge</w:t>
      </w:r>
      <w:r>
        <w:rPr>
          <w:color w:val="000000"/>
        </w:rPr>
        <w:t xml:space="preserve"> degree.</w:t>
      </w:r>
      <w:r>
        <w:rPr>
          <w:color w:val="000000"/>
        </w:rPr>
        <w:t xml:space="preserve"> Um,</w:t>
      </w:r>
      <w:r>
        <w:rPr>
          <w:color w:val="000000"/>
        </w:rPr>
        <w:t xml:space="preserve"> now,</w:t>
      </w:r>
      <w:r>
        <w:rPr>
          <w:color w:val="000000"/>
        </w:rPr>
        <w:t xml:space="preserve"> could</w:t>
      </w:r>
      <w:r>
        <w:rPr>
          <w:color w:val="000000"/>
        </w:rPr>
        <w:t xml:space="preserve"> it</w:t>
      </w:r>
      <w:r>
        <w:rPr>
          <w:color w:val="000000"/>
        </w:rPr>
        <w:t xml:space="preserve"> be,</w:t>
      </w:r>
      <w:r>
        <w:rPr>
          <w:color w:val="000000"/>
        </w:rPr>
        <w:t xml:space="preserve"> uh,</w:t>
      </w:r>
      <w:r>
        <w:rPr>
          <w:color w:val="000000"/>
        </w:rPr>
        <w:t xml:space="preserve"> growing?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that's,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an</w:t>
      </w:r>
      <w:r>
        <w:rPr>
          <w:color w:val="000000"/>
        </w:rPr>
        <w:t xml:space="preserve"> argument</w:t>
      </w:r>
      <w:r>
        <w:rPr>
          <w:color w:val="000000"/>
        </w:rPr>
        <w:t xml:space="preserve"> for</w:t>
      </w:r>
      <w:r>
        <w:rPr>
          <w:color w:val="000000"/>
        </w:rPr>
        <w:t xml:space="preserve"> scholars</w:t>
      </w:r>
      <w:r>
        <w:rPr>
          <w:color w:val="000000"/>
        </w:rPr>
        <w:t xml:space="preserve"> of</w:t>
      </w:r>
      <w:r>
        <w:rPr>
          <w:color w:val="000000"/>
        </w:rPr>
        <w:t xml:space="preserve"> polarization,</w:t>
      </w:r>
      <w:r>
        <w:rPr>
          <w:color w:val="000000"/>
        </w:rPr>
        <w:t xml:space="preserve"> uh,</w:t>
      </w:r>
      <w:r>
        <w:rPr>
          <w:color w:val="000000"/>
        </w:rPr>
        <w:t xml:space="preserve"> and,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maybe</w:t>
      </w:r>
      <w:r>
        <w:rPr>
          <w:color w:val="000000"/>
        </w:rPr>
        <w:t xml:space="preserve"> as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overconfidence,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continues,</w:t>
      </w:r>
      <w:r>
        <w:rPr>
          <w:color w:val="000000"/>
        </w:rPr>
        <w:t xml:space="preserve"> and</w:t>
      </w:r>
      <w:r>
        <w:rPr>
          <w:color w:val="000000"/>
        </w:rPr>
        <w:t xml:space="preserve"> again,</w:t>
      </w:r>
      <w:r>
        <w:rPr>
          <w:color w:val="000000"/>
        </w:rPr>
        <w:t xml:space="preserve"> I</w:t>
      </w:r>
      <w:r>
        <w:rPr>
          <w:color w:val="000000"/>
        </w:rPr>
        <w:t xml:space="preserve"> can't</w:t>
      </w:r>
      <w:r>
        <w:rPr>
          <w:color w:val="000000"/>
        </w:rPr>
        <w:t xml:space="preserve"> say</w:t>
      </w:r>
      <w:r>
        <w:rPr>
          <w:color w:val="000000"/>
        </w:rPr>
        <w:t xml:space="preserve"> that</w:t>
      </w:r>
      <w:r>
        <w:rPr>
          <w:color w:val="000000"/>
        </w:rPr>
        <w:t xml:space="preserve"> it's</w:t>
      </w:r>
      <w:r>
        <w:rPr>
          <w:color w:val="000000"/>
        </w:rPr>
        <w:t xml:space="preserve"> increasing</w:t>
      </w:r>
      <w:r>
        <w:rPr>
          <w:color w:val="000000"/>
        </w:rPr>
        <w:t xml:space="preserve"> or</w:t>
      </w:r>
      <w:r>
        <w:rPr>
          <w:color w:val="000000"/>
        </w:rPr>
        <w:t xml:space="preserve"> not.</w:t>
      </w:r>
      <w:r>
        <w:rPr>
          <w:color w:val="000000"/>
        </w:rPr>
        <w:t xml:space="preserve"> It</w:t>
      </w:r>
      <w:r>
        <w:rPr>
          <w:color w:val="000000"/>
        </w:rPr>
        <w:t xml:space="preserve"> may</w:t>
      </w:r>
      <w:r>
        <w:rPr>
          <w:color w:val="000000"/>
        </w:rPr>
        <w:t xml:space="preserve"> have</w:t>
      </w:r>
      <w:r>
        <w:rPr>
          <w:color w:val="000000"/>
        </w:rPr>
        <w:t xml:space="preserve"> been</w:t>
      </w:r>
      <w:r>
        <w:rPr>
          <w:color w:val="000000"/>
        </w:rPr>
        <w:t xml:space="preserve"> always</w:t>
      </w:r>
      <w:r>
        <w:rPr>
          <w:color w:val="000000"/>
        </w:rPr>
        <w:t xml:space="preserve"> a</w:t>
      </w:r>
      <w:r>
        <w:rPr>
          <w:color w:val="000000"/>
        </w:rPr>
        <w:t xml:space="preserve"> feature</w:t>
      </w:r>
      <w:r>
        <w:rPr>
          <w:color w:val="000000"/>
        </w:rPr>
        <w:t xml:space="preserve"> of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environment,</w:t>
      </w:r>
      <w:r>
        <w:rPr>
          <w:color w:val="000000"/>
        </w:rPr>
        <w:t xml:space="preserve"> but</w:t>
      </w:r>
      <w:r>
        <w:rPr>
          <w:color w:val="000000"/>
        </w:rPr>
        <w:t xml:space="preserve"> if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increasing,</w:t>
      </w:r>
      <w:r>
        <w:rPr>
          <w:color w:val="000000"/>
        </w:rPr>
        <w:t xml:space="preserve"> then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see</w:t>
      </w:r>
      <w:r>
        <w:rPr>
          <w:color w:val="000000"/>
        </w:rPr>
        <w:t xml:space="preserve"> again</w:t>
      </w:r>
      <w:r>
        <w:rPr>
          <w:color w:val="000000"/>
        </w:rPr>
        <w:t xml:space="preserve"> that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mass</w:t>
      </w:r>
      <w:r>
        <w:rPr>
          <w:color w:val="000000"/>
        </w:rPr>
        <w:t xml:space="preserve"> ideological</w:t>
      </w:r>
      <w:r>
        <w:rPr>
          <w:color w:val="000000"/>
        </w:rPr>
        <w:t xml:space="preserve"> position</w:t>
      </w:r>
      <w:r>
        <w:rPr>
          <w:color w:val="000000"/>
        </w:rPr>
        <w:t xml:space="preserve"> taking</w:t>
      </w:r>
      <w:r>
        <w:rPr>
          <w:color w:val="000000"/>
        </w:rPr>
        <w:t xml:space="preserve"> increase.</w:t>
      </w:r>
      <w:r>
        <w:rPr>
          <w:color w:val="000000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yeah,</w:t>
      </w:r>
      <w:r>
        <w:rPr>
          <w:color w:val="000000"/>
        </w:rPr>
        <w:t xml:space="preserve"> it,</w:t>
      </w:r>
      <w:r>
        <w:rPr>
          <w:highlight w:val="yellow"/>
        </w:rPr>
        <w:t xml:space="preserve"> it,</w:t>
      </w:r>
      <w:r>
        <w:rPr>
          <w:color w:val="000000"/>
        </w:rPr>
        <w:t xml:space="preserve"> it's</w:t>
      </w:r>
      <w:r>
        <w:rPr>
          <w:color w:val="000000"/>
        </w:rPr>
        <w:t xml:space="preserve"> down</w:t>
      </w:r>
      <w:r>
        <w:rPr>
          <w:color w:val="000000"/>
        </w:rPr>
        <w:t xml:space="preserve"> to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elites</w:t>
      </w:r>
      <w:r>
        <w:rPr>
          <w:color w:val="000000"/>
        </w:rPr>
        <w:t xml:space="preserve"> as</w:t>
      </w:r>
      <w:r>
        <w:rPr>
          <w:color w:val="000000"/>
        </w:rPr>
        <w:t xml:space="preserve"> well.</w:t>
      </w:r>
      <w:r>
        <w:rPr>
          <w:highlight w:val="yellow"/>
        </w:rPr>
        <w:t xml:space="preserve"> It's</w:t>
      </w:r>
      <w:r>
        <w:rPr>
          <w:highlight w:val="yellow"/>
        </w:rPr>
        <w:t xml:space="preserve"> a</w:t>
      </w:r>
      <w:r>
        <w:rPr>
          <w:color w:val="000000"/>
        </w:rPr>
        <w:t xml:space="preserve"> signal</w:t>
      </w:r>
      <w:r>
        <w:rPr>
          <w:color w:val="000000"/>
        </w:rPr>
        <w:t xml:space="preserve"> to,</w:t>
      </w:r>
      <w:r>
        <w:rPr>
          <w:color w:val="000000"/>
        </w:rPr>
        <w:t xml:space="preserve"> um,</w:t>
      </w:r>
      <w:r>
        <w:rPr>
          <w:color w:val="000000"/>
        </w:rPr>
        <w:t xml:space="preserve"> to</w:t>
      </w:r>
      <w:r>
        <w:rPr>
          <w:color w:val="000000"/>
        </w:rPr>
        <w:t xml:space="preserve"> citizens</w:t>
      </w:r>
      <w:r>
        <w:rPr>
          <w:color w:val="000000"/>
        </w:rPr>
        <w:t xml:space="preserve"> what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positions</w:t>
      </w:r>
      <w:r>
        <w:rPr>
          <w:color w:val="000000"/>
        </w:rPr>
        <w:t xml:space="preserve"> they</w:t>
      </w:r>
      <w:r>
        <w:rPr>
          <w:color w:val="000000"/>
        </w:rPr>
        <w:t xml:space="preserve"> should</w:t>
      </w:r>
      <w:r>
        <w:rPr>
          <w:color w:val="000000"/>
        </w:rPr>
        <w:t xml:space="preserve"> take</w:t>
      </w:r>
      <w:r>
        <w:rPr>
          <w:color w:val="000000"/>
        </w:rPr>
        <w:t xml:space="preserve"> as</w:t>
      </w:r>
      <w:r>
        <w:rPr>
          <w:color w:val="000000"/>
        </w:rPr>
        <w:t xml:space="preserve"> well,</w:t>
      </w:r>
      <w:r>
        <w:rPr>
          <w:color w:val="000000"/>
        </w:rPr>
        <w:t xml:space="preserve"> because,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if,</w:t>
      </w:r>
      <w:r>
        <w:rPr>
          <w:color w:val="000000"/>
        </w:rPr>
        <w:t xml:space="preserve"> if</w:t>
      </w:r>
      <w:r>
        <w:rPr>
          <w:color w:val="000000"/>
        </w:rPr>
        <w:t xml:space="preserve"> we've</w:t>
      </w:r>
      <w:r>
        <w:rPr>
          <w:color w:val="000000"/>
        </w:rPr>
        <w:t xml:space="preserve"> got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have</w:t>
      </w:r>
      <w:r>
        <w:rPr>
          <w:color w:val="000000"/>
        </w:rPr>
        <w:t xml:space="preserve"> low</w:t>
      </w:r>
      <w:r>
        <w:rPr>
          <w:color w:val="000000"/>
        </w:rPr>
        <w:t xml:space="preserve"> awareness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and</w:t>
      </w:r>
      <w:r>
        <w:rPr>
          <w:color w:val="000000"/>
        </w:rPr>
        <w:t xml:space="preserve"> they</w:t>
      </w:r>
      <w:r>
        <w:rPr>
          <w:color w:val="000000"/>
        </w:rPr>
        <w:t xml:space="preserve"> do</w:t>
      </w:r>
      <w:r>
        <w:rPr>
          <w:color w:val="000000"/>
        </w:rPr>
        <w:t xml:space="preserve"> happen</w:t>
      </w:r>
      <w:r>
        <w:rPr>
          <w:color w:val="000000"/>
        </w:rPr>
        <w:t xml:space="preserve"> to</w:t>
      </w:r>
      <w:r>
        <w:rPr>
          <w:color w:val="000000"/>
        </w:rPr>
        <w:t xml:space="preserve"> poke</w:t>
      </w:r>
      <w:r>
        <w:rPr>
          <w:color w:val="000000"/>
        </w:rPr>
        <w:t xml:space="preserve"> their</w:t>
      </w:r>
      <w:r>
        <w:rPr>
          <w:color w:val="000000"/>
        </w:rPr>
        <w:t xml:space="preserve"> heads</w:t>
      </w:r>
      <w:r>
        <w:rPr>
          <w:color w:val="000000"/>
        </w:rPr>
        <w:t xml:space="preserve"> up</w:t>
      </w:r>
      <w:r>
        <w:rPr>
          <w:color w:val="000000"/>
        </w:rPr>
        <w:t xml:space="preserve"> every</w:t>
      </w:r>
      <w:r>
        <w:rPr>
          <w:color w:val="000000"/>
        </w:rPr>
        <w:t xml:space="preserve"> once</w:t>
      </w:r>
      <w:r>
        <w:rPr>
          <w:color w:val="000000"/>
        </w:rPr>
        <w:t xml:space="preserve"> in</w:t>
      </w:r>
      <w:r>
        <w:rPr>
          <w:color w:val="000000"/>
        </w:rPr>
        <w:t xml:space="preserve"> a</w:t>
      </w:r>
      <w:r>
        <w:rPr>
          <w:color w:val="000000"/>
        </w:rPr>
        <w:t xml:space="preserve"> while,</w:t>
      </w:r>
      <w:r>
        <w:rPr>
          <w:color w:val="000000"/>
        </w:rPr>
        <w:t xml:space="preserve"> and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look</w:t>
      </w:r>
      <w:r>
        <w:rPr>
          <w:color w:val="000000"/>
        </w:rPr>
        <w:t xml:space="preserve"> around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space,</w:t>
      </w:r>
      <w:r>
        <w:rPr>
          <w:color w:val="000000"/>
        </w:rPr>
        <w:t xml:space="preserve"> and</w:t>
      </w:r>
      <w:r>
        <w:rPr>
          <w:color w:val="000000"/>
        </w:rPr>
        <w:t xml:space="preserve"> they</w:t>
      </w:r>
      <w:r>
        <w:rPr>
          <w:color w:val="000000"/>
        </w:rPr>
        <w:t xml:space="preserve"> see</w:t>
      </w:r>
      <w:r>
        <w:rPr>
          <w:color w:val="000000"/>
        </w:rPr>
        <w:t xml:space="preserve"> these</w:t>
      </w:r>
      <w:r>
        <w:rPr>
          <w:color w:val="000000"/>
        </w:rPr>
        <w:t xml:space="preserve"> extreme</w:t>
      </w:r>
      <w:r>
        <w:rPr>
          <w:color w:val="000000"/>
        </w:rPr>
        <w:t xml:space="preserve"> positions</w:t>
      </w:r>
      <w:r>
        <w:rPr>
          <w:color w:val="000000"/>
        </w:rPr>
        <w:t xml:space="preserve"> being</w:t>
      </w:r>
      <w:r>
        <w:rPr>
          <w:color w:val="000000"/>
        </w:rPr>
        <w:t xml:space="preserve"> talked</w:t>
      </w:r>
      <w:r>
        <w:rPr>
          <w:color w:val="000000"/>
        </w:rPr>
        <w:t xml:space="preserve"> about,</w:t>
      </w:r>
      <w:r>
        <w:rPr>
          <w:color w:val="000000"/>
        </w:rPr>
        <w:t xml:space="preserve"> um,</w:t>
      </w:r>
      <w:r>
        <w:rPr>
          <w:color w:val="000000"/>
        </w:rPr>
        <w:t xml:space="preserve"> they</w:t>
      </w:r>
      <w:r>
        <w:rPr>
          <w:color w:val="000000"/>
        </w:rPr>
        <w:t xml:space="preserve"> might</w:t>
      </w:r>
      <w:r>
        <w:rPr>
          <w:color w:val="000000"/>
        </w:rPr>
        <w:t xml:space="preserve"> say,</w:t>
      </w:r>
      <w:r>
        <w:rPr>
          <w:color w:val="000000"/>
        </w:rPr>
        <w:t xml:space="preserve"> oh,</w:t>
      </w:r>
      <w:r>
        <w:rPr>
          <w:color w:val="000000"/>
        </w:rPr>
        <w:t xml:space="preserve"> I've</w:t>
      </w:r>
      <w:r>
        <w:rPr>
          <w:color w:val="000000"/>
        </w:rPr>
        <w:t xml:space="preserve"> learned</w:t>
      </w:r>
      <w:r>
        <w:rPr>
          <w:color w:val="000000"/>
        </w:rPr>
        <w:t xml:space="preserve"> all</w:t>
      </w:r>
      <w:r>
        <w:rPr>
          <w:color w:val="000000"/>
        </w:rPr>
        <w:t xml:space="preserve"> I</w:t>
      </w:r>
      <w:r>
        <w:rPr>
          <w:color w:val="000000"/>
        </w:rPr>
        <w:t xml:space="preserve"> need</w:t>
      </w:r>
      <w:r>
        <w:rPr>
          <w:color w:val="000000"/>
        </w:rPr>
        <w:t xml:space="preserve"> to</w:t>
      </w:r>
      <w:r>
        <w:rPr>
          <w:color w:val="000000"/>
        </w:rPr>
        <w:t xml:space="preserve"> know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today.</w:t>
      </w:r>
      <w:r>
        <w:rPr>
          <w:highlight w:val="yellow"/>
        </w:rPr>
        <w:t xml:space="preserve"> These,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two</w:t>
      </w:r>
      <w:r>
        <w:rPr>
          <w:color w:val="000000"/>
        </w:rPr>
        <w:t xml:space="preserve"> or</w:t>
      </w:r>
      <w:r>
        <w:rPr>
          <w:color w:val="000000"/>
        </w:rPr>
        <w:t xml:space="preserve"> three</w:t>
      </w:r>
      <w:r>
        <w:rPr>
          <w:color w:val="000000"/>
        </w:rPr>
        <w:t xml:space="preserve"> extreme</w:t>
      </w:r>
      <w:r>
        <w:rPr>
          <w:color w:val="000000"/>
        </w:rPr>
        <w:t xml:space="preserve"> statements.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run</w:t>
      </w:r>
      <w:r>
        <w:rPr>
          <w:color w:val="000000"/>
        </w:rPr>
        <w:t xml:space="preserve"> with</w:t>
      </w:r>
      <w:r>
        <w:rPr>
          <w:color w:val="000000"/>
        </w:rPr>
        <w:t xml:space="preserve"> that</w:t>
      </w:r>
      <w:r>
        <w:rPr>
          <w:color w:val="000000"/>
        </w:rPr>
        <w:t xml:space="preserve"> and</w:t>
      </w:r>
      <w:r>
        <w:rPr>
          <w:color w:val="000000"/>
        </w:rPr>
        <w:t xml:space="preserve"> extrapolate</w:t>
      </w:r>
      <w:r>
        <w:rPr>
          <w:color w:val="000000"/>
        </w:rPr>
        <w:t xml:space="preserve"> from</w:t>
      </w:r>
      <w:r>
        <w:rPr>
          <w:color w:val="000000"/>
        </w:rPr>
        <w:t xml:space="preserve"> that</w:t>
      </w:r>
      <w:r>
        <w:rPr>
          <w:color w:val="000000"/>
        </w:rPr>
        <w:t xml:space="preserve"> to,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build</w:t>
      </w:r>
      <w:r>
        <w:rPr>
          <w:color w:val="000000"/>
        </w:rPr>
        <w:t xml:space="preserve"> an</w:t>
      </w:r>
      <w:r>
        <w:rPr>
          <w:color w:val="000000"/>
        </w:rPr>
        <w:t xml:space="preserve"> entire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stance.</w:t>
      </w:r>
      <w:r>
        <w:rPr>
          <w:color w:val="000000"/>
        </w:rPr>
        <w:t xml:space="preserve"> But</w:t>
      </w:r>
      <w:r>
        <w:rPr>
          <w:color w:val="000000"/>
        </w:rPr>
        <w:t xml:space="preserve"> there</w:t>
      </w:r>
    </w:p>
    <w:p>
      <w:r>
        <w:t xml:space="preserve">[00:35:27] Speaker 1: </w:t>
      </w:r>
      <w:r>
        <w:rPr>
          <w:color w:val="000000"/>
        </w:rPr>
        <w:t>is</w:t>
      </w:r>
      <w:r>
        <w:rPr>
          <w:color w:val="000000"/>
        </w:rPr>
        <w:t xml:space="preserve"> good</w:t>
      </w:r>
      <w:r>
        <w:rPr>
          <w:color w:val="000000"/>
        </w:rPr>
        <w:t xml:space="preserve"> reason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do</w:t>
      </w:r>
      <w:r>
        <w:rPr>
          <w:color w:val="000000"/>
        </w:rPr>
        <w:t xml:space="preserve"> in</w:t>
      </w:r>
      <w:r>
        <w:rPr>
          <w:color w:val="000000"/>
        </w:rPr>
        <w:t xml:space="preserve"> fact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politics.</w:t>
      </w:r>
    </w:p>
    <w:p>
      <w:r>
        <w:t xml:space="preserve">[00:35:30] Speaker 4: </w:t>
      </w:r>
      <w:r>
        <w:rPr>
          <w:highlight w:val="yellow"/>
        </w:rPr>
        <w:t>Perhaps,</w:t>
      </w:r>
      <w:r>
        <w:rPr>
          <w:color w:val="000000"/>
        </w:rPr>
        <w:t xml:space="preserve"> perhaps.</w:t>
      </w:r>
      <w:r>
        <w:rPr>
          <w:color w:val="000000"/>
        </w:rPr>
        <w:t xml:space="preserve"> Yeah,</w:t>
      </w:r>
      <w:r>
        <w:rPr>
          <w:color w:val="000000"/>
        </w:rPr>
        <w:t xml:space="preserve"> I</w:t>
      </w:r>
      <w:r>
        <w:rPr>
          <w:color w:val="000000"/>
        </w:rPr>
        <w:t xml:space="preserve"> mean</w:t>
      </w:r>
      <w:r>
        <w:rPr>
          <w:color w:val="000000"/>
        </w:rPr>
        <w:t xml:space="preserve"> that's</w:t>
      </w:r>
      <w:r>
        <w:rPr>
          <w:color w:val="000000"/>
        </w:rPr>
        <w:t xml:space="preserve"> that's,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that's</w:t>
      </w:r>
      <w:r>
        <w:rPr>
          <w:color w:val="000000"/>
        </w:rPr>
        <w:t xml:space="preserve"> also</w:t>
      </w:r>
      <w:r>
        <w:rPr>
          <w:color w:val="000000"/>
        </w:rPr>
        <w:t xml:space="preserve"> an</w:t>
      </w:r>
      <w:r>
        <w:rPr>
          <w:color w:val="000000"/>
        </w:rPr>
        <w:t xml:space="preserve"> interesting</w:t>
      </w:r>
      <w:r>
        <w:rPr>
          <w:color w:val="000000"/>
        </w:rPr>
        <w:t xml:space="preserve"> angle</w:t>
      </w:r>
      <w:r>
        <w:rPr>
          <w:color w:val="000000"/>
        </w:rPr>
        <w:t xml:space="preserve"> to</w:t>
      </w:r>
      <w:r>
        <w:rPr>
          <w:color w:val="000000"/>
        </w:rPr>
        <w:t xml:space="preserve"> this,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was</w:t>
      </w:r>
      <w:r>
        <w:rPr>
          <w:color w:val="000000"/>
        </w:rPr>
        <w:t xml:space="preserve"> thinking</w:t>
      </w:r>
      <w:r>
        <w:rPr>
          <w:color w:val="000000"/>
        </w:rPr>
        <w:t xml:space="preserve"> about</w:t>
      </w:r>
      <w:r>
        <w:rPr>
          <w:color w:val="000000"/>
        </w:rPr>
        <w:t xml:space="preserve"> this</w:t>
      </w:r>
      <w:r>
        <w:rPr>
          <w:color w:val="000000"/>
        </w:rPr>
        <w:t xml:space="preserve"> as</w:t>
      </w:r>
      <w:r>
        <w:rPr>
          <w:color w:val="000000"/>
        </w:rPr>
        <w:t xml:space="preserve"> I,</w:t>
      </w:r>
      <w:r>
        <w:rPr>
          <w:color w:val="000000"/>
        </w:rPr>
        <w:t xml:space="preserve"> I,</w:t>
      </w:r>
      <w:r>
        <w:rPr>
          <w:color w:val="000000"/>
        </w:rPr>
        <w:t xml:space="preserve"> um,</w:t>
      </w:r>
      <w:r>
        <w:rPr>
          <w:color w:val="000000"/>
        </w:rPr>
        <w:t xml:space="preserve"> was</w:t>
      </w:r>
      <w:r>
        <w:rPr>
          <w:color w:val="000000"/>
        </w:rPr>
        <w:t xml:space="preserve"> getting</w:t>
      </w:r>
      <w:r>
        <w:rPr>
          <w:color w:val="000000"/>
        </w:rPr>
        <w:t xml:space="preserve"> ready</w:t>
      </w:r>
      <w:r>
        <w:rPr>
          <w:color w:val="000000"/>
        </w:rPr>
        <w:t xml:space="preserve"> to</w:t>
      </w:r>
      <w:r>
        <w:rPr>
          <w:color w:val="000000"/>
        </w:rPr>
        <w:t xml:space="preserve"> to</w:t>
      </w:r>
      <w:r>
        <w:rPr>
          <w:color w:val="000000"/>
        </w:rPr>
        <w:t xml:space="preserve"> come</w:t>
      </w:r>
      <w:r>
        <w:rPr>
          <w:color w:val="000000"/>
        </w:rPr>
        <w:t xml:space="preserve"> talk</w:t>
      </w:r>
      <w:r>
        <w:rPr>
          <w:color w:val="000000"/>
        </w:rPr>
        <w:t xml:space="preserve"> to</w:t>
      </w:r>
      <w:r>
        <w:rPr>
          <w:color w:val="000000"/>
        </w:rPr>
        <w:t xml:space="preserve"> you</w:t>
      </w:r>
      <w:r>
        <w:rPr>
          <w:color w:val="000000"/>
        </w:rPr>
        <w:t xml:space="preserve"> today.</w:t>
      </w:r>
      <w:r>
        <w:rPr>
          <w:color w:val="000000"/>
        </w:rPr>
        <w:t xml:space="preserve"> Um,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there,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there's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two</w:t>
      </w:r>
      <w:r>
        <w:rPr>
          <w:color w:val="000000"/>
        </w:rPr>
        <w:t xml:space="preserve"> divides</w:t>
      </w:r>
      <w:r>
        <w:rPr>
          <w:color w:val="000000"/>
        </w:rPr>
        <w:t xml:space="preserve"> in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There's</w:t>
      </w:r>
      <w:r>
        <w:rPr>
          <w:color w:val="000000"/>
        </w:rPr>
        <w:t xml:space="preserve"> the</w:t>
      </w:r>
      <w:r>
        <w:rPr>
          <w:highlight w:val="yellow"/>
        </w:rPr>
        <w:t xml:space="preserve"> left-right</w:t>
      </w:r>
      <w:r>
        <w:rPr>
          <w:color w:val="000000"/>
        </w:rPr>
        <w:t xml:space="preserve"> divide,</w:t>
      </w:r>
      <w:r>
        <w:rPr>
          <w:color w:val="000000"/>
        </w:rPr>
        <w:t xml:space="preserve"> but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also</w:t>
      </w:r>
      <w:r>
        <w:rPr>
          <w:color w:val="000000"/>
        </w:rPr>
        <w:t xml:space="preserve"> the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highlight w:val="yellow"/>
        </w:rPr>
        <w:t xml:space="preserve"> on-off</w:t>
      </w:r>
      <w:r>
        <w:rPr>
          <w:color w:val="000000"/>
        </w:rPr>
        <w:t xml:space="preserve"> divide,</w:t>
      </w:r>
      <w:r>
        <w:rPr>
          <w:color w:val="000000"/>
        </w:rPr>
        <w:t xml:space="preserve"> and,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some,</w:t>
      </w:r>
      <w:r>
        <w:rPr>
          <w:color w:val="000000"/>
        </w:rPr>
        <w:t xml:space="preserve"> some</w:t>
      </w:r>
      <w:r>
        <w:rPr>
          <w:color w:val="000000"/>
        </w:rPr>
        <w:t xml:space="preserve"> scholars</w:t>
      </w:r>
      <w:r>
        <w:rPr>
          <w:color w:val="000000"/>
        </w:rPr>
        <w:t xml:space="preserve"> like</w:t>
      </w:r>
      <w:r>
        <w:rPr>
          <w:highlight w:val="yellow"/>
        </w:rPr>
        <w:t xml:space="preserve"> Anna</w:t>
      </w:r>
      <w:r>
        <w:rPr>
          <w:color w:val="000000"/>
        </w:rPr>
        <w:t xml:space="preserve"> Krunikov</w:t>
      </w:r>
      <w:r>
        <w:rPr>
          <w:color w:val="000000"/>
        </w:rPr>
        <w:t xml:space="preserve"> been</w:t>
      </w:r>
      <w:r>
        <w:rPr>
          <w:color w:val="000000"/>
        </w:rPr>
        <w:t xml:space="preserve"> working</w:t>
      </w:r>
      <w:r>
        <w:rPr>
          <w:color w:val="000000"/>
        </w:rPr>
        <w:t xml:space="preserve"> on</w:t>
      </w:r>
      <w:r>
        <w:rPr>
          <w:color w:val="000000"/>
        </w:rPr>
        <w:t xml:space="preserve"> this,</w:t>
      </w:r>
      <w:r>
        <w:rPr>
          <w:color w:val="000000"/>
        </w:rPr>
        <w:t xml:space="preserve"> uh,</w:t>
      </w:r>
      <w:r>
        <w:rPr>
          <w:color w:val="000000"/>
        </w:rPr>
        <w:t xml:space="preserve"> at,</w:t>
      </w:r>
      <w:r>
        <w:rPr>
          <w:color w:val="000000"/>
        </w:rPr>
        <w:t xml:space="preserve"> at</w:t>
      </w:r>
      <w:r>
        <w:rPr>
          <w:color w:val="000000"/>
        </w:rPr>
        <w:t xml:space="preserve"> Stony</w:t>
      </w:r>
      <w:r>
        <w:rPr>
          <w:color w:val="000000"/>
        </w:rPr>
        <w:t xml:space="preserve"> Brook</w:t>
      </w:r>
      <w:r>
        <w:rPr>
          <w:color w:val="000000"/>
        </w:rPr>
        <w:t xml:space="preserve"> University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while.</w:t>
      </w:r>
      <w:r>
        <w:rPr>
          <w:color w:val="000000"/>
        </w:rPr>
        <w:t xml:space="preserve"> Um,</w:t>
      </w:r>
      <w:r>
        <w:rPr>
          <w:color w:val="000000"/>
        </w:rPr>
        <w:t xml:space="preserve"> there's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huge</w:t>
      </w:r>
      <w:r>
        <w:rPr>
          <w:color w:val="000000"/>
        </w:rPr>
        <w:t xml:space="preserve"> difference</w:t>
      </w:r>
      <w:r>
        <w:rPr>
          <w:color w:val="000000"/>
        </w:rPr>
        <w:t xml:space="preserve"> between</w:t>
      </w:r>
      <w:r>
        <w:rPr>
          <w:color w:val="000000"/>
        </w:rPr>
        <w:t xml:space="preserve"> the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politically</w:t>
      </w:r>
      <w:r>
        <w:rPr>
          <w:color w:val="000000"/>
        </w:rPr>
        <w:t xml:space="preserve"> engaged,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junkie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person,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that</w:t>
      </w:r>
      <w:r>
        <w:rPr>
          <w:color w:val="000000"/>
        </w:rPr>
        <w:t xml:space="preserve"> might</w:t>
      </w:r>
      <w:r>
        <w:rPr>
          <w:color w:val="000000"/>
        </w:rPr>
        <w:t xml:space="preserve"> be</w:t>
      </w:r>
      <w:r>
        <w:rPr>
          <w:color w:val="000000"/>
        </w:rPr>
        <w:t xml:space="preserve"> even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to</w:t>
      </w:r>
      <w:r>
        <w:rPr>
          <w:color w:val="000000"/>
        </w:rPr>
        <w:t xml:space="preserve"> to</w:t>
      </w:r>
      <w:r>
        <w:rPr>
          <w:color w:val="000000"/>
        </w:rPr>
        <w:t xml:space="preserve"> this</w:t>
      </w:r>
      <w:r>
        <w:rPr>
          <w:color w:val="000000"/>
        </w:rPr>
        <w:t xml:space="preserve"> podcast</w:t>
      </w:r>
      <w:r>
        <w:rPr>
          <w:color w:val="000000"/>
        </w:rPr>
        <w:t xml:space="preserve"> despite</w:t>
      </w:r>
      <w:r>
        <w:rPr>
          <w:color w:val="000000"/>
        </w:rPr>
        <w:t xml:space="preserve"> the</w:t>
      </w:r>
      <w:r>
        <w:rPr>
          <w:color w:val="000000"/>
        </w:rPr>
        <w:t xml:space="preserve"> title,</w:t>
      </w:r>
      <w:r>
        <w:rPr>
          <w:color w:val="000000"/>
        </w:rPr>
        <w:t xml:space="preserve"> um,</w:t>
      </w:r>
      <w:r>
        <w:rPr>
          <w:color w:val="000000"/>
        </w:rPr>
        <w:t xml:space="preserve"> and,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of</w:t>
      </w:r>
      <w:r>
        <w:rPr>
          <w:color w:val="000000"/>
        </w:rPr>
        <w:t xml:space="preserve"> course,</w:t>
      </w:r>
      <w:r>
        <w:rPr>
          <w:color w:val="000000"/>
        </w:rPr>
        <w:t xml:space="preserve"> a</w:t>
      </w:r>
      <w:r>
        <w:rPr>
          <w:color w:val="000000"/>
        </w:rPr>
        <w:t xml:space="preserve"> swath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public</w:t>
      </w:r>
      <w:r>
        <w:rPr>
          <w:color w:val="000000"/>
        </w:rPr>
        <w:t xml:space="preserve"> who</w:t>
      </w:r>
      <w:r>
        <w:rPr>
          <w:color w:val="000000"/>
        </w:rPr>
        <w:t xml:space="preserve"> looks</w:t>
      </w:r>
      <w:r>
        <w:rPr>
          <w:color w:val="000000"/>
        </w:rPr>
        <w:t xml:space="preserve"> at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and</w:t>
      </w:r>
      <w:r>
        <w:rPr>
          <w:color w:val="000000"/>
        </w:rPr>
        <w:t xml:space="preserve"> goes,</w:t>
      </w:r>
      <w:r>
        <w:rPr>
          <w:highlight w:val="yellow"/>
        </w:rPr>
        <w:t xml:space="preserve"> 00,</w:t>
      </w:r>
      <w:r>
        <w:rPr>
          <w:color w:val="000000"/>
        </w:rPr>
        <w:t xml:space="preserve"> this</w:t>
      </w:r>
      <w:r>
        <w:rPr>
          <w:color w:val="000000"/>
        </w:rPr>
        <w:t xml:space="preserve"> is</w:t>
      </w:r>
      <w:r>
        <w:rPr>
          <w:color w:val="000000"/>
        </w:rPr>
        <w:t xml:space="preserve"> horrible</w:t>
      </w:r>
      <w:r>
        <w:rPr>
          <w:color w:val="000000"/>
        </w:rPr>
        <w:t xml:space="preserve"> to</w:t>
      </w:r>
      <w:r>
        <w:rPr>
          <w:color w:val="000000"/>
        </w:rPr>
        <w:t xml:space="preserve"> behold,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can't</w:t>
      </w:r>
      <w:r>
        <w:rPr>
          <w:color w:val="000000"/>
        </w:rPr>
        <w:t xml:space="preserve"> even</w:t>
      </w:r>
      <w:r>
        <w:rPr>
          <w:color w:val="000000"/>
        </w:rPr>
        <w:t xml:space="preserve"> for</w:t>
      </w:r>
      <w:r>
        <w:rPr>
          <w:color w:val="000000"/>
        </w:rPr>
        <w:t xml:space="preserve"> a</w:t>
      </w:r>
      <w:r>
        <w:rPr>
          <w:color w:val="000000"/>
        </w:rPr>
        <w:t xml:space="preserve"> second</w:t>
      </w:r>
      <w:r>
        <w:rPr>
          <w:color w:val="000000"/>
        </w:rPr>
        <w:t xml:space="preserve"> withstand,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the,</w:t>
      </w:r>
      <w:r>
        <w:rPr>
          <w:color w:val="000000"/>
        </w:rPr>
        <w:t xml:space="preserve"> the</w:t>
      </w:r>
      <w:r>
        <w:rPr>
          <w:color w:val="000000"/>
        </w:rPr>
        <w:t xml:space="preserve"> vitriol,</w:t>
      </w:r>
      <w:r>
        <w:rPr>
          <w:color w:val="000000"/>
        </w:rPr>
        <w:t xml:space="preserve"> the</w:t>
      </w:r>
      <w:r>
        <w:rPr>
          <w:color w:val="000000"/>
        </w:rPr>
        <w:t xml:space="preserve"> negativity,</w:t>
      </w:r>
      <w:r>
        <w:rPr>
          <w:color w:val="000000"/>
        </w:rPr>
        <w:t xml:space="preserve"> and</w:t>
      </w:r>
      <w:r>
        <w:rPr>
          <w:color w:val="000000"/>
        </w:rPr>
        <w:t xml:space="preserve"> then</w:t>
      </w:r>
      <w:r>
        <w:rPr>
          <w:color w:val="000000"/>
        </w:rPr>
        <w:t xml:space="preserve"> the</w:t>
      </w:r>
      <w:r>
        <w:rPr>
          <w:color w:val="000000"/>
        </w:rPr>
        <w:t xml:space="preserve"> nastiness,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Um,</w:t>
      </w:r>
      <w:r>
        <w:rPr>
          <w:color w:val="000000"/>
        </w:rPr>
        <w:t xml:space="preserve"> those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people</w:t>
      </w:r>
      <w:r>
        <w:rPr>
          <w:color w:val="000000"/>
        </w:rPr>
        <w:t xml:space="preserve"> might,</w:t>
      </w:r>
      <w:r>
        <w:rPr>
          <w:color w:val="000000"/>
        </w:rPr>
        <w:t xml:space="preserve"> um,</w:t>
      </w:r>
      <w:r>
        <w:rPr>
          <w:color w:val="000000"/>
        </w:rPr>
        <w:t xml:space="preserve"> not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strong</w:t>
      </w:r>
      <w:r>
        <w:rPr>
          <w:color w:val="000000"/>
        </w:rPr>
        <w:t xml:space="preserve"> grasp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uh,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they're</w:t>
      </w:r>
      <w:r>
        <w:rPr>
          <w:color w:val="000000"/>
        </w:rPr>
        <w:t xml:space="preserve"> not</w:t>
      </w:r>
      <w:r>
        <w:rPr>
          <w:color w:val="000000"/>
        </w:rPr>
        <w:t xml:space="preserve"> engaging</w:t>
      </w:r>
      <w:r>
        <w:rPr>
          <w:color w:val="000000"/>
        </w:rPr>
        <w:t xml:space="preserve"> with</w:t>
      </w:r>
      <w:r>
        <w:rPr>
          <w:color w:val="000000"/>
        </w:rPr>
        <w:t xml:space="preserve"> it</w:t>
      </w:r>
      <w:r>
        <w:rPr>
          <w:color w:val="000000"/>
        </w:rPr>
        <w:t xml:space="preserve"> on</w:t>
      </w:r>
      <w:r>
        <w:rPr>
          <w:color w:val="000000"/>
        </w:rPr>
        <w:t xml:space="preserve"> a</w:t>
      </w:r>
      <w:r>
        <w:rPr>
          <w:color w:val="000000"/>
        </w:rPr>
        <w:t xml:space="preserve"> day</w:t>
      </w:r>
      <w:r>
        <w:rPr>
          <w:color w:val="000000"/>
        </w:rPr>
        <w:t xml:space="preserve"> to</w:t>
      </w:r>
      <w:r>
        <w:rPr>
          <w:color w:val="000000"/>
        </w:rPr>
        <w:t xml:space="preserve"> day</w:t>
      </w:r>
      <w:r>
        <w:rPr>
          <w:color w:val="000000"/>
        </w:rPr>
        <w:t xml:space="preserve"> basis,</w:t>
      </w:r>
      <w:r>
        <w:rPr>
          <w:color w:val="000000"/>
        </w:rPr>
        <w:t xml:space="preserve"> they</w:t>
      </w:r>
      <w:r>
        <w:rPr>
          <w:color w:val="000000"/>
        </w:rPr>
        <w:t xml:space="preserve"> don't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of,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exposure</w:t>
      </w:r>
      <w:r>
        <w:rPr>
          <w:color w:val="000000"/>
        </w:rPr>
        <w:t xml:space="preserve"> to</w:t>
      </w:r>
      <w:r>
        <w:rPr>
          <w:color w:val="000000"/>
        </w:rPr>
        <w:t xml:space="preserve"> it.</w:t>
      </w:r>
      <w:r>
        <w:rPr>
          <w:color w:val="000000"/>
        </w:rPr>
        <w:t xml:space="preserve"> Um,</w:t>
      </w:r>
      <w:r>
        <w:rPr>
          <w:color w:val="000000"/>
        </w:rPr>
        <w:t xml:space="preserve"> could</w:t>
      </w:r>
      <w:r>
        <w:rPr>
          <w:color w:val="000000"/>
        </w:rPr>
        <w:t xml:space="preserve"> they</w:t>
      </w:r>
      <w:r>
        <w:rPr>
          <w:color w:val="000000"/>
        </w:rPr>
        <w:t xml:space="preserve"> be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possibly,</w:t>
      </w:r>
      <w:r>
        <w:rPr>
          <w:highlight w:val="yellow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they're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not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engage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in</w:t>
      </w:r>
      <w:r>
        <w:rPr>
          <w:color w:val="000000"/>
        </w:rPr>
        <w:t xml:space="preserve"> that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polarized</w:t>
      </w:r>
      <w:r>
        <w:rPr>
          <w:color w:val="000000"/>
        </w:rPr>
        <w:t xml:space="preserve"> ideological</w:t>
      </w:r>
      <w:r>
        <w:rPr>
          <w:color w:val="000000"/>
        </w:rPr>
        <w:t xml:space="preserve"> way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expect</w:t>
      </w:r>
      <w:r>
        <w:rPr>
          <w:color w:val="000000"/>
        </w:rPr>
        <w:t xml:space="preserve"> for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casual</w:t>
      </w:r>
      <w:r>
        <w:rPr>
          <w:color w:val="000000"/>
        </w:rPr>
        <w:t xml:space="preserve"> partisans,</w:t>
      </w:r>
      <w:r>
        <w:rPr>
          <w:color w:val="000000"/>
        </w:rPr>
        <w:t xml:space="preserve"> um,</w:t>
      </w:r>
      <w:r>
        <w:rPr>
          <w:color w:val="000000"/>
        </w:rPr>
        <w:t xml:space="preserve"> or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just</w:t>
      </w:r>
      <w:r>
        <w:rPr>
          <w:color w:val="000000"/>
        </w:rPr>
        <w:t xml:space="preserve"> dabbling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but</w:t>
      </w:r>
      <w:r>
        <w:rPr>
          <w:color w:val="000000"/>
        </w:rPr>
        <w:t xml:space="preserve"> nevertheless</w:t>
      </w:r>
      <w:r>
        <w:rPr>
          <w:color w:val="000000"/>
        </w:rPr>
        <w:t xml:space="preserve"> willing</w:t>
      </w:r>
      <w:r>
        <w:rPr>
          <w:color w:val="000000"/>
        </w:rPr>
        <w:t xml:space="preserve"> to</w:t>
      </w:r>
      <w:r>
        <w:rPr>
          <w:color w:val="000000"/>
        </w:rPr>
        <w:t xml:space="preserve"> take</w:t>
      </w:r>
      <w:r>
        <w:rPr>
          <w:color w:val="000000"/>
        </w:rPr>
        <w:t xml:space="preserve"> extreme</w:t>
      </w:r>
      <w:r>
        <w:rPr>
          <w:color w:val="000000"/>
        </w:rPr>
        <w:t xml:space="preserve"> positions.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it</w:t>
      </w:r>
      <w:r>
        <w:rPr>
          <w:color w:val="000000"/>
        </w:rPr>
        <w:t xml:space="preserve"> does</w:t>
      </w:r>
      <w:r>
        <w:rPr>
          <w:color w:val="000000"/>
        </w:rPr>
        <w:t xml:space="preserve"> speak</w:t>
      </w:r>
      <w:r>
        <w:rPr>
          <w:color w:val="000000"/>
        </w:rPr>
        <w:t xml:space="preserve"> to</w:t>
      </w:r>
      <w:r>
        <w:rPr>
          <w:color w:val="000000"/>
        </w:rPr>
        <w:t xml:space="preserve"> kind</w:t>
      </w:r>
      <w:r>
        <w:rPr>
          <w:color w:val="000000"/>
        </w:rPr>
        <w:t xml:space="preserve"> of</w:t>
      </w:r>
      <w:r>
        <w:rPr>
          <w:color w:val="000000"/>
        </w:rPr>
        <w:t xml:space="preserve"> this</w:t>
      </w:r>
      <w:r>
        <w:rPr>
          <w:color w:val="000000"/>
        </w:rPr>
        <w:t xml:space="preserve"> core,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potential</w:t>
      </w:r>
      <w:r>
        <w:rPr>
          <w:color w:val="000000"/>
        </w:rPr>
        <w:t xml:space="preserve"> critique</w:t>
      </w:r>
      <w:r>
        <w:rPr>
          <w:color w:val="000000"/>
        </w:rPr>
        <w:t xml:space="preserve"> or</w:t>
      </w:r>
      <w:r>
        <w:rPr>
          <w:color w:val="000000"/>
        </w:rPr>
        <w:t xml:space="preserve"> consideration</w:t>
      </w:r>
      <w:r>
        <w:rPr>
          <w:color w:val="000000"/>
        </w:rPr>
        <w:t xml:space="preserve"> here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have</w:t>
      </w:r>
      <w:r>
        <w:rPr>
          <w:color w:val="000000"/>
        </w:rPr>
        <w:t xml:space="preserve"> interests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to</w:t>
      </w:r>
      <w:r>
        <w:rPr>
          <w:color w:val="000000"/>
        </w:rPr>
        <w:t xml:space="preserve"> represent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to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present</w:t>
      </w:r>
      <w:r>
        <w:rPr>
          <w:color w:val="000000"/>
        </w:rPr>
        <w:t xml:space="preserve"> in</w:t>
      </w:r>
      <w:r>
        <w:rPr>
          <w:color w:val="000000"/>
        </w:rPr>
        <w:t xml:space="preserve"> conflict</w:t>
      </w:r>
      <w:r>
        <w:rPr>
          <w:color w:val="000000"/>
        </w:rPr>
        <w:t xml:space="preserve"> to</w:t>
      </w:r>
      <w:r>
        <w:rPr>
          <w:color w:val="000000"/>
        </w:rPr>
        <w:t xml:space="preserve"> others.</w:t>
      </w:r>
      <w:r>
        <w:rPr>
          <w:color w:val="000000"/>
        </w:rPr>
        <w:t xml:space="preserve"> They're,</w:t>
      </w:r>
      <w:r>
        <w:rPr>
          <w:color w:val="000000"/>
        </w:rPr>
        <w:t xml:space="preserve"> they're</w:t>
      </w:r>
      <w:r>
        <w:rPr>
          <w:color w:val="000000"/>
        </w:rPr>
        <w:t xml:space="preserve"> standing</w:t>
      </w:r>
      <w:r>
        <w:rPr>
          <w:color w:val="000000"/>
        </w:rPr>
        <w:t xml:space="preserve"> up</w:t>
      </w:r>
      <w:r>
        <w:rPr>
          <w:color w:val="000000"/>
        </w:rPr>
        <w:t xml:space="preserve"> for</w:t>
      </w:r>
      <w:r>
        <w:rPr>
          <w:color w:val="000000"/>
        </w:rPr>
        <w:t xml:space="preserve"> what</w:t>
      </w:r>
      <w:r>
        <w:rPr>
          <w:color w:val="000000"/>
        </w:rPr>
        <w:t xml:space="preserve"> they</w:t>
      </w:r>
      <w:r>
        <w:rPr>
          <w:color w:val="000000"/>
        </w:rPr>
        <w:t xml:space="preserve"> need,</w:t>
      </w:r>
      <w:r>
        <w:rPr>
          <w:color w:val="000000"/>
        </w:rPr>
        <w:t xml:space="preserve"> basically,</w:t>
      </w:r>
      <w:r>
        <w:rPr>
          <w:color w:val="000000"/>
        </w:rPr>
        <w:t xml:space="preserve"> right?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is</w:t>
      </w:r>
      <w:r>
        <w:rPr>
          <w:color w:val="000000"/>
        </w:rPr>
        <w:t xml:space="preserve"> about</w:t>
      </w:r>
      <w:r>
        <w:rPr>
          <w:color w:val="000000"/>
        </w:rPr>
        <w:t xml:space="preserve"> who</w:t>
      </w:r>
      <w:r>
        <w:rPr>
          <w:color w:val="000000"/>
        </w:rPr>
        <w:t xml:space="preserve"> gets</w:t>
      </w:r>
      <w:r>
        <w:rPr>
          <w:color w:val="000000"/>
        </w:rPr>
        <w:t xml:space="preserve"> what,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what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get</w:t>
      </w:r>
      <w:r>
        <w:rPr>
          <w:color w:val="000000"/>
        </w:rPr>
        <w:t xml:space="preserve"> what</w:t>
      </w:r>
      <w:r>
        <w:rPr>
          <w:color w:val="000000"/>
        </w:rPr>
        <w:t xml:space="preserve"> they</w:t>
      </w:r>
      <w:r>
        <w:rPr>
          <w:color w:val="000000"/>
        </w:rPr>
        <w:t xml:space="preserve"> need,</w:t>
      </w:r>
      <w:r>
        <w:rPr>
          <w:color w:val="000000"/>
        </w:rPr>
        <w:t xml:space="preserve"> um.</w:t>
      </w:r>
      <w:r>
        <w:rPr>
          <w:color w:val="000000"/>
        </w:rPr>
        <w:t xml:space="preserve"> And</w:t>
      </w:r>
      <w:r>
        <w:rPr>
          <w:color w:val="000000"/>
        </w:rPr>
        <w:t xml:space="preserve"> To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people</w:t>
      </w:r>
      <w:r>
        <w:rPr>
          <w:color w:val="000000"/>
        </w:rPr>
        <w:t xml:space="preserve"> are</w:t>
      </w:r>
      <w:r>
        <w:rPr>
          <w:color w:val="000000"/>
        </w:rPr>
        <w:t xml:space="preserve"> engaging</w:t>
      </w:r>
      <w:r>
        <w:rPr>
          <w:color w:val="000000"/>
        </w:rPr>
        <w:t xml:space="preserve"> in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and</w:t>
      </w:r>
      <w:r>
        <w:rPr>
          <w:color w:val="000000"/>
        </w:rPr>
        <w:t xml:space="preserve"> they're</w:t>
      </w:r>
      <w:r>
        <w:rPr>
          <w:color w:val="000000"/>
        </w:rPr>
        <w:t xml:space="preserve"> talking</w:t>
      </w:r>
      <w:r>
        <w:rPr>
          <w:color w:val="000000"/>
        </w:rPr>
        <w:t xml:space="preserve"> past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other,</w:t>
      </w:r>
      <w:r>
        <w:rPr>
          <w:color w:val="000000"/>
        </w:rPr>
        <w:t xml:space="preserve"> and</w:t>
      </w:r>
      <w:r>
        <w:rPr>
          <w:color w:val="000000"/>
        </w:rPr>
        <w:t xml:space="preserve"> they're</w:t>
      </w:r>
      <w:r>
        <w:rPr>
          <w:color w:val="000000"/>
        </w:rPr>
        <w:t xml:space="preserve"> not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to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think</w:t>
      </w:r>
      <w:r>
        <w:rPr>
          <w:color w:val="000000"/>
        </w:rPr>
        <w:t xml:space="preserve"> they</w:t>
      </w:r>
      <w:r>
        <w:rPr>
          <w:color w:val="000000"/>
        </w:rPr>
        <w:t xml:space="preserve"> know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it</w:t>
      </w:r>
      <w:r>
        <w:rPr>
          <w:color w:val="000000"/>
        </w:rPr>
        <w:t xml:space="preserve"> doesn't</w:t>
      </w:r>
      <w:r>
        <w:rPr>
          <w:color w:val="000000"/>
        </w:rPr>
        <w:t xml:space="preserve"> prevent</w:t>
      </w:r>
      <w:r>
        <w:rPr>
          <w:color w:val="000000"/>
        </w:rPr>
        <w:t xml:space="preserve"> people</w:t>
      </w:r>
      <w:r>
        <w:rPr>
          <w:color w:val="000000"/>
        </w:rPr>
        <w:t xml:space="preserve"> from</w:t>
      </w:r>
      <w:r>
        <w:rPr>
          <w:color w:val="000000"/>
        </w:rPr>
        <w:t xml:space="preserve"> talking</w:t>
      </w:r>
      <w:r>
        <w:rPr>
          <w:color w:val="000000"/>
        </w:rPr>
        <w:t xml:space="preserve"> past</w:t>
      </w:r>
      <w:r>
        <w:rPr>
          <w:color w:val="000000"/>
        </w:rPr>
        <w:t xml:space="preserve"> each</w:t>
      </w:r>
      <w:r>
        <w:rPr>
          <w:color w:val="000000"/>
        </w:rPr>
        <w:t xml:space="preserve"> other</w:t>
      </w:r>
      <w:r>
        <w:rPr>
          <w:color w:val="000000"/>
        </w:rPr>
        <w:t xml:space="preserve"> and</w:t>
      </w:r>
      <w:r>
        <w:rPr>
          <w:color w:val="000000"/>
        </w:rPr>
        <w:t xml:space="preserve"> expressing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loudly</w:t>
      </w:r>
      <w:r>
        <w:rPr>
          <w:color w:val="000000"/>
        </w:rPr>
        <w:t xml:space="preserve"> and</w:t>
      </w:r>
      <w:r>
        <w:rPr>
          <w:color w:val="000000"/>
        </w:rPr>
        <w:t xml:space="preserve"> expressing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forcefully.</w:t>
      </w:r>
      <w:r>
        <w:rPr>
          <w:color w:val="000000"/>
        </w:rPr>
        <w:t xml:space="preserve"> Um,</w:t>
      </w:r>
      <w:r>
        <w:rPr>
          <w:color w:val="000000"/>
        </w:rPr>
        <w:t xml:space="preserve"> and</w:t>
      </w:r>
      <w:r>
        <w:rPr>
          <w:color w:val="000000"/>
        </w:rPr>
        <w:t xml:space="preserve"> still</w:t>
      </w:r>
      <w:r>
        <w:rPr>
          <w:color w:val="000000"/>
        </w:rPr>
        <w:t xml:space="preserve"> having</w:t>
      </w:r>
      <w:r>
        <w:rPr>
          <w:color w:val="000000"/>
        </w:rPr>
        <w:t xml:space="preserve"> something</w:t>
      </w:r>
      <w:r>
        <w:rPr>
          <w:color w:val="000000"/>
        </w:rPr>
        <w:t xml:space="preserve"> to</w:t>
      </w:r>
      <w:r>
        <w:rPr>
          <w:color w:val="000000"/>
        </w:rPr>
        <w:t xml:space="preserve"> say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their</w:t>
      </w:r>
      <w:r>
        <w:rPr>
          <w:color w:val="000000"/>
        </w:rPr>
        <w:t xml:space="preserve"> lived</w:t>
      </w:r>
      <w:r>
        <w:rPr>
          <w:color w:val="000000"/>
        </w:rPr>
        <w:t xml:space="preserve"> experience</w:t>
      </w:r>
      <w:r>
        <w:rPr>
          <w:color w:val="000000"/>
        </w:rPr>
        <w:t xml:space="preserve"> that's</w:t>
      </w:r>
      <w:r>
        <w:rPr>
          <w:color w:val="000000"/>
        </w:rPr>
        <w:t xml:space="preserve"> valuable,</w:t>
      </w:r>
      <w:r>
        <w:rPr>
          <w:color w:val="000000"/>
        </w:rPr>
        <w:t xml:space="preserve"> right?</w:t>
      </w:r>
      <w:r>
        <w:rPr>
          <w:color w:val="000000"/>
        </w:rPr>
        <w:t xml:space="preserve"> I</w:t>
      </w:r>
      <w:r>
        <w:rPr>
          <w:color w:val="000000"/>
        </w:rPr>
        <w:t xml:space="preserve"> don't</w:t>
      </w:r>
      <w:r>
        <w:rPr>
          <w:highlight w:val="yellow"/>
        </w:rPr>
        <w:t xml:space="preserve"> want</w:t>
      </w:r>
      <w:r>
        <w:rPr>
          <w:highlight w:val="yellow"/>
        </w:rPr>
        <w:t xml:space="preserve"> to</w:t>
      </w:r>
      <w:r>
        <w:rPr>
          <w:color w:val="000000"/>
        </w:rPr>
        <w:t xml:space="preserve"> claim</w:t>
      </w:r>
      <w:r>
        <w:rPr>
          <w:color w:val="000000"/>
        </w:rPr>
        <w:t xml:space="preserve"> that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about</w:t>
      </w:r>
      <w:r>
        <w:rPr>
          <w:color w:val="000000"/>
        </w:rPr>
        <w:t xml:space="preserve"> their,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aren't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have</w:t>
      </w:r>
      <w:r>
        <w:rPr>
          <w:color w:val="000000"/>
        </w:rPr>
        <w:t xml:space="preserve"> nothing</w:t>
      </w:r>
      <w:r>
        <w:rPr>
          <w:color w:val="000000"/>
        </w:rPr>
        <w:t xml:space="preserve"> to</w:t>
      </w:r>
      <w:r>
        <w:rPr>
          <w:color w:val="000000"/>
        </w:rPr>
        <w:t xml:space="preserve"> say,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that's</w:t>
      </w:r>
      <w:r>
        <w:rPr>
          <w:color w:val="000000"/>
        </w:rPr>
        <w:t xml:space="preserve"> a</w:t>
      </w:r>
      <w:r>
        <w:rPr>
          <w:color w:val="000000"/>
        </w:rPr>
        <w:t xml:space="preserve"> very</w:t>
      </w:r>
      <w:r>
        <w:rPr>
          <w:color w:val="000000"/>
        </w:rPr>
        <w:t xml:space="preserve"> important,</w:t>
      </w:r>
      <w:r>
        <w:rPr>
          <w:color w:val="000000"/>
        </w:rPr>
        <w:t xml:space="preserve"> um,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caveat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whole</w:t>
      </w:r>
      <w:r>
        <w:rPr>
          <w:color w:val="000000"/>
        </w:rPr>
        <w:t xml:space="preserve"> argument.</w:t>
      </w:r>
    </w:p>
    <w:p>
      <w:r>
        <w:t xml:space="preserve">[00:37:53] Speaker 1: </w:t>
      </w:r>
      <w:r>
        <w:rPr>
          <w:color w:val="000000"/>
        </w:rPr>
        <w:t>Prior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primary,</w:t>
      </w:r>
      <w:r>
        <w:rPr>
          <w:color w:val="000000"/>
        </w:rPr>
        <w:t xml:space="preserve"> the</w:t>
      </w:r>
      <w:r>
        <w:rPr>
          <w:color w:val="000000"/>
        </w:rPr>
        <w:t xml:space="preserve"> 2022</w:t>
      </w:r>
      <w:r>
        <w:rPr>
          <w:color w:val="000000"/>
        </w:rPr>
        <w:t xml:space="preserve"> primary</w:t>
      </w:r>
      <w:r>
        <w:rPr>
          <w:color w:val="000000"/>
        </w:rPr>
        <w:t xml:space="preserve"> from</w:t>
      </w:r>
      <w:r>
        <w:rPr>
          <w:color w:val="000000"/>
        </w:rPr>
        <w:t xml:space="preserve"> the</w:t>
      </w:r>
      <w:r>
        <w:rPr>
          <w:color w:val="000000"/>
        </w:rPr>
        <w:t xml:space="preserve"> podcast,</w:t>
      </w:r>
      <w:r>
        <w:rPr>
          <w:color w:val="000000"/>
        </w:rPr>
        <w:t xml:space="preserve"> because</w:t>
      </w:r>
      <w:r>
        <w:rPr>
          <w:color w:val="000000"/>
        </w:rPr>
        <w:t xml:space="preserve"> we</w:t>
      </w:r>
      <w:r>
        <w:rPr>
          <w:color w:val="000000"/>
        </w:rPr>
        <w:t xml:space="preserve"> were</w:t>
      </w:r>
      <w:r>
        <w:rPr>
          <w:color w:val="000000"/>
        </w:rPr>
        <w:t xml:space="preserve"> being</w:t>
      </w:r>
      <w:r>
        <w:rPr>
          <w:color w:val="000000"/>
        </w:rPr>
        <w:t xml:space="preserve"> asked</w:t>
      </w:r>
      <w:r>
        <w:rPr>
          <w:color w:val="000000"/>
        </w:rPr>
        <w:t xml:space="preserve"> repeatedly</w:t>
      </w:r>
      <w:r>
        <w:rPr>
          <w:color w:val="000000"/>
        </w:rPr>
        <w:t xml:space="preserve"> about</w:t>
      </w:r>
      <w:r>
        <w:rPr>
          <w:color w:val="000000"/>
        </w:rPr>
        <w:t xml:space="preserve"> who</w:t>
      </w:r>
      <w:r>
        <w:rPr>
          <w:color w:val="000000"/>
        </w:rPr>
        <w:t xml:space="preserve"> to</w:t>
      </w:r>
      <w:r>
        <w:rPr>
          <w:color w:val="000000"/>
        </w:rPr>
        <w:t xml:space="preserve"> vote</w:t>
      </w:r>
      <w:r>
        <w:rPr>
          <w:color w:val="000000"/>
        </w:rPr>
        <w:t xml:space="preserve"> for,</w:t>
      </w:r>
      <w:r>
        <w:rPr>
          <w:color w:val="000000"/>
        </w:rPr>
        <w:t xml:space="preserve"> who</w:t>
      </w:r>
      <w:r>
        <w:rPr>
          <w:color w:val="000000"/>
        </w:rPr>
        <w:t xml:space="preserve"> to</w:t>
      </w:r>
    </w:p>
    <w:p>
      <w:r>
        <w:t xml:space="preserve">[00:38:02] Speaker 4: </w:t>
      </w:r>
      <w:r>
        <w:rPr>
          <w:color w:val="000000"/>
        </w:rPr>
        <w:t>vote</w:t>
      </w:r>
      <w:r>
        <w:rPr>
          <w:color w:val="000000"/>
        </w:rPr>
        <w:t xml:space="preserve"> for,</w:t>
      </w:r>
      <w:r>
        <w:rPr>
          <w:color w:val="000000"/>
        </w:rPr>
        <w:t xml:space="preserve"> right?</w:t>
      </w:r>
      <w:r>
        <w:rPr>
          <w:color w:val="000000"/>
        </w:rPr>
        <w:t xml:space="preserve"> Yeah,</w:t>
      </w:r>
      <w:r>
        <w:rPr>
          <w:color w:val="000000"/>
        </w:rPr>
        <w:t xml:space="preserve"> sure.</w:t>
      </w:r>
    </w:p>
    <w:p>
      <w:r>
        <w:t xml:space="preserve">[00:38:05] Speaker 1: </w:t>
      </w:r>
      <w:r>
        <w:rPr>
          <w:color w:val="000000"/>
        </w:rPr>
        <w:t>And</w:t>
      </w:r>
      <w:r>
        <w:rPr>
          <w:color w:val="000000"/>
        </w:rPr>
        <w:t xml:space="preserve"> so</w:t>
      </w:r>
      <w:r>
        <w:rPr>
          <w:color w:val="000000"/>
        </w:rPr>
        <w:t xml:space="preserve"> what</w:t>
      </w:r>
      <w:r>
        <w:rPr>
          <w:color w:val="000000"/>
        </w:rPr>
        <w:t xml:space="preserve"> we</w:t>
      </w:r>
      <w:r>
        <w:rPr>
          <w:color w:val="000000"/>
        </w:rPr>
        <w:t xml:space="preserve"> did</w:t>
      </w:r>
      <w:r>
        <w:rPr>
          <w:color w:val="000000"/>
        </w:rPr>
        <w:t xml:space="preserve"> was</w:t>
      </w:r>
      <w:r>
        <w:rPr>
          <w:color w:val="000000"/>
        </w:rPr>
        <w:t xml:space="preserve"> we</w:t>
      </w:r>
      <w:r>
        <w:rPr>
          <w:color w:val="000000"/>
        </w:rPr>
        <w:t xml:space="preserve"> created</w:t>
      </w:r>
      <w:r>
        <w:rPr>
          <w:color w:val="000000"/>
        </w:rPr>
        <w:t xml:space="preserve"> um</w:t>
      </w:r>
      <w:r>
        <w:rPr>
          <w:color w:val="000000"/>
        </w:rPr>
        <w:t xml:space="preserve"> a</w:t>
      </w:r>
      <w:r>
        <w:rPr>
          <w:color w:val="000000"/>
        </w:rPr>
        <w:t xml:space="preserve"> voter</w:t>
      </w:r>
      <w:r>
        <w:rPr>
          <w:color w:val="000000"/>
        </w:rPr>
        <w:t xml:space="preserve"> app</w:t>
      </w:r>
      <w:r>
        <w:rPr>
          <w:color w:val="000000"/>
        </w:rPr>
        <w:t xml:space="preserve"> um</w:t>
      </w:r>
      <w:r>
        <w:rPr>
          <w:color w:val="000000"/>
        </w:rPr>
        <w:t xml:space="preserve"> that</w:t>
      </w:r>
      <w:r>
        <w:rPr>
          <w:color w:val="000000"/>
        </w:rPr>
        <w:t xml:space="preserve"> an</w:t>
      </w:r>
      <w:r>
        <w:rPr>
          <w:color w:val="000000"/>
        </w:rPr>
        <w:t xml:space="preserve"> online</w:t>
      </w:r>
      <w:r>
        <w:rPr>
          <w:color w:val="000000"/>
        </w:rPr>
        <w:t xml:space="preserve"> voter</w:t>
      </w:r>
      <w:r>
        <w:rPr>
          <w:color w:val="000000"/>
        </w:rPr>
        <w:t xml:space="preserve"> app</w:t>
      </w:r>
      <w:r>
        <w:rPr>
          <w:color w:val="000000"/>
        </w:rPr>
        <w:t xml:space="preserve"> on</w:t>
      </w:r>
      <w:r>
        <w:rPr>
          <w:color w:val="000000"/>
        </w:rPr>
        <w:t xml:space="preserve"> which</w:t>
      </w:r>
      <w:r>
        <w:rPr>
          <w:color w:val="000000"/>
        </w:rPr>
        <w:t xml:space="preserve"> you</w:t>
      </w:r>
      <w:r>
        <w:rPr>
          <w:color w:val="000000"/>
        </w:rPr>
        <w:t xml:space="preserve"> could</w:t>
      </w:r>
      <w:r>
        <w:rPr>
          <w:color w:val="000000"/>
        </w:rPr>
        <w:t xml:space="preserve"> choose</w:t>
      </w:r>
      <w:r>
        <w:rPr>
          <w:color w:val="000000"/>
        </w:rPr>
        <w:t xml:space="preserve"> your</w:t>
      </w:r>
      <w:r>
        <w:rPr>
          <w:color w:val="000000"/>
        </w:rPr>
        <w:t xml:space="preserve"> most</w:t>
      </w:r>
      <w:r>
        <w:rPr>
          <w:color w:val="000000"/>
        </w:rPr>
        <w:t xml:space="preserve"> important</w:t>
      </w:r>
      <w:r>
        <w:rPr>
          <w:color w:val="000000"/>
        </w:rPr>
        <w:t xml:space="preserve"> issue.</w:t>
      </w:r>
      <w:r>
        <w:rPr>
          <w:color w:val="000000"/>
        </w:rPr>
        <w:t xml:space="preserve"> Then</w:t>
      </w:r>
      <w:r>
        <w:rPr>
          <w:color w:val="000000"/>
        </w:rPr>
        <w:t xml:space="preserve"> it</w:t>
      </w:r>
      <w:r>
        <w:rPr>
          <w:color w:val="000000"/>
        </w:rPr>
        <w:t xml:space="preserve"> would</w:t>
      </w:r>
      <w:r>
        <w:rPr>
          <w:color w:val="000000"/>
        </w:rPr>
        <w:t xml:space="preserve"> ask</w:t>
      </w:r>
      <w:r>
        <w:rPr>
          <w:color w:val="000000"/>
        </w:rPr>
        <w:t xml:space="preserve"> you</w:t>
      </w:r>
      <w:r>
        <w:rPr>
          <w:color w:val="000000"/>
        </w:rPr>
        <w:t xml:space="preserve"> what</w:t>
      </w:r>
      <w:r>
        <w:rPr>
          <w:color w:val="000000"/>
        </w:rPr>
        <w:t xml:space="preserve"> disposition</w:t>
      </w:r>
      <w:r>
        <w:rPr>
          <w:color w:val="000000"/>
        </w:rPr>
        <w:t xml:space="preserve"> you</w:t>
      </w:r>
      <w:r>
        <w:rPr>
          <w:color w:val="000000"/>
        </w:rPr>
        <w:t xml:space="preserve"> preferred</w:t>
      </w:r>
      <w:r>
        <w:rPr>
          <w:color w:val="000000"/>
        </w:rPr>
        <w:t xml:space="preserve"> on</w:t>
      </w:r>
      <w:r>
        <w:rPr>
          <w:color w:val="000000"/>
        </w:rPr>
        <w:t xml:space="preserve"> that</w:t>
      </w:r>
      <w:r>
        <w:rPr>
          <w:color w:val="000000"/>
        </w:rPr>
        <w:t xml:space="preserve"> particular</w:t>
      </w:r>
      <w:r>
        <w:rPr>
          <w:color w:val="000000"/>
        </w:rPr>
        <w:t xml:space="preserve"> issue.</w:t>
      </w:r>
      <w:r>
        <w:rPr>
          <w:highlight w:val="yellow"/>
        </w:rPr>
        <w:t xml:space="preserve"> We</w:t>
      </w:r>
      <w:r>
        <w:rPr>
          <w:color w:val="000000"/>
        </w:rPr>
        <w:t xml:space="preserve"> had</w:t>
      </w:r>
      <w:r>
        <w:rPr>
          <w:color w:val="000000"/>
        </w:rPr>
        <w:t xml:space="preserve"> a</w:t>
      </w:r>
      <w:r>
        <w:rPr>
          <w:color w:val="000000"/>
        </w:rPr>
        <w:t xml:space="preserve"> set</w:t>
      </w:r>
      <w:r>
        <w:rPr>
          <w:color w:val="000000"/>
        </w:rPr>
        <w:t xml:space="preserve"> of</w:t>
      </w:r>
      <w:r>
        <w:rPr>
          <w:color w:val="000000"/>
        </w:rPr>
        <w:t xml:space="preserve"> choices.</w:t>
      </w:r>
      <w:r>
        <w:rPr>
          <w:color w:val="000000"/>
        </w:rPr>
        <w:t xml:space="preserve"> And</w:t>
      </w:r>
      <w:r>
        <w:rPr>
          <w:color w:val="000000"/>
        </w:rPr>
        <w:t xml:space="preserve"> after</w:t>
      </w:r>
      <w:r>
        <w:rPr>
          <w:color w:val="000000"/>
        </w:rPr>
        <w:t xml:space="preserve"> doing</w:t>
      </w:r>
      <w:r>
        <w:rPr>
          <w:color w:val="000000"/>
        </w:rPr>
        <w:t xml:space="preserve"> that</w:t>
      </w:r>
      <w:r>
        <w:rPr>
          <w:color w:val="000000"/>
        </w:rPr>
        <w:t xml:space="preserve"> a</w:t>
      </w:r>
      <w:r>
        <w:rPr>
          <w:color w:val="000000"/>
        </w:rPr>
        <w:t xml:space="preserve"> few</w:t>
      </w:r>
      <w:r>
        <w:rPr>
          <w:color w:val="000000"/>
        </w:rPr>
        <w:t xml:space="preserve"> times,</w:t>
      </w:r>
      <w:r>
        <w:rPr>
          <w:color w:val="000000"/>
        </w:rPr>
        <w:t xml:space="preserve"> the</w:t>
      </w:r>
      <w:r>
        <w:rPr>
          <w:color w:val="000000"/>
        </w:rPr>
        <w:t xml:space="preserve"> app</w:t>
      </w:r>
      <w:r>
        <w:rPr>
          <w:color w:val="000000"/>
        </w:rPr>
        <w:t xml:space="preserve"> would</w:t>
      </w:r>
      <w:r>
        <w:rPr>
          <w:color w:val="000000"/>
        </w:rPr>
        <w:t xml:space="preserve"> auto</w:t>
      </w:r>
      <w:r>
        <w:rPr>
          <w:color w:val="000000"/>
        </w:rPr>
        <w:t xml:space="preserve"> generate.</w:t>
      </w:r>
      <w:r>
        <w:rPr>
          <w:color w:val="000000"/>
        </w:rPr>
        <w:t xml:space="preserve"> A</w:t>
      </w:r>
      <w:r>
        <w:rPr>
          <w:color w:val="000000"/>
        </w:rPr>
        <w:t xml:space="preserve"> slate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voter.</w:t>
      </w:r>
    </w:p>
    <w:p>
      <w:r>
        <w:t xml:space="preserve">[00:38:38] Speaker 4: </w:t>
      </w:r>
      <w:r>
        <w:rPr>
          <w:color w:val="000000"/>
        </w:rPr>
        <w:t>Wow.</w:t>
      </w:r>
      <w:r>
        <w:rPr>
          <w:color w:val="000000"/>
        </w:rPr>
        <w:t xml:space="preserve"> That's</w:t>
      </w:r>
      <w:r>
        <w:rPr>
          <w:color w:val="000000"/>
        </w:rPr>
        <w:t xml:space="preserve"> so</w:t>
      </w:r>
      <w:r>
        <w:rPr>
          <w:color w:val="000000"/>
        </w:rPr>
        <w:t xml:space="preserve"> cool,</w:t>
      </w:r>
      <w:r>
        <w:rPr>
          <w:color w:val="000000"/>
        </w:rPr>
        <w:t xml:space="preserve"> yeah.</w:t>
      </w:r>
      <w:r>
        <w:rPr>
          <w:color w:val="000000"/>
        </w:rPr>
        <w:t xml:space="preserve"> I</w:t>
      </w:r>
    </w:p>
    <w:p>
      <w:r>
        <w:t xml:space="preserve">[00:38:42] Speaker 1: </w:t>
      </w:r>
      <w:r>
        <w:rPr>
          <w:color w:val="000000"/>
        </w:rPr>
        <w:t>started</w:t>
      </w:r>
      <w:r>
        <w:rPr>
          <w:color w:val="000000"/>
        </w:rPr>
        <w:t xml:space="preserve"> doing</w:t>
      </w:r>
      <w:r>
        <w:rPr>
          <w:color w:val="000000"/>
        </w:rPr>
        <w:t xml:space="preserve"> this,</w:t>
      </w:r>
      <w:r>
        <w:rPr>
          <w:color w:val="000000"/>
        </w:rPr>
        <w:t xml:space="preserve"> um,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over</w:t>
      </w:r>
      <w:r>
        <w:rPr>
          <w:color w:val="000000"/>
        </w:rPr>
        <w:t xml:space="preserve"> the</w:t>
      </w:r>
      <w:r>
        <w:rPr>
          <w:color w:val="000000"/>
        </w:rPr>
        <w:t xml:space="preserve"> July</w:t>
      </w:r>
      <w:r>
        <w:rPr>
          <w:color w:val="000000"/>
        </w:rPr>
        <w:t xml:space="preserve"> 4th</w:t>
      </w:r>
      <w:r>
        <w:rPr>
          <w:color w:val="000000"/>
        </w:rPr>
        <w:t xml:space="preserve"> weekend,</w:t>
      </w:r>
      <w:r>
        <w:rPr>
          <w:color w:val="000000"/>
        </w:rPr>
        <w:t xml:space="preserve"> and</w:t>
      </w:r>
      <w:r>
        <w:rPr>
          <w:color w:val="000000"/>
        </w:rPr>
        <w:t xml:space="preserve"> we</w:t>
      </w:r>
      <w:r>
        <w:rPr>
          <w:color w:val="000000"/>
        </w:rPr>
        <w:t xml:space="preserve"> had</w:t>
      </w:r>
      <w:r>
        <w:rPr>
          <w:color w:val="000000"/>
        </w:rPr>
        <w:t xml:space="preserve"> this</w:t>
      </w:r>
      <w:r>
        <w:rPr>
          <w:color w:val="000000"/>
        </w:rPr>
        <w:t xml:space="preserve"> ready</w:t>
      </w:r>
      <w:r>
        <w:rPr>
          <w:color w:val="000000"/>
        </w:rPr>
        <w:t xml:space="preserve"> to</w:t>
      </w:r>
      <w:r>
        <w:rPr>
          <w:color w:val="000000"/>
        </w:rPr>
        <w:t xml:space="preserve"> go,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July</w:t>
      </w:r>
      <w:r>
        <w:rPr>
          <w:color w:val="000000"/>
        </w:rPr>
        <w:t xml:space="preserve"> 8th,</w:t>
      </w:r>
      <w:r>
        <w:rPr>
          <w:color w:val="000000"/>
        </w:rPr>
        <w:t xml:space="preserve"> 9th,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like</w:t>
      </w:r>
      <w:r>
        <w:rPr>
          <w:color w:val="000000"/>
        </w:rPr>
        <w:t xml:space="preserve"> 10</w:t>
      </w:r>
      <w:r>
        <w:rPr>
          <w:color w:val="000000"/>
        </w:rPr>
        <w:t xml:space="preserve"> days</w:t>
      </w:r>
      <w:r>
        <w:rPr>
          <w:color w:val="000000"/>
        </w:rPr>
        <w:t xml:space="preserve"> before.</w:t>
      </w:r>
      <w:r>
        <w:rPr>
          <w:color w:val="000000"/>
        </w:rPr>
        <w:t xml:space="preserve"> We</w:t>
      </w:r>
      <w:r>
        <w:rPr>
          <w:color w:val="000000"/>
        </w:rPr>
        <w:t xml:space="preserve"> had,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highlight w:val="yellow"/>
        </w:rPr>
        <w:t xml:space="preserve"> 1000</w:t>
      </w:r>
      <w:r>
        <w:rPr>
          <w:color w:val="000000"/>
        </w:rPr>
        <w:t xml:space="preserve"> people</w:t>
      </w:r>
      <w:r>
        <w:rPr>
          <w:color w:val="000000"/>
        </w:rPr>
        <w:t xml:space="preserve"> take</w:t>
      </w:r>
      <w:r>
        <w:rPr>
          <w:color w:val="000000"/>
        </w:rPr>
        <w:t xml:space="preserve"> it.</w:t>
      </w:r>
      <w:r>
        <w:rPr>
          <w:color w:val="000000"/>
        </w:rPr>
        <w:t xml:space="preserve"> The</w:t>
      </w:r>
      <w:r>
        <w:rPr>
          <w:color w:val="000000"/>
        </w:rPr>
        <w:t xml:space="preserve"> problem</w:t>
      </w:r>
      <w:r>
        <w:rPr>
          <w:color w:val="000000"/>
        </w:rPr>
        <w:t xml:space="preserve"> we</w:t>
      </w:r>
      <w:r>
        <w:rPr>
          <w:color w:val="000000"/>
        </w:rPr>
        <w:t xml:space="preserve"> faced</w:t>
      </w:r>
      <w:r>
        <w:rPr>
          <w:color w:val="000000"/>
        </w:rPr>
        <w:t xml:space="preserve"> was.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app</w:t>
      </w:r>
      <w:r>
        <w:rPr>
          <w:color w:val="000000"/>
        </w:rPr>
        <w:t xml:space="preserve"> was</w:t>
      </w:r>
      <w:r>
        <w:rPr>
          <w:color w:val="000000"/>
        </w:rPr>
        <w:t xml:space="preserve"> designed</w:t>
      </w:r>
      <w:r>
        <w:rPr>
          <w:color w:val="000000"/>
        </w:rPr>
        <w:t xml:space="preserve"> for</w:t>
      </w:r>
      <w:r>
        <w:rPr>
          <w:color w:val="000000"/>
        </w:rPr>
        <w:t xml:space="preserve"> low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voters.</w:t>
      </w:r>
      <w:r>
        <w:rPr>
          <w:color w:val="000000"/>
        </w:rPr>
        <w:t xml:space="preserve"> But</w:t>
      </w:r>
      <w:r>
        <w:rPr>
          <w:color w:val="000000"/>
        </w:rPr>
        <w:t xml:space="preserve"> We</w:t>
      </w:r>
      <w:r>
        <w:rPr>
          <w:color w:val="000000"/>
        </w:rPr>
        <w:t xml:space="preserve"> could</w:t>
      </w:r>
      <w:r>
        <w:rPr>
          <w:color w:val="000000"/>
        </w:rPr>
        <w:t xml:space="preserve"> only</w:t>
      </w:r>
      <w:r>
        <w:rPr>
          <w:color w:val="000000"/>
        </w:rPr>
        <w:t xml:space="preserve"> reach</w:t>
      </w:r>
      <w:r>
        <w:rPr>
          <w:color w:val="000000"/>
        </w:rPr>
        <w:t xml:space="preserve"> low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voters</w:t>
      </w:r>
      <w:r>
        <w:rPr>
          <w:color w:val="000000"/>
        </w:rPr>
        <w:t xml:space="preserve"> if</w:t>
      </w:r>
      <w:r>
        <w:rPr>
          <w:color w:val="000000"/>
        </w:rPr>
        <w:t xml:space="preserve"> high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voters</w:t>
      </w:r>
      <w:r>
        <w:rPr>
          <w:color w:val="000000"/>
        </w:rPr>
        <w:t xml:space="preserve"> would</w:t>
      </w:r>
      <w:r>
        <w:rPr>
          <w:color w:val="000000"/>
        </w:rPr>
        <w:t xml:space="preserve"> recommend</w:t>
      </w:r>
      <w:r>
        <w:rPr>
          <w:color w:val="000000"/>
        </w:rPr>
        <w:t xml:space="preserve"> the</w:t>
      </w:r>
      <w:r>
        <w:rPr>
          <w:color w:val="000000"/>
        </w:rPr>
        <w:t xml:space="preserve"> app.</w:t>
      </w:r>
      <w:r>
        <w:rPr>
          <w:highlight w:val="yellow"/>
        </w:rPr>
        <w:t xml:space="preserve"> Um.</w:t>
      </w:r>
      <w:r>
        <w:rPr>
          <w:color w:val="000000"/>
        </w:rPr>
        <w:t xml:space="preserve"> At</w:t>
      </w:r>
      <w:r>
        <w:rPr>
          <w:color w:val="000000"/>
        </w:rPr>
        <w:t xml:space="preserve"> that</w:t>
      </w:r>
      <w:r>
        <w:rPr>
          <w:color w:val="000000"/>
        </w:rPr>
        <w:t xml:space="preserve"> time</w:t>
      </w:r>
      <w:r>
        <w:rPr>
          <w:color w:val="000000"/>
        </w:rPr>
        <w:t xml:space="preserve"> it</w:t>
      </w:r>
      <w:r>
        <w:rPr>
          <w:color w:val="000000"/>
        </w:rPr>
        <w:t xml:space="preserve"> was</w:t>
      </w:r>
      <w:r>
        <w:rPr>
          <w:color w:val="000000"/>
        </w:rPr>
        <w:t xml:space="preserve"> too</w:t>
      </w:r>
      <w:r>
        <w:rPr>
          <w:color w:val="000000"/>
        </w:rPr>
        <w:t xml:space="preserve"> late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Facebook</w:t>
      </w:r>
      <w:r>
        <w:rPr>
          <w:color w:val="000000"/>
        </w:rPr>
        <w:t xml:space="preserve"> advertising</w:t>
      </w:r>
      <w:r>
        <w:rPr>
          <w:color w:val="000000"/>
        </w:rPr>
        <w:t xml:space="preserve"> or</w:t>
      </w:r>
      <w:r>
        <w:rPr>
          <w:color w:val="000000"/>
        </w:rPr>
        <w:t xml:space="preserve"> whatever,</w:t>
      </w:r>
      <w:r>
        <w:rPr>
          <w:color w:val="000000"/>
        </w:rPr>
        <w:t xml:space="preserve"> but</w:t>
      </w:r>
      <w:r>
        <w:rPr>
          <w:color w:val="000000"/>
        </w:rPr>
        <w:t xml:space="preserve"> high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voters.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chose</w:t>
      </w:r>
      <w:r>
        <w:rPr>
          <w:color w:val="000000"/>
        </w:rPr>
        <w:t xml:space="preserve"> differently.</w:t>
      </w:r>
      <w:r>
        <w:rPr>
          <w:color w:val="000000"/>
        </w:rPr>
        <w:t xml:space="preserve"> would</w:t>
      </w:r>
      <w:r>
        <w:rPr>
          <w:color w:val="000000"/>
        </w:rPr>
        <w:t xml:space="preserve"> disagree</w:t>
      </w:r>
      <w:r>
        <w:rPr>
          <w:color w:val="000000"/>
        </w:rPr>
        <w:t xml:space="preserve"> with</w:t>
      </w:r>
      <w:r>
        <w:rPr>
          <w:color w:val="000000"/>
        </w:rPr>
        <w:t xml:space="preserve"> the</w:t>
      </w:r>
      <w:r>
        <w:rPr>
          <w:color w:val="000000"/>
        </w:rPr>
        <w:t xml:space="preserve"> slates</w:t>
      </w:r>
      <w:r>
        <w:rPr>
          <w:color w:val="000000"/>
        </w:rPr>
        <w:t xml:space="preserve"> that</w:t>
      </w:r>
      <w:r>
        <w:rPr>
          <w:color w:val="000000"/>
        </w:rPr>
        <w:t xml:space="preserve"> they</w:t>
      </w:r>
      <w:r>
        <w:rPr>
          <w:color w:val="000000"/>
        </w:rPr>
        <w:t xml:space="preserve"> were</w:t>
      </w:r>
      <w:r>
        <w:rPr>
          <w:color w:val="000000"/>
        </w:rPr>
        <w:t xml:space="preserve"> getting.</w:t>
      </w:r>
      <w:r>
        <w:rPr>
          <w:color w:val="000000"/>
        </w:rPr>
        <w:t xml:space="preserve"> They</w:t>
      </w:r>
      <w:r>
        <w:rPr>
          <w:color w:val="000000"/>
        </w:rPr>
        <w:t xml:space="preserve"> would</w:t>
      </w:r>
      <w:r>
        <w:rPr>
          <w:color w:val="000000"/>
        </w:rPr>
        <w:t xml:space="preserve"> choose</w:t>
      </w:r>
      <w:r>
        <w:rPr>
          <w:color w:val="000000"/>
        </w:rPr>
        <w:t xml:space="preserve"> on</w:t>
      </w:r>
      <w:r>
        <w:rPr>
          <w:color w:val="000000"/>
        </w:rPr>
        <w:t xml:space="preserve"> very</w:t>
      </w:r>
      <w:r>
        <w:rPr>
          <w:color w:val="000000"/>
        </w:rPr>
        <w:t xml:space="preserve"> intimate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candidate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issues,</w:t>
      </w:r>
      <w:r>
        <w:rPr>
          <w:color w:val="000000"/>
        </w:rPr>
        <w:t xml:space="preserve"> but</w:t>
      </w:r>
      <w:r>
        <w:rPr>
          <w:color w:val="000000"/>
        </w:rPr>
        <w:t xml:space="preserve"> it</w:t>
      </w:r>
      <w:r>
        <w:rPr>
          <w:color w:val="000000"/>
        </w:rPr>
        <w:t xml:space="preserve"> wasn't</w:t>
      </w:r>
      <w:r>
        <w:rPr>
          <w:color w:val="000000"/>
        </w:rPr>
        <w:t xml:space="preserve"> meant</w:t>
      </w:r>
      <w:r>
        <w:rPr>
          <w:color w:val="000000"/>
        </w:rPr>
        <w:t xml:space="preserve"> for</w:t>
      </w:r>
      <w:r>
        <w:rPr>
          <w:color w:val="000000"/>
        </w:rPr>
        <w:t xml:space="preserve"> them.</w:t>
      </w:r>
      <w:r>
        <w:rPr>
          <w:color w:val="000000"/>
        </w:rPr>
        <w:t xml:space="preserve"> It</w:t>
      </w:r>
      <w:r>
        <w:rPr>
          <w:color w:val="000000"/>
        </w:rPr>
        <w:t xml:space="preserve"> was</w:t>
      </w:r>
      <w:r>
        <w:rPr>
          <w:color w:val="000000"/>
        </w:rPr>
        <w:t xml:space="preserve"> meant</w:t>
      </w:r>
      <w:r>
        <w:rPr>
          <w:color w:val="000000"/>
        </w:rPr>
        <w:t xml:space="preserve"> for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were</w:t>
      </w:r>
      <w:r>
        <w:rPr>
          <w:color w:val="000000"/>
        </w:rPr>
        <w:t xml:space="preserve"> just</w:t>
      </w:r>
      <w:r>
        <w:rPr>
          <w:color w:val="000000"/>
        </w:rPr>
        <w:t xml:space="preserve"> completely</w:t>
      </w:r>
      <w:r>
        <w:rPr>
          <w:color w:val="000000"/>
        </w:rPr>
        <w:t xml:space="preserve"> not</w:t>
      </w:r>
      <w:r>
        <w:rPr>
          <w:color w:val="000000"/>
        </w:rPr>
        <w:t xml:space="preserve"> involved,</w:t>
      </w:r>
      <w:r>
        <w:rPr>
          <w:highlight w:val="yellow"/>
        </w:rPr>
        <w:t xml:space="preserve"> right.</w:t>
      </w:r>
      <w:r>
        <w:rPr>
          <w:color w:val="000000"/>
        </w:rPr>
        <w:t xml:space="preserve"> And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this</w:t>
      </w:r>
      <w:r>
        <w:rPr>
          <w:color w:val="000000"/>
        </w:rPr>
        <w:t xml:space="preserve"> huge</w:t>
      </w:r>
      <w:r>
        <w:rPr>
          <w:color w:val="000000"/>
        </w:rPr>
        <w:t xml:space="preserve"> realization</w:t>
      </w:r>
      <w:r>
        <w:rPr>
          <w:color w:val="000000"/>
        </w:rPr>
        <w:t xml:space="preserve"> about</w:t>
      </w:r>
      <w:r>
        <w:rPr>
          <w:color w:val="000000"/>
        </w:rPr>
        <w:t xml:space="preserve"> this</w:t>
      </w:r>
      <w:r>
        <w:rPr>
          <w:color w:val="000000"/>
        </w:rPr>
        <w:t xml:space="preserve"> point</w:t>
      </w:r>
      <w:r>
        <w:rPr>
          <w:color w:val="000000"/>
        </w:rPr>
        <w:t xml:space="preserve"> that</w:t>
      </w:r>
      <w:r>
        <w:rPr>
          <w:color w:val="000000"/>
        </w:rPr>
        <w:t xml:space="preserve"> you're</w:t>
      </w:r>
      <w:r>
        <w:rPr>
          <w:color w:val="000000"/>
        </w:rPr>
        <w:t xml:space="preserve"> trying</w:t>
      </w:r>
      <w:r>
        <w:rPr>
          <w:color w:val="000000"/>
        </w:rPr>
        <w:t xml:space="preserve"> to</w:t>
      </w:r>
      <w:r>
        <w:rPr>
          <w:color w:val="000000"/>
        </w:rPr>
        <w:t xml:space="preserve"> make,</w:t>
      </w:r>
      <w:r>
        <w:rPr>
          <w:color w:val="000000"/>
        </w:rPr>
        <w:t xml:space="preserve"> which</w:t>
      </w:r>
      <w:r>
        <w:rPr>
          <w:color w:val="000000"/>
        </w:rPr>
        <w:t xml:space="preserve"> is</w:t>
      </w:r>
      <w:r>
        <w:rPr>
          <w:color w:val="000000"/>
        </w:rPr>
        <w:t xml:space="preserve"> elites</w:t>
      </w:r>
      <w:r>
        <w:rPr>
          <w:color w:val="000000"/>
        </w:rPr>
        <w:t xml:space="preserve"> lead</w:t>
      </w:r>
      <w:r>
        <w:rPr>
          <w:color w:val="000000"/>
        </w:rPr>
        <w:t xml:space="preserve"> so</w:t>
      </w:r>
      <w:r>
        <w:rPr>
          <w:color w:val="000000"/>
        </w:rPr>
        <w:t xml:space="preserve"> much</w:t>
      </w:r>
      <w:r>
        <w:rPr>
          <w:color w:val="000000"/>
        </w:rPr>
        <w:t xml:space="preserve"> of</w:t>
      </w:r>
      <w:r>
        <w:rPr>
          <w:color w:val="000000"/>
        </w:rPr>
        <w:t xml:space="preserve"> this</w:t>
      </w:r>
      <w:r>
        <w:rPr>
          <w:color w:val="000000"/>
        </w:rPr>
        <w:t xml:space="preserve"> polarization,</w:t>
      </w:r>
      <w:r>
        <w:rPr>
          <w:color w:val="000000"/>
        </w:rPr>
        <w:t xml:space="preserve"> so</w:t>
      </w:r>
      <w:r>
        <w:rPr>
          <w:color w:val="000000"/>
        </w:rPr>
        <w:t xml:space="preserve"> much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available</w:t>
      </w:r>
      <w:r>
        <w:rPr>
          <w:color w:val="000000"/>
        </w:rPr>
        <w:t xml:space="preserve"> and</w:t>
      </w:r>
      <w:r>
        <w:rPr>
          <w:color w:val="000000"/>
        </w:rPr>
        <w:t xml:space="preserve"> what</w:t>
      </w:r>
      <w:r>
        <w:rPr>
          <w:color w:val="000000"/>
        </w:rPr>
        <w:t xml:space="preserve"> is</w:t>
      </w:r>
      <w:r>
        <w:rPr>
          <w:color w:val="000000"/>
        </w:rPr>
        <w:t xml:space="preserve"> not</w:t>
      </w:r>
      <w:r>
        <w:rPr>
          <w:color w:val="000000"/>
        </w:rPr>
        <w:t xml:space="preserve"> available</w:t>
      </w:r>
      <w:r>
        <w:rPr>
          <w:color w:val="000000"/>
        </w:rPr>
        <w:t xml:space="preserve"> is</w:t>
      </w:r>
      <w:r>
        <w:rPr>
          <w:color w:val="000000"/>
        </w:rPr>
        <w:t xml:space="preserve"> provided</w:t>
      </w:r>
      <w:r>
        <w:rPr>
          <w:color w:val="000000"/>
        </w:rPr>
        <w:t xml:space="preserve"> by</w:t>
      </w:r>
      <w:r>
        <w:rPr>
          <w:color w:val="000000"/>
        </w:rPr>
        <w:t xml:space="preserve"> elites.</w:t>
      </w:r>
    </w:p>
    <w:p>
      <w:r>
        <w:t xml:space="preserve">[00:39:58] Speaker 4: </w:t>
      </w:r>
      <w:r>
        <w:rPr>
          <w:color w:val="000000"/>
        </w:rPr>
        <w:t>Yeah,</w:t>
      </w:r>
      <w:r>
        <w:rPr>
          <w:color w:val="000000"/>
        </w:rPr>
        <w:t xml:space="preserve"> that's,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that's</w:t>
      </w:r>
      <w:r>
        <w:rPr>
          <w:color w:val="000000"/>
        </w:rPr>
        <w:t xml:space="preserve"> so</w:t>
      </w:r>
      <w:r>
        <w:rPr>
          <w:color w:val="000000"/>
        </w:rPr>
        <w:t xml:space="preserve"> fascinating.</w:t>
      </w:r>
      <w:r>
        <w:rPr>
          <w:color w:val="000000"/>
        </w:rPr>
        <w:t xml:space="preserve"> First</w:t>
      </w:r>
      <w:r>
        <w:rPr>
          <w:color w:val="000000"/>
        </w:rPr>
        <w:t xml:space="preserve"> of</w:t>
      </w:r>
      <w:r>
        <w:rPr>
          <w:color w:val="000000"/>
        </w:rPr>
        <w:t xml:space="preserve"> all,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you</w:t>
      </w:r>
      <w:r>
        <w:rPr>
          <w:color w:val="000000"/>
        </w:rPr>
        <w:t xml:space="preserve"> observed</w:t>
      </w:r>
      <w:r>
        <w:rPr>
          <w:color w:val="000000"/>
        </w:rPr>
        <w:t xml:space="preserve"> this</w:t>
      </w:r>
      <w:r>
        <w:rPr>
          <w:color w:val="000000"/>
        </w:rPr>
        <w:t xml:space="preserve"> in</w:t>
      </w:r>
      <w:r>
        <w:rPr>
          <w:color w:val="000000"/>
        </w:rPr>
        <w:t xml:space="preserve"> action,</w:t>
      </w:r>
      <w:r>
        <w:rPr>
          <w:color w:val="000000"/>
        </w:rPr>
        <w:t xml:space="preserve"> right?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that's</w:t>
      </w:r>
      <w:r>
        <w:rPr>
          <w:color w:val="000000"/>
        </w:rPr>
        <w:t xml:space="preserve"> that's</w:t>
      </w:r>
      <w:r>
        <w:rPr>
          <w:color w:val="000000"/>
        </w:rPr>
        <w:t xml:space="preserve"> a,</w:t>
      </w:r>
      <w:r>
        <w:rPr>
          <w:color w:val="000000"/>
        </w:rPr>
        <w:t xml:space="preserve"> a,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</w:t>
      </w:r>
      <w:r>
        <w:rPr>
          <w:color w:val="000000"/>
        </w:rPr>
        <w:t xml:space="preserve"> very</w:t>
      </w:r>
      <w:r>
        <w:rPr>
          <w:color w:val="000000"/>
        </w:rPr>
        <w:t xml:space="preserve"> interesting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science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paper</w:t>
      </w:r>
      <w:r>
        <w:rPr>
          <w:color w:val="000000"/>
        </w:rPr>
        <w:t xml:space="preserve"> in</w:t>
      </w:r>
      <w:r>
        <w:rPr>
          <w:color w:val="000000"/>
        </w:rPr>
        <w:t xml:space="preserve"> itself,</w:t>
      </w:r>
      <w:r>
        <w:rPr>
          <w:color w:val="000000"/>
        </w:rPr>
        <w:t xml:space="preserve"> right,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able</w:t>
      </w:r>
      <w:r>
        <w:rPr>
          <w:color w:val="000000"/>
        </w:rPr>
        <w:t xml:space="preserve"> to</w:t>
      </w:r>
      <w:r>
        <w:rPr>
          <w:color w:val="000000"/>
        </w:rPr>
        <w:t xml:space="preserve"> witness</w:t>
      </w:r>
      <w:r>
        <w:rPr>
          <w:color w:val="000000"/>
        </w:rPr>
        <w:t xml:space="preserve"> this,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this,</w:t>
      </w:r>
      <w:r>
        <w:rPr>
          <w:color w:val="000000"/>
        </w:rPr>
        <w:t xml:space="preserve"> this</w:t>
      </w:r>
      <w:r>
        <w:rPr>
          <w:color w:val="000000"/>
        </w:rPr>
        <w:t xml:space="preserve"> transmission</w:t>
      </w:r>
      <w:r>
        <w:rPr>
          <w:color w:val="000000"/>
        </w:rPr>
        <w:t xml:space="preserve"> of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across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networks,</w:t>
      </w:r>
      <w:r>
        <w:rPr>
          <w:color w:val="000000"/>
        </w:rPr>
        <w:t xml:space="preserve"> right?</w:t>
      </w:r>
      <w:r>
        <w:rPr>
          <w:color w:val="000000"/>
        </w:rPr>
        <w:t xml:space="preserve"> I</w:t>
      </w:r>
      <w:r>
        <w:rPr>
          <w:color w:val="000000"/>
        </w:rPr>
        <w:t xml:space="preserve"> mean,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about.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</w:t>
      </w:r>
      <w:r>
        <w:rPr>
          <w:color w:val="000000"/>
        </w:rPr>
        <w:t xml:space="preserve"> in</w:t>
      </w:r>
      <w:r>
        <w:rPr>
          <w:color w:val="000000"/>
        </w:rPr>
        <w:t xml:space="preserve"> general</w:t>
      </w:r>
      <w:r>
        <w:rPr>
          <w:color w:val="000000"/>
        </w:rPr>
        <w:t xml:space="preserve"> and</w:t>
      </w:r>
      <w:r>
        <w:rPr>
          <w:color w:val="000000"/>
        </w:rPr>
        <w:t xml:space="preserve"> just</w:t>
      </w:r>
      <w:r>
        <w:rPr>
          <w:color w:val="000000"/>
        </w:rPr>
        <w:t xml:space="preserve"> how</w:t>
      </w:r>
      <w:r>
        <w:rPr>
          <w:color w:val="000000"/>
        </w:rPr>
        <w:t xml:space="preserve"> um</w:t>
      </w:r>
      <w:r>
        <w:rPr>
          <w:color w:val="000000"/>
        </w:rPr>
        <w:t xml:space="preserve"> rare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</w:t>
      </w:r>
      <w:r>
        <w:rPr>
          <w:color w:val="000000"/>
        </w:rPr>
        <w:t xml:space="preserve"> that,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engage</w:t>
      </w:r>
      <w:r>
        <w:rPr>
          <w:color w:val="000000"/>
        </w:rPr>
        <w:t xml:space="preserve"> people</w:t>
      </w:r>
      <w:r>
        <w:rPr>
          <w:color w:val="000000"/>
        </w:rPr>
        <w:t xml:space="preserve"> with</w:t>
      </w:r>
      <w:r>
        <w:rPr>
          <w:color w:val="000000"/>
        </w:rPr>
        <w:t xml:space="preserve"> different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today</w:t>
      </w:r>
      <w:r>
        <w:rPr>
          <w:color w:val="000000"/>
        </w:rPr>
        <w:t xml:space="preserve"> cause</w:t>
      </w:r>
      <w:r>
        <w:rPr>
          <w:color w:val="000000"/>
        </w:rPr>
        <w:t xml:space="preserve"> we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filter,</w:t>
      </w:r>
      <w:r>
        <w:rPr>
          <w:color w:val="000000"/>
        </w:rPr>
        <w:t xml:space="preserve"> right?</w:t>
      </w:r>
      <w:r>
        <w:rPr>
          <w:color w:val="000000"/>
        </w:rPr>
        <w:t xml:space="preserve"> um</w:t>
      </w:r>
      <w:r>
        <w:rPr>
          <w:color w:val="000000"/>
        </w:rPr>
        <w:t xml:space="preserve"> but</w:t>
      </w:r>
      <w:r>
        <w:rPr>
          <w:color w:val="000000"/>
        </w:rPr>
        <w:t xml:space="preserve"> we</w:t>
      </w:r>
      <w:r>
        <w:rPr>
          <w:color w:val="000000"/>
        </w:rPr>
        <w:t xml:space="preserve"> do</w:t>
      </w:r>
      <w:r>
        <w:rPr>
          <w:color w:val="000000"/>
        </w:rPr>
        <w:t xml:space="preserve"> see,</w:t>
      </w:r>
      <w:r>
        <w:rPr>
          <w:color w:val="000000"/>
        </w:rPr>
        <w:t xml:space="preserve"> right,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not</w:t>
      </w:r>
      <w:r>
        <w:rPr>
          <w:color w:val="000000"/>
        </w:rPr>
        <w:t xml:space="preserve"> have</w:t>
      </w:r>
      <w:r>
        <w:rPr>
          <w:color w:val="000000"/>
        </w:rPr>
        <w:t xml:space="preserve"> left</w:t>
      </w:r>
      <w:r>
        <w:rPr>
          <w:color w:val="000000"/>
        </w:rPr>
        <w:t xml:space="preserve"> right</w:t>
      </w:r>
      <w:r>
        <w:rPr>
          <w:color w:val="000000"/>
        </w:rPr>
        <w:t xml:space="preserve"> um</w:t>
      </w:r>
      <w:r>
        <w:rPr>
          <w:color w:val="000000"/>
        </w:rPr>
        <w:t xml:space="preserve"> cooperation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networks,</w:t>
      </w:r>
      <w:r>
        <w:rPr>
          <w:color w:val="000000"/>
        </w:rPr>
        <w:t xml:space="preserve"> but</w:t>
      </w:r>
      <w:r>
        <w:rPr>
          <w:color w:val="000000"/>
        </w:rPr>
        <w:t xml:space="preserve"> we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do</w:t>
      </w:r>
      <w:r>
        <w:rPr>
          <w:color w:val="000000"/>
        </w:rPr>
        <w:t xml:space="preserve"> have</w:t>
      </w:r>
      <w:r>
        <w:rPr>
          <w:color w:val="000000"/>
        </w:rPr>
        <w:t xml:space="preserve"> on</w:t>
      </w:r>
      <w:r>
        <w:rPr>
          <w:color w:val="000000"/>
        </w:rPr>
        <w:t xml:space="preserve"> off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networks.</w:t>
      </w:r>
      <w:r>
        <w:rPr>
          <w:highlight w:val="yellow"/>
        </w:rPr>
        <w:t xml:space="preserve"> So</w:t>
      </w:r>
      <w:r>
        <w:rPr>
          <w:color w:val="000000"/>
        </w:rPr>
        <w:t xml:space="preserve"> we've</w:t>
      </w:r>
      <w:r>
        <w:rPr>
          <w:color w:val="000000"/>
        </w:rPr>
        <w:t xml:space="preserve"> got</w:t>
      </w:r>
      <w:r>
        <w:rPr>
          <w:color w:val="000000"/>
        </w:rPr>
        <w:t xml:space="preserve"> some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pretty</w:t>
      </w:r>
      <w:r>
        <w:rPr>
          <w:color w:val="000000"/>
        </w:rPr>
        <w:t xml:space="preserve"> tuned</w:t>
      </w:r>
      <w:r>
        <w:rPr>
          <w:color w:val="000000"/>
        </w:rPr>
        <w:t xml:space="preserve"> out</w:t>
      </w:r>
      <w:r>
        <w:rPr>
          <w:color w:val="000000"/>
        </w:rPr>
        <w:t xml:space="preserve"> and</w:t>
      </w:r>
      <w:r>
        <w:rPr>
          <w:color w:val="000000"/>
        </w:rPr>
        <w:t xml:space="preserve"> they</w:t>
      </w:r>
      <w:r>
        <w:rPr>
          <w:color w:val="000000"/>
        </w:rPr>
        <w:t xml:space="preserve"> they</w:t>
      </w:r>
      <w:r>
        <w:rPr>
          <w:color w:val="000000"/>
        </w:rPr>
        <w:t xml:space="preserve"> still</w:t>
      </w:r>
      <w:r>
        <w:rPr>
          <w:color w:val="000000"/>
        </w:rPr>
        <w:t xml:space="preserve"> are</w:t>
      </w:r>
      <w:r>
        <w:rPr>
          <w:color w:val="000000"/>
        </w:rPr>
        <w:t xml:space="preserve"> willing</w:t>
      </w:r>
      <w:r>
        <w:rPr>
          <w:color w:val="000000"/>
        </w:rPr>
        <w:t xml:space="preserve"> to</w:t>
      </w:r>
      <w:r>
        <w:rPr>
          <w:color w:val="000000"/>
        </w:rPr>
        <w:t xml:space="preserve"> ask</w:t>
      </w:r>
      <w:r>
        <w:rPr>
          <w:color w:val="000000"/>
        </w:rPr>
        <w:t xml:space="preserve"> questions</w:t>
      </w:r>
      <w:r>
        <w:rPr>
          <w:color w:val="000000"/>
        </w:rPr>
        <w:t xml:space="preserve"> and</w:t>
      </w:r>
      <w:r>
        <w:rPr>
          <w:color w:val="000000"/>
        </w:rPr>
        <w:t xml:space="preserve"> talk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with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have</w:t>
      </w:r>
      <w:r>
        <w:rPr>
          <w:color w:val="000000"/>
        </w:rPr>
        <w:t xml:space="preserve"> more</w:t>
      </w:r>
      <w:r>
        <w:rPr>
          <w:color w:val="000000"/>
        </w:rPr>
        <w:t xml:space="preserve"> expertise.</w:t>
      </w:r>
      <w:r>
        <w:rPr>
          <w:color w:val="000000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yeah,</w:t>
      </w:r>
      <w:r>
        <w:rPr>
          <w:color w:val="000000"/>
        </w:rPr>
        <w:t xml:space="preserve"> it's,</w:t>
      </w:r>
      <w:r>
        <w:rPr>
          <w:color w:val="000000"/>
        </w:rPr>
        <w:t xml:space="preserve"> it's</w:t>
      </w:r>
      <w:r>
        <w:rPr>
          <w:color w:val="000000"/>
        </w:rPr>
        <w:t xml:space="preserve"> fascinating</w:t>
      </w:r>
      <w:r>
        <w:rPr>
          <w:color w:val="000000"/>
        </w:rPr>
        <w:t xml:space="preserve"> to</w:t>
      </w:r>
      <w:r>
        <w:rPr>
          <w:color w:val="000000"/>
        </w:rPr>
        <w:t xml:space="preserve"> think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the</w:t>
      </w:r>
      <w:r>
        <w:rPr>
          <w:color w:val="000000"/>
        </w:rPr>
        <w:t xml:space="preserve"> experience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lower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voters</w:t>
      </w:r>
      <w:r>
        <w:rPr>
          <w:color w:val="000000"/>
        </w:rPr>
        <w:t xml:space="preserve"> is</w:t>
      </w:r>
      <w:r>
        <w:rPr>
          <w:color w:val="000000"/>
        </w:rPr>
        <w:t xml:space="preserve"> so</w:t>
      </w:r>
      <w:r>
        <w:rPr>
          <w:color w:val="000000"/>
        </w:rPr>
        <w:t xml:space="preserve"> structured</w:t>
      </w:r>
      <w:r>
        <w:rPr>
          <w:color w:val="000000"/>
        </w:rPr>
        <w:t xml:space="preserve"> by</w:t>
      </w:r>
      <w:r>
        <w:rPr>
          <w:color w:val="000000"/>
        </w:rPr>
        <w:t xml:space="preserve"> the</w:t>
      </w:r>
      <w:r>
        <w:rPr>
          <w:color w:val="000000"/>
        </w:rPr>
        <w:t xml:space="preserve"> people</w:t>
      </w:r>
      <w:r>
        <w:rPr>
          <w:color w:val="000000"/>
        </w:rPr>
        <w:t xml:space="preserve"> in</w:t>
      </w:r>
      <w:r>
        <w:rPr>
          <w:color w:val="000000"/>
        </w:rPr>
        <w:t xml:space="preserve"> their</w:t>
      </w:r>
      <w:r>
        <w:rPr>
          <w:color w:val="000000"/>
        </w:rPr>
        <w:t xml:space="preserve"> networks.</w:t>
      </w:r>
      <w:r>
        <w:rPr>
          <w:highlight w:val="yellow"/>
        </w:rPr>
        <w:t xml:space="preserve"> Uh,</w:t>
      </w:r>
      <w:r>
        <w:rPr>
          <w:color w:val="000000"/>
        </w:rPr>
        <w:t xml:space="preserve"> that's</w:t>
      </w:r>
      <w:r>
        <w:rPr>
          <w:color w:val="000000"/>
        </w:rPr>
        <w:t xml:space="preserve"> kind</w:t>
      </w:r>
      <w:r>
        <w:rPr>
          <w:color w:val="000000"/>
        </w:rPr>
        <w:t xml:space="preserve"> of,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in</w:t>
      </w:r>
      <w:r>
        <w:rPr>
          <w:color w:val="000000"/>
        </w:rPr>
        <w:t xml:space="preserve"> line</w:t>
      </w:r>
      <w:r>
        <w:rPr>
          <w:color w:val="000000"/>
        </w:rPr>
        <w:t xml:space="preserve"> with</w:t>
      </w:r>
      <w:r>
        <w:rPr>
          <w:color w:val="000000"/>
        </w:rPr>
        <w:t xml:space="preserve"> the</w:t>
      </w:r>
      <w:r>
        <w:rPr>
          <w:color w:val="000000"/>
        </w:rPr>
        <w:t xml:space="preserve"> classic</w:t>
      </w:r>
      <w:r>
        <w:rPr>
          <w:color w:val="000000"/>
        </w:rPr>
        <w:t xml:space="preserve"> assumptions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have</w:t>
      </w:r>
      <w:r>
        <w:rPr>
          <w:color w:val="000000"/>
        </w:rPr>
        <w:t xml:space="preserve"> had</w:t>
      </w:r>
      <w:r>
        <w:rPr>
          <w:color w:val="000000"/>
        </w:rPr>
        <w:t xml:space="preserve"> in</w:t>
      </w:r>
      <w:r>
        <w:rPr>
          <w:color w:val="000000"/>
        </w:rPr>
        <w:t xml:space="preserve"> literature</w:t>
      </w:r>
      <w:r>
        <w:rPr>
          <w:color w:val="000000"/>
        </w:rPr>
        <w:t xml:space="preserve"> maybe,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even</w:t>
      </w:r>
      <w:r>
        <w:rPr>
          <w:color w:val="000000"/>
        </w:rPr>
        <w:t xml:space="preserve"> 40</w:t>
      </w:r>
      <w:r>
        <w:rPr>
          <w:color w:val="000000"/>
        </w:rPr>
        <w:t xml:space="preserve"> years</w:t>
      </w:r>
      <w:r>
        <w:rPr>
          <w:color w:val="000000"/>
        </w:rPr>
        <w:t xml:space="preserve"> ago.</w:t>
      </w:r>
      <w:r>
        <w:rPr>
          <w:color w:val="000000"/>
        </w:rPr>
        <w:t xml:space="preserve"> We</w:t>
      </w:r>
      <w:r>
        <w:rPr>
          <w:color w:val="000000"/>
        </w:rPr>
        <w:t xml:space="preserve"> started</w:t>
      </w:r>
      <w:r>
        <w:rPr>
          <w:color w:val="000000"/>
        </w:rPr>
        <w:t xml:space="preserve"> really</w:t>
      </w:r>
      <w:r>
        <w:rPr>
          <w:color w:val="000000"/>
        </w:rPr>
        <w:t xml:space="preserve"> studying</w:t>
      </w:r>
      <w:r>
        <w:rPr>
          <w:color w:val="000000"/>
        </w:rPr>
        <w:t xml:space="preserve"> these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what</w:t>
      </w:r>
      <w:r>
        <w:rPr>
          <w:color w:val="000000"/>
        </w:rPr>
        <w:t xml:space="preserve"> was</w:t>
      </w:r>
      <w:r>
        <w:rPr>
          <w:color w:val="000000"/>
        </w:rPr>
        <w:t xml:space="preserve"> called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leaders.</w:t>
      </w:r>
      <w:r>
        <w:rPr>
          <w:highlight w:val="yellow"/>
        </w:rPr>
        <w:t xml:space="preserve"> There</w:t>
      </w:r>
      <w:r>
        <w:rPr>
          <w:color w:val="000000"/>
        </w:rPr>
        <w:t xml:space="preserve"> are</w:t>
      </w:r>
      <w:r>
        <w:rPr>
          <w:color w:val="000000"/>
        </w:rPr>
        <w:t xml:space="preserve"> these</w:t>
      </w:r>
      <w:r>
        <w:rPr>
          <w:color w:val="000000"/>
        </w:rPr>
        <w:t xml:space="preserve"> knowledgeable</w:t>
      </w:r>
      <w:r>
        <w:rPr>
          <w:color w:val="000000"/>
        </w:rPr>
        <w:t xml:space="preserve"> people</w:t>
      </w:r>
      <w:r>
        <w:rPr>
          <w:color w:val="000000"/>
        </w:rPr>
        <w:t xml:space="preserve"> that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like</w:t>
      </w:r>
      <w:r>
        <w:rPr>
          <w:color w:val="000000"/>
        </w:rPr>
        <w:t xml:space="preserve"> talk</w:t>
      </w:r>
      <w:r>
        <w:rPr>
          <w:color w:val="000000"/>
        </w:rPr>
        <w:t xml:space="preserve"> to</w:t>
      </w:r>
      <w:r>
        <w:rPr>
          <w:color w:val="000000"/>
        </w:rPr>
        <w:t xml:space="preserve"> their</w:t>
      </w:r>
      <w:r>
        <w:rPr>
          <w:color w:val="000000"/>
        </w:rPr>
        <w:t xml:space="preserve"> friends</w:t>
      </w:r>
      <w:r>
        <w:rPr>
          <w:color w:val="000000"/>
        </w:rPr>
        <w:t xml:space="preserve"> and</w:t>
      </w:r>
      <w:r>
        <w:rPr>
          <w:color w:val="000000"/>
        </w:rPr>
        <w:t xml:space="preserve"> colleagues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and</w:t>
      </w:r>
      <w:r>
        <w:rPr>
          <w:color w:val="000000"/>
        </w:rPr>
        <w:t xml:space="preserve"> most</w:t>
      </w:r>
      <w:r>
        <w:rPr>
          <w:color w:val="000000"/>
        </w:rPr>
        <w:t xml:space="preserve"> of</w:t>
      </w:r>
      <w:r>
        <w:rPr>
          <w:color w:val="000000"/>
        </w:rPr>
        <w:t xml:space="preserve"> those</w:t>
      </w:r>
      <w:r>
        <w:rPr>
          <w:color w:val="000000"/>
        </w:rPr>
        <w:t xml:space="preserve"> friends</w:t>
      </w:r>
      <w:r>
        <w:rPr>
          <w:color w:val="000000"/>
        </w:rPr>
        <w:t xml:space="preserve"> and</w:t>
      </w:r>
      <w:r>
        <w:rPr>
          <w:color w:val="000000"/>
        </w:rPr>
        <w:t xml:space="preserve"> colleagues</w:t>
      </w:r>
      <w:r>
        <w:rPr>
          <w:color w:val="000000"/>
        </w:rPr>
        <w:t xml:space="preserve"> are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happy</w:t>
      </w:r>
      <w:r>
        <w:rPr>
          <w:color w:val="000000"/>
        </w:rPr>
        <w:t xml:space="preserve"> to</w:t>
      </w:r>
      <w:r>
        <w:rPr>
          <w:color w:val="000000"/>
        </w:rPr>
        <w:t xml:space="preserve"> listen</w:t>
      </w:r>
      <w:r>
        <w:rPr>
          <w:color w:val="000000"/>
        </w:rPr>
        <w:t xml:space="preserve"> and</w:t>
      </w:r>
      <w:r>
        <w:rPr>
          <w:color w:val="000000"/>
        </w:rPr>
        <w:t xml:space="preserve"> happy</w:t>
      </w:r>
      <w:r>
        <w:rPr>
          <w:color w:val="000000"/>
        </w:rPr>
        <w:t xml:space="preserve"> to</w:t>
      </w:r>
      <w:r>
        <w:rPr>
          <w:color w:val="000000"/>
        </w:rPr>
        <w:t xml:space="preserve"> uh</w:t>
      </w:r>
      <w:r>
        <w:rPr>
          <w:color w:val="000000"/>
        </w:rPr>
        <w:t xml:space="preserve"> use</w:t>
      </w:r>
      <w:r>
        <w:rPr>
          <w:color w:val="000000"/>
        </w:rPr>
        <w:t xml:space="preserve"> that</w:t>
      </w:r>
      <w:r>
        <w:rPr>
          <w:color w:val="000000"/>
        </w:rPr>
        <w:t xml:space="preserve"> as</w:t>
      </w:r>
      <w:r>
        <w:rPr>
          <w:color w:val="000000"/>
        </w:rPr>
        <w:t xml:space="preserve"> an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subsidy,</w:t>
      </w:r>
      <w:r>
        <w:rPr>
          <w:color w:val="000000"/>
        </w:rPr>
        <w:t xml:space="preserve"> right?</w:t>
      </w:r>
      <w:r>
        <w:rPr>
          <w:color w:val="000000"/>
        </w:rPr>
        <w:t xml:space="preserve"> Right</w:t>
      </w:r>
      <w:r>
        <w:rPr>
          <w:color w:val="000000"/>
        </w:rPr>
        <w:t xml:space="preserve"> now,</w:t>
      </w:r>
      <w:r>
        <w:rPr>
          <w:color w:val="000000"/>
        </w:rPr>
        <w:t xml:space="preserve"> so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in</w:t>
      </w:r>
      <w:r>
        <w:rPr>
          <w:color w:val="000000"/>
        </w:rPr>
        <w:t xml:space="preserve"> my</w:t>
      </w:r>
      <w:r>
        <w:rPr>
          <w:color w:val="000000"/>
        </w:rPr>
        <w:t xml:space="preserve"> work,</w:t>
      </w:r>
      <w:r>
        <w:rPr>
          <w:color w:val="000000"/>
        </w:rPr>
        <w:t xml:space="preserve"> what</w:t>
      </w:r>
      <w:r>
        <w:rPr>
          <w:color w:val="000000"/>
        </w:rPr>
        <w:t xml:space="preserve"> I'm</w:t>
      </w:r>
      <w:r>
        <w:rPr>
          <w:color w:val="000000"/>
        </w:rPr>
        <w:t xml:space="preserve"> claiming</w:t>
      </w:r>
      <w:r>
        <w:rPr>
          <w:color w:val="000000"/>
        </w:rPr>
        <w:t xml:space="preserve"> is</w:t>
      </w:r>
      <w:r>
        <w:rPr>
          <w:color w:val="000000"/>
        </w:rPr>
        <w:t xml:space="preserve"> that</w:t>
      </w:r>
      <w:r>
        <w:rPr>
          <w:color w:val="000000"/>
        </w:rPr>
        <w:t xml:space="preserve"> sometimes</w:t>
      </w:r>
      <w:r>
        <w:rPr>
          <w:color w:val="000000"/>
        </w:rPr>
        <w:t xml:space="preserve"> those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</w:t>
      </w:r>
      <w:r>
        <w:rPr>
          <w:color w:val="000000"/>
        </w:rPr>
        <w:t xml:space="preserve"> appear</w:t>
      </w:r>
      <w:r>
        <w:rPr>
          <w:color w:val="000000"/>
        </w:rPr>
        <w:t xml:space="preserve"> to</w:t>
      </w:r>
      <w:r>
        <w:rPr>
          <w:color w:val="000000"/>
        </w:rPr>
        <w:t xml:space="preserve"> be.</w:t>
      </w:r>
      <w:r>
        <w:rPr>
          <w:color w:val="000000"/>
        </w:rPr>
        <w:t xml:space="preserve"> Uh,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highly</w:t>
      </w:r>
      <w:r>
        <w:rPr>
          <w:color w:val="000000"/>
        </w:rPr>
        <w:t xml:space="preserve"> sophisticated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leaders,</w:t>
      </w:r>
      <w:r>
        <w:rPr>
          <w:color w:val="000000"/>
        </w:rPr>
        <w:t xml:space="preserve"> but</w:t>
      </w:r>
      <w:r>
        <w:rPr>
          <w:color w:val="000000"/>
        </w:rPr>
        <w:t xml:space="preserve"> in</w:t>
      </w:r>
      <w:r>
        <w:rPr>
          <w:color w:val="000000"/>
        </w:rPr>
        <w:t xml:space="preserve"> fact</w:t>
      </w:r>
      <w:r>
        <w:rPr>
          <w:color w:val="000000"/>
        </w:rPr>
        <w:t xml:space="preserve"> are</w:t>
      </w:r>
      <w:r>
        <w:rPr>
          <w:color w:val="000000"/>
        </w:rPr>
        <w:t xml:space="preserve"> no</w:t>
      </w:r>
      <w:r>
        <w:rPr>
          <w:color w:val="000000"/>
        </w:rPr>
        <w:t xml:space="preserve"> more</w:t>
      </w:r>
      <w:r>
        <w:rPr>
          <w:color w:val="000000"/>
        </w:rPr>
        <w:t xml:space="preserve"> knowledgeable</w:t>
      </w:r>
      <w:r>
        <w:rPr>
          <w:color w:val="000000"/>
        </w:rPr>
        <w:t xml:space="preserve"> than</w:t>
      </w:r>
      <w:r>
        <w:rPr>
          <w:color w:val="000000"/>
        </w:rPr>
        <w:t xml:space="preserve"> the</w:t>
      </w:r>
      <w:r>
        <w:rPr>
          <w:color w:val="000000"/>
        </w:rPr>
        <w:t xml:space="preserve"> followers,</w:t>
      </w:r>
      <w:r>
        <w:rPr>
          <w:color w:val="000000"/>
        </w:rPr>
        <w:t xml:space="preserve"> right,</w:t>
      </w:r>
      <w:r>
        <w:rPr>
          <w:color w:val="000000"/>
        </w:rPr>
        <w:t xml:space="preserve"> the</w:t>
      </w:r>
      <w:r>
        <w:rPr>
          <w:color w:val="000000"/>
        </w:rPr>
        <w:t xml:space="preserve"> opinion</w:t>
      </w:r>
      <w:r>
        <w:rPr>
          <w:color w:val="000000"/>
        </w:rPr>
        <w:t xml:space="preserve"> followers,</w:t>
      </w:r>
      <w:r>
        <w:rPr>
          <w:color w:val="000000"/>
        </w:rPr>
        <w:t xml:space="preserve"> and</w:t>
      </w:r>
      <w:r>
        <w:rPr>
          <w:color w:val="000000"/>
        </w:rPr>
        <w:t xml:space="preserve"> this</w:t>
      </w:r>
      <w:r>
        <w:rPr>
          <w:color w:val="000000"/>
        </w:rPr>
        <w:t xml:space="preserve"> could</w:t>
      </w:r>
      <w:r>
        <w:rPr>
          <w:color w:val="000000"/>
        </w:rPr>
        <w:t xml:space="preserve"> result</w:t>
      </w:r>
      <w:r>
        <w:rPr>
          <w:color w:val="000000"/>
        </w:rPr>
        <w:t xml:space="preserve"> in</w:t>
      </w:r>
      <w:r>
        <w:rPr>
          <w:color w:val="000000"/>
        </w:rPr>
        <w:t xml:space="preserve"> some</w:t>
      </w:r>
      <w:r>
        <w:rPr>
          <w:color w:val="000000"/>
        </w:rPr>
        <w:t xml:space="preserve"> really</w:t>
      </w:r>
      <w:r>
        <w:rPr>
          <w:color w:val="000000"/>
        </w:rPr>
        <w:t xml:space="preserve"> big</w:t>
      </w:r>
      <w:r>
        <w:rPr>
          <w:color w:val="000000"/>
        </w:rPr>
        <w:t xml:space="preserve"> issues.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but</w:t>
      </w:r>
      <w:r>
        <w:rPr>
          <w:color w:val="000000"/>
        </w:rPr>
        <w:t xml:space="preserve"> I</w:t>
      </w:r>
      <w:r>
        <w:rPr>
          <w:color w:val="000000"/>
        </w:rPr>
        <w:t xml:space="preserve"> would</w:t>
      </w:r>
      <w:r>
        <w:rPr>
          <w:color w:val="000000"/>
        </w:rPr>
        <w:t xml:space="preserve"> say</w:t>
      </w:r>
      <w:r>
        <w:rPr>
          <w:color w:val="000000"/>
        </w:rPr>
        <w:t xml:space="preserve"> that</w:t>
      </w:r>
      <w:r>
        <w:rPr>
          <w:color w:val="000000"/>
        </w:rPr>
        <w:t xml:space="preserve"> there's</w:t>
      </w:r>
      <w:r>
        <w:rPr>
          <w:color w:val="000000"/>
        </w:rPr>
        <w:t xml:space="preserve"> definitely</w:t>
      </w:r>
      <w:r>
        <w:rPr>
          <w:color w:val="000000"/>
        </w:rPr>
        <w:t xml:space="preserve"> already</w:t>
      </w:r>
      <w:r>
        <w:rPr>
          <w:color w:val="000000"/>
        </w:rPr>
        <w:t xml:space="preserve"> a</w:t>
      </w:r>
      <w:r>
        <w:rPr>
          <w:color w:val="000000"/>
        </w:rPr>
        <w:t xml:space="preserve"> self</w:t>
      </w:r>
      <w:r>
        <w:rPr>
          <w:color w:val="000000"/>
        </w:rPr>
        <w:t xml:space="preserve"> selection</w:t>
      </w:r>
      <w:r>
        <w:rPr>
          <w:color w:val="000000"/>
        </w:rPr>
        <w:t xml:space="preserve"> phenomenon</w:t>
      </w:r>
      <w:r>
        <w:rPr>
          <w:color w:val="000000"/>
        </w:rPr>
        <w:t xml:space="preserve"> where</w:t>
      </w:r>
      <w:r>
        <w:rPr>
          <w:color w:val="000000"/>
        </w:rPr>
        <w:t xml:space="preserve"> these</w:t>
      </w:r>
      <w:r>
        <w:rPr>
          <w:color w:val="000000"/>
        </w:rPr>
        <w:t xml:space="preserve"> are</w:t>
      </w:r>
      <w:r>
        <w:rPr>
          <w:color w:val="000000"/>
        </w:rPr>
        <w:t xml:space="preserve"> probably</w:t>
      </w:r>
      <w:r>
        <w:rPr>
          <w:color w:val="000000"/>
        </w:rPr>
        <w:t xml:space="preserve"> the</w:t>
      </w:r>
      <w:r>
        <w:rPr>
          <w:color w:val="000000"/>
        </w:rPr>
        <w:t xml:space="preserve"> truly</w:t>
      </w:r>
      <w:r>
        <w:rPr>
          <w:color w:val="000000"/>
        </w:rPr>
        <w:t xml:space="preserve"> sophisticated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getting</w:t>
      </w:r>
      <w:r>
        <w:rPr>
          <w:color w:val="000000"/>
        </w:rPr>
        <w:t xml:space="preserve"> the</w:t>
      </w:r>
      <w:r>
        <w:rPr>
          <w:color w:val="000000"/>
        </w:rPr>
        <w:t xml:space="preserve"> app</w:t>
      </w:r>
      <w:r>
        <w:rPr>
          <w:color w:val="000000"/>
        </w:rPr>
        <w:t xml:space="preserve"> to</w:t>
      </w:r>
      <w:r>
        <w:rPr>
          <w:color w:val="000000"/>
        </w:rPr>
        <w:t xml:space="preserve"> then</w:t>
      </w:r>
      <w:r>
        <w:rPr>
          <w:color w:val="000000"/>
        </w:rPr>
        <w:t xml:space="preserve"> share,</w:t>
      </w:r>
      <w:r>
        <w:rPr>
          <w:color w:val="000000"/>
        </w:rPr>
        <w:t xml:space="preserve"> right?</w:t>
      </w:r>
      <w:r>
        <w:rPr>
          <w:highlight w:val="yellow"/>
        </w:rPr>
        <w:t xml:space="preserve"> Um,</w:t>
      </w:r>
      <w:r>
        <w:rPr>
          <w:color w:val="000000"/>
        </w:rPr>
        <w:t xml:space="preserve"> so</w:t>
      </w:r>
      <w:r>
        <w:rPr>
          <w:color w:val="000000"/>
        </w:rPr>
        <w:t xml:space="preserve"> if</w:t>
      </w:r>
      <w:r>
        <w:rPr>
          <w:color w:val="000000"/>
        </w:rPr>
        <w:t xml:space="preserve"> we</w:t>
      </w:r>
      <w:r>
        <w:rPr>
          <w:color w:val="000000"/>
        </w:rPr>
        <w:t xml:space="preserve"> were</w:t>
      </w:r>
      <w:r>
        <w:rPr>
          <w:color w:val="000000"/>
        </w:rPr>
        <w:t xml:space="preserve"> to</w:t>
      </w:r>
      <w:r>
        <w:rPr>
          <w:color w:val="000000"/>
        </w:rPr>
        <w:t xml:space="preserve"> randomly</w:t>
      </w:r>
      <w:r>
        <w:rPr>
          <w:color w:val="000000"/>
        </w:rPr>
        <w:t xml:space="preserve"> distribute</w:t>
      </w:r>
      <w:r>
        <w:rPr>
          <w:color w:val="000000"/>
        </w:rPr>
        <w:t xml:space="preserve"> the</w:t>
      </w:r>
      <w:r>
        <w:rPr>
          <w:color w:val="000000"/>
        </w:rPr>
        <w:t xml:space="preserve"> app</w:t>
      </w:r>
      <w:r>
        <w:rPr>
          <w:color w:val="000000"/>
        </w:rPr>
        <w:t xml:space="preserve"> to</w:t>
      </w:r>
      <w:r>
        <w:rPr>
          <w:color w:val="000000"/>
        </w:rPr>
        <w:t xml:space="preserve"> opinion</w:t>
      </w:r>
      <w:r>
        <w:rPr>
          <w:color w:val="000000"/>
        </w:rPr>
        <w:t xml:space="preserve"> leaders</w:t>
      </w:r>
      <w:r>
        <w:rPr>
          <w:highlight w:val="yellow"/>
        </w:rPr>
        <w:t xml:space="preserve"> and</w:t>
      </w:r>
      <w:r>
        <w:rPr>
          <w:color w:val="000000"/>
        </w:rPr>
        <w:t xml:space="preserve"> discussion</w:t>
      </w:r>
      <w:r>
        <w:rPr>
          <w:color w:val="000000"/>
        </w:rPr>
        <w:t xml:space="preserve"> networks</w:t>
      </w:r>
      <w:r>
        <w:rPr>
          <w:color w:val="000000"/>
        </w:rPr>
        <w:t xml:space="preserve"> that</w:t>
      </w:r>
      <w:r>
        <w:rPr>
          <w:color w:val="000000"/>
        </w:rPr>
        <w:t xml:space="preserve"> we'd</w:t>
      </w:r>
      <w:r>
        <w:rPr>
          <w:color w:val="000000"/>
        </w:rPr>
        <w:t xml:space="preserve"> identified,</w:t>
      </w:r>
      <w:r>
        <w:rPr>
          <w:color w:val="000000"/>
        </w:rPr>
        <w:t xml:space="preserve"> I</w:t>
      </w:r>
      <w:r>
        <w:rPr>
          <w:color w:val="000000"/>
        </w:rPr>
        <w:t xml:space="preserve"> think</w:t>
      </w:r>
      <w:r>
        <w:rPr>
          <w:color w:val="000000"/>
        </w:rPr>
        <w:t xml:space="preserve"> we'd</w:t>
      </w:r>
      <w:r>
        <w:rPr>
          <w:color w:val="000000"/>
        </w:rPr>
        <w:t xml:space="preserve"> see</w:t>
      </w:r>
      <w:r>
        <w:rPr>
          <w:color w:val="000000"/>
        </w:rPr>
        <w:t xml:space="preserve"> a</w:t>
      </w:r>
      <w:r>
        <w:rPr>
          <w:color w:val="000000"/>
        </w:rPr>
        <w:t xml:space="preserve"> lot</w:t>
      </w:r>
      <w:r>
        <w:rPr>
          <w:color w:val="000000"/>
        </w:rPr>
        <w:t xml:space="preserve"> more</w:t>
      </w:r>
      <w:r>
        <w:rPr>
          <w:color w:val="000000"/>
        </w:rPr>
        <w:t xml:space="preserve"> of</w:t>
      </w:r>
      <w:r>
        <w:rPr>
          <w:color w:val="000000"/>
        </w:rPr>
        <w:t xml:space="preserve"> this.</w:t>
      </w:r>
      <w:r>
        <w:rPr>
          <w:color w:val="000000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problem</w:t>
      </w:r>
      <w:r>
        <w:rPr>
          <w:color w:val="000000"/>
        </w:rPr>
        <w:t xml:space="preserve"> come</w:t>
      </w:r>
      <w:r>
        <w:rPr>
          <w:color w:val="000000"/>
        </w:rPr>
        <w:t xml:space="preserve"> in.</w:t>
      </w:r>
      <w:r>
        <w:rPr>
          <w:color w:val="000000"/>
        </w:rPr>
        <w:t xml:space="preserve"> But,</w:t>
      </w:r>
      <w:r>
        <w:rPr>
          <w:color w:val="000000"/>
        </w:rPr>
        <w:t xml:space="preserve"> um,</w:t>
      </w:r>
      <w:r>
        <w:rPr>
          <w:color w:val="000000"/>
        </w:rPr>
        <w:t xml:space="preserve"> yeah,</w:t>
      </w:r>
      <w:r>
        <w:rPr>
          <w:color w:val="000000"/>
        </w:rPr>
        <w:t xml:space="preserve"> I,</w:t>
      </w:r>
      <w:r>
        <w:rPr>
          <w:color w:val="000000"/>
        </w:rPr>
        <w:t xml:space="preserve"> I,</w:t>
      </w:r>
      <w:r>
        <w:rPr>
          <w:color w:val="000000"/>
        </w:rPr>
        <w:t xml:space="preserve"> I'm</w:t>
      </w:r>
      <w:r>
        <w:rPr>
          <w:color w:val="000000"/>
        </w:rPr>
        <w:t xml:space="preserve"> fascinated</w:t>
      </w:r>
      <w:r>
        <w:rPr>
          <w:color w:val="000000"/>
        </w:rPr>
        <w:t xml:space="preserve"> to</w:t>
      </w:r>
      <w:r>
        <w:rPr>
          <w:color w:val="000000"/>
        </w:rPr>
        <w:t xml:space="preserve"> think</w:t>
      </w:r>
      <w:r>
        <w:rPr>
          <w:color w:val="000000"/>
        </w:rPr>
        <w:t xml:space="preserve"> about</w:t>
      </w:r>
      <w:r>
        <w:rPr>
          <w:color w:val="000000"/>
        </w:rPr>
        <w:t xml:space="preserve"> what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</w:t>
      </w:r>
      <w:r>
        <w:rPr>
          <w:color w:val="000000"/>
        </w:rPr>
        <w:t xml:space="preserve"> individual</w:t>
      </w:r>
      <w:r>
        <w:rPr>
          <w:color w:val="000000"/>
        </w:rPr>
        <w:t xml:space="preserve"> interactions</w:t>
      </w:r>
      <w:r>
        <w:rPr>
          <w:color w:val="000000"/>
        </w:rPr>
        <w:t xml:space="preserve"> were</w:t>
      </w:r>
      <w:r>
        <w:rPr>
          <w:color w:val="000000"/>
        </w:rPr>
        <w:t xml:space="preserve"> like,</w:t>
      </w:r>
      <w:r>
        <w:rPr>
          <w:color w:val="000000"/>
        </w:rPr>
        <w:t xml:space="preserve"> where</w:t>
      </w:r>
      <w:r>
        <w:rPr>
          <w:color w:val="000000"/>
        </w:rPr>
        <w:t xml:space="preserve"> people</w:t>
      </w:r>
      <w:r>
        <w:rPr>
          <w:color w:val="000000"/>
        </w:rPr>
        <w:t xml:space="preserve"> were</w:t>
      </w:r>
      <w:r>
        <w:rPr>
          <w:color w:val="000000"/>
        </w:rPr>
        <w:t xml:space="preserve"> getting</w:t>
      </w:r>
      <w:r>
        <w:rPr>
          <w:color w:val="000000"/>
        </w:rPr>
        <w:t xml:space="preserve"> results</w:t>
      </w:r>
      <w:r>
        <w:rPr>
          <w:color w:val="000000"/>
        </w:rPr>
        <w:t xml:space="preserve"> and</w:t>
      </w:r>
      <w:r>
        <w:rPr>
          <w:color w:val="000000"/>
        </w:rPr>
        <w:t xml:space="preserve"> sharing</w:t>
      </w:r>
      <w:r>
        <w:rPr>
          <w:color w:val="000000"/>
        </w:rPr>
        <w:t xml:space="preserve"> these</w:t>
      </w:r>
      <w:r>
        <w:rPr>
          <w:color w:val="000000"/>
        </w:rPr>
        <w:t xml:space="preserve"> and</w:t>
      </w:r>
      <w:r>
        <w:rPr>
          <w:color w:val="000000"/>
        </w:rPr>
        <w:t xml:space="preserve"> saying</w:t>
      </w:r>
      <w:r>
        <w:rPr>
          <w:color w:val="000000"/>
        </w:rPr>
        <w:t xml:space="preserve"> is,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let</w:t>
      </w:r>
      <w:r>
        <w:rPr>
          <w:color w:val="000000"/>
        </w:rPr>
        <w:t xml:space="preserve"> me</w:t>
      </w:r>
      <w:r>
        <w:rPr>
          <w:color w:val="000000"/>
        </w:rPr>
        <w:t xml:space="preserve"> double</w:t>
      </w:r>
      <w:r>
        <w:rPr>
          <w:color w:val="000000"/>
        </w:rPr>
        <w:t xml:space="preserve"> check,</w:t>
      </w:r>
      <w:r>
        <w:rPr>
          <w:color w:val="000000"/>
        </w:rPr>
        <w:t xml:space="preserve"> is</w:t>
      </w:r>
      <w:r>
        <w:rPr>
          <w:color w:val="000000"/>
        </w:rPr>
        <w:t xml:space="preserve"> this</w:t>
      </w:r>
      <w:r>
        <w:rPr>
          <w:color w:val="000000"/>
        </w:rPr>
        <w:t xml:space="preserve"> right?</w:t>
      </w:r>
      <w:r>
        <w:rPr>
          <w:highlight w:val="yellow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does</w:t>
      </w:r>
      <w:r>
        <w:rPr>
          <w:color w:val="000000"/>
        </w:rPr>
        <w:t xml:space="preserve"> this</w:t>
      </w:r>
      <w:r>
        <w:rPr>
          <w:color w:val="000000"/>
        </w:rPr>
        <w:t xml:space="preserve"> seem</w:t>
      </w:r>
      <w:r>
        <w:rPr>
          <w:color w:val="000000"/>
        </w:rPr>
        <w:t xml:space="preserve"> like</w:t>
      </w:r>
      <w:r>
        <w:rPr>
          <w:color w:val="000000"/>
        </w:rPr>
        <w:t xml:space="preserve"> the</w:t>
      </w:r>
      <w:r>
        <w:rPr>
          <w:color w:val="000000"/>
        </w:rPr>
        <w:t xml:space="preserve"> right</w:t>
      </w:r>
      <w:r>
        <w:rPr>
          <w:color w:val="000000"/>
        </w:rPr>
        <w:t xml:space="preserve"> thing</w:t>
      </w:r>
      <w:r>
        <w:rPr>
          <w:color w:val="000000"/>
        </w:rPr>
        <w:t xml:space="preserve"> and</w:t>
      </w:r>
      <w:r>
        <w:rPr>
          <w:color w:val="000000"/>
        </w:rPr>
        <w:t xml:space="preserve"> having</w:t>
      </w:r>
      <w:r>
        <w:rPr>
          <w:color w:val="000000"/>
        </w:rPr>
        <w:t xml:space="preserve"> people</w:t>
      </w:r>
      <w:r>
        <w:rPr>
          <w:color w:val="000000"/>
        </w:rPr>
        <w:t xml:space="preserve"> who</w:t>
      </w:r>
      <w:r>
        <w:rPr>
          <w:color w:val="000000"/>
        </w:rPr>
        <w:t xml:space="preserve"> are,</w:t>
      </w:r>
      <w:r>
        <w:rPr>
          <w:color w:val="000000"/>
        </w:rPr>
        <w:t xml:space="preserve"> again,</w:t>
      </w:r>
      <w:r>
        <w:rPr>
          <w:color w:val="000000"/>
        </w:rPr>
        <w:t xml:space="preserve"> like</w:t>
      </w:r>
      <w:r>
        <w:rPr>
          <w:color w:val="000000"/>
        </w:rPr>
        <w:t xml:space="preserve"> you</w:t>
      </w:r>
      <w:r>
        <w:rPr>
          <w:color w:val="000000"/>
        </w:rPr>
        <w:t xml:space="preserve"> said,</w:t>
      </w:r>
      <w:r>
        <w:rPr>
          <w:color w:val="000000"/>
        </w:rPr>
        <w:t xml:space="preserve"> have</w:t>
      </w:r>
      <w:r>
        <w:rPr>
          <w:color w:val="000000"/>
        </w:rPr>
        <w:t xml:space="preserve"> intimate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these,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local</w:t>
      </w:r>
      <w:r>
        <w:rPr>
          <w:color w:val="000000"/>
        </w:rPr>
        <w:t xml:space="preserve"> candidates</w:t>
      </w:r>
      <w:r>
        <w:rPr>
          <w:color w:val="000000"/>
        </w:rPr>
        <w:t xml:space="preserve"> going,</w:t>
      </w:r>
      <w:r>
        <w:rPr>
          <w:color w:val="000000"/>
        </w:rPr>
        <w:t xml:space="preserve"> oh</w:t>
      </w:r>
      <w:r>
        <w:rPr>
          <w:color w:val="000000"/>
        </w:rPr>
        <w:t xml:space="preserve"> well</w:t>
      </w:r>
      <w:r>
        <w:rPr>
          <w:color w:val="000000"/>
        </w:rPr>
        <w:t xml:space="preserve"> that,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that</w:t>
      </w:r>
      <w:r>
        <w:rPr>
          <w:color w:val="000000"/>
        </w:rPr>
        <w:t xml:space="preserve"> guy,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in</w:t>
      </w:r>
      <w:r>
        <w:rPr>
          <w:color w:val="000000"/>
        </w:rPr>
        <w:t xml:space="preserve"> 2012,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know.</w:t>
      </w:r>
      <w:r>
        <w:rPr>
          <w:color w:val="000000"/>
        </w:rPr>
        <w:t xml:space="preserve"> I</w:t>
      </w:r>
      <w:r>
        <w:rPr>
          <w:color w:val="000000"/>
        </w:rPr>
        <w:t xml:space="preserve"> saw</w:t>
      </w:r>
      <w:r>
        <w:rPr>
          <w:color w:val="000000"/>
        </w:rPr>
        <w:t xml:space="preserve"> him,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uh,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cut</w:t>
      </w:r>
      <w:r>
        <w:rPr>
          <w:color w:val="000000"/>
        </w:rPr>
        <w:t xml:space="preserve"> somebody</w:t>
      </w:r>
      <w:r>
        <w:rPr>
          <w:color w:val="000000"/>
        </w:rPr>
        <w:t xml:space="preserve"> off</w:t>
      </w:r>
      <w:r>
        <w:rPr>
          <w:color w:val="000000"/>
        </w:rPr>
        <w:t xml:space="preserve"> in</w:t>
      </w:r>
      <w:r>
        <w:rPr>
          <w:color w:val="000000"/>
        </w:rPr>
        <w:t xml:space="preserve"> traffic,</w:t>
      </w:r>
      <w:r>
        <w:rPr>
          <w:highlight w:val="yellow"/>
        </w:rPr>
        <w:t xml:space="preserve"> and</w:t>
      </w:r>
      <w:r>
        <w:rPr>
          <w:color w:val="000000"/>
        </w:rPr>
        <w:t xml:space="preserve"> so</w:t>
      </w:r>
      <w:r>
        <w:rPr>
          <w:color w:val="000000"/>
        </w:rPr>
        <w:t xml:space="preserve"> he's</w:t>
      </w:r>
      <w:r>
        <w:rPr>
          <w:color w:val="000000"/>
        </w:rPr>
        <w:t xml:space="preserve"> a</w:t>
      </w:r>
      <w:r>
        <w:rPr>
          <w:color w:val="000000"/>
        </w:rPr>
        <w:t xml:space="preserve"> jerk</w:t>
      </w:r>
      <w:r>
        <w:rPr>
          <w:color w:val="000000"/>
        </w:rPr>
        <w:t xml:space="preserve"> and</w:t>
      </w:r>
      <w:r>
        <w:rPr>
          <w:color w:val="000000"/>
        </w:rPr>
        <w:t xml:space="preserve"> you</w:t>
      </w:r>
      <w:r>
        <w:rPr>
          <w:color w:val="000000"/>
        </w:rPr>
        <w:t xml:space="preserve"> gotta,</w:t>
      </w:r>
      <w:r>
        <w:rPr>
          <w:highlight w:val="yellow"/>
        </w:rPr>
        <w:t xml:space="preserve"> you</w:t>
      </w:r>
      <w:r>
        <w:rPr>
          <w:color w:val="000000"/>
        </w:rPr>
        <w:t xml:space="preserve"> can't</w:t>
      </w:r>
      <w:r>
        <w:rPr>
          <w:color w:val="000000"/>
        </w:rPr>
        <w:t xml:space="preserve"> vote</w:t>
      </w:r>
      <w:r>
        <w:rPr>
          <w:color w:val="000000"/>
        </w:rPr>
        <w:t xml:space="preserve"> for,</w:t>
      </w:r>
      <w:r>
        <w:rPr>
          <w:color w:val="000000"/>
        </w:rPr>
        <w:t xml:space="preserve"> right?</w:t>
      </w:r>
      <w:r>
        <w:rPr>
          <w:highlight w:val="yellow"/>
        </w:rPr>
        <w:t xml:space="preserve"> Um,</w:t>
      </w:r>
      <w:r>
        <w:rPr>
          <w:color w:val="000000"/>
        </w:rPr>
        <w:t xml:space="preserve"> you</w:t>
      </w:r>
      <w:r>
        <w:rPr>
          <w:color w:val="000000"/>
        </w:rPr>
        <w:t xml:space="preserve"> know,</w:t>
      </w:r>
      <w:r>
        <w:rPr>
          <w:color w:val="000000"/>
        </w:rPr>
        <w:t xml:space="preserve"> that's,</w:t>
      </w:r>
      <w:r>
        <w:rPr>
          <w:color w:val="000000"/>
        </w:rPr>
        <w:t xml:space="preserve"> that's</w:t>
      </w:r>
      <w:r>
        <w:rPr>
          <w:color w:val="000000"/>
        </w:rPr>
        <w:t xml:space="preserve"> a,</w:t>
      </w:r>
      <w:r>
        <w:rPr>
          <w:color w:val="000000"/>
        </w:rPr>
        <w:t xml:space="preserve"> a</w:t>
      </w:r>
      <w:r>
        <w:rPr>
          <w:color w:val="000000"/>
        </w:rPr>
        <w:t xml:space="preserve"> fascinating,</w:t>
      </w:r>
      <w:r>
        <w:rPr>
          <w:color w:val="000000"/>
        </w:rPr>
        <w:t xml:space="preserve"> I</w:t>
      </w:r>
      <w:r>
        <w:rPr>
          <w:color w:val="000000"/>
        </w:rPr>
        <w:t xml:space="preserve"> think,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highlight w:val="yellow"/>
        </w:rPr>
        <w:t xml:space="preserve"> a</w:t>
      </w:r>
      <w:r>
        <w:rPr>
          <w:color w:val="000000"/>
        </w:rPr>
        <w:t xml:space="preserve"> second</w:t>
      </w:r>
      <w:r>
        <w:rPr>
          <w:color w:val="000000"/>
        </w:rPr>
        <w:t xml:space="preserve"> set</w:t>
      </w:r>
      <w:r>
        <w:rPr>
          <w:color w:val="000000"/>
        </w:rPr>
        <w:t xml:space="preserve"> of,</w:t>
      </w:r>
      <w:r>
        <w:rPr>
          <w:color w:val="000000"/>
        </w:rPr>
        <w:t xml:space="preserve"> um,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color w:val="000000"/>
        </w:rPr>
        <w:t xml:space="preserve"> local</w:t>
      </w:r>
      <w:r>
        <w:rPr>
          <w:color w:val="000000"/>
        </w:rPr>
        <w:t xml:space="preserve"> level</w:t>
      </w:r>
      <w:r>
        <w:rPr>
          <w:color w:val="000000"/>
        </w:rPr>
        <w:t xml:space="preserve"> that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can't</w:t>
      </w:r>
      <w:r>
        <w:rPr>
          <w:color w:val="000000"/>
        </w:rPr>
        <w:t xml:space="preserve"> assess</w:t>
      </w:r>
      <w:r>
        <w:rPr>
          <w:color w:val="000000"/>
        </w:rPr>
        <w:t xml:space="preserve"> very</w:t>
      </w:r>
      <w:r>
        <w:rPr>
          <w:color w:val="000000"/>
        </w:rPr>
        <w:t xml:space="preserve"> easily</w:t>
      </w:r>
      <w:r>
        <w:rPr>
          <w:color w:val="000000"/>
        </w:rPr>
        <w:t xml:space="preserve"> using</w:t>
      </w:r>
      <w:r>
        <w:rPr>
          <w:color w:val="000000"/>
        </w:rPr>
        <w:t xml:space="preserve"> the</w:t>
      </w:r>
      <w:r>
        <w:rPr>
          <w:color w:val="000000"/>
        </w:rPr>
        <w:t xml:space="preserve"> tools</w:t>
      </w:r>
      <w:r>
        <w:rPr>
          <w:color w:val="000000"/>
        </w:rPr>
        <w:t xml:space="preserve"> that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in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studies</w:t>
      </w:r>
      <w:r>
        <w:rPr>
          <w:color w:val="000000"/>
        </w:rPr>
        <w:t xml:space="preserve"> like</w:t>
      </w:r>
      <w:r>
        <w:rPr>
          <w:color w:val="000000"/>
        </w:rPr>
        <w:t xml:space="preserve"> the</w:t>
      </w:r>
      <w:r>
        <w:rPr>
          <w:color w:val="000000"/>
        </w:rPr>
        <w:t xml:space="preserve"> ones</w:t>
      </w:r>
      <w:r>
        <w:rPr>
          <w:color w:val="000000"/>
        </w:rPr>
        <w:t xml:space="preserve"> that</w:t>
      </w:r>
      <w:r>
        <w:rPr>
          <w:color w:val="000000"/>
        </w:rPr>
        <w:t xml:space="preserve"> I've</w:t>
      </w:r>
      <w:r>
        <w:rPr>
          <w:color w:val="000000"/>
        </w:rPr>
        <w:t xml:space="preserve"> created.</w:t>
      </w:r>
    </w:p>
    <w:p>
      <w:r>
        <w:t xml:space="preserve">[00:42:49] Speaker 1: </w:t>
      </w:r>
      <w:r>
        <w:rPr>
          <w:color w:val="000000"/>
        </w:rPr>
        <w:t>Ian</w:t>
      </w:r>
      <w:r>
        <w:rPr>
          <w:color w:val="000000"/>
        </w:rPr>
        <w:t xml:space="preserve"> Anson,</w:t>
      </w:r>
      <w:r>
        <w:rPr>
          <w:color w:val="000000"/>
        </w:rPr>
        <w:t xml:space="preserve"> thank</w:t>
      </w:r>
      <w:r>
        <w:rPr>
          <w:color w:val="000000"/>
        </w:rPr>
        <w:t xml:space="preserve"> you</w:t>
      </w:r>
      <w:r>
        <w:rPr>
          <w:color w:val="000000"/>
        </w:rPr>
        <w:t xml:space="preserve"> very</w:t>
      </w:r>
      <w:r>
        <w:rPr>
          <w:color w:val="000000"/>
        </w:rPr>
        <w:t xml:space="preserve"> much</w:t>
      </w:r>
      <w:r>
        <w:rPr>
          <w:color w:val="000000"/>
        </w:rPr>
        <w:t xml:space="preserve"> for</w:t>
      </w:r>
      <w:r>
        <w:rPr>
          <w:color w:val="000000"/>
        </w:rPr>
        <w:t xml:space="preserve"> coming</w:t>
      </w:r>
      <w:r>
        <w:rPr>
          <w:highlight w:val="yellow"/>
        </w:rPr>
        <w:t xml:space="preserve"> on.</w:t>
      </w:r>
      <w:r>
        <w:rPr>
          <w:color w:val="000000"/>
        </w:rPr>
        <w:t xml:space="preserve"> I</w:t>
      </w:r>
      <w:r>
        <w:rPr>
          <w:color w:val="000000"/>
        </w:rPr>
        <w:t xml:space="preserve"> hate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Um,</w:t>
      </w:r>
      <w:r>
        <w:rPr>
          <w:color w:val="000000"/>
        </w:rPr>
        <w:t xml:space="preserve"> I</w:t>
      </w:r>
      <w:r>
        <w:rPr>
          <w:color w:val="000000"/>
        </w:rPr>
        <w:t xml:space="preserve"> hope</w:t>
      </w:r>
      <w:r>
        <w:rPr>
          <w:color w:val="000000"/>
        </w:rPr>
        <w:t xml:space="preserve"> you'll</w:t>
      </w:r>
      <w:r>
        <w:rPr>
          <w:color w:val="000000"/>
        </w:rPr>
        <w:t xml:space="preserve"> come</w:t>
      </w:r>
      <w:r>
        <w:rPr>
          <w:color w:val="000000"/>
        </w:rPr>
        <w:t xml:space="preserve"> back</w:t>
      </w:r>
      <w:r>
        <w:rPr>
          <w:color w:val="000000"/>
        </w:rPr>
        <w:t xml:space="preserve"> as</w:t>
      </w:r>
      <w:r>
        <w:rPr>
          <w:color w:val="000000"/>
        </w:rPr>
        <w:t xml:space="preserve"> your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progresses.</w:t>
      </w:r>
    </w:p>
    <w:p>
      <w:r>
        <w:t xml:space="preserve">[00:42:57] Speaker 4: </w:t>
      </w:r>
      <w:r>
        <w:rPr>
          <w:color w:val="000000"/>
        </w:rPr>
        <w:t>Absolutely,</w:t>
      </w:r>
      <w:r>
        <w:rPr>
          <w:color w:val="000000"/>
        </w:rPr>
        <w:t xml:space="preserve"> and</w:t>
      </w:r>
      <w:r>
        <w:rPr>
          <w:color w:val="000000"/>
        </w:rPr>
        <w:t xml:space="preserve"> I</w:t>
      </w:r>
      <w:r>
        <w:rPr>
          <w:color w:val="000000"/>
        </w:rPr>
        <w:t xml:space="preserve"> hope</w:t>
      </w:r>
      <w:r>
        <w:rPr>
          <w:color w:val="000000"/>
        </w:rPr>
        <w:t xml:space="preserve"> that</w:t>
      </w:r>
      <w:r>
        <w:rPr>
          <w:color w:val="000000"/>
        </w:rPr>
        <w:t xml:space="preserve"> you'll</w:t>
      </w:r>
      <w:r>
        <w:rPr>
          <w:color w:val="000000"/>
        </w:rPr>
        <w:t xml:space="preserve"> also</w:t>
      </w:r>
      <w:r>
        <w:rPr>
          <w:color w:val="000000"/>
        </w:rPr>
        <w:t xml:space="preserve"> uh</w:t>
      </w:r>
      <w:r>
        <w:rPr>
          <w:color w:val="000000"/>
        </w:rPr>
        <w:t xml:space="preserve"> decide</w:t>
      </w:r>
      <w:r>
        <w:rPr>
          <w:color w:val="000000"/>
        </w:rPr>
        <w:t xml:space="preserve"> to</w:t>
      </w:r>
      <w:r>
        <w:rPr>
          <w:color w:val="000000"/>
        </w:rPr>
        <w:t xml:space="preserve"> come</w:t>
      </w:r>
      <w:r>
        <w:rPr>
          <w:color w:val="000000"/>
        </w:rPr>
        <w:t xml:space="preserve"> on</w:t>
      </w:r>
      <w:r>
        <w:rPr>
          <w:color w:val="000000"/>
        </w:rPr>
        <w:t xml:space="preserve"> uh</w:t>
      </w:r>
      <w:r>
        <w:rPr>
          <w:color w:val="000000"/>
        </w:rPr>
        <w:t xml:space="preserve"> retrieving</w:t>
      </w:r>
      <w:r>
        <w:rPr>
          <w:color w:val="000000"/>
        </w:rPr>
        <w:t xml:space="preserve"> the</w:t>
      </w:r>
      <w:r>
        <w:rPr>
          <w:color w:val="000000"/>
        </w:rPr>
        <w:t xml:space="preserve"> social</w:t>
      </w:r>
      <w:r>
        <w:rPr>
          <w:color w:val="000000"/>
        </w:rPr>
        <w:t xml:space="preserve"> sciences.</w:t>
      </w:r>
      <w:r>
        <w:rPr>
          <w:color w:val="000000"/>
        </w:rPr>
        <w:t xml:space="preserve"> I'll</w:t>
      </w:r>
      <w:r>
        <w:rPr>
          <w:color w:val="000000"/>
        </w:rPr>
        <w:t xml:space="preserve"> just</w:t>
      </w:r>
      <w:r>
        <w:rPr>
          <w:color w:val="000000"/>
        </w:rPr>
        <w:t xml:space="preserve"> give</w:t>
      </w:r>
      <w:r>
        <w:rPr>
          <w:color w:val="000000"/>
        </w:rPr>
        <w:t xml:space="preserve"> a</w:t>
      </w:r>
      <w:r>
        <w:rPr>
          <w:color w:val="000000"/>
        </w:rPr>
        <w:t xml:space="preserve"> quick</w:t>
      </w:r>
      <w:r>
        <w:rPr>
          <w:color w:val="000000"/>
        </w:rPr>
        <w:t xml:space="preserve"> plug,</w:t>
      </w:r>
      <w:r>
        <w:rPr>
          <w:color w:val="000000"/>
        </w:rPr>
        <w:t xml:space="preserve"> uh,</w:t>
      </w:r>
      <w:r>
        <w:rPr>
          <w:color w:val="000000"/>
        </w:rPr>
        <w:t xml:space="preserve"> to</w:t>
      </w:r>
      <w:r>
        <w:rPr>
          <w:color w:val="000000"/>
        </w:rPr>
        <w:t xml:space="preserve"> the</w:t>
      </w:r>
      <w:r>
        <w:rPr>
          <w:color w:val="000000"/>
        </w:rPr>
        <w:t xml:space="preserve"> Center</w:t>
      </w:r>
      <w:r>
        <w:rPr>
          <w:color w:val="000000"/>
        </w:rPr>
        <w:t xml:space="preserve"> for</w:t>
      </w:r>
      <w:r>
        <w:rPr>
          <w:color w:val="000000"/>
        </w:rPr>
        <w:t xml:space="preserve"> Social</w:t>
      </w:r>
      <w:r>
        <w:rPr>
          <w:color w:val="000000"/>
        </w:rPr>
        <w:t xml:space="preserve"> Science</w:t>
      </w:r>
      <w:r>
        <w:rPr>
          <w:highlight w:val="yellow"/>
        </w:rPr>
        <w:t xml:space="preserve"> scholarship</w:t>
      </w:r>
      <w:r>
        <w:rPr>
          <w:color w:val="000000"/>
        </w:rPr>
        <w:t xml:space="preserve"> at</w:t>
      </w:r>
      <w:r>
        <w:rPr>
          <w:color w:val="000000"/>
        </w:rPr>
        <w:t xml:space="preserve"> UMBC</w:t>
      </w:r>
      <w:r>
        <w:rPr>
          <w:color w:val="000000"/>
        </w:rPr>
        <w:t xml:space="preserve"> and</w:t>
      </w:r>
      <w:r>
        <w:rPr>
          <w:color w:val="000000"/>
        </w:rPr>
        <w:t xml:space="preserve"> our</w:t>
      </w:r>
      <w:r>
        <w:rPr>
          <w:color w:val="000000"/>
        </w:rPr>
        <w:t xml:space="preserve"> podcast.</w:t>
      </w:r>
      <w:r>
        <w:rPr>
          <w:highlight w:val="yellow"/>
        </w:rPr>
        <w:t xml:space="preserve"> Um,</w:t>
      </w:r>
      <w:r>
        <w:rPr>
          <w:color w:val="000000"/>
        </w:rPr>
        <w:t xml:space="preserve"> so</w:t>
      </w:r>
      <w:r>
        <w:rPr>
          <w:color w:val="000000"/>
        </w:rPr>
        <w:t xml:space="preserve"> we</w:t>
      </w:r>
      <w:r>
        <w:rPr>
          <w:color w:val="000000"/>
        </w:rPr>
        <w:t xml:space="preserve"> talk</w:t>
      </w:r>
      <w:r>
        <w:rPr>
          <w:color w:val="000000"/>
        </w:rPr>
        <w:t xml:space="preserve"> about</w:t>
      </w:r>
      <w:r>
        <w:rPr>
          <w:color w:val="000000"/>
        </w:rPr>
        <w:t xml:space="preserve"> all</w:t>
      </w:r>
      <w:r>
        <w:rPr>
          <w:color w:val="000000"/>
        </w:rPr>
        <w:t xml:space="preserve"> kinds</w:t>
      </w:r>
      <w:r>
        <w:rPr>
          <w:color w:val="000000"/>
        </w:rPr>
        <w:t xml:space="preserve"> of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that</w:t>
      </w:r>
      <w:r>
        <w:rPr>
          <w:color w:val="000000"/>
        </w:rPr>
        <w:t xml:space="preserve"> is</w:t>
      </w:r>
      <w:r>
        <w:rPr>
          <w:color w:val="000000"/>
        </w:rPr>
        <w:t xml:space="preserve"> going</w:t>
      </w:r>
      <w:r>
        <w:rPr>
          <w:color w:val="000000"/>
        </w:rPr>
        <w:t xml:space="preserve"> on</w:t>
      </w:r>
      <w:r>
        <w:rPr>
          <w:color w:val="000000"/>
        </w:rPr>
        <w:t xml:space="preserve"> on</w:t>
      </w:r>
      <w:r>
        <w:rPr>
          <w:color w:val="000000"/>
        </w:rPr>
        <w:t xml:space="preserve"> UMBC's</w:t>
      </w:r>
      <w:r>
        <w:rPr>
          <w:color w:val="000000"/>
        </w:rPr>
        <w:t xml:space="preserve"> campus.</w:t>
      </w:r>
      <w:r>
        <w:rPr>
          <w:color w:val="000000"/>
        </w:rPr>
        <w:t xml:space="preserve"> We</w:t>
      </w:r>
      <w:r>
        <w:rPr>
          <w:color w:val="000000"/>
        </w:rPr>
        <w:t xml:space="preserve"> talk</w:t>
      </w:r>
      <w:r>
        <w:rPr>
          <w:color w:val="000000"/>
        </w:rPr>
        <w:t xml:space="preserve"> about</w:t>
      </w:r>
      <w:r>
        <w:rPr>
          <w:color w:val="000000"/>
        </w:rPr>
        <w:t xml:space="preserve"> student</w:t>
      </w:r>
      <w:r>
        <w:rPr>
          <w:color w:val="000000"/>
        </w:rPr>
        <w:t xml:space="preserve"> projects,</w:t>
      </w:r>
      <w:r>
        <w:rPr>
          <w:color w:val="000000"/>
        </w:rPr>
        <w:t xml:space="preserve"> um,</w:t>
      </w:r>
      <w:r>
        <w:rPr>
          <w:color w:val="000000"/>
        </w:rPr>
        <w:t xml:space="preserve"> and,</w:t>
      </w:r>
      <w:r>
        <w:rPr>
          <w:color w:val="000000"/>
        </w:rPr>
        <w:t xml:space="preserve"> uh,</w:t>
      </w:r>
      <w:r>
        <w:rPr>
          <w:color w:val="000000"/>
        </w:rPr>
        <w:t xml:space="preserve"> even</w:t>
      </w:r>
      <w:r>
        <w:rPr>
          <w:color w:val="000000"/>
        </w:rPr>
        <w:t xml:space="preserve"> projects</w:t>
      </w:r>
      <w:r>
        <w:rPr>
          <w:color w:val="000000"/>
        </w:rPr>
        <w:t xml:space="preserve"> that</w:t>
      </w:r>
      <w:r>
        <w:rPr>
          <w:color w:val="000000"/>
        </w:rPr>
        <w:t xml:space="preserve"> are</w:t>
      </w:r>
      <w:r>
        <w:rPr>
          <w:color w:val="000000"/>
        </w:rPr>
        <w:t xml:space="preserve"> going</w:t>
      </w:r>
      <w:r>
        <w:rPr>
          <w:color w:val="000000"/>
        </w:rPr>
        <w:t xml:space="preserve"> on,</w:t>
      </w:r>
      <w:r>
        <w:rPr>
          <w:color w:val="000000"/>
        </w:rPr>
        <w:t xml:space="preserve"> uh,</w:t>
      </w:r>
      <w:r>
        <w:rPr>
          <w:color w:val="000000"/>
        </w:rPr>
        <w:t xml:space="preserve"> not</w:t>
      </w:r>
      <w:r>
        <w:rPr>
          <w:color w:val="000000"/>
        </w:rPr>
        <w:t xml:space="preserve"> uh</w:t>
      </w:r>
      <w:r>
        <w:rPr>
          <w:color w:val="000000"/>
        </w:rPr>
        <w:t xml:space="preserve"> conducted</w:t>
      </w:r>
      <w:r>
        <w:rPr>
          <w:color w:val="000000"/>
        </w:rPr>
        <w:t xml:space="preserve"> by</w:t>
      </w:r>
      <w:r>
        <w:rPr>
          <w:color w:val="000000"/>
        </w:rPr>
        <w:t xml:space="preserve"> Um,</w:t>
      </w:r>
      <w:r>
        <w:rPr>
          <w:color w:val="000000"/>
        </w:rPr>
        <w:t xml:space="preserve"> sort</w:t>
      </w:r>
      <w:r>
        <w:rPr>
          <w:color w:val="000000"/>
        </w:rPr>
        <w:t xml:space="preserve"> of</w:t>
      </w:r>
      <w:r>
        <w:rPr>
          <w:color w:val="000000"/>
        </w:rPr>
        <w:t xml:space="preserve"> faculty,</w:t>
      </w:r>
      <w:r>
        <w:rPr>
          <w:color w:val="000000"/>
        </w:rPr>
        <w:t xml:space="preserve"> but</w:t>
      </w:r>
      <w:r>
        <w:rPr>
          <w:color w:val="000000"/>
        </w:rPr>
        <w:t xml:space="preserve"> also</w:t>
      </w:r>
      <w:r>
        <w:rPr>
          <w:color w:val="000000"/>
        </w:rPr>
        <w:t xml:space="preserve"> by</w:t>
      </w:r>
      <w:r>
        <w:rPr>
          <w:color w:val="000000"/>
        </w:rPr>
        <w:t xml:space="preserve"> people</w:t>
      </w:r>
      <w:r>
        <w:rPr>
          <w:color w:val="000000"/>
        </w:rPr>
        <w:t xml:space="preserve"> at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centers</w:t>
      </w:r>
      <w:r>
        <w:rPr>
          <w:color w:val="000000"/>
        </w:rPr>
        <w:t xml:space="preserve"> and</w:t>
      </w:r>
      <w:r>
        <w:rPr>
          <w:color w:val="000000"/>
        </w:rPr>
        <w:t xml:space="preserve"> institutes,</w:t>
      </w:r>
      <w:r>
        <w:rPr>
          <w:color w:val="000000"/>
        </w:rPr>
        <w:t xml:space="preserve"> and</w:t>
      </w:r>
      <w:r>
        <w:rPr>
          <w:color w:val="000000"/>
        </w:rPr>
        <w:t xml:space="preserve"> we</w:t>
      </w:r>
      <w:r>
        <w:rPr>
          <w:color w:val="000000"/>
        </w:rPr>
        <w:t xml:space="preserve"> even</w:t>
      </w:r>
      <w:r>
        <w:rPr>
          <w:color w:val="000000"/>
        </w:rPr>
        <w:t xml:space="preserve"> talk</w:t>
      </w:r>
      <w:r>
        <w:rPr>
          <w:color w:val="000000"/>
        </w:rPr>
        <w:t xml:space="preserve"> about</w:t>
      </w:r>
      <w:r>
        <w:rPr>
          <w:color w:val="000000"/>
        </w:rPr>
        <w:t xml:space="preserve"> um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of</w:t>
      </w:r>
      <w:r>
        <w:rPr>
          <w:color w:val="000000"/>
        </w:rPr>
        <w:t xml:space="preserve"> visiting</w:t>
      </w:r>
      <w:r>
        <w:rPr>
          <w:color w:val="000000"/>
        </w:rPr>
        <w:t xml:space="preserve"> guests</w:t>
      </w:r>
      <w:r>
        <w:rPr>
          <w:color w:val="000000"/>
        </w:rPr>
        <w:t xml:space="preserve"> who</w:t>
      </w:r>
      <w:r>
        <w:rPr>
          <w:color w:val="000000"/>
        </w:rPr>
        <w:t xml:space="preserve"> are</w:t>
      </w:r>
      <w:r>
        <w:rPr>
          <w:color w:val="000000"/>
        </w:rPr>
        <w:t xml:space="preserve"> visiting</w:t>
      </w:r>
      <w:r>
        <w:rPr>
          <w:color w:val="000000"/>
        </w:rPr>
        <w:t xml:space="preserve"> UMBC</w:t>
      </w:r>
      <w:r>
        <w:rPr>
          <w:color w:val="000000"/>
        </w:rPr>
        <w:t xml:space="preserve"> from</w:t>
      </w:r>
      <w:r>
        <w:rPr>
          <w:color w:val="000000"/>
        </w:rPr>
        <w:t xml:space="preserve"> other</w:t>
      </w:r>
      <w:r>
        <w:rPr>
          <w:color w:val="000000"/>
        </w:rPr>
        <w:t xml:space="preserve"> universities.</w:t>
      </w:r>
    </w:p>
    <w:p>
      <w:r>
        <w:t xml:space="preserve">[00:44:04] Speaker 1: </w:t>
      </w:r>
      <w:r>
        <w:rPr>
          <w:color w:val="000000"/>
        </w:rPr>
        <w:t>What</w:t>
      </w:r>
      <w:r>
        <w:rPr>
          <w:color w:val="000000"/>
        </w:rPr>
        <w:t xml:space="preserve"> lessons</w:t>
      </w:r>
      <w:r>
        <w:rPr>
          <w:color w:val="000000"/>
        </w:rPr>
        <w:t xml:space="preserve"> can</w:t>
      </w:r>
      <w:r>
        <w:rPr>
          <w:color w:val="000000"/>
        </w:rPr>
        <w:t xml:space="preserve"> we</w:t>
      </w:r>
      <w:r>
        <w:rPr>
          <w:color w:val="000000"/>
        </w:rPr>
        <w:t xml:space="preserve"> draw</w:t>
      </w:r>
      <w:r>
        <w:rPr>
          <w:color w:val="000000"/>
        </w:rPr>
        <w:t xml:space="preserve"> from</w:t>
      </w:r>
      <w:r>
        <w:rPr>
          <w:color w:val="000000"/>
        </w:rPr>
        <w:t xml:space="preserve"> my</w:t>
      </w:r>
      <w:r>
        <w:rPr>
          <w:color w:val="000000"/>
        </w:rPr>
        <w:t xml:space="preserve"> conversation</w:t>
      </w:r>
      <w:r>
        <w:rPr>
          <w:color w:val="000000"/>
        </w:rPr>
        <w:t xml:space="preserve"> with</w:t>
      </w:r>
      <w:r>
        <w:rPr>
          <w:highlight w:val="yellow"/>
        </w:rPr>
        <w:t xml:space="preserve"> UMBC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scientist</w:t>
      </w:r>
      <w:r>
        <w:rPr>
          <w:color w:val="000000"/>
        </w:rPr>
        <w:t xml:space="preserve"> Ian</w:t>
      </w:r>
      <w:r>
        <w:rPr>
          <w:color w:val="000000"/>
        </w:rPr>
        <w:t xml:space="preserve"> Anson?</w:t>
      </w:r>
      <w:r>
        <w:rPr>
          <w:color w:val="000000"/>
        </w:rPr>
        <w:t xml:space="preserve"> First,</w:t>
      </w:r>
      <w:r>
        <w:rPr>
          <w:color w:val="000000"/>
        </w:rPr>
        <w:t xml:space="preserve"> I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reiterate</w:t>
      </w:r>
      <w:r>
        <w:rPr>
          <w:color w:val="000000"/>
        </w:rPr>
        <w:t xml:space="preserve"> Anson's</w:t>
      </w:r>
      <w:r>
        <w:rPr>
          <w:color w:val="000000"/>
        </w:rPr>
        <w:t xml:space="preserve"> caveat,</w:t>
      </w:r>
      <w:r>
        <w:rPr>
          <w:color w:val="000000"/>
        </w:rPr>
        <w:t xml:space="preserve"> especially</w:t>
      </w:r>
      <w:r>
        <w:rPr>
          <w:color w:val="000000"/>
        </w:rPr>
        <w:t xml:space="preserve"> since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what</w:t>
      </w:r>
      <w:r>
        <w:rPr>
          <w:color w:val="000000"/>
        </w:rPr>
        <w:t xml:space="preserve"> he</w:t>
      </w:r>
      <w:r>
        <w:rPr>
          <w:color w:val="000000"/>
        </w:rPr>
        <w:t xml:space="preserve"> said</w:t>
      </w:r>
      <w:r>
        <w:rPr>
          <w:color w:val="000000"/>
        </w:rPr>
        <w:t xml:space="preserve"> fell</w:t>
      </w:r>
      <w:r>
        <w:rPr>
          <w:color w:val="000000"/>
        </w:rPr>
        <w:t xml:space="preserve"> off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edit</w:t>
      </w:r>
      <w:r>
        <w:rPr>
          <w:color w:val="000000"/>
        </w:rPr>
        <w:t xml:space="preserve"> table.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no</w:t>
      </w:r>
      <w:r>
        <w:rPr>
          <w:color w:val="000000"/>
        </w:rPr>
        <w:t xml:space="preserve"> implication</w:t>
      </w:r>
      <w:r>
        <w:rPr>
          <w:color w:val="000000"/>
        </w:rPr>
        <w:t xml:space="preserve"> here</w:t>
      </w:r>
      <w:r>
        <w:rPr>
          <w:color w:val="000000"/>
        </w:rPr>
        <w:t xml:space="preserve"> that</w:t>
      </w:r>
      <w:r>
        <w:rPr>
          <w:color w:val="000000"/>
        </w:rPr>
        <w:t xml:space="preserve"> voters,</w:t>
      </w:r>
      <w:r>
        <w:rPr>
          <w:color w:val="000000"/>
        </w:rPr>
        <w:t xml:space="preserve"> residents,</w:t>
      </w:r>
      <w:r>
        <w:rPr>
          <w:color w:val="000000"/>
        </w:rPr>
        <w:t xml:space="preserve"> ordinary</w:t>
      </w:r>
      <w:r>
        <w:rPr>
          <w:color w:val="000000"/>
        </w:rPr>
        <w:t xml:space="preserve"> folk</w:t>
      </w:r>
      <w:r>
        <w:rPr>
          <w:color w:val="000000"/>
        </w:rPr>
        <w:t xml:space="preserve"> are</w:t>
      </w:r>
      <w:r>
        <w:rPr>
          <w:color w:val="000000"/>
        </w:rPr>
        <w:t xml:space="preserve"> less</w:t>
      </w:r>
      <w:r>
        <w:rPr>
          <w:color w:val="000000"/>
        </w:rPr>
        <w:t xml:space="preserve"> capable</w:t>
      </w:r>
      <w:r>
        <w:rPr>
          <w:color w:val="000000"/>
        </w:rPr>
        <w:t xml:space="preserve"> of</w:t>
      </w:r>
      <w:r>
        <w:rPr>
          <w:color w:val="000000"/>
        </w:rPr>
        <w:t xml:space="preserve"> acquiring</w:t>
      </w:r>
      <w:r>
        <w:rPr>
          <w:color w:val="000000"/>
        </w:rPr>
        <w:t xml:space="preserve"> sophisticated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information.</w:t>
      </w:r>
      <w:r>
        <w:rPr>
          <w:color w:val="000000"/>
        </w:rPr>
        <w:t xml:space="preserve"> The</w:t>
      </w:r>
      <w:r>
        <w:rPr>
          <w:color w:val="000000"/>
        </w:rPr>
        <w:t xml:space="preserve"> rational</w:t>
      </w:r>
      <w:r>
        <w:rPr>
          <w:color w:val="000000"/>
        </w:rPr>
        <w:t xml:space="preserve"> ignorance</w:t>
      </w:r>
      <w:r>
        <w:rPr>
          <w:color w:val="000000"/>
        </w:rPr>
        <w:t xml:space="preserve"> hypothesis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science</w:t>
      </w:r>
      <w:r>
        <w:rPr>
          <w:color w:val="000000"/>
        </w:rPr>
        <w:t xml:space="preserve"> says</w:t>
      </w:r>
      <w:r>
        <w:rPr>
          <w:color w:val="000000"/>
        </w:rPr>
        <w:t xml:space="preserve"> that</w:t>
      </w:r>
      <w:r>
        <w:rPr>
          <w:color w:val="000000"/>
        </w:rPr>
        <w:t xml:space="preserve"> for</w:t>
      </w:r>
      <w:r>
        <w:rPr>
          <w:color w:val="000000"/>
        </w:rPr>
        <w:t xml:space="preserve"> most</w:t>
      </w:r>
      <w:r>
        <w:rPr>
          <w:color w:val="000000"/>
        </w:rPr>
        <w:t xml:space="preserve"> people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not</w:t>
      </w:r>
      <w:r>
        <w:rPr>
          <w:color w:val="000000"/>
        </w:rPr>
        <w:t xml:space="preserve"> worth</w:t>
      </w:r>
      <w:r>
        <w:rPr>
          <w:color w:val="000000"/>
        </w:rPr>
        <w:t xml:space="preserve"> the</w:t>
      </w:r>
      <w:r>
        <w:rPr>
          <w:color w:val="000000"/>
        </w:rPr>
        <w:t xml:space="preserve"> time</w:t>
      </w:r>
      <w:r>
        <w:rPr>
          <w:color w:val="000000"/>
        </w:rPr>
        <w:t xml:space="preserve"> and</w:t>
      </w:r>
      <w:r>
        <w:rPr>
          <w:color w:val="000000"/>
        </w:rPr>
        <w:t xml:space="preserve"> effort</w:t>
      </w:r>
      <w:r>
        <w:rPr>
          <w:color w:val="000000"/>
        </w:rPr>
        <w:t xml:space="preserve"> to</w:t>
      </w:r>
      <w:r>
        <w:rPr>
          <w:color w:val="000000"/>
        </w:rPr>
        <w:t xml:space="preserve"> do</w:t>
      </w:r>
      <w:r>
        <w:rPr>
          <w:color w:val="000000"/>
        </w:rPr>
        <w:t xml:space="preserve"> no</w:t>
      </w:r>
      <w:r>
        <w:rPr>
          <w:color w:val="000000"/>
        </w:rPr>
        <w:t xml:space="preserve"> more.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public</w:t>
      </w:r>
      <w:r>
        <w:rPr>
          <w:color w:val="000000"/>
        </w:rPr>
        <w:t xml:space="preserve"> choice</w:t>
      </w:r>
      <w:r>
        <w:rPr>
          <w:color w:val="000000"/>
        </w:rPr>
        <w:t xml:space="preserve"> literature</w:t>
      </w:r>
      <w:r>
        <w:rPr>
          <w:color w:val="000000"/>
        </w:rPr>
        <w:t xml:space="preserve"> which</w:t>
      </w:r>
      <w:r>
        <w:rPr>
          <w:color w:val="000000"/>
        </w:rPr>
        <w:t xml:space="preserve"> says</w:t>
      </w:r>
      <w:r>
        <w:rPr>
          <w:color w:val="000000"/>
        </w:rPr>
        <w:t xml:space="preserve"> that</w:t>
      </w:r>
      <w:r>
        <w:rPr>
          <w:color w:val="000000"/>
        </w:rPr>
        <w:t xml:space="preserve"> those</w:t>
      </w:r>
      <w:r>
        <w:rPr>
          <w:color w:val="000000"/>
        </w:rPr>
        <w:t xml:space="preserve"> who</w:t>
      </w:r>
      <w:r>
        <w:rPr>
          <w:color w:val="000000"/>
        </w:rPr>
        <w:t xml:space="preserve"> in</w:t>
      </w:r>
      <w:r>
        <w:rPr>
          <w:color w:val="000000"/>
        </w:rPr>
        <w:t xml:space="preserve"> fact</w:t>
      </w:r>
      <w:r>
        <w:rPr>
          <w:color w:val="000000"/>
        </w:rPr>
        <w:t xml:space="preserve"> know</w:t>
      </w:r>
      <w:r>
        <w:rPr>
          <w:color w:val="000000"/>
        </w:rPr>
        <w:t xml:space="preserve"> more</w:t>
      </w:r>
      <w:r>
        <w:rPr>
          <w:color w:val="000000"/>
        </w:rPr>
        <w:t xml:space="preserve"> tend</w:t>
      </w:r>
      <w:r>
        <w:rPr>
          <w:color w:val="000000"/>
        </w:rPr>
        <w:t xml:space="preserve"> to</w:t>
      </w:r>
      <w:r>
        <w:rPr>
          <w:color w:val="000000"/>
        </w:rPr>
        <w:t xml:space="preserve"> become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brokers</w:t>
      </w:r>
      <w:r>
        <w:rPr>
          <w:color w:val="000000"/>
        </w:rPr>
        <w:t xml:space="preserve"> and</w:t>
      </w:r>
      <w:r>
        <w:rPr>
          <w:color w:val="000000"/>
        </w:rPr>
        <w:t xml:space="preserve"> use</w:t>
      </w:r>
      <w:r>
        <w:rPr>
          <w:color w:val="000000"/>
        </w:rPr>
        <w:t xml:space="preserve"> that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for</w:t>
      </w:r>
      <w:r>
        <w:rPr>
          <w:color w:val="000000"/>
        </w:rPr>
        <w:t xml:space="preserve"> their</w:t>
      </w:r>
      <w:r>
        <w:rPr>
          <w:color w:val="000000"/>
        </w:rPr>
        <w:t xml:space="preserve"> personal</w:t>
      </w:r>
      <w:r>
        <w:rPr>
          <w:color w:val="000000"/>
        </w:rPr>
        <w:t xml:space="preserve"> benefit</w:t>
      </w:r>
      <w:r>
        <w:rPr>
          <w:color w:val="000000"/>
        </w:rPr>
        <w:t xml:space="preserve"> rather</w:t>
      </w:r>
      <w:r>
        <w:rPr>
          <w:color w:val="000000"/>
        </w:rPr>
        <w:t xml:space="preserve"> than</w:t>
      </w:r>
      <w:r>
        <w:rPr>
          <w:color w:val="000000"/>
        </w:rPr>
        <w:t xml:space="preserve"> for</w:t>
      </w:r>
      <w:r>
        <w:rPr>
          <w:color w:val="000000"/>
        </w:rPr>
        <w:t xml:space="preserve"> public</w:t>
      </w:r>
      <w:r>
        <w:rPr>
          <w:color w:val="000000"/>
        </w:rPr>
        <w:t xml:space="preserve"> good.</w:t>
      </w:r>
      <w:r>
        <w:rPr>
          <w:color w:val="000000"/>
        </w:rPr>
        <w:t xml:space="preserve"> Akin</w:t>
      </w:r>
      <w:r>
        <w:rPr>
          <w:color w:val="000000"/>
        </w:rPr>
        <w:t xml:space="preserve"> to</w:t>
      </w:r>
      <w:r>
        <w:rPr>
          <w:color w:val="000000"/>
        </w:rPr>
        <w:t xml:space="preserve"> what</w:t>
      </w:r>
      <w:r>
        <w:rPr>
          <w:color w:val="000000"/>
        </w:rPr>
        <w:t xml:space="preserve"> Anson</w:t>
      </w:r>
      <w:r>
        <w:rPr>
          <w:color w:val="000000"/>
        </w:rPr>
        <w:t xml:space="preserve"> says</w:t>
      </w:r>
      <w:r>
        <w:rPr>
          <w:color w:val="000000"/>
        </w:rPr>
        <w:t xml:space="preserve"> about</w:t>
      </w:r>
      <w:r>
        <w:rPr>
          <w:color w:val="000000"/>
        </w:rPr>
        <w:t xml:space="preserve"> party</w:t>
      </w:r>
      <w:r>
        <w:rPr>
          <w:color w:val="000000"/>
        </w:rPr>
        <w:t xml:space="preserve"> elites</w:t>
      </w:r>
      <w:r>
        <w:rPr>
          <w:color w:val="000000"/>
        </w:rPr>
        <w:t xml:space="preserve"> driving</w:t>
      </w:r>
      <w:r>
        <w:rPr>
          <w:color w:val="000000"/>
        </w:rPr>
        <w:t xml:space="preserve"> polarization,</w:t>
      </w:r>
      <w:r>
        <w:rPr>
          <w:color w:val="000000"/>
        </w:rPr>
        <w:t xml:space="preserve"> presumably</w:t>
      </w:r>
      <w:r>
        <w:rPr>
          <w:color w:val="000000"/>
        </w:rPr>
        <w:t xml:space="preserve"> because</w:t>
      </w:r>
      <w:r>
        <w:rPr>
          <w:color w:val="000000"/>
        </w:rPr>
        <w:t xml:space="preserve"> they</w:t>
      </w:r>
      <w:r>
        <w:rPr>
          <w:color w:val="000000"/>
        </w:rPr>
        <w:t xml:space="preserve"> benefit</w:t>
      </w:r>
      <w:r>
        <w:rPr>
          <w:color w:val="000000"/>
        </w:rPr>
        <w:t xml:space="preserve"> with</w:t>
      </w:r>
      <w:r>
        <w:rPr>
          <w:color w:val="000000"/>
        </w:rPr>
        <w:t xml:space="preserve"> their</w:t>
      </w:r>
      <w:r>
        <w:rPr>
          <w:color w:val="000000"/>
        </w:rPr>
        <w:t xml:space="preserve"> own</w:t>
      </w:r>
      <w:r>
        <w:rPr>
          <w:color w:val="000000"/>
        </w:rPr>
        <w:t xml:space="preserve"> incumbency</w:t>
      </w:r>
      <w:r>
        <w:rPr>
          <w:color w:val="000000"/>
        </w:rPr>
        <w:t xml:space="preserve"> or</w:t>
      </w:r>
      <w:r>
        <w:rPr>
          <w:color w:val="000000"/>
        </w:rPr>
        <w:t xml:space="preserve"> perhaps</w:t>
      </w:r>
      <w:r>
        <w:rPr>
          <w:color w:val="000000"/>
        </w:rPr>
        <w:t xml:space="preserve"> more</w:t>
      </w:r>
      <w:r>
        <w:rPr>
          <w:color w:val="000000"/>
        </w:rPr>
        <w:t xml:space="preserve"> insidiously</w:t>
      </w:r>
      <w:r>
        <w:rPr>
          <w:color w:val="000000"/>
        </w:rPr>
        <w:t xml:space="preserve"> via</w:t>
      </w:r>
      <w:r>
        <w:rPr>
          <w:color w:val="000000"/>
        </w:rPr>
        <w:t xml:space="preserve"> corruption.</w:t>
      </w:r>
      <w:r>
        <w:rPr>
          <w:color w:val="000000"/>
        </w:rPr>
        <w:t xml:space="preserve"> Anson's</w:t>
      </w:r>
      <w:r>
        <w:rPr>
          <w:color w:val="000000"/>
        </w:rPr>
        <w:t xml:space="preserve"> argument</w:t>
      </w:r>
      <w:r>
        <w:rPr>
          <w:color w:val="000000"/>
        </w:rPr>
        <w:t xml:space="preserve"> focuses</w:t>
      </w:r>
      <w:r>
        <w:rPr>
          <w:color w:val="000000"/>
        </w:rPr>
        <w:t xml:space="preserve"> instead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mismatch</w:t>
      </w:r>
      <w:r>
        <w:rPr>
          <w:color w:val="000000"/>
        </w:rPr>
        <w:t xml:space="preserve"> between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and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and</w:t>
      </w:r>
      <w:r>
        <w:rPr>
          <w:color w:val="000000"/>
        </w:rPr>
        <w:t xml:space="preserve"> in</w:t>
      </w:r>
      <w:r>
        <w:rPr>
          <w:color w:val="000000"/>
        </w:rPr>
        <w:t xml:space="preserve"> breaking</w:t>
      </w:r>
      <w:r>
        <w:rPr>
          <w:color w:val="000000"/>
        </w:rPr>
        <w:t xml:space="preserve"> down</w:t>
      </w:r>
      <w:r>
        <w:rPr>
          <w:color w:val="000000"/>
        </w:rPr>
        <w:t xml:space="preserve"> who</w:t>
      </w:r>
      <w:r>
        <w:rPr>
          <w:color w:val="000000"/>
        </w:rPr>
        <w:t xml:space="preserve"> tends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more</w:t>
      </w:r>
      <w:r>
        <w:rPr>
          <w:color w:val="000000"/>
        </w:rPr>
        <w:t xml:space="preserve"> overconfident.</w:t>
      </w:r>
      <w:r>
        <w:rPr>
          <w:color w:val="000000"/>
        </w:rPr>
        <w:t xml:space="preserve"> But</w:t>
      </w:r>
      <w:r>
        <w:rPr>
          <w:color w:val="000000"/>
        </w:rPr>
        <w:t xml:space="preserve"> going</w:t>
      </w:r>
      <w:r>
        <w:rPr>
          <w:color w:val="000000"/>
        </w:rPr>
        <w:t xml:space="preserve"> beyond</w:t>
      </w:r>
      <w:r>
        <w:rPr>
          <w:color w:val="000000"/>
        </w:rPr>
        <w:t xml:space="preserve"> that</w:t>
      </w:r>
      <w:r>
        <w:rPr>
          <w:color w:val="000000"/>
        </w:rPr>
        <w:t xml:space="preserve"> immediate</w:t>
      </w:r>
      <w:r>
        <w:rPr>
          <w:color w:val="000000"/>
        </w:rPr>
        <w:t xml:space="preserve"> discussion,</w:t>
      </w:r>
      <w:r>
        <w:rPr>
          <w:color w:val="000000"/>
        </w:rPr>
        <w:t xml:space="preserve"> I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highlight</w:t>
      </w:r>
      <w:r>
        <w:rPr>
          <w:color w:val="000000"/>
        </w:rPr>
        <w:t xml:space="preserve"> a</w:t>
      </w:r>
      <w:r>
        <w:rPr>
          <w:color w:val="000000"/>
        </w:rPr>
        <w:t xml:space="preserve"> larger</w:t>
      </w:r>
      <w:r>
        <w:rPr>
          <w:color w:val="000000"/>
        </w:rPr>
        <w:t xml:space="preserve"> question.</w:t>
      </w:r>
      <w:r>
        <w:rPr>
          <w:color w:val="000000"/>
        </w:rPr>
        <w:t xml:space="preserve"> What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role</w:t>
      </w:r>
      <w:r>
        <w:rPr>
          <w:color w:val="000000"/>
        </w:rPr>
        <w:t xml:space="preserve"> of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in</w:t>
      </w:r>
      <w:r>
        <w:rPr>
          <w:color w:val="000000"/>
        </w:rPr>
        <w:t xml:space="preserve"> politics?</w:t>
      </w:r>
      <w:r>
        <w:rPr>
          <w:color w:val="000000"/>
        </w:rPr>
        <w:t xml:space="preserve"> Democracies</w:t>
      </w:r>
      <w:r>
        <w:rPr>
          <w:color w:val="000000"/>
        </w:rPr>
        <w:t xml:space="preserve"> in</w:t>
      </w:r>
      <w:r>
        <w:rPr>
          <w:color w:val="000000"/>
        </w:rPr>
        <w:t xml:space="preserve"> particular</w:t>
      </w:r>
      <w:r>
        <w:rPr>
          <w:color w:val="000000"/>
        </w:rPr>
        <w:t xml:space="preserve"> have</w:t>
      </w:r>
      <w:r>
        <w:rPr>
          <w:color w:val="000000"/>
        </w:rPr>
        <w:t xml:space="preserve"> a</w:t>
      </w:r>
      <w:r>
        <w:rPr>
          <w:color w:val="000000"/>
        </w:rPr>
        <w:t xml:space="preserve"> strong</w:t>
      </w:r>
      <w:r>
        <w:rPr>
          <w:color w:val="000000"/>
        </w:rPr>
        <w:t xml:space="preserve"> belief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idea</w:t>
      </w:r>
      <w:r>
        <w:rPr>
          <w:color w:val="000000"/>
        </w:rPr>
        <w:t xml:space="preserve"> that</w:t>
      </w:r>
      <w:r>
        <w:rPr>
          <w:color w:val="000000"/>
        </w:rPr>
        <w:t xml:space="preserve"> anyone</w:t>
      </w:r>
      <w:r>
        <w:rPr>
          <w:color w:val="000000"/>
        </w:rPr>
        <w:t xml:space="preserve"> can</w:t>
      </w:r>
      <w:r>
        <w:rPr>
          <w:color w:val="000000"/>
        </w:rPr>
        <w:t xml:space="preserve"> be</w:t>
      </w:r>
      <w:r>
        <w:rPr>
          <w:color w:val="000000"/>
        </w:rPr>
        <w:t xml:space="preserve"> a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leader.</w:t>
      </w:r>
      <w:r>
        <w:rPr>
          <w:color w:val="000000"/>
        </w:rPr>
        <w:t xml:space="preserve"> Like</w:t>
      </w:r>
      <w:r>
        <w:rPr>
          <w:color w:val="000000"/>
        </w:rPr>
        <w:t xml:space="preserve"> the</w:t>
      </w:r>
      <w:r>
        <w:rPr>
          <w:color w:val="000000"/>
        </w:rPr>
        <w:t xml:space="preserve"> chef</w:t>
      </w:r>
      <w:r>
        <w:rPr>
          <w:color w:val="000000"/>
        </w:rPr>
        <w:t xml:space="preserve"> from</w:t>
      </w:r>
      <w:r>
        <w:rPr>
          <w:color w:val="000000"/>
        </w:rPr>
        <w:t xml:space="preserve"> the</w:t>
      </w:r>
      <w:r>
        <w:rPr>
          <w:color w:val="000000"/>
        </w:rPr>
        <w:t xml:space="preserve"> movie</w:t>
      </w:r>
      <w:r>
        <w:rPr>
          <w:color w:val="000000"/>
        </w:rPr>
        <w:t xml:space="preserve"> Ratatouille</w:t>
      </w:r>
      <w:r>
        <w:rPr>
          <w:color w:val="000000"/>
        </w:rPr>
        <w:t xml:space="preserve"> who</w:t>
      </w:r>
      <w:r>
        <w:rPr>
          <w:color w:val="000000"/>
        </w:rPr>
        <w:t xml:space="preserve"> says</w:t>
      </w:r>
      <w:r>
        <w:rPr>
          <w:color w:val="000000"/>
        </w:rPr>
        <w:t xml:space="preserve"> any</w:t>
      </w:r>
      <w:r>
        <w:rPr>
          <w:color w:val="000000"/>
        </w:rPr>
        <w:t xml:space="preserve"> anyone</w:t>
      </w:r>
      <w:r>
        <w:rPr>
          <w:color w:val="000000"/>
        </w:rPr>
        <w:t xml:space="preserve"> can</w:t>
      </w:r>
      <w:r>
        <w:rPr>
          <w:color w:val="000000"/>
        </w:rPr>
        <w:t xml:space="preserve"> cook,</w:t>
      </w:r>
      <w:r>
        <w:rPr>
          <w:color w:val="000000"/>
        </w:rPr>
        <w:t xml:space="preserve"> can</w:t>
      </w:r>
      <w:r>
        <w:rPr>
          <w:color w:val="000000"/>
        </w:rPr>
        <w:t xml:space="preserve"> they?</w:t>
      </w:r>
      <w:r>
        <w:rPr>
          <w:color w:val="000000"/>
        </w:rPr>
        <w:t xml:space="preserve"> If</w:t>
      </w:r>
      <w:r>
        <w:rPr>
          <w:color w:val="000000"/>
        </w:rPr>
        <w:t xml:space="preserve"> indeed</w:t>
      </w:r>
      <w:r>
        <w:rPr>
          <w:color w:val="000000"/>
        </w:rPr>
        <w:t xml:space="preserve"> we</w:t>
      </w:r>
      <w:r>
        <w:rPr>
          <w:color w:val="000000"/>
        </w:rPr>
        <w:t xml:space="preserve"> believe</w:t>
      </w:r>
      <w:r>
        <w:rPr>
          <w:color w:val="000000"/>
        </w:rPr>
        <w:t xml:space="preserve"> in</w:t>
      </w:r>
      <w:r>
        <w:rPr>
          <w:color w:val="000000"/>
        </w:rPr>
        <w:t xml:space="preserve"> this</w:t>
      </w:r>
      <w:r>
        <w:rPr>
          <w:color w:val="000000"/>
        </w:rPr>
        <w:t xml:space="preserve"> idea,</w:t>
      </w:r>
      <w:r>
        <w:rPr>
          <w:color w:val="000000"/>
        </w:rPr>
        <w:t xml:space="preserve"> then</w:t>
      </w:r>
      <w:r>
        <w:rPr>
          <w:color w:val="000000"/>
        </w:rPr>
        <w:t xml:space="preserve"> we</w:t>
      </w:r>
      <w:r>
        <w:rPr>
          <w:color w:val="000000"/>
        </w:rPr>
        <w:t xml:space="preserve"> might</w:t>
      </w:r>
      <w:r>
        <w:rPr>
          <w:color w:val="000000"/>
        </w:rPr>
        <w:t xml:space="preserve"> say</w:t>
      </w:r>
      <w:r>
        <w:rPr>
          <w:color w:val="000000"/>
        </w:rPr>
        <w:t xml:space="preserve"> that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itself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confidence</w:t>
      </w:r>
      <w:r>
        <w:rPr>
          <w:color w:val="000000"/>
        </w:rPr>
        <w:t xml:space="preserve"> game.</w:t>
      </w:r>
      <w:r>
        <w:rPr>
          <w:color w:val="000000"/>
        </w:rPr>
        <w:t xml:space="preserve"> As</w:t>
      </w:r>
      <w:r>
        <w:rPr>
          <w:color w:val="000000"/>
        </w:rPr>
        <w:t xml:space="preserve"> an</w:t>
      </w:r>
      <w:r>
        <w:rPr>
          <w:color w:val="000000"/>
        </w:rPr>
        <w:t xml:space="preserve"> ideal</w:t>
      </w:r>
      <w:r>
        <w:rPr>
          <w:color w:val="000000"/>
        </w:rPr>
        <w:t xml:space="preserve"> type,</w:t>
      </w:r>
      <w:r>
        <w:rPr>
          <w:color w:val="000000"/>
        </w:rPr>
        <w:t xml:space="preserve"> it</w:t>
      </w:r>
      <w:r>
        <w:rPr>
          <w:color w:val="000000"/>
        </w:rPr>
        <w:t xml:space="preserve"> involves</w:t>
      </w:r>
      <w:r>
        <w:rPr>
          <w:color w:val="000000"/>
        </w:rPr>
        <w:t xml:space="preserve"> Mister</w:t>
      </w:r>
      <w:r>
        <w:rPr>
          <w:color w:val="000000"/>
        </w:rPr>
        <w:t xml:space="preserve"> Smith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Washington.</w:t>
      </w:r>
      <w:r>
        <w:rPr>
          <w:color w:val="000000"/>
        </w:rPr>
        <w:t xml:space="preserve"> Mr.</w:t>
      </w:r>
      <w:r>
        <w:rPr>
          <w:color w:val="000000"/>
        </w:rPr>
        <w:t xml:space="preserve"> Smith</w:t>
      </w:r>
      <w:r>
        <w:rPr>
          <w:color w:val="000000"/>
        </w:rPr>
        <w:t xml:space="preserve"> doesn't</w:t>
      </w:r>
      <w:r>
        <w:rPr>
          <w:color w:val="000000"/>
        </w:rPr>
        <w:t xml:space="preserve"> quite</w:t>
      </w:r>
      <w:r>
        <w:rPr>
          <w:color w:val="000000"/>
        </w:rPr>
        <w:t xml:space="preserve"> know</w:t>
      </w:r>
      <w:r>
        <w:rPr>
          <w:color w:val="000000"/>
        </w:rPr>
        <w:t xml:space="preserve"> politics,</w:t>
      </w:r>
      <w:r>
        <w:rPr>
          <w:color w:val="000000"/>
        </w:rPr>
        <w:t xml:space="preserve"> but</w:t>
      </w:r>
      <w:r>
        <w:rPr>
          <w:color w:val="000000"/>
        </w:rPr>
        <w:t xml:space="preserve"> it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very</w:t>
      </w:r>
      <w:r>
        <w:rPr>
          <w:color w:val="000000"/>
        </w:rPr>
        <w:t xml:space="preserve"> lack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that</w:t>
      </w:r>
      <w:r>
        <w:rPr>
          <w:color w:val="000000"/>
        </w:rPr>
        <w:t xml:space="preserve"> makes</w:t>
      </w:r>
      <w:r>
        <w:rPr>
          <w:color w:val="000000"/>
        </w:rPr>
        <w:t xml:space="preserve"> him</w:t>
      </w:r>
      <w:r>
        <w:rPr>
          <w:color w:val="000000"/>
        </w:rPr>
        <w:t xml:space="preserve"> a</w:t>
      </w:r>
      <w:r>
        <w:rPr>
          <w:color w:val="000000"/>
        </w:rPr>
        <w:t xml:space="preserve"> better</w:t>
      </w:r>
      <w:r>
        <w:rPr>
          <w:color w:val="000000"/>
        </w:rPr>
        <w:t xml:space="preserve"> political</w:t>
      </w:r>
      <w:r>
        <w:rPr>
          <w:color w:val="000000"/>
        </w:rPr>
        <w:t xml:space="preserve"> leader</w:t>
      </w:r>
      <w:r>
        <w:rPr>
          <w:color w:val="000000"/>
        </w:rPr>
        <w:t xml:space="preserve"> than</w:t>
      </w:r>
      <w:r>
        <w:rPr>
          <w:color w:val="000000"/>
        </w:rPr>
        <w:t xml:space="preserve"> the</w:t>
      </w:r>
      <w:r>
        <w:rPr>
          <w:color w:val="000000"/>
        </w:rPr>
        <w:t xml:space="preserve"> professional</w:t>
      </w:r>
      <w:r>
        <w:rPr>
          <w:color w:val="000000"/>
        </w:rPr>
        <w:t xml:space="preserve"> politicians</w:t>
      </w:r>
      <w:r>
        <w:rPr>
          <w:color w:val="000000"/>
        </w:rPr>
        <w:t xml:space="preserve"> that</w:t>
      </w:r>
      <w:r>
        <w:rPr>
          <w:color w:val="000000"/>
        </w:rPr>
        <w:t xml:space="preserve"> surround</w:t>
      </w:r>
      <w:r>
        <w:rPr>
          <w:highlight w:val="yellow"/>
        </w:rPr>
        <w:t xml:space="preserve"> Mr.</w:t>
      </w:r>
      <w:r>
        <w:rPr>
          <w:color w:val="000000"/>
        </w:rPr>
        <w:t xml:space="preserve"> Smith.</w:t>
      </w:r>
      <w:r>
        <w:rPr>
          <w:color w:val="000000"/>
        </w:rPr>
        <w:t xml:space="preserve"> I</w:t>
      </w:r>
      <w:r>
        <w:rPr>
          <w:color w:val="000000"/>
        </w:rPr>
        <w:t xml:space="preserve"> am</w:t>
      </w:r>
      <w:r>
        <w:rPr>
          <w:color w:val="000000"/>
        </w:rPr>
        <w:t xml:space="preserve"> certain</w:t>
      </w:r>
      <w:r>
        <w:rPr>
          <w:color w:val="000000"/>
        </w:rPr>
        <w:t xml:space="preserve"> many</w:t>
      </w:r>
      <w:r>
        <w:rPr>
          <w:color w:val="000000"/>
        </w:rPr>
        <w:t xml:space="preserve"> of</w:t>
      </w:r>
      <w:r>
        <w:rPr>
          <w:color w:val="000000"/>
        </w:rPr>
        <w:t xml:space="preserve"> the</w:t>
      </w:r>
      <w:r>
        <w:rPr>
          <w:color w:val="000000"/>
        </w:rPr>
        <w:t xml:space="preserve"> people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highlight w:val="yellow"/>
        </w:rPr>
        <w:t xml:space="preserve"> Capitol</w:t>
      </w:r>
      <w:r>
        <w:rPr>
          <w:color w:val="000000"/>
        </w:rPr>
        <w:t xml:space="preserve"> grounds</w:t>
      </w:r>
      <w:r>
        <w:rPr>
          <w:color w:val="000000"/>
        </w:rPr>
        <w:t xml:space="preserve"> on</w:t>
      </w:r>
      <w:r>
        <w:rPr>
          <w:color w:val="000000"/>
        </w:rPr>
        <w:t xml:space="preserve"> January</w:t>
      </w:r>
      <w:r>
        <w:rPr>
          <w:highlight w:val="yellow"/>
        </w:rPr>
        <w:t xml:space="preserve"> 6th,</w:t>
      </w:r>
      <w:r>
        <w:rPr>
          <w:color w:val="000000"/>
        </w:rPr>
        <w:t xml:space="preserve"> 2021</w:t>
      </w:r>
      <w:r>
        <w:rPr>
          <w:color w:val="000000"/>
        </w:rPr>
        <w:t xml:space="preserve"> thought</w:t>
      </w:r>
      <w:r>
        <w:rPr>
          <w:color w:val="000000"/>
        </w:rPr>
        <w:t xml:space="preserve"> of</w:t>
      </w:r>
      <w:r>
        <w:rPr>
          <w:color w:val="000000"/>
        </w:rPr>
        <w:t xml:space="preserve"> themselves</w:t>
      </w:r>
      <w:r>
        <w:rPr>
          <w:color w:val="000000"/>
        </w:rPr>
        <w:t xml:space="preserve"> as</w:t>
      </w:r>
      <w:r>
        <w:rPr>
          <w:color w:val="000000"/>
        </w:rPr>
        <w:t xml:space="preserve"> Mister</w:t>
      </w:r>
      <w:r>
        <w:rPr>
          <w:color w:val="000000"/>
        </w:rPr>
        <w:t xml:space="preserve"> Smith.</w:t>
      </w:r>
      <w:r>
        <w:rPr>
          <w:color w:val="000000"/>
        </w:rPr>
        <w:t xml:space="preserve"> So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our</w:t>
      </w:r>
      <w:r>
        <w:rPr>
          <w:color w:val="000000"/>
        </w:rPr>
        <w:t xml:space="preserve"> belief</w:t>
      </w:r>
      <w:r>
        <w:rPr>
          <w:color w:val="000000"/>
        </w:rPr>
        <w:t xml:space="preserve"> that</w:t>
      </w:r>
      <w:r>
        <w:rPr>
          <w:color w:val="000000"/>
        </w:rPr>
        <w:t xml:space="preserve"> says</w:t>
      </w:r>
      <w:r>
        <w:rPr>
          <w:color w:val="000000"/>
        </w:rPr>
        <w:t xml:space="preserve"> anyone</w:t>
      </w:r>
      <w:r>
        <w:rPr>
          <w:color w:val="000000"/>
        </w:rPr>
        <w:t xml:space="preserve"> can</w:t>
      </w:r>
      <w:r>
        <w:rPr>
          <w:color w:val="000000"/>
        </w:rPr>
        <w:t xml:space="preserve"> lead</w:t>
      </w:r>
      <w:r>
        <w:rPr>
          <w:color w:val="000000"/>
        </w:rPr>
        <w:t xml:space="preserve"> and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the</w:t>
      </w:r>
      <w:r>
        <w:rPr>
          <w:color w:val="000000"/>
        </w:rPr>
        <w:t xml:space="preserve"> reality</w:t>
      </w:r>
      <w:r>
        <w:rPr>
          <w:color w:val="000000"/>
        </w:rPr>
        <w:t xml:space="preserve"> that</w:t>
      </w:r>
      <w:r>
        <w:rPr>
          <w:color w:val="000000"/>
        </w:rPr>
        <w:t xml:space="preserve"> doing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really</w:t>
      </w:r>
      <w:r>
        <w:rPr>
          <w:color w:val="000000"/>
        </w:rPr>
        <w:t xml:space="preserve"> hard</w:t>
      </w:r>
      <w:r>
        <w:rPr>
          <w:color w:val="000000"/>
        </w:rPr>
        <w:t xml:space="preserve"> thing</w:t>
      </w:r>
      <w:r>
        <w:rPr>
          <w:color w:val="000000"/>
        </w:rPr>
        <w:t xml:space="preserve"> and</w:t>
      </w:r>
      <w:r>
        <w:rPr>
          <w:color w:val="000000"/>
        </w:rPr>
        <w:t xml:space="preserve"> requires</w:t>
      </w:r>
      <w:r>
        <w:rPr>
          <w:color w:val="000000"/>
        </w:rPr>
        <w:t xml:space="preserve"> specialist</w:t>
      </w:r>
      <w:r>
        <w:rPr>
          <w:color w:val="000000"/>
        </w:rPr>
        <w:t xml:space="preserve"> knowledge.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fake</w:t>
      </w:r>
      <w:r>
        <w:rPr>
          <w:color w:val="000000"/>
        </w:rPr>
        <w:t xml:space="preserve"> it</w:t>
      </w:r>
      <w:r>
        <w:rPr>
          <w:color w:val="000000"/>
        </w:rPr>
        <w:t xml:space="preserve"> till</w:t>
      </w:r>
      <w:r>
        <w:rPr>
          <w:color w:val="000000"/>
        </w:rPr>
        <w:t xml:space="preserve"> you</w:t>
      </w:r>
      <w:r>
        <w:rPr>
          <w:color w:val="000000"/>
        </w:rPr>
        <w:t xml:space="preserve"> make</w:t>
      </w:r>
      <w:r>
        <w:rPr>
          <w:color w:val="000000"/>
        </w:rPr>
        <w:t xml:space="preserve"> it</w:t>
      </w:r>
      <w:r>
        <w:rPr>
          <w:color w:val="000000"/>
        </w:rPr>
        <w:t xml:space="preserve"> American</w:t>
      </w:r>
      <w:r>
        <w:rPr>
          <w:color w:val="000000"/>
        </w:rPr>
        <w:t xml:space="preserve"> ethic</w:t>
      </w:r>
      <w:r>
        <w:rPr>
          <w:color w:val="000000"/>
        </w:rPr>
        <w:t xml:space="preserve"> we</w:t>
      </w:r>
      <w:r>
        <w:rPr>
          <w:color w:val="000000"/>
        </w:rPr>
        <w:t xml:space="preserve"> have</w:t>
      </w:r>
      <w:r>
        <w:rPr>
          <w:color w:val="000000"/>
        </w:rPr>
        <w:t xml:space="preserve"> seen</w:t>
      </w:r>
      <w:r>
        <w:rPr>
          <w:color w:val="000000"/>
        </w:rPr>
        <w:t xml:space="preserve"> from</w:t>
      </w:r>
      <w:r>
        <w:rPr>
          <w:color w:val="000000"/>
        </w:rPr>
        <w:t xml:space="preserve"> Alexander</w:t>
      </w:r>
      <w:r>
        <w:rPr>
          <w:color w:val="000000"/>
        </w:rPr>
        <w:t xml:space="preserve"> Hamilton</w:t>
      </w:r>
      <w:r>
        <w:rPr>
          <w:color w:val="000000"/>
        </w:rPr>
        <w:t xml:space="preserve"> to</w:t>
      </w:r>
      <w:r>
        <w:rPr>
          <w:color w:val="000000"/>
        </w:rPr>
        <w:t xml:space="preserve"> Elon</w:t>
      </w:r>
      <w:r>
        <w:rPr>
          <w:color w:val="000000"/>
        </w:rPr>
        <w:t xml:space="preserve"> Musk.</w:t>
      </w:r>
      <w:r>
        <w:rPr>
          <w:color w:val="000000"/>
        </w:rPr>
        <w:t xml:space="preserve"> So</w:t>
      </w:r>
      <w:r>
        <w:rPr>
          <w:color w:val="000000"/>
        </w:rPr>
        <w:t xml:space="preserve"> what</w:t>
      </w:r>
      <w:r>
        <w:rPr>
          <w:color w:val="000000"/>
        </w:rPr>
        <w:t xml:space="preserve"> if</w:t>
      </w:r>
      <w:r>
        <w:rPr>
          <w:color w:val="000000"/>
        </w:rPr>
        <w:t xml:space="preserve"> some</w:t>
      </w:r>
      <w:r>
        <w:rPr>
          <w:color w:val="000000"/>
        </w:rPr>
        <w:t xml:space="preserve"> of</w:t>
      </w:r>
      <w:r>
        <w:rPr>
          <w:color w:val="000000"/>
        </w:rPr>
        <w:t xml:space="preserve"> us</w:t>
      </w:r>
      <w:r>
        <w:rPr>
          <w:color w:val="000000"/>
        </w:rPr>
        <w:t xml:space="preserve"> are</w:t>
      </w:r>
      <w:r>
        <w:rPr>
          <w:color w:val="000000"/>
        </w:rPr>
        <w:t xml:space="preserve"> overconfident</w:t>
      </w:r>
      <w:r>
        <w:rPr>
          <w:color w:val="000000"/>
        </w:rPr>
        <w:t xml:space="preserve"> about</w:t>
      </w:r>
      <w:r>
        <w:rPr>
          <w:color w:val="000000"/>
        </w:rPr>
        <w:t xml:space="preserve"> our</w:t>
      </w:r>
      <w:r>
        <w:rPr>
          <w:color w:val="000000"/>
        </w:rPr>
        <w:t xml:space="preserve"> knowledge</w:t>
      </w:r>
      <w:r>
        <w:rPr>
          <w:color w:val="000000"/>
        </w:rPr>
        <w:t xml:space="preserve"> of</w:t>
      </w:r>
      <w:r>
        <w:rPr>
          <w:color w:val="000000"/>
        </w:rPr>
        <w:t xml:space="preserve"> politics?</w:t>
      </w:r>
      <w:r>
        <w:rPr>
          <w:color w:val="000000"/>
        </w:rPr>
        <w:t xml:space="preserve"> If</w:t>
      </w:r>
      <w:r>
        <w:rPr>
          <w:highlight w:val="yellow"/>
        </w:rPr>
        <w:t xml:space="preserve"> you're</w:t>
      </w:r>
      <w:r>
        <w:rPr>
          <w:color w:val="000000"/>
        </w:rPr>
        <w:t xml:space="preserve"> ambitious,</w:t>
      </w:r>
      <w:r>
        <w:rPr>
          <w:color w:val="000000"/>
        </w:rPr>
        <w:t xml:space="preserve"> you're</w:t>
      </w:r>
      <w:r>
        <w:rPr>
          <w:color w:val="000000"/>
        </w:rPr>
        <w:t xml:space="preserve"> going</w:t>
      </w:r>
      <w:r>
        <w:rPr>
          <w:color w:val="000000"/>
        </w:rPr>
        <w:t xml:space="preserve"> to</w:t>
      </w:r>
      <w:r>
        <w:rPr>
          <w:color w:val="000000"/>
        </w:rPr>
        <w:t xml:space="preserve"> be</w:t>
      </w:r>
      <w:r>
        <w:rPr>
          <w:color w:val="000000"/>
        </w:rPr>
        <w:t xml:space="preserve"> overconfident.</w:t>
      </w:r>
      <w:r>
        <w:rPr>
          <w:color w:val="000000"/>
        </w:rPr>
        <w:t xml:space="preserve"> Anson</w:t>
      </w:r>
      <w:r>
        <w:rPr>
          <w:color w:val="000000"/>
        </w:rPr>
        <w:t xml:space="preserve"> might</w:t>
      </w:r>
      <w:r>
        <w:rPr>
          <w:color w:val="000000"/>
        </w:rPr>
        <w:t xml:space="preserve"> respond</w:t>
      </w:r>
      <w:r>
        <w:rPr>
          <w:color w:val="000000"/>
        </w:rPr>
        <w:t xml:space="preserve"> by</w:t>
      </w:r>
      <w:r>
        <w:rPr>
          <w:color w:val="000000"/>
        </w:rPr>
        <w:t xml:space="preserve"> saying</w:t>
      </w:r>
      <w:r>
        <w:rPr>
          <w:color w:val="000000"/>
        </w:rPr>
        <w:t xml:space="preserve"> that</w:t>
      </w:r>
      <w:r>
        <w:rPr>
          <w:color w:val="000000"/>
        </w:rPr>
        <w:t xml:space="preserve"> this</w:t>
      </w:r>
      <w:r>
        <w:rPr>
          <w:color w:val="000000"/>
        </w:rPr>
        <w:t xml:space="preserve"> narrative</w:t>
      </w:r>
      <w:r>
        <w:rPr>
          <w:color w:val="000000"/>
        </w:rPr>
        <w:t xml:space="preserve"> is</w:t>
      </w:r>
      <w:r>
        <w:rPr>
          <w:color w:val="000000"/>
        </w:rPr>
        <w:t xml:space="preserve"> not</w:t>
      </w:r>
      <w:r>
        <w:rPr>
          <w:color w:val="000000"/>
        </w:rPr>
        <w:t xml:space="preserve"> universally</w:t>
      </w:r>
      <w:r>
        <w:rPr>
          <w:color w:val="000000"/>
        </w:rPr>
        <w:t xml:space="preserve"> present</w:t>
      </w:r>
      <w:r>
        <w:rPr>
          <w:color w:val="000000"/>
        </w:rPr>
        <w:t xml:space="preserve"> or</w:t>
      </w:r>
      <w:r>
        <w:rPr>
          <w:color w:val="000000"/>
        </w:rPr>
        <w:t xml:space="preserve"> experienced</w:t>
      </w:r>
      <w:r>
        <w:rPr>
          <w:color w:val="000000"/>
        </w:rPr>
        <w:t xml:space="preserve"> across</w:t>
      </w:r>
      <w:r>
        <w:rPr>
          <w:color w:val="000000"/>
        </w:rPr>
        <w:t xml:space="preserve"> the</w:t>
      </w:r>
      <w:r>
        <w:rPr>
          <w:color w:val="000000"/>
        </w:rPr>
        <w:t xml:space="preserve"> US</w:t>
      </w:r>
      <w:r>
        <w:rPr>
          <w:color w:val="000000"/>
        </w:rPr>
        <w:t xml:space="preserve"> population.</w:t>
      </w:r>
      <w:r>
        <w:rPr>
          <w:color w:val="000000"/>
        </w:rPr>
        <w:t xml:space="preserve"> That</w:t>
      </w:r>
      <w:r>
        <w:rPr>
          <w:color w:val="000000"/>
        </w:rPr>
        <w:t xml:space="preserve"> there</w:t>
      </w:r>
      <w:r>
        <w:rPr>
          <w:color w:val="000000"/>
        </w:rPr>
        <w:t xml:space="preserve"> is</w:t>
      </w:r>
      <w:r>
        <w:rPr>
          <w:color w:val="000000"/>
        </w:rPr>
        <w:t xml:space="preserve"> clustering</w:t>
      </w:r>
      <w:r>
        <w:rPr>
          <w:color w:val="000000"/>
        </w:rPr>
        <w:t xml:space="preserve"> of</w:t>
      </w:r>
      <w:r>
        <w:rPr>
          <w:color w:val="000000"/>
        </w:rPr>
        <w:t xml:space="preserve"> overconfidence</w:t>
      </w:r>
      <w:r>
        <w:rPr>
          <w:color w:val="000000"/>
        </w:rPr>
        <w:t xml:space="preserve"> among</w:t>
      </w:r>
      <w:r>
        <w:rPr>
          <w:color w:val="000000"/>
        </w:rPr>
        <w:t xml:space="preserve"> men</w:t>
      </w:r>
      <w:r>
        <w:rPr>
          <w:color w:val="000000"/>
        </w:rPr>
        <w:t xml:space="preserve"> over</w:t>
      </w:r>
      <w:r>
        <w:rPr>
          <w:color w:val="000000"/>
        </w:rPr>
        <w:t xml:space="preserve"> women.</w:t>
      </w:r>
      <w:r>
        <w:rPr>
          <w:color w:val="000000"/>
        </w:rPr>
        <w:t xml:space="preserve"> Among</w:t>
      </w:r>
      <w:r>
        <w:rPr>
          <w:color w:val="000000"/>
        </w:rPr>
        <w:t xml:space="preserve"> young</w:t>
      </w:r>
      <w:r>
        <w:rPr>
          <w:color w:val="000000"/>
        </w:rPr>
        <w:t xml:space="preserve"> white</w:t>
      </w:r>
      <w:r>
        <w:rPr>
          <w:color w:val="000000"/>
        </w:rPr>
        <w:t xml:space="preserve"> men</w:t>
      </w:r>
      <w:r>
        <w:rPr>
          <w:color w:val="000000"/>
        </w:rPr>
        <w:t xml:space="preserve"> in</w:t>
      </w:r>
      <w:r>
        <w:rPr>
          <w:color w:val="000000"/>
        </w:rPr>
        <w:t xml:space="preserve"> particular.</w:t>
      </w:r>
      <w:r>
        <w:rPr>
          <w:color w:val="000000"/>
        </w:rPr>
        <w:t xml:space="preserve"> He</w:t>
      </w:r>
      <w:r>
        <w:rPr>
          <w:color w:val="000000"/>
        </w:rPr>
        <w:t xml:space="preserve"> did</w:t>
      </w:r>
      <w:r>
        <w:rPr>
          <w:color w:val="000000"/>
        </w:rPr>
        <w:t xml:space="preserve"> not</w:t>
      </w:r>
      <w:r>
        <w:rPr>
          <w:color w:val="000000"/>
        </w:rPr>
        <w:t xml:space="preserve"> identify</w:t>
      </w:r>
      <w:r>
        <w:rPr>
          <w:color w:val="000000"/>
        </w:rPr>
        <w:t xml:space="preserve"> Republicans</w:t>
      </w:r>
      <w:r>
        <w:rPr>
          <w:color w:val="000000"/>
        </w:rPr>
        <w:t xml:space="preserve"> or</w:t>
      </w:r>
      <w:r>
        <w:rPr>
          <w:color w:val="000000"/>
        </w:rPr>
        <w:t xml:space="preserve"> Democrats</w:t>
      </w:r>
      <w:r>
        <w:rPr>
          <w:color w:val="000000"/>
        </w:rPr>
        <w:t xml:space="preserve"> as</w:t>
      </w:r>
      <w:r>
        <w:rPr>
          <w:color w:val="000000"/>
        </w:rPr>
        <w:t xml:space="preserve"> being</w:t>
      </w:r>
      <w:r>
        <w:rPr>
          <w:color w:val="000000"/>
        </w:rPr>
        <w:t xml:space="preserve"> more</w:t>
      </w:r>
      <w:r>
        <w:rPr>
          <w:color w:val="000000"/>
        </w:rPr>
        <w:t xml:space="preserve"> or</w:t>
      </w:r>
      <w:r>
        <w:rPr>
          <w:color w:val="000000"/>
        </w:rPr>
        <w:t xml:space="preserve"> less</w:t>
      </w:r>
      <w:r>
        <w:rPr>
          <w:color w:val="000000"/>
        </w:rPr>
        <w:t xml:space="preserve"> overconfident,</w:t>
      </w:r>
      <w:r>
        <w:rPr>
          <w:color w:val="000000"/>
        </w:rPr>
        <w:t xml:space="preserve"> but</w:t>
      </w:r>
      <w:r>
        <w:rPr>
          <w:color w:val="000000"/>
        </w:rPr>
        <w:t xml:space="preserve"> that</w:t>
      </w:r>
      <w:r>
        <w:rPr>
          <w:color w:val="000000"/>
        </w:rPr>
        <w:t xml:space="preserve"> is</w:t>
      </w:r>
      <w:r>
        <w:rPr>
          <w:color w:val="000000"/>
        </w:rPr>
        <w:t xml:space="preserve"> a</w:t>
      </w:r>
      <w:r>
        <w:rPr>
          <w:color w:val="000000"/>
        </w:rPr>
        <w:t xml:space="preserve"> question</w:t>
      </w:r>
      <w:r>
        <w:rPr>
          <w:color w:val="000000"/>
        </w:rPr>
        <w:t xml:space="preserve"> I</w:t>
      </w:r>
      <w:r>
        <w:rPr>
          <w:color w:val="000000"/>
        </w:rPr>
        <w:t xml:space="preserve"> hope</w:t>
      </w:r>
      <w:r>
        <w:rPr>
          <w:color w:val="000000"/>
        </w:rPr>
        <w:t xml:space="preserve"> he</w:t>
      </w:r>
      <w:r>
        <w:rPr>
          <w:color w:val="000000"/>
        </w:rPr>
        <w:t xml:space="preserve"> will</w:t>
      </w:r>
      <w:r>
        <w:rPr>
          <w:color w:val="000000"/>
        </w:rPr>
        <w:t xml:space="preserve"> answer</w:t>
      </w:r>
      <w:r>
        <w:rPr>
          <w:color w:val="000000"/>
        </w:rPr>
        <w:t xml:space="preserve"> with</w:t>
      </w:r>
      <w:r>
        <w:rPr>
          <w:color w:val="000000"/>
        </w:rPr>
        <w:t xml:space="preserve"> his</w:t>
      </w:r>
      <w:r>
        <w:rPr>
          <w:color w:val="000000"/>
        </w:rPr>
        <w:t xml:space="preserve"> research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future.</w:t>
      </w:r>
      <w:r>
        <w:rPr>
          <w:color w:val="000000"/>
        </w:rPr>
        <w:t xml:space="preserve"> And</w:t>
      </w:r>
      <w:r>
        <w:rPr>
          <w:color w:val="000000"/>
        </w:rPr>
        <w:t xml:space="preserve"> lastly,</w:t>
      </w:r>
      <w:r>
        <w:rPr>
          <w:color w:val="000000"/>
        </w:rPr>
        <w:t xml:space="preserve"> polarization</w:t>
      </w:r>
      <w:r>
        <w:rPr>
          <w:color w:val="000000"/>
        </w:rPr>
        <w:t xml:space="preserve"> may</w:t>
      </w:r>
      <w:r>
        <w:rPr>
          <w:color w:val="000000"/>
        </w:rPr>
        <w:t xml:space="preserve"> be</w:t>
      </w:r>
      <w:r>
        <w:rPr>
          <w:color w:val="000000"/>
        </w:rPr>
        <w:t xml:space="preserve"> an</w:t>
      </w:r>
      <w:r>
        <w:rPr>
          <w:highlight w:val="yellow"/>
        </w:rPr>
        <w:t xml:space="preserve"> age-old</w:t>
      </w:r>
      <w:r>
        <w:rPr>
          <w:color w:val="000000"/>
        </w:rPr>
        <w:t xml:space="preserve"> problem</w:t>
      </w:r>
      <w:r>
        <w:rPr>
          <w:color w:val="000000"/>
        </w:rPr>
        <w:t xml:space="preserve"> but</w:t>
      </w:r>
      <w:r>
        <w:rPr>
          <w:color w:val="000000"/>
        </w:rPr>
        <w:t xml:space="preserve"> still</w:t>
      </w:r>
      <w:r>
        <w:rPr>
          <w:color w:val="000000"/>
        </w:rPr>
        <w:t xml:space="preserve"> needs</w:t>
      </w:r>
      <w:r>
        <w:rPr>
          <w:color w:val="000000"/>
        </w:rPr>
        <w:t xml:space="preserve"> a</w:t>
      </w:r>
      <w:r>
        <w:rPr>
          <w:color w:val="000000"/>
        </w:rPr>
        <w:t xml:space="preserve"> solution</w:t>
      </w:r>
      <w:r>
        <w:rPr>
          <w:color w:val="000000"/>
        </w:rPr>
        <w:t xml:space="preserve"> now.</w:t>
      </w:r>
      <w:r>
        <w:rPr>
          <w:color w:val="000000"/>
        </w:rPr>
        <w:t xml:space="preserve"> We'll</w:t>
      </w:r>
      <w:r>
        <w:rPr>
          <w:color w:val="000000"/>
        </w:rPr>
        <w:t xml:space="preserve"> be</w:t>
      </w:r>
      <w:r>
        <w:rPr>
          <w:color w:val="000000"/>
        </w:rPr>
        <w:t xml:space="preserve"> following</w:t>
      </w:r>
      <w:r>
        <w:rPr>
          <w:color w:val="000000"/>
        </w:rPr>
        <w:t xml:space="preserve"> Anson's</w:t>
      </w:r>
      <w:r>
        <w:rPr>
          <w:color w:val="000000"/>
        </w:rPr>
        <w:t xml:space="preserve"> work</w:t>
      </w:r>
      <w:r>
        <w:rPr>
          <w:color w:val="000000"/>
        </w:rPr>
        <w:t xml:space="preserve"> closely.</w:t>
      </w:r>
      <w:r>
        <w:rPr>
          <w:color w:val="000000"/>
        </w:rPr>
        <w:t xml:space="preserve"> You</w:t>
      </w:r>
      <w:r>
        <w:rPr>
          <w:color w:val="000000"/>
        </w:rPr>
        <w:t xml:space="preserve"> may</w:t>
      </w:r>
      <w:r>
        <w:rPr>
          <w:color w:val="000000"/>
        </w:rPr>
        <w:t xml:space="preserve"> sometimes</w:t>
      </w:r>
      <w:r>
        <w:rPr>
          <w:color w:val="000000"/>
        </w:rPr>
        <w:t xml:space="preserve"> think</w:t>
      </w:r>
      <w:r>
        <w:rPr>
          <w:color w:val="000000"/>
        </w:rPr>
        <w:t xml:space="preserve"> your</w:t>
      </w:r>
      <w:r>
        <w:rPr>
          <w:color w:val="000000"/>
        </w:rPr>
        <w:t xml:space="preserve"> vote</w:t>
      </w:r>
      <w:r>
        <w:rPr>
          <w:color w:val="000000"/>
        </w:rPr>
        <w:t xml:space="preserve"> doesn't</w:t>
      </w:r>
      <w:r>
        <w:rPr>
          <w:color w:val="000000"/>
        </w:rPr>
        <w:t xml:space="preserve"> matter.</w:t>
      </w:r>
      <w:r>
        <w:rPr>
          <w:color w:val="000000"/>
        </w:rPr>
        <w:t xml:space="preserve"> But</w:t>
      </w:r>
      <w:r>
        <w:rPr>
          <w:color w:val="000000"/>
        </w:rPr>
        <w:t xml:space="preserve"> please</w:t>
      </w:r>
      <w:r>
        <w:rPr>
          <w:color w:val="000000"/>
        </w:rPr>
        <w:t xml:space="preserve"> don't</w:t>
      </w:r>
      <w:r>
        <w:rPr>
          <w:color w:val="000000"/>
        </w:rPr>
        <w:t xml:space="preserve"> skip</w:t>
      </w:r>
      <w:r>
        <w:rPr>
          <w:color w:val="000000"/>
        </w:rPr>
        <w:t xml:space="preserve"> November</w:t>
      </w:r>
      <w:r>
        <w:rPr>
          <w:color w:val="000000"/>
        </w:rPr>
        <w:t xml:space="preserve"> 8th.</w:t>
      </w:r>
      <w:r>
        <w:rPr>
          <w:color w:val="000000"/>
        </w:rPr>
        <w:t xml:space="preserve"> That's</w:t>
      </w:r>
      <w:r>
        <w:rPr>
          <w:color w:val="000000"/>
        </w:rPr>
        <w:t xml:space="preserve"> all</w:t>
      </w:r>
      <w:r>
        <w:rPr>
          <w:color w:val="000000"/>
        </w:rPr>
        <w:t xml:space="preserve"> for</w:t>
      </w:r>
      <w:r>
        <w:rPr>
          <w:color w:val="000000"/>
        </w:rPr>
        <w:t xml:space="preserve"> this</w:t>
      </w:r>
      <w:r>
        <w:rPr>
          <w:color w:val="000000"/>
        </w:rPr>
        <w:t xml:space="preserve"> episode.</w:t>
      </w:r>
      <w:r>
        <w:rPr>
          <w:color w:val="000000"/>
        </w:rPr>
        <w:t xml:space="preserve"> You've</w:t>
      </w:r>
      <w:r>
        <w:rPr>
          <w:color w:val="000000"/>
        </w:rPr>
        <w:t xml:space="preserve"> been</w:t>
      </w:r>
      <w:r>
        <w:rPr>
          <w:color w:val="000000"/>
        </w:rPr>
        <w:t xml:space="preserve"> listening</w:t>
      </w:r>
      <w:r>
        <w:rPr>
          <w:color w:val="000000"/>
        </w:rPr>
        <w:t xml:space="preserve"> to</w:t>
      </w:r>
      <w:r>
        <w:rPr>
          <w:color w:val="000000"/>
        </w:rPr>
        <w:t xml:space="preserve"> I</w:t>
      </w:r>
      <w:r>
        <w:rPr>
          <w:highlight w:val="yellow"/>
        </w:rPr>
        <w:t xml:space="preserve"> Hat</w:t>
      </w:r>
      <w:r>
        <w:rPr>
          <w:color w:val="000000"/>
        </w:rPr>
        <w:t xml:space="preserve"> Politics.</w:t>
      </w:r>
      <w:r>
        <w:rPr>
          <w:color w:val="000000"/>
        </w:rPr>
        <w:t xml:space="preserve"> I</w:t>
      </w:r>
      <w:r>
        <w:rPr>
          <w:color w:val="000000"/>
        </w:rPr>
        <w:t xml:space="preserve"> am</w:t>
      </w:r>
      <w:r>
        <w:rPr>
          <w:color w:val="000000"/>
        </w:rPr>
        <w:t xml:space="preserve"> Sunil</w:t>
      </w:r>
      <w:r>
        <w:rPr>
          <w:color w:val="000000"/>
        </w:rPr>
        <w:t xml:space="preserve"> Dasgupta.</w:t>
      </w:r>
      <w:r>
        <w:rPr>
          <w:color w:val="000000"/>
        </w:rPr>
        <w:t xml:space="preserve"> Music</w:t>
      </w:r>
      <w:r>
        <w:rPr>
          <w:color w:val="000000"/>
        </w:rPr>
        <w:t xml:space="preserve"> for</w:t>
      </w:r>
      <w:r>
        <w:rPr>
          <w:color w:val="000000"/>
        </w:rPr>
        <w:t xml:space="preserve"> this</w:t>
      </w:r>
      <w:r>
        <w:rPr>
          <w:color w:val="000000"/>
        </w:rPr>
        <w:t xml:space="preserve"> episode</w:t>
      </w:r>
      <w:r>
        <w:rPr>
          <w:color w:val="000000"/>
        </w:rPr>
        <w:t xml:space="preserve"> comes</w:t>
      </w:r>
      <w:r>
        <w:rPr>
          <w:color w:val="000000"/>
        </w:rPr>
        <w:t xml:space="preserve"> from</w:t>
      </w:r>
      <w:r>
        <w:rPr>
          <w:color w:val="000000"/>
        </w:rPr>
        <w:t xml:space="preserve"> A</w:t>
      </w:r>
      <w:r>
        <w:rPr>
          <w:color w:val="000000"/>
        </w:rPr>
        <w:t xml:space="preserve"> Shrewdness</w:t>
      </w:r>
      <w:r>
        <w:rPr>
          <w:color w:val="000000"/>
        </w:rPr>
        <w:t xml:space="preserve"> of</w:t>
      </w:r>
      <w:r>
        <w:rPr>
          <w:color w:val="000000"/>
        </w:rPr>
        <w:t xml:space="preserve"> Apes,</w:t>
      </w:r>
      <w:r>
        <w:rPr>
          <w:color w:val="000000"/>
        </w:rPr>
        <w:t xml:space="preserve"> a</w:t>
      </w:r>
      <w:r>
        <w:rPr>
          <w:color w:val="000000"/>
        </w:rPr>
        <w:t xml:space="preserve"> Washington,</w:t>
      </w:r>
      <w:r>
        <w:rPr>
          <w:color w:val="000000"/>
        </w:rPr>
        <w:t xml:space="preserve"> DC</w:t>
      </w:r>
      <w:r>
        <w:rPr>
          <w:color w:val="000000"/>
        </w:rPr>
        <w:t xml:space="preserve"> area</w:t>
      </w:r>
      <w:r>
        <w:rPr>
          <w:color w:val="000000"/>
        </w:rPr>
        <w:t xml:space="preserve"> progressive</w:t>
      </w:r>
      <w:r>
        <w:rPr>
          <w:color w:val="000000"/>
        </w:rPr>
        <w:t xml:space="preserve"> rock</w:t>
      </w:r>
      <w:r>
        <w:rPr>
          <w:color w:val="000000"/>
        </w:rPr>
        <w:t xml:space="preserve"> band</w:t>
      </w:r>
      <w:r>
        <w:rPr>
          <w:color w:val="000000"/>
        </w:rPr>
        <w:t xml:space="preserve"> that</w:t>
      </w:r>
      <w:r>
        <w:rPr>
          <w:color w:val="000000"/>
        </w:rPr>
        <w:t xml:space="preserve"> has</w:t>
      </w:r>
      <w:r>
        <w:rPr>
          <w:color w:val="000000"/>
        </w:rPr>
        <w:t xml:space="preserve"> been</w:t>
      </w:r>
      <w:r>
        <w:rPr>
          <w:color w:val="000000"/>
        </w:rPr>
        <w:t xml:space="preserve"> a</w:t>
      </w:r>
      <w:r>
        <w:rPr>
          <w:color w:val="000000"/>
        </w:rPr>
        <w:t xml:space="preserve"> finalist</w:t>
      </w:r>
      <w:r>
        <w:rPr>
          <w:color w:val="000000"/>
        </w:rPr>
        <w:t xml:space="preserve"> for</w:t>
      </w:r>
      <w:r>
        <w:rPr>
          <w:color w:val="000000"/>
        </w:rPr>
        <w:t xml:space="preserve"> the</w:t>
      </w:r>
      <w:r>
        <w:rPr>
          <w:color w:val="000000"/>
        </w:rPr>
        <w:t xml:space="preserve"> local</w:t>
      </w:r>
      <w:r>
        <w:rPr>
          <w:color w:val="000000"/>
        </w:rPr>
        <w:t xml:space="preserve"> Whammy</w:t>
      </w:r>
      <w:r>
        <w:rPr>
          <w:color w:val="000000"/>
        </w:rPr>
        <w:t xml:space="preserve"> Awards</w:t>
      </w:r>
      <w:r>
        <w:rPr>
          <w:color w:val="000000"/>
        </w:rPr>
        <w:t xml:space="preserve"> in</w:t>
      </w:r>
      <w:r>
        <w:rPr>
          <w:color w:val="000000"/>
        </w:rPr>
        <w:t xml:space="preserve"> the</w:t>
      </w:r>
      <w:r>
        <w:rPr>
          <w:color w:val="000000"/>
        </w:rPr>
        <w:t xml:space="preserve"> hard</w:t>
      </w:r>
      <w:r>
        <w:rPr>
          <w:color w:val="000000"/>
        </w:rPr>
        <w:t xml:space="preserve"> rock</w:t>
      </w:r>
      <w:r>
        <w:rPr>
          <w:color w:val="000000"/>
        </w:rPr>
        <w:t xml:space="preserve"> category.</w:t>
      </w:r>
      <w:r>
        <w:rPr>
          <w:color w:val="000000"/>
        </w:rPr>
        <w:t xml:space="preserve"> Ian</w:t>
      </w:r>
      <w:r>
        <w:rPr>
          <w:color w:val="000000"/>
        </w:rPr>
        <w:t xml:space="preserve"> Maabley</w:t>
      </w:r>
      <w:r>
        <w:rPr>
          <w:color w:val="000000"/>
        </w:rPr>
        <w:t xml:space="preserve"> on</w:t>
      </w:r>
      <w:r>
        <w:rPr>
          <w:color w:val="000000"/>
        </w:rPr>
        <w:t xml:space="preserve"> vocals</w:t>
      </w:r>
      <w:r>
        <w:rPr>
          <w:color w:val="000000"/>
        </w:rPr>
        <w:t xml:space="preserve"> and</w:t>
      </w:r>
      <w:r>
        <w:rPr>
          <w:color w:val="000000"/>
        </w:rPr>
        <w:t xml:space="preserve"> guitar,</w:t>
      </w:r>
      <w:r>
        <w:rPr>
          <w:color w:val="000000"/>
        </w:rPr>
        <w:t xml:space="preserve"> Chris</w:t>
      </w:r>
      <w:r>
        <w:rPr>
          <w:highlight w:val="yellow"/>
        </w:rPr>
        <w:t xml:space="preserve"> Shadow</w:t>
      </w:r>
      <w:r>
        <w:rPr>
          <w:color w:val="000000"/>
        </w:rPr>
        <w:t xml:space="preserve"> on</w:t>
      </w:r>
      <w:r>
        <w:rPr>
          <w:color w:val="000000"/>
        </w:rPr>
        <w:t xml:space="preserve"> vocals</w:t>
      </w:r>
      <w:r>
        <w:rPr>
          <w:color w:val="000000"/>
        </w:rPr>
        <w:t xml:space="preserve"> and</w:t>
      </w:r>
      <w:r>
        <w:rPr>
          <w:color w:val="000000"/>
        </w:rPr>
        <w:t xml:space="preserve"> bass,</w:t>
      </w:r>
      <w:r>
        <w:rPr>
          <w:color w:val="000000"/>
        </w:rPr>
        <w:t xml:space="preserve"> and</w:t>
      </w:r>
      <w:r>
        <w:rPr>
          <w:color w:val="000000"/>
        </w:rPr>
        <w:t xml:space="preserve"> GR</w:t>
      </w:r>
      <w:r>
        <w:rPr>
          <w:color w:val="000000"/>
        </w:rPr>
        <w:t xml:space="preserve"> Franks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drums.</w:t>
      </w:r>
      <w:r>
        <w:rPr>
          <w:highlight w:val="yellow"/>
        </w:rPr>
        <w:t xml:space="preserve"> They're</w:t>
      </w:r>
      <w:r>
        <w:rPr>
          <w:color w:val="000000"/>
        </w:rPr>
        <w:t xml:space="preserve"> releasing</w:t>
      </w:r>
      <w:r>
        <w:rPr>
          <w:color w:val="000000"/>
        </w:rPr>
        <w:t xml:space="preserve"> a</w:t>
      </w:r>
      <w:r>
        <w:rPr>
          <w:color w:val="000000"/>
        </w:rPr>
        <w:t xml:space="preserve"> new</w:t>
      </w:r>
      <w:r>
        <w:rPr>
          <w:color w:val="000000"/>
        </w:rPr>
        <w:t xml:space="preserve"> acoustic</w:t>
      </w:r>
      <w:r>
        <w:rPr>
          <w:color w:val="000000"/>
        </w:rPr>
        <w:t xml:space="preserve"> EP</w:t>
      </w:r>
      <w:r>
        <w:rPr>
          <w:color w:val="000000"/>
        </w:rPr>
        <w:t xml:space="preserve"> called</w:t>
      </w:r>
      <w:r>
        <w:rPr>
          <w:highlight w:val="yellow"/>
        </w:rPr>
        <w:t xml:space="preserve"> Embers</w:t>
      </w:r>
      <w:r>
        <w:rPr>
          <w:color w:val="000000"/>
        </w:rPr>
        <w:t xml:space="preserve"> at</w:t>
      </w:r>
      <w:r>
        <w:rPr>
          <w:color w:val="000000"/>
        </w:rPr>
        <w:t xml:space="preserve"> the</w:t>
      </w:r>
      <w:r>
        <w:rPr>
          <w:highlight w:val="yellow"/>
        </w:rPr>
        <w:t xml:space="preserve"> Runaway</w:t>
      </w:r>
      <w:r>
        <w:rPr>
          <w:color w:val="000000"/>
        </w:rPr>
        <w:t xml:space="preserve"> on</w:t>
      </w:r>
      <w:r>
        <w:rPr>
          <w:color w:val="000000"/>
        </w:rPr>
        <w:t xml:space="preserve"> November</w:t>
      </w:r>
      <w:r>
        <w:rPr>
          <w:highlight w:val="yellow"/>
        </w:rPr>
        <w:t xml:space="preserve"> 4th.</w:t>
      </w:r>
      <w:r>
        <w:rPr>
          <w:color w:val="000000"/>
        </w:rPr>
        <w:t xml:space="preserve"> More</w:t>
      </w:r>
      <w:r>
        <w:rPr>
          <w:color w:val="000000"/>
        </w:rPr>
        <w:t xml:space="preserve"> information</w:t>
      </w:r>
      <w:r>
        <w:rPr>
          <w:color w:val="000000"/>
        </w:rPr>
        <w:t xml:space="preserve"> at</w:t>
      </w:r>
      <w:r>
        <w:rPr>
          <w:color w:val="000000"/>
        </w:rPr>
        <w:t xml:space="preserve"> their</w:t>
      </w:r>
      <w:r>
        <w:rPr>
          <w:color w:val="000000"/>
        </w:rPr>
        <w:t xml:space="preserve"> website,</w:t>
      </w:r>
      <w:r>
        <w:rPr>
          <w:color w:val="000000"/>
        </w:rPr>
        <w:t xml:space="preserve"> ASOAband.com.</w:t>
      </w:r>
      <w:r>
        <w:rPr>
          <w:color w:val="000000"/>
        </w:rPr>
        <w:t xml:space="preserve"> If</w:t>
      </w:r>
      <w:r>
        <w:rPr>
          <w:color w:val="000000"/>
        </w:rPr>
        <w:t xml:space="preserve"> you</w:t>
      </w:r>
      <w:r>
        <w:rPr>
          <w:color w:val="000000"/>
        </w:rPr>
        <w:t xml:space="preserve"> want</w:t>
      </w:r>
      <w:r>
        <w:rPr>
          <w:color w:val="000000"/>
        </w:rPr>
        <w:t xml:space="preserve"> to</w:t>
      </w:r>
      <w:r>
        <w:rPr>
          <w:color w:val="000000"/>
        </w:rPr>
        <w:t xml:space="preserve"> share</w:t>
      </w:r>
      <w:r>
        <w:rPr>
          <w:color w:val="000000"/>
        </w:rPr>
        <w:t xml:space="preserve"> your</w:t>
      </w:r>
      <w:r>
        <w:rPr>
          <w:color w:val="000000"/>
        </w:rPr>
        <w:t xml:space="preserve"> music</w:t>
      </w:r>
      <w:r>
        <w:rPr>
          <w:color w:val="000000"/>
        </w:rPr>
        <w:t xml:space="preserve"> on</w:t>
      </w:r>
      <w:r>
        <w:rPr>
          <w:color w:val="000000"/>
        </w:rPr>
        <w:t xml:space="preserve"> the</w:t>
      </w:r>
      <w:r>
        <w:rPr>
          <w:color w:val="000000"/>
        </w:rPr>
        <w:t xml:space="preserve"> show</w:t>
      </w:r>
      <w:r>
        <w:rPr>
          <w:color w:val="000000"/>
        </w:rPr>
        <w:t xml:space="preserve"> or</w:t>
      </w:r>
      <w:r>
        <w:rPr>
          <w:color w:val="000000"/>
        </w:rPr>
        <w:t xml:space="preserve"> know</w:t>
      </w:r>
      <w:r>
        <w:rPr>
          <w:color w:val="000000"/>
        </w:rPr>
        <w:t xml:space="preserve"> someone</w:t>
      </w:r>
      <w:r>
        <w:rPr>
          <w:color w:val="000000"/>
        </w:rPr>
        <w:t xml:space="preserve"> else</w:t>
      </w:r>
      <w:r>
        <w:rPr>
          <w:color w:val="000000"/>
        </w:rPr>
        <w:t xml:space="preserve"> who</w:t>
      </w:r>
      <w:r>
        <w:rPr>
          <w:color w:val="000000"/>
        </w:rPr>
        <w:t xml:space="preserve"> might</w:t>
      </w:r>
      <w:r>
        <w:rPr>
          <w:color w:val="000000"/>
        </w:rPr>
        <w:t xml:space="preserve"> want</w:t>
      </w:r>
      <w:r>
        <w:rPr>
          <w:color w:val="000000"/>
        </w:rPr>
        <w:t xml:space="preserve"> to,</w:t>
      </w:r>
      <w:r>
        <w:rPr>
          <w:color w:val="000000"/>
        </w:rPr>
        <w:t xml:space="preserve"> please</w:t>
      </w:r>
      <w:r>
        <w:rPr>
          <w:color w:val="000000"/>
        </w:rPr>
        <w:t xml:space="preserve"> email</w:t>
      </w:r>
      <w:r>
        <w:rPr>
          <w:color w:val="000000"/>
        </w:rPr>
        <w:t xml:space="preserve"> us</w:t>
      </w:r>
      <w:r>
        <w:rPr>
          <w:color w:val="000000"/>
        </w:rPr>
        <w:t xml:space="preserve"> at</w:t>
      </w:r>
      <w:r>
        <w:rPr>
          <w:color w:val="000000"/>
        </w:rPr>
        <w:t xml:space="preserve"> IHPpod@gmail.com</w:t>
      </w:r>
      <w:r>
        <w:rPr>
          <w:color w:val="000000"/>
        </w:rPr>
        <w:t xml:space="preserve"> or</w:t>
      </w:r>
      <w:r>
        <w:rPr>
          <w:color w:val="000000"/>
        </w:rPr>
        <w:t xml:space="preserve"> reach</w:t>
      </w:r>
      <w:r>
        <w:rPr>
          <w:color w:val="000000"/>
        </w:rPr>
        <w:t xml:space="preserve"> out</w:t>
      </w:r>
      <w:r>
        <w:rPr>
          <w:color w:val="000000"/>
        </w:rPr>
        <w:t xml:space="preserve"> on</w:t>
      </w:r>
      <w:r>
        <w:rPr>
          <w:color w:val="000000"/>
        </w:rPr>
        <w:t xml:space="preserve"> Twitter</w:t>
      </w:r>
      <w:r>
        <w:rPr>
          <w:color w:val="000000"/>
        </w:rPr>
        <w:t xml:space="preserve"> at</w:t>
      </w:r>
      <w:r>
        <w:rPr>
          <w:color w:val="000000"/>
        </w:rPr>
        <w:t xml:space="preserve"> IHPpod.</w:t>
      </w:r>
      <w:r>
        <w:rPr>
          <w:color w:val="000000"/>
        </w:rPr>
        <w:t xml:space="preserve"> I</w:t>
      </w:r>
      <w:r>
        <w:rPr>
          <w:color w:val="000000"/>
        </w:rPr>
        <w:t xml:space="preserve"> hope</w:t>
      </w:r>
      <w:r>
        <w:rPr>
          <w:color w:val="000000"/>
        </w:rPr>
        <w:t xml:space="preserve"> you'll</w:t>
      </w:r>
      <w:r>
        <w:rPr>
          <w:color w:val="000000"/>
        </w:rPr>
        <w:t xml:space="preserve"> subscribe</w:t>
      </w:r>
      <w:r>
        <w:rPr>
          <w:color w:val="000000"/>
        </w:rPr>
        <w:t xml:space="preserve"> and</w:t>
      </w:r>
      <w:r>
        <w:rPr>
          <w:color w:val="000000"/>
        </w:rPr>
        <w:t xml:space="preserve"> share</w:t>
      </w:r>
      <w:r>
        <w:rPr>
          <w:color w:val="000000"/>
        </w:rPr>
        <w:t xml:space="preserve"> the</w:t>
      </w:r>
      <w:r>
        <w:rPr>
          <w:color w:val="000000"/>
        </w:rPr>
        <w:t xml:space="preserve"> podcast</w:t>
      </w:r>
      <w:r>
        <w:rPr>
          <w:color w:val="000000"/>
        </w:rPr>
        <w:t xml:space="preserve"> as</w:t>
      </w:r>
      <w:r>
        <w:rPr>
          <w:color w:val="000000"/>
        </w:rPr>
        <w:t xml:space="preserve"> we</w:t>
      </w:r>
      <w:r>
        <w:rPr>
          <w:color w:val="000000"/>
        </w:rPr>
        <w:t xml:space="preserve"> bring</w:t>
      </w:r>
      <w:r>
        <w:rPr>
          <w:color w:val="000000"/>
        </w:rPr>
        <w:t xml:space="preserve"> you</w:t>
      </w:r>
      <w:r>
        <w:rPr>
          <w:color w:val="000000"/>
        </w:rPr>
        <w:t xml:space="preserve"> stories</w:t>
      </w:r>
      <w:r>
        <w:rPr>
          <w:color w:val="000000"/>
        </w:rPr>
        <w:t xml:space="preserve"> about</w:t>
      </w:r>
      <w:r>
        <w:rPr>
          <w:color w:val="000000"/>
        </w:rPr>
        <w:t xml:space="preserve"> politics</w:t>
      </w:r>
      <w:r>
        <w:rPr>
          <w:color w:val="000000"/>
        </w:rPr>
        <w:t xml:space="preserve"> close</w:t>
      </w:r>
      <w:r>
        <w:rPr>
          <w:color w:val="000000"/>
        </w:rPr>
        <w:t xml:space="preserve"> to</w:t>
      </w:r>
      <w:r>
        <w:rPr>
          <w:color w:val="000000"/>
        </w:rPr>
        <w:t xml:space="preserve"> you</w:t>
      </w:r>
      <w:r>
        <w:rPr>
          <w:color w:val="000000"/>
        </w:rPr>
        <w:t xml:space="preserve"> and</w:t>
      </w:r>
      <w:r>
        <w:rPr>
          <w:color w:val="000000"/>
        </w:rPr>
        <w:t xml:space="preserve"> to</w:t>
      </w:r>
      <w:r>
        <w:rPr>
          <w:color w:val="000000"/>
        </w:rPr>
        <w:t xml:space="preserve"> your</w:t>
      </w:r>
      <w:r>
        <w:rPr>
          <w:color w:val="000000"/>
        </w:rPr>
        <w:t xml:space="preserve"> home.</w:t>
      </w:r>
      <w:r>
        <w:rPr>
          <w:color w:val="000000"/>
        </w:rPr>
        <w:t xml:space="preserve"> See</w:t>
      </w:r>
      <w:r>
        <w:rPr>
          <w:color w:val="000000"/>
        </w:rPr>
        <w:t xml:space="preserve"> you</w:t>
      </w:r>
      <w:r>
        <w:rPr>
          <w:color w:val="000000"/>
        </w:rPr>
        <w:t xml:space="preserve"> next</w:t>
      </w:r>
      <w:r>
        <w:rPr>
          <w:color w:val="000000"/>
        </w:rPr>
        <w:t xml:space="preserve"> time.</w:t>
      </w:r>
    </w:p>
    <w:p/>
    <w:p>
      <w:pPr>
        <w:sectPr>
          <w:type w:val="continuous"/>
          <w:pgSz w:w="11906" w:h="16838"/>
          <w:pgMar w:top="1083" w:right="1083" w:bottom="1083" w:left="1083" w:header="720" w:footer="720" w:gutter="0"/>
          <w:cols w:space="720"/>
          <w:docGrid w:linePitch="360"/>
        </w:sectPr>
      </w:pPr>
    </w:p>
    <w:p>
      <w:pPr>
        <w:pStyle w:val="Heading3"/>
      </w:pPr>
      <w:r>
        <w:t>Word Confidence Scores</w:t>
      </w:r>
    </w:p>
    <w:tbl>
      <w:tblPr>
        <w:tblStyle w:val="LightList"/>
        <w:tblW w:type="auto" w:w="0"/>
        <w:jc w:val="left"/>
        <w:tblLook w:firstColumn="1" w:firstRow="1" w:lastColumn="0" w:lastRow="0" w:noHBand="0" w:noVBand="1" w:val="04A0"/>
      </w:tblPr>
      <w:tblGrid>
        <w:gridCol w:w="3247"/>
        <w:gridCol w:w="3247"/>
        <w:gridCol w:w="3247"/>
      </w:tblGrid>
      <w:tr>
        <w:tc>
          <w:tcPr>
            <w:tcW w:type="dxa" w:w="1728"/>
          </w:tcPr>
          <w:p>
            <w:r>
              <w:t>Confidence</w:t>
            </w:r>
          </w:p>
        </w:tc>
        <w:tc>
          <w:tcPr>
            <w:tcW w:type="dxa" w:w="1152"/>
          </w:tcPr>
          <w:p>
            <w:r>
              <w:t>Count</w:t>
            </w:r>
          </w:p>
        </w:tc>
        <w:tc>
          <w:tcPr>
            <w:tcW w:type="dxa" w:w="1152"/>
          </w:tcPr>
          <w:p>
            <w:r>
              <w:t>Percentage</w:t>
            </w:r>
          </w:p>
        </w:tc>
      </w:tr>
      <w:tr>
        <w:tc>
          <w:tcPr>
            <w:tcW w:type="dxa" w:w="1728"/>
          </w:tcPr>
          <w:p>
            <w:r>
              <w:t>98% - 100%</w:t>
            </w:r>
          </w:p>
        </w:tc>
        <w:tc>
          <w:tcPr>
            <w:tcW w:type="dxa" w:w="1152"/>
          </w:tcPr>
          <w:p>
            <w:r>
              <w:t>7185</w:t>
            </w:r>
          </w:p>
        </w:tc>
        <w:tc>
          <w:tcPr>
            <w:tcW w:type="dxa" w:w="1152"/>
          </w:tcPr>
          <w:p>
            <w:r>
              <w:t>96.29%</w:t>
            </w:r>
          </w:p>
        </w:tc>
      </w:tr>
      <w:tr>
        <w:tc>
          <w:tcPr>
            <w:tcW w:type="dxa" w:w="1728"/>
            <w:shd w:fill="F0F0F0"/>
          </w:tcPr>
          <w:p>
            <w:r>
              <w:t>90% - 97%</w:t>
            </w:r>
          </w:p>
        </w:tc>
        <w:tc>
          <w:tcPr>
            <w:tcW w:type="dxa" w:w="1152"/>
            <w:shd w:fill="F0F0F0"/>
          </w:tcPr>
          <w:p>
            <w:r>
              <w:t>144</w:t>
            </w:r>
          </w:p>
        </w:tc>
        <w:tc>
          <w:tcPr>
            <w:tcW w:type="dxa" w:w="1152"/>
            <w:shd w:fill="F0F0F0"/>
          </w:tcPr>
          <w:p>
            <w:r>
              <w:t>1.93%</w:t>
            </w:r>
          </w:p>
        </w:tc>
      </w:tr>
      <w:tr>
        <w:tc>
          <w:tcPr>
            <w:tcW w:type="dxa" w:w="1728"/>
          </w:tcPr>
          <w:p>
            <w:r>
              <w:t>80% - 89%</w:t>
            </w:r>
          </w:p>
        </w:tc>
        <w:tc>
          <w:tcPr>
            <w:tcW w:type="dxa" w:w="1152"/>
          </w:tcPr>
          <w:p>
            <w:r>
              <w:t>53</w:t>
            </w:r>
          </w:p>
        </w:tc>
        <w:tc>
          <w:tcPr>
            <w:tcW w:type="dxa" w:w="1152"/>
          </w:tcPr>
          <w:p>
            <w:r>
              <w:t>0.71%</w:t>
            </w:r>
          </w:p>
        </w:tc>
      </w:tr>
      <w:tr>
        <w:tc>
          <w:tcPr>
            <w:tcW w:type="dxa" w:w="1728"/>
            <w:shd w:fill="F0F0F0"/>
          </w:tcPr>
          <w:p>
            <w:r>
              <w:t>70% - 79%</w:t>
            </w:r>
          </w:p>
        </w:tc>
        <w:tc>
          <w:tcPr>
            <w:tcW w:type="dxa" w:w="1152"/>
            <w:shd w:fill="F0F0F0"/>
          </w:tcPr>
          <w:p>
            <w:r>
              <w:t>32</w:t>
            </w:r>
          </w:p>
        </w:tc>
        <w:tc>
          <w:tcPr>
            <w:tcW w:type="dxa" w:w="1152"/>
            <w:shd w:fill="F0F0F0"/>
          </w:tcPr>
          <w:p>
            <w:r>
              <w:t>0.43%</w:t>
            </w:r>
          </w:p>
        </w:tc>
      </w:tr>
      <w:tr>
        <w:tc>
          <w:tcPr>
            <w:tcW w:type="dxa" w:w="1728"/>
          </w:tcPr>
          <w:p>
            <w:r>
              <w:t>60% - 69%</w:t>
            </w:r>
          </w:p>
        </w:tc>
        <w:tc>
          <w:tcPr>
            <w:tcW w:type="dxa" w:w="1152"/>
          </w:tcPr>
          <w:p>
            <w:r>
              <w:t>21</w:t>
            </w:r>
          </w:p>
        </w:tc>
        <w:tc>
          <w:tcPr>
            <w:tcW w:type="dxa" w:w="1152"/>
          </w:tcPr>
          <w:p>
            <w:r>
              <w:t>0.28%</w:t>
            </w:r>
          </w:p>
        </w:tc>
      </w:tr>
      <w:tr>
        <w:tc>
          <w:tcPr>
            <w:tcW w:type="dxa" w:w="1728"/>
            <w:shd w:fill="F0F0F0"/>
          </w:tcPr>
          <w:p>
            <w:r>
              <w:t>50% - 59%</w:t>
            </w:r>
          </w:p>
        </w:tc>
        <w:tc>
          <w:tcPr>
            <w:tcW w:type="dxa" w:w="1152"/>
            <w:shd w:fill="F0F0F0"/>
          </w:tcPr>
          <w:p>
            <w:r>
              <w:t>13</w:t>
            </w:r>
          </w:p>
        </w:tc>
        <w:tc>
          <w:tcPr>
            <w:tcW w:type="dxa" w:w="1152"/>
            <w:shd w:fill="F0F0F0"/>
          </w:tcPr>
          <w:p>
            <w:r>
              <w:t>0.17%</w:t>
            </w:r>
          </w:p>
        </w:tc>
      </w:tr>
      <w:tr>
        <w:tc>
          <w:tcPr>
            <w:tcW w:type="dxa" w:w="1728"/>
          </w:tcPr>
          <w:p>
            <w:r>
              <w:t>40% - 49%</w:t>
            </w:r>
          </w:p>
        </w:tc>
        <w:tc>
          <w:tcPr>
            <w:tcW w:type="dxa" w:w="1152"/>
          </w:tcPr>
          <w:p>
            <w:r>
              <w:t>5</w:t>
            </w:r>
          </w:p>
        </w:tc>
        <w:tc>
          <w:tcPr>
            <w:tcW w:type="dxa" w:w="1152"/>
          </w:tcPr>
          <w:p>
            <w:r>
              <w:t>0.07%</w:t>
            </w:r>
          </w:p>
        </w:tc>
      </w:tr>
      <w:tr>
        <w:tc>
          <w:tcPr>
            <w:tcW w:type="dxa" w:w="1728"/>
            <w:shd w:fill="F0F0F0"/>
          </w:tcPr>
          <w:p>
            <w:r>
              <w:t>30% - 39%</w:t>
            </w:r>
          </w:p>
        </w:tc>
        <w:tc>
          <w:tcPr>
            <w:tcW w:type="dxa" w:w="1152"/>
            <w:shd w:fill="F0F0F0"/>
          </w:tcPr>
          <w:p>
            <w:r>
              <w:t>4</w:t>
            </w:r>
          </w:p>
        </w:tc>
        <w:tc>
          <w:tcPr>
            <w:tcW w:type="dxa" w:w="1152"/>
            <w:shd w:fill="F0F0F0"/>
          </w:tcPr>
          <w:p>
            <w:r>
              <w:t>0.05%</w:t>
            </w:r>
          </w:p>
        </w:tc>
      </w:tr>
      <w:tr>
        <w:tc>
          <w:tcPr>
            <w:tcW w:type="dxa" w:w="1728"/>
          </w:tcPr>
          <w:p>
            <w:r>
              <w:t>20% - 29%</w:t>
            </w:r>
          </w:p>
        </w:tc>
        <w:tc>
          <w:tcPr>
            <w:tcW w:type="dxa" w:w="1152"/>
          </w:tcPr>
          <w:p>
            <w:r>
              <w:t>3</w:t>
            </w:r>
          </w:p>
        </w:tc>
        <w:tc>
          <w:tcPr>
            <w:tcW w:type="dxa" w:w="1152"/>
          </w:tcPr>
          <w:p>
            <w:r>
              <w:t>0.04%</w:t>
            </w:r>
          </w:p>
        </w:tc>
      </w:tr>
      <w:tr>
        <w:tc>
          <w:tcPr>
            <w:tcW w:type="dxa" w:w="1728"/>
            <w:shd w:fill="F0F0F0"/>
          </w:tcPr>
          <w:p>
            <w:r>
              <w:t>10% - 19%</w:t>
            </w:r>
          </w:p>
        </w:tc>
        <w:tc>
          <w:tcPr>
            <w:tcW w:type="dxa" w:w="1152"/>
            <w:shd w:fill="F0F0F0"/>
          </w:tcPr>
          <w:p>
            <w:r>
              <w:t>1</w:t>
            </w:r>
          </w:p>
        </w:tc>
        <w:tc>
          <w:tcPr>
            <w:tcW w:type="dxa" w:w="1152"/>
            <w:shd w:fill="F0F0F0"/>
          </w:tcPr>
          <w:p>
            <w:r>
              <w:t>0.01%</w:t>
            </w:r>
          </w:p>
        </w:tc>
      </w:tr>
      <w:tr>
        <w:tc>
          <w:tcPr>
            <w:tcW w:type="dxa" w:w="1728"/>
          </w:tcPr>
          <w:p>
            <w:r>
              <w:t>0% - 9%</w:t>
            </w:r>
          </w:p>
        </w:tc>
        <w:tc>
          <w:tcPr>
            <w:tcW w:type="dxa" w:w="1152"/>
          </w:tcPr>
          <w:p>
            <w:r>
              <w:t>1</w:t>
            </w:r>
          </w:p>
        </w:tc>
        <w:tc>
          <w:tcPr>
            <w:tcW w:type="dxa" w:w="1152"/>
          </w:tcPr>
          <w:p>
            <w:r>
              <w:t>0.01%</w:t>
            </w:r>
          </w:p>
        </w:tc>
      </w:tr>
    </w:tbl>
    <w:p>
      <w:pPr>
        <w:sectPr>
          <w:type w:val="continuous"/>
          <w:pgSz w:w="11906" w:h="16838"/>
          <w:pgMar w:top="1083" w:right="1083" w:bottom="1083" w:left="1083" w:header="720" w:footer="720" w:gutter="0"/>
          <w:cols w:space="720" w:num="1"/>
          <w:docGrid w:linePitch="360"/>
        </w:sectPr>
      </w:pPr>
    </w:p>
    <w:sectPr w:rsidR="00FC693F" w:rsidRPr="0006063C" w:rsidSect="00034616">
      <w:type w:val="continuous"/>
      <w:pgSz w:w="11906" w:h="16838"/>
      <w:pgMar w:top="1083" w:right="1083" w:bottom="1083" w:left="1083" w:header="720" w:footer="720" w:gutter="0"/>
      <w:cols w:space="720" w:num="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730"/>
    <w:rsid w:val="00034616"/>
    <w:rsid w:val="0006063C"/>
    <w:rsid w:val="0015074B"/>
    <w:rsid w:val="0029639D"/>
    <w:rsid w:val="00326F90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24062061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  <w:rPr>
      <w:rFonts w:ascii="Calibri" w:hAnsi="Calibri"/>
      <w:sz w:val="20"/>
    </w:rPr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paragraph" w:customStyle="1" w:styleId="CustomHeader">
    <w:name w:val="CustomHeader"/>
    <w:pPr>
      <w:keepNext/>
      <w:widowControl/>
      <w:spacing w:after="0"/>
    </w:pPr>
    <w:rPr>
      <w:rFonts w:ascii="Calibri" w:hAnsi="Calibri"/>
      <w:b/>
      <w:i/>
      <w:sz w:val="2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bottom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bottom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bottom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'1.0' encoding='UTF-8' standalone='yes'?>
<Relationships xmlns="http://schemas.openxmlformats.org/package/2006/relationships"><Relationship Id="rId3" Type="http://schemas.openxmlformats.org/officeDocument/2006/relationships/styles" Target="styles.xml"/><Relationship Id="rId4" Type="http://schemas.microsoft.com/office/2007/relationships/stylesWithEffects" Target="stylesWithEffects.xml"/><Relationship Id="rId5" Type="http://schemas.openxmlformats.org/officeDocument/2006/relationships/settings" Target="settings.xml"/><Relationship Id="rId6" Type="http://schemas.openxmlformats.org/officeDocument/2006/relationships/webSettings" Target="webSettings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'1.0' encoding='UTF-8' standalone='yes'?>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0</Characters>
  <Application>Microsoft Macintosh Word</Application>
  <DocSecurity>0</DocSecurity>
  <Lines>0</Lines>
  <Paragraphs>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/>
  <cp:revision>1</cp:revision>
  <dcterms:created xsi:type="dcterms:W3CDTF">2013-12-23T23:15:00Z</dcterms:created>
  <dcterms:modified xsi:type="dcterms:W3CDTF">2013-12-23T23:15:00Z</dcterms:modified>
  <cp:category/>
</cp:coreProperties>
</file>