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321E86" w14:textId="77777777" w:rsidR="00930F33" w:rsidRDefault="00930F33">
      <w:pPr>
        <w:spacing w:after="0"/>
        <w:rPr>
          <w:lang w:eastAsia="zh-CN"/>
        </w:rPr>
      </w:pPr>
    </w:p>
    <w:p w14:paraId="53C9BCD7" w14:textId="77777777" w:rsidR="00CB6D10" w:rsidRDefault="008538FF">
      <w:r>
        <w:rPr>
          <w:rFonts w:ascii="Arial" w:hAnsi="Arial"/>
          <w:sz w:val="48"/>
        </w:rPr>
        <w:t>Participant #8 Audio</w:t>
      </w:r>
    </w:p>
    <w:p w14:paraId="7D5E6CDA" w14:textId="77777777" w:rsidR="00CB6D10" w:rsidRDefault="008538FF">
      <w:r>
        <w:rPr>
          <w:rFonts w:ascii="Arial" w:hAnsi="Arial"/>
          <w:color w:val="4F6880"/>
        </w:rPr>
        <w:t>Sun, Nov 12, 2023 1:01PM • 47:18</w:t>
      </w:r>
    </w:p>
    <w:p w14:paraId="2A82E4DA" w14:textId="77777777" w:rsidR="00CB6D10" w:rsidRDefault="008538FF">
      <w:pPr>
        <w:spacing w:before="440" w:after="0"/>
      </w:pPr>
      <w:r>
        <w:rPr>
          <w:rFonts w:ascii="Arial" w:hAnsi="Arial"/>
          <w:b/>
          <w:color w:val="4F6880"/>
        </w:rPr>
        <w:t>SUMMARY KEYWORDS</w:t>
      </w:r>
    </w:p>
    <w:p w14:paraId="7A924A32" w14:textId="77777777" w:rsidR="00CB6D10" w:rsidRDefault="008538FF">
      <w:r>
        <w:rPr>
          <w:rFonts w:ascii="Arial" w:hAnsi="Arial"/>
          <w:color w:val="4F6880"/>
        </w:rPr>
        <w:t>water, rotating, jell, top, moving, spinning, little bit, hour, turn, bottom, temperature, mix, colors, stay, tank, feel, dye, erika, floating, blue</w:t>
      </w:r>
    </w:p>
    <w:p w14:paraId="5935598C" w14:textId="77777777" w:rsidR="00CB6D10" w:rsidRDefault="008538FF">
      <w:pPr>
        <w:spacing w:before="440" w:after="0"/>
      </w:pPr>
      <w:r>
        <w:rPr>
          <w:rFonts w:ascii="Arial" w:hAnsi="Arial"/>
          <w:b/>
          <w:color w:val="4F6880"/>
        </w:rPr>
        <w:t>SPEAKERS</w:t>
      </w:r>
    </w:p>
    <w:p w14:paraId="6EB93396" w14:textId="77777777" w:rsidR="00CB6D10" w:rsidRDefault="008538FF">
      <w:r>
        <w:rPr>
          <w:rFonts w:ascii="Arial" w:hAnsi="Arial"/>
          <w:color w:val="4F6880"/>
        </w:rPr>
        <w:t>Participant #8:, Interviewer E:, Interviewer P:</w:t>
      </w:r>
    </w:p>
    <w:p w14:paraId="51FCF8A1" w14:textId="77777777" w:rsidR="00CB6D10" w:rsidRDefault="00CB6D10">
      <w:pPr>
        <w:spacing w:after="0"/>
      </w:pPr>
    </w:p>
    <w:p w14:paraId="70DB0AFB" w14:textId="77777777" w:rsidR="00CB6D10" w:rsidRDefault="008538FF">
      <w:pPr>
        <w:spacing w:after="0"/>
      </w:pPr>
      <w:r>
        <w:rPr>
          <w:rFonts w:ascii="Arial" w:hAnsi="Arial"/>
          <w:b/>
        </w:rPr>
        <w:t xml:space="preserve">Interviewer E:  </w:t>
      </w:r>
      <w:r>
        <w:rPr>
          <w:rFonts w:ascii="Arial" w:hAnsi="Arial"/>
          <w:color w:val="5D7284"/>
        </w:rPr>
        <w:t>00:00</w:t>
      </w:r>
    </w:p>
    <w:p w14:paraId="1E413EDD" w14:textId="77777777" w:rsidR="00CB6D10" w:rsidRDefault="008538FF">
      <w:pPr>
        <w:spacing w:after="0"/>
      </w:pPr>
      <w:r>
        <w:rPr>
          <w:rFonts w:ascii="Arial" w:hAnsi="Arial"/>
        </w:rPr>
        <w:t>So this water here.</w:t>
      </w:r>
    </w:p>
    <w:p w14:paraId="48156B8B" w14:textId="77777777" w:rsidR="00CB6D10" w:rsidRDefault="00CB6D10">
      <w:pPr>
        <w:spacing w:after="0"/>
      </w:pPr>
    </w:p>
    <w:p w14:paraId="78CB835E" w14:textId="77777777" w:rsidR="00CB6D10" w:rsidRDefault="008538FF">
      <w:pPr>
        <w:spacing w:after="0"/>
      </w:pPr>
      <w:r>
        <w:rPr>
          <w:rFonts w:ascii="Arial" w:hAnsi="Arial"/>
          <w:b/>
        </w:rPr>
        <w:t xml:space="preserve">Interviewer P:  </w:t>
      </w:r>
      <w:r>
        <w:rPr>
          <w:rFonts w:ascii="Arial" w:hAnsi="Arial"/>
          <w:color w:val="5D7284"/>
        </w:rPr>
        <w:t>00:01</w:t>
      </w:r>
    </w:p>
    <w:p w14:paraId="327B9F1E" w14:textId="77777777" w:rsidR="00CB6D10" w:rsidRDefault="008538FF">
      <w:pPr>
        <w:spacing w:after="0"/>
      </w:pPr>
      <w:r>
        <w:rPr>
          <w:rFonts w:ascii="Arial" w:hAnsi="Arial"/>
        </w:rPr>
        <w:t xml:space="preserve">This is participant number 8. </w:t>
      </w:r>
    </w:p>
    <w:p w14:paraId="4B940003" w14:textId="77777777" w:rsidR="00CB6D10" w:rsidRDefault="00CB6D10">
      <w:pPr>
        <w:spacing w:after="0"/>
      </w:pPr>
    </w:p>
    <w:p w14:paraId="07D16330" w14:textId="77777777" w:rsidR="00CB6D10" w:rsidRDefault="008538FF">
      <w:pPr>
        <w:spacing w:after="0"/>
      </w:pPr>
      <w:r>
        <w:rPr>
          <w:rFonts w:ascii="Arial" w:hAnsi="Arial"/>
          <w:b/>
        </w:rPr>
        <w:t xml:space="preserve">Interviewer E:  </w:t>
      </w:r>
      <w:r>
        <w:rPr>
          <w:rFonts w:ascii="Arial" w:hAnsi="Arial"/>
          <w:color w:val="5D7284"/>
        </w:rPr>
        <w:t>00:03</w:t>
      </w:r>
    </w:p>
    <w:p w14:paraId="06D6D1BA" w14:textId="77777777" w:rsidR="00CB6D10" w:rsidRDefault="008538FF">
      <w:pPr>
        <w:spacing w:after="0"/>
      </w:pPr>
      <w:r>
        <w:rPr>
          <w:rFonts w:ascii="Arial" w:hAnsi="Arial"/>
        </w:rPr>
        <w:t xml:space="preserve">This is participant number eight. So this water here is dyed red and it is hot, you can fill it if you want. And this is dyed blue, feel it, it's cold. So what I'm going to do is I'm going to pour the red here and the blue here. And after one minute, what do you think would happen if I pulled this barrier up? What's up with the red and blue? </w:t>
      </w:r>
    </w:p>
    <w:p w14:paraId="7A388344" w14:textId="77777777" w:rsidR="00CB6D10" w:rsidRDefault="00CB6D10">
      <w:pPr>
        <w:spacing w:after="0"/>
      </w:pPr>
    </w:p>
    <w:p w14:paraId="6510B878" w14:textId="77777777" w:rsidR="00CB6D10" w:rsidRDefault="008538FF">
      <w:pPr>
        <w:spacing w:after="0"/>
      </w:pPr>
      <w:r>
        <w:rPr>
          <w:rFonts w:ascii="Arial" w:hAnsi="Arial"/>
          <w:b/>
        </w:rPr>
        <w:t xml:space="preserve">Participant #8:  </w:t>
      </w:r>
      <w:r>
        <w:rPr>
          <w:rFonts w:ascii="Arial" w:hAnsi="Arial"/>
          <w:color w:val="5D7284"/>
        </w:rPr>
        <w:t>00:27</w:t>
      </w:r>
    </w:p>
    <w:p w14:paraId="4D81BBAB" w14:textId="77777777" w:rsidR="00CB6D10" w:rsidRDefault="008538FF">
      <w:pPr>
        <w:spacing w:after="0"/>
      </w:pPr>
      <w:r>
        <w:rPr>
          <w:rFonts w:ascii="Arial" w:hAnsi="Arial"/>
        </w:rPr>
        <w:t xml:space="preserve">Um, I think the middle is gonna turn purple probably. </w:t>
      </w:r>
    </w:p>
    <w:p w14:paraId="0509746E" w14:textId="77777777" w:rsidR="00CB6D10" w:rsidRDefault="00CB6D10">
      <w:pPr>
        <w:spacing w:after="0"/>
      </w:pPr>
    </w:p>
    <w:p w14:paraId="56C44340" w14:textId="77777777" w:rsidR="00CB6D10" w:rsidRDefault="008538FF">
      <w:pPr>
        <w:spacing w:after="0"/>
      </w:pPr>
      <w:r>
        <w:rPr>
          <w:rFonts w:ascii="Arial" w:hAnsi="Arial"/>
          <w:b/>
        </w:rPr>
        <w:t xml:space="preserve">Interviewer E:  </w:t>
      </w:r>
      <w:r>
        <w:rPr>
          <w:rFonts w:ascii="Arial" w:hAnsi="Arial"/>
          <w:color w:val="5D7284"/>
        </w:rPr>
        <w:t>00:35</w:t>
      </w:r>
    </w:p>
    <w:p w14:paraId="4254DD4B" w14:textId="77777777" w:rsidR="00CB6D10" w:rsidRDefault="008538FF">
      <w:pPr>
        <w:spacing w:after="0"/>
      </w:pPr>
      <w:r>
        <w:rPr>
          <w:rFonts w:ascii="Arial" w:hAnsi="Arial"/>
        </w:rPr>
        <w:t>So you think it's gonna mix together really well. And then it's gonna turn purple and?</w:t>
      </w:r>
    </w:p>
    <w:p w14:paraId="4CBA676D" w14:textId="77777777" w:rsidR="00CB6D10" w:rsidRDefault="00CB6D10">
      <w:pPr>
        <w:spacing w:after="0"/>
      </w:pPr>
    </w:p>
    <w:p w14:paraId="261EB0FE" w14:textId="77777777" w:rsidR="00CB6D10" w:rsidRDefault="008538FF">
      <w:pPr>
        <w:spacing w:after="0"/>
      </w:pPr>
      <w:r>
        <w:rPr>
          <w:rFonts w:ascii="Arial" w:hAnsi="Arial"/>
          <w:b/>
        </w:rPr>
        <w:t xml:space="preserve">Participant #8:  </w:t>
      </w:r>
      <w:r>
        <w:rPr>
          <w:rFonts w:ascii="Arial" w:hAnsi="Arial"/>
          <w:color w:val="5D7284"/>
        </w:rPr>
        <w:t>00:41</w:t>
      </w:r>
    </w:p>
    <w:p w14:paraId="0278C570" w14:textId="77777777" w:rsidR="00CB6D10" w:rsidRDefault="008538FF">
      <w:pPr>
        <w:spacing w:after="0"/>
      </w:pPr>
      <w:r>
        <w:rPr>
          <w:rFonts w:ascii="Arial" w:hAnsi="Arial"/>
        </w:rPr>
        <w:t>Yeah.</w:t>
      </w:r>
    </w:p>
    <w:p w14:paraId="6E3AFFE6" w14:textId="77777777" w:rsidR="00CB6D10" w:rsidRDefault="00CB6D10">
      <w:pPr>
        <w:spacing w:after="0"/>
      </w:pPr>
    </w:p>
    <w:p w14:paraId="68780CD2" w14:textId="77777777" w:rsidR="00CB6D10" w:rsidRDefault="008538FF">
      <w:pPr>
        <w:spacing w:after="0"/>
      </w:pPr>
      <w:r>
        <w:rPr>
          <w:rFonts w:ascii="Arial" w:hAnsi="Arial"/>
          <w:b/>
        </w:rPr>
        <w:t xml:space="preserve">Interviewer E:  </w:t>
      </w:r>
      <w:r>
        <w:rPr>
          <w:rFonts w:ascii="Arial" w:hAnsi="Arial"/>
          <w:color w:val="5D7284"/>
        </w:rPr>
        <w:t>00:42</w:t>
      </w:r>
    </w:p>
    <w:p w14:paraId="6090C534" w14:textId="77777777" w:rsidR="00CB6D10" w:rsidRDefault="008538FF">
      <w:pPr>
        <w:spacing w:after="0"/>
      </w:pPr>
      <w:r>
        <w:rPr>
          <w:rFonts w:ascii="Arial" w:hAnsi="Arial"/>
        </w:rPr>
        <w:t>Yeah? Why? Why do you think?</w:t>
      </w:r>
    </w:p>
    <w:p w14:paraId="2CEA51D4" w14:textId="77777777" w:rsidR="00CB6D10" w:rsidRDefault="00CB6D10">
      <w:pPr>
        <w:spacing w:after="0"/>
      </w:pPr>
    </w:p>
    <w:p w14:paraId="3452081C" w14:textId="77777777" w:rsidR="00CB6D10" w:rsidRDefault="008538FF">
      <w:pPr>
        <w:spacing w:after="0"/>
      </w:pPr>
      <w:r>
        <w:rPr>
          <w:rFonts w:ascii="Arial" w:hAnsi="Arial"/>
          <w:b/>
        </w:rPr>
        <w:t xml:space="preserve">Participant #8:  </w:t>
      </w:r>
      <w:r>
        <w:rPr>
          <w:rFonts w:ascii="Arial" w:hAnsi="Arial"/>
          <w:color w:val="5D7284"/>
        </w:rPr>
        <w:t>00:44</w:t>
      </w:r>
    </w:p>
    <w:p w14:paraId="4A0DE8B2" w14:textId="77777777" w:rsidR="00CB6D10" w:rsidRDefault="008538FF">
      <w:pPr>
        <w:spacing w:after="0"/>
      </w:pPr>
      <w:r>
        <w:rPr>
          <w:rFonts w:ascii="Arial" w:hAnsi="Arial"/>
        </w:rPr>
        <w:t xml:space="preserve">Um because I guess, I don't know, I feel like the colors wouldn't like string together. I don't know how like, food dye works, but like, I figure it'd be more of a solid melting together than like, streams of color. But also like, once the two temperatures like combined, they're going to reach a solid like middle temperature, which is just like probably like lukewarm or whatever. </w:t>
      </w:r>
    </w:p>
    <w:p w14:paraId="12A4DC4B" w14:textId="77777777" w:rsidR="00CB6D10" w:rsidRDefault="00CB6D10">
      <w:pPr>
        <w:spacing w:after="0"/>
      </w:pPr>
    </w:p>
    <w:p w14:paraId="59A3E4BD" w14:textId="77777777" w:rsidR="00CB6D10" w:rsidRDefault="008538FF">
      <w:pPr>
        <w:spacing w:after="0"/>
      </w:pPr>
      <w:r>
        <w:rPr>
          <w:rFonts w:ascii="Arial" w:hAnsi="Arial"/>
          <w:b/>
        </w:rPr>
        <w:t xml:space="preserve">Interviewer E:  </w:t>
      </w:r>
      <w:r>
        <w:rPr>
          <w:rFonts w:ascii="Arial" w:hAnsi="Arial"/>
          <w:color w:val="5D7284"/>
        </w:rPr>
        <w:t>01:18</w:t>
      </w:r>
    </w:p>
    <w:p w14:paraId="7F8B090A" w14:textId="77777777" w:rsidR="00CB6D10" w:rsidRDefault="008538FF">
      <w:pPr>
        <w:spacing w:after="0"/>
      </w:pPr>
      <w:r>
        <w:rPr>
          <w:rFonts w:ascii="Arial" w:hAnsi="Arial"/>
        </w:rPr>
        <w:t>So you think they're going to combine and then be one temperature like this temperature and this will just look alright, so I'm going to pour it in. Could you please sketch it we have color pencils there to predict what would happen after a minute? What it'll look like?</w:t>
      </w:r>
    </w:p>
    <w:p w14:paraId="13E6B16F" w14:textId="77777777" w:rsidR="00CB6D10" w:rsidRDefault="00CB6D10">
      <w:pPr>
        <w:spacing w:after="0"/>
      </w:pPr>
    </w:p>
    <w:p w14:paraId="143198EA" w14:textId="77777777" w:rsidR="00CB6D10" w:rsidRDefault="008538FF">
      <w:pPr>
        <w:spacing w:after="0"/>
      </w:pPr>
      <w:r>
        <w:rPr>
          <w:rFonts w:ascii="Arial" w:hAnsi="Arial"/>
          <w:b/>
        </w:rPr>
        <w:t xml:space="preserve">Participant #8:  </w:t>
      </w:r>
      <w:r>
        <w:rPr>
          <w:rFonts w:ascii="Arial" w:hAnsi="Arial"/>
          <w:color w:val="5D7284"/>
        </w:rPr>
        <w:t>01:41</w:t>
      </w:r>
    </w:p>
    <w:p w14:paraId="4DC3F537" w14:textId="77777777" w:rsidR="00CB6D10" w:rsidRDefault="008538FF">
      <w:pPr>
        <w:spacing w:after="0"/>
      </w:pPr>
      <w:r>
        <w:rPr>
          <w:rFonts w:ascii="Arial" w:hAnsi="Arial"/>
        </w:rPr>
        <w:t>It's not gonna be right, but it's ok.</w:t>
      </w:r>
    </w:p>
    <w:p w14:paraId="71A31F43" w14:textId="77777777" w:rsidR="00CB6D10" w:rsidRDefault="00CB6D10">
      <w:pPr>
        <w:spacing w:after="0"/>
      </w:pPr>
    </w:p>
    <w:p w14:paraId="19F336D7" w14:textId="77777777" w:rsidR="00CB6D10" w:rsidRDefault="008538FF">
      <w:pPr>
        <w:spacing w:after="0"/>
      </w:pPr>
      <w:r>
        <w:rPr>
          <w:rFonts w:ascii="Arial" w:hAnsi="Arial"/>
          <w:b/>
        </w:rPr>
        <w:t xml:space="preserve">Interviewer E:  </w:t>
      </w:r>
      <w:r>
        <w:rPr>
          <w:rFonts w:ascii="Arial" w:hAnsi="Arial"/>
          <w:color w:val="5D7284"/>
        </w:rPr>
        <w:t>01:43</w:t>
      </w:r>
    </w:p>
    <w:p w14:paraId="228BA65B" w14:textId="77777777" w:rsidR="00CB6D10" w:rsidRDefault="008538FF">
      <w:pPr>
        <w:spacing w:after="0"/>
      </w:pPr>
      <w:r>
        <w:rPr>
          <w:rFonts w:ascii="Arial" w:hAnsi="Arial"/>
        </w:rPr>
        <w:t>Thats alright.</w:t>
      </w:r>
    </w:p>
    <w:p w14:paraId="6279B923" w14:textId="77777777" w:rsidR="00CB6D10" w:rsidRDefault="00CB6D10">
      <w:pPr>
        <w:spacing w:after="0"/>
      </w:pPr>
    </w:p>
    <w:p w14:paraId="72C069E0" w14:textId="77777777" w:rsidR="00CB6D10" w:rsidRDefault="008538FF">
      <w:pPr>
        <w:spacing w:after="0"/>
      </w:pPr>
      <w:r>
        <w:rPr>
          <w:rFonts w:ascii="Arial" w:hAnsi="Arial"/>
          <w:b/>
        </w:rPr>
        <w:t xml:space="preserve">Participant #8:  </w:t>
      </w:r>
      <w:r>
        <w:rPr>
          <w:rFonts w:ascii="Arial" w:hAnsi="Arial"/>
          <w:color w:val="5D7284"/>
        </w:rPr>
        <w:t>02:17</w:t>
      </w:r>
    </w:p>
    <w:p w14:paraId="5AAAA15F" w14:textId="77777777" w:rsidR="00CB6D10" w:rsidRDefault="008538FF">
      <w:pPr>
        <w:spacing w:after="0"/>
      </w:pPr>
      <w:r>
        <w:rPr>
          <w:rFonts w:ascii="Arial" w:hAnsi="Arial"/>
        </w:rPr>
        <w:t xml:space="preserve">There we go. </w:t>
      </w:r>
    </w:p>
    <w:p w14:paraId="5EFDA209" w14:textId="77777777" w:rsidR="00CB6D10" w:rsidRDefault="00CB6D10">
      <w:pPr>
        <w:spacing w:after="0"/>
      </w:pPr>
    </w:p>
    <w:p w14:paraId="433E1C05" w14:textId="77777777" w:rsidR="00CB6D10" w:rsidRDefault="008538FF">
      <w:pPr>
        <w:spacing w:after="0"/>
      </w:pPr>
      <w:r>
        <w:rPr>
          <w:rFonts w:ascii="Arial" w:hAnsi="Arial"/>
          <w:b/>
        </w:rPr>
        <w:t xml:space="preserve">Interviewer E:  </w:t>
      </w:r>
      <w:r>
        <w:rPr>
          <w:rFonts w:ascii="Arial" w:hAnsi="Arial"/>
          <w:color w:val="5D7284"/>
        </w:rPr>
        <w:t>02:18</w:t>
      </w:r>
    </w:p>
    <w:p w14:paraId="40C5C31C" w14:textId="77777777" w:rsidR="00CB6D10" w:rsidRDefault="008538FF">
      <w:pPr>
        <w:spacing w:after="0"/>
      </w:pPr>
      <w:r>
        <w:rPr>
          <w:rFonts w:ascii="Arial" w:hAnsi="Arial"/>
        </w:rPr>
        <w:t>Can you explain to me what's going on?</w:t>
      </w:r>
    </w:p>
    <w:p w14:paraId="7DDAD419" w14:textId="77777777" w:rsidR="00CB6D10" w:rsidRDefault="00CB6D10">
      <w:pPr>
        <w:spacing w:after="0"/>
      </w:pPr>
    </w:p>
    <w:p w14:paraId="4F07B57F" w14:textId="77777777" w:rsidR="00CB6D10" w:rsidRDefault="008538FF">
      <w:pPr>
        <w:spacing w:after="0"/>
      </w:pPr>
      <w:r>
        <w:rPr>
          <w:rFonts w:ascii="Arial" w:hAnsi="Arial"/>
          <w:b/>
        </w:rPr>
        <w:t xml:space="preserve">Participant #8:  </w:t>
      </w:r>
      <w:r>
        <w:rPr>
          <w:rFonts w:ascii="Arial" w:hAnsi="Arial"/>
          <w:color w:val="5D7284"/>
        </w:rPr>
        <w:t>02:20</w:t>
      </w:r>
    </w:p>
    <w:p w14:paraId="75CAB10F" w14:textId="77777777" w:rsidR="00CB6D10" w:rsidRDefault="008538FF">
      <w:pPr>
        <w:spacing w:after="0"/>
      </w:pPr>
      <w:r>
        <w:rPr>
          <w:rFonts w:ascii="Arial" w:hAnsi="Arial"/>
        </w:rPr>
        <w:t xml:space="preserve">I feel like the colors of the very ends would just kind of stay just because they're already at the very ends. And I feel like the color isn't connected to the temperature. That's what I'm under the impression of but the middle the general most of it turns purple because most of that is what combines. </w:t>
      </w:r>
    </w:p>
    <w:p w14:paraId="7BF78A2D" w14:textId="77777777" w:rsidR="00CB6D10" w:rsidRDefault="00CB6D10">
      <w:pPr>
        <w:spacing w:after="0"/>
      </w:pPr>
    </w:p>
    <w:p w14:paraId="627CD89B" w14:textId="77777777" w:rsidR="00CB6D10" w:rsidRDefault="008538FF">
      <w:pPr>
        <w:spacing w:after="0"/>
      </w:pPr>
      <w:r>
        <w:rPr>
          <w:rFonts w:ascii="Arial" w:hAnsi="Arial"/>
          <w:b/>
        </w:rPr>
        <w:t xml:space="preserve">Interviewer E:  </w:t>
      </w:r>
      <w:r>
        <w:rPr>
          <w:rFonts w:ascii="Arial" w:hAnsi="Arial"/>
          <w:color w:val="5D7284"/>
        </w:rPr>
        <w:t>02:44</w:t>
      </w:r>
    </w:p>
    <w:p w14:paraId="6A8EA0AD" w14:textId="77777777" w:rsidR="00CB6D10" w:rsidRDefault="008538FF">
      <w:pPr>
        <w:spacing w:after="0"/>
      </w:pPr>
      <w:r>
        <w:rPr>
          <w:rFonts w:ascii="Arial" w:hAnsi="Arial"/>
        </w:rPr>
        <w:t>Okay, so you're saying the red is going to stay on one side the blues gonna stay there and they're going to mix together in the middle?</w:t>
      </w:r>
    </w:p>
    <w:p w14:paraId="7CB6FC0A" w14:textId="77777777" w:rsidR="00CB6D10" w:rsidRDefault="00CB6D10">
      <w:pPr>
        <w:spacing w:after="0"/>
      </w:pPr>
    </w:p>
    <w:p w14:paraId="12EFFAC1" w14:textId="77777777" w:rsidR="00CB6D10" w:rsidRDefault="008538FF">
      <w:pPr>
        <w:spacing w:after="0"/>
      </w:pPr>
      <w:r>
        <w:rPr>
          <w:rFonts w:ascii="Arial" w:hAnsi="Arial"/>
          <w:b/>
        </w:rPr>
        <w:t xml:space="preserve">Participant #8:  </w:t>
      </w:r>
      <w:r>
        <w:rPr>
          <w:rFonts w:ascii="Arial" w:hAnsi="Arial"/>
          <w:color w:val="5D7284"/>
        </w:rPr>
        <w:t>02:51</w:t>
      </w:r>
    </w:p>
    <w:p w14:paraId="1B737FFA" w14:textId="77777777" w:rsidR="00CB6D10" w:rsidRDefault="008538FF">
      <w:pPr>
        <w:spacing w:after="0"/>
      </w:pPr>
      <w:r>
        <w:rPr>
          <w:rFonts w:ascii="Arial" w:hAnsi="Arial"/>
        </w:rPr>
        <w:t>Yeah.</w:t>
      </w:r>
    </w:p>
    <w:p w14:paraId="390166B3" w14:textId="77777777" w:rsidR="00CB6D10" w:rsidRDefault="00CB6D10">
      <w:pPr>
        <w:spacing w:after="0"/>
      </w:pPr>
    </w:p>
    <w:p w14:paraId="05CDA272" w14:textId="77777777" w:rsidR="00CB6D10" w:rsidRDefault="008538FF">
      <w:pPr>
        <w:spacing w:after="0"/>
      </w:pPr>
      <w:r>
        <w:rPr>
          <w:rFonts w:ascii="Arial" w:hAnsi="Arial"/>
          <w:b/>
        </w:rPr>
        <w:t xml:space="preserve">Interviewer E:  </w:t>
      </w:r>
      <w:r>
        <w:rPr>
          <w:rFonts w:ascii="Arial" w:hAnsi="Arial"/>
          <w:color w:val="5D7284"/>
        </w:rPr>
        <w:t>02:52</w:t>
      </w:r>
    </w:p>
    <w:p w14:paraId="3CDD927B" w14:textId="77777777" w:rsidR="00CB6D10" w:rsidRDefault="008538FF">
      <w:pPr>
        <w:spacing w:after="0"/>
      </w:pPr>
      <w:r>
        <w:rPr>
          <w:rFonts w:ascii="Arial" w:hAnsi="Arial"/>
        </w:rPr>
        <w:t xml:space="preserve"> And do you think that's because of the temperature or?</w:t>
      </w:r>
    </w:p>
    <w:p w14:paraId="1B4952D3" w14:textId="77777777" w:rsidR="00CB6D10" w:rsidRDefault="00CB6D10">
      <w:pPr>
        <w:spacing w:after="0"/>
      </w:pPr>
    </w:p>
    <w:p w14:paraId="66FB2FD5" w14:textId="77777777" w:rsidR="00CB6D10" w:rsidRDefault="008538FF">
      <w:pPr>
        <w:spacing w:after="0"/>
      </w:pPr>
      <w:r>
        <w:rPr>
          <w:rFonts w:ascii="Arial" w:hAnsi="Arial"/>
          <w:b/>
        </w:rPr>
        <w:t xml:space="preserve">Participant #8:  </w:t>
      </w:r>
      <w:r>
        <w:rPr>
          <w:rFonts w:ascii="Arial" w:hAnsi="Arial"/>
          <w:color w:val="5D7284"/>
        </w:rPr>
        <w:t>02:56</w:t>
      </w:r>
    </w:p>
    <w:p w14:paraId="4D66EDA6" w14:textId="77777777" w:rsidR="00CB6D10" w:rsidRDefault="008538FF">
      <w:pPr>
        <w:spacing w:after="0"/>
      </w:pPr>
      <w:r>
        <w:rPr>
          <w:rFonts w:ascii="Arial" w:hAnsi="Arial"/>
        </w:rPr>
        <w:t>Um I think the temperature. I just think that this is enough distance where this in this small portions won't be really affected.</w:t>
      </w:r>
    </w:p>
    <w:p w14:paraId="00B7C908" w14:textId="77777777" w:rsidR="00CB6D10" w:rsidRDefault="00CB6D10">
      <w:pPr>
        <w:spacing w:after="0"/>
      </w:pPr>
    </w:p>
    <w:p w14:paraId="25A7F593" w14:textId="77777777" w:rsidR="00CB6D10" w:rsidRDefault="008538FF">
      <w:pPr>
        <w:spacing w:after="0"/>
      </w:pPr>
      <w:r>
        <w:rPr>
          <w:rFonts w:ascii="Arial" w:hAnsi="Arial"/>
          <w:b/>
        </w:rPr>
        <w:t xml:space="preserve">Interviewer E:  </w:t>
      </w:r>
      <w:r>
        <w:rPr>
          <w:rFonts w:ascii="Arial" w:hAnsi="Arial"/>
          <w:color w:val="5D7284"/>
        </w:rPr>
        <w:t>03:07</w:t>
      </w:r>
    </w:p>
    <w:p w14:paraId="3784CEB0" w14:textId="77777777" w:rsidR="00CB6D10" w:rsidRDefault="008538FF">
      <w:pPr>
        <w:spacing w:after="0"/>
      </w:pPr>
      <w:r>
        <w:rPr>
          <w:rFonts w:ascii="Arial" w:hAnsi="Arial"/>
        </w:rPr>
        <w:t xml:space="preserve">Okay alright so I'm going to find and we are going to find out what happens. Just takes some skill. All right, so now we're gonna start our timer. All right, so your prediction would you know what you see is probably a little different, right? Why do you think it's different? </w:t>
      </w:r>
    </w:p>
    <w:p w14:paraId="7CFA0373" w14:textId="77777777" w:rsidR="00CB6D10" w:rsidRDefault="00CB6D10">
      <w:pPr>
        <w:spacing w:after="0"/>
      </w:pPr>
    </w:p>
    <w:p w14:paraId="1E633C47" w14:textId="77777777" w:rsidR="00CB6D10" w:rsidRDefault="008538FF">
      <w:pPr>
        <w:spacing w:after="0"/>
      </w:pPr>
      <w:r>
        <w:rPr>
          <w:rFonts w:ascii="Arial" w:hAnsi="Arial"/>
          <w:b/>
        </w:rPr>
        <w:t xml:space="preserve">Participant #8:  </w:t>
      </w:r>
      <w:r>
        <w:rPr>
          <w:rFonts w:ascii="Arial" w:hAnsi="Arial"/>
          <w:color w:val="5D7284"/>
        </w:rPr>
        <w:t>04:55</w:t>
      </w:r>
    </w:p>
    <w:p w14:paraId="600C400A" w14:textId="77777777" w:rsidR="00CB6D10" w:rsidRDefault="008538FF">
      <w:pPr>
        <w:spacing w:after="0"/>
      </w:pPr>
      <w:r>
        <w:rPr>
          <w:rFonts w:ascii="Arial" w:hAnsi="Arial"/>
        </w:rPr>
        <w:lastRenderedPageBreak/>
        <w:t>The I know there was a question on the pretest about density of water. So the hot water is less dense than the cold water is. So it goes on top.</w:t>
      </w:r>
    </w:p>
    <w:p w14:paraId="5101AE14" w14:textId="77777777" w:rsidR="00CB6D10" w:rsidRDefault="00CB6D10">
      <w:pPr>
        <w:spacing w:after="0"/>
      </w:pPr>
    </w:p>
    <w:p w14:paraId="48800510" w14:textId="77777777" w:rsidR="00CB6D10" w:rsidRDefault="008538FF">
      <w:pPr>
        <w:spacing w:after="0"/>
      </w:pPr>
      <w:r>
        <w:rPr>
          <w:rFonts w:ascii="Arial" w:hAnsi="Arial"/>
          <w:b/>
        </w:rPr>
        <w:t xml:space="preserve">Interviewer E:  </w:t>
      </w:r>
      <w:r>
        <w:rPr>
          <w:rFonts w:ascii="Arial" w:hAnsi="Arial"/>
          <w:color w:val="5D7284"/>
        </w:rPr>
        <w:t>05:06</w:t>
      </w:r>
    </w:p>
    <w:p w14:paraId="724F21CF" w14:textId="77777777" w:rsidR="00CB6D10" w:rsidRDefault="008538FF">
      <w:pPr>
        <w:spacing w:after="0"/>
      </w:pPr>
      <w:r>
        <w:rPr>
          <w:rFonts w:ascii="Arial" w:hAnsi="Arial"/>
        </w:rPr>
        <w:t>Okay,</w:t>
      </w:r>
    </w:p>
    <w:p w14:paraId="60D0EAB9" w14:textId="77777777" w:rsidR="00CB6D10" w:rsidRDefault="00CB6D10">
      <w:pPr>
        <w:spacing w:after="0"/>
      </w:pPr>
    </w:p>
    <w:p w14:paraId="49C9A408" w14:textId="77777777" w:rsidR="00CB6D10" w:rsidRDefault="008538FF">
      <w:pPr>
        <w:spacing w:after="0"/>
      </w:pPr>
      <w:r>
        <w:rPr>
          <w:rFonts w:ascii="Arial" w:hAnsi="Arial"/>
          <w:b/>
        </w:rPr>
        <w:t xml:space="preserve">Interviewer P:  </w:t>
      </w:r>
      <w:r>
        <w:rPr>
          <w:rFonts w:ascii="Arial" w:hAnsi="Arial"/>
          <w:color w:val="5D7284"/>
        </w:rPr>
        <w:t>05:07</w:t>
      </w:r>
    </w:p>
    <w:p w14:paraId="57A6A52A" w14:textId="77777777" w:rsidR="00CB6D10" w:rsidRDefault="008538FF">
      <w:pPr>
        <w:spacing w:after="0"/>
      </w:pPr>
      <w:r>
        <w:rPr>
          <w:rFonts w:ascii="Arial" w:hAnsi="Arial"/>
        </w:rPr>
        <w:t xml:space="preserve">Are you surprised by this result? </w:t>
      </w:r>
    </w:p>
    <w:p w14:paraId="2F1B296E" w14:textId="77777777" w:rsidR="00CB6D10" w:rsidRDefault="00CB6D10">
      <w:pPr>
        <w:spacing w:after="0"/>
      </w:pPr>
    </w:p>
    <w:p w14:paraId="40112D63" w14:textId="77777777" w:rsidR="00CB6D10" w:rsidRDefault="008538FF">
      <w:pPr>
        <w:spacing w:after="0"/>
      </w:pPr>
      <w:r>
        <w:rPr>
          <w:rFonts w:ascii="Arial" w:hAnsi="Arial"/>
          <w:b/>
        </w:rPr>
        <w:t xml:space="preserve">Participant #8:  </w:t>
      </w:r>
      <w:r>
        <w:rPr>
          <w:rFonts w:ascii="Arial" w:hAnsi="Arial"/>
          <w:color w:val="5D7284"/>
        </w:rPr>
        <w:t>05:09</w:t>
      </w:r>
    </w:p>
    <w:p w14:paraId="6E07134B" w14:textId="77777777" w:rsidR="00CB6D10" w:rsidRDefault="008538FF">
      <w:pPr>
        <w:spacing w:after="0"/>
      </w:pPr>
      <w:r>
        <w:rPr>
          <w:rFonts w:ascii="Arial" w:hAnsi="Arial"/>
        </w:rPr>
        <w:t>Yeah, I thought they mixed together more.</w:t>
      </w:r>
    </w:p>
    <w:p w14:paraId="207C0668" w14:textId="77777777" w:rsidR="00CB6D10" w:rsidRDefault="00CB6D10">
      <w:pPr>
        <w:spacing w:after="0"/>
      </w:pPr>
    </w:p>
    <w:p w14:paraId="510E754F" w14:textId="77777777" w:rsidR="00CB6D10" w:rsidRDefault="008538FF">
      <w:pPr>
        <w:spacing w:after="0"/>
      </w:pPr>
      <w:r>
        <w:rPr>
          <w:rFonts w:ascii="Arial" w:hAnsi="Arial"/>
          <w:b/>
        </w:rPr>
        <w:t xml:space="preserve">Interviewer E:  </w:t>
      </w:r>
      <w:r>
        <w:rPr>
          <w:rFonts w:ascii="Arial" w:hAnsi="Arial"/>
          <w:color w:val="5D7284"/>
        </w:rPr>
        <w:t>05:15</w:t>
      </w:r>
    </w:p>
    <w:p w14:paraId="32B73403" w14:textId="77777777" w:rsidR="00CB6D10" w:rsidRDefault="008538FF">
      <w:pPr>
        <w:spacing w:after="0"/>
      </w:pPr>
      <w:r>
        <w:rPr>
          <w:rFonts w:ascii="Arial" w:hAnsi="Arial"/>
        </w:rPr>
        <w:t xml:space="preserve">Do you think at any point in the future it will start to mixed? Or do you think it will stay layered like this forever? Or? </w:t>
      </w:r>
    </w:p>
    <w:p w14:paraId="3953288A" w14:textId="77777777" w:rsidR="00CB6D10" w:rsidRDefault="00CB6D10">
      <w:pPr>
        <w:spacing w:after="0"/>
      </w:pPr>
    </w:p>
    <w:p w14:paraId="4646FA9E" w14:textId="77777777" w:rsidR="00CB6D10" w:rsidRDefault="008538FF">
      <w:pPr>
        <w:spacing w:after="0"/>
      </w:pPr>
      <w:r>
        <w:rPr>
          <w:rFonts w:ascii="Arial" w:hAnsi="Arial"/>
          <w:b/>
        </w:rPr>
        <w:t xml:space="preserve">Participant #8:  </w:t>
      </w:r>
      <w:r>
        <w:rPr>
          <w:rFonts w:ascii="Arial" w:hAnsi="Arial"/>
          <w:color w:val="5D7284"/>
        </w:rPr>
        <w:t>05:23</w:t>
      </w:r>
    </w:p>
    <w:p w14:paraId="2C0959FD" w14:textId="77777777" w:rsidR="00CB6D10" w:rsidRDefault="008538FF">
      <w:pPr>
        <w:spacing w:after="0"/>
      </w:pPr>
      <w:r>
        <w:rPr>
          <w:rFonts w:ascii="Arial" w:hAnsi="Arial"/>
        </w:rPr>
        <w:t xml:space="preserve">Um I think it will start to mix slowly. </w:t>
      </w:r>
    </w:p>
    <w:p w14:paraId="7DCE0989" w14:textId="77777777" w:rsidR="00CB6D10" w:rsidRDefault="00CB6D10">
      <w:pPr>
        <w:spacing w:after="0"/>
      </w:pPr>
    </w:p>
    <w:p w14:paraId="6450C9AC" w14:textId="77777777" w:rsidR="00CB6D10" w:rsidRDefault="008538FF">
      <w:pPr>
        <w:spacing w:after="0"/>
      </w:pPr>
      <w:r>
        <w:rPr>
          <w:rFonts w:ascii="Arial" w:hAnsi="Arial"/>
          <w:b/>
        </w:rPr>
        <w:t xml:space="preserve">Interviewer E:  </w:t>
      </w:r>
      <w:r>
        <w:rPr>
          <w:rFonts w:ascii="Arial" w:hAnsi="Arial"/>
          <w:color w:val="5D7284"/>
        </w:rPr>
        <w:t>05:32</w:t>
      </w:r>
    </w:p>
    <w:p w14:paraId="0A55C3E6" w14:textId="77777777" w:rsidR="00CB6D10" w:rsidRDefault="008538FF">
      <w:pPr>
        <w:spacing w:after="0"/>
      </w:pPr>
      <w:r>
        <w:rPr>
          <w:rFonts w:ascii="Arial" w:hAnsi="Arial"/>
        </w:rPr>
        <w:t xml:space="preserve">How long do you think that would take? </w:t>
      </w:r>
    </w:p>
    <w:p w14:paraId="1748FE10" w14:textId="77777777" w:rsidR="00CB6D10" w:rsidRDefault="00CB6D10">
      <w:pPr>
        <w:spacing w:after="0"/>
      </w:pPr>
    </w:p>
    <w:p w14:paraId="6647656E" w14:textId="77777777" w:rsidR="00CB6D10" w:rsidRDefault="008538FF">
      <w:pPr>
        <w:spacing w:after="0"/>
      </w:pPr>
      <w:r>
        <w:rPr>
          <w:rFonts w:ascii="Arial" w:hAnsi="Arial"/>
          <w:b/>
        </w:rPr>
        <w:t xml:space="preserve">Participant #8:  </w:t>
      </w:r>
      <w:r>
        <w:rPr>
          <w:rFonts w:ascii="Arial" w:hAnsi="Arial"/>
          <w:color w:val="5D7284"/>
        </w:rPr>
        <w:t>05:34</w:t>
      </w:r>
    </w:p>
    <w:p w14:paraId="5C0B20F3" w14:textId="77777777" w:rsidR="00CB6D10" w:rsidRDefault="008538FF">
      <w:pPr>
        <w:spacing w:after="0"/>
      </w:pPr>
      <w:r>
        <w:rPr>
          <w:rFonts w:ascii="Arial" w:hAnsi="Arial"/>
        </w:rPr>
        <w:t>A good like, week for it to all mix.</w:t>
      </w:r>
    </w:p>
    <w:p w14:paraId="31FBEB03" w14:textId="77777777" w:rsidR="00CB6D10" w:rsidRDefault="00CB6D10">
      <w:pPr>
        <w:spacing w:after="0"/>
      </w:pPr>
    </w:p>
    <w:p w14:paraId="287398AD" w14:textId="77777777" w:rsidR="00CB6D10" w:rsidRDefault="008538FF">
      <w:pPr>
        <w:spacing w:after="0"/>
      </w:pPr>
      <w:r>
        <w:rPr>
          <w:rFonts w:ascii="Arial" w:hAnsi="Arial"/>
          <w:b/>
        </w:rPr>
        <w:t xml:space="preserve">Interviewer E:  </w:t>
      </w:r>
      <w:r>
        <w:rPr>
          <w:rFonts w:ascii="Arial" w:hAnsi="Arial"/>
          <w:color w:val="5D7284"/>
        </w:rPr>
        <w:t>05:39</w:t>
      </w:r>
    </w:p>
    <w:p w14:paraId="75B4DC5E" w14:textId="77777777" w:rsidR="00CB6D10" w:rsidRDefault="008538FF">
      <w:pPr>
        <w:spacing w:after="0"/>
      </w:pPr>
      <w:r>
        <w:rPr>
          <w:rFonts w:ascii="Arial" w:hAnsi="Arial"/>
        </w:rPr>
        <w:t>So when do you think these two layers will be at the same temperature?Like how long do you think that will take?</w:t>
      </w:r>
    </w:p>
    <w:p w14:paraId="3676F2D7" w14:textId="77777777" w:rsidR="00CB6D10" w:rsidRDefault="00CB6D10">
      <w:pPr>
        <w:spacing w:after="0"/>
      </w:pPr>
    </w:p>
    <w:p w14:paraId="0C4F0324" w14:textId="77777777" w:rsidR="00CB6D10" w:rsidRDefault="008538FF">
      <w:pPr>
        <w:spacing w:after="0"/>
      </w:pPr>
      <w:r>
        <w:rPr>
          <w:rFonts w:ascii="Arial" w:hAnsi="Arial"/>
          <w:b/>
        </w:rPr>
        <w:t xml:space="preserve">Participant #8:  </w:t>
      </w:r>
      <w:r>
        <w:rPr>
          <w:rFonts w:ascii="Arial" w:hAnsi="Arial"/>
          <w:color w:val="5D7284"/>
        </w:rPr>
        <w:t>05:47</w:t>
      </w:r>
    </w:p>
    <w:p w14:paraId="4E38382C" w14:textId="77777777" w:rsidR="00CB6D10" w:rsidRDefault="008538FF">
      <w:pPr>
        <w:spacing w:after="0"/>
      </w:pPr>
      <w:r>
        <w:rPr>
          <w:rFonts w:ascii="Arial" w:hAnsi="Arial"/>
        </w:rPr>
        <w:t>An hour or so.</w:t>
      </w:r>
    </w:p>
    <w:p w14:paraId="5DCFBD62" w14:textId="77777777" w:rsidR="00CB6D10" w:rsidRDefault="00CB6D10">
      <w:pPr>
        <w:spacing w:after="0"/>
      </w:pPr>
    </w:p>
    <w:p w14:paraId="05A14ACC" w14:textId="77777777" w:rsidR="00CB6D10" w:rsidRDefault="008538FF">
      <w:pPr>
        <w:spacing w:after="0"/>
      </w:pPr>
      <w:r>
        <w:rPr>
          <w:rFonts w:ascii="Arial" w:hAnsi="Arial"/>
          <w:b/>
        </w:rPr>
        <w:t xml:space="preserve">Interviewer E:  </w:t>
      </w:r>
      <w:r>
        <w:rPr>
          <w:rFonts w:ascii="Arial" w:hAnsi="Arial"/>
          <w:color w:val="5D7284"/>
        </w:rPr>
        <w:t>05:49</w:t>
      </w:r>
    </w:p>
    <w:p w14:paraId="17BF20B2" w14:textId="77777777" w:rsidR="00CB6D10" w:rsidRDefault="008538FF">
      <w:pPr>
        <w:spacing w:after="0"/>
      </w:pPr>
      <w:r>
        <w:rPr>
          <w:rFonts w:ascii="Arial" w:hAnsi="Arial"/>
        </w:rPr>
        <w:t>About an hour?</w:t>
      </w:r>
    </w:p>
    <w:p w14:paraId="1A560311" w14:textId="77777777" w:rsidR="00CB6D10" w:rsidRDefault="00CB6D10">
      <w:pPr>
        <w:spacing w:after="0"/>
      </w:pPr>
    </w:p>
    <w:p w14:paraId="70C051B4" w14:textId="77777777" w:rsidR="00CB6D10" w:rsidRDefault="008538FF">
      <w:pPr>
        <w:spacing w:after="0"/>
      </w:pPr>
      <w:r>
        <w:rPr>
          <w:rFonts w:ascii="Arial" w:hAnsi="Arial"/>
          <w:b/>
        </w:rPr>
        <w:t xml:space="preserve">Interviewer P:  </w:t>
      </w:r>
      <w:r>
        <w:rPr>
          <w:rFonts w:ascii="Arial" w:hAnsi="Arial"/>
          <w:color w:val="5D7284"/>
        </w:rPr>
        <w:t>05:51</w:t>
      </w:r>
    </w:p>
    <w:p w14:paraId="1D0B5EE1" w14:textId="77777777" w:rsidR="00CB6D10" w:rsidRDefault="008538FF">
      <w:pPr>
        <w:spacing w:after="0"/>
      </w:pPr>
      <w:r>
        <w:rPr>
          <w:rFonts w:ascii="Arial" w:hAnsi="Arial"/>
        </w:rPr>
        <w:t xml:space="preserve">So the water will reach an equal temperature in an hour. And the colors will remain like this for about a week. </w:t>
      </w:r>
    </w:p>
    <w:p w14:paraId="58439436" w14:textId="77777777" w:rsidR="00CB6D10" w:rsidRDefault="00CB6D10">
      <w:pPr>
        <w:spacing w:after="0"/>
      </w:pPr>
    </w:p>
    <w:p w14:paraId="3399B77B" w14:textId="77777777" w:rsidR="00CB6D10" w:rsidRDefault="008538FF">
      <w:pPr>
        <w:spacing w:after="0"/>
      </w:pPr>
      <w:r>
        <w:rPr>
          <w:rFonts w:ascii="Arial" w:hAnsi="Arial"/>
          <w:b/>
        </w:rPr>
        <w:t xml:space="preserve">Participant #8:  </w:t>
      </w:r>
      <w:r>
        <w:rPr>
          <w:rFonts w:ascii="Arial" w:hAnsi="Arial"/>
          <w:color w:val="5D7284"/>
        </w:rPr>
        <w:t>06:02</w:t>
      </w:r>
    </w:p>
    <w:p w14:paraId="2B20B7AF" w14:textId="77777777" w:rsidR="00CB6D10" w:rsidRDefault="008538FF">
      <w:pPr>
        <w:spacing w:after="0"/>
      </w:pPr>
      <w:r>
        <w:rPr>
          <w:rFonts w:ascii="Arial" w:hAnsi="Arial"/>
        </w:rPr>
        <w:t>Yeah, I think at least it'll take a week for the colors to like completely mesh together.</w:t>
      </w:r>
    </w:p>
    <w:p w14:paraId="213391CA" w14:textId="77777777" w:rsidR="00CB6D10" w:rsidRDefault="00CB6D10">
      <w:pPr>
        <w:spacing w:after="0"/>
      </w:pPr>
    </w:p>
    <w:p w14:paraId="526CA45C" w14:textId="77777777" w:rsidR="00CB6D10" w:rsidRDefault="008538FF">
      <w:pPr>
        <w:spacing w:after="0"/>
      </w:pPr>
      <w:r>
        <w:rPr>
          <w:rFonts w:ascii="Arial" w:hAnsi="Arial"/>
          <w:b/>
        </w:rPr>
        <w:t xml:space="preserve">Interviewer P:  </w:t>
      </w:r>
      <w:r>
        <w:rPr>
          <w:rFonts w:ascii="Arial" w:hAnsi="Arial"/>
          <w:color w:val="5D7284"/>
        </w:rPr>
        <w:t>06:07</w:t>
      </w:r>
    </w:p>
    <w:p w14:paraId="2CEA3D2F" w14:textId="77777777" w:rsidR="00CB6D10" w:rsidRDefault="008538FF">
      <w:pPr>
        <w:spacing w:after="0"/>
      </w:pPr>
      <w:r>
        <w:rPr>
          <w:rFonts w:ascii="Arial" w:hAnsi="Arial"/>
        </w:rPr>
        <w:t>Okay.</w:t>
      </w:r>
    </w:p>
    <w:p w14:paraId="3139ECCC" w14:textId="77777777" w:rsidR="00CB6D10" w:rsidRDefault="00CB6D10">
      <w:pPr>
        <w:spacing w:after="0"/>
      </w:pPr>
    </w:p>
    <w:p w14:paraId="163E14D8" w14:textId="77777777" w:rsidR="00CB6D10" w:rsidRDefault="008538FF">
      <w:pPr>
        <w:spacing w:after="0"/>
      </w:pPr>
      <w:r>
        <w:rPr>
          <w:rFonts w:ascii="Arial" w:hAnsi="Arial"/>
          <w:b/>
        </w:rPr>
        <w:t xml:space="preserve">Interviewer E:  </w:t>
      </w:r>
      <w:r>
        <w:rPr>
          <w:rFonts w:ascii="Arial" w:hAnsi="Arial"/>
          <w:color w:val="5D7284"/>
        </w:rPr>
        <w:t>06:14</w:t>
      </w:r>
    </w:p>
    <w:p w14:paraId="66B267ED" w14:textId="77777777" w:rsidR="00CB6D10" w:rsidRDefault="008538FF">
      <w:pPr>
        <w:spacing w:after="0"/>
      </w:pPr>
      <w:r>
        <w:rPr>
          <w:rFonts w:ascii="Arial" w:hAnsi="Arial"/>
        </w:rPr>
        <w:t>So now, Jello.</w:t>
      </w:r>
    </w:p>
    <w:p w14:paraId="6549D78C" w14:textId="77777777" w:rsidR="00CB6D10" w:rsidRDefault="00CB6D10">
      <w:pPr>
        <w:spacing w:after="0"/>
      </w:pPr>
    </w:p>
    <w:p w14:paraId="5CDEF7A4" w14:textId="77777777" w:rsidR="00CB6D10" w:rsidRDefault="008538FF">
      <w:pPr>
        <w:spacing w:after="0"/>
      </w:pPr>
      <w:r>
        <w:rPr>
          <w:rFonts w:ascii="Arial" w:hAnsi="Arial"/>
          <w:b/>
        </w:rPr>
        <w:t xml:space="preserve">Interviewer P:  </w:t>
      </w:r>
      <w:r>
        <w:rPr>
          <w:rFonts w:ascii="Arial" w:hAnsi="Arial"/>
          <w:color w:val="5D7284"/>
        </w:rPr>
        <w:t>06:17</w:t>
      </w:r>
    </w:p>
    <w:p w14:paraId="70CF29FD" w14:textId="77777777" w:rsidR="00CB6D10" w:rsidRDefault="008538FF">
      <w:pPr>
        <w:spacing w:after="0"/>
      </w:pPr>
      <w:r>
        <w:rPr>
          <w:rFonts w:ascii="Arial" w:hAnsi="Arial"/>
        </w:rPr>
        <w:t>Oh, you want to show her the time lapse.</w:t>
      </w:r>
    </w:p>
    <w:p w14:paraId="568ABFD3" w14:textId="77777777" w:rsidR="00CB6D10" w:rsidRDefault="00CB6D10">
      <w:pPr>
        <w:spacing w:after="0"/>
      </w:pPr>
    </w:p>
    <w:p w14:paraId="23EDF7AB" w14:textId="77777777" w:rsidR="00CB6D10" w:rsidRDefault="008538FF">
      <w:pPr>
        <w:spacing w:after="0"/>
      </w:pPr>
      <w:r>
        <w:rPr>
          <w:rFonts w:ascii="Arial" w:hAnsi="Arial"/>
          <w:b/>
        </w:rPr>
        <w:t xml:space="preserve">Interviewer E:  </w:t>
      </w:r>
      <w:r>
        <w:rPr>
          <w:rFonts w:ascii="Arial" w:hAnsi="Arial"/>
          <w:color w:val="5D7284"/>
        </w:rPr>
        <w:t>06:22</w:t>
      </w:r>
    </w:p>
    <w:p w14:paraId="7B4311D1" w14:textId="77777777" w:rsidR="00CB6D10" w:rsidRDefault="008538FF">
      <w:pPr>
        <w:spacing w:after="0"/>
      </w:pPr>
      <w:r>
        <w:rPr>
          <w:rFonts w:ascii="Arial" w:hAnsi="Arial"/>
        </w:rPr>
        <w:t>So I did a time lapse video of this over an hour so you can see what actually happens. So the there it ism I am going to put it directly in front of you because I have a privacy screen on here. So can you see that? So will be like 30 seconds versus the length of an hour.</w:t>
      </w:r>
    </w:p>
    <w:p w14:paraId="570F6FB1" w14:textId="77777777" w:rsidR="00CB6D10" w:rsidRDefault="00CB6D10">
      <w:pPr>
        <w:spacing w:after="0"/>
      </w:pPr>
    </w:p>
    <w:p w14:paraId="063CC161" w14:textId="77777777" w:rsidR="00CB6D10" w:rsidRDefault="008538FF">
      <w:pPr>
        <w:spacing w:after="0"/>
      </w:pPr>
      <w:r>
        <w:rPr>
          <w:rFonts w:ascii="Arial" w:hAnsi="Arial"/>
          <w:b/>
        </w:rPr>
        <w:t xml:space="preserve">Participant #8:  </w:t>
      </w:r>
      <w:r>
        <w:rPr>
          <w:rFonts w:ascii="Arial" w:hAnsi="Arial"/>
          <w:color w:val="5D7284"/>
        </w:rPr>
        <w:t>07:27</w:t>
      </w:r>
    </w:p>
    <w:p w14:paraId="63D3652D" w14:textId="77777777" w:rsidR="00CB6D10" w:rsidRDefault="008538FF">
      <w:pPr>
        <w:spacing w:after="0"/>
      </w:pPr>
      <w:r>
        <w:rPr>
          <w:rFonts w:ascii="Arial" w:hAnsi="Arial"/>
        </w:rPr>
        <w:t xml:space="preserve">That's a lot quicker. </w:t>
      </w:r>
    </w:p>
    <w:p w14:paraId="3FDD5F5E" w14:textId="77777777" w:rsidR="00CB6D10" w:rsidRDefault="00CB6D10">
      <w:pPr>
        <w:spacing w:after="0"/>
      </w:pPr>
    </w:p>
    <w:p w14:paraId="2AA061D5" w14:textId="77777777" w:rsidR="00CB6D10" w:rsidRDefault="008538FF">
      <w:pPr>
        <w:spacing w:after="0"/>
      </w:pPr>
      <w:r>
        <w:rPr>
          <w:rFonts w:ascii="Arial" w:hAnsi="Arial"/>
          <w:b/>
        </w:rPr>
        <w:t xml:space="preserve">Interviewer P:  </w:t>
      </w:r>
      <w:r>
        <w:rPr>
          <w:rFonts w:ascii="Arial" w:hAnsi="Arial"/>
          <w:color w:val="5D7284"/>
        </w:rPr>
        <w:t>07:29</w:t>
      </w:r>
    </w:p>
    <w:p w14:paraId="65D5E332" w14:textId="77777777" w:rsidR="00CB6D10" w:rsidRDefault="008538FF">
      <w:pPr>
        <w:spacing w:after="0"/>
      </w:pPr>
      <w:r>
        <w:rPr>
          <w:rFonts w:ascii="Arial" w:hAnsi="Arial"/>
        </w:rPr>
        <w:t>Yeah. Does that surprise you?</w:t>
      </w:r>
    </w:p>
    <w:p w14:paraId="5979E58E" w14:textId="77777777" w:rsidR="00CB6D10" w:rsidRDefault="00CB6D10">
      <w:pPr>
        <w:spacing w:after="0"/>
      </w:pPr>
    </w:p>
    <w:p w14:paraId="3468641C" w14:textId="77777777" w:rsidR="00CB6D10" w:rsidRDefault="008538FF">
      <w:pPr>
        <w:spacing w:after="0"/>
      </w:pPr>
      <w:r>
        <w:rPr>
          <w:rFonts w:ascii="Arial" w:hAnsi="Arial"/>
          <w:b/>
        </w:rPr>
        <w:t xml:space="preserve">Participant #8:  </w:t>
      </w:r>
      <w:r>
        <w:rPr>
          <w:rFonts w:ascii="Arial" w:hAnsi="Arial"/>
          <w:color w:val="5D7284"/>
        </w:rPr>
        <w:t>07:32</w:t>
      </w:r>
    </w:p>
    <w:p w14:paraId="23D552C0" w14:textId="77777777" w:rsidR="00CB6D10" w:rsidRDefault="008538FF">
      <w:pPr>
        <w:spacing w:after="0"/>
      </w:pPr>
      <w:r>
        <w:rPr>
          <w:rFonts w:ascii="Arial" w:hAnsi="Arial"/>
        </w:rPr>
        <w:t xml:space="preserve">A little bit? Yeah. I think I just would have thought that the colors would stay in their place, a lot more. It was cool to see like the whatever it was. </w:t>
      </w:r>
    </w:p>
    <w:p w14:paraId="49D45BA7" w14:textId="77777777" w:rsidR="00CB6D10" w:rsidRDefault="00CB6D10">
      <w:pPr>
        <w:spacing w:after="0"/>
      </w:pPr>
    </w:p>
    <w:p w14:paraId="72CCEF94" w14:textId="77777777" w:rsidR="00CB6D10" w:rsidRDefault="008538FF">
      <w:pPr>
        <w:spacing w:after="0"/>
      </w:pPr>
      <w:r>
        <w:rPr>
          <w:rFonts w:ascii="Arial" w:hAnsi="Arial"/>
          <w:b/>
        </w:rPr>
        <w:t xml:space="preserve">Interviewer P:  </w:t>
      </w:r>
      <w:r>
        <w:rPr>
          <w:rFonts w:ascii="Arial" w:hAnsi="Arial"/>
          <w:color w:val="5D7284"/>
        </w:rPr>
        <w:t>07:47</w:t>
      </w:r>
    </w:p>
    <w:p w14:paraId="3B0FFFC5" w14:textId="77777777" w:rsidR="00CB6D10" w:rsidRDefault="008538FF">
      <w:pPr>
        <w:spacing w:after="0"/>
      </w:pPr>
      <w:r>
        <w:rPr>
          <w:rFonts w:ascii="Arial" w:hAnsi="Arial"/>
        </w:rPr>
        <w:t>Yeah, totally. That's really cool.</w:t>
      </w:r>
    </w:p>
    <w:p w14:paraId="6FD3FDE8" w14:textId="77777777" w:rsidR="00CB6D10" w:rsidRDefault="00CB6D10">
      <w:pPr>
        <w:spacing w:after="0"/>
      </w:pPr>
    </w:p>
    <w:p w14:paraId="32C0A937" w14:textId="77777777" w:rsidR="00CB6D10" w:rsidRDefault="008538FF">
      <w:pPr>
        <w:spacing w:after="0"/>
      </w:pPr>
      <w:r>
        <w:rPr>
          <w:rFonts w:ascii="Arial" w:hAnsi="Arial"/>
          <w:b/>
        </w:rPr>
        <w:t xml:space="preserve">Interviewer E:  </w:t>
      </w:r>
      <w:r>
        <w:rPr>
          <w:rFonts w:ascii="Arial" w:hAnsi="Arial"/>
          <w:color w:val="5D7284"/>
        </w:rPr>
        <w:t>07:51</w:t>
      </w:r>
    </w:p>
    <w:p w14:paraId="24286718" w14:textId="77777777" w:rsidR="00CB6D10" w:rsidRDefault="008538FF">
      <w:pPr>
        <w:spacing w:after="0"/>
      </w:pPr>
      <w:r>
        <w:rPr>
          <w:rFonts w:ascii="Arial" w:hAnsi="Arial"/>
        </w:rPr>
        <w:t xml:space="preserve">Okay, so the next question I have for you is kind of like a thought experiment where like, we can't really show you. So imagine we had like warm, Jell-O dyed red and we had a blue Jell-O dyed blue. The red is going to be a little warmer, and the blue, a little cooler. So and we do the same exact thing. And we pour them in and we lift up the barrier. How, do you think they would interact with each other? </w:t>
      </w:r>
    </w:p>
    <w:p w14:paraId="3D07BB77" w14:textId="77777777" w:rsidR="00CB6D10" w:rsidRDefault="00CB6D10">
      <w:pPr>
        <w:spacing w:after="0"/>
      </w:pPr>
    </w:p>
    <w:p w14:paraId="6CAFA376" w14:textId="77777777" w:rsidR="00CB6D10" w:rsidRDefault="008538FF">
      <w:pPr>
        <w:spacing w:after="0"/>
      </w:pPr>
      <w:r>
        <w:rPr>
          <w:rFonts w:ascii="Arial" w:hAnsi="Arial"/>
          <w:b/>
        </w:rPr>
        <w:t xml:space="preserve">Participant #8:  </w:t>
      </w:r>
      <w:r>
        <w:rPr>
          <w:rFonts w:ascii="Arial" w:hAnsi="Arial"/>
          <w:color w:val="5D7284"/>
        </w:rPr>
        <w:t>08:18</w:t>
      </w:r>
    </w:p>
    <w:p w14:paraId="291EE0E7" w14:textId="77777777" w:rsidR="00CB6D10" w:rsidRDefault="008538FF">
      <w:pPr>
        <w:spacing w:after="0"/>
      </w:pPr>
      <w:r>
        <w:rPr>
          <w:rFonts w:ascii="Arial" w:hAnsi="Arial"/>
        </w:rPr>
        <w:t xml:space="preserve">Ok are the Jell-O? Are they already solid? Or are they still liquid? </w:t>
      </w:r>
    </w:p>
    <w:p w14:paraId="20A6BB23" w14:textId="77777777" w:rsidR="00CB6D10" w:rsidRDefault="00CB6D10">
      <w:pPr>
        <w:spacing w:after="0"/>
      </w:pPr>
    </w:p>
    <w:p w14:paraId="3765F08D" w14:textId="77777777" w:rsidR="00CB6D10" w:rsidRDefault="008538FF">
      <w:pPr>
        <w:spacing w:after="0"/>
      </w:pPr>
      <w:r>
        <w:rPr>
          <w:rFonts w:ascii="Arial" w:hAnsi="Arial"/>
          <w:b/>
        </w:rPr>
        <w:t xml:space="preserve">Interviewer E:  </w:t>
      </w:r>
      <w:r>
        <w:rPr>
          <w:rFonts w:ascii="Arial" w:hAnsi="Arial"/>
          <w:color w:val="5D7284"/>
        </w:rPr>
        <w:t>08:23</w:t>
      </w:r>
    </w:p>
    <w:p w14:paraId="5CCA2BF6" w14:textId="77777777" w:rsidR="00CB6D10" w:rsidRDefault="008538FF">
      <w:pPr>
        <w:spacing w:after="0"/>
      </w:pPr>
      <w:r>
        <w:rPr>
          <w:rFonts w:ascii="Arial" w:hAnsi="Arial"/>
        </w:rPr>
        <w:t>Well, I guess they would both technically the solid will be warmer and when we go there like what would be room temperature for example, one would be just a little hotter, yah know.</w:t>
      </w:r>
    </w:p>
    <w:p w14:paraId="530554EE" w14:textId="77777777" w:rsidR="00CB6D10" w:rsidRDefault="00CB6D10">
      <w:pPr>
        <w:spacing w:after="0"/>
      </w:pPr>
    </w:p>
    <w:p w14:paraId="0E982321" w14:textId="77777777" w:rsidR="00CB6D10" w:rsidRDefault="008538FF">
      <w:pPr>
        <w:spacing w:after="0"/>
      </w:pPr>
      <w:r>
        <w:rPr>
          <w:rFonts w:ascii="Arial" w:hAnsi="Arial"/>
          <w:b/>
        </w:rPr>
        <w:t xml:space="preserve">Participant #8:  </w:t>
      </w:r>
      <w:r>
        <w:rPr>
          <w:rFonts w:ascii="Arial" w:hAnsi="Arial"/>
          <w:color w:val="5D7284"/>
        </w:rPr>
        <w:t>08:39</w:t>
      </w:r>
    </w:p>
    <w:p w14:paraId="7D885558" w14:textId="77777777" w:rsidR="00CB6D10" w:rsidRDefault="008538FF">
      <w:pPr>
        <w:spacing w:after="0"/>
      </w:pPr>
      <w:r>
        <w:rPr>
          <w:rFonts w:ascii="Arial" w:hAnsi="Arial"/>
        </w:rPr>
        <w:t>After how long?</w:t>
      </w:r>
    </w:p>
    <w:p w14:paraId="723EFF2F" w14:textId="77777777" w:rsidR="00CB6D10" w:rsidRDefault="00CB6D10">
      <w:pPr>
        <w:spacing w:after="0"/>
      </w:pPr>
    </w:p>
    <w:p w14:paraId="75D0B5C4" w14:textId="77777777" w:rsidR="00CB6D10" w:rsidRDefault="008538FF">
      <w:pPr>
        <w:spacing w:after="0"/>
      </w:pPr>
      <w:r>
        <w:rPr>
          <w:rFonts w:ascii="Arial" w:hAnsi="Arial"/>
          <w:b/>
        </w:rPr>
        <w:t xml:space="preserve">Interviewer E:  </w:t>
      </w:r>
      <w:r>
        <w:rPr>
          <w:rFonts w:ascii="Arial" w:hAnsi="Arial"/>
          <w:color w:val="5D7284"/>
        </w:rPr>
        <w:t>08:41</w:t>
      </w:r>
    </w:p>
    <w:p w14:paraId="62DA1E9B" w14:textId="77777777" w:rsidR="00CB6D10" w:rsidRDefault="008538FF">
      <w:pPr>
        <w:spacing w:after="0"/>
      </w:pPr>
      <w:r>
        <w:rPr>
          <w:rFonts w:ascii="Arial" w:hAnsi="Arial"/>
        </w:rPr>
        <w:t>About lets say a minute.</w:t>
      </w:r>
    </w:p>
    <w:p w14:paraId="64D50AA1" w14:textId="77777777" w:rsidR="00CB6D10" w:rsidRDefault="00CB6D10">
      <w:pPr>
        <w:spacing w:after="0"/>
      </w:pPr>
    </w:p>
    <w:p w14:paraId="5C05B906" w14:textId="77777777" w:rsidR="00CB6D10" w:rsidRDefault="008538FF">
      <w:pPr>
        <w:spacing w:after="0"/>
      </w:pPr>
      <w:r>
        <w:rPr>
          <w:rFonts w:ascii="Arial" w:hAnsi="Arial"/>
          <w:b/>
        </w:rPr>
        <w:lastRenderedPageBreak/>
        <w:t xml:space="preserve">Participant #8:  </w:t>
      </w:r>
      <w:r>
        <w:rPr>
          <w:rFonts w:ascii="Arial" w:hAnsi="Arial"/>
          <w:color w:val="5D7284"/>
        </w:rPr>
        <w:t>08:43</w:t>
      </w:r>
    </w:p>
    <w:p w14:paraId="629802A7" w14:textId="77777777" w:rsidR="00CB6D10" w:rsidRDefault="008538FF">
      <w:pPr>
        <w:spacing w:after="0"/>
      </w:pPr>
      <w:r>
        <w:rPr>
          <w:rFonts w:ascii="Arial" w:hAnsi="Arial"/>
        </w:rPr>
        <w:t>I think they're just gonna like they're gonna be I feel like there might be like a little coloring just from being right next to each other but I think they're just mostly going to stay their own entity.</w:t>
      </w:r>
    </w:p>
    <w:p w14:paraId="7CAABAF3" w14:textId="77777777" w:rsidR="00CB6D10" w:rsidRDefault="00CB6D10">
      <w:pPr>
        <w:spacing w:after="0"/>
      </w:pPr>
    </w:p>
    <w:p w14:paraId="3CD2E6E7" w14:textId="77777777" w:rsidR="00CB6D10" w:rsidRDefault="008538FF">
      <w:pPr>
        <w:spacing w:after="0"/>
      </w:pPr>
      <w:r>
        <w:rPr>
          <w:rFonts w:ascii="Arial" w:hAnsi="Arial"/>
          <w:b/>
        </w:rPr>
        <w:t xml:space="preserve">Interviewer E:  </w:t>
      </w:r>
      <w:r>
        <w:rPr>
          <w:rFonts w:ascii="Arial" w:hAnsi="Arial"/>
          <w:color w:val="5D7284"/>
        </w:rPr>
        <w:t>08:57</w:t>
      </w:r>
    </w:p>
    <w:p w14:paraId="01F0F1AE" w14:textId="77777777" w:rsidR="00CB6D10" w:rsidRDefault="008538FF">
      <w:pPr>
        <w:spacing w:after="0"/>
      </w:pPr>
      <w:r>
        <w:rPr>
          <w:rFonts w:ascii="Arial" w:hAnsi="Arial"/>
        </w:rPr>
        <w:t xml:space="preserve">Right so you think they're gonna go in similar and have like color inbetween is that what your saying or? </w:t>
      </w:r>
    </w:p>
    <w:p w14:paraId="137457D0" w14:textId="77777777" w:rsidR="00CB6D10" w:rsidRDefault="00CB6D10">
      <w:pPr>
        <w:spacing w:after="0"/>
      </w:pPr>
    </w:p>
    <w:p w14:paraId="7159717F" w14:textId="77777777" w:rsidR="00CB6D10" w:rsidRDefault="008538FF">
      <w:pPr>
        <w:spacing w:after="0"/>
      </w:pPr>
      <w:r>
        <w:rPr>
          <w:rFonts w:ascii="Arial" w:hAnsi="Arial"/>
          <w:b/>
        </w:rPr>
        <w:t xml:space="preserve">Participant #8:  </w:t>
      </w:r>
      <w:r>
        <w:rPr>
          <w:rFonts w:ascii="Arial" w:hAnsi="Arial"/>
          <w:color w:val="5D7284"/>
        </w:rPr>
        <w:t>09:05</w:t>
      </w:r>
    </w:p>
    <w:p w14:paraId="0F64090E" w14:textId="77777777" w:rsidR="00CB6D10" w:rsidRDefault="008538FF">
      <w:pPr>
        <w:spacing w:after="0"/>
      </w:pPr>
      <w:r>
        <w:rPr>
          <w:rFonts w:ascii="Arial" w:hAnsi="Arial"/>
        </w:rPr>
        <w:t>Yeah.</w:t>
      </w:r>
    </w:p>
    <w:p w14:paraId="0BBC1191" w14:textId="77777777" w:rsidR="00CB6D10" w:rsidRDefault="00CB6D10">
      <w:pPr>
        <w:spacing w:after="0"/>
      </w:pPr>
    </w:p>
    <w:p w14:paraId="48FA92FC" w14:textId="77777777" w:rsidR="00CB6D10" w:rsidRDefault="008538FF">
      <w:pPr>
        <w:spacing w:after="0"/>
      </w:pPr>
      <w:r>
        <w:rPr>
          <w:rFonts w:ascii="Arial" w:hAnsi="Arial"/>
          <w:b/>
        </w:rPr>
        <w:t xml:space="preserve">Interviewer E:  </w:t>
      </w:r>
      <w:r>
        <w:rPr>
          <w:rFonts w:ascii="Arial" w:hAnsi="Arial"/>
          <w:color w:val="5D7284"/>
        </w:rPr>
        <w:t>09:05</w:t>
      </w:r>
    </w:p>
    <w:p w14:paraId="4FE5A6F0" w14:textId="77777777" w:rsidR="00CB6D10" w:rsidRDefault="008538FF">
      <w:pPr>
        <w:spacing w:after="0"/>
      </w:pPr>
      <w:r>
        <w:rPr>
          <w:rFonts w:ascii="Arial" w:hAnsi="Arial"/>
        </w:rPr>
        <w:t xml:space="preserve">Yeah. And do you think they would ever fully mix? </w:t>
      </w:r>
    </w:p>
    <w:p w14:paraId="3842136A" w14:textId="77777777" w:rsidR="00CB6D10" w:rsidRDefault="00CB6D10">
      <w:pPr>
        <w:spacing w:after="0"/>
      </w:pPr>
    </w:p>
    <w:p w14:paraId="59EF9542" w14:textId="77777777" w:rsidR="00CB6D10" w:rsidRDefault="008538FF">
      <w:pPr>
        <w:spacing w:after="0"/>
      </w:pPr>
      <w:r>
        <w:rPr>
          <w:rFonts w:ascii="Arial" w:hAnsi="Arial"/>
          <w:b/>
        </w:rPr>
        <w:t xml:space="preserve">Participant #8:  </w:t>
      </w:r>
      <w:r>
        <w:rPr>
          <w:rFonts w:ascii="Arial" w:hAnsi="Arial"/>
          <w:color w:val="5D7284"/>
        </w:rPr>
        <w:t>09:08</w:t>
      </w:r>
    </w:p>
    <w:p w14:paraId="573DF751" w14:textId="77777777" w:rsidR="00CB6D10" w:rsidRDefault="008538FF">
      <w:pPr>
        <w:spacing w:after="0"/>
      </w:pPr>
      <w:r>
        <w:rPr>
          <w:rFonts w:ascii="Arial" w:hAnsi="Arial"/>
        </w:rPr>
        <w:t>No.</w:t>
      </w:r>
    </w:p>
    <w:p w14:paraId="7F45BF4E" w14:textId="77777777" w:rsidR="00CB6D10" w:rsidRDefault="00CB6D10">
      <w:pPr>
        <w:spacing w:after="0"/>
      </w:pPr>
    </w:p>
    <w:p w14:paraId="31C90E38" w14:textId="77777777" w:rsidR="00CB6D10" w:rsidRDefault="008538FF">
      <w:pPr>
        <w:spacing w:after="0"/>
      </w:pPr>
      <w:r>
        <w:rPr>
          <w:rFonts w:ascii="Arial" w:hAnsi="Arial"/>
          <w:b/>
        </w:rPr>
        <w:t xml:space="preserve">Interviewer E:  </w:t>
      </w:r>
      <w:r>
        <w:rPr>
          <w:rFonts w:ascii="Arial" w:hAnsi="Arial"/>
          <w:color w:val="5D7284"/>
        </w:rPr>
        <w:t>09:09</w:t>
      </w:r>
    </w:p>
    <w:p w14:paraId="09334FFE" w14:textId="77777777" w:rsidR="00CB6D10" w:rsidRDefault="008538FF">
      <w:pPr>
        <w:spacing w:after="0"/>
      </w:pPr>
      <w:r>
        <w:rPr>
          <w:rFonts w:ascii="Arial" w:hAnsi="Arial"/>
        </w:rPr>
        <w:t>No like ever?</w:t>
      </w:r>
    </w:p>
    <w:p w14:paraId="109067FE" w14:textId="77777777" w:rsidR="00CB6D10" w:rsidRDefault="00CB6D10">
      <w:pPr>
        <w:spacing w:after="0"/>
      </w:pPr>
    </w:p>
    <w:p w14:paraId="0EF22EE7" w14:textId="77777777" w:rsidR="00CB6D10" w:rsidRDefault="008538FF">
      <w:pPr>
        <w:spacing w:after="0"/>
      </w:pPr>
      <w:r>
        <w:rPr>
          <w:rFonts w:ascii="Arial" w:hAnsi="Arial"/>
          <w:b/>
        </w:rPr>
        <w:t xml:space="preserve">Participant #8:  </w:t>
      </w:r>
      <w:r>
        <w:rPr>
          <w:rFonts w:ascii="Arial" w:hAnsi="Arial"/>
          <w:color w:val="5D7284"/>
        </w:rPr>
        <w:t>09:12</w:t>
      </w:r>
    </w:p>
    <w:p w14:paraId="7BFE0D29" w14:textId="77777777" w:rsidR="00CB6D10" w:rsidRDefault="008538FF">
      <w:pPr>
        <w:spacing w:after="0"/>
      </w:pPr>
      <w:r>
        <w:rPr>
          <w:rFonts w:ascii="Arial" w:hAnsi="Arial"/>
        </w:rPr>
        <w:t>I mean, I don't know how long it lasts, but like uhm.</w:t>
      </w:r>
    </w:p>
    <w:p w14:paraId="5C4BD567" w14:textId="77777777" w:rsidR="00CB6D10" w:rsidRDefault="00CB6D10">
      <w:pPr>
        <w:spacing w:after="0"/>
      </w:pPr>
    </w:p>
    <w:p w14:paraId="6446C5D4" w14:textId="77777777" w:rsidR="00CB6D10" w:rsidRDefault="008538FF">
      <w:pPr>
        <w:spacing w:after="0"/>
      </w:pPr>
      <w:r>
        <w:rPr>
          <w:rFonts w:ascii="Arial" w:hAnsi="Arial"/>
          <w:b/>
        </w:rPr>
        <w:t xml:space="preserve">Interviewer P:  </w:t>
      </w:r>
      <w:r>
        <w:rPr>
          <w:rFonts w:ascii="Arial" w:hAnsi="Arial"/>
          <w:color w:val="5D7284"/>
        </w:rPr>
        <w:t>09:16</w:t>
      </w:r>
    </w:p>
    <w:p w14:paraId="0A20480F" w14:textId="77777777" w:rsidR="00CB6D10" w:rsidRDefault="008538FF">
      <w:pPr>
        <w:spacing w:after="0"/>
      </w:pPr>
      <w:r>
        <w:rPr>
          <w:rFonts w:ascii="Arial" w:hAnsi="Arial"/>
        </w:rPr>
        <w:t>Probably goinna start to grow mold.</w:t>
      </w:r>
    </w:p>
    <w:p w14:paraId="13792C76" w14:textId="77777777" w:rsidR="00CB6D10" w:rsidRDefault="00CB6D10">
      <w:pPr>
        <w:spacing w:after="0"/>
      </w:pPr>
    </w:p>
    <w:p w14:paraId="2AAB6982" w14:textId="77777777" w:rsidR="00CB6D10" w:rsidRDefault="008538FF">
      <w:pPr>
        <w:spacing w:after="0"/>
      </w:pPr>
      <w:r>
        <w:rPr>
          <w:rFonts w:ascii="Arial" w:hAnsi="Arial"/>
          <w:b/>
        </w:rPr>
        <w:t xml:space="preserve">Participant #8:  </w:t>
      </w:r>
      <w:r>
        <w:rPr>
          <w:rFonts w:ascii="Arial" w:hAnsi="Arial"/>
          <w:color w:val="5D7284"/>
        </w:rPr>
        <w:t>09:20</w:t>
      </w:r>
    </w:p>
    <w:p w14:paraId="0CFB7460" w14:textId="77777777" w:rsidR="00CB6D10" w:rsidRDefault="008538FF">
      <w:pPr>
        <w:spacing w:after="0"/>
      </w:pPr>
      <w:r>
        <w:rPr>
          <w:rFonts w:ascii="Arial" w:hAnsi="Arial"/>
        </w:rPr>
        <w:t>I think it will eventually mix like whenever the Hell-O just starts to stop being gelatinous.</w:t>
      </w:r>
    </w:p>
    <w:p w14:paraId="25AC39AE" w14:textId="77777777" w:rsidR="00CB6D10" w:rsidRDefault="00CB6D10">
      <w:pPr>
        <w:spacing w:after="0"/>
      </w:pPr>
    </w:p>
    <w:p w14:paraId="5B2D8188" w14:textId="77777777" w:rsidR="00CB6D10" w:rsidRDefault="008538FF">
      <w:pPr>
        <w:spacing w:after="0"/>
      </w:pPr>
      <w:r>
        <w:rPr>
          <w:rFonts w:ascii="Arial" w:hAnsi="Arial"/>
          <w:b/>
        </w:rPr>
        <w:t xml:space="preserve">Interviewer E:  </w:t>
      </w:r>
      <w:r>
        <w:rPr>
          <w:rFonts w:ascii="Arial" w:hAnsi="Arial"/>
          <w:color w:val="5D7284"/>
        </w:rPr>
        <w:t>09:26</w:t>
      </w:r>
    </w:p>
    <w:p w14:paraId="7BCF1685" w14:textId="77777777" w:rsidR="00CB6D10" w:rsidRDefault="008538FF">
      <w:pPr>
        <w:spacing w:after="0"/>
      </w:pPr>
      <w:r>
        <w:rPr>
          <w:rFonts w:ascii="Arial" w:hAnsi="Arial"/>
        </w:rPr>
        <w:t xml:space="preserve">Right. So like when it turns more liquid? </w:t>
      </w:r>
    </w:p>
    <w:p w14:paraId="529FDD88" w14:textId="77777777" w:rsidR="00CB6D10" w:rsidRDefault="00CB6D10">
      <w:pPr>
        <w:spacing w:after="0"/>
      </w:pPr>
    </w:p>
    <w:p w14:paraId="5A0295ED" w14:textId="77777777" w:rsidR="00CB6D10" w:rsidRDefault="008538FF">
      <w:pPr>
        <w:spacing w:after="0"/>
      </w:pPr>
      <w:r>
        <w:rPr>
          <w:rFonts w:ascii="Arial" w:hAnsi="Arial"/>
          <w:b/>
        </w:rPr>
        <w:t xml:space="preserve">Participant #8:  </w:t>
      </w:r>
      <w:r>
        <w:rPr>
          <w:rFonts w:ascii="Arial" w:hAnsi="Arial"/>
          <w:color w:val="5D7284"/>
        </w:rPr>
        <w:t>09:29</w:t>
      </w:r>
    </w:p>
    <w:p w14:paraId="303E980A" w14:textId="77777777" w:rsidR="00CB6D10" w:rsidRDefault="008538FF">
      <w:pPr>
        <w:spacing w:after="0"/>
      </w:pPr>
      <w:r>
        <w:rPr>
          <w:rFonts w:ascii="Arial" w:hAnsi="Arial"/>
        </w:rPr>
        <w:t>Yeah.</w:t>
      </w:r>
    </w:p>
    <w:p w14:paraId="6C5B8388" w14:textId="77777777" w:rsidR="00CB6D10" w:rsidRDefault="00CB6D10">
      <w:pPr>
        <w:spacing w:after="0"/>
      </w:pPr>
    </w:p>
    <w:p w14:paraId="0DD1F8B0" w14:textId="77777777" w:rsidR="00CB6D10" w:rsidRDefault="008538FF">
      <w:pPr>
        <w:spacing w:after="0"/>
      </w:pPr>
      <w:r>
        <w:rPr>
          <w:rFonts w:ascii="Arial" w:hAnsi="Arial"/>
          <w:b/>
        </w:rPr>
        <w:t xml:space="preserve">Interviewer E:  </w:t>
      </w:r>
      <w:r>
        <w:rPr>
          <w:rFonts w:ascii="Arial" w:hAnsi="Arial"/>
          <w:color w:val="5D7284"/>
        </w:rPr>
        <w:t>09:29</w:t>
      </w:r>
    </w:p>
    <w:p w14:paraId="4B3E2A37" w14:textId="77777777" w:rsidR="00CB6D10" w:rsidRDefault="008538FF">
      <w:pPr>
        <w:spacing w:after="0"/>
      </w:pPr>
      <w:r>
        <w:rPr>
          <w:rFonts w:ascii="Arial" w:hAnsi="Arial"/>
        </w:rPr>
        <w:t>Okay.</w:t>
      </w:r>
    </w:p>
    <w:p w14:paraId="2AE65540" w14:textId="77777777" w:rsidR="00CB6D10" w:rsidRDefault="00CB6D10">
      <w:pPr>
        <w:spacing w:after="0"/>
      </w:pPr>
    </w:p>
    <w:p w14:paraId="616146D9" w14:textId="77777777" w:rsidR="00CB6D10" w:rsidRDefault="008538FF">
      <w:pPr>
        <w:spacing w:after="0"/>
      </w:pPr>
      <w:r>
        <w:rPr>
          <w:rFonts w:ascii="Arial" w:hAnsi="Arial"/>
          <w:b/>
        </w:rPr>
        <w:t xml:space="preserve">Interviewer P:  </w:t>
      </w:r>
      <w:r>
        <w:rPr>
          <w:rFonts w:ascii="Arial" w:hAnsi="Arial"/>
          <w:color w:val="5D7284"/>
        </w:rPr>
        <w:t>09:32</w:t>
      </w:r>
    </w:p>
    <w:p w14:paraId="6BE7E16D" w14:textId="77777777" w:rsidR="00CB6D10" w:rsidRDefault="008538FF">
      <w:pPr>
        <w:spacing w:after="0"/>
      </w:pPr>
      <w:r>
        <w:rPr>
          <w:rFonts w:ascii="Arial" w:hAnsi="Arial"/>
        </w:rPr>
        <w:t xml:space="preserve">How long do you think it would take for all of the Jell-O to reach the same temperature? </w:t>
      </w:r>
    </w:p>
    <w:p w14:paraId="39BFF055" w14:textId="77777777" w:rsidR="00CB6D10" w:rsidRDefault="00CB6D10">
      <w:pPr>
        <w:spacing w:after="0"/>
      </w:pPr>
    </w:p>
    <w:p w14:paraId="1373CFB6" w14:textId="77777777" w:rsidR="00CB6D10" w:rsidRDefault="008538FF">
      <w:pPr>
        <w:spacing w:after="0"/>
      </w:pPr>
      <w:r>
        <w:rPr>
          <w:rFonts w:ascii="Arial" w:hAnsi="Arial"/>
          <w:b/>
        </w:rPr>
        <w:t xml:space="preserve">Participant #8:  </w:t>
      </w:r>
      <w:r>
        <w:rPr>
          <w:rFonts w:ascii="Arial" w:hAnsi="Arial"/>
          <w:color w:val="5D7284"/>
        </w:rPr>
        <w:t>09:38</w:t>
      </w:r>
    </w:p>
    <w:p w14:paraId="5CF442FF" w14:textId="77777777" w:rsidR="00CB6D10" w:rsidRDefault="008538FF">
      <w:pPr>
        <w:spacing w:after="0"/>
      </w:pPr>
      <w:r>
        <w:rPr>
          <w:rFonts w:ascii="Arial" w:hAnsi="Arial"/>
        </w:rPr>
        <w:t>About an hour ago again.</w:t>
      </w:r>
    </w:p>
    <w:p w14:paraId="21BB0E39" w14:textId="77777777" w:rsidR="00CB6D10" w:rsidRDefault="00CB6D10">
      <w:pPr>
        <w:spacing w:after="0"/>
      </w:pPr>
    </w:p>
    <w:p w14:paraId="201D7587" w14:textId="77777777" w:rsidR="00CB6D10" w:rsidRDefault="008538FF">
      <w:pPr>
        <w:spacing w:after="0"/>
      </w:pPr>
      <w:r>
        <w:rPr>
          <w:rFonts w:ascii="Arial" w:hAnsi="Arial"/>
          <w:b/>
        </w:rPr>
        <w:t xml:space="preserve">Interviewer P:  </w:t>
      </w:r>
      <w:r>
        <w:rPr>
          <w:rFonts w:ascii="Arial" w:hAnsi="Arial"/>
          <w:color w:val="5D7284"/>
        </w:rPr>
        <w:t>09:40</w:t>
      </w:r>
    </w:p>
    <w:p w14:paraId="25328733" w14:textId="77777777" w:rsidR="00CB6D10" w:rsidRDefault="008538FF">
      <w:pPr>
        <w:spacing w:after="0"/>
      </w:pPr>
      <w:r>
        <w:rPr>
          <w:rFonts w:ascii="Arial" w:hAnsi="Arial"/>
        </w:rPr>
        <w:lastRenderedPageBreak/>
        <w:t>Yeah. Were good?</w:t>
      </w:r>
    </w:p>
    <w:p w14:paraId="1E796A20" w14:textId="77777777" w:rsidR="00CB6D10" w:rsidRDefault="00CB6D10">
      <w:pPr>
        <w:spacing w:after="0"/>
      </w:pPr>
    </w:p>
    <w:p w14:paraId="32E902C0" w14:textId="77777777" w:rsidR="00CB6D10" w:rsidRDefault="008538FF">
      <w:pPr>
        <w:spacing w:after="0"/>
      </w:pPr>
      <w:r>
        <w:rPr>
          <w:rFonts w:ascii="Arial" w:hAnsi="Arial"/>
          <w:b/>
        </w:rPr>
        <w:t xml:space="preserve">Interviewer E:  </w:t>
      </w:r>
      <w:r>
        <w:rPr>
          <w:rFonts w:ascii="Arial" w:hAnsi="Arial"/>
          <w:color w:val="5D7284"/>
        </w:rPr>
        <w:t>09:44</w:t>
      </w:r>
    </w:p>
    <w:p w14:paraId="301B5146" w14:textId="77777777" w:rsidR="00CB6D10" w:rsidRDefault="008538FF">
      <w:pPr>
        <w:spacing w:after="0"/>
      </w:pPr>
      <w:r>
        <w:rPr>
          <w:rFonts w:ascii="Arial" w:hAnsi="Arial"/>
        </w:rPr>
        <w:t>Yeah.</w:t>
      </w:r>
    </w:p>
    <w:p w14:paraId="2309B5E2" w14:textId="77777777" w:rsidR="00CB6D10" w:rsidRDefault="00CB6D10">
      <w:pPr>
        <w:spacing w:after="0"/>
      </w:pPr>
    </w:p>
    <w:p w14:paraId="46937592" w14:textId="77777777" w:rsidR="00CB6D10" w:rsidRDefault="008538FF">
      <w:pPr>
        <w:spacing w:after="0"/>
      </w:pPr>
      <w:r>
        <w:rPr>
          <w:rFonts w:ascii="Arial" w:hAnsi="Arial"/>
          <w:b/>
        </w:rPr>
        <w:t xml:space="preserve">Interviewer P:  </w:t>
      </w:r>
      <w:r>
        <w:rPr>
          <w:rFonts w:ascii="Arial" w:hAnsi="Arial"/>
          <w:color w:val="5D7284"/>
        </w:rPr>
        <w:t>09:44</w:t>
      </w:r>
    </w:p>
    <w:p w14:paraId="22122D0B" w14:textId="77777777" w:rsidR="00CB6D10" w:rsidRDefault="008538FF">
      <w:pPr>
        <w:spacing w:after="0"/>
      </w:pPr>
      <w:r>
        <w:rPr>
          <w:rFonts w:ascii="Arial" w:hAnsi="Arial"/>
        </w:rPr>
        <w:t>Okay. What if, let's say that we reran this experiment with the same two waters, but they were not different temperatures? Do you think that would change what happened to your if they were the same temperature.</w:t>
      </w:r>
    </w:p>
    <w:p w14:paraId="2E56D205" w14:textId="77777777" w:rsidR="00CB6D10" w:rsidRDefault="00CB6D10">
      <w:pPr>
        <w:spacing w:after="0"/>
      </w:pPr>
    </w:p>
    <w:p w14:paraId="53C3C72F" w14:textId="77777777" w:rsidR="00CB6D10" w:rsidRDefault="008538FF">
      <w:pPr>
        <w:spacing w:after="0"/>
      </w:pPr>
      <w:r>
        <w:rPr>
          <w:rFonts w:ascii="Arial" w:hAnsi="Arial"/>
          <w:b/>
        </w:rPr>
        <w:t xml:space="preserve">Participant #8:  </w:t>
      </w:r>
      <w:r>
        <w:rPr>
          <w:rFonts w:ascii="Arial" w:hAnsi="Arial"/>
          <w:color w:val="5D7284"/>
        </w:rPr>
        <w:t>10:00</w:t>
      </w:r>
    </w:p>
    <w:p w14:paraId="18BD26DA" w14:textId="77777777" w:rsidR="00CB6D10" w:rsidRDefault="008538FF">
      <w:pPr>
        <w:spacing w:after="0"/>
      </w:pPr>
      <w:r>
        <w:rPr>
          <w:rFonts w:ascii="Arial" w:hAnsi="Arial"/>
        </w:rPr>
        <w:t>I think that the color would have mixed immediate.</w:t>
      </w:r>
    </w:p>
    <w:p w14:paraId="2B882554" w14:textId="77777777" w:rsidR="00CB6D10" w:rsidRDefault="00CB6D10">
      <w:pPr>
        <w:spacing w:after="0"/>
      </w:pPr>
    </w:p>
    <w:p w14:paraId="210CE0D5" w14:textId="77777777" w:rsidR="00CB6D10" w:rsidRDefault="008538FF">
      <w:pPr>
        <w:spacing w:after="0"/>
      </w:pPr>
      <w:r>
        <w:rPr>
          <w:rFonts w:ascii="Arial" w:hAnsi="Arial"/>
          <w:b/>
        </w:rPr>
        <w:t xml:space="preserve">Interviewer P:  </w:t>
      </w:r>
      <w:r>
        <w:rPr>
          <w:rFonts w:ascii="Arial" w:hAnsi="Arial"/>
          <w:color w:val="5D7284"/>
        </w:rPr>
        <w:t>10:03</w:t>
      </w:r>
    </w:p>
    <w:p w14:paraId="061A12A4" w14:textId="77777777" w:rsidR="00CB6D10" w:rsidRDefault="008538FF">
      <w:pPr>
        <w:spacing w:after="0"/>
      </w:pPr>
      <w:r>
        <w:rPr>
          <w:rFonts w:ascii="Arial" w:hAnsi="Arial"/>
        </w:rPr>
        <w:t>Immediately? What do you think it would look like after an hour?</w:t>
      </w:r>
    </w:p>
    <w:p w14:paraId="3149C717" w14:textId="77777777" w:rsidR="00CB6D10" w:rsidRDefault="00CB6D10">
      <w:pPr>
        <w:spacing w:after="0"/>
      </w:pPr>
    </w:p>
    <w:p w14:paraId="766788F5" w14:textId="77777777" w:rsidR="00CB6D10" w:rsidRDefault="008538FF">
      <w:pPr>
        <w:spacing w:after="0"/>
      </w:pPr>
      <w:r>
        <w:rPr>
          <w:rFonts w:ascii="Arial" w:hAnsi="Arial"/>
          <w:b/>
        </w:rPr>
        <w:t xml:space="preserve">Participant #8:  </w:t>
      </w:r>
      <w:r>
        <w:rPr>
          <w:rFonts w:ascii="Arial" w:hAnsi="Arial"/>
          <w:color w:val="5D7284"/>
        </w:rPr>
        <w:t>10:11</w:t>
      </w:r>
    </w:p>
    <w:p w14:paraId="7CFE0368" w14:textId="77777777" w:rsidR="00CB6D10" w:rsidRDefault="008538FF">
      <w:pPr>
        <w:spacing w:after="0"/>
      </w:pPr>
      <w:r>
        <w:rPr>
          <w:rFonts w:ascii="Arial" w:hAnsi="Arial"/>
        </w:rPr>
        <w:t>Still purplish?</w:t>
      </w:r>
    </w:p>
    <w:p w14:paraId="37D595E8" w14:textId="77777777" w:rsidR="00CB6D10" w:rsidRDefault="00CB6D10">
      <w:pPr>
        <w:spacing w:after="0"/>
      </w:pPr>
    </w:p>
    <w:p w14:paraId="17E4B921" w14:textId="77777777" w:rsidR="00CB6D10" w:rsidRDefault="008538FF">
      <w:pPr>
        <w:spacing w:after="0"/>
      </w:pPr>
      <w:r>
        <w:rPr>
          <w:rFonts w:ascii="Arial" w:hAnsi="Arial"/>
          <w:b/>
        </w:rPr>
        <w:t xml:space="preserve">Interviewer P:  </w:t>
      </w:r>
      <w:r>
        <w:rPr>
          <w:rFonts w:ascii="Arial" w:hAnsi="Arial"/>
          <w:color w:val="5D7284"/>
        </w:rPr>
        <w:t>10:12</w:t>
      </w:r>
    </w:p>
    <w:p w14:paraId="3C9EE448" w14:textId="77777777" w:rsidR="00CB6D10" w:rsidRDefault="008538FF">
      <w:pPr>
        <w:spacing w:after="0"/>
      </w:pPr>
      <w:r>
        <w:rPr>
          <w:rFonts w:ascii="Arial" w:hAnsi="Arial"/>
        </w:rPr>
        <w:t>Yeah, I actually let red and blue water of the same temperature sit for about an hour this morning. And yeah, if you want to move that over, you can here's what it looked like after an hour.</w:t>
      </w:r>
    </w:p>
    <w:p w14:paraId="36A867F6" w14:textId="77777777" w:rsidR="00CB6D10" w:rsidRDefault="00CB6D10">
      <w:pPr>
        <w:spacing w:after="0"/>
      </w:pPr>
    </w:p>
    <w:p w14:paraId="75A91EFB" w14:textId="77777777" w:rsidR="00CB6D10" w:rsidRDefault="008538FF">
      <w:pPr>
        <w:spacing w:after="0"/>
      </w:pPr>
      <w:r>
        <w:rPr>
          <w:rFonts w:ascii="Arial" w:hAnsi="Arial"/>
          <w:b/>
        </w:rPr>
        <w:t xml:space="preserve">Participant #8:  </w:t>
      </w:r>
      <w:r>
        <w:rPr>
          <w:rFonts w:ascii="Arial" w:hAnsi="Arial"/>
          <w:color w:val="5D7284"/>
        </w:rPr>
        <w:t>10:36</w:t>
      </w:r>
    </w:p>
    <w:p w14:paraId="7416827C" w14:textId="77777777" w:rsidR="00CB6D10" w:rsidRDefault="008538FF">
      <w:pPr>
        <w:spacing w:after="0"/>
      </w:pPr>
      <w:r>
        <w:rPr>
          <w:rFonts w:ascii="Arial" w:hAnsi="Arial"/>
        </w:rPr>
        <w:t xml:space="preserve">I mean, close enough, I guess. </w:t>
      </w:r>
    </w:p>
    <w:p w14:paraId="1E98C044" w14:textId="77777777" w:rsidR="00CB6D10" w:rsidRDefault="00CB6D10">
      <w:pPr>
        <w:spacing w:after="0"/>
      </w:pPr>
    </w:p>
    <w:p w14:paraId="6514B5DC" w14:textId="77777777" w:rsidR="00CB6D10" w:rsidRDefault="008538FF">
      <w:pPr>
        <w:spacing w:after="0"/>
      </w:pPr>
      <w:r>
        <w:rPr>
          <w:rFonts w:ascii="Arial" w:hAnsi="Arial"/>
          <w:b/>
        </w:rPr>
        <w:t xml:space="preserve">Interviewer P:  </w:t>
      </w:r>
      <w:r>
        <w:rPr>
          <w:rFonts w:ascii="Arial" w:hAnsi="Arial"/>
          <w:color w:val="5D7284"/>
        </w:rPr>
        <w:t>10:38</w:t>
      </w:r>
    </w:p>
    <w:p w14:paraId="6691ABDC" w14:textId="77777777" w:rsidR="00CB6D10" w:rsidRDefault="008538FF">
      <w:pPr>
        <w:spacing w:after="0"/>
      </w:pPr>
      <w:r>
        <w:rPr>
          <w:rFonts w:ascii="Arial" w:hAnsi="Arial"/>
        </w:rPr>
        <w:t>Yeah.</w:t>
      </w:r>
    </w:p>
    <w:p w14:paraId="7D7B092F" w14:textId="77777777" w:rsidR="00CB6D10" w:rsidRDefault="00CB6D10">
      <w:pPr>
        <w:spacing w:after="0"/>
      </w:pPr>
    </w:p>
    <w:p w14:paraId="741C5059" w14:textId="77777777" w:rsidR="00CB6D10" w:rsidRDefault="008538FF">
      <w:pPr>
        <w:spacing w:after="0"/>
      </w:pPr>
      <w:r>
        <w:rPr>
          <w:rFonts w:ascii="Arial" w:hAnsi="Arial"/>
          <w:b/>
        </w:rPr>
        <w:t xml:space="preserve">Participant #8:  </w:t>
      </w:r>
      <w:r>
        <w:rPr>
          <w:rFonts w:ascii="Arial" w:hAnsi="Arial"/>
          <w:color w:val="5D7284"/>
        </w:rPr>
        <w:t>10:39</w:t>
      </w:r>
    </w:p>
    <w:p w14:paraId="7D436555" w14:textId="77777777" w:rsidR="00CB6D10" w:rsidRDefault="008538FF">
      <w:pPr>
        <w:spacing w:after="0"/>
      </w:pPr>
      <w:r>
        <w:rPr>
          <w:rFonts w:ascii="Arial" w:hAnsi="Arial"/>
        </w:rPr>
        <w:t>The blue just overtook it more.</w:t>
      </w:r>
    </w:p>
    <w:p w14:paraId="1D936997" w14:textId="77777777" w:rsidR="00CB6D10" w:rsidRDefault="00CB6D10">
      <w:pPr>
        <w:spacing w:after="0"/>
      </w:pPr>
    </w:p>
    <w:p w14:paraId="3B467523" w14:textId="77777777" w:rsidR="00CB6D10" w:rsidRDefault="008538FF">
      <w:pPr>
        <w:spacing w:after="0"/>
      </w:pPr>
      <w:r>
        <w:rPr>
          <w:rFonts w:ascii="Arial" w:hAnsi="Arial"/>
          <w:b/>
        </w:rPr>
        <w:t xml:space="preserve">Interviewer P:  </w:t>
      </w:r>
      <w:r>
        <w:rPr>
          <w:rFonts w:ascii="Arial" w:hAnsi="Arial"/>
          <w:color w:val="5D7284"/>
        </w:rPr>
        <w:t>10:41</w:t>
      </w:r>
    </w:p>
    <w:p w14:paraId="19088ACC" w14:textId="77777777" w:rsidR="00CB6D10" w:rsidRDefault="008538FF">
      <w:pPr>
        <w:spacing w:after="0"/>
      </w:pPr>
      <w:r>
        <w:rPr>
          <w:rFonts w:ascii="Arial" w:hAnsi="Arial"/>
        </w:rPr>
        <w:t xml:space="preserve">Yeah. And I think too, depending on how dark the blue was versus the red, you know, blue and red makes purple. But maybe there was the blue with food blue food food coloring than red. So like you said, it's kind of purplish, but it kind of overtook it. So, but as you can see, except for weirdly, this little pocket in the corner, it's all the same color. Now. It is. Alright, so I'm gonna move this over here. So, I do have these two beakers of water now that are the same temperature. So you can go ahead and feel them too. </w:t>
      </w:r>
    </w:p>
    <w:p w14:paraId="77C167BB" w14:textId="77777777" w:rsidR="00CB6D10" w:rsidRDefault="00CB6D10">
      <w:pPr>
        <w:spacing w:after="0"/>
      </w:pPr>
    </w:p>
    <w:p w14:paraId="51B576E8" w14:textId="77777777" w:rsidR="00CB6D10" w:rsidRDefault="008538FF">
      <w:pPr>
        <w:spacing w:after="0"/>
      </w:pPr>
      <w:r>
        <w:rPr>
          <w:rFonts w:ascii="Arial" w:hAnsi="Arial"/>
          <w:b/>
        </w:rPr>
        <w:t xml:space="preserve">Participant #8:  </w:t>
      </w:r>
      <w:r>
        <w:rPr>
          <w:rFonts w:ascii="Arial" w:hAnsi="Arial"/>
          <w:color w:val="5D7284"/>
        </w:rPr>
        <w:t>11:27</w:t>
      </w:r>
    </w:p>
    <w:p w14:paraId="399F736E" w14:textId="77777777" w:rsidR="00CB6D10" w:rsidRDefault="008538FF">
      <w:pPr>
        <w:spacing w:after="0"/>
      </w:pPr>
      <w:r>
        <w:rPr>
          <w:rFonts w:ascii="Arial" w:hAnsi="Arial"/>
        </w:rPr>
        <w:t>Its looks like they just been sitting there. I mean, ones gonna be on the top and ones gonna be on the bottom. I'm just not sure which is which. Basically that.</w:t>
      </w:r>
    </w:p>
    <w:p w14:paraId="351C11F0" w14:textId="77777777" w:rsidR="00CB6D10" w:rsidRDefault="00CB6D10">
      <w:pPr>
        <w:spacing w:after="0"/>
      </w:pPr>
    </w:p>
    <w:p w14:paraId="10E8E8E6" w14:textId="77777777" w:rsidR="00CB6D10" w:rsidRDefault="008538FF">
      <w:pPr>
        <w:spacing w:after="0"/>
      </w:pPr>
      <w:r>
        <w:rPr>
          <w:rFonts w:ascii="Arial" w:hAnsi="Arial"/>
          <w:b/>
        </w:rPr>
        <w:lastRenderedPageBreak/>
        <w:t xml:space="preserve">Interviewer P:  </w:t>
      </w:r>
      <w:r>
        <w:rPr>
          <w:rFonts w:ascii="Arial" w:hAnsi="Arial"/>
          <w:color w:val="5D7284"/>
        </w:rPr>
        <w:t>11:29</w:t>
      </w:r>
    </w:p>
    <w:p w14:paraId="523B88AF" w14:textId="77777777" w:rsidR="00CB6D10" w:rsidRDefault="008538FF">
      <w:pPr>
        <w:spacing w:after="0"/>
      </w:pPr>
      <w:r>
        <w:rPr>
          <w:rFonts w:ascii="Arial" w:hAnsi="Arial"/>
        </w:rPr>
        <w:t xml:space="preserve">Yeah, to verify that. But they are different. And here's how they're different. This green water is salty. And this yellow water is fresh. So we're gonna ask you the same thing. So we need to get your number eight, right. Right. Yeah. Okay. Sorry, it's a little currently ask you to do the same thing that you did the first time and predict what we're gonna do the same thing green, yellow, predict what it will look like one minute after with water of the same temperature. But now what we're changing instead of the temperature is one salty one's fresh. So yeah, go ahead you can think about it but um, sketch what you think that will do.  Okay. Tell me about your sketch. </w:t>
      </w:r>
    </w:p>
    <w:p w14:paraId="50F78634" w14:textId="77777777" w:rsidR="00CB6D10" w:rsidRDefault="00CB6D10">
      <w:pPr>
        <w:spacing w:after="0"/>
      </w:pPr>
    </w:p>
    <w:p w14:paraId="42E4508F" w14:textId="77777777" w:rsidR="00CB6D10" w:rsidRDefault="008538FF">
      <w:pPr>
        <w:spacing w:after="0"/>
      </w:pPr>
      <w:r>
        <w:rPr>
          <w:rFonts w:ascii="Arial" w:hAnsi="Arial"/>
          <w:b/>
        </w:rPr>
        <w:t xml:space="preserve">Participant #8:  </w:t>
      </w:r>
      <w:r>
        <w:rPr>
          <w:rFonts w:ascii="Arial" w:hAnsi="Arial"/>
          <w:color w:val="5D7284"/>
        </w:rPr>
        <w:t>13:09</w:t>
      </w:r>
    </w:p>
    <w:p w14:paraId="4BF3455B" w14:textId="77777777" w:rsidR="00CB6D10" w:rsidRDefault="008538FF">
      <w:pPr>
        <w:spacing w:after="0"/>
      </w:pPr>
      <w:r>
        <w:rPr>
          <w:rFonts w:ascii="Arial" w:hAnsi="Arial"/>
        </w:rPr>
        <w:t>Um, I know that a lot of things like flow on salty water, because salty water has like, a good boyancy. And so because I'm thinking of, like, I wrote on the pages, like the Dead Sea, like, you know, a lot of things float on that water. So I'm thinking like, maybe regular water will too.</w:t>
      </w:r>
    </w:p>
    <w:p w14:paraId="4EB891DE" w14:textId="77777777" w:rsidR="00CB6D10" w:rsidRDefault="00CB6D10">
      <w:pPr>
        <w:spacing w:after="0"/>
      </w:pPr>
    </w:p>
    <w:p w14:paraId="19C0DB60" w14:textId="77777777" w:rsidR="00CB6D10" w:rsidRDefault="008538FF">
      <w:pPr>
        <w:spacing w:after="0"/>
      </w:pPr>
      <w:r>
        <w:rPr>
          <w:rFonts w:ascii="Arial" w:hAnsi="Arial"/>
          <w:b/>
        </w:rPr>
        <w:t xml:space="preserve">Interviewer P:  </w:t>
      </w:r>
      <w:r>
        <w:rPr>
          <w:rFonts w:ascii="Arial" w:hAnsi="Arial"/>
          <w:color w:val="5D7284"/>
        </w:rPr>
        <w:t>13:30</w:t>
      </w:r>
    </w:p>
    <w:p w14:paraId="16ACB0AB" w14:textId="77777777" w:rsidR="00CB6D10" w:rsidRDefault="008538FF">
      <w:pPr>
        <w:spacing w:after="0"/>
      </w:pPr>
      <w:r>
        <w:rPr>
          <w:rFonts w:ascii="Arial" w:hAnsi="Arial"/>
        </w:rPr>
        <w:t>And so I noticed that, I think you did green first and yellow and your yellow is extending into the green. So is that kind of mixing there?</w:t>
      </w:r>
    </w:p>
    <w:p w14:paraId="7A024BD6" w14:textId="77777777" w:rsidR="00CB6D10" w:rsidRDefault="00CB6D10">
      <w:pPr>
        <w:spacing w:after="0"/>
      </w:pPr>
    </w:p>
    <w:p w14:paraId="45244807" w14:textId="77777777" w:rsidR="00CB6D10" w:rsidRDefault="008538FF">
      <w:pPr>
        <w:spacing w:after="0"/>
      </w:pPr>
      <w:r>
        <w:rPr>
          <w:rFonts w:ascii="Arial" w:hAnsi="Arial"/>
          <w:b/>
        </w:rPr>
        <w:t xml:space="preserve">Participant #8:  </w:t>
      </w:r>
      <w:r>
        <w:rPr>
          <w:rFonts w:ascii="Arial" w:hAnsi="Arial"/>
          <w:color w:val="5D7284"/>
        </w:rPr>
        <w:t>13:41</w:t>
      </w:r>
    </w:p>
    <w:p w14:paraId="1BEC14FA" w14:textId="77777777" w:rsidR="00CB6D10" w:rsidRDefault="008538FF">
      <w:pPr>
        <w:spacing w:after="0"/>
      </w:pPr>
      <w:r>
        <w:rPr>
          <w:rFonts w:ascii="Arial" w:hAnsi="Arial"/>
        </w:rPr>
        <w:t>Kind of like in the red and blue. There's just like a little bit in the middle where it's melting a little bit.</w:t>
      </w:r>
    </w:p>
    <w:p w14:paraId="4AED8BE4" w14:textId="77777777" w:rsidR="00CB6D10" w:rsidRDefault="00CB6D10">
      <w:pPr>
        <w:spacing w:after="0"/>
      </w:pPr>
    </w:p>
    <w:p w14:paraId="161C9833" w14:textId="77777777" w:rsidR="00CB6D10" w:rsidRDefault="008538FF">
      <w:pPr>
        <w:spacing w:after="0"/>
      </w:pPr>
      <w:r>
        <w:rPr>
          <w:rFonts w:ascii="Arial" w:hAnsi="Arial"/>
          <w:b/>
        </w:rPr>
        <w:t xml:space="preserve">Interviewer P:  </w:t>
      </w:r>
      <w:r>
        <w:rPr>
          <w:rFonts w:ascii="Arial" w:hAnsi="Arial"/>
          <w:color w:val="5D7284"/>
        </w:rPr>
        <w:t>13:47</w:t>
      </w:r>
    </w:p>
    <w:p w14:paraId="6207A55B" w14:textId="77777777" w:rsidR="00CB6D10" w:rsidRDefault="008538FF">
      <w:pPr>
        <w:spacing w:after="0"/>
      </w:pPr>
      <w:r>
        <w:rPr>
          <w:rFonts w:ascii="Arial" w:hAnsi="Arial"/>
        </w:rPr>
        <w:t>And I know this is probably kind of hard, but I'm going to take you back to like when you first came in here, if we had done this first, would you have said that? In other words, do you think the results of the hot and cold water influenced your prediction or? It's hard to it's hard to think what you would have thought right?</w:t>
      </w:r>
    </w:p>
    <w:p w14:paraId="5A5F832D" w14:textId="77777777" w:rsidR="00CB6D10" w:rsidRDefault="00CB6D10">
      <w:pPr>
        <w:spacing w:after="0"/>
      </w:pPr>
    </w:p>
    <w:p w14:paraId="1D383D80" w14:textId="77777777" w:rsidR="00CB6D10" w:rsidRDefault="008538FF">
      <w:pPr>
        <w:spacing w:after="0"/>
      </w:pPr>
      <w:r>
        <w:rPr>
          <w:rFonts w:ascii="Arial" w:hAnsi="Arial"/>
          <w:b/>
        </w:rPr>
        <w:t xml:space="preserve">Participant #8:  </w:t>
      </w:r>
      <w:r>
        <w:rPr>
          <w:rFonts w:ascii="Arial" w:hAnsi="Arial"/>
          <w:color w:val="5D7284"/>
        </w:rPr>
        <w:t>14:12</w:t>
      </w:r>
    </w:p>
    <w:p w14:paraId="119C1D69" w14:textId="77777777" w:rsidR="00CB6D10" w:rsidRDefault="008538FF">
      <w:pPr>
        <w:spacing w:after="0"/>
      </w:pPr>
      <w:r>
        <w:rPr>
          <w:rFonts w:ascii="Arial" w:hAnsi="Arial"/>
        </w:rPr>
        <w:t>I feel like this one makes much more logical sense to me that one's going to be on top and one's going to be on bottom but um I think I still probably would have said side to side for this one.</w:t>
      </w:r>
    </w:p>
    <w:p w14:paraId="2D210AAE" w14:textId="77777777" w:rsidR="00CB6D10" w:rsidRDefault="00CB6D10">
      <w:pPr>
        <w:spacing w:after="0"/>
      </w:pPr>
    </w:p>
    <w:p w14:paraId="67A37E44" w14:textId="77777777" w:rsidR="00CB6D10" w:rsidRDefault="008538FF">
      <w:pPr>
        <w:spacing w:after="0"/>
      </w:pPr>
      <w:r>
        <w:rPr>
          <w:rFonts w:ascii="Arial" w:hAnsi="Arial"/>
          <w:b/>
        </w:rPr>
        <w:t xml:space="preserve">Interviewer P:  </w:t>
      </w:r>
      <w:r>
        <w:rPr>
          <w:rFonts w:ascii="Arial" w:hAnsi="Arial"/>
          <w:color w:val="5D7284"/>
        </w:rPr>
        <w:t>14:27</w:t>
      </w:r>
    </w:p>
    <w:p w14:paraId="062FD45E" w14:textId="77777777" w:rsidR="00CB6D10" w:rsidRDefault="008538FF">
      <w:pPr>
        <w:spacing w:after="0"/>
      </w:pPr>
      <w:r>
        <w:rPr>
          <w:rFonts w:ascii="Arial" w:hAnsi="Arial"/>
        </w:rPr>
        <w:t>And tell me a little bit about logical sense why?</w:t>
      </w:r>
    </w:p>
    <w:p w14:paraId="73F2CF92" w14:textId="77777777" w:rsidR="00CB6D10" w:rsidRDefault="00CB6D10">
      <w:pPr>
        <w:spacing w:after="0"/>
      </w:pPr>
    </w:p>
    <w:p w14:paraId="4512016F" w14:textId="77777777" w:rsidR="00CB6D10" w:rsidRDefault="008538FF">
      <w:pPr>
        <w:spacing w:after="0"/>
      </w:pPr>
      <w:r>
        <w:rPr>
          <w:rFonts w:ascii="Arial" w:hAnsi="Arial"/>
          <w:b/>
        </w:rPr>
        <w:t xml:space="preserve">Participant #8:  </w:t>
      </w:r>
      <w:r>
        <w:rPr>
          <w:rFonts w:ascii="Arial" w:hAnsi="Arial"/>
          <w:color w:val="5D7284"/>
        </w:rPr>
        <w:t>14:29</w:t>
      </w:r>
    </w:p>
    <w:p w14:paraId="5ECDE0A8" w14:textId="77777777" w:rsidR="00CB6D10" w:rsidRDefault="008538FF">
      <w:pPr>
        <w:spacing w:after="0"/>
      </w:pPr>
      <w:r>
        <w:rPr>
          <w:rFonts w:ascii="Arial" w:hAnsi="Arial"/>
        </w:rPr>
        <w:t>Like it's specifically being salty and not salty. I kind of do just think more horizontal layers for like things floating on other things.</w:t>
      </w:r>
    </w:p>
    <w:p w14:paraId="1B306500" w14:textId="77777777" w:rsidR="00CB6D10" w:rsidRDefault="00CB6D10">
      <w:pPr>
        <w:spacing w:after="0"/>
      </w:pPr>
    </w:p>
    <w:p w14:paraId="2A9F6DEB" w14:textId="77777777" w:rsidR="00CB6D10" w:rsidRDefault="008538FF">
      <w:pPr>
        <w:spacing w:after="0"/>
      </w:pPr>
      <w:r>
        <w:rPr>
          <w:rFonts w:ascii="Arial" w:hAnsi="Arial"/>
          <w:b/>
        </w:rPr>
        <w:t xml:space="preserve">Interviewer P:  </w:t>
      </w:r>
      <w:r>
        <w:rPr>
          <w:rFonts w:ascii="Arial" w:hAnsi="Arial"/>
          <w:color w:val="5D7284"/>
        </w:rPr>
        <w:t>14:52</w:t>
      </w:r>
    </w:p>
    <w:p w14:paraId="41489DB3" w14:textId="77777777" w:rsidR="00CB6D10" w:rsidRDefault="008538FF">
      <w:pPr>
        <w:spacing w:after="0"/>
      </w:pPr>
      <w:r>
        <w:rPr>
          <w:rFonts w:ascii="Arial" w:hAnsi="Arial"/>
        </w:rPr>
        <w:t>Let's do it and see what we get.</w:t>
      </w:r>
    </w:p>
    <w:p w14:paraId="19D6A0E4" w14:textId="77777777" w:rsidR="00CB6D10" w:rsidRDefault="00CB6D10">
      <w:pPr>
        <w:spacing w:after="0"/>
      </w:pPr>
    </w:p>
    <w:p w14:paraId="59E6FB88" w14:textId="77777777" w:rsidR="00CB6D10" w:rsidRDefault="008538FF">
      <w:pPr>
        <w:spacing w:after="0"/>
      </w:pPr>
      <w:r>
        <w:rPr>
          <w:rFonts w:ascii="Arial" w:hAnsi="Arial"/>
          <w:b/>
        </w:rPr>
        <w:t xml:space="preserve">Participant #8:  </w:t>
      </w:r>
      <w:r>
        <w:rPr>
          <w:rFonts w:ascii="Arial" w:hAnsi="Arial"/>
          <w:color w:val="5D7284"/>
        </w:rPr>
        <w:t>14:59</w:t>
      </w:r>
    </w:p>
    <w:p w14:paraId="0D4C6CCC" w14:textId="77777777" w:rsidR="00CB6D10" w:rsidRDefault="008538FF">
      <w:pPr>
        <w:spacing w:after="0"/>
      </w:pPr>
      <w:r>
        <w:rPr>
          <w:rFonts w:ascii="Arial" w:hAnsi="Arial"/>
        </w:rPr>
        <w:t>You guys know it was hailing I was walking here was like a mile walk and it was started raining on me and I was almost in here and it was hailing on me.</w:t>
      </w:r>
    </w:p>
    <w:p w14:paraId="47F68029" w14:textId="77777777" w:rsidR="00CB6D10" w:rsidRDefault="00CB6D10">
      <w:pPr>
        <w:spacing w:after="0"/>
      </w:pPr>
    </w:p>
    <w:p w14:paraId="569F8B9F" w14:textId="77777777" w:rsidR="00CB6D10" w:rsidRDefault="008538FF">
      <w:pPr>
        <w:spacing w:after="0"/>
      </w:pPr>
      <w:r>
        <w:rPr>
          <w:rFonts w:ascii="Arial" w:hAnsi="Arial"/>
          <w:b/>
        </w:rPr>
        <w:t xml:space="preserve">Interviewer P:  </w:t>
      </w:r>
      <w:r>
        <w:rPr>
          <w:rFonts w:ascii="Arial" w:hAnsi="Arial"/>
          <w:color w:val="5D7284"/>
        </w:rPr>
        <w:t>15:06</w:t>
      </w:r>
    </w:p>
    <w:p w14:paraId="41BC2DBA" w14:textId="77777777" w:rsidR="00CB6D10" w:rsidRDefault="008538FF">
      <w:pPr>
        <w:spacing w:after="0"/>
      </w:pPr>
      <w:r>
        <w:rPr>
          <w:rFonts w:ascii="Arial" w:hAnsi="Arial"/>
        </w:rPr>
        <w:t xml:space="preserve">I didnt even know it was raining. We both go here so early, but you did have pilaties. </w:t>
      </w:r>
    </w:p>
    <w:p w14:paraId="6B32FFAD" w14:textId="77777777" w:rsidR="00CB6D10" w:rsidRDefault="00CB6D10">
      <w:pPr>
        <w:spacing w:after="0"/>
      </w:pPr>
    </w:p>
    <w:p w14:paraId="1E877826" w14:textId="77777777" w:rsidR="00CB6D10" w:rsidRDefault="008538FF">
      <w:pPr>
        <w:spacing w:after="0"/>
      </w:pPr>
      <w:r>
        <w:rPr>
          <w:rFonts w:ascii="Arial" w:hAnsi="Arial"/>
          <w:b/>
        </w:rPr>
        <w:t xml:space="preserve">Interviewer E:  </w:t>
      </w:r>
      <w:r>
        <w:rPr>
          <w:rFonts w:ascii="Arial" w:hAnsi="Arial"/>
          <w:color w:val="5D7284"/>
        </w:rPr>
        <w:t>15:08</w:t>
      </w:r>
    </w:p>
    <w:p w14:paraId="4E191DA6" w14:textId="77777777" w:rsidR="00CB6D10" w:rsidRDefault="008538FF">
      <w:pPr>
        <w:spacing w:after="0"/>
      </w:pPr>
      <w:r>
        <w:rPr>
          <w:rFonts w:ascii="Arial" w:hAnsi="Arial"/>
        </w:rPr>
        <w:t>but it was raining a little bit. I didnt know it hailed.</w:t>
      </w:r>
    </w:p>
    <w:p w14:paraId="34934CF6" w14:textId="77777777" w:rsidR="00CB6D10" w:rsidRDefault="00CB6D10">
      <w:pPr>
        <w:spacing w:after="0"/>
      </w:pPr>
    </w:p>
    <w:p w14:paraId="11FC432D" w14:textId="77777777" w:rsidR="00CB6D10" w:rsidRDefault="008538FF">
      <w:pPr>
        <w:spacing w:after="0"/>
      </w:pPr>
      <w:r>
        <w:rPr>
          <w:rFonts w:ascii="Arial" w:hAnsi="Arial"/>
          <w:b/>
        </w:rPr>
        <w:t xml:space="preserve">Participant #8:  </w:t>
      </w:r>
      <w:r>
        <w:rPr>
          <w:rFonts w:ascii="Arial" w:hAnsi="Arial"/>
          <w:color w:val="5D7284"/>
        </w:rPr>
        <w:t>15:13</w:t>
      </w:r>
    </w:p>
    <w:p w14:paraId="15A9C59B" w14:textId="77777777" w:rsidR="00CB6D10" w:rsidRDefault="008538FF">
      <w:pPr>
        <w:spacing w:after="0"/>
      </w:pPr>
      <w:r>
        <w:rPr>
          <w:rFonts w:ascii="Arial" w:hAnsi="Arial"/>
        </w:rPr>
        <w:t>Did for  like a little bit I don't know it caught me off guard.</w:t>
      </w:r>
    </w:p>
    <w:p w14:paraId="2D0E7DE3" w14:textId="77777777" w:rsidR="00CB6D10" w:rsidRDefault="00CB6D10">
      <w:pPr>
        <w:spacing w:after="0"/>
      </w:pPr>
    </w:p>
    <w:p w14:paraId="2000383F" w14:textId="77777777" w:rsidR="00CB6D10" w:rsidRDefault="008538FF">
      <w:pPr>
        <w:spacing w:after="0"/>
      </w:pPr>
      <w:r>
        <w:rPr>
          <w:rFonts w:ascii="Arial" w:hAnsi="Arial"/>
          <w:b/>
        </w:rPr>
        <w:t xml:space="preserve">Interviewer E:  </w:t>
      </w:r>
      <w:r>
        <w:rPr>
          <w:rFonts w:ascii="Arial" w:hAnsi="Arial"/>
          <w:color w:val="5D7284"/>
        </w:rPr>
        <w:t>15:16</w:t>
      </w:r>
    </w:p>
    <w:p w14:paraId="437A8701" w14:textId="77777777" w:rsidR="00CB6D10" w:rsidRDefault="008538FF">
      <w:pPr>
        <w:spacing w:after="0"/>
      </w:pPr>
      <w:r>
        <w:rPr>
          <w:rFonts w:ascii="Arial" w:hAnsi="Arial"/>
        </w:rPr>
        <w:t>Well thats Maryland.</w:t>
      </w:r>
    </w:p>
    <w:p w14:paraId="4E99FB18" w14:textId="77777777" w:rsidR="00CB6D10" w:rsidRDefault="00CB6D10">
      <w:pPr>
        <w:spacing w:after="0"/>
      </w:pPr>
    </w:p>
    <w:p w14:paraId="0442975F" w14:textId="77777777" w:rsidR="00CB6D10" w:rsidRDefault="008538FF">
      <w:pPr>
        <w:spacing w:after="0"/>
      </w:pPr>
      <w:r>
        <w:rPr>
          <w:rFonts w:ascii="Arial" w:hAnsi="Arial"/>
          <w:b/>
        </w:rPr>
        <w:t xml:space="preserve">Participant #8:  </w:t>
      </w:r>
      <w:r>
        <w:rPr>
          <w:rFonts w:ascii="Arial" w:hAnsi="Arial"/>
          <w:color w:val="5D7284"/>
        </w:rPr>
        <w:t>15:17</w:t>
      </w:r>
    </w:p>
    <w:p w14:paraId="09B5CE37" w14:textId="77777777" w:rsidR="00CB6D10" w:rsidRDefault="008538FF">
      <w:pPr>
        <w:spacing w:after="0"/>
      </w:pPr>
      <w:r>
        <w:rPr>
          <w:rFonts w:ascii="Arial" w:hAnsi="Arial"/>
        </w:rPr>
        <w:t>Ut oh there is a spill.</w:t>
      </w:r>
    </w:p>
    <w:p w14:paraId="1EB4B806" w14:textId="77777777" w:rsidR="00CB6D10" w:rsidRDefault="00CB6D10">
      <w:pPr>
        <w:spacing w:after="0"/>
      </w:pPr>
    </w:p>
    <w:p w14:paraId="16047FD2" w14:textId="77777777" w:rsidR="00CB6D10" w:rsidRDefault="008538FF">
      <w:pPr>
        <w:spacing w:after="0"/>
      </w:pPr>
      <w:r>
        <w:rPr>
          <w:rFonts w:ascii="Arial" w:hAnsi="Arial"/>
          <w:b/>
        </w:rPr>
        <w:t xml:space="preserve">Interviewer P:  </w:t>
      </w:r>
      <w:r>
        <w:rPr>
          <w:rFonts w:ascii="Arial" w:hAnsi="Arial"/>
          <w:color w:val="5D7284"/>
        </w:rPr>
        <w:t>15:20</w:t>
      </w:r>
    </w:p>
    <w:p w14:paraId="45A85343" w14:textId="77777777" w:rsidR="00CB6D10" w:rsidRDefault="008538FF">
      <w:pPr>
        <w:spacing w:after="0"/>
      </w:pPr>
      <w:r>
        <w:rPr>
          <w:rFonts w:ascii="Arial" w:hAnsi="Arial"/>
        </w:rPr>
        <w:t>there's this is a lot harder Erica to handle one handedly. So we'll have to do this in the pichters too. We do it all at one time, because as you can see that divider leaks. But we can still do it. There we go I didnt set my timer. Alright, we're gonna do 40 seconds.</w:t>
      </w:r>
    </w:p>
    <w:p w14:paraId="658EFF1D" w14:textId="77777777" w:rsidR="00CB6D10" w:rsidRDefault="00CB6D10">
      <w:pPr>
        <w:spacing w:after="0"/>
      </w:pPr>
    </w:p>
    <w:p w14:paraId="39DDEA34" w14:textId="77777777" w:rsidR="00CB6D10" w:rsidRDefault="008538FF">
      <w:pPr>
        <w:spacing w:after="0"/>
      </w:pPr>
      <w:r>
        <w:rPr>
          <w:rFonts w:ascii="Arial" w:hAnsi="Arial"/>
          <w:b/>
        </w:rPr>
        <w:t xml:space="preserve">Participant #8:  </w:t>
      </w:r>
      <w:r>
        <w:rPr>
          <w:rFonts w:ascii="Arial" w:hAnsi="Arial"/>
          <w:color w:val="5D7284"/>
        </w:rPr>
        <w:t>16:05</w:t>
      </w:r>
    </w:p>
    <w:p w14:paraId="116EB199" w14:textId="77777777" w:rsidR="00CB6D10" w:rsidRDefault="008538FF">
      <w:pPr>
        <w:spacing w:after="0"/>
      </w:pPr>
      <w:r>
        <w:rPr>
          <w:rFonts w:ascii="Arial" w:hAnsi="Arial"/>
        </w:rPr>
        <w:t>Take a paper towel and clean up that yellow.</w:t>
      </w:r>
    </w:p>
    <w:p w14:paraId="5E9FF2DA" w14:textId="77777777" w:rsidR="00CB6D10" w:rsidRDefault="00CB6D10">
      <w:pPr>
        <w:spacing w:after="0"/>
      </w:pPr>
    </w:p>
    <w:p w14:paraId="39347ED8" w14:textId="77777777" w:rsidR="00CB6D10" w:rsidRDefault="008538FF">
      <w:pPr>
        <w:spacing w:after="0"/>
      </w:pPr>
      <w:r>
        <w:rPr>
          <w:rFonts w:ascii="Arial" w:hAnsi="Arial"/>
          <w:b/>
        </w:rPr>
        <w:t xml:space="preserve">Interviewer P:  </w:t>
      </w:r>
      <w:r>
        <w:rPr>
          <w:rFonts w:ascii="Arial" w:hAnsi="Arial"/>
          <w:color w:val="5D7284"/>
        </w:rPr>
        <w:t>16:10</w:t>
      </w:r>
    </w:p>
    <w:p w14:paraId="2DF302A8" w14:textId="77777777" w:rsidR="00CB6D10" w:rsidRDefault="008538FF">
      <w:pPr>
        <w:spacing w:after="0"/>
      </w:pPr>
      <w:r>
        <w:rPr>
          <w:rFonts w:ascii="Arial" w:hAnsi="Arial"/>
        </w:rPr>
        <w:t>Is it headed your way?</w:t>
      </w:r>
    </w:p>
    <w:p w14:paraId="5EB9A6DE" w14:textId="77777777" w:rsidR="00CB6D10" w:rsidRDefault="00CB6D10">
      <w:pPr>
        <w:spacing w:after="0"/>
      </w:pPr>
    </w:p>
    <w:p w14:paraId="13438990" w14:textId="77777777" w:rsidR="00CB6D10" w:rsidRDefault="008538FF">
      <w:pPr>
        <w:spacing w:after="0"/>
      </w:pPr>
      <w:r>
        <w:rPr>
          <w:rFonts w:ascii="Arial" w:hAnsi="Arial"/>
          <w:b/>
        </w:rPr>
        <w:t xml:space="preserve">Participant #8:  </w:t>
      </w:r>
      <w:r>
        <w:rPr>
          <w:rFonts w:ascii="Arial" w:hAnsi="Arial"/>
          <w:color w:val="5D7284"/>
        </w:rPr>
        <w:t>16:13</w:t>
      </w:r>
    </w:p>
    <w:p w14:paraId="210116E8" w14:textId="77777777" w:rsidR="00CB6D10" w:rsidRDefault="008538FF">
      <w:pPr>
        <w:spacing w:after="0"/>
      </w:pPr>
      <w:r>
        <w:rPr>
          <w:rFonts w:ascii="Arial" w:hAnsi="Arial"/>
        </w:rPr>
        <w:t xml:space="preserve">No, It's just there. </w:t>
      </w:r>
    </w:p>
    <w:p w14:paraId="41D88199" w14:textId="77777777" w:rsidR="00CB6D10" w:rsidRDefault="00CB6D10">
      <w:pPr>
        <w:spacing w:after="0"/>
      </w:pPr>
    </w:p>
    <w:p w14:paraId="29F090B7" w14:textId="77777777" w:rsidR="00CB6D10" w:rsidRDefault="008538FF">
      <w:pPr>
        <w:spacing w:after="0"/>
      </w:pPr>
      <w:r>
        <w:rPr>
          <w:rFonts w:ascii="Arial" w:hAnsi="Arial"/>
          <w:b/>
        </w:rPr>
        <w:t xml:space="preserve">Interviewer P:  </w:t>
      </w:r>
      <w:r>
        <w:rPr>
          <w:rFonts w:ascii="Arial" w:hAnsi="Arial"/>
          <w:color w:val="5D7284"/>
        </w:rPr>
        <w:t>16:43</w:t>
      </w:r>
    </w:p>
    <w:p w14:paraId="0CEC96EC" w14:textId="77777777" w:rsidR="00CB6D10" w:rsidRDefault="008538FF">
      <w:pPr>
        <w:spacing w:after="0"/>
      </w:pPr>
      <w:r>
        <w:rPr>
          <w:rFonts w:ascii="Arial" w:hAnsi="Arial"/>
        </w:rPr>
        <w:t>So that's a minute. Does that surprise you?</w:t>
      </w:r>
    </w:p>
    <w:p w14:paraId="6B66986D" w14:textId="77777777" w:rsidR="00CB6D10" w:rsidRDefault="00CB6D10">
      <w:pPr>
        <w:spacing w:after="0"/>
      </w:pPr>
    </w:p>
    <w:p w14:paraId="59F26C61" w14:textId="77777777" w:rsidR="00CB6D10" w:rsidRDefault="008538FF">
      <w:pPr>
        <w:spacing w:after="0"/>
      </w:pPr>
      <w:r>
        <w:rPr>
          <w:rFonts w:ascii="Arial" w:hAnsi="Arial"/>
          <w:b/>
        </w:rPr>
        <w:t xml:space="preserve">Participant #8:  </w:t>
      </w:r>
      <w:r>
        <w:rPr>
          <w:rFonts w:ascii="Arial" w:hAnsi="Arial"/>
          <w:color w:val="5D7284"/>
        </w:rPr>
        <w:t>16:46</w:t>
      </w:r>
    </w:p>
    <w:p w14:paraId="4434BCE6" w14:textId="77777777" w:rsidR="00CB6D10" w:rsidRDefault="008538FF">
      <w:pPr>
        <w:spacing w:after="0"/>
      </w:pPr>
      <w:r>
        <w:rPr>
          <w:rFonts w:ascii="Arial" w:hAnsi="Arial"/>
        </w:rPr>
        <w:t>No, that's pretty much what I drew. I think I drew it really well, because it's like not like, clear cut one than the other like there's a little bit of mixing.</w:t>
      </w:r>
    </w:p>
    <w:p w14:paraId="363FA077" w14:textId="77777777" w:rsidR="00CB6D10" w:rsidRDefault="00CB6D10">
      <w:pPr>
        <w:spacing w:after="0"/>
      </w:pPr>
    </w:p>
    <w:p w14:paraId="41FBD810" w14:textId="77777777" w:rsidR="00CB6D10" w:rsidRDefault="008538FF">
      <w:pPr>
        <w:spacing w:after="0"/>
      </w:pPr>
      <w:r>
        <w:rPr>
          <w:rFonts w:ascii="Arial" w:hAnsi="Arial"/>
          <w:b/>
        </w:rPr>
        <w:t xml:space="preserve">Interviewer P:  </w:t>
      </w:r>
      <w:r>
        <w:rPr>
          <w:rFonts w:ascii="Arial" w:hAnsi="Arial"/>
          <w:color w:val="5D7284"/>
        </w:rPr>
        <w:t>16:54</w:t>
      </w:r>
    </w:p>
    <w:p w14:paraId="759CA7B0" w14:textId="77777777" w:rsidR="00CB6D10" w:rsidRDefault="008538FF">
      <w:pPr>
        <w:spacing w:after="0"/>
      </w:pPr>
      <w:r>
        <w:rPr>
          <w:rFonts w:ascii="Arial" w:hAnsi="Arial"/>
        </w:rPr>
        <w:t>And did it surprise you the way that it mixed like the movement on water? anything surprising or interesting there?</w:t>
      </w:r>
    </w:p>
    <w:p w14:paraId="15DA0EE4" w14:textId="77777777" w:rsidR="00CB6D10" w:rsidRDefault="00CB6D10">
      <w:pPr>
        <w:spacing w:after="0"/>
      </w:pPr>
    </w:p>
    <w:p w14:paraId="6979EF5B" w14:textId="77777777" w:rsidR="00CB6D10" w:rsidRDefault="008538FF">
      <w:pPr>
        <w:spacing w:after="0"/>
      </w:pPr>
      <w:r>
        <w:rPr>
          <w:rFonts w:ascii="Arial" w:hAnsi="Arial"/>
          <w:b/>
        </w:rPr>
        <w:t xml:space="preserve">Participant #8:  </w:t>
      </w:r>
      <w:r>
        <w:rPr>
          <w:rFonts w:ascii="Arial" w:hAnsi="Arial"/>
          <w:color w:val="5D7284"/>
        </w:rPr>
        <w:t>17:04</w:t>
      </w:r>
    </w:p>
    <w:p w14:paraId="05E06E8C" w14:textId="77777777" w:rsidR="00CB6D10" w:rsidRDefault="008538FF">
      <w:pPr>
        <w:spacing w:after="0"/>
      </w:pPr>
      <w:r>
        <w:rPr>
          <w:rFonts w:ascii="Arial" w:hAnsi="Arial"/>
        </w:rPr>
        <w:t>If this had been the first experiment, I think it would have surprised me but it was kind of the same as the other one.</w:t>
      </w:r>
    </w:p>
    <w:p w14:paraId="0DFDA756" w14:textId="77777777" w:rsidR="00CB6D10" w:rsidRDefault="00CB6D10">
      <w:pPr>
        <w:spacing w:after="0"/>
      </w:pPr>
    </w:p>
    <w:p w14:paraId="570943BD" w14:textId="77777777" w:rsidR="00CB6D10" w:rsidRDefault="008538FF">
      <w:pPr>
        <w:spacing w:after="0"/>
      </w:pPr>
      <w:r>
        <w:rPr>
          <w:rFonts w:ascii="Arial" w:hAnsi="Arial"/>
          <w:b/>
        </w:rPr>
        <w:t xml:space="preserve">Interviewer P:  </w:t>
      </w:r>
      <w:r>
        <w:rPr>
          <w:rFonts w:ascii="Arial" w:hAnsi="Arial"/>
          <w:color w:val="5D7284"/>
        </w:rPr>
        <w:t>17:09</w:t>
      </w:r>
    </w:p>
    <w:p w14:paraId="19789E07" w14:textId="77777777" w:rsidR="00CB6D10" w:rsidRDefault="008538FF">
      <w:pPr>
        <w:spacing w:after="0"/>
      </w:pPr>
      <w:r>
        <w:rPr>
          <w:rFonts w:ascii="Arial" w:hAnsi="Arial"/>
        </w:rPr>
        <w:t xml:space="preserve">Its remarkably the same the way that it kind of makes those waves and slashes. Okay, and so what do you think this would look like after an hour? What would your prediction be there? </w:t>
      </w:r>
    </w:p>
    <w:p w14:paraId="43532964" w14:textId="77777777" w:rsidR="00CB6D10" w:rsidRDefault="00CB6D10">
      <w:pPr>
        <w:spacing w:after="0"/>
      </w:pPr>
    </w:p>
    <w:p w14:paraId="6867B9AB" w14:textId="77777777" w:rsidR="00CB6D10" w:rsidRDefault="008538FF">
      <w:pPr>
        <w:spacing w:after="0"/>
      </w:pPr>
      <w:r>
        <w:rPr>
          <w:rFonts w:ascii="Arial" w:hAnsi="Arial"/>
          <w:b/>
        </w:rPr>
        <w:t xml:space="preserve">Participant #8:  </w:t>
      </w:r>
      <w:r>
        <w:rPr>
          <w:rFonts w:ascii="Arial" w:hAnsi="Arial"/>
          <w:color w:val="5D7284"/>
        </w:rPr>
        <w:t>17:26</w:t>
      </w:r>
    </w:p>
    <w:p w14:paraId="6E4AB4E0" w14:textId="77777777" w:rsidR="00CB6D10" w:rsidRDefault="008538FF">
      <w:pPr>
        <w:spacing w:after="0"/>
      </w:pPr>
      <w:r>
        <w:rPr>
          <w:rFonts w:ascii="Arial" w:hAnsi="Arial"/>
        </w:rPr>
        <w:t>Think it would look relatively the same.</w:t>
      </w:r>
    </w:p>
    <w:p w14:paraId="4309FAD3" w14:textId="77777777" w:rsidR="00CB6D10" w:rsidRDefault="00CB6D10">
      <w:pPr>
        <w:spacing w:after="0"/>
      </w:pPr>
    </w:p>
    <w:p w14:paraId="70E83775" w14:textId="77777777" w:rsidR="00CB6D10" w:rsidRDefault="008538FF">
      <w:pPr>
        <w:spacing w:after="0"/>
      </w:pPr>
      <w:r>
        <w:rPr>
          <w:rFonts w:ascii="Arial" w:hAnsi="Arial"/>
          <w:b/>
        </w:rPr>
        <w:t xml:space="preserve">Interviewer P:  </w:t>
      </w:r>
      <w:r>
        <w:rPr>
          <w:rFonts w:ascii="Arial" w:hAnsi="Arial"/>
          <w:color w:val="5D7284"/>
        </w:rPr>
        <w:t>17:28</w:t>
      </w:r>
    </w:p>
    <w:p w14:paraId="17A4764C" w14:textId="77777777" w:rsidR="00CB6D10" w:rsidRDefault="008538FF">
      <w:pPr>
        <w:spacing w:after="0"/>
      </w:pPr>
      <w:r>
        <w:rPr>
          <w:rFonts w:ascii="Arial" w:hAnsi="Arial"/>
        </w:rPr>
        <w:t>As it is right now.</w:t>
      </w:r>
    </w:p>
    <w:p w14:paraId="1B5AFF94" w14:textId="77777777" w:rsidR="00CB6D10" w:rsidRDefault="00CB6D10">
      <w:pPr>
        <w:spacing w:after="0"/>
      </w:pPr>
    </w:p>
    <w:p w14:paraId="0D0B8C90" w14:textId="77777777" w:rsidR="00CB6D10" w:rsidRDefault="008538FF">
      <w:pPr>
        <w:spacing w:after="0"/>
      </w:pPr>
      <w:r>
        <w:rPr>
          <w:rFonts w:ascii="Arial" w:hAnsi="Arial"/>
          <w:b/>
        </w:rPr>
        <w:t xml:space="preserve">Participant #8:  </w:t>
      </w:r>
      <w:r>
        <w:rPr>
          <w:rFonts w:ascii="Arial" w:hAnsi="Arial"/>
          <w:color w:val="5D7284"/>
        </w:rPr>
        <w:t>17:29</w:t>
      </w:r>
    </w:p>
    <w:p w14:paraId="0F1C21D8" w14:textId="77777777" w:rsidR="00CB6D10" w:rsidRDefault="008538FF">
      <w:pPr>
        <w:spacing w:after="0"/>
      </w:pPr>
      <w:r>
        <w:rPr>
          <w:rFonts w:ascii="Arial" w:hAnsi="Arial"/>
        </w:rPr>
        <w:t>Yeah, because the saltiness of water doesn't change. I feel like as quickly as the temperature would in the salt already at the bottom. So I think it's just gonna stay there. And then the rest of the, you know, the salt in the saltwater will like congregate at the bottom. But I don't think that'll be visible after an hour, but like and then the rest of the water will come. The non salty water will stay up top. And I think the colors will still be relatively the same.</w:t>
      </w:r>
    </w:p>
    <w:p w14:paraId="454B116B" w14:textId="77777777" w:rsidR="00CB6D10" w:rsidRDefault="00CB6D10">
      <w:pPr>
        <w:spacing w:after="0"/>
      </w:pPr>
    </w:p>
    <w:p w14:paraId="6BE80751" w14:textId="77777777" w:rsidR="00CB6D10" w:rsidRDefault="008538FF">
      <w:pPr>
        <w:spacing w:after="0"/>
      </w:pPr>
      <w:r>
        <w:rPr>
          <w:rFonts w:ascii="Arial" w:hAnsi="Arial"/>
          <w:b/>
        </w:rPr>
        <w:t xml:space="preserve">Interviewer P:  </w:t>
      </w:r>
      <w:r>
        <w:rPr>
          <w:rFonts w:ascii="Arial" w:hAnsi="Arial"/>
          <w:color w:val="5D7284"/>
        </w:rPr>
        <w:t>18:10</w:t>
      </w:r>
    </w:p>
    <w:p w14:paraId="3F6D9946" w14:textId="77777777" w:rsidR="00CB6D10" w:rsidRDefault="008538FF">
      <w:pPr>
        <w:spacing w:after="0"/>
      </w:pPr>
      <w:r>
        <w:rPr>
          <w:rFonts w:ascii="Arial" w:hAnsi="Arial"/>
        </w:rPr>
        <w:t>Do you think it will ever mix?</w:t>
      </w:r>
    </w:p>
    <w:p w14:paraId="6A9DED04" w14:textId="77777777" w:rsidR="00CB6D10" w:rsidRDefault="00CB6D10">
      <w:pPr>
        <w:spacing w:after="0"/>
      </w:pPr>
    </w:p>
    <w:p w14:paraId="479AA372" w14:textId="77777777" w:rsidR="00CB6D10" w:rsidRDefault="008538FF">
      <w:pPr>
        <w:spacing w:after="0"/>
      </w:pPr>
      <w:r>
        <w:rPr>
          <w:rFonts w:ascii="Arial" w:hAnsi="Arial"/>
          <w:b/>
        </w:rPr>
        <w:t xml:space="preserve">Participant #8:  </w:t>
      </w:r>
      <w:r>
        <w:rPr>
          <w:rFonts w:ascii="Arial" w:hAnsi="Arial"/>
          <w:color w:val="5D7284"/>
        </w:rPr>
        <w:t>18:18</w:t>
      </w:r>
    </w:p>
    <w:p w14:paraId="127D22F6" w14:textId="77777777" w:rsidR="00CB6D10" w:rsidRDefault="008538FF">
      <w:pPr>
        <w:spacing w:after="0"/>
      </w:pPr>
      <w:r>
        <w:rPr>
          <w:rFonts w:ascii="Arial" w:hAnsi="Arial"/>
        </w:rPr>
        <w:t>Yeah, um, I think it'll mix in like, maybe a day ish. But I'm, I feel like there will just be a layer at the very bottom of like, green salt.</w:t>
      </w:r>
    </w:p>
    <w:p w14:paraId="65B2E2F9" w14:textId="77777777" w:rsidR="00CB6D10" w:rsidRDefault="00CB6D10">
      <w:pPr>
        <w:spacing w:after="0"/>
      </w:pPr>
    </w:p>
    <w:p w14:paraId="1ABA5FB9" w14:textId="77777777" w:rsidR="00CB6D10" w:rsidRDefault="008538FF">
      <w:pPr>
        <w:spacing w:after="0"/>
      </w:pPr>
      <w:r>
        <w:rPr>
          <w:rFonts w:ascii="Arial" w:hAnsi="Arial"/>
          <w:b/>
        </w:rPr>
        <w:t xml:space="preserve">Interviewer P:  </w:t>
      </w:r>
      <w:r>
        <w:rPr>
          <w:rFonts w:ascii="Arial" w:hAnsi="Arial"/>
          <w:color w:val="5D7284"/>
        </w:rPr>
        <w:t>18:35</w:t>
      </w:r>
    </w:p>
    <w:p w14:paraId="7AF6F9F2" w14:textId="77777777" w:rsidR="00CB6D10" w:rsidRDefault="008538FF">
      <w:pPr>
        <w:spacing w:after="0"/>
      </w:pPr>
      <w:r>
        <w:rPr>
          <w:rFonts w:ascii="Arial" w:hAnsi="Arial"/>
        </w:rPr>
        <w:t>Yeah, green salt. And is there anything that we could do now to combine the colors?</w:t>
      </w:r>
    </w:p>
    <w:p w14:paraId="6FDFAC87" w14:textId="77777777" w:rsidR="00CB6D10" w:rsidRDefault="00CB6D10">
      <w:pPr>
        <w:spacing w:after="0"/>
      </w:pPr>
    </w:p>
    <w:p w14:paraId="72EA9B5F" w14:textId="77777777" w:rsidR="00CB6D10" w:rsidRDefault="008538FF">
      <w:pPr>
        <w:spacing w:after="0"/>
      </w:pPr>
      <w:r>
        <w:rPr>
          <w:rFonts w:ascii="Arial" w:hAnsi="Arial"/>
          <w:b/>
        </w:rPr>
        <w:t xml:space="preserve">Participant #8:  </w:t>
      </w:r>
      <w:r>
        <w:rPr>
          <w:rFonts w:ascii="Arial" w:hAnsi="Arial"/>
          <w:color w:val="5D7284"/>
        </w:rPr>
        <w:t>18:42</w:t>
      </w:r>
    </w:p>
    <w:p w14:paraId="2D576DBF" w14:textId="77777777" w:rsidR="00CB6D10" w:rsidRDefault="008538FF">
      <w:pPr>
        <w:spacing w:after="0"/>
      </w:pPr>
      <w:r>
        <w:rPr>
          <w:rFonts w:ascii="Arial" w:hAnsi="Arial"/>
        </w:rPr>
        <w:t xml:space="preserve">Mix </w:t>
      </w:r>
    </w:p>
    <w:p w14:paraId="0E19F0F6" w14:textId="77777777" w:rsidR="00CB6D10" w:rsidRDefault="00CB6D10">
      <w:pPr>
        <w:spacing w:after="0"/>
      </w:pPr>
    </w:p>
    <w:p w14:paraId="143DC62A" w14:textId="77777777" w:rsidR="00CB6D10" w:rsidRDefault="008538FF">
      <w:pPr>
        <w:spacing w:after="0"/>
      </w:pPr>
      <w:r>
        <w:rPr>
          <w:rFonts w:ascii="Arial" w:hAnsi="Arial"/>
          <w:b/>
        </w:rPr>
        <w:t xml:space="preserve">Interviewer P:  </w:t>
      </w:r>
      <w:r>
        <w:rPr>
          <w:rFonts w:ascii="Arial" w:hAnsi="Arial"/>
          <w:color w:val="5D7284"/>
        </w:rPr>
        <w:t>18:43</w:t>
      </w:r>
    </w:p>
    <w:p w14:paraId="20E806F6" w14:textId="77777777" w:rsidR="00CB6D10" w:rsidRDefault="008538FF">
      <w:pPr>
        <w:spacing w:after="0"/>
      </w:pPr>
      <w:r>
        <w:rPr>
          <w:rFonts w:ascii="Arial" w:hAnsi="Arial"/>
        </w:rPr>
        <w:t xml:space="preserve">with? </w:t>
      </w:r>
    </w:p>
    <w:p w14:paraId="005FCCB5" w14:textId="77777777" w:rsidR="00CB6D10" w:rsidRDefault="00CB6D10">
      <w:pPr>
        <w:spacing w:after="0"/>
      </w:pPr>
    </w:p>
    <w:p w14:paraId="763CFE36" w14:textId="77777777" w:rsidR="00CB6D10" w:rsidRDefault="008538FF">
      <w:pPr>
        <w:spacing w:after="0"/>
      </w:pPr>
      <w:r>
        <w:rPr>
          <w:rFonts w:ascii="Arial" w:hAnsi="Arial"/>
          <w:b/>
        </w:rPr>
        <w:t xml:space="preserve">Participant #8:  </w:t>
      </w:r>
      <w:r>
        <w:rPr>
          <w:rFonts w:ascii="Arial" w:hAnsi="Arial"/>
          <w:color w:val="5D7284"/>
        </w:rPr>
        <w:t>18:46</w:t>
      </w:r>
    </w:p>
    <w:p w14:paraId="1CF1623F" w14:textId="77777777" w:rsidR="00CB6D10" w:rsidRDefault="008538FF">
      <w:pPr>
        <w:spacing w:after="0"/>
      </w:pPr>
      <w:r>
        <w:rPr>
          <w:rFonts w:ascii="Arial" w:hAnsi="Arial"/>
        </w:rPr>
        <w:t xml:space="preserve">Anything? I'll just stick something in there. </w:t>
      </w:r>
    </w:p>
    <w:p w14:paraId="7352B9B7" w14:textId="77777777" w:rsidR="00CB6D10" w:rsidRDefault="00CB6D10">
      <w:pPr>
        <w:spacing w:after="0"/>
      </w:pPr>
    </w:p>
    <w:p w14:paraId="47AB8F7A" w14:textId="77777777" w:rsidR="00CB6D10" w:rsidRDefault="008538FF">
      <w:pPr>
        <w:spacing w:after="0"/>
      </w:pPr>
      <w:r>
        <w:rPr>
          <w:rFonts w:ascii="Arial" w:hAnsi="Arial"/>
          <w:b/>
        </w:rPr>
        <w:t xml:space="preserve">Interviewer P:  </w:t>
      </w:r>
      <w:r>
        <w:rPr>
          <w:rFonts w:ascii="Arial" w:hAnsi="Arial"/>
          <w:color w:val="5D7284"/>
        </w:rPr>
        <w:t>18:49</w:t>
      </w:r>
    </w:p>
    <w:p w14:paraId="1BAC07AD" w14:textId="77777777" w:rsidR="00CB6D10" w:rsidRDefault="008538FF">
      <w:pPr>
        <w:spacing w:after="0"/>
      </w:pPr>
      <w:r>
        <w:rPr>
          <w:rFonts w:ascii="Arial" w:hAnsi="Arial"/>
        </w:rPr>
        <w:t xml:space="preserve">Yeah. I'll show you. I took a picture of this one after an hour as well. And looks exactly the same. All right, well, thank you. We've got some more now but we're gonna switch up what we're doing. So we're gonna now move to those to the cylindrical tanks. And so I have Thank you, Erika. So I have this potassium for manganese, and it's a dye, but unlike who dye it's not a liquid. It's a crystal so it's a solid. And so I'm going to put a little bit into that still cylinder over there. And the reason I have it over there is because I wanted that water to be like perfectly still and when we put it on the table it gets jiggled and </w:t>
      </w:r>
      <w:r>
        <w:rPr>
          <w:rFonts w:ascii="Arial" w:hAnsi="Arial"/>
        </w:rPr>
        <w:lastRenderedPageBreak/>
        <w:t>I'm just gonna drop a little bit in there and when I'm doing that, Erika we could probably switch places. I just so that you can see what It looks like in a still cylinder of water. So there's anything about that surprise you?</w:t>
      </w:r>
    </w:p>
    <w:p w14:paraId="31AF2ED9" w14:textId="77777777" w:rsidR="00CB6D10" w:rsidRDefault="00CB6D10">
      <w:pPr>
        <w:spacing w:after="0"/>
      </w:pPr>
    </w:p>
    <w:p w14:paraId="28A4FABF" w14:textId="77777777" w:rsidR="00CB6D10" w:rsidRDefault="008538FF">
      <w:pPr>
        <w:spacing w:after="0"/>
      </w:pPr>
      <w:r>
        <w:rPr>
          <w:rFonts w:ascii="Arial" w:hAnsi="Arial"/>
          <w:b/>
        </w:rPr>
        <w:t xml:space="preserve">Participant #8:  </w:t>
      </w:r>
      <w:r>
        <w:rPr>
          <w:rFonts w:ascii="Arial" w:hAnsi="Arial"/>
          <w:color w:val="5D7284"/>
        </w:rPr>
        <w:t>20:41</w:t>
      </w:r>
    </w:p>
    <w:p w14:paraId="5C3448E7" w14:textId="77777777" w:rsidR="00CB6D10" w:rsidRDefault="008538FF">
      <w:pPr>
        <w:spacing w:after="0"/>
      </w:pPr>
      <w:r>
        <w:rPr>
          <w:rFonts w:ascii="Arial" w:hAnsi="Arial"/>
        </w:rPr>
        <w:t>I think it's interesting how it like floats on top and then the color seeps and in the water.</w:t>
      </w:r>
    </w:p>
    <w:p w14:paraId="5CDDA5C0" w14:textId="77777777" w:rsidR="00CB6D10" w:rsidRDefault="00CB6D10">
      <w:pPr>
        <w:spacing w:after="0"/>
      </w:pPr>
    </w:p>
    <w:p w14:paraId="3E2C9CCE" w14:textId="77777777" w:rsidR="00CB6D10" w:rsidRDefault="008538FF">
      <w:pPr>
        <w:spacing w:after="0"/>
      </w:pPr>
      <w:r>
        <w:rPr>
          <w:rFonts w:ascii="Arial" w:hAnsi="Arial"/>
          <w:b/>
        </w:rPr>
        <w:t xml:space="preserve">Interviewer P:  </w:t>
      </w:r>
      <w:r>
        <w:rPr>
          <w:rFonts w:ascii="Arial" w:hAnsi="Arial"/>
          <w:color w:val="5D7284"/>
        </w:rPr>
        <w:t>20:48</w:t>
      </w:r>
    </w:p>
    <w:p w14:paraId="50884D72" w14:textId="77777777" w:rsidR="00CB6D10" w:rsidRDefault="008538FF">
      <w:pPr>
        <w:spacing w:after="0"/>
      </w:pPr>
      <w:r>
        <w:rPr>
          <w:rFonts w:ascii="Arial" w:hAnsi="Arial"/>
        </w:rPr>
        <w:t>Yeah, different from like, generally like liquid food dye like you use with your Easter eggs tends to disperse a little bit.</w:t>
      </w:r>
    </w:p>
    <w:p w14:paraId="180FFA9D" w14:textId="77777777" w:rsidR="00CB6D10" w:rsidRDefault="00CB6D10">
      <w:pPr>
        <w:spacing w:after="0"/>
      </w:pPr>
    </w:p>
    <w:p w14:paraId="380E179A" w14:textId="77777777" w:rsidR="00CB6D10" w:rsidRDefault="008538FF">
      <w:pPr>
        <w:spacing w:after="0"/>
      </w:pPr>
      <w:r>
        <w:rPr>
          <w:rFonts w:ascii="Arial" w:hAnsi="Arial"/>
          <w:b/>
        </w:rPr>
        <w:t xml:space="preserve">Participant #8:  </w:t>
      </w:r>
      <w:r>
        <w:rPr>
          <w:rFonts w:ascii="Arial" w:hAnsi="Arial"/>
          <w:color w:val="5D7284"/>
        </w:rPr>
        <w:t>20:56</w:t>
      </w:r>
    </w:p>
    <w:p w14:paraId="0FAC3C20" w14:textId="77777777" w:rsidR="00CB6D10" w:rsidRDefault="008538FF">
      <w:pPr>
        <w:spacing w:after="0"/>
      </w:pPr>
      <w:r>
        <w:rPr>
          <w:rFonts w:ascii="Arial" w:hAnsi="Arial"/>
        </w:rPr>
        <w:t>This reminds me of like, like those aesthetic pictures of ink falling in water.</w:t>
      </w:r>
    </w:p>
    <w:p w14:paraId="5D8B4E8C" w14:textId="77777777" w:rsidR="00CB6D10" w:rsidRDefault="00CB6D10">
      <w:pPr>
        <w:spacing w:after="0"/>
      </w:pPr>
    </w:p>
    <w:p w14:paraId="4451302B" w14:textId="77777777" w:rsidR="00CB6D10" w:rsidRDefault="008538FF">
      <w:pPr>
        <w:spacing w:after="0"/>
      </w:pPr>
      <w:r>
        <w:rPr>
          <w:rFonts w:ascii="Arial" w:hAnsi="Arial"/>
          <w:b/>
        </w:rPr>
        <w:t xml:space="preserve">Interviewer P:  </w:t>
      </w:r>
      <w:r>
        <w:rPr>
          <w:rFonts w:ascii="Arial" w:hAnsi="Arial"/>
          <w:color w:val="5D7284"/>
        </w:rPr>
        <w:t>21:00</w:t>
      </w:r>
    </w:p>
    <w:p w14:paraId="79B1BD41" w14:textId="77777777" w:rsidR="00CB6D10" w:rsidRDefault="008538FF">
      <w:pPr>
        <w:spacing w:after="0"/>
      </w:pPr>
      <w:r>
        <w:rPr>
          <w:rFonts w:ascii="Arial" w:hAnsi="Arial"/>
        </w:rPr>
        <w:t>Yeah. So you can probably see where we're going with this, we've got this really huge rotating tape now behind you. And Erika came in before we got here and turn that on. So it's been rotating, like 30-45 minutes. All right. And so I'm going to repeat that demo, but we're going to do the same thing in the rotating tank. And before we do that same thing that I want you to think about and make a prediction of what it will look like a minute after I drop it in. And I'm going to ask you to sketch it. And when you sketch it, I'm going to ask you to do two views as if, like you took a picture. And so it's a single moment in time. So. I don't know if I can ask this question. But is the water itself moving? Or is it just the outside? That's, moving? So that's what I want you to think about when you make your prediction. So yeah, you can make an observation there and think about what you think is happening. But the water, what I thought you were going to ask me is this salt water, the water is just water, and it's just room temperature, we just got it out of this thing. So other than that, there's nothing weird about this water. But you're going to do a drawing like from a cloud view, like the temperature here. And then a side view like that you've look a picture.</w:t>
      </w:r>
    </w:p>
    <w:p w14:paraId="32B66C70" w14:textId="77777777" w:rsidR="00CB6D10" w:rsidRDefault="00CB6D10">
      <w:pPr>
        <w:spacing w:after="0"/>
      </w:pPr>
    </w:p>
    <w:p w14:paraId="1B6AC7E7" w14:textId="77777777" w:rsidR="00CB6D10" w:rsidRDefault="008538FF">
      <w:pPr>
        <w:spacing w:after="0"/>
      </w:pPr>
      <w:r>
        <w:rPr>
          <w:rFonts w:ascii="Arial" w:hAnsi="Arial"/>
          <w:b/>
        </w:rPr>
        <w:t xml:space="preserve">Participant #8:  </w:t>
      </w:r>
      <w:r>
        <w:rPr>
          <w:rFonts w:ascii="Arial" w:hAnsi="Arial"/>
          <w:color w:val="5D7284"/>
        </w:rPr>
        <w:t>22:23</w:t>
      </w:r>
    </w:p>
    <w:p w14:paraId="6A8399C5" w14:textId="77777777" w:rsidR="00CB6D10" w:rsidRDefault="008538FF">
      <w:pPr>
        <w:spacing w:after="0"/>
      </w:pPr>
      <w:r>
        <w:rPr>
          <w:rFonts w:ascii="Arial" w:hAnsi="Arial"/>
        </w:rPr>
        <w:t>Where are you gonna put the, or you're just gonna like spinkel it in.</w:t>
      </w:r>
    </w:p>
    <w:p w14:paraId="55AF04E3" w14:textId="77777777" w:rsidR="00CB6D10" w:rsidRDefault="00CB6D10">
      <w:pPr>
        <w:spacing w:after="0"/>
      </w:pPr>
    </w:p>
    <w:p w14:paraId="365B6F01" w14:textId="77777777" w:rsidR="00CB6D10" w:rsidRDefault="008538FF">
      <w:pPr>
        <w:spacing w:after="0"/>
      </w:pPr>
      <w:r>
        <w:rPr>
          <w:rFonts w:ascii="Arial" w:hAnsi="Arial"/>
          <w:b/>
        </w:rPr>
        <w:t xml:space="preserve">Interviewer P:  </w:t>
      </w:r>
      <w:r>
        <w:rPr>
          <w:rFonts w:ascii="Arial" w:hAnsi="Arial"/>
          <w:color w:val="5D7284"/>
        </w:rPr>
        <w:t>22:25</w:t>
      </w:r>
    </w:p>
    <w:p w14:paraId="6CBE3A79" w14:textId="77777777" w:rsidR="00CB6D10" w:rsidRDefault="008538FF">
      <w:pPr>
        <w:spacing w:after="0"/>
      </w:pPr>
      <w:r>
        <w:rPr>
          <w:rFonts w:ascii="Arial" w:hAnsi="Arial"/>
        </w:rPr>
        <w:t xml:space="preserve">So I'm gonna do the same thing I did here but kind of scaled up because this is bigger. So I'll probably drop in a couple more places. But same thing. So I'm around the sides, some in the middle. So here is yeah, for your prediction of what you think it will look like a minute after I drop it in the tank. </w:t>
      </w:r>
    </w:p>
    <w:p w14:paraId="58D62E3D" w14:textId="77777777" w:rsidR="00CB6D10" w:rsidRDefault="00CB6D10">
      <w:pPr>
        <w:spacing w:after="0"/>
      </w:pPr>
    </w:p>
    <w:p w14:paraId="2BB8C4C9" w14:textId="77777777" w:rsidR="00CB6D10" w:rsidRDefault="008538FF">
      <w:pPr>
        <w:spacing w:after="0"/>
      </w:pPr>
      <w:r>
        <w:rPr>
          <w:rFonts w:ascii="Arial" w:hAnsi="Arial"/>
          <w:b/>
        </w:rPr>
        <w:t xml:space="preserve">Participant #8:  </w:t>
      </w:r>
      <w:r>
        <w:rPr>
          <w:rFonts w:ascii="Arial" w:hAnsi="Arial"/>
          <w:color w:val="5D7284"/>
        </w:rPr>
        <w:t>22:46</w:t>
      </w:r>
    </w:p>
    <w:p w14:paraId="6A6218B3" w14:textId="77777777" w:rsidR="00CB6D10" w:rsidRDefault="008538FF">
      <w:pPr>
        <w:spacing w:after="0"/>
      </w:pPr>
      <w:r>
        <w:rPr>
          <w:rFonts w:ascii="Arial" w:hAnsi="Arial"/>
        </w:rPr>
        <w:t>This is what...</w:t>
      </w:r>
    </w:p>
    <w:p w14:paraId="505A8862" w14:textId="77777777" w:rsidR="00CB6D10" w:rsidRDefault="00CB6D10">
      <w:pPr>
        <w:spacing w:after="0"/>
      </w:pPr>
    </w:p>
    <w:p w14:paraId="3C2EED05" w14:textId="77777777" w:rsidR="00CB6D10" w:rsidRDefault="008538FF">
      <w:pPr>
        <w:spacing w:after="0"/>
      </w:pPr>
      <w:r>
        <w:rPr>
          <w:rFonts w:ascii="Arial" w:hAnsi="Arial"/>
          <w:b/>
        </w:rPr>
        <w:t xml:space="preserve">Interviewer P:  </w:t>
      </w:r>
      <w:r>
        <w:rPr>
          <w:rFonts w:ascii="Arial" w:hAnsi="Arial"/>
          <w:color w:val="5D7284"/>
        </w:rPr>
        <w:t>22:46</w:t>
      </w:r>
    </w:p>
    <w:p w14:paraId="6F47B55A" w14:textId="77777777" w:rsidR="00CB6D10" w:rsidRDefault="008538FF">
      <w:pPr>
        <w:spacing w:after="0"/>
      </w:pPr>
      <w:r>
        <w:rPr>
          <w:rFonts w:ascii="Arial" w:hAnsi="Arial"/>
        </w:rPr>
        <w:t>That will work. anyway...</w:t>
      </w:r>
    </w:p>
    <w:p w14:paraId="2D05240D" w14:textId="77777777" w:rsidR="00CB6D10" w:rsidRDefault="00CB6D10">
      <w:pPr>
        <w:spacing w:after="0"/>
      </w:pPr>
    </w:p>
    <w:p w14:paraId="3944BED8" w14:textId="77777777" w:rsidR="00CB6D10" w:rsidRDefault="008538FF">
      <w:pPr>
        <w:spacing w:after="0"/>
      </w:pPr>
      <w:r>
        <w:rPr>
          <w:rFonts w:ascii="Arial" w:hAnsi="Arial"/>
          <w:b/>
        </w:rPr>
        <w:t xml:space="preserve">Participant #8:  </w:t>
      </w:r>
      <w:r>
        <w:rPr>
          <w:rFonts w:ascii="Arial" w:hAnsi="Arial"/>
          <w:color w:val="5D7284"/>
        </w:rPr>
        <w:t>23:28</w:t>
      </w:r>
    </w:p>
    <w:p w14:paraId="1D5A402F" w14:textId="77777777" w:rsidR="00CB6D10" w:rsidRDefault="008538FF">
      <w:pPr>
        <w:spacing w:after="0"/>
      </w:pPr>
      <w:r>
        <w:rPr>
          <w:rFonts w:ascii="Arial" w:hAnsi="Arial"/>
        </w:rPr>
        <w:lastRenderedPageBreak/>
        <w:t>Something along the lines of this.</w:t>
      </w:r>
    </w:p>
    <w:p w14:paraId="2A5D0B24" w14:textId="77777777" w:rsidR="00CB6D10" w:rsidRDefault="00CB6D10">
      <w:pPr>
        <w:spacing w:after="0"/>
      </w:pPr>
    </w:p>
    <w:p w14:paraId="4E81232B" w14:textId="77777777" w:rsidR="00CB6D10" w:rsidRDefault="008538FF">
      <w:pPr>
        <w:spacing w:after="0"/>
      </w:pPr>
      <w:r>
        <w:rPr>
          <w:rFonts w:ascii="Arial" w:hAnsi="Arial"/>
          <w:b/>
        </w:rPr>
        <w:t xml:space="preserve">Interviewer P:  </w:t>
      </w:r>
      <w:r>
        <w:rPr>
          <w:rFonts w:ascii="Arial" w:hAnsi="Arial"/>
          <w:color w:val="5D7284"/>
        </w:rPr>
        <w:t>23:30</w:t>
      </w:r>
    </w:p>
    <w:p w14:paraId="4B2F0036" w14:textId="77777777" w:rsidR="00CB6D10" w:rsidRDefault="008538FF">
      <w:pPr>
        <w:spacing w:after="0"/>
      </w:pPr>
      <w:r>
        <w:rPr>
          <w:rFonts w:ascii="Arial" w:hAnsi="Arial"/>
        </w:rPr>
        <w:t>Okay, so, tell us about it. I'm going to use that again. So you can leave it.</w:t>
      </w:r>
    </w:p>
    <w:p w14:paraId="6527FE6B" w14:textId="77777777" w:rsidR="00CB6D10" w:rsidRDefault="00CB6D10">
      <w:pPr>
        <w:spacing w:after="0"/>
      </w:pPr>
    </w:p>
    <w:p w14:paraId="4A5830CD" w14:textId="77777777" w:rsidR="00CB6D10" w:rsidRDefault="008538FF">
      <w:pPr>
        <w:spacing w:after="0"/>
      </w:pPr>
      <w:r>
        <w:rPr>
          <w:rFonts w:ascii="Arial" w:hAnsi="Arial"/>
          <w:b/>
        </w:rPr>
        <w:t xml:space="preserve">Participant #8:  </w:t>
      </w:r>
      <w:r>
        <w:rPr>
          <w:rFonts w:ascii="Arial" w:hAnsi="Arial"/>
          <w:color w:val="5D7284"/>
        </w:rPr>
        <w:t>23:35</w:t>
      </w:r>
    </w:p>
    <w:p w14:paraId="345511D3" w14:textId="77777777" w:rsidR="00CB6D10" w:rsidRDefault="008538FF">
      <w:pPr>
        <w:spacing w:after="0"/>
      </w:pPr>
      <w:r>
        <w:rPr>
          <w:rFonts w:ascii="Arial" w:hAnsi="Arial"/>
        </w:rPr>
        <w:t>Oh, I think I am under the assumption that the water itself is actually turning as well. I think that instead of just sinking straight down, it's going to get turned with the force of the spinny thing and create these like little like it's gonna go in like circles. And I think it'll sink a little that's I tried to demonstrate it'll sink a little. But it'll mostly just be going in like little spiral circles. And I feel like you know, depending on where you place it, It either makes it tighter or a got bigger circle.</w:t>
      </w:r>
    </w:p>
    <w:p w14:paraId="3E998DF7" w14:textId="77777777" w:rsidR="00CB6D10" w:rsidRDefault="00CB6D10">
      <w:pPr>
        <w:spacing w:after="0"/>
      </w:pPr>
    </w:p>
    <w:p w14:paraId="23E80D0E" w14:textId="77777777" w:rsidR="00CB6D10" w:rsidRDefault="008538FF">
      <w:pPr>
        <w:spacing w:after="0"/>
      </w:pPr>
      <w:r>
        <w:rPr>
          <w:rFonts w:ascii="Arial" w:hAnsi="Arial"/>
          <w:b/>
        </w:rPr>
        <w:t xml:space="preserve">Interviewer P:  </w:t>
      </w:r>
      <w:r>
        <w:rPr>
          <w:rFonts w:ascii="Arial" w:hAnsi="Arial"/>
          <w:color w:val="5D7284"/>
        </w:rPr>
        <w:t>24:17</w:t>
      </w:r>
    </w:p>
    <w:p w14:paraId="1849A123" w14:textId="77777777" w:rsidR="00CB6D10" w:rsidRDefault="008538FF">
      <w:pPr>
        <w:spacing w:after="0"/>
      </w:pPr>
      <w:r>
        <w:rPr>
          <w:rFonts w:ascii="Arial" w:hAnsi="Arial"/>
        </w:rPr>
        <w:t xml:space="preserve">Got it, okay, so what I'm hearing but correct me if I'm wrong is that the spinning here is also going to keep it fairly close to the top. </w:t>
      </w:r>
    </w:p>
    <w:p w14:paraId="5BB78764" w14:textId="77777777" w:rsidR="00CB6D10" w:rsidRDefault="00CB6D10">
      <w:pPr>
        <w:spacing w:after="0"/>
      </w:pPr>
    </w:p>
    <w:p w14:paraId="2AD1F2B4" w14:textId="77777777" w:rsidR="00CB6D10" w:rsidRDefault="008538FF">
      <w:pPr>
        <w:spacing w:after="0"/>
      </w:pPr>
      <w:r>
        <w:rPr>
          <w:rFonts w:ascii="Arial" w:hAnsi="Arial"/>
          <w:b/>
        </w:rPr>
        <w:t xml:space="preserve">Participant #8:  </w:t>
      </w:r>
      <w:r>
        <w:rPr>
          <w:rFonts w:ascii="Arial" w:hAnsi="Arial"/>
          <w:color w:val="5D7284"/>
        </w:rPr>
        <w:t>24:29</w:t>
      </w:r>
    </w:p>
    <w:p w14:paraId="5358A208" w14:textId="77777777" w:rsidR="00CB6D10" w:rsidRDefault="008538FF">
      <w:pPr>
        <w:spacing w:after="0"/>
      </w:pPr>
      <w:r>
        <w:rPr>
          <w:rFonts w:ascii="Arial" w:hAnsi="Arial"/>
        </w:rPr>
        <w:t xml:space="preserve">Yeah. </w:t>
      </w:r>
    </w:p>
    <w:p w14:paraId="0A4CE10E" w14:textId="77777777" w:rsidR="00CB6D10" w:rsidRDefault="00CB6D10">
      <w:pPr>
        <w:spacing w:after="0"/>
      </w:pPr>
    </w:p>
    <w:p w14:paraId="426288E3" w14:textId="77777777" w:rsidR="00CB6D10" w:rsidRDefault="008538FF">
      <w:pPr>
        <w:spacing w:after="0"/>
      </w:pPr>
      <w:r>
        <w:rPr>
          <w:rFonts w:ascii="Arial" w:hAnsi="Arial"/>
          <w:b/>
        </w:rPr>
        <w:t xml:space="preserve">Interviewer P:  </w:t>
      </w:r>
      <w:r>
        <w:rPr>
          <w:rFonts w:ascii="Arial" w:hAnsi="Arial"/>
          <w:color w:val="5D7284"/>
        </w:rPr>
        <w:t>24:30</w:t>
      </w:r>
    </w:p>
    <w:p w14:paraId="592A4C26" w14:textId="77777777" w:rsidR="00CB6D10" w:rsidRDefault="008538FF">
      <w:pPr>
        <w:spacing w:after="0"/>
      </w:pPr>
      <w:r>
        <w:rPr>
          <w:rFonts w:ascii="Arial" w:hAnsi="Arial"/>
        </w:rPr>
        <w:t>Although some of that, like you said might sink down but not as quickly or like it didn't get one because the spinning itself will kind of hold it. And other than that these are just swirls like on the surface and this is the same thing on the side. Okay. So let's do it. And I am going to start that.</w:t>
      </w:r>
    </w:p>
    <w:p w14:paraId="46B825EC" w14:textId="77777777" w:rsidR="00CB6D10" w:rsidRDefault="00CB6D10">
      <w:pPr>
        <w:spacing w:after="0"/>
      </w:pPr>
    </w:p>
    <w:p w14:paraId="21939997" w14:textId="77777777" w:rsidR="00CB6D10" w:rsidRDefault="008538FF">
      <w:pPr>
        <w:spacing w:after="0"/>
      </w:pPr>
      <w:r>
        <w:rPr>
          <w:rFonts w:ascii="Arial" w:hAnsi="Arial"/>
          <w:b/>
        </w:rPr>
        <w:t xml:space="preserve">Participant #8:  </w:t>
      </w:r>
      <w:r>
        <w:rPr>
          <w:rFonts w:ascii="Arial" w:hAnsi="Arial"/>
          <w:color w:val="5D7284"/>
        </w:rPr>
        <w:t>24:57</w:t>
      </w:r>
    </w:p>
    <w:p w14:paraId="3677FAF1" w14:textId="77777777" w:rsidR="00CB6D10" w:rsidRDefault="008538FF">
      <w:pPr>
        <w:spacing w:after="0"/>
      </w:pPr>
      <w:r>
        <w:rPr>
          <w:rFonts w:ascii="Arial" w:hAnsi="Arial"/>
        </w:rPr>
        <w:t xml:space="preserve">I'd be scared of getting my arm trapped in that. </w:t>
      </w:r>
    </w:p>
    <w:p w14:paraId="33E2B529" w14:textId="77777777" w:rsidR="00CB6D10" w:rsidRDefault="00CB6D10">
      <w:pPr>
        <w:spacing w:after="0"/>
      </w:pPr>
    </w:p>
    <w:p w14:paraId="1B4CB5EC" w14:textId="77777777" w:rsidR="00CB6D10" w:rsidRDefault="008538FF">
      <w:pPr>
        <w:spacing w:after="0"/>
      </w:pPr>
      <w:r>
        <w:rPr>
          <w:rFonts w:ascii="Arial" w:hAnsi="Arial"/>
          <w:b/>
        </w:rPr>
        <w:t xml:space="preserve">Interviewer P:  </w:t>
      </w:r>
      <w:r>
        <w:rPr>
          <w:rFonts w:ascii="Arial" w:hAnsi="Arial"/>
          <w:color w:val="5D7284"/>
        </w:rPr>
        <w:t>25:52</w:t>
      </w:r>
    </w:p>
    <w:p w14:paraId="68EBD1E9" w14:textId="77777777" w:rsidR="00CB6D10" w:rsidRDefault="008538FF">
      <w:pPr>
        <w:spacing w:after="0"/>
      </w:pPr>
      <w:r>
        <w:rPr>
          <w:rFonts w:ascii="Arial" w:hAnsi="Arial"/>
        </w:rPr>
        <w:t>So does that surprise you?</w:t>
      </w:r>
    </w:p>
    <w:p w14:paraId="39E0B3CF" w14:textId="77777777" w:rsidR="00CB6D10" w:rsidRDefault="00CB6D10">
      <w:pPr>
        <w:spacing w:after="0"/>
      </w:pPr>
    </w:p>
    <w:p w14:paraId="7C5ECFB5" w14:textId="77777777" w:rsidR="00CB6D10" w:rsidRDefault="008538FF">
      <w:pPr>
        <w:spacing w:after="0"/>
      </w:pPr>
      <w:r>
        <w:rPr>
          <w:rFonts w:ascii="Arial" w:hAnsi="Arial"/>
          <w:b/>
        </w:rPr>
        <w:t xml:space="preserve">Participant #8:  </w:t>
      </w:r>
      <w:r>
        <w:rPr>
          <w:rFonts w:ascii="Arial" w:hAnsi="Arial"/>
          <w:color w:val="5D7284"/>
        </w:rPr>
        <w:t>25:54</w:t>
      </w:r>
    </w:p>
    <w:p w14:paraId="5C5345D8" w14:textId="287B1A41" w:rsidR="00CB6D10" w:rsidRDefault="008538FF">
      <w:pPr>
        <w:spacing w:after="0"/>
      </w:pPr>
      <w:r w:rsidRPr="495C4E11">
        <w:rPr>
          <w:rFonts w:ascii="Arial" w:hAnsi="Arial"/>
        </w:rPr>
        <w:t>Thats so weird? Yeah it really surprised me thats so strange like they dropped but they didn't really disperse as much.</w:t>
      </w:r>
    </w:p>
    <w:p w14:paraId="01AB4950" w14:textId="77777777" w:rsidR="00CB6D10" w:rsidRDefault="00CB6D10">
      <w:pPr>
        <w:spacing w:after="0"/>
      </w:pPr>
    </w:p>
    <w:p w14:paraId="23282D60" w14:textId="77777777" w:rsidR="00CB6D10" w:rsidRDefault="008538FF">
      <w:pPr>
        <w:spacing w:after="0"/>
      </w:pPr>
      <w:r>
        <w:rPr>
          <w:rFonts w:ascii="Arial" w:hAnsi="Arial"/>
          <w:b/>
        </w:rPr>
        <w:t xml:space="preserve">Interviewer P:  </w:t>
      </w:r>
      <w:r>
        <w:rPr>
          <w:rFonts w:ascii="Arial" w:hAnsi="Arial"/>
          <w:color w:val="5D7284"/>
        </w:rPr>
        <w:t>26:07</w:t>
      </w:r>
    </w:p>
    <w:p w14:paraId="57616EE7" w14:textId="77777777" w:rsidR="00CB6D10" w:rsidRDefault="008538FF">
      <w:pPr>
        <w:spacing w:after="0"/>
      </w:pPr>
      <w:r>
        <w:rPr>
          <w:rFonts w:ascii="Arial" w:hAnsi="Arial"/>
        </w:rPr>
        <w:t>So can you redo this drawing with what actually happened for us? Okay so why originally and I know you've talked a little bit about this but again Why did you think it would swirl?</w:t>
      </w:r>
    </w:p>
    <w:p w14:paraId="4FE87925" w14:textId="77777777" w:rsidR="00CB6D10" w:rsidRDefault="00CB6D10">
      <w:pPr>
        <w:spacing w:after="0"/>
      </w:pPr>
    </w:p>
    <w:p w14:paraId="247C697E" w14:textId="77777777" w:rsidR="00CB6D10" w:rsidRDefault="008538FF">
      <w:pPr>
        <w:spacing w:after="0"/>
      </w:pPr>
      <w:r>
        <w:rPr>
          <w:rFonts w:ascii="Arial" w:hAnsi="Arial"/>
          <w:b/>
        </w:rPr>
        <w:t xml:space="preserve">Participant #8:  </w:t>
      </w:r>
      <w:r>
        <w:rPr>
          <w:rFonts w:ascii="Arial" w:hAnsi="Arial"/>
          <w:color w:val="5D7284"/>
        </w:rPr>
        <w:t>26:58</w:t>
      </w:r>
    </w:p>
    <w:p w14:paraId="53E7D393" w14:textId="77777777" w:rsidR="00CB6D10" w:rsidRDefault="008538FF">
      <w:pPr>
        <w:spacing w:after="0"/>
      </w:pPr>
      <w:r>
        <w:rPr>
          <w:rFonts w:ascii="Arial" w:hAnsi="Arial"/>
        </w:rPr>
        <w:t>I think because I really thought the water was also spiraling in the container.</w:t>
      </w:r>
    </w:p>
    <w:p w14:paraId="7FAC8F35" w14:textId="77777777" w:rsidR="00CB6D10" w:rsidRDefault="00CB6D10">
      <w:pPr>
        <w:spacing w:after="0"/>
      </w:pPr>
    </w:p>
    <w:p w14:paraId="19FED82C" w14:textId="77777777" w:rsidR="00CB6D10" w:rsidRDefault="008538FF">
      <w:pPr>
        <w:spacing w:after="0"/>
      </w:pPr>
      <w:r>
        <w:rPr>
          <w:rFonts w:ascii="Arial" w:hAnsi="Arial"/>
          <w:b/>
        </w:rPr>
        <w:t xml:space="preserve">Interviewer P:  </w:t>
      </w:r>
      <w:r>
        <w:rPr>
          <w:rFonts w:ascii="Arial" w:hAnsi="Arial"/>
          <w:color w:val="5D7284"/>
        </w:rPr>
        <w:t>27:03</w:t>
      </w:r>
    </w:p>
    <w:p w14:paraId="60B7C375" w14:textId="77777777" w:rsidR="00CB6D10" w:rsidRDefault="008538FF">
      <w:pPr>
        <w:spacing w:after="0"/>
      </w:pPr>
      <w:r>
        <w:rPr>
          <w:rFonts w:ascii="Arial" w:hAnsi="Arial"/>
        </w:rPr>
        <w:t>And by spiraling can you show me with your hands what you mean by spiraling.</w:t>
      </w:r>
    </w:p>
    <w:p w14:paraId="04D2578B" w14:textId="77777777" w:rsidR="00CB6D10" w:rsidRDefault="00CB6D10">
      <w:pPr>
        <w:spacing w:after="0"/>
      </w:pPr>
    </w:p>
    <w:p w14:paraId="14752286" w14:textId="77777777" w:rsidR="00CB6D10" w:rsidRDefault="008538FF">
      <w:pPr>
        <w:spacing w:after="0"/>
      </w:pPr>
      <w:r>
        <w:rPr>
          <w:rFonts w:ascii="Arial" w:hAnsi="Arial"/>
          <w:b/>
        </w:rPr>
        <w:lastRenderedPageBreak/>
        <w:t xml:space="preserve">Participant #8:  </w:t>
      </w:r>
      <w:r>
        <w:rPr>
          <w:rFonts w:ascii="Arial" w:hAnsi="Arial"/>
          <w:color w:val="5D7284"/>
        </w:rPr>
        <w:t>27:08</w:t>
      </w:r>
    </w:p>
    <w:p w14:paraId="6CBA3CE7" w14:textId="77777777" w:rsidR="00CB6D10" w:rsidRDefault="008538FF">
      <w:pPr>
        <w:spacing w:after="0"/>
      </w:pPr>
      <w:r>
        <w:rPr>
          <w:rFonts w:ascii="Arial" w:hAnsi="Arial"/>
        </w:rPr>
        <w:t>I thought the whole body of water would be turning.</w:t>
      </w:r>
    </w:p>
    <w:p w14:paraId="3FBF5C09" w14:textId="77777777" w:rsidR="00CB6D10" w:rsidRDefault="00CB6D10">
      <w:pPr>
        <w:spacing w:after="0"/>
      </w:pPr>
    </w:p>
    <w:p w14:paraId="2B3A9153" w14:textId="77777777" w:rsidR="00CB6D10" w:rsidRDefault="008538FF">
      <w:pPr>
        <w:spacing w:after="0"/>
      </w:pPr>
      <w:r>
        <w:rPr>
          <w:rFonts w:ascii="Arial" w:hAnsi="Arial"/>
          <w:b/>
        </w:rPr>
        <w:t xml:space="preserve">Interviewer P:  </w:t>
      </w:r>
      <w:r>
        <w:rPr>
          <w:rFonts w:ascii="Arial" w:hAnsi="Arial"/>
          <w:color w:val="5D7284"/>
        </w:rPr>
        <w:t>27:12</w:t>
      </w:r>
    </w:p>
    <w:p w14:paraId="00E5DEA5" w14:textId="77777777" w:rsidR="00CB6D10" w:rsidRDefault="008538FF">
      <w:pPr>
        <w:spacing w:after="0"/>
      </w:pPr>
      <w:r>
        <w:rPr>
          <w:rFonts w:ascii="Arial" w:hAnsi="Arial"/>
        </w:rPr>
        <w:t>Thats what I was trying to get at is did you mean like it's going like this or did you mean it's going like.</w:t>
      </w:r>
    </w:p>
    <w:p w14:paraId="0D9B09FB" w14:textId="77777777" w:rsidR="00CB6D10" w:rsidRDefault="00CB6D10">
      <w:pPr>
        <w:spacing w:after="0"/>
      </w:pPr>
    </w:p>
    <w:p w14:paraId="0FDA91D8" w14:textId="77777777" w:rsidR="00CB6D10" w:rsidRDefault="008538FF">
      <w:pPr>
        <w:spacing w:after="0"/>
      </w:pPr>
      <w:r>
        <w:rPr>
          <w:rFonts w:ascii="Arial" w:hAnsi="Arial"/>
          <w:b/>
        </w:rPr>
        <w:t xml:space="preserve">Participant #8:  </w:t>
      </w:r>
      <w:r>
        <w:rPr>
          <w:rFonts w:ascii="Arial" w:hAnsi="Arial"/>
          <w:color w:val="5D7284"/>
        </w:rPr>
        <w:t>27:17</w:t>
      </w:r>
    </w:p>
    <w:p w14:paraId="4F19B82A" w14:textId="77777777" w:rsidR="00CB6D10" w:rsidRDefault="008538FF">
      <w:pPr>
        <w:spacing w:after="0"/>
      </w:pPr>
      <w:r>
        <w:rPr>
          <w:rFonts w:ascii="Arial" w:hAnsi="Arial"/>
        </w:rPr>
        <w:t>Yes.</w:t>
      </w:r>
    </w:p>
    <w:p w14:paraId="28BAF74B" w14:textId="77777777" w:rsidR="00CB6D10" w:rsidRDefault="00CB6D10">
      <w:pPr>
        <w:spacing w:after="0"/>
      </w:pPr>
    </w:p>
    <w:p w14:paraId="27ADB3D1" w14:textId="77777777" w:rsidR="00CB6D10" w:rsidRDefault="008538FF">
      <w:pPr>
        <w:spacing w:after="0"/>
      </w:pPr>
      <w:r>
        <w:rPr>
          <w:rFonts w:ascii="Arial" w:hAnsi="Arial"/>
          <w:b/>
        </w:rPr>
        <w:t xml:space="preserve">Interviewer P:  </w:t>
      </w:r>
      <w:r>
        <w:rPr>
          <w:rFonts w:ascii="Arial" w:hAnsi="Arial"/>
          <w:color w:val="5D7284"/>
        </w:rPr>
        <w:t>27:18</w:t>
      </w:r>
    </w:p>
    <w:p w14:paraId="4DD81BE9" w14:textId="6EF2183A" w:rsidR="00CB6D10" w:rsidRDefault="008538FF">
      <w:pPr>
        <w:spacing w:after="0"/>
      </w:pPr>
      <w:r w:rsidRPr="6F2A7CBE">
        <w:rPr>
          <w:rFonts w:ascii="Arial" w:hAnsi="Arial"/>
        </w:rPr>
        <w:t>It's the l</w:t>
      </w:r>
      <w:r w:rsidR="5AD3BF54" w:rsidRPr="6F2A7CBE">
        <w:rPr>
          <w:rFonts w:ascii="Arial" w:hAnsi="Arial"/>
        </w:rPr>
        <w:t>att</w:t>
      </w:r>
      <w:r w:rsidRPr="6F2A7CBE">
        <w:rPr>
          <w:rFonts w:ascii="Arial" w:hAnsi="Arial"/>
        </w:rPr>
        <w:t>er okay and so why do you think that it's not spiraling?</w:t>
      </w:r>
    </w:p>
    <w:p w14:paraId="76B3A251" w14:textId="77777777" w:rsidR="00CB6D10" w:rsidRDefault="00CB6D10">
      <w:pPr>
        <w:spacing w:after="0"/>
      </w:pPr>
    </w:p>
    <w:p w14:paraId="6466F41C" w14:textId="77777777" w:rsidR="00CB6D10" w:rsidRDefault="008538FF">
      <w:pPr>
        <w:spacing w:after="0"/>
      </w:pPr>
      <w:r>
        <w:rPr>
          <w:rFonts w:ascii="Arial" w:hAnsi="Arial"/>
          <w:b/>
        </w:rPr>
        <w:t xml:space="preserve">Participant #8:  </w:t>
      </w:r>
      <w:r>
        <w:rPr>
          <w:rFonts w:ascii="Arial" w:hAnsi="Arial"/>
          <w:color w:val="5D7284"/>
        </w:rPr>
        <w:t>27:27</w:t>
      </w:r>
    </w:p>
    <w:p w14:paraId="5CAFCB95" w14:textId="77777777" w:rsidR="00CB6D10" w:rsidRDefault="008538FF">
      <w:pPr>
        <w:spacing w:after="0"/>
      </w:pPr>
      <w:r>
        <w:rPr>
          <w:rFonts w:ascii="Arial" w:hAnsi="Arial"/>
        </w:rPr>
        <w:t>Um because I feel like me when I'm looking at it I guess the water is turning which is what my brains thinking I think that it's just kind of like preventing the it from dispersing I don't like it's maybe because of the I'm stealing this directly from the pretest something about the friction of the water preventing it from moving that way.</w:t>
      </w:r>
    </w:p>
    <w:p w14:paraId="5F22052B" w14:textId="77777777" w:rsidR="00CB6D10" w:rsidRDefault="00CB6D10">
      <w:pPr>
        <w:spacing w:after="0"/>
      </w:pPr>
    </w:p>
    <w:p w14:paraId="372D2DFF" w14:textId="77777777" w:rsidR="00CB6D10" w:rsidRDefault="008538FF">
      <w:pPr>
        <w:spacing w:after="0"/>
      </w:pPr>
      <w:r>
        <w:rPr>
          <w:rFonts w:ascii="Arial" w:hAnsi="Arial"/>
          <w:b/>
        </w:rPr>
        <w:t xml:space="preserve">Interviewer P:  </w:t>
      </w:r>
      <w:r>
        <w:rPr>
          <w:rFonts w:ascii="Arial" w:hAnsi="Arial"/>
          <w:color w:val="5D7284"/>
        </w:rPr>
        <w:t>28:08</w:t>
      </w:r>
    </w:p>
    <w:p w14:paraId="5B4A4E47" w14:textId="77777777" w:rsidR="00CB6D10" w:rsidRDefault="008538FF">
      <w:pPr>
        <w:spacing w:after="0"/>
      </w:pPr>
      <w:r>
        <w:rPr>
          <w:rFonts w:ascii="Arial" w:hAnsi="Arial"/>
        </w:rPr>
        <w:t>Okay, so to clarify, you still think that the water is moving it's or do you think that the water is still in the tank is moving around and under it?</w:t>
      </w:r>
    </w:p>
    <w:p w14:paraId="4CA9CDF0" w14:textId="77777777" w:rsidR="00CB6D10" w:rsidRDefault="00CB6D10">
      <w:pPr>
        <w:spacing w:after="0"/>
      </w:pPr>
    </w:p>
    <w:p w14:paraId="294E495B" w14:textId="77777777" w:rsidR="00CB6D10" w:rsidRDefault="008538FF">
      <w:pPr>
        <w:spacing w:after="0"/>
      </w:pPr>
      <w:r>
        <w:rPr>
          <w:rFonts w:ascii="Arial" w:hAnsi="Arial"/>
          <w:b/>
        </w:rPr>
        <w:t xml:space="preserve">Participant #8:  </w:t>
      </w:r>
      <w:r>
        <w:rPr>
          <w:rFonts w:ascii="Arial" w:hAnsi="Arial"/>
          <w:color w:val="5D7284"/>
        </w:rPr>
        <w:t>28:19</w:t>
      </w:r>
    </w:p>
    <w:p w14:paraId="3B60E161" w14:textId="77777777" w:rsidR="00CB6D10" w:rsidRDefault="008538FF">
      <w:pPr>
        <w:spacing w:after="0"/>
      </w:pPr>
      <w:r>
        <w:rPr>
          <w:rFonts w:ascii="Arial" w:hAnsi="Arial"/>
        </w:rPr>
        <w:t>I mean your right the water is still it's just I don't know.</w:t>
      </w:r>
    </w:p>
    <w:p w14:paraId="0EB31E5B" w14:textId="77777777" w:rsidR="00CB6D10" w:rsidRDefault="00CB6D10">
      <w:pPr>
        <w:spacing w:after="0"/>
      </w:pPr>
    </w:p>
    <w:p w14:paraId="08A053EA" w14:textId="77777777" w:rsidR="00CB6D10" w:rsidRDefault="008538FF">
      <w:pPr>
        <w:spacing w:after="0"/>
      </w:pPr>
      <w:r>
        <w:rPr>
          <w:rFonts w:ascii="Arial" w:hAnsi="Arial"/>
          <w:b/>
        </w:rPr>
        <w:t xml:space="preserve">Interviewer P:  </w:t>
      </w:r>
      <w:r>
        <w:rPr>
          <w:rFonts w:ascii="Arial" w:hAnsi="Arial"/>
          <w:color w:val="5D7284"/>
        </w:rPr>
        <w:t>28:38</w:t>
      </w:r>
    </w:p>
    <w:p w14:paraId="09BFFD18" w14:textId="77777777" w:rsidR="00CB6D10" w:rsidRDefault="008538FF">
      <w:pPr>
        <w:spacing w:after="0"/>
      </w:pPr>
      <w:r>
        <w:rPr>
          <w:rFonts w:ascii="Arial" w:hAnsi="Arial"/>
        </w:rPr>
        <w:t>What then what might be keeping those columns separate any ideas about that?</w:t>
      </w:r>
    </w:p>
    <w:p w14:paraId="255D4754" w14:textId="77777777" w:rsidR="00CB6D10" w:rsidRDefault="00CB6D10">
      <w:pPr>
        <w:spacing w:after="0"/>
      </w:pPr>
    </w:p>
    <w:p w14:paraId="0686318B" w14:textId="77777777" w:rsidR="00CB6D10" w:rsidRDefault="008538FF">
      <w:pPr>
        <w:spacing w:after="0"/>
      </w:pPr>
      <w:r>
        <w:rPr>
          <w:rFonts w:ascii="Arial" w:hAnsi="Arial"/>
          <w:b/>
        </w:rPr>
        <w:t xml:space="preserve">Participant #8:  </w:t>
      </w:r>
      <w:r>
        <w:rPr>
          <w:rFonts w:ascii="Arial" w:hAnsi="Arial"/>
          <w:color w:val="5D7284"/>
        </w:rPr>
        <w:t>28:46</w:t>
      </w:r>
    </w:p>
    <w:p w14:paraId="652754AC" w14:textId="77777777" w:rsidR="00CB6D10" w:rsidRDefault="008538FF">
      <w:pPr>
        <w:spacing w:after="0"/>
      </w:pPr>
      <w:r>
        <w:rPr>
          <w:rFonts w:ascii="Arial" w:hAnsi="Arial"/>
        </w:rPr>
        <w:t>Maybe just the fact that the water really isn't moving inside, or I guess they're upward I've genuinely no idea why.</w:t>
      </w:r>
    </w:p>
    <w:p w14:paraId="30E826A6" w14:textId="77777777" w:rsidR="00CB6D10" w:rsidRDefault="00CB6D10">
      <w:pPr>
        <w:spacing w:after="0"/>
      </w:pPr>
    </w:p>
    <w:p w14:paraId="551F71D0" w14:textId="77777777" w:rsidR="00CB6D10" w:rsidRDefault="008538FF">
      <w:pPr>
        <w:spacing w:after="0"/>
      </w:pPr>
      <w:r>
        <w:rPr>
          <w:rFonts w:ascii="Arial" w:hAnsi="Arial"/>
          <w:b/>
        </w:rPr>
        <w:t xml:space="preserve">Interviewer P:  </w:t>
      </w:r>
      <w:r>
        <w:rPr>
          <w:rFonts w:ascii="Arial" w:hAnsi="Arial"/>
          <w:color w:val="5D7284"/>
        </w:rPr>
        <w:t>29:07</w:t>
      </w:r>
    </w:p>
    <w:p w14:paraId="325E2BA7" w14:textId="77777777" w:rsidR="00CB6D10" w:rsidRDefault="008538FF">
      <w:pPr>
        <w:spacing w:after="0"/>
      </w:pPr>
      <w:r>
        <w:rPr>
          <w:rFonts w:ascii="Arial" w:hAnsi="Arial"/>
        </w:rPr>
        <w:t>Do you think that if we left it spinning for a long time, it would eventually swirl?</w:t>
      </w:r>
    </w:p>
    <w:p w14:paraId="61BD7F81" w14:textId="77777777" w:rsidR="00CB6D10" w:rsidRDefault="00CB6D10">
      <w:pPr>
        <w:spacing w:after="0"/>
      </w:pPr>
    </w:p>
    <w:p w14:paraId="3DD16FE6" w14:textId="77777777" w:rsidR="00CB6D10" w:rsidRDefault="008538FF">
      <w:pPr>
        <w:spacing w:after="0"/>
      </w:pPr>
      <w:r>
        <w:rPr>
          <w:rFonts w:ascii="Arial" w:hAnsi="Arial"/>
          <w:b/>
        </w:rPr>
        <w:t xml:space="preserve">Participant #8:  </w:t>
      </w:r>
      <w:r>
        <w:rPr>
          <w:rFonts w:ascii="Arial" w:hAnsi="Arial"/>
          <w:color w:val="5D7284"/>
        </w:rPr>
        <w:t>29:13</w:t>
      </w:r>
    </w:p>
    <w:p w14:paraId="26BEA3F2" w14:textId="77777777" w:rsidR="00CB6D10" w:rsidRDefault="008538FF">
      <w:pPr>
        <w:spacing w:after="0"/>
      </w:pPr>
      <w:r>
        <w:rPr>
          <w:rFonts w:ascii="Arial" w:hAnsi="Arial"/>
        </w:rPr>
        <w:t>No, I'm not.</w:t>
      </w:r>
    </w:p>
    <w:p w14:paraId="7AA44923" w14:textId="77777777" w:rsidR="00CB6D10" w:rsidRDefault="00CB6D10">
      <w:pPr>
        <w:spacing w:after="0"/>
      </w:pPr>
    </w:p>
    <w:p w14:paraId="0B96B5D6" w14:textId="77777777" w:rsidR="00CB6D10" w:rsidRDefault="008538FF">
      <w:pPr>
        <w:spacing w:after="0"/>
      </w:pPr>
      <w:r>
        <w:rPr>
          <w:rFonts w:ascii="Arial" w:hAnsi="Arial"/>
          <w:b/>
        </w:rPr>
        <w:t xml:space="preserve">Interviewer P:  </w:t>
      </w:r>
      <w:r>
        <w:rPr>
          <w:rFonts w:ascii="Arial" w:hAnsi="Arial"/>
          <w:color w:val="5D7284"/>
        </w:rPr>
        <w:t>29:15</w:t>
      </w:r>
    </w:p>
    <w:p w14:paraId="2FCA786F" w14:textId="77777777" w:rsidR="00CB6D10" w:rsidRDefault="008538FF">
      <w:pPr>
        <w:spacing w:after="0"/>
      </w:pPr>
      <w:r>
        <w:rPr>
          <w:rFonts w:ascii="Arial" w:hAnsi="Arial"/>
        </w:rPr>
        <w:t>Do you think that there's anything that we could do to make it look like what you originally drew?</w:t>
      </w:r>
    </w:p>
    <w:p w14:paraId="057AFBD1" w14:textId="77777777" w:rsidR="00CB6D10" w:rsidRDefault="00CB6D10">
      <w:pPr>
        <w:spacing w:after="0"/>
      </w:pPr>
    </w:p>
    <w:p w14:paraId="5A1B2AF6" w14:textId="77777777" w:rsidR="00CB6D10" w:rsidRDefault="008538FF">
      <w:pPr>
        <w:spacing w:after="0"/>
      </w:pPr>
      <w:r>
        <w:rPr>
          <w:rFonts w:ascii="Arial" w:hAnsi="Arial"/>
          <w:b/>
        </w:rPr>
        <w:t xml:space="preserve">Participant #8:  </w:t>
      </w:r>
      <w:r>
        <w:rPr>
          <w:rFonts w:ascii="Arial" w:hAnsi="Arial"/>
          <w:color w:val="5D7284"/>
        </w:rPr>
        <w:t>29:26</w:t>
      </w:r>
    </w:p>
    <w:p w14:paraId="5F4BF562" w14:textId="77777777" w:rsidR="00CB6D10" w:rsidRDefault="008538FF">
      <w:pPr>
        <w:spacing w:after="0"/>
      </w:pPr>
      <w:r>
        <w:rPr>
          <w:rFonts w:ascii="Arial" w:hAnsi="Arial"/>
        </w:rPr>
        <w:t>I mean if you sat there and held it at one point and then just like sprinkled it in as it rotated, if that makes any sense.</w:t>
      </w:r>
    </w:p>
    <w:p w14:paraId="00119E87" w14:textId="77777777" w:rsidR="00CB6D10" w:rsidRDefault="00CB6D10">
      <w:pPr>
        <w:spacing w:after="0"/>
      </w:pPr>
    </w:p>
    <w:p w14:paraId="3EFB4010" w14:textId="77777777" w:rsidR="00CB6D10" w:rsidRDefault="008538FF">
      <w:pPr>
        <w:spacing w:after="0"/>
      </w:pPr>
      <w:r>
        <w:rPr>
          <w:rFonts w:ascii="Arial" w:hAnsi="Arial"/>
          <w:b/>
        </w:rPr>
        <w:t xml:space="preserve">Interviewer P:  </w:t>
      </w:r>
      <w:r>
        <w:rPr>
          <w:rFonts w:ascii="Arial" w:hAnsi="Arial"/>
          <w:color w:val="5D7284"/>
        </w:rPr>
        <w:t>29:39</w:t>
      </w:r>
    </w:p>
    <w:p w14:paraId="47D5874C" w14:textId="77777777" w:rsidR="00CB6D10" w:rsidRDefault="008538FF">
      <w:pPr>
        <w:spacing w:after="0"/>
      </w:pPr>
      <w:r>
        <w:rPr>
          <w:rFonts w:ascii="Arial" w:hAnsi="Arial"/>
        </w:rPr>
        <w:t xml:space="preserve">Okay, so you mean like instead of spreading it around just putting more at the same place? </w:t>
      </w:r>
    </w:p>
    <w:p w14:paraId="65B43BC9" w14:textId="77777777" w:rsidR="00CB6D10" w:rsidRDefault="00CB6D10">
      <w:pPr>
        <w:spacing w:after="0"/>
      </w:pPr>
    </w:p>
    <w:p w14:paraId="4E666B4E" w14:textId="77777777" w:rsidR="00CB6D10" w:rsidRDefault="008538FF">
      <w:pPr>
        <w:spacing w:after="0"/>
      </w:pPr>
      <w:r>
        <w:rPr>
          <w:rFonts w:ascii="Arial" w:hAnsi="Arial"/>
          <w:b/>
        </w:rPr>
        <w:t xml:space="preserve">Participant #8:  </w:t>
      </w:r>
      <w:r>
        <w:rPr>
          <w:rFonts w:ascii="Arial" w:hAnsi="Arial"/>
          <w:color w:val="5D7284"/>
        </w:rPr>
        <w:t>29:46</w:t>
      </w:r>
    </w:p>
    <w:p w14:paraId="4A2F6EA5" w14:textId="77777777" w:rsidR="00CB6D10" w:rsidRDefault="008538FF">
      <w:pPr>
        <w:spacing w:after="0"/>
      </w:pPr>
      <w:r>
        <w:rPr>
          <w:rFonts w:ascii="Arial" w:hAnsi="Arial"/>
        </w:rPr>
        <w:t>Yeah, like instead of just reaching it and sprinkle it you'll you'd hold it here just sprinkle like it as it turns a line would form of the stuff on there and that would create a spiral but that's just because the thing is turning.</w:t>
      </w:r>
    </w:p>
    <w:p w14:paraId="18B48B95" w14:textId="77777777" w:rsidR="00CB6D10" w:rsidRDefault="00CB6D10">
      <w:pPr>
        <w:spacing w:after="0"/>
      </w:pPr>
    </w:p>
    <w:p w14:paraId="615B8C39" w14:textId="77777777" w:rsidR="00CB6D10" w:rsidRDefault="008538FF">
      <w:pPr>
        <w:spacing w:after="0"/>
      </w:pPr>
      <w:r>
        <w:rPr>
          <w:rFonts w:ascii="Arial" w:hAnsi="Arial"/>
          <w:b/>
        </w:rPr>
        <w:t xml:space="preserve">Interviewer P:  </w:t>
      </w:r>
      <w:r>
        <w:rPr>
          <w:rFonts w:ascii="Arial" w:hAnsi="Arial"/>
          <w:color w:val="5D7284"/>
        </w:rPr>
        <w:t>30:05</w:t>
      </w:r>
    </w:p>
    <w:p w14:paraId="101F5049" w14:textId="77777777" w:rsidR="00CB6D10" w:rsidRDefault="008538FF">
      <w:pPr>
        <w:spacing w:after="0"/>
      </w:pPr>
      <w:r>
        <w:rPr>
          <w:rFonts w:ascii="Arial" w:hAnsi="Arial"/>
        </w:rPr>
        <w:t>I already have some on here I'm gonna do that because I wanted to add a little more anyway I can only do it for as long as my hands won't get.</w:t>
      </w:r>
    </w:p>
    <w:p w14:paraId="1C57B160" w14:textId="77777777" w:rsidR="00CB6D10" w:rsidRDefault="00CB6D10">
      <w:pPr>
        <w:spacing w:after="0"/>
      </w:pPr>
    </w:p>
    <w:p w14:paraId="6B3C73D5" w14:textId="77777777" w:rsidR="00CB6D10" w:rsidRDefault="008538FF">
      <w:pPr>
        <w:spacing w:after="0"/>
      </w:pPr>
      <w:r>
        <w:rPr>
          <w:rFonts w:ascii="Arial" w:hAnsi="Arial"/>
          <w:b/>
        </w:rPr>
        <w:t xml:space="preserve">Participant #8:  </w:t>
      </w:r>
      <w:r>
        <w:rPr>
          <w:rFonts w:ascii="Arial" w:hAnsi="Arial"/>
          <w:color w:val="5D7284"/>
        </w:rPr>
        <w:t>30:14</w:t>
      </w:r>
    </w:p>
    <w:p w14:paraId="0934A8EB" w14:textId="77777777" w:rsidR="00CB6D10" w:rsidRDefault="008538FF">
      <w:pPr>
        <w:spacing w:after="0"/>
      </w:pPr>
      <w:r>
        <w:rPr>
          <w:rFonts w:ascii="Arial" w:hAnsi="Arial"/>
        </w:rPr>
        <w:t>Yeah. Did the best I could. Thats the general idea.</w:t>
      </w:r>
    </w:p>
    <w:p w14:paraId="4441007C" w14:textId="77777777" w:rsidR="00CB6D10" w:rsidRDefault="00CB6D10">
      <w:pPr>
        <w:spacing w:after="0"/>
      </w:pPr>
    </w:p>
    <w:p w14:paraId="0CBC68F8" w14:textId="77777777" w:rsidR="00CB6D10" w:rsidRDefault="008538FF">
      <w:pPr>
        <w:spacing w:after="0"/>
      </w:pPr>
      <w:r>
        <w:rPr>
          <w:rFonts w:ascii="Arial" w:hAnsi="Arial"/>
          <w:b/>
        </w:rPr>
        <w:t xml:space="preserve">Interviewer P:  </w:t>
      </w:r>
      <w:r>
        <w:rPr>
          <w:rFonts w:ascii="Arial" w:hAnsi="Arial"/>
          <w:color w:val="5D7284"/>
        </w:rPr>
        <w:t>30:29</w:t>
      </w:r>
    </w:p>
    <w:p w14:paraId="3313B65B" w14:textId="77777777" w:rsidR="00CB6D10" w:rsidRDefault="008538FF">
      <w:pPr>
        <w:spacing w:after="0"/>
      </w:pPr>
      <w:r>
        <w:rPr>
          <w:rFonts w:ascii="Arial" w:hAnsi="Arial"/>
        </w:rPr>
        <w:t xml:space="preserve"> So is that spiraling.</w:t>
      </w:r>
    </w:p>
    <w:p w14:paraId="164786BF" w14:textId="77777777" w:rsidR="00CB6D10" w:rsidRDefault="00CB6D10">
      <w:pPr>
        <w:spacing w:after="0"/>
      </w:pPr>
    </w:p>
    <w:p w14:paraId="5108FE04" w14:textId="77777777" w:rsidR="00CB6D10" w:rsidRDefault="008538FF">
      <w:pPr>
        <w:spacing w:after="0"/>
      </w:pPr>
      <w:r>
        <w:rPr>
          <w:rFonts w:ascii="Arial" w:hAnsi="Arial"/>
          <w:b/>
        </w:rPr>
        <w:t xml:space="preserve">Participant #8:  </w:t>
      </w:r>
      <w:r>
        <w:rPr>
          <w:rFonts w:ascii="Arial" w:hAnsi="Arial"/>
          <w:color w:val="5D7284"/>
        </w:rPr>
        <w:t>30:30</w:t>
      </w:r>
    </w:p>
    <w:p w14:paraId="6105B4DF" w14:textId="77777777" w:rsidR="00CB6D10" w:rsidRDefault="008538FF">
      <w:pPr>
        <w:spacing w:after="0"/>
      </w:pPr>
      <w:r>
        <w:rPr>
          <w:rFonts w:ascii="Arial" w:hAnsi="Arial"/>
        </w:rPr>
        <w:t>No.</w:t>
      </w:r>
    </w:p>
    <w:p w14:paraId="32F8AB8D" w14:textId="77777777" w:rsidR="00CB6D10" w:rsidRDefault="00CB6D10">
      <w:pPr>
        <w:spacing w:after="0"/>
      </w:pPr>
    </w:p>
    <w:p w14:paraId="08DA0037" w14:textId="77777777" w:rsidR="00CB6D10" w:rsidRDefault="008538FF">
      <w:pPr>
        <w:spacing w:after="0"/>
      </w:pPr>
      <w:r>
        <w:rPr>
          <w:rFonts w:ascii="Arial" w:hAnsi="Arial"/>
          <w:b/>
        </w:rPr>
        <w:t xml:space="preserve">Interviewer P:  </w:t>
      </w:r>
      <w:r>
        <w:rPr>
          <w:rFonts w:ascii="Arial" w:hAnsi="Arial"/>
          <w:color w:val="5D7284"/>
        </w:rPr>
        <w:t>30:33</w:t>
      </w:r>
    </w:p>
    <w:p w14:paraId="2E46F61A" w14:textId="77777777" w:rsidR="00CB6D10" w:rsidRDefault="008538FF">
      <w:pPr>
        <w:spacing w:after="0"/>
      </w:pPr>
      <w:r>
        <w:rPr>
          <w:rFonts w:ascii="Arial" w:hAnsi="Arial"/>
        </w:rPr>
        <w:t>Other ideas of what we could do to get it to spiral.</w:t>
      </w:r>
    </w:p>
    <w:p w14:paraId="735C1F28" w14:textId="77777777" w:rsidR="00CB6D10" w:rsidRDefault="00CB6D10">
      <w:pPr>
        <w:spacing w:after="0"/>
      </w:pPr>
    </w:p>
    <w:p w14:paraId="302427F6" w14:textId="77777777" w:rsidR="00CB6D10" w:rsidRDefault="008538FF">
      <w:pPr>
        <w:spacing w:after="0"/>
      </w:pPr>
      <w:r>
        <w:rPr>
          <w:rFonts w:ascii="Arial" w:hAnsi="Arial"/>
          <w:b/>
        </w:rPr>
        <w:t xml:space="preserve">Participant #8:  </w:t>
      </w:r>
      <w:r>
        <w:rPr>
          <w:rFonts w:ascii="Arial" w:hAnsi="Arial"/>
          <w:color w:val="5D7284"/>
        </w:rPr>
        <w:t>30:36</w:t>
      </w:r>
    </w:p>
    <w:p w14:paraId="761DC787" w14:textId="77777777" w:rsidR="00CB6D10" w:rsidRDefault="008538FF">
      <w:pPr>
        <w:spacing w:after="0"/>
      </w:pPr>
      <w:r>
        <w:rPr>
          <w:rFonts w:ascii="Arial" w:hAnsi="Arial"/>
        </w:rPr>
        <w:t>I don't know if there is anything we could do have the water inside of it moving like maybe have like something stirring it at the center.</w:t>
      </w:r>
    </w:p>
    <w:p w14:paraId="6F7C8AF7" w14:textId="77777777" w:rsidR="00CB6D10" w:rsidRDefault="00CB6D10">
      <w:pPr>
        <w:spacing w:after="0"/>
      </w:pPr>
    </w:p>
    <w:p w14:paraId="17EC086A" w14:textId="77777777" w:rsidR="00CB6D10" w:rsidRDefault="008538FF">
      <w:pPr>
        <w:spacing w:after="0"/>
      </w:pPr>
      <w:r>
        <w:rPr>
          <w:rFonts w:ascii="Arial" w:hAnsi="Arial"/>
          <w:b/>
        </w:rPr>
        <w:t xml:space="preserve">Interviewer P:  </w:t>
      </w:r>
      <w:r>
        <w:rPr>
          <w:rFonts w:ascii="Arial" w:hAnsi="Arial"/>
          <w:color w:val="5D7284"/>
        </w:rPr>
        <w:t>30:47</w:t>
      </w:r>
    </w:p>
    <w:p w14:paraId="550B8686" w14:textId="77777777" w:rsidR="00CB6D10" w:rsidRDefault="008538FF">
      <w:pPr>
        <w:spacing w:after="0"/>
      </w:pPr>
      <w:r>
        <w:rPr>
          <w:rFonts w:ascii="Arial" w:hAnsi="Arial"/>
        </w:rPr>
        <w:t>Yeah like if I took a big spoon and went in there.</w:t>
      </w:r>
    </w:p>
    <w:p w14:paraId="3634AF7A" w14:textId="77777777" w:rsidR="00CB6D10" w:rsidRDefault="00CB6D10">
      <w:pPr>
        <w:spacing w:after="0"/>
      </w:pPr>
    </w:p>
    <w:p w14:paraId="1E3CAB45" w14:textId="77777777" w:rsidR="00CB6D10" w:rsidRDefault="008538FF">
      <w:pPr>
        <w:spacing w:after="0"/>
      </w:pPr>
      <w:r>
        <w:rPr>
          <w:rFonts w:ascii="Arial" w:hAnsi="Arial"/>
          <w:b/>
        </w:rPr>
        <w:t xml:space="preserve">Participant #8:  </w:t>
      </w:r>
      <w:r>
        <w:rPr>
          <w:rFonts w:ascii="Arial" w:hAnsi="Arial"/>
          <w:color w:val="5D7284"/>
        </w:rPr>
        <w:t>30:52</w:t>
      </w:r>
    </w:p>
    <w:p w14:paraId="188348A4" w14:textId="77777777" w:rsidR="00CB6D10" w:rsidRDefault="008538FF">
      <w:pPr>
        <w:spacing w:after="0"/>
      </w:pPr>
      <w:r>
        <w:rPr>
          <w:rFonts w:ascii="Arial" w:hAnsi="Arial"/>
        </w:rPr>
        <w:t>Yeah.</w:t>
      </w:r>
    </w:p>
    <w:p w14:paraId="7F86757F" w14:textId="77777777" w:rsidR="00CB6D10" w:rsidRDefault="00CB6D10">
      <w:pPr>
        <w:spacing w:after="0"/>
      </w:pPr>
    </w:p>
    <w:p w14:paraId="645672A2" w14:textId="77777777" w:rsidR="00CB6D10" w:rsidRDefault="008538FF">
      <w:pPr>
        <w:spacing w:after="0"/>
      </w:pPr>
      <w:r>
        <w:rPr>
          <w:rFonts w:ascii="Arial" w:hAnsi="Arial"/>
          <w:b/>
        </w:rPr>
        <w:t xml:space="preserve">Interviewer P:  </w:t>
      </w:r>
      <w:r>
        <w:rPr>
          <w:rFonts w:ascii="Arial" w:hAnsi="Arial"/>
          <w:color w:val="5D7284"/>
        </w:rPr>
        <w:t>30:59</w:t>
      </w:r>
    </w:p>
    <w:p w14:paraId="6378A776" w14:textId="77777777" w:rsidR="00CB6D10" w:rsidRDefault="008538FF">
      <w:pPr>
        <w:spacing w:after="0"/>
      </w:pPr>
      <w:r>
        <w:rPr>
          <w:rFonts w:ascii="Arial" w:hAnsi="Arial"/>
        </w:rPr>
        <w:t>So I'm still thinking about your idea of a water moving is that confusing? Or do you have an idea like yes, it is moving or no it isnt moving?</w:t>
      </w:r>
    </w:p>
    <w:p w14:paraId="26BD4850" w14:textId="77777777" w:rsidR="00CB6D10" w:rsidRDefault="00CB6D10">
      <w:pPr>
        <w:spacing w:after="0"/>
      </w:pPr>
    </w:p>
    <w:p w14:paraId="468BF4DC" w14:textId="77777777" w:rsidR="00CB6D10" w:rsidRDefault="008538FF">
      <w:pPr>
        <w:spacing w:after="0"/>
      </w:pPr>
      <w:r>
        <w:rPr>
          <w:rFonts w:ascii="Arial" w:hAnsi="Arial"/>
          <w:b/>
        </w:rPr>
        <w:t xml:space="preserve">Participant #8:  </w:t>
      </w:r>
      <w:r>
        <w:rPr>
          <w:rFonts w:ascii="Arial" w:hAnsi="Arial"/>
          <w:color w:val="5D7284"/>
        </w:rPr>
        <w:t>31:15</w:t>
      </w:r>
    </w:p>
    <w:p w14:paraId="023D86EC" w14:textId="77777777" w:rsidR="00CB6D10" w:rsidRDefault="008538FF">
      <w:pPr>
        <w:spacing w:after="0"/>
      </w:pPr>
      <w:r>
        <w:rPr>
          <w:rFonts w:ascii="Arial" w:hAnsi="Arial"/>
        </w:rPr>
        <w:t>It's moving in a circle but the water is still is what I think is happening in general, if that makes sence.</w:t>
      </w:r>
    </w:p>
    <w:p w14:paraId="0D6DCDE6" w14:textId="77777777" w:rsidR="00CB6D10" w:rsidRDefault="00CB6D10">
      <w:pPr>
        <w:spacing w:after="0"/>
      </w:pPr>
    </w:p>
    <w:p w14:paraId="4880B2F1" w14:textId="77777777" w:rsidR="00CB6D10" w:rsidRDefault="008538FF">
      <w:pPr>
        <w:spacing w:after="0"/>
      </w:pPr>
      <w:r>
        <w:rPr>
          <w:rFonts w:ascii="Arial" w:hAnsi="Arial"/>
          <w:b/>
        </w:rPr>
        <w:t xml:space="preserve">Interviewer P:  </w:t>
      </w:r>
      <w:r>
        <w:rPr>
          <w:rFonts w:ascii="Arial" w:hAnsi="Arial"/>
          <w:color w:val="5D7284"/>
        </w:rPr>
        <w:t>31:25</w:t>
      </w:r>
    </w:p>
    <w:p w14:paraId="0C5DB5D9" w14:textId="77777777" w:rsidR="00CB6D10" w:rsidRDefault="008538FF">
      <w:pPr>
        <w:spacing w:after="0"/>
      </w:pPr>
      <w:r>
        <w:rPr>
          <w:rFonts w:ascii="Arial" w:hAnsi="Arial"/>
        </w:rPr>
        <w:t>What do you think what happened if I turned that off? Suddenly, like put on the brake?</w:t>
      </w:r>
    </w:p>
    <w:p w14:paraId="021607B3" w14:textId="77777777" w:rsidR="00CB6D10" w:rsidRDefault="00CB6D10">
      <w:pPr>
        <w:spacing w:after="0"/>
      </w:pPr>
    </w:p>
    <w:p w14:paraId="2232048B" w14:textId="77777777" w:rsidR="00CB6D10" w:rsidRDefault="008538FF">
      <w:pPr>
        <w:spacing w:after="0"/>
      </w:pPr>
      <w:r>
        <w:rPr>
          <w:rFonts w:ascii="Arial" w:hAnsi="Arial"/>
          <w:b/>
        </w:rPr>
        <w:t xml:space="preserve">Participant #8:  </w:t>
      </w:r>
      <w:r>
        <w:rPr>
          <w:rFonts w:ascii="Arial" w:hAnsi="Arial"/>
          <w:color w:val="5D7284"/>
        </w:rPr>
        <w:t>31:36</w:t>
      </w:r>
    </w:p>
    <w:p w14:paraId="73E509E8" w14:textId="30A71E70" w:rsidR="00CB6D10" w:rsidRDefault="008538FF">
      <w:pPr>
        <w:spacing w:after="0"/>
      </w:pPr>
      <w:r w:rsidRPr="6F2A7CBE">
        <w:rPr>
          <w:rFonts w:ascii="Arial" w:hAnsi="Arial"/>
        </w:rPr>
        <w:t>Like, just out of first impressions, I think the water would slosh a little bit.</w:t>
      </w:r>
    </w:p>
    <w:p w14:paraId="34BA1014" w14:textId="77777777" w:rsidR="00CB6D10" w:rsidRDefault="00CB6D10">
      <w:pPr>
        <w:spacing w:after="0"/>
      </w:pPr>
    </w:p>
    <w:p w14:paraId="6107A069" w14:textId="77777777" w:rsidR="00CB6D10" w:rsidRDefault="008538FF">
      <w:pPr>
        <w:spacing w:after="0"/>
      </w:pPr>
      <w:r>
        <w:rPr>
          <w:rFonts w:ascii="Arial" w:hAnsi="Arial"/>
          <w:b/>
        </w:rPr>
        <w:t xml:space="preserve">Interviewer P:  </w:t>
      </w:r>
      <w:r>
        <w:rPr>
          <w:rFonts w:ascii="Arial" w:hAnsi="Arial"/>
          <w:color w:val="5D7284"/>
        </w:rPr>
        <w:t>31:42</w:t>
      </w:r>
    </w:p>
    <w:p w14:paraId="7CA1D17B" w14:textId="77777777" w:rsidR="00CB6D10" w:rsidRDefault="008538FF">
      <w:pPr>
        <w:spacing w:after="0"/>
      </w:pPr>
      <w:r>
        <w:rPr>
          <w:rFonts w:ascii="Arial" w:hAnsi="Arial"/>
        </w:rPr>
        <w:t>And so what would happen to those columns.</w:t>
      </w:r>
    </w:p>
    <w:p w14:paraId="66EE46C1" w14:textId="77777777" w:rsidR="00CB6D10" w:rsidRDefault="00CB6D10">
      <w:pPr>
        <w:spacing w:after="0"/>
      </w:pPr>
    </w:p>
    <w:p w14:paraId="5E1D49AE" w14:textId="77777777" w:rsidR="00CB6D10" w:rsidRDefault="008538FF">
      <w:pPr>
        <w:spacing w:after="0"/>
      </w:pPr>
      <w:r>
        <w:rPr>
          <w:rFonts w:ascii="Arial" w:hAnsi="Arial"/>
          <w:b/>
        </w:rPr>
        <w:t xml:space="preserve">Participant #8:  </w:t>
      </w:r>
      <w:r>
        <w:rPr>
          <w:rFonts w:ascii="Arial" w:hAnsi="Arial"/>
          <w:color w:val="5D7284"/>
        </w:rPr>
        <w:t>31:44</w:t>
      </w:r>
    </w:p>
    <w:p w14:paraId="24A083CF" w14:textId="77777777" w:rsidR="00CB6D10" w:rsidRDefault="008538FF">
      <w:pPr>
        <w:spacing w:after="0"/>
      </w:pPr>
      <w:r>
        <w:rPr>
          <w:rFonts w:ascii="Arial" w:hAnsi="Arial"/>
        </w:rPr>
        <w:t>They would get disrupted and disperse.</w:t>
      </w:r>
    </w:p>
    <w:p w14:paraId="3CED6FBF" w14:textId="77777777" w:rsidR="00CB6D10" w:rsidRDefault="00CB6D10">
      <w:pPr>
        <w:spacing w:after="0"/>
      </w:pPr>
    </w:p>
    <w:p w14:paraId="7BE4BA2A" w14:textId="77777777" w:rsidR="00CB6D10" w:rsidRDefault="008538FF">
      <w:pPr>
        <w:spacing w:after="0"/>
      </w:pPr>
      <w:r>
        <w:rPr>
          <w:rFonts w:ascii="Arial" w:hAnsi="Arial"/>
          <w:b/>
        </w:rPr>
        <w:t xml:space="preserve">Interviewer P:  </w:t>
      </w:r>
      <w:r>
        <w:rPr>
          <w:rFonts w:ascii="Arial" w:hAnsi="Arial"/>
          <w:color w:val="5D7284"/>
        </w:rPr>
        <w:t>31:46</w:t>
      </w:r>
    </w:p>
    <w:p w14:paraId="10C6DDEA" w14:textId="77777777" w:rsidR="00CB6D10" w:rsidRDefault="008538FF">
      <w:pPr>
        <w:spacing w:after="0"/>
      </w:pPr>
      <w:r>
        <w:rPr>
          <w:rFonts w:ascii="Arial" w:hAnsi="Arial"/>
        </w:rPr>
        <w:t>Do you think that would make swirls?</w:t>
      </w:r>
    </w:p>
    <w:p w14:paraId="383C08D7" w14:textId="77777777" w:rsidR="00CB6D10" w:rsidRDefault="00CB6D10">
      <w:pPr>
        <w:spacing w:after="0"/>
      </w:pPr>
    </w:p>
    <w:p w14:paraId="722BE7BC" w14:textId="77777777" w:rsidR="00CB6D10" w:rsidRDefault="008538FF">
      <w:pPr>
        <w:spacing w:after="0"/>
      </w:pPr>
      <w:r>
        <w:rPr>
          <w:rFonts w:ascii="Arial" w:hAnsi="Arial"/>
          <w:b/>
        </w:rPr>
        <w:t xml:space="preserve">Participant #8:  </w:t>
      </w:r>
      <w:r>
        <w:rPr>
          <w:rFonts w:ascii="Arial" w:hAnsi="Arial"/>
          <w:color w:val="5D7284"/>
        </w:rPr>
        <w:t>31:49</w:t>
      </w:r>
    </w:p>
    <w:p w14:paraId="19660A04" w14:textId="77777777" w:rsidR="00CB6D10" w:rsidRDefault="008538FF">
      <w:pPr>
        <w:spacing w:after="0"/>
      </w:pPr>
      <w:r>
        <w:rPr>
          <w:rFonts w:ascii="Arial" w:hAnsi="Arial"/>
        </w:rPr>
        <w:t xml:space="preserve"> I don't think so. </w:t>
      </w:r>
    </w:p>
    <w:p w14:paraId="7A9AF286" w14:textId="77777777" w:rsidR="00CB6D10" w:rsidRDefault="00CB6D10">
      <w:pPr>
        <w:spacing w:after="0"/>
      </w:pPr>
    </w:p>
    <w:p w14:paraId="2556EBED" w14:textId="77777777" w:rsidR="00CB6D10" w:rsidRDefault="008538FF">
      <w:pPr>
        <w:spacing w:after="0"/>
      </w:pPr>
      <w:r>
        <w:rPr>
          <w:rFonts w:ascii="Arial" w:hAnsi="Arial"/>
          <w:b/>
        </w:rPr>
        <w:t xml:space="preserve">Interviewer P:  </w:t>
      </w:r>
      <w:r>
        <w:rPr>
          <w:rFonts w:ascii="Arial" w:hAnsi="Arial"/>
          <w:color w:val="5D7284"/>
        </w:rPr>
        <w:t>31:50</w:t>
      </w:r>
    </w:p>
    <w:p w14:paraId="12A5B67F" w14:textId="77777777" w:rsidR="00CB6D10" w:rsidRDefault="008538FF">
      <w:pPr>
        <w:spacing w:after="0"/>
      </w:pPr>
      <w:r>
        <w:rPr>
          <w:rFonts w:ascii="Arial" w:hAnsi="Arial"/>
        </w:rPr>
        <w:t>Okay, let's do it and see.</w:t>
      </w:r>
    </w:p>
    <w:p w14:paraId="7A56DFFA" w14:textId="77777777" w:rsidR="00CB6D10" w:rsidRDefault="00CB6D10">
      <w:pPr>
        <w:spacing w:after="0"/>
      </w:pPr>
    </w:p>
    <w:p w14:paraId="71DB82B6" w14:textId="77777777" w:rsidR="00CB6D10" w:rsidRDefault="008538FF">
      <w:pPr>
        <w:spacing w:after="0"/>
      </w:pPr>
      <w:r>
        <w:rPr>
          <w:rFonts w:ascii="Arial" w:hAnsi="Arial"/>
          <w:b/>
        </w:rPr>
        <w:t xml:space="preserve">Participant #8:  </w:t>
      </w:r>
      <w:r>
        <w:rPr>
          <w:rFonts w:ascii="Arial" w:hAnsi="Arial"/>
          <w:color w:val="5D7284"/>
        </w:rPr>
        <w:t>32:12</w:t>
      </w:r>
    </w:p>
    <w:p w14:paraId="0D327AEE" w14:textId="77777777" w:rsidR="00CB6D10" w:rsidRDefault="008538FF">
      <w:pPr>
        <w:spacing w:after="0"/>
      </w:pPr>
      <w:r>
        <w:rPr>
          <w:rFonts w:ascii="Arial" w:hAnsi="Arial"/>
        </w:rPr>
        <w:t>Uhm I guess it  kind of make swirls but they're not like this clearly defined.</w:t>
      </w:r>
    </w:p>
    <w:p w14:paraId="64A2A4D8" w14:textId="77777777" w:rsidR="00CB6D10" w:rsidRDefault="00CB6D10">
      <w:pPr>
        <w:spacing w:after="0"/>
      </w:pPr>
    </w:p>
    <w:p w14:paraId="4E9AEF00" w14:textId="77777777" w:rsidR="00CB6D10" w:rsidRDefault="008538FF">
      <w:pPr>
        <w:spacing w:after="0"/>
      </w:pPr>
      <w:r>
        <w:rPr>
          <w:rFonts w:ascii="Arial" w:hAnsi="Arial"/>
          <w:b/>
        </w:rPr>
        <w:t xml:space="preserve">Interviewer P:  </w:t>
      </w:r>
      <w:r>
        <w:rPr>
          <w:rFonts w:ascii="Arial" w:hAnsi="Arial"/>
          <w:color w:val="5D7284"/>
        </w:rPr>
        <w:t>32:18</w:t>
      </w:r>
    </w:p>
    <w:p w14:paraId="28CFA87F" w14:textId="77777777" w:rsidR="00CB6D10" w:rsidRDefault="008538FF">
      <w:pPr>
        <w:spacing w:after="0"/>
      </w:pPr>
      <w:r>
        <w:rPr>
          <w:rFonts w:ascii="Arial" w:hAnsi="Arial"/>
        </w:rPr>
        <w:t xml:space="preserve">Does that surprise you? </w:t>
      </w:r>
    </w:p>
    <w:p w14:paraId="417FCD47" w14:textId="77777777" w:rsidR="00CB6D10" w:rsidRDefault="00CB6D10">
      <w:pPr>
        <w:spacing w:after="0"/>
      </w:pPr>
    </w:p>
    <w:p w14:paraId="5EF2FF06" w14:textId="77777777" w:rsidR="00CB6D10" w:rsidRDefault="008538FF">
      <w:pPr>
        <w:spacing w:after="0"/>
      </w:pPr>
      <w:r>
        <w:rPr>
          <w:rFonts w:ascii="Arial" w:hAnsi="Arial"/>
          <w:b/>
        </w:rPr>
        <w:t xml:space="preserve">Participant #8:  </w:t>
      </w:r>
      <w:r>
        <w:rPr>
          <w:rFonts w:ascii="Arial" w:hAnsi="Arial"/>
          <w:color w:val="5D7284"/>
        </w:rPr>
        <w:t>32:21</w:t>
      </w:r>
    </w:p>
    <w:p w14:paraId="2B2E680A" w14:textId="77777777" w:rsidR="00CB6D10" w:rsidRDefault="008538FF">
      <w:pPr>
        <w:spacing w:after="0"/>
      </w:pPr>
      <w:r>
        <w:rPr>
          <w:rFonts w:ascii="Arial" w:hAnsi="Arial"/>
        </w:rPr>
        <w:t xml:space="preserve">Not really. </w:t>
      </w:r>
    </w:p>
    <w:p w14:paraId="2E5A1FD3" w14:textId="77777777" w:rsidR="00CB6D10" w:rsidRDefault="00CB6D10">
      <w:pPr>
        <w:spacing w:after="0"/>
      </w:pPr>
    </w:p>
    <w:p w14:paraId="5283B379" w14:textId="77777777" w:rsidR="00CB6D10" w:rsidRDefault="008538FF">
      <w:pPr>
        <w:spacing w:after="0"/>
      </w:pPr>
      <w:r>
        <w:rPr>
          <w:rFonts w:ascii="Arial" w:hAnsi="Arial"/>
          <w:b/>
        </w:rPr>
        <w:t xml:space="preserve">Interviewer P:  </w:t>
      </w:r>
      <w:r>
        <w:rPr>
          <w:rFonts w:ascii="Arial" w:hAnsi="Arial"/>
          <w:color w:val="5D7284"/>
        </w:rPr>
        <w:t>32:23</w:t>
      </w:r>
    </w:p>
    <w:p w14:paraId="21891049" w14:textId="77777777" w:rsidR="00CB6D10" w:rsidRDefault="008538FF">
      <w:pPr>
        <w:spacing w:after="0"/>
      </w:pPr>
      <w:r>
        <w:rPr>
          <w:rFonts w:ascii="Arial" w:hAnsi="Arial"/>
        </w:rPr>
        <w:t>Is that what you thought it would do in initially?</w:t>
      </w:r>
    </w:p>
    <w:p w14:paraId="22428681" w14:textId="77777777" w:rsidR="00CB6D10" w:rsidRDefault="00CB6D10">
      <w:pPr>
        <w:spacing w:after="0"/>
      </w:pPr>
    </w:p>
    <w:p w14:paraId="6D2ECF5D" w14:textId="77777777" w:rsidR="00CB6D10" w:rsidRDefault="008538FF">
      <w:pPr>
        <w:spacing w:after="0"/>
      </w:pPr>
      <w:r>
        <w:rPr>
          <w:rFonts w:ascii="Arial" w:hAnsi="Arial"/>
          <w:b/>
        </w:rPr>
        <w:t xml:space="preserve">Participant #8:  </w:t>
      </w:r>
      <w:r>
        <w:rPr>
          <w:rFonts w:ascii="Arial" w:hAnsi="Arial"/>
          <w:color w:val="5D7284"/>
        </w:rPr>
        <w:t>32:27</w:t>
      </w:r>
    </w:p>
    <w:p w14:paraId="37D60E15" w14:textId="77777777" w:rsidR="00CB6D10" w:rsidRDefault="008538FF">
      <w:pPr>
        <w:spacing w:after="0"/>
      </w:pPr>
      <w:r>
        <w:rPr>
          <w:rFonts w:ascii="Arial" w:hAnsi="Arial"/>
        </w:rPr>
        <w:t xml:space="preserve">Pretty much? Yeah, like it would. Like my overall idea was that it would stop it would turn. </w:t>
      </w:r>
    </w:p>
    <w:p w14:paraId="29E719AA" w14:textId="77777777" w:rsidR="00CB6D10" w:rsidRDefault="00CB6D10">
      <w:pPr>
        <w:spacing w:after="0"/>
      </w:pPr>
    </w:p>
    <w:p w14:paraId="21D06707" w14:textId="77777777" w:rsidR="00CB6D10" w:rsidRDefault="008538FF">
      <w:pPr>
        <w:spacing w:after="0"/>
      </w:pPr>
      <w:r>
        <w:rPr>
          <w:rFonts w:ascii="Arial" w:hAnsi="Arial"/>
          <w:b/>
        </w:rPr>
        <w:t xml:space="preserve">Interviewer P:  </w:t>
      </w:r>
      <w:r>
        <w:rPr>
          <w:rFonts w:ascii="Arial" w:hAnsi="Arial"/>
          <w:color w:val="5D7284"/>
        </w:rPr>
        <w:t>32:34</w:t>
      </w:r>
    </w:p>
    <w:p w14:paraId="530D29F8" w14:textId="77777777" w:rsidR="00CB6D10" w:rsidRDefault="008538FF">
      <w:pPr>
        <w:spacing w:after="0"/>
      </w:pPr>
      <w:r>
        <w:rPr>
          <w:rFonts w:ascii="Arial" w:hAnsi="Arial"/>
        </w:rPr>
        <w:t>Yeah.</w:t>
      </w:r>
    </w:p>
    <w:p w14:paraId="3B0FF24D" w14:textId="77777777" w:rsidR="00CB6D10" w:rsidRDefault="00CB6D10">
      <w:pPr>
        <w:spacing w:after="0"/>
      </w:pPr>
    </w:p>
    <w:p w14:paraId="6DCF3A54" w14:textId="77777777" w:rsidR="00CB6D10" w:rsidRDefault="008538FF">
      <w:pPr>
        <w:spacing w:after="0"/>
      </w:pPr>
      <w:r>
        <w:rPr>
          <w:rFonts w:ascii="Arial" w:hAnsi="Arial"/>
          <w:b/>
        </w:rPr>
        <w:t xml:space="preserve">Participant #8:  </w:t>
      </w:r>
      <w:r>
        <w:rPr>
          <w:rFonts w:ascii="Arial" w:hAnsi="Arial"/>
          <w:color w:val="5D7284"/>
        </w:rPr>
        <w:t>32:35</w:t>
      </w:r>
    </w:p>
    <w:p w14:paraId="41FD97DC" w14:textId="77777777" w:rsidR="00CB6D10" w:rsidRDefault="008538FF">
      <w:pPr>
        <w:spacing w:after="0"/>
      </w:pPr>
      <w:r>
        <w:rPr>
          <w:rFonts w:ascii="Arial" w:hAnsi="Arial"/>
        </w:rPr>
        <w:t>And then it was the purple ink would set in.</w:t>
      </w:r>
    </w:p>
    <w:p w14:paraId="38B7A99D" w14:textId="77777777" w:rsidR="00CB6D10" w:rsidRDefault="00CB6D10">
      <w:pPr>
        <w:spacing w:after="0"/>
      </w:pPr>
    </w:p>
    <w:p w14:paraId="78F2CBF1" w14:textId="77777777" w:rsidR="00CB6D10" w:rsidRDefault="008538FF">
      <w:pPr>
        <w:spacing w:after="0"/>
      </w:pPr>
      <w:r>
        <w:rPr>
          <w:rFonts w:ascii="Arial" w:hAnsi="Arial"/>
          <w:b/>
        </w:rPr>
        <w:t xml:space="preserve">Interviewer P:  </w:t>
      </w:r>
      <w:r>
        <w:rPr>
          <w:rFonts w:ascii="Arial" w:hAnsi="Arial"/>
          <w:color w:val="5D7284"/>
        </w:rPr>
        <w:t>32:38</w:t>
      </w:r>
    </w:p>
    <w:p w14:paraId="1586C993" w14:textId="77777777" w:rsidR="00CB6D10" w:rsidRDefault="008538FF">
      <w:pPr>
        <w:spacing w:after="0"/>
      </w:pPr>
      <w:r>
        <w:rPr>
          <w:rFonts w:ascii="Arial" w:hAnsi="Arial"/>
        </w:rPr>
        <w:t xml:space="preserve">Yeah, yeah. Alright, we're gonna let that settle for a bit and then the meantime we're going to do a somewhat thought experiment. So back to the Jell-O. I actually do have a tank of Jell-O. </w:t>
      </w:r>
    </w:p>
    <w:p w14:paraId="6EEFCAF7" w14:textId="77777777" w:rsidR="00CB6D10" w:rsidRDefault="00CB6D10">
      <w:pPr>
        <w:spacing w:after="0"/>
      </w:pPr>
    </w:p>
    <w:p w14:paraId="004A5946" w14:textId="77777777" w:rsidR="00CB6D10" w:rsidRDefault="008538FF">
      <w:pPr>
        <w:spacing w:after="0"/>
      </w:pPr>
      <w:r>
        <w:rPr>
          <w:rFonts w:ascii="Arial" w:hAnsi="Arial"/>
          <w:b/>
        </w:rPr>
        <w:lastRenderedPageBreak/>
        <w:t xml:space="preserve">Participant #8:  </w:t>
      </w:r>
      <w:r>
        <w:rPr>
          <w:rFonts w:ascii="Arial" w:hAnsi="Arial"/>
          <w:color w:val="5D7284"/>
        </w:rPr>
        <w:t>32:54</w:t>
      </w:r>
    </w:p>
    <w:p w14:paraId="3F4F895A" w14:textId="77777777" w:rsidR="00CB6D10" w:rsidRDefault="008538FF">
      <w:pPr>
        <w:spacing w:after="0"/>
      </w:pPr>
      <w:r>
        <w:rPr>
          <w:rFonts w:ascii="Arial" w:hAnsi="Arial"/>
        </w:rPr>
        <w:t>Oh, wiggle wiggle.</w:t>
      </w:r>
    </w:p>
    <w:p w14:paraId="69552101" w14:textId="77777777" w:rsidR="00CB6D10" w:rsidRDefault="00CB6D10">
      <w:pPr>
        <w:spacing w:after="0"/>
      </w:pPr>
    </w:p>
    <w:p w14:paraId="01E00D64" w14:textId="77777777" w:rsidR="00CB6D10" w:rsidRDefault="008538FF">
      <w:pPr>
        <w:spacing w:after="0"/>
      </w:pPr>
      <w:r>
        <w:rPr>
          <w:rFonts w:ascii="Arial" w:hAnsi="Arial"/>
          <w:b/>
        </w:rPr>
        <w:t xml:space="preserve">Interviewer P:  </w:t>
      </w:r>
      <w:r>
        <w:rPr>
          <w:rFonts w:ascii="Arial" w:hAnsi="Arial"/>
          <w:color w:val="5D7284"/>
        </w:rPr>
        <w:t>32:57</w:t>
      </w:r>
    </w:p>
    <w:p w14:paraId="0B6E69A2" w14:textId="77777777" w:rsidR="00CB6D10" w:rsidRDefault="008538FF">
      <w:pPr>
        <w:spacing w:after="0"/>
      </w:pPr>
      <w:r>
        <w:rPr>
          <w:rFonts w:ascii="Arial" w:hAnsi="Arial"/>
        </w:rPr>
        <w:t xml:space="preserve">Yeah, wiggle wiggle and so we can put it on the lazy Susan to get it to rotate and I have a little Lego motor that will actually rotate that lazy Susan. </w:t>
      </w:r>
    </w:p>
    <w:p w14:paraId="25D71717" w14:textId="77777777" w:rsidR="00CB6D10" w:rsidRDefault="00CB6D10">
      <w:pPr>
        <w:spacing w:after="0"/>
      </w:pPr>
    </w:p>
    <w:p w14:paraId="479D9068" w14:textId="77777777" w:rsidR="00CB6D10" w:rsidRDefault="008538FF">
      <w:pPr>
        <w:spacing w:after="0"/>
      </w:pPr>
      <w:r>
        <w:rPr>
          <w:rFonts w:ascii="Arial" w:hAnsi="Arial"/>
          <w:b/>
        </w:rPr>
        <w:t xml:space="preserve">Participant #8:  </w:t>
      </w:r>
      <w:r>
        <w:rPr>
          <w:rFonts w:ascii="Arial" w:hAnsi="Arial"/>
          <w:color w:val="5D7284"/>
        </w:rPr>
        <w:t>33:16</w:t>
      </w:r>
    </w:p>
    <w:p w14:paraId="02B9C62E" w14:textId="77777777" w:rsidR="00CB6D10" w:rsidRDefault="008538FF">
      <w:pPr>
        <w:spacing w:after="0"/>
      </w:pPr>
      <w:r>
        <w:rPr>
          <w:rFonts w:ascii="Arial" w:hAnsi="Arial"/>
        </w:rPr>
        <w:t>O who built that.</w:t>
      </w:r>
    </w:p>
    <w:p w14:paraId="2BF48D28" w14:textId="77777777" w:rsidR="00CB6D10" w:rsidRDefault="00CB6D10">
      <w:pPr>
        <w:spacing w:after="0"/>
      </w:pPr>
    </w:p>
    <w:p w14:paraId="5FD80515" w14:textId="77777777" w:rsidR="00CB6D10" w:rsidRDefault="008538FF">
      <w:pPr>
        <w:spacing w:after="0"/>
      </w:pPr>
      <w:r>
        <w:rPr>
          <w:rFonts w:ascii="Arial" w:hAnsi="Arial"/>
          <w:b/>
        </w:rPr>
        <w:t xml:space="preserve">Interviewer P:  </w:t>
      </w:r>
      <w:r>
        <w:rPr>
          <w:rFonts w:ascii="Arial" w:hAnsi="Arial"/>
          <w:color w:val="5D7284"/>
        </w:rPr>
        <w:t>33:17</w:t>
      </w:r>
    </w:p>
    <w:p w14:paraId="7D47E764" w14:textId="77777777" w:rsidR="00CB6D10" w:rsidRDefault="008538FF">
      <w:pPr>
        <w:spacing w:after="0"/>
      </w:pPr>
      <w:r>
        <w:rPr>
          <w:rFonts w:ascii="Arial" w:hAnsi="Arial"/>
        </w:rPr>
        <w:t>Me. So any ideas of what the Jell-O will do when it rotates?</w:t>
      </w:r>
    </w:p>
    <w:p w14:paraId="4A84F5B1" w14:textId="77777777" w:rsidR="00CB6D10" w:rsidRDefault="00CB6D10">
      <w:pPr>
        <w:spacing w:after="0"/>
      </w:pPr>
    </w:p>
    <w:p w14:paraId="69D265A2" w14:textId="77777777" w:rsidR="00CB6D10" w:rsidRDefault="008538FF">
      <w:pPr>
        <w:spacing w:after="0"/>
      </w:pPr>
      <w:r>
        <w:rPr>
          <w:rFonts w:ascii="Arial" w:hAnsi="Arial"/>
          <w:b/>
        </w:rPr>
        <w:t xml:space="preserve">Participant #8:  </w:t>
      </w:r>
      <w:r>
        <w:rPr>
          <w:rFonts w:ascii="Arial" w:hAnsi="Arial"/>
          <w:color w:val="5D7284"/>
        </w:rPr>
        <w:t>33:28</w:t>
      </w:r>
    </w:p>
    <w:p w14:paraId="4791EBFE" w14:textId="77777777" w:rsidR="00CB6D10" w:rsidRDefault="008538FF">
      <w:pPr>
        <w:spacing w:after="0"/>
      </w:pPr>
      <w:r>
        <w:rPr>
          <w:rFonts w:ascii="Arial" w:hAnsi="Arial"/>
        </w:rPr>
        <w:t xml:space="preserve">Are you just added Are you just rotated? </w:t>
      </w:r>
    </w:p>
    <w:p w14:paraId="44173794" w14:textId="77777777" w:rsidR="00CB6D10" w:rsidRDefault="00CB6D10">
      <w:pPr>
        <w:spacing w:after="0"/>
      </w:pPr>
    </w:p>
    <w:p w14:paraId="49BC0D78" w14:textId="77777777" w:rsidR="00CB6D10" w:rsidRDefault="008538FF">
      <w:pPr>
        <w:spacing w:after="0"/>
      </w:pPr>
      <w:r>
        <w:rPr>
          <w:rFonts w:ascii="Arial" w:hAnsi="Arial"/>
          <w:b/>
        </w:rPr>
        <w:t xml:space="preserve">Interviewer P:  </w:t>
      </w:r>
      <w:r>
        <w:rPr>
          <w:rFonts w:ascii="Arial" w:hAnsi="Arial"/>
          <w:color w:val="5D7284"/>
        </w:rPr>
        <w:t>33:31</w:t>
      </w:r>
    </w:p>
    <w:p w14:paraId="4E5D933A" w14:textId="77777777" w:rsidR="00CB6D10" w:rsidRDefault="008538FF">
      <w:pPr>
        <w:spacing w:after="0"/>
      </w:pPr>
      <w:r>
        <w:rPr>
          <w:rFonts w:ascii="Arial" w:hAnsi="Arial"/>
        </w:rPr>
        <w:t xml:space="preserve">That's it. </w:t>
      </w:r>
    </w:p>
    <w:p w14:paraId="76E601B7" w14:textId="77777777" w:rsidR="00CB6D10" w:rsidRDefault="00CB6D10">
      <w:pPr>
        <w:spacing w:after="0"/>
      </w:pPr>
    </w:p>
    <w:p w14:paraId="70DCCE07" w14:textId="77777777" w:rsidR="00CB6D10" w:rsidRDefault="008538FF">
      <w:pPr>
        <w:spacing w:after="0"/>
      </w:pPr>
      <w:r>
        <w:rPr>
          <w:rFonts w:ascii="Arial" w:hAnsi="Arial"/>
          <w:b/>
        </w:rPr>
        <w:t xml:space="preserve">Participant #8:  </w:t>
      </w:r>
      <w:r>
        <w:rPr>
          <w:rFonts w:ascii="Arial" w:hAnsi="Arial"/>
          <w:color w:val="5D7284"/>
        </w:rPr>
        <w:t>33:32</w:t>
      </w:r>
    </w:p>
    <w:p w14:paraId="61D8C8D1" w14:textId="77777777" w:rsidR="00CB6D10" w:rsidRDefault="008538FF">
      <w:pPr>
        <w:spacing w:after="0"/>
      </w:pPr>
      <w:r>
        <w:rPr>
          <w:rFonts w:ascii="Arial" w:hAnsi="Arial"/>
        </w:rPr>
        <w:t>It's just gonna.</w:t>
      </w:r>
    </w:p>
    <w:p w14:paraId="549CF7E1" w14:textId="77777777" w:rsidR="00CB6D10" w:rsidRDefault="00CB6D10">
      <w:pPr>
        <w:spacing w:after="0"/>
      </w:pPr>
    </w:p>
    <w:p w14:paraId="24DE598B" w14:textId="77777777" w:rsidR="00CB6D10" w:rsidRDefault="008538FF">
      <w:pPr>
        <w:spacing w:after="0"/>
      </w:pPr>
      <w:r>
        <w:rPr>
          <w:rFonts w:ascii="Arial" w:hAnsi="Arial"/>
          <w:b/>
        </w:rPr>
        <w:t xml:space="preserve">Interviewer P:  </w:t>
      </w:r>
      <w:r>
        <w:rPr>
          <w:rFonts w:ascii="Arial" w:hAnsi="Arial"/>
          <w:color w:val="5D7284"/>
        </w:rPr>
        <w:t>33:33</w:t>
      </w:r>
    </w:p>
    <w:p w14:paraId="011DE511" w14:textId="77777777" w:rsidR="00CB6D10" w:rsidRDefault="008538FF">
      <w:pPr>
        <w:spacing w:after="0"/>
      </w:pPr>
      <w:r>
        <w:rPr>
          <w:rFonts w:ascii="Arial" w:hAnsi="Arial"/>
        </w:rPr>
        <w:t>Yeah.</w:t>
      </w:r>
    </w:p>
    <w:p w14:paraId="72E98029" w14:textId="77777777" w:rsidR="00CB6D10" w:rsidRDefault="00CB6D10">
      <w:pPr>
        <w:spacing w:after="0"/>
      </w:pPr>
    </w:p>
    <w:p w14:paraId="02E68D93" w14:textId="77777777" w:rsidR="00CB6D10" w:rsidRDefault="008538FF">
      <w:pPr>
        <w:spacing w:after="0"/>
      </w:pPr>
      <w:r>
        <w:rPr>
          <w:rFonts w:ascii="Arial" w:hAnsi="Arial"/>
          <w:b/>
        </w:rPr>
        <w:t xml:space="preserve">Participant #8:  </w:t>
      </w:r>
      <w:r>
        <w:rPr>
          <w:rFonts w:ascii="Arial" w:hAnsi="Arial"/>
          <w:color w:val="5D7284"/>
        </w:rPr>
        <w:t>33:33</w:t>
      </w:r>
    </w:p>
    <w:p w14:paraId="61D1F5D3" w14:textId="77777777" w:rsidR="00CB6D10" w:rsidRDefault="008538FF">
      <w:pPr>
        <w:spacing w:after="0"/>
      </w:pPr>
      <w:r>
        <w:rPr>
          <w:rFonts w:ascii="Arial" w:hAnsi="Arial"/>
        </w:rPr>
        <w:t>Its gonna, it might jiggle a little bit at the start but then it'll stop jiggling.</w:t>
      </w:r>
    </w:p>
    <w:p w14:paraId="4ED08D0D" w14:textId="77777777" w:rsidR="00CB6D10" w:rsidRDefault="00CB6D10">
      <w:pPr>
        <w:spacing w:after="0"/>
      </w:pPr>
    </w:p>
    <w:p w14:paraId="31BFFDB2" w14:textId="77777777" w:rsidR="00CB6D10" w:rsidRDefault="008538FF">
      <w:pPr>
        <w:spacing w:after="0"/>
      </w:pPr>
      <w:r>
        <w:rPr>
          <w:rFonts w:ascii="Arial" w:hAnsi="Arial"/>
          <w:b/>
        </w:rPr>
        <w:t xml:space="preserve">Interviewer P:  </w:t>
      </w:r>
      <w:r>
        <w:rPr>
          <w:rFonts w:ascii="Arial" w:hAnsi="Arial"/>
          <w:color w:val="5D7284"/>
        </w:rPr>
        <w:t>33:40</w:t>
      </w:r>
    </w:p>
    <w:p w14:paraId="2D746491" w14:textId="77777777" w:rsidR="00CB6D10" w:rsidRDefault="008538FF">
      <w:pPr>
        <w:spacing w:after="0"/>
      </w:pPr>
      <w:r>
        <w:rPr>
          <w:rFonts w:ascii="Arial" w:hAnsi="Arial"/>
        </w:rPr>
        <w:t>Yeah okay, my Lego moter fails us. There we go. Okay. All right. So now we move into the thought experiments because what we would like is to be able to take these BBs and have them drop to the bottom of the Jell-O like the crystal die drops to the bottom of the water but when we put the BBs in, they just sit at the top. Okay, so this is where we have the thought experiment hard to imagine that they did. Or they were powerful enough heavy enough or hot enough or whatever to go to the bottom like the crystal dye did. Can you describe what path you think they would take on their way through the Jell-O to the bottom.</w:t>
      </w:r>
    </w:p>
    <w:p w14:paraId="6542CC6A" w14:textId="77777777" w:rsidR="00CB6D10" w:rsidRDefault="00CB6D10">
      <w:pPr>
        <w:spacing w:after="0"/>
      </w:pPr>
    </w:p>
    <w:p w14:paraId="4EA8F21F" w14:textId="77777777" w:rsidR="00CB6D10" w:rsidRDefault="008538FF">
      <w:pPr>
        <w:spacing w:after="0"/>
      </w:pPr>
      <w:r>
        <w:rPr>
          <w:rFonts w:ascii="Arial" w:hAnsi="Arial"/>
          <w:b/>
        </w:rPr>
        <w:t xml:space="preserve">Participant #8:  </w:t>
      </w:r>
      <w:r>
        <w:rPr>
          <w:rFonts w:ascii="Arial" w:hAnsi="Arial"/>
          <w:color w:val="5D7284"/>
        </w:rPr>
        <w:t>34:34</w:t>
      </w:r>
    </w:p>
    <w:p w14:paraId="425D7384" w14:textId="77777777" w:rsidR="00CB6D10" w:rsidRDefault="008538FF">
      <w:pPr>
        <w:spacing w:after="0"/>
      </w:pPr>
      <w:r>
        <w:rPr>
          <w:rFonts w:ascii="Arial" w:hAnsi="Arial"/>
        </w:rPr>
        <w:t>I think they do what the crystal dye did I think they just go straight down.</w:t>
      </w:r>
    </w:p>
    <w:p w14:paraId="16256A25" w14:textId="77777777" w:rsidR="00CB6D10" w:rsidRDefault="00CB6D10">
      <w:pPr>
        <w:spacing w:after="0"/>
      </w:pPr>
    </w:p>
    <w:p w14:paraId="3465C317" w14:textId="77777777" w:rsidR="00CB6D10" w:rsidRDefault="008538FF">
      <w:pPr>
        <w:spacing w:after="0"/>
      </w:pPr>
      <w:r>
        <w:rPr>
          <w:rFonts w:ascii="Arial" w:hAnsi="Arial"/>
          <w:b/>
        </w:rPr>
        <w:t xml:space="preserve">Interviewer P:  </w:t>
      </w:r>
      <w:r>
        <w:rPr>
          <w:rFonts w:ascii="Arial" w:hAnsi="Arial"/>
          <w:color w:val="5D7284"/>
        </w:rPr>
        <w:t>34:43</w:t>
      </w:r>
    </w:p>
    <w:p w14:paraId="3EFA254B" w14:textId="77777777" w:rsidR="00CB6D10" w:rsidRDefault="008538FF">
      <w:pPr>
        <w:spacing w:after="0"/>
      </w:pPr>
      <w:r>
        <w:rPr>
          <w:rFonts w:ascii="Arial" w:hAnsi="Arial"/>
        </w:rPr>
        <w:t>So, what?</w:t>
      </w:r>
    </w:p>
    <w:p w14:paraId="1D758338" w14:textId="77777777" w:rsidR="00CB6D10" w:rsidRDefault="00CB6D10">
      <w:pPr>
        <w:spacing w:after="0"/>
      </w:pPr>
    </w:p>
    <w:p w14:paraId="4037AE12" w14:textId="77777777" w:rsidR="00CB6D10" w:rsidRDefault="008538FF">
      <w:pPr>
        <w:spacing w:after="0"/>
      </w:pPr>
      <w:r>
        <w:rPr>
          <w:rFonts w:ascii="Arial" w:hAnsi="Arial"/>
          <w:b/>
        </w:rPr>
        <w:t xml:space="preserve">Participant #8:  </w:t>
      </w:r>
      <w:r>
        <w:rPr>
          <w:rFonts w:ascii="Arial" w:hAnsi="Arial"/>
          <w:color w:val="5D7284"/>
        </w:rPr>
        <w:t>34:44</w:t>
      </w:r>
    </w:p>
    <w:p w14:paraId="331DC141" w14:textId="77777777" w:rsidR="00CB6D10" w:rsidRDefault="008538FF">
      <w:pPr>
        <w:spacing w:after="0"/>
      </w:pPr>
      <w:r>
        <w:rPr>
          <w:rFonts w:ascii="Arial" w:hAnsi="Arial"/>
        </w:rPr>
        <w:lastRenderedPageBreak/>
        <w:t>Because I think part of me wants to make it turn because of like the friction of the Jell-O because it's like really dense and its jiggley but if these balls were strong enough and heavy enough to just sink right through then it would basically be like a liquid to that ball is what I'm like.</w:t>
      </w:r>
    </w:p>
    <w:p w14:paraId="178BB6DA" w14:textId="77777777" w:rsidR="00CB6D10" w:rsidRDefault="00CB6D10">
      <w:pPr>
        <w:spacing w:after="0"/>
      </w:pPr>
    </w:p>
    <w:p w14:paraId="65F293AC" w14:textId="77777777" w:rsidR="00CB6D10" w:rsidRDefault="008538FF">
      <w:pPr>
        <w:spacing w:after="0"/>
      </w:pPr>
      <w:r>
        <w:rPr>
          <w:rFonts w:ascii="Arial" w:hAnsi="Arial"/>
          <w:b/>
        </w:rPr>
        <w:t xml:space="preserve">Interviewer P:  </w:t>
      </w:r>
      <w:r>
        <w:rPr>
          <w:rFonts w:ascii="Arial" w:hAnsi="Arial"/>
          <w:color w:val="5D7284"/>
        </w:rPr>
        <w:t>35:04</w:t>
      </w:r>
    </w:p>
    <w:p w14:paraId="26181C75" w14:textId="77777777" w:rsidR="00CB6D10" w:rsidRDefault="008538FF">
      <w:pPr>
        <w:spacing w:after="0"/>
      </w:pPr>
      <w:r>
        <w:rPr>
          <w:rFonts w:ascii="Arial" w:hAnsi="Arial"/>
        </w:rPr>
        <w:t>Oh interesting thought, yeah. So they would take a path that was basically like this pen straight down, okay. Alright, so next thought experiment is we're gonna make it a little more solid.</w:t>
      </w:r>
    </w:p>
    <w:p w14:paraId="0608685C" w14:textId="77777777" w:rsidR="00CB6D10" w:rsidRDefault="00CB6D10">
      <w:pPr>
        <w:spacing w:after="0"/>
      </w:pPr>
    </w:p>
    <w:p w14:paraId="0B983936" w14:textId="77777777" w:rsidR="00CB6D10" w:rsidRDefault="008538FF">
      <w:pPr>
        <w:spacing w:after="0"/>
      </w:pPr>
      <w:r>
        <w:rPr>
          <w:rFonts w:ascii="Arial" w:hAnsi="Arial"/>
          <w:b/>
        </w:rPr>
        <w:t xml:space="preserve">Participant #8:  </w:t>
      </w:r>
      <w:r>
        <w:rPr>
          <w:rFonts w:ascii="Arial" w:hAnsi="Arial"/>
          <w:color w:val="5D7284"/>
        </w:rPr>
        <w:t>35:18</w:t>
      </w:r>
    </w:p>
    <w:p w14:paraId="69D79166" w14:textId="77777777" w:rsidR="00CB6D10" w:rsidRDefault="008538FF">
      <w:pPr>
        <w:spacing w:after="0"/>
      </w:pPr>
      <w:r>
        <w:rPr>
          <w:rFonts w:ascii="Arial" w:hAnsi="Arial"/>
        </w:rPr>
        <w:t>Do you want me to put this ball in there?</w:t>
      </w:r>
    </w:p>
    <w:p w14:paraId="0DF1EC85" w14:textId="77777777" w:rsidR="00CB6D10" w:rsidRDefault="00CB6D10">
      <w:pPr>
        <w:spacing w:after="0"/>
      </w:pPr>
    </w:p>
    <w:p w14:paraId="150B6477" w14:textId="77777777" w:rsidR="00CB6D10" w:rsidRDefault="008538FF">
      <w:pPr>
        <w:spacing w:after="0"/>
      </w:pPr>
      <w:r>
        <w:rPr>
          <w:rFonts w:ascii="Arial" w:hAnsi="Arial"/>
          <w:b/>
        </w:rPr>
        <w:t xml:space="preserve">Interviewer P:  </w:t>
      </w:r>
      <w:r>
        <w:rPr>
          <w:rFonts w:ascii="Arial" w:hAnsi="Arial"/>
          <w:color w:val="5D7284"/>
        </w:rPr>
        <w:t>35:23</w:t>
      </w:r>
    </w:p>
    <w:p w14:paraId="7119DAE8" w14:textId="77777777" w:rsidR="00CB6D10" w:rsidRDefault="008538FF">
      <w:pPr>
        <w:spacing w:after="0"/>
      </w:pPr>
      <w:r>
        <w:rPr>
          <w:rFonts w:ascii="Arial" w:hAnsi="Arial"/>
        </w:rPr>
        <w:t>And let's imagine that instead of jello that this is like metal, like it's a metal cylinder of metal. And that's rotating. So certainly a ball is not going to go through a disk of metal, but acid does corrode metal and will eat throw it. So let's imagine that we have this spinning metal disk and we put acid in and the acid will, you know, eat to the bottom of the rotating metal disc, can you describe what path you think that acid will make?</w:t>
      </w:r>
    </w:p>
    <w:p w14:paraId="07EFE089" w14:textId="77777777" w:rsidR="00CB6D10" w:rsidRDefault="00CB6D10">
      <w:pPr>
        <w:spacing w:after="0"/>
      </w:pPr>
    </w:p>
    <w:p w14:paraId="18858A9D" w14:textId="77777777" w:rsidR="00CB6D10" w:rsidRDefault="008538FF">
      <w:pPr>
        <w:spacing w:after="0"/>
      </w:pPr>
      <w:r>
        <w:rPr>
          <w:rFonts w:ascii="Arial" w:hAnsi="Arial"/>
          <w:b/>
        </w:rPr>
        <w:t xml:space="preserve">Participant #8:  </w:t>
      </w:r>
      <w:r>
        <w:rPr>
          <w:rFonts w:ascii="Arial" w:hAnsi="Arial"/>
          <w:color w:val="5D7284"/>
        </w:rPr>
        <w:t>35:54</w:t>
      </w:r>
    </w:p>
    <w:p w14:paraId="56236E45" w14:textId="77777777" w:rsidR="00CB6D10" w:rsidRDefault="008538FF">
      <w:pPr>
        <w:spacing w:after="0"/>
      </w:pPr>
      <w:r>
        <w:rPr>
          <w:rFonts w:ascii="Arial" w:hAnsi="Arial"/>
        </w:rPr>
        <w:t>Probably still straight down.</w:t>
      </w:r>
    </w:p>
    <w:p w14:paraId="284A209D" w14:textId="77777777" w:rsidR="00CB6D10" w:rsidRDefault="00CB6D10">
      <w:pPr>
        <w:spacing w:after="0"/>
      </w:pPr>
    </w:p>
    <w:p w14:paraId="3ED1EED1" w14:textId="77777777" w:rsidR="00CB6D10" w:rsidRDefault="008538FF">
      <w:pPr>
        <w:spacing w:after="0"/>
      </w:pPr>
      <w:r>
        <w:rPr>
          <w:rFonts w:ascii="Arial" w:hAnsi="Arial"/>
          <w:b/>
        </w:rPr>
        <w:t xml:space="preserve">Interviewer P:  </w:t>
      </w:r>
      <w:r>
        <w:rPr>
          <w:rFonts w:ascii="Arial" w:hAnsi="Arial"/>
          <w:color w:val="5D7284"/>
        </w:rPr>
        <w:t>35:56</w:t>
      </w:r>
    </w:p>
    <w:p w14:paraId="16C3A238" w14:textId="77777777" w:rsidR="00CB6D10" w:rsidRDefault="008538FF">
      <w:pPr>
        <w:spacing w:after="0"/>
      </w:pPr>
      <w:r>
        <w:rPr>
          <w:rFonts w:ascii="Arial" w:hAnsi="Arial"/>
        </w:rPr>
        <w:t>Okay, next thought experiment. So we're gonna take a plant. Now also, we have like a planter that's full of soil, and it's on a rotating table like this lazy Susan. And we're gonna plant a seed in it and give it a couple of weeks. It's a fast growing plant. So within a week, two weeks, it's put down its roots. And it's also sprouted, it has a nice stab, and it's put out some leaves. All the time that it's been growing, it's been spinning around around the whole entire life.</w:t>
      </w:r>
    </w:p>
    <w:p w14:paraId="6A32ED19" w14:textId="77777777" w:rsidR="00CB6D10" w:rsidRDefault="00CB6D10">
      <w:pPr>
        <w:spacing w:after="0"/>
      </w:pPr>
    </w:p>
    <w:p w14:paraId="3EBEBF1C" w14:textId="77777777" w:rsidR="00CB6D10" w:rsidRDefault="008538FF">
      <w:pPr>
        <w:spacing w:after="0"/>
      </w:pPr>
      <w:r>
        <w:rPr>
          <w:rFonts w:ascii="Arial" w:hAnsi="Arial"/>
          <w:b/>
        </w:rPr>
        <w:t xml:space="preserve">Participant #8:  </w:t>
      </w:r>
      <w:r>
        <w:rPr>
          <w:rFonts w:ascii="Arial" w:hAnsi="Arial"/>
          <w:color w:val="5D7284"/>
        </w:rPr>
        <w:t>36:27</w:t>
      </w:r>
    </w:p>
    <w:p w14:paraId="36B665A5" w14:textId="77777777" w:rsidR="00CB6D10" w:rsidRDefault="008538FF">
      <w:pPr>
        <w:spacing w:after="0"/>
      </w:pPr>
      <w:r>
        <w:rPr>
          <w:rFonts w:ascii="Arial" w:hAnsi="Arial"/>
        </w:rPr>
        <w:t>Sounds like a sad life.</w:t>
      </w:r>
    </w:p>
    <w:p w14:paraId="0E6647EE" w14:textId="77777777" w:rsidR="00CB6D10" w:rsidRDefault="00CB6D10">
      <w:pPr>
        <w:spacing w:after="0"/>
      </w:pPr>
    </w:p>
    <w:p w14:paraId="04E238E6" w14:textId="77777777" w:rsidR="00CB6D10" w:rsidRDefault="008538FF">
      <w:pPr>
        <w:spacing w:after="0"/>
      </w:pPr>
      <w:r>
        <w:rPr>
          <w:rFonts w:ascii="Arial" w:hAnsi="Arial"/>
          <w:b/>
        </w:rPr>
        <w:t xml:space="preserve">Interviewer P:  </w:t>
      </w:r>
      <w:r>
        <w:rPr>
          <w:rFonts w:ascii="Arial" w:hAnsi="Arial"/>
          <w:color w:val="5D7284"/>
        </w:rPr>
        <w:t>36:29</w:t>
      </w:r>
    </w:p>
    <w:p w14:paraId="75AD954F" w14:textId="77777777" w:rsidR="00CB6D10" w:rsidRDefault="008538FF">
      <w:pPr>
        <w:spacing w:after="0"/>
      </w:pPr>
      <w:r>
        <w:rPr>
          <w:rFonts w:ascii="Arial" w:hAnsi="Arial"/>
        </w:rPr>
        <w:t xml:space="preserve"> Yeah. So what do you think its roots will look like?</w:t>
      </w:r>
    </w:p>
    <w:p w14:paraId="1F45FC06" w14:textId="77777777" w:rsidR="00CB6D10" w:rsidRDefault="00CB6D10">
      <w:pPr>
        <w:spacing w:after="0"/>
      </w:pPr>
    </w:p>
    <w:p w14:paraId="5AE2437A" w14:textId="77777777" w:rsidR="00CB6D10" w:rsidRDefault="008538FF">
      <w:pPr>
        <w:spacing w:after="0"/>
      </w:pPr>
      <w:r>
        <w:rPr>
          <w:rFonts w:ascii="Arial" w:hAnsi="Arial"/>
          <w:b/>
        </w:rPr>
        <w:t xml:space="preserve">Participant #8:  </w:t>
      </w:r>
      <w:r>
        <w:rPr>
          <w:rFonts w:ascii="Arial" w:hAnsi="Arial"/>
          <w:color w:val="5D7284"/>
        </w:rPr>
        <w:t>36:34</w:t>
      </w:r>
    </w:p>
    <w:p w14:paraId="35437C3B" w14:textId="77777777" w:rsidR="00CB6D10" w:rsidRDefault="008538FF">
      <w:pPr>
        <w:spacing w:after="0"/>
      </w:pPr>
      <w:r>
        <w:rPr>
          <w:rFonts w:ascii="Arial" w:hAnsi="Arial"/>
        </w:rPr>
        <w:t>Um I that's not the question I thought you were going to ask, I thought you're going to ask like, which way would the flower point and which I would have answered straight up because I feel like that gets the most sun.</w:t>
      </w:r>
    </w:p>
    <w:p w14:paraId="7901C643" w14:textId="77777777" w:rsidR="00CB6D10" w:rsidRDefault="00CB6D10">
      <w:pPr>
        <w:spacing w:after="0"/>
      </w:pPr>
    </w:p>
    <w:p w14:paraId="541FE895" w14:textId="77777777" w:rsidR="00CB6D10" w:rsidRDefault="008538FF">
      <w:pPr>
        <w:spacing w:after="0"/>
      </w:pPr>
      <w:r>
        <w:rPr>
          <w:rFonts w:ascii="Arial" w:hAnsi="Arial"/>
          <w:b/>
        </w:rPr>
        <w:t xml:space="preserve">Interviewer P:  </w:t>
      </w:r>
      <w:r>
        <w:rPr>
          <w:rFonts w:ascii="Arial" w:hAnsi="Arial"/>
          <w:color w:val="5D7284"/>
        </w:rPr>
        <w:t>36:47</w:t>
      </w:r>
    </w:p>
    <w:p w14:paraId="672A79B6" w14:textId="77777777" w:rsidR="00CB6D10" w:rsidRDefault="008538FF">
      <w:pPr>
        <w:spacing w:after="0"/>
      </w:pPr>
      <w:r>
        <w:rPr>
          <w:rFonts w:ascii="Arial" w:hAnsi="Arial"/>
        </w:rPr>
        <w:t>I was going to ask that after the roots, like, what do you think the plan the top of the plant would look like? So in that case, you think.</w:t>
      </w:r>
    </w:p>
    <w:p w14:paraId="638C364C" w14:textId="77777777" w:rsidR="00CB6D10" w:rsidRDefault="00CB6D10">
      <w:pPr>
        <w:spacing w:after="0"/>
      </w:pPr>
    </w:p>
    <w:p w14:paraId="150BF321" w14:textId="77777777" w:rsidR="00CB6D10" w:rsidRDefault="008538FF">
      <w:pPr>
        <w:spacing w:after="0"/>
      </w:pPr>
      <w:r>
        <w:rPr>
          <w:rFonts w:ascii="Arial" w:hAnsi="Arial"/>
          <w:b/>
        </w:rPr>
        <w:t xml:space="preserve">Participant #8:  </w:t>
      </w:r>
      <w:r>
        <w:rPr>
          <w:rFonts w:ascii="Arial" w:hAnsi="Arial"/>
          <w:color w:val="5D7284"/>
        </w:rPr>
        <w:t>36:55</w:t>
      </w:r>
    </w:p>
    <w:p w14:paraId="067AF396" w14:textId="77777777" w:rsidR="00CB6D10" w:rsidRDefault="008538FF">
      <w:pPr>
        <w:spacing w:after="0"/>
      </w:pPr>
      <w:r>
        <w:rPr>
          <w:rFonts w:ascii="Arial" w:hAnsi="Arial"/>
        </w:rPr>
        <w:lastRenderedPageBreak/>
        <w:t>Like, it would be just straight up because I know like sunflowers, they, in a lot of flowers, they face the sun, because that's what they're trying to get. And I think you can't face one direction when you're perpetually spinning so.</w:t>
      </w:r>
    </w:p>
    <w:p w14:paraId="35DF769E" w14:textId="77777777" w:rsidR="00CB6D10" w:rsidRDefault="00CB6D10">
      <w:pPr>
        <w:spacing w:after="0"/>
      </w:pPr>
    </w:p>
    <w:p w14:paraId="58D65CEB" w14:textId="77777777" w:rsidR="00CB6D10" w:rsidRDefault="008538FF">
      <w:pPr>
        <w:spacing w:after="0"/>
      </w:pPr>
      <w:r>
        <w:rPr>
          <w:rFonts w:ascii="Arial" w:hAnsi="Arial"/>
          <w:b/>
        </w:rPr>
        <w:t xml:space="preserve">Interviewer P:  </w:t>
      </w:r>
      <w:r>
        <w:rPr>
          <w:rFonts w:ascii="Arial" w:hAnsi="Arial"/>
          <w:color w:val="5D7284"/>
        </w:rPr>
        <w:t>37:09</w:t>
      </w:r>
    </w:p>
    <w:p w14:paraId="32B79530" w14:textId="77777777" w:rsidR="00CB6D10" w:rsidRDefault="008538FF">
      <w:pPr>
        <w:spacing w:after="0"/>
      </w:pPr>
      <w:r>
        <w:rPr>
          <w:rFonts w:ascii="Arial" w:hAnsi="Arial"/>
        </w:rPr>
        <w:t>Yeah.</w:t>
      </w:r>
    </w:p>
    <w:p w14:paraId="47E328E8" w14:textId="77777777" w:rsidR="00CB6D10" w:rsidRDefault="00CB6D10">
      <w:pPr>
        <w:spacing w:after="0"/>
      </w:pPr>
    </w:p>
    <w:p w14:paraId="70A51748" w14:textId="77777777" w:rsidR="00CB6D10" w:rsidRDefault="008538FF">
      <w:pPr>
        <w:spacing w:after="0"/>
      </w:pPr>
      <w:r>
        <w:rPr>
          <w:rFonts w:ascii="Arial" w:hAnsi="Arial"/>
          <w:b/>
        </w:rPr>
        <w:t xml:space="preserve">Participant #8:  </w:t>
      </w:r>
      <w:r>
        <w:rPr>
          <w:rFonts w:ascii="Arial" w:hAnsi="Arial"/>
          <w:color w:val="5D7284"/>
        </w:rPr>
        <w:t>37:12</w:t>
      </w:r>
    </w:p>
    <w:p w14:paraId="087B1E8B" w14:textId="77777777" w:rsidR="00CB6D10" w:rsidRDefault="008538FF">
      <w:pPr>
        <w:spacing w:after="0"/>
      </w:pPr>
      <w:r>
        <w:rPr>
          <w:rFonts w:ascii="Arial" w:hAnsi="Arial"/>
        </w:rPr>
        <w:t>I think the roots will be normal, maybe a little more symmetrical than an average plant, because, um, there isn't as much difference in rain amounts, or watering amounts, because it's spinning, but generally the same.</w:t>
      </w:r>
    </w:p>
    <w:p w14:paraId="764F77DC" w14:textId="77777777" w:rsidR="00CB6D10" w:rsidRDefault="00CB6D10">
      <w:pPr>
        <w:spacing w:after="0"/>
      </w:pPr>
    </w:p>
    <w:p w14:paraId="61B62A0E" w14:textId="77777777" w:rsidR="00CB6D10" w:rsidRDefault="008538FF">
      <w:pPr>
        <w:spacing w:after="0"/>
      </w:pPr>
      <w:r>
        <w:rPr>
          <w:rFonts w:ascii="Arial" w:hAnsi="Arial"/>
          <w:b/>
        </w:rPr>
        <w:t xml:space="preserve">Interviewer P:  </w:t>
      </w:r>
      <w:r>
        <w:rPr>
          <w:rFonts w:ascii="Arial" w:hAnsi="Arial"/>
          <w:color w:val="5D7284"/>
        </w:rPr>
        <w:t>37:35</w:t>
      </w:r>
    </w:p>
    <w:p w14:paraId="247853F3" w14:textId="77777777" w:rsidR="00CB6D10" w:rsidRDefault="008538FF">
      <w:pPr>
        <w:spacing w:after="0"/>
      </w:pPr>
      <w:r>
        <w:rPr>
          <w:rFonts w:ascii="Arial" w:hAnsi="Arial"/>
        </w:rPr>
        <w:t>Alright, so we have one more thing to do now that the tank has settled a bit. And I have these fish. They're plastic fish, they, yesterday, somebody was like, really fish. I thought they were gonna be alive. So some of these will float and some of them will sink. And once we get them in here, I'm gonna start the tank going again. But this is a different scenario. They just little strings on them. I know, I didn't think of that that does look. So anyway, this is a different scenario than what we started with. Because like I said, Erika came in and turn this on 30 to 40 minutes before you arrived. And now we're going to be starting it from a stop. Okay. And so we're going to take a look at how the floating fish move and the fish on the bottom move. And so can you tell me a little bit about what you think you you know, you can just tell me how you think the fish are gonna move or if they are going to move differently.</w:t>
      </w:r>
    </w:p>
    <w:p w14:paraId="3739443B" w14:textId="77777777" w:rsidR="00CB6D10" w:rsidRDefault="00CB6D10">
      <w:pPr>
        <w:spacing w:after="0"/>
      </w:pPr>
    </w:p>
    <w:p w14:paraId="2AFB52B1" w14:textId="77777777" w:rsidR="00CB6D10" w:rsidRDefault="008538FF">
      <w:pPr>
        <w:spacing w:after="0"/>
      </w:pPr>
      <w:r>
        <w:rPr>
          <w:rFonts w:ascii="Arial" w:hAnsi="Arial"/>
          <w:b/>
        </w:rPr>
        <w:t xml:space="preserve">Participant #8:  </w:t>
      </w:r>
      <w:r>
        <w:rPr>
          <w:rFonts w:ascii="Arial" w:hAnsi="Arial"/>
          <w:color w:val="5D7284"/>
        </w:rPr>
        <w:t>38:55</w:t>
      </w:r>
    </w:p>
    <w:p w14:paraId="06A0202E" w14:textId="77777777" w:rsidR="00CB6D10" w:rsidRDefault="008538FF">
      <w:pPr>
        <w:spacing w:after="0"/>
      </w:pPr>
      <w:r>
        <w:rPr>
          <w:rFonts w:ascii="Arial" w:hAnsi="Arial"/>
        </w:rPr>
        <w:t>I think I'm more confident about because I think they're going to stay the same because there's already so much pressure on them from the weight of the water that's on top of them that I don't think they have a lot of room to move.</w:t>
      </w:r>
    </w:p>
    <w:p w14:paraId="47FF29F3" w14:textId="77777777" w:rsidR="00CB6D10" w:rsidRDefault="00CB6D10">
      <w:pPr>
        <w:spacing w:after="0"/>
      </w:pPr>
    </w:p>
    <w:p w14:paraId="22F933AF" w14:textId="77777777" w:rsidR="00CB6D10" w:rsidRDefault="008538FF">
      <w:pPr>
        <w:spacing w:after="0"/>
      </w:pPr>
      <w:r>
        <w:rPr>
          <w:rFonts w:ascii="Arial" w:hAnsi="Arial"/>
          <w:b/>
        </w:rPr>
        <w:t xml:space="preserve">Interviewer P:  </w:t>
      </w:r>
      <w:r>
        <w:rPr>
          <w:rFonts w:ascii="Arial" w:hAnsi="Arial"/>
          <w:color w:val="5D7284"/>
        </w:rPr>
        <w:t>39:09</w:t>
      </w:r>
    </w:p>
    <w:p w14:paraId="4D408356" w14:textId="77777777" w:rsidR="00CB6D10" w:rsidRDefault="008538FF">
      <w:pPr>
        <w:spacing w:after="0"/>
      </w:pPr>
      <w:r>
        <w:rPr>
          <w:rFonts w:ascii="Arial" w:hAnsi="Arial"/>
        </w:rPr>
        <w:t>So can you tell me what you mean by stay the same?</w:t>
      </w:r>
    </w:p>
    <w:p w14:paraId="3EFB4E03" w14:textId="77777777" w:rsidR="00CB6D10" w:rsidRDefault="00CB6D10">
      <w:pPr>
        <w:spacing w:after="0"/>
      </w:pPr>
    </w:p>
    <w:p w14:paraId="49ECA5C7" w14:textId="77777777" w:rsidR="00CB6D10" w:rsidRDefault="008538FF">
      <w:pPr>
        <w:spacing w:after="0"/>
      </w:pPr>
      <w:r>
        <w:rPr>
          <w:rFonts w:ascii="Arial" w:hAnsi="Arial"/>
          <w:b/>
        </w:rPr>
        <w:t xml:space="preserve">Participant #8:  </w:t>
      </w:r>
      <w:r>
        <w:rPr>
          <w:rFonts w:ascii="Arial" w:hAnsi="Arial"/>
          <w:color w:val="5D7284"/>
        </w:rPr>
        <w:t>39:12</w:t>
      </w:r>
    </w:p>
    <w:p w14:paraId="16A09139" w14:textId="77777777" w:rsidR="00CB6D10" w:rsidRDefault="008538FF">
      <w:pPr>
        <w:spacing w:after="0"/>
      </w:pPr>
      <w:r>
        <w:rPr>
          <w:rFonts w:ascii="Arial" w:hAnsi="Arial"/>
        </w:rPr>
        <w:t xml:space="preserve">They're not going to move around. </w:t>
      </w:r>
    </w:p>
    <w:p w14:paraId="28EFE797" w14:textId="77777777" w:rsidR="00CB6D10" w:rsidRDefault="00CB6D10">
      <w:pPr>
        <w:spacing w:after="0"/>
      </w:pPr>
    </w:p>
    <w:p w14:paraId="169441F5" w14:textId="77777777" w:rsidR="00CB6D10" w:rsidRDefault="008538FF">
      <w:pPr>
        <w:spacing w:after="0"/>
      </w:pPr>
      <w:r>
        <w:rPr>
          <w:rFonts w:ascii="Arial" w:hAnsi="Arial"/>
          <w:b/>
        </w:rPr>
        <w:t xml:space="preserve">Interviewer P:  </w:t>
      </w:r>
      <w:r>
        <w:rPr>
          <w:rFonts w:ascii="Arial" w:hAnsi="Arial"/>
          <w:color w:val="5D7284"/>
        </w:rPr>
        <w:t>39:13</w:t>
      </w:r>
    </w:p>
    <w:p w14:paraId="50B30D06" w14:textId="77777777" w:rsidR="00CB6D10" w:rsidRDefault="008538FF">
      <w:pPr>
        <w:spacing w:after="0"/>
      </w:pPr>
      <w:r>
        <w:rPr>
          <w:rFonts w:ascii="Arial" w:hAnsi="Arial"/>
        </w:rPr>
        <w:t>Okay, so they're gonna stay where they are as the floor of the tank rotates.</w:t>
      </w:r>
    </w:p>
    <w:p w14:paraId="000781CA" w14:textId="77777777" w:rsidR="00CB6D10" w:rsidRDefault="00CB6D10">
      <w:pPr>
        <w:spacing w:after="0"/>
      </w:pPr>
    </w:p>
    <w:p w14:paraId="3B0AD75C" w14:textId="77777777" w:rsidR="00CB6D10" w:rsidRDefault="008538FF">
      <w:pPr>
        <w:spacing w:after="0"/>
      </w:pPr>
      <w:r>
        <w:rPr>
          <w:rFonts w:ascii="Arial" w:hAnsi="Arial"/>
          <w:b/>
        </w:rPr>
        <w:t xml:space="preserve">Participant #8:  </w:t>
      </w:r>
      <w:r>
        <w:rPr>
          <w:rFonts w:ascii="Arial" w:hAnsi="Arial"/>
          <w:color w:val="5D7284"/>
        </w:rPr>
        <w:t>39:19</w:t>
      </w:r>
    </w:p>
    <w:p w14:paraId="29F4A803" w14:textId="77777777" w:rsidR="00CB6D10" w:rsidRDefault="008538FF">
      <w:pPr>
        <w:spacing w:after="0"/>
      </w:pPr>
      <w:r>
        <w:rPr>
          <w:rFonts w:ascii="Arial" w:hAnsi="Arial"/>
        </w:rPr>
        <w:t>Yeah they will be slowly rotating, in our point of view, typically, like they're not going to be actually moving. Like they're not going to stay exactly there the whole time, but they're not going to move from that position on the floor.</w:t>
      </w:r>
    </w:p>
    <w:p w14:paraId="29DE360F" w14:textId="77777777" w:rsidR="00CB6D10" w:rsidRDefault="00CB6D10">
      <w:pPr>
        <w:spacing w:after="0"/>
      </w:pPr>
    </w:p>
    <w:p w14:paraId="4CCCB56A" w14:textId="77777777" w:rsidR="00CB6D10" w:rsidRDefault="008538FF">
      <w:pPr>
        <w:spacing w:after="0"/>
      </w:pPr>
      <w:r>
        <w:rPr>
          <w:rFonts w:ascii="Arial" w:hAnsi="Arial"/>
          <w:b/>
        </w:rPr>
        <w:t xml:space="preserve">Interviewer P:  </w:t>
      </w:r>
      <w:r>
        <w:rPr>
          <w:rFonts w:ascii="Arial" w:hAnsi="Arial"/>
          <w:color w:val="5D7284"/>
        </w:rPr>
        <w:t>39:36</w:t>
      </w:r>
    </w:p>
    <w:p w14:paraId="645886C9" w14:textId="77777777" w:rsidR="00CB6D10" w:rsidRDefault="008538FF">
      <w:pPr>
        <w:spacing w:after="0"/>
      </w:pPr>
      <w:r>
        <w:rPr>
          <w:rFonts w:ascii="Arial" w:hAnsi="Arial"/>
        </w:rPr>
        <w:lastRenderedPageBreak/>
        <w:t xml:space="preserve">Got it. So in other words, we should see them rotate in but there if there was there was a dot underneath them, they would stay on their dot. </w:t>
      </w:r>
    </w:p>
    <w:p w14:paraId="3337C0B6" w14:textId="77777777" w:rsidR="00CB6D10" w:rsidRDefault="00CB6D10">
      <w:pPr>
        <w:spacing w:after="0"/>
      </w:pPr>
    </w:p>
    <w:p w14:paraId="7CE8CAF9" w14:textId="77777777" w:rsidR="00CB6D10" w:rsidRDefault="008538FF">
      <w:pPr>
        <w:spacing w:after="0"/>
      </w:pPr>
      <w:r>
        <w:rPr>
          <w:rFonts w:ascii="Arial" w:hAnsi="Arial"/>
          <w:b/>
        </w:rPr>
        <w:t xml:space="preserve">Participant #8:  </w:t>
      </w:r>
      <w:r>
        <w:rPr>
          <w:rFonts w:ascii="Arial" w:hAnsi="Arial"/>
          <w:color w:val="5D7284"/>
        </w:rPr>
        <w:t>39:44</w:t>
      </w:r>
    </w:p>
    <w:p w14:paraId="09BFAFE4" w14:textId="77777777" w:rsidR="00CB6D10" w:rsidRDefault="008538FF">
      <w:pPr>
        <w:spacing w:after="0"/>
      </w:pPr>
      <w:r>
        <w:rPr>
          <w:rFonts w:ascii="Arial" w:hAnsi="Arial"/>
        </w:rPr>
        <w:t xml:space="preserve">Yes. </w:t>
      </w:r>
    </w:p>
    <w:p w14:paraId="19CB73DB" w14:textId="77777777" w:rsidR="00CB6D10" w:rsidRDefault="00CB6D10">
      <w:pPr>
        <w:spacing w:after="0"/>
      </w:pPr>
    </w:p>
    <w:p w14:paraId="2D284A9D" w14:textId="77777777" w:rsidR="00CB6D10" w:rsidRDefault="008538FF">
      <w:pPr>
        <w:spacing w:after="0"/>
      </w:pPr>
      <w:r>
        <w:rPr>
          <w:rFonts w:ascii="Arial" w:hAnsi="Arial"/>
          <w:b/>
        </w:rPr>
        <w:t xml:space="preserve">Interviewer P:  </w:t>
      </w:r>
      <w:r>
        <w:rPr>
          <w:rFonts w:ascii="Arial" w:hAnsi="Arial"/>
          <w:color w:val="5D7284"/>
        </w:rPr>
        <w:t>39:45</w:t>
      </w:r>
    </w:p>
    <w:p w14:paraId="7DC32965" w14:textId="77777777" w:rsidR="00CB6D10" w:rsidRDefault="008538FF">
      <w:pPr>
        <w:spacing w:after="0"/>
      </w:pPr>
      <w:r>
        <w:rPr>
          <w:rFonts w:ascii="Arial" w:hAnsi="Arial"/>
        </w:rPr>
        <w:t>Okay. All right. So tell me about the fish at the top that are floating.</w:t>
      </w:r>
    </w:p>
    <w:p w14:paraId="43180905" w14:textId="77777777" w:rsidR="00CB6D10" w:rsidRDefault="00CB6D10">
      <w:pPr>
        <w:spacing w:after="0"/>
      </w:pPr>
    </w:p>
    <w:p w14:paraId="0C1ECBED" w14:textId="77777777" w:rsidR="00CB6D10" w:rsidRDefault="008538FF">
      <w:pPr>
        <w:spacing w:after="0"/>
      </w:pPr>
      <w:r>
        <w:rPr>
          <w:rFonts w:ascii="Arial" w:hAnsi="Arial"/>
          <w:b/>
        </w:rPr>
        <w:t xml:space="preserve">Participant #8:  </w:t>
      </w:r>
      <w:r>
        <w:rPr>
          <w:rFonts w:ascii="Arial" w:hAnsi="Arial"/>
          <w:color w:val="5D7284"/>
        </w:rPr>
        <w:t>39:51</w:t>
      </w:r>
    </w:p>
    <w:p w14:paraId="1482050A" w14:textId="77777777" w:rsidR="00CB6D10" w:rsidRDefault="008538FF">
      <w:pPr>
        <w:spacing w:after="0"/>
      </w:pPr>
      <w:r>
        <w:rPr>
          <w:rFonts w:ascii="Arial" w:hAnsi="Arial"/>
        </w:rPr>
        <w:t>I think once it starts up, they're going to swirl a little bit. But then I think just because this startup is like a new piece of motion. But then when the after a little bit of time, like maybe around a minute, or maybe less, they'll just like they'll settle to basically what they're doing now or they'll be still, like, I think I think that fish on top, are going to be still still, I don't think they're going to be rotating at all.</w:t>
      </w:r>
    </w:p>
    <w:p w14:paraId="5B07FE1D" w14:textId="77777777" w:rsidR="00CB6D10" w:rsidRDefault="00CB6D10">
      <w:pPr>
        <w:spacing w:after="0"/>
      </w:pPr>
    </w:p>
    <w:p w14:paraId="5CAC8230" w14:textId="77777777" w:rsidR="00CB6D10" w:rsidRDefault="008538FF">
      <w:pPr>
        <w:spacing w:after="0"/>
      </w:pPr>
      <w:r>
        <w:rPr>
          <w:rFonts w:ascii="Arial" w:hAnsi="Arial"/>
          <w:b/>
        </w:rPr>
        <w:t xml:space="preserve">Interviewer P:  </w:t>
      </w:r>
      <w:r>
        <w:rPr>
          <w:rFonts w:ascii="Arial" w:hAnsi="Arial"/>
          <w:color w:val="5D7284"/>
        </w:rPr>
        <w:t>40:35</w:t>
      </w:r>
    </w:p>
    <w:p w14:paraId="610B5B9A" w14:textId="77777777" w:rsidR="00CB6D10" w:rsidRDefault="008538FF">
      <w:pPr>
        <w:spacing w:after="0"/>
      </w:pPr>
      <w:r>
        <w:rPr>
          <w:rFonts w:ascii="Arial" w:hAnsi="Arial"/>
        </w:rPr>
        <w:t xml:space="preserve">Okay, so they'll just kind of bob in place as the tank rotates around them. So in other words, if there were a dot underneath them, they would not stay over there. </w:t>
      </w:r>
    </w:p>
    <w:p w14:paraId="0BC61FEE" w14:textId="77777777" w:rsidR="00CB6D10" w:rsidRDefault="00CB6D10">
      <w:pPr>
        <w:spacing w:after="0"/>
      </w:pPr>
    </w:p>
    <w:p w14:paraId="4AC3A00A" w14:textId="77777777" w:rsidR="00CB6D10" w:rsidRDefault="008538FF">
      <w:pPr>
        <w:spacing w:after="0"/>
      </w:pPr>
      <w:r>
        <w:rPr>
          <w:rFonts w:ascii="Arial" w:hAnsi="Arial"/>
          <w:b/>
        </w:rPr>
        <w:t xml:space="preserve">Participant #8:  </w:t>
      </w:r>
      <w:r>
        <w:rPr>
          <w:rFonts w:ascii="Arial" w:hAnsi="Arial"/>
          <w:color w:val="5D7284"/>
        </w:rPr>
        <w:t>40:47</w:t>
      </w:r>
    </w:p>
    <w:p w14:paraId="4DDF6A69" w14:textId="77777777" w:rsidR="00CB6D10" w:rsidRDefault="008538FF">
      <w:pPr>
        <w:spacing w:after="0"/>
      </w:pPr>
      <w:r>
        <w:rPr>
          <w:rFonts w:ascii="Arial" w:hAnsi="Arial"/>
        </w:rPr>
        <w:t>No.</w:t>
      </w:r>
    </w:p>
    <w:p w14:paraId="0F0222A0" w14:textId="77777777" w:rsidR="00CB6D10" w:rsidRDefault="00CB6D10">
      <w:pPr>
        <w:spacing w:after="0"/>
      </w:pPr>
    </w:p>
    <w:p w14:paraId="5FF71DDA" w14:textId="77777777" w:rsidR="00CB6D10" w:rsidRDefault="008538FF">
      <w:pPr>
        <w:spacing w:after="0"/>
      </w:pPr>
      <w:r>
        <w:rPr>
          <w:rFonts w:ascii="Arial" w:hAnsi="Arial"/>
          <w:b/>
        </w:rPr>
        <w:t xml:space="preserve">Interviewer P:  </w:t>
      </w:r>
      <w:r>
        <w:rPr>
          <w:rFonts w:ascii="Arial" w:hAnsi="Arial"/>
          <w:color w:val="5D7284"/>
        </w:rPr>
        <w:t>40:48</w:t>
      </w:r>
    </w:p>
    <w:p w14:paraId="26412A36" w14:textId="77777777" w:rsidR="00CB6D10" w:rsidRDefault="008538FF">
      <w:pPr>
        <w:spacing w:after="0"/>
      </w:pPr>
      <w:r>
        <w:rPr>
          <w:rFonts w:ascii="Arial" w:hAnsi="Arial"/>
        </w:rPr>
        <w:t>Okay. All right. So let's watch and see what happens. So can you describe what you see so far?</w:t>
      </w:r>
    </w:p>
    <w:p w14:paraId="2CFD1051" w14:textId="77777777" w:rsidR="00CB6D10" w:rsidRDefault="00CB6D10">
      <w:pPr>
        <w:spacing w:after="0"/>
      </w:pPr>
    </w:p>
    <w:p w14:paraId="0367BDD5" w14:textId="77777777" w:rsidR="00CB6D10" w:rsidRDefault="008538FF">
      <w:pPr>
        <w:spacing w:after="0"/>
      </w:pPr>
      <w:r>
        <w:rPr>
          <w:rFonts w:ascii="Arial" w:hAnsi="Arial"/>
          <w:b/>
        </w:rPr>
        <w:t xml:space="preserve">Participant #8:  </w:t>
      </w:r>
      <w:r>
        <w:rPr>
          <w:rFonts w:ascii="Arial" w:hAnsi="Arial"/>
          <w:color w:val="5D7284"/>
        </w:rPr>
        <w:t>41:05</w:t>
      </w:r>
    </w:p>
    <w:p w14:paraId="3DEA5604" w14:textId="77777777" w:rsidR="00CB6D10" w:rsidRDefault="008538FF">
      <w:pPr>
        <w:spacing w:after="0"/>
      </w:pPr>
      <w:r>
        <w:rPr>
          <w:rFonts w:ascii="Arial" w:hAnsi="Arial"/>
        </w:rPr>
        <w:t>The fish on the top are staying, half the fish on the ball, and we're getting whisked to the side. But a couple of them are saying. The fish on the top aren't perfectly still, but they weren't perfectly still to begin with.</w:t>
      </w:r>
    </w:p>
    <w:p w14:paraId="61F2B5C9" w14:textId="77777777" w:rsidR="00CB6D10" w:rsidRDefault="00CB6D10">
      <w:pPr>
        <w:spacing w:after="0"/>
      </w:pPr>
    </w:p>
    <w:p w14:paraId="3734D429" w14:textId="77777777" w:rsidR="00CB6D10" w:rsidRDefault="008538FF">
      <w:pPr>
        <w:spacing w:after="0"/>
      </w:pPr>
      <w:r>
        <w:rPr>
          <w:rFonts w:ascii="Arial" w:hAnsi="Arial"/>
          <w:b/>
        </w:rPr>
        <w:t xml:space="preserve">Interviewer P:  </w:t>
      </w:r>
      <w:r>
        <w:rPr>
          <w:rFonts w:ascii="Arial" w:hAnsi="Arial"/>
          <w:color w:val="5D7284"/>
        </w:rPr>
        <w:t>41:23</w:t>
      </w:r>
    </w:p>
    <w:p w14:paraId="00BBF134" w14:textId="77777777" w:rsidR="00CB6D10" w:rsidRDefault="008538FF">
      <w:pPr>
        <w:spacing w:after="0"/>
      </w:pPr>
      <w:r>
        <w:rPr>
          <w:rFonts w:ascii="Arial" w:hAnsi="Arial"/>
        </w:rPr>
        <w:t>That's true. So are the ones on the bottom doing what you described, which was moving, but like staying and like moving with the tank, but staying on they're dots.</w:t>
      </w:r>
    </w:p>
    <w:p w14:paraId="4521163B" w14:textId="77777777" w:rsidR="00CB6D10" w:rsidRDefault="00CB6D10">
      <w:pPr>
        <w:spacing w:after="0"/>
      </w:pPr>
    </w:p>
    <w:p w14:paraId="215EB412" w14:textId="77777777" w:rsidR="00CB6D10" w:rsidRDefault="008538FF">
      <w:pPr>
        <w:spacing w:after="0"/>
      </w:pPr>
      <w:r>
        <w:rPr>
          <w:rFonts w:ascii="Arial" w:hAnsi="Arial"/>
          <w:b/>
        </w:rPr>
        <w:t xml:space="preserve">Participant #8:  </w:t>
      </w:r>
      <w:r>
        <w:rPr>
          <w:rFonts w:ascii="Arial" w:hAnsi="Arial"/>
          <w:color w:val="5D7284"/>
        </w:rPr>
        <w:t>41:36</w:t>
      </w:r>
    </w:p>
    <w:p w14:paraId="492EE54A" w14:textId="77777777" w:rsidR="00CB6D10" w:rsidRDefault="008538FF">
      <w:pPr>
        <w:spacing w:after="0"/>
      </w:pPr>
      <w:r>
        <w:rPr>
          <w:rFonts w:ascii="Arial" w:hAnsi="Arial"/>
        </w:rPr>
        <w:t>The ones in the middle are the ones on the sides are not.</w:t>
      </w:r>
    </w:p>
    <w:p w14:paraId="271F1E0D" w14:textId="77777777" w:rsidR="00CB6D10" w:rsidRDefault="00CB6D10">
      <w:pPr>
        <w:spacing w:after="0"/>
      </w:pPr>
    </w:p>
    <w:p w14:paraId="6FD0AE37" w14:textId="77777777" w:rsidR="00CB6D10" w:rsidRDefault="008538FF">
      <w:pPr>
        <w:spacing w:after="0"/>
      </w:pPr>
      <w:r>
        <w:rPr>
          <w:rFonts w:ascii="Arial" w:hAnsi="Arial"/>
          <w:b/>
        </w:rPr>
        <w:t xml:space="preserve">Interviewer P:  </w:t>
      </w:r>
      <w:r>
        <w:rPr>
          <w:rFonts w:ascii="Arial" w:hAnsi="Arial"/>
          <w:color w:val="5D7284"/>
        </w:rPr>
        <w:t>41:46</w:t>
      </w:r>
    </w:p>
    <w:p w14:paraId="33B8577C" w14:textId="77777777" w:rsidR="00CB6D10" w:rsidRDefault="008538FF">
      <w:pPr>
        <w:spacing w:after="0"/>
      </w:pPr>
      <w:r>
        <w:rPr>
          <w:rFonts w:ascii="Arial" w:hAnsi="Arial"/>
        </w:rPr>
        <w:t>So, the ones on the sides, like if we drew a dot under them they would move, they would not stay on the dot?</w:t>
      </w:r>
    </w:p>
    <w:p w14:paraId="42011247" w14:textId="77777777" w:rsidR="00CB6D10" w:rsidRDefault="00CB6D10">
      <w:pPr>
        <w:spacing w:after="0"/>
      </w:pPr>
    </w:p>
    <w:p w14:paraId="3E270CA7" w14:textId="77777777" w:rsidR="00CB6D10" w:rsidRDefault="008538FF">
      <w:pPr>
        <w:spacing w:after="0"/>
      </w:pPr>
      <w:r>
        <w:rPr>
          <w:rFonts w:ascii="Arial" w:hAnsi="Arial"/>
          <w:b/>
        </w:rPr>
        <w:t xml:space="preserve">Participant #8:  </w:t>
      </w:r>
      <w:r>
        <w:rPr>
          <w:rFonts w:ascii="Arial" w:hAnsi="Arial"/>
          <w:color w:val="5D7284"/>
        </w:rPr>
        <w:t>41:54</w:t>
      </w:r>
    </w:p>
    <w:p w14:paraId="7B1D3ADB" w14:textId="77777777" w:rsidR="00CB6D10" w:rsidRDefault="008538FF">
      <w:pPr>
        <w:spacing w:after="0"/>
      </w:pPr>
      <w:r>
        <w:rPr>
          <w:rFonts w:ascii="Arial" w:hAnsi="Arial"/>
        </w:rPr>
        <w:t>It's just that they weren't already on.</w:t>
      </w:r>
    </w:p>
    <w:p w14:paraId="2B67DBBF" w14:textId="77777777" w:rsidR="00CB6D10" w:rsidRDefault="00CB6D10">
      <w:pPr>
        <w:spacing w:after="0"/>
      </w:pPr>
    </w:p>
    <w:p w14:paraId="4A65EF59" w14:textId="77777777" w:rsidR="00CB6D10" w:rsidRDefault="008538FF">
      <w:pPr>
        <w:spacing w:after="0"/>
      </w:pPr>
      <w:r>
        <w:rPr>
          <w:rFonts w:ascii="Arial" w:hAnsi="Arial"/>
          <w:b/>
        </w:rPr>
        <w:lastRenderedPageBreak/>
        <w:t xml:space="preserve">Interviewer P:  </w:t>
      </w:r>
      <w:r>
        <w:rPr>
          <w:rFonts w:ascii="Arial" w:hAnsi="Arial"/>
          <w:color w:val="5D7284"/>
        </w:rPr>
        <w:t>41:56</w:t>
      </w:r>
    </w:p>
    <w:p w14:paraId="439C15AE" w14:textId="77777777" w:rsidR="00CB6D10" w:rsidRDefault="008538FF">
      <w:pPr>
        <w:spacing w:after="0"/>
      </w:pPr>
      <w:r>
        <w:rPr>
          <w:rFonts w:ascii="Arial" w:hAnsi="Arial"/>
        </w:rPr>
        <w:t>So, they moved initially.</w:t>
      </w:r>
    </w:p>
    <w:p w14:paraId="55F880B6" w14:textId="77777777" w:rsidR="00CB6D10" w:rsidRDefault="00CB6D10">
      <w:pPr>
        <w:spacing w:after="0"/>
      </w:pPr>
    </w:p>
    <w:p w14:paraId="396EB16A" w14:textId="77777777" w:rsidR="00CB6D10" w:rsidRDefault="008538FF">
      <w:pPr>
        <w:spacing w:after="0"/>
      </w:pPr>
      <w:r>
        <w:rPr>
          <w:rFonts w:ascii="Arial" w:hAnsi="Arial"/>
          <w:b/>
        </w:rPr>
        <w:t xml:space="preserve">Participant #8:  </w:t>
      </w:r>
      <w:r>
        <w:rPr>
          <w:rFonts w:ascii="Arial" w:hAnsi="Arial"/>
          <w:color w:val="5D7284"/>
        </w:rPr>
        <w:t>41:57</w:t>
      </w:r>
    </w:p>
    <w:p w14:paraId="66990D8A" w14:textId="77777777" w:rsidR="00CB6D10" w:rsidRDefault="008538FF">
      <w:pPr>
        <w:spacing w:after="0"/>
      </w:pPr>
      <w:r>
        <w:rPr>
          <w:rFonts w:ascii="Arial" w:hAnsi="Arial"/>
        </w:rPr>
        <w:t>Yes but they're still. But now that they have moved initially, they're still going to stay.</w:t>
      </w:r>
    </w:p>
    <w:p w14:paraId="18A965C4" w14:textId="77777777" w:rsidR="00CB6D10" w:rsidRDefault="00CB6D10">
      <w:pPr>
        <w:spacing w:after="0"/>
      </w:pPr>
    </w:p>
    <w:p w14:paraId="35B1C2A1" w14:textId="77777777" w:rsidR="00CB6D10" w:rsidRDefault="008538FF">
      <w:pPr>
        <w:spacing w:after="0"/>
      </w:pPr>
      <w:r>
        <w:rPr>
          <w:rFonts w:ascii="Arial" w:hAnsi="Arial"/>
          <w:b/>
        </w:rPr>
        <w:t xml:space="preserve">Interviewer P:  </w:t>
      </w:r>
      <w:r>
        <w:rPr>
          <w:rFonts w:ascii="Arial" w:hAnsi="Arial"/>
          <w:color w:val="5D7284"/>
        </w:rPr>
        <w:t>42:04</w:t>
      </w:r>
    </w:p>
    <w:p w14:paraId="7F847DB1" w14:textId="77777777" w:rsidR="00CB6D10" w:rsidRDefault="008538FF">
      <w:pPr>
        <w:spacing w:after="0"/>
      </w:pPr>
      <w:r>
        <w:rPr>
          <w:rFonts w:ascii="Arial" w:hAnsi="Arial"/>
        </w:rPr>
        <w:t>Alright, so what I'm hearing is the ones on the bottom, are all rotating with the tank. But otherwise, they're staying still on their spot in the tank. And so what are the ones in the top doing?</w:t>
      </w:r>
    </w:p>
    <w:p w14:paraId="18D6DC06" w14:textId="77777777" w:rsidR="00CB6D10" w:rsidRDefault="00CB6D10">
      <w:pPr>
        <w:spacing w:after="0"/>
      </w:pPr>
    </w:p>
    <w:p w14:paraId="05C39B3D" w14:textId="77777777" w:rsidR="00CB6D10" w:rsidRDefault="008538FF">
      <w:pPr>
        <w:spacing w:after="0"/>
      </w:pPr>
      <w:r>
        <w:rPr>
          <w:rFonts w:ascii="Arial" w:hAnsi="Arial"/>
          <w:b/>
        </w:rPr>
        <w:t xml:space="preserve">Participant #8:  </w:t>
      </w:r>
      <w:r>
        <w:rPr>
          <w:rFonts w:ascii="Arial" w:hAnsi="Arial"/>
          <w:color w:val="5D7284"/>
        </w:rPr>
        <w:t>42:25</w:t>
      </w:r>
    </w:p>
    <w:p w14:paraId="3C272A75" w14:textId="77777777" w:rsidR="00CB6D10" w:rsidRDefault="008538FF">
      <w:pPr>
        <w:spacing w:after="0"/>
      </w:pPr>
      <w:r>
        <w:rPr>
          <w:rFonts w:ascii="Arial" w:hAnsi="Arial"/>
        </w:rPr>
        <w:t>They were staying relatively still. But now they are rotating a little.</w:t>
      </w:r>
    </w:p>
    <w:p w14:paraId="4594A64B" w14:textId="77777777" w:rsidR="00CB6D10" w:rsidRDefault="00CB6D10">
      <w:pPr>
        <w:spacing w:after="0"/>
      </w:pPr>
    </w:p>
    <w:p w14:paraId="72BC5246" w14:textId="77777777" w:rsidR="00CB6D10" w:rsidRDefault="008538FF">
      <w:pPr>
        <w:spacing w:after="0"/>
      </w:pPr>
      <w:r>
        <w:rPr>
          <w:rFonts w:ascii="Arial" w:hAnsi="Arial"/>
          <w:b/>
        </w:rPr>
        <w:t xml:space="preserve">Interviewer P:  </w:t>
      </w:r>
      <w:r>
        <w:rPr>
          <w:rFonts w:ascii="Arial" w:hAnsi="Arial"/>
          <w:color w:val="5D7284"/>
        </w:rPr>
        <w:t>42:31</w:t>
      </w:r>
    </w:p>
    <w:p w14:paraId="3DAD4F20" w14:textId="77777777" w:rsidR="00CB6D10" w:rsidRDefault="008538FF">
      <w:pPr>
        <w:spacing w:after="0"/>
      </w:pPr>
      <w:r>
        <w:rPr>
          <w:rFonts w:ascii="Arial" w:hAnsi="Arial"/>
        </w:rPr>
        <w:t xml:space="preserve">I would say this guy. </w:t>
      </w:r>
    </w:p>
    <w:p w14:paraId="3CC156AB" w14:textId="77777777" w:rsidR="00CB6D10" w:rsidRDefault="00CB6D10">
      <w:pPr>
        <w:spacing w:after="0"/>
      </w:pPr>
    </w:p>
    <w:p w14:paraId="6026A201" w14:textId="77777777" w:rsidR="00CB6D10" w:rsidRDefault="008538FF">
      <w:pPr>
        <w:spacing w:after="0"/>
      </w:pPr>
      <w:r>
        <w:rPr>
          <w:rFonts w:ascii="Arial" w:hAnsi="Arial"/>
          <w:b/>
        </w:rPr>
        <w:t xml:space="preserve">Participant #8:  </w:t>
      </w:r>
      <w:r>
        <w:rPr>
          <w:rFonts w:ascii="Arial" w:hAnsi="Arial"/>
          <w:color w:val="5D7284"/>
        </w:rPr>
        <w:t>42:33</w:t>
      </w:r>
    </w:p>
    <w:p w14:paraId="4521EFEE" w14:textId="77777777" w:rsidR="00CB6D10" w:rsidRDefault="008538FF">
      <w:pPr>
        <w:spacing w:after="0"/>
      </w:pPr>
      <w:r>
        <w:rPr>
          <w:rFonts w:ascii="Arial" w:hAnsi="Arial"/>
        </w:rPr>
        <w:t>Yeah, he's going for it.</w:t>
      </w:r>
    </w:p>
    <w:p w14:paraId="41FE690F" w14:textId="77777777" w:rsidR="00CB6D10" w:rsidRDefault="00CB6D10">
      <w:pPr>
        <w:spacing w:after="0"/>
      </w:pPr>
    </w:p>
    <w:p w14:paraId="581137FE" w14:textId="77777777" w:rsidR="00CB6D10" w:rsidRDefault="008538FF">
      <w:pPr>
        <w:spacing w:after="0"/>
      </w:pPr>
      <w:r>
        <w:rPr>
          <w:rFonts w:ascii="Arial" w:hAnsi="Arial"/>
          <w:b/>
        </w:rPr>
        <w:t xml:space="preserve">Interviewer P:  </w:t>
      </w:r>
      <w:r>
        <w:rPr>
          <w:rFonts w:ascii="Arial" w:hAnsi="Arial"/>
          <w:color w:val="5D7284"/>
        </w:rPr>
        <w:t>42:34</w:t>
      </w:r>
    </w:p>
    <w:p w14:paraId="279DF96B" w14:textId="77777777" w:rsidR="00CB6D10" w:rsidRDefault="008538FF">
      <w:pPr>
        <w:spacing w:after="0"/>
      </w:pPr>
      <w:r>
        <w:rPr>
          <w:rFonts w:ascii="Arial" w:hAnsi="Arial"/>
        </w:rPr>
        <w:t>Yeah. But they weren't doing that initially. So ideas about why they've changed. This guy looks like he's rotating too.</w:t>
      </w:r>
    </w:p>
    <w:p w14:paraId="72765828" w14:textId="77777777" w:rsidR="00CB6D10" w:rsidRDefault="00CB6D10">
      <w:pPr>
        <w:spacing w:after="0"/>
      </w:pPr>
    </w:p>
    <w:p w14:paraId="4120F203" w14:textId="77777777" w:rsidR="00CB6D10" w:rsidRDefault="008538FF">
      <w:pPr>
        <w:spacing w:after="0"/>
      </w:pPr>
      <w:r>
        <w:rPr>
          <w:rFonts w:ascii="Arial" w:hAnsi="Arial"/>
          <w:b/>
        </w:rPr>
        <w:t xml:space="preserve">Participant #8:  </w:t>
      </w:r>
      <w:r>
        <w:rPr>
          <w:rFonts w:ascii="Arial" w:hAnsi="Arial"/>
          <w:color w:val="5D7284"/>
        </w:rPr>
        <w:t>42:49</w:t>
      </w:r>
    </w:p>
    <w:p w14:paraId="27F1441E" w14:textId="77777777" w:rsidR="00CB6D10" w:rsidRDefault="008538FF">
      <w:pPr>
        <w:spacing w:after="0"/>
      </w:pPr>
      <w:r>
        <w:rPr>
          <w:rFonts w:ascii="Arial" w:hAnsi="Arial"/>
        </w:rPr>
        <w:t>I feel like when the water started moving, I have like a visual in my head that I don't know how to put into words when they started when they started turning, like the water was in enough motion to keep them in their place. But now that I now that like that motion has caught up to the motion of the rest of the tank cylinder as a whole. And now we're they're all rotating like the fish on the bottom.</w:t>
      </w:r>
    </w:p>
    <w:p w14:paraId="6DCF035E" w14:textId="77777777" w:rsidR="00CB6D10" w:rsidRDefault="00CB6D10">
      <w:pPr>
        <w:spacing w:after="0"/>
      </w:pPr>
    </w:p>
    <w:p w14:paraId="39C13080" w14:textId="77777777" w:rsidR="00CB6D10" w:rsidRDefault="008538FF">
      <w:pPr>
        <w:spacing w:after="0"/>
      </w:pPr>
      <w:r>
        <w:rPr>
          <w:rFonts w:ascii="Arial" w:hAnsi="Arial"/>
          <w:b/>
        </w:rPr>
        <w:t xml:space="preserve">Interviewer P:  </w:t>
      </w:r>
      <w:r>
        <w:rPr>
          <w:rFonts w:ascii="Arial" w:hAnsi="Arial"/>
          <w:color w:val="5D7284"/>
        </w:rPr>
        <w:t>43:40</w:t>
      </w:r>
    </w:p>
    <w:p w14:paraId="436E6203" w14:textId="77777777" w:rsidR="00CB6D10" w:rsidRDefault="008538FF">
      <w:pPr>
        <w:spacing w:after="0"/>
      </w:pPr>
      <w:r>
        <w:rPr>
          <w:rFonts w:ascii="Arial" w:hAnsi="Arial"/>
        </w:rPr>
        <w:t>Yeah, I get what you're saying. And I would say like, I watch these two guys, they're spinning around. But this guy on the bottom is also spinning around, but faster like now he's halfway around and he's going to catch back up to them pretty soon I think. So here he goes. So the ones on the top don't seem to be rotating as quickely. Any ideas about that?</w:t>
      </w:r>
    </w:p>
    <w:p w14:paraId="7CB2D9D0" w14:textId="77777777" w:rsidR="00CB6D10" w:rsidRDefault="00CB6D10">
      <w:pPr>
        <w:spacing w:after="0"/>
      </w:pPr>
    </w:p>
    <w:p w14:paraId="745B00C3" w14:textId="77777777" w:rsidR="00CB6D10" w:rsidRDefault="008538FF">
      <w:pPr>
        <w:spacing w:after="0"/>
      </w:pPr>
      <w:r>
        <w:rPr>
          <w:rFonts w:ascii="Arial" w:hAnsi="Arial"/>
          <w:b/>
        </w:rPr>
        <w:t xml:space="preserve">Participant #8:  </w:t>
      </w:r>
      <w:r>
        <w:rPr>
          <w:rFonts w:ascii="Arial" w:hAnsi="Arial"/>
          <w:color w:val="5D7284"/>
        </w:rPr>
        <w:t>44:15</w:t>
      </w:r>
    </w:p>
    <w:p w14:paraId="623930F3" w14:textId="77777777" w:rsidR="00CB6D10" w:rsidRDefault="008538FF">
      <w:pPr>
        <w:spacing w:after="0"/>
      </w:pPr>
      <w:r>
        <w:rPr>
          <w:rFonts w:ascii="Arial" w:hAnsi="Arial"/>
        </w:rPr>
        <w:t>I feel like the water absorbs some of the spinning because the ones on the bottom are like on the thing that's turning Yeah, but the ones that are floating have like the rest of that water to filter out...</w:t>
      </w:r>
    </w:p>
    <w:p w14:paraId="4717BAB6" w14:textId="77777777" w:rsidR="00CB6D10" w:rsidRDefault="00CB6D10">
      <w:pPr>
        <w:spacing w:after="0"/>
      </w:pPr>
    </w:p>
    <w:p w14:paraId="7462A930" w14:textId="77777777" w:rsidR="00CB6D10" w:rsidRDefault="008538FF">
      <w:pPr>
        <w:spacing w:after="0"/>
      </w:pPr>
      <w:r>
        <w:rPr>
          <w:rFonts w:ascii="Arial" w:hAnsi="Arial"/>
          <w:b/>
        </w:rPr>
        <w:t xml:space="preserve">Interviewer P:  </w:t>
      </w:r>
      <w:r>
        <w:rPr>
          <w:rFonts w:ascii="Arial" w:hAnsi="Arial"/>
          <w:color w:val="5D7284"/>
        </w:rPr>
        <w:t>44:32</w:t>
      </w:r>
    </w:p>
    <w:p w14:paraId="080184D0" w14:textId="77777777" w:rsidR="00CB6D10" w:rsidRDefault="008538FF">
      <w:pPr>
        <w:spacing w:after="0"/>
      </w:pPr>
      <w:r>
        <w:rPr>
          <w:rFonts w:ascii="Arial" w:hAnsi="Arial"/>
        </w:rPr>
        <w:t xml:space="preserve">With enough time do you think that they'd all move at the same speed? </w:t>
      </w:r>
    </w:p>
    <w:p w14:paraId="3D50C21B" w14:textId="77777777" w:rsidR="00CB6D10" w:rsidRDefault="00CB6D10">
      <w:pPr>
        <w:spacing w:after="0"/>
      </w:pPr>
    </w:p>
    <w:p w14:paraId="5E335588" w14:textId="77777777" w:rsidR="00CB6D10" w:rsidRDefault="008538FF">
      <w:pPr>
        <w:spacing w:after="0"/>
      </w:pPr>
      <w:r>
        <w:rPr>
          <w:rFonts w:ascii="Arial" w:hAnsi="Arial"/>
          <w:b/>
        </w:rPr>
        <w:t xml:space="preserve">Participant #8:  </w:t>
      </w:r>
      <w:r>
        <w:rPr>
          <w:rFonts w:ascii="Arial" w:hAnsi="Arial"/>
          <w:color w:val="5D7284"/>
        </w:rPr>
        <w:t>44:38</w:t>
      </w:r>
    </w:p>
    <w:p w14:paraId="7265266F" w14:textId="77777777" w:rsidR="00CB6D10" w:rsidRDefault="008538FF">
      <w:pPr>
        <w:spacing w:after="0"/>
      </w:pPr>
      <w:r>
        <w:rPr>
          <w:rFonts w:ascii="Arial" w:hAnsi="Arial"/>
        </w:rPr>
        <w:t xml:space="preserve">I think so. </w:t>
      </w:r>
    </w:p>
    <w:p w14:paraId="2D805CF9" w14:textId="77777777" w:rsidR="00CB6D10" w:rsidRDefault="00CB6D10">
      <w:pPr>
        <w:spacing w:after="0"/>
      </w:pPr>
    </w:p>
    <w:p w14:paraId="307B7E78" w14:textId="77777777" w:rsidR="00CB6D10" w:rsidRDefault="008538FF">
      <w:pPr>
        <w:spacing w:after="0"/>
      </w:pPr>
      <w:r>
        <w:rPr>
          <w:rFonts w:ascii="Arial" w:hAnsi="Arial"/>
          <w:b/>
        </w:rPr>
        <w:t xml:space="preserve">Interviewer P:  </w:t>
      </w:r>
      <w:r>
        <w:rPr>
          <w:rFonts w:ascii="Arial" w:hAnsi="Arial"/>
          <w:color w:val="5D7284"/>
        </w:rPr>
        <w:t>44:42</w:t>
      </w:r>
    </w:p>
    <w:p w14:paraId="0CAF9C69" w14:textId="77777777" w:rsidR="00CB6D10" w:rsidRDefault="008538FF">
      <w:pPr>
        <w:spacing w:after="0"/>
      </w:pPr>
      <w:r>
        <w:rPr>
          <w:rFonts w:ascii="Arial" w:hAnsi="Arial"/>
        </w:rPr>
        <w:t>Why would that be?</w:t>
      </w:r>
    </w:p>
    <w:p w14:paraId="48102151" w14:textId="77777777" w:rsidR="00CB6D10" w:rsidRDefault="00CB6D10">
      <w:pPr>
        <w:spacing w:after="0"/>
      </w:pPr>
    </w:p>
    <w:p w14:paraId="2DDAEA9B" w14:textId="77777777" w:rsidR="00CB6D10" w:rsidRDefault="008538FF">
      <w:pPr>
        <w:spacing w:after="0"/>
      </w:pPr>
      <w:r>
        <w:rPr>
          <w:rFonts w:ascii="Arial" w:hAnsi="Arial"/>
          <w:b/>
        </w:rPr>
        <w:t xml:space="preserve">Participant #8:  </w:t>
      </w:r>
      <w:r>
        <w:rPr>
          <w:rFonts w:ascii="Arial" w:hAnsi="Arial"/>
          <w:color w:val="5D7284"/>
        </w:rPr>
        <w:t>44:45</w:t>
      </w:r>
    </w:p>
    <w:p w14:paraId="42670F67" w14:textId="77777777" w:rsidR="00CB6D10" w:rsidRDefault="008538FF">
      <w:pPr>
        <w:spacing w:after="0"/>
      </w:pPr>
      <w:r>
        <w:rPr>
          <w:rFonts w:ascii="Arial" w:hAnsi="Arial"/>
        </w:rPr>
        <w:t>Because I again, like the concept of like catching up. I feel like this sleed would just eventually like...</w:t>
      </w:r>
    </w:p>
    <w:p w14:paraId="06C6CD1F" w14:textId="77777777" w:rsidR="00CB6D10" w:rsidRDefault="00CB6D10">
      <w:pPr>
        <w:spacing w:after="0"/>
      </w:pPr>
    </w:p>
    <w:p w14:paraId="13B7C48E" w14:textId="77777777" w:rsidR="00CB6D10" w:rsidRDefault="008538FF">
      <w:pPr>
        <w:spacing w:after="0"/>
      </w:pPr>
      <w:r>
        <w:rPr>
          <w:rFonts w:ascii="Arial" w:hAnsi="Arial"/>
          <w:b/>
        </w:rPr>
        <w:t xml:space="preserve">Interviewer P:  </w:t>
      </w:r>
      <w:r>
        <w:rPr>
          <w:rFonts w:ascii="Arial" w:hAnsi="Arial"/>
          <w:color w:val="5D7284"/>
        </w:rPr>
        <w:t>44:52</w:t>
      </w:r>
    </w:p>
    <w:p w14:paraId="0BFC2819" w14:textId="77777777" w:rsidR="00CB6D10" w:rsidRDefault="008538FF">
      <w:pPr>
        <w:spacing w:after="0"/>
      </w:pPr>
      <w:r>
        <w:rPr>
          <w:rFonts w:ascii="Arial" w:hAnsi="Arial"/>
        </w:rPr>
        <w:t>So what do you think would happen if I again, put on the brakes.</w:t>
      </w:r>
    </w:p>
    <w:p w14:paraId="639AF683" w14:textId="77777777" w:rsidR="00CB6D10" w:rsidRDefault="00CB6D10">
      <w:pPr>
        <w:spacing w:after="0"/>
      </w:pPr>
    </w:p>
    <w:p w14:paraId="4AEFD89B" w14:textId="77777777" w:rsidR="00CB6D10" w:rsidRDefault="008538FF">
      <w:pPr>
        <w:spacing w:after="0"/>
      </w:pPr>
      <w:r>
        <w:rPr>
          <w:rFonts w:ascii="Arial" w:hAnsi="Arial"/>
          <w:b/>
        </w:rPr>
        <w:t xml:space="preserve">Participant #8:  </w:t>
      </w:r>
      <w:r>
        <w:rPr>
          <w:rFonts w:ascii="Arial" w:hAnsi="Arial"/>
          <w:color w:val="5D7284"/>
        </w:rPr>
        <w:t>45:00</w:t>
      </w:r>
    </w:p>
    <w:p w14:paraId="6E55840E" w14:textId="77777777" w:rsidR="00CB6D10" w:rsidRDefault="008538FF">
      <w:pPr>
        <w:spacing w:after="0"/>
      </w:pPr>
      <w:r>
        <w:rPr>
          <w:rFonts w:ascii="Arial" w:hAnsi="Arial"/>
        </w:rPr>
        <w:t>The fish on the bottom would like jerk a little but then they'd  stay resting the fish on the top will continue to spiral further.</w:t>
      </w:r>
    </w:p>
    <w:p w14:paraId="61B7ED71" w14:textId="77777777" w:rsidR="00CB6D10" w:rsidRDefault="00CB6D10">
      <w:pPr>
        <w:spacing w:after="0"/>
      </w:pPr>
    </w:p>
    <w:p w14:paraId="681CF884" w14:textId="77777777" w:rsidR="00CB6D10" w:rsidRDefault="008538FF">
      <w:pPr>
        <w:spacing w:after="0"/>
      </w:pPr>
      <w:r>
        <w:rPr>
          <w:rFonts w:ascii="Arial" w:hAnsi="Arial"/>
          <w:b/>
        </w:rPr>
        <w:t xml:space="preserve">Interviewer P:  </w:t>
      </w:r>
      <w:r>
        <w:rPr>
          <w:rFonts w:ascii="Arial" w:hAnsi="Arial"/>
          <w:color w:val="5D7284"/>
        </w:rPr>
        <w:t>45:08</w:t>
      </w:r>
    </w:p>
    <w:p w14:paraId="3A76D272" w14:textId="77777777" w:rsidR="00CB6D10" w:rsidRDefault="008538FF">
      <w:pPr>
        <w:spacing w:after="0"/>
      </w:pPr>
      <w:r>
        <w:rPr>
          <w:rFonts w:ascii="Arial" w:hAnsi="Arial"/>
        </w:rPr>
        <w:t>In the direction they're going now?</w:t>
      </w:r>
    </w:p>
    <w:p w14:paraId="7B7427DE" w14:textId="77777777" w:rsidR="00CB6D10" w:rsidRDefault="00CB6D10">
      <w:pPr>
        <w:spacing w:after="0"/>
      </w:pPr>
    </w:p>
    <w:p w14:paraId="322A624A" w14:textId="77777777" w:rsidR="00CB6D10" w:rsidRDefault="008538FF">
      <w:pPr>
        <w:spacing w:after="0"/>
      </w:pPr>
      <w:r>
        <w:rPr>
          <w:rFonts w:ascii="Arial" w:hAnsi="Arial"/>
          <w:b/>
        </w:rPr>
        <w:t xml:space="preserve">Participant #8:  </w:t>
      </w:r>
      <w:r>
        <w:rPr>
          <w:rFonts w:ascii="Arial" w:hAnsi="Arial"/>
          <w:color w:val="5D7284"/>
        </w:rPr>
        <w:t>45:13</w:t>
      </w:r>
    </w:p>
    <w:p w14:paraId="1F098747" w14:textId="77777777" w:rsidR="00CB6D10" w:rsidRDefault="008538FF">
      <w:pPr>
        <w:spacing w:after="0"/>
      </w:pPr>
      <w:r>
        <w:rPr>
          <w:rFonts w:ascii="Arial" w:hAnsi="Arial"/>
        </w:rPr>
        <w:t>Yeah.</w:t>
      </w:r>
    </w:p>
    <w:p w14:paraId="4B9772D4" w14:textId="77777777" w:rsidR="00CB6D10" w:rsidRDefault="00CB6D10">
      <w:pPr>
        <w:spacing w:after="0"/>
      </w:pPr>
    </w:p>
    <w:p w14:paraId="0C1D0629" w14:textId="77777777" w:rsidR="00CB6D10" w:rsidRDefault="008538FF">
      <w:pPr>
        <w:spacing w:after="0"/>
      </w:pPr>
      <w:r>
        <w:rPr>
          <w:rFonts w:ascii="Arial" w:hAnsi="Arial"/>
          <w:b/>
        </w:rPr>
        <w:t xml:space="preserve">Interviewer P:  </w:t>
      </w:r>
      <w:r>
        <w:rPr>
          <w:rFonts w:ascii="Arial" w:hAnsi="Arial"/>
          <w:color w:val="5D7284"/>
        </w:rPr>
        <w:t>45:16</w:t>
      </w:r>
    </w:p>
    <w:p w14:paraId="50820FE3" w14:textId="77777777" w:rsidR="00CB6D10" w:rsidRDefault="008538FF">
      <w:pPr>
        <w:spacing w:after="0"/>
      </w:pPr>
      <w:r>
        <w:rPr>
          <w:rFonts w:ascii="Arial" w:hAnsi="Arial"/>
        </w:rPr>
        <w:t>And why do you think the ones on the top will keep going while the ones on the bottom.</w:t>
      </w:r>
    </w:p>
    <w:p w14:paraId="28A84BC3" w14:textId="77777777" w:rsidR="00CB6D10" w:rsidRDefault="00CB6D10">
      <w:pPr>
        <w:spacing w:after="0"/>
      </w:pPr>
    </w:p>
    <w:p w14:paraId="5B6F3894" w14:textId="77777777" w:rsidR="00CB6D10" w:rsidRDefault="008538FF">
      <w:pPr>
        <w:spacing w:after="0"/>
      </w:pPr>
      <w:r>
        <w:rPr>
          <w:rFonts w:ascii="Arial" w:hAnsi="Arial"/>
          <w:b/>
        </w:rPr>
        <w:t xml:space="preserve">Participant #8:  </w:t>
      </w:r>
      <w:r>
        <w:rPr>
          <w:rFonts w:ascii="Arial" w:hAnsi="Arial"/>
          <w:color w:val="5D7284"/>
        </w:rPr>
        <w:t>45:20</w:t>
      </w:r>
    </w:p>
    <w:p w14:paraId="54DA5D35" w14:textId="77777777" w:rsidR="00CB6D10" w:rsidRDefault="008538FF">
      <w:pPr>
        <w:spacing w:after="0"/>
      </w:pPr>
      <w:r>
        <w:rPr>
          <w:rFonts w:ascii="Arial" w:hAnsi="Arial"/>
        </w:rPr>
        <w:t>Because the waters still carrying all the excess motion and it's like you know at the solid thing just stops the water will not just stop because there's no brakes on the water.</w:t>
      </w:r>
    </w:p>
    <w:p w14:paraId="5836931E" w14:textId="77777777" w:rsidR="00CB6D10" w:rsidRDefault="00CB6D10">
      <w:pPr>
        <w:spacing w:after="0"/>
      </w:pPr>
    </w:p>
    <w:p w14:paraId="40B6D012" w14:textId="77777777" w:rsidR="00CB6D10" w:rsidRDefault="008538FF">
      <w:pPr>
        <w:spacing w:after="0"/>
      </w:pPr>
      <w:r>
        <w:rPr>
          <w:rFonts w:ascii="Arial" w:hAnsi="Arial"/>
          <w:b/>
        </w:rPr>
        <w:t xml:space="preserve">Interviewer P:  </w:t>
      </w:r>
      <w:r>
        <w:rPr>
          <w:rFonts w:ascii="Arial" w:hAnsi="Arial"/>
          <w:color w:val="5D7284"/>
        </w:rPr>
        <w:t>45:31</w:t>
      </w:r>
    </w:p>
    <w:p w14:paraId="40592B24" w14:textId="77777777" w:rsidR="00CB6D10" w:rsidRDefault="008538FF">
      <w:pPr>
        <w:spacing w:after="0"/>
      </w:pPr>
      <w:r>
        <w:rPr>
          <w:rFonts w:ascii="Arial" w:hAnsi="Arial"/>
        </w:rPr>
        <w:t>Got it? Okay, yeah, you said you didn't know how to put it in words I think you're excellent let's try it and see what happens. Is there anything about that surprising?</w:t>
      </w:r>
    </w:p>
    <w:p w14:paraId="37D8CD6F" w14:textId="77777777" w:rsidR="00CB6D10" w:rsidRDefault="00CB6D10">
      <w:pPr>
        <w:spacing w:after="0"/>
      </w:pPr>
    </w:p>
    <w:p w14:paraId="134DEE7F" w14:textId="77777777" w:rsidR="00CB6D10" w:rsidRDefault="008538FF">
      <w:pPr>
        <w:spacing w:after="0"/>
      </w:pPr>
      <w:r>
        <w:rPr>
          <w:rFonts w:ascii="Arial" w:hAnsi="Arial"/>
          <w:b/>
        </w:rPr>
        <w:t xml:space="preserve">Participant #8:  </w:t>
      </w:r>
      <w:r>
        <w:rPr>
          <w:rFonts w:ascii="Arial" w:hAnsi="Arial"/>
          <w:color w:val="5D7284"/>
        </w:rPr>
        <w:t>46:00</w:t>
      </w:r>
    </w:p>
    <w:p w14:paraId="2FC34971" w14:textId="77777777" w:rsidR="00CB6D10" w:rsidRDefault="008538FF">
      <w:pPr>
        <w:spacing w:after="0"/>
      </w:pPr>
      <w:r>
        <w:rPr>
          <w:rFonts w:ascii="Arial" w:hAnsi="Arial"/>
        </w:rPr>
        <w:t>Um, I don't think so. I think what I described for the bottom I think they went a little longer than I thought they would have but I think they still just kind of like had one burst of motion and then slowed down and then the fish on the top are still circling. Now they're swimming faster.</w:t>
      </w:r>
    </w:p>
    <w:p w14:paraId="71E53C94" w14:textId="77777777" w:rsidR="00CB6D10" w:rsidRDefault="00CB6D10">
      <w:pPr>
        <w:spacing w:after="0"/>
      </w:pPr>
    </w:p>
    <w:p w14:paraId="0251F361" w14:textId="77777777" w:rsidR="00CB6D10" w:rsidRDefault="008538FF">
      <w:pPr>
        <w:spacing w:after="0"/>
      </w:pPr>
      <w:r>
        <w:rPr>
          <w:rFonts w:ascii="Arial" w:hAnsi="Arial"/>
          <w:b/>
        </w:rPr>
        <w:t xml:space="preserve">Interviewer P:  </w:t>
      </w:r>
      <w:r>
        <w:rPr>
          <w:rFonts w:ascii="Arial" w:hAnsi="Arial"/>
          <w:color w:val="5D7284"/>
        </w:rPr>
        <w:t>46:22</w:t>
      </w:r>
    </w:p>
    <w:p w14:paraId="1CF27C39" w14:textId="77777777" w:rsidR="00CB6D10" w:rsidRDefault="008538FF">
      <w:pPr>
        <w:spacing w:after="0"/>
      </w:pPr>
      <w:r>
        <w:rPr>
          <w:rFonts w:ascii="Arial" w:hAnsi="Arial"/>
        </w:rPr>
        <w:t>Now the ones on the bottom are completely still the ones on the top are still doing, interesting. Right well that is it. Let me send you, your gift card. Okay, so I have you as J R I S T A 1 at students.towson.edu</w:t>
      </w:r>
    </w:p>
    <w:p w14:paraId="1D946217" w14:textId="77777777" w:rsidR="00CB6D10" w:rsidRDefault="00CB6D10">
      <w:pPr>
        <w:spacing w:after="0"/>
      </w:pPr>
    </w:p>
    <w:p w14:paraId="6083CC7E" w14:textId="77777777" w:rsidR="00CB6D10" w:rsidRDefault="008538FF">
      <w:pPr>
        <w:spacing w:after="0"/>
      </w:pPr>
      <w:r>
        <w:rPr>
          <w:rFonts w:ascii="Arial" w:hAnsi="Arial"/>
          <w:b/>
        </w:rPr>
        <w:t xml:space="preserve">Participant #8:  </w:t>
      </w:r>
      <w:r>
        <w:rPr>
          <w:rFonts w:ascii="Arial" w:hAnsi="Arial"/>
          <w:color w:val="5D7284"/>
        </w:rPr>
        <w:t>47:02</w:t>
      </w:r>
    </w:p>
    <w:p w14:paraId="3B48EA32" w14:textId="77777777" w:rsidR="00CB6D10" w:rsidRDefault="008538FF">
      <w:pPr>
        <w:spacing w:after="0"/>
      </w:pPr>
      <w:r>
        <w:rPr>
          <w:rFonts w:ascii="Arial" w:hAnsi="Arial"/>
        </w:rPr>
        <w:t>Yup.</w:t>
      </w:r>
    </w:p>
    <w:p w14:paraId="774D53A2" w14:textId="77777777" w:rsidR="00CB6D10" w:rsidRDefault="00CB6D10">
      <w:pPr>
        <w:spacing w:after="0"/>
      </w:pPr>
    </w:p>
    <w:p w14:paraId="6C8E5507" w14:textId="77777777" w:rsidR="00CB6D10" w:rsidRDefault="008538FF">
      <w:pPr>
        <w:spacing w:after="0"/>
      </w:pPr>
      <w:r>
        <w:rPr>
          <w:rFonts w:ascii="Arial" w:hAnsi="Arial"/>
          <w:b/>
        </w:rPr>
        <w:lastRenderedPageBreak/>
        <w:t xml:space="preserve">Interviewer P:  </w:t>
      </w:r>
      <w:r>
        <w:rPr>
          <w:rFonts w:ascii="Arial" w:hAnsi="Arial"/>
          <w:color w:val="5D7284"/>
        </w:rPr>
        <w:t>47:03</w:t>
      </w:r>
    </w:p>
    <w:p w14:paraId="2B60CC07" w14:textId="77777777" w:rsidR="00CB6D10" w:rsidRDefault="008538FF">
      <w:pPr>
        <w:spacing w:after="0"/>
      </w:pPr>
      <w:r>
        <w:rPr>
          <w:rFonts w:ascii="Arial" w:hAnsi="Arial"/>
        </w:rPr>
        <w:t>Okay. So you will get this from Amazon. Probably within the next five minutes if you do not send Erika an email because somethings gone wrong. What I asked you to do is when you get it, it will say claim.</w:t>
      </w:r>
    </w:p>
    <w:sectPr w:rsidR="00CB6D10"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CB977" w14:textId="77777777" w:rsidR="00A50CF6" w:rsidRDefault="00A50CF6">
      <w:pPr>
        <w:spacing w:after="0" w:line="240" w:lineRule="auto"/>
      </w:pPr>
      <w:r>
        <w:separator/>
      </w:r>
    </w:p>
  </w:endnote>
  <w:endnote w:type="continuationSeparator" w:id="0">
    <w:p w14:paraId="475F9235" w14:textId="77777777" w:rsidR="00A50CF6" w:rsidRDefault="00A50C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E0D50"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1741780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45A56BD8"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62E926E"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3B45CA7"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EAA91"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4A3817" w14:textId="77777777" w:rsidR="00A50CF6" w:rsidRDefault="00A50CF6">
      <w:pPr>
        <w:spacing w:after="0" w:line="240" w:lineRule="auto"/>
      </w:pPr>
      <w:r>
        <w:separator/>
      </w:r>
    </w:p>
  </w:footnote>
  <w:footnote w:type="continuationSeparator" w:id="0">
    <w:p w14:paraId="7BD0EB30" w14:textId="77777777" w:rsidR="00A50CF6" w:rsidRDefault="00A50C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04ACE"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E553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3BE6D"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2085101914">
    <w:abstractNumId w:val="8"/>
  </w:num>
  <w:num w:numId="2" w16cid:durableId="721447367">
    <w:abstractNumId w:val="6"/>
  </w:num>
  <w:num w:numId="3" w16cid:durableId="1700742321">
    <w:abstractNumId w:val="5"/>
  </w:num>
  <w:num w:numId="4" w16cid:durableId="223027116">
    <w:abstractNumId w:val="4"/>
  </w:num>
  <w:num w:numId="5" w16cid:durableId="50034640">
    <w:abstractNumId w:val="7"/>
  </w:num>
  <w:num w:numId="6" w16cid:durableId="1210461383">
    <w:abstractNumId w:val="3"/>
  </w:num>
  <w:num w:numId="7" w16cid:durableId="1813938147">
    <w:abstractNumId w:val="2"/>
  </w:num>
  <w:num w:numId="8" w16cid:durableId="1953903596">
    <w:abstractNumId w:val="1"/>
  </w:num>
  <w:num w:numId="9" w16cid:durableId="6257377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43483"/>
    <w:rsid w:val="0015074B"/>
    <w:rsid w:val="0029639D"/>
    <w:rsid w:val="00326F90"/>
    <w:rsid w:val="004A641F"/>
    <w:rsid w:val="004B593C"/>
    <w:rsid w:val="006E2A8C"/>
    <w:rsid w:val="006F6086"/>
    <w:rsid w:val="007749AF"/>
    <w:rsid w:val="00794EBC"/>
    <w:rsid w:val="008538FF"/>
    <w:rsid w:val="00930F33"/>
    <w:rsid w:val="009C3AF0"/>
    <w:rsid w:val="00A12EE5"/>
    <w:rsid w:val="00A50CF6"/>
    <w:rsid w:val="00AA1D8D"/>
    <w:rsid w:val="00B47730"/>
    <w:rsid w:val="00BA4C2B"/>
    <w:rsid w:val="00BD0140"/>
    <w:rsid w:val="00C24502"/>
    <w:rsid w:val="00CB0664"/>
    <w:rsid w:val="00CB6D10"/>
    <w:rsid w:val="00D57E81"/>
    <w:rsid w:val="00ED3244"/>
    <w:rsid w:val="00FC693F"/>
    <w:rsid w:val="495C4E11"/>
    <w:rsid w:val="586297FC"/>
    <w:rsid w:val="5AD3BF54"/>
    <w:rsid w:val="6F2A7CB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A3990B"/>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3A1C4C4F-9614-4ACE-A4B1-71AAD054E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A80A64-6FD2-4571-9530-843CFFC05114}">
  <ds:schemaRefs>
    <ds:schemaRef ds:uri="http://schemas.microsoft.com/sharepoint/v3/contenttype/forms"/>
  </ds:schemaRefs>
</ds:datastoreItem>
</file>

<file path=customXml/itemProps4.xml><?xml version="1.0" encoding="utf-8"?>
<ds:datastoreItem xmlns:ds="http://schemas.openxmlformats.org/officeDocument/2006/customXml" ds:itemID="{9F190C9A-D62F-451D-AF39-0EBC28910F9A}">
  <ds:schemaRefs>
    <ds:schemaRef ds:uri="http://purl.org/dc/elements/1.1/"/>
    <ds:schemaRef ds:uri="5b1983e9-55b4-4f9e-a196-30376d2238aa"/>
    <ds:schemaRef ds:uri="http://schemas.microsoft.com/sharepoint/v3"/>
    <ds:schemaRef ds:uri="http://schemas.microsoft.com/office/2006/documentManagement/types"/>
    <ds:schemaRef ds:uri="http://purl.org/dc/terms/"/>
    <ds:schemaRef ds:uri="http://schemas.microsoft.com/office/2006/metadata/properties"/>
    <ds:schemaRef ds:uri="http://schemas.openxmlformats.org/package/2006/metadata/core-properties"/>
    <ds:schemaRef ds:uri="http://purl.org/dc/dcmitype/"/>
    <ds:schemaRef ds:uri="http://schemas.microsoft.com/office/infopath/2007/PartnerControls"/>
    <ds:schemaRef ds:uri="eeef5ad7-d6de-419e-9305-cd9bdd8d89a9"/>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5028</Words>
  <Characters>28666</Characters>
  <Application>Microsoft Office Word</Application>
  <DocSecurity>4</DocSecurity>
  <Lines>238</Lines>
  <Paragraphs>67</Paragraphs>
  <ScaleCrop>false</ScaleCrop>
  <Manager/>
  <Company/>
  <LinksUpToDate>false</LinksUpToDate>
  <CharactersWithSpaces>33627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2024-05-21T16:08:00Z</dcterms:created>
  <dcterms:modified xsi:type="dcterms:W3CDTF">2024-05-21T16:08:00Z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