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35E31" w14:textId="77777777" w:rsidR="00930F33" w:rsidRDefault="00930F33">
      <w:pPr>
        <w:spacing w:after="0"/>
        <w:rPr>
          <w:lang w:eastAsia="zh-CN"/>
        </w:rPr>
      </w:pPr>
    </w:p>
    <w:p w14:paraId="67416BA5" w14:textId="77777777" w:rsidR="00624AE9" w:rsidRDefault="00C13212">
      <w:r>
        <w:rPr>
          <w:rFonts w:ascii="Arial" w:hAnsi="Arial"/>
          <w:sz w:val="48"/>
        </w:rPr>
        <w:t>Participant #11 Audio (2)</w:t>
      </w:r>
    </w:p>
    <w:p w14:paraId="53CB7DB8" w14:textId="4ACE0B5F" w:rsidR="00624AE9" w:rsidRDefault="00C13212">
      <w:r>
        <w:rPr>
          <w:rFonts w:ascii="Arial" w:hAnsi="Arial"/>
          <w:color w:val="4F6880"/>
        </w:rPr>
        <w:t xml:space="preserve">Sat, Jan 06, </w:t>
      </w:r>
      <w:r w:rsidR="00B208B0">
        <w:rPr>
          <w:rFonts w:ascii="Arial" w:hAnsi="Arial"/>
          <w:color w:val="4F6880"/>
        </w:rPr>
        <w:t>2024,</w:t>
      </w:r>
      <w:r>
        <w:rPr>
          <w:rFonts w:ascii="Arial" w:hAnsi="Arial"/>
          <w:color w:val="4F6880"/>
        </w:rPr>
        <w:t xml:space="preserve"> 12:25PM • 55:07</w:t>
      </w:r>
    </w:p>
    <w:p w14:paraId="40A2E172" w14:textId="77777777" w:rsidR="00624AE9" w:rsidRDefault="00C13212">
      <w:pPr>
        <w:spacing w:before="440" w:after="0"/>
      </w:pPr>
      <w:r>
        <w:rPr>
          <w:rFonts w:ascii="Arial" w:hAnsi="Arial"/>
          <w:b/>
          <w:color w:val="4F6880"/>
        </w:rPr>
        <w:t>SUMMARY KEYWORDS</w:t>
      </w:r>
    </w:p>
    <w:p w14:paraId="43AFB7F1" w14:textId="1A0B564F" w:rsidR="00624AE9" w:rsidRDefault="00C13212">
      <w:r>
        <w:rPr>
          <w:rFonts w:ascii="Arial" w:hAnsi="Arial"/>
          <w:color w:val="4F6880"/>
        </w:rPr>
        <w:t xml:space="preserve">water, feel, moving, jell, bottom, spinning, top, rotating, thought, put, minute, hot, tank, slower, stopped, temperature, drop, dissolve, dye, </w:t>
      </w:r>
      <w:r w:rsidR="00B208B0">
        <w:rPr>
          <w:rFonts w:ascii="Arial" w:hAnsi="Arial"/>
          <w:color w:val="4F6880"/>
        </w:rPr>
        <w:t>middle.</w:t>
      </w:r>
    </w:p>
    <w:p w14:paraId="4730771C" w14:textId="77777777" w:rsidR="00624AE9" w:rsidRDefault="00C13212">
      <w:pPr>
        <w:spacing w:before="440" w:after="0"/>
      </w:pPr>
      <w:r>
        <w:rPr>
          <w:rFonts w:ascii="Arial" w:hAnsi="Arial"/>
          <w:b/>
          <w:color w:val="4F6880"/>
        </w:rPr>
        <w:t>SPEAKERS</w:t>
      </w:r>
    </w:p>
    <w:p w14:paraId="29564FDB" w14:textId="22182FBE" w:rsidR="00624AE9" w:rsidRDefault="00C13212">
      <w:r>
        <w:rPr>
          <w:rFonts w:ascii="Arial" w:hAnsi="Arial"/>
          <w:color w:val="4F6880"/>
        </w:rPr>
        <w:t>Participant #</w:t>
      </w:r>
      <w:r w:rsidR="00B208B0">
        <w:rPr>
          <w:rFonts w:ascii="Arial" w:hAnsi="Arial"/>
          <w:color w:val="4F6880"/>
        </w:rPr>
        <w:t>11:</w:t>
      </w:r>
      <w:r>
        <w:rPr>
          <w:rFonts w:ascii="Arial" w:hAnsi="Arial"/>
          <w:color w:val="4F6880"/>
        </w:rPr>
        <w:t xml:space="preserve"> Interviewer </w:t>
      </w:r>
      <w:r w:rsidR="00B208B0">
        <w:rPr>
          <w:rFonts w:ascii="Arial" w:hAnsi="Arial"/>
          <w:color w:val="4F6880"/>
        </w:rPr>
        <w:t>E,</w:t>
      </w:r>
      <w:r>
        <w:rPr>
          <w:rFonts w:ascii="Arial" w:hAnsi="Arial"/>
          <w:color w:val="4F6880"/>
        </w:rPr>
        <w:t xml:space="preserve"> Interviewer P:</w:t>
      </w:r>
    </w:p>
    <w:p w14:paraId="6F424080" w14:textId="77777777" w:rsidR="00624AE9" w:rsidRDefault="00624AE9">
      <w:pPr>
        <w:spacing w:after="0"/>
      </w:pPr>
    </w:p>
    <w:p w14:paraId="5BB15454" w14:textId="77777777" w:rsidR="00624AE9" w:rsidRDefault="00C13212">
      <w:pPr>
        <w:spacing w:after="0"/>
      </w:pPr>
      <w:r>
        <w:rPr>
          <w:rFonts w:ascii="Arial" w:hAnsi="Arial"/>
          <w:b/>
        </w:rPr>
        <w:t xml:space="preserve">Interviewer P:  </w:t>
      </w:r>
      <w:r>
        <w:rPr>
          <w:rFonts w:ascii="Arial" w:hAnsi="Arial"/>
          <w:color w:val="5D7284"/>
        </w:rPr>
        <w:t>00:00</w:t>
      </w:r>
    </w:p>
    <w:p w14:paraId="3CFCEEA9" w14:textId="340F5972" w:rsidR="00624AE9" w:rsidRDefault="00C13212">
      <w:pPr>
        <w:spacing w:after="0"/>
      </w:pPr>
      <w:r>
        <w:rPr>
          <w:rFonts w:ascii="Arial" w:hAnsi="Arial"/>
        </w:rPr>
        <w:t xml:space="preserve">All right, so this is participant number 11. Okay, so first thing kind of like to see that you can look in so I have two pitchers of water, this one is dyed with food coloring red and this one dyed with food coloring blue. And you can put your hands on the side and feel that there are two different temperatures. So red is warm and blue is cold and then I have this special little tank that has a dividing wall in the middle. And </w:t>
      </w:r>
      <w:r w:rsidR="00B208B0">
        <w:rPr>
          <w:rFonts w:ascii="Arial" w:hAnsi="Arial"/>
        </w:rPr>
        <w:t>so,</w:t>
      </w:r>
      <w:r>
        <w:rPr>
          <w:rFonts w:ascii="Arial" w:hAnsi="Arial"/>
        </w:rPr>
        <w:t xml:space="preserve"> in a minute, I'm going to pour the red water on this side and the blue water on the side so warm and cold. And then I'm going to remove this so that the two can combine. And </w:t>
      </w:r>
      <w:r w:rsidR="00B208B0">
        <w:rPr>
          <w:rFonts w:ascii="Arial" w:hAnsi="Arial"/>
        </w:rPr>
        <w:t>so,</w:t>
      </w:r>
      <w:r>
        <w:rPr>
          <w:rFonts w:ascii="Arial" w:hAnsi="Arial"/>
        </w:rPr>
        <w:t xml:space="preserve"> we're going to imagine what this will look like a minute after I've pulled the dividing wall, I get back in there. </w:t>
      </w:r>
      <w:r w:rsidR="00B208B0">
        <w:rPr>
          <w:rFonts w:ascii="Arial" w:hAnsi="Arial"/>
        </w:rPr>
        <w:t>So,</w:t>
      </w:r>
      <w:r>
        <w:rPr>
          <w:rFonts w:ascii="Arial" w:hAnsi="Arial"/>
        </w:rPr>
        <w:t xml:space="preserve"> I pulled the dividing wall I have a timer we'll let a minute go by and then what will it look like? And </w:t>
      </w:r>
      <w:r w:rsidR="00B208B0">
        <w:rPr>
          <w:rFonts w:ascii="Arial" w:hAnsi="Arial"/>
        </w:rPr>
        <w:t>so,</w:t>
      </w:r>
      <w:r>
        <w:rPr>
          <w:rFonts w:ascii="Arial" w:hAnsi="Arial"/>
        </w:rPr>
        <w:t xml:space="preserve"> I'm going to ask you to predict that and to show me kind of what you're thinking and your prediction. I</w:t>
      </w:r>
      <w:r>
        <w:rPr>
          <w:rFonts w:ascii="Arial" w:hAnsi="Arial"/>
        </w:rPr>
        <w:t xml:space="preserve"> have to this that you can sketch it </w:t>
      </w:r>
      <w:r w:rsidR="00B208B0">
        <w:rPr>
          <w:rFonts w:ascii="Arial" w:hAnsi="Arial"/>
        </w:rPr>
        <w:t>on,</w:t>
      </w:r>
      <w:r>
        <w:rPr>
          <w:rFonts w:ascii="Arial" w:hAnsi="Arial"/>
        </w:rPr>
        <w:t xml:space="preserve"> and you have all different colors there that you can choose.</w:t>
      </w:r>
    </w:p>
    <w:p w14:paraId="4E5CA28F" w14:textId="77777777" w:rsidR="00624AE9" w:rsidRDefault="00624AE9">
      <w:pPr>
        <w:spacing w:after="0"/>
      </w:pPr>
    </w:p>
    <w:p w14:paraId="52D527A2" w14:textId="77777777" w:rsidR="00624AE9" w:rsidRDefault="00C13212">
      <w:pPr>
        <w:spacing w:after="0"/>
      </w:pPr>
      <w:r>
        <w:rPr>
          <w:rFonts w:ascii="Arial" w:hAnsi="Arial"/>
          <w:b/>
        </w:rPr>
        <w:t xml:space="preserve">Participant #11:  </w:t>
      </w:r>
      <w:r>
        <w:rPr>
          <w:rFonts w:ascii="Arial" w:hAnsi="Arial"/>
          <w:color w:val="5D7284"/>
        </w:rPr>
        <w:t>01:39</w:t>
      </w:r>
    </w:p>
    <w:p w14:paraId="565E49F7" w14:textId="77777777" w:rsidR="00624AE9" w:rsidRDefault="00C13212">
      <w:pPr>
        <w:spacing w:after="0"/>
      </w:pPr>
      <w:r>
        <w:rPr>
          <w:rFonts w:ascii="Arial" w:hAnsi="Arial"/>
        </w:rPr>
        <w:t>And do I assume is just one side or this is like all of it combined without the divided without it a minute later? Artistic skills here.</w:t>
      </w:r>
    </w:p>
    <w:p w14:paraId="7A4879F2" w14:textId="77777777" w:rsidR="00624AE9" w:rsidRDefault="00624AE9">
      <w:pPr>
        <w:spacing w:after="0"/>
      </w:pPr>
    </w:p>
    <w:p w14:paraId="497B245C" w14:textId="77777777" w:rsidR="00624AE9" w:rsidRDefault="00C13212">
      <w:pPr>
        <w:spacing w:after="0"/>
      </w:pPr>
      <w:r>
        <w:rPr>
          <w:rFonts w:ascii="Arial" w:hAnsi="Arial"/>
          <w:b/>
        </w:rPr>
        <w:t xml:space="preserve">Interviewer P:  </w:t>
      </w:r>
      <w:r>
        <w:rPr>
          <w:rFonts w:ascii="Arial" w:hAnsi="Arial"/>
          <w:color w:val="5D7284"/>
        </w:rPr>
        <w:t>02:14</w:t>
      </w:r>
    </w:p>
    <w:p w14:paraId="142EC966" w14:textId="77777777" w:rsidR="00624AE9" w:rsidRDefault="00C13212">
      <w:pPr>
        <w:spacing w:after="0"/>
      </w:pPr>
      <w:r>
        <w:rPr>
          <w:rFonts w:ascii="Arial" w:hAnsi="Arial"/>
        </w:rPr>
        <w:t xml:space="preserve">No worries. </w:t>
      </w:r>
    </w:p>
    <w:p w14:paraId="61F0F7B7" w14:textId="77777777" w:rsidR="00624AE9" w:rsidRDefault="00624AE9">
      <w:pPr>
        <w:spacing w:after="0"/>
      </w:pPr>
    </w:p>
    <w:p w14:paraId="745C0104" w14:textId="77777777" w:rsidR="00624AE9" w:rsidRDefault="00C13212">
      <w:pPr>
        <w:spacing w:after="0"/>
      </w:pPr>
      <w:r>
        <w:rPr>
          <w:rFonts w:ascii="Arial" w:hAnsi="Arial"/>
          <w:b/>
        </w:rPr>
        <w:t xml:space="preserve">Participant #11:  </w:t>
      </w:r>
      <w:r>
        <w:rPr>
          <w:rFonts w:ascii="Arial" w:hAnsi="Arial"/>
          <w:color w:val="5D7284"/>
        </w:rPr>
        <w:t>02:16</w:t>
      </w:r>
    </w:p>
    <w:p w14:paraId="089FF8FB" w14:textId="77777777" w:rsidR="00624AE9" w:rsidRDefault="00C13212">
      <w:pPr>
        <w:spacing w:after="0"/>
      </w:pPr>
      <w:r>
        <w:rPr>
          <w:rFonts w:ascii="Arial" w:hAnsi="Arial"/>
        </w:rPr>
        <w:t xml:space="preserve">Can I put that. </w:t>
      </w:r>
    </w:p>
    <w:p w14:paraId="7C1F78B1" w14:textId="77777777" w:rsidR="00624AE9" w:rsidRDefault="00624AE9">
      <w:pPr>
        <w:spacing w:after="0"/>
      </w:pPr>
    </w:p>
    <w:p w14:paraId="5E661164" w14:textId="77777777" w:rsidR="00624AE9" w:rsidRDefault="00C13212">
      <w:pPr>
        <w:spacing w:after="0"/>
      </w:pPr>
      <w:r>
        <w:rPr>
          <w:rFonts w:ascii="Arial" w:hAnsi="Arial"/>
          <w:b/>
        </w:rPr>
        <w:t xml:space="preserve">Interviewer P:  </w:t>
      </w:r>
      <w:r>
        <w:rPr>
          <w:rFonts w:ascii="Arial" w:hAnsi="Arial"/>
          <w:color w:val="5D7284"/>
        </w:rPr>
        <w:t>02:18</w:t>
      </w:r>
    </w:p>
    <w:p w14:paraId="0CB6032C" w14:textId="77777777" w:rsidR="00624AE9" w:rsidRDefault="00C13212">
      <w:pPr>
        <w:spacing w:after="0"/>
      </w:pPr>
      <w:r>
        <w:rPr>
          <w:rFonts w:ascii="Arial" w:hAnsi="Arial"/>
        </w:rPr>
        <w:t>Okay, and tell us what you have going on here.  Okay.</w:t>
      </w:r>
    </w:p>
    <w:p w14:paraId="3DA45A4B" w14:textId="77777777" w:rsidR="00624AE9" w:rsidRDefault="00624AE9">
      <w:pPr>
        <w:spacing w:after="0"/>
      </w:pPr>
    </w:p>
    <w:p w14:paraId="6528C8A2" w14:textId="77777777" w:rsidR="00624AE9" w:rsidRDefault="00C13212">
      <w:pPr>
        <w:spacing w:after="0"/>
      </w:pPr>
      <w:r>
        <w:rPr>
          <w:rFonts w:ascii="Arial" w:hAnsi="Arial"/>
          <w:b/>
        </w:rPr>
        <w:t xml:space="preserve">Participant #11:  </w:t>
      </w:r>
      <w:r>
        <w:rPr>
          <w:rFonts w:ascii="Arial" w:hAnsi="Arial"/>
          <w:color w:val="5D7284"/>
        </w:rPr>
        <w:t>02:18</w:t>
      </w:r>
    </w:p>
    <w:p w14:paraId="68A5E370" w14:textId="77777777" w:rsidR="00624AE9" w:rsidRDefault="00C13212">
      <w:pPr>
        <w:spacing w:after="0"/>
      </w:pPr>
      <w:r>
        <w:rPr>
          <w:rFonts w:ascii="Arial" w:hAnsi="Arial"/>
        </w:rPr>
        <w:t>Cold water would be on the bottom and hot would be on top. Oh, sorry. Should I write it? Or do you want me to tell you?</w:t>
      </w:r>
    </w:p>
    <w:p w14:paraId="3F1331CE" w14:textId="77777777" w:rsidR="00624AE9" w:rsidRDefault="00624AE9">
      <w:pPr>
        <w:spacing w:after="0"/>
      </w:pPr>
    </w:p>
    <w:p w14:paraId="5E6A77D0" w14:textId="77777777" w:rsidR="00624AE9" w:rsidRDefault="00C13212">
      <w:pPr>
        <w:spacing w:after="0"/>
      </w:pPr>
      <w:r>
        <w:rPr>
          <w:rFonts w:ascii="Arial" w:hAnsi="Arial"/>
          <w:b/>
        </w:rPr>
        <w:lastRenderedPageBreak/>
        <w:t xml:space="preserve">Interviewer P:  </w:t>
      </w:r>
      <w:r>
        <w:rPr>
          <w:rFonts w:ascii="Arial" w:hAnsi="Arial"/>
          <w:color w:val="5D7284"/>
        </w:rPr>
        <w:t>02:32</w:t>
      </w:r>
    </w:p>
    <w:p w14:paraId="35834772" w14:textId="77777777" w:rsidR="00624AE9" w:rsidRDefault="00C13212">
      <w:pPr>
        <w:spacing w:after="0"/>
      </w:pPr>
      <w:r>
        <w:rPr>
          <w:rFonts w:ascii="Arial" w:hAnsi="Arial"/>
        </w:rPr>
        <w:t xml:space="preserve">Either or </w:t>
      </w:r>
      <w:r>
        <w:rPr>
          <w:rFonts w:ascii="Arial" w:hAnsi="Arial"/>
        </w:rPr>
        <w:t>both.</w:t>
      </w:r>
    </w:p>
    <w:p w14:paraId="0858B4F0" w14:textId="77777777" w:rsidR="00624AE9" w:rsidRDefault="00624AE9">
      <w:pPr>
        <w:spacing w:after="0"/>
      </w:pPr>
    </w:p>
    <w:p w14:paraId="4E220A77" w14:textId="77777777" w:rsidR="00624AE9" w:rsidRDefault="00C13212">
      <w:pPr>
        <w:spacing w:after="0"/>
      </w:pPr>
      <w:r>
        <w:rPr>
          <w:rFonts w:ascii="Arial" w:hAnsi="Arial"/>
          <w:b/>
        </w:rPr>
        <w:t xml:space="preserve">Participant #11:  </w:t>
      </w:r>
      <w:r>
        <w:rPr>
          <w:rFonts w:ascii="Arial" w:hAnsi="Arial"/>
          <w:color w:val="5D7284"/>
        </w:rPr>
        <w:t>02:35</w:t>
      </w:r>
    </w:p>
    <w:p w14:paraId="0AF868AD" w14:textId="77777777" w:rsidR="00624AE9" w:rsidRDefault="00C13212">
      <w:pPr>
        <w:spacing w:after="0"/>
      </w:pPr>
      <w:r>
        <w:rPr>
          <w:rFonts w:ascii="Arial" w:hAnsi="Arial"/>
        </w:rPr>
        <w:t>They're, like slightly mixed.</w:t>
      </w:r>
    </w:p>
    <w:p w14:paraId="76D46878" w14:textId="77777777" w:rsidR="00624AE9" w:rsidRDefault="00624AE9">
      <w:pPr>
        <w:spacing w:after="0"/>
      </w:pPr>
    </w:p>
    <w:p w14:paraId="4DB8C991" w14:textId="77777777" w:rsidR="00624AE9" w:rsidRDefault="00C13212">
      <w:pPr>
        <w:spacing w:after="0"/>
      </w:pPr>
      <w:r>
        <w:rPr>
          <w:rFonts w:ascii="Arial" w:hAnsi="Arial"/>
          <w:b/>
        </w:rPr>
        <w:t xml:space="preserve">Interviewer P:  </w:t>
      </w:r>
      <w:r>
        <w:rPr>
          <w:rFonts w:ascii="Arial" w:hAnsi="Arial"/>
          <w:color w:val="5D7284"/>
        </w:rPr>
        <w:t>02:38</w:t>
      </w:r>
    </w:p>
    <w:p w14:paraId="451990D3" w14:textId="77777777" w:rsidR="00624AE9" w:rsidRDefault="00C13212">
      <w:pPr>
        <w:spacing w:after="0"/>
      </w:pPr>
      <w:r>
        <w:rPr>
          <w:rFonts w:ascii="Arial" w:hAnsi="Arial"/>
        </w:rPr>
        <w:t>In the middle?</w:t>
      </w:r>
    </w:p>
    <w:p w14:paraId="00D5BDA2" w14:textId="77777777" w:rsidR="00624AE9" w:rsidRDefault="00624AE9">
      <w:pPr>
        <w:spacing w:after="0"/>
      </w:pPr>
    </w:p>
    <w:p w14:paraId="22D88E33" w14:textId="77777777" w:rsidR="00624AE9" w:rsidRDefault="00C13212">
      <w:pPr>
        <w:spacing w:after="0"/>
      </w:pPr>
      <w:r>
        <w:rPr>
          <w:rFonts w:ascii="Arial" w:hAnsi="Arial"/>
          <w:b/>
        </w:rPr>
        <w:t xml:space="preserve">Participant #11:  </w:t>
      </w:r>
      <w:r>
        <w:rPr>
          <w:rFonts w:ascii="Arial" w:hAnsi="Arial"/>
          <w:color w:val="5D7284"/>
        </w:rPr>
        <w:t>02:39</w:t>
      </w:r>
    </w:p>
    <w:p w14:paraId="68D403A8" w14:textId="77777777" w:rsidR="00624AE9" w:rsidRDefault="00C13212">
      <w:pPr>
        <w:spacing w:after="0"/>
      </w:pPr>
      <w:r>
        <w:rPr>
          <w:rFonts w:ascii="Arial" w:hAnsi="Arial"/>
        </w:rPr>
        <w:t>Yeah.</w:t>
      </w:r>
    </w:p>
    <w:p w14:paraId="289D342A" w14:textId="77777777" w:rsidR="00624AE9" w:rsidRDefault="00624AE9">
      <w:pPr>
        <w:spacing w:after="0"/>
      </w:pPr>
    </w:p>
    <w:p w14:paraId="31E6EF3F" w14:textId="77777777" w:rsidR="00624AE9" w:rsidRDefault="00C13212">
      <w:pPr>
        <w:spacing w:after="0"/>
      </w:pPr>
      <w:r>
        <w:rPr>
          <w:rFonts w:ascii="Arial" w:hAnsi="Arial"/>
          <w:b/>
        </w:rPr>
        <w:t xml:space="preserve">Interviewer P:  </w:t>
      </w:r>
      <w:r>
        <w:rPr>
          <w:rFonts w:ascii="Arial" w:hAnsi="Arial"/>
          <w:color w:val="5D7284"/>
        </w:rPr>
        <w:t>02:43</w:t>
      </w:r>
    </w:p>
    <w:p w14:paraId="03752260" w14:textId="0001BC82" w:rsidR="00624AE9" w:rsidRDefault="00C13212">
      <w:pPr>
        <w:spacing w:after="0"/>
      </w:pPr>
      <w:r>
        <w:rPr>
          <w:rFonts w:ascii="Arial" w:hAnsi="Arial"/>
        </w:rPr>
        <w:t xml:space="preserve">Wonderful. Okay, I'll put that over here. And I have two other pitchers. Same thing red and blue. And little mini blue. Um, you can feel the sides of those. They're the same temperature so we just pulled that right out of the tap and added the food color. We're gonna do the same thing red on </w:t>
      </w:r>
      <w:r w:rsidR="00B208B0">
        <w:rPr>
          <w:rFonts w:ascii="Arial" w:hAnsi="Arial"/>
        </w:rPr>
        <w:t>this</w:t>
      </w:r>
      <w:r>
        <w:rPr>
          <w:rFonts w:ascii="Arial" w:hAnsi="Arial"/>
        </w:rPr>
        <w:t xml:space="preserve"> side blue on this side pull the dividing wall. And what I'd like for you to do is draw what you think that will look like a minute after we have pulled the wall out </w:t>
      </w:r>
    </w:p>
    <w:p w14:paraId="3FB47239" w14:textId="77777777" w:rsidR="00624AE9" w:rsidRDefault="00624AE9">
      <w:pPr>
        <w:spacing w:after="0"/>
      </w:pPr>
    </w:p>
    <w:p w14:paraId="088EDB23" w14:textId="77777777" w:rsidR="00624AE9" w:rsidRDefault="00C13212">
      <w:pPr>
        <w:spacing w:after="0"/>
      </w:pPr>
      <w:r>
        <w:rPr>
          <w:rFonts w:ascii="Arial" w:hAnsi="Arial"/>
          <w:b/>
        </w:rPr>
        <w:t xml:space="preserve">Participant #11:  </w:t>
      </w:r>
      <w:r>
        <w:rPr>
          <w:rFonts w:ascii="Arial" w:hAnsi="Arial"/>
          <w:color w:val="5D7284"/>
        </w:rPr>
        <w:t>03:28</w:t>
      </w:r>
    </w:p>
    <w:p w14:paraId="6B798CCD" w14:textId="77777777" w:rsidR="00624AE9" w:rsidRDefault="00C13212">
      <w:pPr>
        <w:spacing w:after="0"/>
      </w:pPr>
      <w:r>
        <w:rPr>
          <w:rFonts w:ascii="Arial" w:hAnsi="Arial"/>
        </w:rPr>
        <w:t>Completely wrong.</w:t>
      </w:r>
    </w:p>
    <w:p w14:paraId="311B926E" w14:textId="77777777" w:rsidR="00624AE9" w:rsidRDefault="00624AE9">
      <w:pPr>
        <w:spacing w:after="0"/>
      </w:pPr>
    </w:p>
    <w:p w14:paraId="09CD467A" w14:textId="77777777" w:rsidR="00624AE9" w:rsidRDefault="00C13212">
      <w:pPr>
        <w:spacing w:after="0"/>
      </w:pPr>
      <w:r>
        <w:rPr>
          <w:rFonts w:ascii="Arial" w:hAnsi="Arial"/>
          <w:b/>
        </w:rPr>
        <w:t xml:space="preserve">Interviewer P:  </w:t>
      </w:r>
      <w:r>
        <w:rPr>
          <w:rFonts w:ascii="Arial" w:hAnsi="Arial"/>
          <w:color w:val="5D7284"/>
        </w:rPr>
        <w:t>03:32</w:t>
      </w:r>
    </w:p>
    <w:p w14:paraId="231578DC" w14:textId="77777777" w:rsidR="00624AE9" w:rsidRDefault="00C13212">
      <w:pPr>
        <w:spacing w:after="0"/>
      </w:pPr>
      <w:r>
        <w:rPr>
          <w:rFonts w:ascii="Arial" w:hAnsi="Arial"/>
        </w:rPr>
        <w:t>We're interested in what you think really not</w:t>
      </w:r>
      <w:r>
        <w:rPr>
          <w:rFonts w:ascii="Arial" w:hAnsi="Arial"/>
        </w:rPr>
        <w:t xml:space="preserve"> whether you get it right or wrong. </w:t>
      </w:r>
    </w:p>
    <w:p w14:paraId="09CA4ECA" w14:textId="77777777" w:rsidR="00624AE9" w:rsidRDefault="00624AE9">
      <w:pPr>
        <w:spacing w:after="0"/>
      </w:pPr>
    </w:p>
    <w:p w14:paraId="313D5E12" w14:textId="77777777" w:rsidR="00624AE9" w:rsidRDefault="00C13212">
      <w:pPr>
        <w:spacing w:after="0"/>
      </w:pPr>
      <w:r>
        <w:rPr>
          <w:rFonts w:ascii="Arial" w:hAnsi="Arial"/>
          <w:b/>
        </w:rPr>
        <w:t xml:space="preserve">Participant #11:  </w:t>
      </w:r>
      <w:r>
        <w:rPr>
          <w:rFonts w:ascii="Arial" w:hAnsi="Arial"/>
          <w:color w:val="5D7284"/>
        </w:rPr>
        <w:t>03:36</w:t>
      </w:r>
    </w:p>
    <w:p w14:paraId="1A4EA558" w14:textId="77777777" w:rsidR="00624AE9" w:rsidRDefault="00C13212">
      <w:pPr>
        <w:spacing w:after="0"/>
      </w:pPr>
      <w:r>
        <w:rPr>
          <w:rFonts w:ascii="Arial" w:hAnsi="Arial"/>
        </w:rPr>
        <w:t xml:space="preserve">I guess it's just the student in me. </w:t>
      </w:r>
    </w:p>
    <w:p w14:paraId="5629DB69" w14:textId="77777777" w:rsidR="00624AE9" w:rsidRDefault="00624AE9">
      <w:pPr>
        <w:spacing w:after="0"/>
      </w:pPr>
    </w:p>
    <w:p w14:paraId="1ED33F10" w14:textId="77777777" w:rsidR="00624AE9" w:rsidRDefault="00C13212">
      <w:pPr>
        <w:spacing w:after="0"/>
      </w:pPr>
      <w:r>
        <w:rPr>
          <w:rFonts w:ascii="Arial" w:hAnsi="Arial"/>
          <w:b/>
        </w:rPr>
        <w:t xml:space="preserve">Interviewer P:  </w:t>
      </w:r>
      <w:r>
        <w:rPr>
          <w:rFonts w:ascii="Arial" w:hAnsi="Arial"/>
          <w:color w:val="5D7284"/>
        </w:rPr>
        <w:t>03:39</w:t>
      </w:r>
    </w:p>
    <w:p w14:paraId="2926FC37" w14:textId="77777777" w:rsidR="00624AE9" w:rsidRDefault="00C13212">
      <w:pPr>
        <w:spacing w:after="0"/>
      </w:pPr>
      <w:r>
        <w:rPr>
          <w:rFonts w:ascii="Arial" w:hAnsi="Arial"/>
        </w:rPr>
        <w:t xml:space="preserve">Yeah, totally. Or just the human. </w:t>
      </w:r>
    </w:p>
    <w:p w14:paraId="57A694AF" w14:textId="77777777" w:rsidR="00624AE9" w:rsidRDefault="00624AE9">
      <w:pPr>
        <w:spacing w:after="0"/>
      </w:pPr>
    </w:p>
    <w:p w14:paraId="2CA2DB16" w14:textId="77777777" w:rsidR="00624AE9" w:rsidRDefault="00C13212">
      <w:pPr>
        <w:spacing w:after="0"/>
      </w:pPr>
      <w:r>
        <w:rPr>
          <w:rFonts w:ascii="Arial" w:hAnsi="Arial"/>
          <w:b/>
        </w:rPr>
        <w:t xml:space="preserve">Participant #11:  </w:t>
      </w:r>
      <w:r>
        <w:rPr>
          <w:rFonts w:ascii="Arial" w:hAnsi="Arial"/>
          <w:color w:val="5D7284"/>
        </w:rPr>
        <w:t>03:41</w:t>
      </w:r>
    </w:p>
    <w:p w14:paraId="7EBBA8D7" w14:textId="77777777" w:rsidR="00624AE9" w:rsidRDefault="00C13212">
      <w:pPr>
        <w:spacing w:after="0"/>
      </w:pPr>
      <w:r>
        <w:rPr>
          <w:rFonts w:ascii="Arial" w:hAnsi="Arial"/>
        </w:rPr>
        <w:t>Yeah.</w:t>
      </w:r>
    </w:p>
    <w:p w14:paraId="004935BF" w14:textId="77777777" w:rsidR="00624AE9" w:rsidRDefault="00624AE9">
      <w:pPr>
        <w:spacing w:after="0"/>
      </w:pPr>
    </w:p>
    <w:p w14:paraId="139F9A9C" w14:textId="77777777" w:rsidR="00624AE9" w:rsidRDefault="00C13212">
      <w:pPr>
        <w:spacing w:after="0"/>
      </w:pPr>
      <w:r>
        <w:rPr>
          <w:rFonts w:ascii="Arial" w:hAnsi="Arial"/>
          <w:b/>
        </w:rPr>
        <w:t xml:space="preserve">Interviewer P:  </w:t>
      </w:r>
      <w:r>
        <w:rPr>
          <w:rFonts w:ascii="Arial" w:hAnsi="Arial"/>
          <w:color w:val="5D7284"/>
        </w:rPr>
        <w:t>03:41</w:t>
      </w:r>
    </w:p>
    <w:p w14:paraId="6CFB0B51" w14:textId="58B52FAC" w:rsidR="00624AE9" w:rsidRDefault="00C13212">
      <w:pPr>
        <w:spacing w:after="0"/>
      </w:pPr>
      <w:r>
        <w:rPr>
          <w:rFonts w:ascii="Arial" w:hAnsi="Arial"/>
        </w:rPr>
        <w:t xml:space="preserve">I think we all want </w:t>
      </w:r>
      <w:r w:rsidR="00B208B0">
        <w:rPr>
          <w:rFonts w:ascii="Arial" w:hAnsi="Arial"/>
        </w:rPr>
        <w:t>too</w:t>
      </w:r>
      <w:r>
        <w:rPr>
          <w:rFonts w:ascii="Arial" w:hAnsi="Arial"/>
        </w:rPr>
        <w:t xml:space="preserve"> yeah.</w:t>
      </w:r>
    </w:p>
    <w:p w14:paraId="75EE16EB" w14:textId="77777777" w:rsidR="00624AE9" w:rsidRDefault="00624AE9">
      <w:pPr>
        <w:spacing w:after="0"/>
      </w:pPr>
    </w:p>
    <w:p w14:paraId="49F22863" w14:textId="77777777" w:rsidR="00624AE9" w:rsidRDefault="00C13212">
      <w:pPr>
        <w:spacing w:after="0"/>
      </w:pPr>
      <w:r>
        <w:rPr>
          <w:rFonts w:ascii="Arial" w:hAnsi="Arial"/>
          <w:b/>
        </w:rPr>
        <w:t xml:space="preserve">Participant #11:  </w:t>
      </w:r>
      <w:r>
        <w:rPr>
          <w:rFonts w:ascii="Arial" w:hAnsi="Arial"/>
          <w:color w:val="5D7284"/>
        </w:rPr>
        <w:t>03:43</w:t>
      </w:r>
    </w:p>
    <w:p w14:paraId="6A0430E9" w14:textId="77777777" w:rsidR="00624AE9" w:rsidRDefault="00C13212">
      <w:pPr>
        <w:spacing w:after="0"/>
      </w:pPr>
      <w:r>
        <w:rPr>
          <w:rFonts w:ascii="Arial" w:hAnsi="Arial"/>
        </w:rPr>
        <w:t>So here I just have the colors are mixed completely.</w:t>
      </w:r>
    </w:p>
    <w:p w14:paraId="3DD53768" w14:textId="77777777" w:rsidR="00624AE9" w:rsidRDefault="00624AE9">
      <w:pPr>
        <w:spacing w:after="0"/>
      </w:pPr>
    </w:p>
    <w:p w14:paraId="37BB65AD" w14:textId="77777777" w:rsidR="00624AE9" w:rsidRDefault="00C13212">
      <w:pPr>
        <w:spacing w:after="0"/>
      </w:pPr>
      <w:r>
        <w:rPr>
          <w:rFonts w:ascii="Arial" w:hAnsi="Arial"/>
          <w:b/>
        </w:rPr>
        <w:t xml:space="preserve">Interviewer P:  </w:t>
      </w:r>
      <w:r>
        <w:rPr>
          <w:rFonts w:ascii="Arial" w:hAnsi="Arial"/>
          <w:color w:val="5D7284"/>
        </w:rPr>
        <w:t>03:57</w:t>
      </w:r>
    </w:p>
    <w:p w14:paraId="2B386FF8" w14:textId="77777777" w:rsidR="00624AE9" w:rsidRDefault="00C13212">
      <w:pPr>
        <w:spacing w:after="0"/>
      </w:pPr>
      <w:r>
        <w:rPr>
          <w:rFonts w:ascii="Arial" w:hAnsi="Arial"/>
        </w:rPr>
        <w:t xml:space="preserve">Okay, and what color is this? </w:t>
      </w:r>
    </w:p>
    <w:p w14:paraId="2F2C59EE" w14:textId="77777777" w:rsidR="00624AE9" w:rsidRDefault="00624AE9">
      <w:pPr>
        <w:spacing w:after="0"/>
      </w:pPr>
    </w:p>
    <w:p w14:paraId="5382DB52" w14:textId="77777777" w:rsidR="00624AE9" w:rsidRDefault="00C13212">
      <w:pPr>
        <w:spacing w:after="0"/>
      </w:pPr>
      <w:r>
        <w:rPr>
          <w:rFonts w:ascii="Arial" w:hAnsi="Arial"/>
          <w:b/>
        </w:rPr>
        <w:t xml:space="preserve">Participant #11:  </w:t>
      </w:r>
      <w:r>
        <w:rPr>
          <w:rFonts w:ascii="Arial" w:hAnsi="Arial"/>
          <w:color w:val="5D7284"/>
        </w:rPr>
        <w:t>04:00</w:t>
      </w:r>
    </w:p>
    <w:p w14:paraId="5E24CD27" w14:textId="77777777" w:rsidR="00624AE9" w:rsidRDefault="00C13212">
      <w:pPr>
        <w:spacing w:after="0"/>
      </w:pPr>
      <w:r>
        <w:rPr>
          <w:rFonts w:ascii="Arial" w:hAnsi="Arial"/>
        </w:rPr>
        <w:lastRenderedPageBreak/>
        <w:t>Purple.</w:t>
      </w:r>
    </w:p>
    <w:p w14:paraId="44DF2E61" w14:textId="77777777" w:rsidR="00624AE9" w:rsidRDefault="00624AE9">
      <w:pPr>
        <w:spacing w:after="0"/>
      </w:pPr>
    </w:p>
    <w:p w14:paraId="41031794" w14:textId="77777777" w:rsidR="00624AE9" w:rsidRDefault="00C13212">
      <w:pPr>
        <w:spacing w:after="0"/>
      </w:pPr>
      <w:r>
        <w:rPr>
          <w:rFonts w:ascii="Arial" w:hAnsi="Arial"/>
          <w:b/>
        </w:rPr>
        <w:t xml:space="preserve">Interviewer P:  </w:t>
      </w:r>
      <w:r>
        <w:rPr>
          <w:rFonts w:ascii="Arial" w:hAnsi="Arial"/>
          <w:color w:val="5D7284"/>
        </w:rPr>
        <w:t>04:01</w:t>
      </w:r>
    </w:p>
    <w:p w14:paraId="2EAC6886" w14:textId="77777777" w:rsidR="00624AE9" w:rsidRDefault="00C13212">
      <w:pPr>
        <w:spacing w:after="0"/>
      </w:pPr>
      <w:r>
        <w:rPr>
          <w:rFonts w:ascii="Arial" w:hAnsi="Arial"/>
        </w:rPr>
        <w:t>Purple. You got it. Okay. All right there. Third one. So now we have yellow and green. There's nothing to feel here. You could taste it, but we're not going to do that. But green is salty. And the yellow is fresh. Alright, so we have salty and fresh. And yeah, so one more prediction. What do you think will happen with that? What do you think they will look like a minute after?</w:t>
      </w:r>
    </w:p>
    <w:p w14:paraId="2732BBC4" w14:textId="77777777" w:rsidR="00624AE9" w:rsidRDefault="00624AE9">
      <w:pPr>
        <w:spacing w:after="0"/>
      </w:pPr>
    </w:p>
    <w:p w14:paraId="605A14EF" w14:textId="77777777" w:rsidR="00624AE9" w:rsidRDefault="00C13212">
      <w:pPr>
        <w:spacing w:after="0"/>
      </w:pPr>
      <w:r>
        <w:rPr>
          <w:rFonts w:ascii="Arial" w:hAnsi="Arial"/>
          <w:b/>
        </w:rPr>
        <w:t xml:space="preserve">Participant #11:  </w:t>
      </w:r>
      <w:r>
        <w:rPr>
          <w:rFonts w:ascii="Arial" w:hAnsi="Arial"/>
          <w:color w:val="5D7284"/>
        </w:rPr>
        <w:t>05:03</w:t>
      </w:r>
    </w:p>
    <w:p w14:paraId="7AE200A5" w14:textId="77777777" w:rsidR="00624AE9" w:rsidRDefault="00C13212">
      <w:pPr>
        <w:spacing w:after="0"/>
      </w:pPr>
      <w:r>
        <w:rPr>
          <w:rFonts w:ascii="Arial" w:hAnsi="Arial"/>
        </w:rPr>
        <w:t>I think they'll still completely mixed.</w:t>
      </w:r>
    </w:p>
    <w:p w14:paraId="4B3FA264" w14:textId="77777777" w:rsidR="00624AE9" w:rsidRDefault="00624AE9">
      <w:pPr>
        <w:spacing w:after="0"/>
      </w:pPr>
    </w:p>
    <w:p w14:paraId="6345B81C" w14:textId="77777777" w:rsidR="00624AE9" w:rsidRDefault="00C13212">
      <w:pPr>
        <w:spacing w:after="0"/>
      </w:pPr>
      <w:r>
        <w:rPr>
          <w:rFonts w:ascii="Arial" w:hAnsi="Arial"/>
          <w:b/>
        </w:rPr>
        <w:t xml:space="preserve">Interviewer P:  </w:t>
      </w:r>
      <w:r>
        <w:rPr>
          <w:rFonts w:ascii="Arial" w:hAnsi="Arial"/>
          <w:color w:val="5D7284"/>
        </w:rPr>
        <w:t>05:07</w:t>
      </w:r>
    </w:p>
    <w:p w14:paraId="04B4E597" w14:textId="30AE133F" w:rsidR="00624AE9" w:rsidRDefault="00C13212">
      <w:pPr>
        <w:spacing w:after="0"/>
      </w:pPr>
      <w:r>
        <w:rPr>
          <w:rFonts w:ascii="Arial" w:hAnsi="Arial"/>
        </w:rPr>
        <w:t xml:space="preserve">And </w:t>
      </w:r>
      <w:r w:rsidR="00B208B0">
        <w:rPr>
          <w:rFonts w:ascii="Arial" w:hAnsi="Arial"/>
        </w:rPr>
        <w:t>so,</w:t>
      </w:r>
      <w:r>
        <w:rPr>
          <w:rFonts w:ascii="Arial" w:hAnsi="Arial"/>
        </w:rPr>
        <w:t xml:space="preserve"> your blue is representing the mixture of that yellow and the green.</w:t>
      </w:r>
    </w:p>
    <w:p w14:paraId="2AD8760C" w14:textId="77777777" w:rsidR="00624AE9" w:rsidRDefault="00624AE9">
      <w:pPr>
        <w:spacing w:after="0"/>
      </w:pPr>
    </w:p>
    <w:p w14:paraId="4D3579EF" w14:textId="77777777" w:rsidR="00624AE9" w:rsidRDefault="00C13212">
      <w:pPr>
        <w:spacing w:after="0"/>
      </w:pPr>
      <w:r>
        <w:rPr>
          <w:rFonts w:ascii="Arial" w:hAnsi="Arial"/>
          <w:b/>
        </w:rPr>
        <w:t xml:space="preserve">Participant #11:  </w:t>
      </w:r>
      <w:r>
        <w:rPr>
          <w:rFonts w:ascii="Arial" w:hAnsi="Arial"/>
          <w:color w:val="5D7284"/>
        </w:rPr>
        <w:t>05:10</w:t>
      </w:r>
    </w:p>
    <w:p w14:paraId="17939BEB" w14:textId="77777777" w:rsidR="00624AE9" w:rsidRDefault="00C13212">
      <w:pPr>
        <w:spacing w:after="0"/>
      </w:pPr>
      <w:r>
        <w:rPr>
          <w:rFonts w:ascii="Arial" w:hAnsi="Arial"/>
        </w:rPr>
        <w:t xml:space="preserve">Yes. </w:t>
      </w:r>
    </w:p>
    <w:p w14:paraId="14D154E6" w14:textId="77777777" w:rsidR="00624AE9" w:rsidRDefault="00624AE9">
      <w:pPr>
        <w:spacing w:after="0"/>
      </w:pPr>
    </w:p>
    <w:p w14:paraId="3DB2BCD1" w14:textId="77777777" w:rsidR="00624AE9" w:rsidRDefault="00C13212">
      <w:pPr>
        <w:spacing w:after="0"/>
      </w:pPr>
      <w:r>
        <w:rPr>
          <w:rFonts w:ascii="Arial" w:hAnsi="Arial"/>
          <w:b/>
        </w:rPr>
        <w:t xml:space="preserve">Interviewer P:  </w:t>
      </w:r>
      <w:r>
        <w:rPr>
          <w:rFonts w:ascii="Arial" w:hAnsi="Arial"/>
          <w:color w:val="5D7284"/>
        </w:rPr>
        <w:t>05:11</w:t>
      </w:r>
    </w:p>
    <w:p w14:paraId="0D027FC9" w14:textId="77777777" w:rsidR="00624AE9" w:rsidRDefault="00C13212">
      <w:pPr>
        <w:spacing w:after="0"/>
      </w:pPr>
      <w:r>
        <w:rPr>
          <w:rFonts w:ascii="Arial" w:hAnsi="Arial"/>
        </w:rPr>
        <w:t>All right. All right, so let's try this.</w:t>
      </w:r>
    </w:p>
    <w:p w14:paraId="33ECFE0A" w14:textId="77777777" w:rsidR="00624AE9" w:rsidRDefault="00624AE9">
      <w:pPr>
        <w:spacing w:after="0"/>
      </w:pPr>
    </w:p>
    <w:p w14:paraId="25DA8C11" w14:textId="77777777" w:rsidR="00624AE9" w:rsidRDefault="00C13212">
      <w:pPr>
        <w:spacing w:after="0"/>
      </w:pPr>
      <w:r>
        <w:rPr>
          <w:rFonts w:ascii="Arial" w:hAnsi="Arial"/>
          <w:b/>
        </w:rPr>
        <w:t xml:space="preserve">Participant #11:  </w:t>
      </w:r>
      <w:r>
        <w:rPr>
          <w:rFonts w:ascii="Arial" w:hAnsi="Arial"/>
          <w:color w:val="5D7284"/>
        </w:rPr>
        <w:t>05:17</w:t>
      </w:r>
    </w:p>
    <w:p w14:paraId="4C3C3820" w14:textId="77777777" w:rsidR="00624AE9" w:rsidRDefault="00C13212">
      <w:pPr>
        <w:spacing w:after="0"/>
      </w:pPr>
      <w:r>
        <w:rPr>
          <w:rFonts w:ascii="Arial" w:hAnsi="Arial"/>
        </w:rPr>
        <w:t>I'm actually curious.</w:t>
      </w:r>
    </w:p>
    <w:p w14:paraId="3D41F632" w14:textId="77777777" w:rsidR="00624AE9" w:rsidRDefault="00624AE9">
      <w:pPr>
        <w:spacing w:after="0"/>
      </w:pPr>
    </w:p>
    <w:p w14:paraId="268EBC73" w14:textId="77777777" w:rsidR="00624AE9" w:rsidRDefault="00C13212">
      <w:pPr>
        <w:spacing w:after="0"/>
      </w:pPr>
      <w:r>
        <w:rPr>
          <w:rFonts w:ascii="Arial" w:hAnsi="Arial"/>
          <w:b/>
        </w:rPr>
        <w:t xml:space="preserve">Interviewer P:  </w:t>
      </w:r>
      <w:r>
        <w:rPr>
          <w:rFonts w:ascii="Arial" w:hAnsi="Arial"/>
          <w:color w:val="5D7284"/>
        </w:rPr>
        <w:t>05:31</w:t>
      </w:r>
    </w:p>
    <w:p w14:paraId="4CE04AEA" w14:textId="77777777" w:rsidR="00624AE9" w:rsidRDefault="00C13212">
      <w:pPr>
        <w:spacing w:after="0"/>
      </w:pPr>
      <w:r>
        <w:rPr>
          <w:rFonts w:ascii="Arial" w:hAnsi="Arial"/>
        </w:rPr>
        <w:t>Paper towels because sometimes I'm a little messy. I'll start the timer, right that's a minute. So does that surprise you anything about it?</w:t>
      </w:r>
    </w:p>
    <w:p w14:paraId="53A6C341" w14:textId="77777777" w:rsidR="00624AE9" w:rsidRDefault="00624AE9">
      <w:pPr>
        <w:spacing w:after="0"/>
      </w:pPr>
    </w:p>
    <w:p w14:paraId="3F9D830F" w14:textId="77777777" w:rsidR="00624AE9" w:rsidRDefault="00C13212">
      <w:pPr>
        <w:spacing w:after="0"/>
      </w:pPr>
      <w:r>
        <w:rPr>
          <w:rFonts w:ascii="Arial" w:hAnsi="Arial"/>
          <w:b/>
        </w:rPr>
        <w:t xml:space="preserve">Participant #11:  </w:t>
      </w:r>
      <w:r>
        <w:rPr>
          <w:rFonts w:ascii="Arial" w:hAnsi="Arial"/>
          <w:color w:val="5D7284"/>
        </w:rPr>
        <w:t>06:43</w:t>
      </w:r>
    </w:p>
    <w:p w14:paraId="18B9A640" w14:textId="17C20CE0" w:rsidR="00624AE9" w:rsidRDefault="00C13212">
      <w:pPr>
        <w:spacing w:after="0"/>
      </w:pPr>
      <w:r>
        <w:rPr>
          <w:rFonts w:ascii="Arial" w:hAnsi="Arial"/>
        </w:rPr>
        <w:t xml:space="preserve">No, I </w:t>
      </w:r>
      <w:r w:rsidR="00B208B0">
        <w:rPr>
          <w:rFonts w:ascii="Arial" w:hAnsi="Arial"/>
        </w:rPr>
        <w:t>honestly,</w:t>
      </w:r>
      <w:r>
        <w:rPr>
          <w:rFonts w:ascii="Arial" w:hAnsi="Arial"/>
        </w:rPr>
        <w:t xml:space="preserve"> I was thinking of the ocean for the hot and cold and I know like if you go deep enough in the ocean, the top is warmer, and the bottoms colder. But I know there's a middle where it's kind of just comfortable enough so I I figured it would be mixed a little in the middle and then the hot would be on top and the cold on the bottom. And is it mixed a little in the middle?</w:t>
      </w:r>
    </w:p>
    <w:p w14:paraId="252BA9E3" w14:textId="77777777" w:rsidR="00624AE9" w:rsidRDefault="00624AE9">
      <w:pPr>
        <w:spacing w:after="0"/>
      </w:pPr>
    </w:p>
    <w:p w14:paraId="17212BA1" w14:textId="77777777" w:rsidR="00624AE9" w:rsidRDefault="00C13212">
      <w:pPr>
        <w:spacing w:after="0"/>
      </w:pPr>
      <w:r>
        <w:rPr>
          <w:rFonts w:ascii="Arial" w:hAnsi="Arial"/>
          <w:b/>
        </w:rPr>
        <w:t xml:space="preserve">Interviewer P:  </w:t>
      </w:r>
      <w:r>
        <w:rPr>
          <w:rFonts w:ascii="Arial" w:hAnsi="Arial"/>
          <w:color w:val="5D7284"/>
        </w:rPr>
        <w:t>07:05</w:t>
      </w:r>
    </w:p>
    <w:p w14:paraId="6E9381DF" w14:textId="3B031210" w:rsidR="00624AE9" w:rsidRDefault="00C13212">
      <w:pPr>
        <w:spacing w:after="0"/>
      </w:pPr>
      <w:r>
        <w:rPr>
          <w:rFonts w:ascii="Arial" w:hAnsi="Arial"/>
        </w:rPr>
        <w:t xml:space="preserve">And did anything about the way that it combined? Surprise you find </w:t>
      </w:r>
      <w:r w:rsidR="00B208B0">
        <w:rPr>
          <w:rFonts w:ascii="Arial" w:hAnsi="Arial"/>
        </w:rPr>
        <w:t>interesting.</w:t>
      </w:r>
      <w:r>
        <w:rPr>
          <w:rFonts w:ascii="Arial" w:hAnsi="Arial"/>
        </w:rPr>
        <w:t xml:space="preserve"> </w:t>
      </w:r>
    </w:p>
    <w:p w14:paraId="2BEA45AB" w14:textId="77777777" w:rsidR="00624AE9" w:rsidRDefault="00624AE9">
      <w:pPr>
        <w:spacing w:after="0"/>
      </w:pPr>
    </w:p>
    <w:p w14:paraId="557F7C20" w14:textId="77777777" w:rsidR="00624AE9" w:rsidRDefault="00C13212">
      <w:pPr>
        <w:spacing w:after="0"/>
      </w:pPr>
      <w:r>
        <w:rPr>
          <w:rFonts w:ascii="Arial" w:hAnsi="Arial"/>
          <w:b/>
        </w:rPr>
        <w:t xml:space="preserve">Participant #11:  </w:t>
      </w:r>
      <w:r>
        <w:rPr>
          <w:rFonts w:ascii="Arial" w:hAnsi="Arial"/>
          <w:color w:val="5D7284"/>
        </w:rPr>
        <w:t>07:10</w:t>
      </w:r>
    </w:p>
    <w:p w14:paraId="16C9AAA6" w14:textId="77777777" w:rsidR="00624AE9" w:rsidRDefault="00C13212">
      <w:pPr>
        <w:spacing w:after="0"/>
      </w:pPr>
      <w:r>
        <w:rPr>
          <w:rFonts w:ascii="Arial" w:hAnsi="Arial"/>
        </w:rPr>
        <w:t xml:space="preserve">I thought like waves. That was pretty cool. </w:t>
      </w:r>
    </w:p>
    <w:p w14:paraId="51A45FAC" w14:textId="77777777" w:rsidR="00624AE9" w:rsidRDefault="00624AE9">
      <w:pPr>
        <w:spacing w:after="0"/>
      </w:pPr>
    </w:p>
    <w:p w14:paraId="29F71A42" w14:textId="77777777" w:rsidR="00624AE9" w:rsidRDefault="00C13212">
      <w:pPr>
        <w:spacing w:after="0"/>
      </w:pPr>
      <w:r>
        <w:rPr>
          <w:rFonts w:ascii="Arial" w:hAnsi="Arial"/>
          <w:b/>
        </w:rPr>
        <w:t xml:space="preserve">Interviewer P:  </w:t>
      </w:r>
      <w:r>
        <w:rPr>
          <w:rFonts w:ascii="Arial" w:hAnsi="Arial"/>
          <w:color w:val="5D7284"/>
        </w:rPr>
        <w:t>07:13</w:t>
      </w:r>
    </w:p>
    <w:p w14:paraId="07B7287A" w14:textId="77777777" w:rsidR="00624AE9" w:rsidRDefault="00C13212">
      <w:pPr>
        <w:spacing w:after="0"/>
      </w:pPr>
      <w:r>
        <w:rPr>
          <w:rFonts w:ascii="Arial" w:hAnsi="Arial"/>
        </w:rPr>
        <w:t>Yeah.</w:t>
      </w:r>
    </w:p>
    <w:p w14:paraId="18988346" w14:textId="77777777" w:rsidR="00624AE9" w:rsidRDefault="00624AE9">
      <w:pPr>
        <w:spacing w:after="0"/>
      </w:pPr>
    </w:p>
    <w:p w14:paraId="2DF0DBB0" w14:textId="77777777" w:rsidR="00624AE9" w:rsidRDefault="00C13212">
      <w:pPr>
        <w:spacing w:after="0"/>
      </w:pPr>
      <w:r>
        <w:rPr>
          <w:rFonts w:ascii="Arial" w:hAnsi="Arial"/>
          <w:b/>
        </w:rPr>
        <w:t xml:space="preserve">Participant #11:  </w:t>
      </w:r>
      <w:r>
        <w:rPr>
          <w:rFonts w:ascii="Arial" w:hAnsi="Arial"/>
          <w:color w:val="5D7284"/>
        </w:rPr>
        <w:t>07:14</w:t>
      </w:r>
    </w:p>
    <w:p w14:paraId="0C28BED1" w14:textId="77777777" w:rsidR="00624AE9" w:rsidRDefault="00C13212">
      <w:pPr>
        <w:spacing w:after="0"/>
      </w:pPr>
      <w:r>
        <w:rPr>
          <w:rFonts w:ascii="Arial" w:hAnsi="Arial"/>
        </w:rPr>
        <w:t xml:space="preserve">Like it would curl over and then it would go back. </w:t>
      </w:r>
    </w:p>
    <w:p w14:paraId="122CFD2B" w14:textId="77777777" w:rsidR="00624AE9" w:rsidRDefault="00624AE9">
      <w:pPr>
        <w:spacing w:after="0"/>
      </w:pPr>
    </w:p>
    <w:p w14:paraId="62F918A9" w14:textId="77777777" w:rsidR="00624AE9" w:rsidRDefault="00C13212">
      <w:pPr>
        <w:spacing w:after="0"/>
      </w:pPr>
      <w:r>
        <w:rPr>
          <w:rFonts w:ascii="Arial" w:hAnsi="Arial"/>
          <w:b/>
        </w:rPr>
        <w:t xml:space="preserve">Interviewer P:  </w:t>
      </w:r>
      <w:r>
        <w:rPr>
          <w:rFonts w:ascii="Arial" w:hAnsi="Arial"/>
          <w:color w:val="5D7284"/>
        </w:rPr>
        <w:t>07:16</w:t>
      </w:r>
    </w:p>
    <w:p w14:paraId="0933F486" w14:textId="77777777" w:rsidR="00624AE9" w:rsidRDefault="00C13212">
      <w:pPr>
        <w:spacing w:after="0"/>
      </w:pPr>
      <w:r>
        <w:rPr>
          <w:rFonts w:ascii="Arial" w:hAnsi="Arial"/>
        </w:rPr>
        <w:t>Yeah.</w:t>
      </w:r>
    </w:p>
    <w:p w14:paraId="29386617" w14:textId="77777777" w:rsidR="00624AE9" w:rsidRDefault="00624AE9">
      <w:pPr>
        <w:spacing w:after="0"/>
      </w:pPr>
    </w:p>
    <w:p w14:paraId="73B136AD" w14:textId="77777777" w:rsidR="00624AE9" w:rsidRDefault="00C13212">
      <w:pPr>
        <w:spacing w:after="0"/>
      </w:pPr>
      <w:r>
        <w:rPr>
          <w:rFonts w:ascii="Arial" w:hAnsi="Arial"/>
          <w:b/>
        </w:rPr>
        <w:t xml:space="preserve">Participant #11:  </w:t>
      </w:r>
      <w:r>
        <w:rPr>
          <w:rFonts w:ascii="Arial" w:hAnsi="Arial"/>
          <w:color w:val="5D7284"/>
        </w:rPr>
        <w:t>07:17</w:t>
      </w:r>
    </w:p>
    <w:p w14:paraId="708B7F22" w14:textId="2079CDE4" w:rsidR="00624AE9" w:rsidRDefault="00C13212">
      <w:pPr>
        <w:spacing w:after="0"/>
      </w:pPr>
      <w:r>
        <w:rPr>
          <w:rFonts w:ascii="Arial" w:hAnsi="Arial"/>
        </w:rPr>
        <w:t xml:space="preserve">But you weren't moving it at all. </w:t>
      </w:r>
      <w:r w:rsidR="00B208B0">
        <w:rPr>
          <w:rFonts w:ascii="Arial" w:hAnsi="Arial"/>
        </w:rPr>
        <w:t>So,</w:t>
      </w:r>
      <w:r>
        <w:rPr>
          <w:rFonts w:ascii="Arial" w:hAnsi="Arial"/>
        </w:rPr>
        <w:t xml:space="preserve"> I didn't realize that much force would come from just removing the divider. </w:t>
      </w:r>
    </w:p>
    <w:p w14:paraId="329937F5" w14:textId="77777777" w:rsidR="00624AE9" w:rsidRDefault="00624AE9">
      <w:pPr>
        <w:spacing w:after="0"/>
      </w:pPr>
    </w:p>
    <w:p w14:paraId="3B048E8A" w14:textId="77777777" w:rsidR="00624AE9" w:rsidRDefault="00C13212">
      <w:pPr>
        <w:spacing w:after="0"/>
      </w:pPr>
      <w:r>
        <w:rPr>
          <w:rFonts w:ascii="Arial" w:hAnsi="Arial"/>
          <w:b/>
        </w:rPr>
        <w:t xml:space="preserve">Interviewer P:  </w:t>
      </w:r>
      <w:r>
        <w:rPr>
          <w:rFonts w:ascii="Arial" w:hAnsi="Arial"/>
          <w:color w:val="5D7284"/>
        </w:rPr>
        <w:t>07:23</w:t>
      </w:r>
    </w:p>
    <w:p w14:paraId="38DD2A7C" w14:textId="77777777" w:rsidR="00624AE9" w:rsidRDefault="00C13212">
      <w:pPr>
        <w:spacing w:after="0"/>
      </w:pPr>
      <w:r>
        <w:rPr>
          <w:rFonts w:ascii="Arial" w:hAnsi="Arial"/>
        </w:rPr>
        <w:t>Yeah.</w:t>
      </w:r>
    </w:p>
    <w:p w14:paraId="17B3B589" w14:textId="77777777" w:rsidR="00624AE9" w:rsidRDefault="00624AE9">
      <w:pPr>
        <w:spacing w:after="0"/>
      </w:pPr>
    </w:p>
    <w:p w14:paraId="6447FE1E" w14:textId="77777777" w:rsidR="00624AE9" w:rsidRDefault="00C13212">
      <w:pPr>
        <w:spacing w:after="0"/>
      </w:pPr>
      <w:r>
        <w:rPr>
          <w:rFonts w:ascii="Arial" w:hAnsi="Arial"/>
          <w:b/>
        </w:rPr>
        <w:t xml:space="preserve">Participant #11:  </w:t>
      </w:r>
      <w:r>
        <w:rPr>
          <w:rFonts w:ascii="Arial" w:hAnsi="Arial"/>
          <w:color w:val="5D7284"/>
        </w:rPr>
        <w:t>07:23</w:t>
      </w:r>
    </w:p>
    <w:p w14:paraId="38ECAB53" w14:textId="77777777" w:rsidR="00624AE9" w:rsidRDefault="00C13212">
      <w:pPr>
        <w:spacing w:after="0"/>
      </w:pPr>
      <w:r>
        <w:rPr>
          <w:rFonts w:ascii="Arial" w:hAnsi="Arial"/>
        </w:rPr>
        <w:t>So that's cool.</w:t>
      </w:r>
    </w:p>
    <w:p w14:paraId="6A75749A" w14:textId="77777777" w:rsidR="00624AE9" w:rsidRDefault="00624AE9">
      <w:pPr>
        <w:spacing w:after="0"/>
      </w:pPr>
    </w:p>
    <w:p w14:paraId="370735E7" w14:textId="77777777" w:rsidR="00624AE9" w:rsidRDefault="00C13212">
      <w:pPr>
        <w:spacing w:after="0"/>
      </w:pPr>
      <w:r>
        <w:rPr>
          <w:rFonts w:ascii="Arial" w:hAnsi="Arial"/>
          <w:b/>
        </w:rPr>
        <w:t xml:space="preserve">Interviewer P:  </w:t>
      </w:r>
      <w:r>
        <w:rPr>
          <w:rFonts w:ascii="Arial" w:hAnsi="Arial"/>
          <w:color w:val="5D7284"/>
        </w:rPr>
        <w:t>07:26</w:t>
      </w:r>
    </w:p>
    <w:p w14:paraId="2AAB9F5C" w14:textId="77777777" w:rsidR="00624AE9" w:rsidRDefault="00C13212">
      <w:pPr>
        <w:spacing w:after="0"/>
      </w:pPr>
      <w:r>
        <w:rPr>
          <w:rFonts w:ascii="Arial" w:hAnsi="Arial"/>
        </w:rPr>
        <w:t>Do you think that these layers will stay forever?</w:t>
      </w:r>
    </w:p>
    <w:p w14:paraId="150D47FE" w14:textId="77777777" w:rsidR="00624AE9" w:rsidRDefault="00624AE9">
      <w:pPr>
        <w:spacing w:after="0"/>
      </w:pPr>
    </w:p>
    <w:p w14:paraId="398F9E43" w14:textId="77777777" w:rsidR="00624AE9" w:rsidRDefault="00C13212">
      <w:pPr>
        <w:spacing w:after="0"/>
      </w:pPr>
      <w:r>
        <w:rPr>
          <w:rFonts w:ascii="Arial" w:hAnsi="Arial"/>
          <w:b/>
        </w:rPr>
        <w:t xml:space="preserve">Participant #11:  </w:t>
      </w:r>
      <w:r>
        <w:rPr>
          <w:rFonts w:ascii="Arial" w:hAnsi="Arial"/>
          <w:color w:val="5D7284"/>
        </w:rPr>
        <w:t>07:30</w:t>
      </w:r>
    </w:p>
    <w:p w14:paraId="55B732A6" w14:textId="77777777" w:rsidR="00624AE9" w:rsidRDefault="00C13212">
      <w:pPr>
        <w:spacing w:after="0"/>
      </w:pPr>
      <w:r>
        <w:rPr>
          <w:rFonts w:ascii="Arial" w:hAnsi="Arial"/>
        </w:rPr>
        <w:t xml:space="preserve">I don't know. I feel like if it sits here in room temperature, the cold will and the hot will kind of both get to the same temperature and then we'll mix. So, no I don't think it will stay like this. </w:t>
      </w:r>
    </w:p>
    <w:p w14:paraId="701F00FD" w14:textId="77777777" w:rsidR="00624AE9" w:rsidRDefault="00624AE9">
      <w:pPr>
        <w:spacing w:after="0"/>
      </w:pPr>
    </w:p>
    <w:p w14:paraId="7075DF52" w14:textId="77777777" w:rsidR="00624AE9" w:rsidRDefault="00C13212">
      <w:pPr>
        <w:spacing w:after="0"/>
      </w:pPr>
      <w:r>
        <w:rPr>
          <w:rFonts w:ascii="Arial" w:hAnsi="Arial"/>
          <w:b/>
        </w:rPr>
        <w:t xml:space="preserve">Interviewer P:  </w:t>
      </w:r>
      <w:r>
        <w:rPr>
          <w:rFonts w:ascii="Arial" w:hAnsi="Arial"/>
          <w:color w:val="5D7284"/>
        </w:rPr>
        <w:t>07:50</w:t>
      </w:r>
    </w:p>
    <w:p w14:paraId="75053EE7" w14:textId="1AB58B1E" w:rsidR="00624AE9" w:rsidRDefault="00C13212">
      <w:pPr>
        <w:spacing w:after="0"/>
      </w:pPr>
      <w:r>
        <w:rPr>
          <w:rFonts w:ascii="Arial" w:hAnsi="Arial"/>
        </w:rPr>
        <w:t xml:space="preserve">And about how long do you think that will </w:t>
      </w:r>
      <w:r w:rsidR="00B208B0">
        <w:rPr>
          <w:rFonts w:ascii="Arial" w:hAnsi="Arial"/>
        </w:rPr>
        <w:t>take.</w:t>
      </w:r>
    </w:p>
    <w:p w14:paraId="654B1655" w14:textId="77777777" w:rsidR="00624AE9" w:rsidRDefault="00624AE9">
      <w:pPr>
        <w:spacing w:after="0"/>
      </w:pPr>
    </w:p>
    <w:p w14:paraId="0CA4A2CF" w14:textId="77777777" w:rsidR="00624AE9" w:rsidRDefault="00C13212">
      <w:pPr>
        <w:spacing w:after="0"/>
      </w:pPr>
      <w:r>
        <w:rPr>
          <w:rFonts w:ascii="Arial" w:hAnsi="Arial"/>
          <w:b/>
        </w:rPr>
        <w:t xml:space="preserve">Participant #11:  </w:t>
      </w:r>
      <w:r>
        <w:rPr>
          <w:rFonts w:ascii="Arial" w:hAnsi="Arial"/>
          <w:color w:val="5D7284"/>
        </w:rPr>
        <w:t>07:54</w:t>
      </w:r>
    </w:p>
    <w:p w14:paraId="23069034" w14:textId="535F4ACB" w:rsidR="00624AE9" w:rsidRDefault="00C13212">
      <w:pPr>
        <w:spacing w:after="0"/>
      </w:pPr>
      <w:r>
        <w:rPr>
          <w:rFonts w:ascii="Arial" w:hAnsi="Arial"/>
        </w:rPr>
        <w:t xml:space="preserve">An hour maybe because it was pretty hot. And </w:t>
      </w:r>
      <w:r w:rsidR="00B208B0">
        <w:rPr>
          <w:rFonts w:ascii="Arial" w:hAnsi="Arial"/>
        </w:rPr>
        <w:t>it</w:t>
      </w:r>
      <w:r>
        <w:rPr>
          <w:rFonts w:ascii="Arial" w:hAnsi="Arial"/>
        </w:rPr>
        <w:t xml:space="preserve"> was pretty cold</w:t>
      </w:r>
      <w:r>
        <w:rPr>
          <w:rFonts w:ascii="Arial" w:hAnsi="Arial"/>
        </w:rPr>
        <w:t xml:space="preserve"> so I feel like maybe 30 minutes to an hour.</w:t>
      </w:r>
    </w:p>
    <w:p w14:paraId="4DD6ECC9" w14:textId="77777777" w:rsidR="00624AE9" w:rsidRDefault="00624AE9">
      <w:pPr>
        <w:spacing w:after="0"/>
      </w:pPr>
    </w:p>
    <w:p w14:paraId="4946C950" w14:textId="77777777" w:rsidR="00624AE9" w:rsidRDefault="00C13212">
      <w:pPr>
        <w:spacing w:after="0"/>
      </w:pPr>
      <w:r>
        <w:rPr>
          <w:rFonts w:ascii="Arial" w:hAnsi="Arial"/>
          <w:b/>
        </w:rPr>
        <w:t xml:space="preserve">Interviewer P:  </w:t>
      </w:r>
      <w:r>
        <w:rPr>
          <w:rFonts w:ascii="Arial" w:hAnsi="Arial"/>
          <w:color w:val="5D7284"/>
        </w:rPr>
        <w:t>08:02</w:t>
      </w:r>
    </w:p>
    <w:p w14:paraId="3BA5EA4A" w14:textId="77777777" w:rsidR="00624AE9" w:rsidRDefault="00C13212">
      <w:pPr>
        <w:spacing w:after="0"/>
      </w:pPr>
      <w:r>
        <w:rPr>
          <w:rFonts w:ascii="Arial" w:hAnsi="Arial"/>
        </w:rPr>
        <w:t>For the colors to mix? And would you say the same about it eat it the water becoming the same temperature throughout.</w:t>
      </w:r>
    </w:p>
    <w:p w14:paraId="6719E5C2" w14:textId="77777777" w:rsidR="00624AE9" w:rsidRDefault="00624AE9">
      <w:pPr>
        <w:spacing w:after="0"/>
      </w:pPr>
    </w:p>
    <w:p w14:paraId="67902B40" w14:textId="77777777" w:rsidR="00624AE9" w:rsidRDefault="00C13212">
      <w:pPr>
        <w:spacing w:after="0"/>
      </w:pPr>
      <w:r>
        <w:rPr>
          <w:rFonts w:ascii="Arial" w:hAnsi="Arial"/>
          <w:b/>
        </w:rPr>
        <w:t xml:space="preserve">Participant #11:  </w:t>
      </w:r>
      <w:r>
        <w:rPr>
          <w:rFonts w:ascii="Arial" w:hAnsi="Arial"/>
          <w:color w:val="5D7284"/>
        </w:rPr>
        <w:t>08:11</w:t>
      </w:r>
    </w:p>
    <w:p w14:paraId="20D8260C" w14:textId="77777777" w:rsidR="00624AE9" w:rsidRDefault="00C13212">
      <w:pPr>
        <w:spacing w:after="0"/>
      </w:pPr>
      <w:r>
        <w:rPr>
          <w:rFonts w:ascii="Arial" w:hAnsi="Arial"/>
        </w:rPr>
        <w:t>What do you mean?</w:t>
      </w:r>
    </w:p>
    <w:p w14:paraId="1F384E23" w14:textId="77777777" w:rsidR="00624AE9" w:rsidRDefault="00624AE9">
      <w:pPr>
        <w:spacing w:after="0"/>
      </w:pPr>
    </w:p>
    <w:p w14:paraId="4E1A5BE5" w14:textId="77777777" w:rsidR="00624AE9" w:rsidRDefault="00C13212">
      <w:pPr>
        <w:spacing w:after="0"/>
      </w:pPr>
      <w:r>
        <w:rPr>
          <w:rFonts w:ascii="Arial" w:hAnsi="Arial"/>
          <w:b/>
        </w:rPr>
        <w:t xml:space="preserve">Interviewer P:  </w:t>
      </w:r>
      <w:r>
        <w:rPr>
          <w:rFonts w:ascii="Arial" w:hAnsi="Arial"/>
          <w:color w:val="5D7284"/>
        </w:rPr>
        <w:t>08:12</w:t>
      </w:r>
    </w:p>
    <w:p w14:paraId="64444F75" w14:textId="4D9ABD57" w:rsidR="00624AE9" w:rsidRDefault="00B208B0">
      <w:pPr>
        <w:spacing w:after="0"/>
      </w:pPr>
      <w:r>
        <w:rPr>
          <w:rFonts w:ascii="Arial" w:hAnsi="Arial"/>
        </w:rPr>
        <w:t xml:space="preserve">So, I'm separating like the colors mixing and maybe becoming purple. And then also the water being the same temperature throughout. </w:t>
      </w:r>
    </w:p>
    <w:p w14:paraId="2BA93198" w14:textId="77777777" w:rsidR="00624AE9" w:rsidRDefault="00624AE9">
      <w:pPr>
        <w:spacing w:after="0"/>
      </w:pPr>
    </w:p>
    <w:p w14:paraId="14E051E3" w14:textId="77777777" w:rsidR="00624AE9" w:rsidRDefault="00C13212">
      <w:pPr>
        <w:spacing w:after="0"/>
      </w:pPr>
      <w:r>
        <w:rPr>
          <w:rFonts w:ascii="Arial" w:hAnsi="Arial"/>
          <w:b/>
        </w:rPr>
        <w:t xml:space="preserve">Participant #11:  </w:t>
      </w:r>
      <w:r>
        <w:rPr>
          <w:rFonts w:ascii="Arial" w:hAnsi="Arial"/>
          <w:color w:val="5D7284"/>
        </w:rPr>
        <w:t>08:22</w:t>
      </w:r>
    </w:p>
    <w:p w14:paraId="7CB237BF" w14:textId="77777777" w:rsidR="00624AE9" w:rsidRDefault="00C13212">
      <w:pPr>
        <w:spacing w:after="0"/>
      </w:pPr>
      <w:r>
        <w:rPr>
          <w:rFonts w:ascii="Arial" w:hAnsi="Arial"/>
        </w:rPr>
        <w:t>Oh, yeah, I think when they do mix there'll be the same temperature. Yeah.</w:t>
      </w:r>
    </w:p>
    <w:p w14:paraId="5C1182C3" w14:textId="77777777" w:rsidR="00624AE9" w:rsidRDefault="00624AE9">
      <w:pPr>
        <w:spacing w:after="0"/>
      </w:pPr>
    </w:p>
    <w:p w14:paraId="26D24DBB" w14:textId="77777777" w:rsidR="00624AE9" w:rsidRDefault="00C13212">
      <w:pPr>
        <w:spacing w:after="0"/>
      </w:pPr>
      <w:r>
        <w:rPr>
          <w:rFonts w:ascii="Arial" w:hAnsi="Arial"/>
          <w:b/>
        </w:rPr>
        <w:t xml:space="preserve">Interviewer P:  </w:t>
      </w:r>
      <w:r>
        <w:rPr>
          <w:rFonts w:ascii="Arial" w:hAnsi="Arial"/>
          <w:color w:val="5D7284"/>
        </w:rPr>
        <w:t>08:26</w:t>
      </w:r>
    </w:p>
    <w:p w14:paraId="6CFCBF12" w14:textId="74170926" w:rsidR="00624AE9" w:rsidRDefault="00C13212">
      <w:pPr>
        <w:spacing w:after="0"/>
      </w:pPr>
      <w:r>
        <w:rPr>
          <w:rFonts w:ascii="Arial" w:hAnsi="Arial"/>
        </w:rPr>
        <w:t xml:space="preserve">Yeah. All right. </w:t>
      </w:r>
      <w:r w:rsidR="00B208B0">
        <w:rPr>
          <w:rFonts w:ascii="Arial" w:hAnsi="Arial"/>
        </w:rPr>
        <w:t>So,</w:t>
      </w:r>
      <w:r>
        <w:rPr>
          <w:rFonts w:ascii="Arial" w:hAnsi="Arial"/>
        </w:rPr>
        <w:t xml:space="preserve"> let's try this with this here.</w:t>
      </w:r>
    </w:p>
    <w:p w14:paraId="373B01F6" w14:textId="77777777" w:rsidR="00624AE9" w:rsidRDefault="00624AE9">
      <w:pPr>
        <w:spacing w:after="0"/>
      </w:pPr>
    </w:p>
    <w:p w14:paraId="6DC70DE9" w14:textId="77777777" w:rsidR="00624AE9" w:rsidRDefault="00C13212">
      <w:pPr>
        <w:spacing w:after="0"/>
      </w:pPr>
      <w:r>
        <w:rPr>
          <w:rFonts w:ascii="Arial" w:hAnsi="Arial"/>
          <w:b/>
        </w:rPr>
        <w:t xml:space="preserve">Participant #11:  </w:t>
      </w:r>
      <w:r>
        <w:rPr>
          <w:rFonts w:ascii="Arial" w:hAnsi="Arial"/>
          <w:color w:val="5D7284"/>
        </w:rPr>
        <w:t>08:32</w:t>
      </w:r>
    </w:p>
    <w:p w14:paraId="086D91CB" w14:textId="77777777" w:rsidR="00624AE9" w:rsidRDefault="00C13212">
      <w:pPr>
        <w:spacing w:after="0"/>
      </w:pPr>
      <w:r>
        <w:rPr>
          <w:rFonts w:ascii="Arial" w:hAnsi="Arial"/>
        </w:rPr>
        <w:t>It's kind of pretty.</w:t>
      </w:r>
    </w:p>
    <w:p w14:paraId="6E7ECCAB" w14:textId="77777777" w:rsidR="00624AE9" w:rsidRDefault="00624AE9">
      <w:pPr>
        <w:spacing w:after="0"/>
      </w:pPr>
    </w:p>
    <w:p w14:paraId="117EB79B" w14:textId="77777777" w:rsidR="00624AE9" w:rsidRDefault="00C13212">
      <w:pPr>
        <w:spacing w:after="0"/>
      </w:pPr>
      <w:r>
        <w:rPr>
          <w:rFonts w:ascii="Arial" w:hAnsi="Arial"/>
          <w:b/>
        </w:rPr>
        <w:t xml:space="preserve">Interviewer P:  </w:t>
      </w:r>
      <w:r>
        <w:rPr>
          <w:rFonts w:ascii="Arial" w:hAnsi="Arial"/>
          <w:color w:val="5D7284"/>
        </w:rPr>
        <w:t>08:33</w:t>
      </w:r>
    </w:p>
    <w:p w14:paraId="455675F9" w14:textId="77777777" w:rsidR="00624AE9" w:rsidRDefault="00C13212">
      <w:pPr>
        <w:spacing w:after="0"/>
      </w:pPr>
      <w:r>
        <w:rPr>
          <w:rFonts w:ascii="Arial" w:hAnsi="Arial"/>
        </w:rPr>
        <w:t xml:space="preserve">Yeah! Thank you. Alright, so let's try this with the blue and red at the same temperature I don't think this one has as tight as at dividing walls. Eh it's staying pretty good. Alright, here we go. Thanks. Alright Does that surprise you? </w:t>
      </w:r>
    </w:p>
    <w:p w14:paraId="20F8A1EF" w14:textId="77777777" w:rsidR="00624AE9" w:rsidRDefault="00624AE9">
      <w:pPr>
        <w:spacing w:after="0"/>
      </w:pPr>
    </w:p>
    <w:p w14:paraId="7D690472" w14:textId="77777777" w:rsidR="00624AE9" w:rsidRDefault="00C13212">
      <w:pPr>
        <w:spacing w:after="0"/>
      </w:pPr>
      <w:r>
        <w:rPr>
          <w:rFonts w:ascii="Arial" w:hAnsi="Arial"/>
          <w:b/>
        </w:rPr>
        <w:t xml:space="preserve">Participant #11:  </w:t>
      </w:r>
      <w:r>
        <w:rPr>
          <w:rFonts w:ascii="Arial" w:hAnsi="Arial"/>
          <w:color w:val="5D7284"/>
        </w:rPr>
        <w:t>09:55</w:t>
      </w:r>
    </w:p>
    <w:p w14:paraId="40DC7337" w14:textId="157A9BF6" w:rsidR="00624AE9" w:rsidRDefault="00C13212">
      <w:pPr>
        <w:spacing w:after="0"/>
      </w:pPr>
      <w:r>
        <w:rPr>
          <w:rFonts w:ascii="Arial" w:hAnsi="Arial"/>
        </w:rPr>
        <w:t xml:space="preserve">A little bit. I thought it'd be more mixed </w:t>
      </w:r>
      <w:r w:rsidR="00B208B0">
        <w:rPr>
          <w:rFonts w:ascii="Arial" w:hAnsi="Arial"/>
        </w:rPr>
        <w:t>than</w:t>
      </w:r>
      <w:r>
        <w:rPr>
          <w:rFonts w:ascii="Arial" w:hAnsi="Arial"/>
        </w:rPr>
        <w:t xml:space="preserve"> it is like I didn't expect it to just like </w:t>
      </w:r>
      <w:r w:rsidR="00B208B0">
        <w:rPr>
          <w:rFonts w:ascii="Arial" w:hAnsi="Arial"/>
        </w:rPr>
        <w:t>tendril</w:t>
      </w:r>
      <w:r>
        <w:rPr>
          <w:rFonts w:ascii="Arial" w:hAnsi="Arial"/>
        </w:rPr>
        <w:t>. In to the other the other color. I am a little surprised.</w:t>
      </w:r>
    </w:p>
    <w:p w14:paraId="643CCABD" w14:textId="77777777" w:rsidR="00624AE9" w:rsidRDefault="00624AE9">
      <w:pPr>
        <w:spacing w:after="0"/>
      </w:pPr>
    </w:p>
    <w:p w14:paraId="0B3A92A0" w14:textId="77777777" w:rsidR="00624AE9" w:rsidRDefault="00C13212">
      <w:pPr>
        <w:spacing w:after="0"/>
      </w:pPr>
      <w:r>
        <w:rPr>
          <w:rFonts w:ascii="Arial" w:hAnsi="Arial"/>
          <w:b/>
        </w:rPr>
        <w:t xml:space="preserve">Interviewer P:  </w:t>
      </w:r>
      <w:r>
        <w:rPr>
          <w:rFonts w:ascii="Arial" w:hAnsi="Arial"/>
          <w:color w:val="5D7284"/>
        </w:rPr>
        <w:t>10:12</w:t>
      </w:r>
    </w:p>
    <w:p w14:paraId="6117AF0F" w14:textId="602CBD06" w:rsidR="00624AE9" w:rsidRDefault="00C13212">
      <w:pPr>
        <w:spacing w:after="0"/>
      </w:pPr>
      <w:r>
        <w:rPr>
          <w:rFonts w:ascii="Arial" w:hAnsi="Arial"/>
        </w:rPr>
        <w:t xml:space="preserve">Do you think it will eventually mix? To look like what you </w:t>
      </w:r>
      <w:r w:rsidR="00B208B0">
        <w:rPr>
          <w:rFonts w:ascii="Arial" w:hAnsi="Arial"/>
        </w:rPr>
        <w:t>drew.</w:t>
      </w:r>
      <w:r>
        <w:rPr>
          <w:rFonts w:ascii="Arial" w:hAnsi="Arial"/>
        </w:rPr>
        <w:t xml:space="preserve"> </w:t>
      </w:r>
    </w:p>
    <w:p w14:paraId="64A3AF5C" w14:textId="77777777" w:rsidR="00624AE9" w:rsidRDefault="00624AE9">
      <w:pPr>
        <w:spacing w:after="0"/>
      </w:pPr>
    </w:p>
    <w:p w14:paraId="768B3F40" w14:textId="77777777" w:rsidR="00624AE9" w:rsidRDefault="00C13212">
      <w:pPr>
        <w:spacing w:after="0"/>
      </w:pPr>
      <w:r>
        <w:rPr>
          <w:rFonts w:ascii="Arial" w:hAnsi="Arial"/>
          <w:b/>
        </w:rPr>
        <w:t xml:space="preserve">Participant #11:  </w:t>
      </w:r>
      <w:r>
        <w:rPr>
          <w:rFonts w:ascii="Arial" w:hAnsi="Arial"/>
          <w:color w:val="5D7284"/>
        </w:rPr>
        <w:t>10:17</w:t>
      </w:r>
    </w:p>
    <w:p w14:paraId="57066A7E" w14:textId="0AC4ED7F" w:rsidR="00624AE9" w:rsidRDefault="00C13212">
      <w:pPr>
        <w:spacing w:after="0"/>
      </w:pPr>
      <w:r>
        <w:rPr>
          <w:rFonts w:ascii="Arial" w:hAnsi="Arial"/>
        </w:rPr>
        <w:t xml:space="preserve">I feel like if nothing is affecting it to mix like there's no stir involved or anything I don't know. I don't think so. Maybe like really </w:t>
      </w:r>
      <w:r w:rsidR="00B208B0">
        <w:rPr>
          <w:rFonts w:ascii="Arial" w:hAnsi="Arial"/>
        </w:rPr>
        <w:t>gradually</w:t>
      </w:r>
      <w:r>
        <w:rPr>
          <w:rFonts w:ascii="Arial" w:hAnsi="Arial"/>
        </w:rPr>
        <w:t xml:space="preserve"> if you left it for a day maybe it would mix but I don't think without like an outside force. I think it'll just stay maybe change like a little bit but overall no.</w:t>
      </w:r>
    </w:p>
    <w:p w14:paraId="2C30415C" w14:textId="77777777" w:rsidR="00624AE9" w:rsidRDefault="00624AE9">
      <w:pPr>
        <w:spacing w:after="0"/>
      </w:pPr>
    </w:p>
    <w:p w14:paraId="52483B3D" w14:textId="77777777" w:rsidR="00624AE9" w:rsidRDefault="00C13212">
      <w:pPr>
        <w:spacing w:after="0"/>
      </w:pPr>
      <w:r>
        <w:rPr>
          <w:rFonts w:ascii="Arial" w:hAnsi="Arial"/>
          <w:b/>
        </w:rPr>
        <w:t xml:space="preserve">Interviewer P:  </w:t>
      </w:r>
      <w:r>
        <w:rPr>
          <w:rFonts w:ascii="Arial" w:hAnsi="Arial"/>
          <w:color w:val="5D7284"/>
        </w:rPr>
        <w:t>10:46</w:t>
      </w:r>
    </w:p>
    <w:p w14:paraId="381584AD" w14:textId="77777777" w:rsidR="00624AE9" w:rsidRDefault="00C13212">
      <w:pPr>
        <w:spacing w:after="0"/>
      </w:pPr>
      <w:r>
        <w:rPr>
          <w:rFonts w:ascii="Arial" w:hAnsi="Arial"/>
        </w:rPr>
        <w:t xml:space="preserve">So, the blue and the red will you could still you would still be able to see their individual colors with that. </w:t>
      </w:r>
    </w:p>
    <w:p w14:paraId="2C8FC1CE" w14:textId="77777777" w:rsidR="00624AE9" w:rsidRDefault="00624AE9">
      <w:pPr>
        <w:spacing w:after="0"/>
      </w:pPr>
    </w:p>
    <w:p w14:paraId="220AD753" w14:textId="77777777" w:rsidR="00624AE9" w:rsidRDefault="00C13212">
      <w:pPr>
        <w:spacing w:after="0"/>
      </w:pPr>
      <w:r>
        <w:rPr>
          <w:rFonts w:ascii="Arial" w:hAnsi="Arial"/>
          <w:b/>
        </w:rPr>
        <w:t xml:space="preserve">Participant #11:  </w:t>
      </w:r>
      <w:r>
        <w:rPr>
          <w:rFonts w:ascii="Arial" w:hAnsi="Arial"/>
          <w:color w:val="5D7284"/>
        </w:rPr>
        <w:t>10:51</w:t>
      </w:r>
    </w:p>
    <w:p w14:paraId="14F35CAD" w14:textId="4951BEC0" w:rsidR="00624AE9" w:rsidRDefault="00C13212">
      <w:pPr>
        <w:spacing w:after="0"/>
      </w:pPr>
      <w:r>
        <w:rPr>
          <w:rFonts w:ascii="Arial" w:hAnsi="Arial"/>
        </w:rPr>
        <w:t xml:space="preserve">Yeah, yeah, there might be like some purple some </w:t>
      </w:r>
      <w:r w:rsidR="00B208B0">
        <w:rPr>
          <w:rFonts w:ascii="Arial" w:hAnsi="Arial"/>
        </w:rPr>
        <w:t>places,</w:t>
      </w:r>
      <w:r>
        <w:rPr>
          <w:rFonts w:ascii="Arial" w:hAnsi="Arial"/>
        </w:rPr>
        <w:t xml:space="preserve"> but I think this side was still made mostly blue and this side will still mostly be red. Got that completely wrong.</w:t>
      </w:r>
    </w:p>
    <w:p w14:paraId="5737244D" w14:textId="77777777" w:rsidR="00624AE9" w:rsidRDefault="00624AE9">
      <w:pPr>
        <w:spacing w:after="0"/>
      </w:pPr>
    </w:p>
    <w:p w14:paraId="79787470" w14:textId="77777777" w:rsidR="00624AE9" w:rsidRDefault="00C13212">
      <w:pPr>
        <w:spacing w:after="0"/>
      </w:pPr>
      <w:r>
        <w:rPr>
          <w:rFonts w:ascii="Arial" w:hAnsi="Arial"/>
          <w:b/>
        </w:rPr>
        <w:t xml:space="preserve">Interviewer P:  </w:t>
      </w:r>
      <w:r>
        <w:rPr>
          <w:rFonts w:ascii="Arial" w:hAnsi="Arial"/>
          <w:color w:val="5D7284"/>
        </w:rPr>
        <w:t>11:06</w:t>
      </w:r>
    </w:p>
    <w:p w14:paraId="1D17DE0E" w14:textId="77777777" w:rsidR="00624AE9" w:rsidRDefault="00C13212">
      <w:pPr>
        <w:spacing w:after="0"/>
      </w:pPr>
      <w:r>
        <w:rPr>
          <w:rFonts w:ascii="Arial" w:hAnsi="Arial"/>
        </w:rPr>
        <w:t xml:space="preserve">Again, we're just interested really in what you think. Alright, let's do the salty one then. </w:t>
      </w:r>
    </w:p>
    <w:p w14:paraId="37AE922F" w14:textId="77777777" w:rsidR="00624AE9" w:rsidRDefault="00624AE9">
      <w:pPr>
        <w:spacing w:after="0"/>
      </w:pPr>
    </w:p>
    <w:p w14:paraId="3F2AD969" w14:textId="77777777" w:rsidR="00624AE9" w:rsidRDefault="00C13212">
      <w:pPr>
        <w:spacing w:after="0"/>
      </w:pPr>
      <w:r>
        <w:rPr>
          <w:rFonts w:ascii="Arial" w:hAnsi="Arial"/>
          <w:b/>
        </w:rPr>
        <w:t xml:space="preserve">Participant #11:  </w:t>
      </w:r>
      <w:r>
        <w:rPr>
          <w:rFonts w:ascii="Arial" w:hAnsi="Arial"/>
          <w:color w:val="5D7284"/>
        </w:rPr>
        <w:t>11:11</w:t>
      </w:r>
    </w:p>
    <w:p w14:paraId="69E35DCB" w14:textId="77777777" w:rsidR="00624AE9" w:rsidRDefault="00C13212">
      <w:pPr>
        <w:spacing w:after="0"/>
      </w:pPr>
      <w:r>
        <w:rPr>
          <w:rFonts w:ascii="Arial" w:hAnsi="Arial"/>
        </w:rPr>
        <w:t>What's also interesting things I never knew. I didn't know. Just stuff I don't really think about.</w:t>
      </w:r>
    </w:p>
    <w:p w14:paraId="52922DFB" w14:textId="77777777" w:rsidR="00624AE9" w:rsidRDefault="00624AE9">
      <w:pPr>
        <w:spacing w:after="0"/>
      </w:pPr>
    </w:p>
    <w:p w14:paraId="4CFACBFA" w14:textId="77777777" w:rsidR="00624AE9" w:rsidRDefault="00C13212">
      <w:pPr>
        <w:spacing w:after="0"/>
      </w:pPr>
      <w:r>
        <w:rPr>
          <w:rFonts w:ascii="Arial" w:hAnsi="Arial"/>
          <w:b/>
        </w:rPr>
        <w:t xml:space="preserve">Interviewer P:  </w:t>
      </w:r>
      <w:r>
        <w:rPr>
          <w:rFonts w:ascii="Arial" w:hAnsi="Arial"/>
          <w:color w:val="5D7284"/>
        </w:rPr>
        <w:t>11:17</w:t>
      </w:r>
    </w:p>
    <w:p w14:paraId="4C700ED6" w14:textId="77777777" w:rsidR="00624AE9" w:rsidRDefault="00C13212">
      <w:pPr>
        <w:spacing w:after="0"/>
      </w:pPr>
      <w:r>
        <w:rPr>
          <w:rFonts w:ascii="Arial" w:hAnsi="Arial"/>
        </w:rPr>
        <w:t xml:space="preserve"> Yeah.</w:t>
      </w:r>
    </w:p>
    <w:p w14:paraId="01F5F97E" w14:textId="77777777" w:rsidR="00624AE9" w:rsidRDefault="00624AE9">
      <w:pPr>
        <w:spacing w:after="0"/>
      </w:pPr>
    </w:p>
    <w:p w14:paraId="547110C4" w14:textId="77777777" w:rsidR="00624AE9" w:rsidRDefault="00C13212">
      <w:pPr>
        <w:spacing w:after="0"/>
      </w:pPr>
      <w:r>
        <w:rPr>
          <w:rFonts w:ascii="Arial" w:hAnsi="Arial"/>
          <w:b/>
        </w:rPr>
        <w:t xml:space="preserve">Interviewer E:  </w:t>
      </w:r>
      <w:r>
        <w:rPr>
          <w:rFonts w:ascii="Arial" w:hAnsi="Arial"/>
          <w:color w:val="5D7284"/>
        </w:rPr>
        <w:t>11:18</w:t>
      </w:r>
    </w:p>
    <w:p w14:paraId="109D1FAD" w14:textId="77777777" w:rsidR="00624AE9" w:rsidRDefault="00C13212">
      <w:pPr>
        <w:spacing w:after="0"/>
      </w:pPr>
      <w:r>
        <w:rPr>
          <w:rFonts w:ascii="Arial" w:hAnsi="Arial"/>
        </w:rPr>
        <w:t>Well now you know.</w:t>
      </w:r>
    </w:p>
    <w:p w14:paraId="76D4EC9D" w14:textId="77777777" w:rsidR="00624AE9" w:rsidRDefault="00624AE9">
      <w:pPr>
        <w:spacing w:after="0"/>
      </w:pPr>
    </w:p>
    <w:p w14:paraId="618628C9" w14:textId="77777777" w:rsidR="00624AE9" w:rsidRDefault="00C13212">
      <w:pPr>
        <w:spacing w:after="0"/>
      </w:pPr>
      <w:r>
        <w:rPr>
          <w:rFonts w:ascii="Arial" w:hAnsi="Arial"/>
          <w:b/>
        </w:rPr>
        <w:t xml:space="preserve">Participant #11:  </w:t>
      </w:r>
      <w:r>
        <w:rPr>
          <w:rFonts w:ascii="Arial" w:hAnsi="Arial"/>
          <w:color w:val="5D7284"/>
        </w:rPr>
        <w:t>11:19</w:t>
      </w:r>
    </w:p>
    <w:p w14:paraId="72D79A7B" w14:textId="77777777" w:rsidR="00624AE9" w:rsidRDefault="00C13212">
      <w:pPr>
        <w:spacing w:after="0"/>
      </w:pPr>
      <w:r>
        <w:rPr>
          <w:rFonts w:ascii="Arial" w:hAnsi="Arial"/>
        </w:rPr>
        <w:t>Yeah, exactly.</w:t>
      </w:r>
    </w:p>
    <w:p w14:paraId="544E5D5D" w14:textId="77777777" w:rsidR="00624AE9" w:rsidRDefault="00624AE9">
      <w:pPr>
        <w:spacing w:after="0"/>
      </w:pPr>
    </w:p>
    <w:p w14:paraId="5D609C37" w14:textId="77777777" w:rsidR="00624AE9" w:rsidRDefault="00C13212">
      <w:pPr>
        <w:spacing w:after="0"/>
      </w:pPr>
      <w:r>
        <w:rPr>
          <w:rFonts w:ascii="Arial" w:hAnsi="Arial"/>
          <w:b/>
        </w:rPr>
        <w:t xml:space="preserve">Interviewer P:  </w:t>
      </w:r>
      <w:r>
        <w:rPr>
          <w:rFonts w:ascii="Arial" w:hAnsi="Arial"/>
          <w:color w:val="5D7284"/>
        </w:rPr>
        <w:t>11:26</w:t>
      </w:r>
    </w:p>
    <w:p w14:paraId="5E55C53E" w14:textId="77777777" w:rsidR="00624AE9" w:rsidRDefault="00C13212">
      <w:pPr>
        <w:spacing w:after="0"/>
      </w:pPr>
      <w:r>
        <w:rPr>
          <w:rFonts w:ascii="Arial" w:hAnsi="Arial"/>
        </w:rPr>
        <w:lastRenderedPageBreak/>
        <w:t>Alright, so green again. The green is the salty one right.</w:t>
      </w:r>
    </w:p>
    <w:p w14:paraId="1B7CBE82" w14:textId="77777777" w:rsidR="00624AE9" w:rsidRDefault="00624AE9">
      <w:pPr>
        <w:spacing w:after="0"/>
      </w:pPr>
    </w:p>
    <w:p w14:paraId="1BA532AF" w14:textId="77777777" w:rsidR="00624AE9" w:rsidRDefault="00C13212">
      <w:pPr>
        <w:spacing w:after="0"/>
      </w:pPr>
      <w:r>
        <w:rPr>
          <w:rFonts w:ascii="Arial" w:hAnsi="Arial"/>
          <w:b/>
        </w:rPr>
        <w:t xml:space="preserve">Participant #11:  </w:t>
      </w:r>
      <w:r>
        <w:rPr>
          <w:rFonts w:ascii="Arial" w:hAnsi="Arial"/>
          <w:color w:val="5D7284"/>
        </w:rPr>
        <w:t>11:32</w:t>
      </w:r>
    </w:p>
    <w:p w14:paraId="2B96128E" w14:textId="77777777" w:rsidR="00624AE9" w:rsidRDefault="00C13212">
      <w:pPr>
        <w:spacing w:after="0"/>
      </w:pPr>
      <w:r>
        <w:rPr>
          <w:rFonts w:ascii="Arial" w:hAnsi="Arial"/>
        </w:rPr>
        <w:t xml:space="preserve"> Yes. </w:t>
      </w:r>
    </w:p>
    <w:p w14:paraId="3752A728" w14:textId="77777777" w:rsidR="00624AE9" w:rsidRDefault="00624AE9">
      <w:pPr>
        <w:spacing w:after="0"/>
      </w:pPr>
    </w:p>
    <w:p w14:paraId="78E36DA3" w14:textId="77777777" w:rsidR="00624AE9" w:rsidRDefault="00C13212">
      <w:pPr>
        <w:spacing w:after="0"/>
      </w:pPr>
      <w:r>
        <w:rPr>
          <w:rFonts w:ascii="Arial" w:hAnsi="Arial"/>
          <w:b/>
        </w:rPr>
        <w:t xml:space="preserve">Interviewer P:  </w:t>
      </w:r>
      <w:r>
        <w:rPr>
          <w:rFonts w:ascii="Arial" w:hAnsi="Arial"/>
          <w:color w:val="5D7284"/>
        </w:rPr>
        <w:t>11:32</w:t>
      </w:r>
    </w:p>
    <w:p w14:paraId="47F20AB0" w14:textId="77777777" w:rsidR="00624AE9" w:rsidRDefault="00C13212">
      <w:pPr>
        <w:spacing w:after="0"/>
      </w:pPr>
      <w:r>
        <w:rPr>
          <w:rFonts w:ascii="Arial" w:hAnsi="Arial"/>
        </w:rPr>
        <w:t>Okay. And yellow is the fresh. Right.</w:t>
      </w:r>
    </w:p>
    <w:p w14:paraId="2B90E12C" w14:textId="77777777" w:rsidR="00624AE9" w:rsidRDefault="00624AE9">
      <w:pPr>
        <w:spacing w:after="0"/>
      </w:pPr>
    </w:p>
    <w:p w14:paraId="701B29A7" w14:textId="77777777" w:rsidR="00624AE9" w:rsidRDefault="00C13212">
      <w:pPr>
        <w:spacing w:after="0"/>
      </w:pPr>
      <w:r>
        <w:rPr>
          <w:rFonts w:ascii="Arial" w:hAnsi="Arial"/>
          <w:b/>
        </w:rPr>
        <w:t xml:space="preserve">Participant #11:  </w:t>
      </w:r>
      <w:r>
        <w:rPr>
          <w:rFonts w:ascii="Arial" w:hAnsi="Arial"/>
          <w:color w:val="5D7284"/>
        </w:rPr>
        <w:t>12:10</w:t>
      </w:r>
    </w:p>
    <w:p w14:paraId="5D19CF3F" w14:textId="77777777" w:rsidR="00624AE9" w:rsidRDefault="00C13212">
      <w:pPr>
        <w:spacing w:after="0"/>
      </w:pPr>
      <w:r>
        <w:rPr>
          <w:rFonts w:ascii="Arial" w:hAnsi="Arial"/>
        </w:rPr>
        <w:t>Green Salty or yellow salty?</w:t>
      </w:r>
    </w:p>
    <w:p w14:paraId="42308D29" w14:textId="77777777" w:rsidR="00624AE9" w:rsidRDefault="00624AE9">
      <w:pPr>
        <w:spacing w:after="0"/>
      </w:pPr>
    </w:p>
    <w:p w14:paraId="5BA43F9A" w14:textId="77777777" w:rsidR="00624AE9" w:rsidRDefault="00C13212">
      <w:pPr>
        <w:spacing w:after="0"/>
      </w:pPr>
      <w:r>
        <w:rPr>
          <w:rFonts w:ascii="Arial" w:hAnsi="Arial"/>
          <w:b/>
        </w:rPr>
        <w:t xml:space="preserve">Interviewer P:  </w:t>
      </w:r>
      <w:r>
        <w:rPr>
          <w:rFonts w:ascii="Arial" w:hAnsi="Arial"/>
          <w:color w:val="5D7284"/>
        </w:rPr>
        <w:t>12:12</w:t>
      </w:r>
    </w:p>
    <w:p w14:paraId="4728CB64" w14:textId="02D67672" w:rsidR="00624AE9" w:rsidRDefault="00C13212">
      <w:pPr>
        <w:spacing w:after="0"/>
      </w:pPr>
      <w:r>
        <w:rPr>
          <w:rFonts w:ascii="Arial" w:hAnsi="Arial"/>
        </w:rPr>
        <w:t xml:space="preserve">Green is salty. </w:t>
      </w:r>
      <w:r w:rsidR="00B208B0">
        <w:rPr>
          <w:rFonts w:ascii="Arial" w:hAnsi="Arial"/>
        </w:rPr>
        <w:t>So,</w:t>
      </w:r>
      <w:r>
        <w:rPr>
          <w:rFonts w:ascii="Arial" w:hAnsi="Arial"/>
        </w:rPr>
        <w:t xml:space="preserve"> does that surprise you? </w:t>
      </w:r>
    </w:p>
    <w:p w14:paraId="030F8A02" w14:textId="77777777" w:rsidR="00624AE9" w:rsidRDefault="00624AE9">
      <w:pPr>
        <w:spacing w:after="0"/>
      </w:pPr>
    </w:p>
    <w:p w14:paraId="062E1791" w14:textId="77777777" w:rsidR="00624AE9" w:rsidRDefault="00C13212">
      <w:pPr>
        <w:spacing w:after="0"/>
      </w:pPr>
      <w:r>
        <w:rPr>
          <w:rFonts w:ascii="Arial" w:hAnsi="Arial"/>
          <w:b/>
        </w:rPr>
        <w:t xml:space="preserve">Participant #11:  </w:t>
      </w:r>
      <w:r>
        <w:rPr>
          <w:rFonts w:ascii="Arial" w:hAnsi="Arial"/>
          <w:color w:val="5D7284"/>
        </w:rPr>
        <w:t>12:44</w:t>
      </w:r>
    </w:p>
    <w:p w14:paraId="314AC8EE" w14:textId="77777777" w:rsidR="00624AE9" w:rsidRDefault="00C13212">
      <w:pPr>
        <w:spacing w:after="0"/>
      </w:pPr>
      <w:r>
        <w:rPr>
          <w:rFonts w:ascii="Arial" w:hAnsi="Arial"/>
        </w:rPr>
        <w:t>A little bit.</w:t>
      </w:r>
    </w:p>
    <w:p w14:paraId="1D0B263B" w14:textId="77777777" w:rsidR="00624AE9" w:rsidRDefault="00624AE9">
      <w:pPr>
        <w:spacing w:after="0"/>
      </w:pPr>
    </w:p>
    <w:p w14:paraId="4FC6541D" w14:textId="77777777" w:rsidR="00624AE9" w:rsidRDefault="00C13212">
      <w:pPr>
        <w:spacing w:after="0"/>
      </w:pPr>
      <w:r>
        <w:rPr>
          <w:rFonts w:ascii="Arial" w:hAnsi="Arial"/>
          <w:b/>
        </w:rPr>
        <w:t xml:space="preserve">Interviewer P:  </w:t>
      </w:r>
      <w:r>
        <w:rPr>
          <w:rFonts w:ascii="Arial" w:hAnsi="Arial"/>
          <w:color w:val="5D7284"/>
        </w:rPr>
        <w:t>12:44</w:t>
      </w:r>
    </w:p>
    <w:p w14:paraId="0695BC99" w14:textId="77777777" w:rsidR="00624AE9" w:rsidRDefault="00C13212">
      <w:pPr>
        <w:spacing w:after="0"/>
      </w:pPr>
      <w:r>
        <w:rPr>
          <w:rFonts w:ascii="Arial" w:hAnsi="Arial"/>
        </w:rPr>
        <w:t>I'll put his behind it a little bit so you can see.</w:t>
      </w:r>
    </w:p>
    <w:p w14:paraId="3970E7D0" w14:textId="77777777" w:rsidR="00624AE9" w:rsidRDefault="00624AE9">
      <w:pPr>
        <w:spacing w:after="0"/>
      </w:pPr>
    </w:p>
    <w:p w14:paraId="3B79F32D" w14:textId="77777777" w:rsidR="00624AE9" w:rsidRDefault="00C13212">
      <w:pPr>
        <w:spacing w:after="0"/>
      </w:pPr>
      <w:r>
        <w:rPr>
          <w:rFonts w:ascii="Arial" w:hAnsi="Arial"/>
          <w:b/>
        </w:rPr>
        <w:t xml:space="preserve">Participant #11:  </w:t>
      </w:r>
      <w:r>
        <w:rPr>
          <w:rFonts w:ascii="Arial" w:hAnsi="Arial"/>
          <w:color w:val="5D7284"/>
        </w:rPr>
        <w:t>12:47</w:t>
      </w:r>
    </w:p>
    <w:p w14:paraId="5072CC4E" w14:textId="79C76AD6" w:rsidR="00624AE9" w:rsidRDefault="00C13212">
      <w:pPr>
        <w:spacing w:after="0"/>
      </w:pPr>
      <w:r>
        <w:rPr>
          <w:rFonts w:ascii="Arial" w:hAnsi="Arial"/>
        </w:rPr>
        <w:t xml:space="preserve"> Yeah. I thought the salty. The green would be on the top. Because I know like if you put something in liquid that salty it floats, fingered the salt would be at the top, to make it float. But I also noticed the yellow was like it almost looked oily. Almost. I don't know why, but I thought that, I don't know maybe. I thought the green would be on top. </w:t>
      </w:r>
      <w:r w:rsidR="00B208B0">
        <w:rPr>
          <w:rFonts w:ascii="Arial" w:hAnsi="Arial"/>
        </w:rPr>
        <w:t>So,</w:t>
      </w:r>
      <w:r>
        <w:rPr>
          <w:rFonts w:ascii="Arial" w:hAnsi="Arial"/>
        </w:rPr>
        <w:t xml:space="preserve"> I was a little surprised. Yeah.</w:t>
      </w:r>
    </w:p>
    <w:p w14:paraId="5F14A6B3" w14:textId="77777777" w:rsidR="00624AE9" w:rsidRDefault="00624AE9">
      <w:pPr>
        <w:spacing w:after="0"/>
      </w:pPr>
    </w:p>
    <w:p w14:paraId="364BFD1D" w14:textId="77777777" w:rsidR="00624AE9" w:rsidRDefault="00C13212">
      <w:pPr>
        <w:spacing w:after="0"/>
      </w:pPr>
      <w:r>
        <w:rPr>
          <w:rFonts w:ascii="Arial" w:hAnsi="Arial"/>
          <w:b/>
        </w:rPr>
        <w:t xml:space="preserve">Interviewer P:  </w:t>
      </w:r>
      <w:r>
        <w:rPr>
          <w:rFonts w:ascii="Arial" w:hAnsi="Arial"/>
          <w:color w:val="5D7284"/>
        </w:rPr>
        <w:t>13:21</w:t>
      </w:r>
    </w:p>
    <w:p w14:paraId="1C3A2471" w14:textId="77777777" w:rsidR="00624AE9" w:rsidRDefault="00C13212">
      <w:pPr>
        <w:spacing w:after="0"/>
      </w:pPr>
      <w:r>
        <w:rPr>
          <w:rFonts w:ascii="Arial" w:hAnsi="Arial"/>
        </w:rPr>
        <w:t xml:space="preserve">Here you said that you thought they would mix? </w:t>
      </w:r>
    </w:p>
    <w:p w14:paraId="7D94D3E5" w14:textId="77777777" w:rsidR="00624AE9" w:rsidRDefault="00624AE9">
      <w:pPr>
        <w:spacing w:after="0"/>
      </w:pPr>
    </w:p>
    <w:p w14:paraId="5191F805" w14:textId="77777777" w:rsidR="00624AE9" w:rsidRDefault="00C13212">
      <w:pPr>
        <w:spacing w:after="0"/>
      </w:pPr>
      <w:r>
        <w:rPr>
          <w:rFonts w:ascii="Arial" w:hAnsi="Arial"/>
          <w:b/>
        </w:rPr>
        <w:t xml:space="preserve">Participant #11:  </w:t>
      </w:r>
      <w:r>
        <w:rPr>
          <w:rFonts w:ascii="Arial" w:hAnsi="Arial"/>
          <w:color w:val="5D7284"/>
        </w:rPr>
        <w:t>13:23</w:t>
      </w:r>
    </w:p>
    <w:p w14:paraId="67E4AD02" w14:textId="77777777" w:rsidR="00624AE9" w:rsidRDefault="00C13212">
      <w:pPr>
        <w:spacing w:after="0"/>
      </w:pPr>
      <w:r>
        <w:rPr>
          <w:rFonts w:ascii="Arial" w:hAnsi="Arial"/>
        </w:rPr>
        <w:t>Yeah. I was completely wrong.</w:t>
      </w:r>
    </w:p>
    <w:p w14:paraId="4ACE13B9" w14:textId="77777777" w:rsidR="00624AE9" w:rsidRDefault="00624AE9">
      <w:pPr>
        <w:spacing w:after="0"/>
      </w:pPr>
    </w:p>
    <w:p w14:paraId="5ED76C8F" w14:textId="77777777" w:rsidR="00624AE9" w:rsidRDefault="00C13212">
      <w:pPr>
        <w:spacing w:after="0"/>
      </w:pPr>
      <w:r>
        <w:rPr>
          <w:rFonts w:ascii="Arial" w:hAnsi="Arial"/>
          <w:b/>
        </w:rPr>
        <w:t xml:space="preserve">Interviewer P:  </w:t>
      </w:r>
      <w:r>
        <w:rPr>
          <w:rFonts w:ascii="Arial" w:hAnsi="Arial"/>
          <w:color w:val="5D7284"/>
        </w:rPr>
        <w:t>13:26</w:t>
      </w:r>
    </w:p>
    <w:p w14:paraId="096C8750" w14:textId="77777777" w:rsidR="00624AE9" w:rsidRDefault="00C13212">
      <w:pPr>
        <w:spacing w:after="0"/>
      </w:pPr>
      <w:r>
        <w:rPr>
          <w:rFonts w:ascii="Arial" w:hAnsi="Arial"/>
        </w:rPr>
        <w:t>But then after that you thought that if one would be at the top that it would be the green?  Yeah.</w:t>
      </w:r>
    </w:p>
    <w:p w14:paraId="238FC7FA" w14:textId="77777777" w:rsidR="00624AE9" w:rsidRDefault="00624AE9">
      <w:pPr>
        <w:spacing w:after="0"/>
      </w:pPr>
    </w:p>
    <w:p w14:paraId="5DF79956" w14:textId="77777777" w:rsidR="00624AE9" w:rsidRDefault="00C13212">
      <w:pPr>
        <w:spacing w:after="0"/>
      </w:pPr>
      <w:r>
        <w:rPr>
          <w:rFonts w:ascii="Arial" w:hAnsi="Arial"/>
          <w:b/>
        </w:rPr>
        <w:t xml:space="preserve">Participant #11:  </w:t>
      </w:r>
      <w:r>
        <w:rPr>
          <w:rFonts w:ascii="Arial" w:hAnsi="Arial"/>
          <w:color w:val="5D7284"/>
        </w:rPr>
        <w:t>13:32</w:t>
      </w:r>
    </w:p>
    <w:p w14:paraId="7EC25812" w14:textId="77777777" w:rsidR="00624AE9" w:rsidRDefault="00C13212">
      <w:pPr>
        <w:spacing w:after="0"/>
      </w:pPr>
      <w:r>
        <w:rPr>
          <w:rFonts w:ascii="Arial" w:hAnsi="Arial"/>
        </w:rPr>
        <w:t>Yeah. Yeah. I yeah, I initially thought they would mix together. But if I were to choose, which would be on top.</w:t>
      </w:r>
    </w:p>
    <w:p w14:paraId="00B9B6F5" w14:textId="77777777" w:rsidR="00624AE9" w:rsidRDefault="00624AE9">
      <w:pPr>
        <w:spacing w:after="0"/>
      </w:pPr>
    </w:p>
    <w:p w14:paraId="6FAC979D" w14:textId="77777777" w:rsidR="00624AE9" w:rsidRDefault="00C13212">
      <w:pPr>
        <w:spacing w:after="0"/>
      </w:pPr>
      <w:r>
        <w:rPr>
          <w:rFonts w:ascii="Arial" w:hAnsi="Arial"/>
          <w:b/>
        </w:rPr>
        <w:t xml:space="preserve">Interviewer P:  </w:t>
      </w:r>
      <w:r>
        <w:rPr>
          <w:rFonts w:ascii="Arial" w:hAnsi="Arial"/>
          <w:color w:val="5D7284"/>
        </w:rPr>
        <w:t>13:38</w:t>
      </w:r>
    </w:p>
    <w:p w14:paraId="4B414E3B" w14:textId="77777777" w:rsidR="00624AE9" w:rsidRDefault="00C13212">
      <w:pPr>
        <w:spacing w:after="0"/>
      </w:pPr>
      <w:r>
        <w:rPr>
          <w:rFonts w:ascii="Arial" w:hAnsi="Arial"/>
        </w:rPr>
        <w:t>Yeah.</w:t>
      </w:r>
    </w:p>
    <w:p w14:paraId="23631DE7" w14:textId="77777777" w:rsidR="00624AE9" w:rsidRDefault="00624AE9">
      <w:pPr>
        <w:spacing w:after="0"/>
      </w:pPr>
    </w:p>
    <w:p w14:paraId="2C7EF30C" w14:textId="77777777" w:rsidR="00624AE9" w:rsidRDefault="00C13212">
      <w:pPr>
        <w:spacing w:after="0"/>
      </w:pPr>
      <w:r>
        <w:rPr>
          <w:rFonts w:ascii="Arial" w:hAnsi="Arial"/>
          <w:b/>
        </w:rPr>
        <w:t xml:space="preserve">Participant #11:  </w:t>
      </w:r>
      <w:r>
        <w:rPr>
          <w:rFonts w:ascii="Arial" w:hAnsi="Arial"/>
          <w:color w:val="5D7284"/>
        </w:rPr>
        <w:t>13:39</w:t>
      </w:r>
    </w:p>
    <w:p w14:paraId="1D3EDBD1" w14:textId="77777777" w:rsidR="00624AE9" w:rsidRDefault="00C13212">
      <w:pPr>
        <w:spacing w:after="0"/>
      </w:pPr>
      <w:r>
        <w:rPr>
          <w:rFonts w:ascii="Arial" w:hAnsi="Arial"/>
        </w:rPr>
        <w:t xml:space="preserve"> I definitely would</w:t>
      </w:r>
      <w:r>
        <w:rPr>
          <w:rFonts w:ascii="Arial" w:hAnsi="Arial"/>
        </w:rPr>
        <w:t xml:space="preserve"> have chosen green to be on top. </w:t>
      </w:r>
    </w:p>
    <w:p w14:paraId="0F83AD35" w14:textId="77777777" w:rsidR="00624AE9" w:rsidRDefault="00624AE9">
      <w:pPr>
        <w:spacing w:after="0"/>
      </w:pPr>
    </w:p>
    <w:p w14:paraId="49987A48" w14:textId="77777777" w:rsidR="00624AE9" w:rsidRDefault="00C13212">
      <w:pPr>
        <w:spacing w:after="0"/>
      </w:pPr>
      <w:r>
        <w:rPr>
          <w:rFonts w:ascii="Arial" w:hAnsi="Arial"/>
          <w:b/>
        </w:rPr>
        <w:t xml:space="preserve">Interviewer P:  </w:t>
      </w:r>
      <w:r>
        <w:rPr>
          <w:rFonts w:ascii="Arial" w:hAnsi="Arial"/>
          <w:color w:val="5D7284"/>
        </w:rPr>
        <w:t>13:41</w:t>
      </w:r>
    </w:p>
    <w:p w14:paraId="7998068D" w14:textId="77777777" w:rsidR="00624AE9" w:rsidRDefault="00C13212">
      <w:pPr>
        <w:spacing w:after="0"/>
      </w:pPr>
      <w:r>
        <w:rPr>
          <w:rFonts w:ascii="Arial" w:hAnsi="Arial"/>
        </w:rPr>
        <w:t>Yeah.</w:t>
      </w:r>
    </w:p>
    <w:p w14:paraId="58404CBA" w14:textId="77777777" w:rsidR="00624AE9" w:rsidRDefault="00624AE9">
      <w:pPr>
        <w:spacing w:after="0"/>
      </w:pPr>
    </w:p>
    <w:p w14:paraId="35CC5F00" w14:textId="77777777" w:rsidR="00624AE9" w:rsidRDefault="00C13212">
      <w:pPr>
        <w:spacing w:after="0"/>
      </w:pPr>
      <w:r>
        <w:rPr>
          <w:rFonts w:ascii="Arial" w:hAnsi="Arial"/>
          <w:b/>
        </w:rPr>
        <w:t xml:space="preserve">Participant #11:  </w:t>
      </w:r>
      <w:r>
        <w:rPr>
          <w:rFonts w:ascii="Arial" w:hAnsi="Arial"/>
          <w:color w:val="5D7284"/>
        </w:rPr>
        <w:t>13:44</w:t>
      </w:r>
    </w:p>
    <w:p w14:paraId="7C655E42" w14:textId="77777777" w:rsidR="00624AE9" w:rsidRDefault="00C13212">
      <w:pPr>
        <w:spacing w:after="0"/>
      </w:pPr>
      <w:r>
        <w:rPr>
          <w:rFonts w:ascii="Arial" w:hAnsi="Arial"/>
        </w:rPr>
        <w:t xml:space="preserve">Even though I didn't put that but. </w:t>
      </w:r>
    </w:p>
    <w:p w14:paraId="57DE1352" w14:textId="77777777" w:rsidR="00624AE9" w:rsidRDefault="00624AE9">
      <w:pPr>
        <w:spacing w:after="0"/>
      </w:pPr>
    </w:p>
    <w:p w14:paraId="7D9808AD" w14:textId="77777777" w:rsidR="00624AE9" w:rsidRDefault="00C13212">
      <w:pPr>
        <w:spacing w:after="0"/>
      </w:pPr>
      <w:r>
        <w:rPr>
          <w:rFonts w:ascii="Arial" w:hAnsi="Arial"/>
          <w:b/>
        </w:rPr>
        <w:t xml:space="preserve">Interviewer P:  </w:t>
      </w:r>
      <w:r>
        <w:rPr>
          <w:rFonts w:ascii="Arial" w:hAnsi="Arial"/>
          <w:color w:val="5D7284"/>
        </w:rPr>
        <w:t>13:45</w:t>
      </w:r>
    </w:p>
    <w:p w14:paraId="4C91D786" w14:textId="77777777" w:rsidR="00624AE9" w:rsidRDefault="00C13212">
      <w:pPr>
        <w:spacing w:after="0"/>
      </w:pPr>
      <w:r>
        <w:rPr>
          <w:rFonts w:ascii="Arial" w:hAnsi="Arial"/>
        </w:rPr>
        <w:t>And how do you think these layers will stay like this forever?</w:t>
      </w:r>
    </w:p>
    <w:p w14:paraId="12060121" w14:textId="77777777" w:rsidR="00624AE9" w:rsidRDefault="00624AE9">
      <w:pPr>
        <w:spacing w:after="0"/>
      </w:pPr>
    </w:p>
    <w:p w14:paraId="0B66137A" w14:textId="77777777" w:rsidR="00624AE9" w:rsidRDefault="00C13212">
      <w:pPr>
        <w:spacing w:after="0"/>
      </w:pPr>
      <w:r>
        <w:rPr>
          <w:rFonts w:ascii="Arial" w:hAnsi="Arial"/>
          <w:b/>
        </w:rPr>
        <w:t xml:space="preserve">Participant #11:  </w:t>
      </w:r>
      <w:r>
        <w:rPr>
          <w:rFonts w:ascii="Arial" w:hAnsi="Arial"/>
          <w:color w:val="5D7284"/>
        </w:rPr>
        <w:t>13:51</w:t>
      </w:r>
    </w:p>
    <w:p w14:paraId="6605E38B" w14:textId="0E9221A9" w:rsidR="00624AE9" w:rsidRDefault="00C13212">
      <w:pPr>
        <w:spacing w:after="0"/>
      </w:pPr>
      <w:r>
        <w:rPr>
          <w:rFonts w:ascii="Arial" w:hAnsi="Arial"/>
        </w:rPr>
        <w:t xml:space="preserve">Yeah, well, I don't know. Cuz, I mean, the salts completely dissolved. </w:t>
      </w:r>
      <w:r w:rsidR="00B208B0">
        <w:rPr>
          <w:rFonts w:ascii="Arial" w:hAnsi="Arial"/>
        </w:rPr>
        <w:t>So,</w:t>
      </w:r>
      <w:r>
        <w:rPr>
          <w:rFonts w:ascii="Arial" w:hAnsi="Arial"/>
        </w:rPr>
        <w:t xml:space="preserve"> there's nothing more that it can do. And they're both the same temperature so I feel like it'll stay.</w:t>
      </w:r>
    </w:p>
    <w:p w14:paraId="0AF73C7E" w14:textId="77777777" w:rsidR="00624AE9" w:rsidRDefault="00624AE9">
      <w:pPr>
        <w:spacing w:after="0"/>
      </w:pPr>
    </w:p>
    <w:p w14:paraId="49D85DF4" w14:textId="77777777" w:rsidR="00624AE9" w:rsidRDefault="00C13212">
      <w:pPr>
        <w:spacing w:after="0"/>
      </w:pPr>
      <w:r>
        <w:rPr>
          <w:rFonts w:ascii="Arial" w:hAnsi="Arial"/>
          <w:b/>
        </w:rPr>
        <w:t xml:space="preserve">Interviewer P:  </w:t>
      </w:r>
      <w:r>
        <w:rPr>
          <w:rFonts w:ascii="Arial" w:hAnsi="Arial"/>
          <w:color w:val="5D7284"/>
        </w:rPr>
        <w:t>14:04</w:t>
      </w:r>
    </w:p>
    <w:p w14:paraId="0C992B9E" w14:textId="77777777" w:rsidR="00624AE9" w:rsidRDefault="00C13212">
      <w:pPr>
        <w:spacing w:after="0"/>
      </w:pPr>
      <w:r>
        <w:rPr>
          <w:rFonts w:ascii="Arial" w:hAnsi="Arial"/>
        </w:rPr>
        <w:t>It'll stay?</w:t>
      </w:r>
    </w:p>
    <w:p w14:paraId="6B2AF4EF" w14:textId="77777777" w:rsidR="00624AE9" w:rsidRDefault="00624AE9">
      <w:pPr>
        <w:spacing w:after="0"/>
      </w:pPr>
    </w:p>
    <w:p w14:paraId="6A0358ED" w14:textId="77777777" w:rsidR="00624AE9" w:rsidRDefault="00C13212">
      <w:pPr>
        <w:spacing w:after="0"/>
      </w:pPr>
      <w:r>
        <w:rPr>
          <w:rFonts w:ascii="Arial" w:hAnsi="Arial"/>
          <w:b/>
        </w:rPr>
        <w:t xml:space="preserve">Participant #11:  </w:t>
      </w:r>
      <w:r>
        <w:rPr>
          <w:rFonts w:ascii="Arial" w:hAnsi="Arial"/>
          <w:color w:val="5D7284"/>
        </w:rPr>
        <w:t>14:05</w:t>
      </w:r>
    </w:p>
    <w:p w14:paraId="1D776FB7" w14:textId="77777777" w:rsidR="00624AE9" w:rsidRDefault="00C13212">
      <w:pPr>
        <w:spacing w:after="0"/>
      </w:pPr>
      <w:r>
        <w:rPr>
          <w:rFonts w:ascii="Arial" w:hAnsi="Arial"/>
        </w:rPr>
        <w:t xml:space="preserve">Yeah. </w:t>
      </w:r>
    </w:p>
    <w:p w14:paraId="0A057D60" w14:textId="77777777" w:rsidR="00624AE9" w:rsidRDefault="00624AE9">
      <w:pPr>
        <w:spacing w:after="0"/>
      </w:pPr>
    </w:p>
    <w:p w14:paraId="0FA780B4" w14:textId="77777777" w:rsidR="00624AE9" w:rsidRDefault="00C13212">
      <w:pPr>
        <w:spacing w:after="0"/>
      </w:pPr>
      <w:r>
        <w:rPr>
          <w:rFonts w:ascii="Arial" w:hAnsi="Arial"/>
          <w:b/>
        </w:rPr>
        <w:t xml:space="preserve">Interviewer P:  </w:t>
      </w:r>
      <w:r>
        <w:rPr>
          <w:rFonts w:ascii="Arial" w:hAnsi="Arial"/>
          <w:color w:val="5D7284"/>
        </w:rPr>
        <w:t>14:06</w:t>
      </w:r>
    </w:p>
    <w:p w14:paraId="28012F0B" w14:textId="77777777" w:rsidR="00624AE9" w:rsidRDefault="00C13212">
      <w:pPr>
        <w:spacing w:after="0"/>
      </w:pPr>
      <w:r>
        <w:rPr>
          <w:rFonts w:ascii="Arial" w:hAnsi="Arial"/>
        </w:rPr>
        <w:t>And like forever?</w:t>
      </w:r>
    </w:p>
    <w:p w14:paraId="50766E92" w14:textId="77777777" w:rsidR="00624AE9" w:rsidRDefault="00624AE9">
      <w:pPr>
        <w:spacing w:after="0"/>
      </w:pPr>
    </w:p>
    <w:p w14:paraId="6A7CAC01" w14:textId="77777777" w:rsidR="00624AE9" w:rsidRDefault="00C13212">
      <w:pPr>
        <w:spacing w:after="0"/>
      </w:pPr>
      <w:r>
        <w:rPr>
          <w:rFonts w:ascii="Arial" w:hAnsi="Arial"/>
          <w:b/>
        </w:rPr>
        <w:t xml:space="preserve">Participant #11:  </w:t>
      </w:r>
      <w:r>
        <w:rPr>
          <w:rFonts w:ascii="Arial" w:hAnsi="Arial"/>
          <w:color w:val="5D7284"/>
        </w:rPr>
        <w:t>14:09</w:t>
      </w:r>
    </w:p>
    <w:p w14:paraId="4BDFA1D1" w14:textId="77777777" w:rsidR="00624AE9" w:rsidRDefault="00C13212">
      <w:pPr>
        <w:spacing w:after="0"/>
      </w:pPr>
      <w:r>
        <w:rPr>
          <w:rFonts w:ascii="Arial" w:hAnsi="Arial"/>
        </w:rPr>
        <w:t>Yeah. Yeah, unless like something was added to it. I feel like like the salts not going anywhere. And if salt doesn't go anywhere, the green will stay on the bottom so forever.</w:t>
      </w:r>
    </w:p>
    <w:p w14:paraId="5D4FA7A4" w14:textId="77777777" w:rsidR="00624AE9" w:rsidRDefault="00624AE9">
      <w:pPr>
        <w:spacing w:after="0"/>
      </w:pPr>
    </w:p>
    <w:p w14:paraId="53DF1AD0" w14:textId="77777777" w:rsidR="00624AE9" w:rsidRDefault="00C13212">
      <w:pPr>
        <w:spacing w:after="0"/>
      </w:pPr>
      <w:r>
        <w:rPr>
          <w:rFonts w:ascii="Arial" w:hAnsi="Arial"/>
          <w:b/>
        </w:rPr>
        <w:t xml:space="preserve">Interviewer P:  </w:t>
      </w:r>
      <w:r>
        <w:rPr>
          <w:rFonts w:ascii="Arial" w:hAnsi="Arial"/>
          <w:color w:val="5D7284"/>
        </w:rPr>
        <w:t>14:22</w:t>
      </w:r>
    </w:p>
    <w:p w14:paraId="31148E68" w14:textId="700F5DFC" w:rsidR="00624AE9" w:rsidRDefault="00C13212">
      <w:pPr>
        <w:spacing w:after="0"/>
      </w:pPr>
      <w:r>
        <w:rPr>
          <w:rFonts w:ascii="Arial" w:hAnsi="Arial"/>
        </w:rPr>
        <w:t xml:space="preserve">Yep. Okay. Cool. All right. </w:t>
      </w:r>
      <w:r w:rsidR="00B208B0">
        <w:rPr>
          <w:rFonts w:ascii="Arial" w:hAnsi="Arial"/>
        </w:rPr>
        <w:t>So,</w:t>
      </w:r>
      <w:r>
        <w:rPr>
          <w:rFonts w:ascii="Arial" w:hAnsi="Arial"/>
        </w:rPr>
        <w:t xml:space="preserve"> I'm going to show you some time lapse videos that Erika made.</w:t>
      </w:r>
    </w:p>
    <w:p w14:paraId="7CA7F462" w14:textId="77777777" w:rsidR="00624AE9" w:rsidRDefault="00624AE9">
      <w:pPr>
        <w:spacing w:after="0"/>
      </w:pPr>
    </w:p>
    <w:p w14:paraId="5257542D" w14:textId="77777777" w:rsidR="00624AE9" w:rsidRDefault="00C13212">
      <w:pPr>
        <w:spacing w:after="0"/>
      </w:pPr>
      <w:r>
        <w:rPr>
          <w:rFonts w:ascii="Arial" w:hAnsi="Arial"/>
          <w:b/>
        </w:rPr>
        <w:t xml:space="preserve">Participant #11:  </w:t>
      </w:r>
      <w:r>
        <w:rPr>
          <w:rFonts w:ascii="Arial" w:hAnsi="Arial"/>
          <w:color w:val="5D7284"/>
        </w:rPr>
        <w:t>14:40</w:t>
      </w:r>
    </w:p>
    <w:p w14:paraId="7B4536DC" w14:textId="77777777" w:rsidR="00624AE9" w:rsidRDefault="00C13212">
      <w:pPr>
        <w:spacing w:after="0"/>
      </w:pPr>
      <w:r>
        <w:rPr>
          <w:rFonts w:ascii="Arial" w:hAnsi="Arial"/>
        </w:rPr>
        <w:t xml:space="preserve">I like your background. </w:t>
      </w:r>
    </w:p>
    <w:p w14:paraId="29568112" w14:textId="77777777" w:rsidR="00624AE9" w:rsidRDefault="00624AE9">
      <w:pPr>
        <w:spacing w:after="0"/>
      </w:pPr>
    </w:p>
    <w:p w14:paraId="76A25FA2" w14:textId="77777777" w:rsidR="00624AE9" w:rsidRDefault="00C13212">
      <w:pPr>
        <w:spacing w:after="0"/>
      </w:pPr>
      <w:r>
        <w:rPr>
          <w:rFonts w:ascii="Arial" w:hAnsi="Arial"/>
          <w:b/>
        </w:rPr>
        <w:t xml:space="preserve">Interviewer P:  </w:t>
      </w:r>
      <w:r>
        <w:rPr>
          <w:rFonts w:ascii="Arial" w:hAnsi="Arial"/>
          <w:color w:val="5D7284"/>
        </w:rPr>
        <w:t>14:42</w:t>
      </w:r>
    </w:p>
    <w:p w14:paraId="4E3BD0B9" w14:textId="77777777" w:rsidR="00624AE9" w:rsidRDefault="00C13212">
      <w:pPr>
        <w:spacing w:after="0"/>
      </w:pPr>
      <w:r>
        <w:rPr>
          <w:rFonts w:ascii="Arial" w:hAnsi="Arial"/>
        </w:rPr>
        <w:t>Thank you. I took that picture.</w:t>
      </w:r>
    </w:p>
    <w:p w14:paraId="67C3213F" w14:textId="77777777" w:rsidR="00624AE9" w:rsidRDefault="00624AE9">
      <w:pPr>
        <w:spacing w:after="0"/>
      </w:pPr>
    </w:p>
    <w:p w14:paraId="43DF5823" w14:textId="77777777" w:rsidR="00624AE9" w:rsidRDefault="00C13212">
      <w:pPr>
        <w:spacing w:after="0"/>
      </w:pPr>
      <w:r>
        <w:rPr>
          <w:rFonts w:ascii="Arial" w:hAnsi="Arial"/>
          <w:b/>
        </w:rPr>
        <w:t xml:space="preserve">Participant #11:  </w:t>
      </w:r>
      <w:r>
        <w:rPr>
          <w:rFonts w:ascii="Arial" w:hAnsi="Arial"/>
          <w:color w:val="5D7284"/>
        </w:rPr>
        <w:t>14:44</w:t>
      </w:r>
    </w:p>
    <w:p w14:paraId="6A44FFEB" w14:textId="5B90B685" w:rsidR="00624AE9" w:rsidRDefault="00C13212">
      <w:pPr>
        <w:spacing w:after="0"/>
      </w:pPr>
      <w:r>
        <w:rPr>
          <w:rFonts w:ascii="Arial" w:hAnsi="Arial"/>
        </w:rPr>
        <w:t xml:space="preserve">Is that </w:t>
      </w:r>
      <w:r w:rsidR="00B208B0">
        <w:rPr>
          <w:rFonts w:ascii="Arial" w:hAnsi="Arial"/>
        </w:rPr>
        <w:t>Antarctica</w:t>
      </w:r>
      <w:r>
        <w:rPr>
          <w:rFonts w:ascii="Arial" w:hAnsi="Arial"/>
        </w:rPr>
        <w:t>.</w:t>
      </w:r>
    </w:p>
    <w:p w14:paraId="741AC5F7" w14:textId="77777777" w:rsidR="00624AE9" w:rsidRDefault="00624AE9">
      <w:pPr>
        <w:spacing w:after="0"/>
      </w:pPr>
    </w:p>
    <w:p w14:paraId="42298EA4" w14:textId="77777777" w:rsidR="00624AE9" w:rsidRDefault="00C13212">
      <w:pPr>
        <w:spacing w:after="0"/>
      </w:pPr>
      <w:r>
        <w:rPr>
          <w:rFonts w:ascii="Arial" w:hAnsi="Arial"/>
          <w:b/>
        </w:rPr>
        <w:t xml:space="preserve">Interviewer P:  </w:t>
      </w:r>
      <w:r>
        <w:rPr>
          <w:rFonts w:ascii="Arial" w:hAnsi="Arial"/>
          <w:color w:val="5D7284"/>
        </w:rPr>
        <w:t>14:45</w:t>
      </w:r>
    </w:p>
    <w:p w14:paraId="4F51F16F" w14:textId="77777777" w:rsidR="00624AE9" w:rsidRDefault="00C13212">
      <w:pPr>
        <w:spacing w:after="0"/>
      </w:pPr>
      <w:r>
        <w:rPr>
          <w:rFonts w:ascii="Arial" w:hAnsi="Arial"/>
        </w:rPr>
        <w:t xml:space="preserve">It is in </w:t>
      </w:r>
      <w:r>
        <w:rPr>
          <w:rFonts w:ascii="Arial" w:hAnsi="Arial"/>
        </w:rPr>
        <w:t>the Arctic. So good guess.</w:t>
      </w:r>
    </w:p>
    <w:p w14:paraId="15A81096" w14:textId="77777777" w:rsidR="00624AE9" w:rsidRDefault="00624AE9">
      <w:pPr>
        <w:spacing w:after="0"/>
      </w:pPr>
    </w:p>
    <w:p w14:paraId="6B90F520" w14:textId="77777777" w:rsidR="00624AE9" w:rsidRDefault="00C13212">
      <w:pPr>
        <w:spacing w:after="0"/>
      </w:pPr>
      <w:r>
        <w:rPr>
          <w:rFonts w:ascii="Arial" w:hAnsi="Arial"/>
          <w:b/>
        </w:rPr>
        <w:t xml:space="preserve">Participant #11:  </w:t>
      </w:r>
      <w:r>
        <w:rPr>
          <w:rFonts w:ascii="Arial" w:hAnsi="Arial"/>
          <w:color w:val="5D7284"/>
        </w:rPr>
        <w:t>14:49</w:t>
      </w:r>
    </w:p>
    <w:p w14:paraId="3318B407" w14:textId="77777777" w:rsidR="00624AE9" w:rsidRDefault="00C13212">
      <w:pPr>
        <w:spacing w:after="0"/>
      </w:pPr>
      <w:r>
        <w:rPr>
          <w:rFonts w:ascii="Arial" w:hAnsi="Arial"/>
        </w:rPr>
        <w:t>My English teacher in middle school. Went to Antarctica on a cruise and she said it was beautiful.</w:t>
      </w:r>
    </w:p>
    <w:p w14:paraId="55BF3D7E" w14:textId="77777777" w:rsidR="00624AE9" w:rsidRDefault="00624AE9">
      <w:pPr>
        <w:spacing w:after="0"/>
      </w:pPr>
    </w:p>
    <w:p w14:paraId="24A6F985" w14:textId="77777777" w:rsidR="00624AE9" w:rsidRDefault="00C13212">
      <w:pPr>
        <w:spacing w:after="0"/>
      </w:pPr>
      <w:r>
        <w:rPr>
          <w:rFonts w:ascii="Arial" w:hAnsi="Arial"/>
          <w:b/>
        </w:rPr>
        <w:t xml:space="preserve">Interviewer P:  </w:t>
      </w:r>
      <w:r>
        <w:rPr>
          <w:rFonts w:ascii="Arial" w:hAnsi="Arial"/>
          <w:color w:val="5D7284"/>
        </w:rPr>
        <w:t>14:54</w:t>
      </w:r>
    </w:p>
    <w:p w14:paraId="34BF28A0" w14:textId="77777777" w:rsidR="00624AE9" w:rsidRDefault="00C13212">
      <w:pPr>
        <w:spacing w:after="0"/>
      </w:pPr>
      <w:r>
        <w:rPr>
          <w:rFonts w:ascii="Arial" w:hAnsi="Arial"/>
        </w:rPr>
        <w:t xml:space="preserve">Hm cool. </w:t>
      </w:r>
    </w:p>
    <w:p w14:paraId="24865CA4" w14:textId="77777777" w:rsidR="00624AE9" w:rsidRDefault="00624AE9">
      <w:pPr>
        <w:spacing w:after="0"/>
      </w:pPr>
    </w:p>
    <w:p w14:paraId="519CC33D" w14:textId="77777777" w:rsidR="00624AE9" w:rsidRDefault="00C13212">
      <w:pPr>
        <w:spacing w:after="0"/>
      </w:pPr>
      <w:r>
        <w:rPr>
          <w:rFonts w:ascii="Arial" w:hAnsi="Arial"/>
          <w:b/>
        </w:rPr>
        <w:t xml:space="preserve">Participant #11:  </w:t>
      </w:r>
      <w:r>
        <w:rPr>
          <w:rFonts w:ascii="Arial" w:hAnsi="Arial"/>
          <w:color w:val="5D7284"/>
        </w:rPr>
        <w:t>14:55</w:t>
      </w:r>
    </w:p>
    <w:p w14:paraId="05FAD5D4" w14:textId="77777777" w:rsidR="00624AE9" w:rsidRDefault="00C13212">
      <w:pPr>
        <w:spacing w:after="0"/>
      </w:pPr>
      <w:r>
        <w:rPr>
          <w:rFonts w:ascii="Arial" w:hAnsi="Arial"/>
        </w:rPr>
        <w:t>I've always wanted to go.</w:t>
      </w:r>
    </w:p>
    <w:p w14:paraId="02E9D141" w14:textId="77777777" w:rsidR="00624AE9" w:rsidRDefault="00624AE9">
      <w:pPr>
        <w:spacing w:after="0"/>
      </w:pPr>
    </w:p>
    <w:p w14:paraId="5F0D56AB" w14:textId="77777777" w:rsidR="00624AE9" w:rsidRDefault="00C13212">
      <w:pPr>
        <w:spacing w:after="0"/>
      </w:pPr>
      <w:r>
        <w:rPr>
          <w:rFonts w:ascii="Arial" w:hAnsi="Arial"/>
          <w:b/>
        </w:rPr>
        <w:t xml:space="preserve">Interviewer E:  </w:t>
      </w:r>
      <w:r>
        <w:rPr>
          <w:rFonts w:ascii="Arial" w:hAnsi="Arial"/>
          <w:color w:val="5D7284"/>
        </w:rPr>
        <w:t>14:57</w:t>
      </w:r>
    </w:p>
    <w:p w14:paraId="1DC2D6D6" w14:textId="77777777" w:rsidR="00624AE9" w:rsidRDefault="00C13212">
      <w:pPr>
        <w:spacing w:after="0"/>
      </w:pPr>
      <w:r>
        <w:rPr>
          <w:rFonts w:ascii="Arial" w:hAnsi="Arial"/>
        </w:rPr>
        <w:t xml:space="preserve"> Yeah, I heard you can hear like the ice.</w:t>
      </w:r>
    </w:p>
    <w:p w14:paraId="56B88BC2" w14:textId="77777777" w:rsidR="00624AE9" w:rsidRDefault="00624AE9">
      <w:pPr>
        <w:spacing w:after="0"/>
      </w:pPr>
    </w:p>
    <w:p w14:paraId="00D67E47" w14:textId="77777777" w:rsidR="00624AE9" w:rsidRDefault="00C13212">
      <w:pPr>
        <w:spacing w:after="0"/>
      </w:pPr>
      <w:r>
        <w:rPr>
          <w:rFonts w:ascii="Arial" w:hAnsi="Arial"/>
          <w:b/>
        </w:rPr>
        <w:t xml:space="preserve">Interviewer P:  </w:t>
      </w:r>
      <w:r>
        <w:rPr>
          <w:rFonts w:ascii="Arial" w:hAnsi="Arial"/>
          <w:color w:val="5D7284"/>
        </w:rPr>
        <w:t>15:00</w:t>
      </w:r>
    </w:p>
    <w:p w14:paraId="3FB71361" w14:textId="77777777" w:rsidR="00624AE9" w:rsidRDefault="00C13212">
      <w:pPr>
        <w:spacing w:after="0"/>
      </w:pPr>
      <w:r>
        <w:rPr>
          <w:rFonts w:ascii="Arial" w:hAnsi="Arial"/>
        </w:rPr>
        <w:t xml:space="preserve">It's it's amazing it is. </w:t>
      </w:r>
    </w:p>
    <w:p w14:paraId="6D6F42CF" w14:textId="77777777" w:rsidR="00624AE9" w:rsidRDefault="00624AE9">
      <w:pPr>
        <w:spacing w:after="0"/>
      </w:pPr>
    </w:p>
    <w:p w14:paraId="6062EAF2" w14:textId="77777777" w:rsidR="00624AE9" w:rsidRDefault="00C13212">
      <w:pPr>
        <w:spacing w:after="0"/>
      </w:pPr>
      <w:r>
        <w:rPr>
          <w:rFonts w:ascii="Arial" w:hAnsi="Arial"/>
          <w:b/>
        </w:rPr>
        <w:t xml:space="preserve">Participant #11:  </w:t>
      </w:r>
      <w:r>
        <w:rPr>
          <w:rFonts w:ascii="Arial" w:hAnsi="Arial"/>
          <w:color w:val="5D7284"/>
        </w:rPr>
        <w:t>15:02</w:t>
      </w:r>
    </w:p>
    <w:p w14:paraId="4DDC2765" w14:textId="77777777" w:rsidR="00624AE9" w:rsidRDefault="00C13212">
      <w:pPr>
        <w:spacing w:after="0"/>
      </w:pPr>
      <w:r>
        <w:rPr>
          <w:rFonts w:ascii="Arial" w:hAnsi="Arial"/>
        </w:rPr>
        <w:t>That's wild.</w:t>
      </w:r>
    </w:p>
    <w:p w14:paraId="11E03399" w14:textId="77777777" w:rsidR="00624AE9" w:rsidRDefault="00624AE9">
      <w:pPr>
        <w:spacing w:after="0"/>
      </w:pPr>
    </w:p>
    <w:p w14:paraId="61282941" w14:textId="77777777" w:rsidR="00624AE9" w:rsidRDefault="00C13212">
      <w:pPr>
        <w:spacing w:after="0"/>
      </w:pPr>
      <w:r>
        <w:rPr>
          <w:rFonts w:ascii="Arial" w:hAnsi="Arial"/>
          <w:b/>
        </w:rPr>
        <w:t xml:space="preserve">Interviewer P:  </w:t>
      </w:r>
      <w:r>
        <w:rPr>
          <w:rFonts w:ascii="Arial" w:hAnsi="Arial"/>
          <w:color w:val="5D7284"/>
        </w:rPr>
        <w:t>15:03</w:t>
      </w:r>
    </w:p>
    <w:p w14:paraId="5CC3970D" w14:textId="77777777" w:rsidR="00624AE9" w:rsidRDefault="00C13212">
      <w:pPr>
        <w:spacing w:after="0"/>
      </w:pPr>
      <w:r>
        <w:rPr>
          <w:rFonts w:ascii="Arial" w:hAnsi="Arial"/>
        </w:rPr>
        <w:t xml:space="preserve">Yeah. Yeah. </w:t>
      </w:r>
    </w:p>
    <w:p w14:paraId="5686B1E7" w14:textId="77777777" w:rsidR="00624AE9" w:rsidRDefault="00624AE9">
      <w:pPr>
        <w:spacing w:after="0"/>
      </w:pPr>
    </w:p>
    <w:p w14:paraId="0863BF24" w14:textId="77777777" w:rsidR="00624AE9" w:rsidRDefault="00C13212">
      <w:pPr>
        <w:spacing w:after="0"/>
      </w:pPr>
      <w:r>
        <w:rPr>
          <w:rFonts w:ascii="Arial" w:hAnsi="Arial"/>
          <w:b/>
        </w:rPr>
        <w:t xml:space="preserve">Interviewer E:  </w:t>
      </w:r>
      <w:r>
        <w:rPr>
          <w:rFonts w:ascii="Arial" w:hAnsi="Arial"/>
          <w:color w:val="5D7284"/>
        </w:rPr>
        <w:t>15:05</w:t>
      </w:r>
    </w:p>
    <w:p w14:paraId="75A881D8" w14:textId="77777777" w:rsidR="00624AE9" w:rsidRDefault="00C13212">
      <w:pPr>
        <w:spacing w:after="0"/>
      </w:pPr>
      <w:r>
        <w:rPr>
          <w:rFonts w:ascii="Arial" w:hAnsi="Arial"/>
        </w:rPr>
        <w:t>Imagine how long it probably is.</w:t>
      </w:r>
    </w:p>
    <w:p w14:paraId="5C8A3D65" w14:textId="77777777" w:rsidR="00624AE9" w:rsidRDefault="00624AE9">
      <w:pPr>
        <w:spacing w:after="0"/>
      </w:pPr>
    </w:p>
    <w:p w14:paraId="3E62242F" w14:textId="77777777" w:rsidR="00624AE9" w:rsidRDefault="00C13212">
      <w:pPr>
        <w:spacing w:after="0"/>
      </w:pPr>
      <w:r>
        <w:rPr>
          <w:rFonts w:ascii="Arial" w:hAnsi="Arial"/>
          <w:b/>
        </w:rPr>
        <w:t xml:space="preserve">Participant #11:  </w:t>
      </w:r>
      <w:r>
        <w:rPr>
          <w:rFonts w:ascii="Arial" w:hAnsi="Arial"/>
          <w:color w:val="5D7284"/>
        </w:rPr>
        <w:t>15:07</w:t>
      </w:r>
    </w:p>
    <w:p w14:paraId="5612E668" w14:textId="77777777" w:rsidR="00624AE9" w:rsidRDefault="00C13212">
      <w:pPr>
        <w:spacing w:after="0"/>
      </w:pPr>
      <w:r>
        <w:rPr>
          <w:rFonts w:ascii="Arial" w:hAnsi="Arial"/>
        </w:rPr>
        <w:t>Yeah.</w:t>
      </w:r>
    </w:p>
    <w:p w14:paraId="2E1DFAA0" w14:textId="77777777" w:rsidR="00624AE9" w:rsidRDefault="00624AE9">
      <w:pPr>
        <w:spacing w:after="0"/>
      </w:pPr>
    </w:p>
    <w:p w14:paraId="4F24939B" w14:textId="77777777" w:rsidR="00624AE9" w:rsidRDefault="00C13212">
      <w:pPr>
        <w:spacing w:after="0"/>
      </w:pPr>
      <w:r>
        <w:rPr>
          <w:rFonts w:ascii="Arial" w:hAnsi="Arial"/>
          <w:b/>
        </w:rPr>
        <w:t xml:space="preserve">Interviewer P:  </w:t>
      </w:r>
      <w:r>
        <w:rPr>
          <w:rFonts w:ascii="Arial" w:hAnsi="Arial"/>
          <w:color w:val="5D7284"/>
        </w:rPr>
        <w:t>15:07</w:t>
      </w:r>
    </w:p>
    <w:p w14:paraId="493F8616" w14:textId="77777777" w:rsidR="00624AE9" w:rsidRDefault="00C13212">
      <w:pPr>
        <w:spacing w:after="0"/>
      </w:pPr>
      <w:r>
        <w:rPr>
          <w:rFonts w:ascii="Arial" w:hAnsi="Arial"/>
        </w:rPr>
        <w:t>I'm just gonna some. My computer is old and when it's not plugged in the battery doesn't always hold.</w:t>
      </w:r>
    </w:p>
    <w:p w14:paraId="2507DF99" w14:textId="77777777" w:rsidR="00624AE9" w:rsidRDefault="00624AE9">
      <w:pPr>
        <w:spacing w:after="0"/>
      </w:pPr>
    </w:p>
    <w:p w14:paraId="3A19AFBF" w14:textId="77777777" w:rsidR="00624AE9" w:rsidRDefault="00C13212">
      <w:pPr>
        <w:spacing w:after="0"/>
      </w:pPr>
      <w:r>
        <w:rPr>
          <w:rFonts w:ascii="Arial" w:hAnsi="Arial"/>
          <w:b/>
        </w:rPr>
        <w:t xml:space="preserve">Participant #11:  </w:t>
      </w:r>
      <w:r>
        <w:rPr>
          <w:rFonts w:ascii="Arial" w:hAnsi="Arial"/>
          <w:color w:val="5D7284"/>
        </w:rPr>
        <w:t>15:15</w:t>
      </w:r>
    </w:p>
    <w:p w14:paraId="067810F3" w14:textId="77777777" w:rsidR="00624AE9" w:rsidRDefault="00C13212">
      <w:pPr>
        <w:spacing w:after="0"/>
      </w:pPr>
      <w:r>
        <w:rPr>
          <w:rFonts w:ascii="Arial" w:hAnsi="Arial"/>
        </w:rPr>
        <w:t>Mine the same I get it.</w:t>
      </w:r>
    </w:p>
    <w:p w14:paraId="472EF698" w14:textId="77777777" w:rsidR="00624AE9" w:rsidRDefault="00624AE9">
      <w:pPr>
        <w:spacing w:after="0"/>
      </w:pPr>
    </w:p>
    <w:p w14:paraId="6FB70786" w14:textId="77777777" w:rsidR="00624AE9" w:rsidRDefault="00C13212">
      <w:pPr>
        <w:spacing w:after="0"/>
      </w:pPr>
      <w:r>
        <w:rPr>
          <w:rFonts w:ascii="Arial" w:hAnsi="Arial"/>
          <w:b/>
        </w:rPr>
        <w:t xml:space="preserve">Interviewer P:  </w:t>
      </w:r>
      <w:r>
        <w:rPr>
          <w:rFonts w:ascii="Arial" w:hAnsi="Arial"/>
          <w:color w:val="5D7284"/>
        </w:rPr>
        <w:t>15:15</w:t>
      </w:r>
    </w:p>
    <w:p w14:paraId="5BA88582" w14:textId="2ECBA068" w:rsidR="00624AE9" w:rsidRDefault="00C13212">
      <w:pPr>
        <w:spacing w:after="0"/>
      </w:pPr>
      <w:r>
        <w:rPr>
          <w:rFonts w:ascii="Arial" w:hAnsi="Arial"/>
        </w:rPr>
        <w:t xml:space="preserve">Yeah but </w:t>
      </w:r>
      <w:r w:rsidR="00B208B0">
        <w:rPr>
          <w:rFonts w:ascii="Arial" w:hAnsi="Arial"/>
        </w:rPr>
        <w:t>yeah,</w:t>
      </w:r>
      <w:r>
        <w:rPr>
          <w:rFonts w:ascii="Arial" w:hAnsi="Arial"/>
        </w:rPr>
        <w:t xml:space="preserve"> we'll keep our fingers crossed. Okay, so we're gonna do this in the same order that I showed you so this is a time lapse of the hot and cold.</w:t>
      </w:r>
    </w:p>
    <w:p w14:paraId="6B16A05E" w14:textId="77777777" w:rsidR="00624AE9" w:rsidRDefault="00624AE9">
      <w:pPr>
        <w:spacing w:after="0"/>
      </w:pPr>
    </w:p>
    <w:p w14:paraId="5E1335AD" w14:textId="77777777" w:rsidR="00624AE9" w:rsidRDefault="00C13212">
      <w:pPr>
        <w:spacing w:after="0"/>
      </w:pPr>
      <w:r>
        <w:rPr>
          <w:rFonts w:ascii="Arial" w:hAnsi="Arial"/>
          <w:b/>
        </w:rPr>
        <w:t xml:space="preserve">Participant #11:  </w:t>
      </w:r>
      <w:r>
        <w:rPr>
          <w:rFonts w:ascii="Arial" w:hAnsi="Arial"/>
          <w:color w:val="5D7284"/>
        </w:rPr>
        <w:t>15:38</w:t>
      </w:r>
    </w:p>
    <w:p w14:paraId="21FF0D89" w14:textId="77777777" w:rsidR="00624AE9" w:rsidRDefault="00C13212">
      <w:pPr>
        <w:spacing w:after="0"/>
      </w:pPr>
      <w:r>
        <w:rPr>
          <w:rFonts w:ascii="Arial" w:hAnsi="Arial"/>
        </w:rPr>
        <w:t>See the stea like steam almost.</w:t>
      </w:r>
    </w:p>
    <w:p w14:paraId="50B6F285" w14:textId="77777777" w:rsidR="00624AE9" w:rsidRDefault="00624AE9">
      <w:pPr>
        <w:spacing w:after="0"/>
      </w:pPr>
    </w:p>
    <w:p w14:paraId="1582C989" w14:textId="77777777" w:rsidR="00624AE9" w:rsidRDefault="00C13212">
      <w:pPr>
        <w:spacing w:after="0"/>
      </w:pPr>
      <w:r>
        <w:rPr>
          <w:rFonts w:ascii="Arial" w:hAnsi="Arial"/>
          <w:b/>
        </w:rPr>
        <w:t xml:space="preserve">Interviewer P:  </w:t>
      </w:r>
      <w:r>
        <w:rPr>
          <w:rFonts w:ascii="Arial" w:hAnsi="Arial"/>
          <w:color w:val="5D7284"/>
        </w:rPr>
        <w:t>15:53</w:t>
      </w:r>
    </w:p>
    <w:p w14:paraId="557A51DA" w14:textId="77777777" w:rsidR="00624AE9" w:rsidRDefault="00C13212">
      <w:pPr>
        <w:spacing w:after="0"/>
      </w:pPr>
      <w:r>
        <w:rPr>
          <w:rFonts w:ascii="Arial" w:hAnsi="Arial"/>
        </w:rPr>
        <w:t>So that's about 33 seconds of video. Did anything about that surprise you?</w:t>
      </w:r>
    </w:p>
    <w:p w14:paraId="50A3042B" w14:textId="77777777" w:rsidR="00624AE9" w:rsidRDefault="00624AE9">
      <w:pPr>
        <w:spacing w:after="0"/>
      </w:pPr>
    </w:p>
    <w:p w14:paraId="18E3B5A6" w14:textId="77777777" w:rsidR="00624AE9" w:rsidRDefault="00C13212">
      <w:pPr>
        <w:spacing w:after="0"/>
      </w:pPr>
      <w:r>
        <w:rPr>
          <w:rFonts w:ascii="Arial" w:hAnsi="Arial"/>
          <w:b/>
        </w:rPr>
        <w:t xml:space="preserve">Participant #11:  </w:t>
      </w:r>
      <w:r>
        <w:rPr>
          <w:rFonts w:ascii="Arial" w:hAnsi="Arial"/>
          <w:color w:val="5D7284"/>
        </w:rPr>
        <w:t>16:01</w:t>
      </w:r>
    </w:p>
    <w:p w14:paraId="72BC547A" w14:textId="77777777" w:rsidR="00624AE9" w:rsidRDefault="00C13212">
      <w:pPr>
        <w:spacing w:after="0"/>
      </w:pPr>
      <w:r>
        <w:rPr>
          <w:rFonts w:ascii="Arial" w:hAnsi="Arial"/>
        </w:rPr>
        <w:t xml:space="preserve">How much time? </w:t>
      </w:r>
    </w:p>
    <w:p w14:paraId="3E01CED9" w14:textId="77777777" w:rsidR="00624AE9" w:rsidRDefault="00624AE9">
      <w:pPr>
        <w:spacing w:after="0"/>
      </w:pPr>
    </w:p>
    <w:p w14:paraId="66691E57" w14:textId="77777777" w:rsidR="00624AE9" w:rsidRDefault="00C13212">
      <w:pPr>
        <w:spacing w:after="0"/>
      </w:pPr>
      <w:r>
        <w:rPr>
          <w:rFonts w:ascii="Arial" w:hAnsi="Arial"/>
          <w:b/>
        </w:rPr>
        <w:lastRenderedPageBreak/>
        <w:t xml:space="preserve">Interviewer P:  </w:t>
      </w:r>
      <w:r>
        <w:rPr>
          <w:rFonts w:ascii="Arial" w:hAnsi="Arial"/>
          <w:color w:val="5D7284"/>
        </w:rPr>
        <w:t>16:03</w:t>
      </w:r>
    </w:p>
    <w:p w14:paraId="69BDE2B1" w14:textId="77777777" w:rsidR="00624AE9" w:rsidRDefault="00C13212">
      <w:pPr>
        <w:spacing w:after="0"/>
      </w:pPr>
      <w:r>
        <w:rPr>
          <w:rFonts w:ascii="Arial" w:hAnsi="Arial"/>
        </w:rPr>
        <w:t>That's my next question. It's shrunk down to 33 minutes about how much time do you think it'd be original.</w:t>
      </w:r>
    </w:p>
    <w:p w14:paraId="34AEA081" w14:textId="77777777" w:rsidR="00624AE9" w:rsidRDefault="00624AE9">
      <w:pPr>
        <w:spacing w:after="0"/>
      </w:pPr>
    </w:p>
    <w:p w14:paraId="2A504689" w14:textId="77777777" w:rsidR="00624AE9" w:rsidRDefault="00C13212">
      <w:pPr>
        <w:spacing w:after="0"/>
      </w:pPr>
      <w:r>
        <w:rPr>
          <w:rFonts w:ascii="Arial" w:hAnsi="Arial"/>
          <w:b/>
        </w:rPr>
        <w:t xml:space="preserve">Participant #11:  </w:t>
      </w:r>
      <w:r>
        <w:rPr>
          <w:rFonts w:ascii="Arial" w:hAnsi="Arial"/>
          <w:color w:val="5D7284"/>
        </w:rPr>
        <w:t>16:10</w:t>
      </w:r>
    </w:p>
    <w:p w14:paraId="64AECF28" w14:textId="77777777" w:rsidR="00624AE9" w:rsidRDefault="00C13212">
      <w:pPr>
        <w:spacing w:after="0"/>
      </w:pPr>
      <w:r>
        <w:rPr>
          <w:rFonts w:ascii="Arial" w:hAnsi="Arial"/>
        </w:rPr>
        <w:t xml:space="preserve">A couple of hours? </w:t>
      </w:r>
    </w:p>
    <w:p w14:paraId="214E261F" w14:textId="77777777" w:rsidR="00624AE9" w:rsidRDefault="00624AE9">
      <w:pPr>
        <w:spacing w:after="0"/>
      </w:pPr>
    </w:p>
    <w:p w14:paraId="4E193F04" w14:textId="77777777" w:rsidR="00624AE9" w:rsidRDefault="00C13212">
      <w:pPr>
        <w:spacing w:after="0"/>
      </w:pPr>
      <w:r>
        <w:rPr>
          <w:rFonts w:ascii="Arial" w:hAnsi="Arial"/>
          <w:b/>
        </w:rPr>
        <w:t xml:space="preserve">Interviewer P:  </w:t>
      </w:r>
      <w:r>
        <w:rPr>
          <w:rFonts w:ascii="Arial" w:hAnsi="Arial"/>
          <w:color w:val="5D7284"/>
        </w:rPr>
        <w:t>16:11</w:t>
      </w:r>
    </w:p>
    <w:p w14:paraId="3993486E" w14:textId="1B1130B1" w:rsidR="00624AE9" w:rsidRDefault="00C13212">
      <w:pPr>
        <w:spacing w:after="0"/>
      </w:pPr>
      <w:r>
        <w:rPr>
          <w:rFonts w:ascii="Arial" w:hAnsi="Arial"/>
        </w:rPr>
        <w:t xml:space="preserve">A couple of hours? It was one </w:t>
      </w:r>
      <w:r w:rsidR="00B208B0">
        <w:rPr>
          <w:rFonts w:ascii="Arial" w:hAnsi="Arial"/>
        </w:rPr>
        <w:t>hour.</w:t>
      </w:r>
      <w:r>
        <w:rPr>
          <w:rFonts w:ascii="Arial" w:hAnsi="Arial"/>
        </w:rPr>
        <w:t xml:space="preserve"> Yeah.</w:t>
      </w:r>
    </w:p>
    <w:p w14:paraId="624E84D7" w14:textId="77777777" w:rsidR="00624AE9" w:rsidRDefault="00624AE9">
      <w:pPr>
        <w:spacing w:after="0"/>
      </w:pPr>
    </w:p>
    <w:p w14:paraId="794B26FC" w14:textId="77777777" w:rsidR="00624AE9" w:rsidRDefault="00C13212">
      <w:pPr>
        <w:spacing w:after="0"/>
      </w:pPr>
      <w:r>
        <w:rPr>
          <w:rFonts w:ascii="Arial" w:hAnsi="Arial"/>
          <w:b/>
        </w:rPr>
        <w:t xml:space="preserve">Participant #11:  </w:t>
      </w:r>
      <w:r>
        <w:rPr>
          <w:rFonts w:ascii="Arial" w:hAnsi="Arial"/>
          <w:color w:val="5D7284"/>
        </w:rPr>
        <w:t>16:13</w:t>
      </w:r>
    </w:p>
    <w:p w14:paraId="53238D8D" w14:textId="2DCE8268" w:rsidR="00624AE9" w:rsidRDefault="00B208B0">
      <w:pPr>
        <w:spacing w:after="0"/>
      </w:pPr>
      <w:r>
        <w:rPr>
          <w:rFonts w:ascii="Arial" w:hAnsi="Arial"/>
        </w:rPr>
        <w:t>Oh, it doesn't really surprise me because like the hot water was getting to room temperature and then as that was happening like the cold water was also getting warmer. So, it was like moving up. So, not really but that’s pretty cool.</w:t>
      </w:r>
    </w:p>
    <w:p w14:paraId="15FA4BBE" w14:textId="77777777" w:rsidR="00624AE9" w:rsidRDefault="00624AE9">
      <w:pPr>
        <w:spacing w:after="0"/>
      </w:pPr>
    </w:p>
    <w:p w14:paraId="3E38729E" w14:textId="77777777" w:rsidR="00624AE9" w:rsidRDefault="00C13212">
      <w:pPr>
        <w:spacing w:after="0"/>
      </w:pPr>
      <w:r>
        <w:rPr>
          <w:rFonts w:ascii="Arial" w:hAnsi="Arial"/>
          <w:b/>
        </w:rPr>
        <w:t xml:space="preserve">Interviewer P:  </w:t>
      </w:r>
      <w:r>
        <w:rPr>
          <w:rFonts w:ascii="Arial" w:hAnsi="Arial"/>
          <w:color w:val="5D7284"/>
        </w:rPr>
        <w:t>16:32</w:t>
      </w:r>
    </w:p>
    <w:p w14:paraId="1691F2E4" w14:textId="77777777" w:rsidR="00624AE9" w:rsidRDefault="00C13212">
      <w:pPr>
        <w:spacing w:after="0"/>
      </w:pPr>
      <w:r>
        <w:rPr>
          <w:rFonts w:ascii="Arial" w:hAnsi="Arial"/>
        </w:rPr>
        <w:t>Yeah. And originally whenever the red water is on the top and the blues on the bottom, what are your thoughts as to why. It does that.</w:t>
      </w:r>
    </w:p>
    <w:p w14:paraId="781FBFFC" w14:textId="77777777" w:rsidR="00624AE9" w:rsidRDefault="00624AE9">
      <w:pPr>
        <w:spacing w:after="0"/>
      </w:pPr>
    </w:p>
    <w:p w14:paraId="7515185C" w14:textId="77777777" w:rsidR="00624AE9" w:rsidRDefault="00C13212">
      <w:pPr>
        <w:spacing w:after="0"/>
      </w:pPr>
      <w:r>
        <w:rPr>
          <w:rFonts w:ascii="Arial" w:hAnsi="Arial"/>
          <w:b/>
        </w:rPr>
        <w:t xml:space="preserve">Participant #11:  </w:t>
      </w:r>
      <w:r>
        <w:rPr>
          <w:rFonts w:ascii="Arial" w:hAnsi="Arial"/>
          <w:color w:val="5D7284"/>
        </w:rPr>
        <w:t>16:43</w:t>
      </w:r>
    </w:p>
    <w:p w14:paraId="45547E54" w14:textId="77777777" w:rsidR="00624AE9" w:rsidRDefault="00C13212">
      <w:pPr>
        <w:spacing w:after="0"/>
      </w:pPr>
      <w:r>
        <w:rPr>
          <w:rFonts w:ascii="Arial" w:hAnsi="Arial"/>
        </w:rPr>
        <w:t xml:space="preserve">The blue waters colder and I think like cold water is denser. So, I want to say weighs more but it it'll be on the bottom because it's more dense and then the hot water is less than on top. </w:t>
      </w:r>
    </w:p>
    <w:p w14:paraId="557F2E90" w14:textId="77777777" w:rsidR="00624AE9" w:rsidRDefault="00624AE9">
      <w:pPr>
        <w:spacing w:after="0"/>
      </w:pPr>
    </w:p>
    <w:p w14:paraId="0B2A202F" w14:textId="77777777" w:rsidR="00624AE9" w:rsidRDefault="00C13212">
      <w:pPr>
        <w:spacing w:after="0"/>
      </w:pPr>
      <w:r>
        <w:rPr>
          <w:rFonts w:ascii="Arial" w:hAnsi="Arial"/>
          <w:b/>
        </w:rPr>
        <w:t xml:space="preserve">Interviewer P:  </w:t>
      </w:r>
      <w:r>
        <w:rPr>
          <w:rFonts w:ascii="Arial" w:hAnsi="Arial"/>
          <w:color w:val="5D7284"/>
        </w:rPr>
        <w:t>16:58</w:t>
      </w:r>
    </w:p>
    <w:p w14:paraId="6A2164B1" w14:textId="7A9DB61E" w:rsidR="00624AE9" w:rsidRDefault="00C13212">
      <w:pPr>
        <w:spacing w:after="0"/>
      </w:pPr>
      <w:r>
        <w:rPr>
          <w:rFonts w:ascii="Arial" w:hAnsi="Arial"/>
        </w:rPr>
        <w:t xml:space="preserve">Okay. All right. </w:t>
      </w:r>
      <w:r w:rsidR="00B208B0">
        <w:rPr>
          <w:rFonts w:ascii="Arial" w:hAnsi="Arial"/>
        </w:rPr>
        <w:t>So,</w:t>
      </w:r>
      <w:r>
        <w:rPr>
          <w:rFonts w:ascii="Arial" w:hAnsi="Arial"/>
        </w:rPr>
        <w:t xml:space="preserve"> let's do this one which is this same temperature water blue and red. </w:t>
      </w:r>
      <w:r w:rsidR="00B208B0">
        <w:rPr>
          <w:rFonts w:ascii="Arial" w:hAnsi="Arial"/>
        </w:rPr>
        <w:t>So,</w:t>
      </w:r>
      <w:r>
        <w:rPr>
          <w:rFonts w:ascii="Arial" w:hAnsi="Arial"/>
        </w:rPr>
        <w:t xml:space="preserve"> anything you find surprising about that?</w:t>
      </w:r>
    </w:p>
    <w:p w14:paraId="1E20CE4B" w14:textId="77777777" w:rsidR="00624AE9" w:rsidRDefault="00624AE9">
      <w:pPr>
        <w:spacing w:after="0"/>
      </w:pPr>
    </w:p>
    <w:p w14:paraId="6B96CD9D" w14:textId="77777777" w:rsidR="00624AE9" w:rsidRDefault="00C13212">
      <w:pPr>
        <w:spacing w:after="0"/>
      </w:pPr>
      <w:r>
        <w:rPr>
          <w:rFonts w:ascii="Arial" w:hAnsi="Arial"/>
          <w:b/>
        </w:rPr>
        <w:t xml:space="preserve">Participant #11:  </w:t>
      </w:r>
      <w:r>
        <w:rPr>
          <w:rFonts w:ascii="Arial" w:hAnsi="Arial"/>
          <w:color w:val="5D7284"/>
        </w:rPr>
        <w:t>17:49</w:t>
      </w:r>
    </w:p>
    <w:p w14:paraId="135AECFC" w14:textId="77777777" w:rsidR="00624AE9" w:rsidRDefault="00C13212">
      <w:pPr>
        <w:spacing w:after="0"/>
      </w:pPr>
      <w:r>
        <w:rPr>
          <w:rFonts w:ascii="Arial" w:hAnsi="Arial"/>
        </w:rPr>
        <w:t>I'm surprised it's more blue than it is purple. Like the blue almost like took over the colors.</w:t>
      </w:r>
    </w:p>
    <w:p w14:paraId="22423712" w14:textId="77777777" w:rsidR="00624AE9" w:rsidRDefault="00624AE9">
      <w:pPr>
        <w:spacing w:after="0"/>
      </w:pPr>
    </w:p>
    <w:p w14:paraId="614777DE" w14:textId="77777777" w:rsidR="00624AE9" w:rsidRDefault="00C13212">
      <w:pPr>
        <w:spacing w:after="0"/>
      </w:pPr>
      <w:r>
        <w:rPr>
          <w:rFonts w:ascii="Arial" w:hAnsi="Arial"/>
          <w:b/>
        </w:rPr>
        <w:t xml:space="preserve">Interviewer P:  </w:t>
      </w:r>
      <w:r>
        <w:rPr>
          <w:rFonts w:ascii="Arial" w:hAnsi="Arial"/>
          <w:color w:val="5D7284"/>
        </w:rPr>
        <w:t>17:58</w:t>
      </w:r>
    </w:p>
    <w:p w14:paraId="0DCE60AF" w14:textId="77777777" w:rsidR="00624AE9" w:rsidRDefault="00C13212">
      <w:pPr>
        <w:spacing w:after="0"/>
      </w:pPr>
      <w:r>
        <w:rPr>
          <w:rFonts w:ascii="Arial" w:hAnsi="Arial"/>
        </w:rPr>
        <w:t>Yeah. How long you think that one is?</w:t>
      </w:r>
    </w:p>
    <w:p w14:paraId="415FD5AB" w14:textId="77777777" w:rsidR="00624AE9" w:rsidRDefault="00624AE9">
      <w:pPr>
        <w:spacing w:after="0"/>
      </w:pPr>
    </w:p>
    <w:p w14:paraId="1494CE86" w14:textId="77777777" w:rsidR="00624AE9" w:rsidRDefault="00C13212">
      <w:pPr>
        <w:spacing w:after="0"/>
      </w:pPr>
      <w:r>
        <w:rPr>
          <w:rFonts w:ascii="Arial" w:hAnsi="Arial"/>
          <w:b/>
        </w:rPr>
        <w:t xml:space="preserve">Participant #11:  </w:t>
      </w:r>
      <w:r>
        <w:rPr>
          <w:rFonts w:ascii="Arial" w:hAnsi="Arial"/>
          <w:color w:val="5D7284"/>
        </w:rPr>
        <w:t>18:06</w:t>
      </w:r>
    </w:p>
    <w:p w14:paraId="2BC3B682" w14:textId="77777777" w:rsidR="00624AE9" w:rsidRDefault="00C13212">
      <w:pPr>
        <w:spacing w:after="0"/>
      </w:pPr>
      <w:r>
        <w:rPr>
          <w:rFonts w:ascii="Arial" w:hAnsi="Arial"/>
        </w:rPr>
        <w:t xml:space="preserve">30 minutes. </w:t>
      </w:r>
    </w:p>
    <w:p w14:paraId="0E3D6C2D" w14:textId="77777777" w:rsidR="00624AE9" w:rsidRDefault="00624AE9">
      <w:pPr>
        <w:spacing w:after="0"/>
      </w:pPr>
    </w:p>
    <w:p w14:paraId="656BB0BE" w14:textId="77777777" w:rsidR="00624AE9" w:rsidRDefault="00C13212">
      <w:pPr>
        <w:spacing w:after="0"/>
      </w:pPr>
      <w:r>
        <w:rPr>
          <w:rFonts w:ascii="Arial" w:hAnsi="Arial"/>
          <w:b/>
        </w:rPr>
        <w:t xml:space="preserve">Interviewer P:  </w:t>
      </w:r>
      <w:r>
        <w:rPr>
          <w:rFonts w:ascii="Arial" w:hAnsi="Arial"/>
          <w:color w:val="5D7284"/>
        </w:rPr>
        <w:t>18:07</w:t>
      </w:r>
    </w:p>
    <w:p w14:paraId="6F686447" w14:textId="77777777" w:rsidR="00624AE9" w:rsidRDefault="00C13212">
      <w:pPr>
        <w:spacing w:after="0"/>
      </w:pPr>
      <w:r>
        <w:rPr>
          <w:rFonts w:ascii="Arial" w:hAnsi="Arial"/>
        </w:rPr>
        <w:t>It's an hour.</w:t>
      </w:r>
    </w:p>
    <w:p w14:paraId="12DBF048" w14:textId="77777777" w:rsidR="00624AE9" w:rsidRDefault="00624AE9">
      <w:pPr>
        <w:spacing w:after="0"/>
      </w:pPr>
    </w:p>
    <w:p w14:paraId="1A9DB0A2" w14:textId="77777777" w:rsidR="00624AE9" w:rsidRDefault="00C13212">
      <w:pPr>
        <w:spacing w:after="0"/>
      </w:pPr>
      <w:r>
        <w:rPr>
          <w:rFonts w:ascii="Arial" w:hAnsi="Arial"/>
          <w:b/>
        </w:rPr>
        <w:t xml:space="preserve">Participant #11:  </w:t>
      </w:r>
      <w:r>
        <w:rPr>
          <w:rFonts w:ascii="Arial" w:hAnsi="Arial"/>
          <w:color w:val="5D7284"/>
        </w:rPr>
        <w:t>18:08</w:t>
      </w:r>
    </w:p>
    <w:p w14:paraId="2E8DEC5A" w14:textId="77777777" w:rsidR="00624AE9" w:rsidRDefault="00C13212">
      <w:pPr>
        <w:spacing w:after="0"/>
      </w:pPr>
      <w:r>
        <w:rPr>
          <w:rFonts w:ascii="Arial" w:hAnsi="Arial"/>
        </w:rPr>
        <w:t>Should have guessed.</w:t>
      </w:r>
    </w:p>
    <w:p w14:paraId="15B106B3" w14:textId="77777777" w:rsidR="00624AE9" w:rsidRDefault="00624AE9">
      <w:pPr>
        <w:spacing w:after="0"/>
      </w:pPr>
    </w:p>
    <w:p w14:paraId="435AB7E0" w14:textId="77777777" w:rsidR="00624AE9" w:rsidRDefault="00C13212">
      <w:pPr>
        <w:spacing w:after="0"/>
      </w:pPr>
      <w:r>
        <w:rPr>
          <w:rFonts w:ascii="Arial" w:hAnsi="Arial"/>
          <w:b/>
        </w:rPr>
        <w:t xml:space="preserve">Interviewer P:  </w:t>
      </w:r>
      <w:r>
        <w:rPr>
          <w:rFonts w:ascii="Arial" w:hAnsi="Arial"/>
          <w:color w:val="5D7284"/>
        </w:rPr>
        <w:t>18:09</w:t>
      </w:r>
    </w:p>
    <w:p w14:paraId="0A4CE4B8" w14:textId="4E466A1D" w:rsidR="00624AE9" w:rsidRDefault="00C13212">
      <w:pPr>
        <w:spacing w:after="0"/>
      </w:pPr>
      <w:r>
        <w:rPr>
          <w:rFonts w:ascii="Arial" w:hAnsi="Arial"/>
        </w:rPr>
        <w:lastRenderedPageBreak/>
        <w:t xml:space="preserve">An hour. But I to be </w:t>
      </w:r>
      <w:r w:rsidR="00B208B0">
        <w:rPr>
          <w:rFonts w:ascii="Arial" w:hAnsi="Arial"/>
        </w:rPr>
        <w:t>fair if</w:t>
      </w:r>
      <w:r>
        <w:rPr>
          <w:rFonts w:ascii="Arial" w:hAnsi="Arial"/>
        </w:rPr>
        <w:t xml:space="preserve"> I moved it halfway back. There's not a huge </w:t>
      </w:r>
      <w:r w:rsidR="00B208B0">
        <w:rPr>
          <w:rFonts w:ascii="Arial" w:hAnsi="Arial"/>
        </w:rPr>
        <w:t>difference,</w:t>
      </w:r>
      <w:r>
        <w:rPr>
          <w:rFonts w:ascii="Arial" w:hAnsi="Arial"/>
        </w:rPr>
        <w:t xml:space="preserve"> right? </w:t>
      </w:r>
      <w:r w:rsidR="00B208B0">
        <w:rPr>
          <w:rFonts w:ascii="Arial" w:hAnsi="Arial"/>
        </w:rPr>
        <w:t>So,</w:t>
      </w:r>
      <w:r>
        <w:rPr>
          <w:rFonts w:ascii="Arial" w:hAnsi="Arial"/>
        </w:rPr>
        <w:t xml:space="preserve"> it looked like that at 30 minutes also. </w:t>
      </w:r>
      <w:r w:rsidR="00B208B0">
        <w:rPr>
          <w:rFonts w:ascii="Arial" w:hAnsi="Arial"/>
        </w:rPr>
        <w:t>All right</w:t>
      </w:r>
      <w:r>
        <w:rPr>
          <w:rFonts w:ascii="Arial" w:hAnsi="Arial"/>
        </w:rPr>
        <w:t xml:space="preserve"> let's do the salt and fresh. I can tell you the same temperature on a different device because these are both in quick find. </w:t>
      </w:r>
    </w:p>
    <w:p w14:paraId="42EF203D" w14:textId="77777777" w:rsidR="00624AE9" w:rsidRDefault="00624AE9">
      <w:pPr>
        <w:spacing w:after="0"/>
      </w:pPr>
    </w:p>
    <w:p w14:paraId="6AB4A33E" w14:textId="77777777" w:rsidR="00624AE9" w:rsidRDefault="00C13212">
      <w:pPr>
        <w:spacing w:after="0"/>
      </w:pPr>
      <w:r>
        <w:rPr>
          <w:rFonts w:ascii="Arial" w:hAnsi="Arial"/>
          <w:b/>
        </w:rPr>
        <w:t xml:space="preserve">Interviewer E:  </w:t>
      </w:r>
      <w:r>
        <w:rPr>
          <w:rFonts w:ascii="Arial" w:hAnsi="Arial"/>
          <w:color w:val="5D7284"/>
        </w:rPr>
        <w:t>18:45</w:t>
      </w:r>
    </w:p>
    <w:p w14:paraId="2EE76E9F" w14:textId="77777777" w:rsidR="00624AE9" w:rsidRDefault="00C13212">
      <w:pPr>
        <w:spacing w:after="0"/>
      </w:pPr>
      <w:r>
        <w:rPr>
          <w:rFonts w:ascii="Arial" w:hAnsi="Arial"/>
        </w:rPr>
        <w:t>Yeah.</w:t>
      </w:r>
    </w:p>
    <w:p w14:paraId="7F8B8F37" w14:textId="77777777" w:rsidR="00624AE9" w:rsidRDefault="00624AE9">
      <w:pPr>
        <w:spacing w:after="0"/>
      </w:pPr>
    </w:p>
    <w:p w14:paraId="28023FCC" w14:textId="77777777" w:rsidR="00624AE9" w:rsidRDefault="00C13212">
      <w:pPr>
        <w:spacing w:after="0"/>
      </w:pPr>
      <w:r>
        <w:rPr>
          <w:rFonts w:ascii="Arial" w:hAnsi="Arial"/>
          <w:b/>
        </w:rPr>
        <w:t xml:space="preserve">Interviewer P:  </w:t>
      </w:r>
      <w:r>
        <w:rPr>
          <w:rFonts w:ascii="Arial" w:hAnsi="Arial"/>
          <w:color w:val="5D7284"/>
        </w:rPr>
        <w:t>18:46</w:t>
      </w:r>
    </w:p>
    <w:p w14:paraId="79563086" w14:textId="77777777" w:rsidR="00624AE9" w:rsidRDefault="00C13212">
      <w:pPr>
        <w:spacing w:after="0"/>
      </w:pPr>
      <w:r>
        <w:rPr>
          <w:rFonts w:ascii="Arial" w:hAnsi="Arial"/>
        </w:rPr>
        <w:t>And the other one... But it was different.</w:t>
      </w:r>
    </w:p>
    <w:p w14:paraId="7A908674" w14:textId="77777777" w:rsidR="00624AE9" w:rsidRDefault="00624AE9">
      <w:pPr>
        <w:spacing w:after="0"/>
      </w:pPr>
    </w:p>
    <w:p w14:paraId="1583010F" w14:textId="77777777" w:rsidR="00624AE9" w:rsidRDefault="00C13212">
      <w:pPr>
        <w:spacing w:after="0"/>
      </w:pPr>
      <w:r>
        <w:rPr>
          <w:rFonts w:ascii="Arial" w:hAnsi="Arial"/>
          <w:b/>
        </w:rPr>
        <w:t xml:space="preserve">Interviewer E:  </w:t>
      </w:r>
      <w:r>
        <w:rPr>
          <w:rFonts w:ascii="Arial" w:hAnsi="Arial"/>
          <w:color w:val="5D7284"/>
        </w:rPr>
        <w:t>18:49</w:t>
      </w:r>
    </w:p>
    <w:p w14:paraId="5DCC6C19" w14:textId="059C5530" w:rsidR="00624AE9" w:rsidRDefault="00C13212">
      <w:pPr>
        <w:spacing w:after="0"/>
      </w:pPr>
      <w:r>
        <w:rPr>
          <w:rFonts w:ascii="Arial" w:hAnsi="Arial"/>
        </w:rPr>
        <w:t xml:space="preserve">Yes. This one was on my </w:t>
      </w:r>
      <w:r w:rsidR="00B208B0">
        <w:rPr>
          <w:rFonts w:ascii="Arial" w:hAnsi="Arial"/>
        </w:rPr>
        <w:t>iPad</w:t>
      </w:r>
      <w:r>
        <w:rPr>
          <w:rFonts w:ascii="Arial" w:hAnsi="Arial"/>
        </w:rPr>
        <w:t>.</w:t>
      </w:r>
    </w:p>
    <w:p w14:paraId="065BD826" w14:textId="77777777" w:rsidR="00624AE9" w:rsidRDefault="00624AE9">
      <w:pPr>
        <w:spacing w:after="0"/>
      </w:pPr>
    </w:p>
    <w:p w14:paraId="0C7FCDD9" w14:textId="77777777" w:rsidR="00624AE9" w:rsidRDefault="00C13212">
      <w:pPr>
        <w:spacing w:after="0"/>
      </w:pPr>
      <w:r>
        <w:rPr>
          <w:rFonts w:ascii="Arial" w:hAnsi="Arial"/>
          <w:b/>
        </w:rPr>
        <w:t xml:space="preserve">Interviewer P:  </w:t>
      </w:r>
      <w:r>
        <w:rPr>
          <w:rFonts w:ascii="Arial" w:hAnsi="Arial"/>
          <w:color w:val="5D7284"/>
        </w:rPr>
        <w:t>19:09</w:t>
      </w:r>
    </w:p>
    <w:p w14:paraId="1E08BF79" w14:textId="77777777" w:rsidR="00624AE9" w:rsidRDefault="00C13212">
      <w:pPr>
        <w:spacing w:after="0"/>
      </w:pPr>
      <w:r>
        <w:rPr>
          <w:rFonts w:ascii="Arial" w:hAnsi="Arial"/>
        </w:rPr>
        <w:t xml:space="preserve">Anything about that surprising? </w:t>
      </w:r>
    </w:p>
    <w:p w14:paraId="50A63CEE" w14:textId="77777777" w:rsidR="00624AE9" w:rsidRDefault="00624AE9">
      <w:pPr>
        <w:spacing w:after="0"/>
      </w:pPr>
    </w:p>
    <w:p w14:paraId="147C443D" w14:textId="77777777" w:rsidR="00624AE9" w:rsidRDefault="00C13212">
      <w:pPr>
        <w:spacing w:after="0"/>
      </w:pPr>
      <w:r>
        <w:rPr>
          <w:rFonts w:ascii="Arial" w:hAnsi="Arial"/>
          <w:b/>
        </w:rPr>
        <w:t xml:space="preserve">Participant #11:  </w:t>
      </w:r>
      <w:r>
        <w:rPr>
          <w:rFonts w:ascii="Arial" w:hAnsi="Arial"/>
          <w:color w:val="5D7284"/>
        </w:rPr>
        <w:t>19:12</w:t>
      </w:r>
    </w:p>
    <w:p w14:paraId="7E52A076" w14:textId="77777777" w:rsidR="00624AE9" w:rsidRDefault="00C13212">
      <w:pPr>
        <w:spacing w:after="0"/>
      </w:pPr>
      <w:r>
        <w:rPr>
          <w:rFonts w:ascii="Arial" w:hAnsi="Arial"/>
        </w:rPr>
        <w:t>Not real.. like it didn't really move. So no, not not really.</w:t>
      </w:r>
    </w:p>
    <w:p w14:paraId="42E2D9EF" w14:textId="77777777" w:rsidR="00624AE9" w:rsidRDefault="00624AE9">
      <w:pPr>
        <w:spacing w:after="0"/>
      </w:pPr>
    </w:p>
    <w:p w14:paraId="13CF8476" w14:textId="77777777" w:rsidR="00624AE9" w:rsidRDefault="00C13212">
      <w:pPr>
        <w:spacing w:after="0"/>
      </w:pPr>
      <w:r>
        <w:rPr>
          <w:rFonts w:ascii="Arial" w:hAnsi="Arial"/>
          <w:b/>
        </w:rPr>
        <w:t xml:space="preserve">Interviewer P:  </w:t>
      </w:r>
      <w:r>
        <w:rPr>
          <w:rFonts w:ascii="Arial" w:hAnsi="Arial"/>
          <w:color w:val="5D7284"/>
        </w:rPr>
        <w:t>19:17</w:t>
      </w:r>
    </w:p>
    <w:p w14:paraId="1B196628" w14:textId="77777777" w:rsidR="00624AE9" w:rsidRDefault="00C13212">
      <w:pPr>
        <w:spacing w:after="0"/>
      </w:pPr>
      <w:r>
        <w:rPr>
          <w:rFonts w:ascii="Arial" w:hAnsi="Arial"/>
        </w:rPr>
        <w:t>Yeah, and um, guess how long that one is?</w:t>
      </w:r>
    </w:p>
    <w:p w14:paraId="3870C45B" w14:textId="77777777" w:rsidR="00624AE9" w:rsidRDefault="00624AE9">
      <w:pPr>
        <w:spacing w:after="0"/>
      </w:pPr>
    </w:p>
    <w:p w14:paraId="592996E5" w14:textId="77777777" w:rsidR="00624AE9" w:rsidRDefault="00C13212">
      <w:pPr>
        <w:spacing w:after="0"/>
      </w:pPr>
      <w:r>
        <w:rPr>
          <w:rFonts w:ascii="Arial" w:hAnsi="Arial"/>
          <w:b/>
        </w:rPr>
        <w:t xml:space="preserve">Participant #11:  </w:t>
      </w:r>
      <w:r>
        <w:rPr>
          <w:rFonts w:ascii="Arial" w:hAnsi="Arial"/>
          <w:color w:val="5D7284"/>
        </w:rPr>
        <w:t>19:23</w:t>
      </w:r>
    </w:p>
    <w:p w14:paraId="2B8EC61B" w14:textId="77777777" w:rsidR="00624AE9" w:rsidRDefault="00C13212">
      <w:pPr>
        <w:spacing w:after="0"/>
      </w:pPr>
      <w:r>
        <w:rPr>
          <w:rFonts w:ascii="Arial" w:hAnsi="Arial"/>
        </w:rPr>
        <w:t>An hour? I'm catching on.</w:t>
      </w:r>
    </w:p>
    <w:p w14:paraId="1F52B767" w14:textId="77777777" w:rsidR="00624AE9" w:rsidRDefault="00624AE9">
      <w:pPr>
        <w:spacing w:after="0"/>
      </w:pPr>
    </w:p>
    <w:p w14:paraId="4352A9BC" w14:textId="77777777" w:rsidR="00624AE9" w:rsidRDefault="00C13212">
      <w:pPr>
        <w:spacing w:after="0"/>
      </w:pPr>
      <w:r>
        <w:rPr>
          <w:rFonts w:ascii="Arial" w:hAnsi="Arial"/>
          <w:b/>
        </w:rPr>
        <w:t xml:space="preserve">Interviewer P:  </w:t>
      </w:r>
      <w:r>
        <w:rPr>
          <w:rFonts w:ascii="Arial" w:hAnsi="Arial"/>
          <w:color w:val="5D7284"/>
        </w:rPr>
        <w:t>19:26</w:t>
      </w:r>
    </w:p>
    <w:p w14:paraId="5546576E" w14:textId="505B225B" w:rsidR="00624AE9" w:rsidRDefault="00B208B0">
      <w:pPr>
        <w:spacing w:after="0"/>
      </w:pPr>
      <w:r>
        <w:rPr>
          <w:rFonts w:ascii="Arial" w:hAnsi="Arial"/>
        </w:rPr>
        <w:t>It’s an hour. Yeah. Um okay, so I'm gonna ask you kind of a silly question that I call a thought experiment. In other words, we're not going to do this one as a demo. I'm just going to describe it and ask you about it. And so, imagine that we did the same thing except instead of on one both sides. We had red and blue water. We had red and blue Jell-O. And so, one of the one of the red Jell-O is actually quite a bit warmer. then the blue Jell-O. Now we're not going to be able to get a huge temperature range because Jell-O will melt and freeze. So, but we could probably do like 40-degree Jell-O and 70-degree Jell-O and they would both still be Jell-O with a 30 degree difference between them. So, we take out the dividing wall. What do you think would happen to the Jell-O?</w:t>
      </w:r>
    </w:p>
    <w:p w14:paraId="0694F167" w14:textId="77777777" w:rsidR="00624AE9" w:rsidRDefault="00624AE9">
      <w:pPr>
        <w:spacing w:after="0"/>
      </w:pPr>
    </w:p>
    <w:p w14:paraId="1AFDB91D" w14:textId="77777777" w:rsidR="00624AE9" w:rsidRDefault="00C13212">
      <w:pPr>
        <w:spacing w:after="0"/>
      </w:pPr>
      <w:r>
        <w:rPr>
          <w:rFonts w:ascii="Arial" w:hAnsi="Arial"/>
          <w:b/>
        </w:rPr>
        <w:t xml:space="preserve">Participant #11:  </w:t>
      </w:r>
      <w:r>
        <w:rPr>
          <w:rFonts w:ascii="Arial" w:hAnsi="Arial"/>
          <w:color w:val="5D7284"/>
        </w:rPr>
        <w:t>20:20</w:t>
      </w:r>
    </w:p>
    <w:p w14:paraId="12B345F6" w14:textId="77777777" w:rsidR="00624AE9" w:rsidRDefault="00C13212">
      <w:pPr>
        <w:spacing w:after="0"/>
      </w:pPr>
      <w:r>
        <w:rPr>
          <w:rFonts w:ascii="Arial" w:hAnsi="Arial"/>
        </w:rPr>
        <w:t>I don't think it would move. Because if it's colder warmer, it's still like, solid enough to be considered Jell-O, not Jell-O liquid or Jell-O ice. Yeah, so I feel like because Jell-O is very jelly like they would I mean, yeah, I don't think they would move that much.</w:t>
      </w:r>
    </w:p>
    <w:p w14:paraId="028F993B" w14:textId="77777777" w:rsidR="00624AE9" w:rsidRDefault="00624AE9">
      <w:pPr>
        <w:spacing w:after="0"/>
      </w:pPr>
    </w:p>
    <w:p w14:paraId="59F61C03" w14:textId="77777777" w:rsidR="00624AE9" w:rsidRDefault="00C13212">
      <w:pPr>
        <w:spacing w:after="0"/>
      </w:pPr>
      <w:r>
        <w:rPr>
          <w:rFonts w:ascii="Arial" w:hAnsi="Arial"/>
          <w:b/>
        </w:rPr>
        <w:t xml:space="preserve">Interviewer P:  </w:t>
      </w:r>
      <w:r>
        <w:rPr>
          <w:rFonts w:ascii="Arial" w:hAnsi="Arial"/>
          <w:color w:val="5D7284"/>
        </w:rPr>
        <w:t>20:44</w:t>
      </w:r>
    </w:p>
    <w:p w14:paraId="519D860B" w14:textId="77777777" w:rsidR="00624AE9" w:rsidRDefault="00C13212">
      <w:pPr>
        <w:spacing w:after="0"/>
      </w:pPr>
      <w:r>
        <w:rPr>
          <w:rFonts w:ascii="Arial" w:hAnsi="Arial"/>
        </w:rPr>
        <w:t>Yeah. Do you think there would be anything going on in the middle where the dividing wall was like any color changes or anything like that?</w:t>
      </w:r>
    </w:p>
    <w:p w14:paraId="232C3481" w14:textId="77777777" w:rsidR="00624AE9" w:rsidRDefault="00624AE9">
      <w:pPr>
        <w:spacing w:after="0"/>
      </w:pPr>
    </w:p>
    <w:p w14:paraId="71E710E7" w14:textId="77777777" w:rsidR="00624AE9" w:rsidRDefault="00C13212">
      <w:pPr>
        <w:spacing w:after="0"/>
      </w:pPr>
      <w:r>
        <w:rPr>
          <w:rFonts w:ascii="Arial" w:hAnsi="Arial"/>
          <w:b/>
        </w:rPr>
        <w:lastRenderedPageBreak/>
        <w:t xml:space="preserve">Participant #11:  </w:t>
      </w:r>
      <w:r>
        <w:rPr>
          <w:rFonts w:ascii="Arial" w:hAnsi="Arial"/>
          <w:color w:val="5D7284"/>
        </w:rPr>
        <w:t>20:52</w:t>
      </w:r>
    </w:p>
    <w:p w14:paraId="4880582B" w14:textId="2305C2E3" w:rsidR="00624AE9" w:rsidRDefault="00C13212">
      <w:pPr>
        <w:spacing w:after="0"/>
      </w:pPr>
      <w:r>
        <w:rPr>
          <w:rFonts w:ascii="Arial" w:hAnsi="Arial"/>
        </w:rPr>
        <w:t xml:space="preserve"> Maybe where the yellow touches, like where the blue and the red touch. It might turn a little purple. But I don't think the purple was it might not spread immediately. Because it's still like a semi solid little in a </w:t>
      </w:r>
      <w:r w:rsidR="00B208B0">
        <w:rPr>
          <w:rFonts w:ascii="Arial" w:hAnsi="Arial"/>
        </w:rPr>
        <w:t>since</w:t>
      </w:r>
      <w:r>
        <w:rPr>
          <w:rFonts w:ascii="Arial" w:hAnsi="Arial"/>
        </w:rPr>
        <w:t xml:space="preserve">. </w:t>
      </w:r>
    </w:p>
    <w:p w14:paraId="7EC332D3" w14:textId="77777777" w:rsidR="00624AE9" w:rsidRDefault="00624AE9">
      <w:pPr>
        <w:spacing w:after="0"/>
      </w:pPr>
    </w:p>
    <w:p w14:paraId="2181B440" w14:textId="77777777" w:rsidR="00624AE9" w:rsidRDefault="00C13212">
      <w:pPr>
        <w:spacing w:after="0"/>
      </w:pPr>
      <w:r>
        <w:rPr>
          <w:rFonts w:ascii="Arial" w:hAnsi="Arial"/>
          <w:b/>
        </w:rPr>
        <w:t xml:space="preserve">Interviewer P:  </w:t>
      </w:r>
      <w:r>
        <w:rPr>
          <w:rFonts w:ascii="Arial" w:hAnsi="Arial"/>
          <w:color w:val="5D7284"/>
        </w:rPr>
        <w:t>21:09</w:t>
      </w:r>
    </w:p>
    <w:p w14:paraId="07ECCECC" w14:textId="77777777" w:rsidR="00624AE9" w:rsidRDefault="00C13212">
      <w:pPr>
        <w:spacing w:after="0"/>
      </w:pPr>
      <w:r>
        <w:rPr>
          <w:rFonts w:ascii="Arial" w:hAnsi="Arial"/>
        </w:rPr>
        <w:t xml:space="preserve">Yes. </w:t>
      </w:r>
    </w:p>
    <w:p w14:paraId="22C62FE5" w14:textId="77777777" w:rsidR="00624AE9" w:rsidRDefault="00624AE9">
      <w:pPr>
        <w:spacing w:after="0"/>
      </w:pPr>
    </w:p>
    <w:p w14:paraId="2828181E" w14:textId="77777777" w:rsidR="00624AE9" w:rsidRDefault="00C13212">
      <w:pPr>
        <w:spacing w:after="0"/>
      </w:pPr>
      <w:r>
        <w:rPr>
          <w:rFonts w:ascii="Arial" w:hAnsi="Arial"/>
          <w:b/>
        </w:rPr>
        <w:t xml:space="preserve">Participant #11:  </w:t>
      </w:r>
      <w:r>
        <w:rPr>
          <w:rFonts w:ascii="Arial" w:hAnsi="Arial"/>
          <w:color w:val="5D7284"/>
        </w:rPr>
        <w:t>21:09</w:t>
      </w:r>
    </w:p>
    <w:p w14:paraId="25320C05" w14:textId="77777777" w:rsidR="00624AE9" w:rsidRDefault="00C13212">
      <w:pPr>
        <w:spacing w:after="0"/>
      </w:pPr>
      <w:r>
        <w:rPr>
          <w:rFonts w:ascii="Arial" w:hAnsi="Arial"/>
        </w:rPr>
        <w:t xml:space="preserve">I almost called it a solid. </w:t>
      </w:r>
    </w:p>
    <w:p w14:paraId="0C03DC7C" w14:textId="77777777" w:rsidR="00624AE9" w:rsidRDefault="00624AE9">
      <w:pPr>
        <w:spacing w:after="0"/>
      </w:pPr>
    </w:p>
    <w:p w14:paraId="0B2E2B29" w14:textId="77777777" w:rsidR="00624AE9" w:rsidRDefault="00C13212">
      <w:pPr>
        <w:spacing w:after="0"/>
      </w:pPr>
      <w:r>
        <w:rPr>
          <w:rFonts w:ascii="Arial" w:hAnsi="Arial"/>
          <w:b/>
        </w:rPr>
        <w:t xml:space="preserve">Interviewer P:  </w:t>
      </w:r>
      <w:r>
        <w:rPr>
          <w:rFonts w:ascii="Arial" w:hAnsi="Arial"/>
          <w:color w:val="5D7284"/>
        </w:rPr>
        <w:t>21:11</w:t>
      </w:r>
    </w:p>
    <w:p w14:paraId="053A7A85" w14:textId="3CD7B129" w:rsidR="00624AE9" w:rsidRDefault="00B208B0">
      <w:pPr>
        <w:spacing w:after="0"/>
      </w:pPr>
      <w:r>
        <w:rPr>
          <w:rFonts w:ascii="Arial" w:hAnsi="Arial"/>
        </w:rPr>
        <w:t>Yeah, a jiggly solid.</w:t>
      </w:r>
    </w:p>
    <w:p w14:paraId="2F7B03C1" w14:textId="77777777" w:rsidR="00624AE9" w:rsidRDefault="00624AE9">
      <w:pPr>
        <w:spacing w:after="0"/>
      </w:pPr>
    </w:p>
    <w:p w14:paraId="1D4BC8E0" w14:textId="77777777" w:rsidR="00624AE9" w:rsidRDefault="00C13212">
      <w:pPr>
        <w:spacing w:after="0"/>
      </w:pPr>
      <w:r>
        <w:rPr>
          <w:rFonts w:ascii="Arial" w:hAnsi="Arial"/>
          <w:b/>
        </w:rPr>
        <w:t xml:space="preserve">Participant #11:  </w:t>
      </w:r>
      <w:r>
        <w:rPr>
          <w:rFonts w:ascii="Arial" w:hAnsi="Arial"/>
          <w:color w:val="5D7284"/>
        </w:rPr>
        <w:t>21:12</w:t>
      </w:r>
    </w:p>
    <w:p w14:paraId="7F65F0F8" w14:textId="2CDC97AB" w:rsidR="00624AE9" w:rsidRDefault="00C13212">
      <w:pPr>
        <w:spacing w:after="0"/>
      </w:pPr>
      <w:r>
        <w:rPr>
          <w:rFonts w:ascii="Arial" w:hAnsi="Arial"/>
        </w:rPr>
        <w:t xml:space="preserve">Yeah, jiggly solid, jiggly, solid. </w:t>
      </w:r>
      <w:r w:rsidR="00B208B0">
        <w:rPr>
          <w:rFonts w:ascii="Arial" w:hAnsi="Arial"/>
        </w:rPr>
        <w:t>So,</w:t>
      </w:r>
      <w:r>
        <w:rPr>
          <w:rFonts w:ascii="Arial" w:hAnsi="Arial"/>
        </w:rPr>
        <w:t xml:space="preserve"> I feel like the middle will be a little purple but not not like liquid was. </w:t>
      </w:r>
    </w:p>
    <w:p w14:paraId="04DA51C2" w14:textId="77777777" w:rsidR="00624AE9" w:rsidRDefault="00624AE9">
      <w:pPr>
        <w:spacing w:after="0"/>
      </w:pPr>
    </w:p>
    <w:p w14:paraId="467F3619" w14:textId="77777777" w:rsidR="00624AE9" w:rsidRDefault="00C13212">
      <w:pPr>
        <w:spacing w:after="0"/>
      </w:pPr>
      <w:r>
        <w:rPr>
          <w:rFonts w:ascii="Arial" w:hAnsi="Arial"/>
          <w:b/>
        </w:rPr>
        <w:t xml:space="preserve">Interviewer P:  </w:t>
      </w:r>
      <w:r>
        <w:rPr>
          <w:rFonts w:ascii="Arial" w:hAnsi="Arial"/>
          <w:color w:val="5D7284"/>
        </w:rPr>
        <w:t>21:20</w:t>
      </w:r>
    </w:p>
    <w:p w14:paraId="194B46E2" w14:textId="77777777" w:rsidR="00624AE9" w:rsidRDefault="00C13212">
      <w:pPr>
        <w:spacing w:after="0"/>
      </w:pPr>
      <w:r>
        <w:rPr>
          <w:rFonts w:ascii="Arial" w:hAnsi="Arial"/>
        </w:rPr>
        <w:t>Yeah. Yeah. Okay, we're gonna switch up now. And Erika is going to take over and she's gonna show if you want to kind of like back your chair up a little bit. You're gonna do some more sketching, but she's going to need to get in there. So yeah.</w:t>
      </w:r>
    </w:p>
    <w:p w14:paraId="77EB11DB" w14:textId="77777777" w:rsidR="00624AE9" w:rsidRDefault="00624AE9">
      <w:pPr>
        <w:spacing w:after="0"/>
      </w:pPr>
    </w:p>
    <w:p w14:paraId="101902E3" w14:textId="77777777" w:rsidR="00624AE9" w:rsidRDefault="00C13212">
      <w:pPr>
        <w:spacing w:after="0"/>
      </w:pPr>
      <w:r>
        <w:rPr>
          <w:rFonts w:ascii="Arial" w:hAnsi="Arial"/>
          <w:b/>
        </w:rPr>
        <w:t xml:space="preserve">Interviewer E:  </w:t>
      </w:r>
      <w:r>
        <w:rPr>
          <w:rFonts w:ascii="Arial" w:hAnsi="Arial"/>
          <w:color w:val="5D7284"/>
        </w:rPr>
        <w:t>21:45</w:t>
      </w:r>
    </w:p>
    <w:p w14:paraId="2A906967" w14:textId="0B8D73E7" w:rsidR="00624AE9" w:rsidRDefault="00C13212">
      <w:pPr>
        <w:spacing w:after="0"/>
      </w:pPr>
      <w:r>
        <w:rPr>
          <w:rFonts w:ascii="Arial" w:hAnsi="Arial"/>
        </w:rPr>
        <w:t xml:space="preserve">All right. </w:t>
      </w:r>
      <w:r w:rsidR="00B208B0">
        <w:rPr>
          <w:rFonts w:ascii="Arial" w:hAnsi="Arial"/>
        </w:rPr>
        <w:t>So,</w:t>
      </w:r>
      <w:r>
        <w:rPr>
          <w:rFonts w:ascii="Arial" w:hAnsi="Arial"/>
        </w:rPr>
        <w:t xml:space="preserve"> this is potassium.</w:t>
      </w:r>
    </w:p>
    <w:p w14:paraId="01284AF8" w14:textId="77777777" w:rsidR="00624AE9" w:rsidRDefault="00624AE9">
      <w:pPr>
        <w:spacing w:after="0"/>
      </w:pPr>
    </w:p>
    <w:p w14:paraId="01D0C891" w14:textId="77777777" w:rsidR="00624AE9" w:rsidRDefault="00C13212">
      <w:pPr>
        <w:spacing w:after="0"/>
      </w:pPr>
      <w:r>
        <w:rPr>
          <w:rFonts w:ascii="Arial" w:hAnsi="Arial"/>
          <w:b/>
        </w:rPr>
        <w:t xml:space="preserve">Interviewer P:  </w:t>
      </w:r>
      <w:r>
        <w:rPr>
          <w:rFonts w:ascii="Arial" w:hAnsi="Arial"/>
          <w:color w:val="5D7284"/>
        </w:rPr>
        <w:t>21:49</w:t>
      </w:r>
    </w:p>
    <w:p w14:paraId="41AB0631" w14:textId="77777777" w:rsidR="00624AE9" w:rsidRDefault="00C13212">
      <w:pPr>
        <w:spacing w:after="0"/>
      </w:pPr>
      <w:r>
        <w:rPr>
          <w:rFonts w:ascii="Arial" w:hAnsi="Arial"/>
        </w:rPr>
        <w:t>Permanganate.</w:t>
      </w:r>
    </w:p>
    <w:p w14:paraId="59196EE2" w14:textId="77777777" w:rsidR="00624AE9" w:rsidRDefault="00624AE9">
      <w:pPr>
        <w:spacing w:after="0"/>
      </w:pPr>
    </w:p>
    <w:p w14:paraId="3FBFC6F8" w14:textId="77777777" w:rsidR="00624AE9" w:rsidRDefault="00C13212">
      <w:pPr>
        <w:spacing w:after="0"/>
      </w:pPr>
      <w:r>
        <w:rPr>
          <w:rFonts w:ascii="Arial" w:hAnsi="Arial"/>
          <w:b/>
        </w:rPr>
        <w:t xml:space="preserve">Interviewer E:  </w:t>
      </w:r>
      <w:r>
        <w:rPr>
          <w:rFonts w:ascii="Arial" w:hAnsi="Arial"/>
          <w:color w:val="5D7284"/>
        </w:rPr>
        <w:t>21:50</w:t>
      </w:r>
    </w:p>
    <w:p w14:paraId="3B40DD07" w14:textId="5AFC2B94" w:rsidR="00624AE9" w:rsidRDefault="00C13212">
      <w:pPr>
        <w:spacing w:after="0"/>
      </w:pPr>
      <w:r>
        <w:rPr>
          <w:rFonts w:ascii="Arial" w:hAnsi="Arial"/>
        </w:rPr>
        <w:t xml:space="preserve">Permanganate. Okay, so I'm just gonna put a little bit in here to show you what it looks like, very delicately. </w:t>
      </w:r>
      <w:r w:rsidR="00B208B0">
        <w:rPr>
          <w:rFonts w:ascii="Arial" w:hAnsi="Arial"/>
        </w:rPr>
        <w:t>So,</w:t>
      </w:r>
      <w:r>
        <w:rPr>
          <w:rFonts w:ascii="Arial" w:hAnsi="Arial"/>
        </w:rPr>
        <w:t xml:space="preserve"> they're like little crystals, but and they're gonna fall right to the bottom but as they go down to the bottom, they're gonna leave like a little dye trail with them.</w:t>
      </w:r>
    </w:p>
    <w:p w14:paraId="426C3394" w14:textId="77777777" w:rsidR="00624AE9" w:rsidRDefault="00624AE9">
      <w:pPr>
        <w:spacing w:after="0"/>
      </w:pPr>
    </w:p>
    <w:p w14:paraId="4C038D08" w14:textId="77777777" w:rsidR="00624AE9" w:rsidRDefault="00C13212">
      <w:pPr>
        <w:spacing w:after="0"/>
      </w:pPr>
      <w:r>
        <w:rPr>
          <w:rFonts w:ascii="Arial" w:hAnsi="Arial"/>
          <w:b/>
        </w:rPr>
        <w:t xml:space="preserve">Participant #11:  </w:t>
      </w:r>
      <w:r>
        <w:rPr>
          <w:rFonts w:ascii="Arial" w:hAnsi="Arial"/>
          <w:color w:val="5D7284"/>
        </w:rPr>
        <w:t>22:07</w:t>
      </w:r>
    </w:p>
    <w:p w14:paraId="3F4644B2" w14:textId="77777777" w:rsidR="00624AE9" w:rsidRDefault="00C13212">
      <w:pPr>
        <w:spacing w:after="0"/>
      </w:pPr>
      <w:r>
        <w:rPr>
          <w:rFonts w:ascii="Arial" w:hAnsi="Arial"/>
        </w:rPr>
        <w:t>Don't drop any.</w:t>
      </w:r>
    </w:p>
    <w:p w14:paraId="05C643DF" w14:textId="77777777" w:rsidR="00624AE9" w:rsidRDefault="00624AE9">
      <w:pPr>
        <w:spacing w:after="0"/>
      </w:pPr>
    </w:p>
    <w:p w14:paraId="2226885F" w14:textId="77777777" w:rsidR="00624AE9" w:rsidRDefault="00C13212">
      <w:pPr>
        <w:spacing w:after="0"/>
      </w:pPr>
      <w:r>
        <w:rPr>
          <w:rFonts w:ascii="Arial" w:hAnsi="Arial"/>
          <w:b/>
        </w:rPr>
        <w:t xml:space="preserve">Interviewer E:  </w:t>
      </w:r>
      <w:r>
        <w:rPr>
          <w:rFonts w:ascii="Arial" w:hAnsi="Arial"/>
          <w:color w:val="5D7284"/>
        </w:rPr>
        <w:t>22:28</w:t>
      </w:r>
    </w:p>
    <w:p w14:paraId="3B4A6D7E" w14:textId="77777777" w:rsidR="00624AE9" w:rsidRDefault="00C13212">
      <w:pPr>
        <w:spacing w:after="0"/>
      </w:pPr>
      <w:r>
        <w:rPr>
          <w:rFonts w:ascii="Arial" w:hAnsi="Arial"/>
        </w:rPr>
        <w:t>You can get closer if you want.</w:t>
      </w:r>
    </w:p>
    <w:p w14:paraId="31575177" w14:textId="77777777" w:rsidR="00624AE9" w:rsidRDefault="00624AE9">
      <w:pPr>
        <w:spacing w:after="0"/>
      </w:pPr>
    </w:p>
    <w:p w14:paraId="7DDD2223" w14:textId="77777777" w:rsidR="00624AE9" w:rsidRDefault="00C13212">
      <w:pPr>
        <w:spacing w:after="0"/>
      </w:pPr>
      <w:r>
        <w:rPr>
          <w:rFonts w:ascii="Arial" w:hAnsi="Arial"/>
          <w:b/>
        </w:rPr>
        <w:t xml:space="preserve">Participant #11:  </w:t>
      </w:r>
      <w:r>
        <w:rPr>
          <w:rFonts w:ascii="Arial" w:hAnsi="Arial"/>
          <w:color w:val="5D7284"/>
        </w:rPr>
        <w:t>22:41</w:t>
      </w:r>
    </w:p>
    <w:p w14:paraId="277385BD" w14:textId="77777777" w:rsidR="00624AE9" w:rsidRDefault="00C13212">
      <w:pPr>
        <w:spacing w:after="0"/>
      </w:pPr>
      <w:r>
        <w:rPr>
          <w:rFonts w:ascii="Arial" w:hAnsi="Arial"/>
        </w:rPr>
        <w:t>Look like jellyfish.</w:t>
      </w:r>
    </w:p>
    <w:p w14:paraId="15DE623A" w14:textId="77777777" w:rsidR="00624AE9" w:rsidRDefault="00624AE9">
      <w:pPr>
        <w:spacing w:after="0"/>
      </w:pPr>
    </w:p>
    <w:p w14:paraId="0F6B1840" w14:textId="77777777" w:rsidR="00624AE9" w:rsidRDefault="00C13212">
      <w:pPr>
        <w:spacing w:after="0"/>
      </w:pPr>
      <w:r>
        <w:rPr>
          <w:rFonts w:ascii="Arial" w:hAnsi="Arial"/>
          <w:b/>
        </w:rPr>
        <w:t xml:space="preserve">Interviewer P:  </w:t>
      </w:r>
      <w:r>
        <w:rPr>
          <w:rFonts w:ascii="Arial" w:hAnsi="Arial"/>
          <w:color w:val="5D7284"/>
        </w:rPr>
        <w:t>22:46</w:t>
      </w:r>
    </w:p>
    <w:p w14:paraId="1A8E062D" w14:textId="77777777" w:rsidR="00624AE9" w:rsidRDefault="00C13212">
      <w:pPr>
        <w:spacing w:after="0"/>
      </w:pPr>
      <w:r>
        <w:rPr>
          <w:rFonts w:ascii="Arial" w:hAnsi="Arial"/>
        </w:rPr>
        <w:t xml:space="preserve">Anything surprised you about that? </w:t>
      </w:r>
    </w:p>
    <w:p w14:paraId="558FA54B" w14:textId="77777777" w:rsidR="00624AE9" w:rsidRDefault="00624AE9">
      <w:pPr>
        <w:spacing w:after="0"/>
      </w:pPr>
    </w:p>
    <w:p w14:paraId="02C509E3" w14:textId="77777777" w:rsidR="00624AE9" w:rsidRDefault="00C13212">
      <w:pPr>
        <w:spacing w:after="0"/>
      </w:pPr>
      <w:r>
        <w:rPr>
          <w:rFonts w:ascii="Arial" w:hAnsi="Arial"/>
          <w:b/>
        </w:rPr>
        <w:t xml:space="preserve">Participant #11:  </w:t>
      </w:r>
      <w:r>
        <w:rPr>
          <w:rFonts w:ascii="Arial" w:hAnsi="Arial"/>
          <w:color w:val="5D7284"/>
        </w:rPr>
        <w:t>22:49</w:t>
      </w:r>
    </w:p>
    <w:p w14:paraId="5C19028F" w14:textId="77777777" w:rsidR="00624AE9" w:rsidRDefault="00C13212">
      <w:pPr>
        <w:spacing w:after="0"/>
      </w:pPr>
      <w:r>
        <w:rPr>
          <w:rFonts w:ascii="Arial" w:hAnsi="Arial"/>
        </w:rPr>
        <w:t>I honestly, I don't know what potassium.</w:t>
      </w:r>
    </w:p>
    <w:p w14:paraId="46841187" w14:textId="77777777" w:rsidR="00624AE9" w:rsidRDefault="00624AE9">
      <w:pPr>
        <w:spacing w:after="0"/>
      </w:pPr>
    </w:p>
    <w:p w14:paraId="53A12FE6" w14:textId="77777777" w:rsidR="00624AE9" w:rsidRDefault="00C13212">
      <w:pPr>
        <w:spacing w:after="0"/>
      </w:pPr>
      <w:r>
        <w:rPr>
          <w:rFonts w:ascii="Arial" w:hAnsi="Arial"/>
          <w:b/>
        </w:rPr>
        <w:t xml:space="preserve">Interviewer P:  </w:t>
      </w:r>
      <w:r>
        <w:rPr>
          <w:rFonts w:ascii="Arial" w:hAnsi="Arial"/>
          <w:color w:val="5D7284"/>
        </w:rPr>
        <w:t>22:52</w:t>
      </w:r>
    </w:p>
    <w:p w14:paraId="69B76BCF" w14:textId="77777777" w:rsidR="00624AE9" w:rsidRDefault="00C13212">
      <w:pPr>
        <w:spacing w:after="0"/>
      </w:pPr>
      <w:r>
        <w:rPr>
          <w:rFonts w:ascii="Arial" w:hAnsi="Arial"/>
        </w:rPr>
        <w:t>Permanganate.</w:t>
      </w:r>
    </w:p>
    <w:p w14:paraId="3CAFDB8F" w14:textId="77777777" w:rsidR="00624AE9" w:rsidRDefault="00624AE9">
      <w:pPr>
        <w:spacing w:after="0"/>
      </w:pPr>
    </w:p>
    <w:p w14:paraId="4186E45A" w14:textId="77777777" w:rsidR="00624AE9" w:rsidRDefault="00C13212">
      <w:pPr>
        <w:spacing w:after="0"/>
      </w:pPr>
      <w:r>
        <w:rPr>
          <w:rFonts w:ascii="Arial" w:hAnsi="Arial"/>
          <w:b/>
        </w:rPr>
        <w:t xml:space="preserve">Interviewer E:  </w:t>
      </w:r>
      <w:r>
        <w:rPr>
          <w:rFonts w:ascii="Arial" w:hAnsi="Arial"/>
          <w:color w:val="5D7284"/>
        </w:rPr>
        <w:t>22:53</w:t>
      </w:r>
    </w:p>
    <w:p w14:paraId="6EF31DA5" w14:textId="77777777" w:rsidR="00624AE9" w:rsidRDefault="00C13212">
      <w:pPr>
        <w:spacing w:after="0"/>
      </w:pPr>
      <w:r>
        <w:rPr>
          <w:rFonts w:ascii="Arial" w:hAnsi="Arial"/>
        </w:rPr>
        <w:t>Yeah, I can never remember the.</w:t>
      </w:r>
    </w:p>
    <w:p w14:paraId="7FC531AF" w14:textId="77777777" w:rsidR="00624AE9" w:rsidRDefault="00624AE9">
      <w:pPr>
        <w:spacing w:after="0"/>
      </w:pPr>
    </w:p>
    <w:p w14:paraId="4B0FF23F" w14:textId="77777777" w:rsidR="00624AE9" w:rsidRDefault="00C13212">
      <w:pPr>
        <w:spacing w:after="0"/>
      </w:pPr>
      <w:r>
        <w:rPr>
          <w:rFonts w:ascii="Arial" w:hAnsi="Arial"/>
          <w:b/>
        </w:rPr>
        <w:t xml:space="preserve">Participant #11:  </w:t>
      </w:r>
      <w:r>
        <w:rPr>
          <w:rFonts w:ascii="Arial" w:hAnsi="Arial"/>
          <w:color w:val="5D7284"/>
        </w:rPr>
        <w:t>22:56</w:t>
      </w:r>
    </w:p>
    <w:p w14:paraId="3DCD357A" w14:textId="540CF691" w:rsidR="00624AE9" w:rsidRDefault="00C13212">
      <w:pPr>
        <w:spacing w:after="0"/>
      </w:pPr>
      <w:r>
        <w:rPr>
          <w:rFonts w:ascii="Arial" w:hAnsi="Arial"/>
        </w:rPr>
        <w:t xml:space="preserve">Yeah, I've never heard of that before. </w:t>
      </w:r>
      <w:r w:rsidR="00B208B0">
        <w:rPr>
          <w:rFonts w:ascii="Arial" w:hAnsi="Arial"/>
        </w:rPr>
        <w:t>So,</w:t>
      </w:r>
      <w:r>
        <w:rPr>
          <w:rFonts w:ascii="Arial" w:hAnsi="Arial"/>
        </w:rPr>
        <w:t xml:space="preserve"> I just had no idea of what it would do. </w:t>
      </w:r>
    </w:p>
    <w:p w14:paraId="048953F4" w14:textId="77777777" w:rsidR="00624AE9" w:rsidRDefault="00624AE9">
      <w:pPr>
        <w:spacing w:after="0"/>
      </w:pPr>
    </w:p>
    <w:p w14:paraId="236667D2" w14:textId="77777777" w:rsidR="00624AE9" w:rsidRDefault="00C13212">
      <w:pPr>
        <w:spacing w:after="0"/>
      </w:pPr>
      <w:r>
        <w:rPr>
          <w:rFonts w:ascii="Arial" w:hAnsi="Arial"/>
          <w:b/>
        </w:rPr>
        <w:t xml:space="preserve">Interviewer P:  </w:t>
      </w:r>
      <w:r>
        <w:rPr>
          <w:rFonts w:ascii="Arial" w:hAnsi="Arial"/>
          <w:color w:val="5D7284"/>
        </w:rPr>
        <w:t>23:01</w:t>
      </w:r>
    </w:p>
    <w:p w14:paraId="2AA9B543" w14:textId="77777777" w:rsidR="00624AE9" w:rsidRDefault="00C13212">
      <w:pPr>
        <w:spacing w:after="0"/>
      </w:pPr>
      <w:r>
        <w:rPr>
          <w:rFonts w:ascii="Arial" w:hAnsi="Arial"/>
        </w:rPr>
        <w:t xml:space="preserve">Yeah. And that's kind of why we're showing you this first. Because We're next gonna move to that. </w:t>
      </w:r>
    </w:p>
    <w:p w14:paraId="4B9B9A3D" w14:textId="77777777" w:rsidR="00624AE9" w:rsidRDefault="00624AE9">
      <w:pPr>
        <w:spacing w:after="0"/>
      </w:pPr>
    </w:p>
    <w:p w14:paraId="2B78FA44" w14:textId="77777777" w:rsidR="00624AE9" w:rsidRDefault="00C13212">
      <w:pPr>
        <w:spacing w:after="0"/>
      </w:pPr>
      <w:r>
        <w:rPr>
          <w:rFonts w:ascii="Arial" w:hAnsi="Arial"/>
          <w:b/>
        </w:rPr>
        <w:t xml:space="preserve">Interviewer E:  </w:t>
      </w:r>
      <w:r>
        <w:rPr>
          <w:rFonts w:ascii="Arial" w:hAnsi="Arial"/>
          <w:color w:val="5D7284"/>
        </w:rPr>
        <w:t>23:08</w:t>
      </w:r>
    </w:p>
    <w:p w14:paraId="5B25CFF4" w14:textId="33F49465" w:rsidR="00624AE9" w:rsidRDefault="00C13212">
      <w:pPr>
        <w:spacing w:after="0"/>
      </w:pPr>
      <w:r>
        <w:rPr>
          <w:rFonts w:ascii="Arial" w:hAnsi="Arial"/>
        </w:rPr>
        <w:t xml:space="preserve">Yeah, we're gonna we're gonna put some in there. But before we do, we want to see what you think what will happen from like a side view. </w:t>
      </w:r>
      <w:r w:rsidR="00B208B0">
        <w:rPr>
          <w:rFonts w:ascii="Arial" w:hAnsi="Arial"/>
        </w:rPr>
        <w:t>So,</w:t>
      </w:r>
      <w:r>
        <w:rPr>
          <w:rFonts w:ascii="Arial" w:hAnsi="Arial"/>
        </w:rPr>
        <w:t xml:space="preserve"> if you just took a picture from the side, and also you took like a bird's eye view picture from top like what you think it would look like? </w:t>
      </w:r>
    </w:p>
    <w:p w14:paraId="54A7A7E5" w14:textId="77777777" w:rsidR="00624AE9" w:rsidRDefault="00624AE9">
      <w:pPr>
        <w:spacing w:after="0"/>
      </w:pPr>
    </w:p>
    <w:p w14:paraId="3EE0D761" w14:textId="77777777" w:rsidR="00624AE9" w:rsidRDefault="00C13212">
      <w:pPr>
        <w:spacing w:after="0"/>
      </w:pPr>
      <w:r>
        <w:rPr>
          <w:rFonts w:ascii="Arial" w:hAnsi="Arial"/>
          <w:b/>
        </w:rPr>
        <w:t xml:space="preserve">Participant #11:  </w:t>
      </w:r>
      <w:r>
        <w:rPr>
          <w:rFonts w:ascii="Arial" w:hAnsi="Arial"/>
          <w:color w:val="5D7284"/>
        </w:rPr>
        <w:t>23:25</w:t>
      </w:r>
    </w:p>
    <w:p w14:paraId="52B38040" w14:textId="77777777" w:rsidR="00624AE9" w:rsidRDefault="00C13212">
      <w:pPr>
        <w:spacing w:after="0"/>
      </w:pPr>
      <w:r>
        <w:rPr>
          <w:rFonts w:ascii="Arial" w:hAnsi="Arial"/>
        </w:rPr>
        <w:t>Okay.</w:t>
      </w:r>
    </w:p>
    <w:p w14:paraId="4B4BF330" w14:textId="77777777" w:rsidR="00624AE9" w:rsidRDefault="00624AE9">
      <w:pPr>
        <w:spacing w:after="0"/>
      </w:pPr>
    </w:p>
    <w:p w14:paraId="3BBD4D68" w14:textId="77777777" w:rsidR="00624AE9" w:rsidRDefault="00C13212">
      <w:pPr>
        <w:spacing w:after="0"/>
      </w:pPr>
      <w:r>
        <w:rPr>
          <w:rFonts w:ascii="Arial" w:hAnsi="Arial"/>
          <w:b/>
        </w:rPr>
        <w:t xml:space="preserve">Interviewer P:  </w:t>
      </w:r>
      <w:r>
        <w:rPr>
          <w:rFonts w:ascii="Arial" w:hAnsi="Arial"/>
          <w:color w:val="5D7284"/>
        </w:rPr>
        <w:t>23:28</w:t>
      </w:r>
    </w:p>
    <w:p w14:paraId="684F67DE" w14:textId="77777777" w:rsidR="00624AE9" w:rsidRDefault="00C13212">
      <w:pPr>
        <w:spacing w:after="0"/>
      </w:pPr>
      <w:r>
        <w:rPr>
          <w:rFonts w:ascii="Arial" w:hAnsi="Arial"/>
        </w:rPr>
        <w:t xml:space="preserve">Rotate tank. And it's been spinning for about 45 minutes. </w:t>
      </w:r>
    </w:p>
    <w:p w14:paraId="4950AEBA" w14:textId="77777777" w:rsidR="00624AE9" w:rsidRDefault="00624AE9">
      <w:pPr>
        <w:spacing w:after="0"/>
      </w:pPr>
    </w:p>
    <w:p w14:paraId="374BF1CF" w14:textId="77777777" w:rsidR="00624AE9" w:rsidRDefault="00C13212">
      <w:pPr>
        <w:spacing w:after="0"/>
      </w:pPr>
      <w:r>
        <w:rPr>
          <w:rFonts w:ascii="Arial" w:hAnsi="Arial"/>
          <w:b/>
        </w:rPr>
        <w:t xml:space="preserve">Interviewer E:  </w:t>
      </w:r>
      <w:r>
        <w:rPr>
          <w:rFonts w:ascii="Arial" w:hAnsi="Arial"/>
          <w:color w:val="5D7284"/>
        </w:rPr>
        <w:t>23:32</w:t>
      </w:r>
    </w:p>
    <w:p w14:paraId="77885CAD" w14:textId="77777777" w:rsidR="00624AE9" w:rsidRDefault="00C13212">
      <w:pPr>
        <w:spacing w:after="0"/>
      </w:pPr>
      <w:r>
        <w:rPr>
          <w:rFonts w:ascii="Arial" w:hAnsi="Arial"/>
        </w:rPr>
        <w:t>Yeah, it's been spinning for a while now.</w:t>
      </w:r>
    </w:p>
    <w:p w14:paraId="455847D1" w14:textId="77777777" w:rsidR="00624AE9" w:rsidRDefault="00624AE9">
      <w:pPr>
        <w:spacing w:after="0"/>
      </w:pPr>
    </w:p>
    <w:p w14:paraId="66C7F736" w14:textId="77777777" w:rsidR="00624AE9" w:rsidRDefault="00C13212">
      <w:pPr>
        <w:spacing w:after="0"/>
      </w:pPr>
      <w:r>
        <w:rPr>
          <w:rFonts w:ascii="Arial" w:hAnsi="Arial"/>
          <w:b/>
        </w:rPr>
        <w:t xml:space="preserve">Interviewer P:  </w:t>
      </w:r>
      <w:r>
        <w:rPr>
          <w:rFonts w:ascii="Arial" w:hAnsi="Arial"/>
          <w:color w:val="5D7284"/>
        </w:rPr>
        <w:t>23:36</w:t>
      </w:r>
    </w:p>
    <w:p w14:paraId="2063CE1A" w14:textId="77777777" w:rsidR="00624AE9" w:rsidRDefault="00C13212">
      <w:pPr>
        <w:spacing w:after="0"/>
      </w:pPr>
      <w:r>
        <w:rPr>
          <w:rFonts w:ascii="Arial" w:hAnsi="Arial"/>
        </w:rPr>
        <w:t>Get the right paper for you.</w:t>
      </w:r>
    </w:p>
    <w:p w14:paraId="2FE67C1C" w14:textId="77777777" w:rsidR="00624AE9" w:rsidRDefault="00624AE9">
      <w:pPr>
        <w:spacing w:after="0"/>
      </w:pPr>
    </w:p>
    <w:p w14:paraId="38340EA5" w14:textId="77777777" w:rsidR="00624AE9" w:rsidRDefault="00C13212">
      <w:pPr>
        <w:spacing w:after="0"/>
      </w:pPr>
      <w:r>
        <w:rPr>
          <w:rFonts w:ascii="Arial" w:hAnsi="Arial"/>
          <w:b/>
        </w:rPr>
        <w:t xml:space="preserve">Interviewer E:  </w:t>
      </w:r>
      <w:r>
        <w:rPr>
          <w:rFonts w:ascii="Arial" w:hAnsi="Arial"/>
          <w:color w:val="5D7284"/>
        </w:rPr>
        <w:t>23:40</w:t>
      </w:r>
    </w:p>
    <w:p w14:paraId="4022ACED" w14:textId="77777777" w:rsidR="00624AE9" w:rsidRDefault="00C13212">
      <w:pPr>
        <w:spacing w:after="0"/>
      </w:pPr>
      <w:r>
        <w:rPr>
          <w:rFonts w:ascii="Arial" w:hAnsi="Arial"/>
        </w:rPr>
        <w:t>Is it it's yeah.</w:t>
      </w:r>
    </w:p>
    <w:p w14:paraId="0D50E9E6" w14:textId="77777777" w:rsidR="00624AE9" w:rsidRDefault="00624AE9">
      <w:pPr>
        <w:spacing w:after="0"/>
      </w:pPr>
    </w:p>
    <w:p w14:paraId="7429E24F" w14:textId="77777777" w:rsidR="00624AE9" w:rsidRDefault="00C13212">
      <w:pPr>
        <w:spacing w:after="0"/>
      </w:pPr>
      <w:r>
        <w:rPr>
          <w:rFonts w:ascii="Arial" w:hAnsi="Arial"/>
          <w:b/>
        </w:rPr>
        <w:t xml:space="preserve">Interviewer P:  </w:t>
      </w:r>
      <w:r>
        <w:rPr>
          <w:rFonts w:ascii="Arial" w:hAnsi="Arial"/>
          <w:color w:val="5D7284"/>
        </w:rPr>
        <w:t>23:42</w:t>
      </w:r>
    </w:p>
    <w:p w14:paraId="05DBF507" w14:textId="77777777" w:rsidR="00624AE9" w:rsidRDefault="00C13212">
      <w:pPr>
        <w:spacing w:after="0"/>
      </w:pPr>
      <w:r>
        <w:rPr>
          <w:rFonts w:ascii="Arial" w:hAnsi="Arial"/>
        </w:rPr>
        <w:t>Sorry.</w:t>
      </w:r>
    </w:p>
    <w:p w14:paraId="6253B87A" w14:textId="77777777" w:rsidR="00624AE9" w:rsidRDefault="00624AE9">
      <w:pPr>
        <w:spacing w:after="0"/>
      </w:pPr>
    </w:p>
    <w:p w14:paraId="40D8FD3B" w14:textId="77777777" w:rsidR="00624AE9" w:rsidRDefault="00C13212">
      <w:pPr>
        <w:spacing w:after="0"/>
      </w:pPr>
      <w:r>
        <w:rPr>
          <w:rFonts w:ascii="Arial" w:hAnsi="Arial"/>
          <w:b/>
        </w:rPr>
        <w:t xml:space="preserve">Interviewer E:  </w:t>
      </w:r>
      <w:r>
        <w:rPr>
          <w:rFonts w:ascii="Arial" w:hAnsi="Arial"/>
          <w:color w:val="5D7284"/>
        </w:rPr>
        <w:t>23:46</w:t>
      </w:r>
    </w:p>
    <w:p w14:paraId="5F77A343" w14:textId="77777777" w:rsidR="00624AE9" w:rsidRDefault="00C13212">
      <w:pPr>
        <w:spacing w:after="0"/>
      </w:pPr>
      <w:r>
        <w:rPr>
          <w:rFonts w:ascii="Arial" w:hAnsi="Arial"/>
        </w:rPr>
        <w:t>It not?</w:t>
      </w:r>
    </w:p>
    <w:p w14:paraId="0BBF3196" w14:textId="77777777" w:rsidR="00624AE9" w:rsidRDefault="00624AE9">
      <w:pPr>
        <w:spacing w:after="0"/>
      </w:pPr>
    </w:p>
    <w:p w14:paraId="40DDFEB7" w14:textId="77777777" w:rsidR="00624AE9" w:rsidRDefault="00C13212">
      <w:pPr>
        <w:spacing w:after="0"/>
      </w:pPr>
      <w:r>
        <w:rPr>
          <w:rFonts w:ascii="Arial" w:hAnsi="Arial"/>
          <w:b/>
        </w:rPr>
        <w:t xml:space="preserve">Interviewer P:  </w:t>
      </w:r>
      <w:r>
        <w:rPr>
          <w:rFonts w:ascii="Arial" w:hAnsi="Arial"/>
          <w:color w:val="5D7284"/>
        </w:rPr>
        <w:t>23:46</w:t>
      </w:r>
    </w:p>
    <w:p w14:paraId="1F81874D" w14:textId="77777777" w:rsidR="00624AE9" w:rsidRDefault="00C13212">
      <w:pPr>
        <w:spacing w:after="0"/>
      </w:pPr>
      <w:r>
        <w:rPr>
          <w:rFonts w:ascii="Arial" w:hAnsi="Arial"/>
        </w:rPr>
        <w:t>I lied, here I think it's at the bottom of this. Yep. Here we go.</w:t>
      </w:r>
    </w:p>
    <w:p w14:paraId="47306020" w14:textId="77777777" w:rsidR="00624AE9" w:rsidRDefault="00624AE9">
      <w:pPr>
        <w:spacing w:after="0"/>
      </w:pPr>
    </w:p>
    <w:p w14:paraId="25E48C96" w14:textId="77777777" w:rsidR="00624AE9" w:rsidRDefault="00C13212">
      <w:pPr>
        <w:spacing w:after="0"/>
      </w:pPr>
      <w:r>
        <w:rPr>
          <w:rFonts w:ascii="Arial" w:hAnsi="Arial"/>
          <w:b/>
        </w:rPr>
        <w:t xml:space="preserve">Participant #11:  </w:t>
      </w:r>
      <w:r>
        <w:rPr>
          <w:rFonts w:ascii="Arial" w:hAnsi="Arial"/>
          <w:color w:val="5D7284"/>
        </w:rPr>
        <w:t>23:54</w:t>
      </w:r>
    </w:p>
    <w:p w14:paraId="4BF20B9E" w14:textId="77777777" w:rsidR="00624AE9" w:rsidRDefault="00C13212">
      <w:pPr>
        <w:spacing w:after="0"/>
      </w:pPr>
      <w:r>
        <w:rPr>
          <w:rFonts w:ascii="Arial" w:hAnsi="Arial"/>
        </w:rPr>
        <w:t>I'll use purple to.</w:t>
      </w:r>
    </w:p>
    <w:p w14:paraId="1FB47DEC" w14:textId="77777777" w:rsidR="00624AE9" w:rsidRDefault="00624AE9">
      <w:pPr>
        <w:spacing w:after="0"/>
      </w:pPr>
    </w:p>
    <w:p w14:paraId="6A4F922F" w14:textId="77777777" w:rsidR="00624AE9" w:rsidRDefault="00C13212">
      <w:pPr>
        <w:spacing w:after="0"/>
      </w:pPr>
      <w:r>
        <w:rPr>
          <w:rFonts w:ascii="Arial" w:hAnsi="Arial"/>
          <w:b/>
        </w:rPr>
        <w:t xml:space="preserve">Interviewer P:  </w:t>
      </w:r>
      <w:r>
        <w:rPr>
          <w:rFonts w:ascii="Arial" w:hAnsi="Arial"/>
          <w:color w:val="5D7284"/>
        </w:rPr>
        <w:t>23:55</w:t>
      </w:r>
    </w:p>
    <w:p w14:paraId="09A811E9" w14:textId="77777777" w:rsidR="00624AE9" w:rsidRDefault="00C13212">
      <w:pPr>
        <w:spacing w:after="0"/>
      </w:pPr>
      <w:r>
        <w:rPr>
          <w:rFonts w:ascii="Arial" w:hAnsi="Arial"/>
        </w:rPr>
        <w:t xml:space="preserve">Sure. </w:t>
      </w:r>
    </w:p>
    <w:p w14:paraId="0FC3BC4A" w14:textId="77777777" w:rsidR="00624AE9" w:rsidRDefault="00624AE9">
      <w:pPr>
        <w:spacing w:after="0"/>
      </w:pPr>
    </w:p>
    <w:p w14:paraId="631B0F8A" w14:textId="77777777" w:rsidR="00624AE9" w:rsidRDefault="00C13212">
      <w:pPr>
        <w:spacing w:after="0"/>
      </w:pPr>
      <w:r>
        <w:rPr>
          <w:rFonts w:ascii="Arial" w:hAnsi="Arial"/>
          <w:b/>
        </w:rPr>
        <w:t xml:space="preserve">Participant #11:  </w:t>
      </w:r>
      <w:r>
        <w:rPr>
          <w:rFonts w:ascii="Arial" w:hAnsi="Arial"/>
          <w:color w:val="5D7284"/>
        </w:rPr>
        <w:t>23:56</w:t>
      </w:r>
    </w:p>
    <w:p w14:paraId="203004DD" w14:textId="77777777" w:rsidR="00624AE9" w:rsidRDefault="00C13212">
      <w:pPr>
        <w:spacing w:after="0"/>
      </w:pPr>
      <w:r>
        <w:rPr>
          <w:rFonts w:ascii="Arial" w:hAnsi="Arial"/>
        </w:rPr>
        <w:t>So are you dropping them on the edge in the middle.</w:t>
      </w:r>
    </w:p>
    <w:p w14:paraId="6D37630E" w14:textId="77777777" w:rsidR="00624AE9" w:rsidRDefault="00624AE9">
      <w:pPr>
        <w:spacing w:after="0"/>
      </w:pPr>
    </w:p>
    <w:p w14:paraId="00E008F3" w14:textId="77777777" w:rsidR="00624AE9" w:rsidRDefault="00C13212">
      <w:pPr>
        <w:spacing w:after="0"/>
      </w:pPr>
      <w:r>
        <w:rPr>
          <w:rFonts w:ascii="Arial" w:hAnsi="Arial"/>
          <w:b/>
        </w:rPr>
        <w:t xml:space="preserve">Interviewer E:  </w:t>
      </w:r>
      <w:r>
        <w:rPr>
          <w:rFonts w:ascii="Arial" w:hAnsi="Arial"/>
          <w:color w:val="5D7284"/>
        </w:rPr>
        <w:t>24:01</w:t>
      </w:r>
    </w:p>
    <w:p w14:paraId="2DC4054E" w14:textId="77777777" w:rsidR="00624AE9" w:rsidRDefault="00C13212">
      <w:pPr>
        <w:spacing w:after="0"/>
      </w:pPr>
      <w:r>
        <w:rPr>
          <w:rFonts w:ascii="Arial" w:hAnsi="Arial"/>
        </w:rPr>
        <w:t xml:space="preserve"> I'm gonna drop some on the edges and then some in the middle.</w:t>
      </w:r>
    </w:p>
    <w:p w14:paraId="540C4F90" w14:textId="77777777" w:rsidR="00624AE9" w:rsidRDefault="00624AE9">
      <w:pPr>
        <w:spacing w:after="0"/>
      </w:pPr>
    </w:p>
    <w:p w14:paraId="77551E90" w14:textId="77777777" w:rsidR="00624AE9" w:rsidRDefault="00C13212">
      <w:pPr>
        <w:spacing w:after="0"/>
      </w:pPr>
      <w:r>
        <w:rPr>
          <w:rFonts w:ascii="Arial" w:hAnsi="Arial"/>
          <w:b/>
        </w:rPr>
        <w:t xml:space="preserve">Participant #11:  </w:t>
      </w:r>
      <w:r>
        <w:rPr>
          <w:rFonts w:ascii="Arial" w:hAnsi="Arial"/>
          <w:color w:val="5D7284"/>
        </w:rPr>
        <w:t>24:19</w:t>
      </w:r>
    </w:p>
    <w:p w14:paraId="17827B58" w14:textId="77777777" w:rsidR="00624AE9" w:rsidRDefault="00C13212">
      <w:pPr>
        <w:spacing w:after="0"/>
      </w:pPr>
      <w:r>
        <w:rPr>
          <w:rFonts w:ascii="Arial" w:hAnsi="Arial"/>
        </w:rPr>
        <w:t>Depending on where you drop them. Just kind of.</w:t>
      </w:r>
    </w:p>
    <w:p w14:paraId="03C28A35" w14:textId="77777777" w:rsidR="00624AE9" w:rsidRDefault="00624AE9">
      <w:pPr>
        <w:spacing w:after="0"/>
      </w:pPr>
    </w:p>
    <w:p w14:paraId="593CBF4F" w14:textId="77777777" w:rsidR="00624AE9" w:rsidRDefault="00C13212">
      <w:pPr>
        <w:spacing w:after="0"/>
      </w:pPr>
      <w:r>
        <w:rPr>
          <w:rFonts w:ascii="Arial" w:hAnsi="Arial"/>
          <w:b/>
        </w:rPr>
        <w:t xml:space="preserve">Interviewer E:  </w:t>
      </w:r>
      <w:r>
        <w:rPr>
          <w:rFonts w:ascii="Arial" w:hAnsi="Arial"/>
          <w:color w:val="5D7284"/>
        </w:rPr>
        <w:t>24:44</w:t>
      </w:r>
    </w:p>
    <w:p w14:paraId="0A84326A" w14:textId="38AB0BF8" w:rsidR="00624AE9" w:rsidRDefault="00C13212">
      <w:pPr>
        <w:spacing w:after="0"/>
      </w:pPr>
      <w:r>
        <w:rPr>
          <w:rFonts w:ascii="Arial" w:hAnsi="Arial"/>
        </w:rPr>
        <w:t xml:space="preserve">Okay, can you explain to me a little bit of </w:t>
      </w:r>
      <w:r w:rsidR="00B208B0">
        <w:rPr>
          <w:rFonts w:ascii="Arial" w:hAnsi="Arial"/>
        </w:rPr>
        <w:t>what’s</w:t>
      </w:r>
      <w:r>
        <w:rPr>
          <w:rFonts w:ascii="Arial" w:hAnsi="Arial"/>
        </w:rPr>
        <w:t xml:space="preserve"> going on here?</w:t>
      </w:r>
    </w:p>
    <w:p w14:paraId="0C8EB187" w14:textId="77777777" w:rsidR="00624AE9" w:rsidRDefault="00624AE9">
      <w:pPr>
        <w:spacing w:after="0"/>
      </w:pPr>
    </w:p>
    <w:p w14:paraId="593D312D" w14:textId="77777777" w:rsidR="00624AE9" w:rsidRDefault="00C13212">
      <w:pPr>
        <w:spacing w:after="0"/>
      </w:pPr>
      <w:r>
        <w:rPr>
          <w:rFonts w:ascii="Arial" w:hAnsi="Arial"/>
          <w:b/>
        </w:rPr>
        <w:t xml:space="preserve">Participant #11:  </w:t>
      </w:r>
      <w:r>
        <w:rPr>
          <w:rFonts w:ascii="Arial" w:hAnsi="Arial"/>
          <w:color w:val="5D7284"/>
        </w:rPr>
        <w:t>24:48</w:t>
      </w:r>
    </w:p>
    <w:p w14:paraId="1B9480D6" w14:textId="6CB3EE1E" w:rsidR="00624AE9" w:rsidRDefault="00B208B0">
      <w:pPr>
        <w:spacing w:after="0"/>
      </w:pPr>
      <w:r>
        <w:rPr>
          <w:rFonts w:ascii="Arial" w:hAnsi="Arial"/>
        </w:rPr>
        <w:t xml:space="preserve">So, from the top, it'll be like when you drop them in since it's rotating the dye trail that it leaves will also rotate. </w:t>
      </w:r>
    </w:p>
    <w:p w14:paraId="2B1F6464" w14:textId="77777777" w:rsidR="00624AE9" w:rsidRDefault="00624AE9">
      <w:pPr>
        <w:spacing w:after="0"/>
      </w:pPr>
    </w:p>
    <w:p w14:paraId="6E5B1137" w14:textId="77777777" w:rsidR="00624AE9" w:rsidRDefault="00C13212">
      <w:pPr>
        <w:spacing w:after="0"/>
      </w:pPr>
      <w:r>
        <w:rPr>
          <w:rFonts w:ascii="Arial" w:hAnsi="Arial"/>
          <w:b/>
        </w:rPr>
        <w:t xml:space="preserve">Interviewer E:  </w:t>
      </w:r>
      <w:r>
        <w:rPr>
          <w:rFonts w:ascii="Arial" w:hAnsi="Arial"/>
          <w:color w:val="5D7284"/>
        </w:rPr>
        <w:t>24:57</w:t>
      </w:r>
    </w:p>
    <w:p w14:paraId="36B0505C" w14:textId="77777777" w:rsidR="00624AE9" w:rsidRDefault="00C13212">
      <w:pPr>
        <w:spacing w:after="0"/>
      </w:pPr>
      <w:r>
        <w:rPr>
          <w:rFonts w:ascii="Arial" w:hAnsi="Arial"/>
        </w:rPr>
        <w:t>Okay.</w:t>
      </w:r>
    </w:p>
    <w:p w14:paraId="2507AA1F" w14:textId="77777777" w:rsidR="00624AE9" w:rsidRDefault="00624AE9">
      <w:pPr>
        <w:spacing w:after="0"/>
      </w:pPr>
    </w:p>
    <w:p w14:paraId="321632CA" w14:textId="77777777" w:rsidR="00624AE9" w:rsidRDefault="00C13212">
      <w:pPr>
        <w:spacing w:after="0"/>
      </w:pPr>
      <w:r>
        <w:rPr>
          <w:rFonts w:ascii="Arial" w:hAnsi="Arial"/>
          <w:b/>
        </w:rPr>
        <w:t xml:space="preserve">Participant #11:  </w:t>
      </w:r>
      <w:r>
        <w:rPr>
          <w:rFonts w:ascii="Arial" w:hAnsi="Arial"/>
          <w:color w:val="5D7284"/>
        </w:rPr>
        <w:t>24:57</w:t>
      </w:r>
    </w:p>
    <w:p w14:paraId="18A74CD2" w14:textId="78DC3631" w:rsidR="00624AE9" w:rsidRDefault="00B208B0">
      <w:pPr>
        <w:spacing w:after="0"/>
      </w:pPr>
      <w:r>
        <w:rPr>
          <w:rFonts w:ascii="Arial" w:hAnsi="Arial"/>
        </w:rPr>
        <w:t>So, I feel like it'll make something of a circle.</w:t>
      </w:r>
    </w:p>
    <w:p w14:paraId="653ADB2B" w14:textId="77777777" w:rsidR="00624AE9" w:rsidRDefault="00624AE9">
      <w:pPr>
        <w:spacing w:after="0"/>
      </w:pPr>
    </w:p>
    <w:p w14:paraId="1DF6FA62" w14:textId="77777777" w:rsidR="00624AE9" w:rsidRDefault="00C13212">
      <w:pPr>
        <w:spacing w:after="0"/>
      </w:pPr>
      <w:r>
        <w:rPr>
          <w:rFonts w:ascii="Arial" w:hAnsi="Arial"/>
          <w:b/>
        </w:rPr>
        <w:t xml:space="preserve">Interviewer E:  </w:t>
      </w:r>
      <w:r>
        <w:rPr>
          <w:rFonts w:ascii="Arial" w:hAnsi="Arial"/>
          <w:color w:val="5D7284"/>
        </w:rPr>
        <w:t>25:00</w:t>
      </w:r>
    </w:p>
    <w:p w14:paraId="26F03B73" w14:textId="77777777" w:rsidR="00624AE9" w:rsidRDefault="00C13212">
      <w:pPr>
        <w:spacing w:after="0"/>
      </w:pPr>
      <w:r>
        <w:rPr>
          <w:rFonts w:ascii="Arial" w:hAnsi="Arial"/>
        </w:rPr>
        <w:t>Okay.</w:t>
      </w:r>
    </w:p>
    <w:p w14:paraId="692566F1" w14:textId="77777777" w:rsidR="00624AE9" w:rsidRDefault="00624AE9">
      <w:pPr>
        <w:spacing w:after="0"/>
      </w:pPr>
    </w:p>
    <w:p w14:paraId="5AEB2648" w14:textId="77777777" w:rsidR="00624AE9" w:rsidRDefault="00C13212">
      <w:pPr>
        <w:spacing w:after="0"/>
      </w:pPr>
      <w:r>
        <w:rPr>
          <w:rFonts w:ascii="Arial" w:hAnsi="Arial"/>
          <w:b/>
        </w:rPr>
        <w:t xml:space="preserve">Participant #11:  </w:t>
      </w:r>
      <w:r>
        <w:rPr>
          <w:rFonts w:ascii="Arial" w:hAnsi="Arial"/>
          <w:color w:val="5D7284"/>
        </w:rPr>
        <w:t>25:00</w:t>
      </w:r>
    </w:p>
    <w:p w14:paraId="0A28863B" w14:textId="77777777" w:rsidR="00624AE9" w:rsidRDefault="00C13212">
      <w:pPr>
        <w:spacing w:after="0"/>
      </w:pPr>
      <w:r>
        <w:rPr>
          <w:rFonts w:ascii="Arial" w:hAnsi="Arial"/>
        </w:rPr>
        <w:t>It'll be darker like where you drop it. But it might be like, it'll be a circle. And then I did one in the middle. Like, if you drop some in the middle, it'll make a circle just smaller.</w:t>
      </w:r>
    </w:p>
    <w:p w14:paraId="4FB23264" w14:textId="77777777" w:rsidR="00624AE9" w:rsidRDefault="00624AE9">
      <w:pPr>
        <w:spacing w:after="0"/>
      </w:pPr>
    </w:p>
    <w:p w14:paraId="0243FF92" w14:textId="77777777" w:rsidR="00624AE9" w:rsidRDefault="00C13212">
      <w:pPr>
        <w:spacing w:after="0"/>
      </w:pPr>
      <w:r>
        <w:rPr>
          <w:rFonts w:ascii="Arial" w:hAnsi="Arial"/>
          <w:b/>
        </w:rPr>
        <w:t xml:space="preserve">Interviewer E:  </w:t>
      </w:r>
      <w:r>
        <w:rPr>
          <w:rFonts w:ascii="Arial" w:hAnsi="Arial"/>
          <w:color w:val="5D7284"/>
        </w:rPr>
        <w:t>25:10</w:t>
      </w:r>
    </w:p>
    <w:p w14:paraId="05B04455" w14:textId="77777777" w:rsidR="00624AE9" w:rsidRDefault="00C13212">
      <w:pPr>
        <w:spacing w:after="0"/>
      </w:pPr>
      <w:r>
        <w:rPr>
          <w:rFonts w:ascii="Arial" w:hAnsi="Arial"/>
        </w:rPr>
        <w:t xml:space="preserve">Okay. </w:t>
      </w:r>
    </w:p>
    <w:p w14:paraId="563A1E83" w14:textId="77777777" w:rsidR="00624AE9" w:rsidRDefault="00624AE9">
      <w:pPr>
        <w:spacing w:after="0"/>
      </w:pPr>
    </w:p>
    <w:p w14:paraId="0EB169D2" w14:textId="77777777" w:rsidR="00624AE9" w:rsidRDefault="00C13212">
      <w:pPr>
        <w:spacing w:after="0"/>
      </w:pPr>
      <w:r>
        <w:rPr>
          <w:rFonts w:ascii="Arial" w:hAnsi="Arial"/>
          <w:b/>
        </w:rPr>
        <w:t xml:space="preserve">Participant #11:  </w:t>
      </w:r>
      <w:r>
        <w:rPr>
          <w:rFonts w:ascii="Arial" w:hAnsi="Arial"/>
          <w:color w:val="5D7284"/>
        </w:rPr>
        <w:t>25:11</w:t>
      </w:r>
    </w:p>
    <w:p w14:paraId="47354E24" w14:textId="77777777" w:rsidR="00624AE9" w:rsidRDefault="00C13212">
      <w:pPr>
        <w:spacing w:after="0"/>
      </w:pPr>
      <w:r>
        <w:rPr>
          <w:rFonts w:ascii="Arial" w:hAnsi="Arial"/>
        </w:rPr>
        <w:t>From the side, there really no, this doesn't really look like it. But I feel like inside, it'll just look like a line. But you might be able to see some of it on the other side, depending on like the angle you look at.</w:t>
      </w:r>
    </w:p>
    <w:p w14:paraId="6303A566" w14:textId="77777777" w:rsidR="00624AE9" w:rsidRDefault="00624AE9">
      <w:pPr>
        <w:spacing w:after="0"/>
      </w:pPr>
    </w:p>
    <w:p w14:paraId="1DED3098" w14:textId="77777777" w:rsidR="00624AE9" w:rsidRDefault="00C13212">
      <w:pPr>
        <w:spacing w:after="0"/>
      </w:pPr>
      <w:r>
        <w:rPr>
          <w:rFonts w:ascii="Arial" w:hAnsi="Arial"/>
          <w:b/>
        </w:rPr>
        <w:t xml:space="preserve">Interviewer E:  </w:t>
      </w:r>
      <w:r>
        <w:rPr>
          <w:rFonts w:ascii="Arial" w:hAnsi="Arial"/>
          <w:color w:val="5D7284"/>
        </w:rPr>
        <w:t>25:22</w:t>
      </w:r>
    </w:p>
    <w:p w14:paraId="2F6DF855" w14:textId="77777777" w:rsidR="00624AE9" w:rsidRDefault="00C13212">
      <w:pPr>
        <w:spacing w:after="0"/>
      </w:pPr>
      <w:r>
        <w:rPr>
          <w:rFonts w:ascii="Arial" w:hAnsi="Arial"/>
        </w:rPr>
        <w:lastRenderedPageBreak/>
        <w:t>Right.</w:t>
      </w:r>
    </w:p>
    <w:p w14:paraId="28DCA8CD" w14:textId="77777777" w:rsidR="00624AE9" w:rsidRDefault="00624AE9">
      <w:pPr>
        <w:spacing w:after="0"/>
      </w:pPr>
    </w:p>
    <w:p w14:paraId="344484BC" w14:textId="77777777" w:rsidR="00624AE9" w:rsidRDefault="00C13212">
      <w:pPr>
        <w:spacing w:after="0"/>
      </w:pPr>
      <w:r>
        <w:rPr>
          <w:rFonts w:ascii="Arial" w:hAnsi="Arial"/>
          <w:b/>
        </w:rPr>
        <w:t xml:space="preserve">Participant #11:  </w:t>
      </w:r>
      <w:r>
        <w:rPr>
          <w:rFonts w:ascii="Arial" w:hAnsi="Arial"/>
          <w:color w:val="5D7284"/>
        </w:rPr>
        <w:t>25:23</w:t>
      </w:r>
    </w:p>
    <w:p w14:paraId="43A4E5FB" w14:textId="7EB97117" w:rsidR="00624AE9" w:rsidRDefault="00B208B0">
      <w:pPr>
        <w:spacing w:after="0"/>
      </w:pPr>
      <w:r>
        <w:rPr>
          <w:rFonts w:ascii="Arial" w:hAnsi="Arial"/>
        </w:rPr>
        <w:t xml:space="preserve">So, you might see some like a little higher, but they look smaller because they're in the middle. But like, mostly, you'll see just a line. </w:t>
      </w:r>
    </w:p>
    <w:p w14:paraId="2817A52D" w14:textId="77777777" w:rsidR="00624AE9" w:rsidRDefault="00624AE9">
      <w:pPr>
        <w:spacing w:after="0"/>
      </w:pPr>
    </w:p>
    <w:p w14:paraId="2E2884C4" w14:textId="77777777" w:rsidR="00624AE9" w:rsidRDefault="00C13212">
      <w:pPr>
        <w:spacing w:after="0"/>
      </w:pPr>
      <w:r>
        <w:rPr>
          <w:rFonts w:ascii="Arial" w:hAnsi="Arial"/>
          <w:b/>
        </w:rPr>
        <w:t xml:space="preserve">Interviewer E:  </w:t>
      </w:r>
      <w:r>
        <w:rPr>
          <w:rFonts w:ascii="Arial" w:hAnsi="Arial"/>
          <w:color w:val="5D7284"/>
        </w:rPr>
        <w:t>25:30</w:t>
      </w:r>
    </w:p>
    <w:p w14:paraId="637A2FBD" w14:textId="7AAEECCE" w:rsidR="00624AE9" w:rsidRDefault="00C13212">
      <w:pPr>
        <w:spacing w:after="0"/>
      </w:pPr>
      <w:r>
        <w:rPr>
          <w:rFonts w:ascii="Arial" w:hAnsi="Arial"/>
        </w:rPr>
        <w:t xml:space="preserve">Right. </w:t>
      </w:r>
      <w:r w:rsidR="00B208B0">
        <w:rPr>
          <w:rFonts w:ascii="Arial" w:hAnsi="Arial"/>
        </w:rPr>
        <w:t>So,</w:t>
      </w:r>
      <w:r>
        <w:rPr>
          <w:rFonts w:ascii="Arial" w:hAnsi="Arial"/>
        </w:rPr>
        <w:t xml:space="preserve"> you said the ones in the middle will be higher. What do you mean by that? </w:t>
      </w:r>
    </w:p>
    <w:p w14:paraId="61864C03" w14:textId="77777777" w:rsidR="00624AE9" w:rsidRDefault="00624AE9">
      <w:pPr>
        <w:spacing w:after="0"/>
      </w:pPr>
    </w:p>
    <w:p w14:paraId="781EED92" w14:textId="77777777" w:rsidR="00624AE9" w:rsidRDefault="00C13212">
      <w:pPr>
        <w:spacing w:after="0"/>
      </w:pPr>
      <w:r>
        <w:rPr>
          <w:rFonts w:ascii="Arial" w:hAnsi="Arial"/>
          <w:b/>
        </w:rPr>
        <w:t xml:space="preserve">Participant #11:  </w:t>
      </w:r>
      <w:r>
        <w:rPr>
          <w:rFonts w:ascii="Arial" w:hAnsi="Arial"/>
          <w:color w:val="5D7284"/>
        </w:rPr>
        <w:t>25:34</w:t>
      </w:r>
    </w:p>
    <w:p w14:paraId="558CFC1D" w14:textId="77777777" w:rsidR="00624AE9" w:rsidRDefault="00C13212">
      <w:pPr>
        <w:spacing w:after="0"/>
      </w:pPr>
      <w:r>
        <w:rPr>
          <w:rFonts w:ascii="Arial" w:hAnsi="Arial"/>
        </w:rPr>
        <w:t xml:space="preserve">Oh, not, not higher, necessarily. But just like, you might be able to see them. If you look like if you drop one and you look like at an angle, you might be also able to see the ones in the middle. </w:t>
      </w:r>
    </w:p>
    <w:p w14:paraId="1CB0CAF7" w14:textId="77777777" w:rsidR="00624AE9" w:rsidRDefault="00624AE9">
      <w:pPr>
        <w:spacing w:after="0"/>
      </w:pPr>
    </w:p>
    <w:p w14:paraId="456724D2" w14:textId="77777777" w:rsidR="00624AE9" w:rsidRDefault="00C13212">
      <w:pPr>
        <w:spacing w:after="0"/>
      </w:pPr>
      <w:r>
        <w:rPr>
          <w:rFonts w:ascii="Arial" w:hAnsi="Arial"/>
          <w:b/>
        </w:rPr>
        <w:t xml:space="preserve">Interviewer E:  </w:t>
      </w:r>
      <w:r>
        <w:rPr>
          <w:rFonts w:ascii="Arial" w:hAnsi="Arial"/>
          <w:color w:val="5D7284"/>
        </w:rPr>
        <w:t>25:46</w:t>
      </w:r>
    </w:p>
    <w:p w14:paraId="20FC63E2" w14:textId="77777777" w:rsidR="00624AE9" w:rsidRDefault="00C13212">
      <w:pPr>
        <w:spacing w:after="0"/>
      </w:pPr>
      <w:r>
        <w:rPr>
          <w:rFonts w:ascii="Arial" w:hAnsi="Arial"/>
        </w:rPr>
        <w:t>Right.</w:t>
      </w:r>
    </w:p>
    <w:p w14:paraId="0D90958B" w14:textId="77777777" w:rsidR="00624AE9" w:rsidRDefault="00624AE9">
      <w:pPr>
        <w:spacing w:after="0"/>
      </w:pPr>
    </w:p>
    <w:p w14:paraId="7EC5B110" w14:textId="77777777" w:rsidR="00624AE9" w:rsidRDefault="00C13212">
      <w:pPr>
        <w:spacing w:after="0"/>
      </w:pPr>
      <w:r>
        <w:rPr>
          <w:rFonts w:ascii="Arial" w:hAnsi="Arial"/>
          <w:b/>
        </w:rPr>
        <w:t xml:space="preserve">Participant #11:  </w:t>
      </w:r>
      <w:r>
        <w:rPr>
          <w:rFonts w:ascii="Arial" w:hAnsi="Arial"/>
          <w:color w:val="5D7284"/>
        </w:rPr>
        <w:t>25:46</w:t>
      </w:r>
    </w:p>
    <w:p w14:paraId="01269C2A" w14:textId="3766C178" w:rsidR="00624AE9" w:rsidRDefault="00B208B0">
      <w:pPr>
        <w:spacing w:after="0"/>
      </w:pPr>
      <w:r>
        <w:rPr>
          <w:rFonts w:ascii="Arial" w:hAnsi="Arial"/>
        </w:rPr>
        <w:t>As well, maybe. I don't really know. I'm kind of curious. But yeah, that's my thinking.</w:t>
      </w:r>
    </w:p>
    <w:p w14:paraId="4141B992" w14:textId="77777777" w:rsidR="00624AE9" w:rsidRDefault="00624AE9">
      <w:pPr>
        <w:spacing w:after="0"/>
      </w:pPr>
    </w:p>
    <w:p w14:paraId="1178E65E" w14:textId="77777777" w:rsidR="00624AE9" w:rsidRDefault="00C13212">
      <w:pPr>
        <w:spacing w:after="0"/>
      </w:pPr>
      <w:r>
        <w:rPr>
          <w:rFonts w:ascii="Arial" w:hAnsi="Arial"/>
          <w:b/>
        </w:rPr>
        <w:t xml:space="preserve">Interviewer E:  </w:t>
      </w:r>
      <w:r>
        <w:rPr>
          <w:rFonts w:ascii="Arial" w:hAnsi="Arial"/>
          <w:color w:val="5D7284"/>
        </w:rPr>
        <w:t>25:54</w:t>
      </w:r>
    </w:p>
    <w:p w14:paraId="662A584C" w14:textId="6372A57F" w:rsidR="00624AE9" w:rsidRDefault="00C13212">
      <w:pPr>
        <w:spacing w:after="0"/>
      </w:pPr>
      <w:r>
        <w:rPr>
          <w:rFonts w:ascii="Arial" w:hAnsi="Arial"/>
        </w:rPr>
        <w:t xml:space="preserve">Alright, </w:t>
      </w:r>
      <w:r w:rsidR="00B208B0">
        <w:rPr>
          <w:rFonts w:ascii="Arial" w:hAnsi="Arial"/>
        </w:rPr>
        <w:t>it’s</w:t>
      </w:r>
      <w:r>
        <w:rPr>
          <w:rFonts w:ascii="Arial" w:hAnsi="Arial"/>
        </w:rPr>
        <w:t xml:space="preserve"> my first time doing this so.</w:t>
      </w:r>
    </w:p>
    <w:p w14:paraId="018A45A3" w14:textId="77777777" w:rsidR="00624AE9" w:rsidRDefault="00624AE9">
      <w:pPr>
        <w:spacing w:after="0"/>
      </w:pPr>
    </w:p>
    <w:p w14:paraId="309E3284" w14:textId="77777777" w:rsidR="00624AE9" w:rsidRDefault="00C13212">
      <w:pPr>
        <w:spacing w:after="0"/>
      </w:pPr>
      <w:r>
        <w:rPr>
          <w:rFonts w:ascii="Arial" w:hAnsi="Arial"/>
          <w:b/>
        </w:rPr>
        <w:t xml:space="preserve">Interviewer P:  </w:t>
      </w:r>
      <w:r>
        <w:rPr>
          <w:rFonts w:ascii="Arial" w:hAnsi="Arial"/>
          <w:color w:val="5D7284"/>
        </w:rPr>
        <w:t>25:58</w:t>
      </w:r>
    </w:p>
    <w:p w14:paraId="4004C38D" w14:textId="77777777" w:rsidR="00624AE9" w:rsidRDefault="00C13212">
      <w:pPr>
        <w:spacing w:after="0"/>
      </w:pPr>
      <w:r>
        <w:rPr>
          <w:rFonts w:ascii="Arial" w:hAnsi="Arial"/>
        </w:rPr>
        <w:t xml:space="preserve">She's gonna do a great job. </w:t>
      </w:r>
    </w:p>
    <w:p w14:paraId="11CED626" w14:textId="77777777" w:rsidR="00624AE9" w:rsidRDefault="00624AE9">
      <w:pPr>
        <w:spacing w:after="0"/>
      </w:pPr>
    </w:p>
    <w:p w14:paraId="46FA2A79" w14:textId="77777777" w:rsidR="00624AE9" w:rsidRDefault="00C13212">
      <w:pPr>
        <w:spacing w:after="0"/>
      </w:pPr>
      <w:r>
        <w:rPr>
          <w:rFonts w:ascii="Arial" w:hAnsi="Arial"/>
          <w:b/>
        </w:rPr>
        <w:t xml:space="preserve">Participant #11:  </w:t>
      </w:r>
      <w:r>
        <w:rPr>
          <w:rFonts w:ascii="Arial" w:hAnsi="Arial"/>
          <w:color w:val="5D7284"/>
        </w:rPr>
        <w:t>26:00</w:t>
      </w:r>
    </w:p>
    <w:p w14:paraId="063C466B" w14:textId="77777777" w:rsidR="00624AE9" w:rsidRDefault="00C13212">
      <w:pPr>
        <w:spacing w:after="0"/>
      </w:pPr>
      <w:r>
        <w:rPr>
          <w:rFonts w:ascii="Arial" w:hAnsi="Arial"/>
        </w:rPr>
        <w:t xml:space="preserve">I believe in you. </w:t>
      </w:r>
    </w:p>
    <w:p w14:paraId="51661DE8" w14:textId="77777777" w:rsidR="00624AE9" w:rsidRDefault="00624AE9">
      <w:pPr>
        <w:spacing w:after="0"/>
      </w:pPr>
    </w:p>
    <w:p w14:paraId="55963F79" w14:textId="77777777" w:rsidR="00624AE9" w:rsidRDefault="00C13212">
      <w:pPr>
        <w:spacing w:after="0"/>
      </w:pPr>
      <w:r>
        <w:rPr>
          <w:rFonts w:ascii="Arial" w:hAnsi="Arial"/>
          <w:b/>
        </w:rPr>
        <w:t xml:space="preserve">Interviewer P:  </w:t>
      </w:r>
      <w:r>
        <w:rPr>
          <w:rFonts w:ascii="Arial" w:hAnsi="Arial"/>
          <w:color w:val="5D7284"/>
        </w:rPr>
        <w:t>26:01</w:t>
      </w:r>
    </w:p>
    <w:p w14:paraId="000DD7E8" w14:textId="77777777" w:rsidR="00624AE9" w:rsidRDefault="00C13212">
      <w:pPr>
        <w:spacing w:after="0"/>
      </w:pPr>
      <w:r>
        <w:rPr>
          <w:rFonts w:ascii="Arial" w:hAnsi="Arial"/>
        </w:rPr>
        <w:t>You can't mess this up is don't let the metal rod smack you. And get down close to the water.</w:t>
      </w:r>
    </w:p>
    <w:p w14:paraId="2E2095AE" w14:textId="77777777" w:rsidR="00624AE9" w:rsidRDefault="00624AE9">
      <w:pPr>
        <w:spacing w:after="0"/>
      </w:pPr>
    </w:p>
    <w:p w14:paraId="331B091B" w14:textId="77777777" w:rsidR="00624AE9" w:rsidRDefault="00C13212">
      <w:pPr>
        <w:spacing w:after="0"/>
      </w:pPr>
      <w:r>
        <w:rPr>
          <w:rFonts w:ascii="Arial" w:hAnsi="Arial"/>
          <w:b/>
        </w:rPr>
        <w:t xml:space="preserve">Participant #11:  </w:t>
      </w:r>
      <w:r>
        <w:rPr>
          <w:rFonts w:ascii="Arial" w:hAnsi="Arial"/>
          <w:color w:val="5D7284"/>
        </w:rPr>
        <w:t>26:29</w:t>
      </w:r>
    </w:p>
    <w:p w14:paraId="2F393091" w14:textId="06438403" w:rsidR="00624AE9" w:rsidRDefault="00C13212">
      <w:pPr>
        <w:spacing w:after="0"/>
      </w:pPr>
      <w:r>
        <w:rPr>
          <w:rFonts w:ascii="Arial" w:hAnsi="Arial"/>
        </w:rPr>
        <w:t xml:space="preserve">Really thought it was gonna affect it, more </w:t>
      </w:r>
      <w:r w:rsidR="00B208B0">
        <w:rPr>
          <w:rFonts w:ascii="Arial" w:hAnsi="Arial"/>
        </w:rPr>
        <w:t>than</w:t>
      </w:r>
      <w:r>
        <w:rPr>
          <w:rFonts w:ascii="Arial" w:hAnsi="Arial"/>
        </w:rPr>
        <w:t xml:space="preserve"> that.</w:t>
      </w:r>
    </w:p>
    <w:p w14:paraId="400909C3" w14:textId="77777777" w:rsidR="00624AE9" w:rsidRDefault="00624AE9">
      <w:pPr>
        <w:spacing w:after="0"/>
      </w:pPr>
    </w:p>
    <w:p w14:paraId="35C84493" w14:textId="77777777" w:rsidR="00624AE9" w:rsidRDefault="00C13212">
      <w:pPr>
        <w:spacing w:after="0"/>
      </w:pPr>
      <w:r>
        <w:rPr>
          <w:rFonts w:ascii="Arial" w:hAnsi="Arial"/>
          <w:b/>
        </w:rPr>
        <w:t xml:space="preserve">Interviewer E:  </w:t>
      </w:r>
      <w:r>
        <w:rPr>
          <w:rFonts w:ascii="Arial" w:hAnsi="Arial"/>
          <w:color w:val="5D7284"/>
        </w:rPr>
        <w:t>26:35</w:t>
      </w:r>
    </w:p>
    <w:p w14:paraId="5EFB80DC" w14:textId="77777777" w:rsidR="00624AE9" w:rsidRDefault="00C13212">
      <w:pPr>
        <w:spacing w:after="0"/>
      </w:pPr>
      <w:r>
        <w:rPr>
          <w:rFonts w:ascii="Arial" w:hAnsi="Arial"/>
        </w:rPr>
        <w:t>I think that's good.</w:t>
      </w:r>
    </w:p>
    <w:p w14:paraId="718B605F" w14:textId="77777777" w:rsidR="00624AE9" w:rsidRDefault="00624AE9">
      <w:pPr>
        <w:spacing w:after="0"/>
      </w:pPr>
    </w:p>
    <w:p w14:paraId="0AFCFE4C" w14:textId="77777777" w:rsidR="00624AE9" w:rsidRDefault="00C13212">
      <w:pPr>
        <w:spacing w:after="0"/>
      </w:pPr>
      <w:r>
        <w:rPr>
          <w:rFonts w:ascii="Arial" w:hAnsi="Arial"/>
          <w:b/>
        </w:rPr>
        <w:t xml:space="preserve">Participant #11:  </w:t>
      </w:r>
      <w:r>
        <w:rPr>
          <w:rFonts w:ascii="Arial" w:hAnsi="Arial"/>
          <w:color w:val="5D7284"/>
        </w:rPr>
        <w:t>26:43</w:t>
      </w:r>
    </w:p>
    <w:p w14:paraId="26B45EBC" w14:textId="77777777" w:rsidR="00624AE9" w:rsidRDefault="00C13212">
      <w:pPr>
        <w:spacing w:after="0"/>
      </w:pPr>
      <w:r>
        <w:rPr>
          <w:rFonts w:ascii="Arial" w:hAnsi="Arial"/>
        </w:rPr>
        <w:t xml:space="preserve">It's pretty cool. </w:t>
      </w:r>
    </w:p>
    <w:p w14:paraId="70A323D1" w14:textId="77777777" w:rsidR="00624AE9" w:rsidRDefault="00624AE9">
      <w:pPr>
        <w:spacing w:after="0"/>
      </w:pPr>
    </w:p>
    <w:p w14:paraId="3DA1FABE" w14:textId="77777777" w:rsidR="00624AE9" w:rsidRDefault="00C13212">
      <w:pPr>
        <w:spacing w:after="0"/>
      </w:pPr>
      <w:r>
        <w:rPr>
          <w:rFonts w:ascii="Arial" w:hAnsi="Arial"/>
          <w:b/>
        </w:rPr>
        <w:t xml:space="preserve">Interviewer E:  </w:t>
      </w:r>
      <w:r>
        <w:rPr>
          <w:rFonts w:ascii="Arial" w:hAnsi="Arial"/>
          <w:color w:val="5D7284"/>
        </w:rPr>
        <w:t>26:44</w:t>
      </w:r>
    </w:p>
    <w:p w14:paraId="0A1D2192" w14:textId="14345C21" w:rsidR="00624AE9" w:rsidRDefault="00C13212">
      <w:pPr>
        <w:spacing w:after="0"/>
      </w:pPr>
      <w:r>
        <w:rPr>
          <w:rFonts w:ascii="Arial" w:hAnsi="Arial"/>
        </w:rPr>
        <w:t xml:space="preserve">Yeah. </w:t>
      </w:r>
      <w:r w:rsidR="00B208B0">
        <w:rPr>
          <w:rFonts w:ascii="Arial" w:hAnsi="Arial"/>
        </w:rPr>
        <w:t>So,</w:t>
      </w:r>
      <w:r>
        <w:rPr>
          <w:rFonts w:ascii="Arial" w:hAnsi="Arial"/>
        </w:rPr>
        <w:t xml:space="preserve"> um.</w:t>
      </w:r>
    </w:p>
    <w:p w14:paraId="1A9D89A6" w14:textId="77777777" w:rsidR="00624AE9" w:rsidRDefault="00624AE9">
      <w:pPr>
        <w:spacing w:after="0"/>
      </w:pPr>
    </w:p>
    <w:p w14:paraId="28B67435" w14:textId="77777777" w:rsidR="00624AE9" w:rsidRDefault="00C13212">
      <w:pPr>
        <w:spacing w:after="0"/>
      </w:pPr>
      <w:r>
        <w:rPr>
          <w:rFonts w:ascii="Arial" w:hAnsi="Arial"/>
          <w:b/>
        </w:rPr>
        <w:t xml:space="preserve">Interviewer P:  </w:t>
      </w:r>
      <w:r>
        <w:rPr>
          <w:rFonts w:ascii="Arial" w:hAnsi="Arial"/>
          <w:color w:val="5D7284"/>
        </w:rPr>
        <w:t>26:48</w:t>
      </w:r>
    </w:p>
    <w:p w14:paraId="7A94D2FE" w14:textId="77777777" w:rsidR="00624AE9" w:rsidRDefault="00C13212">
      <w:pPr>
        <w:spacing w:after="0"/>
      </w:pPr>
      <w:r>
        <w:rPr>
          <w:rFonts w:ascii="Arial" w:hAnsi="Arial"/>
        </w:rPr>
        <w:lastRenderedPageBreak/>
        <w:t xml:space="preserve">Ok </w:t>
      </w:r>
      <w:r>
        <w:rPr>
          <w:rFonts w:ascii="Arial" w:hAnsi="Arial"/>
        </w:rPr>
        <w:t>now we are going to have her draw.</w:t>
      </w:r>
    </w:p>
    <w:p w14:paraId="3A6F4DE3" w14:textId="77777777" w:rsidR="00624AE9" w:rsidRDefault="00624AE9">
      <w:pPr>
        <w:spacing w:after="0"/>
      </w:pPr>
    </w:p>
    <w:p w14:paraId="5B0BE1CB" w14:textId="77777777" w:rsidR="00624AE9" w:rsidRDefault="00C13212">
      <w:pPr>
        <w:spacing w:after="0"/>
      </w:pPr>
      <w:r>
        <w:rPr>
          <w:rFonts w:ascii="Arial" w:hAnsi="Arial"/>
          <w:b/>
        </w:rPr>
        <w:t xml:space="preserve">Interviewer E:  </w:t>
      </w:r>
      <w:r>
        <w:rPr>
          <w:rFonts w:ascii="Arial" w:hAnsi="Arial"/>
          <w:color w:val="5D7284"/>
        </w:rPr>
        <w:t>26:51</w:t>
      </w:r>
    </w:p>
    <w:p w14:paraId="71E20AE6" w14:textId="77777777" w:rsidR="00624AE9" w:rsidRDefault="00C13212">
      <w:pPr>
        <w:spacing w:after="0"/>
      </w:pPr>
      <w:r>
        <w:rPr>
          <w:rFonts w:ascii="Arial" w:hAnsi="Arial"/>
        </w:rPr>
        <w:t>Yeah, so give us a sketch about like how you're viewing this right now, the same way you did the first one...</w:t>
      </w:r>
    </w:p>
    <w:p w14:paraId="07C917D0" w14:textId="77777777" w:rsidR="00624AE9" w:rsidRDefault="00624AE9">
      <w:pPr>
        <w:spacing w:after="0"/>
      </w:pPr>
    </w:p>
    <w:p w14:paraId="48A33C96" w14:textId="77777777" w:rsidR="00624AE9" w:rsidRDefault="00C13212">
      <w:pPr>
        <w:spacing w:after="0"/>
      </w:pPr>
      <w:r>
        <w:rPr>
          <w:rFonts w:ascii="Arial" w:hAnsi="Arial"/>
          <w:b/>
        </w:rPr>
        <w:t xml:space="preserve">Participant #11:  </w:t>
      </w:r>
      <w:r>
        <w:rPr>
          <w:rFonts w:ascii="Arial" w:hAnsi="Arial"/>
          <w:color w:val="5D7284"/>
        </w:rPr>
        <w:t>27:50</w:t>
      </w:r>
    </w:p>
    <w:p w14:paraId="39581EE9" w14:textId="77777777" w:rsidR="00624AE9" w:rsidRDefault="00C13212">
      <w:pPr>
        <w:spacing w:after="0"/>
      </w:pPr>
      <w:r>
        <w:rPr>
          <w:rFonts w:ascii="Arial" w:hAnsi="Arial"/>
        </w:rPr>
        <w:t>It's a very rough sketch but from the top, you can like it kind of branches out a little bit. But for the most part, you can see like where you dropped them dot wise. And then from the side. That's a little less defined. But from the side, it was like you can see the tendrils coming down. And then it kind of pools at the bottom. And at the top, like where you dropped it. But for the most part, you can still see, like, it's a pretty straight line down wasn't affected by the turning at all. Which I thought wa</w:t>
      </w:r>
      <w:r>
        <w:rPr>
          <w:rFonts w:ascii="Arial" w:hAnsi="Arial"/>
        </w:rPr>
        <w:t>s interesting. But yeah.</w:t>
      </w:r>
    </w:p>
    <w:p w14:paraId="04A69103" w14:textId="77777777" w:rsidR="00624AE9" w:rsidRDefault="00624AE9">
      <w:pPr>
        <w:spacing w:after="0"/>
      </w:pPr>
    </w:p>
    <w:p w14:paraId="0515D4B2" w14:textId="77777777" w:rsidR="00624AE9" w:rsidRDefault="00C13212">
      <w:pPr>
        <w:spacing w:after="0"/>
      </w:pPr>
      <w:r>
        <w:rPr>
          <w:rFonts w:ascii="Arial" w:hAnsi="Arial"/>
          <w:b/>
        </w:rPr>
        <w:t xml:space="preserve">Interviewer E:  </w:t>
      </w:r>
      <w:r>
        <w:rPr>
          <w:rFonts w:ascii="Arial" w:hAnsi="Arial"/>
          <w:color w:val="5D7284"/>
        </w:rPr>
        <w:t>28:34</w:t>
      </w:r>
    </w:p>
    <w:p w14:paraId="318D5169" w14:textId="6B77494D" w:rsidR="00624AE9" w:rsidRDefault="00B208B0">
      <w:pPr>
        <w:spacing w:after="0"/>
      </w:pPr>
      <w:r>
        <w:rPr>
          <w:rFonts w:ascii="Arial" w:hAnsi="Arial"/>
        </w:rPr>
        <w:t xml:space="preserve">So, what I mean, obviously, both of them are a little different. But so that was that surprising to you that they kind of stayed straight up and down like that. </w:t>
      </w:r>
    </w:p>
    <w:p w14:paraId="1578EB16" w14:textId="77777777" w:rsidR="00624AE9" w:rsidRDefault="00624AE9">
      <w:pPr>
        <w:spacing w:after="0"/>
      </w:pPr>
    </w:p>
    <w:p w14:paraId="5ADF5879" w14:textId="77777777" w:rsidR="00624AE9" w:rsidRDefault="00C13212">
      <w:pPr>
        <w:spacing w:after="0"/>
      </w:pPr>
      <w:r>
        <w:rPr>
          <w:rFonts w:ascii="Arial" w:hAnsi="Arial"/>
          <w:b/>
        </w:rPr>
        <w:t xml:space="preserve">Participant #11:  </w:t>
      </w:r>
      <w:r>
        <w:rPr>
          <w:rFonts w:ascii="Arial" w:hAnsi="Arial"/>
          <w:color w:val="5D7284"/>
        </w:rPr>
        <w:t>28:45</w:t>
      </w:r>
    </w:p>
    <w:p w14:paraId="4551FD9D" w14:textId="3EE1A0D7" w:rsidR="00624AE9" w:rsidRDefault="00C13212">
      <w:pPr>
        <w:spacing w:after="0"/>
      </w:pPr>
      <w:r>
        <w:rPr>
          <w:rFonts w:ascii="Arial" w:hAnsi="Arial"/>
        </w:rPr>
        <w:t xml:space="preserve">Yeah, I think I counted for the turning a little bit more, I thought it would affect like the water inside. I think like when you drop it in, like in the standing still water, it just fell straight down. </w:t>
      </w:r>
      <w:r w:rsidR="00B208B0">
        <w:rPr>
          <w:rFonts w:ascii="Arial" w:hAnsi="Arial"/>
        </w:rPr>
        <w:t>So,</w:t>
      </w:r>
      <w:r>
        <w:rPr>
          <w:rFonts w:ascii="Arial" w:hAnsi="Arial"/>
        </w:rPr>
        <w:t xml:space="preserve"> I felt like since the water has been turning for 45 minutes, that when you drop the minute with like, turn with it. And </w:t>
      </w:r>
      <w:r w:rsidR="00B208B0">
        <w:rPr>
          <w:rFonts w:ascii="Arial" w:hAnsi="Arial"/>
        </w:rPr>
        <w:t>so,</w:t>
      </w:r>
      <w:r>
        <w:rPr>
          <w:rFonts w:ascii="Arial" w:hAnsi="Arial"/>
        </w:rPr>
        <w:t xml:space="preserve"> it's like a circle kind of thing. But I was completely off track with that. And instead like it still dropped straight down like it did in the standing still container. </w:t>
      </w:r>
      <w:r w:rsidR="00B208B0">
        <w:rPr>
          <w:rFonts w:ascii="Arial" w:hAnsi="Arial"/>
        </w:rPr>
        <w:t>So,</w:t>
      </w:r>
      <w:r>
        <w:rPr>
          <w:rFonts w:ascii="Arial" w:hAnsi="Arial"/>
        </w:rPr>
        <w:t xml:space="preserve"> I thought that was a bit surprising.</w:t>
      </w:r>
    </w:p>
    <w:p w14:paraId="757B39D6" w14:textId="77777777" w:rsidR="00624AE9" w:rsidRDefault="00624AE9">
      <w:pPr>
        <w:spacing w:after="0"/>
      </w:pPr>
    </w:p>
    <w:p w14:paraId="1366C3BA" w14:textId="77777777" w:rsidR="00624AE9" w:rsidRDefault="00C13212">
      <w:pPr>
        <w:spacing w:after="0"/>
      </w:pPr>
      <w:r>
        <w:rPr>
          <w:rFonts w:ascii="Arial" w:hAnsi="Arial"/>
          <w:b/>
        </w:rPr>
        <w:t xml:space="preserve">Interviewer E:  </w:t>
      </w:r>
      <w:r>
        <w:rPr>
          <w:rFonts w:ascii="Arial" w:hAnsi="Arial"/>
          <w:color w:val="5D7284"/>
        </w:rPr>
        <w:t>29:27</w:t>
      </w:r>
    </w:p>
    <w:p w14:paraId="686F6925" w14:textId="77777777" w:rsidR="00624AE9" w:rsidRDefault="00C13212">
      <w:pPr>
        <w:spacing w:after="0"/>
      </w:pPr>
      <w:r>
        <w:rPr>
          <w:rFonts w:ascii="Arial" w:hAnsi="Arial"/>
        </w:rPr>
        <w:t xml:space="preserve">Do you think at any point it would ever look, like what you drew? </w:t>
      </w:r>
    </w:p>
    <w:p w14:paraId="1521A196" w14:textId="77777777" w:rsidR="00624AE9" w:rsidRDefault="00624AE9">
      <w:pPr>
        <w:spacing w:after="0"/>
      </w:pPr>
    </w:p>
    <w:p w14:paraId="4640B59C" w14:textId="77777777" w:rsidR="00624AE9" w:rsidRDefault="00C13212">
      <w:pPr>
        <w:spacing w:after="0"/>
      </w:pPr>
      <w:r>
        <w:rPr>
          <w:rFonts w:ascii="Arial" w:hAnsi="Arial"/>
          <w:b/>
        </w:rPr>
        <w:t xml:space="preserve">Participant #11:  </w:t>
      </w:r>
      <w:r>
        <w:rPr>
          <w:rFonts w:ascii="Arial" w:hAnsi="Arial"/>
          <w:color w:val="5D7284"/>
        </w:rPr>
        <w:t>29:32</w:t>
      </w:r>
    </w:p>
    <w:p w14:paraId="3B83EB67" w14:textId="0F510C31" w:rsidR="00624AE9" w:rsidRDefault="00C13212">
      <w:pPr>
        <w:spacing w:after="0"/>
      </w:pPr>
      <w:r>
        <w:rPr>
          <w:rFonts w:ascii="Arial" w:hAnsi="Arial"/>
        </w:rPr>
        <w:t xml:space="preserve">No, they seem to be kind of just like the strands are just almost disappearing, but they're just becoming one with the water like they're dissolving almost, or they're just pooling at the bottom. </w:t>
      </w:r>
      <w:r w:rsidR="00B208B0">
        <w:rPr>
          <w:rFonts w:ascii="Arial" w:hAnsi="Arial"/>
        </w:rPr>
        <w:t>So,</w:t>
      </w:r>
      <w:r>
        <w:rPr>
          <w:rFonts w:ascii="Arial" w:hAnsi="Arial"/>
        </w:rPr>
        <w:t xml:space="preserve"> the bottom will just be very, very pink. The water itself will be clear.</w:t>
      </w:r>
    </w:p>
    <w:p w14:paraId="4EEA9E11" w14:textId="77777777" w:rsidR="00624AE9" w:rsidRDefault="00624AE9">
      <w:pPr>
        <w:spacing w:after="0"/>
      </w:pPr>
    </w:p>
    <w:p w14:paraId="19BECF3D" w14:textId="77777777" w:rsidR="00624AE9" w:rsidRDefault="00C13212">
      <w:pPr>
        <w:spacing w:after="0"/>
      </w:pPr>
      <w:r>
        <w:rPr>
          <w:rFonts w:ascii="Arial" w:hAnsi="Arial"/>
          <w:b/>
        </w:rPr>
        <w:t xml:space="preserve">Interviewer E:  </w:t>
      </w:r>
      <w:r>
        <w:rPr>
          <w:rFonts w:ascii="Arial" w:hAnsi="Arial"/>
          <w:color w:val="5D7284"/>
        </w:rPr>
        <w:t>29:53</w:t>
      </w:r>
    </w:p>
    <w:p w14:paraId="48212190" w14:textId="77777777" w:rsidR="00624AE9" w:rsidRDefault="00C13212">
      <w:pPr>
        <w:spacing w:after="0"/>
      </w:pPr>
      <w:r>
        <w:rPr>
          <w:rFonts w:ascii="Arial" w:hAnsi="Arial"/>
        </w:rPr>
        <w:t>Right.</w:t>
      </w:r>
    </w:p>
    <w:p w14:paraId="3A117950" w14:textId="77777777" w:rsidR="00624AE9" w:rsidRDefault="00624AE9">
      <w:pPr>
        <w:spacing w:after="0"/>
      </w:pPr>
    </w:p>
    <w:p w14:paraId="4B67D066" w14:textId="77777777" w:rsidR="00624AE9" w:rsidRDefault="00C13212">
      <w:pPr>
        <w:spacing w:after="0"/>
      </w:pPr>
      <w:r>
        <w:rPr>
          <w:rFonts w:ascii="Arial" w:hAnsi="Arial"/>
          <w:b/>
        </w:rPr>
        <w:t xml:space="preserve">Participant #11:  </w:t>
      </w:r>
      <w:r>
        <w:rPr>
          <w:rFonts w:ascii="Arial" w:hAnsi="Arial"/>
          <w:color w:val="5D7284"/>
        </w:rPr>
        <w:t>29:54</w:t>
      </w:r>
    </w:p>
    <w:p w14:paraId="68B2A6D4" w14:textId="77777777" w:rsidR="00624AE9" w:rsidRDefault="00C13212">
      <w:pPr>
        <w:spacing w:after="0"/>
      </w:pPr>
      <w:r>
        <w:rPr>
          <w:rFonts w:ascii="Arial" w:hAnsi="Arial"/>
        </w:rPr>
        <w:t xml:space="preserve">But I don't think it's ever gonna make it a horizontal line. </w:t>
      </w:r>
    </w:p>
    <w:p w14:paraId="28B701B0" w14:textId="77777777" w:rsidR="00624AE9" w:rsidRDefault="00624AE9">
      <w:pPr>
        <w:spacing w:after="0"/>
      </w:pPr>
    </w:p>
    <w:p w14:paraId="0FC87B48" w14:textId="77777777" w:rsidR="00624AE9" w:rsidRDefault="00C13212">
      <w:pPr>
        <w:spacing w:after="0"/>
      </w:pPr>
      <w:r>
        <w:rPr>
          <w:rFonts w:ascii="Arial" w:hAnsi="Arial"/>
          <w:b/>
        </w:rPr>
        <w:t xml:space="preserve">Interviewer E:  </w:t>
      </w:r>
      <w:r>
        <w:rPr>
          <w:rFonts w:ascii="Arial" w:hAnsi="Arial"/>
          <w:color w:val="5D7284"/>
        </w:rPr>
        <w:t>29:57</w:t>
      </w:r>
    </w:p>
    <w:p w14:paraId="192E316E" w14:textId="77777777" w:rsidR="00624AE9" w:rsidRDefault="00C13212">
      <w:pPr>
        <w:spacing w:after="0"/>
      </w:pPr>
      <w:r>
        <w:rPr>
          <w:rFonts w:ascii="Arial" w:hAnsi="Arial"/>
        </w:rPr>
        <w:t xml:space="preserve">If we could like do something to it to try to get it to look like yours, what do you think we would have to do to it? </w:t>
      </w:r>
    </w:p>
    <w:p w14:paraId="1C2B0C40" w14:textId="77777777" w:rsidR="00624AE9" w:rsidRDefault="00624AE9">
      <w:pPr>
        <w:spacing w:after="0"/>
      </w:pPr>
    </w:p>
    <w:p w14:paraId="3A81AB12" w14:textId="77777777" w:rsidR="00624AE9" w:rsidRDefault="00C13212">
      <w:pPr>
        <w:spacing w:after="0"/>
      </w:pPr>
      <w:r>
        <w:rPr>
          <w:rFonts w:ascii="Arial" w:hAnsi="Arial"/>
          <w:b/>
        </w:rPr>
        <w:t xml:space="preserve">Participant #11:  </w:t>
      </w:r>
      <w:r>
        <w:rPr>
          <w:rFonts w:ascii="Arial" w:hAnsi="Arial"/>
          <w:color w:val="5D7284"/>
        </w:rPr>
        <w:t>30:05</w:t>
      </w:r>
    </w:p>
    <w:p w14:paraId="1B8CB7BE" w14:textId="77777777" w:rsidR="00624AE9" w:rsidRDefault="00C13212">
      <w:pPr>
        <w:spacing w:after="0"/>
      </w:pPr>
      <w:r>
        <w:rPr>
          <w:rFonts w:ascii="Arial" w:hAnsi="Arial"/>
        </w:rPr>
        <w:t>I feel like you'd have to spin it really fast.</w:t>
      </w:r>
    </w:p>
    <w:p w14:paraId="0071C493" w14:textId="77777777" w:rsidR="00624AE9" w:rsidRDefault="00624AE9">
      <w:pPr>
        <w:spacing w:after="0"/>
      </w:pPr>
    </w:p>
    <w:p w14:paraId="278EF8FF" w14:textId="77777777" w:rsidR="00624AE9" w:rsidRDefault="00C13212">
      <w:pPr>
        <w:spacing w:after="0"/>
      </w:pPr>
      <w:r>
        <w:rPr>
          <w:rFonts w:ascii="Arial" w:hAnsi="Arial"/>
          <w:b/>
        </w:rPr>
        <w:t xml:space="preserve">Interviewer E:  </w:t>
      </w:r>
      <w:r>
        <w:rPr>
          <w:rFonts w:ascii="Arial" w:hAnsi="Arial"/>
          <w:color w:val="5D7284"/>
        </w:rPr>
        <w:t>30:07</w:t>
      </w:r>
    </w:p>
    <w:p w14:paraId="32F30DF4" w14:textId="16910306" w:rsidR="00624AE9" w:rsidRDefault="00B208B0">
      <w:pPr>
        <w:spacing w:after="0"/>
      </w:pPr>
      <w:r>
        <w:rPr>
          <w:rFonts w:ascii="Arial" w:hAnsi="Arial"/>
        </w:rPr>
        <w:t xml:space="preserve">So, like so fast a rotation. </w:t>
      </w:r>
    </w:p>
    <w:p w14:paraId="316B1B47" w14:textId="77777777" w:rsidR="00624AE9" w:rsidRDefault="00624AE9">
      <w:pPr>
        <w:spacing w:after="0"/>
      </w:pPr>
    </w:p>
    <w:p w14:paraId="75023584" w14:textId="77777777" w:rsidR="00624AE9" w:rsidRDefault="00C13212">
      <w:pPr>
        <w:spacing w:after="0"/>
      </w:pPr>
      <w:r>
        <w:rPr>
          <w:rFonts w:ascii="Arial" w:hAnsi="Arial"/>
          <w:b/>
        </w:rPr>
        <w:t xml:space="preserve">Participant #11:  </w:t>
      </w:r>
      <w:r>
        <w:rPr>
          <w:rFonts w:ascii="Arial" w:hAnsi="Arial"/>
          <w:color w:val="5D7284"/>
        </w:rPr>
        <w:t>30:09</w:t>
      </w:r>
    </w:p>
    <w:p w14:paraId="70CBEC6B" w14:textId="77777777" w:rsidR="00624AE9" w:rsidRDefault="00C13212">
      <w:pPr>
        <w:spacing w:after="0"/>
      </w:pPr>
      <w:r>
        <w:rPr>
          <w:rFonts w:ascii="Arial" w:hAnsi="Arial"/>
        </w:rPr>
        <w:t>Yeah, maybe I don't. I just think of like a whirlpool, almost. And like if you drop something into a whirlpool, you drop it straight down, but then it goes in a circle, because the force of the water is so great. But I feel like that would have to be really, really fast. I don't know how fast this is spinning, but you probably have to be a lot faster.</w:t>
      </w:r>
    </w:p>
    <w:p w14:paraId="5A39B6D6" w14:textId="77777777" w:rsidR="00624AE9" w:rsidRDefault="00624AE9">
      <w:pPr>
        <w:spacing w:after="0"/>
      </w:pPr>
    </w:p>
    <w:p w14:paraId="73281438" w14:textId="77777777" w:rsidR="00624AE9" w:rsidRDefault="00C13212">
      <w:pPr>
        <w:spacing w:after="0"/>
      </w:pPr>
      <w:r>
        <w:rPr>
          <w:rFonts w:ascii="Arial" w:hAnsi="Arial"/>
          <w:b/>
        </w:rPr>
        <w:t xml:space="preserve">Interviewer P:  </w:t>
      </w:r>
      <w:r>
        <w:rPr>
          <w:rFonts w:ascii="Arial" w:hAnsi="Arial"/>
          <w:color w:val="5D7284"/>
        </w:rPr>
        <w:t>30:35</w:t>
      </w:r>
    </w:p>
    <w:p w14:paraId="639C986F" w14:textId="77777777" w:rsidR="00624AE9" w:rsidRDefault="00C13212">
      <w:pPr>
        <w:spacing w:after="0"/>
      </w:pPr>
      <w:r>
        <w:rPr>
          <w:rFonts w:ascii="Arial" w:hAnsi="Arial"/>
        </w:rPr>
        <w:t xml:space="preserve">Is that what you were thinking of when you drew this? </w:t>
      </w:r>
    </w:p>
    <w:p w14:paraId="0990D057" w14:textId="77777777" w:rsidR="00624AE9" w:rsidRDefault="00624AE9">
      <w:pPr>
        <w:spacing w:after="0"/>
      </w:pPr>
    </w:p>
    <w:p w14:paraId="1395504E" w14:textId="77777777" w:rsidR="00624AE9" w:rsidRDefault="00C13212">
      <w:pPr>
        <w:spacing w:after="0"/>
      </w:pPr>
      <w:r>
        <w:rPr>
          <w:rFonts w:ascii="Arial" w:hAnsi="Arial"/>
          <w:b/>
        </w:rPr>
        <w:t xml:space="preserve">Participant #11:  </w:t>
      </w:r>
      <w:r>
        <w:rPr>
          <w:rFonts w:ascii="Arial" w:hAnsi="Arial"/>
          <w:color w:val="5D7284"/>
        </w:rPr>
        <w:t>30:37</w:t>
      </w:r>
    </w:p>
    <w:p w14:paraId="62368ABD" w14:textId="77777777" w:rsidR="00624AE9" w:rsidRDefault="00C13212">
      <w:pPr>
        <w:spacing w:after="0"/>
      </w:pPr>
      <w:r>
        <w:rPr>
          <w:rFonts w:ascii="Arial" w:hAnsi="Arial"/>
        </w:rPr>
        <w:t>I think so. Yeah, I was thinking more of a whirlpool. effect. Yeah.</w:t>
      </w:r>
    </w:p>
    <w:p w14:paraId="61755CA9" w14:textId="77777777" w:rsidR="00624AE9" w:rsidRDefault="00624AE9">
      <w:pPr>
        <w:spacing w:after="0"/>
      </w:pPr>
    </w:p>
    <w:p w14:paraId="6E709DBA" w14:textId="77777777" w:rsidR="00624AE9" w:rsidRDefault="00C13212">
      <w:pPr>
        <w:spacing w:after="0"/>
      </w:pPr>
      <w:r>
        <w:rPr>
          <w:rFonts w:ascii="Arial" w:hAnsi="Arial"/>
          <w:b/>
        </w:rPr>
        <w:t xml:space="preserve">Interviewer E:  </w:t>
      </w:r>
      <w:r>
        <w:rPr>
          <w:rFonts w:ascii="Arial" w:hAnsi="Arial"/>
          <w:color w:val="5D7284"/>
        </w:rPr>
        <w:t>30:47</w:t>
      </w:r>
    </w:p>
    <w:p w14:paraId="715FDCB5" w14:textId="77777777" w:rsidR="00624AE9" w:rsidRDefault="00C13212">
      <w:pPr>
        <w:spacing w:after="0"/>
      </w:pPr>
      <w:r>
        <w:rPr>
          <w:rFonts w:ascii="Arial" w:hAnsi="Arial"/>
        </w:rPr>
        <w:t>In Whirlpool, being like, at the top, it's going like this. And then at the bottom, it's like.</w:t>
      </w:r>
    </w:p>
    <w:p w14:paraId="05A2FA6D" w14:textId="77777777" w:rsidR="00624AE9" w:rsidRDefault="00624AE9">
      <w:pPr>
        <w:spacing w:after="0"/>
      </w:pPr>
    </w:p>
    <w:p w14:paraId="586DE603" w14:textId="77777777" w:rsidR="00624AE9" w:rsidRDefault="00C13212">
      <w:pPr>
        <w:spacing w:after="0"/>
      </w:pPr>
      <w:r>
        <w:rPr>
          <w:rFonts w:ascii="Arial" w:hAnsi="Arial"/>
          <w:b/>
        </w:rPr>
        <w:t xml:space="preserve">Participant #11:  </w:t>
      </w:r>
      <w:r>
        <w:rPr>
          <w:rFonts w:ascii="Arial" w:hAnsi="Arial"/>
          <w:color w:val="5D7284"/>
        </w:rPr>
        <w:t>30:52</w:t>
      </w:r>
    </w:p>
    <w:p w14:paraId="0B1DE6B2" w14:textId="77777777" w:rsidR="00624AE9" w:rsidRDefault="00C13212">
      <w:pPr>
        <w:spacing w:after="0"/>
      </w:pPr>
      <w:r>
        <w:rPr>
          <w:rFonts w:ascii="Arial" w:hAnsi="Arial"/>
        </w:rPr>
        <w:t xml:space="preserve">Yeah, more just the circular motion. I guess I wasn't really thinking funnel or not. But just like the water, like, if you shake a water bottle in a circle, the water will spin in a circle sort of thing. I think that's where my mind was seeing a spinning. I think I thought it would be moving more in a circle. It doesn't really seem to be doing much to the water. </w:t>
      </w:r>
    </w:p>
    <w:p w14:paraId="1527F9D5" w14:textId="77777777" w:rsidR="00624AE9" w:rsidRDefault="00624AE9">
      <w:pPr>
        <w:spacing w:after="0"/>
      </w:pPr>
    </w:p>
    <w:p w14:paraId="39A81893" w14:textId="77777777" w:rsidR="00624AE9" w:rsidRDefault="00C13212">
      <w:pPr>
        <w:spacing w:after="0"/>
      </w:pPr>
      <w:r>
        <w:rPr>
          <w:rFonts w:ascii="Arial" w:hAnsi="Arial"/>
          <w:b/>
        </w:rPr>
        <w:t xml:space="preserve">Interviewer P:  </w:t>
      </w:r>
      <w:r>
        <w:rPr>
          <w:rFonts w:ascii="Arial" w:hAnsi="Arial"/>
          <w:color w:val="5D7284"/>
        </w:rPr>
        <w:t>31:15</w:t>
      </w:r>
    </w:p>
    <w:p w14:paraId="00C3A216" w14:textId="77777777" w:rsidR="00624AE9" w:rsidRDefault="00C13212">
      <w:pPr>
        <w:spacing w:after="0"/>
      </w:pPr>
      <w:r>
        <w:rPr>
          <w:rFonts w:ascii="Arial" w:hAnsi="Arial"/>
        </w:rPr>
        <w:t>Yeah, that was what I was wondering is do you think the water is moving?</w:t>
      </w:r>
    </w:p>
    <w:p w14:paraId="6C2DE1EF" w14:textId="77777777" w:rsidR="00624AE9" w:rsidRDefault="00624AE9">
      <w:pPr>
        <w:spacing w:after="0"/>
      </w:pPr>
    </w:p>
    <w:p w14:paraId="374173A7" w14:textId="77777777" w:rsidR="00624AE9" w:rsidRDefault="00C13212">
      <w:pPr>
        <w:spacing w:after="0"/>
      </w:pPr>
      <w:r>
        <w:rPr>
          <w:rFonts w:ascii="Arial" w:hAnsi="Arial"/>
          <w:b/>
        </w:rPr>
        <w:t xml:space="preserve">Participant #11:  </w:t>
      </w:r>
      <w:r>
        <w:rPr>
          <w:rFonts w:ascii="Arial" w:hAnsi="Arial"/>
          <w:color w:val="5D7284"/>
        </w:rPr>
        <w:t>31:22</w:t>
      </w:r>
    </w:p>
    <w:p w14:paraId="64FEAD33" w14:textId="77777777" w:rsidR="00624AE9" w:rsidRDefault="00C13212">
      <w:pPr>
        <w:spacing w:after="0"/>
      </w:pPr>
      <w:r>
        <w:rPr>
          <w:rFonts w:ascii="Arial" w:hAnsi="Arial"/>
        </w:rPr>
        <w:t>I feel like if I put my finger in it, there would be some buildup of the water like it's definitely moving a little bit, but not enough. Not enough force to like affect dye. I feel, like, if I put something physical in there, instead of something that's like a chemical, then maybe it would just spin with it.</w:t>
      </w:r>
    </w:p>
    <w:p w14:paraId="19476E13" w14:textId="77777777" w:rsidR="00624AE9" w:rsidRDefault="00624AE9">
      <w:pPr>
        <w:spacing w:after="0"/>
      </w:pPr>
    </w:p>
    <w:p w14:paraId="64567BA2" w14:textId="77777777" w:rsidR="00624AE9" w:rsidRDefault="00C13212">
      <w:pPr>
        <w:spacing w:after="0"/>
      </w:pPr>
      <w:r>
        <w:rPr>
          <w:rFonts w:ascii="Arial" w:hAnsi="Arial"/>
          <w:b/>
        </w:rPr>
        <w:t xml:space="preserve">Interviewer P:  </w:t>
      </w:r>
      <w:r>
        <w:rPr>
          <w:rFonts w:ascii="Arial" w:hAnsi="Arial"/>
          <w:color w:val="5D7284"/>
        </w:rPr>
        <w:t>31:48</w:t>
      </w:r>
    </w:p>
    <w:p w14:paraId="64D1E08C" w14:textId="77777777" w:rsidR="00624AE9" w:rsidRDefault="00C13212">
      <w:pPr>
        <w:spacing w:after="0"/>
      </w:pPr>
      <w:r>
        <w:rPr>
          <w:rFonts w:ascii="Arial" w:hAnsi="Arial"/>
        </w:rPr>
        <w:t xml:space="preserve">Do you think that the water is moving as fast as that tank is rotating? </w:t>
      </w:r>
    </w:p>
    <w:p w14:paraId="62A04DDF" w14:textId="77777777" w:rsidR="00624AE9" w:rsidRDefault="00624AE9">
      <w:pPr>
        <w:spacing w:after="0"/>
      </w:pPr>
    </w:p>
    <w:p w14:paraId="3AD85D3F" w14:textId="77777777" w:rsidR="00624AE9" w:rsidRDefault="00C13212">
      <w:pPr>
        <w:spacing w:after="0"/>
      </w:pPr>
      <w:r>
        <w:rPr>
          <w:rFonts w:ascii="Arial" w:hAnsi="Arial"/>
          <w:b/>
        </w:rPr>
        <w:t xml:space="preserve">Participant #11:  </w:t>
      </w:r>
      <w:r>
        <w:rPr>
          <w:rFonts w:ascii="Arial" w:hAnsi="Arial"/>
          <w:color w:val="5D7284"/>
        </w:rPr>
        <w:t>31:52</w:t>
      </w:r>
    </w:p>
    <w:p w14:paraId="197E0FAF" w14:textId="013381C6" w:rsidR="00624AE9" w:rsidRDefault="00C13212">
      <w:pPr>
        <w:spacing w:after="0"/>
      </w:pPr>
      <w:r>
        <w:rPr>
          <w:rFonts w:ascii="Arial" w:hAnsi="Arial"/>
        </w:rPr>
        <w:t xml:space="preserve">Definitely not, I well, I'd say definitely, but I </w:t>
      </w:r>
      <w:r w:rsidR="00B208B0">
        <w:rPr>
          <w:rFonts w:ascii="Arial" w:hAnsi="Arial"/>
        </w:rPr>
        <w:t>don’t</w:t>
      </w:r>
      <w:r>
        <w:rPr>
          <w:rFonts w:ascii="Arial" w:hAnsi="Arial"/>
        </w:rPr>
        <w:t xml:space="preserve"> think so, maybe. No, I'm gonna stick with no.</w:t>
      </w:r>
    </w:p>
    <w:p w14:paraId="142C5F3B" w14:textId="77777777" w:rsidR="00624AE9" w:rsidRDefault="00624AE9">
      <w:pPr>
        <w:spacing w:after="0"/>
      </w:pPr>
    </w:p>
    <w:p w14:paraId="054E05D2" w14:textId="77777777" w:rsidR="00624AE9" w:rsidRDefault="00C13212">
      <w:pPr>
        <w:spacing w:after="0"/>
      </w:pPr>
      <w:r>
        <w:rPr>
          <w:rFonts w:ascii="Arial" w:hAnsi="Arial"/>
          <w:b/>
        </w:rPr>
        <w:t xml:space="preserve">Interviewer E:  </w:t>
      </w:r>
      <w:r>
        <w:rPr>
          <w:rFonts w:ascii="Arial" w:hAnsi="Arial"/>
          <w:color w:val="5D7284"/>
        </w:rPr>
        <w:t>32:05</w:t>
      </w:r>
    </w:p>
    <w:p w14:paraId="1D420349" w14:textId="77777777" w:rsidR="00624AE9" w:rsidRDefault="00C13212">
      <w:pPr>
        <w:spacing w:after="0"/>
      </w:pPr>
      <w:r>
        <w:rPr>
          <w:rFonts w:ascii="Arial" w:hAnsi="Arial"/>
        </w:rPr>
        <w:t>Why do you think we had those kind of straight up and down columns</w:t>
      </w:r>
      <w:r>
        <w:rPr>
          <w:rFonts w:ascii="Arial" w:hAnsi="Arial"/>
        </w:rPr>
        <w:t xml:space="preserve"> compared to like, the swishing that you predicted first? If you could, like, guess at it? </w:t>
      </w:r>
    </w:p>
    <w:p w14:paraId="0884D1A1" w14:textId="77777777" w:rsidR="00624AE9" w:rsidRDefault="00624AE9">
      <w:pPr>
        <w:spacing w:after="0"/>
      </w:pPr>
    </w:p>
    <w:p w14:paraId="6A6AB340" w14:textId="77777777" w:rsidR="00624AE9" w:rsidRDefault="00C13212">
      <w:pPr>
        <w:spacing w:after="0"/>
      </w:pPr>
      <w:r>
        <w:rPr>
          <w:rFonts w:ascii="Arial" w:hAnsi="Arial"/>
          <w:b/>
        </w:rPr>
        <w:t xml:space="preserve">Interviewer P:  </w:t>
      </w:r>
      <w:r>
        <w:rPr>
          <w:rFonts w:ascii="Arial" w:hAnsi="Arial"/>
          <w:color w:val="5D7284"/>
        </w:rPr>
        <w:t>32:16</w:t>
      </w:r>
    </w:p>
    <w:p w14:paraId="1A6B8D12" w14:textId="77777777" w:rsidR="00624AE9" w:rsidRDefault="00C13212">
      <w:pPr>
        <w:spacing w:after="0"/>
      </w:pPr>
      <w:r>
        <w:rPr>
          <w:rFonts w:ascii="Arial" w:hAnsi="Arial"/>
        </w:rPr>
        <w:lastRenderedPageBreak/>
        <w:t xml:space="preserve">Like what's holding them up? </w:t>
      </w:r>
    </w:p>
    <w:p w14:paraId="2B0FB7D1" w14:textId="77777777" w:rsidR="00624AE9" w:rsidRDefault="00624AE9">
      <w:pPr>
        <w:spacing w:after="0"/>
      </w:pPr>
    </w:p>
    <w:p w14:paraId="150BA352" w14:textId="77777777" w:rsidR="00624AE9" w:rsidRDefault="00C13212">
      <w:pPr>
        <w:spacing w:after="0"/>
      </w:pPr>
      <w:r>
        <w:rPr>
          <w:rFonts w:ascii="Arial" w:hAnsi="Arial"/>
          <w:b/>
        </w:rPr>
        <w:t xml:space="preserve">Interviewer E:  </w:t>
      </w:r>
      <w:r>
        <w:rPr>
          <w:rFonts w:ascii="Arial" w:hAnsi="Arial"/>
          <w:color w:val="5D7284"/>
        </w:rPr>
        <w:t>32:18</w:t>
      </w:r>
    </w:p>
    <w:p w14:paraId="7A8544D2" w14:textId="77777777" w:rsidR="00624AE9" w:rsidRDefault="00C13212">
      <w:pPr>
        <w:spacing w:after="0"/>
      </w:pPr>
      <w:r>
        <w:rPr>
          <w:rFonts w:ascii="Arial" w:hAnsi="Arial"/>
        </w:rPr>
        <w:t xml:space="preserve">Yeah. </w:t>
      </w:r>
    </w:p>
    <w:p w14:paraId="65AE29CB" w14:textId="77777777" w:rsidR="00624AE9" w:rsidRDefault="00624AE9">
      <w:pPr>
        <w:spacing w:after="0"/>
      </w:pPr>
    </w:p>
    <w:p w14:paraId="6586342D" w14:textId="77777777" w:rsidR="00624AE9" w:rsidRDefault="00C13212">
      <w:pPr>
        <w:spacing w:after="0"/>
      </w:pPr>
      <w:r>
        <w:rPr>
          <w:rFonts w:ascii="Arial" w:hAnsi="Arial"/>
          <w:b/>
        </w:rPr>
        <w:t xml:space="preserve">Interviewer P:  </w:t>
      </w:r>
      <w:r>
        <w:rPr>
          <w:rFonts w:ascii="Arial" w:hAnsi="Arial"/>
          <w:color w:val="5D7284"/>
        </w:rPr>
        <w:t>32:19</w:t>
      </w:r>
    </w:p>
    <w:p w14:paraId="688C7D9C" w14:textId="79793CC3" w:rsidR="00624AE9" w:rsidRDefault="00C13212">
      <w:pPr>
        <w:spacing w:after="0"/>
      </w:pPr>
      <w:r>
        <w:rPr>
          <w:rFonts w:ascii="Arial" w:hAnsi="Arial"/>
        </w:rPr>
        <w:t xml:space="preserve">I mean, even over here, they've already kind of </w:t>
      </w:r>
      <w:r w:rsidR="00B208B0">
        <w:rPr>
          <w:rFonts w:ascii="Arial" w:hAnsi="Arial"/>
        </w:rPr>
        <w:t>dispersed.</w:t>
      </w:r>
      <w:r>
        <w:rPr>
          <w:rFonts w:ascii="Arial" w:hAnsi="Arial"/>
        </w:rPr>
        <w:t xml:space="preserve"> </w:t>
      </w:r>
    </w:p>
    <w:p w14:paraId="70BBACA6" w14:textId="77777777" w:rsidR="00624AE9" w:rsidRDefault="00624AE9">
      <w:pPr>
        <w:spacing w:after="0"/>
      </w:pPr>
    </w:p>
    <w:p w14:paraId="6ADB5A7B" w14:textId="77777777" w:rsidR="00624AE9" w:rsidRDefault="00C13212">
      <w:pPr>
        <w:spacing w:after="0"/>
      </w:pPr>
      <w:r>
        <w:rPr>
          <w:rFonts w:ascii="Arial" w:hAnsi="Arial"/>
          <w:b/>
        </w:rPr>
        <w:t xml:space="preserve">Participant #11:  </w:t>
      </w:r>
      <w:r>
        <w:rPr>
          <w:rFonts w:ascii="Arial" w:hAnsi="Arial"/>
          <w:color w:val="5D7284"/>
        </w:rPr>
        <w:t>32:23</w:t>
      </w:r>
    </w:p>
    <w:p w14:paraId="7C2B1C63" w14:textId="1AB3F352" w:rsidR="00624AE9" w:rsidRDefault="00C13212">
      <w:pPr>
        <w:spacing w:after="0"/>
      </w:pPr>
      <w:r>
        <w:rPr>
          <w:rFonts w:ascii="Arial" w:hAnsi="Arial"/>
        </w:rPr>
        <w:t xml:space="preserve">Oh, yeah. I mean, maybe just because the water is being turned at a constant rate. Then, like that standstill water. </w:t>
      </w:r>
      <w:r w:rsidR="00B208B0">
        <w:rPr>
          <w:rFonts w:ascii="Arial" w:hAnsi="Arial"/>
        </w:rPr>
        <w:t>So,</w:t>
      </w:r>
      <w:r>
        <w:rPr>
          <w:rFonts w:ascii="Arial" w:hAnsi="Arial"/>
        </w:rPr>
        <w:t xml:space="preserve"> it gives the dye like, potassium.</w:t>
      </w:r>
    </w:p>
    <w:p w14:paraId="1CECFDF9" w14:textId="77777777" w:rsidR="00624AE9" w:rsidRDefault="00624AE9">
      <w:pPr>
        <w:spacing w:after="0"/>
      </w:pPr>
    </w:p>
    <w:p w14:paraId="4AD8049C" w14:textId="77777777" w:rsidR="00624AE9" w:rsidRDefault="00C13212">
      <w:pPr>
        <w:spacing w:after="0"/>
      </w:pPr>
      <w:r>
        <w:rPr>
          <w:rFonts w:ascii="Arial" w:hAnsi="Arial"/>
          <w:b/>
        </w:rPr>
        <w:t xml:space="preserve">Interviewer P:  </w:t>
      </w:r>
      <w:r>
        <w:rPr>
          <w:rFonts w:ascii="Arial" w:hAnsi="Arial"/>
          <w:color w:val="5D7284"/>
        </w:rPr>
        <w:t>32:41</w:t>
      </w:r>
    </w:p>
    <w:p w14:paraId="5C35B5A1" w14:textId="77777777" w:rsidR="00624AE9" w:rsidRDefault="00C13212">
      <w:pPr>
        <w:spacing w:after="0"/>
      </w:pPr>
      <w:r>
        <w:rPr>
          <w:rFonts w:ascii="Arial" w:hAnsi="Arial"/>
        </w:rPr>
        <w:t xml:space="preserve">Permanganate. </w:t>
      </w:r>
    </w:p>
    <w:p w14:paraId="1385BCFB" w14:textId="77777777" w:rsidR="00624AE9" w:rsidRDefault="00624AE9">
      <w:pPr>
        <w:spacing w:after="0"/>
      </w:pPr>
    </w:p>
    <w:p w14:paraId="0CAF9459" w14:textId="77777777" w:rsidR="00624AE9" w:rsidRDefault="00C13212">
      <w:pPr>
        <w:spacing w:after="0"/>
      </w:pPr>
      <w:r>
        <w:rPr>
          <w:rFonts w:ascii="Arial" w:hAnsi="Arial"/>
          <w:b/>
        </w:rPr>
        <w:t xml:space="preserve">Participant #11:  </w:t>
      </w:r>
      <w:r>
        <w:rPr>
          <w:rFonts w:ascii="Arial" w:hAnsi="Arial"/>
          <w:color w:val="5D7284"/>
        </w:rPr>
        <w:t>32:42</w:t>
      </w:r>
    </w:p>
    <w:p w14:paraId="46DABF6C" w14:textId="5209E0D9" w:rsidR="00624AE9" w:rsidRDefault="00C13212">
      <w:pPr>
        <w:spacing w:after="0"/>
      </w:pPr>
      <w:r>
        <w:rPr>
          <w:rFonts w:ascii="Arial" w:hAnsi="Arial"/>
        </w:rPr>
        <w:t xml:space="preserve">Yeah that, </w:t>
      </w:r>
      <w:r w:rsidR="00B208B0">
        <w:rPr>
          <w:rFonts w:ascii="Arial" w:hAnsi="Arial"/>
        </w:rPr>
        <w:t>it</w:t>
      </w:r>
      <w:r>
        <w:rPr>
          <w:rFonts w:ascii="Arial" w:hAnsi="Arial"/>
        </w:rPr>
        <w:t xml:space="preserve"> gives it time to like, dissolve into the water. But because the water is also moving, then, like, potassium can't dissolve in the water since the water molecules are also moving. I guess, maybe? I don't know. I've limited science knowledge. It's been a couple of years. But again, I think maybe that's why because that's not moving. </w:t>
      </w:r>
      <w:r w:rsidR="00B208B0">
        <w:rPr>
          <w:rFonts w:ascii="Arial" w:hAnsi="Arial"/>
        </w:rPr>
        <w:t>So,</w:t>
      </w:r>
      <w:r>
        <w:rPr>
          <w:rFonts w:ascii="Arial" w:hAnsi="Arial"/>
        </w:rPr>
        <w:t xml:space="preserve"> it actually gives it time to like, dissolve and everything. But I mean, it's kind of dissolved here a little bit.</w:t>
      </w:r>
    </w:p>
    <w:p w14:paraId="50EE68B3" w14:textId="77777777" w:rsidR="00624AE9" w:rsidRDefault="00624AE9">
      <w:pPr>
        <w:spacing w:after="0"/>
      </w:pPr>
    </w:p>
    <w:p w14:paraId="65338C64" w14:textId="77777777" w:rsidR="00624AE9" w:rsidRDefault="00C13212">
      <w:pPr>
        <w:spacing w:after="0"/>
      </w:pPr>
      <w:r>
        <w:rPr>
          <w:rFonts w:ascii="Arial" w:hAnsi="Arial"/>
          <w:b/>
        </w:rPr>
        <w:t xml:space="preserve">Interviewer E:  </w:t>
      </w:r>
      <w:r>
        <w:rPr>
          <w:rFonts w:ascii="Arial" w:hAnsi="Arial"/>
          <w:color w:val="5D7284"/>
        </w:rPr>
        <w:t>33:17</w:t>
      </w:r>
    </w:p>
    <w:p w14:paraId="059DD1B7" w14:textId="73BC66AE" w:rsidR="00624AE9" w:rsidRDefault="00B208B0">
      <w:pPr>
        <w:spacing w:after="0"/>
      </w:pPr>
      <w:r>
        <w:rPr>
          <w:rFonts w:ascii="Arial" w:hAnsi="Arial"/>
        </w:rPr>
        <w:t>So, what do you think would happen if we stopped it?</w:t>
      </w:r>
    </w:p>
    <w:p w14:paraId="128316DA" w14:textId="77777777" w:rsidR="00624AE9" w:rsidRDefault="00624AE9">
      <w:pPr>
        <w:spacing w:after="0"/>
      </w:pPr>
    </w:p>
    <w:p w14:paraId="4A10539B" w14:textId="77777777" w:rsidR="00624AE9" w:rsidRDefault="00C13212">
      <w:pPr>
        <w:spacing w:after="0"/>
      </w:pPr>
      <w:r>
        <w:rPr>
          <w:rFonts w:ascii="Arial" w:hAnsi="Arial"/>
          <w:b/>
        </w:rPr>
        <w:t xml:space="preserve">Participant #11:  </w:t>
      </w:r>
      <w:r>
        <w:rPr>
          <w:rFonts w:ascii="Arial" w:hAnsi="Arial"/>
          <w:color w:val="5D7284"/>
        </w:rPr>
        <w:t>33:24</w:t>
      </w:r>
    </w:p>
    <w:p w14:paraId="6F6433CD" w14:textId="77777777" w:rsidR="00624AE9" w:rsidRDefault="00C13212">
      <w:pPr>
        <w:spacing w:after="0"/>
      </w:pPr>
      <w:r>
        <w:rPr>
          <w:rFonts w:ascii="Arial" w:hAnsi="Arial"/>
        </w:rPr>
        <w:t xml:space="preserve">That's a good question. I don't know. I feel like it would just end up looking like that. Because if you stopped it once. I don't know how long but I feel like if you stopped it after a little bit, maybe like a couple minutes, then the water will also have stopped moving. </w:t>
      </w:r>
    </w:p>
    <w:p w14:paraId="72243F26" w14:textId="77777777" w:rsidR="00624AE9" w:rsidRDefault="00624AE9">
      <w:pPr>
        <w:spacing w:after="0"/>
      </w:pPr>
    </w:p>
    <w:p w14:paraId="7397826C" w14:textId="77777777" w:rsidR="00624AE9" w:rsidRDefault="00C13212">
      <w:pPr>
        <w:spacing w:after="0"/>
      </w:pPr>
      <w:r>
        <w:rPr>
          <w:rFonts w:ascii="Arial" w:hAnsi="Arial"/>
          <w:b/>
        </w:rPr>
        <w:t xml:space="preserve">Interviewer E:  </w:t>
      </w:r>
      <w:r>
        <w:rPr>
          <w:rFonts w:ascii="Arial" w:hAnsi="Arial"/>
          <w:color w:val="5D7284"/>
        </w:rPr>
        <w:t>33:53</w:t>
      </w:r>
    </w:p>
    <w:p w14:paraId="16735F8D" w14:textId="77777777" w:rsidR="00624AE9" w:rsidRDefault="00C13212">
      <w:pPr>
        <w:spacing w:after="0"/>
      </w:pPr>
      <w:r>
        <w:rPr>
          <w:rFonts w:ascii="Arial" w:hAnsi="Arial"/>
        </w:rPr>
        <w:t>Right.</w:t>
      </w:r>
    </w:p>
    <w:p w14:paraId="63255081" w14:textId="77777777" w:rsidR="00624AE9" w:rsidRDefault="00624AE9">
      <w:pPr>
        <w:spacing w:after="0"/>
      </w:pPr>
    </w:p>
    <w:p w14:paraId="298E4C1E" w14:textId="77777777" w:rsidR="00624AE9" w:rsidRDefault="00C13212">
      <w:pPr>
        <w:spacing w:after="0"/>
      </w:pPr>
      <w:r>
        <w:rPr>
          <w:rFonts w:ascii="Arial" w:hAnsi="Arial"/>
          <w:b/>
        </w:rPr>
        <w:t xml:space="preserve">Participant #11:  </w:t>
      </w:r>
      <w:r>
        <w:rPr>
          <w:rFonts w:ascii="Arial" w:hAnsi="Arial"/>
          <w:color w:val="5D7284"/>
        </w:rPr>
        <w:t>33:54</w:t>
      </w:r>
    </w:p>
    <w:p w14:paraId="530AD9EA" w14:textId="77777777" w:rsidR="00624AE9" w:rsidRDefault="00C13212">
      <w:pPr>
        <w:spacing w:after="0"/>
      </w:pPr>
      <w:r>
        <w:rPr>
          <w:rFonts w:ascii="Arial" w:hAnsi="Arial"/>
        </w:rPr>
        <w:t xml:space="preserve">Then it can dissolve completely. </w:t>
      </w:r>
    </w:p>
    <w:p w14:paraId="6256B6A1" w14:textId="77777777" w:rsidR="00624AE9" w:rsidRDefault="00624AE9">
      <w:pPr>
        <w:spacing w:after="0"/>
      </w:pPr>
    </w:p>
    <w:p w14:paraId="33A92969" w14:textId="77777777" w:rsidR="00624AE9" w:rsidRDefault="00C13212">
      <w:pPr>
        <w:spacing w:after="0"/>
      </w:pPr>
      <w:r>
        <w:rPr>
          <w:rFonts w:ascii="Arial" w:hAnsi="Arial"/>
          <w:b/>
        </w:rPr>
        <w:t xml:space="preserve">Interviewer E:  </w:t>
      </w:r>
      <w:r>
        <w:rPr>
          <w:rFonts w:ascii="Arial" w:hAnsi="Arial"/>
          <w:color w:val="5D7284"/>
        </w:rPr>
        <w:t>33:56</w:t>
      </w:r>
    </w:p>
    <w:p w14:paraId="7BA682B3" w14:textId="51C89A61" w:rsidR="00624AE9" w:rsidRDefault="00C13212">
      <w:pPr>
        <w:spacing w:after="0"/>
      </w:pPr>
      <w:r>
        <w:rPr>
          <w:rFonts w:ascii="Arial" w:hAnsi="Arial"/>
        </w:rPr>
        <w:t xml:space="preserve">Okay, so you're saying it won't look like that </w:t>
      </w:r>
      <w:r w:rsidR="00B208B0">
        <w:rPr>
          <w:rFonts w:ascii="Arial" w:hAnsi="Arial"/>
        </w:rPr>
        <w:t>immediately.</w:t>
      </w:r>
      <w:r>
        <w:rPr>
          <w:rFonts w:ascii="Arial" w:hAnsi="Arial"/>
        </w:rPr>
        <w:t xml:space="preserve"> </w:t>
      </w:r>
    </w:p>
    <w:p w14:paraId="3DF0F9E6" w14:textId="77777777" w:rsidR="00624AE9" w:rsidRDefault="00624AE9">
      <w:pPr>
        <w:spacing w:after="0"/>
      </w:pPr>
    </w:p>
    <w:p w14:paraId="60AFC38B" w14:textId="77777777" w:rsidR="00624AE9" w:rsidRDefault="00C13212">
      <w:pPr>
        <w:spacing w:after="0"/>
      </w:pPr>
      <w:r>
        <w:rPr>
          <w:rFonts w:ascii="Arial" w:hAnsi="Arial"/>
          <w:b/>
        </w:rPr>
        <w:t xml:space="preserve">Participant #11:  </w:t>
      </w:r>
      <w:r>
        <w:rPr>
          <w:rFonts w:ascii="Arial" w:hAnsi="Arial"/>
          <w:color w:val="5D7284"/>
        </w:rPr>
        <w:t>33:59</w:t>
      </w:r>
    </w:p>
    <w:p w14:paraId="51EDA747" w14:textId="77777777" w:rsidR="00624AE9" w:rsidRDefault="00C13212">
      <w:pPr>
        <w:spacing w:after="0"/>
      </w:pPr>
      <w:r>
        <w:rPr>
          <w:rFonts w:ascii="Arial" w:hAnsi="Arial"/>
        </w:rPr>
        <w:t>Yeah, no, I think it would take time because like once you stop the rotating of the machine. Like the water doesn't just immediately stop because it's still going in that direction. But since there's nothing that's keeping it in that direction, I think it would slow down and like 10-15 seconds maybe and then it will start dissolving.</w:t>
      </w:r>
    </w:p>
    <w:p w14:paraId="25372B55" w14:textId="77777777" w:rsidR="00624AE9" w:rsidRDefault="00624AE9">
      <w:pPr>
        <w:spacing w:after="0"/>
      </w:pPr>
    </w:p>
    <w:p w14:paraId="50861BDE" w14:textId="77777777" w:rsidR="00624AE9" w:rsidRDefault="00C13212">
      <w:pPr>
        <w:spacing w:after="0"/>
      </w:pPr>
      <w:r>
        <w:rPr>
          <w:rFonts w:ascii="Arial" w:hAnsi="Arial"/>
          <w:b/>
        </w:rPr>
        <w:t xml:space="preserve">Interviewer E:  </w:t>
      </w:r>
      <w:r>
        <w:rPr>
          <w:rFonts w:ascii="Arial" w:hAnsi="Arial"/>
          <w:color w:val="5D7284"/>
        </w:rPr>
        <w:t>34:25</w:t>
      </w:r>
    </w:p>
    <w:p w14:paraId="43E7F222" w14:textId="77777777" w:rsidR="00624AE9" w:rsidRDefault="00C13212">
      <w:pPr>
        <w:spacing w:after="0"/>
      </w:pPr>
      <w:r>
        <w:rPr>
          <w:rFonts w:ascii="Arial" w:hAnsi="Arial"/>
        </w:rPr>
        <w:t>Okay well we are going to find out.</w:t>
      </w:r>
    </w:p>
    <w:p w14:paraId="3440DE11" w14:textId="77777777" w:rsidR="00624AE9" w:rsidRDefault="00624AE9">
      <w:pPr>
        <w:spacing w:after="0"/>
      </w:pPr>
    </w:p>
    <w:p w14:paraId="3793F23E" w14:textId="77777777" w:rsidR="00624AE9" w:rsidRDefault="00C13212">
      <w:pPr>
        <w:spacing w:after="0"/>
      </w:pPr>
      <w:r>
        <w:rPr>
          <w:rFonts w:ascii="Arial" w:hAnsi="Arial"/>
          <w:b/>
        </w:rPr>
        <w:t xml:space="preserve">Participant #11:  </w:t>
      </w:r>
      <w:r>
        <w:rPr>
          <w:rFonts w:ascii="Arial" w:hAnsi="Arial"/>
          <w:color w:val="5D7284"/>
        </w:rPr>
        <w:t>34:52</w:t>
      </w:r>
    </w:p>
    <w:p w14:paraId="41C0F39D" w14:textId="454A93B5" w:rsidR="00624AE9" w:rsidRDefault="00C13212">
      <w:pPr>
        <w:spacing w:after="0"/>
      </w:pPr>
      <w:r>
        <w:rPr>
          <w:rFonts w:ascii="Arial" w:hAnsi="Arial"/>
        </w:rPr>
        <w:t>Just kind of a.</w:t>
      </w:r>
      <w:r w:rsidR="00B208B0">
        <w:rPr>
          <w:rFonts w:ascii="Arial" w:hAnsi="Arial"/>
        </w:rPr>
        <w:t>.. They</w:t>
      </w:r>
      <w:r>
        <w:rPr>
          <w:rFonts w:ascii="Arial" w:hAnsi="Arial"/>
        </w:rPr>
        <w:t xml:space="preserve"> all collected. Does that look more like what you originally thought?  A little bit? It's a little ah, </w:t>
      </w:r>
      <w:r w:rsidR="00B208B0">
        <w:rPr>
          <w:rFonts w:ascii="Arial" w:hAnsi="Arial"/>
        </w:rPr>
        <w:t>what’s</w:t>
      </w:r>
      <w:r>
        <w:rPr>
          <w:rFonts w:ascii="Arial" w:hAnsi="Arial"/>
        </w:rPr>
        <w:t xml:space="preserve"> the word? Comforting? It was completely off but no. Yeah. It all seems to have collected in the middle, or maybe just the outside dissolved. But like there seems to be a lot more dye in the middle of the circle now than there was before.</w:t>
      </w:r>
    </w:p>
    <w:p w14:paraId="224EA5A1" w14:textId="77777777" w:rsidR="00624AE9" w:rsidRDefault="00624AE9">
      <w:pPr>
        <w:spacing w:after="0"/>
      </w:pPr>
    </w:p>
    <w:p w14:paraId="3E34D1ED" w14:textId="77777777" w:rsidR="00624AE9" w:rsidRDefault="00C13212">
      <w:pPr>
        <w:spacing w:after="0"/>
      </w:pPr>
      <w:r>
        <w:rPr>
          <w:rFonts w:ascii="Arial" w:hAnsi="Arial"/>
          <w:b/>
        </w:rPr>
        <w:t xml:space="preserve">Interviewer P:  </w:t>
      </w:r>
      <w:r>
        <w:rPr>
          <w:rFonts w:ascii="Arial" w:hAnsi="Arial"/>
          <w:color w:val="5D7284"/>
        </w:rPr>
        <w:t>35:32</w:t>
      </w:r>
    </w:p>
    <w:p w14:paraId="0B665308" w14:textId="77777777" w:rsidR="00624AE9" w:rsidRDefault="00C13212">
      <w:pPr>
        <w:spacing w:after="0"/>
      </w:pPr>
      <w:r>
        <w:rPr>
          <w:rFonts w:ascii="Arial" w:hAnsi="Arial"/>
        </w:rPr>
        <w:t>It did create it did create swirls when we stopped it rather than when it was actually still rotating. Ideas why?</w:t>
      </w:r>
    </w:p>
    <w:p w14:paraId="6F8C1CE4" w14:textId="77777777" w:rsidR="00624AE9" w:rsidRDefault="00624AE9">
      <w:pPr>
        <w:spacing w:after="0"/>
      </w:pPr>
    </w:p>
    <w:p w14:paraId="6D3D3F80" w14:textId="77777777" w:rsidR="00624AE9" w:rsidRDefault="00C13212">
      <w:pPr>
        <w:spacing w:after="0"/>
      </w:pPr>
      <w:r>
        <w:rPr>
          <w:rFonts w:ascii="Arial" w:hAnsi="Arial"/>
          <w:b/>
        </w:rPr>
        <w:t xml:space="preserve">Participant #11:  </w:t>
      </w:r>
      <w:r>
        <w:rPr>
          <w:rFonts w:ascii="Arial" w:hAnsi="Arial"/>
          <w:color w:val="5D7284"/>
        </w:rPr>
        <w:t>35:48</w:t>
      </w:r>
    </w:p>
    <w:p w14:paraId="61BA0842" w14:textId="77777777" w:rsidR="00624AE9" w:rsidRDefault="00C13212">
      <w:pPr>
        <w:spacing w:after="0"/>
      </w:pPr>
      <w:r>
        <w:rPr>
          <w:rFonts w:ascii="Arial" w:hAnsi="Arial"/>
        </w:rPr>
        <w:t>I think yeah, like once you stopped the movement of the table, or whatever, the contraption. But the water was still moving in that direction. So even though you stopped spinning it, the water still, I don't know what force that is gravity, or I don't know, I don't have my physics terms available. But. But like it's already slowing down. Like when he first stopped, it spun really, it seemed to spin really, really fast. Because at first, when the whole thing was spinning, it didn't look like the water was mo</w:t>
      </w:r>
      <w:r>
        <w:rPr>
          <w:rFonts w:ascii="Arial" w:hAnsi="Arial"/>
        </w:rPr>
        <w:t xml:space="preserve">ving at all. But then once the poles stopped moving, it was like, you could see how fast the water was actually turning. And then it just slowly slowed down. </w:t>
      </w:r>
    </w:p>
    <w:p w14:paraId="38DBC86F" w14:textId="77777777" w:rsidR="00624AE9" w:rsidRDefault="00624AE9">
      <w:pPr>
        <w:spacing w:after="0"/>
      </w:pPr>
    </w:p>
    <w:p w14:paraId="62A518D9" w14:textId="77777777" w:rsidR="00624AE9" w:rsidRDefault="00C13212">
      <w:pPr>
        <w:spacing w:after="0"/>
      </w:pPr>
      <w:r>
        <w:rPr>
          <w:rFonts w:ascii="Arial" w:hAnsi="Arial"/>
          <w:b/>
        </w:rPr>
        <w:t xml:space="preserve">Interviewer P:  </w:t>
      </w:r>
      <w:r>
        <w:rPr>
          <w:rFonts w:ascii="Arial" w:hAnsi="Arial"/>
          <w:color w:val="5D7284"/>
        </w:rPr>
        <w:t>36:34</w:t>
      </w:r>
    </w:p>
    <w:p w14:paraId="72B72475" w14:textId="77777777" w:rsidR="00624AE9" w:rsidRDefault="00C13212">
      <w:pPr>
        <w:spacing w:after="0"/>
      </w:pPr>
      <w:r>
        <w:rPr>
          <w:rFonts w:ascii="Arial" w:hAnsi="Arial"/>
        </w:rPr>
        <w:t>So, when you said you can see how fast the water was actually turning</w:t>
      </w:r>
      <w:r>
        <w:rPr>
          <w:rFonts w:ascii="Arial" w:hAnsi="Arial"/>
        </w:rPr>
        <w:t xml:space="preserve">? Did it appear to be turning at the same speed of the tank or slower? </w:t>
      </w:r>
    </w:p>
    <w:p w14:paraId="76FE7E5B" w14:textId="77777777" w:rsidR="00624AE9" w:rsidRDefault="00624AE9">
      <w:pPr>
        <w:spacing w:after="0"/>
      </w:pPr>
    </w:p>
    <w:p w14:paraId="1C4271CE" w14:textId="77777777" w:rsidR="00624AE9" w:rsidRDefault="00C13212">
      <w:pPr>
        <w:spacing w:after="0"/>
      </w:pPr>
      <w:r>
        <w:rPr>
          <w:rFonts w:ascii="Arial" w:hAnsi="Arial"/>
          <w:b/>
        </w:rPr>
        <w:t xml:space="preserve">Participant #11:  </w:t>
      </w:r>
      <w:r>
        <w:rPr>
          <w:rFonts w:ascii="Arial" w:hAnsi="Arial"/>
          <w:color w:val="5D7284"/>
        </w:rPr>
        <w:t>36:45</w:t>
      </w:r>
    </w:p>
    <w:p w14:paraId="3C14B258" w14:textId="77777777" w:rsidR="00624AE9" w:rsidRDefault="00C13212">
      <w:pPr>
        <w:spacing w:after="0"/>
      </w:pPr>
      <w:r>
        <w:rPr>
          <w:rFonts w:ascii="Arial" w:hAnsi="Arial"/>
        </w:rPr>
        <w:t>It looked like it wasn't moving at all when the tank was moving.</w:t>
      </w:r>
    </w:p>
    <w:p w14:paraId="010AB0E4" w14:textId="77777777" w:rsidR="00624AE9" w:rsidRDefault="00624AE9">
      <w:pPr>
        <w:spacing w:after="0"/>
      </w:pPr>
    </w:p>
    <w:p w14:paraId="1230C2EB" w14:textId="77777777" w:rsidR="00624AE9" w:rsidRDefault="00C13212">
      <w:pPr>
        <w:spacing w:after="0"/>
      </w:pPr>
      <w:r>
        <w:rPr>
          <w:rFonts w:ascii="Arial" w:hAnsi="Arial"/>
          <w:b/>
        </w:rPr>
        <w:t xml:space="preserve">Interviewer P:  </w:t>
      </w:r>
      <w:r>
        <w:rPr>
          <w:rFonts w:ascii="Arial" w:hAnsi="Arial"/>
          <w:color w:val="5D7284"/>
        </w:rPr>
        <w:t>36:49</w:t>
      </w:r>
    </w:p>
    <w:p w14:paraId="73B26BAA" w14:textId="77777777" w:rsidR="00624AE9" w:rsidRDefault="00C13212">
      <w:pPr>
        <w:spacing w:after="0"/>
      </w:pPr>
      <w:r>
        <w:rPr>
          <w:rFonts w:ascii="Arial" w:hAnsi="Arial"/>
        </w:rPr>
        <w:t>But when it stopped.</w:t>
      </w:r>
    </w:p>
    <w:p w14:paraId="1ED94A3D" w14:textId="77777777" w:rsidR="00624AE9" w:rsidRDefault="00624AE9">
      <w:pPr>
        <w:spacing w:after="0"/>
      </w:pPr>
    </w:p>
    <w:p w14:paraId="1101D06B" w14:textId="77777777" w:rsidR="00624AE9" w:rsidRDefault="00C13212">
      <w:pPr>
        <w:spacing w:after="0"/>
      </w:pPr>
      <w:r>
        <w:rPr>
          <w:rFonts w:ascii="Arial" w:hAnsi="Arial"/>
          <w:b/>
        </w:rPr>
        <w:t xml:space="preserve">Participant #11:  </w:t>
      </w:r>
      <w:r>
        <w:rPr>
          <w:rFonts w:ascii="Arial" w:hAnsi="Arial"/>
          <w:color w:val="5D7284"/>
        </w:rPr>
        <w:t>36:51</w:t>
      </w:r>
    </w:p>
    <w:p w14:paraId="0DA54C93" w14:textId="3187D9D6" w:rsidR="00624AE9" w:rsidRDefault="00C13212">
      <w:pPr>
        <w:spacing w:after="0"/>
      </w:pPr>
      <w:r>
        <w:rPr>
          <w:rFonts w:ascii="Arial" w:hAnsi="Arial"/>
        </w:rPr>
        <w:t xml:space="preserve">But when it stopped, you could see I don't know if it's like an optical illusion with the polls or </w:t>
      </w:r>
      <w:r w:rsidR="00B208B0">
        <w:rPr>
          <w:rFonts w:ascii="Arial" w:hAnsi="Arial"/>
        </w:rPr>
        <w:t>what,</w:t>
      </w:r>
      <w:r>
        <w:rPr>
          <w:rFonts w:ascii="Arial" w:hAnsi="Arial"/>
        </w:rPr>
        <w:t xml:space="preserve"> but you could like almost see because the dye was moving. Also, you could see how fast the water was. </w:t>
      </w:r>
    </w:p>
    <w:p w14:paraId="1977639E" w14:textId="77777777" w:rsidR="00624AE9" w:rsidRDefault="00624AE9">
      <w:pPr>
        <w:spacing w:after="0"/>
      </w:pPr>
    </w:p>
    <w:p w14:paraId="1435716D" w14:textId="77777777" w:rsidR="00624AE9" w:rsidRDefault="00C13212">
      <w:pPr>
        <w:spacing w:after="0"/>
      </w:pPr>
      <w:r>
        <w:rPr>
          <w:rFonts w:ascii="Arial" w:hAnsi="Arial"/>
          <w:b/>
        </w:rPr>
        <w:t xml:space="preserve">Interviewer P:  </w:t>
      </w:r>
      <w:r>
        <w:rPr>
          <w:rFonts w:ascii="Arial" w:hAnsi="Arial"/>
          <w:color w:val="5D7284"/>
        </w:rPr>
        <w:t>37:05</w:t>
      </w:r>
    </w:p>
    <w:p w14:paraId="614D31F2" w14:textId="77777777" w:rsidR="00624AE9" w:rsidRDefault="00C13212">
      <w:pPr>
        <w:spacing w:after="0"/>
      </w:pPr>
      <w:r>
        <w:rPr>
          <w:rFonts w:ascii="Arial" w:hAnsi="Arial"/>
        </w:rPr>
        <w:t xml:space="preserve">And was that similar to the rate of the tank rotation? </w:t>
      </w:r>
    </w:p>
    <w:p w14:paraId="6981F876" w14:textId="77777777" w:rsidR="00624AE9" w:rsidRDefault="00624AE9">
      <w:pPr>
        <w:spacing w:after="0"/>
      </w:pPr>
    </w:p>
    <w:p w14:paraId="3A25C81F" w14:textId="77777777" w:rsidR="00624AE9" w:rsidRDefault="00C13212">
      <w:pPr>
        <w:spacing w:after="0"/>
      </w:pPr>
      <w:r>
        <w:rPr>
          <w:rFonts w:ascii="Arial" w:hAnsi="Arial"/>
          <w:b/>
        </w:rPr>
        <w:t xml:space="preserve">Participant #11:  </w:t>
      </w:r>
      <w:r>
        <w:rPr>
          <w:rFonts w:ascii="Arial" w:hAnsi="Arial"/>
          <w:color w:val="5D7284"/>
        </w:rPr>
        <w:t>37:07</w:t>
      </w:r>
    </w:p>
    <w:p w14:paraId="567B0D66" w14:textId="77777777" w:rsidR="00624AE9" w:rsidRDefault="00C13212">
      <w:pPr>
        <w:spacing w:after="0"/>
      </w:pPr>
      <w:r>
        <w:rPr>
          <w:rFonts w:ascii="Arial" w:hAnsi="Arial"/>
        </w:rPr>
        <w:t>I thought it looked faster.</w:t>
      </w:r>
    </w:p>
    <w:p w14:paraId="49BDEE7A" w14:textId="77777777" w:rsidR="00624AE9" w:rsidRDefault="00624AE9">
      <w:pPr>
        <w:spacing w:after="0"/>
      </w:pPr>
    </w:p>
    <w:p w14:paraId="167291CB" w14:textId="77777777" w:rsidR="00624AE9" w:rsidRDefault="00C13212">
      <w:pPr>
        <w:spacing w:after="0"/>
      </w:pPr>
      <w:r>
        <w:rPr>
          <w:rFonts w:ascii="Arial" w:hAnsi="Arial"/>
          <w:b/>
        </w:rPr>
        <w:t xml:space="preserve">Interviewer P:  </w:t>
      </w:r>
      <w:r>
        <w:rPr>
          <w:rFonts w:ascii="Arial" w:hAnsi="Arial"/>
          <w:color w:val="5D7284"/>
        </w:rPr>
        <w:t>37:09</w:t>
      </w:r>
    </w:p>
    <w:p w14:paraId="444FD98F" w14:textId="77777777" w:rsidR="00624AE9" w:rsidRDefault="00C13212">
      <w:pPr>
        <w:spacing w:after="0"/>
      </w:pPr>
      <w:r>
        <w:rPr>
          <w:rFonts w:ascii="Arial" w:hAnsi="Arial"/>
        </w:rPr>
        <w:lastRenderedPageBreak/>
        <w:t>Faster?</w:t>
      </w:r>
    </w:p>
    <w:p w14:paraId="465A215C" w14:textId="77777777" w:rsidR="00624AE9" w:rsidRDefault="00624AE9">
      <w:pPr>
        <w:spacing w:after="0"/>
      </w:pPr>
    </w:p>
    <w:p w14:paraId="0ABE9B2B" w14:textId="77777777" w:rsidR="00624AE9" w:rsidRDefault="00C13212">
      <w:pPr>
        <w:spacing w:after="0"/>
      </w:pPr>
      <w:r>
        <w:rPr>
          <w:rFonts w:ascii="Arial" w:hAnsi="Arial"/>
          <w:b/>
        </w:rPr>
        <w:t xml:space="preserve">Participant #11:  </w:t>
      </w:r>
      <w:r>
        <w:rPr>
          <w:rFonts w:ascii="Arial" w:hAnsi="Arial"/>
          <w:color w:val="5D7284"/>
        </w:rPr>
        <w:t>37:10</w:t>
      </w:r>
    </w:p>
    <w:p w14:paraId="4D5384CE" w14:textId="77777777" w:rsidR="00624AE9" w:rsidRDefault="00C13212">
      <w:pPr>
        <w:spacing w:after="0"/>
      </w:pPr>
      <w:r>
        <w:rPr>
          <w:rFonts w:ascii="Arial" w:hAnsi="Arial"/>
        </w:rPr>
        <w:t xml:space="preserve">A little bit. </w:t>
      </w:r>
    </w:p>
    <w:p w14:paraId="181AB7EB" w14:textId="77777777" w:rsidR="00624AE9" w:rsidRDefault="00624AE9">
      <w:pPr>
        <w:spacing w:after="0"/>
      </w:pPr>
    </w:p>
    <w:p w14:paraId="540E671F" w14:textId="77777777" w:rsidR="00624AE9" w:rsidRDefault="00C13212">
      <w:pPr>
        <w:spacing w:after="0"/>
      </w:pPr>
      <w:r>
        <w:rPr>
          <w:rFonts w:ascii="Arial" w:hAnsi="Arial"/>
          <w:b/>
        </w:rPr>
        <w:t xml:space="preserve">Interviewer P:  </w:t>
      </w:r>
      <w:r>
        <w:rPr>
          <w:rFonts w:ascii="Arial" w:hAnsi="Arial"/>
          <w:color w:val="5D7284"/>
        </w:rPr>
        <w:t>37:11</w:t>
      </w:r>
    </w:p>
    <w:p w14:paraId="4796E54E" w14:textId="77777777" w:rsidR="00624AE9" w:rsidRDefault="00C13212">
      <w:pPr>
        <w:spacing w:after="0"/>
      </w:pPr>
      <w:r>
        <w:rPr>
          <w:rFonts w:ascii="Arial" w:hAnsi="Arial"/>
        </w:rPr>
        <w:t>Yeah.</w:t>
      </w:r>
    </w:p>
    <w:p w14:paraId="02E7C166" w14:textId="77777777" w:rsidR="00624AE9" w:rsidRDefault="00624AE9">
      <w:pPr>
        <w:spacing w:after="0"/>
      </w:pPr>
    </w:p>
    <w:p w14:paraId="0FF3144A" w14:textId="77777777" w:rsidR="00624AE9" w:rsidRDefault="00C13212">
      <w:pPr>
        <w:spacing w:after="0"/>
      </w:pPr>
      <w:r>
        <w:rPr>
          <w:rFonts w:ascii="Arial" w:hAnsi="Arial"/>
          <w:b/>
        </w:rPr>
        <w:t xml:space="preserve">Participant #11:  </w:t>
      </w:r>
      <w:r>
        <w:rPr>
          <w:rFonts w:ascii="Arial" w:hAnsi="Arial"/>
          <w:color w:val="5D7284"/>
        </w:rPr>
        <w:t>37:13</w:t>
      </w:r>
    </w:p>
    <w:p w14:paraId="7B5E1121" w14:textId="77777777" w:rsidR="00624AE9" w:rsidRDefault="00C13212">
      <w:pPr>
        <w:spacing w:after="0"/>
      </w:pPr>
      <w:r>
        <w:rPr>
          <w:rFonts w:ascii="Arial" w:hAnsi="Arial"/>
        </w:rPr>
        <w:t>But it probably was the same. I thought it looked fast, like initially, like when you first turned it off, and then it slowed down like now the water's turning really, really slow.</w:t>
      </w:r>
    </w:p>
    <w:p w14:paraId="62C4234F" w14:textId="77777777" w:rsidR="00624AE9" w:rsidRDefault="00624AE9">
      <w:pPr>
        <w:spacing w:after="0"/>
      </w:pPr>
    </w:p>
    <w:p w14:paraId="198B855D" w14:textId="77777777" w:rsidR="00624AE9" w:rsidRDefault="00C13212">
      <w:pPr>
        <w:spacing w:after="0"/>
      </w:pPr>
      <w:r>
        <w:rPr>
          <w:rFonts w:ascii="Arial" w:hAnsi="Arial"/>
          <w:b/>
        </w:rPr>
        <w:t xml:space="preserve">Interviewer E:  </w:t>
      </w:r>
      <w:r>
        <w:rPr>
          <w:rFonts w:ascii="Arial" w:hAnsi="Arial"/>
          <w:color w:val="5D7284"/>
        </w:rPr>
        <w:t>37:27</w:t>
      </w:r>
    </w:p>
    <w:p w14:paraId="1887F756" w14:textId="77777777" w:rsidR="00624AE9" w:rsidRDefault="00C13212">
      <w:pPr>
        <w:spacing w:after="0"/>
      </w:pPr>
      <w:r>
        <w:rPr>
          <w:rFonts w:ascii="Arial" w:hAnsi="Arial"/>
        </w:rPr>
        <w:t xml:space="preserve">Question If you if I would have if this had only been rotating for like five minutes compared to 45 and I would have dropped the the potassium in there. Do you think it would have had the same it would have done the same thing? </w:t>
      </w:r>
    </w:p>
    <w:p w14:paraId="33285AB6" w14:textId="77777777" w:rsidR="00624AE9" w:rsidRDefault="00624AE9">
      <w:pPr>
        <w:spacing w:after="0"/>
      </w:pPr>
    </w:p>
    <w:p w14:paraId="2E2CC1FF" w14:textId="77777777" w:rsidR="00624AE9" w:rsidRDefault="00C13212">
      <w:pPr>
        <w:spacing w:after="0"/>
      </w:pPr>
      <w:r>
        <w:rPr>
          <w:rFonts w:ascii="Arial" w:hAnsi="Arial"/>
          <w:b/>
        </w:rPr>
        <w:t xml:space="preserve">Participant #11:  </w:t>
      </w:r>
      <w:r>
        <w:rPr>
          <w:rFonts w:ascii="Arial" w:hAnsi="Arial"/>
          <w:color w:val="5D7284"/>
        </w:rPr>
        <w:t>37:41</w:t>
      </w:r>
    </w:p>
    <w:p w14:paraId="061B313A" w14:textId="77777777" w:rsidR="00624AE9" w:rsidRDefault="00C13212">
      <w:pPr>
        <w:spacing w:after="0"/>
      </w:pPr>
      <w:r>
        <w:rPr>
          <w:rFonts w:ascii="Arial" w:hAnsi="Arial"/>
        </w:rPr>
        <w:t>I don't think water would have been going that as fast as it was. Because I feel like it's a lot of water in there. And it takes a while for it all to be going like the same speed. I feel like so. No, I don't think it would have gone that slow. Put them on the fridge, my best art work right there. Is that Jell-O?</w:t>
      </w:r>
    </w:p>
    <w:p w14:paraId="5C3C2C86" w14:textId="77777777" w:rsidR="00624AE9" w:rsidRDefault="00624AE9">
      <w:pPr>
        <w:spacing w:after="0"/>
      </w:pPr>
    </w:p>
    <w:p w14:paraId="0B850233" w14:textId="77777777" w:rsidR="00624AE9" w:rsidRDefault="00C13212">
      <w:pPr>
        <w:spacing w:after="0"/>
      </w:pPr>
      <w:r>
        <w:rPr>
          <w:rFonts w:ascii="Arial" w:hAnsi="Arial"/>
          <w:b/>
        </w:rPr>
        <w:t xml:space="preserve">Interviewer E:  </w:t>
      </w:r>
      <w:r>
        <w:rPr>
          <w:rFonts w:ascii="Arial" w:hAnsi="Arial"/>
          <w:color w:val="5D7284"/>
        </w:rPr>
        <w:t>38:23</w:t>
      </w:r>
    </w:p>
    <w:p w14:paraId="08B21920" w14:textId="65C649DC" w:rsidR="00624AE9" w:rsidRDefault="00C13212">
      <w:pPr>
        <w:spacing w:after="0"/>
      </w:pPr>
      <w:r>
        <w:rPr>
          <w:rFonts w:ascii="Arial" w:hAnsi="Arial"/>
        </w:rPr>
        <w:t xml:space="preserve">It is </w:t>
      </w:r>
      <w:r w:rsidR="00B208B0">
        <w:rPr>
          <w:rFonts w:ascii="Arial" w:hAnsi="Arial"/>
        </w:rPr>
        <w:t>that’s</w:t>
      </w:r>
      <w:r>
        <w:rPr>
          <w:rFonts w:ascii="Arial" w:hAnsi="Arial"/>
        </w:rPr>
        <w:t xml:space="preserve"> Jell-O.</w:t>
      </w:r>
    </w:p>
    <w:p w14:paraId="337A95C0" w14:textId="77777777" w:rsidR="00624AE9" w:rsidRDefault="00624AE9">
      <w:pPr>
        <w:spacing w:after="0"/>
      </w:pPr>
    </w:p>
    <w:p w14:paraId="00CFB847" w14:textId="77777777" w:rsidR="00624AE9" w:rsidRDefault="00C13212">
      <w:pPr>
        <w:spacing w:after="0"/>
      </w:pPr>
      <w:r>
        <w:rPr>
          <w:rFonts w:ascii="Arial" w:hAnsi="Arial"/>
          <w:b/>
        </w:rPr>
        <w:t xml:space="preserve">Participant #11:  </w:t>
      </w:r>
      <w:r>
        <w:rPr>
          <w:rFonts w:ascii="Arial" w:hAnsi="Arial"/>
          <w:color w:val="5D7284"/>
        </w:rPr>
        <w:t>38:25</w:t>
      </w:r>
    </w:p>
    <w:p w14:paraId="3BDD20E2" w14:textId="77777777" w:rsidR="00624AE9" w:rsidRDefault="00C13212">
      <w:pPr>
        <w:spacing w:after="0"/>
      </w:pPr>
      <w:r>
        <w:rPr>
          <w:rFonts w:ascii="Arial" w:hAnsi="Arial"/>
        </w:rPr>
        <w:t>I've never seen colorless Jell-O.</w:t>
      </w:r>
    </w:p>
    <w:p w14:paraId="2D435492" w14:textId="77777777" w:rsidR="00624AE9" w:rsidRDefault="00624AE9">
      <w:pPr>
        <w:spacing w:after="0"/>
      </w:pPr>
    </w:p>
    <w:p w14:paraId="0B103B83" w14:textId="77777777" w:rsidR="00624AE9" w:rsidRDefault="00C13212">
      <w:pPr>
        <w:spacing w:after="0"/>
      </w:pPr>
      <w:r>
        <w:rPr>
          <w:rFonts w:ascii="Arial" w:hAnsi="Arial"/>
          <w:b/>
        </w:rPr>
        <w:t xml:space="preserve">Interviewer P:  </w:t>
      </w:r>
      <w:r>
        <w:rPr>
          <w:rFonts w:ascii="Arial" w:hAnsi="Arial"/>
          <w:color w:val="5D7284"/>
        </w:rPr>
        <w:t>38:28</w:t>
      </w:r>
    </w:p>
    <w:p w14:paraId="08C7B53C" w14:textId="77777777" w:rsidR="00624AE9" w:rsidRDefault="00C13212">
      <w:pPr>
        <w:spacing w:after="0"/>
      </w:pPr>
      <w:r>
        <w:rPr>
          <w:rFonts w:ascii="Arial" w:hAnsi="Arial"/>
        </w:rPr>
        <w:t>Do you wanna take this?</w:t>
      </w:r>
    </w:p>
    <w:p w14:paraId="70806B74" w14:textId="77777777" w:rsidR="00624AE9" w:rsidRDefault="00624AE9">
      <w:pPr>
        <w:spacing w:after="0"/>
      </w:pPr>
    </w:p>
    <w:p w14:paraId="09A724E0" w14:textId="77777777" w:rsidR="00624AE9" w:rsidRDefault="00C13212">
      <w:pPr>
        <w:spacing w:after="0"/>
      </w:pPr>
      <w:r>
        <w:rPr>
          <w:rFonts w:ascii="Arial" w:hAnsi="Arial"/>
          <w:b/>
        </w:rPr>
        <w:t xml:space="preserve">Interviewer E:  </w:t>
      </w:r>
      <w:r>
        <w:rPr>
          <w:rFonts w:ascii="Arial" w:hAnsi="Arial"/>
          <w:color w:val="5D7284"/>
        </w:rPr>
        <w:t>38:30</w:t>
      </w:r>
    </w:p>
    <w:p w14:paraId="6C3E4FDB" w14:textId="77777777" w:rsidR="00624AE9" w:rsidRDefault="00C13212">
      <w:pPr>
        <w:spacing w:after="0"/>
      </w:pPr>
      <w:r>
        <w:rPr>
          <w:rFonts w:ascii="Arial" w:hAnsi="Arial"/>
        </w:rPr>
        <w:t>Oh.</w:t>
      </w:r>
    </w:p>
    <w:p w14:paraId="2D8A8463" w14:textId="77777777" w:rsidR="00624AE9" w:rsidRDefault="00624AE9">
      <w:pPr>
        <w:spacing w:after="0"/>
      </w:pPr>
    </w:p>
    <w:p w14:paraId="36059F29" w14:textId="77777777" w:rsidR="00624AE9" w:rsidRDefault="00C13212">
      <w:pPr>
        <w:spacing w:after="0"/>
      </w:pPr>
      <w:r>
        <w:rPr>
          <w:rFonts w:ascii="Arial" w:hAnsi="Arial"/>
          <w:b/>
        </w:rPr>
        <w:t xml:space="preserve">Interviewer P:  </w:t>
      </w:r>
      <w:r>
        <w:rPr>
          <w:rFonts w:ascii="Arial" w:hAnsi="Arial"/>
          <w:color w:val="5D7284"/>
        </w:rPr>
        <w:t>38:30</w:t>
      </w:r>
    </w:p>
    <w:p w14:paraId="10B7AF87" w14:textId="77777777" w:rsidR="00624AE9" w:rsidRDefault="00C13212">
      <w:pPr>
        <w:spacing w:after="0"/>
      </w:pPr>
      <w:r>
        <w:rPr>
          <w:rFonts w:ascii="Arial" w:hAnsi="Arial"/>
        </w:rPr>
        <w:t>Do you want to do this? Or did you want me to do it?</w:t>
      </w:r>
    </w:p>
    <w:p w14:paraId="71D59A64" w14:textId="77777777" w:rsidR="00624AE9" w:rsidRDefault="00624AE9">
      <w:pPr>
        <w:spacing w:after="0"/>
      </w:pPr>
    </w:p>
    <w:p w14:paraId="2A90F20E" w14:textId="77777777" w:rsidR="00624AE9" w:rsidRDefault="00C13212">
      <w:pPr>
        <w:spacing w:after="0"/>
      </w:pPr>
      <w:r>
        <w:rPr>
          <w:rFonts w:ascii="Arial" w:hAnsi="Arial"/>
          <w:b/>
        </w:rPr>
        <w:t xml:space="preserve">Interviewer E:  </w:t>
      </w:r>
      <w:r>
        <w:rPr>
          <w:rFonts w:ascii="Arial" w:hAnsi="Arial"/>
          <w:color w:val="5D7284"/>
        </w:rPr>
        <w:t>38:32</w:t>
      </w:r>
    </w:p>
    <w:p w14:paraId="15A2C301" w14:textId="77777777" w:rsidR="00624AE9" w:rsidRDefault="00C13212">
      <w:pPr>
        <w:spacing w:after="0"/>
      </w:pPr>
      <w:r>
        <w:rPr>
          <w:rFonts w:ascii="Arial" w:hAnsi="Arial"/>
        </w:rPr>
        <w:t xml:space="preserve"> I can do it. </w:t>
      </w:r>
    </w:p>
    <w:p w14:paraId="201FAE85" w14:textId="77777777" w:rsidR="00624AE9" w:rsidRDefault="00624AE9">
      <w:pPr>
        <w:spacing w:after="0"/>
      </w:pPr>
    </w:p>
    <w:p w14:paraId="7A76DDC8" w14:textId="77777777" w:rsidR="00624AE9" w:rsidRDefault="00C13212">
      <w:pPr>
        <w:spacing w:after="0"/>
      </w:pPr>
      <w:r>
        <w:rPr>
          <w:rFonts w:ascii="Arial" w:hAnsi="Arial"/>
          <w:b/>
        </w:rPr>
        <w:t xml:space="preserve">Interviewer P:  </w:t>
      </w:r>
      <w:r>
        <w:rPr>
          <w:rFonts w:ascii="Arial" w:hAnsi="Arial"/>
          <w:color w:val="5D7284"/>
        </w:rPr>
        <w:t>38:32</w:t>
      </w:r>
    </w:p>
    <w:p w14:paraId="3D274E13" w14:textId="77777777" w:rsidR="00624AE9" w:rsidRDefault="00C13212">
      <w:pPr>
        <w:spacing w:after="0"/>
      </w:pPr>
      <w:r>
        <w:rPr>
          <w:rFonts w:ascii="Arial" w:hAnsi="Arial"/>
        </w:rPr>
        <w:t>Okay. Cool.</w:t>
      </w:r>
    </w:p>
    <w:p w14:paraId="27EAF184" w14:textId="77777777" w:rsidR="00624AE9" w:rsidRDefault="00624AE9">
      <w:pPr>
        <w:spacing w:after="0"/>
      </w:pPr>
    </w:p>
    <w:p w14:paraId="7B401AC8" w14:textId="77777777" w:rsidR="00624AE9" w:rsidRDefault="00C13212">
      <w:pPr>
        <w:spacing w:after="0"/>
      </w:pPr>
      <w:r>
        <w:rPr>
          <w:rFonts w:ascii="Arial" w:hAnsi="Arial"/>
          <w:b/>
        </w:rPr>
        <w:t xml:space="preserve">Interviewer E:  </w:t>
      </w:r>
      <w:r>
        <w:rPr>
          <w:rFonts w:ascii="Arial" w:hAnsi="Arial"/>
          <w:color w:val="5D7284"/>
        </w:rPr>
        <w:t>38:37</w:t>
      </w:r>
    </w:p>
    <w:p w14:paraId="655075F2" w14:textId="513CF0EF" w:rsidR="00624AE9" w:rsidRDefault="00C13212">
      <w:pPr>
        <w:spacing w:after="0"/>
      </w:pPr>
      <w:r>
        <w:rPr>
          <w:rFonts w:ascii="Arial" w:hAnsi="Arial"/>
        </w:rPr>
        <w:lastRenderedPageBreak/>
        <w:t xml:space="preserve">All right. </w:t>
      </w:r>
      <w:r w:rsidR="00B208B0">
        <w:rPr>
          <w:rFonts w:ascii="Arial" w:hAnsi="Arial"/>
        </w:rPr>
        <w:t>So,</w:t>
      </w:r>
      <w:r>
        <w:rPr>
          <w:rFonts w:ascii="Arial" w:hAnsi="Arial"/>
        </w:rPr>
        <w:t xml:space="preserve"> Dr. McNeil has made this little Lego motor with a wheel on it and it's gonna spin this Lazy.</w:t>
      </w:r>
    </w:p>
    <w:p w14:paraId="5AC9B887" w14:textId="77777777" w:rsidR="00624AE9" w:rsidRDefault="00624AE9">
      <w:pPr>
        <w:spacing w:after="0"/>
      </w:pPr>
    </w:p>
    <w:p w14:paraId="07B8F74D" w14:textId="77777777" w:rsidR="00624AE9" w:rsidRDefault="00C13212">
      <w:pPr>
        <w:spacing w:after="0"/>
      </w:pPr>
      <w:r>
        <w:rPr>
          <w:rFonts w:ascii="Arial" w:hAnsi="Arial"/>
          <w:b/>
        </w:rPr>
        <w:t xml:space="preserve">Interviewer P:  </w:t>
      </w:r>
      <w:r>
        <w:rPr>
          <w:rFonts w:ascii="Arial" w:hAnsi="Arial"/>
          <w:color w:val="5D7284"/>
        </w:rPr>
        <w:t>38:49</w:t>
      </w:r>
    </w:p>
    <w:p w14:paraId="5DF3F9CC" w14:textId="77777777" w:rsidR="00624AE9" w:rsidRDefault="00C13212">
      <w:pPr>
        <w:spacing w:after="0"/>
      </w:pPr>
      <w:r>
        <w:rPr>
          <w:rFonts w:ascii="Arial" w:hAnsi="Arial"/>
        </w:rPr>
        <w:t>Lazy Susan.</w:t>
      </w:r>
    </w:p>
    <w:p w14:paraId="73C2E31E" w14:textId="77777777" w:rsidR="00624AE9" w:rsidRDefault="00624AE9">
      <w:pPr>
        <w:spacing w:after="0"/>
      </w:pPr>
    </w:p>
    <w:p w14:paraId="168FF834" w14:textId="77777777" w:rsidR="00624AE9" w:rsidRDefault="00C13212">
      <w:pPr>
        <w:spacing w:after="0"/>
      </w:pPr>
      <w:r>
        <w:rPr>
          <w:rFonts w:ascii="Arial" w:hAnsi="Arial"/>
          <w:b/>
        </w:rPr>
        <w:t xml:space="preserve">Interviewer E:  </w:t>
      </w:r>
      <w:r>
        <w:rPr>
          <w:rFonts w:ascii="Arial" w:hAnsi="Arial"/>
          <w:color w:val="5D7284"/>
        </w:rPr>
        <w:t>38:49</w:t>
      </w:r>
    </w:p>
    <w:p w14:paraId="2C319193" w14:textId="77777777" w:rsidR="00624AE9" w:rsidRDefault="00C13212">
      <w:pPr>
        <w:spacing w:after="0"/>
      </w:pPr>
      <w:r>
        <w:rPr>
          <w:rFonts w:ascii="Arial" w:hAnsi="Arial"/>
        </w:rPr>
        <w:t>Lazy Susan.</w:t>
      </w:r>
    </w:p>
    <w:p w14:paraId="04AA6E1A" w14:textId="77777777" w:rsidR="00624AE9" w:rsidRDefault="00624AE9">
      <w:pPr>
        <w:spacing w:after="0"/>
      </w:pPr>
    </w:p>
    <w:p w14:paraId="194E89AE" w14:textId="77777777" w:rsidR="00624AE9" w:rsidRDefault="00C13212">
      <w:pPr>
        <w:spacing w:after="0"/>
      </w:pPr>
      <w:r>
        <w:rPr>
          <w:rFonts w:ascii="Arial" w:hAnsi="Arial"/>
          <w:b/>
        </w:rPr>
        <w:t xml:space="preserve">Participant #11:  </w:t>
      </w:r>
      <w:r>
        <w:rPr>
          <w:rFonts w:ascii="Arial" w:hAnsi="Arial"/>
          <w:color w:val="5D7284"/>
        </w:rPr>
        <w:t>38:50</w:t>
      </w:r>
    </w:p>
    <w:p w14:paraId="75048E75" w14:textId="62784250" w:rsidR="00624AE9" w:rsidRDefault="00C13212">
      <w:pPr>
        <w:spacing w:after="0"/>
      </w:pPr>
      <w:r>
        <w:rPr>
          <w:rFonts w:ascii="Arial" w:hAnsi="Arial"/>
        </w:rPr>
        <w:t xml:space="preserve">I love Lazy </w:t>
      </w:r>
      <w:r w:rsidR="00B208B0">
        <w:rPr>
          <w:rFonts w:ascii="Arial" w:hAnsi="Arial"/>
        </w:rPr>
        <w:t>Susan’s</w:t>
      </w:r>
      <w:r>
        <w:rPr>
          <w:rFonts w:ascii="Arial" w:hAnsi="Arial"/>
        </w:rPr>
        <w:t>.</w:t>
      </w:r>
    </w:p>
    <w:p w14:paraId="4ADA0BD3" w14:textId="77777777" w:rsidR="00624AE9" w:rsidRDefault="00624AE9">
      <w:pPr>
        <w:spacing w:after="0"/>
      </w:pPr>
    </w:p>
    <w:p w14:paraId="2A047818" w14:textId="77777777" w:rsidR="00624AE9" w:rsidRDefault="00C13212">
      <w:pPr>
        <w:spacing w:after="0"/>
      </w:pPr>
      <w:r>
        <w:rPr>
          <w:rFonts w:ascii="Arial" w:hAnsi="Arial"/>
          <w:b/>
        </w:rPr>
        <w:t xml:space="preserve">Interviewer E:  </w:t>
      </w:r>
      <w:r>
        <w:rPr>
          <w:rFonts w:ascii="Arial" w:hAnsi="Arial"/>
          <w:color w:val="5D7284"/>
        </w:rPr>
        <w:t>38:52</w:t>
      </w:r>
    </w:p>
    <w:p w14:paraId="087FED6A" w14:textId="1D602787" w:rsidR="00624AE9" w:rsidRDefault="00C13212">
      <w:pPr>
        <w:spacing w:after="0"/>
      </w:pPr>
      <w:r>
        <w:rPr>
          <w:rFonts w:ascii="Arial" w:hAnsi="Arial"/>
        </w:rPr>
        <w:t xml:space="preserve">All right, um, so yeah, like you said some colorless Jell-O. </w:t>
      </w:r>
      <w:r w:rsidR="00B208B0">
        <w:rPr>
          <w:rFonts w:ascii="Arial" w:hAnsi="Arial"/>
        </w:rPr>
        <w:t>So,</w:t>
      </w:r>
      <w:r>
        <w:rPr>
          <w:rFonts w:ascii="Arial" w:hAnsi="Arial"/>
        </w:rPr>
        <w:t xml:space="preserve"> let's see. Oh, what do you think will happen when I turned this </w:t>
      </w:r>
      <w:r w:rsidR="00B208B0">
        <w:rPr>
          <w:rFonts w:ascii="Arial" w:hAnsi="Arial"/>
        </w:rPr>
        <w:t>on,</w:t>
      </w:r>
      <w:r>
        <w:rPr>
          <w:rFonts w:ascii="Arial" w:hAnsi="Arial"/>
        </w:rPr>
        <w:t xml:space="preserve"> and it started spinning like how do you what's gonna happen to the Jell-O. Do you think? I</w:t>
      </w:r>
    </w:p>
    <w:p w14:paraId="2EC3B3EE" w14:textId="77777777" w:rsidR="00624AE9" w:rsidRDefault="00624AE9">
      <w:pPr>
        <w:spacing w:after="0"/>
      </w:pPr>
    </w:p>
    <w:p w14:paraId="24DA82AF" w14:textId="77777777" w:rsidR="00624AE9" w:rsidRDefault="00C13212">
      <w:pPr>
        <w:spacing w:after="0"/>
      </w:pPr>
      <w:r>
        <w:rPr>
          <w:rFonts w:ascii="Arial" w:hAnsi="Arial"/>
          <w:b/>
        </w:rPr>
        <w:t xml:space="preserve">Participant #11:  </w:t>
      </w:r>
      <w:r>
        <w:rPr>
          <w:rFonts w:ascii="Arial" w:hAnsi="Arial"/>
          <w:color w:val="5D7284"/>
        </w:rPr>
        <w:t>39:06</w:t>
      </w:r>
    </w:p>
    <w:p w14:paraId="6DD44984" w14:textId="32B37F81" w:rsidR="00624AE9" w:rsidRDefault="00C13212">
      <w:pPr>
        <w:spacing w:after="0"/>
      </w:pPr>
      <w:r>
        <w:rPr>
          <w:rFonts w:ascii="Arial" w:hAnsi="Arial"/>
        </w:rPr>
        <w:t xml:space="preserve">I don't think it'll move because Jell-O is more solid than liquid. </w:t>
      </w:r>
      <w:r w:rsidR="00B208B0">
        <w:rPr>
          <w:rFonts w:ascii="Arial" w:hAnsi="Arial"/>
        </w:rPr>
        <w:t>So,</w:t>
      </w:r>
      <w:r>
        <w:rPr>
          <w:rFonts w:ascii="Arial" w:hAnsi="Arial"/>
        </w:rPr>
        <w:t xml:space="preserve"> I don't think it'll change, I don't think It'll move at all. But yeah, I guess like in the container won't move but like the actual container will move.</w:t>
      </w:r>
    </w:p>
    <w:p w14:paraId="041533E9" w14:textId="77777777" w:rsidR="00624AE9" w:rsidRDefault="00624AE9">
      <w:pPr>
        <w:spacing w:after="0"/>
      </w:pPr>
    </w:p>
    <w:p w14:paraId="3C7514C9" w14:textId="77777777" w:rsidR="00624AE9" w:rsidRDefault="00C13212">
      <w:pPr>
        <w:spacing w:after="0"/>
      </w:pPr>
      <w:r>
        <w:rPr>
          <w:rFonts w:ascii="Arial" w:hAnsi="Arial"/>
          <w:b/>
        </w:rPr>
        <w:t xml:space="preserve">Interviewer E:  </w:t>
      </w:r>
      <w:r>
        <w:rPr>
          <w:rFonts w:ascii="Arial" w:hAnsi="Arial"/>
          <w:color w:val="5D7284"/>
        </w:rPr>
        <w:t>39:23</w:t>
      </w:r>
    </w:p>
    <w:p w14:paraId="72AB4420" w14:textId="23292666" w:rsidR="00624AE9" w:rsidRDefault="00C13212">
      <w:pPr>
        <w:spacing w:after="0"/>
      </w:pPr>
      <w:r>
        <w:rPr>
          <w:rFonts w:ascii="Arial" w:hAnsi="Arial"/>
        </w:rPr>
        <w:t xml:space="preserve">Oh ok, little green button. </w:t>
      </w:r>
      <w:r w:rsidR="00B208B0">
        <w:rPr>
          <w:rFonts w:ascii="Arial" w:hAnsi="Arial"/>
        </w:rPr>
        <w:t>So,</w:t>
      </w:r>
      <w:r>
        <w:rPr>
          <w:rFonts w:ascii="Arial" w:hAnsi="Arial"/>
        </w:rPr>
        <w:t xml:space="preserve"> if I were to, like hypothetically take these and like heat them up really, really, really hot. And we drop them in here. In a perfect scenario, it melted through the Jell-O and it's same all the way to the bottom while it was spinning. </w:t>
      </w:r>
    </w:p>
    <w:p w14:paraId="2F61690D" w14:textId="77777777" w:rsidR="00624AE9" w:rsidRDefault="00624AE9">
      <w:pPr>
        <w:spacing w:after="0"/>
      </w:pPr>
    </w:p>
    <w:p w14:paraId="4707E114" w14:textId="77777777" w:rsidR="00624AE9" w:rsidRDefault="00C13212">
      <w:pPr>
        <w:spacing w:after="0"/>
      </w:pPr>
      <w:r>
        <w:rPr>
          <w:rFonts w:ascii="Arial" w:hAnsi="Arial"/>
          <w:b/>
        </w:rPr>
        <w:t xml:space="preserve">Interviewer P:  </w:t>
      </w:r>
      <w:r>
        <w:rPr>
          <w:rFonts w:ascii="Arial" w:hAnsi="Arial"/>
          <w:color w:val="5D7284"/>
        </w:rPr>
        <w:t>39:48</w:t>
      </w:r>
    </w:p>
    <w:p w14:paraId="14528F70" w14:textId="77777777" w:rsidR="00624AE9" w:rsidRDefault="00C13212">
      <w:pPr>
        <w:spacing w:after="0"/>
      </w:pPr>
      <w:r>
        <w:rPr>
          <w:rFonts w:ascii="Arial" w:hAnsi="Arial"/>
        </w:rPr>
        <w:t>In other words, we can't get our demo to work, but we're showing you half of it.</w:t>
      </w:r>
    </w:p>
    <w:p w14:paraId="3E5586FE" w14:textId="77777777" w:rsidR="00624AE9" w:rsidRDefault="00624AE9">
      <w:pPr>
        <w:spacing w:after="0"/>
      </w:pPr>
    </w:p>
    <w:p w14:paraId="722886CD" w14:textId="77777777" w:rsidR="00624AE9" w:rsidRDefault="00C13212">
      <w:pPr>
        <w:spacing w:after="0"/>
      </w:pPr>
      <w:r>
        <w:rPr>
          <w:rFonts w:ascii="Arial" w:hAnsi="Arial"/>
          <w:b/>
        </w:rPr>
        <w:t xml:space="preserve">Interviewer E:  </w:t>
      </w:r>
      <w:r>
        <w:rPr>
          <w:rFonts w:ascii="Arial" w:hAnsi="Arial"/>
          <w:color w:val="5D7284"/>
        </w:rPr>
        <w:t>39:49</w:t>
      </w:r>
    </w:p>
    <w:p w14:paraId="17C86016" w14:textId="77777777" w:rsidR="00624AE9" w:rsidRDefault="00C13212">
      <w:pPr>
        <w:spacing w:after="0"/>
      </w:pPr>
      <w:r>
        <w:rPr>
          <w:rFonts w:ascii="Arial" w:hAnsi="Arial"/>
        </w:rPr>
        <w:t>Yeah, ok. We can't get them hot enough to melt through the Jell-O.</w:t>
      </w:r>
    </w:p>
    <w:p w14:paraId="7D1AD7F9" w14:textId="77777777" w:rsidR="00624AE9" w:rsidRDefault="00624AE9">
      <w:pPr>
        <w:spacing w:after="0"/>
      </w:pPr>
    </w:p>
    <w:p w14:paraId="09DC5D34" w14:textId="77777777" w:rsidR="00624AE9" w:rsidRDefault="00C13212">
      <w:pPr>
        <w:spacing w:after="0"/>
      </w:pPr>
      <w:r>
        <w:rPr>
          <w:rFonts w:ascii="Arial" w:hAnsi="Arial"/>
          <w:b/>
        </w:rPr>
        <w:t xml:space="preserve">Participant #11:  </w:t>
      </w:r>
      <w:r>
        <w:rPr>
          <w:rFonts w:ascii="Arial" w:hAnsi="Arial"/>
          <w:color w:val="5D7284"/>
        </w:rPr>
        <w:t>39:52</w:t>
      </w:r>
    </w:p>
    <w:p w14:paraId="65F03D06" w14:textId="77777777" w:rsidR="00624AE9" w:rsidRDefault="00C13212">
      <w:pPr>
        <w:spacing w:after="0"/>
      </w:pPr>
      <w:r>
        <w:rPr>
          <w:rFonts w:ascii="Arial" w:hAnsi="Arial"/>
        </w:rPr>
        <w:t xml:space="preserve">Understandable. </w:t>
      </w:r>
    </w:p>
    <w:p w14:paraId="4C6204AB" w14:textId="77777777" w:rsidR="00624AE9" w:rsidRDefault="00624AE9">
      <w:pPr>
        <w:spacing w:after="0"/>
      </w:pPr>
    </w:p>
    <w:p w14:paraId="6759E6C4" w14:textId="77777777" w:rsidR="00624AE9" w:rsidRDefault="00C13212">
      <w:pPr>
        <w:spacing w:after="0"/>
      </w:pPr>
      <w:r>
        <w:rPr>
          <w:rFonts w:ascii="Arial" w:hAnsi="Arial"/>
          <w:b/>
        </w:rPr>
        <w:t xml:space="preserve">Interviewer E:  </w:t>
      </w:r>
      <w:r>
        <w:rPr>
          <w:rFonts w:ascii="Arial" w:hAnsi="Arial"/>
          <w:color w:val="5D7284"/>
        </w:rPr>
        <w:t>39:53</w:t>
      </w:r>
    </w:p>
    <w:p w14:paraId="7EF6D473" w14:textId="51DB00A0" w:rsidR="00624AE9" w:rsidRDefault="00B208B0">
      <w:pPr>
        <w:spacing w:after="0"/>
      </w:pPr>
      <w:r>
        <w:rPr>
          <w:rFonts w:ascii="Arial" w:hAnsi="Arial"/>
        </w:rPr>
        <w:t>So, it would, it would leave like a trail, right? What do you think that shrill would look like, since it's spinning?</w:t>
      </w:r>
    </w:p>
    <w:p w14:paraId="5E414B84" w14:textId="77777777" w:rsidR="00624AE9" w:rsidRDefault="00624AE9">
      <w:pPr>
        <w:spacing w:after="0"/>
      </w:pPr>
    </w:p>
    <w:p w14:paraId="09FAFE05" w14:textId="77777777" w:rsidR="00624AE9" w:rsidRDefault="00C13212">
      <w:pPr>
        <w:spacing w:after="0"/>
      </w:pPr>
      <w:r>
        <w:rPr>
          <w:rFonts w:ascii="Arial" w:hAnsi="Arial"/>
          <w:b/>
        </w:rPr>
        <w:t xml:space="preserve">Participant #11:  </w:t>
      </w:r>
      <w:r>
        <w:rPr>
          <w:rFonts w:ascii="Arial" w:hAnsi="Arial"/>
          <w:color w:val="5D7284"/>
        </w:rPr>
        <w:t>40:10</w:t>
      </w:r>
    </w:p>
    <w:p w14:paraId="7CEFAAFA" w14:textId="77777777" w:rsidR="00624AE9" w:rsidRDefault="00C13212">
      <w:pPr>
        <w:spacing w:after="0"/>
      </w:pPr>
      <w:r>
        <w:rPr>
          <w:rFonts w:ascii="Arial" w:hAnsi="Arial"/>
        </w:rPr>
        <w:t>If it was like super, super hot and it melted through it really quickly, I feel like it would be a semi straight line, maybe like a little curve with directions it's turned in, but it will go to the bottom pretty quickly. And then probably just stay at the bottom.</w:t>
      </w:r>
    </w:p>
    <w:p w14:paraId="117F3C9F" w14:textId="77777777" w:rsidR="00624AE9" w:rsidRDefault="00624AE9">
      <w:pPr>
        <w:spacing w:after="0"/>
      </w:pPr>
    </w:p>
    <w:p w14:paraId="594566B8" w14:textId="77777777" w:rsidR="00624AE9" w:rsidRDefault="00C13212">
      <w:pPr>
        <w:spacing w:after="0"/>
      </w:pPr>
      <w:r>
        <w:rPr>
          <w:rFonts w:ascii="Arial" w:hAnsi="Arial"/>
          <w:b/>
        </w:rPr>
        <w:lastRenderedPageBreak/>
        <w:t xml:space="preserve">Interviewer E:  </w:t>
      </w:r>
      <w:r>
        <w:rPr>
          <w:rFonts w:ascii="Arial" w:hAnsi="Arial"/>
          <w:color w:val="5D7284"/>
        </w:rPr>
        <w:t>40:30</w:t>
      </w:r>
    </w:p>
    <w:p w14:paraId="56827B35" w14:textId="3CB3C480" w:rsidR="00624AE9" w:rsidRDefault="00C13212">
      <w:pPr>
        <w:spacing w:after="0"/>
      </w:pPr>
      <w:r>
        <w:rPr>
          <w:rFonts w:ascii="Arial" w:hAnsi="Arial"/>
        </w:rPr>
        <w:t xml:space="preserve">So if it went through quickly your saying it would go like this, or what if it went like a little slower, and it like melted slowly through while it was </w:t>
      </w:r>
      <w:r w:rsidR="00B208B0">
        <w:rPr>
          <w:rFonts w:ascii="Arial" w:hAnsi="Arial"/>
        </w:rPr>
        <w:t>rotating. Would</w:t>
      </w:r>
      <w:r>
        <w:rPr>
          <w:rFonts w:ascii="Arial" w:hAnsi="Arial"/>
        </w:rPr>
        <w:t xml:space="preserve"> it still make that same pattern. </w:t>
      </w:r>
    </w:p>
    <w:p w14:paraId="66BD7C57" w14:textId="77777777" w:rsidR="00624AE9" w:rsidRDefault="00624AE9">
      <w:pPr>
        <w:spacing w:after="0"/>
      </w:pPr>
    </w:p>
    <w:p w14:paraId="0E57F884" w14:textId="77777777" w:rsidR="00624AE9" w:rsidRDefault="00C13212">
      <w:pPr>
        <w:spacing w:after="0"/>
      </w:pPr>
      <w:r>
        <w:rPr>
          <w:rFonts w:ascii="Arial" w:hAnsi="Arial"/>
          <w:b/>
        </w:rPr>
        <w:t xml:space="preserve">Participant #11:  </w:t>
      </w:r>
      <w:r>
        <w:rPr>
          <w:rFonts w:ascii="Arial" w:hAnsi="Arial"/>
          <w:color w:val="5D7284"/>
        </w:rPr>
        <w:t>40:40</w:t>
      </w:r>
    </w:p>
    <w:p w14:paraId="5FE58A70" w14:textId="77777777" w:rsidR="00624AE9" w:rsidRDefault="00C13212">
      <w:pPr>
        <w:spacing w:after="0"/>
      </w:pPr>
      <w:r>
        <w:rPr>
          <w:rFonts w:ascii="Arial" w:hAnsi="Arial"/>
        </w:rPr>
        <w:t xml:space="preserve">I think it would make more like a jagged, like gradual shift down. But from like the side, it might just look like it was horizontal. But it'll be slowly decreasing. </w:t>
      </w:r>
    </w:p>
    <w:p w14:paraId="03FCC428" w14:textId="77777777" w:rsidR="00624AE9" w:rsidRDefault="00624AE9">
      <w:pPr>
        <w:spacing w:after="0"/>
      </w:pPr>
    </w:p>
    <w:p w14:paraId="12FDE15D" w14:textId="77777777" w:rsidR="00624AE9" w:rsidRDefault="00C13212">
      <w:pPr>
        <w:spacing w:after="0"/>
      </w:pPr>
      <w:r>
        <w:rPr>
          <w:rFonts w:ascii="Arial" w:hAnsi="Arial"/>
          <w:b/>
        </w:rPr>
        <w:t xml:space="preserve">Interviewer E:  </w:t>
      </w:r>
      <w:r>
        <w:rPr>
          <w:rFonts w:ascii="Arial" w:hAnsi="Arial"/>
          <w:color w:val="5D7284"/>
        </w:rPr>
        <w:t>40:52</w:t>
      </w:r>
    </w:p>
    <w:p w14:paraId="30BB746B" w14:textId="77777777" w:rsidR="00624AE9" w:rsidRDefault="00C13212">
      <w:pPr>
        <w:spacing w:after="0"/>
      </w:pPr>
      <w:r>
        <w:rPr>
          <w:rFonts w:ascii="Arial" w:hAnsi="Arial"/>
        </w:rPr>
        <w:t>Right? It's gonna put these on.</w:t>
      </w:r>
    </w:p>
    <w:p w14:paraId="226DF93A" w14:textId="77777777" w:rsidR="00624AE9" w:rsidRDefault="00624AE9">
      <w:pPr>
        <w:spacing w:after="0"/>
      </w:pPr>
    </w:p>
    <w:p w14:paraId="6FFEDD11" w14:textId="77777777" w:rsidR="00624AE9" w:rsidRDefault="00C13212">
      <w:pPr>
        <w:spacing w:after="0"/>
      </w:pPr>
      <w:r>
        <w:rPr>
          <w:rFonts w:ascii="Arial" w:hAnsi="Arial"/>
          <w:b/>
        </w:rPr>
        <w:t xml:space="preserve">Interviewer P:  </w:t>
      </w:r>
      <w:r>
        <w:rPr>
          <w:rFonts w:ascii="Arial" w:hAnsi="Arial"/>
          <w:color w:val="5D7284"/>
        </w:rPr>
        <w:t>40:56</w:t>
      </w:r>
    </w:p>
    <w:p w14:paraId="1F73BB75" w14:textId="77777777" w:rsidR="00624AE9" w:rsidRDefault="00C13212">
      <w:pPr>
        <w:spacing w:after="0"/>
      </w:pPr>
      <w:r>
        <w:rPr>
          <w:rFonts w:ascii="Arial" w:hAnsi="Arial"/>
        </w:rPr>
        <w:t>They don't do anything.</w:t>
      </w:r>
    </w:p>
    <w:p w14:paraId="35EB28BC" w14:textId="77777777" w:rsidR="00624AE9" w:rsidRDefault="00624AE9">
      <w:pPr>
        <w:spacing w:after="0"/>
      </w:pPr>
    </w:p>
    <w:p w14:paraId="198674BD" w14:textId="77777777" w:rsidR="00624AE9" w:rsidRDefault="00C13212">
      <w:pPr>
        <w:spacing w:after="0"/>
      </w:pPr>
      <w:r>
        <w:rPr>
          <w:rFonts w:ascii="Arial" w:hAnsi="Arial"/>
          <w:b/>
        </w:rPr>
        <w:t xml:space="preserve">Interviewer E:  </w:t>
      </w:r>
      <w:r>
        <w:rPr>
          <w:rFonts w:ascii="Arial" w:hAnsi="Arial"/>
          <w:color w:val="5D7284"/>
        </w:rPr>
        <w:t>40:56</w:t>
      </w:r>
    </w:p>
    <w:p w14:paraId="5639323A" w14:textId="77777777" w:rsidR="00624AE9" w:rsidRDefault="00C13212">
      <w:pPr>
        <w:spacing w:after="0"/>
      </w:pPr>
      <w:r>
        <w:rPr>
          <w:rFonts w:ascii="Arial" w:hAnsi="Arial"/>
        </w:rPr>
        <w:t xml:space="preserve"> Yeah, they don't do anything.</w:t>
      </w:r>
    </w:p>
    <w:p w14:paraId="6B48C46B" w14:textId="77777777" w:rsidR="00624AE9" w:rsidRDefault="00624AE9">
      <w:pPr>
        <w:spacing w:after="0"/>
      </w:pPr>
    </w:p>
    <w:p w14:paraId="61A4258B" w14:textId="77777777" w:rsidR="00624AE9" w:rsidRDefault="00C13212">
      <w:pPr>
        <w:spacing w:after="0"/>
      </w:pPr>
      <w:r>
        <w:rPr>
          <w:rFonts w:ascii="Arial" w:hAnsi="Arial"/>
          <w:b/>
        </w:rPr>
        <w:t xml:space="preserve">Participant #11:  </w:t>
      </w:r>
      <w:r>
        <w:rPr>
          <w:rFonts w:ascii="Arial" w:hAnsi="Arial"/>
          <w:color w:val="5D7284"/>
        </w:rPr>
        <w:t>40:58</w:t>
      </w:r>
    </w:p>
    <w:p w14:paraId="71413C41" w14:textId="77777777" w:rsidR="00624AE9" w:rsidRDefault="00C13212">
      <w:pPr>
        <w:spacing w:after="0"/>
      </w:pPr>
      <w:r>
        <w:rPr>
          <w:rFonts w:ascii="Arial" w:hAnsi="Arial"/>
        </w:rPr>
        <w:t>They are room temperature.</w:t>
      </w:r>
    </w:p>
    <w:p w14:paraId="6EB185FE" w14:textId="77777777" w:rsidR="00624AE9" w:rsidRDefault="00624AE9">
      <w:pPr>
        <w:spacing w:after="0"/>
      </w:pPr>
    </w:p>
    <w:p w14:paraId="2B6E4F32" w14:textId="77777777" w:rsidR="00624AE9" w:rsidRDefault="00C13212">
      <w:pPr>
        <w:spacing w:after="0"/>
      </w:pPr>
      <w:r>
        <w:rPr>
          <w:rFonts w:ascii="Arial" w:hAnsi="Arial"/>
          <w:b/>
        </w:rPr>
        <w:t xml:space="preserve">Interviewer P:  </w:t>
      </w:r>
      <w:r>
        <w:rPr>
          <w:rFonts w:ascii="Arial" w:hAnsi="Arial"/>
          <w:color w:val="5D7284"/>
        </w:rPr>
        <w:t>41:01</w:t>
      </w:r>
    </w:p>
    <w:p w14:paraId="41E0F69F" w14:textId="77777777" w:rsidR="00624AE9" w:rsidRDefault="00C13212">
      <w:pPr>
        <w:spacing w:after="0"/>
      </w:pPr>
      <w:r>
        <w:rPr>
          <w:rFonts w:ascii="Arial" w:hAnsi="Arial"/>
        </w:rPr>
        <w:t xml:space="preserve">Or maybe if they were heavier. </w:t>
      </w:r>
    </w:p>
    <w:p w14:paraId="6E621A36" w14:textId="77777777" w:rsidR="00624AE9" w:rsidRDefault="00624AE9">
      <w:pPr>
        <w:spacing w:after="0"/>
      </w:pPr>
    </w:p>
    <w:p w14:paraId="44946B66" w14:textId="77777777" w:rsidR="00624AE9" w:rsidRDefault="00C13212">
      <w:pPr>
        <w:spacing w:after="0"/>
      </w:pPr>
      <w:r>
        <w:rPr>
          <w:rFonts w:ascii="Arial" w:hAnsi="Arial"/>
          <w:b/>
        </w:rPr>
        <w:t xml:space="preserve">Interviewer E:  </w:t>
      </w:r>
      <w:r>
        <w:rPr>
          <w:rFonts w:ascii="Arial" w:hAnsi="Arial"/>
          <w:color w:val="5D7284"/>
        </w:rPr>
        <w:t>41:03</w:t>
      </w:r>
    </w:p>
    <w:p w14:paraId="0CE9038C" w14:textId="77777777" w:rsidR="00624AE9" w:rsidRDefault="00C13212">
      <w:pPr>
        <w:spacing w:after="0"/>
      </w:pPr>
      <w:r>
        <w:rPr>
          <w:rFonts w:ascii="Arial" w:hAnsi="Arial"/>
        </w:rPr>
        <w:t>Yeah. I don't know what kind of metal those are or what.</w:t>
      </w:r>
    </w:p>
    <w:p w14:paraId="6239BD04" w14:textId="77777777" w:rsidR="00624AE9" w:rsidRDefault="00624AE9">
      <w:pPr>
        <w:spacing w:after="0"/>
      </w:pPr>
    </w:p>
    <w:p w14:paraId="5C153445" w14:textId="77777777" w:rsidR="00624AE9" w:rsidRDefault="00C13212">
      <w:pPr>
        <w:spacing w:after="0"/>
      </w:pPr>
      <w:r>
        <w:rPr>
          <w:rFonts w:ascii="Arial" w:hAnsi="Arial"/>
          <w:b/>
        </w:rPr>
        <w:t xml:space="preserve">Interviewer P:  </w:t>
      </w:r>
      <w:r>
        <w:rPr>
          <w:rFonts w:ascii="Arial" w:hAnsi="Arial"/>
          <w:color w:val="5D7284"/>
        </w:rPr>
        <w:t>41:12</w:t>
      </w:r>
    </w:p>
    <w:p w14:paraId="34831189" w14:textId="77777777" w:rsidR="00624AE9" w:rsidRDefault="00C13212">
      <w:pPr>
        <w:spacing w:after="0"/>
      </w:pPr>
      <w:r>
        <w:rPr>
          <w:rFonts w:ascii="Arial" w:hAnsi="Arial"/>
        </w:rPr>
        <w:t xml:space="preserve">You want to keep going with the metal cylinder? </w:t>
      </w:r>
    </w:p>
    <w:p w14:paraId="23447FC6" w14:textId="77777777" w:rsidR="00624AE9" w:rsidRDefault="00624AE9">
      <w:pPr>
        <w:spacing w:after="0"/>
      </w:pPr>
    </w:p>
    <w:p w14:paraId="15E6A1F4" w14:textId="77777777" w:rsidR="00624AE9" w:rsidRDefault="00C13212">
      <w:pPr>
        <w:spacing w:after="0"/>
      </w:pPr>
      <w:r>
        <w:rPr>
          <w:rFonts w:ascii="Arial" w:hAnsi="Arial"/>
          <w:b/>
        </w:rPr>
        <w:t xml:space="preserve">Interviewer E:  </w:t>
      </w:r>
      <w:r>
        <w:rPr>
          <w:rFonts w:ascii="Arial" w:hAnsi="Arial"/>
          <w:color w:val="5D7284"/>
        </w:rPr>
        <w:t>41:14</w:t>
      </w:r>
    </w:p>
    <w:p w14:paraId="4BDFCB02" w14:textId="687F1C9C" w:rsidR="00624AE9" w:rsidRDefault="00C13212">
      <w:pPr>
        <w:spacing w:after="0"/>
      </w:pPr>
      <w:r>
        <w:rPr>
          <w:rFonts w:ascii="Arial" w:hAnsi="Arial"/>
        </w:rPr>
        <w:t xml:space="preserve">Alright, so let's say that we had a large metal cylinder. Think of like, a record, seat record. And it was like this thick, right? But we dropped it on there. And </w:t>
      </w:r>
      <w:r w:rsidR="00B208B0">
        <w:rPr>
          <w:rFonts w:ascii="Arial" w:hAnsi="Arial"/>
        </w:rPr>
        <w:t>so,</w:t>
      </w:r>
      <w:r>
        <w:rPr>
          <w:rFonts w:ascii="Arial" w:hAnsi="Arial"/>
        </w:rPr>
        <w:t xml:space="preserve"> we can use the hot BBs because </w:t>
      </w:r>
      <w:r w:rsidR="00B208B0">
        <w:rPr>
          <w:rFonts w:ascii="Arial" w:hAnsi="Arial"/>
        </w:rPr>
        <w:t>obviously</w:t>
      </w:r>
      <w:r>
        <w:rPr>
          <w:rFonts w:ascii="Arial" w:hAnsi="Arial"/>
        </w:rPr>
        <w:t xml:space="preserve"> it wouldn't go through it. But acid can go through metal. </w:t>
      </w:r>
      <w:r w:rsidR="00B208B0">
        <w:rPr>
          <w:rFonts w:ascii="Arial" w:hAnsi="Arial"/>
        </w:rPr>
        <w:t>So,</w:t>
      </w:r>
      <w:r>
        <w:rPr>
          <w:rFonts w:ascii="Arial" w:hAnsi="Arial"/>
        </w:rPr>
        <w:t xml:space="preserve"> what if we took some really, really strong acid, and we put a couple of drops on there, while it was still rotating. And it would also leave a trail as it ate through it and went to the bottom What do you think that trail would look like?</w:t>
      </w:r>
    </w:p>
    <w:p w14:paraId="637BDC7F" w14:textId="77777777" w:rsidR="00624AE9" w:rsidRDefault="00624AE9">
      <w:pPr>
        <w:spacing w:after="0"/>
      </w:pPr>
    </w:p>
    <w:p w14:paraId="21C6ED00" w14:textId="77777777" w:rsidR="00624AE9" w:rsidRDefault="00C13212">
      <w:pPr>
        <w:spacing w:after="0"/>
      </w:pPr>
      <w:r>
        <w:rPr>
          <w:rFonts w:ascii="Arial" w:hAnsi="Arial"/>
          <w:b/>
        </w:rPr>
        <w:t xml:space="preserve">Participant #11:  </w:t>
      </w:r>
      <w:r>
        <w:rPr>
          <w:rFonts w:ascii="Arial" w:hAnsi="Arial"/>
          <w:color w:val="5D7284"/>
        </w:rPr>
        <w:t>41:50</w:t>
      </w:r>
    </w:p>
    <w:p w14:paraId="677ECBF3" w14:textId="5FE5546A" w:rsidR="00624AE9" w:rsidRDefault="00C13212">
      <w:pPr>
        <w:spacing w:after="0"/>
      </w:pPr>
      <w:r>
        <w:rPr>
          <w:rFonts w:ascii="Arial" w:hAnsi="Arial"/>
        </w:rPr>
        <w:t xml:space="preserve">I think it would be slower than like a really hot metal ball. But I think the acid would be like maybe like </w:t>
      </w:r>
      <w:r w:rsidR="00B208B0">
        <w:rPr>
          <w:rFonts w:ascii="Arial" w:hAnsi="Arial"/>
        </w:rPr>
        <w:t>45-degree</w:t>
      </w:r>
      <w:r>
        <w:rPr>
          <w:rFonts w:ascii="Arial" w:hAnsi="Arial"/>
        </w:rPr>
        <w:t xml:space="preserve"> angle, sort of thing. Like it wouldn't be as fast as straight down. Because it's still turning but it would still be pretty quick, </w:t>
      </w:r>
      <w:r w:rsidR="00B208B0">
        <w:rPr>
          <w:rFonts w:ascii="Arial" w:hAnsi="Arial"/>
        </w:rPr>
        <w:t>turning</w:t>
      </w:r>
      <w:r>
        <w:rPr>
          <w:rFonts w:ascii="Arial" w:hAnsi="Arial"/>
        </w:rPr>
        <w:t xml:space="preserve"> chunk of record.</w:t>
      </w:r>
    </w:p>
    <w:p w14:paraId="066316E7" w14:textId="77777777" w:rsidR="00624AE9" w:rsidRDefault="00624AE9">
      <w:pPr>
        <w:spacing w:after="0"/>
      </w:pPr>
    </w:p>
    <w:p w14:paraId="2272456E" w14:textId="77777777" w:rsidR="00624AE9" w:rsidRDefault="00C13212">
      <w:pPr>
        <w:spacing w:after="0"/>
      </w:pPr>
      <w:r>
        <w:rPr>
          <w:rFonts w:ascii="Arial" w:hAnsi="Arial"/>
          <w:b/>
        </w:rPr>
        <w:t xml:space="preserve">Interviewer P:  </w:t>
      </w:r>
      <w:r>
        <w:rPr>
          <w:rFonts w:ascii="Arial" w:hAnsi="Arial"/>
          <w:color w:val="5D7284"/>
        </w:rPr>
        <w:t>42:21</w:t>
      </w:r>
    </w:p>
    <w:p w14:paraId="14DE5891" w14:textId="77777777" w:rsidR="00624AE9" w:rsidRDefault="00C13212">
      <w:pPr>
        <w:spacing w:after="0"/>
      </w:pPr>
      <w:r>
        <w:rPr>
          <w:rFonts w:ascii="Arial" w:hAnsi="Arial"/>
        </w:rPr>
        <w:t>And the plant.</w:t>
      </w:r>
    </w:p>
    <w:p w14:paraId="30F870B8" w14:textId="77777777" w:rsidR="00624AE9" w:rsidRDefault="00624AE9">
      <w:pPr>
        <w:spacing w:after="0"/>
      </w:pPr>
    </w:p>
    <w:p w14:paraId="4609059B" w14:textId="77777777" w:rsidR="00624AE9" w:rsidRDefault="00C13212">
      <w:pPr>
        <w:spacing w:after="0"/>
      </w:pPr>
      <w:r>
        <w:rPr>
          <w:rFonts w:ascii="Arial" w:hAnsi="Arial"/>
          <w:b/>
        </w:rPr>
        <w:lastRenderedPageBreak/>
        <w:t xml:space="preserve">Interviewer E:  </w:t>
      </w:r>
      <w:r>
        <w:rPr>
          <w:rFonts w:ascii="Arial" w:hAnsi="Arial"/>
          <w:color w:val="5D7284"/>
        </w:rPr>
        <w:t>42:21</w:t>
      </w:r>
    </w:p>
    <w:p w14:paraId="6328DF14" w14:textId="77777777" w:rsidR="00624AE9" w:rsidRDefault="00C13212">
      <w:pPr>
        <w:spacing w:after="0"/>
      </w:pPr>
      <w:r>
        <w:rPr>
          <w:rFonts w:ascii="Arial" w:hAnsi="Arial"/>
        </w:rPr>
        <w:t>Okay. All right. Now let's imagine like we had a, something like that, but it had mulch and we put a little seed in it. Okay. And in this reality, we had one of these constantly going throughout the entire growth of this plant, and how do you think the roots would grow, it grew while it was spinning.</w:t>
      </w:r>
    </w:p>
    <w:p w14:paraId="3202DEF4" w14:textId="77777777" w:rsidR="00624AE9" w:rsidRDefault="00624AE9">
      <w:pPr>
        <w:spacing w:after="0"/>
      </w:pPr>
    </w:p>
    <w:p w14:paraId="33300491" w14:textId="77777777" w:rsidR="00624AE9" w:rsidRDefault="00C13212">
      <w:pPr>
        <w:spacing w:after="0"/>
      </w:pPr>
      <w:r>
        <w:rPr>
          <w:rFonts w:ascii="Arial" w:hAnsi="Arial"/>
          <w:b/>
        </w:rPr>
        <w:t xml:space="preserve">Participant #11:  </w:t>
      </w:r>
      <w:r>
        <w:rPr>
          <w:rFonts w:ascii="Arial" w:hAnsi="Arial"/>
          <w:color w:val="5D7284"/>
        </w:rPr>
        <w:t>42:48</w:t>
      </w:r>
    </w:p>
    <w:p w14:paraId="542C04EB" w14:textId="77777777" w:rsidR="00624AE9" w:rsidRDefault="00C13212">
      <w:pPr>
        <w:spacing w:after="0"/>
      </w:pPr>
      <w:r>
        <w:rPr>
          <w:rFonts w:ascii="Arial" w:hAnsi="Arial"/>
        </w:rPr>
        <w:t>Um, I feel like, since the soil itself, as a whole is moving, the roots would still grow as roots normally do. I mean, they're already like, pretty haphazard, they just grow where they want, but I don't think that they would grow it like a specific way or angle, because I feel like the soil they're growing in, there's so much like to them, the soil is just there, like it's not moving. But like if they grew outside the soil, then they'd be like, we were moving. You know, like, I feel like they wouldn't chang</w:t>
      </w:r>
      <w:r>
        <w:rPr>
          <w:rFonts w:ascii="Arial" w:hAnsi="Arial"/>
        </w:rPr>
        <w:t xml:space="preserve">e how they would grow. </w:t>
      </w:r>
    </w:p>
    <w:p w14:paraId="37C587D5" w14:textId="77777777" w:rsidR="00624AE9" w:rsidRDefault="00624AE9">
      <w:pPr>
        <w:spacing w:after="0"/>
      </w:pPr>
    </w:p>
    <w:p w14:paraId="2FF8D5C4" w14:textId="77777777" w:rsidR="00624AE9" w:rsidRDefault="00C13212">
      <w:pPr>
        <w:spacing w:after="0"/>
      </w:pPr>
      <w:r>
        <w:rPr>
          <w:rFonts w:ascii="Arial" w:hAnsi="Arial"/>
          <w:b/>
        </w:rPr>
        <w:t xml:space="preserve">Interviewer E:  </w:t>
      </w:r>
      <w:r>
        <w:rPr>
          <w:rFonts w:ascii="Arial" w:hAnsi="Arial"/>
          <w:color w:val="5D7284"/>
        </w:rPr>
        <w:t>43:27</w:t>
      </w:r>
    </w:p>
    <w:p w14:paraId="782D7C71" w14:textId="77777777" w:rsidR="00624AE9" w:rsidRDefault="00C13212">
      <w:pPr>
        <w:spacing w:after="0"/>
      </w:pPr>
      <w:r>
        <w:rPr>
          <w:rFonts w:ascii="Arial" w:hAnsi="Arial"/>
        </w:rPr>
        <w:t xml:space="preserve">Right. </w:t>
      </w:r>
    </w:p>
    <w:p w14:paraId="040BFCC1" w14:textId="77777777" w:rsidR="00624AE9" w:rsidRDefault="00624AE9">
      <w:pPr>
        <w:spacing w:after="0"/>
      </w:pPr>
    </w:p>
    <w:p w14:paraId="5AEC3BC6" w14:textId="77777777" w:rsidR="00624AE9" w:rsidRDefault="00C13212">
      <w:pPr>
        <w:spacing w:after="0"/>
      </w:pPr>
      <w:r>
        <w:rPr>
          <w:rFonts w:ascii="Arial" w:hAnsi="Arial"/>
          <w:b/>
        </w:rPr>
        <w:t xml:space="preserve">Interviewer P:  </w:t>
      </w:r>
      <w:r>
        <w:rPr>
          <w:rFonts w:ascii="Arial" w:hAnsi="Arial"/>
          <w:color w:val="5D7284"/>
        </w:rPr>
        <w:t>43:27</w:t>
      </w:r>
    </w:p>
    <w:p w14:paraId="33BDF598" w14:textId="743CEBD9" w:rsidR="00624AE9" w:rsidRDefault="00B208B0">
      <w:pPr>
        <w:spacing w:after="0"/>
      </w:pPr>
      <w:r>
        <w:rPr>
          <w:rFonts w:ascii="Arial" w:hAnsi="Arial"/>
        </w:rPr>
        <w:t xml:space="preserve">So, the soil would somehow are you saying, like, contain them? </w:t>
      </w:r>
    </w:p>
    <w:p w14:paraId="198399D1" w14:textId="77777777" w:rsidR="00624AE9" w:rsidRDefault="00624AE9">
      <w:pPr>
        <w:spacing w:after="0"/>
      </w:pPr>
    </w:p>
    <w:p w14:paraId="68B0B958" w14:textId="77777777" w:rsidR="00624AE9" w:rsidRDefault="00C13212">
      <w:pPr>
        <w:spacing w:after="0"/>
      </w:pPr>
      <w:r>
        <w:rPr>
          <w:rFonts w:ascii="Arial" w:hAnsi="Arial"/>
          <w:b/>
        </w:rPr>
        <w:t xml:space="preserve">Participant #11:  </w:t>
      </w:r>
      <w:r>
        <w:rPr>
          <w:rFonts w:ascii="Arial" w:hAnsi="Arial"/>
          <w:color w:val="5D7284"/>
        </w:rPr>
        <w:t>43:32</w:t>
      </w:r>
    </w:p>
    <w:p w14:paraId="5EC35DAD" w14:textId="14A23363" w:rsidR="00624AE9" w:rsidRDefault="00C13212">
      <w:pPr>
        <w:spacing w:after="0"/>
      </w:pPr>
      <w:r>
        <w:rPr>
          <w:rFonts w:ascii="Arial" w:hAnsi="Arial"/>
        </w:rPr>
        <w:t xml:space="preserve">A little? Yeah, I guess. Like if you put the seed in the middle. And if there was like enough soil around the scene, that the movement, I mean, maybe the roots would grow, like in the direction of where it's turning, but it would still be like, it would still branch off. And you know how they are like very spindly. And </w:t>
      </w:r>
      <w:r w:rsidR="00B208B0">
        <w:rPr>
          <w:rFonts w:ascii="Arial" w:hAnsi="Arial"/>
        </w:rPr>
        <w:t>so,</w:t>
      </w:r>
      <w:r>
        <w:rPr>
          <w:rFonts w:ascii="Arial" w:hAnsi="Arial"/>
        </w:rPr>
        <w:t xml:space="preserve"> I feel like they would still do that. But just maybe like, a little bit in the direction of </w:t>
      </w:r>
      <w:r w:rsidR="00B208B0">
        <w:rPr>
          <w:rFonts w:ascii="Arial" w:hAnsi="Arial"/>
        </w:rPr>
        <w:t>its</w:t>
      </w:r>
      <w:r>
        <w:rPr>
          <w:rFonts w:ascii="Arial" w:hAnsi="Arial"/>
        </w:rPr>
        <w:t xml:space="preserve"> turning like if it's turning counterclockwise, then they might grow that way. But it wouldn't be like a straight line counterclockwise curving down. </w:t>
      </w:r>
    </w:p>
    <w:p w14:paraId="07EDA798" w14:textId="77777777" w:rsidR="00624AE9" w:rsidRDefault="00624AE9">
      <w:pPr>
        <w:spacing w:after="0"/>
      </w:pPr>
    </w:p>
    <w:p w14:paraId="43431B5B" w14:textId="77777777" w:rsidR="00624AE9" w:rsidRDefault="00C13212">
      <w:pPr>
        <w:spacing w:after="0"/>
      </w:pPr>
      <w:r>
        <w:rPr>
          <w:rFonts w:ascii="Arial" w:hAnsi="Arial"/>
          <w:b/>
        </w:rPr>
        <w:t xml:space="preserve">Interviewer E:  </w:t>
      </w:r>
      <w:r>
        <w:rPr>
          <w:rFonts w:ascii="Arial" w:hAnsi="Arial"/>
          <w:color w:val="5D7284"/>
        </w:rPr>
        <w:t>44:07</w:t>
      </w:r>
    </w:p>
    <w:p w14:paraId="007D4130" w14:textId="77777777" w:rsidR="00624AE9" w:rsidRDefault="00C13212">
      <w:pPr>
        <w:spacing w:after="0"/>
      </w:pPr>
      <w:r>
        <w:rPr>
          <w:rFonts w:ascii="Arial" w:hAnsi="Arial"/>
        </w:rPr>
        <w:t xml:space="preserve">Okay. </w:t>
      </w:r>
    </w:p>
    <w:p w14:paraId="603A7AB8" w14:textId="77777777" w:rsidR="00624AE9" w:rsidRDefault="00624AE9">
      <w:pPr>
        <w:spacing w:after="0"/>
      </w:pPr>
    </w:p>
    <w:p w14:paraId="3E82CC19" w14:textId="77777777" w:rsidR="00624AE9" w:rsidRDefault="00C13212">
      <w:pPr>
        <w:spacing w:after="0"/>
      </w:pPr>
      <w:r>
        <w:rPr>
          <w:rFonts w:ascii="Arial" w:hAnsi="Arial"/>
          <w:b/>
        </w:rPr>
        <w:t xml:space="preserve">Participant #11:  </w:t>
      </w:r>
      <w:r>
        <w:rPr>
          <w:rFonts w:ascii="Arial" w:hAnsi="Arial"/>
          <w:color w:val="5D7284"/>
        </w:rPr>
        <w:t>44:08</w:t>
      </w:r>
    </w:p>
    <w:p w14:paraId="3ADCA590" w14:textId="77777777" w:rsidR="00624AE9" w:rsidRDefault="00C13212">
      <w:pPr>
        <w:spacing w:after="0"/>
      </w:pPr>
      <w:r>
        <w:rPr>
          <w:rFonts w:ascii="Arial" w:hAnsi="Arial"/>
        </w:rPr>
        <w:t xml:space="preserve">So maybe a slightly in the direction that it's turning but not drastically. </w:t>
      </w:r>
    </w:p>
    <w:p w14:paraId="3DC84DEB" w14:textId="77777777" w:rsidR="00624AE9" w:rsidRDefault="00624AE9">
      <w:pPr>
        <w:spacing w:after="0"/>
      </w:pPr>
    </w:p>
    <w:p w14:paraId="48620A96" w14:textId="77777777" w:rsidR="00624AE9" w:rsidRDefault="00C13212">
      <w:pPr>
        <w:spacing w:after="0"/>
      </w:pPr>
      <w:r>
        <w:rPr>
          <w:rFonts w:ascii="Arial" w:hAnsi="Arial"/>
          <w:b/>
        </w:rPr>
        <w:t xml:space="preserve">Interviewer E:  </w:t>
      </w:r>
      <w:r>
        <w:rPr>
          <w:rFonts w:ascii="Arial" w:hAnsi="Arial"/>
          <w:color w:val="5D7284"/>
        </w:rPr>
        <w:t>44:13</w:t>
      </w:r>
    </w:p>
    <w:p w14:paraId="743CEAA4" w14:textId="77777777" w:rsidR="00624AE9" w:rsidRDefault="00C13212">
      <w:pPr>
        <w:spacing w:after="0"/>
      </w:pPr>
      <w:r>
        <w:rPr>
          <w:rFonts w:ascii="Arial" w:hAnsi="Arial"/>
        </w:rPr>
        <w:t xml:space="preserve">Okay. So alright, so we got the bottom part. Well, what about the top part of it? Perfect scenario, there's sunlight all day. And it was also saying how do you think the top above soil portion of the plant tree would grow? </w:t>
      </w:r>
    </w:p>
    <w:p w14:paraId="600280B9" w14:textId="77777777" w:rsidR="00624AE9" w:rsidRDefault="00624AE9">
      <w:pPr>
        <w:spacing w:after="0"/>
      </w:pPr>
    </w:p>
    <w:p w14:paraId="5B112FAB" w14:textId="77777777" w:rsidR="00624AE9" w:rsidRDefault="00C13212">
      <w:pPr>
        <w:spacing w:after="0"/>
      </w:pPr>
      <w:r>
        <w:rPr>
          <w:rFonts w:ascii="Arial" w:hAnsi="Arial"/>
          <w:b/>
        </w:rPr>
        <w:t xml:space="preserve">Participant #11:  </w:t>
      </w:r>
      <w:r>
        <w:rPr>
          <w:rFonts w:ascii="Arial" w:hAnsi="Arial"/>
          <w:color w:val="5D7284"/>
        </w:rPr>
        <w:t>44:30</w:t>
      </w:r>
    </w:p>
    <w:p w14:paraId="3D5E93A1" w14:textId="14578A2A" w:rsidR="00624AE9" w:rsidRDefault="00B208B0">
      <w:pPr>
        <w:spacing w:after="0"/>
      </w:pPr>
      <w:r>
        <w:rPr>
          <w:rFonts w:ascii="Arial" w:hAnsi="Arial"/>
        </w:rPr>
        <w:t>So, it's a tree?</w:t>
      </w:r>
    </w:p>
    <w:p w14:paraId="70525F87" w14:textId="77777777" w:rsidR="00624AE9" w:rsidRDefault="00624AE9">
      <w:pPr>
        <w:spacing w:after="0"/>
      </w:pPr>
    </w:p>
    <w:p w14:paraId="2327A84B" w14:textId="77777777" w:rsidR="00624AE9" w:rsidRDefault="00C13212">
      <w:pPr>
        <w:spacing w:after="0"/>
      </w:pPr>
      <w:r>
        <w:rPr>
          <w:rFonts w:ascii="Arial" w:hAnsi="Arial"/>
          <w:b/>
        </w:rPr>
        <w:t xml:space="preserve">Interviewer E:  </w:t>
      </w:r>
      <w:r>
        <w:rPr>
          <w:rFonts w:ascii="Arial" w:hAnsi="Arial"/>
          <w:color w:val="5D7284"/>
        </w:rPr>
        <w:t>44:31</w:t>
      </w:r>
    </w:p>
    <w:p w14:paraId="43700E73" w14:textId="77777777" w:rsidR="00624AE9" w:rsidRDefault="00C13212">
      <w:pPr>
        <w:spacing w:after="0"/>
      </w:pPr>
      <w:r>
        <w:rPr>
          <w:rFonts w:ascii="Arial" w:hAnsi="Arial"/>
        </w:rPr>
        <w:t xml:space="preserve">Tree plant? </w:t>
      </w:r>
    </w:p>
    <w:p w14:paraId="3CE73D60" w14:textId="77777777" w:rsidR="00624AE9" w:rsidRDefault="00624AE9">
      <w:pPr>
        <w:spacing w:after="0"/>
      </w:pPr>
    </w:p>
    <w:p w14:paraId="0E2A5F6C" w14:textId="77777777" w:rsidR="00624AE9" w:rsidRDefault="00C13212">
      <w:pPr>
        <w:spacing w:after="0"/>
      </w:pPr>
      <w:r>
        <w:rPr>
          <w:rFonts w:ascii="Arial" w:hAnsi="Arial"/>
          <w:b/>
        </w:rPr>
        <w:t xml:space="preserve">Participant #11:  </w:t>
      </w:r>
      <w:r>
        <w:rPr>
          <w:rFonts w:ascii="Arial" w:hAnsi="Arial"/>
          <w:color w:val="5D7284"/>
        </w:rPr>
        <w:t>44:32</w:t>
      </w:r>
    </w:p>
    <w:p w14:paraId="0A9B7A05" w14:textId="77777777" w:rsidR="00624AE9" w:rsidRDefault="00C13212">
      <w:pPr>
        <w:spacing w:after="0"/>
      </w:pPr>
      <w:r>
        <w:rPr>
          <w:rFonts w:ascii="Arial" w:hAnsi="Arial"/>
        </w:rPr>
        <w:lastRenderedPageBreak/>
        <w:t>Okay. Um, I don't know. Maybe straight up.</w:t>
      </w:r>
    </w:p>
    <w:p w14:paraId="09A4C5BF" w14:textId="77777777" w:rsidR="00624AE9" w:rsidRDefault="00624AE9">
      <w:pPr>
        <w:spacing w:after="0"/>
      </w:pPr>
    </w:p>
    <w:p w14:paraId="1142DF25" w14:textId="77777777" w:rsidR="00624AE9" w:rsidRDefault="00C13212">
      <w:pPr>
        <w:spacing w:after="0"/>
      </w:pPr>
      <w:r>
        <w:rPr>
          <w:rFonts w:ascii="Arial" w:hAnsi="Arial"/>
          <w:b/>
        </w:rPr>
        <w:t xml:space="preserve">Interviewer E:  </w:t>
      </w:r>
      <w:r>
        <w:rPr>
          <w:rFonts w:ascii="Arial" w:hAnsi="Arial"/>
          <w:color w:val="5D7284"/>
        </w:rPr>
        <w:t>44:39</w:t>
      </w:r>
    </w:p>
    <w:p w14:paraId="4D774F1B" w14:textId="77777777" w:rsidR="00624AE9" w:rsidRDefault="00C13212">
      <w:pPr>
        <w:spacing w:after="0"/>
      </w:pPr>
      <w:r>
        <w:rPr>
          <w:rFonts w:ascii="Arial" w:hAnsi="Arial"/>
        </w:rPr>
        <w:t>Straight up like like all the branches like straight up or just like the tree in general.</w:t>
      </w:r>
    </w:p>
    <w:p w14:paraId="75228F47" w14:textId="77777777" w:rsidR="00624AE9" w:rsidRDefault="00624AE9">
      <w:pPr>
        <w:spacing w:after="0"/>
      </w:pPr>
    </w:p>
    <w:p w14:paraId="49DF9A24" w14:textId="77777777" w:rsidR="00624AE9" w:rsidRDefault="00C13212">
      <w:pPr>
        <w:spacing w:after="0"/>
      </w:pPr>
      <w:r>
        <w:rPr>
          <w:rFonts w:ascii="Arial" w:hAnsi="Arial"/>
          <w:b/>
        </w:rPr>
        <w:t xml:space="preserve">Participant #11:  </w:t>
      </w:r>
      <w:r>
        <w:rPr>
          <w:rFonts w:ascii="Arial" w:hAnsi="Arial"/>
          <w:color w:val="5D7284"/>
        </w:rPr>
        <w:t>44:43</w:t>
      </w:r>
    </w:p>
    <w:p w14:paraId="222940F4" w14:textId="77777777" w:rsidR="00624AE9" w:rsidRDefault="00C13212">
      <w:pPr>
        <w:spacing w:after="0"/>
      </w:pPr>
      <w:r>
        <w:rPr>
          <w:rFonts w:ascii="Arial" w:hAnsi="Arial"/>
        </w:rPr>
        <w:t>I feel like the trunk would be like straight up. Because if it's in the center, and it's like spinning, but the center doesn't really move that much. Well, I guess maybe it either moves the quickest or it doesn't move at all. But I I mean, maybe like the, yeah, I think it would still go straight up. But then the branches maybe will curve in the direction it's spinning in.</w:t>
      </w:r>
    </w:p>
    <w:p w14:paraId="23AD9D5F" w14:textId="77777777" w:rsidR="00624AE9" w:rsidRDefault="00624AE9">
      <w:pPr>
        <w:spacing w:after="0"/>
      </w:pPr>
    </w:p>
    <w:p w14:paraId="567AF8FD" w14:textId="77777777" w:rsidR="00624AE9" w:rsidRDefault="00C13212">
      <w:pPr>
        <w:spacing w:after="0"/>
      </w:pPr>
      <w:r>
        <w:rPr>
          <w:rFonts w:ascii="Arial" w:hAnsi="Arial"/>
          <w:b/>
        </w:rPr>
        <w:t xml:space="preserve">Interviewer E:  </w:t>
      </w:r>
      <w:r>
        <w:rPr>
          <w:rFonts w:ascii="Arial" w:hAnsi="Arial"/>
          <w:color w:val="5D7284"/>
        </w:rPr>
        <w:t>45:09</w:t>
      </w:r>
    </w:p>
    <w:p w14:paraId="46AED395" w14:textId="77777777" w:rsidR="00624AE9" w:rsidRDefault="00C13212">
      <w:pPr>
        <w:spacing w:after="0"/>
      </w:pPr>
      <w:r>
        <w:rPr>
          <w:rFonts w:ascii="Arial" w:hAnsi="Arial"/>
        </w:rPr>
        <w:t xml:space="preserve">The same direction as like the roots would be. </w:t>
      </w:r>
    </w:p>
    <w:p w14:paraId="3BF7D485" w14:textId="77777777" w:rsidR="00624AE9" w:rsidRDefault="00624AE9">
      <w:pPr>
        <w:spacing w:after="0"/>
      </w:pPr>
    </w:p>
    <w:p w14:paraId="2DA0C08B" w14:textId="77777777" w:rsidR="00624AE9" w:rsidRDefault="00C13212">
      <w:pPr>
        <w:spacing w:after="0"/>
      </w:pPr>
      <w:r>
        <w:rPr>
          <w:rFonts w:ascii="Arial" w:hAnsi="Arial"/>
          <w:b/>
        </w:rPr>
        <w:t xml:space="preserve">Participant #11:  </w:t>
      </w:r>
      <w:r>
        <w:rPr>
          <w:rFonts w:ascii="Arial" w:hAnsi="Arial"/>
          <w:color w:val="5D7284"/>
        </w:rPr>
        <w:t>45:11</w:t>
      </w:r>
    </w:p>
    <w:p w14:paraId="0B076041" w14:textId="77777777" w:rsidR="00624AE9" w:rsidRDefault="00C13212">
      <w:pPr>
        <w:spacing w:after="0"/>
      </w:pPr>
      <w:r>
        <w:rPr>
          <w:rFonts w:ascii="Arial" w:hAnsi="Arial"/>
        </w:rPr>
        <w:t xml:space="preserve">Yeah. Yeah. Like they'd still grow out. But then maybe like they curve a little at the end. </w:t>
      </w:r>
    </w:p>
    <w:p w14:paraId="3504433A" w14:textId="77777777" w:rsidR="00624AE9" w:rsidRDefault="00624AE9">
      <w:pPr>
        <w:spacing w:after="0"/>
      </w:pPr>
    </w:p>
    <w:p w14:paraId="7F93E8F3" w14:textId="77777777" w:rsidR="00624AE9" w:rsidRDefault="00C13212">
      <w:pPr>
        <w:spacing w:after="0"/>
      </w:pPr>
      <w:r>
        <w:rPr>
          <w:rFonts w:ascii="Arial" w:hAnsi="Arial"/>
          <w:b/>
        </w:rPr>
        <w:t xml:space="preserve">Interviewer E:  </w:t>
      </w:r>
      <w:r>
        <w:rPr>
          <w:rFonts w:ascii="Arial" w:hAnsi="Arial"/>
          <w:color w:val="5D7284"/>
        </w:rPr>
        <w:t>45:16</w:t>
      </w:r>
    </w:p>
    <w:p w14:paraId="685CAD28" w14:textId="77777777" w:rsidR="00624AE9" w:rsidRDefault="00C13212">
      <w:pPr>
        <w:spacing w:after="0"/>
      </w:pPr>
      <w:r>
        <w:rPr>
          <w:rFonts w:ascii="Arial" w:hAnsi="Arial"/>
        </w:rPr>
        <w:t xml:space="preserve">Right. </w:t>
      </w:r>
    </w:p>
    <w:p w14:paraId="466BD38A" w14:textId="77777777" w:rsidR="00624AE9" w:rsidRDefault="00624AE9">
      <w:pPr>
        <w:spacing w:after="0"/>
      </w:pPr>
    </w:p>
    <w:p w14:paraId="319F2036" w14:textId="77777777" w:rsidR="00624AE9" w:rsidRDefault="00C13212">
      <w:pPr>
        <w:spacing w:after="0"/>
      </w:pPr>
      <w:r>
        <w:rPr>
          <w:rFonts w:ascii="Arial" w:hAnsi="Arial"/>
          <w:b/>
        </w:rPr>
        <w:t xml:space="preserve">Participant #11:  </w:t>
      </w:r>
      <w:r>
        <w:rPr>
          <w:rFonts w:ascii="Arial" w:hAnsi="Arial"/>
          <w:color w:val="5D7284"/>
        </w:rPr>
        <w:t>45:17</w:t>
      </w:r>
    </w:p>
    <w:p w14:paraId="40A3919B" w14:textId="0EAB8343" w:rsidR="00624AE9" w:rsidRDefault="00C13212">
      <w:pPr>
        <w:spacing w:after="0"/>
      </w:pPr>
      <w:r>
        <w:rPr>
          <w:rFonts w:ascii="Arial" w:hAnsi="Arial"/>
        </w:rPr>
        <w:t xml:space="preserve">Sort of </w:t>
      </w:r>
      <w:r w:rsidR="00B208B0">
        <w:rPr>
          <w:rFonts w:ascii="Arial" w:hAnsi="Arial"/>
        </w:rPr>
        <w:t>thing</w:t>
      </w:r>
      <w:r>
        <w:rPr>
          <w:rFonts w:ascii="Arial" w:hAnsi="Arial"/>
        </w:rPr>
        <w:t xml:space="preserve">, I </w:t>
      </w:r>
      <w:r w:rsidR="00B208B0">
        <w:rPr>
          <w:rFonts w:ascii="Arial" w:hAnsi="Arial"/>
        </w:rPr>
        <w:t>don’t</w:t>
      </w:r>
      <w:r>
        <w:rPr>
          <w:rFonts w:ascii="Arial" w:hAnsi="Arial"/>
        </w:rPr>
        <w:t xml:space="preserve"> know, it interesting. </w:t>
      </w:r>
    </w:p>
    <w:p w14:paraId="5E15C6EA" w14:textId="77777777" w:rsidR="00624AE9" w:rsidRDefault="00624AE9">
      <w:pPr>
        <w:spacing w:after="0"/>
      </w:pPr>
    </w:p>
    <w:p w14:paraId="047CF686" w14:textId="77777777" w:rsidR="00624AE9" w:rsidRDefault="00C13212">
      <w:pPr>
        <w:spacing w:after="0"/>
      </w:pPr>
      <w:r>
        <w:rPr>
          <w:rFonts w:ascii="Arial" w:hAnsi="Arial"/>
          <w:b/>
        </w:rPr>
        <w:t xml:space="preserve">Interviewer P:  </w:t>
      </w:r>
      <w:r>
        <w:rPr>
          <w:rFonts w:ascii="Arial" w:hAnsi="Arial"/>
          <w:color w:val="5D7284"/>
        </w:rPr>
        <w:t>45:20</w:t>
      </w:r>
    </w:p>
    <w:p w14:paraId="490A1B4A" w14:textId="3DBAF31E" w:rsidR="00624AE9" w:rsidRDefault="00C13212">
      <w:pPr>
        <w:spacing w:after="0"/>
      </w:pPr>
      <w:r>
        <w:rPr>
          <w:rFonts w:ascii="Arial" w:hAnsi="Arial"/>
        </w:rPr>
        <w:t xml:space="preserve">Yeah, I think what I hear you saying and correct me if I'm wrong, is that kind of the position of where it is in this circular spinning thing also matters. </w:t>
      </w:r>
      <w:r w:rsidR="00B208B0">
        <w:rPr>
          <w:rFonts w:ascii="Arial" w:hAnsi="Arial"/>
        </w:rPr>
        <w:t>So,</w:t>
      </w:r>
      <w:r>
        <w:rPr>
          <w:rFonts w:ascii="Arial" w:hAnsi="Arial"/>
        </w:rPr>
        <w:t xml:space="preserve"> if it's in the center, that thing will tend to be straighter than if it was out on the edges? Is that what you're saying?</w:t>
      </w:r>
    </w:p>
    <w:p w14:paraId="23C5D0F5" w14:textId="77777777" w:rsidR="00624AE9" w:rsidRDefault="00624AE9">
      <w:pPr>
        <w:spacing w:after="0"/>
      </w:pPr>
    </w:p>
    <w:p w14:paraId="76EE1022" w14:textId="77777777" w:rsidR="00624AE9" w:rsidRDefault="00C13212">
      <w:pPr>
        <w:spacing w:after="0"/>
      </w:pPr>
      <w:r>
        <w:rPr>
          <w:rFonts w:ascii="Arial" w:hAnsi="Arial"/>
          <w:b/>
        </w:rPr>
        <w:t xml:space="preserve">Participant #11:  </w:t>
      </w:r>
      <w:r>
        <w:rPr>
          <w:rFonts w:ascii="Arial" w:hAnsi="Arial"/>
          <w:color w:val="5D7284"/>
        </w:rPr>
        <w:t>45:34</w:t>
      </w:r>
    </w:p>
    <w:p w14:paraId="25EDCCFB" w14:textId="07E9ED2C" w:rsidR="00624AE9" w:rsidRDefault="00C13212">
      <w:pPr>
        <w:spacing w:after="0"/>
      </w:pPr>
      <w:r>
        <w:rPr>
          <w:rFonts w:ascii="Arial" w:hAnsi="Arial"/>
        </w:rPr>
        <w:t xml:space="preserve"> I get yeah </w:t>
      </w:r>
      <w:r w:rsidR="00B208B0">
        <w:rPr>
          <w:rFonts w:ascii="Arial" w:hAnsi="Arial"/>
        </w:rPr>
        <w:t>like</w:t>
      </w:r>
      <w:r>
        <w:rPr>
          <w:rFonts w:ascii="Arial" w:hAnsi="Arial"/>
        </w:rPr>
        <w:t xml:space="preserve"> maybe. I've honestly never thought of this </w:t>
      </w:r>
      <w:r w:rsidR="00B208B0">
        <w:rPr>
          <w:rFonts w:ascii="Arial" w:hAnsi="Arial"/>
        </w:rPr>
        <w:t>so I’m</w:t>
      </w:r>
      <w:r>
        <w:rPr>
          <w:rFonts w:ascii="Arial" w:hAnsi="Arial"/>
        </w:rPr>
        <w:t xml:space="preserve"> kind of thinking out loud here.</w:t>
      </w:r>
    </w:p>
    <w:p w14:paraId="2EDD90ED" w14:textId="77777777" w:rsidR="00624AE9" w:rsidRDefault="00624AE9">
      <w:pPr>
        <w:spacing w:after="0"/>
      </w:pPr>
    </w:p>
    <w:p w14:paraId="050DA27A" w14:textId="77777777" w:rsidR="00624AE9" w:rsidRDefault="00C13212">
      <w:pPr>
        <w:spacing w:after="0"/>
      </w:pPr>
      <w:r>
        <w:rPr>
          <w:rFonts w:ascii="Arial" w:hAnsi="Arial"/>
          <w:b/>
        </w:rPr>
        <w:t xml:space="preserve">Interviewer P:  </w:t>
      </w:r>
      <w:r>
        <w:rPr>
          <w:rFonts w:ascii="Arial" w:hAnsi="Arial"/>
          <w:color w:val="5D7284"/>
        </w:rPr>
        <w:t>45:40</w:t>
      </w:r>
    </w:p>
    <w:p w14:paraId="771ED5A5" w14:textId="77777777" w:rsidR="00624AE9" w:rsidRDefault="00C13212">
      <w:pPr>
        <w:spacing w:after="0"/>
      </w:pPr>
      <w:r>
        <w:rPr>
          <w:rFonts w:ascii="Arial" w:hAnsi="Arial"/>
        </w:rPr>
        <w:t xml:space="preserve">Yeah, totally. That's, that's exactly what we wanted to do. </w:t>
      </w:r>
    </w:p>
    <w:p w14:paraId="74F70509" w14:textId="77777777" w:rsidR="00624AE9" w:rsidRDefault="00624AE9">
      <w:pPr>
        <w:spacing w:after="0"/>
      </w:pPr>
    </w:p>
    <w:p w14:paraId="43893244" w14:textId="77777777" w:rsidR="00624AE9" w:rsidRDefault="00C13212">
      <w:pPr>
        <w:spacing w:after="0"/>
      </w:pPr>
      <w:r>
        <w:rPr>
          <w:rFonts w:ascii="Arial" w:hAnsi="Arial"/>
          <w:b/>
        </w:rPr>
        <w:t xml:space="preserve">Participant #11:  </w:t>
      </w:r>
      <w:r>
        <w:rPr>
          <w:rFonts w:ascii="Arial" w:hAnsi="Arial"/>
          <w:color w:val="5D7284"/>
        </w:rPr>
        <w:t>45:44</w:t>
      </w:r>
    </w:p>
    <w:p w14:paraId="015A2842" w14:textId="68E5893C" w:rsidR="00624AE9" w:rsidRDefault="00C13212">
      <w:pPr>
        <w:spacing w:after="0"/>
      </w:pPr>
      <w:r>
        <w:rPr>
          <w:rFonts w:ascii="Arial" w:hAnsi="Arial"/>
        </w:rPr>
        <w:t xml:space="preserve">Yeah, so my answers may change a little bit. I apologize. But yeah, I guess kind of like that. Yeah, cuz I feel like if it's on the edge, then it'll be spinning, like, like a fast, not faster rate. But there's like more to the spin, like, radius circumference wise than like the middle. </w:t>
      </w:r>
      <w:r w:rsidR="00B208B0">
        <w:rPr>
          <w:rFonts w:ascii="Arial" w:hAnsi="Arial"/>
        </w:rPr>
        <w:t>So,</w:t>
      </w:r>
      <w:r>
        <w:rPr>
          <w:rFonts w:ascii="Arial" w:hAnsi="Arial"/>
        </w:rPr>
        <w:t xml:space="preserve"> I feel like it would have more of an effect. If it was on the edge than it was in the middle. </w:t>
      </w:r>
    </w:p>
    <w:p w14:paraId="7AC71F60" w14:textId="77777777" w:rsidR="00624AE9" w:rsidRDefault="00624AE9">
      <w:pPr>
        <w:spacing w:after="0"/>
      </w:pPr>
    </w:p>
    <w:p w14:paraId="440B96F1" w14:textId="77777777" w:rsidR="00624AE9" w:rsidRDefault="00C13212">
      <w:pPr>
        <w:spacing w:after="0"/>
      </w:pPr>
      <w:r>
        <w:rPr>
          <w:rFonts w:ascii="Arial" w:hAnsi="Arial"/>
          <w:b/>
        </w:rPr>
        <w:t xml:space="preserve">Interviewer P:  </w:t>
      </w:r>
      <w:r>
        <w:rPr>
          <w:rFonts w:ascii="Arial" w:hAnsi="Arial"/>
          <w:color w:val="5D7284"/>
        </w:rPr>
        <w:t>46:12</w:t>
      </w:r>
    </w:p>
    <w:p w14:paraId="0BAA8487" w14:textId="77777777" w:rsidR="00624AE9" w:rsidRDefault="00C13212">
      <w:pPr>
        <w:spacing w:after="0"/>
      </w:pPr>
      <w:r>
        <w:rPr>
          <w:rFonts w:ascii="Arial" w:hAnsi="Arial"/>
        </w:rPr>
        <w:t>Got it.</w:t>
      </w:r>
    </w:p>
    <w:p w14:paraId="27AAF4E1" w14:textId="77777777" w:rsidR="00624AE9" w:rsidRDefault="00624AE9">
      <w:pPr>
        <w:spacing w:after="0"/>
      </w:pPr>
    </w:p>
    <w:p w14:paraId="64811A4D" w14:textId="77777777" w:rsidR="00624AE9" w:rsidRDefault="00C13212">
      <w:pPr>
        <w:spacing w:after="0"/>
      </w:pPr>
      <w:r>
        <w:rPr>
          <w:rFonts w:ascii="Arial" w:hAnsi="Arial"/>
          <w:b/>
        </w:rPr>
        <w:t xml:space="preserve">Participant #11:  </w:t>
      </w:r>
      <w:r>
        <w:rPr>
          <w:rFonts w:ascii="Arial" w:hAnsi="Arial"/>
          <w:color w:val="5D7284"/>
        </w:rPr>
        <w:t>46:13</w:t>
      </w:r>
    </w:p>
    <w:p w14:paraId="47DAEF83" w14:textId="77777777" w:rsidR="00624AE9" w:rsidRDefault="00C13212">
      <w:pPr>
        <w:spacing w:after="0"/>
      </w:pPr>
      <w:r>
        <w:rPr>
          <w:rFonts w:ascii="Arial" w:hAnsi="Arial"/>
        </w:rPr>
        <w:lastRenderedPageBreak/>
        <w:t>I also, I'm, I want to know.</w:t>
      </w:r>
    </w:p>
    <w:p w14:paraId="352351E0" w14:textId="77777777" w:rsidR="00624AE9" w:rsidRDefault="00624AE9">
      <w:pPr>
        <w:spacing w:after="0"/>
      </w:pPr>
    </w:p>
    <w:p w14:paraId="2708DDB0" w14:textId="77777777" w:rsidR="00624AE9" w:rsidRDefault="00C13212">
      <w:pPr>
        <w:spacing w:after="0"/>
      </w:pPr>
      <w:r>
        <w:rPr>
          <w:rFonts w:ascii="Arial" w:hAnsi="Arial"/>
          <w:b/>
        </w:rPr>
        <w:t xml:space="preserve">Interviewer E:  </w:t>
      </w:r>
      <w:r>
        <w:rPr>
          <w:rFonts w:ascii="Arial" w:hAnsi="Arial"/>
          <w:color w:val="5D7284"/>
        </w:rPr>
        <w:t>46:15</w:t>
      </w:r>
    </w:p>
    <w:p w14:paraId="1A2D5E37" w14:textId="77777777" w:rsidR="00624AE9" w:rsidRDefault="00C13212">
      <w:pPr>
        <w:spacing w:after="0"/>
      </w:pPr>
      <w:r>
        <w:rPr>
          <w:rFonts w:ascii="Arial" w:hAnsi="Arial"/>
        </w:rPr>
        <w:t>We wanna know.</w:t>
      </w:r>
    </w:p>
    <w:p w14:paraId="59841D13" w14:textId="77777777" w:rsidR="00624AE9" w:rsidRDefault="00624AE9">
      <w:pPr>
        <w:spacing w:after="0"/>
      </w:pPr>
    </w:p>
    <w:p w14:paraId="3C5C4B7A" w14:textId="77777777" w:rsidR="00624AE9" w:rsidRDefault="00C13212">
      <w:pPr>
        <w:spacing w:after="0"/>
      </w:pPr>
      <w:r>
        <w:rPr>
          <w:rFonts w:ascii="Arial" w:hAnsi="Arial"/>
          <w:b/>
        </w:rPr>
        <w:t xml:space="preserve">Participant #11:  </w:t>
      </w:r>
      <w:r>
        <w:rPr>
          <w:rFonts w:ascii="Arial" w:hAnsi="Arial"/>
          <w:color w:val="5D7284"/>
        </w:rPr>
        <w:t>46:15</w:t>
      </w:r>
    </w:p>
    <w:p w14:paraId="3BC85E8A" w14:textId="77777777" w:rsidR="00624AE9" w:rsidRDefault="00C13212">
      <w:pPr>
        <w:spacing w:after="0"/>
      </w:pPr>
      <w:r>
        <w:rPr>
          <w:rFonts w:ascii="Arial" w:hAnsi="Arial"/>
        </w:rPr>
        <w:t xml:space="preserve">I'm kind of curious. It's kind of hard to replicate though. </w:t>
      </w:r>
    </w:p>
    <w:p w14:paraId="10DF9819" w14:textId="77777777" w:rsidR="00624AE9" w:rsidRDefault="00624AE9">
      <w:pPr>
        <w:spacing w:after="0"/>
      </w:pPr>
    </w:p>
    <w:p w14:paraId="6CDAA0E4" w14:textId="77777777" w:rsidR="00624AE9" w:rsidRDefault="00C13212">
      <w:pPr>
        <w:spacing w:after="0"/>
      </w:pPr>
      <w:r>
        <w:rPr>
          <w:rFonts w:ascii="Arial" w:hAnsi="Arial"/>
          <w:b/>
        </w:rPr>
        <w:t xml:space="preserve">Interviewer P:  </w:t>
      </w:r>
      <w:r>
        <w:rPr>
          <w:rFonts w:ascii="Arial" w:hAnsi="Arial"/>
          <w:color w:val="5D7284"/>
        </w:rPr>
        <w:t>46:21</w:t>
      </w:r>
    </w:p>
    <w:p w14:paraId="1A5B324F" w14:textId="090622E4" w:rsidR="00624AE9" w:rsidRDefault="00B208B0">
      <w:pPr>
        <w:spacing w:after="0"/>
      </w:pPr>
      <w:r>
        <w:rPr>
          <w:rFonts w:ascii="Arial" w:hAnsi="Arial"/>
        </w:rPr>
        <w:t>Yeah, it is okay, we're gonna do one last thing. And we're gonna go back to this tank, and I have a plastic fish here. And I'm gonna put some of the plastic fish in the tank. And some of them sink and some of them float, which is kind of nice, because it gives us a couple of different ways to look at this.</w:t>
      </w:r>
    </w:p>
    <w:p w14:paraId="37A5AE55" w14:textId="77777777" w:rsidR="00624AE9" w:rsidRDefault="00624AE9">
      <w:pPr>
        <w:spacing w:after="0"/>
      </w:pPr>
    </w:p>
    <w:p w14:paraId="6A1DBE1B" w14:textId="77777777" w:rsidR="00624AE9" w:rsidRDefault="00C13212">
      <w:pPr>
        <w:spacing w:after="0"/>
      </w:pPr>
      <w:r>
        <w:rPr>
          <w:rFonts w:ascii="Arial" w:hAnsi="Arial"/>
          <w:b/>
        </w:rPr>
        <w:t xml:space="preserve">Participant #11:  </w:t>
      </w:r>
      <w:r>
        <w:rPr>
          <w:rFonts w:ascii="Arial" w:hAnsi="Arial"/>
          <w:color w:val="5D7284"/>
        </w:rPr>
        <w:t>46:40</w:t>
      </w:r>
    </w:p>
    <w:p w14:paraId="1212F9BD" w14:textId="4C9E1114" w:rsidR="00624AE9" w:rsidRDefault="00C13212">
      <w:pPr>
        <w:spacing w:after="0"/>
      </w:pPr>
      <w:r>
        <w:rPr>
          <w:rFonts w:ascii="Arial" w:hAnsi="Arial"/>
        </w:rPr>
        <w:t xml:space="preserve">It's like a carnival game. I feel like, I don't know why I feel this way. But I feel like the ones on the surface will move in the direction it's turning faster than the ones on the bottom will. Maybe because they're only partially in the water. </w:t>
      </w:r>
      <w:r w:rsidR="00B208B0">
        <w:rPr>
          <w:rFonts w:ascii="Arial" w:hAnsi="Arial"/>
        </w:rPr>
        <w:t>So,</w:t>
      </w:r>
      <w:r>
        <w:rPr>
          <w:rFonts w:ascii="Arial" w:hAnsi="Arial"/>
        </w:rPr>
        <w:t xml:space="preserve"> the water only like partially affects them. Whereas the ones in the bottom that have to wait till the whole tank of water is moving in the direction for them to go. But I feel like eventually, they'll either be pushed to the rim, or there'll be pushed to the center. </w:t>
      </w:r>
    </w:p>
    <w:p w14:paraId="7D0378A9" w14:textId="77777777" w:rsidR="00624AE9" w:rsidRDefault="00624AE9">
      <w:pPr>
        <w:spacing w:after="0"/>
      </w:pPr>
    </w:p>
    <w:p w14:paraId="0938E3A8" w14:textId="77777777" w:rsidR="00624AE9" w:rsidRDefault="00C13212">
      <w:pPr>
        <w:spacing w:after="0"/>
      </w:pPr>
      <w:r>
        <w:rPr>
          <w:rFonts w:ascii="Arial" w:hAnsi="Arial"/>
          <w:b/>
        </w:rPr>
        <w:t xml:space="preserve">Interviewer P:  </w:t>
      </w:r>
      <w:r>
        <w:rPr>
          <w:rFonts w:ascii="Arial" w:hAnsi="Arial"/>
          <w:color w:val="5D7284"/>
        </w:rPr>
        <w:t>47:44</w:t>
      </w:r>
    </w:p>
    <w:p w14:paraId="66826C09" w14:textId="77777777" w:rsidR="00624AE9" w:rsidRDefault="00C13212">
      <w:pPr>
        <w:spacing w:after="0"/>
      </w:pPr>
      <w:r>
        <w:rPr>
          <w:rFonts w:ascii="Arial" w:hAnsi="Arial"/>
        </w:rPr>
        <w:t>Okay.</w:t>
      </w:r>
    </w:p>
    <w:p w14:paraId="34778477" w14:textId="77777777" w:rsidR="00624AE9" w:rsidRDefault="00624AE9">
      <w:pPr>
        <w:spacing w:after="0"/>
      </w:pPr>
    </w:p>
    <w:p w14:paraId="682191FC" w14:textId="77777777" w:rsidR="00624AE9" w:rsidRDefault="00C13212">
      <w:pPr>
        <w:spacing w:after="0"/>
      </w:pPr>
      <w:r>
        <w:rPr>
          <w:rFonts w:ascii="Arial" w:hAnsi="Arial"/>
          <w:b/>
        </w:rPr>
        <w:t xml:space="preserve">Participant #11:  </w:t>
      </w:r>
      <w:r>
        <w:rPr>
          <w:rFonts w:ascii="Arial" w:hAnsi="Arial"/>
          <w:color w:val="5D7284"/>
        </w:rPr>
        <w:t>47:45</w:t>
      </w:r>
    </w:p>
    <w:p w14:paraId="6AEA58B2" w14:textId="77777777" w:rsidR="00624AE9" w:rsidRDefault="00C13212">
      <w:pPr>
        <w:spacing w:after="0"/>
      </w:pPr>
      <w:r>
        <w:rPr>
          <w:rFonts w:ascii="Arial" w:hAnsi="Arial"/>
        </w:rPr>
        <w:t xml:space="preserve">I don't know. </w:t>
      </w:r>
    </w:p>
    <w:p w14:paraId="3B5990F0" w14:textId="77777777" w:rsidR="00624AE9" w:rsidRDefault="00624AE9">
      <w:pPr>
        <w:spacing w:after="0"/>
      </w:pPr>
    </w:p>
    <w:p w14:paraId="761A0CCB" w14:textId="77777777" w:rsidR="00624AE9" w:rsidRDefault="00C13212">
      <w:pPr>
        <w:spacing w:after="0"/>
      </w:pPr>
      <w:r>
        <w:rPr>
          <w:rFonts w:ascii="Arial" w:hAnsi="Arial"/>
          <w:b/>
        </w:rPr>
        <w:t xml:space="preserve">Interviewer P:  </w:t>
      </w:r>
      <w:r>
        <w:rPr>
          <w:rFonts w:ascii="Arial" w:hAnsi="Arial"/>
          <w:color w:val="5D7284"/>
        </w:rPr>
        <w:t>47:46</w:t>
      </w:r>
    </w:p>
    <w:p w14:paraId="6069BE22" w14:textId="77777777" w:rsidR="00624AE9" w:rsidRDefault="00C13212">
      <w:pPr>
        <w:spacing w:after="0"/>
      </w:pPr>
      <w:r>
        <w:rPr>
          <w:rFonts w:ascii="Arial" w:hAnsi="Arial"/>
        </w:rPr>
        <w:t>Okay, so once on the top will move faster than the ones on the bottom.</w:t>
      </w:r>
    </w:p>
    <w:p w14:paraId="53AFF7E4" w14:textId="77777777" w:rsidR="00624AE9" w:rsidRDefault="00624AE9">
      <w:pPr>
        <w:spacing w:after="0"/>
      </w:pPr>
    </w:p>
    <w:p w14:paraId="20C5C1FE" w14:textId="77777777" w:rsidR="00624AE9" w:rsidRDefault="00C13212">
      <w:pPr>
        <w:spacing w:after="0"/>
      </w:pPr>
      <w:r>
        <w:rPr>
          <w:rFonts w:ascii="Arial" w:hAnsi="Arial"/>
          <w:b/>
        </w:rPr>
        <w:t xml:space="preserve">Participant #11:  </w:t>
      </w:r>
      <w:r>
        <w:rPr>
          <w:rFonts w:ascii="Arial" w:hAnsi="Arial"/>
          <w:color w:val="5D7284"/>
        </w:rPr>
        <w:t>47:50</w:t>
      </w:r>
    </w:p>
    <w:p w14:paraId="5DAFF0C8" w14:textId="77777777" w:rsidR="00624AE9" w:rsidRDefault="00C13212">
      <w:pPr>
        <w:spacing w:after="0"/>
      </w:pPr>
      <w:r>
        <w:rPr>
          <w:rFonts w:ascii="Arial" w:hAnsi="Arial"/>
        </w:rPr>
        <w:t>Or they're like start to move.</w:t>
      </w:r>
    </w:p>
    <w:p w14:paraId="41B51BBF" w14:textId="77777777" w:rsidR="00624AE9" w:rsidRDefault="00624AE9">
      <w:pPr>
        <w:spacing w:after="0"/>
      </w:pPr>
    </w:p>
    <w:p w14:paraId="5BF64839" w14:textId="77777777" w:rsidR="00624AE9" w:rsidRDefault="00C13212">
      <w:pPr>
        <w:spacing w:after="0"/>
      </w:pPr>
      <w:r>
        <w:rPr>
          <w:rFonts w:ascii="Arial" w:hAnsi="Arial"/>
          <w:b/>
        </w:rPr>
        <w:t xml:space="preserve">Interviewer P:  </w:t>
      </w:r>
      <w:r>
        <w:rPr>
          <w:rFonts w:ascii="Arial" w:hAnsi="Arial"/>
          <w:color w:val="5D7284"/>
        </w:rPr>
        <w:t>47:52</w:t>
      </w:r>
    </w:p>
    <w:p w14:paraId="123DAABF" w14:textId="77777777" w:rsidR="00624AE9" w:rsidRDefault="00C13212">
      <w:pPr>
        <w:spacing w:after="0"/>
      </w:pPr>
      <w:r>
        <w:rPr>
          <w:rFonts w:ascii="Arial" w:hAnsi="Arial"/>
        </w:rPr>
        <w:t xml:space="preserve">Faster than the ones on the bottom move. And with enough time, they'll all push to the center. </w:t>
      </w:r>
    </w:p>
    <w:p w14:paraId="62CC1469" w14:textId="77777777" w:rsidR="00624AE9" w:rsidRDefault="00624AE9">
      <w:pPr>
        <w:spacing w:after="0"/>
      </w:pPr>
    </w:p>
    <w:p w14:paraId="4A37F4BC" w14:textId="77777777" w:rsidR="00624AE9" w:rsidRDefault="00C13212">
      <w:pPr>
        <w:spacing w:after="0"/>
      </w:pPr>
      <w:r>
        <w:rPr>
          <w:rFonts w:ascii="Arial" w:hAnsi="Arial"/>
          <w:b/>
        </w:rPr>
        <w:t xml:space="preserve">Participant #11:  </w:t>
      </w:r>
      <w:r>
        <w:rPr>
          <w:rFonts w:ascii="Arial" w:hAnsi="Arial"/>
          <w:color w:val="5D7284"/>
        </w:rPr>
        <w:t>47:57</w:t>
      </w:r>
    </w:p>
    <w:p w14:paraId="5FB49C0C" w14:textId="77777777" w:rsidR="00624AE9" w:rsidRDefault="00C13212">
      <w:pPr>
        <w:spacing w:after="0"/>
      </w:pPr>
      <w:r>
        <w:rPr>
          <w:rFonts w:ascii="Arial" w:hAnsi="Arial"/>
        </w:rPr>
        <w:t xml:space="preserve">Yeah, either that or they'll go to the edge. </w:t>
      </w:r>
    </w:p>
    <w:p w14:paraId="2ED36AB4" w14:textId="77777777" w:rsidR="00624AE9" w:rsidRDefault="00624AE9">
      <w:pPr>
        <w:spacing w:after="0"/>
      </w:pPr>
    </w:p>
    <w:p w14:paraId="7FB135E8" w14:textId="77777777" w:rsidR="00624AE9" w:rsidRDefault="00C13212">
      <w:pPr>
        <w:spacing w:after="0"/>
      </w:pPr>
      <w:r>
        <w:rPr>
          <w:rFonts w:ascii="Arial" w:hAnsi="Arial"/>
          <w:b/>
        </w:rPr>
        <w:t xml:space="preserve">Interviewer P:  </w:t>
      </w:r>
      <w:r>
        <w:rPr>
          <w:rFonts w:ascii="Arial" w:hAnsi="Arial"/>
          <w:color w:val="5D7284"/>
        </w:rPr>
        <w:t>47:59</w:t>
      </w:r>
    </w:p>
    <w:p w14:paraId="4C6E002A" w14:textId="77777777" w:rsidR="00624AE9" w:rsidRDefault="00C13212">
      <w:pPr>
        <w:spacing w:after="0"/>
      </w:pPr>
      <w:r>
        <w:rPr>
          <w:rFonts w:ascii="Arial" w:hAnsi="Arial"/>
        </w:rPr>
        <w:t>Yeah.</w:t>
      </w:r>
    </w:p>
    <w:p w14:paraId="330920E7" w14:textId="77777777" w:rsidR="00624AE9" w:rsidRDefault="00624AE9">
      <w:pPr>
        <w:spacing w:after="0"/>
      </w:pPr>
    </w:p>
    <w:p w14:paraId="00400900" w14:textId="77777777" w:rsidR="00624AE9" w:rsidRDefault="00C13212">
      <w:pPr>
        <w:spacing w:after="0"/>
      </w:pPr>
      <w:r>
        <w:rPr>
          <w:rFonts w:ascii="Arial" w:hAnsi="Arial"/>
          <w:b/>
        </w:rPr>
        <w:t xml:space="preserve">Participant #11:  </w:t>
      </w:r>
      <w:r>
        <w:rPr>
          <w:rFonts w:ascii="Arial" w:hAnsi="Arial"/>
          <w:color w:val="5D7284"/>
        </w:rPr>
        <w:t>48:00</w:t>
      </w:r>
    </w:p>
    <w:p w14:paraId="33A5F8A0" w14:textId="24B836CB" w:rsidR="00624AE9" w:rsidRDefault="00C13212">
      <w:pPr>
        <w:spacing w:after="0"/>
      </w:pPr>
      <w:r>
        <w:rPr>
          <w:rFonts w:ascii="Arial" w:hAnsi="Arial"/>
        </w:rPr>
        <w:t xml:space="preserve"> I don't </w:t>
      </w:r>
      <w:r w:rsidR="00B208B0">
        <w:rPr>
          <w:rFonts w:ascii="Arial" w:hAnsi="Arial"/>
        </w:rPr>
        <w:t>think.</w:t>
      </w:r>
    </w:p>
    <w:p w14:paraId="013FF1BD" w14:textId="77777777" w:rsidR="00624AE9" w:rsidRDefault="00624AE9">
      <w:pPr>
        <w:spacing w:after="0"/>
      </w:pPr>
    </w:p>
    <w:p w14:paraId="0D2998D5" w14:textId="77777777" w:rsidR="00624AE9" w:rsidRDefault="00C13212">
      <w:pPr>
        <w:spacing w:after="0"/>
      </w:pPr>
      <w:r>
        <w:rPr>
          <w:rFonts w:ascii="Arial" w:hAnsi="Arial"/>
          <w:b/>
        </w:rPr>
        <w:lastRenderedPageBreak/>
        <w:t xml:space="preserve">Interviewer P:  </w:t>
      </w:r>
      <w:r>
        <w:rPr>
          <w:rFonts w:ascii="Arial" w:hAnsi="Arial"/>
          <w:color w:val="5D7284"/>
        </w:rPr>
        <w:t>48:01</w:t>
      </w:r>
    </w:p>
    <w:p w14:paraId="0FD8ED90" w14:textId="77777777" w:rsidR="00624AE9" w:rsidRDefault="00C13212">
      <w:pPr>
        <w:spacing w:after="0"/>
      </w:pPr>
      <w:r>
        <w:rPr>
          <w:rFonts w:ascii="Arial" w:hAnsi="Arial"/>
        </w:rPr>
        <w:t xml:space="preserve">That's fair. </w:t>
      </w:r>
    </w:p>
    <w:p w14:paraId="101E658D" w14:textId="77777777" w:rsidR="00624AE9" w:rsidRDefault="00624AE9">
      <w:pPr>
        <w:spacing w:after="0"/>
      </w:pPr>
    </w:p>
    <w:p w14:paraId="792A7ED7" w14:textId="77777777" w:rsidR="00624AE9" w:rsidRDefault="00C13212">
      <w:pPr>
        <w:spacing w:after="0"/>
      </w:pPr>
      <w:r>
        <w:rPr>
          <w:rFonts w:ascii="Arial" w:hAnsi="Arial"/>
          <w:b/>
        </w:rPr>
        <w:t xml:space="preserve">Participant #11:  </w:t>
      </w:r>
      <w:r>
        <w:rPr>
          <w:rFonts w:ascii="Arial" w:hAnsi="Arial"/>
          <w:color w:val="5D7284"/>
        </w:rPr>
        <w:t>48:02</w:t>
      </w:r>
    </w:p>
    <w:p w14:paraId="6E50F188" w14:textId="153D1A78" w:rsidR="00624AE9" w:rsidRDefault="00C13212">
      <w:pPr>
        <w:spacing w:after="0"/>
      </w:pPr>
      <w:r>
        <w:rPr>
          <w:rFonts w:ascii="Arial" w:hAnsi="Arial"/>
        </w:rPr>
        <w:t xml:space="preserve">I feel like either or could happen, but with the dye it went to the middle. </w:t>
      </w:r>
      <w:r w:rsidR="00B208B0">
        <w:rPr>
          <w:rFonts w:ascii="Arial" w:hAnsi="Arial"/>
        </w:rPr>
        <w:t>So,</w:t>
      </w:r>
      <w:r>
        <w:rPr>
          <w:rFonts w:ascii="Arial" w:hAnsi="Arial"/>
        </w:rPr>
        <w:t xml:space="preserve"> I want to say to the middle.</w:t>
      </w:r>
    </w:p>
    <w:p w14:paraId="324ED463" w14:textId="77777777" w:rsidR="00624AE9" w:rsidRDefault="00624AE9">
      <w:pPr>
        <w:spacing w:after="0"/>
      </w:pPr>
    </w:p>
    <w:p w14:paraId="153695B0" w14:textId="77777777" w:rsidR="00624AE9" w:rsidRDefault="00C13212">
      <w:pPr>
        <w:spacing w:after="0"/>
      </w:pPr>
      <w:r>
        <w:rPr>
          <w:rFonts w:ascii="Arial" w:hAnsi="Arial"/>
          <w:b/>
        </w:rPr>
        <w:t xml:space="preserve">Interviewer P:  </w:t>
      </w:r>
      <w:r>
        <w:rPr>
          <w:rFonts w:ascii="Arial" w:hAnsi="Arial"/>
          <w:color w:val="5D7284"/>
        </w:rPr>
        <w:t>48:07</w:t>
      </w:r>
    </w:p>
    <w:p w14:paraId="6A192B7F" w14:textId="77777777" w:rsidR="00624AE9" w:rsidRDefault="00C13212">
      <w:pPr>
        <w:spacing w:after="0"/>
      </w:pPr>
      <w:r>
        <w:rPr>
          <w:rFonts w:ascii="Arial" w:hAnsi="Arial"/>
        </w:rPr>
        <w:t xml:space="preserve">Okay, I got it. Yeah, </w:t>
      </w:r>
    </w:p>
    <w:p w14:paraId="62A68791" w14:textId="77777777" w:rsidR="00624AE9" w:rsidRDefault="00624AE9">
      <w:pPr>
        <w:spacing w:after="0"/>
      </w:pPr>
    </w:p>
    <w:p w14:paraId="29ABBD1D" w14:textId="77777777" w:rsidR="00624AE9" w:rsidRDefault="00C13212">
      <w:pPr>
        <w:spacing w:after="0"/>
      </w:pPr>
      <w:r>
        <w:rPr>
          <w:rFonts w:ascii="Arial" w:hAnsi="Arial"/>
          <w:b/>
        </w:rPr>
        <w:t xml:space="preserve">Participant #11:  </w:t>
      </w:r>
      <w:r>
        <w:rPr>
          <w:rFonts w:ascii="Arial" w:hAnsi="Arial"/>
          <w:color w:val="5D7284"/>
        </w:rPr>
        <w:t>48:08</w:t>
      </w:r>
    </w:p>
    <w:p w14:paraId="3C82C98B" w14:textId="1A7C8D2F" w:rsidR="00624AE9" w:rsidRDefault="00C13212">
      <w:pPr>
        <w:spacing w:after="0"/>
      </w:pPr>
      <w:r>
        <w:rPr>
          <w:rFonts w:ascii="Arial" w:hAnsi="Arial"/>
        </w:rPr>
        <w:t xml:space="preserve">But they're also solid. So I </w:t>
      </w:r>
      <w:r w:rsidR="00B208B0">
        <w:rPr>
          <w:rFonts w:ascii="Arial" w:hAnsi="Arial"/>
        </w:rPr>
        <w:t>don’t...</w:t>
      </w:r>
      <w:r>
        <w:rPr>
          <w:rFonts w:ascii="Arial" w:hAnsi="Arial"/>
        </w:rPr>
        <w:t xml:space="preserve"> </w:t>
      </w:r>
    </w:p>
    <w:p w14:paraId="007AA255" w14:textId="77777777" w:rsidR="00624AE9" w:rsidRDefault="00624AE9">
      <w:pPr>
        <w:spacing w:after="0"/>
      </w:pPr>
    </w:p>
    <w:p w14:paraId="7BB23945" w14:textId="77777777" w:rsidR="00624AE9" w:rsidRDefault="00C13212">
      <w:pPr>
        <w:spacing w:after="0"/>
      </w:pPr>
      <w:r>
        <w:rPr>
          <w:rFonts w:ascii="Arial" w:hAnsi="Arial"/>
          <w:b/>
        </w:rPr>
        <w:t xml:space="preserve">Interviewer P:  </w:t>
      </w:r>
      <w:r>
        <w:rPr>
          <w:rFonts w:ascii="Arial" w:hAnsi="Arial"/>
          <w:color w:val="5D7284"/>
        </w:rPr>
        <w:t>48:09</w:t>
      </w:r>
    </w:p>
    <w:p w14:paraId="7F4BF437" w14:textId="77777777" w:rsidR="00624AE9" w:rsidRDefault="00C13212">
      <w:pPr>
        <w:spacing w:after="0"/>
      </w:pPr>
      <w:r>
        <w:rPr>
          <w:rFonts w:ascii="Arial" w:hAnsi="Arial"/>
        </w:rPr>
        <w:t>Yeah, let's try it. Alright, so what's happening are the ones on the bottom moving?</w:t>
      </w:r>
    </w:p>
    <w:p w14:paraId="1FE4D9CB" w14:textId="77777777" w:rsidR="00624AE9" w:rsidRDefault="00624AE9">
      <w:pPr>
        <w:spacing w:after="0"/>
      </w:pPr>
    </w:p>
    <w:p w14:paraId="2984054F" w14:textId="77777777" w:rsidR="00624AE9" w:rsidRDefault="00C13212">
      <w:pPr>
        <w:spacing w:after="0"/>
      </w:pPr>
      <w:r>
        <w:rPr>
          <w:rFonts w:ascii="Arial" w:hAnsi="Arial"/>
          <w:b/>
        </w:rPr>
        <w:t xml:space="preserve">Participant #11:  </w:t>
      </w:r>
      <w:r>
        <w:rPr>
          <w:rFonts w:ascii="Arial" w:hAnsi="Arial"/>
          <w:color w:val="5D7284"/>
        </w:rPr>
        <w:t>48:21</w:t>
      </w:r>
    </w:p>
    <w:p w14:paraId="48CC62E4" w14:textId="31DEE6C6" w:rsidR="00624AE9" w:rsidRDefault="00C13212">
      <w:pPr>
        <w:spacing w:after="0"/>
      </w:pPr>
      <w:r>
        <w:rPr>
          <w:rFonts w:ascii="Arial" w:hAnsi="Arial"/>
        </w:rPr>
        <w:t xml:space="preserve">Yeah. But it </w:t>
      </w:r>
      <w:r w:rsidR="00B208B0">
        <w:rPr>
          <w:rFonts w:ascii="Arial" w:hAnsi="Arial"/>
        </w:rPr>
        <w:t>doesn’t</w:t>
      </w:r>
      <w:r>
        <w:rPr>
          <w:rFonts w:ascii="Arial" w:hAnsi="Arial"/>
        </w:rPr>
        <w:t xml:space="preserve"> look like the one's on the top are.</w:t>
      </w:r>
    </w:p>
    <w:p w14:paraId="63FAB1B2" w14:textId="77777777" w:rsidR="00624AE9" w:rsidRDefault="00624AE9">
      <w:pPr>
        <w:spacing w:after="0"/>
      </w:pPr>
    </w:p>
    <w:p w14:paraId="237FF6F2" w14:textId="77777777" w:rsidR="00624AE9" w:rsidRDefault="00C13212">
      <w:pPr>
        <w:spacing w:after="0"/>
      </w:pPr>
      <w:r>
        <w:rPr>
          <w:rFonts w:ascii="Arial" w:hAnsi="Arial"/>
          <w:b/>
        </w:rPr>
        <w:t xml:space="preserve">Interviewer P:  </w:t>
      </w:r>
      <w:r>
        <w:rPr>
          <w:rFonts w:ascii="Arial" w:hAnsi="Arial"/>
          <w:color w:val="5D7284"/>
        </w:rPr>
        <w:t>48:27</w:t>
      </w:r>
    </w:p>
    <w:p w14:paraId="7F31705C" w14:textId="4FB65F87" w:rsidR="00624AE9" w:rsidRDefault="00B208B0">
      <w:pPr>
        <w:spacing w:after="0"/>
      </w:pPr>
      <w:r>
        <w:rPr>
          <w:rFonts w:ascii="Arial" w:hAnsi="Arial"/>
        </w:rPr>
        <w:t>So, tell me about how the ones on the bottom are moving.</w:t>
      </w:r>
    </w:p>
    <w:p w14:paraId="26B08072" w14:textId="77777777" w:rsidR="00624AE9" w:rsidRDefault="00624AE9">
      <w:pPr>
        <w:spacing w:after="0"/>
      </w:pPr>
    </w:p>
    <w:p w14:paraId="5C3C5507" w14:textId="77777777" w:rsidR="00624AE9" w:rsidRDefault="00C13212">
      <w:pPr>
        <w:spacing w:after="0"/>
      </w:pPr>
      <w:r>
        <w:rPr>
          <w:rFonts w:ascii="Arial" w:hAnsi="Arial"/>
          <w:b/>
        </w:rPr>
        <w:t xml:space="preserve">Participant #11:  </w:t>
      </w:r>
      <w:r>
        <w:rPr>
          <w:rFonts w:ascii="Arial" w:hAnsi="Arial"/>
          <w:color w:val="5D7284"/>
        </w:rPr>
        <w:t>48:30</w:t>
      </w:r>
    </w:p>
    <w:p w14:paraId="1196CF8D" w14:textId="4E366630" w:rsidR="00624AE9" w:rsidRDefault="00B208B0">
      <w:pPr>
        <w:spacing w:after="0"/>
      </w:pPr>
      <w:r>
        <w:rPr>
          <w:rFonts w:ascii="Arial" w:hAnsi="Arial"/>
        </w:rPr>
        <w:t xml:space="preserve">So, they're moving opposite of how the table like the table is spinning clockwise, but the fish are moving counterclockwise. </w:t>
      </w:r>
    </w:p>
    <w:p w14:paraId="61A51E2D" w14:textId="77777777" w:rsidR="00624AE9" w:rsidRDefault="00624AE9">
      <w:pPr>
        <w:spacing w:after="0"/>
      </w:pPr>
    </w:p>
    <w:p w14:paraId="168388E7" w14:textId="77777777" w:rsidR="00624AE9" w:rsidRDefault="00C13212">
      <w:pPr>
        <w:spacing w:after="0"/>
      </w:pPr>
      <w:r>
        <w:rPr>
          <w:rFonts w:ascii="Arial" w:hAnsi="Arial"/>
          <w:b/>
        </w:rPr>
        <w:t xml:space="preserve">Interviewer P:  </w:t>
      </w:r>
      <w:r>
        <w:rPr>
          <w:rFonts w:ascii="Arial" w:hAnsi="Arial"/>
          <w:color w:val="5D7284"/>
        </w:rPr>
        <w:t>48:42</w:t>
      </w:r>
    </w:p>
    <w:p w14:paraId="4F27D69D" w14:textId="77777777" w:rsidR="00624AE9" w:rsidRDefault="00C13212">
      <w:pPr>
        <w:spacing w:after="0"/>
      </w:pPr>
      <w:r>
        <w:rPr>
          <w:rFonts w:ascii="Arial" w:hAnsi="Arial"/>
        </w:rPr>
        <w:t xml:space="preserve">Okay, so this little yellow one there the seahorse with the red dots. Is he moving counterclockwise? </w:t>
      </w:r>
    </w:p>
    <w:p w14:paraId="466136ED" w14:textId="77777777" w:rsidR="00624AE9" w:rsidRDefault="00624AE9">
      <w:pPr>
        <w:spacing w:after="0"/>
      </w:pPr>
    </w:p>
    <w:p w14:paraId="1A84FF89" w14:textId="77777777" w:rsidR="00624AE9" w:rsidRDefault="00C13212">
      <w:pPr>
        <w:spacing w:after="0"/>
      </w:pPr>
      <w:r>
        <w:rPr>
          <w:rFonts w:ascii="Arial" w:hAnsi="Arial"/>
          <w:b/>
        </w:rPr>
        <w:t xml:space="preserve">Participant #11:  </w:t>
      </w:r>
      <w:r>
        <w:rPr>
          <w:rFonts w:ascii="Arial" w:hAnsi="Arial"/>
          <w:color w:val="5D7284"/>
        </w:rPr>
        <w:t>48:48</w:t>
      </w:r>
    </w:p>
    <w:p w14:paraId="7B4BF1A6" w14:textId="77777777" w:rsidR="00624AE9" w:rsidRDefault="00C13212">
      <w:pPr>
        <w:spacing w:after="0"/>
      </w:pPr>
      <w:r>
        <w:rPr>
          <w:rFonts w:ascii="Arial" w:hAnsi="Arial"/>
        </w:rPr>
        <w:t xml:space="preserve">Oh, he's not moving at all. </w:t>
      </w:r>
    </w:p>
    <w:p w14:paraId="2B826711" w14:textId="77777777" w:rsidR="00624AE9" w:rsidRDefault="00624AE9">
      <w:pPr>
        <w:spacing w:after="0"/>
      </w:pPr>
    </w:p>
    <w:p w14:paraId="44B8B118" w14:textId="77777777" w:rsidR="00624AE9" w:rsidRDefault="00C13212">
      <w:pPr>
        <w:spacing w:after="0"/>
      </w:pPr>
      <w:r>
        <w:rPr>
          <w:rFonts w:ascii="Arial" w:hAnsi="Arial"/>
          <w:b/>
        </w:rPr>
        <w:t xml:space="preserve">Interviewer P:  </w:t>
      </w:r>
      <w:r>
        <w:rPr>
          <w:rFonts w:ascii="Arial" w:hAnsi="Arial"/>
          <w:color w:val="5D7284"/>
        </w:rPr>
        <w:t>48:50</w:t>
      </w:r>
    </w:p>
    <w:p w14:paraId="7C6ECF37" w14:textId="77777777" w:rsidR="00624AE9" w:rsidRDefault="00C13212">
      <w:pPr>
        <w:spacing w:after="0"/>
      </w:pPr>
      <w:r>
        <w:rPr>
          <w:rFonts w:ascii="Arial" w:hAnsi="Arial"/>
        </w:rPr>
        <w:t>Okay. Yeah, which one is moving?</w:t>
      </w:r>
    </w:p>
    <w:p w14:paraId="42106798" w14:textId="77777777" w:rsidR="00624AE9" w:rsidRDefault="00624AE9">
      <w:pPr>
        <w:spacing w:after="0"/>
      </w:pPr>
    </w:p>
    <w:p w14:paraId="0A62FA61" w14:textId="77777777" w:rsidR="00624AE9" w:rsidRDefault="00C13212">
      <w:pPr>
        <w:spacing w:after="0"/>
      </w:pPr>
      <w:r>
        <w:rPr>
          <w:rFonts w:ascii="Arial" w:hAnsi="Arial"/>
          <w:b/>
        </w:rPr>
        <w:t xml:space="preserve">Participant #11:  </w:t>
      </w:r>
      <w:r>
        <w:rPr>
          <w:rFonts w:ascii="Arial" w:hAnsi="Arial"/>
          <w:color w:val="5D7284"/>
        </w:rPr>
        <w:t>48:55</w:t>
      </w:r>
    </w:p>
    <w:p w14:paraId="122C0BA5" w14:textId="77777777" w:rsidR="00624AE9" w:rsidRDefault="00C13212">
      <w:pPr>
        <w:spacing w:after="0"/>
      </w:pPr>
      <w:r>
        <w:rPr>
          <w:rFonts w:ascii="Arial" w:hAnsi="Arial"/>
        </w:rPr>
        <w:t xml:space="preserve">The, like, puffer fish. </w:t>
      </w:r>
    </w:p>
    <w:p w14:paraId="3EC77974" w14:textId="77777777" w:rsidR="00624AE9" w:rsidRDefault="00624AE9">
      <w:pPr>
        <w:spacing w:after="0"/>
      </w:pPr>
    </w:p>
    <w:p w14:paraId="058B400B" w14:textId="77777777" w:rsidR="00624AE9" w:rsidRDefault="00C13212">
      <w:pPr>
        <w:spacing w:after="0"/>
      </w:pPr>
      <w:r>
        <w:rPr>
          <w:rFonts w:ascii="Arial" w:hAnsi="Arial"/>
          <w:b/>
        </w:rPr>
        <w:t xml:space="preserve">Interviewer P:  </w:t>
      </w:r>
      <w:r>
        <w:rPr>
          <w:rFonts w:ascii="Arial" w:hAnsi="Arial"/>
          <w:color w:val="5D7284"/>
        </w:rPr>
        <w:t>48:56</w:t>
      </w:r>
    </w:p>
    <w:p w14:paraId="4A24A4DC" w14:textId="77777777" w:rsidR="00624AE9" w:rsidRDefault="00C13212">
      <w:pPr>
        <w:spacing w:after="0"/>
      </w:pPr>
      <w:r>
        <w:rPr>
          <w:rFonts w:ascii="Arial" w:hAnsi="Arial"/>
        </w:rPr>
        <w:t xml:space="preserve">The purple pepper puffer fish. </w:t>
      </w:r>
    </w:p>
    <w:p w14:paraId="7AD574F8" w14:textId="77777777" w:rsidR="00624AE9" w:rsidRDefault="00624AE9">
      <w:pPr>
        <w:spacing w:after="0"/>
      </w:pPr>
    </w:p>
    <w:p w14:paraId="69F54142" w14:textId="77777777" w:rsidR="00624AE9" w:rsidRDefault="00C13212">
      <w:pPr>
        <w:spacing w:after="0"/>
      </w:pPr>
      <w:r>
        <w:rPr>
          <w:rFonts w:ascii="Arial" w:hAnsi="Arial"/>
          <w:b/>
        </w:rPr>
        <w:t xml:space="preserve">Participant #11:  </w:t>
      </w:r>
      <w:r>
        <w:rPr>
          <w:rFonts w:ascii="Arial" w:hAnsi="Arial"/>
          <w:color w:val="5D7284"/>
        </w:rPr>
        <w:t>48:58</w:t>
      </w:r>
    </w:p>
    <w:p w14:paraId="00D561DD" w14:textId="77777777" w:rsidR="00624AE9" w:rsidRDefault="00C13212">
      <w:pPr>
        <w:spacing w:after="0"/>
      </w:pPr>
      <w:r>
        <w:rPr>
          <w:rFonts w:ascii="Arial" w:hAnsi="Arial"/>
        </w:rPr>
        <w:t>Yeah, the. This one seems to be the orange one. The ones that are like circular, but the ones that are flat, don't seem to be doing anything.</w:t>
      </w:r>
    </w:p>
    <w:p w14:paraId="15180972" w14:textId="77777777" w:rsidR="00624AE9" w:rsidRDefault="00624AE9">
      <w:pPr>
        <w:spacing w:after="0"/>
      </w:pPr>
    </w:p>
    <w:p w14:paraId="562F09B2" w14:textId="77777777" w:rsidR="00624AE9" w:rsidRDefault="00C13212">
      <w:pPr>
        <w:spacing w:after="0"/>
      </w:pPr>
      <w:r>
        <w:rPr>
          <w:rFonts w:ascii="Arial" w:hAnsi="Arial"/>
          <w:b/>
        </w:rPr>
        <w:lastRenderedPageBreak/>
        <w:t xml:space="preserve">Interviewer P:  </w:t>
      </w:r>
      <w:r>
        <w:rPr>
          <w:rFonts w:ascii="Arial" w:hAnsi="Arial"/>
          <w:color w:val="5D7284"/>
        </w:rPr>
        <w:t>49:12</w:t>
      </w:r>
    </w:p>
    <w:p w14:paraId="6593C83E" w14:textId="77777777" w:rsidR="00624AE9" w:rsidRDefault="00C13212">
      <w:pPr>
        <w:spacing w:after="0"/>
      </w:pPr>
      <w:r>
        <w:rPr>
          <w:rFonts w:ascii="Arial" w:hAnsi="Arial"/>
        </w:rPr>
        <w:t>Okay, so how are the ones that are circular moving?</w:t>
      </w:r>
    </w:p>
    <w:p w14:paraId="7175DB32" w14:textId="77777777" w:rsidR="00624AE9" w:rsidRDefault="00624AE9">
      <w:pPr>
        <w:spacing w:after="0"/>
      </w:pPr>
    </w:p>
    <w:p w14:paraId="516703DA" w14:textId="77777777" w:rsidR="00624AE9" w:rsidRDefault="00C13212">
      <w:pPr>
        <w:spacing w:after="0"/>
      </w:pPr>
      <w:r>
        <w:rPr>
          <w:rFonts w:ascii="Arial" w:hAnsi="Arial"/>
          <w:b/>
        </w:rPr>
        <w:t xml:space="preserve">Participant #11:  </w:t>
      </w:r>
      <w:r>
        <w:rPr>
          <w:rFonts w:ascii="Arial" w:hAnsi="Arial"/>
          <w:color w:val="5D7284"/>
        </w:rPr>
        <w:t>49:18</w:t>
      </w:r>
    </w:p>
    <w:p w14:paraId="780B913E" w14:textId="77777777" w:rsidR="00624AE9" w:rsidRDefault="00C13212">
      <w:pPr>
        <w:spacing w:after="0"/>
      </w:pPr>
      <w:r>
        <w:rPr>
          <w:rFonts w:ascii="Arial" w:hAnsi="Arial"/>
        </w:rPr>
        <w:t xml:space="preserve">Counterclockwise. </w:t>
      </w:r>
    </w:p>
    <w:p w14:paraId="6ECFE990" w14:textId="77777777" w:rsidR="00624AE9" w:rsidRDefault="00624AE9">
      <w:pPr>
        <w:spacing w:after="0"/>
      </w:pPr>
    </w:p>
    <w:p w14:paraId="394024AF" w14:textId="77777777" w:rsidR="00624AE9" w:rsidRDefault="00C13212">
      <w:pPr>
        <w:spacing w:after="0"/>
      </w:pPr>
      <w:r>
        <w:rPr>
          <w:rFonts w:ascii="Arial" w:hAnsi="Arial"/>
          <w:b/>
        </w:rPr>
        <w:t xml:space="preserve">Interviewer P:  </w:t>
      </w:r>
      <w:r>
        <w:rPr>
          <w:rFonts w:ascii="Arial" w:hAnsi="Arial"/>
          <w:color w:val="5D7284"/>
        </w:rPr>
        <w:t>49:20</w:t>
      </w:r>
    </w:p>
    <w:p w14:paraId="6CCC32A6" w14:textId="77777777" w:rsidR="00624AE9" w:rsidRDefault="00C13212">
      <w:pPr>
        <w:spacing w:after="0"/>
      </w:pPr>
      <w:r>
        <w:rPr>
          <w:rFonts w:ascii="Arial" w:hAnsi="Arial"/>
        </w:rPr>
        <w:t>Okay, can you show me which ones that are or describe which one's?</w:t>
      </w:r>
    </w:p>
    <w:p w14:paraId="70C00BC7" w14:textId="77777777" w:rsidR="00624AE9" w:rsidRDefault="00624AE9">
      <w:pPr>
        <w:spacing w:after="0"/>
      </w:pPr>
    </w:p>
    <w:p w14:paraId="1290CCB4" w14:textId="77777777" w:rsidR="00624AE9" w:rsidRDefault="00C13212">
      <w:pPr>
        <w:spacing w:after="0"/>
      </w:pPr>
      <w:r>
        <w:rPr>
          <w:rFonts w:ascii="Arial" w:hAnsi="Arial"/>
          <w:b/>
        </w:rPr>
        <w:t xml:space="preserve">Participant #11:  </w:t>
      </w:r>
      <w:r>
        <w:rPr>
          <w:rFonts w:ascii="Arial" w:hAnsi="Arial"/>
          <w:color w:val="5D7284"/>
        </w:rPr>
        <w:t>49:25</w:t>
      </w:r>
    </w:p>
    <w:p w14:paraId="5809CF29" w14:textId="22E067D9" w:rsidR="00624AE9" w:rsidRDefault="00B208B0">
      <w:pPr>
        <w:spacing w:after="0"/>
      </w:pPr>
      <w:r>
        <w:rPr>
          <w:rFonts w:ascii="Arial" w:hAnsi="Arial"/>
        </w:rPr>
        <w:t>Yeah, this one going that way.</w:t>
      </w:r>
    </w:p>
    <w:p w14:paraId="0B5D3376" w14:textId="77777777" w:rsidR="00624AE9" w:rsidRDefault="00624AE9">
      <w:pPr>
        <w:spacing w:after="0"/>
      </w:pPr>
    </w:p>
    <w:p w14:paraId="118BE7FF" w14:textId="77777777" w:rsidR="00624AE9" w:rsidRDefault="00C13212">
      <w:pPr>
        <w:spacing w:after="0"/>
      </w:pPr>
      <w:r>
        <w:rPr>
          <w:rFonts w:ascii="Arial" w:hAnsi="Arial"/>
          <w:b/>
        </w:rPr>
        <w:t xml:space="preserve">Interviewer P:  </w:t>
      </w:r>
      <w:r>
        <w:rPr>
          <w:rFonts w:ascii="Arial" w:hAnsi="Arial"/>
          <w:color w:val="5D7284"/>
        </w:rPr>
        <w:t>49:27</w:t>
      </w:r>
    </w:p>
    <w:p w14:paraId="3F4FE8F8" w14:textId="77777777" w:rsidR="00624AE9" w:rsidRDefault="00C13212">
      <w:pPr>
        <w:spacing w:after="0"/>
      </w:pPr>
      <w:r>
        <w:rPr>
          <w:rFonts w:ascii="Arial" w:hAnsi="Arial"/>
        </w:rPr>
        <w:t>The orange pufferfish?</w:t>
      </w:r>
    </w:p>
    <w:p w14:paraId="77A948EF" w14:textId="77777777" w:rsidR="00624AE9" w:rsidRDefault="00624AE9">
      <w:pPr>
        <w:spacing w:after="0"/>
      </w:pPr>
    </w:p>
    <w:p w14:paraId="345FE6AC" w14:textId="77777777" w:rsidR="00624AE9" w:rsidRDefault="00C13212">
      <w:pPr>
        <w:spacing w:after="0"/>
      </w:pPr>
      <w:r>
        <w:rPr>
          <w:rFonts w:ascii="Arial" w:hAnsi="Arial"/>
          <w:b/>
        </w:rPr>
        <w:t xml:space="preserve">Participant #11:  </w:t>
      </w:r>
      <w:r>
        <w:rPr>
          <w:rFonts w:ascii="Arial" w:hAnsi="Arial"/>
          <w:color w:val="5D7284"/>
        </w:rPr>
        <w:t>49:29</w:t>
      </w:r>
    </w:p>
    <w:p w14:paraId="5E2112E6" w14:textId="77777777" w:rsidR="00624AE9" w:rsidRDefault="00C13212">
      <w:pPr>
        <w:spacing w:after="0"/>
      </w:pPr>
      <w:r>
        <w:rPr>
          <w:rFonts w:ascii="Arial" w:hAnsi="Arial"/>
        </w:rPr>
        <w:t xml:space="preserve">That's like the main one that seems to be moving. Like going closer to the edge. Then again, it stays the same distance from the pole. So now I feel like it just seems like he's moving. </w:t>
      </w:r>
    </w:p>
    <w:p w14:paraId="35DEE729" w14:textId="77777777" w:rsidR="00624AE9" w:rsidRDefault="00624AE9">
      <w:pPr>
        <w:spacing w:after="0"/>
      </w:pPr>
    </w:p>
    <w:p w14:paraId="4356CF0F" w14:textId="77777777" w:rsidR="00624AE9" w:rsidRDefault="00C13212">
      <w:pPr>
        <w:spacing w:after="0"/>
      </w:pPr>
      <w:r>
        <w:rPr>
          <w:rFonts w:ascii="Arial" w:hAnsi="Arial"/>
          <w:b/>
        </w:rPr>
        <w:t xml:space="preserve">Interviewer P:  </w:t>
      </w:r>
      <w:r>
        <w:rPr>
          <w:rFonts w:ascii="Arial" w:hAnsi="Arial"/>
          <w:color w:val="5D7284"/>
        </w:rPr>
        <w:t>49:45</w:t>
      </w:r>
    </w:p>
    <w:p w14:paraId="74525101" w14:textId="77777777" w:rsidR="00624AE9" w:rsidRDefault="00C13212">
      <w:pPr>
        <w:spacing w:after="0"/>
      </w:pPr>
      <w:r>
        <w:rPr>
          <w:rFonts w:ascii="Arial" w:hAnsi="Arial"/>
        </w:rPr>
        <w:t>Okay, so let's take for example, that blue one right there. Is that blue one moving?</w:t>
      </w:r>
    </w:p>
    <w:p w14:paraId="14FA9C69" w14:textId="77777777" w:rsidR="00624AE9" w:rsidRDefault="00624AE9">
      <w:pPr>
        <w:spacing w:after="0"/>
      </w:pPr>
    </w:p>
    <w:p w14:paraId="6D4F2429" w14:textId="77777777" w:rsidR="00624AE9" w:rsidRDefault="00C13212">
      <w:pPr>
        <w:spacing w:after="0"/>
      </w:pPr>
      <w:r>
        <w:rPr>
          <w:rFonts w:ascii="Arial" w:hAnsi="Arial"/>
          <w:b/>
        </w:rPr>
        <w:t xml:space="preserve">Participant #11:  </w:t>
      </w:r>
      <w:r>
        <w:rPr>
          <w:rFonts w:ascii="Arial" w:hAnsi="Arial"/>
          <w:color w:val="5D7284"/>
        </w:rPr>
        <w:t>49:51</w:t>
      </w:r>
    </w:p>
    <w:p w14:paraId="102B25B2" w14:textId="77777777" w:rsidR="00624AE9" w:rsidRDefault="00C13212">
      <w:pPr>
        <w:spacing w:after="0"/>
      </w:pPr>
      <w:r>
        <w:rPr>
          <w:rFonts w:ascii="Arial" w:hAnsi="Arial"/>
        </w:rPr>
        <w:t>No. Well, not in the water.</w:t>
      </w:r>
    </w:p>
    <w:p w14:paraId="6251C73F" w14:textId="77777777" w:rsidR="00624AE9" w:rsidRDefault="00624AE9">
      <w:pPr>
        <w:spacing w:after="0"/>
      </w:pPr>
    </w:p>
    <w:p w14:paraId="7655B4D1" w14:textId="77777777" w:rsidR="00624AE9" w:rsidRDefault="00C13212">
      <w:pPr>
        <w:spacing w:after="0"/>
      </w:pPr>
      <w:r>
        <w:rPr>
          <w:rFonts w:ascii="Arial" w:hAnsi="Arial"/>
          <w:b/>
        </w:rPr>
        <w:t xml:space="preserve">Interviewer P:  </w:t>
      </w:r>
      <w:r>
        <w:rPr>
          <w:rFonts w:ascii="Arial" w:hAnsi="Arial"/>
          <w:color w:val="5D7284"/>
        </w:rPr>
        <w:t>49:56</w:t>
      </w:r>
    </w:p>
    <w:p w14:paraId="5106BC92" w14:textId="77777777" w:rsidR="00624AE9" w:rsidRDefault="00C13212">
      <w:pPr>
        <w:spacing w:after="0"/>
      </w:pPr>
      <w:r>
        <w:rPr>
          <w:rFonts w:ascii="Arial" w:hAnsi="Arial"/>
        </w:rPr>
        <w:t xml:space="preserve">Okay, that's what I'm trying to distinguish because I'm </w:t>
      </w:r>
      <w:r>
        <w:rPr>
          <w:rFonts w:ascii="Arial" w:hAnsi="Arial"/>
        </w:rPr>
        <w:t>standing here and watching him go around in a circle.</w:t>
      </w:r>
    </w:p>
    <w:p w14:paraId="0A7D169E" w14:textId="77777777" w:rsidR="00624AE9" w:rsidRDefault="00624AE9">
      <w:pPr>
        <w:spacing w:after="0"/>
      </w:pPr>
    </w:p>
    <w:p w14:paraId="7BD95C40" w14:textId="77777777" w:rsidR="00624AE9" w:rsidRDefault="00C13212">
      <w:pPr>
        <w:spacing w:after="0"/>
      </w:pPr>
      <w:r>
        <w:rPr>
          <w:rFonts w:ascii="Arial" w:hAnsi="Arial"/>
          <w:b/>
        </w:rPr>
        <w:t xml:space="preserve">Participant #11:  </w:t>
      </w:r>
      <w:r>
        <w:rPr>
          <w:rFonts w:ascii="Arial" w:hAnsi="Arial"/>
          <w:color w:val="5D7284"/>
        </w:rPr>
        <w:t>50:00</w:t>
      </w:r>
    </w:p>
    <w:p w14:paraId="5CB4ED92" w14:textId="57EB1FAA" w:rsidR="00624AE9" w:rsidRDefault="00C13212">
      <w:pPr>
        <w:spacing w:after="0"/>
      </w:pPr>
      <w:r>
        <w:rPr>
          <w:rFonts w:ascii="Arial" w:hAnsi="Arial"/>
        </w:rPr>
        <w:t xml:space="preserve">Yeah. Okay, moving with the table or with the platform as it's moving, but inside the water, it's not. </w:t>
      </w:r>
      <w:r w:rsidR="00B208B0">
        <w:rPr>
          <w:rFonts w:ascii="Arial" w:hAnsi="Arial"/>
        </w:rPr>
        <w:t>He...</w:t>
      </w:r>
      <w:r>
        <w:rPr>
          <w:rFonts w:ascii="Arial" w:hAnsi="Arial"/>
        </w:rPr>
        <w:t xml:space="preserve"> </w:t>
      </w:r>
      <w:r w:rsidR="00B208B0">
        <w:rPr>
          <w:rFonts w:ascii="Arial" w:hAnsi="Arial"/>
        </w:rPr>
        <w:t>She...</w:t>
      </w:r>
      <w:r>
        <w:rPr>
          <w:rFonts w:ascii="Arial" w:hAnsi="Arial"/>
        </w:rPr>
        <w:t xml:space="preserve"> It's not moving.</w:t>
      </w:r>
    </w:p>
    <w:p w14:paraId="240AF0A7" w14:textId="77777777" w:rsidR="00624AE9" w:rsidRDefault="00624AE9">
      <w:pPr>
        <w:spacing w:after="0"/>
      </w:pPr>
    </w:p>
    <w:p w14:paraId="52BEFEC0" w14:textId="77777777" w:rsidR="00624AE9" w:rsidRDefault="00C13212">
      <w:pPr>
        <w:spacing w:after="0"/>
      </w:pPr>
      <w:r>
        <w:rPr>
          <w:rFonts w:ascii="Arial" w:hAnsi="Arial"/>
          <w:b/>
        </w:rPr>
        <w:t xml:space="preserve">Interviewer P:  </w:t>
      </w:r>
      <w:r>
        <w:rPr>
          <w:rFonts w:ascii="Arial" w:hAnsi="Arial"/>
          <w:color w:val="5D7284"/>
        </w:rPr>
        <w:t>50:11</w:t>
      </w:r>
    </w:p>
    <w:p w14:paraId="043FDB8D" w14:textId="77777777" w:rsidR="00624AE9" w:rsidRDefault="00C13212">
      <w:pPr>
        <w:spacing w:after="0"/>
      </w:pPr>
      <w:r>
        <w:rPr>
          <w:rFonts w:ascii="Arial" w:hAnsi="Arial"/>
        </w:rPr>
        <w:t xml:space="preserve">Okay, so the fish on the top now what are they doing? </w:t>
      </w:r>
    </w:p>
    <w:p w14:paraId="20D674DC" w14:textId="77777777" w:rsidR="00624AE9" w:rsidRDefault="00624AE9">
      <w:pPr>
        <w:spacing w:after="0"/>
      </w:pPr>
    </w:p>
    <w:p w14:paraId="5E4DDE15" w14:textId="77777777" w:rsidR="00624AE9" w:rsidRDefault="00C13212">
      <w:pPr>
        <w:spacing w:after="0"/>
      </w:pPr>
      <w:r>
        <w:rPr>
          <w:rFonts w:ascii="Arial" w:hAnsi="Arial"/>
          <w:b/>
        </w:rPr>
        <w:t xml:space="preserve">Participant #11:  </w:t>
      </w:r>
      <w:r>
        <w:rPr>
          <w:rFonts w:ascii="Arial" w:hAnsi="Arial"/>
          <w:color w:val="5D7284"/>
        </w:rPr>
        <w:t>50:15</w:t>
      </w:r>
    </w:p>
    <w:p w14:paraId="6C4DB460" w14:textId="77777777" w:rsidR="00624AE9" w:rsidRDefault="00C13212">
      <w:pPr>
        <w:spacing w:after="0"/>
      </w:pPr>
      <w:r>
        <w:rPr>
          <w:rFonts w:ascii="Arial" w:hAnsi="Arial"/>
        </w:rPr>
        <w:t>They're kind of all going towards the center. Like some of them started on the edge. And now they've slowly been like being pulled center, almost like in clumps.</w:t>
      </w:r>
    </w:p>
    <w:p w14:paraId="7C0DC487" w14:textId="77777777" w:rsidR="00624AE9" w:rsidRDefault="00624AE9">
      <w:pPr>
        <w:spacing w:after="0"/>
      </w:pPr>
    </w:p>
    <w:p w14:paraId="37396069" w14:textId="77777777" w:rsidR="00624AE9" w:rsidRDefault="00C13212">
      <w:pPr>
        <w:spacing w:after="0"/>
      </w:pPr>
      <w:r>
        <w:rPr>
          <w:rFonts w:ascii="Arial" w:hAnsi="Arial"/>
          <w:b/>
        </w:rPr>
        <w:t xml:space="preserve">Interviewer P:  </w:t>
      </w:r>
      <w:r>
        <w:rPr>
          <w:rFonts w:ascii="Arial" w:hAnsi="Arial"/>
          <w:color w:val="5D7284"/>
        </w:rPr>
        <w:t>50:27</w:t>
      </w:r>
    </w:p>
    <w:p w14:paraId="2F346F3E" w14:textId="77777777" w:rsidR="00624AE9" w:rsidRDefault="00C13212">
      <w:pPr>
        <w:spacing w:after="0"/>
      </w:pPr>
      <w:r>
        <w:rPr>
          <w:rFonts w:ascii="Arial" w:hAnsi="Arial"/>
        </w:rPr>
        <w:t>And are they rotating?</w:t>
      </w:r>
    </w:p>
    <w:p w14:paraId="099C61DD" w14:textId="77777777" w:rsidR="00624AE9" w:rsidRDefault="00624AE9">
      <w:pPr>
        <w:spacing w:after="0"/>
      </w:pPr>
    </w:p>
    <w:p w14:paraId="4F630193" w14:textId="77777777" w:rsidR="00624AE9" w:rsidRDefault="00C13212">
      <w:pPr>
        <w:spacing w:after="0"/>
      </w:pPr>
      <w:r>
        <w:rPr>
          <w:rFonts w:ascii="Arial" w:hAnsi="Arial"/>
          <w:b/>
        </w:rPr>
        <w:t xml:space="preserve">Participant #11:  </w:t>
      </w:r>
      <w:r>
        <w:rPr>
          <w:rFonts w:ascii="Arial" w:hAnsi="Arial"/>
          <w:color w:val="5D7284"/>
        </w:rPr>
        <w:t>50:37</w:t>
      </w:r>
    </w:p>
    <w:p w14:paraId="24403746" w14:textId="77777777" w:rsidR="00624AE9" w:rsidRDefault="00C13212">
      <w:pPr>
        <w:spacing w:after="0"/>
      </w:pPr>
      <w:r>
        <w:rPr>
          <w:rFonts w:ascii="Arial" w:hAnsi="Arial"/>
        </w:rPr>
        <w:lastRenderedPageBreak/>
        <w:t xml:space="preserve">They're kind of just they're rotating with the water, but like, individually, they don't seem to be moving. Very drastically. </w:t>
      </w:r>
    </w:p>
    <w:p w14:paraId="4E954E39" w14:textId="77777777" w:rsidR="00624AE9" w:rsidRDefault="00624AE9">
      <w:pPr>
        <w:spacing w:after="0"/>
      </w:pPr>
    </w:p>
    <w:p w14:paraId="50E6B9B9" w14:textId="77777777" w:rsidR="00624AE9" w:rsidRDefault="00C13212">
      <w:pPr>
        <w:spacing w:after="0"/>
      </w:pPr>
      <w:r>
        <w:rPr>
          <w:rFonts w:ascii="Arial" w:hAnsi="Arial"/>
          <w:b/>
        </w:rPr>
        <w:t xml:space="preserve">Interviewer P:  </w:t>
      </w:r>
      <w:r>
        <w:rPr>
          <w:rFonts w:ascii="Arial" w:hAnsi="Arial"/>
          <w:color w:val="5D7284"/>
        </w:rPr>
        <w:t>50:47</w:t>
      </w:r>
    </w:p>
    <w:p w14:paraId="3E6FBFF4" w14:textId="56124FC2" w:rsidR="00624AE9" w:rsidRDefault="00C13212">
      <w:pPr>
        <w:spacing w:after="0"/>
      </w:pPr>
      <w:r>
        <w:rPr>
          <w:rFonts w:ascii="Arial" w:hAnsi="Arial"/>
        </w:rPr>
        <w:t xml:space="preserve">Okay, so they're moving with the water but not in with the tank. Okay. And </w:t>
      </w:r>
      <w:r w:rsidR="00B208B0">
        <w:rPr>
          <w:rFonts w:ascii="Arial" w:hAnsi="Arial"/>
        </w:rPr>
        <w:t>so,</w:t>
      </w:r>
      <w:r>
        <w:rPr>
          <w:rFonts w:ascii="Arial" w:hAnsi="Arial"/>
        </w:rPr>
        <w:t xml:space="preserve"> what is that? Can you describe that movement?</w:t>
      </w:r>
    </w:p>
    <w:p w14:paraId="6023D3FF" w14:textId="77777777" w:rsidR="00624AE9" w:rsidRDefault="00624AE9">
      <w:pPr>
        <w:spacing w:after="0"/>
      </w:pPr>
    </w:p>
    <w:p w14:paraId="5988CE1A" w14:textId="77777777" w:rsidR="00624AE9" w:rsidRDefault="00C13212">
      <w:pPr>
        <w:spacing w:after="0"/>
      </w:pPr>
      <w:r>
        <w:rPr>
          <w:rFonts w:ascii="Arial" w:hAnsi="Arial"/>
          <w:b/>
        </w:rPr>
        <w:t xml:space="preserve">Participant #11:  </w:t>
      </w:r>
      <w:r>
        <w:rPr>
          <w:rFonts w:ascii="Arial" w:hAnsi="Arial"/>
          <w:color w:val="5D7284"/>
        </w:rPr>
        <w:t>51:00</w:t>
      </w:r>
    </w:p>
    <w:p w14:paraId="7057ADEF" w14:textId="77777777" w:rsidR="00624AE9" w:rsidRDefault="00C13212">
      <w:pPr>
        <w:spacing w:after="0"/>
      </w:pPr>
      <w:r>
        <w:rPr>
          <w:rFonts w:ascii="Arial" w:hAnsi="Arial"/>
        </w:rPr>
        <w:t xml:space="preserve">I don't quite understand. </w:t>
      </w:r>
    </w:p>
    <w:p w14:paraId="6EB898A4" w14:textId="77777777" w:rsidR="00624AE9" w:rsidRDefault="00624AE9">
      <w:pPr>
        <w:spacing w:after="0"/>
      </w:pPr>
    </w:p>
    <w:p w14:paraId="3AC4BE4B" w14:textId="77777777" w:rsidR="00624AE9" w:rsidRDefault="00C13212">
      <w:pPr>
        <w:spacing w:after="0"/>
      </w:pPr>
      <w:r>
        <w:rPr>
          <w:rFonts w:ascii="Arial" w:hAnsi="Arial"/>
          <w:b/>
        </w:rPr>
        <w:t xml:space="preserve">Interviewer P:  </w:t>
      </w:r>
      <w:r>
        <w:rPr>
          <w:rFonts w:ascii="Arial" w:hAnsi="Arial"/>
          <w:color w:val="5D7284"/>
        </w:rPr>
        <w:t>51:01</w:t>
      </w:r>
    </w:p>
    <w:p w14:paraId="28C520AF" w14:textId="31E129F8" w:rsidR="00624AE9" w:rsidRDefault="00B208B0">
      <w:pPr>
        <w:spacing w:after="0"/>
      </w:pPr>
      <w:r>
        <w:rPr>
          <w:rFonts w:ascii="Arial" w:hAnsi="Arial"/>
        </w:rPr>
        <w:t xml:space="preserve">So, are they moving clockwise? counterclockwise, in out bobbing up and down? </w:t>
      </w:r>
    </w:p>
    <w:p w14:paraId="2D83A075" w14:textId="77777777" w:rsidR="00624AE9" w:rsidRDefault="00624AE9">
      <w:pPr>
        <w:spacing w:after="0"/>
      </w:pPr>
    </w:p>
    <w:p w14:paraId="2DAF7BE7" w14:textId="77777777" w:rsidR="00624AE9" w:rsidRDefault="00C13212">
      <w:pPr>
        <w:spacing w:after="0"/>
      </w:pPr>
      <w:r>
        <w:rPr>
          <w:rFonts w:ascii="Arial" w:hAnsi="Arial"/>
          <w:b/>
        </w:rPr>
        <w:t xml:space="preserve">Participant #11:  </w:t>
      </w:r>
      <w:r>
        <w:rPr>
          <w:rFonts w:ascii="Arial" w:hAnsi="Arial"/>
          <w:color w:val="5D7284"/>
        </w:rPr>
        <w:t>51:08</w:t>
      </w:r>
    </w:p>
    <w:p w14:paraId="403106C3" w14:textId="77777777" w:rsidR="00624AE9" w:rsidRDefault="00C13212">
      <w:pPr>
        <w:spacing w:after="0"/>
      </w:pPr>
      <w:r>
        <w:rPr>
          <w:rFonts w:ascii="Arial" w:hAnsi="Arial"/>
        </w:rPr>
        <w:t xml:space="preserve">Well, it seems like they've been moving more inwards. Like, I don't remember them being all clumped together. In the beginning, I was watching the bottom ones. And I wasn't really watching the top one. </w:t>
      </w:r>
    </w:p>
    <w:p w14:paraId="33DD495F" w14:textId="77777777" w:rsidR="00624AE9" w:rsidRDefault="00624AE9">
      <w:pPr>
        <w:spacing w:after="0"/>
      </w:pPr>
    </w:p>
    <w:p w14:paraId="4B5495E1" w14:textId="77777777" w:rsidR="00624AE9" w:rsidRDefault="00C13212">
      <w:pPr>
        <w:spacing w:after="0"/>
      </w:pPr>
      <w:r>
        <w:rPr>
          <w:rFonts w:ascii="Arial" w:hAnsi="Arial"/>
          <w:b/>
        </w:rPr>
        <w:t xml:space="preserve">Interviewer P:  </w:t>
      </w:r>
      <w:r>
        <w:rPr>
          <w:rFonts w:ascii="Arial" w:hAnsi="Arial"/>
          <w:color w:val="5D7284"/>
        </w:rPr>
        <w:t>51:20</w:t>
      </w:r>
    </w:p>
    <w:p w14:paraId="0706C6D0" w14:textId="77777777" w:rsidR="00624AE9" w:rsidRDefault="00C13212">
      <w:pPr>
        <w:spacing w:after="0"/>
      </w:pPr>
      <w:r>
        <w:rPr>
          <w:rFonts w:ascii="Arial" w:hAnsi="Arial"/>
        </w:rPr>
        <w:t>Yeah.</w:t>
      </w:r>
    </w:p>
    <w:p w14:paraId="2A05C685" w14:textId="77777777" w:rsidR="00624AE9" w:rsidRDefault="00624AE9">
      <w:pPr>
        <w:spacing w:after="0"/>
      </w:pPr>
    </w:p>
    <w:p w14:paraId="3A9DB58F" w14:textId="77777777" w:rsidR="00624AE9" w:rsidRDefault="00C13212">
      <w:pPr>
        <w:spacing w:after="0"/>
      </w:pPr>
      <w:r>
        <w:rPr>
          <w:rFonts w:ascii="Arial" w:hAnsi="Arial"/>
          <w:b/>
        </w:rPr>
        <w:t xml:space="preserve">Participant #11:  </w:t>
      </w:r>
      <w:r>
        <w:rPr>
          <w:rFonts w:ascii="Arial" w:hAnsi="Arial"/>
          <w:color w:val="5D7284"/>
        </w:rPr>
        <w:t>51:20</w:t>
      </w:r>
    </w:p>
    <w:p w14:paraId="4F4AEF3D" w14:textId="1F87389A" w:rsidR="00624AE9" w:rsidRDefault="00C13212">
      <w:pPr>
        <w:spacing w:after="0"/>
      </w:pPr>
      <w:r>
        <w:rPr>
          <w:rFonts w:ascii="Arial" w:hAnsi="Arial"/>
        </w:rPr>
        <w:t xml:space="preserve">I don't seem to remember them being pumped together. </w:t>
      </w:r>
      <w:r w:rsidR="00B208B0">
        <w:rPr>
          <w:rFonts w:ascii="Arial" w:hAnsi="Arial"/>
        </w:rPr>
        <w:t>So,</w:t>
      </w:r>
      <w:r>
        <w:rPr>
          <w:rFonts w:ascii="Arial" w:hAnsi="Arial"/>
        </w:rPr>
        <w:t xml:space="preserve"> I feel like they have moved inward. But they also seem to be moving clockwise with the tank and with the platform. But the actual like individual fish isn't like spinning clockwise itself. It's just like in the water. That's also going clockwise.</w:t>
      </w:r>
    </w:p>
    <w:p w14:paraId="08C8CB29" w14:textId="77777777" w:rsidR="00624AE9" w:rsidRDefault="00624AE9">
      <w:pPr>
        <w:spacing w:after="0"/>
      </w:pPr>
    </w:p>
    <w:p w14:paraId="1A2688C3" w14:textId="77777777" w:rsidR="00624AE9" w:rsidRDefault="00C13212">
      <w:pPr>
        <w:spacing w:after="0"/>
      </w:pPr>
      <w:r>
        <w:rPr>
          <w:rFonts w:ascii="Arial" w:hAnsi="Arial"/>
          <w:b/>
        </w:rPr>
        <w:t xml:space="preserve">Interviewer P:  </w:t>
      </w:r>
      <w:r>
        <w:rPr>
          <w:rFonts w:ascii="Arial" w:hAnsi="Arial"/>
          <w:color w:val="5D7284"/>
        </w:rPr>
        <w:t>51:38</w:t>
      </w:r>
    </w:p>
    <w:p w14:paraId="53596267" w14:textId="77777777" w:rsidR="00624AE9" w:rsidRDefault="00C13212">
      <w:pPr>
        <w:spacing w:after="0"/>
      </w:pPr>
      <w:r>
        <w:rPr>
          <w:rFonts w:ascii="Arial" w:hAnsi="Arial"/>
        </w:rPr>
        <w:t>Like so for this one is it going clockwise?</w:t>
      </w:r>
    </w:p>
    <w:p w14:paraId="2720E0C9" w14:textId="77777777" w:rsidR="00624AE9" w:rsidRDefault="00624AE9">
      <w:pPr>
        <w:spacing w:after="0"/>
      </w:pPr>
    </w:p>
    <w:p w14:paraId="335C50EB" w14:textId="77777777" w:rsidR="00624AE9" w:rsidRDefault="00C13212">
      <w:pPr>
        <w:spacing w:after="0"/>
      </w:pPr>
      <w:r>
        <w:rPr>
          <w:rFonts w:ascii="Arial" w:hAnsi="Arial"/>
          <w:b/>
        </w:rPr>
        <w:t xml:space="preserve">Participant #11:  </w:t>
      </w:r>
      <w:r>
        <w:rPr>
          <w:rFonts w:ascii="Arial" w:hAnsi="Arial"/>
          <w:color w:val="5D7284"/>
        </w:rPr>
        <w:t>51:41</w:t>
      </w:r>
    </w:p>
    <w:p w14:paraId="77990F4D" w14:textId="77777777" w:rsidR="00624AE9" w:rsidRDefault="00C13212">
      <w:pPr>
        <w:spacing w:after="0"/>
      </w:pPr>
      <w:r>
        <w:rPr>
          <w:rFonts w:ascii="Arial" w:hAnsi="Arial"/>
        </w:rPr>
        <w:t xml:space="preserve">Yeah. But like the actual like that fish itself. isn't spinning inside the water clockwise, but like, like, the actual like, fish isn't moving. </w:t>
      </w:r>
    </w:p>
    <w:p w14:paraId="45ECE533" w14:textId="77777777" w:rsidR="00624AE9" w:rsidRDefault="00624AE9">
      <w:pPr>
        <w:spacing w:after="0"/>
      </w:pPr>
    </w:p>
    <w:p w14:paraId="2C21A27B" w14:textId="77777777" w:rsidR="00624AE9" w:rsidRDefault="00C13212">
      <w:pPr>
        <w:spacing w:after="0"/>
      </w:pPr>
      <w:r>
        <w:rPr>
          <w:rFonts w:ascii="Arial" w:hAnsi="Arial"/>
          <w:b/>
        </w:rPr>
        <w:t xml:space="preserve">Interviewer P:  </w:t>
      </w:r>
      <w:r>
        <w:rPr>
          <w:rFonts w:ascii="Arial" w:hAnsi="Arial"/>
          <w:color w:val="5D7284"/>
        </w:rPr>
        <w:t>51:53</w:t>
      </w:r>
    </w:p>
    <w:p w14:paraId="21631111" w14:textId="2C81C042" w:rsidR="00624AE9" w:rsidRDefault="00B208B0">
      <w:pPr>
        <w:spacing w:after="0"/>
      </w:pPr>
      <w:r>
        <w:rPr>
          <w:rFonts w:ascii="Arial" w:hAnsi="Arial"/>
        </w:rPr>
        <w:t xml:space="preserve">So, do you mean like this? </w:t>
      </w:r>
    </w:p>
    <w:p w14:paraId="70927E7B" w14:textId="77777777" w:rsidR="00624AE9" w:rsidRDefault="00624AE9">
      <w:pPr>
        <w:spacing w:after="0"/>
      </w:pPr>
    </w:p>
    <w:p w14:paraId="3F0B3590" w14:textId="77777777" w:rsidR="00624AE9" w:rsidRDefault="00C13212">
      <w:pPr>
        <w:spacing w:after="0"/>
      </w:pPr>
      <w:r>
        <w:rPr>
          <w:rFonts w:ascii="Arial" w:hAnsi="Arial"/>
          <w:b/>
        </w:rPr>
        <w:t xml:space="preserve">Participant #11:  </w:t>
      </w:r>
      <w:r>
        <w:rPr>
          <w:rFonts w:ascii="Arial" w:hAnsi="Arial"/>
          <w:color w:val="5D7284"/>
        </w:rPr>
        <w:t>51:54</w:t>
      </w:r>
    </w:p>
    <w:p w14:paraId="2C1298F9" w14:textId="77777777" w:rsidR="00624AE9" w:rsidRDefault="00C13212">
      <w:pPr>
        <w:spacing w:after="0"/>
      </w:pPr>
      <w:r>
        <w:rPr>
          <w:rFonts w:ascii="Arial" w:hAnsi="Arial"/>
        </w:rPr>
        <w:t xml:space="preserve">Yeah. </w:t>
      </w:r>
    </w:p>
    <w:p w14:paraId="6083631E" w14:textId="77777777" w:rsidR="00624AE9" w:rsidRDefault="00624AE9">
      <w:pPr>
        <w:spacing w:after="0"/>
      </w:pPr>
    </w:p>
    <w:p w14:paraId="2B7E6DDC" w14:textId="77777777" w:rsidR="00624AE9" w:rsidRDefault="00C13212">
      <w:pPr>
        <w:spacing w:after="0"/>
      </w:pPr>
      <w:r>
        <w:rPr>
          <w:rFonts w:ascii="Arial" w:hAnsi="Arial"/>
          <w:b/>
        </w:rPr>
        <w:t xml:space="preserve">Interviewer P:  </w:t>
      </w:r>
      <w:r>
        <w:rPr>
          <w:rFonts w:ascii="Arial" w:hAnsi="Arial"/>
          <w:color w:val="5D7284"/>
        </w:rPr>
        <w:t>51:54</w:t>
      </w:r>
    </w:p>
    <w:p w14:paraId="2C496358" w14:textId="77777777" w:rsidR="00624AE9" w:rsidRDefault="00C13212">
      <w:pPr>
        <w:spacing w:after="0"/>
      </w:pPr>
      <w:r>
        <w:rPr>
          <w:rFonts w:ascii="Arial" w:hAnsi="Arial"/>
        </w:rPr>
        <w:t>Okay.</w:t>
      </w:r>
    </w:p>
    <w:p w14:paraId="1674F951" w14:textId="77777777" w:rsidR="00624AE9" w:rsidRDefault="00624AE9">
      <w:pPr>
        <w:spacing w:after="0"/>
      </w:pPr>
    </w:p>
    <w:p w14:paraId="208D63CE" w14:textId="77777777" w:rsidR="00624AE9" w:rsidRDefault="00C13212">
      <w:pPr>
        <w:spacing w:after="0"/>
      </w:pPr>
      <w:r>
        <w:rPr>
          <w:rFonts w:ascii="Arial" w:hAnsi="Arial"/>
          <w:b/>
        </w:rPr>
        <w:t xml:space="preserve">Participant #11:  </w:t>
      </w:r>
      <w:r>
        <w:rPr>
          <w:rFonts w:ascii="Arial" w:hAnsi="Arial"/>
          <w:color w:val="5D7284"/>
        </w:rPr>
        <w:t>51:55</w:t>
      </w:r>
    </w:p>
    <w:p w14:paraId="6B3AA555" w14:textId="77777777" w:rsidR="00624AE9" w:rsidRDefault="00C13212">
      <w:pPr>
        <w:spacing w:after="0"/>
      </w:pPr>
      <w:r>
        <w:rPr>
          <w:rFonts w:ascii="Arial" w:hAnsi="Arial"/>
        </w:rPr>
        <w:t>Yeah. Well, yeah, I didn't know how to do. Yeah. In the water, in the water.</w:t>
      </w:r>
    </w:p>
    <w:p w14:paraId="43E5A35E" w14:textId="77777777" w:rsidR="00624AE9" w:rsidRDefault="00624AE9">
      <w:pPr>
        <w:spacing w:after="0"/>
      </w:pPr>
    </w:p>
    <w:p w14:paraId="5BB91FCB" w14:textId="77777777" w:rsidR="00624AE9" w:rsidRDefault="00C13212">
      <w:pPr>
        <w:spacing w:after="0"/>
      </w:pPr>
      <w:r>
        <w:rPr>
          <w:rFonts w:ascii="Arial" w:hAnsi="Arial"/>
          <w:b/>
        </w:rPr>
        <w:lastRenderedPageBreak/>
        <w:t xml:space="preserve">Interviewer P:  </w:t>
      </w:r>
      <w:r>
        <w:rPr>
          <w:rFonts w:ascii="Arial" w:hAnsi="Arial"/>
          <w:color w:val="5D7284"/>
        </w:rPr>
        <w:t>51:58</w:t>
      </w:r>
    </w:p>
    <w:p w14:paraId="680595FF" w14:textId="77777777" w:rsidR="00624AE9" w:rsidRDefault="00C13212">
      <w:pPr>
        <w:spacing w:after="0"/>
      </w:pPr>
      <w:r>
        <w:rPr>
          <w:rFonts w:ascii="Arial" w:hAnsi="Arial"/>
        </w:rPr>
        <w:t xml:space="preserve">He is not flipping around. </w:t>
      </w:r>
    </w:p>
    <w:p w14:paraId="39583D04" w14:textId="77777777" w:rsidR="00624AE9" w:rsidRDefault="00624AE9">
      <w:pPr>
        <w:spacing w:after="0"/>
      </w:pPr>
    </w:p>
    <w:p w14:paraId="09299314" w14:textId="77777777" w:rsidR="00624AE9" w:rsidRDefault="00C13212">
      <w:pPr>
        <w:spacing w:after="0"/>
      </w:pPr>
      <w:r>
        <w:rPr>
          <w:rFonts w:ascii="Arial" w:hAnsi="Arial"/>
          <w:b/>
        </w:rPr>
        <w:t xml:space="preserve">Participant #11:  </w:t>
      </w:r>
      <w:r>
        <w:rPr>
          <w:rFonts w:ascii="Arial" w:hAnsi="Arial"/>
          <w:color w:val="5D7284"/>
        </w:rPr>
        <w:t>51:59</w:t>
      </w:r>
    </w:p>
    <w:p w14:paraId="1AFC2AD4" w14:textId="77777777" w:rsidR="00624AE9" w:rsidRDefault="00C13212">
      <w:pPr>
        <w:spacing w:after="0"/>
      </w:pPr>
      <w:r>
        <w:rPr>
          <w:rFonts w:ascii="Arial" w:hAnsi="Arial"/>
        </w:rPr>
        <w:t xml:space="preserve">Yes. Yeah. </w:t>
      </w:r>
    </w:p>
    <w:p w14:paraId="5703C235" w14:textId="77777777" w:rsidR="00624AE9" w:rsidRDefault="00624AE9">
      <w:pPr>
        <w:spacing w:after="0"/>
      </w:pPr>
    </w:p>
    <w:p w14:paraId="463E5820" w14:textId="77777777" w:rsidR="00624AE9" w:rsidRDefault="00C13212">
      <w:pPr>
        <w:spacing w:after="0"/>
      </w:pPr>
      <w:r>
        <w:rPr>
          <w:rFonts w:ascii="Arial" w:hAnsi="Arial"/>
          <w:b/>
        </w:rPr>
        <w:t xml:space="preserve">Interviewer P:  </w:t>
      </w:r>
      <w:r>
        <w:rPr>
          <w:rFonts w:ascii="Arial" w:hAnsi="Arial"/>
          <w:color w:val="5D7284"/>
        </w:rPr>
        <w:t>52:00</w:t>
      </w:r>
    </w:p>
    <w:p w14:paraId="60C79A8A" w14:textId="77777777" w:rsidR="00624AE9" w:rsidRDefault="00C13212">
      <w:pPr>
        <w:spacing w:after="0"/>
      </w:pPr>
      <w:r>
        <w:rPr>
          <w:rFonts w:ascii="Arial" w:hAnsi="Arial"/>
        </w:rPr>
        <w:t>He is moving with the water tank.</w:t>
      </w:r>
    </w:p>
    <w:p w14:paraId="648094F2" w14:textId="77777777" w:rsidR="00624AE9" w:rsidRDefault="00624AE9">
      <w:pPr>
        <w:spacing w:after="0"/>
      </w:pPr>
    </w:p>
    <w:p w14:paraId="33DEE893" w14:textId="77777777" w:rsidR="00624AE9" w:rsidRDefault="00C13212">
      <w:pPr>
        <w:spacing w:after="0"/>
      </w:pPr>
      <w:r>
        <w:rPr>
          <w:rFonts w:ascii="Arial" w:hAnsi="Arial"/>
          <w:b/>
        </w:rPr>
        <w:t xml:space="preserve">Participant #11:  </w:t>
      </w:r>
      <w:r>
        <w:rPr>
          <w:rFonts w:ascii="Arial" w:hAnsi="Arial"/>
          <w:color w:val="5D7284"/>
        </w:rPr>
        <w:t>52:03</w:t>
      </w:r>
    </w:p>
    <w:p w14:paraId="098D0F05" w14:textId="77777777" w:rsidR="00624AE9" w:rsidRDefault="00C13212">
      <w:pPr>
        <w:spacing w:after="0"/>
      </w:pPr>
      <w:r>
        <w:rPr>
          <w:rFonts w:ascii="Arial" w:hAnsi="Arial"/>
        </w:rPr>
        <w:t>Water tank.</w:t>
      </w:r>
    </w:p>
    <w:p w14:paraId="0385EE77" w14:textId="77777777" w:rsidR="00624AE9" w:rsidRDefault="00624AE9">
      <w:pPr>
        <w:spacing w:after="0"/>
      </w:pPr>
    </w:p>
    <w:p w14:paraId="4419EED2" w14:textId="77777777" w:rsidR="00624AE9" w:rsidRDefault="00C13212">
      <w:pPr>
        <w:spacing w:after="0"/>
      </w:pPr>
      <w:r>
        <w:rPr>
          <w:rFonts w:ascii="Arial" w:hAnsi="Arial"/>
          <w:b/>
        </w:rPr>
        <w:t xml:space="preserve">Interviewer P:  </w:t>
      </w:r>
      <w:r>
        <w:rPr>
          <w:rFonts w:ascii="Arial" w:hAnsi="Arial"/>
          <w:color w:val="5D7284"/>
        </w:rPr>
        <w:t>52:03</w:t>
      </w:r>
    </w:p>
    <w:p w14:paraId="31EBD2D8" w14:textId="3EEEEFCF" w:rsidR="00624AE9" w:rsidRDefault="00C13212">
      <w:pPr>
        <w:spacing w:after="0"/>
      </w:pPr>
      <w:r>
        <w:rPr>
          <w:rFonts w:ascii="Arial" w:hAnsi="Arial"/>
        </w:rPr>
        <w:t xml:space="preserve">Water okay. And </w:t>
      </w:r>
      <w:r w:rsidR="00B208B0">
        <w:rPr>
          <w:rFonts w:ascii="Arial" w:hAnsi="Arial"/>
        </w:rPr>
        <w:t>so,</w:t>
      </w:r>
      <w:r>
        <w:rPr>
          <w:rFonts w:ascii="Arial" w:hAnsi="Arial"/>
        </w:rPr>
        <w:t xml:space="preserve"> would would you say it's accurate to say that the ones on the top are, are rotating with the tank counter or clockwise? And the ones on the bottom are rotating with the tank clockwise? </w:t>
      </w:r>
    </w:p>
    <w:p w14:paraId="3F04792B" w14:textId="77777777" w:rsidR="00624AE9" w:rsidRDefault="00624AE9">
      <w:pPr>
        <w:spacing w:after="0"/>
      </w:pPr>
    </w:p>
    <w:p w14:paraId="29A93227" w14:textId="77777777" w:rsidR="00624AE9" w:rsidRDefault="00C13212">
      <w:pPr>
        <w:spacing w:after="0"/>
      </w:pPr>
      <w:r>
        <w:rPr>
          <w:rFonts w:ascii="Arial" w:hAnsi="Arial"/>
          <w:b/>
        </w:rPr>
        <w:t xml:space="preserve">Participant #11:  </w:t>
      </w:r>
      <w:r>
        <w:rPr>
          <w:rFonts w:ascii="Arial" w:hAnsi="Arial"/>
          <w:color w:val="5D7284"/>
        </w:rPr>
        <w:t>52:17</w:t>
      </w:r>
    </w:p>
    <w:p w14:paraId="5AF5B93D" w14:textId="77777777" w:rsidR="00624AE9" w:rsidRDefault="00C13212">
      <w:pPr>
        <w:spacing w:after="0"/>
      </w:pPr>
      <w:r>
        <w:rPr>
          <w:rFonts w:ascii="Arial" w:hAnsi="Arial"/>
        </w:rPr>
        <w:t xml:space="preserve">Yeah. </w:t>
      </w:r>
    </w:p>
    <w:p w14:paraId="1FD04668" w14:textId="77777777" w:rsidR="00624AE9" w:rsidRDefault="00624AE9">
      <w:pPr>
        <w:spacing w:after="0"/>
      </w:pPr>
    </w:p>
    <w:p w14:paraId="1429D72E" w14:textId="77777777" w:rsidR="00624AE9" w:rsidRDefault="00C13212">
      <w:pPr>
        <w:spacing w:after="0"/>
      </w:pPr>
      <w:r>
        <w:rPr>
          <w:rFonts w:ascii="Arial" w:hAnsi="Arial"/>
          <w:b/>
        </w:rPr>
        <w:t xml:space="preserve">Interviewer P:  </w:t>
      </w:r>
      <w:r>
        <w:rPr>
          <w:rFonts w:ascii="Arial" w:hAnsi="Arial"/>
          <w:color w:val="5D7284"/>
        </w:rPr>
        <w:t>52:17</w:t>
      </w:r>
    </w:p>
    <w:p w14:paraId="2430B98F" w14:textId="3104ABFA" w:rsidR="00624AE9" w:rsidRDefault="00C13212">
      <w:pPr>
        <w:spacing w:after="0"/>
      </w:pPr>
      <w:r>
        <w:rPr>
          <w:rFonts w:ascii="Arial" w:hAnsi="Arial"/>
        </w:rPr>
        <w:t xml:space="preserve">Okay. And are they doing that at the same rate? </w:t>
      </w:r>
      <w:r w:rsidR="00B208B0">
        <w:rPr>
          <w:rFonts w:ascii="Arial" w:hAnsi="Arial"/>
        </w:rPr>
        <w:t>So,</w:t>
      </w:r>
      <w:r>
        <w:rPr>
          <w:rFonts w:ascii="Arial" w:hAnsi="Arial"/>
        </w:rPr>
        <w:t xml:space="preserve"> for example, if we if it was a race, and we've got this one here, and the seahorse.</w:t>
      </w:r>
    </w:p>
    <w:p w14:paraId="7C4B5F1D" w14:textId="77777777" w:rsidR="00624AE9" w:rsidRDefault="00624AE9">
      <w:pPr>
        <w:spacing w:after="0"/>
      </w:pPr>
    </w:p>
    <w:p w14:paraId="728CD644" w14:textId="77777777" w:rsidR="00624AE9" w:rsidRDefault="00C13212">
      <w:pPr>
        <w:spacing w:after="0"/>
      </w:pPr>
      <w:r>
        <w:rPr>
          <w:rFonts w:ascii="Arial" w:hAnsi="Arial"/>
          <w:b/>
        </w:rPr>
        <w:t xml:space="preserve">Participant #11:  </w:t>
      </w:r>
      <w:r>
        <w:rPr>
          <w:rFonts w:ascii="Arial" w:hAnsi="Arial"/>
          <w:color w:val="5D7284"/>
        </w:rPr>
        <w:t>52:29</w:t>
      </w:r>
    </w:p>
    <w:p w14:paraId="2004DCC6" w14:textId="77777777" w:rsidR="00624AE9" w:rsidRDefault="00C13212">
      <w:pPr>
        <w:spacing w:after="0"/>
      </w:pPr>
      <w:r>
        <w:rPr>
          <w:rFonts w:ascii="Arial" w:hAnsi="Arial"/>
        </w:rPr>
        <w:t>Yeah.</w:t>
      </w:r>
    </w:p>
    <w:p w14:paraId="75966B52" w14:textId="77777777" w:rsidR="00624AE9" w:rsidRDefault="00624AE9">
      <w:pPr>
        <w:spacing w:after="0"/>
      </w:pPr>
    </w:p>
    <w:p w14:paraId="26A02F5D" w14:textId="77777777" w:rsidR="00624AE9" w:rsidRDefault="00C13212">
      <w:pPr>
        <w:spacing w:after="0"/>
      </w:pPr>
      <w:r>
        <w:rPr>
          <w:rFonts w:ascii="Arial" w:hAnsi="Arial"/>
          <w:b/>
        </w:rPr>
        <w:t xml:space="preserve">Interviewer P:  </w:t>
      </w:r>
      <w:r>
        <w:rPr>
          <w:rFonts w:ascii="Arial" w:hAnsi="Arial"/>
          <w:color w:val="5D7284"/>
        </w:rPr>
        <w:t>52:30</w:t>
      </w:r>
    </w:p>
    <w:p w14:paraId="6A45BEF3" w14:textId="77777777" w:rsidR="00624AE9" w:rsidRDefault="00C13212">
      <w:pPr>
        <w:spacing w:after="0"/>
      </w:pPr>
      <w:r>
        <w:rPr>
          <w:rFonts w:ascii="Arial" w:hAnsi="Arial"/>
        </w:rPr>
        <w:t xml:space="preserve">Yeah. Are they are they moving together? </w:t>
      </w:r>
    </w:p>
    <w:p w14:paraId="10BB6B03" w14:textId="77777777" w:rsidR="00624AE9" w:rsidRDefault="00624AE9">
      <w:pPr>
        <w:spacing w:after="0"/>
      </w:pPr>
    </w:p>
    <w:p w14:paraId="010519CD" w14:textId="77777777" w:rsidR="00624AE9" w:rsidRDefault="00C13212">
      <w:pPr>
        <w:spacing w:after="0"/>
      </w:pPr>
      <w:r>
        <w:rPr>
          <w:rFonts w:ascii="Arial" w:hAnsi="Arial"/>
          <w:b/>
        </w:rPr>
        <w:t xml:space="preserve">Participant #11:  </w:t>
      </w:r>
      <w:r>
        <w:rPr>
          <w:rFonts w:ascii="Arial" w:hAnsi="Arial"/>
          <w:color w:val="5D7284"/>
        </w:rPr>
        <w:t>52:33</w:t>
      </w:r>
    </w:p>
    <w:p w14:paraId="3BBB7A6E" w14:textId="77777777" w:rsidR="00624AE9" w:rsidRDefault="00C13212">
      <w:pPr>
        <w:spacing w:after="0"/>
      </w:pPr>
      <w:r>
        <w:rPr>
          <w:rFonts w:ascii="Arial" w:hAnsi="Arial"/>
        </w:rPr>
        <w:t xml:space="preserve">It looks like they're moving the same speed. Now the sea horse looks really far ahead. </w:t>
      </w:r>
    </w:p>
    <w:p w14:paraId="2254A734" w14:textId="77777777" w:rsidR="00624AE9" w:rsidRDefault="00624AE9">
      <w:pPr>
        <w:spacing w:after="0"/>
      </w:pPr>
    </w:p>
    <w:p w14:paraId="249F41A5" w14:textId="77777777" w:rsidR="00624AE9" w:rsidRDefault="00C13212">
      <w:pPr>
        <w:spacing w:after="0"/>
      </w:pPr>
      <w:r>
        <w:rPr>
          <w:rFonts w:ascii="Arial" w:hAnsi="Arial"/>
          <w:b/>
        </w:rPr>
        <w:t xml:space="preserve">Interviewer P:  </w:t>
      </w:r>
      <w:r>
        <w:rPr>
          <w:rFonts w:ascii="Arial" w:hAnsi="Arial"/>
          <w:color w:val="5D7284"/>
        </w:rPr>
        <w:t>52:39</w:t>
      </w:r>
    </w:p>
    <w:p w14:paraId="0CA622EC" w14:textId="77777777" w:rsidR="00624AE9" w:rsidRDefault="00C13212">
      <w:pPr>
        <w:spacing w:after="0"/>
      </w:pPr>
      <w:r>
        <w:rPr>
          <w:rFonts w:ascii="Arial" w:hAnsi="Arial"/>
        </w:rPr>
        <w:t xml:space="preserve">Yeah. </w:t>
      </w:r>
    </w:p>
    <w:p w14:paraId="5C967241" w14:textId="77777777" w:rsidR="00624AE9" w:rsidRDefault="00624AE9">
      <w:pPr>
        <w:spacing w:after="0"/>
      </w:pPr>
    </w:p>
    <w:p w14:paraId="12A9FC23" w14:textId="77777777" w:rsidR="00624AE9" w:rsidRDefault="00C13212">
      <w:pPr>
        <w:spacing w:after="0"/>
      </w:pPr>
      <w:r>
        <w:rPr>
          <w:rFonts w:ascii="Arial" w:hAnsi="Arial"/>
          <w:b/>
        </w:rPr>
        <w:t xml:space="preserve">Participant #11:  </w:t>
      </w:r>
      <w:r>
        <w:rPr>
          <w:rFonts w:ascii="Arial" w:hAnsi="Arial"/>
          <w:color w:val="5D7284"/>
        </w:rPr>
        <w:t>52:40</w:t>
      </w:r>
    </w:p>
    <w:p w14:paraId="1E3A79FF" w14:textId="77536248" w:rsidR="00624AE9" w:rsidRDefault="00C13212">
      <w:pPr>
        <w:spacing w:after="0"/>
      </w:pPr>
      <w:r>
        <w:rPr>
          <w:rFonts w:ascii="Arial" w:hAnsi="Arial"/>
        </w:rPr>
        <w:t xml:space="preserve">The bottom, the bottoms moving faster </w:t>
      </w:r>
      <w:r w:rsidR="00B208B0">
        <w:rPr>
          <w:rFonts w:ascii="Arial" w:hAnsi="Arial"/>
        </w:rPr>
        <w:t>than</w:t>
      </w:r>
      <w:r>
        <w:rPr>
          <w:rFonts w:ascii="Arial" w:hAnsi="Arial"/>
        </w:rPr>
        <w:t xml:space="preserve"> the top. </w:t>
      </w:r>
    </w:p>
    <w:p w14:paraId="4466F6B7" w14:textId="77777777" w:rsidR="00624AE9" w:rsidRDefault="00624AE9">
      <w:pPr>
        <w:spacing w:after="0"/>
      </w:pPr>
    </w:p>
    <w:p w14:paraId="3D13A478" w14:textId="77777777" w:rsidR="00624AE9" w:rsidRDefault="00C13212">
      <w:pPr>
        <w:spacing w:after="0"/>
      </w:pPr>
      <w:r>
        <w:rPr>
          <w:rFonts w:ascii="Arial" w:hAnsi="Arial"/>
          <w:b/>
        </w:rPr>
        <w:t xml:space="preserve">Interviewer P:  </w:t>
      </w:r>
      <w:r>
        <w:rPr>
          <w:rFonts w:ascii="Arial" w:hAnsi="Arial"/>
          <w:color w:val="5D7284"/>
        </w:rPr>
        <w:t>52:43</w:t>
      </w:r>
    </w:p>
    <w:p w14:paraId="35996F34" w14:textId="77777777" w:rsidR="00624AE9" w:rsidRDefault="00C13212">
      <w:pPr>
        <w:spacing w:after="0"/>
      </w:pPr>
      <w:r>
        <w:rPr>
          <w:rFonts w:ascii="Arial" w:hAnsi="Arial"/>
        </w:rPr>
        <w:t xml:space="preserve">So why do you think it is that the </w:t>
      </w:r>
      <w:r>
        <w:rPr>
          <w:rFonts w:ascii="Arial" w:hAnsi="Arial"/>
        </w:rPr>
        <w:t>fish on... why do you think it is that the fish are moving? Thank you for catching that. The fish on the bottom or moving faster than the ones on the top?</w:t>
      </w:r>
    </w:p>
    <w:p w14:paraId="5A4BEF09" w14:textId="77777777" w:rsidR="00624AE9" w:rsidRDefault="00624AE9">
      <w:pPr>
        <w:spacing w:after="0"/>
      </w:pPr>
    </w:p>
    <w:p w14:paraId="2E1E219C" w14:textId="77777777" w:rsidR="00624AE9" w:rsidRDefault="00C13212">
      <w:pPr>
        <w:spacing w:after="0"/>
      </w:pPr>
      <w:r>
        <w:rPr>
          <w:rFonts w:ascii="Arial" w:hAnsi="Arial"/>
          <w:b/>
        </w:rPr>
        <w:t xml:space="preserve">Participant #11:  </w:t>
      </w:r>
      <w:r>
        <w:rPr>
          <w:rFonts w:ascii="Arial" w:hAnsi="Arial"/>
          <w:color w:val="5D7284"/>
        </w:rPr>
        <w:t>53:02</w:t>
      </w:r>
    </w:p>
    <w:p w14:paraId="54FC2261" w14:textId="54EE5034" w:rsidR="00624AE9" w:rsidRDefault="00C13212">
      <w:pPr>
        <w:spacing w:after="0"/>
      </w:pPr>
      <w:r>
        <w:rPr>
          <w:rFonts w:ascii="Arial" w:hAnsi="Arial"/>
        </w:rPr>
        <w:lastRenderedPageBreak/>
        <w:t>I don't know. I've always thought that. Like when things are closer to the like in a circle, and things are on the inside. They move faster.</w:t>
      </w:r>
      <w:r w:rsidR="00B208B0">
        <w:rPr>
          <w:rFonts w:ascii="Arial" w:hAnsi="Arial"/>
        </w:rPr>
        <w:t xml:space="preserve"> </w:t>
      </w:r>
      <w:r>
        <w:rPr>
          <w:rFonts w:ascii="Arial" w:hAnsi="Arial"/>
        </w:rPr>
        <w:t xml:space="preserve">Yeah, the inside loop is smaller than the outside loop. </w:t>
      </w:r>
    </w:p>
    <w:p w14:paraId="67BFD2BB" w14:textId="77777777" w:rsidR="00624AE9" w:rsidRDefault="00624AE9">
      <w:pPr>
        <w:spacing w:after="0"/>
      </w:pPr>
    </w:p>
    <w:p w14:paraId="45043490" w14:textId="77777777" w:rsidR="00624AE9" w:rsidRDefault="00C13212">
      <w:pPr>
        <w:spacing w:after="0"/>
      </w:pPr>
      <w:r>
        <w:rPr>
          <w:rFonts w:ascii="Arial" w:hAnsi="Arial"/>
          <w:b/>
        </w:rPr>
        <w:t xml:space="preserve">Interviewer P:  </w:t>
      </w:r>
      <w:r>
        <w:rPr>
          <w:rFonts w:ascii="Arial" w:hAnsi="Arial"/>
          <w:color w:val="5D7284"/>
        </w:rPr>
        <w:t>53:22</w:t>
      </w:r>
    </w:p>
    <w:p w14:paraId="4D614FFA" w14:textId="77777777" w:rsidR="00624AE9" w:rsidRDefault="00C13212">
      <w:pPr>
        <w:spacing w:after="0"/>
      </w:pPr>
      <w:r>
        <w:rPr>
          <w:rFonts w:ascii="Arial" w:hAnsi="Arial"/>
        </w:rPr>
        <w:t xml:space="preserve">Yeah. </w:t>
      </w:r>
    </w:p>
    <w:p w14:paraId="29461798" w14:textId="77777777" w:rsidR="00624AE9" w:rsidRDefault="00624AE9">
      <w:pPr>
        <w:spacing w:after="0"/>
      </w:pPr>
    </w:p>
    <w:p w14:paraId="0103D9AB" w14:textId="77777777" w:rsidR="00624AE9" w:rsidRDefault="00C13212">
      <w:pPr>
        <w:spacing w:after="0"/>
      </w:pPr>
      <w:r>
        <w:rPr>
          <w:rFonts w:ascii="Arial" w:hAnsi="Arial"/>
          <w:b/>
        </w:rPr>
        <w:t xml:space="preserve">Participant #11:  </w:t>
      </w:r>
      <w:r>
        <w:rPr>
          <w:rFonts w:ascii="Arial" w:hAnsi="Arial"/>
          <w:color w:val="5D7284"/>
        </w:rPr>
        <w:t>53:23</w:t>
      </w:r>
    </w:p>
    <w:p w14:paraId="0BC2387C" w14:textId="77777777" w:rsidR="00624AE9" w:rsidRDefault="00C13212">
      <w:pPr>
        <w:spacing w:after="0"/>
      </w:pPr>
      <w:r>
        <w:rPr>
          <w:rFonts w:ascii="Arial" w:hAnsi="Arial"/>
        </w:rPr>
        <w:t>Which is why they stagger and stuff. Because.</w:t>
      </w:r>
    </w:p>
    <w:p w14:paraId="34FDABD7" w14:textId="77777777" w:rsidR="00624AE9" w:rsidRDefault="00624AE9">
      <w:pPr>
        <w:spacing w:after="0"/>
      </w:pPr>
    </w:p>
    <w:p w14:paraId="02B61E54" w14:textId="77777777" w:rsidR="00624AE9" w:rsidRDefault="00C13212">
      <w:pPr>
        <w:spacing w:after="0"/>
      </w:pPr>
      <w:r>
        <w:rPr>
          <w:rFonts w:ascii="Arial" w:hAnsi="Arial"/>
          <w:b/>
        </w:rPr>
        <w:t xml:space="preserve">Interviewer P:  </w:t>
      </w:r>
      <w:r>
        <w:rPr>
          <w:rFonts w:ascii="Arial" w:hAnsi="Arial"/>
          <w:color w:val="5D7284"/>
        </w:rPr>
        <w:t>53:25</w:t>
      </w:r>
    </w:p>
    <w:p w14:paraId="1FB635BA" w14:textId="77777777" w:rsidR="00624AE9" w:rsidRDefault="00C13212">
      <w:pPr>
        <w:spacing w:after="0"/>
      </w:pPr>
      <w:r>
        <w:rPr>
          <w:rFonts w:ascii="Arial" w:hAnsi="Arial"/>
        </w:rPr>
        <w:t>Yeah.</w:t>
      </w:r>
    </w:p>
    <w:p w14:paraId="2C37DB0E" w14:textId="77777777" w:rsidR="00624AE9" w:rsidRDefault="00624AE9">
      <w:pPr>
        <w:spacing w:after="0"/>
      </w:pPr>
    </w:p>
    <w:p w14:paraId="75DB7CF0" w14:textId="77777777" w:rsidR="00624AE9" w:rsidRDefault="00C13212">
      <w:pPr>
        <w:spacing w:after="0"/>
      </w:pPr>
      <w:r>
        <w:rPr>
          <w:rFonts w:ascii="Arial" w:hAnsi="Arial"/>
          <w:b/>
        </w:rPr>
        <w:t xml:space="preserve">Participant #11:  </w:t>
      </w:r>
      <w:r>
        <w:rPr>
          <w:rFonts w:ascii="Arial" w:hAnsi="Arial"/>
          <w:color w:val="5D7284"/>
        </w:rPr>
        <w:t>53:26</w:t>
      </w:r>
    </w:p>
    <w:p w14:paraId="00550B60" w14:textId="4DE0CADA" w:rsidR="00624AE9" w:rsidRDefault="00C13212">
      <w:pPr>
        <w:spacing w:after="0"/>
      </w:pPr>
      <w:r>
        <w:rPr>
          <w:rFonts w:ascii="Arial" w:hAnsi="Arial"/>
        </w:rPr>
        <w:t xml:space="preserve">It's more distance. </w:t>
      </w:r>
      <w:r w:rsidR="00B208B0">
        <w:rPr>
          <w:rFonts w:ascii="Arial" w:hAnsi="Arial"/>
        </w:rPr>
        <w:t>So,</w:t>
      </w:r>
      <w:r>
        <w:rPr>
          <w:rFonts w:ascii="Arial" w:hAnsi="Arial"/>
        </w:rPr>
        <w:t xml:space="preserve"> I feel like the inside wouldn't be faster. But it seems to be going slower, and I don't know why. </w:t>
      </w:r>
    </w:p>
    <w:p w14:paraId="59A20743" w14:textId="77777777" w:rsidR="00624AE9" w:rsidRDefault="00624AE9">
      <w:pPr>
        <w:spacing w:after="0"/>
      </w:pPr>
    </w:p>
    <w:p w14:paraId="37FD87AF" w14:textId="77777777" w:rsidR="00624AE9" w:rsidRDefault="00C13212">
      <w:pPr>
        <w:spacing w:after="0"/>
      </w:pPr>
      <w:r>
        <w:rPr>
          <w:rFonts w:ascii="Arial" w:hAnsi="Arial"/>
          <w:b/>
        </w:rPr>
        <w:t xml:space="preserve">Interviewer P:  </w:t>
      </w:r>
      <w:r>
        <w:rPr>
          <w:rFonts w:ascii="Arial" w:hAnsi="Arial"/>
          <w:color w:val="5D7284"/>
        </w:rPr>
        <w:t>53:37</w:t>
      </w:r>
    </w:p>
    <w:p w14:paraId="144B0D7C" w14:textId="77777777" w:rsidR="00624AE9" w:rsidRDefault="00C13212">
      <w:pPr>
        <w:spacing w:after="0"/>
      </w:pPr>
      <w:r>
        <w:rPr>
          <w:rFonts w:ascii="Arial" w:hAnsi="Arial"/>
        </w:rPr>
        <w:t>get Do you run track?</w:t>
      </w:r>
    </w:p>
    <w:p w14:paraId="1E50F769" w14:textId="77777777" w:rsidR="00624AE9" w:rsidRDefault="00624AE9">
      <w:pPr>
        <w:spacing w:after="0"/>
      </w:pPr>
    </w:p>
    <w:p w14:paraId="233034D0" w14:textId="77777777" w:rsidR="00624AE9" w:rsidRDefault="00C13212">
      <w:pPr>
        <w:spacing w:after="0"/>
      </w:pPr>
      <w:r>
        <w:rPr>
          <w:rFonts w:ascii="Arial" w:hAnsi="Arial"/>
          <w:b/>
        </w:rPr>
        <w:t xml:space="preserve">Participant #11:  </w:t>
      </w:r>
      <w:r>
        <w:rPr>
          <w:rFonts w:ascii="Arial" w:hAnsi="Arial"/>
          <w:color w:val="5D7284"/>
        </w:rPr>
        <w:t>53:39</w:t>
      </w:r>
    </w:p>
    <w:p w14:paraId="0B66D5D9" w14:textId="77777777" w:rsidR="00624AE9" w:rsidRDefault="00C13212">
      <w:pPr>
        <w:spacing w:after="0"/>
      </w:pPr>
      <w:r>
        <w:rPr>
          <w:rFonts w:ascii="Arial" w:hAnsi="Arial"/>
        </w:rPr>
        <w:t xml:space="preserve">I did in high school. Yeah. That's a That's what I'm thinking about when I see this. </w:t>
      </w:r>
    </w:p>
    <w:p w14:paraId="0326A7D9" w14:textId="77777777" w:rsidR="00624AE9" w:rsidRDefault="00624AE9">
      <w:pPr>
        <w:spacing w:after="0"/>
      </w:pPr>
    </w:p>
    <w:p w14:paraId="7D01E447" w14:textId="77777777" w:rsidR="00624AE9" w:rsidRDefault="00C13212">
      <w:pPr>
        <w:spacing w:after="0"/>
      </w:pPr>
      <w:r>
        <w:rPr>
          <w:rFonts w:ascii="Arial" w:hAnsi="Arial"/>
          <w:b/>
        </w:rPr>
        <w:t xml:space="preserve">Interviewer P:  </w:t>
      </w:r>
      <w:r>
        <w:rPr>
          <w:rFonts w:ascii="Arial" w:hAnsi="Arial"/>
          <w:color w:val="5D7284"/>
        </w:rPr>
        <w:t>53:43</w:t>
      </w:r>
    </w:p>
    <w:p w14:paraId="4C9F7DB1" w14:textId="77777777" w:rsidR="00624AE9" w:rsidRDefault="00C13212">
      <w:pPr>
        <w:spacing w:after="0"/>
      </w:pPr>
      <w:r>
        <w:rPr>
          <w:rFonts w:ascii="Arial" w:hAnsi="Arial"/>
        </w:rPr>
        <w:t xml:space="preserve">Right. Looking at the time we need to wrap this up. But I'll ask you one last question. What do you think will happen to the fish whenever I stopped the tank? </w:t>
      </w:r>
    </w:p>
    <w:p w14:paraId="1DA5D07C" w14:textId="77777777" w:rsidR="00624AE9" w:rsidRDefault="00624AE9">
      <w:pPr>
        <w:spacing w:after="0"/>
      </w:pPr>
    </w:p>
    <w:p w14:paraId="7D3BEF13" w14:textId="77777777" w:rsidR="00624AE9" w:rsidRDefault="00C13212">
      <w:pPr>
        <w:spacing w:after="0"/>
      </w:pPr>
      <w:r>
        <w:rPr>
          <w:rFonts w:ascii="Arial" w:hAnsi="Arial"/>
          <w:b/>
        </w:rPr>
        <w:t xml:space="preserve">Participant #11:  </w:t>
      </w:r>
      <w:r>
        <w:rPr>
          <w:rFonts w:ascii="Arial" w:hAnsi="Arial"/>
          <w:color w:val="5D7284"/>
        </w:rPr>
        <w:t>53:51</w:t>
      </w:r>
    </w:p>
    <w:p w14:paraId="7F4F976C" w14:textId="77777777" w:rsidR="00624AE9" w:rsidRDefault="00C13212">
      <w:pPr>
        <w:spacing w:after="0"/>
      </w:pPr>
      <w:r>
        <w:rPr>
          <w:rFonts w:ascii="Arial" w:hAnsi="Arial"/>
        </w:rPr>
        <w:t>I think the ones on the bottom will shift like they'll move. But the ones on the top might just move to the center. But the ones on the bottom will like still make the curve that I think they'll move for a couple seconds.</w:t>
      </w:r>
    </w:p>
    <w:p w14:paraId="2B70FD40" w14:textId="77777777" w:rsidR="00624AE9" w:rsidRDefault="00624AE9">
      <w:pPr>
        <w:spacing w:after="0"/>
      </w:pPr>
    </w:p>
    <w:p w14:paraId="28B05333" w14:textId="77777777" w:rsidR="00624AE9" w:rsidRDefault="00C13212">
      <w:pPr>
        <w:spacing w:after="0"/>
      </w:pPr>
      <w:r>
        <w:rPr>
          <w:rFonts w:ascii="Arial" w:hAnsi="Arial"/>
          <w:b/>
        </w:rPr>
        <w:t xml:space="preserve">Interviewer P:  </w:t>
      </w:r>
      <w:r>
        <w:rPr>
          <w:rFonts w:ascii="Arial" w:hAnsi="Arial"/>
          <w:color w:val="5D7284"/>
        </w:rPr>
        <w:t>54:11</w:t>
      </w:r>
    </w:p>
    <w:p w14:paraId="0F7481EE" w14:textId="47A3ABAE" w:rsidR="00624AE9" w:rsidRDefault="00C13212">
      <w:pPr>
        <w:spacing w:after="0"/>
      </w:pPr>
      <w:r>
        <w:rPr>
          <w:rFonts w:ascii="Arial" w:hAnsi="Arial"/>
        </w:rPr>
        <w:t xml:space="preserve">Okay </w:t>
      </w:r>
      <w:r w:rsidR="00B208B0">
        <w:rPr>
          <w:rFonts w:ascii="Arial" w:hAnsi="Arial"/>
        </w:rPr>
        <w:t>let’s</w:t>
      </w:r>
      <w:r>
        <w:rPr>
          <w:rFonts w:ascii="Arial" w:hAnsi="Arial"/>
        </w:rPr>
        <w:t xml:space="preserve"> try it.</w:t>
      </w:r>
    </w:p>
    <w:p w14:paraId="03A935FF" w14:textId="77777777" w:rsidR="00624AE9" w:rsidRDefault="00624AE9">
      <w:pPr>
        <w:spacing w:after="0"/>
      </w:pPr>
    </w:p>
    <w:p w14:paraId="0D892366" w14:textId="77777777" w:rsidR="00624AE9" w:rsidRDefault="00C13212">
      <w:pPr>
        <w:spacing w:after="0"/>
      </w:pPr>
      <w:r>
        <w:rPr>
          <w:rFonts w:ascii="Arial" w:hAnsi="Arial"/>
          <w:b/>
        </w:rPr>
        <w:t xml:space="preserve">Participant #11:  </w:t>
      </w:r>
      <w:r>
        <w:rPr>
          <w:rFonts w:ascii="Arial" w:hAnsi="Arial"/>
          <w:color w:val="5D7284"/>
        </w:rPr>
        <w:t>54:20</w:t>
      </w:r>
    </w:p>
    <w:p w14:paraId="611FB687" w14:textId="151A19B7" w:rsidR="00624AE9" w:rsidRDefault="00C13212">
      <w:pPr>
        <w:spacing w:after="0"/>
      </w:pPr>
      <w:r>
        <w:rPr>
          <w:rFonts w:ascii="Arial" w:hAnsi="Arial"/>
        </w:rPr>
        <w:t xml:space="preserve">Swim fishy swim. </w:t>
      </w:r>
      <w:r w:rsidR="00B208B0">
        <w:rPr>
          <w:rFonts w:ascii="Arial" w:hAnsi="Arial"/>
        </w:rPr>
        <w:t>Oh,</w:t>
      </w:r>
      <w:r>
        <w:rPr>
          <w:rFonts w:ascii="Arial" w:hAnsi="Arial"/>
        </w:rPr>
        <w:t xml:space="preserve"> they all moved.</w:t>
      </w:r>
    </w:p>
    <w:p w14:paraId="18AA34E8" w14:textId="77777777" w:rsidR="00624AE9" w:rsidRDefault="00624AE9">
      <w:pPr>
        <w:spacing w:after="0"/>
      </w:pPr>
    </w:p>
    <w:p w14:paraId="54BC7648" w14:textId="77777777" w:rsidR="00624AE9" w:rsidRDefault="00C13212">
      <w:pPr>
        <w:spacing w:after="0"/>
      </w:pPr>
      <w:r>
        <w:rPr>
          <w:rFonts w:ascii="Arial" w:hAnsi="Arial"/>
          <w:b/>
        </w:rPr>
        <w:t xml:space="preserve">Interviewer P:  </w:t>
      </w:r>
      <w:r>
        <w:rPr>
          <w:rFonts w:ascii="Arial" w:hAnsi="Arial"/>
          <w:color w:val="5D7284"/>
        </w:rPr>
        <w:t>54:31</w:t>
      </w:r>
    </w:p>
    <w:p w14:paraId="5D12855E" w14:textId="77777777" w:rsidR="00624AE9" w:rsidRDefault="00C13212">
      <w:pPr>
        <w:spacing w:after="0"/>
      </w:pPr>
      <w:r>
        <w:rPr>
          <w:rFonts w:ascii="Arial" w:hAnsi="Arial"/>
        </w:rPr>
        <w:t xml:space="preserve">Are the ones on the top rotating? </w:t>
      </w:r>
    </w:p>
    <w:p w14:paraId="2A933F7E" w14:textId="77777777" w:rsidR="00624AE9" w:rsidRDefault="00624AE9">
      <w:pPr>
        <w:spacing w:after="0"/>
      </w:pPr>
    </w:p>
    <w:p w14:paraId="6DF77E2B" w14:textId="77777777" w:rsidR="00624AE9" w:rsidRDefault="00C13212">
      <w:pPr>
        <w:spacing w:after="0"/>
      </w:pPr>
      <w:r>
        <w:rPr>
          <w:rFonts w:ascii="Arial" w:hAnsi="Arial"/>
          <w:b/>
        </w:rPr>
        <w:t xml:space="preserve">Participant #11:  </w:t>
      </w:r>
      <w:r>
        <w:rPr>
          <w:rFonts w:ascii="Arial" w:hAnsi="Arial"/>
          <w:color w:val="5D7284"/>
        </w:rPr>
        <w:t>54:34</w:t>
      </w:r>
    </w:p>
    <w:p w14:paraId="4AB016B4" w14:textId="77777777" w:rsidR="00624AE9" w:rsidRDefault="00C13212">
      <w:pPr>
        <w:spacing w:after="0"/>
      </w:pPr>
      <w:r>
        <w:rPr>
          <w:rFonts w:ascii="Arial" w:hAnsi="Arial"/>
        </w:rPr>
        <w:t xml:space="preserve">Yeah. </w:t>
      </w:r>
    </w:p>
    <w:p w14:paraId="6063E48F" w14:textId="77777777" w:rsidR="00624AE9" w:rsidRDefault="00624AE9">
      <w:pPr>
        <w:spacing w:after="0"/>
      </w:pPr>
    </w:p>
    <w:p w14:paraId="734434BD" w14:textId="77777777" w:rsidR="00624AE9" w:rsidRDefault="00C13212">
      <w:pPr>
        <w:spacing w:after="0"/>
      </w:pPr>
      <w:r>
        <w:rPr>
          <w:rFonts w:ascii="Arial" w:hAnsi="Arial"/>
          <w:b/>
        </w:rPr>
        <w:t xml:space="preserve">Interviewer P:  </w:t>
      </w:r>
      <w:r>
        <w:rPr>
          <w:rFonts w:ascii="Arial" w:hAnsi="Arial"/>
          <w:color w:val="5D7284"/>
        </w:rPr>
        <w:t>54:35</w:t>
      </w:r>
    </w:p>
    <w:p w14:paraId="1AA81AFE" w14:textId="77777777" w:rsidR="00624AE9" w:rsidRDefault="00C13212">
      <w:pPr>
        <w:spacing w:after="0"/>
      </w:pPr>
      <w:r>
        <w:rPr>
          <w:rFonts w:ascii="Arial" w:hAnsi="Arial"/>
        </w:rPr>
        <w:lastRenderedPageBreak/>
        <w:t xml:space="preserve">Are the ones on the bottom? </w:t>
      </w:r>
    </w:p>
    <w:p w14:paraId="3E203E24" w14:textId="77777777" w:rsidR="00624AE9" w:rsidRDefault="00624AE9">
      <w:pPr>
        <w:spacing w:after="0"/>
      </w:pPr>
    </w:p>
    <w:p w14:paraId="75FCC9EF" w14:textId="77777777" w:rsidR="00624AE9" w:rsidRDefault="00C13212">
      <w:pPr>
        <w:spacing w:after="0"/>
      </w:pPr>
      <w:r>
        <w:rPr>
          <w:rFonts w:ascii="Arial" w:hAnsi="Arial"/>
          <w:b/>
        </w:rPr>
        <w:t xml:space="preserve">Participant #11:  </w:t>
      </w:r>
      <w:r>
        <w:rPr>
          <w:rFonts w:ascii="Arial" w:hAnsi="Arial"/>
          <w:color w:val="5D7284"/>
        </w:rPr>
        <w:t>54:37</w:t>
      </w:r>
    </w:p>
    <w:p w14:paraId="7DDBD460" w14:textId="77777777" w:rsidR="00624AE9" w:rsidRDefault="00C13212">
      <w:pPr>
        <w:spacing w:after="0"/>
      </w:pPr>
      <w:r>
        <w:rPr>
          <w:rFonts w:ascii="Arial" w:hAnsi="Arial"/>
        </w:rPr>
        <w:t xml:space="preserve">Only some. </w:t>
      </w:r>
    </w:p>
    <w:p w14:paraId="756F5F22" w14:textId="77777777" w:rsidR="00624AE9" w:rsidRDefault="00624AE9">
      <w:pPr>
        <w:spacing w:after="0"/>
      </w:pPr>
    </w:p>
    <w:p w14:paraId="4CA189B8" w14:textId="77777777" w:rsidR="00624AE9" w:rsidRDefault="00C13212">
      <w:pPr>
        <w:spacing w:after="0"/>
      </w:pPr>
      <w:r>
        <w:rPr>
          <w:rFonts w:ascii="Arial" w:hAnsi="Arial"/>
          <w:b/>
        </w:rPr>
        <w:t xml:space="preserve">Interviewer P:  </w:t>
      </w:r>
      <w:r>
        <w:rPr>
          <w:rFonts w:ascii="Arial" w:hAnsi="Arial"/>
          <w:color w:val="5D7284"/>
        </w:rPr>
        <w:t>54:38</w:t>
      </w:r>
    </w:p>
    <w:p w14:paraId="6C2D471C" w14:textId="77777777" w:rsidR="00624AE9" w:rsidRDefault="00C13212">
      <w:pPr>
        <w:spacing w:after="0"/>
      </w:pPr>
      <w:r>
        <w:rPr>
          <w:rFonts w:ascii="Arial" w:hAnsi="Arial"/>
        </w:rPr>
        <w:t>Does that surprise you?</w:t>
      </w:r>
    </w:p>
    <w:p w14:paraId="200DF343" w14:textId="77777777" w:rsidR="00624AE9" w:rsidRDefault="00624AE9">
      <w:pPr>
        <w:spacing w:after="0"/>
      </w:pPr>
    </w:p>
    <w:p w14:paraId="523A0F01" w14:textId="77777777" w:rsidR="00624AE9" w:rsidRDefault="00C13212">
      <w:pPr>
        <w:spacing w:after="0"/>
      </w:pPr>
      <w:r>
        <w:rPr>
          <w:rFonts w:ascii="Arial" w:hAnsi="Arial"/>
          <w:b/>
        </w:rPr>
        <w:t xml:space="preserve">Participant #11:  </w:t>
      </w:r>
      <w:r>
        <w:rPr>
          <w:rFonts w:ascii="Arial" w:hAnsi="Arial"/>
          <w:color w:val="5D7284"/>
        </w:rPr>
        <w:t>54:39</w:t>
      </w:r>
    </w:p>
    <w:p w14:paraId="185E8603" w14:textId="77777777" w:rsidR="00624AE9" w:rsidRDefault="00C13212">
      <w:pPr>
        <w:spacing w:after="0"/>
      </w:pPr>
      <w:r>
        <w:rPr>
          <w:rFonts w:ascii="Arial" w:hAnsi="Arial"/>
        </w:rPr>
        <w:t xml:space="preserve">A little bit, it's like once they reached the middle they stopped. </w:t>
      </w:r>
    </w:p>
    <w:p w14:paraId="7D47E319" w14:textId="77777777" w:rsidR="00624AE9" w:rsidRDefault="00624AE9">
      <w:pPr>
        <w:spacing w:after="0"/>
      </w:pPr>
    </w:p>
    <w:p w14:paraId="49E03742" w14:textId="77777777" w:rsidR="00624AE9" w:rsidRDefault="00C13212">
      <w:pPr>
        <w:spacing w:after="0"/>
      </w:pPr>
      <w:r>
        <w:rPr>
          <w:rFonts w:ascii="Arial" w:hAnsi="Arial"/>
          <w:b/>
        </w:rPr>
        <w:t xml:space="preserve">Interviewer P:  </w:t>
      </w:r>
      <w:r>
        <w:rPr>
          <w:rFonts w:ascii="Arial" w:hAnsi="Arial"/>
          <w:color w:val="5D7284"/>
        </w:rPr>
        <w:t>54:43</w:t>
      </w:r>
    </w:p>
    <w:p w14:paraId="39B4BE83" w14:textId="77777777" w:rsidR="00624AE9" w:rsidRDefault="00C13212">
      <w:pPr>
        <w:spacing w:after="0"/>
      </w:pPr>
      <w:r>
        <w:rPr>
          <w:rFonts w:ascii="Arial" w:hAnsi="Arial"/>
        </w:rPr>
        <w:t>Yeah. Any thoughts on why?</w:t>
      </w:r>
    </w:p>
    <w:p w14:paraId="65FD71C4" w14:textId="77777777" w:rsidR="00624AE9" w:rsidRDefault="00624AE9">
      <w:pPr>
        <w:spacing w:after="0"/>
      </w:pPr>
    </w:p>
    <w:p w14:paraId="470265A9" w14:textId="77777777" w:rsidR="00624AE9" w:rsidRDefault="00C13212">
      <w:pPr>
        <w:spacing w:after="0"/>
      </w:pPr>
      <w:r>
        <w:rPr>
          <w:rFonts w:ascii="Arial" w:hAnsi="Arial"/>
          <w:color w:val="5D7284"/>
        </w:rPr>
        <w:t>54:48</w:t>
      </w:r>
    </w:p>
    <w:p w14:paraId="4202EF18" w14:textId="77777777" w:rsidR="00624AE9" w:rsidRDefault="00C13212">
      <w:pPr>
        <w:spacing w:after="0"/>
      </w:pPr>
      <w:r>
        <w:rPr>
          <w:rFonts w:ascii="Arial" w:hAnsi="Arial"/>
        </w:rPr>
        <w:t>I wish I did. But I honestly have no idea.</w:t>
      </w:r>
    </w:p>
    <w:p w14:paraId="059B3860" w14:textId="77777777" w:rsidR="00624AE9" w:rsidRDefault="00624AE9">
      <w:pPr>
        <w:spacing w:after="0"/>
      </w:pPr>
    </w:p>
    <w:p w14:paraId="2ECE6762" w14:textId="77777777" w:rsidR="00624AE9" w:rsidRDefault="00C13212">
      <w:pPr>
        <w:spacing w:after="0"/>
      </w:pPr>
      <w:r>
        <w:rPr>
          <w:rFonts w:ascii="Arial" w:hAnsi="Arial"/>
          <w:b/>
        </w:rPr>
        <w:t xml:space="preserve">Interviewer P:  </w:t>
      </w:r>
      <w:r>
        <w:rPr>
          <w:rFonts w:ascii="Arial" w:hAnsi="Arial"/>
          <w:color w:val="5D7284"/>
        </w:rPr>
        <w:t>54:52</w:t>
      </w:r>
    </w:p>
    <w:p w14:paraId="3F60F065" w14:textId="6C45962C" w:rsidR="00624AE9" w:rsidRDefault="00C13212">
      <w:pPr>
        <w:spacing w:after="0"/>
      </w:pPr>
      <w:r>
        <w:rPr>
          <w:rFonts w:ascii="Arial" w:hAnsi="Arial"/>
        </w:rPr>
        <w:t xml:space="preserve">We're just, we just got too cramped of a space here. All right, I'm gonna you can stop that. We're gonna stop the </w:t>
      </w:r>
      <w:r w:rsidR="00B208B0">
        <w:rPr>
          <w:rFonts w:ascii="Arial" w:hAnsi="Arial"/>
        </w:rPr>
        <w:t>recording</w:t>
      </w:r>
      <w:r>
        <w:rPr>
          <w:rFonts w:ascii="Arial" w:hAnsi="Arial"/>
        </w:rPr>
        <w:t>, this one and.</w:t>
      </w:r>
    </w:p>
    <w:sectPr w:rsidR="00624AE9" w:rsidSect="00FE72F7">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31AC1B" w14:textId="77777777" w:rsidR="00FE72F7" w:rsidRDefault="00FE72F7">
      <w:pPr>
        <w:spacing w:after="0" w:line="240" w:lineRule="auto"/>
      </w:pPr>
      <w:r>
        <w:separator/>
      </w:r>
    </w:p>
  </w:endnote>
  <w:endnote w:type="continuationSeparator" w:id="0">
    <w:p w14:paraId="7814C588" w14:textId="77777777" w:rsidR="00FE72F7" w:rsidRDefault="00FE72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46A5426F"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4CF27710"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CE7962"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76C1CDB"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99BC56B"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2F4A6A"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B953EF" w14:textId="77777777" w:rsidR="00FE72F7" w:rsidRDefault="00FE72F7">
      <w:pPr>
        <w:spacing w:after="0" w:line="240" w:lineRule="auto"/>
      </w:pPr>
      <w:r>
        <w:separator/>
      </w:r>
    </w:p>
  </w:footnote>
  <w:footnote w:type="continuationSeparator" w:id="0">
    <w:p w14:paraId="7B4C3341" w14:textId="77777777" w:rsidR="00FE72F7" w:rsidRDefault="00FE72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4E9BA"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CECB8"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DB433"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370881986">
    <w:abstractNumId w:val="8"/>
  </w:num>
  <w:num w:numId="2" w16cid:durableId="1944259447">
    <w:abstractNumId w:val="6"/>
  </w:num>
  <w:num w:numId="3" w16cid:durableId="822887556">
    <w:abstractNumId w:val="5"/>
  </w:num>
  <w:num w:numId="4" w16cid:durableId="1484002334">
    <w:abstractNumId w:val="4"/>
  </w:num>
  <w:num w:numId="5" w16cid:durableId="227350937">
    <w:abstractNumId w:val="7"/>
  </w:num>
  <w:num w:numId="6" w16cid:durableId="1669014050">
    <w:abstractNumId w:val="3"/>
  </w:num>
  <w:num w:numId="7" w16cid:durableId="31274151">
    <w:abstractNumId w:val="2"/>
  </w:num>
  <w:num w:numId="8" w16cid:durableId="1347169003">
    <w:abstractNumId w:val="1"/>
  </w:num>
  <w:num w:numId="9" w16cid:durableId="2446544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24AE9"/>
    <w:rsid w:val="006E2A8C"/>
    <w:rsid w:val="007749AF"/>
    <w:rsid w:val="00794EBC"/>
    <w:rsid w:val="00930F33"/>
    <w:rsid w:val="009C3AF0"/>
    <w:rsid w:val="00A12EE5"/>
    <w:rsid w:val="00AA1D8D"/>
    <w:rsid w:val="00B208B0"/>
    <w:rsid w:val="00B47730"/>
    <w:rsid w:val="00BA4C2B"/>
    <w:rsid w:val="00BD0140"/>
    <w:rsid w:val="00C13212"/>
    <w:rsid w:val="00C24502"/>
    <w:rsid w:val="00CB0664"/>
    <w:rsid w:val="00D57E81"/>
    <w:rsid w:val="00EC4B23"/>
    <w:rsid w:val="00ED3244"/>
    <w:rsid w:val="00FC693F"/>
    <w:rsid w:val="00FE72F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C2CBBF6"/>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A2C6578E-B30E-4A53-9B7B-A76F7968CF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A77D548-733A-49DD-B549-1C14F2805AB8}">
  <ds:schemaRefs>
    <ds:schemaRef ds:uri="http://schemas.microsoft.com/sharepoint/v3/contenttype/forms"/>
  </ds:schemaRefs>
</ds:datastoreItem>
</file>

<file path=customXml/itemProps4.xml><?xml version="1.0" encoding="utf-8"?>
<ds:datastoreItem xmlns:ds="http://schemas.openxmlformats.org/officeDocument/2006/customXml" ds:itemID="{B7EE63D6-B5D0-466A-9D3E-8C8C06E0BAEA}">
  <ds:schemaRefs>
    <ds:schemaRef ds:uri="http://purl.org/dc/terms/"/>
    <ds:schemaRef ds:uri="http://purl.org/dc/dcmitype/"/>
    <ds:schemaRef ds:uri="eeef5ad7-d6de-419e-9305-cd9bdd8d89a9"/>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www.w3.org/XML/1998/namespace"/>
    <ds:schemaRef ds:uri="5b1983e9-55b4-4f9e-a196-30376d2238aa"/>
    <ds:schemaRef ds:uri="http://schemas.openxmlformats.org/package/2006/metadata/core-propertie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6528</Words>
  <Characters>37211</Characters>
  <Application>Microsoft Office Word</Application>
  <DocSecurity>4</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43652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2024-05-21T16:10:00Z</dcterms:created>
  <dcterms:modified xsi:type="dcterms:W3CDTF">2024-05-21T16:10:00Z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