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F07DE" w14:textId="77777777" w:rsidR="00930F33" w:rsidRDefault="00930F33">
      <w:pPr>
        <w:spacing w:after="0"/>
        <w:rPr>
          <w:lang w:eastAsia="zh-CN"/>
        </w:rPr>
      </w:pPr>
    </w:p>
    <w:p w14:paraId="37AD9243" w14:textId="77777777" w:rsidR="00E8689B" w:rsidRDefault="00D923C4">
      <w:r>
        <w:rPr>
          <w:rFonts w:ascii="Arial" w:hAnsi="Arial"/>
          <w:sz w:val="48"/>
        </w:rPr>
        <w:t>Participant #30</w:t>
      </w:r>
    </w:p>
    <w:p w14:paraId="18D0DA2D" w14:textId="77777777" w:rsidR="00E8689B" w:rsidRDefault="00D923C4">
      <w:r>
        <w:rPr>
          <w:rFonts w:ascii="Arial" w:hAnsi="Arial"/>
          <w:color w:val="4F6880"/>
        </w:rPr>
        <w:t>Tue, Nov 07, 2023 6:06PM • 49:34</w:t>
      </w:r>
    </w:p>
    <w:p w14:paraId="1F4EAEEA" w14:textId="77777777" w:rsidR="00E8689B" w:rsidRDefault="00D923C4">
      <w:pPr>
        <w:spacing w:before="440" w:after="0"/>
      </w:pPr>
      <w:r>
        <w:rPr>
          <w:rFonts w:ascii="Arial" w:hAnsi="Arial"/>
          <w:b/>
          <w:color w:val="4F6880"/>
        </w:rPr>
        <w:t>SUMMARY KEYWORDS</w:t>
      </w:r>
    </w:p>
    <w:p w14:paraId="28991430" w14:textId="77777777" w:rsidR="00E8689B" w:rsidRDefault="00D923C4">
      <w:r>
        <w:rPr>
          <w:rFonts w:ascii="Arial" w:hAnsi="Arial"/>
          <w:color w:val="4F6880"/>
        </w:rPr>
        <w:t>water, tank, spinning, jello, temperature, moving, minute, mixing, feel, put, plant, straight, bottom, hot, rotating, stratified, freshwater, faster, dye, dividing wall</w:t>
      </w:r>
    </w:p>
    <w:p w14:paraId="13A82C5D" w14:textId="77777777" w:rsidR="00E8689B" w:rsidRDefault="00D923C4">
      <w:pPr>
        <w:spacing w:before="440" w:after="0"/>
      </w:pPr>
      <w:r>
        <w:rPr>
          <w:rFonts w:ascii="Arial" w:hAnsi="Arial"/>
          <w:b/>
          <w:color w:val="4F6880"/>
        </w:rPr>
        <w:t>SPEAKERS</w:t>
      </w:r>
    </w:p>
    <w:p w14:paraId="35BAA4BB" w14:textId="77777777" w:rsidR="00E8689B" w:rsidRDefault="00D923C4">
      <w:r>
        <w:rPr>
          <w:rFonts w:ascii="Arial" w:hAnsi="Arial"/>
          <w:color w:val="4F6880"/>
        </w:rPr>
        <w:t>Interviewer E:, Participant # 30:</w:t>
      </w:r>
    </w:p>
    <w:p w14:paraId="544E7592" w14:textId="77777777" w:rsidR="00E8689B" w:rsidRDefault="00E8689B">
      <w:pPr>
        <w:spacing w:after="0"/>
      </w:pPr>
    </w:p>
    <w:p w14:paraId="6101417F" w14:textId="77777777" w:rsidR="00E8689B" w:rsidRDefault="00D923C4">
      <w:pPr>
        <w:spacing w:after="0"/>
      </w:pPr>
      <w:r>
        <w:rPr>
          <w:rFonts w:ascii="Arial" w:hAnsi="Arial"/>
          <w:b/>
        </w:rPr>
        <w:t xml:space="preserve">Interviewer E:  </w:t>
      </w:r>
      <w:r>
        <w:rPr>
          <w:rFonts w:ascii="Arial" w:hAnsi="Arial"/>
          <w:color w:val="5D7284"/>
        </w:rPr>
        <w:t>00:02</w:t>
      </w:r>
    </w:p>
    <w:p w14:paraId="083A8EB7" w14:textId="77777777" w:rsidR="00E8689B" w:rsidRDefault="00D923C4">
      <w:pPr>
        <w:spacing w:after="0"/>
      </w:pPr>
      <w:r>
        <w:rPr>
          <w:rFonts w:ascii="Arial" w:hAnsi="Arial"/>
        </w:rPr>
        <w:t>All right, so this is participant number 30. All right, so the first thing we're going to start off with is this rectangle tank. It has the dividing wall in the middle, I can remove it if I want to. And I'm gonna have you look at a couple of things. So this right here is warm and cold water. So this thing here can't wait let me get cold water. But in our ice melted unfortunately, so this is kind of more of a lukewarm and this is more of like a scalding hot. If you want to flow on the side for like the diffe</w:t>
      </w:r>
      <w:r>
        <w:rPr>
          <w:rFonts w:ascii="Arial" w:hAnsi="Arial"/>
        </w:rPr>
        <w:t>rences you can. But that's generally speaking what so what I'm going to do is I'm actually going to pour this one into this side of the divider wall, this one into this side of the dividing wall. And then I'm going to lift that I'm gonna lift this divider up and once I lift up the divider, the two are going to interact right so I'm gonna do it was with cold and hot water and I'm going to do it with waters that are the same exact temperature you can fill those sides to verify that they're the same temperatur</w:t>
      </w:r>
      <w:r>
        <w:rPr>
          <w:rFonts w:ascii="Arial" w:hAnsi="Arial"/>
        </w:rPr>
        <w:t xml:space="preserve">e and we're going to do that with water that is hot has high salinity and order that is freshwater so this has salinity this has freshwater in it. So before we even pour it into the tank what I'm going to have you do is draw me a sketch of what you think the warm and the hot water will do after it's interacted after one minute and we have color principles that you can use as well this is for the hot and cooler water first. </w:t>
      </w:r>
    </w:p>
    <w:p w14:paraId="4981B355" w14:textId="77777777" w:rsidR="00E8689B" w:rsidRDefault="00E8689B">
      <w:pPr>
        <w:spacing w:after="0"/>
      </w:pPr>
    </w:p>
    <w:p w14:paraId="0FC9AE35" w14:textId="77777777" w:rsidR="00E8689B" w:rsidRDefault="00D923C4">
      <w:pPr>
        <w:spacing w:after="0"/>
      </w:pPr>
      <w:r>
        <w:rPr>
          <w:rFonts w:ascii="Arial" w:hAnsi="Arial"/>
          <w:b/>
        </w:rPr>
        <w:t xml:space="preserve">Participant # 30:  </w:t>
      </w:r>
      <w:r>
        <w:rPr>
          <w:rFonts w:ascii="Arial" w:hAnsi="Arial"/>
          <w:color w:val="5D7284"/>
        </w:rPr>
        <w:t>01:51</w:t>
      </w:r>
    </w:p>
    <w:p w14:paraId="472CD110" w14:textId="77777777" w:rsidR="00E8689B" w:rsidRDefault="00D923C4">
      <w:pPr>
        <w:spacing w:after="0"/>
      </w:pPr>
      <w:r>
        <w:rPr>
          <w:rFonts w:ascii="Arial" w:hAnsi="Arial"/>
        </w:rPr>
        <w:t>Okay yeah, I guess.</w:t>
      </w:r>
    </w:p>
    <w:p w14:paraId="1D5D3A4A" w14:textId="77777777" w:rsidR="00E8689B" w:rsidRDefault="00E8689B">
      <w:pPr>
        <w:spacing w:after="0"/>
      </w:pPr>
    </w:p>
    <w:p w14:paraId="1C91FCCE" w14:textId="77777777" w:rsidR="00E8689B" w:rsidRDefault="00D923C4">
      <w:pPr>
        <w:spacing w:after="0"/>
      </w:pPr>
      <w:r>
        <w:rPr>
          <w:rFonts w:ascii="Arial" w:hAnsi="Arial"/>
          <w:b/>
        </w:rPr>
        <w:t xml:space="preserve">Interviewer E:  </w:t>
      </w:r>
      <w:r>
        <w:rPr>
          <w:rFonts w:ascii="Arial" w:hAnsi="Arial"/>
          <w:color w:val="5D7284"/>
        </w:rPr>
        <w:t>01:56</w:t>
      </w:r>
    </w:p>
    <w:p w14:paraId="279C2F19" w14:textId="77777777" w:rsidR="00E8689B" w:rsidRDefault="00D923C4">
      <w:pPr>
        <w:spacing w:after="0"/>
      </w:pPr>
      <w:r>
        <w:rPr>
          <w:rFonts w:ascii="Arial" w:hAnsi="Arial"/>
        </w:rPr>
        <w:t>Okay.</w:t>
      </w:r>
    </w:p>
    <w:p w14:paraId="2DC797C4" w14:textId="77777777" w:rsidR="00E8689B" w:rsidRDefault="00E8689B">
      <w:pPr>
        <w:spacing w:after="0"/>
      </w:pPr>
    </w:p>
    <w:p w14:paraId="5D161132" w14:textId="77777777" w:rsidR="00E8689B" w:rsidRDefault="00D923C4">
      <w:pPr>
        <w:spacing w:after="0"/>
      </w:pPr>
      <w:r>
        <w:rPr>
          <w:rFonts w:ascii="Arial" w:hAnsi="Arial"/>
          <w:b/>
        </w:rPr>
        <w:t xml:space="preserve">Participant # 30:  </w:t>
      </w:r>
      <w:r>
        <w:rPr>
          <w:rFonts w:ascii="Arial" w:hAnsi="Arial"/>
          <w:color w:val="5D7284"/>
        </w:rPr>
        <w:t>01:57</w:t>
      </w:r>
    </w:p>
    <w:p w14:paraId="329E8095" w14:textId="77777777" w:rsidR="00E8689B" w:rsidRDefault="00D923C4">
      <w:pPr>
        <w:spacing w:after="0"/>
      </w:pPr>
      <w:r>
        <w:rPr>
          <w:rFonts w:ascii="Arial" w:hAnsi="Arial"/>
        </w:rPr>
        <w:t>Water actually here. This is water.</w:t>
      </w:r>
    </w:p>
    <w:p w14:paraId="05B7B0AB" w14:textId="77777777" w:rsidR="00E8689B" w:rsidRDefault="00E8689B">
      <w:pPr>
        <w:spacing w:after="0"/>
      </w:pPr>
    </w:p>
    <w:p w14:paraId="7301501B" w14:textId="77777777" w:rsidR="00E8689B" w:rsidRDefault="00D923C4">
      <w:pPr>
        <w:spacing w:after="0"/>
      </w:pPr>
      <w:r>
        <w:rPr>
          <w:rFonts w:ascii="Arial" w:hAnsi="Arial"/>
          <w:b/>
        </w:rPr>
        <w:t xml:space="preserve">Interviewer E:  </w:t>
      </w:r>
      <w:r>
        <w:rPr>
          <w:rFonts w:ascii="Arial" w:hAnsi="Arial"/>
          <w:color w:val="5D7284"/>
        </w:rPr>
        <w:t>02:01</w:t>
      </w:r>
    </w:p>
    <w:p w14:paraId="146B20A9" w14:textId="77777777" w:rsidR="00E8689B" w:rsidRDefault="00D923C4">
      <w:pPr>
        <w:spacing w:after="0"/>
      </w:pPr>
      <w:r>
        <w:rPr>
          <w:rFonts w:ascii="Arial" w:hAnsi="Arial"/>
        </w:rPr>
        <w:t xml:space="preserve"> Okay.</w:t>
      </w:r>
    </w:p>
    <w:p w14:paraId="6CD0A8D1" w14:textId="77777777" w:rsidR="00E8689B" w:rsidRDefault="00E8689B">
      <w:pPr>
        <w:spacing w:after="0"/>
      </w:pPr>
    </w:p>
    <w:p w14:paraId="1BE94753" w14:textId="77777777" w:rsidR="00E8689B" w:rsidRDefault="00D923C4">
      <w:pPr>
        <w:spacing w:after="0"/>
      </w:pPr>
      <w:r>
        <w:rPr>
          <w:rFonts w:ascii="Arial" w:hAnsi="Arial"/>
          <w:b/>
        </w:rPr>
        <w:t xml:space="preserve">Participant # 30:  </w:t>
      </w:r>
      <w:r>
        <w:rPr>
          <w:rFonts w:ascii="Arial" w:hAnsi="Arial"/>
          <w:color w:val="5D7284"/>
        </w:rPr>
        <w:t>02:02</w:t>
      </w:r>
    </w:p>
    <w:p w14:paraId="5F61F61F" w14:textId="77777777" w:rsidR="00E8689B" w:rsidRDefault="00D923C4">
      <w:pPr>
        <w:spacing w:after="0"/>
      </w:pPr>
      <w:r>
        <w:rPr>
          <w:rFonts w:ascii="Arial" w:hAnsi="Arial"/>
        </w:rPr>
        <w:lastRenderedPageBreak/>
        <w:t>Water.</w:t>
      </w:r>
    </w:p>
    <w:p w14:paraId="4C2BDB3A" w14:textId="77777777" w:rsidR="00E8689B" w:rsidRDefault="00E8689B">
      <w:pPr>
        <w:spacing w:after="0"/>
      </w:pPr>
    </w:p>
    <w:p w14:paraId="4986235A" w14:textId="77777777" w:rsidR="00E8689B" w:rsidRDefault="00D923C4">
      <w:pPr>
        <w:spacing w:after="0"/>
      </w:pPr>
      <w:r>
        <w:rPr>
          <w:rFonts w:ascii="Arial" w:hAnsi="Arial"/>
          <w:b/>
        </w:rPr>
        <w:t xml:space="preserve">Interviewer E:  </w:t>
      </w:r>
      <w:r>
        <w:rPr>
          <w:rFonts w:ascii="Arial" w:hAnsi="Arial"/>
          <w:color w:val="5D7284"/>
        </w:rPr>
        <w:t>02:03</w:t>
      </w:r>
    </w:p>
    <w:p w14:paraId="3A070106" w14:textId="77777777" w:rsidR="00E8689B" w:rsidRDefault="00D923C4">
      <w:pPr>
        <w:spacing w:after="0"/>
      </w:pPr>
      <w:r>
        <w:rPr>
          <w:rFonts w:ascii="Arial" w:hAnsi="Arial"/>
        </w:rPr>
        <w:t xml:space="preserve">So are you saying the tea will mix </w:t>
      </w:r>
      <w:r>
        <w:rPr>
          <w:rFonts w:ascii="Arial" w:hAnsi="Arial"/>
        </w:rPr>
        <w:t>together?</w:t>
      </w:r>
    </w:p>
    <w:p w14:paraId="39BF080A" w14:textId="77777777" w:rsidR="00E8689B" w:rsidRDefault="00E8689B">
      <w:pPr>
        <w:spacing w:after="0"/>
      </w:pPr>
    </w:p>
    <w:p w14:paraId="70A43EB2" w14:textId="77777777" w:rsidR="00E8689B" w:rsidRDefault="00D923C4">
      <w:pPr>
        <w:spacing w:after="0"/>
      </w:pPr>
      <w:r>
        <w:rPr>
          <w:rFonts w:ascii="Arial" w:hAnsi="Arial"/>
          <w:b/>
        </w:rPr>
        <w:t xml:space="preserve">Participant # 30:  </w:t>
      </w:r>
      <w:r>
        <w:rPr>
          <w:rFonts w:ascii="Arial" w:hAnsi="Arial"/>
          <w:color w:val="5D7284"/>
        </w:rPr>
        <w:t>02:06</w:t>
      </w:r>
    </w:p>
    <w:p w14:paraId="68063569" w14:textId="77777777" w:rsidR="00E8689B" w:rsidRDefault="00D923C4">
      <w:pPr>
        <w:spacing w:after="0"/>
      </w:pPr>
      <w:r>
        <w:rPr>
          <w:rFonts w:ascii="Arial" w:hAnsi="Arial"/>
        </w:rPr>
        <w:t>Yes, Yeah. Temps will mix to somewhere between.</w:t>
      </w:r>
    </w:p>
    <w:p w14:paraId="513BFBFF" w14:textId="77777777" w:rsidR="00E8689B" w:rsidRDefault="00E8689B">
      <w:pPr>
        <w:spacing w:after="0"/>
      </w:pPr>
    </w:p>
    <w:p w14:paraId="053F5356" w14:textId="77777777" w:rsidR="00E8689B" w:rsidRDefault="00D923C4">
      <w:pPr>
        <w:spacing w:after="0"/>
      </w:pPr>
      <w:r>
        <w:rPr>
          <w:rFonts w:ascii="Arial" w:hAnsi="Arial"/>
          <w:b/>
        </w:rPr>
        <w:t xml:space="preserve">Interviewer E:  </w:t>
      </w:r>
      <w:r>
        <w:rPr>
          <w:rFonts w:ascii="Arial" w:hAnsi="Arial"/>
          <w:color w:val="5D7284"/>
        </w:rPr>
        <w:t>02:24</w:t>
      </w:r>
    </w:p>
    <w:p w14:paraId="696CBAB8" w14:textId="77777777" w:rsidR="00E8689B" w:rsidRDefault="00D923C4">
      <w:pPr>
        <w:spacing w:after="0"/>
      </w:pPr>
      <w:r>
        <w:rPr>
          <w:rFonts w:ascii="Arial" w:hAnsi="Arial"/>
        </w:rPr>
        <w:t>Okay, so it's gonna you're saying it's going to combine to kind of create like a conglomerate of the two? Like the warm and hot.</w:t>
      </w:r>
    </w:p>
    <w:p w14:paraId="0B4412B1" w14:textId="77777777" w:rsidR="00E8689B" w:rsidRDefault="00E8689B">
      <w:pPr>
        <w:spacing w:after="0"/>
      </w:pPr>
    </w:p>
    <w:p w14:paraId="4D8DCEB7" w14:textId="77777777" w:rsidR="00E8689B" w:rsidRDefault="00D923C4">
      <w:pPr>
        <w:spacing w:after="0"/>
      </w:pPr>
      <w:r>
        <w:rPr>
          <w:rFonts w:ascii="Arial" w:hAnsi="Arial"/>
          <w:b/>
        </w:rPr>
        <w:t xml:space="preserve">Participant # 30:  </w:t>
      </w:r>
      <w:r>
        <w:rPr>
          <w:rFonts w:ascii="Arial" w:hAnsi="Arial"/>
          <w:color w:val="5D7284"/>
        </w:rPr>
        <w:t>02:32</w:t>
      </w:r>
    </w:p>
    <w:p w14:paraId="54402815" w14:textId="77777777" w:rsidR="00E8689B" w:rsidRDefault="00D923C4">
      <w:pPr>
        <w:spacing w:after="0"/>
      </w:pPr>
      <w:r>
        <w:rPr>
          <w:rFonts w:ascii="Arial" w:hAnsi="Arial"/>
        </w:rPr>
        <w:t>Like temperature will probably be somewhere between the temperatures of the.</w:t>
      </w:r>
    </w:p>
    <w:p w14:paraId="3C4E9328" w14:textId="77777777" w:rsidR="00E8689B" w:rsidRDefault="00E8689B">
      <w:pPr>
        <w:spacing w:after="0"/>
      </w:pPr>
    </w:p>
    <w:p w14:paraId="2D704418" w14:textId="77777777" w:rsidR="00E8689B" w:rsidRDefault="00D923C4">
      <w:pPr>
        <w:spacing w:after="0"/>
      </w:pPr>
      <w:r>
        <w:rPr>
          <w:rFonts w:ascii="Arial" w:hAnsi="Arial"/>
          <w:b/>
        </w:rPr>
        <w:t xml:space="preserve">Interviewer E:  </w:t>
      </w:r>
      <w:r>
        <w:rPr>
          <w:rFonts w:ascii="Arial" w:hAnsi="Arial"/>
          <w:color w:val="5D7284"/>
        </w:rPr>
        <w:t>02:35</w:t>
      </w:r>
    </w:p>
    <w:p w14:paraId="46F10909" w14:textId="77777777" w:rsidR="00E8689B" w:rsidRDefault="00D923C4">
      <w:pPr>
        <w:spacing w:after="0"/>
      </w:pPr>
      <w:r>
        <w:rPr>
          <w:rFonts w:ascii="Arial" w:hAnsi="Arial"/>
        </w:rPr>
        <w:t>Okay. Okay. So it will turn purple?</w:t>
      </w:r>
    </w:p>
    <w:p w14:paraId="27F48094" w14:textId="77777777" w:rsidR="00E8689B" w:rsidRDefault="00E8689B">
      <w:pPr>
        <w:spacing w:after="0"/>
      </w:pPr>
    </w:p>
    <w:p w14:paraId="69F56D3A" w14:textId="77777777" w:rsidR="00E8689B" w:rsidRDefault="00D923C4">
      <w:pPr>
        <w:spacing w:after="0"/>
      </w:pPr>
      <w:r>
        <w:rPr>
          <w:rFonts w:ascii="Arial" w:hAnsi="Arial"/>
          <w:b/>
        </w:rPr>
        <w:t xml:space="preserve">Participant # 30:  </w:t>
      </w:r>
      <w:r>
        <w:rPr>
          <w:rFonts w:ascii="Arial" w:hAnsi="Arial"/>
          <w:color w:val="5D7284"/>
        </w:rPr>
        <w:t>02:36</w:t>
      </w:r>
    </w:p>
    <w:p w14:paraId="076C4482" w14:textId="77777777" w:rsidR="00E8689B" w:rsidRDefault="00D923C4">
      <w:pPr>
        <w:spacing w:after="0"/>
      </w:pPr>
      <w:r>
        <w:rPr>
          <w:rFonts w:ascii="Arial" w:hAnsi="Arial"/>
        </w:rPr>
        <w:t>The cool and warm.</w:t>
      </w:r>
    </w:p>
    <w:p w14:paraId="5F8CDB0F" w14:textId="77777777" w:rsidR="00E8689B" w:rsidRDefault="00E8689B">
      <w:pPr>
        <w:spacing w:after="0"/>
      </w:pPr>
    </w:p>
    <w:p w14:paraId="39BCB241" w14:textId="77777777" w:rsidR="00E8689B" w:rsidRDefault="00D923C4">
      <w:pPr>
        <w:spacing w:after="0"/>
      </w:pPr>
      <w:r>
        <w:rPr>
          <w:rFonts w:ascii="Arial" w:hAnsi="Arial"/>
          <w:b/>
        </w:rPr>
        <w:t xml:space="preserve">Interviewer E:  </w:t>
      </w:r>
      <w:r>
        <w:rPr>
          <w:rFonts w:ascii="Arial" w:hAnsi="Arial"/>
          <w:color w:val="5D7284"/>
        </w:rPr>
        <w:t>02:37</w:t>
      </w:r>
    </w:p>
    <w:p w14:paraId="170F3F5B" w14:textId="77777777" w:rsidR="00E8689B" w:rsidRDefault="00D923C4">
      <w:pPr>
        <w:spacing w:after="0"/>
      </w:pPr>
      <w:r>
        <w:rPr>
          <w:rFonts w:ascii="Arial" w:hAnsi="Arial"/>
        </w:rPr>
        <w:t xml:space="preserve">Okay. Alright and then we have the next one </w:t>
      </w:r>
      <w:r>
        <w:rPr>
          <w:rFonts w:ascii="Arial" w:hAnsi="Arial"/>
        </w:rPr>
        <w:t>So the next one I want you to draw is what do you think will happen when the same type of temperate waters interact so the same exact temperatures and after how would they look after one minute? Okay so you think a one minute the whole sum is going to be mixed like a purple color. Why do you think that?</w:t>
      </w:r>
    </w:p>
    <w:p w14:paraId="3EFE546F" w14:textId="77777777" w:rsidR="00E8689B" w:rsidRDefault="00E8689B">
      <w:pPr>
        <w:spacing w:after="0"/>
      </w:pPr>
    </w:p>
    <w:p w14:paraId="3DFA0004" w14:textId="77777777" w:rsidR="00E8689B" w:rsidRDefault="00D923C4">
      <w:pPr>
        <w:spacing w:after="0"/>
      </w:pPr>
      <w:r>
        <w:rPr>
          <w:rFonts w:ascii="Arial" w:hAnsi="Arial"/>
          <w:b/>
        </w:rPr>
        <w:t xml:space="preserve">Participant # 30:  </w:t>
      </w:r>
      <w:r>
        <w:rPr>
          <w:rFonts w:ascii="Arial" w:hAnsi="Arial"/>
          <w:color w:val="5D7284"/>
        </w:rPr>
        <w:t>02:37</w:t>
      </w:r>
    </w:p>
    <w:p w14:paraId="3ADF5D30" w14:textId="77777777" w:rsidR="00E8689B" w:rsidRDefault="00D923C4">
      <w:pPr>
        <w:spacing w:after="0"/>
      </w:pPr>
      <w:r>
        <w:rPr>
          <w:rFonts w:ascii="Arial" w:hAnsi="Arial"/>
        </w:rPr>
        <w:t>Yeah I guess. Is because I think that usually with water molecules they're going to spread out in the space that they have. So once they have all both types have access to the same space they're going to spread out and evenly across the whole tank.</w:t>
      </w:r>
    </w:p>
    <w:p w14:paraId="2606DC12" w14:textId="77777777" w:rsidR="00E8689B" w:rsidRDefault="00E8689B">
      <w:pPr>
        <w:spacing w:after="0"/>
      </w:pPr>
    </w:p>
    <w:p w14:paraId="70356C03" w14:textId="77777777" w:rsidR="00E8689B" w:rsidRDefault="00D923C4">
      <w:pPr>
        <w:spacing w:after="0"/>
      </w:pPr>
      <w:r>
        <w:rPr>
          <w:rFonts w:ascii="Arial" w:hAnsi="Arial"/>
          <w:b/>
        </w:rPr>
        <w:t xml:space="preserve">Interviewer E:  </w:t>
      </w:r>
      <w:r>
        <w:rPr>
          <w:rFonts w:ascii="Arial" w:hAnsi="Arial"/>
          <w:color w:val="5D7284"/>
        </w:rPr>
        <w:t>04:10</w:t>
      </w:r>
    </w:p>
    <w:p w14:paraId="4C7DA840" w14:textId="77777777" w:rsidR="00E8689B" w:rsidRDefault="00D923C4">
      <w:pPr>
        <w:spacing w:after="0"/>
      </w:pPr>
      <w:r>
        <w:rPr>
          <w:rFonts w:ascii="Arial" w:hAnsi="Arial"/>
        </w:rPr>
        <w:t>And relatively the same for the two different temperature waters. Next is the saltwater versus freshwater. How do you think that's going to react those salt waters the green and the fresh waters the yellow one. In one minute.</w:t>
      </w:r>
    </w:p>
    <w:p w14:paraId="0BAC6E27" w14:textId="77777777" w:rsidR="00E8689B" w:rsidRDefault="00E8689B">
      <w:pPr>
        <w:spacing w:after="0"/>
      </w:pPr>
    </w:p>
    <w:p w14:paraId="710A8BE8" w14:textId="77777777" w:rsidR="00E8689B" w:rsidRDefault="00D923C4">
      <w:pPr>
        <w:spacing w:after="0"/>
      </w:pPr>
      <w:r>
        <w:rPr>
          <w:rFonts w:ascii="Arial" w:hAnsi="Arial"/>
          <w:b/>
        </w:rPr>
        <w:t xml:space="preserve">Participant # 30:  </w:t>
      </w:r>
      <w:r>
        <w:rPr>
          <w:rFonts w:ascii="Arial" w:hAnsi="Arial"/>
          <w:color w:val="5D7284"/>
        </w:rPr>
        <w:t>04:28</w:t>
      </w:r>
    </w:p>
    <w:p w14:paraId="3CA636E5" w14:textId="77777777" w:rsidR="00E8689B" w:rsidRDefault="00D923C4">
      <w:pPr>
        <w:spacing w:after="0"/>
      </w:pPr>
      <w:r>
        <w:rPr>
          <w:rFonts w:ascii="Arial" w:hAnsi="Arial"/>
        </w:rPr>
        <w:t>Lets see. I should have used yellow green, Woops. Green colors work.</w:t>
      </w:r>
    </w:p>
    <w:p w14:paraId="4F94D385" w14:textId="77777777" w:rsidR="00E8689B" w:rsidRDefault="00E8689B">
      <w:pPr>
        <w:spacing w:after="0"/>
      </w:pPr>
    </w:p>
    <w:p w14:paraId="1B83777A" w14:textId="77777777" w:rsidR="00E8689B" w:rsidRDefault="00D923C4">
      <w:pPr>
        <w:spacing w:after="0"/>
      </w:pPr>
      <w:r>
        <w:rPr>
          <w:rFonts w:ascii="Arial" w:hAnsi="Arial"/>
          <w:b/>
        </w:rPr>
        <w:t xml:space="preserve">Interviewer E:  </w:t>
      </w:r>
      <w:r>
        <w:rPr>
          <w:rFonts w:ascii="Arial" w:hAnsi="Arial"/>
          <w:color w:val="5D7284"/>
        </w:rPr>
        <w:t>05:26</w:t>
      </w:r>
    </w:p>
    <w:p w14:paraId="1D8B34DA" w14:textId="77777777" w:rsidR="00E8689B" w:rsidRDefault="00D923C4">
      <w:pPr>
        <w:spacing w:after="0"/>
      </w:pPr>
      <w:r>
        <w:rPr>
          <w:rFonts w:ascii="Arial" w:hAnsi="Arial"/>
        </w:rPr>
        <w:t>Salt water on the bottom a little bit of mixing in between, fresh top. Why Why What do you predict that?</w:t>
      </w:r>
    </w:p>
    <w:p w14:paraId="00774526" w14:textId="77777777" w:rsidR="00E8689B" w:rsidRDefault="00E8689B">
      <w:pPr>
        <w:spacing w:after="0"/>
      </w:pPr>
    </w:p>
    <w:p w14:paraId="7AA46DE3" w14:textId="77777777" w:rsidR="00E8689B" w:rsidRDefault="00D923C4">
      <w:pPr>
        <w:spacing w:after="0"/>
      </w:pPr>
      <w:r>
        <w:rPr>
          <w:rFonts w:ascii="Arial" w:hAnsi="Arial"/>
          <w:b/>
        </w:rPr>
        <w:t xml:space="preserve">Participant # 30:  </w:t>
      </w:r>
      <w:r>
        <w:rPr>
          <w:rFonts w:ascii="Arial" w:hAnsi="Arial"/>
          <w:color w:val="5D7284"/>
        </w:rPr>
        <w:t>05:32</w:t>
      </w:r>
    </w:p>
    <w:p w14:paraId="11188851" w14:textId="77777777" w:rsidR="00E8689B" w:rsidRDefault="00D923C4">
      <w:pPr>
        <w:spacing w:after="0"/>
      </w:pPr>
      <w:r>
        <w:rPr>
          <w:rFonts w:ascii="Arial" w:hAnsi="Arial"/>
        </w:rPr>
        <w:lastRenderedPageBreak/>
        <w:t>So I mean, I think that just kind of like what I was saying before the, like the water is going to spread out across the tank, but I think there's going to be like kind of a density difference. And I think that probably if just a minute, like if it's not being stirred, it'll probably start mixing a little bit, but not all the way.</w:t>
      </w:r>
    </w:p>
    <w:p w14:paraId="75324B30" w14:textId="77777777" w:rsidR="00E8689B" w:rsidRDefault="00E8689B">
      <w:pPr>
        <w:spacing w:after="0"/>
      </w:pPr>
    </w:p>
    <w:p w14:paraId="257B6062" w14:textId="77777777" w:rsidR="00E8689B" w:rsidRDefault="00D923C4">
      <w:pPr>
        <w:spacing w:after="0"/>
      </w:pPr>
      <w:r>
        <w:rPr>
          <w:rFonts w:ascii="Arial" w:hAnsi="Arial"/>
          <w:b/>
        </w:rPr>
        <w:t xml:space="preserve">Interviewer E:  </w:t>
      </w:r>
      <w:r>
        <w:rPr>
          <w:rFonts w:ascii="Arial" w:hAnsi="Arial"/>
          <w:color w:val="5D7284"/>
        </w:rPr>
        <w:t>05:52</w:t>
      </w:r>
    </w:p>
    <w:p w14:paraId="092D5178" w14:textId="77777777" w:rsidR="00E8689B" w:rsidRDefault="00D923C4">
      <w:pPr>
        <w:spacing w:after="0"/>
      </w:pPr>
      <w:r>
        <w:rPr>
          <w:rFonts w:ascii="Arial" w:hAnsi="Arial"/>
        </w:rPr>
        <w:t xml:space="preserve">Okay, alright looks good, now I'm going to demonstrate it. So we're gonna see what actually happens after a minute. So we're gonna go in the order that I kind of showed you that. So that would be we're going to start with the hot and cooler water. Happens sometimes hard to pour two handed. </w:t>
      </w:r>
    </w:p>
    <w:p w14:paraId="2A9B0F1C" w14:textId="77777777" w:rsidR="00E8689B" w:rsidRDefault="00E8689B">
      <w:pPr>
        <w:spacing w:after="0"/>
      </w:pPr>
    </w:p>
    <w:p w14:paraId="199F6696" w14:textId="77777777" w:rsidR="00E8689B" w:rsidRDefault="00D923C4">
      <w:pPr>
        <w:spacing w:after="0"/>
      </w:pPr>
      <w:r>
        <w:rPr>
          <w:rFonts w:ascii="Arial" w:hAnsi="Arial"/>
          <w:b/>
        </w:rPr>
        <w:t xml:space="preserve">Participant # 30:  </w:t>
      </w:r>
      <w:r>
        <w:rPr>
          <w:rFonts w:ascii="Arial" w:hAnsi="Arial"/>
          <w:color w:val="5D7284"/>
        </w:rPr>
        <w:t>06:42</w:t>
      </w:r>
    </w:p>
    <w:p w14:paraId="132F51ED" w14:textId="77777777" w:rsidR="00E8689B" w:rsidRDefault="00D923C4">
      <w:pPr>
        <w:spacing w:after="0"/>
      </w:pPr>
      <w:r>
        <w:rPr>
          <w:rFonts w:ascii="Arial" w:hAnsi="Arial"/>
        </w:rPr>
        <w:t>Got it?</w:t>
      </w:r>
    </w:p>
    <w:p w14:paraId="1966A4E0" w14:textId="77777777" w:rsidR="00E8689B" w:rsidRDefault="00E8689B">
      <w:pPr>
        <w:spacing w:after="0"/>
      </w:pPr>
    </w:p>
    <w:p w14:paraId="11CFEC8F" w14:textId="77777777" w:rsidR="00E8689B" w:rsidRDefault="00D923C4">
      <w:pPr>
        <w:spacing w:after="0"/>
      </w:pPr>
      <w:r>
        <w:rPr>
          <w:rFonts w:ascii="Arial" w:hAnsi="Arial"/>
          <w:b/>
        </w:rPr>
        <w:t xml:space="preserve">Interviewer E:  </w:t>
      </w:r>
      <w:r>
        <w:rPr>
          <w:rFonts w:ascii="Arial" w:hAnsi="Arial"/>
          <w:color w:val="5D7284"/>
        </w:rPr>
        <w:t>06:45</w:t>
      </w:r>
    </w:p>
    <w:p w14:paraId="70B2F2DA" w14:textId="77777777" w:rsidR="00E8689B" w:rsidRDefault="00D923C4">
      <w:pPr>
        <w:spacing w:after="0"/>
      </w:pPr>
      <w:r>
        <w:rPr>
          <w:rFonts w:ascii="Arial" w:hAnsi="Arial"/>
        </w:rPr>
        <w:t>All right, so I'm going to start the timer move this dividing wall and go. 20 more seconds. all right. So as we can see it a little different from  what we predicted. I mean, what do you what do you think is the reason as to why this is the way it is why it's stratified this way.</w:t>
      </w:r>
    </w:p>
    <w:p w14:paraId="1C1B8B49" w14:textId="77777777" w:rsidR="00E8689B" w:rsidRDefault="00E8689B">
      <w:pPr>
        <w:spacing w:after="0"/>
      </w:pPr>
    </w:p>
    <w:p w14:paraId="67BB2D2F" w14:textId="77777777" w:rsidR="00E8689B" w:rsidRDefault="00D923C4">
      <w:pPr>
        <w:spacing w:after="0"/>
      </w:pPr>
      <w:r>
        <w:rPr>
          <w:rFonts w:ascii="Arial" w:hAnsi="Arial"/>
          <w:b/>
        </w:rPr>
        <w:t xml:space="preserve">Participant # 30:  </w:t>
      </w:r>
      <w:r>
        <w:rPr>
          <w:rFonts w:ascii="Arial" w:hAnsi="Arial"/>
          <w:color w:val="5D7284"/>
        </w:rPr>
        <w:t>08:10</w:t>
      </w:r>
    </w:p>
    <w:p w14:paraId="12C150B9" w14:textId="77777777" w:rsidR="00E8689B" w:rsidRDefault="00D923C4">
      <w:pPr>
        <w:spacing w:after="0"/>
      </w:pPr>
      <w:r>
        <w:rPr>
          <w:rFonts w:ascii="Arial" w:hAnsi="Arial"/>
        </w:rPr>
        <w:t xml:space="preserve">So my guess is it's again, a density difference, the warmer waters gonna be less dense. I thought the temperature would equalize faster than it did I guess. So that's kind of more similar to what I predicted for the salinity. </w:t>
      </w:r>
    </w:p>
    <w:p w14:paraId="1D428B39" w14:textId="77777777" w:rsidR="00E8689B" w:rsidRDefault="00E8689B">
      <w:pPr>
        <w:spacing w:after="0"/>
      </w:pPr>
    </w:p>
    <w:p w14:paraId="1CE3BE29" w14:textId="77777777" w:rsidR="00E8689B" w:rsidRDefault="00D923C4">
      <w:pPr>
        <w:spacing w:after="0"/>
      </w:pPr>
      <w:r>
        <w:rPr>
          <w:rFonts w:ascii="Arial" w:hAnsi="Arial"/>
          <w:b/>
        </w:rPr>
        <w:t xml:space="preserve">Interviewer E:  </w:t>
      </w:r>
      <w:r>
        <w:rPr>
          <w:rFonts w:ascii="Arial" w:hAnsi="Arial"/>
          <w:color w:val="5D7284"/>
        </w:rPr>
        <w:t>08:20</w:t>
      </w:r>
    </w:p>
    <w:p w14:paraId="6802E410" w14:textId="77777777" w:rsidR="00E8689B" w:rsidRDefault="00D923C4">
      <w:pPr>
        <w:spacing w:after="0"/>
      </w:pPr>
      <w:r>
        <w:rPr>
          <w:rFonts w:ascii="Arial" w:hAnsi="Arial"/>
        </w:rPr>
        <w:t>Oh, okay. So in a sense, you kind of felt it would have some type of stratification. But during that one minute timeframe that it would have more mixing?</w:t>
      </w:r>
    </w:p>
    <w:p w14:paraId="51F42A5B" w14:textId="77777777" w:rsidR="00E8689B" w:rsidRDefault="00E8689B">
      <w:pPr>
        <w:spacing w:after="0"/>
      </w:pPr>
    </w:p>
    <w:p w14:paraId="1F09B828" w14:textId="77777777" w:rsidR="00E8689B" w:rsidRDefault="00D923C4">
      <w:pPr>
        <w:spacing w:after="0"/>
      </w:pPr>
      <w:r>
        <w:rPr>
          <w:rFonts w:ascii="Arial" w:hAnsi="Arial"/>
          <w:b/>
        </w:rPr>
        <w:t xml:space="preserve">Participant # 30:  </w:t>
      </w:r>
      <w:r>
        <w:rPr>
          <w:rFonts w:ascii="Arial" w:hAnsi="Arial"/>
          <w:color w:val="5D7284"/>
        </w:rPr>
        <w:t>08:20</w:t>
      </w:r>
    </w:p>
    <w:p w14:paraId="52EA9ADD" w14:textId="77777777" w:rsidR="00E8689B" w:rsidRDefault="00D923C4">
      <w:pPr>
        <w:spacing w:after="0"/>
      </w:pPr>
      <w:r>
        <w:rPr>
          <w:rFonts w:ascii="Arial" w:hAnsi="Arial"/>
        </w:rPr>
        <w:t xml:space="preserve">Yeah, I thought it would be pretty </w:t>
      </w:r>
      <w:r>
        <w:rPr>
          <w:rFonts w:ascii="Arial" w:hAnsi="Arial"/>
        </w:rPr>
        <w:t>quick.</w:t>
      </w:r>
    </w:p>
    <w:p w14:paraId="0D44034E" w14:textId="77777777" w:rsidR="00E8689B" w:rsidRDefault="00E8689B">
      <w:pPr>
        <w:spacing w:after="0"/>
      </w:pPr>
    </w:p>
    <w:p w14:paraId="053F73D9" w14:textId="77777777" w:rsidR="00E8689B" w:rsidRDefault="00D923C4">
      <w:pPr>
        <w:spacing w:after="0"/>
      </w:pPr>
      <w:r>
        <w:rPr>
          <w:rFonts w:ascii="Arial" w:hAnsi="Arial"/>
          <w:b/>
        </w:rPr>
        <w:t xml:space="preserve">Interviewer E:  </w:t>
      </w:r>
      <w:r>
        <w:rPr>
          <w:rFonts w:ascii="Arial" w:hAnsi="Arial"/>
          <w:color w:val="5D7284"/>
        </w:rPr>
        <w:t>08:24</w:t>
      </w:r>
    </w:p>
    <w:p w14:paraId="6E4BFB42" w14:textId="77777777" w:rsidR="00E8689B" w:rsidRDefault="00D923C4">
      <w:pPr>
        <w:spacing w:after="0"/>
      </w:pPr>
      <w:r>
        <w:rPr>
          <w:rFonts w:ascii="Arial" w:hAnsi="Arial"/>
        </w:rPr>
        <w:t>All right. All right. So it was more of a time difference than necessarily what actually is. Okay. Okay. But overall, did it kind of ended surprise you then just because?</w:t>
      </w:r>
    </w:p>
    <w:p w14:paraId="73F3125A" w14:textId="77777777" w:rsidR="00E8689B" w:rsidRDefault="00E8689B">
      <w:pPr>
        <w:spacing w:after="0"/>
      </w:pPr>
    </w:p>
    <w:p w14:paraId="4F13FECE" w14:textId="77777777" w:rsidR="00E8689B" w:rsidRDefault="00D923C4">
      <w:pPr>
        <w:spacing w:after="0"/>
      </w:pPr>
      <w:r>
        <w:rPr>
          <w:rFonts w:ascii="Arial" w:hAnsi="Arial"/>
          <w:b/>
        </w:rPr>
        <w:t xml:space="preserve">Participant # 30:  </w:t>
      </w:r>
      <w:r>
        <w:rPr>
          <w:rFonts w:ascii="Arial" w:hAnsi="Arial"/>
          <w:color w:val="5D7284"/>
        </w:rPr>
        <w:t>08:39</w:t>
      </w:r>
    </w:p>
    <w:p w14:paraId="4D230545" w14:textId="77777777" w:rsidR="00E8689B" w:rsidRDefault="00D923C4">
      <w:pPr>
        <w:spacing w:after="0"/>
      </w:pPr>
      <w:r>
        <w:rPr>
          <w:rFonts w:ascii="Arial" w:hAnsi="Arial"/>
        </w:rPr>
        <w:t>yeah, yeah, definitely. It was a lot like, yeah, it was expecting it to still maintain this much of a difference and density even after.</w:t>
      </w:r>
    </w:p>
    <w:p w14:paraId="538DF923" w14:textId="77777777" w:rsidR="00E8689B" w:rsidRDefault="00E8689B">
      <w:pPr>
        <w:spacing w:after="0"/>
      </w:pPr>
    </w:p>
    <w:p w14:paraId="089BA217" w14:textId="77777777" w:rsidR="00E8689B" w:rsidRDefault="00D923C4">
      <w:pPr>
        <w:spacing w:after="0"/>
      </w:pPr>
      <w:r>
        <w:rPr>
          <w:rFonts w:ascii="Arial" w:hAnsi="Arial"/>
          <w:b/>
        </w:rPr>
        <w:t xml:space="preserve">Interviewer E:  </w:t>
      </w:r>
      <w:r>
        <w:rPr>
          <w:rFonts w:ascii="Arial" w:hAnsi="Arial"/>
          <w:color w:val="5D7284"/>
        </w:rPr>
        <w:t>08:47</w:t>
      </w:r>
    </w:p>
    <w:p w14:paraId="55A5EED2" w14:textId="77777777" w:rsidR="00E8689B" w:rsidRDefault="00D923C4">
      <w:pPr>
        <w:spacing w:after="0"/>
      </w:pPr>
      <w:r>
        <w:rPr>
          <w:rFonts w:ascii="Arial" w:hAnsi="Arial"/>
        </w:rPr>
        <w:t>Okay, and if you could put a if you could put like a number on it, just do your best. How long would you think it would take for these to mix together?</w:t>
      </w:r>
    </w:p>
    <w:p w14:paraId="59C7DD68" w14:textId="77777777" w:rsidR="00E8689B" w:rsidRDefault="00E8689B">
      <w:pPr>
        <w:spacing w:after="0"/>
      </w:pPr>
    </w:p>
    <w:p w14:paraId="6385C6EE" w14:textId="77777777" w:rsidR="00E8689B" w:rsidRDefault="00D923C4">
      <w:pPr>
        <w:spacing w:after="0"/>
      </w:pPr>
      <w:r>
        <w:rPr>
          <w:rFonts w:ascii="Arial" w:hAnsi="Arial"/>
          <w:b/>
        </w:rPr>
        <w:t xml:space="preserve">Participant # 30:  </w:t>
      </w:r>
      <w:r>
        <w:rPr>
          <w:rFonts w:ascii="Arial" w:hAnsi="Arial"/>
          <w:color w:val="5D7284"/>
        </w:rPr>
        <w:t>08:57</w:t>
      </w:r>
    </w:p>
    <w:p w14:paraId="1E2D84BC" w14:textId="77777777" w:rsidR="00E8689B" w:rsidRDefault="00D923C4">
      <w:pPr>
        <w:spacing w:after="0"/>
      </w:pPr>
      <w:r>
        <w:rPr>
          <w:rFonts w:ascii="Arial" w:hAnsi="Arial"/>
        </w:rPr>
        <w:t>I don't know, maybe 30 minutes or more.</w:t>
      </w:r>
    </w:p>
    <w:p w14:paraId="5349E5D4" w14:textId="77777777" w:rsidR="00E8689B" w:rsidRDefault="00E8689B">
      <w:pPr>
        <w:spacing w:after="0"/>
      </w:pPr>
    </w:p>
    <w:p w14:paraId="5502E56F" w14:textId="77777777" w:rsidR="00E8689B" w:rsidRDefault="00D923C4">
      <w:pPr>
        <w:spacing w:after="0"/>
      </w:pPr>
      <w:r>
        <w:rPr>
          <w:rFonts w:ascii="Arial" w:hAnsi="Arial"/>
          <w:b/>
        </w:rPr>
        <w:lastRenderedPageBreak/>
        <w:t xml:space="preserve">Interviewer E:  </w:t>
      </w:r>
      <w:r>
        <w:rPr>
          <w:rFonts w:ascii="Arial" w:hAnsi="Arial"/>
          <w:color w:val="5D7284"/>
        </w:rPr>
        <w:t>09:00</w:t>
      </w:r>
    </w:p>
    <w:p w14:paraId="6B28B0FB" w14:textId="77777777" w:rsidR="00E8689B" w:rsidRDefault="00D923C4">
      <w:pPr>
        <w:spacing w:after="0"/>
      </w:pPr>
      <w:r>
        <w:rPr>
          <w:rFonts w:ascii="Arial" w:hAnsi="Arial"/>
        </w:rPr>
        <w:t>30 minutes and so at 30 minutes, essentially, would they or would they not be the same temperature?</w:t>
      </w:r>
    </w:p>
    <w:p w14:paraId="131A8F56" w14:textId="77777777" w:rsidR="00E8689B" w:rsidRDefault="00E8689B">
      <w:pPr>
        <w:spacing w:after="0"/>
      </w:pPr>
    </w:p>
    <w:p w14:paraId="7CF99D59" w14:textId="77777777" w:rsidR="00E8689B" w:rsidRDefault="00D923C4">
      <w:pPr>
        <w:spacing w:after="0"/>
      </w:pPr>
      <w:r>
        <w:rPr>
          <w:rFonts w:ascii="Arial" w:hAnsi="Arial"/>
          <w:b/>
        </w:rPr>
        <w:t xml:space="preserve">Participant # 30:  </w:t>
      </w:r>
      <w:r>
        <w:rPr>
          <w:rFonts w:ascii="Arial" w:hAnsi="Arial"/>
          <w:color w:val="5D7284"/>
        </w:rPr>
        <w:t>09:04</w:t>
      </w:r>
    </w:p>
    <w:p w14:paraId="0F1647A3" w14:textId="77777777" w:rsidR="00E8689B" w:rsidRDefault="00D923C4">
      <w:pPr>
        <w:spacing w:after="0"/>
      </w:pPr>
      <w:r>
        <w:rPr>
          <w:rFonts w:ascii="Arial" w:hAnsi="Arial"/>
        </w:rPr>
        <w:t xml:space="preserve">I think they would be the same temperature because the hot water is going to lose heat eventually. Eventually it's gonna equalize. </w:t>
      </w:r>
    </w:p>
    <w:p w14:paraId="64C6E5B2" w14:textId="77777777" w:rsidR="00E8689B" w:rsidRDefault="00E8689B">
      <w:pPr>
        <w:spacing w:after="0"/>
      </w:pPr>
    </w:p>
    <w:p w14:paraId="3D66C152" w14:textId="77777777" w:rsidR="00E8689B" w:rsidRDefault="00D923C4">
      <w:pPr>
        <w:spacing w:after="0"/>
      </w:pPr>
      <w:r>
        <w:rPr>
          <w:rFonts w:ascii="Arial" w:hAnsi="Arial"/>
          <w:b/>
        </w:rPr>
        <w:t xml:space="preserve">Interviewer E:  </w:t>
      </w:r>
      <w:r>
        <w:rPr>
          <w:rFonts w:ascii="Arial" w:hAnsi="Arial"/>
          <w:color w:val="5D7284"/>
        </w:rPr>
        <w:t>09:10</w:t>
      </w:r>
    </w:p>
    <w:p w14:paraId="2A133098" w14:textId="77777777" w:rsidR="00E8689B" w:rsidRDefault="00D923C4">
      <w:pPr>
        <w:spacing w:after="0"/>
      </w:pPr>
      <w:r>
        <w:rPr>
          <w:rFonts w:ascii="Arial" w:hAnsi="Arial"/>
        </w:rPr>
        <w:t>Okay, all right. Sounds good All right, next we're going to do the waters with the same temperature. Alright, so we're done with the law and we're gonna wait for a minute and start. So it's been a minute so how we feeling?</w:t>
      </w:r>
    </w:p>
    <w:p w14:paraId="3D3C0DD6" w14:textId="77777777" w:rsidR="00E8689B" w:rsidRDefault="00E8689B">
      <w:pPr>
        <w:spacing w:after="0"/>
      </w:pPr>
    </w:p>
    <w:p w14:paraId="43EBA3AF" w14:textId="77777777" w:rsidR="00E8689B" w:rsidRDefault="00D923C4">
      <w:pPr>
        <w:spacing w:after="0"/>
      </w:pPr>
      <w:r>
        <w:rPr>
          <w:rFonts w:ascii="Arial" w:hAnsi="Arial"/>
          <w:b/>
        </w:rPr>
        <w:t xml:space="preserve">Participant # 30:  </w:t>
      </w:r>
      <w:r>
        <w:rPr>
          <w:rFonts w:ascii="Arial" w:hAnsi="Arial"/>
          <w:color w:val="5D7284"/>
        </w:rPr>
        <w:t>10:51</w:t>
      </w:r>
    </w:p>
    <w:p w14:paraId="41F33B5A" w14:textId="77777777" w:rsidR="00E8689B" w:rsidRDefault="00D923C4">
      <w:pPr>
        <w:spacing w:after="0"/>
      </w:pPr>
      <w:r>
        <w:rPr>
          <w:rFonts w:ascii="Arial" w:hAnsi="Arial"/>
        </w:rPr>
        <w:t xml:space="preserve">Yeah, so I was I didn't expect it to kind of form these like kind of like wavy kind of patterns like </w:t>
      </w:r>
      <w:r>
        <w:rPr>
          <w:rFonts w:ascii="Arial" w:hAnsi="Arial"/>
        </w:rPr>
        <w:t>almost kind of clumping together, I guess because it's not being stirred it's not going to fully mixed the way I thought it was going to. But obviously, it's spreading more evenly across then it was with a temperature difference where it was very, like separated, right? It's like getting there.</w:t>
      </w:r>
    </w:p>
    <w:p w14:paraId="2B38D02D" w14:textId="77777777" w:rsidR="00E8689B" w:rsidRDefault="00E8689B">
      <w:pPr>
        <w:spacing w:after="0"/>
      </w:pPr>
    </w:p>
    <w:p w14:paraId="3D971814" w14:textId="77777777" w:rsidR="00E8689B" w:rsidRDefault="00D923C4">
      <w:pPr>
        <w:spacing w:after="0"/>
      </w:pPr>
      <w:r>
        <w:rPr>
          <w:rFonts w:ascii="Arial" w:hAnsi="Arial"/>
          <w:b/>
        </w:rPr>
        <w:t xml:space="preserve">Interviewer E:  </w:t>
      </w:r>
      <w:r>
        <w:rPr>
          <w:rFonts w:ascii="Arial" w:hAnsi="Arial"/>
          <w:color w:val="5D7284"/>
        </w:rPr>
        <w:t>11:11</w:t>
      </w:r>
    </w:p>
    <w:p w14:paraId="688386EA" w14:textId="77777777" w:rsidR="00E8689B" w:rsidRDefault="00D923C4">
      <w:pPr>
        <w:spacing w:after="0"/>
      </w:pPr>
      <w:r>
        <w:rPr>
          <w:rFonts w:ascii="Arial" w:hAnsi="Arial"/>
        </w:rPr>
        <w:t xml:space="preserve">Alright, is this another example of kind of like, maybe you thought it makes a little faster than it did? </w:t>
      </w:r>
    </w:p>
    <w:p w14:paraId="18DB9C12" w14:textId="77777777" w:rsidR="00E8689B" w:rsidRDefault="00E8689B">
      <w:pPr>
        <w:spacing w:after="0"/>
      </w:pPr>
    </w:p>
    <w:p w14:paraId="3BFF28F2" w14:textId="77777777" w:rsidR="00E8689B" w:rsidRDefault="00D923C4">
      <w:pPr>
        <w:spacing w:after="0"/>
      </w:pPr>
      <w:r>
        <w:rPr>
          <w:rFonts w:ascii="Arial" w:hAnsi="Arial"/>
          <w:b/>
        </w:rPr>
        <w:t xml:space="preserve">Participant # 30:  </w:t>
      </w:r>
      <w:r>
        <w:rPr>
          <w:rFonts w:ascii="Arial" w:hAnsi="Arial"/>
          <w:color w:val="5D7284"/>
        </w:rPr>
        <w:t>11:17</w:t>
      </w:r>
    </w:p>
    <w:p w14:paraId="46D28D8D" w14:textId="77777777" w:rsidR="00E8689B" w:rsidRDefault="00D923C4">
      <w:pPr>
        <w:spacing w:after="0"/>
      </w:pPr>
      <w:r>
        <w:rPr>
          <w:rFonts w:ascii="Arial" w:hAnsi="Arial"/>
        </w:rPr>
        <w:t>Yeah, probably. Yeah.</w:t>
      </w:r>
    </w:p>
    <w:p w14:paraId="168D388F" w14:textId="77777777" w:rsidR="00E8689B" w:rsidRDefault="00E8689B">
      <w:pPr>
        <w:spacing w:after="0"/>
      </w:pPr>
    </w:p>
    <w:p w14:paraId="42BF93BA" w14:textId="77777777" w:rsidR="00E8689B" w:rsidRDefault="00D923C4">
      <w:pPr>
        <w:spacing w:after="0"/>
      </w:pPr>
      <w:r>
        <w:rPr>
          <w:rFonts w:ascii="Arial" w:hAnsi="Arial"/>
          <w:b/>
        </w:rPr>
        <w:t xml:space="preserve">Interviewer E:  </w:t>
      </w:r>
      <w:r>
        <w:rPr>
          <w:rFonts w:ascii="Arial" w:hAnsi="Arial"/>
          <w:color w:val="5D7284"/>
        </w:rPr>
        <w:t>11:19</w:t>
      </w:r>
    </w:p>
    <w:p w14:paraId="4A930EE0" w14:textId="77777777" w:rsidR="00E8689B" w:rsidRDefault="00D923C4">
      <w:pPr>
        <w:spacing w:after="0"/>
      </w:pPr>
      <w:r>
        <w:rPr>
          <w:rFonts w:ascii="Arial" w:hAnsi="Arial"/>
        </w:rPr>
        <w:t xml:space="preserve">That's perfectly fair. And if you could put a timeframe I don't know how much time do you think it would take for these to mix completely? </w:t>
      </w:r>
    </w:p>
    <w:p w14:paraId="06AE8C15" w14:textId="77777777" w:rsidR="00E8689B" w:rsidRDefault="00E8689B">
      <w:pPr>
        <w:spacing w:after="0"/>
      </w:pPr>
    </w:p>
    <w:p w14:paraId="7140B9E6" w14:textId="77777777" w:rsidR="00E8689B" w:rsidRDefault="00D923C4">
      <w:pPr>
        <w:spacing w:after="0"/>
      </w:pPr>
      <w:r>
        <w:rPr>
          <w:rFonts w:ascii="Arial" w:hAnsi="Arial"/>
          <w:b/>
        </w:rPr>
        <w:t xml:space="preserve">Participant # 30:  </w:t>
      </w:r>
      <w:r>
        <w:rPr>
          <w:rFonts w:ascii="Arial" w:hAnsi="Arial"/>
          <w:color w:val="5D7284"/>
        </w:rPr>
        <w:t>11:32</w:t>
      </w:r>
    </w:p>
    <w:p w14:paraId="5B289634" w14:textId="77777777" w:rsidR="00E8689B" w:rsidRDefault="00D923C4">
      <w:pPr>
        <w:spacing w:after="0"/>
      </w:pPr>
      <w:r>
        <w:rPr>
          <w:rFonts w:ascii="Arial" w:hAnsi="Arial"/>
        </w:rPr>
        <w:t>Yeah, I don't know. Maybe like 20 minutes.</w:t>
      </w:r>
    </w:p>
    <w:p w14:paraId="3F17273A" w14:textId="77777777" w:rsidR="00E8689B" w:rsidRDefault="00E8689B">
      <w:pPr>
        <w:spacing w:after="0"/>
      </w:pPr>
    </w:p>
    <w:p w14:paraId="7648A9D8" w14:textId="77777777" w:rsidR="00E8689B" w:rsidRDefault="00D923C4">
      <w:pPr>
        <w:spacing w:after="0"/>
      </w:pPr>
      <w:r>
        <w:rPr>
          <w:rFonts w:ascii="Arial" w:hAnsi="Arial"/>
          <w:b/>
        </w:rPr>
        <w:t xml:space="preserve">Interviewer E:  </w:t>
      </w:r>
      <w:r>
        <w:rPr>
          <w:rFonts w:ascii="Arial" w:hAnsi="Arial"/>
          <w:color w:val="5D7284"/>
        </w:rPr>
        <w:t>11:38</w:t>
      </w:r>
    </w:p>
    <w:p w14:paraId="5CA8B223" w14:textId="77777777" w:rsidR="00E8689B" w:rsidRDefault="00D923C4">
      <w:pPr>
        <w:spacing w:after="0"/>
      </w:pPr>
      <w:r>
        <w:rPr>
          <w:rFonts w:ascii="Arial" w:hAnsi="Arial"/>
        </w:rPr>
        <w:t>20 minutes. Okay, so a little less than the same temperature one</w:t>
      </w:r>
    </w:p>
    <w:p w14:paraId="4EC6CD7E" w14:textId="77777777" w:rsidR="00E8689B" w:rsidRDefault="00E8689B">
      <w:pPr>
        <w:spacing w:after="0"/>
      </w:pPr>
    </w:p>
    <w:p w14:paraId="3BC64060" w14:textId="77777777" w:rsidR="00E8689B" w:rsidRDefault="00D923C4">
      <w:pPr>
        <w:spacing w:after="0"/>
      </w:pPr>
      <w:r>
        <w:rPr>
          <w:rFonts w:ascii="Arial" w:hAnsi="Arial"/>
          <w:b/>
        </w:rPr>
        <w:t xml:space="preserve">Participant # 30:  </w:t>
      </w:r>
      <w:r>
        <w:rPr>
          <w:rFonts w:ascii="Arial" w:hAnsi="Arial"/>
          <w:color w:val="5D7284"/>
        </w:rPr>
        <w:t>11:41</w:t>
      </w:r>
    </w:p>
    <w:p w14:paraId="3FA08867" w14:textId="77777777" w:rsidR="00E8689B" w:rsidRDefault="00D923C4">
      <w:pPr>
        <w:spacing w:after="0"/>
      </w:pPr>
      <w:r>
        <w:rPr>
          <w:rFonts w:ascii="Arial" w:hAnsi="Arial"/>
        </w:rPr>
        <w:t>Yeah, because it's already like mixing quite a lot whereas the other one was still very layered by this point so.</w:t>
      </w:r>
    </w:p>
    <w:p w14:paraId="0C9DB5FB" w14:textId="77777777" w:rsidR="00E8689B" w:rsidRDefault="00E8689B">
      <w:pPr>
        <w:spacing w:after="0"/>
      </w:pPr>
    </w:p>
    <w:p w14:paraId="195B1A81" w14:textId="77777777" w:rsidR="00E8689B" w:rsidRDefault="00D923C4">
      <w:pPr>
        <w:spacing w:after="0"/>
      </w:pPr>
      <w:r>
        <w:rPr>
          <w:rFonts w:ascii="Arial" w:hAnsi="Arial"/>
          <w:b/>
        </w:rPr>
        <w:t xml:space="preserve">Interviewer E:  </w:t>
      </w:r>
      <w:r>
        <w:rPr>
          <w:rFonts w:ascii="Arial" w:hAnsi="Arial"/>
          <w:color w:val="5D7284"/>
        </w:rPr>
        <w:t>11:47</w:t>
      </w:r>
    </w:p>
    <w:p w14:paraId="571482CE" w14:textId="77777777" w:rsidR="00E8689B" w:rsidRDefault="00D923C4">
      <w:pPr>
        <w:spacing w:after="0"/>
      </w:pPr>
      <w:r>
        <w:rPr>
          <w:rFonts w:ascii="Arial" w:hAnsi="Arial"/>
        </w:rPr>
        <w:t xml:space="preserve">All right. Now for our last rectangular tank, physical demonstration we're going to do the freshwater versus saltwater Same deal we pour them and we're going to wait a minute. All right, so how are we feeling? Is this surprising to you? Or is it kind of weird? </w:t>
      </w:r>
    </w:p>
    <w:p w14:paraId="48EAFEAA" w14:textId="77777777" w:rsidR="00E8689B" w:rsidRDefault="00E8689B">
      <w:pPr>
        <w:spacing w:after="0"/>
      </w:pPr>
    </w:p>
    <w:p w14:paraId="7A3893D3" w14:textId="77777777" w:rsidR="00E8689B" w:rsidRDefault="00D923C4">
      <w:pPr>
        <w:spacing w:after="0"/>
      </w:pPr>
      <w:r>
        <w:rPr>
          <w:rFonts w:ascii="Arial" w:hAnsi="Arial"/>
          <w:b/>
        </w:rPr>
        <w:t xml:space="preserve">Participant # 30:  </w:t>
      </w:r>
      <w:r>
        <w:rPr>
          <w:rFonts w:ascii="Arial" w:hAnsi="Arial"/>
          <w:color w:val="5D7284"/>
        </w:rPr>
        <w:t>13:31</w:t>
      </w:r>
    </w:p>
    <w:p w14:paraId="678BFE36" w14:textId="77777777" w:rsidR="00E8689B" w:rsidRDefault="00D923C4">
      <w:pPr>
        <w:spacing w:after="0"/>
      </w:pPr>
      <w:r>
        <w:rPr>
          <w:rFonts w:ascii="Arial" w:hAnsi="Arial"/>
        </w:rPr>
        <w:lastRenderedPageBreak/>
        <w:t>You know, this is kind of what I thought I don't know why I thought that blue should go in the middle. My that was strange. But yeah.</w:t>
      </w:r>
    </w:p>
    <w:p w14:paraId="00A44180" w14:textId="77777777" w:rsidR="00E8689B" w:rsidRDefault="00E8689B">
      <w:pPr>
        <w:spacing w:after="0"/>
      </w:pPr>
    </w:p>
    <w:p w14:paraId="387183D9" w14:textId="77777777" w:rsidR="00E8689B" w:rsidRDefault="00D923C4">
      <w:pPr>
        <w:spacing w:after="0"/>
      </w:pPr>
      <w:r>
        <w:rPr>
          <w:rFonts w:ascii="Arial" w:hAnsi="Arial"/>
          <w:b/>
        </w:rPr>
        <w:t xml:space="preserve">Interviewer E:  </w:t>
      </w:r>
      <w:r>
        <w:rPr>
          <w:rFonts w:ascii="Arial" w:hAnsi="Arial"/>
          <w:color w:val="5D7284"/>
        </w:rPr>
        <w:t>13:37</w:t>
      </w:r>
    </w:p>
    <w:p w14:paraId="75DBE616" w14:textId="77777777" w:rsidR="00E8689B" w:rsidRDefault="00D923C4">
      <w:pPr>
        <w:spacing w:after="0"/>
      </w:pPr>
      <w:r>
        <w:rPr>
          <w:rFonts w:ascii="Arial" w:hAnsi="Arial"/>
        </w:rPr>
        <w:t>No no, its fine. yes. I mean, there's definitely a little bit yeah, kind of mixing happen. For sure. In the middle. So yeah. Yeah. That's pretty good guess. And you said I think that the you said that the salt water was more dense. And that's kind of why what I said something that you learned or saw or.</w:t>
      </w:r>
    </w:p>
    <w:p w14:paraId="1016BF86" w14:textId="77777777" w:rsidR="00E8689B" w:rsidRDefault="00E8689B">
      <w:pPr>
        <w:spacing w:after="0"/>
      </w:pPr>
    </w:p>
    <w:p w14:paraId="53BE2FF3" w14:textId="77777777" w:rsidR="00E8689B" w:rsidRDefault="00D923C4">
      <w:pPr>
        <w:spacing w:after="0"/>
      </w:pPr>
      <w:r>
        <w:rPr>
          <w:rFonts w:ascii="Arial" w:hAnsi="Arial"/>
          <w:b/>
        </w:rPr>
        <w:t xml:space="preserve">Participant # 30:  </w:t>
      </w:r>
      <w:r>
        <w:rPr>
          <w:rFonts w:ascii="Arial" w:hAnsi="Arial"/>
          <w:color w:val="5D7284"/>
        </w:rPr>
        <w:t>13:57</w:t>
      </w:r>
    </w:p>
    <w:p w14:paraId="424266ED" w14:textId="77777777" w:rsidR="00E8689B" w:rsidRDefault="00D923C4">
      <w:pPr>
        <w:spacing w:after="0"/>
      </w:pPr>
      <w:r>
        <w:rPr>
          <w:rFonts w:ascii="Arial" w:hAnsi="Arial"/>
        </w:rPr>
        <w:t xml:space="preserve">So, I think that's definitely I've definitely </w:t>
      </w:r>
      <w:r>
        <w:rPr>
          <w:rFonts w:ascii="Arial" w:hAnsi="Arial"/>
        </w:rPr>
        <w:t>learned that before, but honestly, the like, probably I might not have remembered it if it weren't for the egg question on the pre exam.</w:t>
      </w:r>
    </w:p>
    <w:p w14:paraId="08737049" w14:textId="77777777" w:rsidR="00E8689B" w:rsidRDefault="00E8689B">
      <w:pPr>
        <w:spacing w:after="0"/>
      </w:pPr>
    </w:p>
    <w:p w14:paraId="4FA7605C" w14:textId="77777777" w:rsidR="00E8689B" w:rsidRDefault="00D923C4">
      <w:pPr>
        <w:spacing w:after="0"/>
      </w:pPr>
      <w:r>
        <w:rPr>
          <w:rFonts w:ascii="Arial" w:hAnsi="Arial"/>
          <w:b/>
        </w:rPr>
        <w:t xml:space="preserve">Interviewer E:  </w:t>
      </w:r>
      <w:r>
        <w:rPr>
          <w:rFonts w:ascii="Arial" w:hAnsi="Arial"/>
          <w:color w:val="5D7284"/>
        </w:rPr>
        <w:t>14:08</w:t>
      </w:r>
    </w:p>
    <w:p w14:paraId="632879F8" w14:textId="77777777" w:rsidR="00E8689B" w:rsidRDefault="00D923C4">
      <w:pPr>
        <w:spacing w:after="0"/>
      </w:pPr>
      <w:r>
        <w:rPr>
          <w:rFonts w:ascii="Arial" w:hAnsi="Arial"/>
        </w:rPr>
        <w:t>Oh, the egg question. Excuse me. Okay, so the egg question kind of lightened, the, you know, brought the memory back. Yeah. Okay. But essentially, it came from some of you of learning it before and the EEG or kind of remind you of it and Okay, okay, and and for the other two, the hot and cold water and the fresh water. Were those things. You you learned those?</w:t>
      </w:r>
    </w:p>
    <w:p w14:paraId="22DC030D" w14:textId="77777777" w:rsidR="00E8689B" w:rsidRDefault="00E8689B">
      <w:pPr>
        <w:spacing w:after="0"/>
      </w:pPr>
    </w:p>
    <w:p w14:paraId="6D6DC909" w14:textId="77777777" w:rsidR="00E8689B" w:rsidRDefault="00D923C4">
      <w:pPr>
        <w:spacing w:after="0"/>
      </w:pPr>
      <w:r>
        <w:rPr>
          <w:rFonts w:ascii="Arial" w:hAnsi="Arial"/>
          <w:b/>
        </w:rPr>
        <w:t xml:space="preserve">Participant # 30:  </w:t>
      </w:r>
      <w:r>
        <w:rPr>
          <w:rFonts w:ascii="Arial" w:hAnsi="Arial"/>
          <w:color w:val="5D7284"/>
        </w:rPr>
        <w:t>14:35</w:t>
      </w:r>
    </w:p>
    <w:p w14:paraId="27C64AC4" w14:textId="77777777" w:rsidR="00E8689B" w:rsidRDefault="00D923C4">
      <w:pPr>
        <w:spacing w:after="0"/>
      </w:pPr>
      <w:r>
        <w:rPr>
          <w:rFonts w:ascii="Arial" w:hAnsi="Arial"/>
        </w:rPr>
        <w:t>Yeah, that I knew, because, like, I've taken several chemistry classes and so like, you know, there's always discussion of how like, you know, in huge amount of change, the molecules get more spread out. So that I know is going to be like, a warmer substance is going to be less dense than a cooler version of that same substance so,</w:t>
      </w:r>
    </w:p>
    <w:p w14:paraId="7D2F1BA3" w14:textId="77777777" w:rsidR="00E8689B" w:rsidRDefault="00E8689B">
      <w:pPr>
        <w:spacing w:after="0"/>
      </w:pPr>
    </w:p>
    <w:p w14:paraId="134445A3" w14:textId="77777777" w:rsidR="00E8689B" w:rsidRDefault="00D923C4">
      <w:pPr>
        <w:spacing w:after="0"/>
      </w:pPr>
      <w:r>
        <w:rPr>
          <w:rFonts w:ascii="Arial" w:hAnsi="Arial"/>
          <w:b/>
        </w:rPr>
        <w:t xml:space="preserve">Interviewer E:  </w:t>
      </w:r>
      <w:r>
        <w:rPr>
          <w:rFonts w:ascii="Arial" w:hAnsi="Arial"/>
          <w:color w:val="5D7284"/>
        </w:rPr>
        <w:t>14:53</w:t>
      </w:r>
    </w:p>
    <w:p w14:paraId="3D3036C9" w14:textId="77777777" w:rsidR="00E8689B" w:rsidRDefault="00D923C4">
      <w:pPr>
        <w:spacing w:after="0"/>
      </w:pPr>
      <w:r>
        <w:rPr>
          <w:rFonts w:ascii="Arial" w:hAnsi="Arial"/>
        </w:rPr>
        <w:t>Okay all right, right on, very well. All right now I kind of have a thought experiment. It's not, I don't, we can't really show you because we can't really get it. And so the thought experiment is, is let's say I had another rectangle tank and I put it in front of you. And I had some red dyed Jell-O and I had some blue dye Jell-O and I and the blue dye Jell-O is like 10 degrees cooler than the red dye jello and the red dye job was to decrease, you know, 10 degrees hotter in the book. So I take them and I pu</w:t>
      </w:r>
      <w:r>
        <w:rPr>
          <w:rFonts w:ascii="Arial" w:hAnsi="Arial"/>
        </w:rPr>
        <w:t>t them in the same tank and I lift up that barrier. How do you think that interaction would be between the two Jell-O's. So assuming they're both solidified nothing would really happen? Because they don't blow if one was like hot enough to be melted, then maybe it could start to melt the other one and there might be some mixing in the middle but as long as they're both solidified they're not gonna go anywhere. Right. So there wouldn't be any mixing in the middle and they were kind of just stay in the chunks</w:t>
      </w:r>
      <w:r>
        <w:rPr>
          <w:rFonts w:ascii="Arial" w:hAnsi="Arial"/>
        </w:rPr>
        <w:t xml:space="preserve"> that they were given.</w:t>
      </w:r>
    </w:p>
    <w:p w14:paraId="7DB29C2D" w14:textId="77777777" w:rsidR="00E8689B" w:rsidRDefault="00E8689B">
      <w:pPr>
        <w:spacing w:after="0"/>
      </w:pPr>
    </w:p>
    <w:p w14:paraId="481E5E69" w14:textId="77777777" w:rsidR="00E8689B" w:rsidRDefault="00D923C4">
      <w:pPr>
        <w:spacing w:after="0"/>
      </w:pPr>
      <w:r>
        <w:rPr>
          <w:rFonts w:ascii="Arial" w:hAnsi="Arial"/>
          <w:b/>
        </w:rPr>
        <w:t xml:space="preserve">Participant # 30:  </w:t>
      </w:r>
      <w:r>
        <w:rPr>
          <w:rFonts w:ascii="Arial" w:hAnsi="Arial"/>
          <w:color w:val="5D7284"/>
        </w:rPr>
        <w:t>16:03</w:t>
      </w:r>
    </w:p>
    <w:p w14:paraId="5018C9EB" w14:textId="77777777" w:rsidR="00E8689B" w:rsidRDefault="00D923C4">
      <w:pPr>
        <w:spacing w:after="0"/>
      </w:pPr>
      <w:r>
        <w:rPr>
          <w:rFonts w:ascii="Arial" w:hAnsi="Arial"/>
        </w:rPr>
        <w:t xml:space="preserve">Yeah, because they're pretty much solid at that point. </w:t>
      </w:r>
    </w:p>
    <w:p w14:paraId="62072C2A" w14:textId="77777777" w:rsidR="00E8689B" w:rsidRDefault="00E8689B">
      <w:pPr>
        <w:spacing w:after="0"/>
      </w:pPr>
    </w:p>
    <w:p w14:paraId="48362165" w14:textId="77777777" w:rsidR="00E8689B" w:rsidRDefault="00D923C4">
      <w:pPr>
        <w:spacing w:after="0"/>
      </w:pPr>
      <w:r>
        <w:rPr>
          <w:rFonts w:ascii="Arial" w:hAnsi="Arial"/>
          <w:b/>
        </w:rPr>
        <w:t xml:space="preserve">Interviewer E:  </w:t>
      </w:r>
      <w:r>
        <w:rPr>
          <w:rFonts w:ascii="Arial" w:hAnsi="Arial"/>
          <w:color w:val="5D7284"/>
        </w:rPr>
        <w:t>16:05</w:t>
      </w:r>
    </w:p>
    <w:p w14:paraId="5FAC0D3C" w14:textId="77777777" w:rsidR="00E8689B" w:rsidRDefault="00D923C4">
      <w:pPr>
        <w:spacing w:after="0"/>
      </w:pPr>
      <w:r>
        <w:rPr>
          <w:rFonts w:ascii="Arial" w:hAnsi="Arial"/>
        </w:rPr>
        <w:t xml:space="preserve">Okay. Okay. And by pretty much do you mean like a semi solid kind of? </w:t>
      </w:r>
    </w:p>
    <w:p w14:paraId="6684A610" w14:textId="77777777" w:rsidR="00E8689B" w:rsidRDefault="00E8689B">
      <w:pPr>
        <w:spacing w:after="0"/>
      </w:pPr>
    </w:p>
    <w:p w14:paraId="09E3A9E7" w14:textId="77777777" w:rsidR="00E8689B" w:rsidRDefault="00D923C4">
      <w:pPr>
        <w:spacing w:after="0"/>
      </w:pPr>
      <w:r>
        <w:rPr>
          <w:rFonts w:ascii="Arial" w:hAnsi="Arial"/>
          <w:b/>
        </w:rPr>
        <w:t xml:space="preserve">Participant # 30:  </w:t>
      </w:r>
      <w:r>
        <w:rPr>
          <w:rFonts w:ascii="Arial" w:hAnsi="Arial"/>
          <w:color w:val="5D7284"/>
        </w:rPr>
        <w:t>16:10</w:t>
      </w:r>
    </w:p>
    <w:p w14:paraId="7DF9C095" w14:textId="77777777" w:rsidR="00E8689B" w:rsidRDefault="00D923C4">
      <w:pPr>
        <w:spacing w:after="0"/>
      </w:pPr>
      <w:r>
        <w:rPr>
          <w:rFonts w:ascii="Arial" w:hAnsi="Arial"/>
        </w:rPr>
        <w:lastRenderedPageBreak/>
        <w:t>Yeah. Latinus Yeah, basically. Like not like I solid but yeah.</w:t>
      </w:r>
    </w:p>
    <w:p w14:paraId="715E00C6" w14:textId="77777777" w:rsidR="00E8689B" w:rsidRDefault="00E8689B">
      <w:pPr>
        <w:spacing w:after="0"/>
      </w:pPr>
    </w:p>
    <w:p w14:paraId="3E509475" w14:textId="77777777" w:rsidR="00E8689B" w:rsidRDefault="00D923C4">
      <w:pPr>
        <w:spacing w:after="0"/>
      </w:pPr>
      <w:r>
        <w:rPr>
          <w:rFonts w:ascii="Arial" w:hAnsi="Arial"/>
          <w:b/>
        </w:rPr>
        <w:t xml:space="preserve">Interviewer E:  </w:t>
      </w:r>
      <w:r>
        <w:rPr>
          <w:rFonts w:ascii="Arial" w:hAnsi="Arial"/>
          <w:color w:val="5D7284"/>
        </w:rPr>
        <w:t>16:17</w:t>
      </w:r>
    </w:p>
    <w:p w14:paraId="345C0EF7" w14:textId="77777777" w:rsidR="00E8689B" w:rsidRDefault="00D923C4">
      <w:pPr>
        <w:spacing w:after="0"/>
      </w:pPr>
      <w:r>
        <w:rPr>
          <w:rFonts w:ascii="Arial" w:hAnsi="Arial"/>
        </w:rPr>
        <w:t>All right, I get where you're coming from. It's perfectly fair. All right. So so now I'm actually going to show you some time lapse videos that I took of these three types of waters how they interacted through a certain amount of time, I time lasted it's condensed so you can't really tell how much time has passed and kind of have you guess what you think the time was that it had show you what happens after this time so we're going to start with the 10 the temperate waters right and as you can see it's 33 se</w:t>
      </w:r>
      <w:r>
        <w:rPr>
          <w:rFonts w:ascii="Arial" w:hAnsi="Arial"/>
        </w:rPr>
        <w:t>conds. I think that is about it. So was that interesting that that surprise you in any way</w:t>
      </w:r>
    </w:p>
    <w:p w14:paraId="4AB6F7FD" w14:textId="77777777" w:rsidR="00E8689B" w:rsidRDefault="00E8689B">
      <w:pPr>
        <w:spacing w:after="0"/>
      </w:pPr>
    </w:p>
    <w:p w14:paraId="68549214" w14:textId="77777777" w:rsidR="00E8689B" w:rsidRDefault="00D923C4">
      <w:pPr>
        <w:spacing w:after="0"/>
      </w:pPr>
      <w:r>
        <w:rPr>
          <w:rFonts w:ascii="Arial" w:hAnsi="Arial"/>
          <w:b/>
        </w:rPr>
        <w:t xml:space="preserve">Participant # 30:  </w:t>
      </w:r>
      <w:r>
        <w:rPr>
          <w:rFonts w:ascii="Arial" w:hAnsi="Arial"/>
          <w:color w:val="5D7284"/>
        </w:rPr>
        <w:t>17:47</w:t>
      </w:r>
    </w:p>
    <w:p w14:paraId="0F74FC0F" w14:textId="77777777" w:rsidR="00E8689B" w:rsidRDefault="00D923C4">
      <w:pPr>
        <w:spacing w:after="0"/>
      </w:pPr>
      <w:r>
        <w:rPr>
          <w:rFonts w:ascii="Arial" w:hAnsi="Arial"/>
        </w:rPr>
        <w:t>I'm just really surprised me I thought it was really cool though how it was kind of like going vertically like both the colors.</w:t>
      </w:r>
    </w:p>
    <w:p w14:paraId="15F6896B" w14:textId="77777777" w:rsidR="00E8689B" w:rsidRDefault="00E8689B">
      <w:pPr>
        <w:spacing w:after="0"/>
      </w:pPr>
    </w:p>
    <w:p w14:paraId="2E0289AA" w14:textId="77777777" w:rsidR="00E8689B" w:rsidRDefault="00D923C4">
      <w:pPr>
        <w:spacing w:after="0"/>
      </w:pPr>
      <w:r>
        <w:rPr>
          <w:rFonts w:ascii="Arial" w:hAnsi="Arial"/>
          <w:b/>
        </w:rPr>
        <w:t xml:space="preserve">Interviewer E:  </w:t>
      </w:r>
      <w:r>
        <w:rPr>
          <w:rFonts w:ascii="Arial" w:hAnsi="Arial"/>
          <w:color w:val="5D7284"/>
        </w:rPr>
        <w:t>17:53</w:t>
      </w:r>
    </w:p>
    <w:p w14:paraId="326816A6" w14:textId="77777777" w:rsidR="00E8689B" w:rsidRDefault="00D923C4">
      <w:pPr>
        <w:spacing w:after="0"/>
      </w:pPr>
      <w:r>
        <w:rPr>
          <w:rFonts w:ascii="Arial" w:hAnsi="Arial"/>
        </w:rPr>
        <w:t xml:space="preserve">Yeah, like a little.. </w:t>
      </w:r>
    </w:p>
    <w:p w14:paraId="5E39BA9D" w14:textId="77777777" w:rsidR="00E8689B" w:rsidRDefault="00E8689B">
      <w:pPr>
        <w:spacing w:after="0"/>
      </w:pPr>
    </w:p>
    <w:p w14:paraId="67B910D8" w14:textId="77777777" w:rsidR="00E8689B" w:rsidRDefault="00D923C4">
      <w:pPr>
        <w:spacing w:after="0"/>
      </w:pPr>
      <w:r>
        <w:rPr>
          <w:rFonts w:ascii="Arial" w:hAnsi="Arial"/>
          <w:b/>
        </w:rPr>
        <w:t xml:space="preserve">Participant # 30:  </w:t>
      </w:r>
      <w:r>
        <w:rPr>
          <w:rFonts w:ascii="Arial" w:hAnsi="Arial"/>
          <w:color w:val="5D7284"/>
        </w:rPr>
        <w:t>17:54</w:t>
      </w:r>
    </w:p>
    <w:p w14:paraId="41C81951" w14:textId="77777777" w:rsidR="00E8689B" w:rsidRDefault="00D923C4">
      <w:pPr>
        <w:spacing w:after="0"/>
      </w:pPr>
      <w:r>
        <w:rPr>
          <w:rFonts w:ascii="Arial" w:hAnsi="Arial"/>
        </w:rPr>
        <w:t>Yeah.</w:t>
      </w:r>
    </w:p>
    <w:p w14:paraId="34801304" w14:textId="77777777" w:rsidR="00E8689B" w:rsidRDefault="00E8689B">
      <w:pPr>
        <w:spacing w:after="0"/>
      </w:pPr>
    </w:p>
    <w:p w14:paraId="30664B15" w14:textId="77777777" w:rsidR="00E8689B" w:rsidRDefault="00D923C4">
      <w:pPr>
        <w:spacing w:after="0"/>
      </w:pPr>
      <w:r>
        <w:rPr>
          <w:rFonts w:ascii="Arial" w:hAnsi="Arial"/>
          <w:b/>
        </w:rPr>
        <w:t xml:space="preserve">Interviewer E:  </w:t>
      </w:r>
      <w:r>
        <w:rPr>
          <w:rFonts w:ascii="Arial" w:hAnsi="Arial"/>
          <w:color w:val="5D7284"/>
        </w:rPr>
        <w:t>17:56</w:t>
      </w:r>
    </w:p>
    <w:p w14:paraId="5F5B3B2B" w14:textId="77777777" w:rsidR="00E8689B" w:rsidRDefault="00D923C4">
      <w:pPr>
        <w:spacing w:after="0"/>
      </w:pPr>
      <w:r>
        <w:rPr>
          <w:rFonts w:ascii="Arial" w:hAnsi="Arial"/>
        </w:rPr>
        <w:t>I thought that was pretty interesting to actually um so on do you think that video was?</w:t>
      </w:r>
    </w:p>
    <w:p w14:paraId="49F9D8F5" w14:textId="77777777" w:rsidR="00E8689B" w:rsidRDefault="00E8689B">
      <w:pPr>
        <w:spacing w:after="0"/>
      </w:pPr>
    </w:p>
    <w:p w14:paraId="1104FDE8" w14:textId="77777777" w:rsidR="00E8689B" w:rsidRDefault="00D923C4">
      <w:pPr>
        <w:spacing w:after="0"/>
      </w:pPr>
      <w:r>
        <w:rPr>
          <w:rFonts w:ascii="Arial" w:hAnsi="Arial"/>
          <w:b/>
        </w:rPr>
        <w:t xml:space="preserve">Participant # 30:  </w:t>
      </w:r>
      <w:r>
        <w:rPr>
          <w:rFonts w:ascii="Arial" w:hAnsi="Arial"/>
          <w:color w:val="5D7284"/>
        </w:rPr>
        <w:t>18:02</w:t>
      </w:r>
    </w:p>
    <w:p w14:paraId="078D6B07" w14:textId="77777777" w:rsidR="00E8689B" w:rsidRDefault="00D923C4">
      <w:pPr>
        <w:spacing w:after="0"/>
      </w:pPr>
      <w:r>
        <w:rPr>
          <w:rFonts w:ascii="Arial" w:hAnsi="Arial"/>
        </w:rPr>
        <w:t xml:space="preserve">yeah sure. I feel like that's gonna be </w:t>
      </w:r>
      <w:r>
        <w:rPr>
          <w:rFonts w:ascii="Arial" w:hAnsi="Arial"/>
        </w:rPr>
        <w:t>like an hour or more.</w:t>
      </w:r>
    </w:p>
    <w:p w14:paraId="574F926E" w14:textId="77777777" w:rsidR="00E8689B" w:rsidRDefault="00E8689B">
      <w:pPr>
        <w:spacing w:after="0"/>
      </w:pPr>
    </w:p>
    <w:p w14:paraId="22B16A38" w14:textId="77777777" w:rsidR="00E8689B" w:rsidRDefault="00D923C4">
      <w:pPr>
        <w:spacing w:after="0"/>
      </w:pPr>
      <w:r>
        <w:rPr>
          <w:rFonts w:ascii="Arial" w:hAnsi="Arial"/>
          <w:b/>
        </w:rPr>
        <w:t xml:space="preserve">Interviewer E:  </w:t>
      </w:r>
      <w:r>
        <w:rPr>
          <w:rFonts w:ascii="Arial" w:hAnsi="Arial"/>
          <w:color w:val="5D7284"/>
        </w:rPr>
        <w:t>18:08</w:t>
      </w:r>
    </w:p>
    <w:p w14:paraId="0B449B2C" w14:textId="77777777" w:rsidR="00E8689B" w:rsidRDefault="00D923C4">
      <w:pPr>
        <w:spacing w:after="0"/>
      </w:pPr>
      <w:r>
        <w:rPr>
          <w:rFonts w:ascii="Arial" w:hAnsi="Arial"/>
        </w:rPr>
        <w:t>That's pretty close. It was an hour so you're pretty right on there. Yeah, it was an hour maybe an hour five minutes I don't know I think I let it run for like an extra five minutes just thought a pure determination to see what would happen so. All right, next up we have the same temperature waters if it would like to open please. That would be great. I was doing that one thing that I did before so we're just going to let it go through whatever's going through and we are going to watch Apple All right there</w:t>
      </w:r>
      <w:r>
        <w:rPr>
          <w:rFonts w:ascii="Arial" w:hAnsi="Arial"/>
        </w:rPr>
        <w:t xml:space="preserve"> you go since the same temperature have a privacy screen so it's gonna but this one is 39 seconds condensed. Just running around back there All right, so 39 seconds is up. So Did that surprise you? It was anything interesting about that?</w:t>
      </w:r>
    </w:p>
    <w:p w14:paraId="62019CA2" w14:textId="77777777" w:rsidR="00E8689B" w:rsidRDefault="00E8689B">
      <w:pPr>
        <w:spacing w:after="0"/>
      </w:pPr>
    </w:p>
    <w:p w14:paraId="72E2CEC9" w14:textId="77777777" w:rsidR="00E8689B" w:rsidRDefault="00D923C4">
      <w:pPr>
        <w:spacing w:after="0"/>
      </w:pPr>
      <w:r>
        <w:rPr>
          <w:rFonts w:ascii="Arial" w:hAnsi="Arial"/>
          <w:b/>
        </w:rPr>
        <w:t xml:space="preserve">Participant # 30:  </w:t>
      </w:r>
      <w:r>
        <w:rPr>
          <w:rFonts w:ascii="Arial" w:hAnsi="Arial"/>
          <w:color w:val="5D7284"/>
        </w:rPr>
        <w:t>19:36</w:t>
      </w:r>
    </w:p>
    <w:p w14:paraId="0223F05B" w14:textId="77777777" w:rsidR="00E8689B" w:rsidRDefault="00D923C4">
      <w:pPr>
        <w:spacing w:after="0"/>
      </w:pPr>
      <w:r>
        <w:rPr>
          <w:rFonts w:ascii="Arial" w:hAnsi="Arial"/>
        </w:rPr>
        <w:t>I think it's kind of interesting. So I had noticed on this side like it had stayed a more truer blue for a lot longer now I can kind of see some orange but this side got blue faster on this side got orange and I think it's actually kind of interesting that like, it's actually really not an intermediate color. It's more just like it's like slightly a different blue but it's just kind of blue totally.</w:t>
      </w:r>
    </w:p>
    <w:p w14:paraId="37C885F0" w14:textId="77777777" w:rsidR="00E8689B" w:rsidRDefault="00E8689B">
      <w:pPr>
        <w:spacing w:after="0"/>
      </w:pPr>
    </w:p>
    <w:p w14:paraId="22C7087B" w14:textId="77777777" w:rsidR="00E8689B" w:rsidRDefault="00D923C4">
      <w:pPr>
        <w:spacing w:after="0"/>
      </w:pPr>
      <w:r>
        <w:rPr>
          <w:rFonts w:ascii="Arial" w:hAnsi="Arial"/>
          <w:b/>
        </w:rPr>
        <w:t xml:space="preserve">Interviewer E:  </w:t>
      </w:r>
      <w:r>
        <w:rPr>
          <w:rFonts w:ascii="Arial" w:hAnsi="Arial"/>
          <w:color w:val="5D7284"/>
        </w:rPr>
        <w:t>19:57</w:t>
      </w:r>
    </w:p>
    <w:p w14:paraId="489D1B51" w14:textId="77777777" w:rsidR="00E8689B" w:rsidRDefault="00D923C4">
      <w:pPr>
        <w:spacing w:after="0"/>
      </w:pPr>
      <w:r>
        <w:rPr>
          <w:rFonts w:ascii="Arial" w:hAnsi="Arial"/>
        </w:rPr>
        <w:t xml:space="preserve">Yeah. And that's yeah, it's do you think that's more just because of the dye? </w:t>
      </w:r>
    </w:p>
    <w:p w14:paraId="4E2DDAF3" w14:textId="77777777" w:rsidR="00E8689B" w:rsidRDefault="00E8689B">
      <w:pPr>
        <w:spacing w:after="0"/>
      </w:pPr>
    </w:p>
    <w:p w14:paraId="50358507" w14:textId="77777777" w:rsidR="00E8689B" w:rsidRDefault="00D923C4">
      <w:pPr>
        <w:spacing w:after="0"/>
      </w:pPr>
      <w:r>
        <w:rPr>
          <w:rFonts w:ascii="Arial" w:hAnsi="Arial"/>
          <w:b/>
        </w:rPr>
        <w:t xml:space="preserve">Participant # 30:  </w:t>
      </w:r>
      <w:r>
        <w:rPr>
          <w:rFonts w:ascii="Arial" w:hAnsi="Arial"/>
          <w:color w:val="5D7284"/>
        </w:rPr>
        <w:t>20:01</w:t>
      </w:r>
    </w:p>
    <w:p w14:paraId="303D34D6" w14:textId="77777777" w:rsidR="00E8689B" w:rsidRDefault="00D923C4">
      <w:pPr>
        <w:spacing w:after="0"/>
      </w:pPr>
      <w:r>
        <w:rPr>
          <w:rFonts w:ascii="Arial" w:hAnsi="Arial"/>
        </w:rPr>
        <w:t>Probably yeah.</w:t>
      </w:r>
    </w:p>
    <w:p w14:paraId="3720C0AC" w14:textId="77777777" w:rsidR="00E8689B" w:rsidRDefault="00E8689B">
      <w:pPr>
        <w:spacing w:after="0"/>
      </w:pPr>
    </w:p>
    <w:p w14:paraId="7E8C5288" w14:textId="77777777" w:rsidR="00E8689B" w:rsidRDefault="00D923C4">
      <w:pPr>
        <w:spacing w:after="0"/>
      </w:pPr>
      <w:r>
        <w:rPr>
          <w:rFonts w:ascii="Arial" w:hAnsi="Arial"/>
          <w:b/>
        </w:rPr>
        <w:t xml:space="preserve">Interviewer E:  </w:t>
      </w:r>
      <w:r>
        <w:rPr>
          <w:rFonts w:ascii="Arial" w:hAnsi="Arial"/>
          <w:color w:val="5D7284"/>
        </w:rPr>
        <w:t>20:02</w:t>
      </w:r>
    </w:p>
    <w:p w14:paraId="6847399E" w14:textId="77777777" w:rsidR="00E8689B" w:rsidRDefault="00D923C4">
      <w:pPr>
        <w:spacing w:after="0"/>
      </w:pPr>
      <w:r>
        <w:rPr>
          <w:rFonts w:ascii="Arial" w:hAnsi="Arial"/>
        </w:rPr>
        <w:t xml:space="preserve">Was more of an overwhelming dark, like darker color? </w:t>
      </w:r>
    </w:p>
    <w:p w14:paraId="0F7A5950" w14:textId="77777777" w:rsidR="00E8689B" w:rsidRDefault="00E8689B">
      <w:pPr>
        <w:spacing w:after="0"/>
      </w:pPr>
    </w:p>
    <w:p w14:paraId="63C10FA7" w14:textId="77777777" w:rsidR="00E8689B" w:rsidRDefault="00D923C4">
      <w:pPr>
        <w:spacing w:after="0"/>
      </w:pPr>
      <w:r>
        <w:rPr>
          <w:rFonts w:ascii="Arial" w:hAnsi="Arial"/>
          <w:b/>
        </w:rPr>
        <w:t xml:space="preserve">Participant # 30:  </w:t>
      </w:r>
      <w:r>
        <w:rPr>
          <w:rFonts w:ascii="Arial" w:hAnsi="Arial"/>
          <w:color w:val="5D7284"/>
        </w:rPr>
        <w:t>20:05</w:t>
      </w:r>
    </w:p>
    <w:p w14:paraId="00825F5A" w14:textId="77777777" w:rsidR="00E8689B" w:rsidRDefault="00D923C4">
      <w:pPr>
        <w:spacing w:after="0"/>
      </w:pPr>
      <w:r>
        <w:rPr>
          <w:rFonts w:ascii="Arial" w:hAnsi="Arial"/>
        </w:rPr>
        <w:t xml:space="preserve">Yeah. </w:t>
      </w:r>
    </w:p>
    <w:p w14:paraId="24909F78" w14:textId="77777777" w:rsidR="00E8689B" w:rsidRDefault="00E8689B">
      <w:pPr>
        <w:spacing w:after="0"/>
      </w:pPr>
    </w:p>
    <w:p w14:paraId="5B4272AB" w14:textId="77777777" w:rsidR="00E8689B" w:rsidRDefault="00D923C4">
      <w:pPr>
        <w:spacing w:after="0"/>
      </w:pPr>
      <w:r>
        <w:rPr>
          <w:rFonts w:ascii="Arial" w:hAnsi="Arial"/>
          <w:b/>
        </w:rPr>
        <w:t xml:space="preserve">Interviewer E:  </w:t>
      </w:r>
      <w:r>
        <w:rPr>
          <w:rFonts w:ascii="Arial" w:hAnsi="Arial"/>
          <w:color w:val="5D7284"/>
        </w:rPr>
        <w:t>20:06</w:t>
      </w:r>
    </w:p>
    <w:p w14:paraId="1F35F8AE" w14:textId="77777777" w:rsidR="00E8689B" w:rsidRDefault="00D923C4">
      <w:pPr>
        <w:spacing w:after="0"/>
      </w:pPr>
      <w:r>
        <w:rPr>
          <w:rFonts w:ascii="Arial" w:hAnsi="Arial"/>
        </w:rPr>
        <w:t xml:space="preserve">That's fair. And how long did you </w:t>
      </w:r>
      <w:r>
        <w:rPr>
          <w:rFonts w:ascii="Arial" w:hAnsi="Arial"/>
        </w:rPr>
        <w:t>think that video was?</w:t>
      </w:r>
    </w:p>
    <w:p w14:paraId="7491F23D" w14:textId="77777777" w:rsidR="00E8689B" w:rsidRDefault="00E8689B">
      <w:pPr>
        <w:spacing w:after="0"/>
      </w:pPr>
    </w:p>
    <w:p w14:paraId="1E0715DC" w14:textId="77777777" w:rsidR="00E8689B" w:rsidRDefault="00D923C4">
      <w:pPr>
        <w:spacing w:after="0"/>
      </w:pPr>
      <w:r>
        <w:rPr>
          <w:rFonts w:ascii="Arial" w:hAnsi="Arial"/>
          <w:b/>
        </w:rPr>
        <w:t xml:space="preserve">Participant # 30:  </w:t>
      </w:r>
      <w:r>
        <w:rPr>
          <w:rFonts w:ascii="Arial" w:hAnsi="Arial"/>
          <w:color w:val="5D7284"/>
        </w:rPr>
        <w:t>20:10</w:t>
      </w:r>
    </w:p>
    <w:p w14:paraId="10DE4A9A" w14:textId="77777777" w:rsidR="00E8689B" w:rsidRDefault="00D923C4">
      <w:pPr>
        <w:spacing w:after="0"/>
      </w:pPr>
      <w:r>
        <w:rPr>
          <w:rFonts w:ascii="Arial" w:hAnsi="Arial"/>
        </w:rPr>
        <w:t>I think it's gonna be quicker than the other one. You would think I'm gonna throw up thirty minutes on that one.</w:t>
      </w:r>
    </w:p>
    <w:p w14:paraId="3AE0B9D5" w14:textId="77777777" w:rsidR="00E8689B" w:rsidRDefault="00E8689B">
      <w:pPr>
        <w:spacing w:after="0"/>
      </w:pPr>
    </w:p>
    <w:p w14:paraId="5A45E995" w14:textId="77777777" w:rsidR="00E8689B" w:rsidRDefault="00D923C4">
      <w:pPr>
        <w:spacing w:after="0"/>
      </w:pPr>
      <w:r>
        <w:rPr>
          <w:rFonts w:ascii="Arial" w:hAnsi="Arial"/>
          <w:b/>
        </w:rPr>
        <w:t xml:space="preserve">Interviewer E:  </w:t>
      </w:r>
      <w:r>
        <w:rPr>
          <w:rFonts w:ascii="Arial" w:hAnsi="Arial"/>
          <w:color w:val="5D7284"/>
        </w:rPr>
        <w:t>20:21</w:t>
      </w:r>
    </w:p>
    <w:p w14:paraId="471EE4BA" w14:textId="77777777" w:rsidR="00E8689B" w:rsidRDefault="00D923C4">
      <w:pPr>
        <w:spacing w:after="0"/>
      </w:pPr>
      <w:r>
        <w:rPr>
          <w:rFonts w:ascii="Arial" w:hAnsi="Arial"/>
        </w:rPr>
        <w:t xml:space="preserve">So that was also an hour. </w:t>
      </w:r>
    </w:p>
    <w:p w14:paraId="0739871F" w14:textId="77777777" w:rsidR="00E8689B" w:rsidRDefault="00E8689B">
      <w:pPr>
        <w:spacing w:after="0"/>
      </w:pPr>
    </w:p>
    <w:p w14:paraId="450151AE" w14:textId="77777777" w:rsidR="00E8689B" w:rsidRDefault="00D923C4">
      <w:pPr>
        <w:spacing w:after="0"/>
      </w:pPr>
      <w:r>
        <w:rPr>
          <w:rFonts w:ascii="Arial" w:hAnsi="Arial"/>
          <w:b/>
        </w:rPr>
        <w:t xml:space="preserve">Participant # 30:  </w:t>
      </w:r>
      <w:r>
        <w:rPr>
          <w:rFonts w:ascii="Arial" w:hAnsi="Arial"/>
          <w:color w:val="5D7284"/>
        </w:rPr>
        <w:t>20:22</w:t>
      </w:r>
    </w:p>
    <w:p w14:paraId="5EA75A7F" w14:textId="77777777" w:rsidR="00E8689B" w:rsidRDefault="00D923C4">
      <w:pPr>
        <w:spacing w:after="0"/>
      </w:pPr>
      <w:r>
        <w:rPr>
          <w:rFonts w:ascii="Arial" w:hAnsi="Arial"/>
        </w:rPr>
        <w:t>Oh okay.</w:t>
      </w:r>
    </w:p>
    <w:p w14:paraId="5547B59E" w14:textId="77777777" w:rsidR="00E8689B" w:rsidRDefault="00E8689B">
      <w:pPr>
        <w:spacing w:after="0"/>
      </w:pPr>
    </w:p>
    <w:p w14:paraId="3B0F556D" w14:textId="77777777" w:rsidR="00E8689B" w:rsidRDefault="00D923C4">
      <w:pPr>
        <w:spacing w:after="0"/>
      </w:pPr>
      <w:r>
        <w:rPr>
          <w:rFonts w:ascii="Arial" w:hAnsi="Arial"/>
          <w:b/>
        </w:rPr>
        <w:t xml:space="preserve">Interviewer E:  </w:t>
      </w:r>
      <w:r>
        <w:rPr>
          <w:rFonts w:ascii="Arial" w:hAnsi="Arial"/>
          <w:color w:val="5D7284"/>
        </w:rPr>
        <w:t>20:23</w:t>
      </w:r>
    </w:p>
    <w:p w14:paraId="564D0712" w14:textId="77777777" w:rsidR="00E8689B" w:rsidRDefault="00D923C4">
      <w:pPr>
        <w:spacing w:after="0"/>
      </w:pPr>
      <w:r>
        <w:rPr>
          <w:rFonts w:ascii="Arial" w:hAnsi="Arial"/>
        </w:rPr>
        <w:t>But I would say it was pretty well mixed in I probably around that 30 minute mark, honestly. So here is the salinity versus freshwater. So that's the video 39 seconds as well, Did that surprise you?</w:t>
      </w:r>
    </w:p>
    <w:p w14:paraId="64151A86" w14:textId="77777777" w:rsidR="00E8689B" w:rsidRDefault="00E8689B">
      <w:pPr>
        <w:spacing w:after="0"/>
      </w:pPr>
    </w:p>
    <w:p w14:paraId="18A7707B" w14:textId="77777777" w:rsidR="00E8689B" w:rsidRDefault="00D923C4">
      <w:pPr>
        <w:spacing w:after="0"/>
      </w:pPr>
      <w:r>
        <w:rPr>
          <w:rFonts w:ascii="Arial" w:hAnsi="Arial"/>
          <w:b/>
        </w:rPr>
        <w:t xml:space="preserve">Participant # 30:  </w:t>
      </w:r>
      <w:r>
        <w:rPr>
          <w:rFonts w:ascii="Arial" w:hAnsi="Arial"/>
          <w:color w:val="5D7284"/>
        </w:rPr>
        <w:t>21:16</w:t>
      </w:r>
    </w:p>
    <w:p w14:paraId="6A92E471" w14:textId="77777777" w:rsidR="00E8689B" w:rsidRDefault="00D923C4">
      <w:pPr>
        <w:spacing w:after="0"/>
      </w:pPr>
      <w:r>
        <w:rPr>
          <w:rFonts w:ascii="Arial" w:hAnsi="Arial"/>
        </w:rPr>
        <w:t>That did because I would have expected that since I mean, it's still both like water just with salt dissolved in one. They're not like completely immeciable. So I had expected because of like diffusion for it to equalize eventually. But so that did surprise me. Yeah, but it stayed so stratified.</w:t>
      </w:r>
    </w:p>
    <w:p w14:paraId="2052A103" w14:textId="77777777" w:rsidR="00E8689B" w:rsidRDefault="00E8689B">
      <w:pPr>
        <w:spacing w:after="0"/>
      </w:pPr>
    </w:p>
    <w:p w14:paraId="1CF7C164" w14:textId="77777777" w:rsidR="00E8689B" w:rsidRDefault="00D923C4">
      <w:pPr>
        <w:spacing w:after="0"/>
      </w:pPr>
      <w:r>
        <w:rPr>
          <w:rFonts w:ascii="Arial" w:hAnsi="Arial"/>
          <w:b/>
        </w:rPr>
        <w:t xml:space="preserve">Interviewer E:  </w:t>
      </w:r>
      <w:r>
        <w:rPr>
          <w:rFonts w:ascii="Arial" w:hAnsi="Arial"/>
          <w:color w:val="5D7284"/>
        </w:rPr>
        <w:t>21:33</w:t>
      </w:r>
    </w:p>
    <w:p w14:paraId="67C2CFE0" w14:textId="77777777" w:rsidR="00E8689B" w:rsidRDefault="00D923C4">
      <w:pPr>
        <w:spacing w:after="0"/>
      </w:pPr>
      <w:r>
        <w:rPr>
          <w:rFonts w:ascii="Arial" w:hAnsi="Arial"/>
        </w:rPr>
        <w:t>And how long do you think that took?</w:t>
      </w:r>
    </w:p>
    <w:p w14:paraId="37ADA735" w14:textId="77777777" w:rsidR="00E8689B" w:rsidRDefault="00E8689B">
      <w:pPr>
        <w:spacing w:after="0"/>
      </w:pPr>
    </w:p>
    <w:p w14:paraId="1BF46623" w14:textId="77777777" w:rsidR="00E8689B" w:rsidRDefault="00D923C4">
      <w:pPr>
        <w:spacing w:after="0"/>
      </w:pPr>
      <w:r>
        <w:rPr>
          <w:rFonts w:ascii="Arial" w:hAnsi="Arial"/>
          <w:b/>
        </w:rPr>
        <w:t xml:space="preserve">Participant # 30:  </w:t>
      </w:r>
      <w:r>
        <w:rPr>
          <w:rFonts w:ascii="Arial" w:hAnsi="Arial"/>
          <w:color w:val="5D7284"/>
        </w:rPr>
        <w:t>21:40</w:t>
      </w:r>
    </w:p>
    <w:p w14:paraId="09FF03F1" w14:textId="77777777" w:rsidR="00E8689B" w:rsidRDefault="00D923C4">
      <w:pPr>
        <w:spacing w:after="0"/>
      </w:pPr>
      <w:r>
        <w:rPr>
          <w:rFonts w:ascii="Arial" w:hAnsi="Arial"/>
        </w:rPr>
        <w:t>I mean, I guess over an hour, over.</w:t>
      </w:r>
    </w:p>
    <w:p w14:paraId="1746E302" w14:textId="77777777" w:rsidR="00E8689B" w:rsidRDefault="00E8689B">
      <w:pPr>
        <w:spacing w:after="0"/>
      </w:pPr>
    </w:p>
    <w:p w14:paraId="157F8EE2" w14:textId="77777777" w:rsidR="00E8689B" w:rsidRDefault="00D923C4">
      <w:pPr>
        <w:spacing w:after="0"/>
      </w:pPr>
      <w:r>
        <w:rPr>
          <w:rFonts w:ascii="Arial" w:hAnsi="Arial"/>
          <w:b/>
        </w:rPr>
        <w:t xml:space="preserve">Interviewer E:  </w:t>
      </w:r>
      <w:r>
        <w:rPr>
          <w:rFonts w:ascii="Arial" w:hAnsi="Arial"/>
          <w:color w:val="5D7284"/>
        </w:rPr>
        <w:t>21:46</w:t>
      </w:r>
    </w:p>
    <w:p w14:paraId="59992EB2" w14:textId="77777777" w:rsidR="00E8689B" w:rsidRDefault="00D923C4">
      <w:pPr>
        <w:spacing w:after="0"/>
      </w:pPr>
      <w:r>
        <w:rPr>
          <w:rFonts w:ascii="Arial" w:hAnsi="Arial"/>
        </w:rPr>
        <w:t xml:space="preserve">Over an hour. That was also an hour.It's requesting that because they're all an hour. But I mean, that one to be honest with you. If anything, it was like maybe two, three minutes, because it stays like that pretty much the whole hour after it's, like stabilizes. But I can say there has been like, you know, Dr. McNeil has done interviews and I'll come in and clean up and be like, Alright, I'm going to do so now. And like I went to go and clean these out for her and they're still stratified. </w:t>
      </w:r>
    </w:p>
    <w:p w14:paraId="64A13E26" w14:textId="77777777" w:rsidR="00E8689B" w:rsidRDefault="00E8689B">
      <w:pPr>
        <w:spacing w:after="0"/>
      </w:pPr>
    </w:p>
    <w:p w14:paraId="18DA2FB1" w14:textId="77777777" w:rsidR="00E8689B" w:rsidRDefault="00D923C4">
      <w:pPr>
        <w:spacing w:after="0"/>
      </w:pPr>
      <w:r>
        <w:rPr>
          <w:rFonts w:ascii="Arial" w:hAnsi="Arial"/>
          <w:b/>
        </w:rPr>
        <w:t xml:space="preserve">Participant # 30:  </w:t>
      </w:r>
      <w:r>
        <w:rPr>
          <w:rFonts w:ascii="Arial" w:hAnsi="Arial"/>
          <w:color w:val="5D7284"/>
        </w:rPr>
        <w:t>22:16</w:t>
      </w:r>
    </w:p>
    <w:p w14:paraId="056464C2" w14:textId="77777777" w:rsidR="00E8689B" w:rsidRDefault="00D923C4">
      <w:pPr>
        <w:spacing w:after="0"/>
      </w:pPr>
      <w:r>
        <w:rPr>
          <w:rFonts w:ascii="Arial" w:hAnsi="Arial"/>
        </w:rPr>
        <w:t>Wow.</w:t>
      </w:r>
    </w:p>
    <w:p w14:paraId="777A1694" w14:textId="77777777" w:rsidR="00E8689B" w:rsidRDefault="00E8689B">
      <w:pPr>
        <w:spacing w:after="0"/>
      </w:pPr>
    </w:p>
    <w:p w14:paraId="21C11D22" w14:textId="77777777" w:rsidR="00E8689B" w:rsidRDefault="00D923C4">
      <w:pPr>
        <w:spacing w:after="0"/>
      </w:pPr>
      <w:r>
        <w:rPr>
          <w:rFonts w:ascii="Arial" w:hAnsi="Arial"/>
          <w:b/>
        </w:rPr>
        <w:t xml:space="preserve">Interviewer E:  </w:t>
      </w:r>
      <w:r>
        <w:rPr>
          <w:rFonts w:ascii="Arial" w:hAnsi="Arial"/>
          <w:color w:val="5D7284"/>
        </w:rPr>
        <w:t>22:17</w:t>
      </w:r>
    </w:p>
    <w:p w14:paraId="08877473" w14:textId="77777777" w:rsidR="00E8689B" w:rsidRDefault="00D923C4">
      <w:pPr>
        <w:spacing w:after="0"/>
      </w:pPr>
      <w:r>
        <w:rPr>
          <w:rFonts w:ascii="Arial" w:hAnsi="Arial"/>
        </w:rPr>
        <w:t xml:space="preserve">And then I tasted the top and it was still fresh water. </w:t>
      </w:r>
    </w:p>
    <w:p w14:paraId="4F8B241C" w14:textId="77777777" w:rsidR="00E8689B" w:rsidRDefault="00E8689B">
      <w:pPr>
        <w:spacing w:after="0"/>
      </w:pPr>
    </w:p>
    <w:p w14:paraId="27F53930" w14:textId="77777777" w:rsidR="00E8689B" w:rsidRDefault="00D923C4">
      <w:pPr>
        <w:spacing w:after="0"/>
      </w:pPr>
      <w:r>
        <w:rPr>
          <w:rFonts w:ascii="Arial" w:hAnsi="Arial"/>
          <w:b/>
        </w:rPr>
        <w:t xml:space="preserve">Participant # 30:  </w:t>
      </w:r>
      <w:r>
        <w:rPr>
          <w:rFonts w:ascii="Arial" w:hAnsi="Arial"/>
          <w:color w:val="5D7284"/>
        </w:rPr>
        <w:t>22:20</w:t>
      </w:r>
    </w:p>
    <w:p w14:paraId="059FB950" w14:textId="77777777" w:rsidR="00E8689B" w:rsidRDefault="00D923C4">
      <w:pPr>
        <w:spacing w:after="0"/>
      </w:pPr>
      <w:r>
        <w:rPr>
          <w:rFonts w:ascii="Arial" w:hAnsi="Arial"/>
        </w:rPr>
        <w:t xml:space="preserve">Wow. </w:t>
      </w:r>
    </w:p>
    <w:p w14:paraId="5B94E17E" w14:textId="77777777" w:rsidR="00E8689B" w:rsidRDefault="00E8689B">
      <w:pPr>
        <w:spacing w:after="0"/>
      </w:pPr>
    </w:p>
    <w:p w14:paraId="799B77C9" w14:textId="77777777" w:rsidR="00E8689B" w:rsidRDefault="00D923C4">
      <w:pPr>
        <w:spacing w:after="0"/>
      </w:pPr>
      <w:r>
        <w:rPr>
          <w:rFonts w:ascii="Arial" w:hAnsi="Arial"/>
          <w:b/>
        </w:rPr>
        <w:t xml:space="preserve">Interviewer E:  </w:t>
      </w:r>
      <w:r>
        <w:rPr>
          <w:rFonts w:ascii="Arial" w:hAnsi="Arial"/>
          <w:color w:val="5D7284"/>
        </w:rPr>
        <w:t>22:20</w:t>
      </w:r>
    </w:p>
    <w:p w14:paraId="5C4F5221" w14:textId="77777777" w:rsidR="00E8689B" w:rsidRDefault="00D923C4">
      <w:pPr>
        <w:spacing w:after="0"/>
      </w:pPr>
      <w:r>
        <w:rPr>
          <w:rFonts w:ascii="Arial" w:hAnsi="Arial"/>
        </w:rPr>
        <w:t xml:space="preserve">So and I mean, I've had at least been 12-14 Maybe a little longer in hour. So I felt like me personally, I don't think it'll, I mean, I don't know. </w:t>
      </w:r>
    </w:p>
    <w:p w14:paraId="6A0E9C6B" w14:textId="77777777" w:rsidR="00E8689B" w:rsidRDefault="00E8689B">
      <w:pPr>
        <w:spacing w:after="0"/>
      </w:pPr>
    </w:p>
    <w:p w14:paraId="4D93AC4E" w14:textId="77777777" w:rsidR="00E8689B" w:rsidRDefault="00D923C4">
      <w:pPr>
        <w:spacing w:after="0"/>
      </w:pPr>
      <w:r>
        <w:rPr>
          <w:rFonts w:ascii="Arial" w:hAnsi="Arial"/>
          <w:b/>
        </w:rPr>
        <w:t xml:space="preserve">Participant # 30:  </w:t>
      </w:r>
      <w:r>
        <w:rPr>
          <w:rFonts w:ascii="Arial" w:hAnsi="Arial"/>
          <w:color w:val="5D7284"/>
        </w:rPr>
        <w:t>22:31</w:t>
      </w:r>
    </w:p>
    <w:p w14:paraId="35461AB5" w14:textId="77777777" w:rsidR="00E8689B" w:rsidRDefault="00D923C4">
      <w:pPr>
        <w:spacing w:after="0"/>
      </w:pPr>
      <w:r>
        <w:rPr>
          <w:rFonts w:ascii="Arial" w:hAnsi="Arial"/>
        </w:rPr>
        <w:t>Yeah.</w:t>
      </w:r>
    </w:p>
    <w:p w14:paraId="5D7B5A95" w14:textId="77777777" w:rsidR="00E8689B" w:rsidRDefault="00E8689B">
      <w:pPr>
        <w:spacing w:after="0"/>
      </w:pPr>
    </w:p>
    <w:p w14:paraId="604EF53F" w14:textId="77777777" w:rsidR="00E8689B" w:rsidRDefault="00D923C4">
      <w:pPr>
        <w:spacing w:after="0"/>
      </w:pPr>
      <w:r>
        <w:rPr>
          <w:rFonts w:ascii="Arial" w:hAnsi="Arial"/>
          <w:b/>
        </w:rPr>
        <w:t xml:space="preserve">Interviewer E:  </w:t>
      </w:r>
      <w:r>
        <w:rPr>
          <w:rFonts w:ascii="Arial" w:hAnsi="Arial"/>
          <w:color w:val="5D7284"/>
        </w:rPr>
        <w:t>22:31</w:t>
      </w:r>
    </w:p>
    <w:p w14:paraId="50235A09" w14:textId="77777777" w:rsidR="00E8689B" w:rsidRDefault="00D923C4">
      <w:pPr>
        <w:spacing w:after="0"/>
      </w:pPr>
      <w:r>
        <w:rPr>
          <w:rFonts w:ascii="Arial" w:hAnsi="Arial"/>
        </w:rPr>
        <w:t xml:space="preserve">If im right or not? </w:t>
      </w:r>
    </w:p>
    <w:p w14:paraId="7741F78A" w14:textId="77777777" w:rsidR="00E8689B" w:rsidRDefault="00E8689B">
      <w:pPr>
        <w:spacing w:after="0"/>
      </w:pPr>
    </w:p>
    <w:p w14:paraId="38C25508" w14:textId="77777777" w:rsidR="00E8689B" w:rsidRDefault="00D923C4">
      <w:pPr>
        <w:spacing w:after="0"/>
      </w:pPr>
      <w:r>
        <w:rPr>
          <w:rFonts w:ascii="Arial" w:hAnsi="Arial"/>
          <w:b/>
        </w:rPr>
        <w:t xml:space="preserve">Participant # 30:  </w:t>
      </w:r>
      <w:r>
        <w:rPr>
          <w:rFonts w:ascii="Arial" w:hAnsi="Arial"/>
          <w:color w:val="5D7284"/>
        </w:rPr>
        <w:t>22:32</w:t>
      </w:r>
    </w:p>
    <w:p w14:paraId="1244DCF7" w14:textId="77777777" w:rsidR="00E8689B" w:rsidRDefault="00D923C4">
      <w:pPr>
        <w:spacing w:after="0"/>
      </w:pPr>
      <w:r>
        <w:rPr>
          <w:rFonts w:ascii="Arial" w:hAnsi="Arial"/>
        </w:rPr>
        <w:t xml:space="preserve">Yeah, that's interesting. </w:t>
      </w:r>
    </w:p>
    <w:p w14:paraId="76DDA706" w14:textId="77777777" w:rsidR="00E8689B" w:rsidRDefault="00E8689B">
      <w:pPr>
        <w:spacing w:after="0"/>
      </w:pPr>
    </w:p>
    <w:p w14:paraId="305D9355" w14:textId="77777777" w:rsidR="00E8689B" w:rsidRDefault="00D923C4">
      <w:pPr>
        <w:spacing w:after="0"/>
      </w:pPr>
      <w:r>
        <w:rPr>
          <w:rFonts w:ascii="Arial" w:hAnsi="Arial"/>
          <w:b/>
        </w:rPr>
        <w:t xml:space="preserve">Interviewer E:  </w:t>
      </w:r>
      <w:r>
        <w:rPr>
          <w:rFonts w:ascii="Arial" w:hAnsi="Arial"/>
          <w:color w:val="5D7284"/>
        </w:rPr>
        <w:t>22:34</w:t>
      </w:r>
    </w:p>
    <w:p w14:paraId="10E9EAFD" w14:textId="77777777" w:rsidR="00E8689B" w:rsidRDefault="00D923C4">
      <w:pPr>
        <w:spacing w:after="0"/>
      </w:pPr>
      <w:r>
        <w:rPr>
          <w:rFonts w:ascii="Arial" w:hAnsi="Arial"/>
        </w:rPr>
        <w:t>Yeah. Do you think it will? over certain amount of time? Or how do you feel about it?</w:t>
      </w:r>
    </w:p>
    <w:p w14:paraId="78E8ADD8" w14:textId="77777777" w:rsidR="00E8689B" w:rsidRDefault="00E8689B">
      <w:pPr>
        <w:spacing w:after="0"/>
      </w:pPr>
    </w:p>
    <w:p w14:paraId="116231AE" w14:textId="77777777" w:rsidR="00E8689B" w:rsidRDefault="00D923C4">
      <w:pPr>
        <w:spacing w:after="0"/>
      </w:pPr>
      <w:r>
        <w:rPr>
          <w:rFonts w:ascii="Arial" w:hAnsi="Arial"/>
          <w:b/>
        </w:rPr>
        <w:t xml:space="preserve">Participant # 30:  </w:t>
      </w:r>
      <w:r>
        <w:rPr>
          <w:rFonts w:ascii="Arial" w:hAnsi="Arial"/>
          <w:color w:val="5D7284"/>
        </w:rPr>
        <w:t>22:38</w:t>
      </w:r>
    </w:p>
    <w:p w14:paraId="7F189D93" w14:textId="77777777" w:rsidR="00E8689B" w:rsidRDefault="00D923C4">
      <w:pPr>
        <w:spacing w:after="0"/>
      </w:pPr>
      <w:r>
        <w:rPr>
          <w:rFonts w:ascii="Arial" w:hAnsi="Arial"/>
        </w:rPr>
        <w:t>I don't know. It's like everything like I know about chemistry show me that. Like, you know, salt is dissolved boiling water, the freshwater is just water that was salt in it. And that just</w:t>
      </w:r>
    </w:p>
    <w:p w14:paraId="6E620789" w14:textId="77777777" w:rsidR="00E8689B" w:rsidRDefault="00E8689B">
      <w:pPr>
        <w:spacing w:after="0"/>
      </w:pPr>
    </w:p>
    <w:p w14:paraId="41C80BC7" w14:textId="77777777" w:rsidR="00E8689B" w:rsidRDefault="00D923C4">
      <w:pPr>
        <w:spacing w:after="0"/>
      </w:pPr>
      <w:r>
        <w:rPr>
          <w:rFonts w:ascii="Arial" w:hAnsi="Arial"/>
          <w:b/>
        </w:rPr>
        <w:t xml:space="preserve">Interviewer E:  </w:t>
      </w:r>
      <w:r>
        <w:rPr>
          <w:rFonts w:ascii="Arial" w:hAnsi="Arial"/>
          <w:color w:val="5D7284"/>
        </w:rPr>
        <w:t>22:47</w:t>
      </w:r>
    </w:p>
    <w:p w14:paraId="3278B89F" w14:textId="77777777" w:rsidR="00E8689B" w:rsidRDefault="00D923C4">
      <w:pPr>
        <w:spacing w:after="0"/>
      </w:pPr>
      <w:r>
        <w:rPr>
          <w:rFonts w:ascii="Arial" w:hAnsi="Arial"/>
        </w:rPr>
        <w:t>need a lot of time.</w:t>
      </w:r>
    </w:p>
    <w:p w14:paraId="5C4F71BE" w14:textId="77777777" w:rsidR="00E8689B" w:rsidRDefault="00E8689B">
      <w:pPr>
        <w:spacing w:after="0"/>
      </w:pPr>
    </w:p>
    <w:p w14:paraId="6ECB78E3" w14:textId="77777777" w:rsidR="00E8689B" w:rsidRDefault="00D923C4">
      <w:pPr>
        <w:spacing w:after="0"/>
      </w:pPr>
      <w:r>
        <w:rPr>
          <w:rFonts w:ascii="Arial" w:hAnsi="Arial"/>
          <w:b/>
        </w:rPr>
        <w:t xml:space="preserve">Participant # 30:  </w:t>
      </w:r>
      <w:r>
        <w:rPr>
          <w:rFonts w:ascii="Arial" w:hAnsi="Arial"/>
          <w:color w:val="5D7284"/>
        </w:rPr>
        <w:t>22:48</w:t>
      </w:r>
    </w:p>
    <w:p w14:paraId="0EE987C4" w14:textId="77777777" w:rsidR="00E8689B" w:rsidRDefault="00D923C4">
      <w:pPr>
        <w:spacing w:after="0"/>
      </w:pPr>
      <w:r>
        <w:rPr>
          <w:rFonts w:ascii="Arial" w:hAnsi="Arial"/>
        </w:rPr>
        <w:t>I think so because I mean, and then also, like I know about diffusion. When there's like something dissolved in water, it's going to move from areas of higher concentration to lower concentrations. I feel like eventually it's going to equalize, it might just take a lot longer than I thought.</w:t>
      </w:r>
    </w:p>
    <w:p w14:paraId="300A21E0" w14:textId="77777777" w:rsidR="00E8689B" w:rsidRDefault="00E8689B">
      <w:pPr>
        <w:spacing w:after="0"/>
      </w:pPr>
    </w:p>
    <w:p w14:paraId="0FC266A5" w14:textId="77777777" w:rsidR="00E8689B" w:rsidRDefault="00D923C4">
      <w:pPr>
        <w:spacing w:after="0"/>
      </w:pPr>
      <w:r>
        <w:rPr>
          <w:rFonts w:ascii="Arial" w:hAnsi="Arial"/>
          <w:b/>
        </w:rPr>
        <w:t xml:space="preserve">Interviewer E:  </w:t>
      </w:r>
      <w:r>
        <w:rPr>
          <w:rFonts w:ascii="Arial" w:hAnsi="Arial"/>
          <w:color w:val="5D7284"/>
        </w:rPr>
        <w:t>23:01</w:t>
      </w:r>
    </w:p>
    <w:p w14:paraId="2FE87A5F" w14:textId="77777777" w:rsidR="00E8689B" w:rsidRDefault="00D923C4">
      <w:pPr>
        <w:spacing w:after="0"/>
      </w:pPr>
      <w:r>
        <w:rPr>
          <w:rFonts w:ascii="Arial" w:hAnsi="Arial"/>
        </w:rPr>
        <w:t xml:space="preserve"> How long? </w:t>
      </w:r>
    </w:p>
    <w:p w14:paraId="04AB4B5C" w14:textId="77777777" w:rsidR="00E8689B" w:rsidRDefault="00E8689B">
      <w:pPr>
        <w:spacing w:after="0"/>
      </w:pPr>
    </w:p>
    <w:p w14:paraId="3A76A86B" w14:textId="77777777" w:rsidR="00E8689B" w:rsidRDefault="00D923C4">
      <w:pPr>
        <w:spacing w:after="0"/>
      </w:pPr>
      <w:r>
        <w:rPr>
          <w:rFonts w:ascii="Arial" w:hAnsi="Arial"/>
          <w:b/>
        </w:rPr>
        <w:t xml:space="preserve">Participant # 30:  </w:t>
      </w:r>
      <w:r>
        <w:rPr>
          <w:rFonts w:ascii="Arial" w:hAnsi="Arial"/>
          <w:color w:val="5D7284"/>
        </w:rPr>
        <w:t>23:03</w:t>
      </w:r>
    </w:p>
    <w:p w14:paraId="7527D9D9" w14:textId="77777777" w:rsidR="00E8689B" w:rsidRDefault="00D923C4">
      <w:pPr>
        <w:spacing w:after="0"/>
      </w:pPr>
      <w:r>
        <w:rPr>
          <w:rFonts w:ascii="Arial" w:hAnsi="Arial"/>
        </w:rPr>
        <w:t>I don't know.</w:t>
      </w:r>
    </w:p>
    <w:p w14:paraId="14DD56E4" w14:textId="77777777" w:rsidR="00E8689B" w:rsidRDefault="00E8689B">
      <w:pPr>
        <w:spacing w:after="0"/>
      </w:pPr>
    </w:p>
    <w:p w14:paraId="0A5B2274" w14:textId="77777777" w:rsidR="00E8689B" w:rsidRDefault="00D923C4">
      <w:pPr>
        <w:spacing w:after="0"/>
      </w:pPr>
      <w:r>
        <w:rPr>
          <w:rFonts w:ascii="Arial" w:hAnsi="Arial"/>
          <w:b/>
        </w:rPr>
        <w:lastRenderedPageBreak/>
        <w:t xml:space="preserve">Interviewer E:  </w:t>
      </w:r>
      <w:r>
        <w:rPr>
          <w:rFonts w:ascii="Arial" w:hAnsi="Arial"/>
          <w:color w:val="5D7284"/>
        </w:rPr>
        <w:t>23:07</w:t>
      </w:r>
    </w:p>
    <w:p w14:paraId="65456367" w14:textId="77777777" w:rsidR="00E8689B" w:rsidRDefault="00D923C4">
      <w:pPr>
        <w:spacing w:after="0"/>
      </w:pPr>
      <w:r>
        <w:rPr>
          <w:rFonts w:ascii="Arial" w:hAnsi="Arial"/>
        </w:rPr>
        <w:t>Maybe like a week or longer or shorter?</w:t>
      </w:r>
    </w:p>
    <w:p w14:paraId="32034727" w14:textId="77777777" w:rsidR="00E8689B" w:rsidRDefault="00E8689B">
      <w:pPr>
        <w:spacing w:after="0"/>
      </w:pPr>
    </w:p>
    <w:p w14:paraId="42CD69C0" w14:textId="77777777" w:rsidR="00E8689B" w:rsidRDefault="00D923C4">
      <w:pPr>
        <w:spacing w:after="0"/>
      </w:pPr>
      <w:r>
        <w:rPr>
          <w:rFonts w:ascii="Arial" w:hAnsi="Arial"/>
          <w:b/>
        </w:rPr>
        <w:t xml:space="preserve">Participant # 30:  </w:t>
      </w:r>
      <w:r>
        <w:rPr>
          <w:rFonts w:ascii="Arial" w:hAnsi="Arial"/>
          <w:color w:val="5D7284"/>
        </w:rPr>
        <w:t>23:12</w:t>
      </w:r>
    </w:p>
    <w:p w14:paraId="5D5EC8A2" w14:textId="77777777" w:rsidR="00E8689B" w:rsidRDefault="00D923C4">
      <w:pPr>
        <w:spacing w:after="0"/>
      </w:pPr>
      <w:r>
        <w:rPr>
          <w:rFonts w:ascii="Arial" w:hAnsi="Arial"/>
        </w:rPr>
        <w:t xml:space="preserve">Yah, I'm not sure. Not really </w:t>
      </w:r>
      <w:r>
        <w:rPr>
          <w:rFonts w:ascii="Arial" w:hAnsi="Arial"/>
        </w:rPr>
        <w:t>great. Like time prediction so much.</w:t>
      </w:r>
    </w:p>
    <w:p w14:paraId="1843DF8C" w14:textId="77777777" w:rsidR="00E8689B" w:rsidRDefault="00E8689B">
      <w:pPr>
        <w:spacing w:after="0"/>
      </w:pPr>
    </w:p>
    <w:p w14:paraId="7EE3B886" w14:textId="77777777" w:rsidR="00E8689B" w:rsidRDefault="00D923C4">
      <w:pPr>
        <w:spacing w:after="0"/>
      </w:pPr>
      <w:r>
        <w:rPr>
          <w:rFonts w:ascii="Arial" w:hAnsi="Arial"/>
          <w:b/>
        </w:rPr>
        <w:t xml:space="preserve">Interviewer E:  </w:t>
      </w:r>
      <w:r>
        <w:rPr>
          <w:rFonts w:ascii="Arial" w:hAnsi="Arial"/>
          <w:color w:val="5D7284"/>
        </w:rPr>
        <w:t>23:19</w:t>
      </w:r>
    </w:p>
    <w:p w14:paraId="012AF581" w14:textId="77777777" w:rsidR="00E8689B" w:rsidRDefault="00D923C4">
      <w:pPr>
        <w:spacing w:after="0"/>
      </w:pPr>
      <w:r>
        <w:rPr>
          <w:rFonts w:ascii="Arial" w:hAnsi="Arial"/>
        </w:rPr>
        <w:t>Sure, just give it a guestimation it's no right or wrong answer, you know?</w:t>
      </w:r>
    </w:p>
    <w:p w14:paraId="6818FD0C" w14:textId="77777777" w:rsidR="00E8689B" w:rsidRDefault="00E8689B">
      <w:pPr>
        <w:spacing w:after="0"/>
      </w:pPr>
    </w:p>
    <w:p w14:paraId="21B0B57D" w14:textId="77777777" w:rsidR="00E8689B" w:rsidRDefault="00D923C4">
      <w:pPr>
        <w:spacing w:after="0"/>
      </w:pPr>
      <w:r>
        <w:rPr>
          <w:rFonts w:ascii="Arial" w:hAnsi="Arial"/>
          <w:b/>
        </w:rPr>
        <w:t xml:space="preserve">Participant # 30:  </w:t>
      </w:r>
      <w:r>
        <w:rPr>
          <w:rFonts w:ascii="Arial" w:hAnsi="Arial"/>
          <w:color w:val="5D7284"/>
        </w:rPr>
        <w:t>23:22</w:t>
      </w:r>
    </w:p>
    <w:p w14:paraId="132F5295" w14:textId="77777777" w:rsidR="00E8689B" w:rsidRDefault="00D923C4">
      <w:pPr>
        <w:spacing w:after="0"/>
      </w:pPr>
      <w:r>
        <w:rPr>
          <w:rFonts w:ascii="Arial" w:hAnsi="Arial"/>
        </w:rPr>
        <w:t>Ya know, let's say three days, maybe.</w:t>
      </w:r>
    </w:p>
    <w:p w14:paraId="197FCD43" w14:textId="77777777" w:rsidR="00E8689B" w:rsidRDefault="00E8689B">
      <w:pPr>
        <w:spacing w:after="0"/>
      </w:pPr>
    </w:p>
    <w:p w14:paraId="56F2407B" w14:textId="77777777" w:rsidR="00E8689B" w:rsidRDefault="00D923C4">
      <w:pPr>
        <w:spacing w:after="0"/>
      </w:pPr>
      <w:r>
        <w:rPr>
          <w:rFonts w:ascii="Arial" w:hAnsi="Arial"/>
          <w:b/>
        </w:rPr>
        <w:t xml:space="preserve">Interviewer E:  </w:t>
      </w:r>
      <w:r>
        <w:rPr>
          <w:rFonts w:ascii="Arial" w:hAnsi="Arial"/>
          <w:color w:val="5D7284"/>
        </w:rPr>
        <w:t>23:26</w:t>
      </w:r>
    </w:p>
    <w:p w14:paraId="26A090EB" w14:textId="77777777" w:rsidR="00E8689B" w:rsidRDefault="00D923C4">
      <w:pPr>
        <w:spacing w:after="0"/>
      </w:pPr>
      <w:r>
        <w:rPr>
          <w:rFonts w:ascii="Arial" w:hAnsi="Arial"/>
        </w:rPr>
        <w:t>Three days? That's perfectly fair. All right. So now, I'm gonna divert your attention. Instead of rectangular tanks. We're gonna We're kind of gonna move to spherical ones. Alright, so yeah, I'm gonna draw your attention over here to this. So I know you you do like chemistry or?</w:t>
      </w:r>
    </w:p>
    <w:p w14:paraId="78E43FDD" w14:textId="77777777" w:rsidR="00E8689B" w:rsidRDefault="00E8689B">
      <w:pPr>
        <w:spacing w:after="0"/>
      </w:pPr>
    </w:p>
    <w:p w14:paraId="6772FFD6" w14:textId="77777777" w:rsidR="00E8689B" w:rsidRDefault="00D923C4">
      <w:pPr>
        <w:spacing w:after="0"/>
      </w:pPr>
      <w:r>
        <w:rPr>
          <w:rFonts w:ascii="Arial" w:hAnsi="Arial"/>
          <w:b/>
        </w:rPr>
        <w:t xml:space="preserve">Participant # 30:  </w:t>
      </w:r>
      <w:r>
        <w:rPr>
          <w:rFonts w:ascii="Arial" w:hAnsi="Arial"/>
          <w:color w:val="5D7284"/>
        </w:rPr>
        <w:t>23:59</w:t>
      </w:r>
    </w:p>
    <w:p w14:paraId="41CDAD01" w14:textId="77777777" w:rsidR="00E8689B" w:rsidRDefault="00D923C4">
      <w:pPr>
        <w:spacing w:after="0"/>
      </w:pPr>
      <w:r>
        <w:rPr>
          <w:rFonts w:ascii="Arial" w:hAnsi="Arial"/>
        </w:rPr>
        <w:t xml:space="preserve"> Yeah, minoring in it actual.</w:t>
      </w:r>
    </w:p>
    <w:p w14:paraId="0A72C74C" w14:textId="77777777" w:rsidR="00E8689B" w:rsidRDefault="00E8689B">
      <w:pPr>
        <w:spacing w:after="0"/>
      </w:pPr>
    </w:p>
    <w:p w14:paraId="70547078" w14:textId="77777777" w:rsidR="00E8689B" w:rsidRDefault="00D923C4">
      <w:pPr>
        <w:spacing w:after="0"/>
      </w:pPr>
      <w:r>
        <w:rPr>
          <w:rFonts w:ascii="Arial" w:hAnsi="Arial"/>
          <w:b/>
        </w:rPr>
        <w:t xml:space="preserve">Interviewer E:  </w:t>
      </w:r>
      <w:r>
        <w:rPr>
          <w:rFonts w:ascii="Arial" w:hAnsi="Arial"/>
          <w:color w:val="5D7284"/>
        </w:rPr>
        <w:t>24:00</w:t>
      </w:r>
    </w:p>
    <w:p w14:paraId="726B9ED5" w14:textId="77777777" w:rsidR="00E8689B" w:rsidRDefault="00D923C4">
      <w:pPr>
        <w:spacing w:after="0"/>
      </w:pPr>
      <w:r>
        <w:rPr>
          <w:rFonts w:ascii="Arial" w:hAnsi="Arial"/>
        </w:rPr>
        <w:t>Your minoring in Chemistry. Okay, cool. Cool. So I don't know if you've played around with this stuff before. But this is potassium permadenate. Um, they're actually just really teeny crystals. And they're special crystals because when you drop them in water, they sink down to the bottom but as they sink they leave a dye trail behind them. So you can see the path they travel. So what I'm going to do is I'm going to drop some into this still tank. It's just been sitting here it's still there's nothing specia</w:t>
      </w:r>
      <w:r>
        <w:rPr>
          <w:rFonts w:ascii="Arial" w:hAnsi="Arial"/>
        </w:rPr>
        <w:t>l about it. So you could just kind of see what it does in the water. Is that pretty cool? What do you like about it?</w:t>
      </w:r>
    </w:p>
    <w:p w14:paraId="25B9394E" w14:textId="77777777" w:rsidR="00E8689B" w:rsidRDefault="00E8689B">
      <w:pPr>
        <w:spacing w:after="0"/>
      </w:pPr>
    </w:p>
    <w:p w14:paraId="4DD83CC7" w14:textId="77777777" w:rsidR="00E8689B" w:rsidRDefault="00D923C4">
      <w:pPr>
        <w:spacing w:after="0"/>
      </w:pPr>
      <w:r>
        <w:rPr>
          <w:rFonts w:ascii="Arial" w:hAnsi="Arial"/>
          <w:b/>
        </w:rPr>
        <w:t xml:space="preserve">Participant # 30:  </w:t>
      </w:r>
      <w:r>
        <w:rPr>
          <w:rFonts w:ascii="Arial" w:hAnsi="Arial"/>
          <w:color w:val="5D7284"/>
        </w:rPr>
        <w:t>24:47</w:t>
      </w:r>
    </w:p>
    <w:p w14:paraId="7BA07728" w14:textId="77777777" w:rsidR="00E8689B" w:rsidRDefault="00D923C4">
      <w:pPr>
        <w:spacing w:after="0"/>
      </w:pPr>
      <w:r>
        <w:rPr>
          <w:rFonts w:ascii="Arial" w:hAnsi="Arial"/>
        </w:rPr>
        <w:t xml:space="preserve">I like the colors. I kind of like how </w:t>
      </w:r>
      <w:r>
        <w:rPr>
          <w:rFonts w:ascii="Arial" w:hAnsi="Arial"/>
        </w:rPr>
        <w:t>it's like just kind of streaming down.</w:t>
      </w:r>
    </w:p>
    <w:p w14:paraId="560823B4" w14:textId="77777777" w:rsidR="00E8689B" w:rsidRDefault="00E8689B">
      <w:pPr>
        <w:spacing w:after="0"/>
      </w:pPr>
    </w:p>
    <w:p w14:paraId="114E9912" w14:textId="77777777" w:rsidR="00E8689B" w:rsidRDefault="00D923C4">
      <w:pPr>
        <w:spacing w:after="0"/>
      </w:pPr>
      <w:r>
        <w:rPr>
          <w:rFonts w:ascii="Arial" w:hAnsi="Arial"/>
          <w:b/>
        </w:rPr>
        <w:t xml:space="preserve">Interviewer E:  </w:t>
      </w:r>
      <w:r>
        <w:rPr>
          <w:rFonts w:ascii="Arial" w:hAnsi="Arial"/>
          <w:color w:val="5D7284"/>
        </w:rPr>
        <w:t>24:56</w:t>
      </w:r>
    </w:p>
    <w:p w14:paraId="0F52F181" w14:textId="77777777" w:rsidR="00E8689B" w:rsidRDefault="00D923C4">
      <w:pPr>
        <w:spacing w:after="0"/>
      </w:pPr>
      <w:r>
        <w:rPr>
          <w:rFonts w:ascii="Arial" w:hAnsi="Arial"/>
        </w:rPr>
        <w:t xml:space="preserve">Yeah, it's super beautiful and mesmerizing fro sure. </w:t>
      </w:r>
    </w:p>
    <w:p w14:paraId="7C078A8C" w14:textId="77777777" w:rsidR="00E8689B" w:rsidRDefault="00E8689B">
      <w:pPr>
        <w:spacing w:after="0"/>
      </w:pPr>
    </w:p>
    <w:p w14:paraId="485B0EE6" w14:textId="77777777" w:rsidR="00E8689B" w:rsidRDefault="00D923C4">
      <w:pPr>
        <w:spacing w:after="0"/>
      </w:pPr>
      <w:r>
        <w:rPr>
          <w:rFonts w:ascii="Arial" w:hAnsi="Arial"/>
          <w:b/>
        </w:rPr>
        <w:t xml:space="preserve">Participant # 30:  </w:t>
      </w:r>
      <w:r>
        <w:rPr>
          <w:rFonts w:ascii="Arial" w:hAnsi="Arial"/>
          <w:color w:val="5D7284"/>
        </w:rPr>
        <w:t>24:59</w:t>
      </w:r>
    </w:p>
    <w:p w14:paraId="68577913" w14:textId="77777777" w:rsidR="00E8689B" w:rsidRDefault="00D923C4">
      <w:pPr>
        <w:spacing w:after="0"/>
      </w:pPr>
      <w:r>
        <w:rPr>
          <w:rFonts w:ascii="Arial" w:hAnsi="Arial"/>
        </w:rPr>
        <w:t>Yeah. It reinds me of jellyfish.</w:t>
      </w:r>
    </w:p>
    <w:p w14:paraId="7ECCC0D7" w14:textId="77777777" w:rsidR="00E8689B" w:rsidRDefault="00E8689B">
      <w:pPr>
        <w:spacing w:after="0"/>
      </w:pPr>
    </w:p>
    <w:p w14:paraId="100EEA60" w14:textId="77777777" w:rsidR="00E8689B" w:rsidRDefault="00D923C4">
      <w:pPr>
        <w:spacing w:after="0"/>
      </w:pPr>
      <w:r>
        <w:rPr>
          <w:rFonts w:ascii="Arial" w:hAnsi="Arial"/>
          <w:b/>
        </w:rPr>
        <w:t xml:space="preserve">Interviewer E:  </w:t>
      </w:r>
      <w:r>
        <w:rPr>
          <w:rFonts w:ascii="Arial" w:hAnsi="Arial"/>
          <w:color w:val="5D7284"/>
        </w:rPr>
        <w:t>25:01</w:t>
      </w:r>
    </w:p>
    <w:p w14:paraId="27421881" w14:textId="77777777" w:rsidR="00E8689B" w:rsidRDefault="00D923C4">
      <w:pPr>
        <w:spacing w:after="0"/>
      </w:pPr>
      <w:r>
        <w:rPr>
          <w:rFonts w:ascii="Arial" w:hAnsi="Arial"/>
        </w:rPr>
        <w:t>Jellfish? Yeah. Yeah, I, yeah, I can see that I can definitely see that. That's really cool. So now I'm sure you can probably see where I'm going with this as since we have that big rotating tank over there, it's been spinning for about 25 minutes. Before we, you know, head over to that, I would like you to predict so if I went around this tank and I dropped some of that potassium permagnate inside of the tank as it's spinning, how do you think that will look after one minute and I want you to draw me a pic</w:t>
      </w:r>
      <w:r>
        <w:rPr>
          <w:rFonts w:ascii="Arial" w:hAnsi="Arial"/>
        </w:rPr>
        <w:t>ture of how you think it'll look from the side like a little side picture from the top bird's eye view picture.</w:t>
      </w:r>
    </w:p>
    <w:p w14:paraId="2DB2C61C" w14:textId="77777777" w:rsidR="00E8689B" w:rsidRDefault="00E8689B">
      <w:pPr>
        <w:spacing w:after="0"/>
      </w:pPr>
    </w:p>
    <w:p w14:paraId="3E66F152" w14:textId="77777777" w:rsidR="00E8689B" w:rsidRDefault="00D923C4">
      <w:pPr>
        <w:spacing w:after="0"/>
      </w:pPr>
      <w:r>
        <w:rPr>
          <w:rFonts w:ascii="Arial" w:hAnsi="Arial"/>
          <w:b/>
        </w:rPr>
        <w:t xml:space="preserve">Participant # 30:  </w:t>
      </w:r>
      <w:r>
        <w:rPr>
          <w:rFonts w:ascii="Arial" w:hAnsi="Arial"/>
          <w:color w:val="5D7284"/>
        </w:rPr>
        <w:t>25:46</w:t>
      </w:r>
    </w:p>
    <w:p w14:paraId="0E44A5C4" w14:textId="77777777" w:rsidR="00E8689B" w:rsidRDefault="00D923C4">
      <w:pPr>
        <w:spacing w:after="0"/>
      </w:pPr>
      <w:r>
        <w:rPr>
          <w:rFonts w:ascii="Arial" w:hAnsi="Arial"/>
        </w:rPr>
        <w:t>Okay. See what I can do, kind of just (Beautiful purse).</w:t>
      </w:r>
    </w:p>
    <w:p w14:paraId="7A9814E9" w14:textId="77777777" w:rsidR="00E8689B" w:rsidRDefault="00E8689B">
      <w:pPr>
        <w:spacing w:after="0"/>
      </w:pPr>
    </w:p>
    <w:p w14:paraId="37671E24" w14:textId="77777777" w:rsidR="00E8689B" w:rsidRDefault="00D923C4">
      <w:pPr>
        <w:spacing w:after="0"/>
      </w:pPr>
      <w:r>
        <w:rPr>
          <w:rFonts w:ascii="Arial" w:hAnsi="Arial"/>
          <w:b/>
        </w:rPr>
        <w:t xml:space="preserve">Interviewer E:  </w:t>
      </w:r>
      <w:r>
        <w:rPr>
          <w:rFonts w:ascii="Arial" w:hAnsi="Arial"/>
          <w:color w:val="5D7284"/>
        </w:rPr>
        <w:t>26:25</w:t>
      </w:r>
    </w:p>
    <w:p w14:paraId="09FC0959" w14:textId="77777777" w:rsidR="00E8689B" w:rsidRDefault="00D923C4">
      <w:pPr>
        <w:spacing w:after="0"/>
      </w:pPr>
      <w:r>
        <w:rPr>
          <w:rFonts w:ascii="Arial" w:hAnsi="Arial"/>
        </w:rPr>
        <w:t>Right all right, so can you explain to me what's going on?</w:t>
      </w:r>
    </w:p>
    <w:p w14:paraId="24FF4CA3" w14:textId="77777777" w:rsidR="00E8689B" w:rsidRDefault="00E8689B">
      <w:pPr>
        <w:spacing w:after="0"/>
      </w:pPr>
    </w:p>
    <w:p w14:paraId="712BD09E" w14:textId="77777777" w:rsidR="00E8689B" w:rsidRDefault="00D923C4">
      <w:pPr>
        <w:spacing w:after="0"/>
      </w:pPr>
      <w:r>
        <w:rPr>
          <w:rFonts w:ascii="Arial" w:hAnsi="Arial"/>
          <w:b/>
        </w:rPr>
        <w:t xml:space="preserve">Participant # 30:  </w:t>
      </w:r>
      <w:r>
        <w:rPr>
          <w:rFonts w:ascii="Arial" w:hAnsi="Arial"/>
          <w:color w:val="5D7284"/>
        </w:rPr>
        <w:t>26:30</w:t>
      </w:r>
    </w:p>
    <w:p w14:paraId="38EF4193" w14:textId="77777777" w:rsidR="00E8689B" w:rsidRDefault="00D923C4">
      <w:pPr>
        <w:spacing w:after="0"/>
      </w:pPr>
      <w:r>
        <w:rPr>
          <w:rFonts w:ascii="Arial" w:hAnsi="Arial"/>
        </w:rPr>
        <w:t>Yeah so I mean, I think that I think they'll still eventually make their way to the bottom but because of the motion of the water, they will probably be swept along with it. So from the top, you'd kind of get this whirlpool pattern, I think. And then from the side, you'd kind of see them kind of keeping with some of the horizontal motion of the water but I think they would still sink eventually.</w:t>
      </w:r>
    </w:p>
    <w:p w14:paraId="4DB367C3" w14:textId="77777777" w:rsidR="00E8689B" w:rsidRDefault="00E8689B">
      <w:pPr>
        <w:spacing w:after="0"/>
      </w:pPr>
    </w:p>
    <w:p w14:paraId="76A088FD" w14:textId="77777777" w:rsidR="00E8689B" w:rsidRDefault="00D923C4">
      <w:pPr>
        <w:spacing w:after="0"/>
      </w:pPr>
      <w:r>
        <w:rPr>
          <w:rFonts w:ascii="Arial" w:hAnsi="Arial"/>
          <w:b/>
        </w:rPr>
        <w:t xml:space="preserve">Interviewer E:  </w:t>
      </w:r>
      <w:r>
        <w:rPr>
          <w:rFonts w:ascii="Arial" w:hAnsi="Arial"/>
          <w:color w:val="5D7284"/>
        </w:rPr>
        <w:t>26:52</w:t>
      </w:r>
    </w:p>
    <w:p w14:paraId="07B45A5C" w14:textId="77777777" w:rsidR="00E8689B" w:rsidRDefault="00D923C4">
      <w:pPr>
        <w:spacing w:after="0"/>
      </w:pPr>
      <w:r>
        <w:rPr>
          <w:rFonts w:ascii="Arial" w:hAnsi="Arial"/>
        </w:rPr>
        <w:t>Okay, okay. Interesting. So and you're basing this on the fact that you think the the waters gonna be spinning, gonna be spinning, making the dye spin as well.</w:t>
      </w:r>
    </w:p>
    <w:p w14:paraId="2CFB260F" w14:textId="77777777" w:rsidR="00E8689B" w:rsidRDefault="00E8689B">
      <w:pPr>
        <w:spacing w:after="0"/>
      </w:pPr>
    </w:p>
    <w:p w14:paraId="39EFCE7D" w14:textId="77777777" w:rsidR="00E8689B" w:rsidRDefault="00D923C4">
      <w:pPr>
        <w:spacing w:after="0"/>
      </w:pPr>
      <w:r>
        <w:rPr>
          <w:rFonts w:ascii="Arial" w:hAnsi="Arial"/>
          <w:b/>
        </w:rPr>
        <w:t xml:space="preserve">Participant # 30:  </w:t>
      </w:r>
      <w:r>
        <w:rPr>
          <w:rFonts w:ascii="Arial" w:hAnsi="Arial"/>
          <w:color w:val="5D7284"/>
        </w:rPr>
        <w:t>27:06</w:t>
      </w:r>
    </w:p>
    <w:p w14:paraId="3FD15E5D" w14:textId="77777777" w:rsidR="00E8689B" w:rsidRDefault="00D923C4">
      <w:pPr>
        <w:spacing w:after="0"/>
      </w:pPr>
      <w:r>
        <w:rPr>
          <w:rFonts w:ascii="Arial" w:hAnsi="Arial"/>
        </w:rPr>
        <w:t xml:space="preserve">Now I'm questioning it. </w:t>
      </w:r>
    </w:p>
    <w:p w14:paraId="5E1DDE2A" w14:textId="77777777" w:rsidR="00E8689B" w:rsidRDefault="00E8689B">
      <w:pPr>
        <w:spacing w:after="0"/>
      </w:pPr>
    </w:p>
    <w:p w14:paraId="3AE0DCEE" w14:textId="77777777" w:rsidR="00E8689B" w:rsidRDefault="00D923C4">
      <w:pPr>
        <w:spacing w:after="0"/>
      </w:pPr>
      <w:r>
        <w:rPr>
          <w:rFonts w:ascii="Arial" w:hAnsi="Arial"/>
          <w:b/>
        </w:rPr>
        <w:t xml:space="preserve">Interviewer E:  </w:t>
      </w:r>
      <w:r>
        <w:rPr>
          <w:rFonts w:ascii="Arial" w:hAnsi="Arial"/>
          <w:color w:val="5D7284"/>
        </w:rPr>
        <w:t>27:08</w:t>
      </w:r>
    </w:p>
    <w:p w14:paraId="5F8870F9" w14:textId="77777777" w:rsidR="00E8689B" w:rsidRDefault="00D923C4">
      <w:pPr>
        <w:spacing w:after="0"/>
      </w:pPr>
      <w:r>
        <w:rPr>
          <w:rFonts w:ascii="Arial" w:hAnsi="Arial"/>
        </w:rPr>
        <w:t>I was just asking.</w:t>
      </w:r>
    </w:p>
    <w:p w14:paraId="1062EA7C" w14:textId="77777777" w:rsidR="00E8689B" w:rsidRDefault="00E8689B">
      <w:pPr>
        <w:spacing w:after="0"/>
      </w:pPr>
    </w:p>
    <w:p w14:paraId="3DCA4B59" w14:textId="77777777" w:rsidR="00E8689B" w:rsidRDefault="00D923C4">
      <w:pPr>
        <w:spacing w:after="0"/>
      </w:pPr>
      <w:r>
        <w:rPr>
          <w:rFonts w:ascii="Arial" w:hAnsi="Arial"/>
          <w:b/>
        </w:rPr>
        <w:t xml:space="preserve">Participant # 30:  </w:t>
      </w:r>
      <w:r>
        <w:rPr>
          <w:rFonts w:ascii="Arial" w:hAnsi="Arial"/>
          <w:color w:val="5D7284"/>
        </w:rPr>
        <w:t>27:09</w:t>
      </w:r>
    </w:p>
    <w:p w14:paraId="14B966EF" w14:textId="77777777" w:rsidR="00E8689B" w:rsidRDefault="00D923C4">
      <w:pPr>
        <w:spacing w:after="0"/>
      </w:pPr>
      <w:r>
        <w:rPr>
          <w:rFonts w:ascii="Arial" w:hAnsi="Arial"/>
        </w:rPr>
        <w:t xml:space="preserve">That was my original thought. </w:t>
      </w:r>
    </w:p>
    <w:p w14:paraId="27AE8AE2" w14:textId="77777777" w:rsidR="00E8689B" w:rsidRDefault="00E8689B">
      <w:pPr>
        <w:spacing w:after="0"/>
      </w:pPr>
    </w:p>
    <w:p w14:paraId="6E12D272" w14:textId="77777777" w:rsidR="00E8689B" w:rsidRDefault="00D923C4">
      <w:pPr>
        <w:spacing w:after="0"/>
      </w:pPr>
      <w:r>
        <w:rPr>
          <w:rFonts w:ascii="Arial" w:hAnsi="Arial"/>
          <w:b/>
        </w:rPr>
        <w:t xml:space="preserve">Interviewer E:  </w:t>
      </w:r>
      <w:r>
        <w:rPr>
          <w:rFonts w:ascii="Arial" w:hAnsi="Arial"/>
          <w:color w:val="5D7284"/>
        </w:rPr>
        <w:t>27:11</w:t>
      </w:r>
    </w:p>
    <w:p w14:paraId="63205127" w14:textId="77777777" w:rsidR="00E8689B" w:rsidRDefault="00D923C4">
      <w:pPr>
        <w:spacing w:after="0"/>
      </w:pPr>
      <w:r>
        <w:rPr>
          <w:rFonts w:ascii="Arial" w:hAnsi="Arial"/>
        </w:rPr>
        <w:t xml:space="preserve">Nah I mean, it's </w:t>
      </w:r>
      <w:r>
        <w:rPr>
          <w:rFonts w:ascii="Arial" w:hAnsi="Arial"/>
        </w:rPr>
        <w:t>it's a good prediction. I'm just kidding. I'm just trying to dig into your mind a bit about why you think thinks that essentially.</w:t>
      </w:r>
    </w:p>
    <w:p w14:paraId="69D63B2E" w14:textId="77777777" w:rsidR="00E8689B" w:rsidRDefault="00E8689B">
      <w:pPr>
        <w:spacing w:after="0"/>
      </w:pPr>
    </w:p>
    <w:p w14:paraId="5AA930C5" w14:textId="77777777" w:rsidR="00E8689B" w:rsidRDefault="00D923C4">
      <w:pPr>
        <w:spacing w:after="0"/>
      </w:pPr>
      <w:r>
        <w:rPr>
          <w:rFonts w:ascii="Arial" w:hAnsi="Arial"/>
          <w:b/>
        </w:rPr>
        <w:t xml:space="preserve">Participant # 30:  </w:t>
      </w:r>
      <w:r>
        <w:rPr>
          <w:rFonts w:ascii="Arial" w:hAnsi="Arial"/>
          <w:color w:val="5D7284"/>
        </w:rPr>
        <w:t>27:18</w:t>
      </w:r>
    </w:p>
    <w:p w14:paraId="27C0E656" w14:textId="77777777" w:rsidR="00E8689B" w:rsidRDefault="00D923C4">
      <w:pPr>
        <w:spacing w:after="0"/>
      </w:pPr>
      <w:r>
        <w:rPr>
          <w:rFonts w:ascii="Arial" w:hAnsi="Arial"/>
        </w:rPr>
        <w:t xml:space="preserve">Got it. </w:t>
      </w:r>
    </w:p>
    <w:p w14:paraId="2E5132E1" w14:textId="77777777" w:rsidR="00E8689B" w:rsidRDefault="00E8689B">
      <w:pPr>
        <w:spacing w:after="0"/>
      </w:pPr>
    </w:p>
    <w:p w14:paraId="7C19C012" w14:textId="77777777" w:rsidR="00E8689B" w:rsidRDefault="00D923C4">
      <w:pPr>
        <w:spacing w:after="0"/>
      </w:pPr>
      <w:r>
        <w:rPr>
          <w:rFonts w:ascii="Arial" w:hAnsi="Arial"/>
          <w:b/>
        </w:rPr>
        <w:t xml:space="preserve">Interviewer E:  </w:t>
      </w:r>
      <w:r>
        <w:rPr>
          <w:rFonts w:ascii="Arial" w:hAnsi="Arial"/>
          <w:color w:val="5D7284"/>
        </w:rPr>
        <w:t>27:20</w:t>
      </w:r>
    </w:p>
    <w:p w14:paraId="02EA66AF" w14:textId="77777777" w:rsidR="00E8689B" w:rsidRDefault="00D923C4">
      <w:pPr>
        <w:spacing w:after="0"/>
      </w:pPr>
      <w:r>
        <w:rPr>
          <w:rFonts w:ascii="Arial" w:hAnsi="Arial"/>
        </w:rPr>
        <w:t>You think it's going to spin the same direction as the tank in opposite directions of the tank?</w:t>
      </w:r>
    </w:p>
    <w:p w14:paraId="7571E9AA" w14:textId="77777777" w:rsidR="00E8689B" w:rsidRDefault="00E8689B">
      <w:pPr>
        <w:spacing w:after="0"/>
      </w:pPr>
    </w:p>
    <w:p w14:paraId="2E1E1167" w14:textId="77777777" w:rsidR="00E8689B" w:rsidRDefault="00D923C4">
      <w:pPr>
        <w:spacing w:after="0"/>
      </w:pPr>
      <w:r>
        <w:rPr>
          <w:rFonts w:ascii="Arial" w:hAnsi="Arial"/>
          <w:b/>
        </w:rPr>
        <w:t xml:space="preserve">Participant # 30:  </w:t>
      </w:r>
      <w:r>
        <w:rPr>
          <w:rFonts w:ascii="Arial" w:hAnsi="Arial"/>
          <w:color w:val="5D7284"/>
        </w:rPr>
        <w:t>27:27</w:t>
      </w:r>
    </w:p>
    <w:p w14:paraId="528E6386" w14:textId="77777777" w:rsidR="00E8689B" w:rsidRDefault="00D923C4">
      <w:pPr>
        <w:spacing w:after="0"/>
      </w:pPr>
      <w:r>
        <w:rPr>
          <w:rFonts w:ascii="Arial" w:hAnsi="Arial"/>
        </w:rPr>
        <w:t>I think same direction.</w:t>
      </w:r>
    </w:p>
    <w:p w14:paraId="3B8CF3FB" w14:textId="77777777" w:rsidR="00E8689B" w:rsidRDefault="00E8689B">
      <w:pPr>
        <w:spacing w:after="0"/>
      </w:pPr>
    </w:p>
    <w:p w14:paraId="2978B808" w14:textId="77777777" w:rsidR="00E8689B" w:rsidRDefault="00D923C4">
      <w:pPr>
        <w:spacing w:after="0"/>
      </w:pPr>
      <w:r>
        <w:rPr>
          <w:rFonts w:ascii="Arial" w:hAnsi="Arial"/>
          <w:b/>
        </w:rPr>
        <w:t xml:space="preserve">Interviewer E:  </w:t>
      </w:r>
      <w:r>
        <w:rPr>
          <w:rFonts w:ascii="Arial" w:hAnsi="Arial"/>
          <w:color w:val="5D7284"/>
        </w:rPr>
        <w:t>27:32</w:t>
      </w:r>
    </w:p>
    <w:p w14:paraId="1738C833" w14:textId="77777777" w:rsidR="00E8689B" w:rsidRDefault="00D923C4">
      <w:pPr>
        <w:spacing w:after="0"/>
      </w:pPr>
      <w:r>
        <w:rPr>
          <w:rFonts w:ascii="Arial" w:hAnsi="Arial"/>
        </w:rPr>
        <w:t xml:space="preserve">And is there anything that made you think about why you would put that some like I don't know it was a pool or beach or something in your memory that was like, that's probably what's gonna happen because that you've seen something similar? </w:t>
      </w:r>
    </w:p>
    <w:p w14:paraId="78651654" w14:textId="77777777" w:rsidR="00E8689B" w:rsidRDefault="00E8689B">
      <w:pPr>
        <w:spacing w:after="0"/>
      </w:pPr>
    </w:p>
    <w:p w14:paraId="5916917F" w14:textId="77777777" w:rsidR="00E8689B" w:rsidRDefault="00D923C4">
      <w:pPr>
        <w:spacing w:after="0"/>
      </w:pPr>
      <w:r>
        <w:rPr>
          <w:rFonts w:ascii="Arial" w:hAnsi="Arial"/>
          <w:b/>
        </w:rPr>
        <w:lastRenderedPageBreak/>
        <w:t xml:space="preserve">Participant # 30:  </w:t>
      </w:r>
      <w:r>
        <w:rPr>
          <w:rFonts w:ascii="Arial" w:hAnsi="Arial"/>
          <w:color w:val="5D7284"/>
        </w:rPr>
        <w:t>27:44</w:t>
      </w:r>
    </w:p>
    <w:p w14:paraId="51D88E13" w14:textId="77777777" w:rsidR="00E8689B" w:rsidRDefault="00D923C4">
      <w:pPr>
        <w:spacing w:after="0"/>
      </w:pPr>
      <w:r>
        <w:rPr>
          <w:rFonts w:ascii="Arial" w:hAnsi="Arial"/>
        </w:rPr>
        <w:t xml:space="preserve">Um, no, not really anything like that. Just sort of like I don't know I guess just kind of thinking that there'd be some motion to the water because the container and it's moving. </w:t>
      </w:r>
    </w:p>
    <w:p w14:paraId="7BCF600A" w14:textId="77777777" w:rsidR="00E8689B" w:rsidRDefault="00E8689B">
      <w:pPr>
        <w:spacing w:after="0"/>
      </w:pPr>
    </w:p>
    <w:p w14:paraId="5DA46A79" w14:textId="77777777" w:rsidR="00E8689B" w:rsidRDefault="00D923C4">
      <w:pPr>
        <w:spacing w:after="0"/>
      </w:pPr>
      <w:r>
        <w:rPr>
          <w:rFonts w:ascii="Arial" w:hAnsi="Arial"/>
          <w:b/>
        </w:rPr>
        <w:t xml:space="preserve">Interviewer E:  </w:t>
      </w:r>
      <w:r>
        <w:rPr>
          <w:rFonts w:ascii="Arial" w:hAnsi="Arial"/>
          <w:color w:val="5D7284"/>
        </w:rPr>
        <w:t>27:58</w:t>
      </w:r>
    </w:p>
    <w:p w14:paraId="07959421" w14:textId="77777777" w:rsidR="00E8689B" w:rsidRDefault="00D923C4">
      <w:pPr>
        <w:spacing w:after="0"/>
      </w:pPr>
      <w:r>
        <w:rPr>
          <w:rFonts w:ascii="Arial" w:hAnsi="Arial"/>
        </w:rPr>
        <w:t>Okay so .</w:t>
      </w:r>
    </w:p>
    <w:p w14:paraId="1060663F" w14:textId="77777777" w:rsidR="00E8689B" w:rsidRDefault="00E8689B">
      <w:pPr>
        <w:spacing w:after="0"/>
      </w:pPr>
    </w:p>
    <w:p w14:paraId="5D3F3176" w14:textId="77777777" w:rsidR="00E8689B" w:rsidRDefault="00D923C4">
      <w:pPr>
        <w:spacing w:after="0"/>
      </w:pPr>
      <w:r>
        <w:rPr>
          <w:rFonts w:ascii="Arial" w:hAnsi="Arial"/>
          <w:b/>
        </w:rPr>
        <w:t xml:space="preserve">Participant # 30:  </w:t>
      </w:r>
      <w:r>
        <w:rPr>
          <w:rFonts w:ascii="Arial" w:hAnsi="Arial"/>
          <w:color w:val="5D7284"/>
        </w:rPr>
        <w:t>27:59</w:t>
      </w:r>
    </w:p>
    <w:p w14:paraId="5C596D02" w14:textId="77777777" w:rsidR="00E8689B" w:rsidRDefault="00D923C4">
      <w:pPr>
        <w:spacing w:after="0"/>
      </w:pPr>
      <w:r>
        <w:rPr>
          <w:rFonts w:ascii="Arial" w:hAnsi="Arial"/>
        </w:rPr>
        <w:t>It would follow that.</w:t>
      </w:r>
    </w:p>
    <w:p w14:paraId="6DB7CA34" w14:textId="77777777" w:rsidR="00E8689B" w:rsidRDefault="00E8689B">
      <w:pPr>
        <w:spacing w:after="0"/>
      </w:pPr>
    </w:p>
    <w:p w14:paraId="3ED51CFC" w14:textId="77777777" w:rsidR="00E8689B" w:rsidRDefault="00D923C4">
      <w:pPr>
        <w:spacing w:after="0"/>
      </w:pPr>
      <w:r>
        <w:rPr>
          <w:rFonts w:ascii="Arial" w:hAnsi="Arial"/>
          <w:b/>
        </w:rPr>
        <w:t xml:space="preserve">Interviewer E:  </w:t>
      </w:r>
      <w:r>
        <w:rPr>
          <w:rFonts w:ascii="Arial" w:hAnsi="Arial"/>
          <w:color w:val="5D7284"/>
        </w:rPr>
        <w:t>28:00</w:t>
      </w:r>
    </w:p>
    <w:p w14:paraId="10C5BF33" w14:textId="77777777" w:rsidR="00E8689B" w:rsidRDefault="00D923C4">
      <w:pPr>
        <w:spacing w:after="0"/>
      </w:pPr>
      <w:r>
        <w:rPr>
          <w:rFonts w:ascii="Arial" w:hAnsi="Arial"/>
        </w:rPr>
        <w:t>Okay so essentially if the containers moving the waters following that same velocity in the same direction, I think so. Okay. We're gonna find out times All right, so I before I put the potassium permagnate in I'm going to actually do a drop of another type of dye which is just normal color dye that you'd put in food. And I'm doing this so you know that what does have been isn't an effect of the potassium permanganate like it doesn't have any special anything. It's just dye for demonstration purposes, so I'</w:t>
      </w:r>
      <w:r>
        <w:rPr>
          <w:rFonts w:ascii="Arial" w:hAnsi="Arial"/>
        </w:rPr>
        <w:t xml:space="preserve">m going to drop this as well. But in theory, they're both going to do the same exact thing. Ok timer for one minutes. And now we just sit and wait a minute. All right, so how we feelin? </w:t>
      </w:r>
    </w:p>
    <w:p w14:paraId="0D44BE3A" w14:textId="77777777" w:rsidR="00E8689B" w:rsidRDefault="00E8689B">
      <w:pPr>
        <w:spacing w:after="0"/>
      </w:pPr>
    </w:p>
    <w:p w14:paraId="2142817A" w14:textId="77777777" w:rsidR="00E8689B" w:rsidRDefault="00D923C4">
      <w:pPr>
        <w:spacing w:after="0"/>
      </w:pPr>
      <w:r>
        <w:rPr>
          <w:rFonts w:ascii="Arial" w:hAnsi="Arial"/>
          <w:b/>
        </w:rPr>
        <w:t xml:space="preserve">Participant # 30:  </w:t>
      </w:r>
      <w:r>
        <w:rPr>
          <w:rFonts w:ascii="Arial" w:hAnsi="Arial"/>
          <w:color w:val="5D7284"/>
        </w:rPr>
        <w:t>30:20</w:t>
      </w:r>
    </w:p>
    <w:p w14:paraId="0F6DE6F6" w14:textId="77777777" w:rsidR="00E8689B" w:rsidRDefault="00D923C4">
      <w:pPr>
        <w:spacing w:after="0"/>
      </w:pPr>
      <w:r>
        <w:rPr>
          <w:rFonts w:ascii="Arial" w:hAnsi="Arial"/>
        </w:rPr>
        <w:t xml:space="preserve">Yeah. Honestly, I think it may have dropped straighter than it did in there. I guess so I guess the relative to the container the waters not moving. I </w:t>
      </w:r>
      <w:r>
        <w:rPr>
          <w:rFonts w:ascii="Arial" w:hAnsi="Arial"/>
        </w:rPr>
        <w:t>know I may have been, I may have been thinking kind of like if you had a cup and you were like moving the entire cup in a circle as opposed to it just like rotating on like an axis and of itself. I just find it interesting that it almost seems that like on the surface, it's actually sort of moved horizontally a little bit, as opposed to like further down, then it kind of looks straight once you get into those steps, right.</w:t>
      </w:r>
    </w:p>
    <w:p w14:paraId="06422358" w14:textId="77777777" w:rsidR="00E8689B" w:rsidRDefault="00E8689B">
      <w:pPr>
        <w:spacing w:after="0"/>
      </w:pPr>
    </w:p>
    <w:p w14:paraId="32528E62" w14:textId="77777777" w:rsidR="00E8689B" w:rsidRDefault="00D923C4">
      <w:pPr>
        <w:spacing w:after="0"/>
      </w:pPr>
      <w:r>
        <w:rPr>
          <w:rFonts w:ascii="Arial" w:hAnsi="Arial"/>
          <w:b/>
        </w:rPr>
        <w:t xml:space="preserve">Interviewer E:  </w:t>
      </w:r>
      <w:r>
        <w:rPr>
          <w:rFonts w:ascii="Arial" w:hAnsi="Arial"/>
          <w:color w:val="5D7284"/>
        </w:rPr>
        <w:t>30:52</w:t>
      </w:r>
    </w:p>
    <w:p w14:paraId="242D0DE9" w14:textId="77777777" w:rsidR="00E8689B" w:rsidRDefault="00D923C4">
      <w:pPr>
        <w:spacing w:after="0"/>
      </w:pPr>
      <w:r>
        <w:rPr>
          <w:rFonts w:ascii="Arial" w:hAnsi="Arial"/>
        </w:rPr>
        <w:t>Like we're gonna get into different types of.</w:t>
      </w:r>
    </w:p>
    <w:p w14:paraId="6F7B61FB" w14:textId="77777777" w:rsidR="00E8689B" w:rsidRDefault="00E8689B">
      <w:pPr>
        <w:spacing w:after="0"/>
      </w:pPr>
    </w:p>
    <w:p w14:paraId="6B6ADF2E" w14:textId="77777777" w:rsidR="00E8689B" w:rsidRDefault="00D923C4">
      <w:pPr>
        <w:spacing w:after="0"/>
      </w:pPr>
      <w:r>
        <w:rPr>
          <w:rFonts w:ascii="Arial" w:hAnsi="Arial"/>
          <w:b/>
        </w:rPr>
        <w:t xml:space="preserve">Participant # 30:  </w:t>
      </w:r>
      <w:r>
        <w:rPr>
          <w:rFonts w:ascii="Arial" w:hAnsi="Arial"/>
          <w:color w:val="5D7284"/>
        </w:rPr>
        <w:t>30:56</w:t>
      </w:r>
    </w:p>
    <w:p w14:paraId="7E00D16E" w14:textId="77777777" w:rsidR="00E8689B" w:rsidRDefault="00D923C4">
      <w:pPr>
        <w:spacing w:after="0"/>
      </w:pPr>
      <w:r>
        <w:rPr>
          <w:rFonts w:ascii="Arial" w:hAnsi="Arial"/>
        </w:rPr>
        <w:t xml:space="preserve">Yeah. </w:t>
      </w:r>
    </w:p>
    <w:p w14:paraId="006F748E" w14:textId="77777777" w:rsidR="00E8689B" w:rsidRDefault="00E8689B">
      <w:pPr>
        <w:spacing w:after="0"/>
      </w:pPr>
    </w:p>
    <w:p w14:paraId="4ED72E59" w14:textId="77777777" w:rsidR="00E8689B" w:rsidRDefault="00D923C4">
      <w:pPr>
        <w:spacing w:after="0"/>
      </w:pPr>
      <w:r>
        <w:rPr>
          <w:rFonts w:ascii="Arial" w:hAnsi="Arial"/>
          <w:b/>
        </w:rPr>
        <w:t xml:space="preserve">Interviewer E:  </w:t>
      </w:r>
      <w:r>
        <w:rPr>
          <w:rFonts w:ascii="Arial" w:hAnsi="Arial"/>
          <w:color w:val="5D7284"/>
        </w:rPr>
        <w:t>30:57</w:t>
      </w:r>
    </w:p>
    <w:p w14:paraId="3019E01B" w14:textId="77777777" w:rsidR="00E8689B" w:rsidRDefault="00D923C4">
      <w:pPr>
        <w:spacing w:after="0"/>
      </w:pPr>
      <w:r>
        <w:rPr>
          <w:rFonts w:ascii="Arial" w:hAnsi="Arial"/>
        </w:rPr>
        <w:t>Effects depending on its placement within like, I guess the border going from top to bottom.</w:t>
      </w:r>
    </w:p>
    <w:p w14:paraId="6BB72D98" w14:textId="77777777" w:rsidR="00E8689B" w:rsidRDefault="00E8689B">
      <w:pPr>
        <w:spacing w:after="0"/>
      </w:pPr>
    </w:p>
    <w:p w14:paraId="6D5D0C7D" w14:textId="77777777" w:rsidR="00E8689B" w:rsidRDefault="00D923C4">
      <w:pPr>
        <w:spacing w:after="0"/>
      </w:pPr>
      <w:r>
        <w:rPr>
          <w:rFonts w:ascii="Arial" w:hAnsi="Arial"/>
          <w:b/>
        </w:rPr>
        <w:t xml:space="preserve">Participant # 30:  </w:t>
      </w:r>
      <w:r>
        <w:rPr>
          <w:rFonts w:ascii="Arial" w:hAnsi="Arial"/>
          <w:color w:val="5D7284"/>
        </w:rPr>
        <w:t>31:03</w:t>
      </w:r>
    </w:p>
    <w:p w14:paraId="25B50362" w14:textId="77777777" w:rsidR="00E8689B" w:rsidRDefault="00D923C4">
      <w:pPr>
        <w:spacing w:after="0"/>
      </w:pPr>
      <w:r>
        <w:rPr>
          <w:rFonts w:ascii="Arial" w:hAnsi="Arial"/>
        </w:rPr>
        <w:t xml:space="preserve">Yeah. </w:t>
      </w:r>
    </w:p>
    <w:p w14:paraId="2C4F96B4" w14:textId="77777777" w:rsidR="00E8689B" w:rsidRDefault="00E8689B">
      <w:pPr>
        <w:spacing w:after="0"/>
      </w:pPr>
    </w:p>
    <w:p w14:paraId="0455318A" w14:textId="77777777" w:rsidR="00E8689B" w:rsidRDefault="00D923C4">
      <w:pPr>
        <w:spacing w:after="0"/>
      </w:pPr>
      <w:r>
        <w:rPr>
          <w:rFonts w:ascii="Arial" w:hAnsi="Arial"/>
          <w:b/>
        </w:rPr>
        <w:t xml:space="preserve">Interviewer E:  </w:t>
      </w:r>
      <w:r>
        <w:rPr>
          <w:rFonts w:ascii="Arial" w:hAnsi="Arial"/>
          <w:color w:val="5D7284"/>
        </w:rPr>
        <w:t>31:04</w:t>
      </w:r>
    </w:p>
    <w:p w14:paraId="535A2CCF" w14:textId="77777777" w:rsidR="00E8689B" w:rsidRDefault="00D923C4">
      <w:pPr>
        <w:spacing w:after="0"/>
      </w:pPr>
      <w:r>
        <w:rPr>
          <w:rFonts w:ascii="Arial" w:hAnsi="Arial"/>
        </w:rPr>
        <w:t xml:space="preserve">Okay. Okay.And, you know, I always found it really interesting. If you stand up and look at these. It almost makes like these columns. </w:t>
      </w:r>
    </w:p>
    <w:p w14:paraId="4575EB73" w14:textId="77777777" w:rsidR="00E8689B" w:rsidRDefault="00E8689B">
      <w:pPr>
        <w:spacing w:after="0"/>
      </w:pPr>
    </w:p>
    <w:p w14:paraId="57D663FB" w14:textId="77777777" w:rsidR="00E8689B" w:rsidRDefault="00D923C4">
      <w:pPr>
        <w:spacing w:after="0"/>
      </w:pPr>
      <w:r>
        <w:rPr>
          <w:rFonts w:ascii="Arial" w:hAnsi="Arial"/>
          <w:b/>
        </w:rPr>
        <w:t xml:space="preserve">Participant # 30:  </w:t>
      </w:r>
      <w:r>
        <w:rPr>
          <w:rFonts w:ascii="Arial" w:hAnsi="Arial"/>
          <w:color w:val="5D7284"/>
        </w:rPr>
        <w:t>31:13</w:t>
      </w:r>
    </w:p>
    <w:p w14:paraId="56C67FC8" w14:textId="77777777" w:rsidR="00E8689B" w:rsidRDefault="00D923C4">
      <w:pPr>
        <w:spacing w:after="0"/>
      </w:pPr>
      <w:r>
        <w:rPr>
          <w:rFonts w:ascii="Arial" w:hAnsi="Arial"/>
        </w:rPr>
        <w:lastRenderedPageBreak/>
        <w:t xml:space="preserve">Yeah. </w:t>
      </w:r>
    </w:p>
    <w:p w14:paraId="1820EF34" w14:textId="77777777" w:rsidR="00E8689B" w:rsidRDefault="00E8689B">
      <w:pPr>
        <w:spacing w:after="0"/>
      </w:pPr>
    </w:p>
    <w:p w14:paraId="428565AC" w14:textId="77777777" w:rsidR="00E8689B" w:rsidRDefault="00D923C4">
      <w:pPr>
        <w:spacing w:after="0"/>
      </w:pPr>
      <w:r>
        <w:rPr>
          <w:rFonts w:ascii="Arial" w:hAnsi="Arial"/>
          <w:b/>
        </w:rPr>
        <w:t xml:space="preserve">Interviewer E:  </w:t>
      </w:r>
      <w:r>
        <w:rPr>
          <w:rFonts w:ascii="Arial" w:hAnsi="Arial"/>
          <w:color w:val="5D7284"/>
        </w:rPr>
        <w:t>31:14</w:t>
      </w:r>
    </w:p>
    <w:p w14:paraId="129A51C7" w14:textId="77777777" w:rsidR="00E8689B" w:rsidRDefault="00D923C4">
      <w:pPr>
        <w:spacing w:after="0"/>
      </w:pPr>
      <w:r>
        <w:rPr>
          <w:rFonts w:ascii="Arial" w:hAnsi="Arial"/>
        </w:rPr>
        <w:t xml:space="preserve">Hear me and they're all divided and separated. And they're all standing in that straight and vertical. Yeah. You know, what do </w:t>
      </w:r>
      <w:r>
        <w:rPr>
          <w:rFonts w:ascii="Arial" w:hAnsi="Arial"/>
        </w:rPr>
        <w:t>you think what do you think is causing that?</w:t>
      </w:r>
    </w:p>
    <w:p w14:paraId="453FEE0C" w14:textId="77777777" w:rsidR="00E8689B" w:rsidRDefault="00E8689B">
      <w:pPr>
        <w:spacing w:after="0"/>
      </w:pPr>
    </w:p>
    <w:p w14:paraId="409C2963" w14:textId="77777777" w:rsidR="00E8689B" w:rsidRDefault="00D923C4">
      <w:pPr>
        <w:spacing w:after="0"/>
      </w:pPr>
      <w:r>
        <w:rPr>
          <w:rFonts w:ascii="Arial" w:hAnsi="Arial"/>
          <w:b/>
        </w:rPr>
        <w:t xml:space="preserve">Participant # 30:  </w:t>
      </w:r>
      <w:r>
        <w:rPr>
          <w:rFonts w:ascii="Arial" w:hAnsi="Arial"/>
          <w:color w:val="5D7284"/>
        </w:rPr>
        <w:t>31:27</w:t>
      </w:r>
    </w:p>
    <w:p w14:paraId="41EC8B70" w14:textId="77777777" w:rsidR="00E8689B" w:rsidRDefault="00D923C4">
      <w:pPr>
        <w:spacing w:after="0"/>
      </w:pPr>
      <w:r>
        <w:rPr>
          <w:rFonts w:ascii="Arial" w:hAnsi="Arial"/>
        </w:rPr>
        <w:t>So, I mean, should they come out of staying like that? My first thought would be that there's some kind of like, circular motion of water (limit), like roughly like locally in that area? I'm not sure.</w:t>
      </w:r>
    </w:p>
    <w:p w14:paraId="2AAE24AD" w14:textId="77777777" w:rsidR="00E8689B" w:rsidRDefault="00E8689B">
      <w:pPr>
        <w:spacing w:after="0"/>
      </w:pPr>
    </w:p>
    <w:p w14:paraId="75C1C448" w14:textId="77777777" w:rsidR="00E8689B" w:rsidRDefault="00D923C4">
      <w:pPr>
        <w:spacing w:after="0"/>
      </w:pPr>
      <w:r>
        <w:rPr>
          <w:rFonts w:ascii="Arial" w:hAnsi="Arial"/>
          <w:b/>
        </w:rPr>
        <w:t xml:space="preserve">Interviewer E:  </w:t>
      </w:r>
      <w:r>
        <w:rPr>
          <w:rFonts w:ascii="Arial" w:hAnsi="Arial"/>
          <w:color w:val="5D7284"/>
        </w:rPr>
        <w:t>31:47</w:t>
      </w:r>
    </w:p>
    <w:p w14:paraId="2593EA48" w14:textId="77777777" w:rsidR="00E8689B" w:rsidRDefault="00D923C4">
      <w:pPr>
        <w:spacing w:after="0"/>
      </w:pPr>
      <w:r>
        <w:rPr>
          <w:rFonts w:ascii="Arial" w:hAnsi="Arial"/>
        </w:rPr>
        <w:t xml:space="preserve">Well, before it completely disappears. Would you mind doing one more sketch for me? I just want you to sketch what actually happened. </w:t>
      </w:r>
    </w:p>
    <w:p w14:paraId="368F83D4" w14:textId="77777777" w:rsidR="00E8689B" w:rsidRDefault="00E8689B">
      <w:pPr>
        <w:spacing w:after="0"/>
      </w:pPr>
    </w:p>
    <w:p w14:paraId="3AC13448" w14:textId="77777777" w:rsidR="00E8689B" w:rsidRDefault="00D923C4">
      <w:pPr>
        <w:spacing w:after="0"/>
      </w:pPr>
      <w:r>
        <w:rPr>
          <w:rFonts w:ascii="Arial" w:hAnsi="Arial"/>
          <w:b/>
        </w:rPr>
        <w:t xml:space="preserve">Participant # 30:  </w:t>
      </w:r>
      <w:r>
        <w:rPr>
          <w:rFonts w:ascii="Arial" w:hAnsi="Arial"/>
          <w:color w:val="5D7284"/>
        </w:rPr>
        <w:t>31:55</w:t>
      </w:r>
    </w:p>
    <w:p w14:paraId="20FF86F3" w14:textId="77777777" w:rsidR="00E8689B" w:rsidRDefault="00D923C4">
      <w:pPr>
        <w:spacing w:after="0"/>
      </w:pPr>
      <w:r>
        <w:rPr>
          <w:rFonts w:ascii="Arial" w:hAnsi="Arial"/>
        </w:rPr>
        <w:t>Okay.</w:t>
      </w:r>
    </w:p>
    <w:p w14:paraId="05E8D51F" w14:textId="77777777" w:rsidR="00E8689B" w:rsidRDefault="00E8689B">
      <w:pPr>
        <w:spacing w:after="0"/>
      </w:pPr>
    </w:p>
    <w:p w14:paraId="5044CC9E" w14:textId="77777777" w:rsidR="00E8689B" w:rsidRDefault="00D923C4">
      <w:pPr>
        <w:spacing w:after="0"/>
      </w:pPr>
      <w:r>
        <w:rPr>
          <w:rFonts w:ascii="Arial" w:hAnsi="Arial"/>
          <w:b/>
        </w:rPr>
        <w:t xml:space="preserve">Interviewer E:  </w:t>
      </w:r>
      <w:r>
        <w:rPr>
          <w:rFonts w:ascii="Arial" w:hAnsi="Arial"/>
          <w:color w:val="5D7284"/>
        </w:rPr>
        <w:t>31:55</w:t>
      </w:r>
    </w:p>
    <w:p w14:paraId="7A6AB8BD" w14:textId="77777777" w:rsidR="00E8689B" w:rsidRDefault="00D923C4">
      <w:pPr>
        <w:spacing w:after="0"/>
      </w:pPr>
      <w:r>
        <w:rPr>
          <w:rFonts w:ascii="Arial" w:hAnsi="Arial"/>
        </w:rPr>
        <w:t>Um, to the best of your abilities.</w:t>
      </w:r>
    </w:p>
    <w:p w14:paraId="6B3E27B7" w14:textId="77777777" w:rsidR="00E8689B" w:rsidRDefault="00E8689B">
      <w:pPr>
        <w:spacing w:after="0"/>
      </w:pPr>
    </w:p>
    <w:p w14:paraId="4A867777" w14:textId="77777777" w:rsidR="00E8689B" w:rsidRDefault="00D923C4">
      <w:pPr>
        <w:spacing w:after="0"/>
      </w:pPr>
      <w:r>
        <w:rPr>
          <w:rFonts w:ascii="Arial" w:hAnsi="Arial"/>
          <w:b/>
        </w:rPr>
        <w:t xml:space="preserve">Participant # 30:  </w:t>
      </w:r>
      <w:r>
        <w:rPr>
          <w:rFonts w:ascii="Arial" w:hAnsi="Arial"/>
          <w:color w:val="5D7284"/>
        </w:rPr>
        <w:t>31:57</w:t>
      </w:r>
    </w:p>
    <w:p w14:paraId="23A1DDEF" w14:textId="77777777" w:rsidR="00E8689B" w:rsidRDefault="00D923C4">
      <w:pPr>
        <w:spacing w:after="0"/>
      </w:pPr>
      <w:r>
        <w:rPr>
          <w:rFonts w:ascii="Arial" w:hAnsi="Arial"/>
        </w:rPr>
        <w:t>ALL RIGHT, so lets see.  Show here is that like, there's kind of like those like, very concentrated columns, like you were mentioning. But unlike the maybe the very top layer, it's kind of distributed itself a little bit, and then decide view and they're quite straight, pulling maybe a little bit more on the bottom now, but yeah.</w:t>
      </w:r>
    </w:p>
    <w:p w14:paraId="13CBDB2A" w14:textId="77777777" w:rsidR="00E8689B" w:rsidRDefault="00E8689B">
      <w:pPr>
        <w:spacing w:after="0"/>
      </w:pPr>
    </w:p>
    <w:p w14:paraId="0EA39CB9" w14:textId="77777777" w:rsidR="00E8689B" w:rsidRDefault="00D923C4">
      <w:pPr>
        <w:spacing w:after="0"/>
      </w:pPr>
      <w:r>
        <w:rPr>
          <w:rFonts w:ascii="Arial" w:hAnsi="Arial"/>
          <w:b/>
        </w:rPr>
        <w:t xml:space="preserve">Interviewer E:  </w:t>
      </w:r>
      <w:r>
        <w:rPr>
          <w:rFonts w:ascii="Arial" w:hAnsi="Arial"/>
          <w:color w:val="5D7284"/>
        </w:rPr>
        <w:t>33:00</w:t>
      </w:r>
    </w:p>
    <w:p w14:paraId="35C01D1B" w14:textId="77777777" w:rsidR="00E8689B" w:rsidRDefault="00D923C4">
      <w:pPr>
        <w:spacing w:after="0"/>
      </w:pPr>
      <w:r>
        <w:rPr>
          <w:rFonts w:ascii="Arial" w:hAnsi="Arial"/>
        </w:rPr>
        <w:t>Okay so what do you think? How would it what would we have to do to this tank to get it so that, that looks more like what you initially predicted it to be?</w:t>
      </w:r>
    </w:p>
    <w:p w14:paraId="26295B9E" w14:textId="77777777" w:rsidR="00E8689B" w:rsidRDefault="00E8689B">
      <w:pPr>
        <w:spacing w:after="0"/>
      </w:pPr>
    </w:p>
    <w:p w14:paraId="1BAC88D4" w14:textId="77777777" w:rsidR="00E8689B" w:rsidRDefault="00D923C4">
      <w:pPr>
        <w:spacing w:after="0"/>
      </w:pPr>
      <w:r>
        <w:rPr>
          <w:rFonts w:ascii="Arial" w:hAnsi="Arial"/>
          <w:b/>
        </w:rPr>
        <w:t xml:space="preserve">Participant # 30:  </w:t>
      </w:r>
      <w:r>
        <w:rPr>
          <w:rFonts w:ascii="Arial" w:hAnsi="Arial"/>
          <w:color w:val="5D7284"/>
        </w:rPr>
        <w:t>33:11</w:t>
      </w:r>
    </w:p>
    <w:p w14:paraId="4509EAFB" w14:textId="77777777" w:rsidR="00E8689B" w:rsidRDefault="00D923C4">
      <w:pPr>
        <w:spacing w:after="0"/>
      </w:pPr>
      <w:r>
        <w:rPr>
          <w:rFonts w:ascii="Arial" w:hAnsi="Arial"/>
        </w:rPr>
        <w:t>So I'm thinking that maybe kind of like what I was mentioning, like the thought of like, you're like holding a cup and then moving the entire thing and maybe a circular pattern, like, instead of having a just like, twist on like an internal axis like that, like moving the whole thing in like a broad circle.</w:t>
      </w:r>
    </w:p>
    <w:p w14:paraId="28888157" w14:textId="77777777" w:rsidR="00E8689B" w:rsidRDefault="00E8689B">
      <w:pPr>
        <w:spacing w:after="0"/>
      </w:pPr>
    </w:p>
    <w:p w14:paraId="17D6BE80" w14:textId="77777777" w:rsidR="00E8689B" w:rsidRDefault="00D923C4">
      <w:pPr>
        <w:spacing w:after="0"/>
      </w:pPr>
      <w:r>
        <w:rPr>
          <w:rFonts w:ascii="Arial" w:hAnsi="Arial"/>
          <w:b/>
        </w:rPr>
        <w:t xml:space="preserve">Interviewer E:  </w:t>
      </w:r>
      <w:r>
        <w:rPr>
          <w:rFonts w:ascii="Arial" w:hAnsi="Arial"/>
          <w:color w:val="5D7284"/>
        </w:rPr>
        <w:t>33:25</w:t>
      </w:r>
    </w:p>
    <w:p w14:paraId="2456EA73" w14:textId="77777777" w:rsidR="00E8689B" w:rsidRDefault="00D923C4">
      <w:pPr>
        <w:spacing w:after="0"/>
      </w:pPr>
      <w:r>
        <w:rPr>
          <w:rFonts w:ascii="Arial" w:hAnsi="Arial"/>
        </w:rPr>
        <w:t xml:space="preserve">Right and so it would be moving like this? And would it still be turning as it's moving? Or just kind of moving like this? </w:t>
      </w:r>
    </w:p>
    <w:p w14:paraId="356D0F3A" w14:textId="77777777" w:rsidR="00E8689B" w:rsidRDefault="00E8689B">
      <w:pPr>
        <w:spacing w:after="0"/>
      </w:pPr>
    </w:p>
    <w:p w14:paraId="33EDE88E" w14:textId="77777777" w:rsidR="00E8689B" w:rsidRDefault="00D923C4">
      <w:pPr>
        <w:spacing w:after="0"/>
      </w:pPr>
      <w:r>
        <w:rPr>
          <w:rFonts w:ascii="Arial" w:hAnsi="Arial"/>
          <w:b/>
        </w:rPr>
        <w:t xml:space="preserve">Participant # 30:  </w:t>
      </w:r>
      <w:r>
        <w:rPr>
          <w:rFonts w:ascii="Arial" w:hAnsi="Arial"/>
          <w:color w:val="5D7284"/>
        </w:rPr>
        <w:t>33:32</w:t>
      </w:r>
    </w:p>
    <w:p w14:paraId="48FF6A2D" w14:textId="77777777" w:rsidR="00E8689B" w:rsidRDefault="00D923C4">
      <w:pPr>
        <w:spacing w:after="0"/>
      </w:pPr>
      <w:r>
        <w:rPr>
          <w:rFonts w:ascii="Arial" w:hAnsi="Arial"/>
        </w:rPr>
        <w:t xml:space="preserve">I dont think it has to turn from like, just trying to think back to like, the messed with this. Yeah, the only a like, thing I can think of is something that I've seen in the Maryland Science Center and the Newton's alley, they have a column of water, and they have propellers in the bottom. Yeah. And when those are turned, it creates that vortex effect as well. </w:t>
      </w:r>
    </w:p>
    <w:p w14:paraId="09990AFB" w14:textId="77777777" w:rsidR="00E8689B" w:rsidRDefault="00E8689B">
      <w:pPr>
        <w:spacing w:after="0"/>
      </w:pPr>
    </w:p>
    <w:p w14:paraId="4F46EF5D" w14:textId="77777777" w:rsidR="00E8689B" w:rsidRDefault="00D923C4">
      <w:pPr>
        <w:spacing w:after="0"/>
      </w:pPr>
      <w:r>
        <w:rPr>
          <w:rFonts w:ascii="Arial" w:hAnsi="Arial"/>
          <w:b/>
        </w:rPr>
        <w:t xml:space="preserve">Interviewer E:  </w:t>
      </w:r>
      <w:r>
        <w:rPr>
          <w:rFonts w:ascii="Arial" w:hAnsi="Arial"/>
          <w:color w:val="5D7284"/>
        </w:rPr>
        <w:t>33:57</w:t>
      </w:r>
    </w:p>
    <w:p w14:paraId="6F5994C1" w14:textId="77777777" w:rsidR="00E8689B" w:rsidRDefault="00D923C4">
      <w:pPr>
        <w:spacing w:after="0"/>
      </w:pPr>
      <w:r>
        <w:rPr>
          <w:rFonts w:ascii="Arial" w:hAnsi="Arial"/>
        </w:rPr>
        <w:t xml:space="preserve">Okay, so like adding propellers to it to kind of Yeah, what they wish it around a little bit and make it more like a wirlpool. </w:t>
      </w:r>
    </w:p>
    <w:p w14:paraId="5AACA560" w14:textId="77777777" w:rsidR="00E8689B" w:rsidRDefault="00E8689B">
      <w:pPr>
        <w:spacing w:after="0"/>
      </w:pPr>
    </w:p>
    <w:p w14:paraId="2C51380E" w14:textId="77777777" w:rsidR="00E8689B" w:rsidRDefault="00D923C4">
      <w:pPr>
        <w:spacing w:after="0"/>
      </w:pPr>
      <w:r>
        <w:rPr>
          <w:rFonts w:ascii="Arial" w:hAnsi="Arial"/>
          <w:b/>
        </w:rPr>
        <w:t xml:space="preserve">Participant # 30:  </w:t>
      </w:r>
      <w:r>
        <w:rPr>
          <w:rFonts w:ascii="Arial" w:hAnsi="Arial"/>
          <w:color w:val="5D7284"/>
        </w:rPr>
        <w:t>34:05</w:t>
      </w:r>
    </w:p>
    <w:p w14:paraId="42E0454E" w14:textId="77777777" w:rsidR="00E8689B" w:rsidRDefault="00D923C4">
      <w:pPr>
        <w:spacing w:after="0"/>
      </w:pPr>
      <w:r>
        <w:rPr>
          <w:rFonts w:ascii="Arial" w:hAnsi="Arial"/>
        </w:rPr>
        <w:t xml:space="preserve">Yeah. </w:t>
      </w:r>
    </w:p>
    <w:p w14:paraId="30CFA178" w14:textId="77777777" w:rsidR="00E8689B" w:rsidRDefault="00E8689B">
      <w:pPr>
        <w:spacing w:after="0"/>
      </w:pPr>
    </w:p>
    <w:p w14:paraId="28725428" w14:textId="77777777" w:rsidR="00E8689B" w:rsidRDefault="00D923C4">
      <w:pPr>
        <w:spacing w:after="0"/>
      </w:pPr>
      <w:r>
        <w:rPr>
          <w:rFonts w:ascii="Arial" w:hAnsi="Arial"/>
          <w:b/>
        </w:rPr>
        <w:t xml:space="preserve">Interviewer E:  </w:t>
      </w:r>
      <w:r>
        <w:rPr>
          <w:rFonts w:ascii="Arial" w:hAnsi="Arial"/>
          <w:color w:val="5D7284"/>
        </w:rPr>
        <w:t>34:06</w:t>
      </w:r>
    </w:p>
    <w:p w14:paraId="45135B06" w14:textId="77777777" w:rsidR="00E8689B" w:rsidRDefault="00D923C4">
      <w:pPr>
        <w:spacing w:after="0"/>
      </w:pPr>
      <w:r>
        <w:rPr>
          <w:rFonts w:ascii="Arial" w:hAnsi="Arial"/>
        </w:rPr>
        <w:t xml:space="preserve">Kind of pulling inward. </w:t>
      </w:r>
    </w:p>
    <w:p w14:paraId="1297BC84" w14:textId="77777777" w:rsidR="00E8689B" w:rsidRDefault="00E8689B">
      <w:pPr>
        <w:spacing w:after="0"/>
      </w:pPr>
    </w:p>
    <w:p w14:paraId="6227C46E" w14:textId="77777777" w:rsidR="00E8689B" w:rsidRDefault="00D923C4">
      <w:pPr>
        <w:spacing w:after="0"/>
      </w:pPr>
      <w:r>
        <w:rPr>
          <w:rFonts w:ascii="Arial" w:hAnsi="Arial"/>
          <w:b/>
        </w:rPr>
        <w:t xml:space="preserve">Participant # 30:  </w:t>
      </w:r>
      <w:r>
        <w:rPr>
          <w:rFonts w:ascii="Arial" w:hAnsi="Arial"/>
          <w:color w:val="5D7284"/>
        </w:rPr>
        <w:t>34:08</w:t>
      </w:r>
    </w:p>
    <w:p w14:paraId="2AA79DCF" w14:textId="77777777" w:rsidR="00E8689B" w:rsidRDefault="00D923C4">
      <w:pPr>
        <w:spacing w:after="0"/>
      </w:pPr>
      <w:r>
        <w:rPr>
          <w:rFonts w:ascii="Arial" w:hAnsi="Arial"/>
        </w:rPr>
        <w:t xml:space="preserve">Yeah. </w:t>
      </w:r>
    </w:p>
    <w:p w14:paraId="7B5DCC9C" w14:textId="77777777" w:rsidR="00E8689B" w:rsidRDefault="00E8689B">
      <w:pPr>
        <w:spacing w:after="0"/>
      </w:pPr>
    </w:p>
    <w:p w14:paraId="587F88A3" w14:textId="77777777" w:rsidR="00E8689B" w:rsidRDefault="00D923C4">
      <w:pPr>
        <w:spacing w:after="0"/>
      </w:pPr>
      <w:r>
        <w:rPr>
          <w:rFonts w:ascii="Arial" w:hAnsi="Arial"/>
          <w:b/>
        </w:rPr>
        <w:t xml:space="preserve">Interviewer E:  </w:t>
      </w:r>
      <w:r>
        <w:rPr>
          <w:rFonts w:ascii="Arial" w:hAnsi="Arial"/>
          <w:color w:val="5D7284"/>
        </w:rPr>
        <w:t>34:09</w:t>
      </w:r>
    </w:p>
    <w:p w14:paraId="2FA9BABE" w14:textId="77777777" w:rsidR="00E8689B" w:rsidRDefault="00D923C4">
      <w:pPr>
        <w:spacing w:after="0"/>
      </w:pPr>
      <w:r>
        <w:rPr>
          <w:rFonts w:ascii="Arial" w:hAnsi="Arial"/>
        </w:rPr>
        <w:t>Okay. I can I can see that. And what do you think would happen if I just stopped it?</w:t>
      </w:r>
    </w:p>
    <w:p w14:paraId="1D6DE996" w14:textId="77777777" w:rsidR="00E8689B" w:rsidRDefault="00E8689B">
      <w:pPr>
        <w:spacing w:after="0"/>
      </w:pPr>
    </w:p>
    <w:p w14:paraId="1CA6DBD0" w14:textId="77777777" w:rsidR="00E8689B" w:rsidRDefault="00D923C4">
      <w:pPr>
        <w:spacing w:after="0"/>
      </w:pPr>
      <w:r>
        <w:rPr>
          <w:rFonts w:ascii="Arial" w:hAnsi="Arial"/>
          <w:b/>
        </w:rPr>
        <w:t xml:space="preserve">Participant # 30:  </w:t>
      </w:r>
      <w:r>
        <w:rPr>
          <w:rFonts w:ascii="Arial" w:hAnsi="Arial"/>
          <w:color w:val="5D7284"/>
        </w:rPr>
        <w:t>34:19</w:t>
      </w:r>
    </w:p>
    <w:p w14:paraId="484B7681" w14:textId="77777777" w:rsidR="00E8689B" w:rsidRDefault="00D923C4">
      <w:pPr>
        <w:spacing w:after="0"/>
      </w:pPr>
      <w:r>
        <w:rPr>
          <w:rFonts w:ascii="Arial" w:hAnsi="Arial"/>
        </w:rPr>
        <w:t xml:space="preserve">I'd be curious to see if like the very thin columns start to kind of spread out at all. Other than that, I'm not sure that much would change. </w:t>
      </w:r>
    </w:p>
    <w:p w14:paraId="120E18B2" w14:textId="77777777" w:rsidR="00E8689B" w:rsidRDefault="00E8689B">
      <w:pPr>
        <w:spacing w:after="0"/>
      </w:pPr>
    </w:p>
    <w:p w14:paraId="41D6125F" w14:textId="77777777" w:rsidR="00E8689B" w:rsidRDefault="00D923C4">
      <w:pPr>
        <w:spacing w:after="0"/>
      </w:pPr>
      <w:r>
        <w:rPr>
          <w:rFonts w:ascii="Arial" w:hAnsi="Arial"/>
          <w:b/>
        </w:rPr>
        <w:t xml:space="preserve">Interviewer E:  </w:t>
      </w:r>
      <w:r>
        <w:rPr>
          <w:rFonts w:ascii="Arial" w:hAnsi="Arial"/>
          <w:color w:val="5D7284"/>
        </w:rPr>
        <w:t>34:30</w:t>
      </w:r>
    </w:p>
    <w:p w14:paraId="4C8B98B5" w14:textId="77777777" w:rsidR="00E8689B" w:rsidRDefault="00D923C4">
      <w:pPr>
        <w:spacing w:after="0"/>
      </w:pPr>
      <w:r>
        <w:rPr>
          <w:rFonts w:ascii="Arial" w:hAnsi="Arial"/>
        </w:rPr>
        <w:t>Right? What if I slowed it down?</w:t>
      </w:r>
    </w:p>
    <w:p w14:paraId="226E3B8F" w14:textId="77777777" w:rsidR="00E8689B" w:rsidRDefault="00E8689B">
      <w:pPr>
        <w:spacing w:after="0"/>
      </w:pPr>
    </w:p>
    <w:p w14:paraId="79EFB4B0" w14:textId="77777777" w:rsidR="00E8689B" w:rsidRDefault="00D923C4">
      <w:pPr>
        <w:spacing w:after="0"/>
      </w:pPr>
      <w:r>
        <w:rPr>
          <w:rFonts w:ascii="Arial" w:hAnsi="Arial"/>
          <w:b/>
        </w:rPr>
        <w:t xml:space="preserve">Participant # 30:  </w:t>
      </w:r>
      <w:r>
        <w:rPr>
          <w:rFonts w:ascii="Arial" w:hAnsi="Arial"/>
          <w:color w:val="5D7284"/>
        </w:rPr>
        <w:t>34:32</w:t>
      </w:r>
    </w:p>
    <w:p w14:paraId="7BF3B8AC" w14:textId="77777777" w:rsidR="00E8689B" w:rsidRDefault="00D923C4">
      <w:pPr>
        <w:spacing w:after="0"/>
      </w:pPr>
      <w:r>
        <w:rPr>
          <w:rFonts w:ascii="Arial" w:hAnsi="Arial"/>
        </w:rPr>
        <w:t xml:space="preserve">Slowed it down? Maybe like that very surface level layer of dye that has kind of moved a bit might shift a little bit more, but much sure. I feel like it's something to do with like the width of those like tangible things that kind of extend. </w:t>
      </w:r>
    </w:p>
    <w:p w14:paraId="50009EB0" w14:textId="77777777" w:rsidR="00E8689B" w:rsidRDefault="00E8689B">
      <w:pPr>
        <w:spacing w:after="0"/>
      </w:pPr>
    </w:p>
    <w:p w14:paraId="42D497AF" w14:textId="77777777" w:rsidR="00E8689B" w:rsidRDefault="00D923C4">
      <w:pPr>
        <w:spacing w:after="0"/>
      </w:pPr>
      <w:r>
        <w:rPr>
          <w:rFonts w:ascii="Arial" w:hAnsi="Arial"/>
          <w:b/>
        </w:rPr>
        <w:t xml:space="preserve">Interviewer E:  </w:t>
      </w:r>
      <w:r>
        <w:rPr>
          <w:rFonts w:ascii="Arial" w:hAnsi="Arial"/>
          <w:color w:val="5D7284"/>
        </w:rPr>
        <w:t>34:51</w:t>
      </w:r>
    </w:p>
    <w:p w14:paraId="70CBF4EE" w14:textId="77777777" w:rsidR="00E8689B" w:rsidRDefault="00D923C4">
      <w:pPr>
        <w:spacing w:after="0"/>
      </w:pPr>
      <w:r>
        <w:rPr>
          <w:rFonts w:ascii="Arial" w:hAnsi="Arial"/>
        </w:rPr>
        <w:t xml:space="preserve">So at this </w:t>
      </w:r>
      <w:r>
        <w:rPr>
          <w:rFonts w:ascii="Arial" w:hAnsi="Arial"/>
        </w:rPr>
        <w:t>point, would you say that the water is moving on its own or is it moving with the tank?</w:t>
      </w:r>
    </w:p>
    <w:p w14:paraId="5B803EED" w14:textId="77777777" w:rsidR="00E8689B" w:rsidRDefault="00E8689B">
      <w:pPr>
        <w:spacing w:after="0"/>
      </w:pPr>
    </w:p>
    <w:p w14:paraId="61FAFCA9" w14:textId="77777777" w:rsidR="00E8689B" w:rsidRDefault="00D923C4">
      <w:pPr>
        <w:spacing w:after="0"/>
      </w:pPr>
      <w:r>
        <w:rPr>
          <w:rFonts w:ascii="Arial" w:hAnsi="Arial"/>
          <w:b/>
        </w:rPr>
        <w:t xml:space="preserve">Participant # 30:  </w:t>
      </w:r>
      <w:r>
        <w:rPr>
          <w:rFonts w:ascii="Arial" w:hAnsi="Arial"/>
          <w:color w:val="5D7284"/>
        </w:rPr>
        <w:t>34:57</w:t>
      </w:r>
    </w:p>
    <w:p w14:paraId="74BBD52E" w14:textId="77777777" w:rsidR="00E8689B" w:rsidRDefault="00D923C4">
      <w:pPr>
        <w:spacing w:after="0"/>
      </w:pPr>
      <w:r>
        <w:rPr>
          <w:rFonts w:ascii="Arial" w:hAnsi="Arial"/>
        </w:rPr>
        <w:t xml:space="preserve">It's definitely moving with the tank it seems to stay the water seems to stay in the position relative to the tank like water next is like say that pole is still in that position as it moves around. </w:t>
      </w:r>
    </w:p>
    <w:p w14:paraId="64EE343A" w14:textId="77777777" w:rsidR="00E8689B" w:rsidRDefault="00E8689B">
      <w:pPr>
        <w:spacing w:after="0"/>
      </w:pPr>
    </w:p>
    <w:p w14:paraId="21569247" w14:textId="77777777" w:rsidR="00E8689B" w:rsidRDefault="00D923C4">
      <w:pPr>
        <w:spacing w:after="0"/>
      </w:pPr>
      <w:r>
        <w:rPr>
          <w:rFonts w:ascii="Arial" w:hAnsi="Arial"/>
          <w:b/>
        </w:rPr>
        <w:t xml:space="preserve">Interviewer E:  </w:t>
      </w:r>
      <w:r>
        <w:rPr>
          <w:rFonts w:ascii="Arial" w:hAnsi="Arial"/>
          <w:color w:val="5D7284"/>
        </w:rPr>
        <w:t>35:12</w:t>
      </w:r>
    </w:p>
    <w:p w14:paraId="11367547" w14:textId="77777777" w:rsidR="00E8689B" w:rsidRDefault="00D923C4">
      <w:pPr>
        <w:spacing w:after="0"/>
      </w:pPr>
      <w:r>
        <w:rPr>
          <w:rFonts w:ascii="Arial" w:hAnsi="Arial"/>
        </w:rPr>
        <w:t>Okay. Okay. I got Alright, so I'm going to stop it and we're gonna see what happens.</w:t>
      </w:r>
    </w:p>
    <w:p w14:paraId="713DE335" w14:textId="77777777" w:rsidR="00E8689B" w:rsidRDefault="00E8689B">
      <w:pPr>
        <w:spacing w:after="0"/>
      </w:pPr>
    </w:p>
    <w:p w14:paraId="6E424DDB" w14:textId="77777777" w:rsidR="00E8689B" w:rsidRDefault="00D923C4">
      <w:pPr>
        <w:spacing w:after="0"/>
      </w:pPr>
      <w:r>
        <w:rPr>
          <w:rFonts w:ascii="Arial" w:hAnsi="Arial"/>
          <w:b/>
        </w:rPr>
        <w:t xml:space="preserve">Participant # 30:  </w:t>
      </w:r>
      <w:r>
        <w:rPr>
          <w:rFonts w:ascii="Arial" w:hAnsi="Arial"/>
          <w:color w:val="5D7284"/>
        </w:rPr>
        <w:t>35:27</w:t>
      </w:r>
    </w:p>
    <w:p w14:paraId="00B1B017" w14:textId="77777777" w:rsidR="00E8689B" w:rsidRDefault="00D923C4">
      <w:pPr>
        <w:spacing w:after="0"/>
      </w:pPr>
      <w:r>
        <w:rPr>
          <w:rFonts w:ascii="Arial" w:hAnsi="Arial"/>
        </w:rPr>
        <w:t>And now the waters moving because of inertia that makes sense.</w:t>
      </w:r>
    </w:p>
    <w:p w14:paraId="3BBD1AA1" w14:textId="77777777" w:rsidR="00E8689B" w:rsidRDefault="00E8689B">
      <w:pPr>
        <w:spacing w:after="0"/>
      </w:pPr>
    </w:p>
    <w:p w14:paraId="60B355C6" w14:textId="77777777" w:rsidR="00E8689B" w:rsidRDefault="00D923C4">
      <w:pPr>
        <w:spacing w:after="0"/>
      </w:pPr>
      <w:r>
        <w:rPr>
          <w:rFonts w:ascii="Arial" w:hAnsi="Arial"/>
          <w:b/>
        </w:rPr>
        <w:t xml:space="preserve">Interviewer E:  </w:t>
      </w:r>
      <w:r>
        <w:rPr>
          <w:rFonts w:ascii="Arial" w:hAnsi="Arial"/>
          <w:color w:val="5D7284"/>
        </w:rPr>
        <w:t>35:34</w:t>
      </w:r>
    </w:p>
    <w:p w14:paraId="5AEE7694" w14:textId="77777777" w:rsidR="00E8689B" w:rsidRDefault="00D923C4">
      <w:pPr>
        <w:spacing w:after="0"/>
      </w:pPr>
      <w:r>
        <w:rPr>
          <w:rFonts w:ascii="Arial" w:hAnsi="Arial"/>
        </w:rPr>
        <w:t xml:space="preserve">That's that's pretty cool, huh? </w:t>
      </w:r>
    </w:p>
    <w:p w14:paraId="0947E9F4" w14:textId="77777777" w:rsidR="00E8689B" w:rsidRDefault="00E8689B">
      <w:pPr>
        <w:spacing w:after="0"/>
      </w:pPr>
    </w:p>
    <w:p w14:paraId="26E6F57B" w14:textId="77777777" w:rsidR="00E8689B" w:rsidRDefault="00D923C4">
      <w:pPr>
        <w:spacing w:after="0"/>
      </w:pPr>
      <w:r>
        <w:rPr>
          <w:rFonts w:ascii="Arial" w:hAnsi="Arial"/>
          <w:b/>
        </w:rPr>
        <w:t xml:space="preserve">Participant # 30:  </w:t>
      </w:r>
      <w:r>
        <w:rPr>
          <w:rFonts w:ascii="Arial" w:hAnsi="Arial"/>
          <w:color w:val="5D7284"/>
        </w:rPr>
        <w:t>35:35</w:t>
      </w:r>
    </w:p>
    <w:p w14:paraId="0564403C" w14:textId="77777777" w:rsidR="00E8689B" w:rsidRDefault="00D923C4">
      <w:pPr>
        <w:spacing w:after="0"/>
      </w:pPr>
      <w:r>
        <w:rPr>
          <w:rFonts w:ascii="Arial" w:hAnsi="Arial"/>
        </w:rPr>
        <w:t xml:space="preserve">Yeah. </w:t>
      </w:r>
    </w:p>
    <w:p w14:paraId="7200FB63" w14:textId="77777777" w:rsidR="00E8689B" w:rsidRDefault="00E8689B">
      <w:pPr>
        <w:spacing w:after="0"/>
      </w:pPr>
    </w:p>
    <w:p w14:paraId="2AB8EAA5" w14:textId="77777777" w:rsidR="00E8689B" w:rsidRDefault="00D923C4">
      <w:pPr>
        <w:spacing w:after="0"/>
      </w:pPr>
      <w:r>
        <w:rPr>
          <w:rFonts w:ascii="Arial" w:hAnsi="Arial"/>
          <w:b/>
        </w:rPr>
        <w:t xml:space="preserve">Interviewer E:  </w:t>
      </w:r>
      <w:r>
        <w:rPr>
          <w:rFonts w:ascii="Arial" w:hAnsi="Arial"/>
          <w:color w:val="5D7284"/>
        </w:rPr>
        <w:t>35:38</w:t>
      </w:r>
    </w:p>
    <w:p w14:paraId="130E8227" w14:textId="77777777" w:rsidR="00E8689B" w:rsidRDefault="00D923C4">
      <w:pPr>
        <w:spacing w:after="0"/>
      </w:pPr>
      <w:r>
        <w:rPr>
          <w:rFonts w:ascii="Arial" w:hAnsi="Arial"/>
        </w:rPr>
        <w:t>I like using glue because then it looks like conton candy.</w:t>
      </w:r>
    </w:p>
    <w:p w14:paraId="2EA3CD36" w14:textId="77777777" w:rsidR="00E8689B" w:rsidRDefault="00E8689B">
      <w:pPr>
        <w:spacing w:after="0"/>
      </w:pPr>
    </w:p>
    <w:p w14:paraId="5D046F8D" w14:textId="77777777" w:rsidR="00E8689B" w:rsidRDefault="00D923C4">
      <w:pPr>
        <w:spacing w:after="0"/>
      </w:pPr>
      <w:r>
        <w:rPr>
          <w:rFonts w:ascii="Arial" w:hAnsi="Arial"/>
          <w:b/>
        </w:rPr>
        <w:t xml:space="preserve">Participant # 30:  </w:t>
      </w:r>
      <w:r>
        <w:rPr>
          <w:rFonts w:ascii="Arial" w:hAnsi="Arial"/>
          <w:color w:val="5D7284"/>
        </w:rPr>
        <w:t>35:39</w:t>
      </w:r>
    </w:p>
    <w:p w14:paraId="0E385363" w14:textId="77777777" w:rsidR="00E8689B" w:rsidRDefault="00D923C4">
      <w:pPr>
        <w:spacing w:after="0"/>
      </w:pPr>
      <w:r>
        <w:rPr>
          <w:rFonts w:ascii="Arial" w:hAnsi="Arial"/>
        </w:rPr>
        <w:t xml:space="preserve">Yeah. I still see the columns that kind of dispersing a little though. Yeah, like they're not standing stright up. Y Yeah it's just the bottom kind of spreading out. </w:t>
      </w:r>
    </w:p>
    <w:p w14:paraId="21E3A44E" w14:textId="77777777" w:rsidR="00E8689B" w:rsidRDefault="00E8689B">
      <w:pPr>
        <w:spacing w:after="0"/>
      </w:pPr>
    </w:p>
    <w:p w14:paraId="352305AD" w14:textId="77777777" w:rsidR="00E8689B" w:rsidRDefault="00D923C4">
      <w:pPr>
        <w:spacing w:after="0"/>
      </w:pPr>
      <w:r>
        <w:rPr>
          <w:rFonts w:ascii="Arial" w:hAnsi="Arial"/>
          <w:b/>
        </w:rPr>
        <w:t xml:space="preserve">Interviewer E:  </w:t>
      </w:r>
      <w:r>
        <w:rPr>
          <w:rFonts w:ascii="Arial" w:hAnsi="Arial"/>
          <w:color w:val="5D7284"/>
        </w:rPr>
        <w:t>35:51</w:t>
      </w:r>
    </w:p>
    <w:p w14:paraId="1B9D8050" w14:textId="77777777" w:rsidR="00E8689B" w:rsidRDefault="00D923C4">
      <w:pPr>
        <w:spacing w:after="0"/>
      </w:pPr>
      <w:r>
        <w:rPr>
          <w:rFonts w:ascii="Arial" w:hAnsi="Arial"/>
        </w:rPr>
        <w:t>Yeah.</w:t>
      </w:r>
    </w:p>
    <w:p w14:paraId="045034F7" w14:textId="77777777" w:rsidR="00E8689B" w:rsidRDefault="00E8689B">
      <w:pPr>
        <w:spacing w:after="0"/>
      </w:pPr>
    </w:p>
    <w:p w14:paraId="140C882D" w14:textId="77777777" w:rsidR="00E8689B" w:rsidRDefault="00D923C4">
      <w:pPr>
        <w:spacing w:after="0"/>
      </w:pPr>
      <w:r>
        <w:rPr>
          <w:rFonts w:ascii="Arial" w:hAnsi="Arial"/>
          <w:b/>
        </w:rPr>
        <w:t xml:space="preserve">Participant # 30:  </w:t>
      </w:r>
      <w:r>
        <w:rPr>
          <w:rFonts w:ascii="Arial" w:hAnsi="Arial"/>
          <w:color w:val="5D7284"/>
        </w:rPr>
        <w:t>35:54</w:t>
      </w:r>
    </w:p>
    <w:p w14:paraId="3FD0F2C6" w14:textId="77777777" w:rsidR="00E8689B" w:rsidRDefault="00D923C4">
      <w:pPr>
        <w:spacing w:after="0"/>
      </w:pPr>
      <w:r>
        <w:rPr>
          <w:rFonts w:ascii="Arial" w:hAnsi="Arial"/>
        </w:rPr>
        <w:t>Yeah, they're getting a cloudier..</w:t>
      </w:r>
    </w:p>
    <w:p w14:paraId="4DFE7A42" w14:textId="77777777" w:rsidR="00E8689B" w:rsidRDefault="00E8689B">
      <w:pPr>
        <w:spacing w:after="0"/>
      </w:pPr>
    </w:p>
    <w:p w14:paraId="36A51822" w14:textId="77777777" w:rsidR="00E8689B" w:rsidRDefault="00D923C4">
      <w:pPr>
        <w:spacing w:after="0"/>
      </w:pPr>
      <w:r>
        <w:rPr>
          <w:rFonts w:ascii="Arial" w:hAnsi="Arial"/>
          <w:b/>
        </w:rPr>
        <w:t xml:space="preserve">Interviewer E:  </w:t>
      </w:r>
      <w:r>
        <w:rPr>
          <w:rFonts w:ascii="Arial" w:hAnsi="Arial"/>
          <w:color w:val="5D7284"/>
        </w:rPr>
        <w:t>35:58</w:t>
      </w:r>
    </w:p>
    <w:p w14:paraId="769BA83D" w14:textId="77777777" w:rsidR="00E8689B" w:rsidRDefault="00D923C4">
      <w:pPr>
        <w:spacing w:after="0"/>
      </w:pPr>
      <w:r>
        <w:rPr>
          <w:rFonts w:ascii="Arial" w:hAnsi="Arial"/>
        </w:rPr>
        <w:t>All right, so I like to bring your attention to this little teeny, little teeny, circular tank now. So it actually this is jello. It's just some tasteless Jell-O that we made. And if I were to spin this, so this is like a little motor with little thing on it. And if I turn this on, and it's going to start spinning, what do you think the jello is gonna do? When I started spinning it?</w:t>
      </w:r>
    </w:p>
    <w:p w14:paraId="4C922ED6" w14:textId="77777777" w:rsidR="00E8689B" w:rsidRDefault="00E8689B">
      <w:pPr>
        <w:spacing w:after="0"/>
      </w:pPr>
    </w:p>
    <w:p w14:paraId="1F1B9931" w14:textId="77777777" w:rsidR="00E8689B" w:rsidRDefault="00D923C4">
      <w:pPr>
        <w:spacing w:after="0"/>
      </w:pPr>
      <w:r>
        <w:rPr>
          <w:rFonts w:ascii="Arial" w:hAnsi="Arial"/>
          <w:b/>
        </w:rPr>
        <w:t xml:space="preserve">Participant # 30:  </w:t>
      </w:r>
      <w:r>
        <w:rPr>
          <w:rFonts w:ascii="Arial" w:hAnsi="Arial"/>
          <w:color w:val="5D7284"/>
        </w:rPr>
        <w:t>36:25</w:t>
      </w:r>
    </w:p>
    <w:p w14:paraId="00D0B14A" w14:textId="77777777" w:rsidR="00E8689B" w:rsidRDefault="00D923C4">
      <w:pPr>
        <w:spacing w:after="0"/>
      </w:pPr>
      <w:r>
        <w:rPr>
          <w:rFonts w:ascii="Arial" w:hAnsi="Arial"/>
        </w:rPr>
        <w:t xml:space="preserve">I don't think it's going to do anything because it's solid. </w:t>
      </w:r>
    </w:p>
    <w:p w14:paraId="612E181B" w14:textId="77777777" w:rsidR="00E8689B" w:rsidRDefault="00E8689B">
      <w:pPr>
        <w:spacing w:after="0"/>
      </w:pPr>
    </w:p>
    <w:p w14:paraId="405FB4CD" w14:textId="77777777" w:rsidR="00E8689B" w:rsidRDefault="00D923C4">
      <w:pPr>
        <w:spacing w:after="0"/>
      </w:pPr>
      <w:r>
        <w:rPr>
          <w:rFonts w:ascii="Arial" w:hAnsi="Arial"/>
          <w:b/>
        </w:rPr>
        <w:t xml:space="preserve">Interviewer E:  </w:t>
      </w:r>
      <w:r>
        <w:rPr>
          <w:rFonts w:ascii="Arial" w:hAnsi="Arial"/>
          <w:color w:val="5D7284"/>
        </w:rPr>
        <w:t>36:28</w:t>
      </w:r>
    </w:p>
    <w:p w14:paraId="32A7FE7B" w14:textId="77777777" w:rsidR="00E8689B" w:rsidRDefault="00D923C4">
      <w:pPr>
        <w:spacing w:after="0"/>
      </w:pPr>
      <w:r>
        <w:rPr>
          <w:rFonts w:ascii="Arial" w:hAnsi="Arial"/>
        </w:rPr>
        <w:t>Okay, so it's just gonna stay still think so. All right, so you're right. So now I have a scenario, we can't do it because you can't get the beef hot, hot, hot enough. And then that probably require a lot of Jell-O because you're participant 30. So let's say I took these Beeds, and I got them really, really hot in some reality, and they're like scolding red. And I'm like taking them and I'm dropping them into this Jell-O, right? And supposedly, it should go all the way through, because that's how hot they a</w:t>
      </w:r>
      <w:r>
        <w:rPr>
          <w:rFonts w:ascii="Arial" w:hAnsi="Arial"/>
        </w:rPr>
        <w:t>re. So let's say these go all the way through the why you will, it's spinning. How do you think the trail that these things are making? How is that gonna work? What is that trail gonna look like? So</w:t>
      </w:r>
    </w:p>
    <w:p w14:paraId="71DA7EA3" w14:textId="77777777" w:rsidR="00E8689B" w:rsidRDefault="00E8689B">
      <w:pPr>
        <w:spacing w:after="0"/>
      </w:pPr>
    </w:p>
    <w:p w14:paraId="663917C4" w14:textId="77777777" w:rsidR="00E8689B" w:rsidRDefault="00D923C4">
      <w:pPr>
        <w:spacing w:after="0"/>
      </w:pPr>
      <w:r>
        <w:rPr>
          <w:rFonts w:ascii="Arial" w:hAnsi="Arial"/>
          <w:b/>
        </w:rPr>
        <w:t xml:space="preserve">Participant # 30:  </w:t>
      </w:r>
      <w:r>
        <w:rPr>
          <w:rFonts w:ascii="Arial" w:hAnsi="Arial"/>
          <w:color w:val="5D7284"/>
        </w:rPr>
        <w:t>37:19</w:t>
      </w:r>
    </w:p>
    <w:p w14:paraId="3751B16A" w14:textId="77777777" w:rsidR="00E8689B" w:rsidRDefault="00D923C4">
      <w:pPr>
        <w:spacing w:after="0"/>
      </w:pPr>
      <w:r>
        <w:rPr>
          <w:rFonts w:ascii="Arial" w:hAnsi="Arial"/>
        </w:rPr>
        <w:t xml:space="preserve">I feel like based on seeing that, it would probably go straight down because even though it's melting the Jell-O around it, considering they're all still in this container and is still moving with the container, I assume it would behave similarly to the dye in there. </w:t>
      </w:r>
    </w:p>
    <w:p w14:paraId="541008F9" w14:textId="77777777" w:rsidR="00E8689B" w:rsidRDefault="00E8689B">
      <w:pPr>
        <w:spacing w:after="0"/>
      </w:pPr>
    </w:p>
    <w:p w14:paraId="06350DA8" w14:textId="77777777" w:rsidR="00E8689B" w:rsidRDefault="00D923C4">
      <w:pPr>
        <w:spacing w:after="0"/>
      </w:pPr>
      <w:r>
        <w:rPr>
          <w:rFonts w:ascii="Arial" w:hAnsi="Arial"/>
          <w:b/>
        </w:rPr>
        <w:t xml:space="preserve">Interviewer E:  </w:t>
      </w:r>
      <w:r>
        <w:rPr>
          <w:rFonts w:ascii="Arial" w:hAnsi="Arial"/>
          <w:color w:val="5D7284"/>
        </w:rPr>
        <w:t>37:36</w:t>
      </w:r>
    </w:p>
    <w:p w14:paraId="3C59874D" w14:textId="77777777" w:rsidR="00E8689B" w:rsidRDefault="00D923C4">
      <w:pPr>
        <w:spacing w:after="0"/>
      </w:pPr>
      <w:r>
        <w:rPr>
          <w:rFonts w:ascii="Arial" w:hAnsi="Arial"/>
        </w:rPr>
        <w:t>Oka and that's just because of your observation from this thing over here. Okay, okay. Do you think the one in the middle would be any different than the one on the outer edge? Or they will both it would be the same?</w:t>
      </w:r>
    </w:p>
    <w:p w14:paraId="51A86153" w14:textId="77777777" w:rsidR="00E8689B" w:rsidRDefault="00E8689B">
      <w:pPr>
        <w:spacing w:after="0"/>
      </w:pPr>
    </w:p>
    <w:p w14:paraId="43AA8A83" w14:textId="77777777" w:rsidR="00E8689B" w:rsidRDefault="00D923C4">
      <w:pPr>
        <w:spacing w:after="0"/>
      </w:pPr>
      <w:r>
        <w:rPr>
          <w:rFonts w:ascii="Arial" w:hAnsi="Arial"/>
          <w:b/>
        </w:rPr>
        <w:t xml:space="preserve">Participant # 30:  </w:t>
      </w:r>
      <w:r>
        <w:rPr>
          <w:rFonts w:ascii="Arial" w:hAnsi="Arial"/>
          <w:color w:val="5D7284"/>
        </w:rPr>
        <w:t>37:48</w:t>
      </w:r>
    </w:p>
    <w:p w14:paraId="0090A9DF" w14:textId="77777777" w:rsidR="00E8689B" w:rsidRDefault="00D923C4">
      <w:pPr>
        <w:spacing w:after="0"/>
      </w:pPr>
      <w:r>
        <w:rPr>
          <w:rFonts w:ascii="Arial" w:hAnsi="Arial"/>
        </w:rPr>
        <w:t xml:space="preserve">I think it would be the same again, because the entire container would be moving with the Jell-O inside. It's not like when you stopped it when the water was moving on its own. </w:t>
      </w:r>
    </w:p>
    <w:p w14:paraId="48D1812A" w14:textId="77777777" w:rsidR="00E8689B" w:rsidRDefault="00E8689B">
      <w:pPr>
        <w:spacing w:after="0"/>
      </w:pPr>
    </w:p>
    <w:p w14:paraId="28550818" w14:textId="77777777" w:rsidR="00E8689B" w:rsidRDefault="00D923C4">
      <w:pPr>
        <w:spacing w:after="0"/>
      </w:pPr>
      <w:r>
        <w:rPr>
          <w:rFonts w:ascii="Arial" w:hAnsi="Arial"/>
          <w:b/>
        </w:rPr>
        <w:t xml:space="preserve">Interviewer E:  </w:t>
      </w:r>
      <w:r>
        <w:rPr>
          <w:rFonts w:ascii="Arial" w:hAnsi="Arial"/>
          <w:color w:val="5D7284"/>
        </w:rPr>
        <w:t>37:57</w:t>
      </w:r>
    </w:p>
    <w:p w14:paraId="61244BDF" w14:textId="77777777" w:rsidR="00E8689B" w:rsidRDefault="00D923C4">
      <w:pPr>
        <w:spacing w:after="0"/>
      </w:pPr>
      <w:r>
        <w:rPr>
          <w:rFonts w:ascii="Arial" w:hAnsi="Arial"/>
        </w:rPr>
        <w:t>Okay. All right. All right. Now I have another scenario. So let's say that instead of a bowl of Jell-O, this was actually like a stack of like 20 records. And I'm assuming you're old enough to know what a record is. So let's say that I have a stack of like 20 records. And let's take that entire stack and turn it into metal. So now we have this cylindrical, cylindrical metal disc, right? So I'm going to take it and I'm going to put it on this Lazy Susan. And then I'm going to start spinning it like how we sp</w:t>
      </w:r>
      <w:r>
        <w:rPr>
          <w:rFonts w:ascii="Arial" w:hAnsi="Arial"/>
        </w:rPr>
        <w:t>un the Jell-O. And instead of heartbeats, because that's obviously not going to go through the metal. Let's say we have some very, very potent concentrated acid that you don't want to get on yourself. Let's say we have some of that. So I take the that and I drip some on the scent, on the center and I drip some on the side. And then I start spinning it. What kind of pattern do you think this acid will eat? Assuming that the acid we eat straight down through the cylinder metal disc?</w:t>
      </w:r>
    </w:p>
    <w:p w14:paraId="487F8AF8" w14:textId="77777777" w:rsidR="00E8689B" w:rsidRDefault="00E8689B">
      <w:pPr>
        <w:spacing w:after="0"/>
      </w:pPr>
    </w:p>
    <w:p w14:paraId="60032794" w14:textId="77777777" w:rsidR="00E8689B" w:rsidRDefault="00D923C4">
      <w:pPr>
        <w:spacing w:after="0"/>
      </w:pPr>
      <w:r>
        <w:rPr>
          <w:rFonts w:ascii="Arial" w:hAnsi="Arial"/>
          <w:b/>
        </w:rPr>
        <w:t xml:space="preserve">Participant # 30:  </w:t>
      </w:r>
      <w:r>
        <w:rPr>
          <w:rFonts w:ascii="Arial" w:hAnsi="Arial"/>
          <w:color w:val="5D7284"/>
        </w:rPr>
        <w:t>38:58</w:t>
      </w:r>
    </w:p>
    <w:p w14:paraId="741250A6" w14:textId="77777777" w:rsidR="00E8689B" w:rsidRDefault="00D923C4">
      <w:pPr>
        <w:spacing w:after="0"/>
      </w:pPr>
      <w:r>
        <w:rPr>
          <w:rFonts w:ascii="Arial" w:hAnsi="Arial"/>
        </w:rPr>
        <w:t>So I guess it probably be similar both to that. And when I said before, because it's going to be on the metal so it's going to be rotating with the metal. It's not like it can be held independently from the metal.</w:t>
      </w:r>
    </w:p>
    <w:p w14:paraId="7DACE21E" w14:textId="77777777" w:rsidR="00E8689B" w:rsidRDefault="00E8689B">
      <w:pPr>
        <w:spacing w:after="0"/>
      </w:pPr>
    </w:p>
    <w:p w14:paraId="6C6B95CD" w14:textId="77777777" w:rsidR="00E8689B" w:rsidRDefault="00D923C4">
      <w:pPr>
        <w:spacing w:after="0"/>
      </w:pPr>
      <w:r>
        <w:rPr>
          <w:rFonts w:ascii="Arial" w:hAnsi="Arial"/>
          <w:b/>
        </w:rPr>
        <w:t xml:space="preserve">Interviewer E:  </w:t>
      </w:r>
      <w:r>
        <w:rPr>
          <w:rFonts w:ascii="Arial" w:hAnsi="Arial"/>
          <w:color w:val="5D7284"/>
        </w:rPr>
        <w:t>39:13</w:t>
      </w:r>
    </w:p>
    <w:p w14:paraId="765ED1E1" w14:textId="77777777" w:rsidR="00E8689B" w:rsidRDefault="00D923C4">
      <w:pPr>
        <w:spacing w:after="0"/>
      </w:pPr>
      <w:r>
        <w:rPr>
          <w:rFonts w:ascii="Arial" w:hAnsi="Arial"/>
        </w:rPr>
        <w:t xml:space="preserve">And that's because like you said, like how it's rotating like it like this is rotating with it. So in a sense, it's always on the same velocity. It's always in the same rotation. </w:t>
      </w:r>
    </w:p>
    <w:p w14:paraId="2EA6A10C" w14:textId="77777777" w:rsidR="00E8689B" w:rsidRDefault="00E8689B">
      <w:pPr>
        <w:spacing w:after="0"/>
      </w:pPr>
    </w:p>
    <w:p w14:paraId="497D0A06" w14:textId="77777777" w:rsidR="00E8689B" w:rsidRDefault="00D923C4">
      <w:pPr>
        <w:spacing w:after="0"/>
      </w:pPr>
      <w:r>
        <w:rPr>
          <w:rFonts w:ascii="Arial" w:hAnsi="Arial"/>
          <w:b/>
        </w:rPr>
        <w:t xml:space="preserve">Participant # 30:  </w:t>
      </w:r>
      <w:r>
        <w:rPr>
          <w:rFonts w:ascii="Arial" w:hAnsi="Arial"/>
          <w:color w:val="5D7284"/>
        </w:rPr>
        <w:t>39:24</w:t>
      </w:r>
    </w:p>
    <w:p w14:paraId="5CF658A7" w14:textId="77777777" w:rsidR="00E8689B" w:rsidRDefault="00D923C4">
      <w:pPr>
        <w:spacing w:after="0"/>
      </w:pPr>
      <w:r>
        <w:rPr>
          <w:rFonts w:ascii="Arial" w:hAnsi="Arial"/>
        </w:rPr>
        <w:t>Yeah, like everything is part of the same system. It's not like it's all moving in depending if it's moving independently.</w:t>
      </w:r>
    </w:p>
    <w:p w14:paraId="71B3DBA7" w14:textId="77777777" w:rsidR="00E8689B" w:rsidRDefault="00E8689B">
      <w:pPr>
        <w:spacing w:after="0"/>
      </w:pPr>
    </w:p>
    <w:p w14:paraId="1BFE7F78" w14:textId="77777777" w:rsidR="00E8689B" w:rsidRDefault="00D923C4">
      <w:pPr>
        <w:spacing w:after="0"/>
      </w:pPr>
      <w:r>
        <w:rPr>
          <w:rFonts w:ascii="Arial" w:hAnsi="Arial"/>
          <w:b/>
        </w:rPr>
        <w:t xml:space="preserve">Interviewer E:  </w:t>
      </w:r>
      <w:r>
        <w:rPr>
          <w:rFonts w:ascii="Arial" w:hAnsi="Arial"/>
          <w:color w:val="5D7284"/>
        </w:rPr>
        <w:t>39:30</w:t>
      </w:r>
    </w:p>
    <w:p w14:paraId="0D6CE45B" w14:textId="77777777" w:rsidR="00E8689B" w:rsidRDefault="00D923C4">
      <w:pPr>
        <w:spacing w:after="0"/>
      </w:pPr>
      <w:r>
        <w:rPr>
          <w:rFonts w:ascii="Arial" w:hAnsi="Arial"/>
        </w:rPr>
        <w:t>Right. So the disc wouldn't, it really wouldn't be any different.</w:t>
      </w:r>
    </w:p>
    <w:p w14:paraId="25812EA8" w14:textId="77777777" w:rsidR="00E8689B" w:rsidRDefault="00E8689B">
      <w:pPr>
        <w:spacing w:after="0"/>
      </w:pPr>
    </w:p>
    <w:p w14:paraId="67E7B454" w14:textId="77777777" w:rsidR="00E8689B" w:rsidRDefault="00D923C4">
      <w:pPr>
        <w:spacing w:after="0"/>
      </w:pPr>
      <w:r>
        <w:rPr>
          <w:rFonts w:ascii="Arial" w:hAnsi="Arial"/>
          <w:b/>
        </w:rPr>
        <w:t xml:space="preserve">Participant # 30:  </w:t>
      </w:r>
      <w:r>
        <w:rPr>
          <w:rFonts w:ascii="Arial" w:hAnsi="Arial"/>
          <w:color w:val="5D7284"/>
        </w:rPr>
        <w:t>39:33</w:t>
      </w:r>
    </w:p>
    <w:p w14:paraId="3EFDD76D" w14:textId="77777777" w:rsidR="00E8689B" w:rsidRDefault="00D923C4">
      <w:pPr>
        <w:spacing w:after="0"/>
      </w:pPr>
      <w:r>
        <w:rPr>
          <w:rFonts w:ascii="Arial" w:hAnsi="Arial"/>
        </w:rPr>
        <w:t>I mean, I think it would probably go like, straight down kind of like how the dye did okay, well almost straight.</w:t>
      </w:r>
    </w:p>
    <w:p w14:paraId="2B3E536E" w14:textId="77777777" w:rsidR="00E8689B" w:rsidRDefault="00E8689B">
      <w:pPr>
        <w:spacing w:after="0"/>
      </w:pPr>
    </w:p>
    <w:p w14:paraId="11136CD8" w14:textId="77777777" w:rsidR="00E8689B" w:rsidRDefault="00D923C4">
      <w:pPr>
        <w:spacing w:after="0"/>
      </w:pPr>
      <w:r>
        <w:rPr>
          <w:rFonts w:ascii="Arial" w:hAnsi="Arial"/>
          <w:b/>
        </w:rPr>
        <w:t xml:space="preserve">Interviewer E:  </w:t>
      </w:r>
      <w:r>
        <w:rPr>
          <w:rFonts w:ascii="Arial" w:hAnsi="Arial"/>
          <w:color w:val="5D7284"/>
        </w:rPr>
        <w:t>39:39</w:t>
      </w:r>
    </w:p>
    <w:p w14:paraId="314351B1" w14:textId="77777777" w:rsidR="00E8689B" w:rsidRDefault="00D923C4">
      <w:pPr>
        <w:spacing w:after="0"/>
      </w:pPr>
      <w:r>
        <w:rPr>
          <w:rFonts w:ascii="Arial" w:hAnsi="Arial"/>
        </w:rPr>
        <w:t xml:space="preserve">Okay, so straight ish. </w:t>
      </w:r>
    </w:p>
    <w:p w14:paraId="7EA1C81E" w14:textId="77777777" w:rsidR="00E8689B" w:rsidRDefault="00E8689B">
      <w:pPr>
        <w:spacing w:after="0"/>
      </w:pPr>
    </w:p>
    <w:p w14:paraId="1F87186B" w14:textId="77777777" w:rsidR="00E8689B" w:rsidRDefault="00D923C4">
      <w:pPr>
        <w:spacing w:after="0"/>
      </w:pPr>
      <w:r>
        <w:rPr>
          <w:rFonts w:ascii="Arial" w:hAnsi="Arial"/>
          <w:b/>
        </w:rPr>
        <w:t xml:space="preserve">Participant # 30:  </w:t>
      </w:r>
      <w:r>
        <w:rPr>
          <w:rFonts w:ascii="Arial" w:hAnsi="Arial"/>
          <w:color w:val="5D7284"/>
        </w:rPr>
        <w:t>39:40</w:t>
      </w:r>
    </w:p>
    <w:p w14:paraId="1CC07B8B" w14:textId="77777777" w:rsidR="00E8689B" w:rsidRDefault="00D923C4">
      <w:pPr>
        <w:spacing w:after="0"/>
      </w:pPr>
      <w:r>
        <w:rPr>
          <w:rFonts w:ascii="Arial" w:hAnsi="Arial"/>
        </w:rPr>
        <w:t>Yeah.</w:t>
      </w:r>
    </w:p>
    <w:p w14:paraId="1F503F97" w14:textId="77777777" w:rsidR="00E8689B" w:rsidRDefault="00E8689B">
      <w:pPr>
        <w:spacing w:after="0"/>
      </w:pPr>
    </w:p>
    <w:p w14:paraId="64A45141" w14:textId="77777777" w:rsidR="00E8689B" w:rsidRDefault="00D923C4">
      <w:pPr>
        <w:spacing w:after="0"/>
      </w:pPr>
      <w:r>
        <w:rPr>
          <w:rFonts w:ascii="Arial" w:hAnsi="Arial"/>
          <w:b/>
        </w:rPr>
        <w:t xml:space="preserve">Interviewer E:  </w:t>
      </w:r>
      <w:r>
        <w:rPr>
          <w:rFonts w:ascii="Arial" w:hAnsi="Arial"/>
          <w:color w:val="5D7284"/>
        </w:rPr>
        <w:t>39:41</w:t>
      </w:r>
    </w:p>
    <w:p w14:paraId="0ECE1CCF" w14:textId="77777777" w:rsidR="00E8689B" w:rsidRDefault="00D923C4">
      <w:pPr>
        <w:spacing w:after="0"/>
      </w:pPr>
      <w:r>
        <w:rPr>
          <w:rFonts w:ascii="Arial" w:hAnsi="Arial"/>
        </w:rPr>
        <w:t xml:space="preserve">Little teeny variation. </w:t>
      </w:r>
    </w:p>
    <w:p w14:paraId="1433DDC9" w14:textId="77777777" w:rsidR="00E8689B" w:rsidRDefault="00E8689B">
      <w:pPr>
        <w:spacing w:after="0"/>
      </w:pPr>
    </w:p>
    <w:p w14:paraId="24D01E6B" w14:textId="77777777" w:rsidR="00E8689B" w:rsidRDefault="00D923C4">
      <w:pPr>
        <w:spacing w:after="0"/>
      </w:pPr>
      <w:r>
        <w:rPr>
          <w:rFonts w:ascii="Arial" w:hAnsi="Arial"/>
          <w:b/>
        </w:rPr>
        <w:t xml:space="preserve">Participant # 30:  </w:t>
      </w:r>
      <w:r>
        <w:rPr>
          <w:rFonts w:ascii="Arial" w:hAnsi="Arial"/>
          <w:color w:val="5D7284"/>
        </w:rPr>
        <w:t>39:42</w:t>
      </w:r>
    </w:p>
    <w:p w14:paraId="5F2BC3C3" w14:textId="77777777" w:rsidR="00E8689B" w:rsidRDefault="00D923C4">
      <w:pPr>
        <w:spacing w:after="0"/>
      </w:pPr>
      <w:r>
        <w:rPr>
          <w:rFonts w:ascii="Arial" w:hAnsi="Arial"/>
        </w:rPr>
        <w:t>Yeah.</w:t>
      </w:r>
    </w:p>
    <w:p w14:paraId="2D020853" w14:textId="77777777" w:rsidR="00E8689B" w:rsidRDefault="00E8689B">
      <w:pPr>
        <w:spacing w:after="0"/>
      </w:pPr>
    </w:p>
    <w:p w14:paraId="420634FD" w14:textId="77777777" w:rsidR="00E8689B" w:rsidRDefault="00D923C4">
      <w:pPr>
        <w:spacing w:after="0"/>
      </w:pPr>
      <w:r>
        <w:rPr>
          <w:rFonts w:ascii="Arial" w:hAnsi="Arial"/>
          <w:b/>
        </w:rPr>
        <w:t xml:space="preserve">Interviewer E:  </w:t>
      </w:r>
      <w:r>
        <w:rPr>
          <w:rFonts w:ascii="Arial" w:hAnsi="Arial"/>
          <w:color w:val="5D7284"/>
        </w:rPr>
        <w:t>39:42</w:t>
      </w:r>
    </w:p>
    <w:p w14:paraId="032BA9C7" w14:textId="77777777" w:rsidR="00E8689B" w:rsidRDefault="00D923C4">
      <w:pPr>
        <w:spacing w:after="0"/>
      </w:pPr>
      <w:r>
        <w:rPr>
          <w:rFonts w:ascii="Arial" w:hAnsi="Arial"/>
        </w:rPr>
        <w:t xml:space="preserve">Okay. </w:t>
      </w:r>
    </w:p>
    <w:p w14:paraId="3D1CDEEE" w14:textId="77777777" w:rsidR="00E8689B" w:rsidRDefault="00E8689B">
      <w:pPr>
        <w:spacing w:after="0"/>
      </w:pPr>
    </w:p>
    <w:p w14:paraId="17A12DAD" w14:textId="77777777" w:rsidR="00E8689B" w:rsidRDefault="00D923C4">
      <w:pPr>
        <w:spacing w:after="0"/>
      </w:pPr>
      <w:r>
        <w:rPr>
          <w:rFonts w:ascii="Arial" w:hAnsi="Arial"/>
          <w:b/>
        </w:rPr>
        <w:t xml:space="preserve">Participant # 30:  </w:t>
      </w:r>
      <w:r>
        <w:rPr>
          <w:rFonts w:ascii="Arial" w:hAnsi="Arial"/>
          <w:color w:val="5D7284"/>
        </w:rPr>
        <w:t>39:43</w:t>
      </w:r>
    </w:p>
    <w:p w14:paraId="1D620ED5" w14:textId="77777777" w:rsidR="00E8689B" w:rsidRDefault="00D923C4">
      <w:pPr>
        <w:spacing w:after="0"/>
      </w:pPr>
      <w:r>
        <w:rPr>
          <w:rFonts w:ascii="Arial" w:hAnsi="Arial"/>
        </w:rPr>
        <w:t xml:space="preserve">Yeah. </w:t>
      </w:r>
    </w:p>
    <w:p w14:paraId="55DFB1B5" w14:textId="77777777" w:rsidR="00E8689B" w:rsidRDefault="00E8689B">
      <w:pPr>
        <w:spacing w:after="0"/>
      </w:pPr>
    </w:p>
    <w:p w14:paraId="01B14CAB" w14:textId="77777777" w:rsidR="00E8689B" w:rsidRDefault="00D923C4">
      <w:pPr>
        <w:spacing w:after="0"/>
      </w:pPr>
      <w:r>
        <w:rPr>
          <w:rFonts w:ascii="Arial" w:hAnsi="Arial"/>
          <w:b/>
        </w:rPr>
        <w:t xml:space="preserve">Interviewer E:  </w:t>
      </w:r>
      <w:r>
        <w:rPr>
          <w:rFonts w:ascii="Arial" w:hAnsi="Arial"/>
          <w:color w:val="5D7284"/>
        </w:rPr>
        <w:t>39:43</w:t>
      </w:r>
    </w:p>
    <w:p w14:paraId="09D6DC6B" w14:textId="77777777" w:rsidR="00E8689B" w:rsidRDefault="00D923C4">
      <w:pPr>
        <w:spacing w:after="0"/>
      </w:pPr>
      <w:r>
        <w:rPr>
          <w:rFonts w:ascii="Arial" w:hAnsi="Arial"/>
        </w:rPr>
        <w:t>Okay, this would this also the Jell-O Would that also have variations or I think this would be more just kind of straight through.</w:t>
      </w:r>
    </w:p>
    <w:p w14:paraId="12D2B35E" w14:textId="77777777" w:rsidR="00E8689B" w:rsidRDefault="00E8689B">
      <w:pPr>
        <w:spacing w:after="0"/>
      </w:pPr>
    </w:p>
    <w:p w14:paraId="3837D3FD" w14:textId="77777777" w:rsidR="00E8689B" w:rsidRDefault="00D923C4">
      <w:pPr>
        <w:spacing w:after="0"/>
      </w:pPr>
      <w:r>
        <w:rPr>
          <w:rFonts w:ascii="Arial" w:hAnsi="Arial"/>
          <w:b/>
        </w:rPr>
        <w:t xml:space="preserve">Participant # 30:  </w:t>
      </w:r>
      <w:r>
        <w:rPr>
          <w:rFonts w:ascii="Arial" w:hAnsi="Arial"/>
          <w:color w:val="5D7284"/>
        </w:rPr>
        <w:t>39:49</w:t>
      </w:r>
    </w:p>
    <w:p w14:paraId="50CC5A01" w14:textId="77777777" w:rsidR="00E8689B" w:rsidRDefault="00D923C4">
      <w:pPr>
        <w:spacing w:after="0"/>
      </w:pPr>
      <w:r>
        <w:rPr>
          <w:rFonts w:ascii="Arial" w:hAnsi="Arial"/>
        </w:rPr>
        <w:t xml:space="preserve">I think that there's probably always going to be a little bit of imperfection. I don't think it'll ever be ruler straight, but I think it will be mostly straight. </w:t>
      </w:r>
    </w:p>
    <w:p w14:paraId="4AA5A64A" w14:textId="77777777" w:rsidR="00E8689B" w:rsidRDefault="00E8689B">
      <w:pPr>
        <w:spacing w:after="0"/>
      </w:pPr>
    </w:p>
    <w:p w14:paraId="4FE93B20" w14:textId="77777777" w:rsidR="00E8689B" w:rsidRDefault="00D923C4">
      <w:pPr>
        <w:spacing w:after="0"/>
      </w:pPr>
      <w:r>
        <w:rPr>
          <w:rFonts w:ascii="Arial" w:hAnsi="Arial"/>
          <w:b/>
        </w:rPr>
        <w:t xml:space="preserve">Interviewer E:  </w:t>
      </w:r>
      <w:r>
        <w:rPr>
          <w:rFonts w:ascii="Arial" w:hAnsi="Arial"/>
          <w:color w:val="5D7284"/>
        </w:rPr>
        <w:t>39:56</w:t>
      </w:r>
    </w:p>
    <w:p w14:paraId="418E1716" w14:textId="77777777" w:rsidR="00E8689B" w:rsidRDefault="00D923C4">
      <w:pPr>
        <w:spacing w:after="0"/>
      </w:pPr>
      <w:r>
        <w:rPr>
          <w:rFonts w:ascii="Arial" w:hAnsi="Arial"/>
        </w:rPr>
        <w:t>Okay. Mostly straight. All right. Now our last thought experiment So let's say I am, this was a pot. Okay, I took this pot and I filled it with soil and I took a seed and put the seed in it and I come in every day. And I'm watering it, it's getting all the fresh air and all the sunlight that it could possibly need to be a beautiful plant. So as this plant is growing, no, I have it once again, on our Lazy Susan, spinning and spinning. So as this as it's growing, it's spinning, how would you think the root sy</w:t>
      </w:r>
      <w:r>
        <w:rPr>
          <w:rFonts w:ascii="Arial" w:hAnsi="Arial"/>
        </w:rPr>
        <w:t>stem of this planet would look like if it grew while spinning?</w:t>
      </w:r>
    </w:p>
    <w:p w14:paraId="03188661" w14:textId="77777777" w:rsidR="00E8689B" w:rsidRDefault="00E8689B">
      <w:pPr>
        <w:spacing w:after="0"/>
      </w:pPr>
    </w:p>
    <w:p w14:paraId="5EE7F37B" w14:textId="77777777" w:rsidR="00E8689B" w:rsidRDefault="00D923C4">
      <w:pPr>
        <w:spacing w:after="0"/>
      </w:pPr>
      <w:r>
        <w:rPr>
          <w:rFonts w:ascii="Arial" w:hAnsi="Arial"/>
          <w:b/>
        </w:rPr>
        <w:t xml:space="preserve">Participant # 30:  </w:t>
      </w:r>
      <w:r>
        <w:rPr>
          <w:rFonts w:ascii="Arial" w:hAnsi="Arial"/>
          <w:color w:val="5D7284"/>
        </w:rPr>
        <w:t>40:32</w:t>
      </w:r>
    </w:p>
    <w:p w14:paraId="03749107" w14:textId="77777777" w:rsidR="00E8689B" w:rsidRDefault="00D923C4">
      <w:pPr>
        <w:spacing w:after="0"/>
      </w:pPr>
      <w:r>
        <w:rPr>
          <w:rFonts w:ascii="Arial" w:hAnsi="Arial"/>
        </w:rPr>
        <w:t>So I think that the roots would be normal. Because I mean, I think that I don't know if like, like a biological like, growth process would be like, necessarily, like impeded by something like it's spinning. I feel like it's more likely to like react to like, I don't know, different nutrient concentrations are like a wall. So I think it would probably grow normally as it would if it wasn't spinning.</w:t>
      </w:r>
    </w:p>
    <w:p w14:paraId="29EC6DC5" w14:textId="77777777" w:rsidR="00E8689B" w:rsidRDefault="00E8689B">
      <w:pPr>
        <w:spacing w:after="0"/>
      </w:pPr>
    </w:p>
    <w:p w14:paraId="6E3BE931" w14:textId="77777777" w:rsidR="00E8689B" w:rsidRDefault="00D923C4">
      <w:pPr>
        <w:spacing w:after="0"/>
      </w:pPr>
      <w:r>
        <w:rPr>
          <w:rFonts w:ascii="Arial" w:hAnsi="Arial"/>
          <w:b/>
        </w:rPr>
        <w:t xml:space="preserve">Interviewer E:  </w:t>
      </w:r>
      <w:r>
        <w:rPr>
          <w:rFonts w:ascii="Arial" w:hAnsi="Arial"/>
          <w:color w:val="5D7284"/>
        </w:rPr>
        <w:t>41:05</w:t>
      </w:r>
    </w:p>
    <w:p w14:paraId="0B6DF9B6" w14:textId="77777777" w:rsidR="00E8689B" w:rsidRDefault="00D923C4">
      <w:pPr>
        <w:spacing w:after="0"/>
      </w:pPr>
      <w:r>
        <w:rPr>
          <w:rFonts w:ascii="Arial" w:hAnsi="Arial"/>
        </w:rPr>
        <w:t xml:space="preserve">Right right. And so it wouldn't even matter like the rate of which it was spinning it would just if it is in general it would just grow it would just go relatively normal because the force wouldn't be enough to like overpower it genetic predisposition, pre desperate predestined predisposition, whatever to like grow that dendratic like pattern. </w:t>
      </w:r>
    </w:p>
    <w:p w14:paraId="151166CE" w14:textId="77777777" w:rsidR="00E8689B" w:rsidRDefault="00E8689B">
      <w:pPr>
        <w:spacing w:after="0"/>
      </w:pPr>
    </w:p>
    <w:p w14:paraId="57A19C57" w14:textId="77777777" w:rsidR="00E8689B" w:rsidRDefault="00D923C4">
      <w:pPr>
        <w:spacing w:after="0"/>
      </w:pPr>
      <w:r>
        <w:rPr>
          <w:rFonts w:ascii="Arial" w:hAnsi="Arial"/>
          <w:b/>
        </w:rPr>
        <w:t xml:space="preserve">Participant # 30:  </w:t>
      </w:r>
      <w:r>
        <w:rPr>
          <w:rFonts w:ascii="Arial" w:hAnsi="Arial"/>
          <w:color w:val="5D7284"/>
        </w:rPr>
        <w:t>41:25</w:t>
      </w:r>
    </w:p>
    <w:p w14:paraId="6DF79596" w14:textId="77777777" w:rsidR="00E8689B" w:rsidRDefault="00D923C4">
      <w:pPr>
        <w:spacing w:after="0"/>
      </w:pPr>
      <w:r>
        <w:rPr>
          <w:rFonts w:ascii="Arial" w:hAnsi="Arial"/>
        </w:rPr>
        <w:t>Yeah, I think because again, like it's the entire system is moving together. It's not like parts of it are moving at different rates or different directions or anything.</w:t>
      </w:r>
    </w:p>
    <w:p w14:paraId="4E328F7B" w14:textId="77777777" w:rsidR="00E8689B" w:rsidRDefault="00E8689B">
      <w:pPr>
        <w:spacing w:after="0"/>
      </w:pPr>
    </w:p>
    <w:p w14:paraId="04B7426C" w14:textId="77777777" w:rsidR="00E8689B" w:rsidRDefault="00D923C4">
      <w:pPr>
        <w:spacing w:after="0"/>
      </w:pPr>
      <w:r>
        <w:rPr>
          <w:rFonts w:ascii="Arial" w:hAnsi="Arial"/>
          <w:b/>
        </w:rPr>
        <w:t xml:space="preserve">Interviewer E:  </w:t>
      </w:r>
      <w:r>
        <w:rPr>
          <w:rFonts w:ascii="Arial" w:hAnsi="Arial"/>
          <w:color w:val="5D7284"/>
        </w:rPr>
        <w:t>41:36</w:t>
      </w:r>
    </w:p>
    <w:p w14:paraId="057BC975" w14:textId="77777777" w:rsidR="00E8689B" w:rsidRDefault="00D923C4">
      <w:pPr>
        <w:spacing w:after="0"/>
      </w:pPr>
      <w:r>
        <w:rPr>
          <w:rFonts w:ascii="Arial" w:hAnsi="Arial"/>
        </w:rPr>
        <w:lastRenderedPageBreak/>
        <w:t>Well, what about the top of the plant that will have other half that isn't in the ground? Would that be saved and Radek normal tree pattern or?</w:t>
      </w:r>
    </w:p>
    <w:p w14:paraId="78EC4506" w14:textId="77777777" w:rsidR="00E8689B" w:rsidRDefault="00E8689B">
      <w:pPr>
        <w:spacing w:after="0"/>
      </w:pPr>
    </w:p>
    <w:p w14:paraId="1B20E7E0" w14:textId="77777777" w:rsidR="00E8689B" w:rsidRDefault="00D923C4">
      <w:pPr>
        <w:spacing w:after="0"/>
      </w:pPr>
      <w:r>
        <w:rPr>
          <w:rFonts w:ascii="Arial" w:hAnsi="Arial"/>
          <w:b/>
        </w:rPr>
        <w:t xml:space="preserve">Participant # 30:  </w:t>
      </w:r>
      <w:r>
        <w:rPr>
          <w:rFonts w:ascii="Arial" w:hAnsi="Arial"/>
          <w:color w:val="5D7284"/>
        </w:rPr>
        <w:t>41:44</w:t>
      </w:r>
    </w:p>
    <w:p w14:paraId="586C370B" w14:textId="77777777" w:rsidR="00E8689B" w:rsidRDefault="00D923C4">
      <w:pPr>
        <w:spacing w:after="0"/>
      </w:pPr>
      <w:r>
        <w:rPr>
          <w:rFonts w:ascii="Arial" w:hAnsi="Arial"/>
        </w:rPr>
        <w:t xml:space="preserve">Um, so I think that I guess it would also kind of depend on how fast it's burning, because it could be very confused about where the sun is, and depending in terms of that. I mean, I don't think it would change much beyond that. I don't think it would change much beyond that. </w:t>
      </w:r>
    </w:p>
    <w:p w14:paraId="4A888374" w14:textId="77777777" w:rsidR="00E8689B" w:rsidRDefault="00E8689B">
      <w:pPr>
        <w:spacing w:after="0"/>
      </w:pPr>
    </w:p>
    <w:p w14:paraId="7227C68A" w14:textId="77777777" w:rsidR="00E8689B" w:rsidRDefault="00D923C4">
      <w:pPr>
        <w:spacing w:after="0"/>
      </w:pPr>
      <w:r>
        <w:rPr>
          <w:rFonts w:ascii="Arial" w:hAnsi="Arial"/>
          <w:b/>
        </w:rPr>
        <w:t xml:space="preserve">Interviewer E:  </w:t>
      </w:r>
      <w:r>
        <w:rPr>
          <w:rFonts w:ascii="Arial" w:hAnsi="Arial"/>
          <w:color w:val="5D7284"/>
        </w:rPr>
        <w:t>42:17</w:t>
      </w:r>
    </w:p>
    <w:p w14:paraId="7AF88E52" w14:textId="77777777" w:rsidR="00E8689B" w:rsidRDefault="00D923C4">
      <w:pPr>
        <w:spacing w:after="0"/>
      </w:pPr>
      <w:r>
        <w:rPr>
          <w:rFonts w:ascii="Arial" w:hAnsi="Arial"/>
        </w:rPr>
        <w:t xml:space="preserve">Okay and it's pretty much the same reasoning because it's spinning in rotation with it. It's in contact with. It's not necessarily liquid body, but a solid body. </w:t>
      </w:r>
    </w:p>
    <w:p w14:paraId="2C78D919" w14:textId="77777777" w:rsidR="00E8689B" w:rsidRDefault="00E8689B">
      <w:pPr>
        <w:spacing w:after="0"/>
      </w:pPr>
    </w:p>
    <w:p w14:paraId="332D70EB" w14:textId="77777777" w:rsidR="00E8689B" w:rsidRDefault="00D923C4">
      <w:pPr>
        <w:spacing w:after="0"/>
      </w:pPr>
      <w:r>
        <w:rPr>
          <w:rFonts w:ascii="Arial" w:hAnsi="Arial"/>
          <w:b/>
        </w:rPr>
        <w:t xml:space="preserve">Participant # 30:  </w:t>
      </w:r>
      <w:r>
        <w:rPr>
          <w:rFonts w:ascii="Arial" w:hAnsi="Arial"/>
          <w:color w:val="5D7284"/>
        </w:rPr>
        <w:t>42:27</w:t>
      </w:r>
    </w:p>
    <w:p w14:paraId="7151C33B" w14:textId="77777777" w:rsidR="00E8689B" w:rsidRDefault="00D923C4">
      <w:pPr>
        <w:spacing w:after="0"/>
      </w:pPr>
      <w:r>
        <w:rPr>
          <w:rFonts w:ascii="Arial" w:hAnsi="Arial"/>
        </w:rPr>
        <w:t xml:space="preserve">Yeah. </w:t>
      </w:r>
    </w:p>
    <w:p w14:paraId="68BBA2CC" w14:textId="77777777" w:rsidR="00E8689B" w:rsidRDefault="00E8689B">
      <w:pPr>
        <w:spacing w:after="0"/>
      </w:pPr>
    </w:p>
    <w:p w14:paraId="01614966" w14:textId="77777777" w:rsidR="00E8689B" w:rsidRDefault="00D923C4">
      <w:pPr>
        <w:spacing w:after="0"/>
      </w:pPr>
      <w:r>
        <w:rPr>
          <w:rFonts w:ascii="Arial" w:hAnsi="Arial"/>
          <w:b/>
        </w:rPr>
        <w:t xml:space="preserve">Interviewer E:  </w:t>
      </w:r>
      <w:r>
        <w:rPr>
          <w:rFonts w:ascii="Arial" w:hAnsi="Arial"/>
          <w:color w:val="5D7284"/>
        </w:rPr>
        <w:t>42:27</w:t>
      </w:r>
    </w:p>
    <w:p w14:paraId="0C498701" w14:textId="77777777" w:rsidR="00E8689B" w:rsidRDefault="00D923C4">
      <w:pPr>
        <w:spacing w:after="0"/>
      </w:pPr>
      <w:r>
        <w:rPr>
          <w:rFonts w:ascii="Arial" w:hAnsi="Arial"/>
        </w:rPr>
        <w:t xml:space="preserve">Okay. I'm here for that. And have you ever planted before? Do you have like, any knowledge about? I know, you know, pretty good at chemistry. So, um, do you have any biology experience that kind of makes you feel that way? Because? </w:t>
      </w:r>
    </w:p>
    <w:p w14:paraId="7BCCE6A3" w14:textId="77777777" w:rsidR="00E8689B" w:rsidRDefault="00E8689B">
      <w:pPr>
        <w:spacing w:after="0"/>
      </w:pPr>
    </w:p>
    <w:p w14:paraId="7EB8E62C" w14:textId="77777777" w:rsidR="00E8689B" w:rsidRDefault="00D923C4">
      <w:pPr>
        <w:spacing w:after="0"/>
      </w:pPr>
      <w:r>
        <w:rPr>
          <w:rFonts w:ascii="Arial" w:hAnsi="Arial"/>
          <w:b/>
        </w:rPr>
        <w:t xml:space="preserve">Participant # 30:  </w:t>
      </w:r>
      <w:r>
        <w:rPr>
          <w:rFonts w:ascii="Arial" w:hAnsi="Arial"/>
          <w:color w:val="5D7284"/>
        </w:rPr>
        <w:t>42:43</w:t>
      </w:r>
    </w:p>
    <w:p w14:paraId="16631E3F" w14:textId="77777777" w:rsidR="00E8689B" w:rsidRDefault="00D923C4">
      <w:pPr>
        <w:spacing w:after="0"/>
      </w:pPr>
      <w:r>
        <w:rPr>
          <w:rFonts w:ascii="Arial" w:hAnsi="Arial"/>
        </w:rPr>
        <w:t>yeah, I mean, I haven't like taken a lot of like plant biology or anything, but like, I mean, I think just in general, like, plants are going to first they're gonna go up, they know what direction up is in the soil to reach sunlight. And then like, I mean, that kind of depends on like the plant to a certain extent, but like, some are going to like for instance, they kind of just continue pretty much straight up and there are others that may like cl, like climbing plants may interact with the things the envi</w:t>
      </w:r>
      <w:r>
        <w:rPr>
          <w:rFonts w:ascii="Arial" w:hAnsi="Arial"/>
        </w:rPr>
        <w:t>ronment if it was plant like that, and the spinning would probably mess it up big time.</w:t>
      </w:r>
    </w:p>
    <w:p w14:paraId="738C1EE4" w14:textId="77777777" w:rsidR="00E8689B" w:rsidRDefault="00E8689B">
      <w:pPr>
        <w:spacing w:after="0"/>
      </w:pPr>
    </w:p>
    <w:p w14:paraId="618A0005" w14:textId="77777777" w:rsidR="00E8689B" w:rsidRDefault="00D923C4">
      <w:pPr>
        <w:spacing w:after="0"/>
      </w:pPr>
      <w:r>
        <w:rPr>
          <w:rFonts w:ascii="Arial" w:hAnsi="Arial"/>
          <w:b/>
        </w:rPr>
        <w:t xml:space="preserve">Interviewer E:  </w:t>
      </w:r>
      <w:r>
        <w:rPr>
          <w:rFonts w:ascii="Arial" w:hAnsi="Arial"/>
          <w:color w:val="5D7284"/>
        </w:rPr>
        <w:t>43:15</w:t>
      </w:r>
    </w:p>
    <w:p w14:paraId="062FAEF0" w14:textId="77777777" w:rsidR="00E8689B" w:rsidRDefault="00D923C4">
      <w:pPr>
        <w:spacing w:after="0"/>
      </w:pPr>
      <w:r>
        <w:rPr>
          <w:rFonts w:ascii="Arial" w:hAnsi="Arial"/>
        </w:rPr>
        <w:t>Oh interesting. So one of the plants that kind of grow on the tree? I think it was like a trell. I mean, it was like maybe if the trellis was like in the pot, then it would be fine, but I don't see how it could like do that if it was like moving in the trellis was not because then it would be like like to like the system would not be like all moving the same way.  All right. So right on. All right, we have one more thing left to do. You doing wonderful. This one also is going to require the big rotating tan</w:t>
      </w:r>
      <w:r>
        <w:rPr>
          <w:rFonts w:ascii="Arial" w:hAnsi="Arial"/>
        </w:rPr>
        <w:t>k once again, however, this time we have kind of some some fishes. So we have to fish this little orange flat guy and this little flat yellow guy they actually float on top of the water so I'm going to put one in the middle and I'm going to put one like like right there now I have these guys in the sink so I'm going to put probably one in the middle and our put one kind of further out to the aid Okay. All right, so when you first came in here I had started out one or two had been running for about 30-25, 30</w:t>
      </w:r>
      <w:r>
        <w:rPr>
          <w:rFonts w:ascii="Arial" w:hAnsi="Arial"/>
        </w:rPr>
        <w:t xml:space="preserve"> minutes before we had dropped the potassium permagenate inside but this time we're starting it from still right just right off the bat. We will have what do you how do you think these guys are going to move as far as their orientation as far as their speed or anything you think that would happen as soon as I start this.</w:t>
      </w:r>
    </w:p>
    <w:p w14:paraId="6E56EEF9" w14:textId="77777777" w:rsidR="00E8689B" w:rsidRDefault="00E8689B">
      <w:pPr>
        <w:spacing w:after="0"/>
      </w:pPr>
    </w:p>
    <w:p w14:paraId="181AB2BB" w14:textId="77777777" w:rsidR="00E8689B" w:rsidRDefault="00D923C4">
      <w:pPr>
        <w:spacing w:after="0"/>
      </w:pPr>
      <w:r>
        <w:rPr>
          <w:rFonts w:ascii="Arial" w:hAnsi="Arial"/>
          <w:b/>
        </w:rPr>
        <w:t xml:space="preserve">Participant # 30:  </w:t>
      </w:r>
      <w:r>
        <w:rPr>
          <w:rFonts w:ascii="Arial" w:hAnsi="Arial"/>
          <w:color w:val="5D7284"/>
        </w:rPr>
        <w:t>44:42</w:t>
      </w:r>
    </w:p>
    <w:p w14:paraId="5347758B" w14:textId="77777777" w:rsidR="00E8689B" w:rsidRDefault="00D923C4">
      <w:pPr>
        <w:spacing w:after="0"/>
      </w:pPr>
      <w:r>
        <w:rPr>
          <w:rFonts w:ascii="Arial" w:hAnsi="Arial"/>
        </w:rPr>
        <w:lastRenderedPageBreak/>
        <w:t>Okay so I think that they probably would move off the bat because the tank suddenly starts moving I'm just like from laws of physics object to rest wants to stay at rest the waters gonna resist motion at first. So I think that would probably like you know it when it kicks into gear the water might move a little bit, which could move the fish, probably the ones on it closer to the edges would be more affected. Because this is just a, like longer like the loop around is longer. So I guess for like the water t</w:t>
      </w:r>
      <w:r>
        <w:rPr>
          <w:rFonts w:ascii="Arial" w:hAnsi="Arial"/>
        </w:rPr>
        <w:t xml:space="preserve">o like stay like it's got a kind of it's got to travel faster to cover more distance and the same time. </w:t>
      </w:r>
    </w:p>
    <w:p w14:paraId="77752584" w14:textId="77777777" w:rsidR="00E8689B" w:rsidRDefault="00E8689B">
      <w:pPr>
        <w:spacing w:after="0"/>
      </w:pPr>
    </w:p>
    <w:p w14:paraId="642D38DB" w14:textId="77777777" w:rsidR="00E8689B" w:rsidRDefault="00D923C4">
      <w:pPr>
        <w:spacing w:after="0"/>
      </w:pPr>
      <w:r>
        <w:rPr>
          <w:rFonts w:ascii="Arial" w:hAnsi="Arial"/>
          <w:b/>
        </w:rPr>
        <w:t xml:space="preserve">Interviewer E:  </w:t>
      </w:r>
      <w:r>
        <w:rPr>
          <w:rFonts w:ascii="Arial" w:hAnsi="Arial"/>
          <w:color w:val="5D7284"/>
        </w:rPr>
        <w:t>45:20</w:t>
      </w:r>
    </w:p>
    <w:p w14:paraId="35EB05CC" w14:textId="77777777" w:rsidR="00E8689B" w:rsidRDefault="00D923C4">
      <w:pPr>
        <w:spacing w:after="0"/>
      </w:pPr>
      <w:r>
        <w:rPr>
          <w:rFonts w:ascii="Arial" w:hAnsi="Arial"/>
        </w:rPr>
        <w:t xml:space="preserve">Yeah. </w:t>
      </w:r>
    </w:p>
    <w:p w14:paraId="144A2D97" w14:textId="77777777" w:rsidR="00E8689B" w:rsidRDefault="00E8689B">
      <w:pPr>
        <w:spacing w:after="0"/>
      </w:pPr>
    </w:p>
    <w:p w14:paraId="7CC3C275" w14:textId="77777777" w:rsidR="00E8689B" w:rsidRDefault="00D923C4">
      <w:pPr>
        <w:spacing w:after="0"/>
      </w:pPr>
      <w:r>
        <w:rPr>
          <w:rFonts w:ascii="Arial" w:hAnsi="Arial"/>
          <w:b/>
        </w:rPr>
        <w:t xml:space="preserve">Participant # 30:  </w:t>
      </w:r>
      <w:r>
        <w:rPr>
          <w:rFonts w:ascii="Arial" w:hAnsi="Arial"/>
          <w:color w:val="5D7284"/>
        </w:rPr>
        <w:t>45:22</w:t>
      </w:r>
    </w:p>
    <w:p w14:paraId="7D080314" w14:textId="77777777" w:rsidR="00E8689B" w:rsidRDefault="00D923C4">
      <w:pPr>
        <w:spacing w:after="0"/>
      </w:pPr>
      <w:r>
        <w:rPr>
          <w:rFonts w:ascii="Arial" w:hAnsi="Arial"/>
        </w:rPr>
        <w:t xml:space="preserve">And then kind of once it gets going, I think there might be a little bit of movement for the ones that are floating because I kind of noticed that the dye on the very surface of </w:t>
      </w:r>
      <w:r>
        <w:rPr>
          <w:rFonts w:ascii="Arial" w:hAnsi="Arial"/>
        </w:rPr>
        <w:t>the water did seem to spread out a little bit. But once like any, like, initial movement from it starting up gets over the ones at the bottom, I think are gonna stay pretty still kind of like how the dye did.  Okay, so the dye leaves relatively still. So the ones at the bottom will be still and the ones at the top will move maybe in that little pattern that we saw at the top. Yeah, cool. Well, let's find out.</w:t>
      </w:r>
    </w:p>
    <w:p w14:paraId="376B0AC8" w14:textId="77777777" w:rsidR="00E8689B" w:rsidRDefault="00E8689B">
      <w:pPr>
        <w:spacing w:after="0"/>
      </w:pPr>
    </w:p>
    <w:p w14:paraId="20895F85" w14:textId="77777777" w:rsidR="00E8689B" w:rsidRDefault="00D923C4">
      <w:pPr>
        <w:spacing w:after="0"/>
      </w:pPr>
      <w:r>
        <w:rPr>
          <w:rFonts w:ascii="Arial" w:hAnsi="Arial"/>
          <w:b/>
        </w:rPr>
        <w:t xml:space="preserve">Interviewer E:  </w:t>
      </w:r>
      <w:r>
        <w:rPr>
          <w:rFonts w:ascii="Arial" w:hAnsi="Arial"/>
          <w:color w:val="5D7284"/>
        </w:rPr>
        <w:t>46:13</w:t>
      </w:r>
    </w:p>
    <w:p w14:paraId="51222205" w14:textId="77777777" w:rsidR="00E8689B" w:rsidRDefault="00D923C4">
      <w:pPr>
        <w:spacing w:after="0"/>
      </w:pPr>
      <w:r>
        <w:rPr>
          <w:rFonts w:ascii="Arial" w:hAnsi="Arial"/>
        </w:rPr>
        <w:t>So we how you feeling about your initial prediction.</w:t>
      </w:r>
    </w:p>
    <w:p w14:paraId="257FF634" w14:textId="77777777" w:rsidR="00E8689B" w:rsidRDefault="00E8689B">
      <w:pPr>
        <w:spacing w:after="0"/>
      </w:pPr>
    </w:p>
    <w:p w14:paraId="3915014F" w14:textId="77777777" w:rsidR="00E8689B" w:rsidRDefault="00D923C4">
      <w:pPr>
        <w:spacing w:after="0"/>
      </w:pPr>
      <w:r>
        <w:rPr>
          <w:rFonts w:ascii="Arial" w:hAnsi="Arial"/>
          <w:b/>
        </w:rPr>
        <w:t xml:space="preserve">Participant # 30:  </w:t>
      </w:r>
      <w:r>
        <w:rPr>
          <w:rFonts w:ascii="Arial" w:hAnsi="Arial"/>
          <w:color w:val="5D7284"/>
        </w:rPr>
        <w:t>46:16</w:t>
      </w:r>
    </w:p>
    <w:p w14:paraId="75DFF40F" w14:textId="77777777" w:rsidR="00E8689B" w:rsidRDefault="00D923C4">
      <w:pPr>
        <w:spacing w:after="0"/>
      </w:pPr>
      <w:r>
        <w:rPr>
          <w:rFonts w:ascii="Arial" w:hAnsi="Arial"/>
        </w:rPr>
        <w:t>So I feel decently good. So because I'm seeing even though, like, if you're just looking at it, you would say oh, the ones at the bottom moving, but since I'm seeing them turn, they're staying relatively the same positions in the tank, whereas the ones on the surface, they're not staying in the same relative position really. So like, I guess what I'm saying is like it's moving like not, it's like not relatively in the same position as so like, that would say to me that the water at the very top is not circu</w:t>
      </w:r>
      <w:r>
        <w:rPr>
          <w:rFonts w:ascii="Arial" w:hAnsi="Arial"/>
        </w:rPr>
        <w:t>lating the same way as the tank is.</w:t>
      </w:r>
    </w:p>
    <w:p w14:paraId="2BA2E4C7" w14:textId="77777777" w:rsidR="00E8689B" w:rsidRDefault="00E8689B">
      <w:pPr>
        <w:spacing w:after="0"/>
      </w:pPr>
    </w:p>
    <w:p w14:paraId="232F6D8D" w14:textId="77777777" w:rsidR="00E8689B" w:rsidRDefault="00D923C4">
      <w:pPr>
        <w:spacing w:after="0"/>
      </w:pPr>
      <w:r>
        <w:rPr>
          <w:rFonts w:ascii="Arial" w:hAnsi="Arial"/>
          <w:b/>
        </w:rPr>
        <w:t xml:space="preserve">Interviewer E:  </w:t>
      </w:r>
      <w:r>
        <w:rPr>
          <w:rFonts w:ascii="Arial" w:hAnsi="Arial"/>
          <w:color w:val="5D7284"/>
        </w:rPr>
        <w:t>46:55</w:t>
      </w:r>
    </w:p>
    <w:p w14:paraId="6D8A8A18" w14:textId="77777777" w:rsidR="00E8689B" w:rsidRDefault="00D923C4">
      <w:pPr>
        <w:spacing w:after="0"/>
      </w:pPr>
      <w:r>
        <w:rPr>
          <w:rFonts w:ascii="Arial" w:hAnsi="Arial"/>
        </w:rPr>
        <w:t>Which would you say is faster the flooding of fish or the fish on the, the sinkes?</w:t>
      </w:r>
    </w:p>
    <w:p w14:paraId="76E0ACAF" w14:textId="77777777" w:rsidR="00E8689B" w:rsidRDefault="00E8689B">
      <w:pPr>
        <w:spacing w:after="0"/>
      </w:pPr>
    </w:p>
    <w:p w14:paraId="244D9A0E" w14:textId="77777777" w:rsidR="00E8689B" w:rsidRDefault="00D923C4">
      <w:pPr>
        <w:spacing w:after="0"/>
      </w:pPr>
      <w:r>
        <w:rPr>
          <w:rFonts w:ascii="Arial" w:hAnsi="Arial"/>
          <w:b/>
        </w:rPr>
        <w:t xml:space="preserve">Participant # 30:  </w:t>
      </w:r>
      <w:r>
        <w:rPr>
          <w:rFonts w:ascii="Arial" w:hAnsi="Arial"/>
          <w:color w:val="5D7284"/>
        </w:rPr>
        <w:t>47:04</w:t>
      </w:r>
    </w:p>
    <w:p w14:paraId="501BD4E4" w14:textId="77777777" w:rsidR="00E8689B" w:rsidRDefault="00D923C4">
      <w:pPr>
        <w:spacing w:after="0"/>
      </w:pPr>
      <w:r>
        <w:rPr>
          <w:rFonts w:ascii="Arial" w:hAnsi="Arial"/>
        </w:rPr>
        <w:t>So think that, if you're just I guess just like measuring movement, then the ones probably the one on the bottom of the very edge probably moving the fastest because it's got to do that whole circumference just the main differences, it's not moving relative to the tank, whereas the ones that are floating are and then the button on the bottom in the center. It's moving, it's not moving relative to the tank, but it's got like less of a distance to travel even though it's going like like it's got to turn at th</w:t>
      </w:r>
      <w:r>
        <w:rPr>
          <w:rFonts w:ascii="Arial" w:hAnsi="Arial"/>
        </w:rPr>
        <w:t>e same speed as the rest of it so it's less distance to travel.</w:t>
      </w:r>
    </w:p>
    <w:p w14:paraId="56C30572" w14:textId="77777777" w:rsidR="00E8689B" w:rsidRDefault="00E8689B">
      <w:pPr>
        <w:spacing w:after="0"/>
      </w:pPr>
    </w:p>
    <w:p w14:paraId="12B4BF5B" w14:textId="77777777" w:rsidR="00E8689B" w:rsidRDefault="00D923C4">
      <w:pPr>
        <w:spacing w:after="0"/>
      </w:pPr>
      <w:r>
        <w:rPr>
          <w:rFonts w:ascii="Arial" w:hAnsi="Arial"/>
          <w:b/>
        </w:rPr>
        <w:t xml:space="preserve">Interviewer E:  </w:t>
      </w:r>
      <w:r>
        <w:rPr>
          <w:rFonts w:ascii="Arial" w:hAnsi="Arial"/>
          <w:color w:val="5D7284"/>
        </w:rPr>
        <w:t>47:47</w:t>
      </w:r>
    </w:p>
    <w:p w14:paraId="3B1DD0D6" w14:textId="77777777" w:rsidR="00E8689B" w:rsidRDefault="00D923C4">
      <w:pPr>
        <w:spacing w:after="0"/>
      </w:pPr>
      <w:r>
        <w:rPr>
          <w:rFonts w:ascii="Arial" w:hAnsi="Arial"/>
        </w:rPr>
        <w:t xml:space="preserve">Alright, so what do you think what happened? If stopped this okay. </w:t>
      </w:r>
    </w:p>
    <w:p w14:paraId="01E1863A" w14:textId="77777777" w:rsidR="00E8689B" w:rsidRDefault="00E8689B">
      <w:pPr>
        <w:spacing w:after="0"/>
      </w:pPr>
    </w:p>
    <w:p w14:paraId="43E70270" w14:textId="77777777" w:rsidR="00E8689B" w:rsidRDefault="00D923C4">
      <w:pPr>
        <w:spacing w:after="0"/>
      </w:pPr>
      <w:r>
        <w:rPr>
          <w:rFonts w:ascii="Arial" w:hAnsi="Arial"/>
          <w:b/>
        </w:rPr>
        <w:t xml:space="preserve">Participant # 30:  </w:t>
      </w:r>
      <w:r>
        <w:rPr>
          <w:rFonts w:ascii="Arial" w:hAnsi="Arial"/>
          <w:color w:val="5D7284"/>
        </w:rPr>
        <w:t>47:53</w:t>
      </w:r>
    </w:p>
    <w:p w14:paraId="10555258" w14:textId="77777777" w:rsidR="00E8689B" w:rsidRDefault="00D923C4">
      <w:pPr>
        <w:spacing w:after="0"/>
      </w:pPr>
      <w:r>
        <w:rPr>
          <w:rFonts w:ascii="Arial" w:hAnsi="Arial"/>
        </w:rPr>
        <w:lastRenderedPageBreak/>
        <w:t>So, I imagine it'd be kind of like the dye where then the because of inertia the water would keep moving and you'd start seeing definitely the surface fish we definitely start seeing move more and then bottom ones I'm not sure they might move a little bit too relative to the tank.</w:t>
      </w:r>
    </w:p>
    <w:p w14:paraId="3444A14F" w14:textId="77777777" w:rsidR="00E8689B" w:rsidRDefault="00E8689B">
      <w:pPr>
        <w:spacing w:after="0"/>
      </w:pPr>
    </w:p>
    <w:p w14:paraId="47ED1509" w14:textId="77777777" w:rsidR="00E8689B" w:rsidRDefault="00D923C4">
      <w:pPr>
        <w:spacing w:after="0"/>
      </w:pPr>
      <w:r>
        <w:rPr>
          <w:rFonts w:ascii="Arial" w:hAnsi="Arial"/>
          <w:b/>
        </w:rPr>
        <w:t xml:space="preserve">Interviewer E:  </w:t>
      </w:r>
      <w:r>
        <w:rPr>
          <w:rFonts w:ascii="Arial" w:hAnsi="Arial"/>
          <w:color w:val="5D7284"/>
        </w:rPr>
        <w:t>48:13</w:t>
      </w:r>
    </w:p>
    <w:p w14:paraId="6D4CE317" w14:textId="77777777" w:rsidR="00E8689B" w:rsidRDefault="00D923C4">
      <w:pPr>
        <w:spacing w:after="0"/>
      </w:pPr>
      <w:r>
        <w:rPr>
          <w:rFonts w:ascii="Arial" w:hAnsi="Arial"/>
        </w:rPr>
        <w:t>Well we are going to find out because I am going to stop it.</w:t>
      </w:r>
    </w:p>
    <w:p w14:paraId="39B0EDFB" w14:textId="77777777" w:rsidR="00E8689B" w:rsidRDefault="00E8689B">
      <w:pPr>
        <w:spacing w:after="0"/>
      </w:pPr>
    </w:p>
    <w:p w14:paraId="53A67D24" w14:textId="77777777" w:rsidR="00E8689B" w:rsidRDefault="00D923C4">
      <w:pPr>
        <w:spacing w:after="0"/>
      </w:pPr>
      <w:r>
        <w:rPr>
          <w:rFonts w:ascii="Arial" w:hAnsi="Arial"/>
          <w:b/>
        </w:rPr>
        <w:t xml:space="preserve">Participant # 30:  </w:t>
      </w:r>
      <w:r>
        <w:rPr>
          <w:rFonts w:ascii="Arial" w:hAnsi="Arial"/>
          <w:color w:val="5D7284"/>
        </w:rPr>
        <w:t>48:28</w:t>
      </w:r>
    </w:p>
    <w:p w14:paraId="351BA871" w14:textId="77777777" w:rsidR="00E8689B" w:rsidRDefault="00D923C4">
      <w:pPr>
        <w:spacing w:after="0"/>
      </w:pPr>
      <w:r>
        <w:rPr>
          <w:rFonts w:ascii="Arial" w:hAnsi="Arial"/>
        </w:rPr>
        <w:t xml:space="preserve">Wow that guys cruising. </w:t>
      </w:r>
    </w:p>
    <w:p w14:paraId="0119D324" w14:textId="77777777" w:rsidR="00E8689B" w:rsidRDefault="00E8689B">
      <w:pPr>
        <w:spacing w:after="0"/>
      </w:pPr>
    </w:p>
    <w:p w14:paraId="56C5C89E" w14:textId="77777777" w:rsidR="00E8689B" w:rsidRDefault="00D923C4">
      <w:pPr>
        <w:spacing w:after="0"/>
      </w:pPr>
      <w:r>
        <w:rPr>
          <w:rFonts w:ascii="Arial" w:hAnsi="Arial"/>
          <w:b/>
        </w:rPr>
        <w:t xml:space="preserve">Interviewer E:  </w:t>
      </w:r>
      <w:r>
        <w:rPr>
          <w:rFonts w:ascii="Arial" w:hAnsi="Arial"/>
          <w:color w:val="5D7284"/>
        </w:rPr>
        <w:t>48:28</w:t>
      </w:r>
    </w:p>
    <w:p w14:paraId="7CAE4C9B" w14:textId="77777777" w:rsidR="00E8689B" w:rsidRDefault="00D923C4">
      <w:pPr>
        <w:spacing w:after="0"/>
      </w:pPr>
      <w:r>
        <w:rPr>
          <w:rFonts w:ascii="Arial" w:hAnsi="Arial"/>
        </w:rPr>
        <w:t>So did that surprise you a little bit or?</w:t>
      </w:r>
    </w:p>
    <w:p w14:paraId="45BDE19A" w14:textId="77777777" w:rsidR="00E8689B" w:rsidRDefault="00E8689B">
      <w:pPr>
        <w:spacing w:after="0"/>
      </w:pPr>
    </w:p>
    <w:p w14:paraId="20849E33" w14:textId="77777777" w:rsidR="00E8689B" w:rsidRDefault="00D923C4">
      <w:pPr>
        <w:spacing w:after="0"/>
      </w:pPr>
      <w:r>
        <w:rPr>
          <w:rFonts w:ascii="Arial" w:hAnsi="Arial"/>
          <w:b/>
        </w:rPr>
        <w:t xml:space="preserve">Participant # 30:  </w:t>
      </w:r>
      <w:r>
        <w:rPr>
          <w:rFonts w:ascii="Arial" w:hAnsi="Arial"/>
          <w:color w:val="5D7284"/>
        </w:rPr>
        <w:t>48:30</w:t>
      </w:r>
    </w:p>
    <w:p w14:paraId="1AB5C86C" w14:textId="77777777" w:rsidR="00E8689B" w:rsidRDefault="00D923C4">
      <w:pPr>
        <w:spacing w:after="0"/>
      </w:pPr>
      <w:r>
        <w:rPr>
          <w:rFonts w:ascii="Arial" w:hAnsi="Arial"/>
        </w:rPr>
        <w:t xml:space="preserve">I thought the ones on the surface would move more they definitely still moved a little. It might be because they're a little bit closer to the center that they </w:t>
      </w:r>
      <w:r>
        <w:rPr>
          <w:rFonts w:ascii="Arial" w:hAnsi="Arial"/>
        </w:rPr>
        <w:t>didn't move as much because then there's the one on the bottom and the center didn't really move at all. So I'm really curious to see if like if one of the floating ones was on the very edge like this guy on the bottom would it move moving that fast? I think it would.</w:t>
      </w:r>
    </w:p>
    <w:p w14:paraId="4AD68C0F" w14:textId="77777777" w:rsidR="00E8689B" w:rsidRDefault="00E8689B">
      <w:pPr>
        <w:spacing w:after="0"/>
      </w:pPr>
    </w:p>
    <w:p w14:paraId="23C7F777" w14:textId="77777777" w:rsidR="00E8689B" w:rsidRDefault="00D923C4">
      <w:pPr>
        <w:spacing w:after="0"/>
      </w:pPr>
      <w:r>
        <w:rPr>
          <w:rFonts w:ascii="Arial" w:hAnsi="Arial"/>
          <w:b/>
        </w:rPr>
        <w:t xml:space="preserve">Interviewer E:  </w:t>
      </w:r>
      <w:r>
        <w:rPr>
          <w:rFonts w:ascii="Arial" w:hAnsi="Arial"/>
          <w:color w:val="5D7284"/>
        </w:rPr>
        <w:t>48:49</w:t>
      </w:r>
    </w:p>
    <w:p w14:paraId="496D45CE" w14:textId="77777777" w:rsidR="00E8689B" w:rsidRDefault="00D923C4">
      <w:pPr>
        <w:spacing w:after="0"/>
      </w:pPr>
      <w:r>
        <w:rPr>
          <w:rFonts w:ascii="Arial" w:hAnsi="Arial"/>
        </w:rPr>
        <w:t xml:space="preserve">So would you say I guess maybe the center like what happens in the center or I guess the what's happening in the center with the water is a little different than what's happening on the outside of the water.  Yeah, </w:t>
      </w:r>
      <w:r>
        <w:rPr>
          <w:rFonts w:ascii="Arial" w:hAnsi="Arial"/>
        </w:rPr>
        <w:t>because it's got to obviously it's all rotating together. So the water on the outside has got to move faster than the water on the inside because it's still got to make a complete rotation at the same time that the water in the middle those so it's got more distance to travel with the larger circumference than the water in the middle. Okay right on um, that's that's all I have for you. You did a wonderful job. Thank you. Yeah, I You said you got your uhm.</w:t>
      </w:r>
    </w:p>
    <w:sectPr w:rsidR="00E8689B"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F2441" w14:textId="77777777" w:rsidR="00ED3244" w:rsidRDefault="00ED3244">
      <w:pPr>
        <w:spacing w:after="0" w:line="240" w:lineRule="auto"/>
      </w:pPr>
      <w:r>
        <w:separator/>
      </w:r>
    </w:p>
  </w:endnote>
  <w:endnote w:type="continuationSeparator" w:id="0">
    <w:p w14:paraId="649D9A50"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786FDC74"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766947F9"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FB02C9"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623195BC"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234A347A"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5F6D4"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59EBED" w14:textId="77777777" w:rsidR="00ED3244" w:rsidRDefault="00ED3244">
      <w:pPr>
        <w:spacing w:after="0" w:line="240" w:lineRule="auto"/>
      </w:pPr>
      <w:r>
        <w:separator/>
      </w:r>
    </w:p>
  </w:footnote>
  <w:footnote w:type="continuationSeparator" w:id="0">
    <w:p w14:paraId="0B7E0530"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B091A"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6B6D2"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4BEE4"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808330341">
    <w:abstractNumId w:val="8"/>
  </w:num>
  <w:num w:numId="2" w16cid:durableId="1106655714">
    <w:abstractNumId w:val="6"/>
  </w:num>
  <w:num w:numId="3" w16cid:durableId="2135824589">
    <w:abstractNumId w:val="5"/>
  </w:num>
  <w:num w:numId="4" w16cid:durableId="141851102">
    <w:abstractNumId w:val="4"/>
  </w:num>
  <w:num w:numId="5" w16cid:durableId="2067139882">
    <w:abstractNumId w:val="7"/>
  </w:num>
  <w:num w:numId="6" w16cid:durableId="1484345999">
    <w:abstractNumId w:val="3"/>
  </w:num>
  <w:num w:numId="7" w16cid:durableId="1269311331">
    <w:abstractNumId w:val="2"/>
  </w:num>
  <w:num w:numId="8" w16cid:durableId="157581249">
    <w:abstractNumId w:val="1"/>
  </w:num>
  <w:num w:numId="9" w16cid:durableId="9059890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D923C4"/>
    <w:rsid w:val="00E8689B"/>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1DBF45B"/>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606F2163-E3D5-4592-BA1F-F08AFC6C8E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E82516-939A-421B-AC6A-4CD0858718B8}">
  <ds:schemaRefs>
    <ds:schemaRef ds:uri="http://schemas.microsoft.com/sharepoint/v3/contenttype/forms"/>
  </ds:schemaRefs>
</ds:datastoreItem>
</file>

<file path=customXml/itemProps4.xml><?xml version="1.0" encoding="utf-8"?>
<ds:datastoreItem xmlns:ds="http://schemas.openxmlformats.org/officeDocument/2006/customXml" ds:itemID="{53017733-49AD-48A7-82A2-9D233A538210}">
  <ds:schemaRefs>
    <ds:schemaRef ds:uri="http://purl.org/dc/elements/1.1/"/>
    <ds:schemaRef ds:uri="http://schemas.openxmlformats.org/package/2006/metadata/core-properties"/>
    <ds:schemaRef ds:uri="http://purl.org/dc/terms/"/>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microsoft.com/sharepoint/v3"/>
    <ds:schemaRef ds:uri="eeef5ad7-d6de-419e-9305-cd9bdd8d89a9"/>
    <ds:schemaRef ds:uri="5b1983e9-55b4-4f9e-a196-30376d2238a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5766</Words>
  <Characters>32867</Characters>
  <Application>Microsoft Office Word</Application>
  <DocSecurity>4</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38556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2024-05-21T15:57:00Z</dcterms:created>
  <dcterms:modified xsi:type="dcterms:W3CDTF">2024-05-21T15:57:00Z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