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5251F" w14:textId="77777777" w:rsidR="00930F33" w:rsidRDefault="00930F33">
      <w:pPr>
        <w:spacing w:after="0"/>
        <w:rPr>
          <w:lang w:eastAsia="zh-CN"/>
        </w:rPr>
      </w:pPr>
    </w:p>
    <w:p w14:paraId="355E1F4E" w14:textId="77777777" w:rsidR="006817E1" w:rsidRDefault="003C5F30">
      <w:r>
        <w:rPr>
          <w:rFonts w:ascii="Arial" w:hAnsi="Arial"/>
          <w:sz w:val="48"/>
        </w:rPr>
        <w:t>Participant #28 (1)</w:t>
      </w:r>
    </w:p>
    <w:p w14:paraId="76E3D5B7" w14:textId="77777777" w:rsidR="006817E1" w:rsidRDefault="003C5F30">
      <w:r>
        <w:rPr>
          <w:rFonts w:ascii="Arial" w:hAnsi="Arial"/>
          <w:color w:val="4F6880"/>
        </w:rPr>
        <w:t>Sun, Nov 26, 2023 10:40PM • 48:50</w:t>
      </w:r>
    </w:p>
    <w:p w14:paraId="1D8ABA47" w14:textId="77777777" w:rsidR="006817E1" w:rsidRDefault="003C5F30">
      <w:pPr>
        <w:spacing w:before="440" w:after="0"/>
      </w:pPr>
      <w:r>
        <w:rPr>
          <w:rFonts w:ascii="Arial" w:hAnsi="Arial"/>
          <w:b/>
          <w:color w:val="4F6880"/>
        </w:rPr>
        <w:t>SUMMARY KEYWORDS</w:t>
      </w:r>
    </w:p>
    <w:p w14:paraId="6E1905BD" w14:textId="77777777" w:rsidR="006817E1" w:rsidRDefault="003C5F30">
      <w:r>
        <w:rPr>
          <w:rFonts w:ascii="Arial" w:hAnsi="Arial"/>
          <w:color w:val="4F6880"/>
        </w:rPr>
        <w:t>jell, water, temperature, mix, sink, tank, top, slower, movement, spinning, chesapeake, potassium, moving, cold, fish, put, bottom, motion, drop, minute</w:t>
      </w:r>
    </w:p>
    <w:p w14:paraId="50FE1C98" w14:textId="77777777" w:rsidR="006817E1" w:rsidRDefault="003C5F30">
      <w:pPr>
        <w:spacing w:before="440" w:after="0"/>
      </w:pPr>
      <w:r>
        <w:rPr>
          <w:rFonts w:ascii="Arial" w:hAnsi="Arial"/>
          <w:b/>
          <w:color w:val="4F6880"/>
        </w:rPr>
        <w:t>SPEAKERS</w:t>
      </w:r>
    </w:p>
    <w:p w14:paraId="3F9BD3A7" w14:textId="77777777" w:rsidR="006817E1" w:rsidRDefault="003C5F30">
      <w:r>
        <w:rPr>
          <w:rFonts w:ascii="Arial" w:hAnsi="Arial"/>
          <w:color w:val="4F6880"/>
        </w:rPr>
        <w:t>Participant #28:, Interviewer E:</w:t>
      </w:r>
    </w:p>
    <w:p w14:paraId="58137EBD" w14:textId="77777777" w:rsidR="006817E1" w:rsidRDefault="006817E1">
      <w:pPr>
        <w:spacing w:after="0"/>
      </w:pPr>
    </w:p>
    <w:p w14:paraId="7EF20707" w14:textId="77777777" w:rsidR="006817E1" w:rsidRDefault="003C5F30">
      <w:pPr>
        <w:spacing w:after="0"/>
      </w:pPr>
      <w:r>
        <w:rPr>
          <w:rFonts w:ascii="Arial" w:hAnsi="Arial"/>
          <w:b/>
        </w:rPr>
        <w:t xml:space="preserve">Participant #28:  </w:t>
      </w:r>
      <w:r>
        <w:rPr>
          <w:rFonts w:ascii="Arial" w:hAnsi="Arial"/>
          <w:color w:val="5D7284"/>
        </w:rPr>
        <w:t>00:02</w:t>
      </w:r>
    </w:p>
    <w:p w14:paraId="260486BD" w14:textId="77777777" w:rsidR="006817E1" w:rsidRDefault="003C5F30">
      <w:pPr>
        <w:spacing w:after="0"/>
      </w:pPr>
      <w:r>
        <w:rPr>
          <w:rFonts w:ascii="Arial" w:hAnsi="Arial"/>
        </w:rPr>
        <w:t>It's been a rough start to the semester. As it usually is.</w:t>
      </w:r>
    </w:p>
    <w:p w14:paraId="16B1C96B" w14:textId="77777777" w:rsidR="006817E1" w:rsidRDefault="006817E1">
      <w:pPr>
        <w:spacing w:after="0"/>
      </w:pPr>
    </w:p>
    <w:p w14:paraId="3D88CFA9" w14:textId="77777777" w:rsidR="006817E1" w:rsidRDefault="003C5F30">
      <w:pPr>
        <w:spacing w:after="0"/>
      </w:pPr>
      <w:r>
        <w:rPr>
          <w:rFonts w:ascii="Arial" w:hAnsi="Arial"/>
          <w:b/>
        </w:rPr>
        <w:t xml:space="preserve">Interviewer E:  </w:t>
      </w:r>
      <w:r>
        <w:rPr>
          <w:rFonts w:ascii="Arial" w:hAnsi="Arial"/>
          <w:color w:val="5D7284"/>
        </w:rPr>
        <w:t>00:08</w:t>
      </w:r>
    </w:p>
    <w:p w14:paraId="44934C4D" w14:textId="77777777" w:rsidR="006817E1" w:rsidRDefault="003C5F30">
      <w:pPr>
        <w:spacing w:after="0"/>
      </w:pPr>
      <w:r>
        <w:rPr>
          <w:rFonts w:ascii="Arial" w:hAnsi="Arial"/>
        </w:rPr>
        <w:t>Yeah, I haven't I haven't really done this the second time I've done this, so bear with me. Okay. This is participant number 28. So I'm going to show you something now. Here is a density tank, rectangular, basically, what I'm going to do is I'm going to put a liquid on one side, and I'm going to put a liquid on the other. And then I'm going to pull this up, okay. The first one we're actually going to do is hot and cold water. So, so yeah, you can feel these and you can see there's a difference in temperatur</w:t>
      </w:r>
      <w:r>
        <w:rPr>
          <w:rFonts w:ascii="Arial" w:hAnsi="Arial"/>
        </w:rPr>
        <w:t>e. So in a moment, I'm going to pour the cold into the side, the hot into this side. And then I'm going to remove the divining wall the cold is blue and the red is hot. But before I do that, I want to get an idea of what you think is gonna happen. So I have these colored pencils. And so what I'd like for you to do is draw to me what you think this mixture or the combination of these two is going to look like after one minute of time.</w:t>
      </w:r>
    </w:p>
    <w:p w14:paraId="61E311DE" w14:textId="77777777" w:rsidR="006817E1" w:rsidRDefault="006817E1">
      <w:pPr>
        <w:spacing w:after="0"/>
      </w:pPr>
    </w:p>
    <w:p w14:paraId="5F316111" w14:textId="77777777" w:rsidR="006817E1" w:rsidRDefault="003C5F30">
      <w:pPr>
        <w:spacing w:after="0"/>
      </w:pPr>
      <w:r>
        <w:rPr>
          <w:rFonts w:ascii="Arial" w:hAnsi="Arial"/>
          <w:b/>
        </w:rPr>
        <w:t xml:space="preserve">Participant #28:  </w:t>
      </w:r>
      <w:r>
        <w:rPr>
          <w:rFonts w:ascii="Arial" w:hAnsi="Arial"/>
          <w:color w:val="5D7284"/>
        </w:rPr>
        <w:t>01:35</w:t>
      </w:r>
    </w:p>
    <w:p w14:paraId="0465A6D7" w14:textId="77777777" w:rsidR="006817E1" w:rsidRDefault="003C5F30">
      <w:pPr>
        <w:spacing w:after="0"/>
      </w:pPr>
      <w:r>
        <w:rPr>
          <w:rFonts w:ascii="Arial" w:hAnsi="Arial"/>
        </w:rPr>
        <w:t>Just any color just?</w:t>
      </w:r>
    </w:p>
    <w:p w14:paraId="4ABE3B87" w14:textId="77777777" w:rsidR="006817E1" w:rsidRDefault="006817E1">
      <w:pPr>
        <w:spacing w:after="0"/>
      </w:pPr>
    </w:p>
    <w:p w14:paraId="7EFE976F" w14:textId="77777777" w:rsidR="006817E1" w:rsidRDefault="003C5F30">
      <w:pPr>
        <w:spacing w:after="0"/>
      </w:pPr>
      <w:r>
        <w:rPr>
          <w:rFonts w:ascii="Arial" w:hAnsi="Arial"/>
          <w:b/>
        </w:rPr>
        <w:t xml:space="preserve">Interviewer E:  </w:t>
      </w:r>
      <w:r>
        <w:rPr>
          <w:rFonts w:ascii="Arial" w:hAnsi="Arial"/>
          <w:color w:val="5D7284"/>
        </w:rPr>
        <w:t>01:37</w:t>
      </w:r>
    </w:p>
    <w:p w14:paraId="08048506" w14:textId="77777777" w:rsidR="006817E1" w:rsidRDefault="003C5F30">
      <w:pPr>
        <w:spacing w:after="0"/>
      </w:pPr>
      <w:r>
        <w:rPr>
          <w:rFonts w:ascii="Arial" w:hAnsi="Arial"/>
        </w:rPr>
        <w:t xml:space="preserve">Red red for hot blue for cold. Alright, so explain to me a little bit of what's going on here. </w:t>
      </w:r>
    </w:p>
    <w:p w14:paraId="306FE8DC" w14:textId="77777777" w:rsidR="006817E1" w:rsidRDefault="006817E1">
      <w:pPr>
        <w:spacing w:after="0"/>
      </w:pPr>
    </w:p>
    <w:p w14:paraId="504503CE" w14:textId="77777777" w:rsidR="006817E1" w:rsidRDefault="003C5F30">
      <w:pPr>
        <w:spacing w:after="0"/>
      </w:pPr>
      <w:r>
        <w:rPr>
          <w:rFonts w:ascii="Arial" w:hAnsi="Arial"/>
          <w:b/>
        </w:rPr>
        <w:t xml:space="preserve">Participant #28:  </w:t>
      </w:r>
      <w:r>
        <w:rPr>
          <w:rFonts w:ascii="Arial" w:hAnsi="Arial"/>
          <w:color w:val="5D7284"/>
        </w:rPr>
        <w:t>02:19</w:t>
      </w:r>
    </w:p>
    <w:p w14:paraId="02AFE569" w14:textId="77777777" w:rsidR="006817E1" w:rsidRDefault="003C5F30">
      <w:pPr>
        <w:spacing w:after="0"/>
      </w:pPr>
      <w:r>
        <w:rPr>
          <w:rFonts w:ascii="Arial" w:hAnsi="Arial"/>
        </w:rPr>
        <w:t xml:space="preserve">So generally, from what I can remember off the top of my head, colder gonna usually sink in hot air rises. So kind of similar with the water. And then what's gonna kind of mix not going to be like a fine line, because I mean, it's all going to mix but with a little bit of like the cold water flowing more towards the top, or more going to his bottom and it just circulates. </w:t>
      </w:r>
    </w:p>
    <w:p w14:paraId="31008C04" w14:textId="77777777" w:rsidR="006817E1" w:rsidRDefault="006817E1">
      <w:pPr>
        <w:spacing w:after="0"/>
      </w:pPr>
    </w:p>
    <w:p w14:paraId="7D0848FF" w14:textId="77777777" w:rsidR="006817E1" w:rsidRDefault="003C5F30">
      <w:pPr>
        <w:spacing w:after="0"/>
      </w:pPr>
      <w:r>
        <w:rPr>
          <w:rFonts w:ascii="Arial" w:hAnsi="Arial"/>
          <w:b/>
        </w:rPr>
        <w:t xml:space="preserve">Interviewer E:  </w:t>
      </w:r>
      <w:r>
        <w:rPr>
          <w:rFonts w:ascii="Arial" w:hAnsi="Arial"/>
          <w:color w:val="5D7284"/>
        </w:rPr>
        <w:t>02:46</w:t>
      </w:r>
    </w:p>
    <w:p w14:paraId="41E563C9" w14:textId="77777777" w:rsidR="006817E1" w:rsidRDefault="003C5F30">
      <w:pPr>
        <w:spacing w:after="0"/>
      </w:pPr>
      <w:r>
        <w:rPr>
          <w:rFonts w:ascii="Arial" w:hAnsi="Arial"/>
        </w:rPr>
        <w:lastRenderedPageBreak/>
        <w:t>Okay, all right. All right. And now we're just gonna set this off to the side, we're going to come back to it. So the next one that I want you to draw for me, I actually have another set of red and blue water. However, this time they are the exact same temperature feel them. So now I want you to draw what you think will happen when you combine two of the same temperature in this dividing tank here. After one minute of time, what it could possibly look like. That's efficient. So what's going on here?</w:t>
      </w:r>
    </w:p>
    <w:p w14:paraId="1831E752" w14:textId="77777777" w:rsidR="006817E1" w:rsidRDefault="006817E1">
      <w:pPr>
        <w:spacing w:after="0"/>
      </w:pPr>
    </w:p>
    <w:p w14:paraId="4D83EB56" w14:textId="77777777" w:rsidR="006817E1" w:rsidRDefault="003C5F30">
      <w:pPr>
        <w:spacing w:after="0"/>
      </w:pPr>
      <w:r>
        <w:rPr>
          <w:rFonts w:ascii="Arial" w:hAnsi="Arial"/>
          <w:b/>
        </w:rPr>
        <w:t xml:space="preserve">Participant #28:  </w:t>
      </w:r>
      <w:r>
        <w:rPr>
          <w:rFonts w:ascii="Arial" w:hAnsi="Arial"/>
          <w:color w:val="5D7284"/>
        </w:rPr>
        <w:t>03:41</w:t>
      </w:r>
    </w:p>
    <w:p w14:paraId="58E82512" w14:textId="77777777" w:rsidR="006817E1" w:rsidRDefault="003C5F30">
      <w:pPr>
        <w:spacing w:after="0"/>
      </w:pPr>
      <w:r>
        <w:rPr>
          <w:rFonts w:ascii="Arial" w:hAnsi="Arial"/>
        </w:rPr>
        <w:t>Same temperature is not going to be much divide, it'll just eventually mix together after a minute.</w:t>
      </w:r>
    </w:p>
    <w:p w14:paraId="5CE313C8" w14:textId="77777777" w:rsidR="006817E1" w:rsidRDefault="006817E1">
      <w:pPr>
        <w:spacing w:after="0"/>
      </w:pPr>
    </w:p>
    <w:p w14:paraId="0E7ABD3F" w14:textId="77777777" w:rsidR="006817E1" w:rsidRDefault="003C5F30">
      <w:pPr>
        <w:spacing w:after="0"/>
      </w:pPr>
      <w:r>
        <w:rPr>
          <w:rFonts w:ascii="Arial" w:hAnsi="Arial"/>
          <w:b/>
        </w:rPr>
        <w:t xml:space="preserve">Interviewer E:  </w:t>
      </w:r>
      <w:r>
        <w:rPr>
          <w:rFonts w:ascii="Arial" w:hAnsi="Arial"/>
          <w:color w:val="5D7284"/>
        </w:rPr>
        <w:t>03:46</w:t>
      </w:r>
    </w:p>
    <w:p w14:paraId="15BAC858" w14:textId="77777777" w:rsidR="006817E1" w:rsidRDefault="003C5F30">
      <w:pPr>
        <w:spacing w:after="0"/>
      </w:pPr>
      <w:r>
        <w:rPr>
          <w:rFonts w:ascii="Arial" w:hAnsi="Arial"/>
        </w:rPr>
        <w:t xml:space="preserve">Okay so we're going with mixing together and that's just because it's the same temperature you said. </w:t>
      </w:r>
    </w:p>
    <w:p w14:paraId="39A4A31F" w14:textId="77777777" w:rsidR="006817E1" w:rsidRDefault="006817E1">
      <w:pPr>
        <w:spacing w:after="0"/>
      </w:pPr>
    </w:p>
    <w:p w14:paraId="7C12BD37" w14:textId="77777777" w:rsidR="006817E1" w:rsidRDefault="003C5F30">
      <w:pPr>
        <w:spacing w:after="0"/>
      </w:pPr>
      <w:r>
        <w:rPr>
          <w:rFonts w:ascii="Arial" w:hAnsi="Arial"/>
          <w:b/>
        </w:rPr>
        <w:t xml:space="preserve">Participant #28:  </w:t>
      </w:r>
      <w:r>
        <w:rPr>
          <w:rFonts w:ascii="Arial" w:hAnsi="Arial"/>
          <w:color w:val="5D7284"/>
        </w:rPr>
        <w:t>03:50</w:t>
      </w:r>
    </w:p>
    <w:p w14:paraId="75F1E8D4" w14:textId="77777777" w:rsidR="006817E1" w:rsidRDefault="003C5F30">
      <w:pPr>
        <w:spacing w:after="0"/>
      </w:pPr>
      <w:r>
        <w:rPr>
          <w:rFonts w:ascii="Arial" w:hAnsi="Arial"/>
        </w:rPr>
        <w:t xml:space="preserve">Oh, yeah. </w:t>
      </w:r>
    </w:p>
    <w:p w14:paraId="5C7E04F9" w14:textId="77777777" w:rsidR="006817E1" w:rsidRDefault="006817E1">
      <w:pPr>
        <w:spacing w:after="0"/>
      </w:pPr>
    </w:p>
    <w:p w14:paraId="6991BD50" w14:textId="77777777" w:rsidR="006817E1" w:rsidRDefault="003C5F30">
      <w:pPr>
        <w:spacing w:after="0"/>
      </w:pPr>
      <w:r>
        <w:rPr>
          <w:rFonts w:ascii="Arial" w:hAnsi="Arial"/>
          <w:b/>
        </w:rPr>
        <w:t xml:space="preserve">Interviewer E:  </w:t>
      </w:r>
      <w:r>
        <w:rPr>
          <w:rFonts w:ascii="Arial" w:hAnsi="Arial"/>
          <w:color w:val="5D7284"/>
        </w:rPr>
        <w:t>03:52</w:t>
      </w:r>
    </w:p>
    <w:p w14:paraId="1718A5BE" w14:textId="77777777" w:rsidR="006817E1" w:rsidRDefault="003C5F30">
      <w:pPr>
        <w:spacing w:after="0"/>
      </w:pPr>
      <w:r>
        <w:rPr>
          <w:rFonts w:ascii="Arial" w:hAnsi="Arial"/>
        </w:rPr>
        <w:t xml:space="preserve">And now we have one more than I'm gonna get you draw for me. This time we have green and yellow, the green and yellow are the exact same temperature. They're both room temperature. The only difference here is the green is saltwater. So has high salinity and the yellow is freshwater. So same deal. What do you think that'll look like after a minute of me lifting up that wall? All right, so you're pretty much saying they're gonna have a pretty solid divide between the two horizontally. </w:t>
      </w:r>
    </w:p>
    <w:p w14:paraId="279B3148" w14:textId="77777777" w:rsidR="006817E1" w:rsidRDefault="006817E1">
      <w:pPr>
        <w:spacing w:after="0"/>
      </w:pPr>
    </w:p>
    <w:p w14:paraId="07BE6709" w14:textId="77777777" w:rsidR="006817E1" w:rsidRDefault="003C5F30">
      <w:pPr>
        <w:spacing w:after="0"/>
      </w:pPr>
      <w:r>
        <w:rPr>
          <w:rFonts w:ascii="Arial" w:hAnsi="Arial"/>
          <w:b/>
        </w:rPr>
        <w:t xml:space="preserve">Participant #28:  </w:t>
      </w:r>
      <w:r>
        <w:rPr>
          <w:rFonts w:ascii="Arial" w:hAnsi="Arial"/>
          <w:color w:val="5D7284"/>
        </w:rPr>
        <w:t>04:40</w:t>
      </w:r>
    </w:p>
    <w:p w14:paraId="2E836983" w14:textId="77777777" w:rsidR="006817E1" w:rsidRDefault="003C5F30">
      <w:pPr>
        <w:spacing w:after="0"/>
      </w:pPr>
      <w:r>
        <w:rPr>
          <w:rFonts w:ascii="Arial" w:hAnsi="Arial"/>
        </w:rPr>
        <w:t xml:space="preserve">Yeah, kind of like seen in the Chesapeake and Pacific Ocean, or Atlantic rather. </w:t>
      </w:r>
    </w:p>
    <w:p w14:paraId="027384A2" w14:textId="77777777" w:rsidR="006817E1" w:rsidRDefault="006817E1">
      <w:pPr>
        <w:spacing w:after="0"/>
      </w:pPr>
    </w:p>
    <w:p w14:paraId="24B3FD9D" w14:textId="77777777" w:rsidR="006817E1" w:rsidRDefault="003C5F30">
      <w:pPr>
        <w:spacing w:after="0"/>
      </w:pPr>
      <w:r>
        <w:rPr>
          <w:rFonts w:ascii="Arial" w:hAnsi="Arial"/>
          <w:b/>
        </w:rPr>
        <w:t xml:space="preserve">Interviewer E:  </w:t>
      </w:r>
      <w:r>
        <w:rPr>
          <w:rFonts w:ascii="Arial" w:hAnsi="Arial"/>
          <w:color w:val="5D7284"/>
        </w:rPr>
        <w:t>04:44</w:t>
      </w:r>
    </w:p>
    <w:p w14:paraId="281543CF" w14:textId="77777777" w:rsidR="006817E1" w:rsidRDefault="003C5F30">
      <w:pPr>
        <w:spacing w:after="0"/>
      </w:pPr>
      <w:r>
        <w:rPr>
          <w:rFonts w:ascii="Arial" w:hAnsi="Arial"/>
        </w:rPr>
        <w:t xml:space="preserve">Okay, perfect. All right. So now let's actually see what happens. What I'm going to do is </w:t>
      </w:r>
      <w:r>
        <w:rPr>
          <w:rFonts w:ascii="Arial" w:hAnsi="Arial"/>
        </w:rPr>
        <w:t>I'm going to start in the order that we started in so we're going to do that cold and the warm water first me and let me get my timer and time it for a minute, alright and try not to spill this all over yah, all right and start. Yeah this tables super unstable I don't know what's going on. Could have sworn it wasn't like this earlier but anyway yeah anyway um alright so it looks like you were pretty right on and I think you said it was because the cold was would generally.</w:t>
      </w:r>
    </w:p>
    <w:p w14:paraId="52D72986" w14:textId="77777777" w:rsidR="006817E1" w:rsidRDefault="006817E1">
      <w:pPr>
        <w:spacing w:after="0"/>
      </w:pPr>
    </w:p>
    <w:p w14:paraId="2360E4E7" w14:textId="77777777" w:rsidR="006817E1" w:rsidRDefault="003C5F30">
      <w:pPr>
        <w:spacing w:after="0"/>
      </w:pPr>
      <w:r>
        <w:rPr>
          <w:rFonts w:ascii="Arial" w:hAnsi="Arial"/>
          <w:b/>
        </w:rPr>
        <w:t xml:space="preserve">Participant #28:  </w:t>
      </w:r>
      <w:r>
        <w:rPr>
          <w:rFonts w:ascii="Arial" w:hAnsi="Arial"/>
          <w:color w:val="5D7284"/>
        </w:rPr>
        <w:t>06:45</w:t>
      </w:r>
    </w:p>
    <w:p w14:paraId="573A48FC" w14:textId="77777777" w:rsidR="006817E1" w:rsidRDefault="003C5F30">
      <w:pPr>
        <w:spacing w:after="0"/>
      </w:pPr>
      <w:r>
        <w:rPr>
          <w:rFonts w:ascii="Arial" w:hAnsi="Arial"/>
        </w:rPr>
        <w:t>Yeah it's like cold air is going to be more dense.</w:t>
      </w:r>
    </w:p>
    <w:p w14:paraId="720EC7EE" w14:textId="77777777" w:rsidR="006817E1" w:rsidRDefault="006817E1">
      <w:pPr>
        <w:spacing w:after="0"/>
      </w:pPr>
    </w:p>
    <w:p w14:paraId="3C18F43D" w14:textId="77777777" w:rsidR="006817E1" w:rsidRDefault="003C5F30">
      <w:pPr>
        <w:spacing w:after="0"/>
      </w:pPr>
      <w:r>
        <w:rPr>
          <w:rFonts w:ascii="Arial" w:hAnsi="Arial"/>
          <w:b/>
        </w:rPr>
        <w:t xml:space="preserve">Interviewer E:  </w:t>
      </w:r>
      <w:r>
        <w:rPr>
          <w:rFonts w:ascii="Arial" w:hAnsi="Arial"/>
          <w:color w:val="5D7284"/>
        </w:rPr>
        <w:t>06:49</w:t>
      </w:r>
    </w:p>
    <w:p w14:paraId="245EAEE4" w14:textId="77777777" w:rsidR="006817E1" w:rsidRDefault="003C5F30">
      <w:pPr>
        <w:spacing w:after="0"/>
      </w:pPr>
      <w:r>
        <w:rPr>
          <w:rFonts w:ascii="Arial" w:hAnsi="Arial"/>
        </w:rPr>
        <w:t>Okay.</w:t>
      </w:r>
    </w:p>
    <w:p w14:paraId="5F68156D" w14:textId="77777777" w:rsidR="006817E1" w:rsidRDefault="006817E1">
      <w:pPr>
        <w:spacing w:after="0"/>
      </w:pPr>
    </w:p>
    <w:p w14:paraId="370AE412" w14:textId="77777777" w:rsidR="006817E1" w:rsidRDefault="003C5F30">
      <w:pPr>
        <w:spacing w:after="0"/>
      </w:pPr>
      <w:r>
        <w:rPr>
          <w:rFonts w:ascii="Arial" w:hAnsi="Arial"/>
          <w:b/>
        </w:rPr>
        <w:t xml:space="preserve">Participant #28:  </w:t>
      </w:r>
      <w:r>
        <w:rPr>
          <w:rFonts w:ascii="Arial" w:hAnsi="Arial"/>
          <w:color w:val="5D7284"/>
        </w:rPr>
        <w:t>06:49</w:t>
      </w:r>
    </w:p>
    <w:p w14:paraId="37DC487A" w14:textId="77777777" w:rsidR="006817E1" w:rsidRDefault="003C5F30">
      <w:pPr>
        <w:spacing w:after="0"/>
      </w:pPr>
      <w:r>
        <w:rPr>
          <w:rFonts w:ascii="Arial" w:hAnsi="Arial"/>
        </w:rPr>
        <w:t>And sink to the bottom.</w:t>
      </w:r>
    </w:p>
    <w:p w14:paraId="18D5442B" w14:textId="77777777" w:rsidR="006817E1" w:rsidRDefault="006817E1">
      <w:pPr>
        <w:spacing w:after="0"/>
      </w:pPr>
    </w:p>
    <w:p w14:paraId="48A4E2EA" w14:textId="77777777" w:rsidR="006817E1" w:rsidRDefault="003C5F30">
      <w:pPr>
        <w:spacing w:after="0"/>
      </w:pPr>
      <w:r>
        <w:rPr>
          <w:rFonts w:ascii="Arial" w:hAnsi="Arial"/>
          <w:b/>
        </w:rPr>
        <w:t xml:space="preserve">Interviewer E:  </w:t>
      </w:r>
      <w:r>
        <w:rPr>
          <w:rFonts w:ascii="Arial" w:hAnsi="Arial"/>
          <w:color w:val="5D7284"/>
        </w:rPr>
        <w:t>06:50</w:t>
      </w:r>
    </w:p>
    <w:p w14:paraId="78A1F4CF" w14:textId="77777777" w:rsidR="006817E1" w:rsidRDefault="003C5F30">
      <w:pPr>
        <w:spacing w:after="0"/>
      </w:pPr>
      <w:r>
        <w:rPr>
          <w:rFonts w:ascii="Arial" w:hAnsi="Arial"/>
        </w:rPr>
        <w:t>That was because you've learned it previously from another class or?</w:t>
      </w:r>
    </w:p>
    <w:p w14:paraId="7839A62D" w14:textId="77777777" w:rsidR="006817E1" w:rsidRDefault="006817E1">
      <w:pPr>
        <w:spacing w:after="0"/>
      </w:pPr>
    </w:p>
    <w:p w14:paraId="56A90BA6" w14:textId="77777777" w:rsidR="006817E1" w:rsidRDefault="003C5F30">
      <w:pPr>
        <w:spacing w:after="0"/>
      </w:pPr>
      <w:r>
        <w:rPr>
          <w:rFonts w:ascii="Arial" w:hAnsi="Arial"/>
          <w:b/>
        </w:rPr>
        <w:t xml:space="preserve">Participant #28:  </w:t>
      </w:r>
      <w:r>
        <w:rPr>
          <w:rFonts w:ascii="Arial" w:hAnsi="Arial"/>
          <w:color w:val="5D7284"/>
        </w:rPr>
        <w:t>06:54</w:t>
      </w:r>
    </w:p>
    <w:p w14:paraId="2E30D086" w14:textId="77777777" w:rsidR="006817E1" w:rsidRDefault="003C5F30">
      <w:pPr>
        <w:spacing w:after="0"/>
      </w:pPr>
      <w:r>
        <w:rPr>
          <w:rFonts w:ascii="Arial" w:hAnsi="Arial"/>
        </w:rPr>
        <w:t>Yeah kind of.</w:t>
      </w:r>
    </w:p>
    <w:p w14:paraId="21BC69C4" w14:textId="77777777" w:rsidR="006817E1" w:rsidRDefault="006817E1">
      <w:pPr>
        <w:spacing w:after="0"/>
      </w:pPr>
    </w:p>
    <w:p w14:paraId="543249D0" w14:textId="77777777" w:rsidR="006817E1" w:rsidRDefault="003C5F30">
      <w:pPr>
        <w:spacing w:after="0"/>
      </w:pPr>
      <w:r>
        <w:rPr>
          <w:rFonts w:ascii="Arial" w:hAnsi="Arial"/>
          <w:b/>
        </w:rPr>
        <w:t xml:space="preserve">Interviewer E:  </w:t>
      </w:r>
      <w:r>
        <w:rPr>
          <w:rFonts w:ascii="Arial" w:hAnsi="Arial"/>
          <w:color w:val="5D7284"/>
        </w:rPr>
        <w:t>06:56</w:t>
      </w:r>
    </w:p>
    <w:p w14:paraId="28468096" w14:textId="77777777" w:rsidR="006817E1" w:rsidRDefault="003C5F30">
      <w:pPr>
        <w:spacing w:after="0"/>
      </w:pPr>
      <w:r>
        <w:rPr>
          <w:rFonts w:ascii="Arial" w:hAnsi="Arial"/>
        </w:rPr>
        <w:t xml:space="preserve">Experiences. </w:t>
      </w:r>
    </w:p>
    <w:p w14:paraId="33BFD408" w14:textId="77777777" w:rsidR="006817E1" w:rsidRDefault="006817E1">
      <w:pPr>
        <w:spacing w:after="0"/>
      </w:pPr>
    </w:p>
    <w:p w14:paraId="61361311" w14:textId="77777777" w:rsidR="006817E1" w:rsidRDefault="003C5F30">
      <w:pPr>
        <w:spacing w:after="0"/>
      </w:pPr>
      <w:r>
        <w:rPr>
          <w:rFonts w:ascii="Arial" w:hAnsi="Arial"/>
          <w:b/>
        </w:rPr>
        <w:t xml:space="preserve">Participant #28:  </w:t>
      </w:r>
      <w:r>
        <w:rPr>
          <w:rFonts w:ascii="Arial" w:hAnsi="Arial"/>
          <w:color w:val="5D7284"/>
        </w:rPr>
        <w:t>06:57</w:t>
      </w:r>
    </w:p>
    <w:p w14:paraId="72865D0C" w14:textId="77777777" w:rsidR="006817E1" w:rsidRDefault="003C5F30">
      <w:pPr>
        <w:spacing w:after="0"/>
      </w:pPr>
      <w:r>
        <w:rPr>
          <w:rFonts w:ascii="Arial" w:hAnsi="Arial"/>
        </w:rPr>
        <w:t>It's kind of like the same as air like hot air rises cold air sinks.</w:t>
      </w:r>
    </w:p>
    <w:p w14:paraId="27AC8873" w14:textId="77777777" w:rsidR="006817E1" w:rsidRDefault="006817E1">
      <w:pPr>
        <w:spacing w:after="0"/>
      </w:pPr>
    </w:p>
    <w:p w14:paraId="20FB7D9E" w14:textId="77777777" w:rsidR="006817E1" w:rsidRDefault="003C5F30">
      <w:pPr>
        <w:spacing w:after="0"/>
      </w:pPr>
      <w:r>
        <w:rPr>
          <w:rFonts w:ascii="Arial" w:hAnsi="Arial"/>
          <w:b/>
        </w:rPr>
        <w:t xml:space="preserve">Interviewer E:  </w:t>
      </w:r>
      <w:r>
        <w:rPr>
          <w:rFonts w:ascii="Arial" w:hAnsi="Arial"/>
          <w:color w:val="5D7284"/>
        </w:rPr>
        <w:t>07:01</w:t>
      </w:r>
    </w:p>
    <w:p w14:paraId="6B0EE811" w14:textId="77777777" w:rsidR="006817E1" w:rsidRDefault="003C5F30">
      <w:pPr>
        <w:spacing w:after="0"/>
      </w:pPr>
      <w:r>
        <w:rPr>
          <w:rFonts w:ascii="Arial" w:hAnsi="Arial"/>
        </w:rPr>
        <w:t>Okay all right same principle is where you're coming from?</w:t>
      </w:r>
    </w:p>
    <w:p w14:paraId="35E9D3EE" w14:textId="77777777" w:rsidR="006817E1" w:rsidRDefault="006817E1">
      <w:pPr>
        <w:spacing w:after="0"/>
      </w:pPr>
    </w:p>
    <w:p w14:paraId="66741FC2" w14:textId="77777777" w:rsidR="006817E1" w:rsidRDefault="003C5F30">
      <w:pPr>
        <w:spacing w:after="0"/>
      </w:pPr>
      <w:r>
        <w:rPr>
          <w:rFonts w:ascii="Arial" w:hAnsi="Arial"/>
          <w:b/>
        </w:rPr>
        <w:t xml:space="preserve">Participant #28:  </w:t>
      </w:r>
      <w:r>
        <w:rPr>
          <w:rFonts w:ascii="Arial" w:hAnsi="Arial"/>
          <w:color w:val="5D7284"/>
        </w:rPr>
        <w:t>07:05</w:t>
      </w:r>
    </w:p>
    <w:p w14:paraId="0FF34E90" w14:textId="77777777" w:rsidR="006817E1" w:rsidRDefault="003C5F30">
      <w:pPr>
        <w:spacing w:after="0"/>
      </w:pPr>
      <w:r>
        <w:rPr>
          <w:rFonts w:ascii="Arial" w:hAnsi="Arial"/>
        </w:rPr>
        <w:t>Yeah.</w:t>
      </w:r>
    </w:p>
    <w:p w14:paraId="0419B22C" w14:textId="77777777" w:rsidR="006817E1" w:rsidRDefault="006817E1">
      <w:pPr>
        <w:spacing w:after="0"/>
      </w:pPr>
    </w:p>
    <w:p w14:paraId="68D4FCE0" w14:textId="77777777" w:rsidR="006817E1" w:rsidRDefault="003C5F30">
      <w:pPr>
        <w:spacing w:after="0"/>
      </w:pPr>
      <w:r>
        <w:rPr>
          <w:rFonts w:ascii="Arial" w:hAnsi="Arial"/>
          <w:b/>
        </w:rPr>
        <w:t xml:space="preserve">Interviewer E:  </w:t>
      </w:r>
      <w:r>
        <w:rPr>
          <w:rFonts w:ascii="Arial" w:hAnsi="Arial"/>
          <w:color w:val="5D7284"/>
        </w:rPr>
        <w:t>07:05</w:t>
      </w:r>
    </w:p>
    <w:p w14:paraId="4DF614BC" w14:textId="77777777" w:rsidR="006817E1" w:rsidRDefault="003C5F30">
      <w:pPr>
        <w:spacing w:after="0"/>
      </w:pPr>
      <w:r>
        <w:rPr>
          <w:rFonts w:ascii="Arial" w:hAnsi="Arial"/>
        </w:rPr>
        <w:t>That's fair.</w:t>
      </w:r>
    </w:p>
    <w:p w14:paraId="748657B2" w14:textId="77777777" w:rsidR="006817E1" w:rsidRDefault="006817E1">
      <w:pPr>
        <w:spacing w:after="0"/>
      </w:pPr>
    </w:p>
    <w:p w14:paraId="60DF3AFA" w14:textId="77777777" w:rsidR="006817E1" w:rsidRDefault="003C5F30">
      <w:pPr>
        <w:spacing w:after="0"/>
      </w:pPr>
      <w:r>
        <w:rPr>
          <w:rFonts w:ascii="Arial" w:hAnsi="Arial"/>
          <w:b/>
        </w:rPr>
        <w:t xml:space="preserve">Participant #28:  </w:t>
      </w:r>
      <w:r>
        <w:rPr>
          <w:rFonts w:ascii="Arial" w:hAnsi="Arial"/>
          <w:color w:val="5D7284"/>
        </w:rPr>
        <w:t>07:10</w:t>
      </w:r>
    </w:p>
    <w:p w14:paraId="6EE677A3" w14:textId="77777777" w:rsidR="006817E1" w:rsidRDefault="003C5F30">
      <w:pPr>
        <w:spacing w:after="0"/>
      </w:pPr>
      <w:r>
        <w:rPr>
          <w:rFonts w:ascii="Arial" w:hAnsi="Arial"/>
        </w:rPr>
        <w:t>Also just thinking about the ocean in general like most of the warm waters gonna be up top and then as you get lower it's gonna be very cold.</w:t>
      </w:r>
    </w:p>
    <w:p w14:paraId="1A889ADC" w14:textId="77777777" w:rsidR="006817E1" w:rsidRDefault="006817E1">
      <w:pPr>
        <w:spacing w:after="0"/>
      </w:pPr>
    </w:p>
    <w:p w14:paraId="05A99A1B" w14:textId="77777777" w:rsidR="006817E1" w:rsidRDefault="003C5F30">
      <w:pPr>
        <w:spacing w:after="0"/>
      </w:pPr>
      <w:r>
        <w:rPr>
          <w:rFonts w:ascii="Arial" w:hAnsi="Arial"/>
          <w:b/>
        </w:rPr>
        <w:t xml:space="preserve">Interviewer E:  </w:t>
      </w:r>
      <w:r>
        <w:rPr>
          <w:rFonts w:ascii="Arial" w:hAnsi="Arial"/>
          <w:color w:val="5D7284"/>
        </w:rPr>
        <w:t>07:16</w:t>
      </w:r>
    </w:p>
    <w:p w14:paraId="5689A96A" w14:textId="77777777" w:rsidR="006817E1" w:rsidRDefault="003C5F30">
      <w:pPr>
        <w:spacing w:after="0"/>
      </w:pPr>
      <w:r>
        <w:rPr>
          <w:rFonts w:ascii="Arial" w:hAnsi="Arial"/>
        </w:rPr>
        <w:t xml:space="preserve">Yeah, </w:t>
      </w:r>
      <w:r>
        <w:rPr>
          <w:rFonts w:ascii="Arial" w:hAnsi="Arial"/>
        </w:rPr>
        <w:t>right on.</w:t>
      </w:r>
    </w:p>
    <w:p w14:paraId="7A353CC4" w14:textId="77777777" w:rsidR="006817E1" w:rsidRDefault="006817E1">
      <w:pPr>
        <w:spacing w:after="0"/>
      </w:pPr>
    </w:p>
    <w:p w14:paraId="676935AB" w14:textId="77777777" w:rsidR="006817E1" w:rsidRDefault="003C5F30">
      <w:pPr>
        <w:spacing w:after="0"/>
      </w:pPr>
      <w:r>
        <w:rPr>
          <w:rFonts w:ascii="Arial" w:hAnsi="Arial"/>
          <w:b/>
        </w:rPr>
        <w:t xml:space="preserve">Participant #28:  </w:t>
      </w:r>
      <w:r>
        <w:rPr>
          <w:rFonts w:ascii="Arial" w:hAnsi="Arial"/>
          <w:color w:val="5D7284"/>
        </w:rPr>
        <w:t>07:19</w:t>
      </w:r>
    </w:p>
    <w:p w14:paraId="4A3CD4BC" w14:textId="77777777" w:rsidR="006817E1" w:rsidRDefault="003C5F30">
      <w:pPr>
        <w:spacing w:after="0"/>
      </w:pPr>
      <w:r>
        <w:rPr>
          <w:rFonts w:ascii="Arial" w:hAnsi="Arial"/>
        </w:rPr>
        <w:t>It's a good observation. So next we have the same temperature waters, pour this in here. Yeah it's just there's no like current or flow to actually makes it so.</w:t>
      </w:r>
    </w:p>
    <w:p w14:paraId="1ABA148E" w14:textId="77777777" w:rsidR="006817E1" w:rsidRDefault="006817E1">
      <w:pPr>
        <w:spacing w:after="0"/>
      </w:pPr>
    </w:p>
    <w:p w14:paraId="6FB34068" w14:textId="77777777" w:rsidR="006817E1" w:rsidRDefault="003C5F30">
      <w:pPr>
        <w:spacing w:after="0"/>
      </w:pPr>
      <w:r>
        <w:rPr>
          <w:rFonts w:ascii="Arial" w:hAnsi="Arial"/>
          <w:b/>
        </w:rPr>
        <w:t xml:space="preserve">Interviewer E:  </w:t>
      </w:r>
      <w:r>
        <w:rPr>
          <w:rFonts w:ascii="Arial" w:hAnsi="Arial"/>
          <w:color w:val="5D7284"/>
        </w:rPr>
        <w:t>07:25</w:t>
      </w:r>
    </w:p>
    <w:p w14:paraId="4ABAD828" w14:textId="77777777" w:rsidR="006817E1" w:rsidRDefault="003C5F30">
      <w:pPr>
        <w:spacing w:after="0"/>
      </w:pPr>
      <w:r>
        <w:rPr>
          <w:rFonts w:ascii="Arial" w:hAnsi="Arial"/>
        </w:rPr>
        <w:t>Maybe I should move that a little bi, risky business. Alright, so these ones are the same exact temperature, that happen. Ready and go. I would say you're pretty right on I mean it is mixing. So it's going really really slow. Did it surprise you about how it was mixing when I removed it?</w:t>
      </w:r>
    </w:p>
    <w:p w14:paraId="7D035277" w14:textId="77777777" w:rsidR="006817E1" w:rsidRDefault="006817E1">
      <w:pPr>
        <w:spacing w:after="0"/>
      </w:pPr>
    </w:p>
    <w:p w14:paraId="037F9A91" w14:textId="77777777" w:rsidR="006817E1" w:rsidRDefault="003C5F30">
      <w:pPr>
        <w:spacing w:after="0"/>
      </w:pPr>
      <w:r>
        <w:rPr>
          <w:rFonts w:ascii="Arial" w:hAnsi="Arial"/>
          <w:b/>
        </w:rPr>
        <w:t xml:space="preserve">Participant #28:  </w:t>
      </w:r>
      <w:r>
        <w:rPr>
          <w:rFonts w:ascii="Arial" w:hAnsi="Arial"/>
          <w:color w:val="5D7284"/>
        </w:rPr>
        <w:t>09:04</w:t>
      </w:r>
    </w:p>
    <w:p w14:paraId="51595F8D" w14:textId="77777777" w:rsidR="006817E1" w:rsidRDefault="003C5F30">
      <w:pPr>
        <w:spacing w:after="0"/>
      </w:pPr>
      <w:r>
        <w:rPr>
          <w:rFonts w:ascii="Arial" w:hAnsi="Arial"/>
        </w:rPr>
        <w:t>Noticing how the dyes went towards the top I'm guessing that's just also because of the when you take it out that creates the motion upward so it'll be just push both up and then spread it outwards from there.</w:t>
      </w:r>
    </w:p>
    <w:p w14:paraId="6CB38ADF" w14:textId="77777777" w:rsidR="006817E1" w:rsidRDefault="006817E1">
      <w:pPr>
        <w:spacing w:after="0"/>
      </w:pPr>
    </w:p>
    <w:p w14:paraId="3EE3875F" w14:textId="77777777" w:rsidR="006817E1" w:rsidRDefault="003C5F30">
      <w:pPr>
        <w:spacing w:after="0"/>
      </w:pPr>
      <w:r>
        <w:rPr>
          <w:rFonts w:ascii="Arial" w:hAnsi="Arial"/>
          <w:b/>
        </w:rPr>
        <w:t xml:space="preserve">Interviewer E:  </w:t>
      </w:r>
      <w:r>
        <w:rPr>
          <w:rFonts w:ascii="Arial" w:hAnsi="Arial"/>
          <w:color w:val="5D7284"/>
        </w:rPr>
        <w:t>09:16</w:t>
      </w:r>
    </w:p>
    <w:p w14:paraId="39CD12D1" w14:textId="77777777" w:rsidR="006817E1" w:rsidRDefault="003C5F30">
      <w:pPr>
        <w:spacing w:after="0"/>
      </w:pPr>
      <w:r>
        <w:rPr>
          <w:rFonts w:ascii="Arial" w:hAnsi="Arial"/>
        </w:rPr>
        <w:t>Okay. Was there rate a little surprising? Did you expect it to happen a little faster than it did</w:t>
      </w:r>
    </w:p>
    <w:p w14:paraId="0B57A476" w14:textId="77777777" w:rsidR="006817E1" w:rsidRDefault="006817E1">
      <w:pPr>
        <w:spacing w:after="0"/>
      </w:pPr>
    </w:p>
    <w:p w14:paraId="3C4CEFC0" w14:textId="77777777" w:rsidR="006817E1" w:rsidRDefault="003C5F30">
      <w:pPr>
        <w:spacing w:after="0"/>
      </w:pPr>
      <w:r>
        <w:rPr>
          <w:rFonts w:ascii="Arial" w:hAnsi="Arial"/>
          <w:b/>
        </w:rPr>
        <w:t xml:space="preserve">Participant #28:  </w:t>
      </w:r>
      <w:r>
        <w:rPr>
          <w:rFonts w:ascii="Arial" w:hAnsi="Arial"/>
          <w:color w:val="5D7284"/>
        </w:rPr>
        <w:t>09:23</w:t>
      </w:r>
    </w:p>
    <w:p w14:paraId="6E966B05" w14:textId="77777777" w:rsidR="006817E1" w:rsidRDefault="003C5F30">
      <w:pPr>
        <w:spacing w:after="0"/>
      </w:pPr>
      <w:r>
        <w:rPr>
          <w:rFonts w:ascii="Arial" w:hAnsi="Arial"/>
        </w:rPr>
        <w:lastRenderedPageBreak/>
        <w:t>Mentally when I was doing like the before the actual experiment I was thinking like we're like some sort of sort of like current motion or anything not taken into account just like a.</w:t>
      </w:r>
    </w:p>
    <w:p w14:paraId="1B948997" w14:textId="77777777" w:rsidR="006817E1" w:rsidRDefault="006817E1">
      <w:pPr>
        <w:spacing w:after="0"/>
      </w:pPr>
    </w:p>
    <w:p w14:paraId="2C6F398D" w14:textId="77777777" w:rsidR="006817E1" w:rsidRDefault="003C5F30">
      <w:pPr>
        <w:spacing w:after="0"/>
      </w:pPr>
      <w:r>
        <w:rPr>
          <w:rFonts w:ascii="Arial" w:hAnsi="Arial"/>
          <w:b/>
        </w:rPr>
        <w:t xml:space="preserve">Interviewer E:  </w:t>
      </w:r>
      <w:r>
        <w:rPr>
          <w:rFonts w:ascii="Arial" w:hAnsi="Arial"/>
          <w:color w:val="5D7284"/>
        </w:rPr>
        <w:t>09:36</w:t>
      </w:r>
    </w:p>
    <w:p w14:paraId="41FFABF1" w14:textId="77777777" w:rsidR="006817E1" w:rsidRDefault="003C5F30">
      <w:pPr>
        <w:spacing w:after="0"/>
      </w:pPr>
      <w:r>
        <w:rPr>
          <w:rFonts w:ascii="Arial" w:hAnsi="Arial"/>
        </w:rPr>
        <w:t>Yeah. Perfectly fair. So I mean, as you can see this kind of happening on long the slower side and it is mixing just a bit and we have our salt are hot water and cold water do I would point or do you ever think that those layers like there would be a mixing pretty much. A still.</w:t>
      </w:r>
    </w:p>
    <w:p w14:paraId="08740E9A" w14:textId="77777777" w:rsidR="006817E1" w:rsidRDefault="006817E1">
      <w:pPr>
        <w:spacing w:after="0"/>
      </w:pPr>
    </w:p>
    <w:p w14:paraId="6760D973" w14:textId="77777777" w:rsidR="006817E1" w:rsidRDefault="003C5F30">
      <w:pPr>
        <w:spacing w:after="0"/>
      </w:pPr>
      <w:r>
        <w:rPr>
          <w:rFonts w:ascii="Arial" w:hAnsi="Arial"/>
          <w:b/>
        </w:rPr>
        <w:t xml:space="preserve">Participant #28:  </w:t>
      </w:r>
      <w:r>
        <w:rPr>
          <w:rFonts w:ascii="Arial" w:hAnsi="Arial"/>
          <w:color w:val="5D7284"/>
        </w:rPr>
        <w:t>09:36</w:t>
      </w:r>
    </w:p>
    <w:p w14:paraId="0982F0C4" w14:textId="77777777" w:rsidR="006817E1" w:rsidRDefault="003C5F30">
      <w:pPr>
        <w:spacing w:after="0"/>
      </w:pPr>
      <w:r>
        <w:rPr>
          <w:rFonts w:ascii="Arial" w:hAnsi="Arial"/>
        </w:rPr>
        <w:t>Yeah. I mean with the hot and cold being, like touching each other they are continuously like warming or chilling like the other so it eventually will become all the same temperature and then from there that's when it'll like mix so it's mixing like at that middle layer and then slowly dispersing but not at like a very fast rate.</w:t>
      </w:r>
    </w:p>
    <w:p w14:paraId="7F5B3676" w14:textId="77777777" w:rsidR="006817E1" w:rsidRDefault="006817E1">
      <w:pPr>
        <w:spacing w:after="0"/>
      </w:pPr>
    </w:p>
    <w:p w14:paraId="694553F6" w14:textId="77777777" w:rsidR="006817E1" w:rsidRDefault="003C5F30">
      <w:pPr>
        <w:spacing w:after="0"/>
      </w:pPr>
      <w:r>
        <w:rPr>
          <w:rFonts w:ascii="Arial" w:hAnsi="Arial"/>
          <w:b/>
        </w:rPr>
        <w:t xml:space="preserve">Interviewer E:  </w:t>
      </w:r>
      <w:r>
        <w:rPr>
          <w:rFonts w:ascii="Arial" w:hAnsi="Arial"/>
          <w:color w:val="5D7284"/>
        </w:rPr>
        <w:t>10:27</w:t>
      </w:r>
    </w:p>
    <w:p w14:paraId="23B2F164" w14:textId="77777777" w:rsidR="006817E1" w:rsidRDefault="003C5F30">
      <w:pPr>
        <w:spacing w:after="0"/>
      </w:pPr>
      <w:r>
        <w:rPr>
          <w:rFonts w:ascii="Arial" w:hAnsi="Arial"/>
        </w:rPr>
        <w:t>Not like this?</w:t>
      </w:r>
    </w:p>
    <w:p w14:paraId="22E347D2" w14:textId="77777777" w:rsidR="006817E1" w:rsidRDefault="006817E1">
      <w:pPr>
        <w:spacing w:after="0"/>
      </w:pPr>
    </w:p>
    <w:p w14:paraId="04470980" w14:textId="77777777" w:rsidR="006817E1" w:rsidRDefault="003C5F30">
      <w:pPr>
        <w:spacing w:after="0"/>
      </w:pPr>
      <w:r>
        <w:rPr>
          <w:rFonts w:ascii="Arial" w:hAnsi="Arial"/>
          <w:b/>
        </w:rPr>
        <w:t xml:space="preserve">Participant #28:  </w:t>
      </w:r>
      <w:r>
        <w:rPr>
          <w:rFonts w:ascii="Arial" w:hAnsi="Arial"/>
          <w:color w:val="5D7284"/>
        </w:rPr>
        <w:t>10:28</w:t>
      </w:r>
    </w:p>
    <w:p w14:paraId="34442E8B" w14:textId="77777777" w:rsidR="006817E1" w:rsidRDefault="003C5F30">
      <w:pPr>
        <w:spacing w:after="0"/>
      </w:pPr>
      <w:r>
        <w:rPr>
          <w:rFonts w:ascii="Arial" w:hAnsi="Arial"/>
        </w:rPr>
        <w:t>Yeah.</w:t>
      </w:r>
    </w:p>
    <w:p w14:paraId="36BA696E" w14:textId="77777777" w:rsidR="006817E1" w:rsidRDefault="006817E1">
      <w:pPr>
        <w:spacing w:after="0"/>
      </w:pPr>
    </w:p>
    <w:p w14:paraId="286B801F" w14:textId="77777777" w:rsidR="006817E1" w:rsidRDefault="003C5F30">
      <w:pPr>
        <w:spacing w:after="0"/>
      </w:pPr>
      <w:r>
        <w:rPr>
          <w:rFonts w:ascii="Arial" w:hAnsi="Arial"/>
          <w:b/>
        </w:rPr>
        <w:t xml:space="preserve">Interviewer E:  </w:t>
      </w:r>
      <w:r>
        <w:rPr>
          <w:rFonts w:ascii="Arial" w:hAnsi="Arial"/>
          <w:color w:val="5D7284"/>
        </w:rPr>
        <w:t>10:29</w:t>
      </w:r>
    </w:p>
    <w:p w14:paraId="3F1EF2F6" w14:textId="77777777" w:rsidR="006817E1" w:rsidRDefault="003C5F30">
      <w:pPr>
        <w:spacing w:after="0"/>
      </w:pPr>
      <w:r>
        <w:rPr>
          <w:rFonts w:ascii="Arial" w:hAnsi="Arial"/>
        </w:rPr>
        <w:t>Right and how long do you think it will take for like let's say this to completely mix? Form the same temperature.</w:t>
      </w:r>
    </w:p>
    <w:p w14:paraId="215BAF12" w14:textId="77777777" w:rsidR="006817E1" w:rsidRDefault="006817E1">
      <w:pPr>
        <w:spacing w:after="0"/>
      </w:pPr>
    </w:p>
    <w:p w14:paraId="55580800" w14:textId="77777777" w:rsidR="006817E1" w:rsidRDefault="003C5F30">
      <w:pPr>
        <w:spacing w:after="0"/>
      </w:pPr>
      <w:r>
        <w:rPr>
          <w:rFonts w:ascii="Arial" w:hAnsi="Arial"/>
          <w:b/>
        </w:rPr>
        <w:t xml:space="preserve">Participant #28:  </w:t>
      </w:r>
      <w:r>
        <w:rPr>
          <w:rFonts w:ascii="Arial" w:hAnsi="Arial"/>
          <w:color w:val="5D7284"/>
        </w:rPr>
        <w:t>10:40</w:t>
      </w:r>
    </w:p>
    <w:p w14:paraId="2D37C643" w14:textId="77777777" w:rsidR="006817E1" w:rsidRDefault="003C5F30">
      <w:pPr>
        <w:spacing w:after="0"/>
      </w:pPr>
      <w:r>
        <w:rPr>
          <w:rFonts w:ascii="Arial" w:hAnsi="Arial"/>
        </w:rPr>
        <w:t>I don't remember the formula off top my head but it's. Yeah, it doesn't matter like how hot or how cold it is. They will all like eventually do it at the same rate.</w:t>
      </w:r>
    </w:p>
    <w:p w14:paraId="4FBDBF25" w14:textId="77777777" w:rsidR="006817E1" w:rsidRDefault="006817E1">
      <w:pPr>
        <w:spacing w:after="0"/>
      </w:pPr>
    </w:p>
    <w:p w14:paraId="3D5AE13B" w14:textId="77777777" w:rsidR="006817E1" w:rsidRDefault="003C5F30">
      <w:pPr>
        <w:spacing w:after="0"/>
      </w:pPr>
      <w:r>
        <w:rPr>
          <w:rFonts w:ascii="Arial" w:hAnsi="Arial"/>
          <w:b/>
        </w:rPr>
        <w:t xml:space="preserve">Interviewer E:  </w:t>
      </w:r>
      <w:r>
        <w:rPr>
          <w:rFonts w:ascii="Arial" w:hAnsi="Arial"/>
          <w:color w:val="5D7284"/>
        </w:rPr>
        <w:t>10:49</w:t>
      </w:r>
    </w:p>
    <w:p w14:paraId="627F78C3" w14:textId="77777777" w:rsidR="006817E1" w:rsidRDefault="003C5F30">
      <w:pPr>
        <w:spacing w:after="0"/>
      </w:pPr>
      <w:r>
        <w:rPr>
          <w:rFonts w:ascii="Arial" w:hAnsi="Arial"/>
        </w:rPr>
        <w:t>Right.</w:t>
      </w:r>
    </w:p>
    <w:p w14:paraId="4F48B2FF" w14:textId="77777777" w:rsidR="006817E1" w:rsidRDefault="006817E1">
      <w:pPr>
        <w:spacing w:after="0"/>
      </w:pPr>
    </w:p>
    <w:p w14:paraId="3307B887" w14:textId="77777777" w:rsidR="006817E1" w:rsidRDefault="003C5F30">
      <w:pPr>
        <w:spacing w:after="0"/>
      </w:pPr>
      <w:r>
        <w:rPr>
          <w:rFonts w:ascii="Arial" w:hAnsi="Arial"/>
          <w:b/>
        </w:rPr>
        <w:t xml:space="preserve">Participant #28:  </w:t>
      </w:r>
      <w:r>
        <w:rPr>
          <w:rFonts w:ascii="Arial" w:hAnsi="Arial"/>
          <w:color w:val="5D7284"/>
        </w:rPr>
        <w:t>10:49</w:t>
      </w:r>
    </w:p>
    <w:p w14:paraId="4A3EEF5B" w14:textId="77777777" w:rsidR="006817E1" w:rsidRDefault="003C5F30">
      <w:pPr>
        <w:spacing w:after="0"/>
      </w:pPr>
      <w:r>
        <w:rPr>
          <w:rFonts w:ascii="Arial" w:hAnsi="Arial"/>
        </w:rPr>
        <w:t>Even if it's just like five degree difference.</w:t>
      </w:r>
    </w:p>
    <w:p w14:paraId="6B714781" w14:textId="77777777" w:rsidR="006817E1" w:rsidRDefault="006817E1">
      <w:pPr>
        <w:spacing w:after="0"/>
      </w:pPr>
    </w:p>
    <w:p w14:paraId="73D10AB5" w14:textId="77777777" w:rsidR="006817E1" w:rsidRDefault="003C5F30">
      <w:pPr>
        <w:spacing w:after="0"/>
      </w:pPr>
      <w:r>
        <w:rPr>
          <w:rFonts w:ascii="Arial" w:hAnsi="Arial"/>
          <w:b/>
        </w:rPr>
        <w:t xml:space="preserve">Interviewer E:  </w:t>
      </w:r>
      <w:r>
        <w:rPr>
          <w:rFonts w:ascii="Arial" w:hAnsi="Arial"/>
          <w:color w:val="5D7284"/>
        </w:rPr>
        <w:t>10:53</w:t>
      </w:r>
    </w:p>
    <w:p w14:paraId="3594C2DB" w14:textId="77777777" w:rsidR="006817E1" w:rsidRDefault="003C5F30">
      <w:pPr>
        <w:spacing w:after="0"/>
      </w:pPr>
      <w:r>
        <w:rPr>
          <w:rFonts w:ascii="Arial" w:hAnsi="Arial"/>
        </w:rPr>
        <w:t>And you think like it would take like a day maybe before it to complete the mix just like a guestimation.</w:t>
      </w:r>
    </w:p>
    <w:p w14:paraId="27042433" w14:textId="77777777" w:rsidR="006817E1" w:rsidRDefault="006817E1">
      <w:pPr>
        <w:spacing w:after="0"/>
      </w:pPr>
    </w:p>
    <w:p w14:paraId="64ED8DCB" w14:textId="77777777" w:rsidR="006817E1" w:rsidRDefault="003C5F30">
      <w:pPr>
        <w:spacing w:after="0"/>
      </w:pPr>
      <w:r>
        <w:rPr>
          <w:rFonts w:ascii="Arial" w:hAnsi="Arial"/>
          <w:b/>
        </w:rPr>
        <w:t xml:space="preserve">Participant #28:  </w:t>
      </w:r>
      <w:r>
        <w:rPr>
          <w:rFonts w:ascii="Arial" w:hAnsi="Arial"/>
          <w:color w:val="5D7284"/>
        </w:rPr>
        <w:t>10:58</w:t>
      </w:r>
    </w:p>
    <w:p w14:paraId="086599B6" w14:textId="77777777" w:rsidR="006817E1" w:rsidRDefault="003C5F30">
      <w:pPr>
        <w:spacing w:after="0"/>
      </w:pPr>
      <w:r>
        <w:rPr>
          <w:rFonts w:ascii="Arial" w:hAnsi="Arial"/>
        </w:rPr>
        <w:t>Guestamation?</w:t>
      </w:r>
    </w:p>
    <w:p w14:paraId="3CC6A359" w14:textId="77777777" w:rsidR="006817E1" w:rsidRDefault="006817E1">
      <w:pPr>
        <w:spacing w:after="0"/>
      </w:pPr>
    </w:p>
    <w:p w14:paraId="2B756B12" w14:textId="77777777" w:rsidR="006817E1" w:rsidRDefault="003C5F30">
      <w:pPr>
        <w:spacing w:after="0"/>
      </w:pPr>
      <w:r>
        <w:rPr>
          <w:rFonts w:ascii="Arial" w:hAnsi="Arial"/>
          <w:b/>
        </w:rPr>
        <w:t xml:space="preserve">Interviewer E:  </w:t>
      </w:r>
      <w:r>
        <w:rPr>
          <w:rFonts w:ascii="Arial" w:hAnsi="Arial"/>
          <w:color w:val="5D7284"/>
        </w:rPr>
        <w:t>10:58</w:t>
      </w:r>
    </w:p>
    <w:p w14:paraId="52994DEE" w14:textId="77777777" w:rsidR="006817E1" w:rsidRDefault="003C5F30">
      <w:pPr>
        <w:spacing w:after="0"/>
      </w:pPr>
      <w:r>
        <w:rPr>
          <w:rFonts w:ascii="Arial" w:hAnsi="Arial"/>
        </w:rPr>
        <w:t>Yeah.</w:t>
      </w:r>
    </w:p>
    <w:p w14:paraId="5E4F8CBC" w14:textId="77777777" w:rsidR="006817E1" w:rsidRDefault="006817E1">
      <w:pPr>
        <w:spacing w:after="0"/>
      </w:pPr>
    </w:p>
    <w:p w14:paraId="2CD6EA01" w14:textId="77777777" w:rsidR="006817E1" w:rsidRDefault="003C5F30">
      <w:pPr>
        <w:spacing w:after="0"/>
      </w:pPr>
      <w:r>
        <w:rPr>
          <w:rFonts w:ascii="Arial" w:hAnsi="Arial"/>
          <w:b/>
        </w:rPr>
        <w:t xml:space="preserve">Participant #28:  </w:t>
      </w:r>
      <w:r>
        <w:rPr>
          <w:rFonts w:ascii="Arial" w:hAnsi="Arial"/>
          <w:color w:val="5D7284"/>
        </w:rPr>
        <w:t>11:01</w:t>
      </w:r>
    </w:p>
    <w:p w14:paraId="4BDBFCCF" w14:textId="77777777" w:rsidR="006817E1" w:rsidRDefault="003C5F30">
      <w:pPr>
        <w:spacing w:after="0"/>
      </w:pPr>
      <w:r>
        <w:rPr>
          <w:rFonts w:ascii="Arial" w:hAnsi="Arial"/>
        </w:rPr>
        <w:lastRenderedPageBreak/>
        <w:t>Couple of hours probably.</w:t>
      </w:r>
    </w:p>
    <w:p w14:paraId="517E5FE0" w14:textId="77777777" w:rsidR="006817E1" w:rsidRDefault="006817E1">
      <w:pPr>
        <w:spacing w:after="0"/>
      </w:pPr>
    </w:p>
    <w:p w14:paraId="7830E392" w14:textId="77777777" w:rsidR="006817E1" w:rsidRDefault="003C5F30">
      <w:pPr>
        <w:spacing w:after="0"/>
      </w:pPr>
      <w:r>
        <w:rPr>
          <w:rFonts w:ascii="Arial" w:hAnsi="Arial"/>
          <w:b/>
        </w:rPr>
        <w:t xml:space="preserve">Interviewer E:  </w:t>
      </w:r>
      <w:r>
        <w:rPr>
          <w:rFonts w:ascii="Arial" w:hAnsi="Arial"/>
          <w:color w:val="5D7284"/>
        </w:rPr>
        <w:t>11:03</w:t>
      </w:r>
    </w:p>
    <w:p w14:paraId="06975805" w14:textId="77777777" w:rsidR="006817E1" w:rsidRDefault="003C5F30">
      <w:pPr>
        <w:spacing w:after="0"/>
      </w:pPr>
      <w:r>
        <w:rPr>
          <w:rFonts w:ascii="Arial" w:hAnsi="Arial"/>
        </w:rPr>
        <w:t>Like three hours or so.</w:t>
      </w:r>
    </w:p>
    <w:p w14:paraId="77187495" w14:textId="77777777" w:rsidR="006817E1" w:rsidRDefault="006817E1">
      <w:pPr>
        <w:spacing w:after="0"/>
      </w:pPr>
    </w:p>
    <w:p w14:paraId="003D5DE3" w14:textId="77777777" w:rsidR="006817E1" w:rsidRDefault="003C5F30">
      <w:pPr>
        <w:spacing w:after="0"/>
      </w:pPr>
      <w:r>
        <w:rPr>
          <w:rFonts w:ascii="Arial" w:hAnsi="Arial"/>
          <w:b/>
        </w:rPr>
        <w:t xml:space="preserve">Participant #28:  </w:t>
      </w:r>
      <w:r>
        <w:rPr>
          <w:rFonts w:ascii="Arial" w:hAnsi="Arial"/>
          <w:color w:val="5D7284"/>
        </w:rPr>
        <w:t>11:04</w:t>
      </w:r>
    </w:p>
    <w:p w14:paraId="4D47745A" w14:textId="77777777" w:rsidR="006817E1" w:rsidRDefault="003C5F30">
      <w:pPr>
        <w:spacing w:after="0"/>
      </w:pPr>
      <w:r>
        <w:rPr>
          <w:rFonts w:ascii="Arial" w:hAnsi="Arial"/>
        </w:rPr>
        <w:t>Something like that.</w:t>
      </w:r>
    </w:p>
    <w:p w14:paraId="494784F3" w14:textId="77777777" w:rsidR="006817E1" w:rsidRDefault="006817E1">
      <w:pPr>
        <w:spacing w:after="0"/>
      </w:pPr>
    </w:p>
    <w:p w14:paraId="57C447DA" w14:textId="77777777" w:rsidR="006817E1" w:rsidRDefault="003C5F30">
      <w:pPr>
        <w:spacing w:after="0"/>
      </w:pPr>
      <w:r>
        <w:rPr>
          <w:rFonts w:ascii="Arial" w:hAnsi="Arial"/>
          <w:b/>
        </w:rPr>
        <w:t xml:space="preserve">Interviewer E:  </w:t>
      </w:r>
      <w:r>
        <w:rPr>
          <w:rFonts w:ascii="Arial" w:hAnsi="Arial"/>
          <w:color w:val="5D7284"/>
        </w:rPr>
        <w:t>11:05</w:t>
      </w:r>
    </w:p>
    <w:p w14:paraId="20054D6A" w14:textId="77777777" w:rsidR="006817E1" w:rsidRDefault="003C5F30">
      <w:pPr>
        <w:spacing w:after="0"/>
      </w:pPr>
      <w:r>
        <w:rPr>
          <w:rFonts w:ascii="Arial" w:hAnsi="Arial"/>
        </w:rPr>
        <w:t>Okay, perfectly fair. Right now we're going to do the freshwater versus the salinity, water with high salinity. I am going to pour it in. Alright and 1, 2, 3. All right. So was this it's a little different from what you initially thought. Is this kind of surprising in any way?</w:t>
      </w:r>
    </w:p>
    <w:p w14:paraId="06779F79" w14:textId="77777777" w:rsidR="006817E1" w:rsidRDefault="006817E1">
      <w:pPr>
        <w:spacing w:after="0"/>
      </w:pPr>
    </w:p>
    <w:p w14:paraId="362D8EC5" w14:textId="77777777" w:rsidR="006817E1" w:rsidRDefault="003C5F30">
      <w:pPr>
        <w:spacing w:after="0"/>
      </w:pPr>
      <w:r>
        <w:rPr>
          <w:rFonts w:ascii="Arial" w:hAnsi="Arial"/>
          <w:color w:val="5D7284"/>
        </w:rPr>
        <w:t>12:54</w:t>
      </w:r>
    </w:p>
    <w:p w14:paraId="0CCADCAF" w14:textId="77777777" w:rsidR="006817E1" w:rsidRDefault="003C5F30">
      <w:pPr>
        <w:spacing w:after="0"/>
      </w:pPr>
      <w:r>
        <w:rPr>
          <w:rFonts w:ascii="Arial" w:hAnsi="Arial"/>
        </w:rPr>
        <w:t>Was it the salinity, the yellow dye? No, the green the green little bit but then after like, watching it, and then just thinking about like, how I suggested like the Chesapeake and Atlantic how's the Atlantic pushing over the Chesapeake like at that ridge? So that's me, like, we see that divided. But think about it. It'll be like, eventually pushing. That's salt water under. I'm after that fresh on top, so.</w:t>
      </w:r>
    </w:p>
    <w:p w14:paraId="5D80D321" w14:textId="77777777" w:rsidR="006817E1" w:rsidRDefault="006817E1">
      <w:pPr>
        <w:spacing w:after="0"/>
      </w:pPr>
    </w:p>
    <w:p w14:paraId="3230839D" w14:textId="77777777" w:rsidR="006817E1" w:rsidRDefault="003C5F30">
      <w:pPr>
        <w:spacing w:after="0"/>
      </w:pPr>
      <w:r>
        <w:rPr>
          <w:rFonts w:ascii="Arial" w:hAnsi="Arial"/>
          <w:b/>
        </w:rPr>
        <w:t xml:space="preserve">Interviewer E:  </w:t>
      </w:r>
      <w:r>
        <w:rPr>
          <w:rFonts w:ascii="Arial" w:hAnsi="Arial"/>
          <w:color w:val="5D7284"/>
        </w:rPr>
        <w:t>13:26</w:t>
      </w:r>
    </w:p>
    <w:p w14:paraId="0A35E3B9" w14:textId="77777777" w:rsidR="006817E1" w:rsidRDefault="003C5F30">
      <w:pPr>
        <w:spacing w:after="0"/>
      </w:pPr>
      <w:r>
        <w:rPr>
          <w:rFonts w:ascii="Arial" w:hAnsi="Arial"/>
        </w:rPr>
        <w:t>Have you spent a lot of time at the Chesapeake?</w:t>
      </w:r>
    </w:p>
    <w:p w14:paraId="506DE0D6" w14:textId="77777777" w:rsidR="006817E1" w:rsidRDefault="006817E1">
      <w:pPr>
        <w:spacing w:after="0"/>
      </w:pPr>
    </w:p>
    <w:p w14:paraId="2257472A" w14:textId="77777777" w:rsidR="006817E1" w:rsidRDefault="003C5F30">
      <w:pPr>
        <w:spacing w:after="0"/>
      </w:pPr>
      <w:r>
        <w:rPr>
          <w:rFonts w:ascii="Arial" w:hAnsi="Arial"/>
          <w:b/>
        </w:rPr>
        <w:t xml:space="preserve">Participant #28:  </w:t>
      </w:r>
      <w:r>
        <w:rPr>
          <w:rFonts w:ascii="Arial" w:hAnsi="Arial"/>
          <w:color w:val="5D7284"/>
        </w:rPr>
        <w:t>13:28</w:t>
      </w:r>
    </w:p>
    <w:p w14:paraId="0951CC6F" w14:textId="77777777" w:rsidR="006817E1" w:rsidRDefault="003C5F30">
      <w:pPr>
        <w:spacing w:after="0"/>
      </w:pPr>
      <w:r>
        <w:rPr>
          <w:rFonts w:ascii="Arial" w:hAnsi="Arial"/>
        </w:rPr>
        <w:t>No, it's just, I mean, it's just Maryland, you know.</w:t>
      </w:r>
    </w:p>
    <w:p w14:paraId="221C7E51" w14:textId="77777777" w:rsidR="006817E1" w:rsidRDefault="006817E1">
      <w:pPr>
        <w:spacing w:after="0"/>
      </w:pPr>
    </w:p>
    <w:p w14:paraId="3A26A18C" w14:textId="77777777" w:rsidR="006817E1" w:rsidRDefault="003C5F30">
      <w:pPr>
        <w:spacing w:after="0"/>
      </w:pPr>
      <w:r>
        <w:rPr>
          <w:rFonts w:ascii="Arial" w:hAnsi="Arial"/>
          <w:b/>
        </w:rPr>
        <w:t xml:space="preserve">Interviewer E:  </w:t>
      </w:r>
      <w:r>
        <w:rPr>
          <w:rFonts w:ascii="Arial" w:hAnsi="Arial"/>
          <w:color w:val="5D7284"/>
        </w:rPr>
        <w:t>13:31</w:t>
      </w:r>
    </w:p>
    <w:p w14:paraId="77105392" w14:textId="77777777" w:rsidR="006817E1" w:rsidRDefault="003C5F30">
      <w:pPr>
        <w:spacing w:after="0"/>
      </w:pPr>
      <w:r>
        <w:rPr>
          <w:rFonts w:ascii="Arial" w:hAnsi="Arial"/>
        </w:rPr>
        <w:t xml:space="preserve">Just general, okay, that's, that's fair. Now looking at these. You gave me about a </w:t>
      </w:r>
      <w:r>
        <w:rPr>
          <w:rFonts w:ascii="Arial" w:hAnsi="Arial"/>
        </w:rPr>
        <w:t>couple hours, maybe two to three hours for the temperature ones. Now what would you say? How long would this take to mix if it would mix at all?</w:t>
      </w:r>
    </w:p>
    <w:p w14:paraId="4862EE77" w14:textId="77777777" w:rsidR="006817E1" w:rsidRDefault="006817E1">
      <w:pPr>
        <w:spacing w:after="0"/>
      </w:pPr>
    </w:p>
    <w:p w14:paraId="166330C3" w14:textId="77777777" w:rsidR="006817E1" w:rsidRDefault="003C5F30">
      <w:pPr>
        <w:spacing w:after="0"/>
      </w:pPr>
      <w:r>
        <w:rPr>
          <w:rFonts w:ascii="Arial" w:hAnsi="Arial"/>
          <w:b/>
        </w:rPr>
        <w:t xml:space="preserve">Participant #28:  </w:t>
      </w:r>
      <w:r>
        <w:rPr>
          <w:rFonts w:ascii="Arial" w:hAnsi="Arial"/>
          <w:color w:val="5D7284"/>
        </w:rPr>
        <w:t>13:52</w:t>
      </w:r>
    </w:p>
    <w:p w14:paraId="76526108" w14:textId="77777777" w:rsidR="006817E1" w:rsidRDefault="003C5F30">
      <w:pPr>
        <w:spacing w:after="0"/>
      </w:pPr>
      <w:r>
        <w:rPr>
          <w:rFonts w:ascii="Arial" w:hAnsi="Arial"/>
        </w:rPr>
        <w:t>This would probably be a lot slower mixing. If it does lengthwise. Probably a couple of days, I would say a couple of days.</w:t>
      </w:r>
    </w:p>
    <w:p w14:paraId="516178F3" w14:textId="77777777" w:rsidR="006817E1" w:rsidRDefault="006817E1">
      <w:pPr>
        <w:spacing w:after="0"/>
      </w:pPr>
    </w:p>
    <w:p w14:paraId="2369E4A9" w14:textId="77777777" w:rsidR="006817E1" w:rsidRDefault="003C5F30">
      <w:pPr>
        <w:spacing w:after="0"/>
      </w:pPr>
      <w:r>
        <w:rPr>
          <w:rFonts w:ascii="Arial" w:hAnsi="Arial"/>
          <w:b/>
        </w:rPr>
        <w:t xml:space="preserve">Interviewer E:  </w:t>
      </w:r>
      <w:r>
        <w:rPr>
          <w:rFonts w:ascii="Arial" w:hAnsi="Arial"/>
          <w:color w:val="5D7284"/>
        </w:rPr>
        <w:t>14:12</w:t>
      </w:r>
    </w:p>
    <w:p w14:paraId="3075EDD4" w14:textId="77777777" w:rsidR="006817E1" w:rsidRDefault="003C5F30">
      <w:pPr>
        <w:spacing w:after="0"/>
      </w:pPr>
      <w:r>
        <w:rPr>
          <w:rFonts w:ascii="Arial" w:hAnsi="Arial"/>
        </w:rPr>
        <w:t>Couple of days two or three days, couple?</w:t>
      </w:r>
    </w:p>
    <w:p w14:paraId="3731ADF7" w14:textId="77777777" w:rsidR="006817E1" w:rsidRDefault="006817E1">
      <w:pPr>
        <w:spacing w:after="0"/>
      </w:pPr>
    </w:p>
    <w:p w14:paraId="07EBAF4E" w14:textId="77777777" w:rsidR="006817E1" w:rsidRDefault="003C5F30">
      <w:pPr>
        <w:spacing w:after="0"/>
      </w:pPr>
      <w:r>
        <w:rPr>
          <w:rFonts w:ascii="Arial" w:hAnsi="Arial"/>
          <w:b/>
        </w:rPr>
        <w:t xml:space="preserve">Participant #28:  </w:t>
      </w:r>
      <w:r>
        <w:rPr>
          <w:rFonts w:ascii="Arial" w:hAnsi="Arial"/>
          <w:color w:val="5D7284"/>
        </w:rPr>
        <w:t>14:14</w:t>
      </w:r>
    </w:p>
    <w:p w14:paraId="77B0FD41" w14:textId="77777777" w:rsidR="006817E1" w:rsidRDefault="003C5F30">
      <w:pPr>
        <w:spacing w:after="0"/>
      </w:pPr>
      <w:r>
        <w:rPr>
          <w:rFonts w:ascii="Arial" w:hAnsi="Arial"/>
        </w:rPr>
        <w:t>Couple days or weeks something like that.</w:t>
      </w:r>
    </w:p>
    <w:p w14:paraId="5BF0901C" w14:textId="77777777" w:rsidR="006817E1" w:rsidRDefault="006817E1">
      <w:pPr>
        <w:spacing w:after="0"/>
      </w:pPr>
    </w:p>
    <w:p w14:paraId="36D578C9" w14:textId="77777777" w:rsidR="006817E1" w:rsidRDefault="003C5F30">
      <w:pPr>
        <w:spacing w:after="0"/>
      </w:pPr>
      <w:r>
        <w:rPr>
          <w:rFonts w:ascii="Arial" w:hAnsi="Arial"/>
          <w:b/>
        </w:rPr>
        <w:t xml:space="preserve">Interviewer E:  </w:t>
      </w:r>
      <w:r>
        <w:rPr>
          <w:rFonts w:ascii="Arial" w:hAnsi="Arial"/>
          <w:color w:val="5D7284"/>
        </w:rPr>
        <w:t>14:16</w:t>
      </w:r>
    </w:p>
    <w:p w14:paraId="36877F1A" w14:textId="77777777" w:rsidR="006817E1" w:rsidRDefault="003C5F30">
      <w:pPr>
        <w:spacing w:after="0"/>
      </w:pPr>
      <w:r>
        <w:rPr>
          <w:rFonts w:ascii="Arial" w:hAnsi="Arial"/>
        </w:rPr>
        <w:t xml:space="preserve">Alright a couple of days to a week. That's perfectly fair. </w:t>
      </w:r>
      <w:r>
        <w:rPr>
          <w:rFonts w:ascii="Arial" w:hAnsi="Arial"/>
        </w:rPr>
        <w:t xml:space="preserve">Why so? I know you said that. From the Chesapeake and the Atlantic Ocean that kind of combination between the two giving like the main </w:t>
      </w:r>
      <w:r>
        <w:rPr>
          <w:rFonts w:ascii="Arial" w:hAnsi="Arial"/>
        </w:rPr>
        <w:lastRenderedPageBreak/>
        <w:t>reason for why you believe that this is the case. Um Is there any reason that you could give me that's like a property of why the saltwater would have sank compared to the freshwater?</w:t>
      </w:r>
    </w:p>
    <w:p w14:paraId="0723D83F" w14:textId="77777777" w:rsidR="006817E1" w:rsidRDefault="006817E1">
      <w:pPr>
        <w:spacing w:after="0"/>
      </w:pPr>
    </w:p>
    <w:p w14:paraId="052BAD86" w14:textId="77777777" w:rsidR="006817E1" w:rsidRDefault="003C5F30">
      <w:pPr>
        <w:spacing w:after="0"/>
      </w:pPr>
      <w:r>
        <w:rPr>
          <w:rFonts w:ascii="Arial" w:hAnsi="Arial"/>
          <w:b/>
        </w:rPr>
        <w:t xml:space="preserve">Participant #28:  </w:t>
      </w:r>
      <w:r>
        <w:rPr>
          <w:rFonts w:ascii="Arial" w:hAnsi="Arial"/>
          <w:color w:val="5D7284"/>
        </w:rPr>
        <w:t>14:48</w:t>
      </w:r>
    </w:p>
    <w:p w14:paraId="77ACAFD7" w14:textId="77777777" w:rsidR="006817E1" w:rsidRDefault="003C5F30">
      <w:pPr>
        <w:spacing w:after="0"/>
      </w:pPr>
      <w:r>
        <w:rPr>
          <w:rFonts w:ascii="Arial" w:hAnsi="Arial"/>
        </w:rPr>
        <w:t>My assumption is probably the density of it, the density of the NaCl and that is going to be heavier than just water itself freshwater without any any like additive, chemical stuff like that, so it'll be slightly heavier.</w:t>
      </w:r>
    </w:p>
    <w:p w14:paraId="36E2B3DB" w14:textId="77777777" w:rsidR="006817E1" w:rsidRDefault="006817E1">
      <w:pPr>
        <w:spacing w:after="0"/>
      </w:pPr>
    </w:p>
    <w:p w14:paraId="321AB000" w14:textId="77777777" w:rsidR="006817E1" w:rsidRDefault="003C5F30">
      <w:pPr>
        <w:spacing w:after="0"/>
      </w:pPr>
      <w:r>
        <w:rPr>
          <w:rFonts w:ascii="Arial" w:hAnsi="Arial"/>
          <w:b/>
        </w:rPr>
        <w:t xml:space="preserve">Interviewer E:  </w:t>
      </w:r>
      <w:r>
        <w:rPr>
          <w:rFonts w:ascii="Arial" w:hAnsi="Arial"/>
          <w:color w:val="5D7284"/>
        </w:rPr>
        <w:t>15:05</w:t>
      </w:r>
    </w:p>
    <w:p w14:paraId="44DEC8DD" w14:textId="77777777" w:rsidR="006817E1" w:rsidRDefault="003C5F30">
      <w:pPr>
        <w:spacing w:after="0"/>
      </w:pPr>
      <w:r>
        <w:rPr>
          <w:rFonts w:ascii="Arial" w:hAnsi="Arial"/>
        </w:rPr>
        <w:t>Alright. I like that. It's a good response I mean you're pretty close. Okay, so now I don't have a demonstration for this because it's it's hard to implement this experiment but so but this is a like a thought experiment. So let's say that I had two Jell-O, I had a warm Jell-O and a cold Jell-O. But the warm Jell-O is just a couple of degrees warmer than the cold Jell-O. Cold Jell-O is just a little cooler than the warm. So let's I took those two Jell-O's and then did the same exact thing. I took it and I p</w:t>
      </w:r>
      <w:r>
        <w:rPr>
          <w:rFonts w:ascii="Arial" w:hAnsi="Arial"/>
        </w:rPr>
        <w:t>ut it in one of these tanks, and I lifted up that dividing wall. How do you think the interaction would be between the warm and cold Jell-O.</w:t>
      </w:r>
    </w:p>
    <w:p w14:paraId="31CCB076" w14:textId="77777777" w:rsidR="006817E1" w:rsidRDefault="006817E1">
      <w:pPr>
        <w:spacing w:after="0"/>
      </w:pPr>
    </w:p>
    <w:p w14:paraId="149A611B" w14:textId="77777777" w:rsidR="006817E1" w:rsidRDefault="003C5F30">
      <w:pPr>
        <w:spacing w:after="0"/>
      </w:pPr>
      <w:r>
        <w:rPr>
          <w:rFonts w:ascii="Arial" w:hAnsi="Arial"/>
          <w:b/>
        </w:rPr>
        <w:t xml:space="preserve">Participant #28:  </w:t>
      </w:r>
      <w:r>
        <w:rPr>
          <w:rFonts w:ascii="Arial" w:hAnsi="Arial"/>
          <w:color w:val="5D7284"/>
        </w:rPr>
        <w:t>16:01</w:t>
      </w:r>
    </w:p>
    <w:p w14:paraId="018C122B" w14:textId="77777777" w:rsidR="006817E1" w:rsidRDefault="003C5F30">
      <w:pPr>
        <w:spacing w:after="0"/>
      </w:pPr>
      <w:r>
        <w:rPr>
          <w:rFonts w:ascii="Arial" w:hAnsi="Arial"/>
        </w:rPr>
        <w:t>Sort of Jell-O being more of a solid?</w:t>
      </w:r>
    </w:p>
    <w:p w14:paraId="75A1A86D" w14:textId="77777777" w:rsidR="006817E1" w:rsidRDefault="006817E1">
      <w:pPr>
        <w:spacing w:after="0"/>
      </w:pPr>
    </w:p>
    <w:p w14:paraId="55C74F44" w14:textId="77777777" w:rsidR="006817E1" w:rsidRDefault="003C5F30">
      <w:pPr>
        <w:spacing w:after="0"/>
      </w:pPr>
      <w:r>
        <w:rPr>
          <w:rFonts w:ascii="Arial" w:hAnsi="Arial"/>
          <w:b/>
        </w:rPr>
        <w:t xml:space="preserve">Interviewer E:  </w:t>
      </w:r>
      <w:r>
        <w:rPr>
          <w:rFonts w:ascii="Arial" w:hAnsi="Arial"/>
          <w:color w:val="5D7284"/>
        </w:rPr>
        <w:t>16:05</w:t>
      </w:r>
    </w:p>
    <w:p w14:paraId="5A38B7D9" w14:textId="77777777" w:rsidR="006817E1" w:rsidRDefault="003C5F30">
      <w:pPr>
        <w:spacing w:after="0"/>
      </w:pPr>
      <w:r>
        <w:rPr>
          <w:rFonts w:ascii="Arial" w:hAnsi="Arial"/>
        </w:rPr>
        <w:t>Like a gelatinous, yeah.</w:t>
      </w:r>
    </w:p>
    <w:p w14:paraId="4CF1D8FF" w14:textId="77777777" w:rsidR="006817E1" w:rsidRDefault="006817E1">
      <w:pPr>
        <w:spacing w:after="0"/>
      </w:pPr>
    </w:p>
    <w:p w14:paraId="751E8E51" w14:textId="77777777" w:rsidR="006817E1" w:rsidRDefault="003C5F30">
      <w:pPr>
        <w:spacing w:after="0"/>
      </w:pPr>
      <w:r>
        <w:rPr>
          <w:rFonts w:ascii="Arial" w:hAnsi="Arial"/>
          <w:b/>
        </w:rPr>
        <w:t xml:space="preserve">Participant #28:  </w:t>
      </w:r>
      <w:r>
        <w:rPr>
          <w:rFonts w:ascii="Arial" w:hAnsi="Arial"/>
          <w:color w:val="5D7284"/>
        </w:rPr>
        <w:t>16:08</w:t>
      </w:r>
    </w:p>
    <w:p w14:paraId="3046B7E8" w14:textId="77777777" w:rsidR="006817E1" w:rsidRDefault="003C5F30">
      <w:pPr>
        <w:spacing w:after="0"/>
      </w:pPr>
      <w:r>
        <w:rPr>
          <w:rFonts w:ascii="Arial" w:hAnsi="Arial"/>
        </w:rPr>
        <w:t xml:space="preserve">It won't mix as easy. There will also be some like seepage like right up the divided line, but it won't do as much and it'll generally stay in those. Like, and in it's like pocket corners. Yeah. </w:t>
      </w:r>
    </w:p>
    <w:p w14:paraId="240A0A23" w14:textId="77777777" w:rsidR="006817E1" w:rsidRDefault="006817E1">
      <w:pPr>
        <w:spacing w:after="0"/>
      </w:pPr>
    </w:p>
    <w:p w14:paraId="3033A5CD" w14:textId="77777777" w:rsidR="006817E1" w:rsidRDefault="003C5F30">
      <w:pPr>
        <w:spacing w:after="0"/>
      </w:pPr>
      <w:r>
        <w:rPr>
          <w:rFonts w:ascii="Arial" w:hAnsi="Arial"/>
          <w:b/>
        </w:rPr>
        <w:t xml:space="preserve">Interviewer E:  </w:t>
      </w:r>
      <w:r>
        <w:rPr>
          <w:rFonts w:ascii="Arial" w:hAnsi="Arial"/>
          <w:color w:val="5D7284"/>
        </w:rPr>
        <w:t>16:22</w:t>
      </w:r>
    </w:p>
    <w:p w14:paraId="486C6F15" w14:textId="77777777" w:rsidR="006817E1" w:rsidRDefault="003C5F30">
      <w:pPr>
        <w:spacing w:after="0"/>
      </w:pPr>
      <w:r>
        <w:rPr>
          <w:rFonts w:ascii="Arial" w:hAnsi="Arial"/>
        </w:rPr>
        <w:t xml:space="preserve">Okay. </w:t>
      </w:r>
    </w:p>
    <w:p w14:paraId="02EE48A8" w14:textId="77777777" w:rsidR="006817E1" w:rsidRDefault="006817E1">
      <w:pPr>
        <w:spacing w:after="0"/>
      </w:pPr>
    </w:p>
    <w:p w14:paraId="0A660836" w14:textId="77777777" w:rsidR="006817E1" w:rsidRDefault="003C5F30">
      <w:pPr>
        <w:spacing w:after="0"/>
      </w:pPr>
      <w:r>
        <w:rPr>
          <w:rFonts w:ascii="Arial" w:hAnsi="Arial"/>
          <w:b/>
        </w:rPr>
        <w:t xml:space="preserve">Participant #28:  </w:t>
      </w:r>
      <w:r>
        <w:rPr>
          <w:rFonts w:ascii="Arial" w:hAnsi="Arial"/>
          <w:color w:val="5D7284"/>
        </w:rPr>
        <w:t>16:23</w:t>
      </w:r>
    </w:p>
    <w:p w14:paraId="0755B56C" w14:textId="77777777" w:rsidR="006817E1" w:rsidRDefault="003C5F30">
      <w:pPr>
        <w:spacing w:after="0"/>
      </w:pPr>
      <w:r>
        <w:rPr>
          <w:rFonts w:ascii="Arial" w:hAnsi="Arial"/>
        </w:rPr>
        <w:t>And then maybe see that like that slight, like diagonal line across the middle with like, hotter one going on top.</w:t>
      </w:r>
    </w:p>
    <w:p w14:paraId="7E1DA45F" w14:textId="77777777" w:rsidR="006817E1" w:rsidRDefault="006817E1">
      <w:pPr>
        <w:spacing w:after="0"/>
      </w:pPr>
    </w:p>
    <w:p w14:paraId="5237D1A4" w14:textId="77777777" w:rsidR="006817E1" w:rsidRDefault="003C5F30">
      <w:pPr>
        <w:spacing w:after="0"/>
      </w:pPr>
      <w:r>
        <w:rPr>
          <w:rFonts w:ascii="Arial" w:hAnsi="Arial"/>
          <w:b/>
        </w:rPr>
        <w:t xml:space="preserve">Interviewer E:  </w:t>
      </w:r>
      <w:r>
        <w:rPr>
          <w:rFonts w:ascii="Arial" w:hAnsi="Arial"/>
          <w:color w:val="5D7284"/>
        </w:rPr>
        <w:t>16:30</w:t>
      </w:r>
    </w:p>
    <w:p w14:paraId="42726090" w14:textId="77777777" w:rsidR="006817E1" w:rsidRDefault="003C5F30">
      <w:pPr>
        <w:spacing w:after="0"/>
      </w:pPr>
      <w:r>
        <w:rPr>
          <w:rFonts w:ascii="Arial" w:hAnsi="Arial"/>
        </w:rPr>
        <w:t>Okay, so the higher one with like, overwhelm the overpower the cold water or the cold Jell-O.</w:t>
      </w:r>
    </w:p>
    <w:p w14:paraId="38EF41F0" w14:textId="77777777" w:rsidR="006817E1" w:rsidRDefault="006817E1">
      <w:pPr>
        <w:spacing w:after="0"/>
      </w:pPr>
    </w:p>
    <w:p w14:paraId="4DC174EB" w14:textId="77777777" w:rsidR="006817E1" w:rsidRDefault="003C5F30">
      <w:pPr>
        <w:spacing w:after="0"/>
      </w:pPr>
      <w:r>
        <w:rPr>
          <w:rFonts w:ascii="Arial" w:hAnsi="Arial"/>
          <w:b/>
        </w:rPr>
        <w:t xml:space="preserve">Participant #28:  </w:t>
      </w:r>
      <w:r>
        <w:rPr>
          <w:rFonts w:ascii="Arial" w:hAnsi="Arial"/>
          <w:color w:val="5D7284"/>
        </w:rPr>
        <w:t>16:36</w:t>
      </w:r>
    </w:p>
    <w:p w14:paraId="11AF4852" w14:textId="77777777" w:rsidR="006817E1" w:rsidRDefault="003C5F30">
      <w:pPr>
        <w:spacing w:after="0"/>
      </w:pPr>
      <w:r>
        <w:rPr>
          <w:rFonts w:ascii="Arial" w:hAnsi="Arial"/>
        </w:rPr>
        <w:t>Yeah, but not a lot. And it is like, still a solid instead of liquid doesn't mix as easy.</w:t>
      </w:r>
    </w:p>
    <w:p w14:paraId="0C762950" w14:textId="77777777" w:rsidR="006817E1" w:rsidRDefault="006817E1">
      <w:pPr>
        <w:spacing w:after="0"/>
      </w:pPr>
    </w:p>
    <w:p w14:paraId="2C1BAC65" w14:textId="77777777" w:rsidR="006817E1" w:rsidRDefault="003C5F30">
      <w:pPr>
        <w:spacing w:after="0"/>
      </w:pPr>
      <w:r>
        <w:rPr>
          <w:rFonts w:ascii="Arial" w:hAnsi="Arial"/>
          <w:b/>
        </w:rPr>
        <w:t xml:space="preserve">Interviewer E:  </w:t>
      </w:r>
      <w:r>
        <w:rPr>
          <w:rFonts w:ascii="Arial" w:hAnsi="Arial"/>
          <w:color w:val="5D7284"/>
        </w:rPr>
        <w:t>16:41</w:t>
      </w:r>
    </w:p>
    <w:p w14:paraId="3CB1595C" w14:textId="77777777" w:rsidR="006817E1" w:rsidRDefault="003C5F30">
      <w:pPr>
        <w:spacing w:after="0"/>
      </w:pPr>
      <w:r>
        <w:rPr>
          <w:rFonts w:ascii="Arial" w:hAnsi="Arial"/>
        </w:rPr>
        <w:t xml:space="preserve">And you said, Do you think it would stay like </w:t>
      </w:r>
      <w:r>
        <w:rPr>
          <w:rFonts w:ascii="Arial" w:hAnsi="Arial"/>
        </w:rPr>
        <w:t>that for a certain amount of time? Or do you think it would ever eventually combine all the way? And if so, I mean, how long do you think that would take?</w:t>
      </w:r>
    </w:p>
    <w:p w14:paraId="7ABE00E0" w14:textId="77777777" w:rsidR="006817E1" w:rsidRDefault="006817E1">
      <w:pPr>
        <w:spacing w:after="0"/>
      </w:pPr>
    </w:p>
    <w:p w14:paraId="66348523" w14:textId="77777777" w:rsidR="006817E1" w:rsidRDefault="003C5F30">
      <w:pPr>
        <w:spacing w:after="0"/>
      </w:pPr>
      <w:r>
        <w:rPr>
          <w:rFonts w:ascii="Arial" w:hAnsi="Arial"/>
          <w:b/>
        </w:rPr>
        <w:lastRenderedPageBreak/>
        <w:t xml:space="preserve">Participant #28:  </w:t>
      </w:r>
      <w:r>
        <w:rPr>
          <w:rFonts w:ascii="Arial" w:hAnsi="Arial"/>
          <w:color w:val="5D7284"/>
        </w:rPr>
        <w:t>16:51</w:t>
      </w:r>
    </w:p>
    <w:p w14:paraId="07E481FC" w14:textId="77777777" w:rsidR="006817E1" w:rsidRDefault="003C5F30">
      <w:pPr>
        <w:spacing w:after="0"/>
      </w:pPr>
      <w:r>
        <w:rPr>
          <w:rFonts w:ascii="Arial" w:hAnsi="Arial"/>
        </w:rPr>
        <w:t>It probably stay like that. Because as it was, it'll be around the get around the same temperature and then they, there isn't any movement in it, right. So there isn't gonna be much motion to actually mix it. And again, to do some kind of solids, not gonna mix to well.</w:t>
      </w:r>
    </w:p>
    <w:p w14:paraId="645B5418" w14:textId="77777777" w:rsidR="006817E1" w:rsidRDefault="006817E1">
      <w:pPr>
        <w:spacing w:after="0"/>
      </w:pPr>
    </w:p>
    <w:p w14:paraId="1EB61BB9" w14:textId="77777777" w:rsidR="006817E1" w:rsidRDefault="003C5F30">
      <w:pPr>
        <w:spacing w:after="0"/>
      </w:pPr>
      <w:r>
        <w:rPr>
          <w:rFonts w:ascii="Arial" w:hAnsi="Arial"/>
          <w:b/>
        </w:rPr>
        <w:t xml:space="preserve">Interviewer E:  </w:t>
      </w:r>
      <w:r>
        <w:rPr>
          <w:rFonts w:ascii="Arial" w:hAnsi="Arial"/>
          <w:color w:val="5D7284"/>
        </w:rPr>
        <w:t>17:09</w:t>
      </w:r>
    </w:p>
    <w:p w14:paraId="4B525D7A" w14:textId="77777777" w:rsidR="006817E1" w:rsidRDefault="003C5F30">
      <w:pPr>
        <w:spacing w:after="0"/>
      </w:pPr>
      <w:r>
        <w:rPr>
          <w:rFonts w:ascii="Arial" w:hAnsi="Arial"/>
        </w:rPr>
        <w:t xml:space="preserve">Thats fair okay. All right, now I </w:t>
      </w:r>
      <w:r>
        <w:rPr>
          <w:rFonts w:ascii="Arial" w:hAnsi="Arial"/>
        </w:rPr>
        <w:t>have to bring your attention over to this still tank of water. So it's completely still just been sitting here. It's about room temperature. And then right here my hand I have a it's like a little little teeny crystals, but it's called potassium permagnate. And it's special, because what it does is, is when you put it in water, it sinks to the bottom. But as it sinks, it leaves a dyed trail behind it. So you can see exactly how it fell. Right. So what I'm going to do is I'm going to take a little bit of thi</w:t>
      </w:r>
      <w:r>
        <w:rPr>
          <w:rFonts w:ascii="Arial" w:hAnsi="Arial"/>
        </w:rPr>
        <w:t>s, and I'm going to put it in there. So you can at least just get a general idea of how this looks and how it works. A little bit goes a long way with this stuff.</w:t>
      </w:r>
    </w:p>
    <w:p w14:paraId="31D8DFEC" w14:textId="77777777" w:rsidR="006817E1" w:rsidRDefault="006817E1">
      <w:pPr>
        <w:spacing w:after="0"/>
      </w:pPr>
    </w:p>
    <w:p w14:paraId="681328F7" w14:textId="77777777" w:rsidR="006817E1" w:rsidRDefault="003C5F30">
      <w:pPr>
        <w:spacing w:after="0"/>
      </w:pPr>
      <w:r>
        <w:rPr>
          <w:rFonts w:ascii="Arial" w:hAnsi="Arial"/>
          <w:b/>
        </w:rPr>
        <w:t xml:space="preserve">Participant #28:  </w:t>
      </w:r>
      <w:r>
        <w:rPr>
          <w:rFonts w:ascii="Arial" w:hAnsi="Arial"/>
          <w:color w:val="5D7284"/>
        </w:rPr>
        <w:t>17:28</w:t>
      </w:r>
    </w:p>
    <w:p w14:paraId="42176977" w14:textId="77777777" w:rsidR="006817E1" w:rsidRDefault="003C5F30">
      <w:pPr>
        <w:spacing w:after="0"/>
      </w:pPr>
      <w:r>
        <w:rPr>
          <w:rFonts w:ascii="Arial" w:hAnsi="Arial"/>
        </w:rPr>
        <w:t>Potassium Permagnate?</w:t>
      </w:r>
    </w:p>
    <w:p w14:paraId="1735DCFD" w14:textId="77777777" w:rsidR="006817E1" w:rsidRDefault="006817E1">
      <w:pPr>
        <w:spacing w:after="0"/>
      </w:pPr>
    </w:p>
    <w:p w14:paraId="086B98D3" w14:textId="77777777" w:rsidR="006817E1" w:rsidRDefault="003C5F30">
      <w:pPr>
        <w:spacing w:after="0"/>
      </w:pPr>
      <w:r>
        <w:rPr>
          <w:rFonts w:ascii="Arial" w:hAnsi="Arial"/>
          <w:b/>
        </w:rPr>
        <w:t xml:space="preserve">Interviewer E:  </w:t>
      </w:r>
      <w:r>
        <w:rPr>
          <w:rFonts w:ascii="Arial" w:hAnsi="Arial"/>
          <w:color w:val="5D7284"/>
        </w:rPr>
        <w:t>17:44</w:t>
      </w:r>
    </w:p>
    <w:p w14:paraId="22D291FF" w14:textId="77777777" w:rsidR="006817E1" w:rsidRDefault="003C5F30">
      <w:pPr>
        <w:spacing w:after="0"/>
      </w:pPr>
      <w:r>
        <w:rPr>
          <w:rFonts w:ascii="Arial" w:hAnsi="Arial"/>
        </w:rPr>
        <w:t>Permagnate, it took me a while to be able to pronounce the name properly, trust me. I'm just gonna drop a few. And you could just look at how that just falls to the bottom. So what do you think of that? It's pretty cool or surprising in a way or?</w:t>
      </w:r>
    </w:p>
    <w:p w14:paraId="0337B816" w14:textId="77777777" w:rsidR="006817E1" w:rsidRDefault="006817E1">
      <w:pPr>
        <w:spacing w:after="0"/>
      </w:pPr>
    </w:p>
    <w:p w14:paraId="0B9DCC4F" w14:textId="77777777" w:rsidR="006817E1" w:rsidRDefault="003C5F30">
      <w:pPr>
        <w:spacing w:after="0"/>
      </w:pPr>
      <w:r>
        <w:rPr>
          <w:rFonts w:ascii="Arial" w:hAnsi="Arial"/>
          <w:b/>
        </w:rPr>
        <w:t xml:space="preserve">Participant #28:  </w:t>
      </w:r>
      <w:r>
        <w:rPr>
          <w:rFonts w:ascii="Arial" w:hAnsi="Arial"/>
          <w:color w:val="5D7284"/>
        </w:rPr>
        <w:t>18:53</w:t>
      </w:r>
    </w:p>
    <w:p w14:paraId="3FB39B8A" w14:textId="77777777" w:rsidR="006817E1" w:rsidRDefault="003C5F30">
      <w:pPr>
        <w:spacing w:after="0"/>
      </w:pPr>
      <w:r>
        <w:rPr>
          <w:rFonts w:ascii="Arial" w:hAnsi="Arial"/>
        </w:rPr>
        <w:t xml:space="preserve">Not too surprising. I mean, I am like chemistry background. So like. I know magnesium has that usually like pinkish color to it. </w:t>
      </w:r>
    </w:p>
    <w:p w14:paraId="6862C760" w14:textId="77777777" w:rsidR="006817E1" w:rsidRDefault="006817E1">
      <w:pPr>
        <w:spacing w:after="0"/>
      </w:pPr>
    </w:p>
    <w:p w14:paraId="30879F05" w14:textId="77777777" w:rsidR="006817E1" w:rsidRDefault="003C5F30">
      <w:pPr>
        <w:spacing w:after="0"/>
      </w:pPr>
      <w:r>
        <w:rPr>
          <w:rFonts w:ascii="Arial" w:hAnsi="Arial"/>
          <w:b/>
        </w:rPr>
        <w:t xml:space="preserve">Interviewer E:  </w:t>
      </w:r>
      <w:r>
        <w:rPr>
          <w:rFonts w:ascii="Arial" w:hAnsi="Arial"/>
          <w:color w:val="5D7284"/>
        </w:rPr>
        <w:t>19:06</w:t>
      </w:r>
    </w:p>
    <w:p w14:paraId="5DEC40EE" w14:textId="77777777" w:rsidR="006817E1" w:rsidRDefault="003C5F30">
      <w:pPr>
        <w:spacing w:after="0"/>
      </w:pPr>
      <w:r>
        <w:rPr>
          <w:rFonts w:ascii="Arial" w:hAnsi="Arial"/>
        </w:rPr>
        <w:t xml:space="preserve">Yeah. </w:t>
      </w:r>
    </w:p>
    <w:p w14:paraId="4B83DA8E" w14:textId="77777777" w:rsidR="006817E1" w:rsidRDefault="006817E1">
      <w:pPr>
        <w:spacing w:after="0"/>
      </w:pPr>
    </w:p>
    <w:p w14:paraId="1C64493D" w14:textId="77777777" w:rsidR="006817E1" w:rsidRDefault="003C5F30">
      <w:pPr>
        <w:spacing w:after="0"/>
      </w:pPr>
      <w:r>
        <w:rPr>
          <w:rFonts w:ascii="Arial" w:hAnsi="Arial"/>
          <w:b/>
        </w:rPr>
        <w:t xml:space="preserve">Participant #28:  </w:t>
      </w:r>
      <w:r>
        <w:rPr>
          <w:rFonts w:ascii="Arial" w:hAnsi="Arial"/>
          <w:color w:val="5D7284"/>
        </w:rPr>
        <w:t>19:07</w:t>
      </w:r>
    </w:p>
    <w:p w14:paraId="4E5A5FDB" w14:textId="77777777" w:rsidR="006817E1" w:rsidRDefault="003C5F30">
      <w:pPr>
        <w:spacing w:after="0"/>
      </w:pPr>
      <w:r>
        <w:rPr>
          <w:rFonts w:ascii="Arial" w:hAnsi="Arial"/>
        </w:rPr>
        <w:t>Just trying to. Because I know potassium also is very active in water too. So combining the two.</w:t>
      </w:r>
    </w:p>
    <w:p w14:paraId="7C1C4553" w14:textId="77777777" w:rsidR="006817E1" w:rsidRDefault="006817E1">
      <w:pPr>
        <w:spacing w:after="0"/>
      </w:pPr>
    </w:p>
    <w:p w14:paraId="639C6927" w14:textId="77777777" w:rsidR="006817E1" w:rsidRDefault="003C5F30">
      <w:pPr>
        <w:spacing w:after="0"/>
      </w:pPr>
      <w:r>
        <w:rPr>
          <w:rFonts w:ascii="Arial" w:hAnsi="Arial"/>
          <w:b/>
        </w:rPr>
        <w:t xml:space="preserve">Interviewer E:  </w:t>
      </w:r>
      <w:r>
        <w:rPr>
          <w:rFonts w:ascii="Arial" w:hAnsi="Arial"/>
          <w:color w:val="5D7284"/>
        </w:rPr>
        <w:t>19:16</w:t>
      </w:r>
    </w:p>
    <w:p w14:paraId="027ADB82" w14:textId="77777777" w:rsidR="006817E1" w:rsidRDefault="003C5F30">
      <w:pPr>
        <w:spacing w:after="0"/>
      </w:pPr>
      <w:r>
        <w:rPr>
          <w:rFonts w:ascii="Arial" w:hAnsi="Arial"/>
        </w:rPr>
        <w:t>So I, you can probably see where we're going with this, I am going to eventually put that into this rotating tank that's been spinning for about 45 minutes to an hour. But before that, I do want you to see inevitably how these kinds of turnout. I actually did a time lapse video, which has, which shows what happens over certain amount of time, which I'm going to end up having to let you guess kind of what time it took for it to can you see it I have a privacy screen it can be a little annoying. Alright, so t</w:t>
      </w:r>
      <w:r>
        <w:rPr>
          <w:rFonts w:ascii="Arial" w:hAnsi="Arial"/>
        </w:rPr>
        <w:t xml:space="preserve">he first we're going to do as the order requests, we're going to just do the cold hot and cold so this is a 33 second time lapse video. Alright, so is that a was that surprising? </w:t>
      </w:r>
    </w:p>
    <w:p w14:paraId="3E43B1A4" w14:textId="77777777" w:rsidR="006817E1" w:rsidRDefault="006817E1">
      <w:pPr>
        <w:spacing w:after="0"/>
      </w:pPr>
    </w:p>
    <w:p w14:paraId="4602A8E3" w14:textId="77777777" w:rsidR="006817E1" w:rsidRDefault="003C5F30">
      <w:pPr>
        <w:spacing w:after="0"/>
      </w:pPr>
      <w:r>
        <w:rPr>
          <w:rFonts w:ascii="Arial" w:hAnsi="Arial"/>
          <w:b/>
        </w:rPr>
        <w:t xml:space="preserve">Participant #28:  </w:t>
      </w:r>
      <w:r>
        <w:rPr>
          <w:rFonts w:ascii="Arial" w:hAnsi="Arial"/>
          <w:color w:val="5D7284"/>
        </w:rPr>
        <w:t>20:42</w:t>
      </w:r>
    </w:p>
    <w:p w14:paraId="6F15E1CE" w14:textId="77777777" w:rsidR="006817E1" w:rsidRDefault="003C5F30">
      <w:pPr>
        <w:spacing w:after="0"/>
      </w:pPr>
      <w:r>
        <w:rPr>
          <w:rFonts w:ascii="Arial" w:hAnsi="Arial"/>
        </w:rPr>
        <w:t>Not really.</w:t>
      </w:r>
    </w:p>
    <w:p w14:paraId="358497C5" w14:textId="77777777" w:rsidR="006817E1" w:rsidRDefault="006817E1">
      <w:pPr>
        <w:spacing w:after="0"/>
      </w:pPr>
    </w:p>
    <w:p w14:paraId="3ABF24D4" w14:textId="77777777" w:rsidR="006817E1" w:rsidRDefault="003C5F30">
      <w:pPr>
        <w:spacing w:after="0"/>
      </w:pPr>
      <w:r>
        <w:rPr>
          <w:rFonts w:ascii="Arial" w:hAnsi="Arial"/>
          <w:b/>
        </w:rPr>
        <w:lastRenderedPageBreak/>
        <w:t xml:space="preserve">Interviewer E:  </w:t>
      </w:r>
      <w:r>
        <w:rPr>
          <w:rFonts w:ascii="Arial" w:hAnsi="Arial"/>
          <w:color w:val="5D7284"/>
        </w:rPr>
        <w:t>20:43</w:t>
      </w:r>
    </w:p>
    <w:p w14:paraId="51F49EB3" w14:textId="77777777" w:rsidR="006817E1" w:rsidRDefault="003C5F30">
      <w:pPr>
        <w:spacing w:after="0"/>
      </w:pPr>
      <w:r>
        <w:rPr>
          <w:rFonts w:ascii="Arial" w:hAnsi="Arial"/>
        </w:rPr>
        <w:t>Kind of what you kind of guessed to kind of do. Um, if you could guess how long this video was in real time. So it's 33 seconds in time lapse. But how long do you think in real time this took?</w:t>
      </w:r>
    </w:p>
    <w:p w14:paraId="30791005" w14:textId="77777777" w:rsidR="006817E1" w:rsidRDefault="006817E1">
      <w:pPr>
        <w:spacing w:after="0"/>
      </w:pPr>
    </w:p>
    <w:p w14:paraId="2F68653C" w14:textId="77777777" w:rsidR="006817E1" w:rsidRDefault="003C5F30">
      <w:pPr>
        <w:spacing w:after="0"/>
      </w:pPr>
      <w:r>
        <w:rPr>
          <w:rFonts w:ascii="Arial" w:hAnsi="Arial"/>
          <w:b/>
        </w:rPr>
        <w:t xml:space="preserve">Participant #28:  </w:t>
      </w:r>
      <w:r>
        <w:rPr>
          <w:rFonts w:ascii="Arial" w:hAnsi="Arial"/>
          <w:color w:val="5D7284"/>
        </w:rPr>
        <w:t>21:02</w:t>
      </w:r>
    </w:p>
    <w:p w14:paraId="53008B55" w14:textId="77777777" w:rsidR="006817E1" w:rsidRDefault="003C5F30">
      <w:pPr>
        <w:spacing w:after="0"/>
      </w:pPr>
      <w:r>
        <w:rPr>
          <w:rFonts w:ascii="Arial" w:hAnsi="Arial"/>
        </w:rPr>
        <w:t>I'd still probably say a couple of hours.</w:t>
      </w:r>
    </w:p>
    <w:p w14:paraId="56EE223B" w14:textId="77777777" w:rsidR="006817E1" w:rsidRDefault="006817E1">
      <w:pPr>
        <w:spacing w:after="0"/>
      </w:pPr>
    </w:p>
    <w:p w14:paraId="08A40FEC" w14:textId="77777777" w:rsidR="006817E1" w:rsidRDefault="003C5F30">
      <w:pPr>
        <w:spacing w:after="0"/>
      </w:pPr>
      <w:r>
        <w:rPr>
          <w:rFonts w:ascii="Arial" w:hAnsi="Arial"/>
          <w:b/>
        </w:rPr>
        <w:t xml:space="preserve">Interviewer E:  </w:t>
      </w:r>
      <w:r>
        <w:rPr>
          <w:rFonts w:ascii="Arial" w:hAnsi="Arial"/>
          <w:color w:val="5D7284"/>
        </w:rPr>
        <w:t>21:03</w:t>
      </w:r>
    </w:p>
    <w:p w14:paraId="19038616" w14:textId="77777777" w:rsidR="006817E1" w:rsidRDefault="003C5F30">
      <w:pPr>
        <w:spacing w:after="0"/>
      </w:pPr>
      <w:r>
        <w:rPr>
          <w:rFonts w:ascii="Arial" w:hAnsi="Arial"/>
        </w:rPr>
        <w:t>Couple hours? Well, this only took one hour for it to fairly mix. I mean, as you can see, there's still like some red and blue not fully purple not fully mixed yet. So I'd say it probably fully mixing maybe like an hour and a half. But it was for the most part, mixed at an hour. All right, and then next, we're going to do the same temperature waters, which is condensed down to 39 seconds. See me running around back there. At this point, not much. Not much else is going on. But yeah, so I made this 39 second</w:t>
      </w:r>
      <w:r>
        <w:rPr>
          <w:rFonts w:ascii="Arial" w:hAnsi="Arial"/>
        </w:rPr>
        <w:t xml:space="preserve"> video, but you know, Did did anything surprise you about how it moved or?</w:t>
      </w:r>
    </w:p>
    <w:p w14:paraId="373BBA0F" w14:textId="77777777" w:rsidR="006817E1" w:rsidRDefault="006817E1">
      <w:pPr>
        <w:spacing w:after="0"/>
      </w:pPr>
    </w:p>
    <w:p w14:paraId="095D908B" w14:textId="77777777" w:rsidR="006817E1" w:rsidRDefault="003C5F30">
      <w:pPr>
        <w:spacing w:after="0"/>
      </w:pPr>
      <w:r>
        <w:rPr>
          <w:rFonts w:ascii="Arial" w:hAnsi="Arial"/>
          <w:b/>
        </w:rPr>
        <w:t xml:space="preserve">Participant #28:  </w:t>
      </w:r>
      <w:r>
        <w:rPr>
          <w:rFonts w:ascii="Arial" w:hAnsi="Arial"/>
          <w:color w:val="5D7284"/>
        </w:rPr>
        <w:t>22:23</w:t>
      </w:r>
    </w:p>
    <w:p w14:paraId="657ED5B9" w14:textId="77777777" w:rsidR="006817E1" w:rsidRDefault="003C5F30">
      <w:pPr>
        <w:spacing w:after="0"/>
      </w:pPr>
      <w:r>
        <w:rPr>
          <w:rFonts w:ascii="Arial" w:hAnsi="Arial"/>
        </w:rPr>
        <w:t>This one compared to what we saw here? The orange room temperature water didn't really move as much as the blue did into their orange side. So I don't know if that's just because of the lighting and like the glare. But yeah, just not as much movement. Again, there's not much motion in it.</w:t>
      </w:r>
    </w:p>
    <w:p w14:paraId="4DDA0102" w14:textId="77777777" w:rsidR="006817E1" w:rsidRDefault="006817E1">
      <w:pPr>
        <w:spacing w:after="0"/>
      </w:pPr>
    </w:p>
    <w:p w14:paraId="3F658BA8" w14:textId="77777777" w:rsidR="006817E1" w:rsidRDefault="003C5F30">
      <w:pPr>
        <w:spacing w:after="0"/>
      </w:pPr>
      <w:r>
        <w:rPr>
          <w:rFonts w:ascii="Arial" w:hAnsi="Arial"/>
          <w:b/>
        </w:rPr>
        <w:t xml:space="preserve">Interviewer E:  </w:t>
      </w:r>
      <w:r>
        <w:rPr>
          <w:rFonts w:ascii="Arial" w:hAnsi="Arial"/>
          <w:color w:val="5D7284"/>
        </w:rPr>
        <w:t>22:42</w:t>
      </w:r>
    </w:p>
    <w:p w14:paraId="35AB9562" w14:textId="77777777" w:rsidR="006817E1" w:rsidRDefault="003C5F30">
      <w:pPr>
        <w:spacing w:after="0"/>
      </w:pPr>
      <w:r>
        <w:rPr>
          <w:rFonts w:ascii="Arial" w:hAnsi="Arial"/>
        </w:rPr>
        <w:t xml:space="preserve">Right. Okay. And how long would you say this took? </w:t>
      </w:r>
    </w:p>
    <w:p w14:paraId="128E92EB" w14:textId="77777777" w:rsidR="006817E1" w:rsidRDefault="006817E1">
      <w:pPr>
        <w:spacing w:after="0"/>
      </w:pPr>
    </w:p>
    <w:p w14:paraId="02A6EB56" w14:textId="77777777" w:rsidR="006817E1" w:rsidRDefault="003C5F30">
      <w:pPr>
        <w:spacing w:after="0"/>
      </w:pPr>
      <w:r>
        <w:rPr>
          <w:rFonts w:ascii="Arial" w:hAnsi="Arial"/>
          <w:b/>
        </w:rPr>
        <w:t xml:space="preserve">Participant #28:  </w:t>
      </w:r>
      <w:r>
        <w:rPr>
          <w:rFonts w:ascii="Arial" w:hAnsi="Arial"/>
          <w:color w:val="5D7284"/>
        </w:rPr>
        <w:t>22:46</w:t>
      </w:r>
    </w:p>
    <w:p w14:paraId="589EEAED" w14:textId="77777777" w:rsidR="006817E1" w:rsidRDefault="003C5F30">
      <w:pPr>
        <w:spacing w:after="0"/>
      </w:pPr>
      <w:r>
        <w:rPr>
          <w:rFonts w:ascii="Arial" w:hAnsi="Arial"/>
        </w:rPr>
        <w:t>Less than an hour, probably.</w:t>
      </w:r>
    </w:p>
    <w:p w14:paraId="63A77824" w14:textId="77777777" w:rsidR="006817E1" w:rsidRDefault="006817E1">
      <w:pPr>
        <w:spacing w:after="0"/>
      </w:pPr>
    </w:p>
    <w:p w14:paraId="2AB8D917" w14:textId="77777777" w:rsidR="006817E1" w:rsidRDefault="003C5F30">
      <w:pPr>
        <w:spacing w:after="0"/>
      </w:pPr>
      <w:r>
        <w:rPr>
          <w:rFonts w:ascii="Arial" w:hAnsi="Arial"/>
          <w:b/>
        </w:rPr>
        <w:t xml:space="preserve">Interviewer E:  </w:t>
      </w:r>
      <w:r>
        <w:rPr>
          <w:rFonts w:ascii="Arial" w:hAnsi="Arial"/>
          <w:color w:val="5D7284"/>
        </w:rPr>
        <w:t>22:47</w:t>
      </w:r>
    </w:p>
    <w:p w14:paraId="106D234C" w14:textId="77777777" w:rsidR="006817E1" w:rsidRDefault="003C5F30">
      <w:pPr>
        <w:spacing w:after="0"/>
      </w:pPr>
      <w:r>
        <w:rPr>
          <w:rFonts w:ascii="Arial" w:hAnsi="Arial"/>
        </w:rPr>
        <w:t xml:space="preserve">Less then an hour? Yeah, it took took about an hour, I would say maybe a little less for it to get to this point, because it was already kind of mixed that like, maybe like 25 seconds. So yeah, you're about right. But yeah, this took an hour to do. And I would say it was fully mixed that yeah, probably about 45 minutes, 45 minutes or so. Right. And I have one more that we're gonna do, which is the saltwater versus the freshwater. If would like to open that would be just fabulous. It's having a whole moment </w:t>
      </w:r>
      <w:r>
        <w:rPr>
          <w:rFonts w:ascii="Arial" w:hAnsi="Arial"/>
        </w:rPr>
        <w:t>here, alright. What the heck. No, not you. Maybe I have to close eveything. Why Is it doing this to me? Why everything doing this? Sorry. There we go. Had to close everything. Nice job, Mac. All right. So this is 39 seconds as well. And here we go. So yeah, um, it just sits like this for the whole 39 seconds pretty much and as you can see, you do a little wiggling at the beginning. You can induce relatively quickly. Um, so it's a 39 second video, but I'd say it's completely set and still at around 20 second</w:t>
      </w:r>
      <w:r>
        <w:rPr>
          <w:rFonts w:ascii="Arial" w:hAnsi="Arial"/>
        </w:rPr>
        <w:t>s. How long do you think this was in real time?</w:t>
      </w:r>
    </w:p>
    <w:p w14:paraId="45EFC937" w14:textId="77777777" w:rsidR="006817E1" w:rsidRDefault="006817E1">
      <w:pPr>
        <w:spacing w:after="0"/>
      </w:pPr>
    </w:p>
    <w:p w14:paraId="1B071C13" w14:textId="77777777" w:rsidR="006817E1" w:rsidRDefault="003C5F30">
      <w:pPr>
        <w:spacing w:after="0"/>
      </w:pPr>
      <w:r>
        <w:rPr>
          <w:rFonts w:ascii="Arial" w:hAnsi="Arial"/>
          <w:b/>
        </w:rPr>
        <w:t xml:space="preserve">Participant #28:  </w:t>
      </w:r>
      <w:r>
        <w:rPr>
          <w:rFonts w:ascii="Arial" w:hAnsi="Arial"/>
          <w:color w:val="5D7284"/>
        </w:rPr>
        <w:t>24:25</w:t>
      </w:r>
    </w:p>
    <w:p w14:paraId="7ACCB740" w14:textId="77777777" w:rsidR="006817E1" w:rsidRDefault="003C5F30">
      <w:pPr>
        <w:spacing w:after="0"/>
      </w:pPr>
      <w:r>
        <w:rPr>
          <w:rFonts w:ascii="Arial" w:hAnsi="Arial"/>
        </w:rPr>
        <w:t>Probably a couple of hours, because you're probably not gonna leave your phone there for days.</w:t>
      </w:r>
    </w:p>
    <w:p w14:paraId="1A9F14DA" w14:textId="77777777" w:rsidR="006817E1" w:rsidRDefault="006817E1">
      <w:pPr>
        <w:spacing w:after="0"/>
      </w:pPr>
    </w:p>
    <w:p w14:paraId="63EFB9BF" w14:textId="77777777" w:rsidR="006817E1" w:rsidRDefault="003C5F30">
      <w:pPr>
        <w:spacing w:after="0"/>
      </w:pPr>
      <w:r>
        <w:rPr>
          <w:rFonts w:ascii="Arial" w:hAnsi="Arial"/>
          <w:b/>
        </w:rPr>
        <w:t xml:space="preserve">Interviewer E:  </w:t>
      </w:r>
      <w:r>
        <w:rPr>
          <w:rFonts w:ascii="Arial" w:hAnsi="Arial"/>
          <w:color w:val="5D7284"/>
        </w:rPr>
        <w:t>24:29</w:t>
      </w:r>
    </w:p>
    <w:p w14:paraId="7EB5CA52" w14:textId="77777777" w:rsidR="006817E1" w:rsidRDefault="003C5F30">
      <w:pPr>
        <w:spacing w:after="0"/>
      </w:pPr>
      <w:r>
        <w:rPr>
          <w:rFonts w:ascii="Arial" w:hAnsi="Arial"/>
        </w:rPr>
        <w:lastRenderedPageBreak/>
        <w:t>It took an hour. But I'd say in like 20-30 minutes, it was pretty much like this. I mean, is that surprising to you in any way?</w:t>
      </w:r>
    </w:p>
    <w:p w14:paraId="1F1FA83F" w14:textId="77777777" w:rsidR="006817E1" w:rsidRDefault="006817E1">
      <w:pPr>
        <w:spacing w:after="0"/>
      </w:pPr>
    </w:p>
    <w:p w14:paraId="1C86477D" w14:textId="77777777" w:rsidR="006817E1" w:rsidRDefault="003C5F30">
      <w:pPr>
        <w:spacing w:after="0"/>
      </w:pPr>
      <w:r>
        <w:rPr>
          <w:rFonts w:ascii="Arial" w:hAnsi="Arial"/>
          <w:b/>
        </w:rPr>
        <w:t xml:space="preserve">Participant #28:  </w:t>
      </w:r>
      <w:r>
        <w:rPr>
          <w:rFonts w:ascii="Arial" w:hAnsi="Arial"/>
          <w:color w:val="5D7284"/>
        </w:rPr>
        <w:t>24:39</w:t>
      </w:r>
    </w:p>
    <w:p w14:paraId="66714EA4" w14:textId="77777777" w:rsidR="006817E1" w:rsidRDefault="003C5F30">
      <w:pPr>
        <w:spacing w:after="0"/>
      </w:pPr>
      <w:r>
        <w:rPr>
          <w:rFonts w:ascii="Arial" w:hAnsi="Arial"/>
        </w:rPr>
        <w:t xml:space="preserve">Um, no, not really. </w:t>
      </w:r>
    </w:p>
    <w:p w14:paraId="23E2C751" w14:textId="77777777" w:rsidR="006817E1" w:rsidRDefault="006817E1">
      <w:pPr>
        <w:spacing w:after="0"/>
      </w:pPr>
    </w:p>
    <w:p w14:paraId="4E052AD1" w14:textId="77777777" w:rsidR="006817E1" w:rsidRDefault="003C5F30">
      <w:pPr>
        <w:spacing w:after="0"/>
      </w:pPr>
      <w:r>
        <w:rPr>
          <w:rFonts w:ascii="Arial" w:hAnsi="Arial"/>
          <w:b/>
        </w:rPr>
        <w:t xml:space="preserve">Interviewer E:  </w:t>
      </w:r>
      <w:r>
        <w:rPr>
          <w:rFonts w:ascii="Arial" w:hAnsi="Arial"/>
          <w:color w:val="5D7284"/>
        </w:rPr>
        <w:t>24:41</w:t>
      </w:r>
    </w:p>
    <w:p w14:paraId="37487D33" w14:textId="77777777" w:rsidR="006817E1" w:rsidRDefault="003C5F30">
      <w:pPr>
        <w:spacing w:after="0"/>
      </w:pPr>
      <w:r>
        <w:rPr>
          <w:rFonts w:ascii="Arial" w:hAnsi="Arial"/>
        </w:rPr>
        <w:t xml:space="preserve">That's fair. Yeah. I mean, one time a professor. All right, this was it was left out and I came in the morning to come and clean it up. And that was still stratified the way that it was it was still had those two layers so it </w:t>
      </w:r>
      <w:r>
        <w:rPr>
          <w:rFonts w:ascii="Arial" w:hAnsi="Arial"/>
        </w:rPr>
        <w:t>definitely could stay like that for a really long time. I personally think it'll stay like that forever if not given like some type of force but who knows, so what I want you to do before I put the potassium per magnate into our beautiful tank that's been spinning for about an hour now I want you to guess what you think it would look like based on what you saw in the still water and I want you to do that by drawing me a picture of how you think it's gonna look from the side view like you took a picture in t</w:t>
      </w:r>
      <w:r>
        <w:rPr>
          <w:rFonts w:ascii="Arial" w:hAnsi="Arial"/>
        </w:rPr>
        <w:t>ime and then from the bird's eye view as you took a picture from the top and how you think it look in one minute after being in the tank. So what's going on here with your pictures?</w:t>
      </w:r>
    </w:p>
    <w:p w14:paraId="72F7EF3B" w14:textId="77777777" w:rsidR="006817E1" w:rsidRDefault="006817E1">
      <w:pPr>
        <w:spacing w:after="0"/>
      </w:pPr>
    </w:p>
    <w:p w14:paraId="2CA1A53E" w14:textId="77777777" w:rsidR="006817E1" w:rsidRDefault="003C5F30">
      <w:pPr>
        <w:spacing w:after="0"/>
      </w:pPr>
      <w:r>
        <w:rPr>
          <w:rFonts w:ascii="Arial" w:hAnsi="Arial"/>
          <w:b/>
        </w:rPr>
        <w:t xml:space="preserve">Participant #28:  </w:t>
      </w:r>
      <w:r>
        <w:rPr>
          <w:rFonts w:ascii="Arial" w:hAnsi="Arial"/>
          <w:color w:val="5D7284"/>
        </w:rPr>
        <w:t>26:49</w:t>
      </w:r>
    </w:p>
    <w:p w14:paraId="504D0A46" w14:textId="77777777" w:rsidR="006817E1" w:rsidRDefault="003C5F30">
      <w:pPr>
        <w:spacing w:after="0"/>
      </w:pPr>
      <w:r>
        <w:rPr>
          <w:rFonts w:ascii="Arial" w:hAnsi="Arial"/>
        </w:rPr>
        <w:t xml:space="preserve">So with the circular motion as you drop it in, it will sink to the bottom, but that coloring because it was a little delayed, it'll slowly sink and with the movement, it'll go with their rotation or they'll go like what their rotations are just following that movement. And then from the side it'll look similar just with streaks going down instead of like from a top down. </w:t>
      </w:r>
    </w:p>
    <w:p w14:paraId="368FF599" w14:textId="77777777" w:rsidR="006817E1" w:rsidRDefault="006817E1">
      <w:pPr>
        <w:spacing w:after="0"/>
      </w:pPr>
    </w:p>
    <w:p w14:paraId="4BCDC413" w14:textId="77777777" w:rsidR="006817E1" w:rsidRDefault="003C5F30">
      <w:pPr>
        <w:spacing w:after="0"/>
      </w:pPr>
      <w:r>
        <w:rPr>
          <w:rFonts w:ascii="Arial" w:hAnsi="Arial"/>
          <w:b/>
        </w:rPr>
        <w:t xml:space="preserve">Interviewer E:  </w:t>
      </w:r>
      <w:r>
        <w:rPr>
          <w:rFonts w:ascii="Arial" w:hAnsi="Arial"/>
          <w:color w:val="5D7284"/>
        </w:rPr>
        <w:t>27:13</w:t>
      </w:r>
    </w:p>
    <w:p w14:paraId="2FE7F069" w14:textId="77777777" w:rsidR="006817E1" w:rsidRDefault="003C5F30">
      <w:pPr>
        <w:spacing w:after="0"/>
      </w:pPr>
      <w:r>
        <w:rPr>
          <w:rFonts w:ascii="Arial" w:hAnsi="Arial"/>
        </w:rPr>
        <w:t>Okay.</w:t>
      </w:r>
    </w:p>
    <w:p w14:paraId="6FFEA802" w14:textId="77777777" w:rsidR="006817E1" w:rsidRDefault="006817E1">
      <w:pPr>
        <w:spacing w:after="0"/>
      </w:pPr>
    </w:p>
    <w:p w14:paraId="178059F4" w14:textId="77777777" w:rsidR="006817E1" w:rsidRDefault="003C5F30">
      <w:pPr>
        <w:spacing w:after="0"/>
      </w:pPr>
      <w:r>
        <w:rPr>
          <w:rFonts w:ascii="Arial" w:hAnsi="Arial"/>
          <w:b/>
        </w:rPr>
        <w:t xml:space="preserve">Participant #28:  </w:t>
      </w:r>
      <w:r>
        <w:rPr>
          <w:rFonts w:ascii="Arial" w:hAnsi="Arial"/>
          <w:color w:val="5D7284"/>
        </w:rPr>
        <w:t>27:13</w:t>
      </w:r>
    </w:p>
    <w:p w14:paraId="3207979E" w14:textId="77777777" w:rsidR="006817E1" w:rsidRDefault="003C5F30">
      <w:pPr>
        <w:spacing w:after="0"/>
      </w:pPr>
      <w:r>
        <w:rPr>
          <w:rFonts w:ascii="Arial" w:hAnsi="Arial"/>
        </w:rPr>
        <w:t>So like as the move looking down from above watching it go in the circle you'll see like the trails behind it.</w:t>
      </w:r>
    </w:p>
    <w:p w14:paraId="68506828" w14:textId="77777777" w:rsidR="006817E1" w:rsidRDefault="006817E1">
      <w:pPr>
        <w:spacing w:after="0"/>
      </w:pPr>
    </w:p>
    <w:p w14:paraId="6FB8A59D" w14:textId="77777777" w:rsidR="006817E1" w:rsidRDefault="003C5F30">
      <w:pPr>
        <w:spacing w:after="0"/>
      </w:pPr>
      <w:r>
        <w:rPr>
          <w:rFonts w:ascii="Arial" w:hAnsi="Arial"/>
          <w:b/>
        </w:rPr>
        <w:t xml:space="preserve">Interviewer E:  </w:t>
      </w:r>
      <w:r>
        <w:rPr>
          <w:rFonts w:ascii="Arial" w:hAnsi="Arial"/>
          <w:color w:val="5D7284"/>
        </w:rPr>
        <w:t>27:21</w:t>
      </w:r>
    </w:p>
    <w:p w14:paraId="19B66522" w14:textId="77777777" w:rsidR="006817E1" w:rsidRDefault="003C5F30">
      <w:pPr>
        <w:spacing w:after="0"/>
      </w:pPr>
      <w:r>
        <w:rPr>
          <w:rFonts w:ascii="Arial" w:hAnsi="Arial"/>
        </w:rPr>
        <w:t>Okay and is this just kind of an assumption that from what you saw and like what else so?</w:t>
      </w:r>
    </w:p>
    <w:p w14:paraId="05528ED0" w14:textId="77777777" w:rsidR="006817E1" w:rsidRDefault="006817E1">
      <w:pPr>
        <w:spacing w:after="0"/>
      </w:pPr>
    </w:p>
    <w:p w14:paraId="4B3D83A6" w14:textId="77777777" w:rsidR="006817E1" w:rsidRDefault="003C5F30">
      <w:pPr>
        <w:spacing w:after="0"/>
      </w:pPr>
      <w:r>
        <w:rPr>
          <w:rFonts w:ascii="Arial" w:hAnsi="Arial"/>
          <w:b/>
        </w:rPr>
        <w:t xml:space="preserve">Participant #28:  </w:t>
      </w:r>
      <w:r>
        <w:rPr>
          <w:rFonts w:ascii="Arial" w:hAnsi="Arial"/>
          <w:color w:val="5D7284"/>
        </w:rPr>
        <w:t>27:28</w:t>
      </w:r>
    </w:p>
    <w:p w14:paraId="11F05917" w14:textId="77777777" w:rsidR="006817E1" w:rsidRDefault="003C5F30">
      <w:pPr>
        <w:spacing w:after="0"/>
      </w:pPr>
      <w:r>
        <w:rPr>
          <w:rFonts w:ascii="Arial" w:hAnsi="Arial"/>
        </w:rPr>
        <w:t>Um just like from what I saw like the streaks going down like a little slower and then just like the physics of movement and stuff like that when it hits something and moving it especially with like water too.</w:t>
      </w:r>
    </w:p>
    <w:p w14:paraId="4C967C67" w14:textId="77777777" w:rsidR="006817E1" w:rsidRDefault="006817E1">
      <w:pPr>
        <w:spacing w:after="0"/>
      </w:pPr>
    </w:p>
    <w:p w14:paraId="442F6C56" w14:textId="77777777" w:rsidR="006817E1" w:rsidRDefault="003C5F30">
      <w:pPr>
        <w:spacing w:after="0"/>
      </w:pPr>
      <w:r>
        <w:rPr>
          <w:rFonts w:ascii="Arial" w:hAnsi="Arial"/>
          <w:b/>
        </w:rPr>
        <w:t xml:space="preserve">Interviewer E:  </w:t>
      </w:r>
      <w:r>
        <w:rPr>
          <w:rFonts w:ascii="Arial" w:hAnsi="Arial"/>
          <w:color w:val="5D7284"/>
        </w:rPr>
        <w:t>27:42</w:t>
      </w:r>
    </w:p>
    <w:p w14:paraId="6A5BEED0" w14:textId="77777777" w:rsidR="006817E1" w:rsidRDefault="003C5F30">
      <w:pPr>
        <w:spacing w:after="0"/>
      </w:pPr>
      <w:r>
        <w:rPr>
          <w:rFonts w:ascii="Arial" w:hAnsi="Arial"/>
        </w:rPr>
        <w:t>Okay, all right so we are going to do that now. I do want you to pay us into the potassium permagnate of course but I'm also going to do one or two drops of another type of dye because what you're going to see isn't necessarily a property because of the dye itself so I want you to show even if I dropped any type of dye in here it will pretty much do the same thing. Alright so, potassum permagenate first and then ill do the blue dye, drop there. Okay, set my alarm. One minute, lets watch. All right. So our m</w:t>
      </w:r>
      <w:r>
        <w:rPr>
          <w:rFonts w:ascii="Arial" w:hAnsi="Arial"/>
        </w:rPr>
        <w:t>inute has passed is this surprising in any way?</w:t>
      </w:r>
    </w:p>
    <w:p w14:paraId="63E59E04" w14:textId="77777777" w:rsidR="006817E1" w:rsidRDefault="006817E1">
      <w:pPr>
        <w:spacing w:after="0"/>
      </w:pPr>
    </w:p>
    <w:p w14:paraId="7AEBF457" w14:textId="77777777" w:rsidR="006817E1" w:rsidRDefault="003C5F30">
      <w:pPr>
        <w:spacing w:after="0"/>
      </w:pPr>
      <w:r>
        <w:rPr>
          <w:rFonts w:ascii="Arial" w:hAnsi="Arial"/>
          <w:b/>
        </w:rPr>
        <w:t xml:space="preserve">Participant #28:  </w:t>
      </w:r>
      <w:r>
        <w:rPr>
          <w:rFonts w:ascii="Arial" w:hAnsi="Arial"/>
          <w:color w:val="5D7284"/>
        </w:rPr>
        <w:t>30:09</w:t>
      </w:r>
    </w:p>
    <w:p w14:paraId="4909953B" w14:textId="77777777" w:rsidR="006817E1" w:rsidRDefault="003C5F30">
      <w:pPr>
        <w:spacing w:after="0"/>
      </w:pPr>
      <w:r>
        <w:rPr>
          <w:rFonts w:ascii="Arial" w:hAnsi="Arial"/>
        </w:rPr>
        <w:t>A little bit the initial drop with everything going down is but then like, as looking at it now you can see like a dye movement as like, like, I like predicted initially. So I guess it just getting used to that initial shock of it, it'll just sink and then with the movement, it'll slowly.</w:t>
      </w:r>
    </w:p>
    <w:p w14:paraId="0FAEDA5E" w14:textId="77777777" w:rsidR="006817E1" w:rsidRDefault="006817E1">
      <w:pPr>
        <w:spacing w:after="0"/>
      </w:pPr>
    </w:p>
    <w:p w14:paraId="41FC0B22" w14:textId="77777777" w:rsidR="006817E1" w:rsidRDefault="003C5F30">
      <w:pPr>
        <w:spacing w:after="0"/>
      </w:pPr>
      <w:r>
        <w:rPr>
          <w:rFonts w:ascii="Arial" w:hAnsi="Arial"/>
          <w:b/>
        </w:rPr>
        <w:t xml:space="preserve">Interviewer E:  </w:t>
      </w:r>
      <w:r>
        <w:rPr>
          <w:rFonts w:ascii="Arial" w:hAnsi="Arial"/>
          <w:color w:val="5D7284"/>
        </w:rPr>
        <w:t>30:39</w:t>
      </w:r>
    </w:p>
    <w:p w14:paraId="7D440006" w14:textId="77777777" w:rsidR="006817E1" w:rsidRDefault="003C5F30">
      <w:pPr>
        <w:spacing w:after="0"/>
      </w:pPr>
      <w:r>
        <w:rPr>
          <w:rFonts w:ascii="Arial" w:hAnsi="Arial"/>
        </w:rPr>
        <w:t xml:space="preserve">So you're saying like, it's still going to do what it is going to do, but it's initially slowed down because of the movement. </w:t>
      </w:r>
    </w:p>
    <w:p w14:paraId="34C1DCDE" w14:textId="77777777" w:rsidR="006817E1" w:rsidRDefault="006817E1">
      <w:pPr>
        <w:spacing w:after="0"/>
      </w:pPr>
    </w:p>
    <w:p w14:paraId="0C42FFB4" w14:textId="77777777" w:rsidR="006817E1" w:rsidRDefault="003C5F30">
      <w:pPr>
        <w:spacing w:after="0"/>
      </w:pPr>
      <w:r>
        <w:rPr>
          <w:rFonts w:ascii="Arial" w:hAnsi="Arial"/>
          <w:b/>
        </w:rPr>
        <w:t xml:space="preserve">Participant #28:  </w:t>
      </w:r>
      <w:r>
        <w:rPr>
          <w:rFonts w:ascii="Arial" w:hAnsi="Arial"/>
          <w:color w:val="5D7284"/>
        </w:rPr>
        <w:t>30:51</w:t>
      </w:r>
    </w:p>
    <w:p w14:paraId="015841B6" w14:textId="77777777" w:rsidR="006817E1" w:rsidRDefault="003C5F30">
      <w:pPr>
        <w:spacing w:after="0"/>
      </w:pPr>
      <w:r>
        <w:rPr>
          <w:rFonts w:ascii="Arial" w:hAnsi="Arial"/>
        </w:rPr>
        <w:t>Yes.</w:t>
      </w:r>
    </w:p>
    <w:p w14:paraId="31DD81C4" w14:textId="77777777" w:rsidR="006817E1" w:rsidRDefault="006817E1">
      <w:pPr>
        <w:spacing w:after="0"/>
      </w:pPr>
    </w:p>
    <w:p w14:paraId="19C7FAD9" w14:textId="77777777" w:rsidR="006817E1" w:rsidRDefault="003C5F30">
      <w:pPr>
        <w:spacing w:after="0"/>
      </w:pPr>
      <w:r>
        <w:rPr>
          <w:rFonts w:ascii="Arial" w:hAnsi="Arial"/>
          <w:b/>
        </w:rPr>
        <w:t xml:space="preserve">Interviewer E:  </w:t>
      </w:r>
      <w:r>
        <w:rPr>
          <w:rFonts w:ascii="Arial" w:hAnsi="Arial"/>
          <w:color w:val="5D7284"/>
        </w:rPr>
        <w:t>30:52</w:t>
      </w:r>
    </w:p>
    <w:p w14:paraId="27EF101E" w14:textId="77777777" w:rsidR="006817E1" w:rsidRDefault="003C5F30">
      <w:pPr>
        <w:spacing w:after="0"/>
      </w:pPr>
      <w:r>
        <w:rPr>
          <w:rFonts w:ascii="Arial" w:hAnsi="Arial"/>
        </w:rPr>
        <w:t>Okay. Okay. What do you think is making it other than it, essentially slowing down? But do you think there's anything about the water itself that's causing them to stay upright and in like vertical columns?</w:t>
      </w:r>
    </w:p>
    <w:p w14:paraId="194A105A" w14:textId="77777777" w:rsidR="006817E1" w:rsidRDefault="006817E1">
      <w:pPr>
        <w:spacing w:after="0"/>
      </w:pPr>
    </w:p>
    <w:p w14:paraId="4962066D" w14:textId="77777777" w:rsidR="006817E1" w:rsidRDefault="003C5F30">
      <w:pPr>
        <w:spacing w:after="0"/>
      </w:pPr>
      <w:r>
        <w:rPr>
          <w:rFonts w:ascii="Arial" w:hAnsi="Arial"/>
          <w:b/>
        </w:rPr>
        <w:t xml:space="preserve">Participant #28:  </w:t>
      </w:r>
      <w:r>
        <w:rPr>
          <w:rFonts w:ascii="Arial" w:hAnsi="Arial"/>
          <w:color w:val="5D7284"/>
        </w:rPr>
        <w:t>31:09</w:t>
      </w:r>
    </w:p>
    <w:p w14:paraId="509D6EDB" w14:textId="77777777" w:rsidR="006817E1" w:rsidRDefault="003C5F30">
      <w:pPr>
        <w:spacing w:after="0"/>
      </w:pPr>
      <w:r>
        <w:rPr>
          <w:rFonts w:ascii="Arial" w:hAnsi="Arial"/>
        </w:rPr>
        <w:t>So as you said, the water has been spinning for like an hour, hour more. So at this point, it's pretty still. I like the other. Like, there's no, like, abrupt of movement, changing the flow, stuff like that. So it is essentially the same body of water just still just, it's moving to our eye.</w:t>
      </w:r>
    </w:p>
    <w:p w14:paraId="42B2B541" w14:textId="77777777" w:rsidR="006817E1" w:rsidRDefault="006817E1">
      <w:pPr>
        <w:spacing w:after="0"/>
      </w:pPr>
    </w:p>
    <w:p w14:paraId="5CE05574" w14:textId="77777777" w:rsidR="006817E1" w:rsidRDefault="003C5F30">
      <w:pPr>
        <w:spacing w:after="0"/>
      </w:pPr>
      <w:r>
        <w:rPr>
          <w:rFonts w:ascii="Arial" w:hAnsi="Arial"/>
          <w:b/>
        </w:rPr>
        <w:t xml:space="preserve">Interviewer E:  </w:t>
      </w:r>
      <w:r>
        <w:rPr>
          <w:rFonts w:ascii="Arial" w:hAnsi="Arial"/>
          <w:color w:val="5D7284"/>
        </w:rPr>
        <w:t>31:33</w:t>
      </w:r>
    </w:p>
    <w:p w14:paraId="253B30FD" w14:textId="77777777" w:rsidR="006817E1" w:rsidRDefault="003C5F30">
      <w:pPr>
        <w:spacing w:after="0"/>
      </w:pPr>
      <w:r>
        <w:rPr>
          <w:rFonts w:ascii="Arial" w:hAnsi="Arial"/>
        </w:rPr>
        <w:t>And how would you so compared to your, for your, like the bird's eye view, the first initial, the kind of swirl? Like, how do you think we could get that to look like that?</w:t>
      </w:r>
    </w:p>
    <w:p w14:paraId="6AD31853" w14:textId="77777777" w:rsidR="006817E1" w:rsidRDefault="006817E1">
      <w:pPr>
        <w:spacing w:after="0"/>
      </w:pPr>
    </w:p>
    <w:p w14:paraId="3F590DC1" w14:textId="77777777" w:rsidR="006817E1" w:rsidRDefault="003C5F30">
      <w:pPr>
        <w:spacing w:after="0"/>
      </w:pPr>
      <w:r>
        <w:rPr>
          <w:rFonts w:ascii="Arial" w:hAnsi="Arial"/>
          <w:b/>
        </w:rPr>
        <w:t xml:space="preserve">Participant #28:  </w:t>
      </w:r>
      <w:r>
        <w:rPr>
          <w:rFonts w:ascii="Arial" w:hAnsi="Arial"/>
          <w:color w:val="5D7284"/>
        </w:rPr>
        <w:t>31:50</w:t>
      </w:r>
    </w:p>
    <w:p w14:paraId="56718AA4" w14:textId="77777777" w:rsidR="006817E1" w:rsidRDefault="003C5F30">
      <w:pPr>
        <w:spacing w:after="0"/>
      </w:pPr>
      <w:r>
        <w:rPr>
          <w:rFonts w:ascii="Arial" w:hAnsi="Arial"/>
        </w:rPr>
        <w:t>So if we just swapped the direction of the spin, that'll probably do it as the water is moving in one direction and then just changing the direction as a whole. Without any like, I guess you could say like, warm up to it, like, same speed, just opposite direction.</w:t>
      </w:r>
    </w:p>
    <w:p w14:paraId="5CE09423" w14:textId="77777777" w:rsidR="006817E1" w:rsidRDefault="006817E1">
      <w:pPr>
        <w:spacing w:after="0"/>
      </w:pPr>
    </w:p>
    <w:p w14:paraId="2E9FE566" w14:textId="77777777" w:rsidR="006817E1" w:rsidRDefault="003C5F30">
      <w:pPr>
        <w:spacing w:after="0"/>
      </w:pPr>
      <w:r>
        <w:rPr>
          <w:rFonts w:ascii="Arial" w:hAnsi="Arial"/>
          <w:b/>
        </w:rPr>
        <w:t xml:space="preserve">Interviewer E:  </w:t>
      </w:r>
      <w:r>
        <w:rPr>
          <w:rFonts w:ascii="Arial" w:hAnsi="Arial"/>
          <w:color w:val="5D7284"/>
        </w:rPr>
        <w:t>32:07</w:t>
      </w:r>
    </w:p>
    <w:p w14:paraId="473035FF" w14:textId="77777777" w:rsidR="006817E1" w:rsidRDefault="003C5F30">
      <w:pPr>
        <w:spacing w:after="0"/>
      </w:pPr>
      <w:r>
        <w:rPr>
          <w:rFonts w:ascii="Arial" w:hAnsi="Arial"/>
        </w:rPr>
        <w:t>All right. So changing the direction anything else?</w:t>
      </w:r>
    </w:p>
    <w:p w14:paraId="1F945D77" w14:textId="77777777" w:rsidR="006817E1" w:rsidRDefault="006817E1">
      <w:pPr>
        <w:spacing w:after="0"/>
      </w:pPr>
    </w:p>
    <w:p w14:paraId="19D2724D" w14:textId="77777777" w:rsidR="006817E1" w:rsidRDefault="003C5F30">
      <w:pPr>
        <w:spacing w:after="0"/>
      </w:pPr>
      <w:r>
        <w:rPr>
          <w:rFonts w:ascii="Arial" w:hAnsi="Arial"/>
          <w:b/>
        </w:rPr>
        <w:t xml:space="preserve">Participant #28:  </w:t>
      </w:r>
      <w:r>
        <w:rPr>
          <w:rFonts w:ascii="Arial" w:hAnsi="Arial"/>
          <w:color w:val="5D7284"/>
        </w:rPr>
        <w:t>32:17</w:t>
      </w:r>
    </w:p>
    <w:p w14:paraId="3977C62B" w14:textId="77777777" w:rsidR="006817E1" w:rsidRDefault="003C5F30">
      <w:pPr>
        <w:spacing w:after="0"/>
      </w:pPr>
      <w:r>
        <w:rPr>
          <w:rFonts w:ascii="Arial" w:hAnsi="Arial"/>
        </w:rPr>
        <w:t>Maybe adding like adding like a flow?</w:t>
      </w:r>
    </w:p>
    <w:p w14:paraId="42FA436D" w14:textId="77777777" w:rsidR="006817E1" w:rsidRDefault="006817E1">
      <w:pPr>
        <w:spacing w:after="0"/>
      </w:pPr>
    </w:p>
    <w:p w14:paraId="15F98457" w14:textId="77777777" w:rsidR="006817E1" w:rsidRDefault="003C5F30">
      <w:pPr>
        <w:spacing w:after="0"/>
      </w:pPr>
      <w:r>
        <w:rPr>
          <w:rFonts w:ascii="Arial" w:hAnsi="Arial"/>
          <w:b/>
        </w:rPr>
        <w:t xml:space="preserve">Interviewer E:  </w:t>
      </w:r>
      <w:r>
        <w:rPr>
          <w:rFonts w:ascii="Arial" w:hAnsi="Arial"/>
          <w:color w:val="5D7284"/>
        </w:rPr>
        <w:t>32:22</w:t>
      </w:r>
    </w:p>
    <w:p w14:paraId="2056CBFC" w14:textId="77777777" w:rsidR="006817E1" w:rsidRDefault="003C5F30">
      <w:pPr>
        <w:spacing w:after="0"/>
      </w:pPr>
      <w:r>
        <w:rPr>
          <w:rFonts w:ascii="Arial" w:hAnsi="Arial"/>
        </w:rPr>
        <w:t xml:space="preserve">Adding a flow. So like, kind of like some type of movement. </w:t>
      </w:r>
    </w:p>
    <w:p w14:paraId="3CDC35E0" w14:textId="77777777" w:rsidR="006817E1" w:rsidRDefault="006817E1">
      <w:pPr>
        <w:spacing w:after="0"/>
      </w:pPr>
    </w:p>
    <w:p w14:paraId="670B961C" w14:textId="77777777" w:rsidR="006817E1" w:rsidRDefault="003C5F30">
      <w:pPr>
        <w:spacing w:after="0"/>
      </w:pPr>
      <w:r>
        <w:rPr>
          <w:rFonts w:ascii="Arial" w:hAnsi="Arial"/>
          <w:b/>
        </w:rPr>
        <w:t xml:space="preserve">Participant #28:  </w:t>
      </w:r>
      <w:r>
        <w:rPr>
          <w:rFonts w:ascii="Arial" w:hAnsi="Arial"/>
          <w:color w:val="5D7284"/>
        </w:rPr>
        <w:t>32:26</w:t>
      </w:r>
    </w:p>
    <w:p w14:paraId="428A91CE" w14:textId="77777777" w:rsidR="006817E1" w:rsidRDefault="003C5F30">
      <w:pPr>
        <w:spacing w:after="0"/>
      </w:pPr>
      <w:r>
        <w:rPr>
          <w:rFonts w:ascii="Arial" w:hAnsi="Arial"/>
        </w:rPr>
        <w:t>Yeah.</w:t>
      </w:r>
    </w:p>
    <w:p w14:paraId="59085950" w14:textId="77777777" w:rsidR="006817E1" w:rsidRDefault="006817E1">
      <w:pPr>
        <w:spacing w:after="0"/>
      </w:pPr>
    </w:p>
    <w:p w14:paraId="305724DC" w14:textId="77777777" w:rsidR="006817E1" w:rsidRDefault="003C5F30">
      <w:pPr>
        <w:spacing w:after="0"/>
      </w:pPr>
      <w:r>
        <w:rPr>
          <w:rFonts w:ascii="Arial" w:hAnsi="Arial"/>
          <w:b/>
        </w:rPr>
        <w:t xml:space="preserve">Interviewer E:  </w:t>
      </w:r>
      <w:r>
        <w:rPr>
          <w:rFonts w:ascii="Arial" w:hAnsi="Arial"/>
          <w:color w:val="5D7284"/>
        </w:rPr>
        <w:t>32:26</w:t>
      </w:r>
    </w:p>
    <w:p w14:paraId="1A2DDAC0" w14:textId="77777777" w:rsidR="006817E1" w:rsidRDefault="003C5F30">
      <w:pPr>
        <w:spacing w:after="0"/>
      </w:pPr>
      <w:r>
        <w:rPr>
          <w:rFonts w:ascii="Arial" w:hAnsi="Arial"/>
        </w:rPr>
        <w:lastRenderedPageBreak/>
        <w:t>That's different from what's already going on?</w:t>
      </w:r>
    </w:p>
    <w:p w14:paraId="6C2DAE85" w14:textId="77777777" w:rsidR="006817E1" w:rsidRDefault="006817E1">
      <w:pPr>
        <w:spacing w:after="0"/>
      </w:pPr>
    </w:p>
    <w:p w14:paraId="2F8D1C0E" w14:textId="77777777" w:rsidR="006817E1" w:rsidRDefault="003C5F30">
      <w:pPr>
        <w:spacing w:after="0"/>
      </w:pPr>
      <w:r>
        <w:rPr>
          <w:rFonts w:ascii="Arial" w:hAnsi="Arial"/>
          <w:b/>
        </w:rPr>
        <w:t xml:space="preserve">Participant #28:  </w:t>
      </w:r>
      <w:r>
        <w:rPr>
          <w:rFonts w:ascii="Arial" w:hAnsi="Arial"/>
          <w:color w:val="5D7284"/>
        </w:rPr>
        <w:t>32:30</w:t>
      </w:r>
    </w:p>
    <w:p w14:paraId="537A02C0" w14:textId="77777777" w:rsidR="006817E1" w:rsidRDefault="003C5F30">
      <w:pPr>
        <w:spacing w:after="0"/>
      </w:pPr>
      <w:r>
        <w:rPr>
          <w:rFonts w:ascii="Arial" w:hAnsi="Arial"/>
        </w:rPr>
        <w:t xml:space="preserve">Stirring it up or something. </w:t>
      </w:r>
    </w:p>
    <w:p w14:paraId="0AC86C66" w14:textId="77777777" w:rsidR="006817E1" w:rsidRDefault="006817E1">
      <w:pPr>
        <w:spacing w:after="0"/>
      </w:pPr>
    </w:p>
    <w:p w14:paraId="45F34711" w14:textId="77777777" w:rsidR="006817E1" w:rsidRDefault="003C5F30">
      <w:pPr>
        <w:spacing w:after="0"/>
      </w:pPr>
      <w:r>
        <w:rPr>
          <w:rFonts w:ascii="Arial" w:hAnsi="Arial"/>
          <w:b/>
        </w:rPr>
        <w:t xml:space="preserve">Interviewer E:  </w:t>
      </w:r>
      <w:r>
        <w:rPr>
          <w:rFonts w:ascii="Arial" w:hAnsi="Arial"/>
          <w:color w:val="5D7284"/>
        </w:rPr>
        <w:t>32:31</w:t>
      </w:r>
    </w:p>
    <w:p w14:paraId="20FA31FE" w14:textId="77777777" w:rsidR="006817E1" w:rsidRDefault="003C5F30">
      <w:pPr>
        <w:spacing w:after="0"/>
      </w:pPr>
      <w:r>
        <w:rPr>
          <w:rFonts w:ascii="Arial" w:hAnsi="Arial"/>
        </w:rPr>
        <w:t>Stirring it up. Okay. Is any does this is remind you of anything?</w:t>
      </w:r>
    </w:p>
    <w:p w14:paraId="395C9672" w14:textId="77777777" w:rsidR="006817E1" w:rsidRDefault="006817E1">
      <w:pPr>
        <w:spacing w:after="0"/>
      </w:pPr>
    </w:p>
    <w:p w14:paraId="30045D98" w14:textId="77777777" w:rsidR="006817E1" w:rsidRDefault="003C5F30">
      <w:pPr>
        <w:spacing w:after="0"/>
      </w:pPr>
      <w:r>
        <w:rPr>
          <w:rFonts w:ascii="Arial" w:hAnsi="Arial"/>
          <w:b/>
        </w:rPr>
        <w:t xml:space="preserve">Participant #28:  </w:t>
      </w:r>
      <w:r>
        <w:rPr>
          <w:rFonts w:ascii="Arial" w:hAnsi="Arial"/>
          <w:color w:val="5D7284"/>
        </w:rPr>
        <w:t>32:38</w:t>
      </w:r>
    </w:p>
    <w:p w14:paraId="32876351" w14:textId="77777777" w:rsidR="006817E1" w:rsidRDefault="003C5F30">
      <w:pPr>
        <w:spacing w:after="0"/>
      </w:pPr>
      <w:r>
        <w:rPr>
          <w:rFonts w:ascii="Arial" w:hAnsi="Arial"/>
        </w:rPr>
        <w:t>Boiling water, boiling water for like ramen, pasta or whatever.</w:t>
      </w:r>
    </w:p>
    <w:p w14:paraId="0EF9DEC4" w14:textId="77777777" w:rsidR="006817E1" w:rsidRDefault="006817E1">
      <w:pPr>
        <w:spacing w:after="0"/>
      </w:pPr>
    </w:p>
    <w:p w14:paraId="22E3AB7E" w14:textId="77777777" w:rsidR="006817E1" w:rsidRDefault="003C5F30">
      <w:pPr>
        <w:spacing w:after="0"/>
      </w:pPr>
      <w:r>
        <w:rPr>
          <w:rFonts w:ascii="Arial" w:hAnsi="Arial"/>
          <w:b/>
        </w:rPr>
        <w:t xml:space="preserve">Interviewer E:  </w:t>
      </w:r>
      <w:r>
        <w:rPr>
          <w:rFonts w:ascii="Arial" w:hAnsi="Arial"/>
          <w:color w:val="5D7284"/>
        </w:rPr>
        <w:t>32:42</w:t>
      </w:r>
    </w:p>
    <w:p w14:paraId="1336D3A6" w14:textId="77777777" w:rsidR="006817E1" w:rsidRDefault="003C5F30">
      <w:pPr>
        <w:spacing w:after="0"/>
      </w:pPr>
      <w:r>
        <w:rPr>
          <w:rFonts w:ascii="Arial" w:hAnsi="Arial"/>
        </w:rPr>
        <w:t>Ramen. Okay. I like ramen so I'm here for that one.  So, now that you see what actually happens, would you mind drawing for me what it actually looks like same ideal?</w:t>
      </w:r>
    </w:p>
    <w:p w14:paraId="396236BC" w14:textId="77777777" w:rsidR="006817E1" w:rsidRDefault="006817E1">
      <w:pPr>
        <w:spacing w:after="0"/>
      </w:pPr>
    </w:p>
    <w:p w14:paraId="07DAA351" w14:textId="77777777" w:rsidR="006817E1" w:rsidRDefault="003C5F30">
      <w:pPr>
        <w:spacing w:after="0"/>
      </w:pPr>
      <w:r>
        <w:rPr>
          <w:rFonts w:ascii="Arial" w:hAnsi="Arial"/>
          <w:b/>
        </w:rPr>
        <w:t xml:space="preserve">Participant #28:  </w:t>
      </w:r>
      <w:r>
        <w:rPr>
          <w:rFonts w:ascii="Arial" w:hAnsi="Arial"/>
          <w:color w:val="5D7284"/>
        </w:rPr>
        <w:t>32:56</w:t>
      </w:r>
    </w:p>
    <w:p w14:paraId="69B805CF" w14:textId="77777777" w:rsidR="006817E1" w:rsidRDefault="003C5F30">
      <w:pPr>
        <w:spacing w:after="0"/>
      </w:pPr>
      <w:r>
        <w:rPr>
          <w:rFonts w:ascii="Arial" w:hAnsi="Arial"/>
        </w:rPr>
        <w:t>Do you want the blue dye in it too?</w:t>
      </w:r>
    </w:p>
    <w:p w14:paraId="53C3B68E" w14:textId="77777777" w:rsidR="006817E1" w:rsidRDefault="006817E1">
      <w:pPr>
        <w:spacing w:after="0"/>
      </w:pPr>
    </w:p>
    <w:p w14:paraId="163F560E" w14:textId="77777777" w:rsidR="006817E1" w:rsidRDefault="003C5F30">
      <w:pPr>
        <w:spacing w:after="0"/>
      </w:pPr>
      <w:r>
        <w:rPr>
          <w:rFonts w:ascii="Arial" w:hAnsi="Arial"/>
          <w:b/>
        </w:rPr>
        <w:t xml:space="preserve">Interviewer E:  </w:t>
      </w:r>
      <w:r>
        <w:rPr>
          <w:rFonts w:ascii="Arial" w:hAnsi="Arial"/>
          <w:color w:val="5D7284"/>
        </w:rPr>
        <w:t>32:58</w:t>
      </w:r>
    </w:p>
    <w:p w14:paraId="16D52337" w14:textId="77777777" w:rsidR="006817E1" w:rsidRDefault="003C5F30">
      <w:pPr>
        <w:spacing w:after="0"/>
      </w:pPr>
      <w:r>
        <w:rPr>
          <w:rFonts w:ascii="Arial" w:hAnsi="Arial"/>
        </w:rPr>
        <w:t>It's up to you. You can if you want but you can just do the pink.  All right, so that's pretty good. I feel like that's a pretty good representation of what's really going on in there. So, let me ask you this. If I were to completely just stop the rotation right now what do you think's going to happen?</w:t>
      </w:r>
    </w:p>
    <w:p w14:paraId="09B4BD71" w14:textId="77777777" w:rsidR="006817E1" w:rsidRDefault="006817E1">
      <w:pPr>
        <w:spacing w:after="0"/>
      </w:pPr>
    </w:p>
    <w:p w14:paraId="75D43DF6" w14:textId="77777777" w:rsidR="006817E1" w:rsidRDefault="003C5F30">
      <w:pPr>
        <w:spacing w:after="0"/>
      </w:pPr>
      <w:r>
        <w:rPr>
          <w:rFonts w:ascii="Arial" w:hAnsi="Arial"/>
          <w:b/>
        </w:rPr>
        <w:t xml:space="preserve">Participant #28:  </w:t>
      </w:r>
      <w:r>
        <w:rPr>
          <w:rFonts w:ascii="Arial" w:hAnsi="Arial"/>
          <w:color w:val="5D7284"/>
        </w:rPr>
        <w:t>33:56</w:t>
      </w:r>
    </w:p>
    <w:p w14:paraId="6A5A031F" w14:textId="77777777" w:rsidR="006817E1" w:rsidRDefault="003C5F30">
      <w:pPr>
        <w:spacing w:after="0"/>
      </w:pPr>
      <w:r>
        <w:rPr>
          <w:rFonts w:ascii="Arial" w:hAnsi="Arial"/>
        </w:rPr>
        <w:t>I feel like the water would still move like there would be you could see like a kind of it's usually kind of a way you go along the side of it as like it'll increase on the water flow towards that one. And then it'll kind of just make a wave until it like gravity. brings it back to normal settles it down.</w:t>
      </w:r>
    </w:p>
    <w:p w14:paraId="1A36A6BD" w14:textId="77777777" w:rsidR="006817E1" w:rsidRDefault="006817E1">
      <w:pPr>
        <w:spacing w:after="0"/>
      </w:pPr>
    </w:p>
    <w:p w14:paraId="3DA75868" w14:textId="77777777" w:rsidR="006817E1" w:rsidRDefault="003C5F30">
      <w:pPr>
        <w:spacing w:after="0"/>
      </w:pPr>
      <w:r>
        <w:rPr>
          <w:rFonts w:ascii="Arial" w:hAnsi="Arial"/>
          <w:b/>
        </w:rPr>
        <w:t xml:space="preserve">Interviewer E:  </w:t>
      </w:r>
      <w:r>
        <w:rPr>
          <w:rFonts w:ascii="Arial" w:hAnsi="Arial"/>
          <w:color w:val="5D7284"/>
        </w:rPr>
        <w:t>34:33</w:t>
      </w:r>
    </w:p>
    <w:p w14:paraId="57F76D04" w14:textId="77777777" w:rsidR="006817E1" w:rsidRDefault="003C5F30">
      <w:pPr>
        <w:spacing w:after="0"/>
      </w:pPr>
      <w:r>
        <w:rPr>
          <w:rFonts w:ascii="Arial" w:hAnsi="Arial"/>
        </w:rPr>
        <w:t>Yeah ok. I think I find it interesting how I put one drop in, but for some reason. There's like these extra little columns going on that I didn't. I didn't put there.</w:t>
      </w:r>
    </w:p>
    <w:p w14:paraId="4A1E071F" w14:textId="77777777" w:rsidR="006817E1" w:rsidRDefault="006817E1">
      <w:pPr>
        <w:spacing w:after="0"/>
      </w:pPr>
    </w:p>
    <w:p w14:paraId="7D0413D7" w14:textId="77777777" w:rsidR="006817E1" w:rsidRDefault="003C5F30">
      <w:pPr>
        <w:spacing w:after="0"/>
      </w:pPr>
      <w:r>
        <w:rPr>
          <w:rFonts w:ascii="Arial" w:hAnsi="Arial"/>
          <w:b/>
        </w:rPr>
        <w:t xml:space="preserve">Participant #28:  </w:t>
      </w:r>
      <w:r>
        <w:rPr>
          <w:rFonts w:ascii="Arial" w:hAnsi="Arial"/>
          <w:color w:val="5D7284"/>
        </w:rPr>
        <w:t>34:49</w:t>
      </w:r>
    </w:p>
    <w:p w14:paraId="207A084F" w14:textId="77777777" w:rsidR="006817E1" w:rsidRDefault="003C5F30">
      <w:pPr>
        <w:spacing w:after="0"/>
      </w:pPr>
      <w:r>
        <w:rPr>
          <w:rFonts w:ascii="Arial" w:hAnsi="Arial"/>
        </w:rPr>
        <w:t>Probably the splash. Yeah, maybe it's a very small splash.</w:t>
      </w:r>
    </w:p>
    <w:p w14:paraId="049D7314" w14:textId="77777777" w:rsidR="006817E1" w:rsidRDefault="006817E1">
      <w:pPr>
        <w:spacing w:after="0"/>
      </w:pPr>
    </w:p>
    <w:p w14:paraId="27547878" w14:textId="77777777" w:rsidR="006817E1" w:rsidRDefault="003C5F30">
      <w:pPr>
        <w:spacing w:after="0"/>
      </w:pPr>
      <w:r>
        <w:rPr>
          <w:rFonts w:ascii="Arial" w:hAnsi="Arial"/>
          <w:b/>
        </w:rPr>
        <w:t xml:space="preserve">Interviewer E:  </w:t>
      </w:r>
      <w:r>
        <w:rPr>
          <w:rFonts w:ascii="Arial" w:hAnsi="Arial"/>
          <w:color w:val="5D7284"/>
        </w:rPr>
        <w:t>34:58</w:t>
      </w:r>
    </w:p>
    <w:p w14:paraId="6E9E61E4" w14:textId="77777777" w:rsidR="006817E1" w:rsidRDefault="003C5F30">
      <w:pPr>
        <w:spacing w:after="0"/>
      </w:pPr>
      <w:r>
        <w:rPr>
          <w:rFonts w:ascii="Arial" w:hAnsi="Arial"/>
        </w:rPr>
        <w:t xml:space="preserve">That's fun. All right. So let's stop it and see what happens. So what do you think about that. Pretty cool huh. </w:t>
      </w:r>
    </w:p>
    <w:p w14:paraId="4D1E60E9" w14:textId="77777777" w:rsidR="006817E1" w:rsidRDefault="006817E1">
      <w:pPr>
        <w:spacing w:after="0"/>
      </w:pPr>
    </w:p>
    <w:p w14:paraId="2178B8DE" w14:textId="77777777" w:rsidR="006817E1" w:rsidRDefault="003C5F30">
      <w:pPr>
        <w:spacing w:after="0"/>
      </w:pPr>
      <w:r>
        <w:rPr>
          <w:rFonts w:ascii="Arial" w:hAnsi="Arial"/>
          <w:b/>
        </w:rPr>
        <w:t xml:space="preserve">Participant #28:  </w:t>
      </w:r>
      <w:r>
        <w:rPr>
          <w:rFonts w:ascii="Arial" w:hAnsi="Arial"/>
          <w:color w:val="5D7284"/>
        </w:rPr>
        <w:t>35:33</w:t>
      </w:r>
    </w:p>
    <w:p w14:paraId="2F58D78B" w14:textId="77777777" w:rsidR="006817E1" w:rsidRDefault="003C5F30">
      <w:pPr>
        <w:spacing w:after="0"/>
      </w:pPr>
      <w:r>
        <w:rPr>
          <w:rFonts w:ascii="Arial" w:hAnsi="Arial"/>
        </w:rPr>
        <w:t>Yeah.</w:t>
      </w:r>
    </w:p>
    <w:p w14:paraId="7E51C07D" w14:textId="77777777" w:rsidR="006817E1" w:rsidRDefault="006817E1">
      <w:pPr>
        <w:spacing w:after="0"/>
      </w:pPr>
    </w:p>
    <w:p w14:paraId="2152892D" w14:textId="77777777" w:rsidR="006817E1" w:rsidRDefault="003C5F30">
      <w:pPr>
        <w:spacing w:after="0"/>
      </w:pPr>
      <w:r>
        <w:rPr>
          <w:rFonts w:ascii="Arial" w:hAnsi="Arial"/>
          <w:b/>
        </w:rPr>
        <w:t xml:space="preserve">Interviewer E:  </w:t>
      </w:r>
      <w:r>
        <w:rPr>
          <w:rFonts w:ascii="Arial" w:hAnsi="Arial"/>
          <w:color w:val="5D7284"/>
        </w:rPr>
        <w:t>35:35</w:t>
      </w:r>
    </w:p>
    <w:p w14:paraId="7665504C" w14:textId="77777777" w:rsidR="006817E1" w:rsidRDefault="003C5F30">
      <w:pPr>
        <w:spacing w:after="0"/>
      </w:pPr>
      <w:r>
        <w:rPr>
          <w:rFonts w:ascii="Arial" w:hAnsi="Arial"/>
        </w:rPr>
        <w:t xml:space="preserve">Did that kind of go along with what you assumed would probably happen if I stopped it? </w:t>
      </w:r>
    </w:p>
    <w:p w14:paraId="27C6625B" w14:textId="77777777" w:rsidR="006817E1" w:rsidRDefault="006817E1">
      <w:pPr>
        <w:spacing w:after="0"/>
      </w:pPr>
    </w:p>
    <w:p w14:paraId="00B80285" w14:textId="77777777" w:rsidR="006817E1" w:rsidRDefault="003C5F30">
      <w:pPr>
        <w:spacing w:after="0"/>
      </w:pPr>
      <w:r>
        <w:rPr>
          <w:rFonts w:ascii="Arial" w:hAnsi="Arial"/>
          <w:b/>
        </w:rPr>
        <w:t xml:space="preserve">Participant #28:  </w:t>
      </w:r>
      <w:r>
        <w:rPr>
          <w:rFonts w:ascii="Arial" w:hAnsi="Arial"/>
          <w:color w:val="5D7284"/>
        </w:rPr>
        <w:t>35:40</w:t>
      </w:r>
    </w:p>
    <w:p w14:paraId="2E456A68" w14:textId="77777777" w:rsidR="006817E1" w:rsidRDefault="003C5F30">
      <w:pPr>
        <w:spacing w:after="0"/>
      </w:pPr>
      <w:r>
        <w:rPr>
          <w:rFonts w:ascii="Arial" w:hAnsi="Arial"/>
        </w:rPr>
        <w:t xml:space="preserve">Yeah. </w:t>
      </w:r>
    </w:p>
    <w:p w14:paraId="380FD334" w14:textId="77777777" w:rsidR="006817E1" w:rsidRDefault="006817E1">
      <w:pPr>
        <w:spacing w:after="0"/>
      </w:pPr>
    </w:p>
    <w:p w14:paraId="52263271" w14:textId="77777777" w:rsidR="006817E1" w:rsidRDefault="003C5F30">
      <w:pPr>
        <w:spacing w:after="0"/>
      </w:pPr>
      <w:r>
        <w:rPr>
          <w:rFonts w:ascii="Arial" w:hAnsi="Arial"/>
          <w:b/>
        </w:rPr>
        <w:t xml:space="preserve">Interviewer E:  </w:t>
      </w:r>
      <w:r>
        <w:rPr>
          <w:rFonts w:ascii="Arial" w:hAnsi="Arial"/>
          <w:color w:val="5D7284"/>
        </w:rPr>
        <w:t>35:42</w:t>
      </w:r>
    </w:p>
    <w:p w14:paraId="1E69F238" w14:textId="77777777" w:rsidR="006817E1" w:rsidRDefault="003C5F30">
      <w:pPr>
        <w:spacing w:after="0"/>
      </w:pPr>
      <w:r>
        <w:rPr>
          <w:rFonts w:ascii="Arial" w:hAnsi="Arial"/>
        </w:rPr>
        <w:t xml:space="preserve">So not too surprised then. </w:t>
      </w:r>
    </w:p>
    <w:p w14:paraId="617E07AA" w14:textId="77777777" w:rsidR="006817E1" w:rsidRDefault="006817E1">
      <w:pPr>
        <w:spacing w:after="0"/>
      </w:pPr>
    </w:p>
    <w:p w14:paraId="3AF8DCE0" w14:textId="77777777" w:rsidR="006817E1" w:rsidRDefault="003C5F30">
      <w:pPr>
        <w:spacing w:after="0"/>
      </w:pPr>
      <w:r>
        <w:rPr>
          <w:rFonts w:ascii="Arial" w:hAnsi="Arial"/>
          <w:b/>
        </w:rPr>
        <w:t xml:space="preserve">Participant #28:  </w:t>
      </w:r>
      <w:r>
        <w:rPr>
          <w:rFonts w:ascii="Arial" w:hAnsi="Arial"/>
          <w:color w:val="5D7284"/>
        </w:rPr>
        <w:t>35:43</w:t>
      </w:r>
    </w:p>
    <w:p w14:paraId="783E483A" w14:textId="77777777" w:rsidR="006817E1" w:rsidRDefault="003C5F30">
      <w:pPr>
        <w:spacing w:after="0"/>
      </w:pPr>
      <w:r>
        <w:rPr>
          <w:rFonts w:ascii="Arial" w:hAnsi="Arial"/>
        </w:rPr>
        <w:t xml:space="preserve">Not that surpirised. </w:t>
      </w:r>
    </w:p>
    <w:p w14:paraId="0865C485" w14:textId="77777777" w:rsidR="006817E1" w:rsidRDefault="006817E1">
      <w:pPr>
        <w:spacing w:after="0"/>
      </w:pPr>
    </w:p>
    <w:p w14:paraId="4330E813" w14:textId="77777777" w:rsidR="006817E1" w:rsidRDefault="003C5F30">
      <w:pPr>
        <w:spacing w:after="0"/>
      </w:pPr>
      <w:r>
        <w:rPr>
          <w:rFonts w:ascii="Arial" w:hAnsi="Arial"/>
          <w:b/>
        </w:rPr>
        <w:t xml:space="preserve">Interviewer E:  </w:t>
      </w:r>
      <w:r>
        <w:rPr>
          <w:rFonts w:ascii="Arial" w:hAnsi="Arial"/>
          <w:color w:val="5D7284"/>
        </w:rPr>
        <w:t>35:45</w:t>
      </w:r>
    </w:p>
    <w:p w14:paraId="4643FEDD" w14:textId="77777777" w:rsidR="006817E1" w:rsidRDefault="003C5F30">
      <w:pPr>
        <w:spacing w:after="0"/>
      </w:pPr>
      <w:r>
        <w:rPr>
          <w:rFonts w:ascii="Arial" w:hAnsi="Arial"/>
        </w:rPr>
        <w:t>All right. So now I want to show you this right here. This is Jello, nice, cold, new Jello, tasteless if you're curious. And here is a Lego build with a little motor on it. And this is a Lazy Susan. So this just spinning. So what I'm gonna do is we're gonna take this Jell-O, put it on the Lazy Susan. And we're gonna take this, turn it on, and as you can see, it can move, yay. Now, keeping that in mind, I have these little steel BBs. Now, we can't get them hot enough, unfortunately, to burrow through the Jel</w:t>
      </w:r>
      <w:r>
        <w:rPr>
          <w:rFonts w:ascii="Arial" w:hAnsi="Arial"/>
        </w:rPr>
        <w:t>l-O. So let's just imagine in a perfect world, these are like flaming hot, little red BBs. And they're so hot that when I dropped them into this Jell-O, it completely borrows through while it's spinning. So if you were to guess, or predict based on your experiences and what you've learned, rather from physics or anything, really, how do you think the borrow itself will look as its spinning as the BBs going through the Jell-O?</w:t>
      </w:r>
    </w:p>
    <w:p w14:paraId="39953595" w14:textId="77777777" w:rsidR="006817E1" w:rsidRDefault="006817E1">
      <w:pPr>
        <w:spacing w:after="0"/>
      </w:pPr>
    </w:p>
    <w:p w14:paraId="2C35720B" w14:textId="77777777" w:rsidR="006817E1" w:rsidRDefault="003C5F30">
      <w:pPr>
        <w:spacing w:after="0"/>
      </w:pPr>
      <w:r>
        <w:rPr>
          <w:rFonts w:ascii="Arial" w:hAnsi="Arial"/>
          <w:b/>
        </w:rPr>
        <w:t xml:space="preserve">Participant #28:  </w:t>
      </w:r>
      <w:r>
        <w:rPr>
          <w:rFonts w:ascii="Arial" w:hAnsi="Arial"/>
          <w:color w:val="5D7284"/>
        </w:rPr>
        <w:t>37:22</w:t>
      </w:r>
    </w:p>
    <w:p w14:paraId="1964CC77" w14:textId="77777777" w:rsidR="006817E1" w:rsidRDefault="003C5F30">
      <w:pPr>
        <w:spacing w:after="0"/>
      </w:pPr>
      <w:r>
        <w:rPr>
          <w:rFonts w:ascii="Arial" w:hAnsi="Arial"/>
        </w:rPr>
        <w:t>So I feel like it'll do the what I thought of the dye in the spinning water, because instead of like a liquid being all, it's like against a solid and that motion of.</w:t>
      </w:r>
    </w:p>
    <w:p w14:paraId="4B04BB1C" w14:textId="77777777" w:rsidR="006817E1" w:rsidRDefault="006817E1">
      <w:pPr>
        <w:spacing w:after="0"/>
      </w:pPr>
    </w:p>
    <w:p w14:paraId="0F8AFEC3" w14:textId="77777777" w:rsidR="006817E1" w:rsidRDefault="003C5F30">
      <w:pPr>
        <w:spacing w:after="0"/>
      </w:pPr>
      <w:r>
        <w:rPr>
          <w:rFonts w:ascii="Arial" w:hAnsi="Arial"/>
          <w:b/>
        </w:rPr>
        <w:t xml:space="preserve">Interviewer E:  </w:t>
      </w:r>
      <w:r>
        <w:rPr>
          <w:rFonts w:ascii="Arial" w:hAnsi="Arial"/>
          <w:color w:val="5D7284"/>
        </w:rPr>
        <w:t>37:51</w:t>
      </w:r>
    </w:p>
    <w:p w14:paraId="625C2D4B" w14:textId="77777777" w:rsidR="006817E1" w:rsidRDefault="003C5F30">
      <w:pPr>
        <w:spacing w:after="0"/>
      </w:pPr>
      <w:r>
        <w:rPr>
          <w:rFonts w:ascii="Arial" w:hAnsi="Arial"/>
        </w:rPr>
        <w:t>So essentially, you're kind of going for, there's a certain physical force that's happening, that's going to somehow alter?</w:t>
      </w:r>
    </w:p>
    <w:p w14:paraId="054287C4" w14:textId="77777777" w:rsidR="006817E1" w:rsidRDefault="006817E1">
      <w:pPr>
        <w:spacing w:after="0"/>
      </w:pPr>
    </w:p>
    <w:p w14:paraId="645F24CC" w14:textId="77777777" w:rsidR="006817E1" w:rsidRDefault="003C5F30">
      <w:pPr>
        <w:spacing w:after="0"/>
      </w:pPr>
      <w:r>
        <w:rPr>
          <w:rFonts w:ascii="Arial" w:hAnsi="Arial"/>
          <w:b/>
        </w:rPr>
        <w:t xml:space="preserve">Participant #28:  </w:t>
      </w:r>
      <w:r>
        <w:rPr>
          <w:rFonts w:ascii="Arial" w:hAnsi="Arial"/>
          <w:color w:val="5D7284"/>
        </w:rPr>
        <w:t>38:01</w:t>
      </w:r>
    </w:p>
    <w:p w14:paraId="31138199" w14:textId="77777777" w:rsidR="006817E1" w:rsidRDefault="003C5F30">
      <w:pPr>
        <w:spacing w:after="0"/>
      </w:pPr>
      <w:r>
        <w:rPr>
          <w:rFonts w:ascii="Arial" w:hAnsi="Arial"/>
        </w:rPr>
        <w:t xml:space="preserve">So I'm thinking because of the motion, it's either going to leave that </w:t>
      </w:r>
      <w:r>
        <w:rPr>
          <w:rFonts w:ascii="Arial" w:hAnsi="Arial"/>
        </w:rPr>
        <w:t>trail behind, so like a kind of diagonal in a way, or it's going to be the same thing. Because it's, it catches up to speed with the rotation and just goes straight down.</w:t>
      </w:r>
    </w:p>
    <w:p w14:paraId="545F9C1A" w14:textId="77777777" w:rsidR="006817E1" w:rsidRDefault="006817E1">
      <w:pPr>
        <w:spacing w:after="0"/>
      </w:pPr>
    </w:p>
    <w:p w14:paraId="72F48342" w14:textId="77777777" w:rsidR="006817E1" w:rsidRDefault="003C5F30">
      <w:pPr>
        <w:spacing w:after="0"/>
      </w:pPr>
      <w:r>
        <w:rPr>
          <w:rFonts w:ascii="Arial" w:hAnsi="Arial"/>
          <w:b/>
        </w:rPr>
        <w:t xml:space="preserve">Interviewer E:  </w:t>
      </w:r>
      <w:r>
        <w:rPr>
          <w:rFonts w:ascii="Arial" w:hAnsi="Arial"/>
          <w:color w:val="5D7284"/>
        </w:rPr>
        <w:t>38:19</w:t>
      </w:r>
    </w:p>
    <w:p w14:paraId="295C77CF" w14:textId="77777777" w:rsidR="006817E1" w:rsidRDefault="003C5F30">
      <w:pPr>
        <w:spacing w:after="0"/>
      </w:pPr>
      <w:r>
        <w:rPr>
          <w:rFonts w:ascii="Arial" w:hAnsi="Arial"/>
        </w:rPr>
        <w:t>Okay, so you were saying essentially it, like, we'll go, it'll either burrow kind of at an angle, or it's going to go straight down.</w:t>
      </w:r>
    </w:p>
    <w:p w14:paraId="5B6D0B5A" w14:textId="77777777" w:rsidR="006817E1" w:rsidRDefault="006817E1">
      <w:pPr>
        <w:spacing w:after="0"/>
      </w:pPr>
    </w:p>
    <w:p w14:paraId="01595CA8" w14:textId="77777777" w:rsidR="006817E1" w:rsidRDefault="003C5F30">
      <w:pPr>
        <w:spacing w:after="0"/>
      </w:pPr>
      <w:r>
        <w:rPr>
          <w:rFonts w:ascii="Arial" w:hAnsi="Arial"/>
          <w:b/>
        </w:rPr>
        <w:t xml:space="preserve">Participant #28:  </w:t>
      </w:r>
      <w:r>
        <w:rPr>
          <w:rFonts w:ascii="Arial" w:hAnsi="Arial"/>
          <w:color w:val="5D7284"/>
        </w:rPr>
        <w:t>38:30</w:t>
      </w:r>
    </w:p>
    <w:p w14:paraId="5C444E27" w14:textId="77777777" w:rsidR="006817E1" w:rsidRDefault="003C5F30">
      <w:pPr>
        <w:spacing w:after="0"/>
      </w:pPr>
      <w:r>
        <w:rPr>
          <w:rFonts w:ascii="Arial" w:hAnsi="Arial"/>
        </w:rPr>
        <w:t>Maybe like a slight angle at the start, then straight down.</w:t>
      </w:r>
    </w:p>
    <w:p w14:paraId="4377260E" w14:textId="77777777" w:rsidR="006817E1" w:rsidRDefault="006817E1">
      <w:pPr>
        <w:spacing w:after="0"/>
      </w:pPr>
    </w:p>
    <w:p w14:paraId="4CFBBE01" w14:textId="77777777" w:rsidR="006817E1" w:rsidRDefault="003C5F30">
      <w:pPr>
        <w:spacing w:after="0"/>
      </w:pPr>
      <w:r>
        <w:rPr>
          <w:rFonts w:ascii="Arial" w:hAnsi="Arial"/>
          <w:b/>
        </w:rPr>
        <w:t xml:space="preserve">Interviewer E:  </w:t>
      </w:r>
      <w:r>
        <w:rPr>
          <w:rFonts w:ascii="Arial" w:hAnsi="Arial"/>
          <w:color w:val="5D7284"/>
        </w:rPr>
        <w:t>38:33</w:t>
      </w:r>
    </w:p>
    <w:p w14:paraId="70B4FAD0" w14:textId="77777777" w:rsidR="006817E1" w:rsidRDefault="003C5F30">
      <w:pPr>
        <w:spacing w:after="0"/>
      </w:pPr>
      <w:r>
        <w:rPr>
          <w:rFonts w:ascii="Arial" w:hAnsi="Arial"/>
        </w:rPr>
        <w:t xml:space="preserve">Okay, slight angle just because it's catching up.  Okay. All right, perfectly fair. Now, let's have another scenario, which we don't really have any objects to describe, because it's kind of an intense scenario. </w:t>
      </w:r>
      <w:r>
        <w:rPr>
          <w:rFonts w:ascii="Arial" w:hAnsi="Arial"/>
        </w:rPr>
        <w:lastRenderedPageBreak/>
        <w:t>So let's say you know what a record looks like I'm assuming. So let's say I had a record. And I took that record, and I ate it, and I ate it. I added like 20 other records to it, and it just became like this record cylinder. Now let's turn that to complete metal. So now we have this metal cylinder in the shape of a record. And I take that and I put it on this Lazy Susan, and I start spinning it. Obviously these beeds, even if they're at their hottest probably won't be able to melt through that but let's say</w:t>
      </w:r>
      <w:r>
        <w:rPr>
          <w:rFonts w:ascii="Arial" w:hAnsi="Arial"/>
        </w:rPr>
        <w:t xml:space="preserve"> we take acid like a really, really strong acid and we do a couple of drops along the face of the the top face of the metal cylinder. So what do you think that burn pattern would look like? If that cylinders in rotation?</w:t>
      </w:r>
    </w:p>
    <w:p w14:paraId="6A06DE38" w14:textId="77777777" w:rsidR="006817E1" w:rsidRDefault="006817E1">
      <w:pPr>
        <w:spacing w:after="0"/>
      </w:pPr>
    </w:p>
    <w:p w14:paraId="2487F079" w14:textId="77777777" w:rsidR="006817E1" w:rsidRDefault="003C5F30">
      <w:pPr>
        <w:spacing w:after="0"/>
      </w:pPr>
      <w:r>
        <w:rPr>
          <w:rFonts w:ascii="Arial" w:hAnsi="Arial"/>
          <w:b/>
        </w:rPr>
        <w:t xml:space="preserve">Participant #28:  </w:t>
      </w:r>
      <w:r>
        <w:rPr>
          <w:rFonts w:ascii="Arial" w:hAnsi="Arial"/>
          <w:color w:val="5D7284"/>
        </w:rPr>
        <w:t>38:36</w:t>
      </w:r>
    </w:p>
    <w:p w14:paraId="0E211B8A" w14:textId="77777777" w:rsidR="006817E1" w:rsidRDefault="003C5F30">
      <w:pPr>
        <w:spacing w:after="0"/>
      </w:pPr>
      <w:r>
        <w:rPr>
          <w:rFonts w:ascii="Arial" w:hAnsi="Arial"/>
        </w:rPr>
        <w:t>Yeah.  So it's the entire cylinder in rotation?There probably be the s.., just going straight down because it is an acid. It's not like another solid on a solid.</w:t>
      </w:r>
    </w:p>
    <w:p w14:paraId="272A3ED9" w14:textId="77777777" w:rsidR="006817E1" w:rsidRDefault="006817E1">
      <w:pPr>
        <w:spacing w:after="0"/>
      </w:pPr>
    </w:p>
    <w:p w14:paraId="1AB9C9C6" w14:textId="77777777" w:rsidR="006817E1" w:rsidRDefault="003C5F30">
      <w:pPr>
        <w:spacing w:after="0"/>
      </w:pPr>
      <w:r>
        <w:rPr>
          <w:rFonts w:ascii="Arial" w:hAnsi="Arial"/>
          <w:b/>
        </w:rPr>
        <w:t xml:space="preserve">Interviewer E:  </w:t>
      </w:r>
      <w:r>
        <w:rPr>
          <w:rFonts w:ascii="Arial" w:hAnsi="Arial"/>
          <w:color w:val="5D7284"/>
        </w:rPr>
        <w:t>39:50</w:t>
      </w:r>
    </w:p>
    <w:p w14:paraId="647E7A95" w14:textId="77777777" w:rsidR="006817E1" w:rsidRDefault="003C5F30">
      <w:pPr>
        <w:spacing w:after="0"/>
      </w:pPr>
      <w:r>
        <w:rPr>
          <w:rFonts w:ascii="Arial" w:hAnsi="Arial"/>
        </w:rPr>
        <w:t xml:space="preserve">Right? </w:t>
      </w:r>
    </w:p>
    <w:p w14:paraId="6331952C" w14:textId="77777777" w:rsidR="006817E1" w:rsidRDefault="006817E1">
      <w:pPr>
        <w:spacing w:after="0"/>
      </w:pPr>
    </w:p>
    <w:p w14:paraId="00349A2C" w14:textId="77777777" w:rsidR="006817E1" w:rsidRDefault="003C5F30">
      <w:pPr>
        <w:spacing w:after="0"/>
      </w:pPr>
      <w:r>
        <w:rPr>
          <w:rFonts w:ascii="Arial" w:hAnsi="Arial"/>
          <w:b/>
        </w:rPr>
        <w:t xml:space="preserve">Participant #28:  </w:t>
      </w:r>
      <w:r>
        <w:rPr>
          <w:rFonts w:ascii="Arial" w:hAnsi="Arial"/>
          <w:color w:val="5D7284"/>
        </w:rPr>
        <w:t>39:51</w:t>
      </w:r>
    </w:p>
    <w:p w14:paraId="7D0B2DA6" w14:textId="77777777" w:rsidR="006817E1" w:rsidRDefault="003C5F30">
      <w:pPr>
        <w:spacing w:after="0"/>
      </w:pPr>
      <w:r>
        <w:rPr>
          <w:rFonts w:ascii="Arial" w:hAnsi="Arial"/>
        </w:rPr>
        <w:t>It's gonna be like a liquid just going slowly dripping down.</w:t>
      </w:r>
    </w:p>
    <w:p w14:paraId="30E324D4" w14:textId="77777777" w:rsidR="006817E1" w:rsidRDefault="006817E1">
      <w:pPr>
        <w:spacing w:after="0"/>
      </w:pPr>
    </w:p>
    <w:p w14:paraId="1508B40E" w14:textId="77777777" w:rsidR="006817E1" w:rsidRDefault="003C5F30">
      <w:pPr>
        <w:spacing w:after="0"/>
      </w:pPr>
      <w:r>
        <w:rPr>
          <w:rFonts w:ascii="Arial" w:hAnsi="Arial"/>
          <w:b/>
        </w:rPr>
        <w:t xml:space="preserve">Interviewer E:  </w:t>
      </w:r>
      <w:r>
        <w:rPr>
          <w:rFonts w:ascii="Arial" w:hAnsi="Arial"/>
          <w:color w:val="5D7284"/>
        </w:rPr>
        <w:t>39:55</w:t>
      </w:r>
    </w:p>
    <w:p w14:paraId="09F04B2A" w14:textId="77777777" w:rsidR="006817E1" w:rsidRDefault="003C5F30">
      <w:pPr>
        <w:spacing w:after="0"/>
      </w:pPr>
      <w:r>
        <w:rPr>
          <w:rFonts w:ascii="Arial" w:hAnsi="Arial"/>
        </w:rPr>
        <w:t>Right so, you're just saying, because the fact that is completely solid and some liquid interacting with it that was just gonna go straight down. Okay. And our last thought experiment is, essentially, let's say I also had this Lazy Susan and I had a pot on it had a pot, and I put the pot on it. And the pot, I had put dirt in it, and then I put a plant inside of it, and I let the plant grow. While the Lazy Susan was in rotation, the roots grew and then you know, started sprouting. What do you think the roots</w:t>
      </w:r>
      <w:r>
        <w:rPr>
          <w:rFonts w:ascii="Arial" w:hAnsi="Arial"/>
        </w:rPr>
        <w:t xml:space="preserve"> would look like? If it grew in rotation?</w:t>
      </w:r>
    </w:p>
    <w:p w14:paraId="62804812" w14:textId="77777777" w:rsidR="006817E1" w:rsidRDefault="006817E1">
      <w:pPr>
        <w:spacing w:after="0"/>
      </w:pPr>
    </w:p>
    <w:p w14:paraId="6E59D51F" w14:textId="77777777" w:rsidR="006817E1" w:rsidRDefault="003C5F30">
      <w:pPr>
        <w:spacing w:after="0"/>
      </w:pPr>
      <w:r>
        <w:rPr>
          <w:rFonts w:ascii="Arial" w:hAnsi="Arial"/>
          <w:b/>
        </w:rPr>
        <w:t xml:space="preserve">Participant #28:  </w:t>
      </w:r>
      <w:r>
        <w:rPr>
          <w:rFonts w:ascii="Arial" w:hAnsi="Arial"/>
          <w:color w:val="5D7284"/>
        </w:rPr>
        <w:t>40:41</w:t>
      </w:r>
    </w:p>
    <w:p w14:paraId="0751E666" w14:textId="77777777" w:rsidR="006817E1" w:rsidRDefault="003C5F30">
      <w:pPr>
        <w:spacing w:after="0"/>
      </w:pPr>
      <w:r>
        <w:rPr>
          <w:rFonts w:ascii="Arial" w:hAnsi="Arial"/>
        </w:rPr>
        <w:t>The roots itself, I feel like they would evenly spread out.</w:t>
      </w:r>
    </w:p>
    <w:p w14:paraId="6C008C54" w14:textId="77777777" w:rsidR="006817E1" w:rsidRDefault="006817E1">
      <w:pPr>
        <w:spacing w:after="0"/>
      </w:pPr>
    </w:p>
    <w:p w14:paraId="6C1451F9" w14:textId="77777777" w:rsidR="006817E1" w:rsidRDefault="003C5F30">
      <w:pPr>
        <w:spacing w:after="0"/>
      </w:pPr>
      <w:r>
        <w:rPr>
          <w:rFonts w:ascii="Arial" w:hAnsi="Arial"/>
          <w:b/>
        </w:rPr>
        <w:t xml:space="preserve">Interviewer E:  </w:t>
      </w:r>
      <w:r>
        <w:rPr>
          <w:rFonts w:ascii="Arial" w:hAnsi="Arial"/>
          <w:color w:val="5D7284"/>
        </w:rPr>
        <w:t>40:46</w:t>
      </w:r>
    </w:p>
    <w:p w14:paraId="6299A72E" w14:textId="77777777" w:rsidR="006817E1" w:rsidRDefault="003C5F30">
      <w:pPr>
        <w:spacing w:after="0"/>
      </w:pPr>
      <w:r>
        <w:rPr>
          <w:rFonts w:ascii="Arial" w:hAnsi="Arial"/>
        </w:rPr>
        <w:t>Vertically or horizontally.</w:t>
      </w:r>
    </w:p>
    <w:p w14:paraId="3BAF74F1" w14:textId="77777777" w:rsidR="006817E1" w:rsidRDefault="006817E1">
      <w:pPr>
        <w:spacing w:after="0"/>
      </w:pPr>
    </w:p>
    <w:p w14:paraId="5526043C" w14:textId="77777777" w:rsidR="006817E1" w:rsidRDefault="003C5F30">
      <w:pPr>
        <w:spacing w:after="0"/>
      </w:pPr>
      <w:r>
        <w:rPr>
          <w:rFonts w:ascii="Arial" w:hAnsi="Arial"/>
          <w:b/>
        </w:rPr>
        <w:t xml:space="preserve">Participant #28:  </w:t>
      </w:r>
      <w:r>
        <w:rPr>
          <w:rFonts w:ascii="Arial" w:hAnsi="Arial"/>
          <w:color w:val="5D7284"/>
        </w:rPr>
        <w:t>40:49</w:t>
      </w:r>
    </w:p>
    <w:p w14:paraId="2E7D64F7" w14:textId="77777777" w:rsidR="006817E1" w:rsidRDefault="003C5F30">
      <w:pPr>
        <w:spacing w:after="0"/>
      </w:pPr>
      <w:r>
        <w:rPr>
          <w:rFonts w:ascii="Arial" w:hAnsi="Arial"/>
        </w:rPr>
        <w:t>Just throughout the pot.</w:t>
      </w:r>
    </w:p>
    <w:p w14:paraId="1B97122D" w14:textId="77777777" w:rsidR="006817E1" w:rsidRDefault="006817E1">
      <w:pPr>
        <w:spacing w:after="0"/>
      </w:pPr>
    </w:p>
    <w:p w14:paraId="0DA115E7" w14:textId="77777777" w:rsidR="006817E1" w:rsidRDefault="003C5F30">
      <w:pPr>
        <w:spacing w:after="0"/>
      </w:pPr>
      <w:r>
        <w:rPr>
          <w:rFonts w:ascii="Arial" w:hAnsi="Arial"/>
          <w:b/>
        </w:rPr>
        <w:t xml:space="preserve">Interviewer E:  </w:t>
      </w:r>
      <w:r>
        <w:rPr>
          <w:rFonts w:ascii="Arial" w:hAnsi="Arial"/>
          <w:color w:val="5D7284"/>
        </w:rPr>
        <w:t>40:51</w:t>
      </w:r>
    </w:p>
    <w:p w14:paraId="77D1F251" w14:textId="77777777" w:rsidR="006817E1" w:rsidRDefault="003C5F30">
      <w:pPr>
        <w:spacing w:after="0"/>
      </w:pPr>
      <w:r>
        <w:rPr>
          <w:rFonts w:ascii="Arial" w:hAnsi="Arial"/>
        </w:rPr>
        <w:t>Just whacking anywhere?</w:t>
      </w:r>
    </w:p>
    <w:p w14:paraId="4C49FE7E" w14:textId="77777777" w:rsidR="006817E1" w:rsidRDefault="006817E1">
      <w:pPr>
        <w:spacing w:after="0"/>
      </w:pPr>
    </w:p>
    <w:p w14:paraId="4DB5055C" w14:textId="77777777" w:rsidR="006817E1" w:rsidRDefault="003C5F30">
      <w:pPr>
        <w:spacing w:after="0"/>
      </w:pPr>
      <w:r>
        <w:rPr>
          <w:rFonts w:ascii="Arial" w:hAnsi="Arial"/>
          <w:b/>
        </w:rPr>
        <w:t xml:space="preserve">Participant #28:  </w:t>
      </w:r>
      <w:r>
        <w:rPr>
          <w:rFonts w:ascii="Arial" w:hAnsi="Arial"/>
          <w:color w:val="5D7284"/>
        </w:rPr>
        <w:t>40:56</w:t>
      </w:r>
    </w:p>
    <w:p w14:paraId="349B6F3E" w14:textId="77777777" w:rsidR="006817E1" w:rsidRDefault="003C5F30">
      <w:pPr>
        <w:spacing w:after="0"/>
      </w:pPr>
      <w:r>
        <w:rPr>
          <w:rFonts w:ascii="Arial" w:hAnsi="Arial"/>
        </w:rPr>
        <w:t xml:space="preserve">I'd say probably more was it called vertical. </w:t>
      </w:r>
    </w:p>
    <w:p w14:paraId="4A0768AD" w14:textId="77777777" w:rsidR="006817E1" w:rsidRDefault="006817E1">
      <w:pPr>
        <w:spacing w:after="0"/>
      </w:pPr>
    </w:p>
    <w:p w14:paraId="194795CF" w14:textId="77777777" w:rsidR="006817E1" w:rsidRDefault="003C5F30">
      <w:pPr>
        <w:spacing w:after="0"/>
      </w:pPr>
      <w:r>
        <w:rPr>
          <w:rFonts w:ascii="Arial" w:hAnsi="Arial"/>
          <w:b/>
        </w:rPr>
        <w:t xml:space="preserve">Interviewer E:  </w:t>
      </w:r>
      <w:r>
        <w:rPr>
          <w:rFonts w:ascii="Arial" w:hAnsi="Arial"/>
          <w:color w:val="5D7284"/>
        </w:rPr>
        <w:t>41:01</w:t>
      </w:r>
    </w:p>
    <w:p w14:paraId="6A4ADB52" w14:textId="77777777" w:rsidR="006817E1" w:rsidRDefault="003C5F30">
      <w:pPr>
        <w:spacing w:after="0"/>
      </w:pPr>
      <w:r>
        <w:rPr>
          <w:rFonts w:ascii="Arial" w:hAnsi="Arial"/>
        </w:rPr>
        <w:t xml:space="preserve">Okay. So more upright. </w:t>
      </w:r>
    </w:p>
    <w:p w14:paraId="54CCD0AC" w14:textId="77777777" w:rsidR="006817E1" w:rsidRDefault="006817E1">
      <w:pPr>
        <w:spacing w:after="0"/>
      </w:pPr>
    </w:p>
    <w:p w14:paraId="506E484D" w14:textId="77777777" w:rsidR="006817E1" w:rsidRDefault="003C5F30">
      <w:pPr>
        <w:spacing w:after="0"/>
      </w:pPr>
      <w:r>
        <w:rPr>
          <w:rFonts w:ascii="Arial" w:hAnsi="Arial"/>
          <w:b/>
        </w:rPr>
        <w:lastRenderedPageBreak/>
        <w:t xml:space="preserve">Participant #28:  </w:t>
      </w:r>
      <w:r>
        <w:rPr>
          <w:rFonts w:ascii="Arial" w:hAnsi="Arial"/>
          <w:color w:val="5D7284"/>
        </w:rPr>
        <w:t>41:03</w:t>
      </w:r>
    </w:p>
    <w:p w14:paraId="31D88871" w14:textId="77777777" w:rsidR="006817E1" w:rsidRDefault="003C5F30">
      <w:pPr>
        <w:spacing w:after="0"/>
      </w:pPr>
      <w:r>
        <w:rPr>
          <w:rFonts w:ascii="Arial" w:hAnsi="Arial"/>
        </w:rPr>
        <w:t xml:space="preserve">Yeah. </w:t>
      </w:r>
    </w:p>
    <w:p w14:paraId="5AF7220D" w14:textId="77777777" w:rsidR="006817E1" w:rsidRDefault="006817E1">
      <w:pPr>
        <w:spacing w:after="0"/>
      </w:pPr>
    </w:p>
    <w:p w14:paraId="55E2461B" w14:textId="77777777" w:rsidR="006817E1" w:rsidRDefault="003C5F30">
      <w:pPr>
        <w:spacing w:after="0"/>
      </w:pPr>
      <w:r>
        <w:rPr>
          <w:rFonts w:ascii="Arial" w:hAnsi="Arial"/>
          <w:b/>
        </w:rPr>
        <w:t xml:space="preserve">Interviewer E:  </w:t>
      </w:r>
      <w:r>
        <w:rPr>
          <w:rFonts w:ascii="Arial" w:hAnsi="Arial"/>
          <w:color w:val="5D7284"/>
        </w:rPr>
        <w:t>41:04</w:t>
      </w:r>
    </w:p>
    <w:p w14:paraId="64A85D89" w14:textId="77777777" w:rsidR="006817E1" w:rsidRDefault="003C5F30">
      <w:pPr>
        <w:spacing w:after="0"/>
      </w:pPr>
      <w:r>
        <w:rPr>
          <w:rFonts w:ascii="Arial" w:hAnsi="Arial"/>
        </w:rPr>
        <w:t>Okay and is that just because it the spinning is? Is it similar to how the columns were in the water or?</w:t>
      </w:r>
    </w:p>
    <w:p w14:paraId="2A1947E8" w14:textId="77777777" w:rsidR="006817E1" w:rsidRDefault="006817E1">
      <w:pPr>
        <w:spacing w:after="0"/>
      </w:pPr>
    </w:p>
    <w:p w14:paraId="26E861C7" w14:textId="77777777" w:rsidR="006817E1" w:rsidRDefault="003C5F30">
      <w:pPr>
        <w:spacing w:after="0"/>
      </w:pPr>
      <w:r>
        <w:rPr>
          <w:rFonts w:ascii="Arial" w:hAnsi="Arial"/>
          <w:b/>
        </w:rPr>
        <w:t xml:space="preserve">Participant #28:  </w:t>
      </w:r>
      <w:r>
        <w:rPr>
          <w:rFonts w:ascii="Arial" w:hAnsi="Arial"/>
          <w:color w:val="5D7284"/>
        </w:rPr>
        <w:t>41:12</w:t>
      </w:r>
    </w:p>
    <w:p w14:paraId="3BFBE89C" w14:textId="77777777" w:rsidR="006817E1" w:rsidRDefault="003C5F30">
      <w:pPr>
        <w:spacing w:after="0"/>
      </w:pPr>
      <w:r>
        <w:rPr>
          <w:rFonts w:ascii="Arial" w:hAnsi="Arial"/>
        </w:rPr>
        <w:t xml:space="preserve">I'm just thinking like, when the plant actually grows, that may actually have like a slight lean to it because of the continuous motion. So it has to kind of support that lean. So it needs to like have a better base and like </w:t>
      </w:r>
      <w:r>
        <w:rPr>
          <w:rFonts w:ascii="Arial" w:hAnsi="Arial"/>
        </w:rPr>
        <w:t>better.</w:t>
      </w:r>
    </w:p>
    <w:p w14:paraId="4A176FEE" w14:textId="77777777" w:rsidR="006817E1" w:rsidRDefault="006817E1">
      <w:pPr>
        <w:spacing w:after="0"/>
      </w:pPr>
    </w:p>
    <w:p w14:paraId="002DCD57" w14:textId="77777777" w:rsidR="006817E1" w:rsidRDefault="003C5F30">
      <w:pPr>
        <w:spacing w:after="0"/>
      </w:pPr>
      <w:r>
        <w:rPr>
          <w:rFonts w:ascii="Arial" w:hAnsi="Arial"/>
          <w:b/>
        </w:rPr>
        <w:t xml:space="preserve">Interviewer E:  </w:t>
      </w:r>
      <w:r>
        <w:rPr>
          <w:rFonts w:ascii="Arial" w:hAnsi="Arial"/>
          <w:color w:val="5D7284"/>
        </w:rPr>
        <w:t>41:27</w:t>
      </w:r>
    </w:p>
    <w:p w14:paraId="782B27D7" w14:textId="77777777" w:rsidR="006817E1" w:rsidRDefault="003C5F30">
      <w:pPr>
        <w:spacing w:after="0"/>
      </w:pPr>
      <w:r>
        <w:rPr>
          <w:rFonts w:ascii="Arial" w:hAnsi="Arial"/>
        </w:rPr>
        <w:t>Grib in the soil?</w:t>
      </w:r>
    </w:p>
    <w:p w14:paraId="2AA46DE0" w14:textId="77777777" w:rsidR="006817E1" w:rsidRDefault="006817E1">
      <w:pPr>
        <w:spacing w:after="0"/>
      </w:pPr>
    </w:p>
    <w:p w14:paraId="0117FB87" w14:textId="77777777" w:rsidR="006817E1" w:rsidRDefault="003C5F30">
      <w:pPr>
        <w:spacing w:after="0"/>
      </w:pPr>
      <w:r>
        <w:rPr>
          <w:rFonts w:ascii="Arial" w:hAnsi="Arial"/>
          <w:b/>
        </w:rPr>
        <w:t xml:space="preserve">Participant #28:  </w:t>
      </w:r>
      <w:r>
        <w:rPr>
          <w:rFonts w:ascii="Arial" w:hAnsi="Arial"/>
          <w:color w:val="5D7284"/>
        </w:rPr>
        <w:t>41:28</w:t>
      </w:r>
    </w:p>
    <w:p w14:paraId="101912A8" w14:textId="77777777" w:rsidR="006817E1" w:rsidRDefault="003C5F30">
      <w:pPr>
        <w:spacing w:after="0"/>
      </w:pPr>
      <w:r>
        <w:rPr>
          <w:rFonts w:ascii="Arial" w:hAnsi="Arial"/>
        </w:rPr>
        <w:t xml:space="preserve">Yeah. </w:t>
      </w:r>
    </w:p>
    <w:p w14:paraId="2CED7BBE" w14:textId="77777777" w:rsidR="006817E1" w:rsidRDefault="006817E1">
      <w:pPr>
        <w:spacing w:after="0"/>
      </w:pPr>
    </w:p>
    <w:p w14:paraId="2DB0FCA8" w14:textId="77777777" w:rsidR="006817E1" w:rsidRDefault="003C5F30">
      <w:pPr>
        <w:spacing w:after="0"/>
      </w:pPr>
      <w:r>
        <w:rPr>
          <w:rFonts w:ascii="Arial" w:hAnsi="Arial"/>
          <w:b/>
        </w:rPr>
        <w:t xml:space="preserve">Interviewer E:  </w:t>
      </w:r>
      <w:r>
        <w:rPr>
          <w:rFonts w:ascii="Arial" w:hAnsi="Arial"/>
          <w:color w:val="5D7284"/>
        </w:rPr>
        <w:t>41:29</w:t>
      </w:r>
    </w:p>
    <w:p w14:paraId="79D985F1" w14:textId="77777777" w:rsidR="006817E1" w:rsidRDefault="003C5F30">
      <w:pPr>
        <w:spacing w:after="0"/>
      </w:pPr>
      <w:r>
        <w:rPr>
          <w:rFonts w:ascii="Arial" w:hAnsi="Arial"/>
        </w:rPr>
        <w:t>Okay, to stay like upright.</w:t>
      </w:r>
    </w:p>
    <w:p w14:paraId="28F46CFE" w14:textId="77777777" w:rsidR="006817E1" w:rsidRDefault="006817E1">
      <w:pPr>
        <w:spacing w:after="0"/>
      </w:pPr>
    </w:p>
    <w:p w14:paraId="440626DD" w14:textId="77777777" w:rsidR="006817E1" w:rsidRDefault="003C5F30">
      <w:pPr>
        <w:spacing w:after="0"/>
      </w:pPr>
      <w:r>
        <w:rPr>
          <w:rFonts w:ascii="Arial" w:hAnsi="Arial"/>
          <w:b/>
        </w:rPr>
        <w:t xml:space="preserve">Participant #28:  </w:t>
      </w:r>
      <w:r>
        <w:rPr>
          <w:rFonts w:ascii="Arial" w:hAnsi="Arial"/>
          <w:color w:val="5D7284"/>
        </w:rPr>
        <w:t>41:30</w:t>
      </w:r>
    </w:p>
    <w:p w14:paraId="3B0DB6EA" w14:textId="77777777" w:rsidR="006817E1" w:rsidRDefault="003C5F30">
      <w:pPr>
        <w:spacing w:after="0"/>
      </w:pPr>
      <w:r>
        <w:rPr>
          <w:rFonts w:ascii="Arial" w:hAnsi="Arial"/>
        </w:rPr>
        <w:t>Yeah.</w:t>
      </w:r>
    </w:p>
    <w:p w14:paraId="182F058E" w14:textId="77777777" w:rsidR="006817E1" w:rsidRDefault="006817E1">
      <w:pPr>
        <w:spacing w:after="0"/>
      </w:pPr>
    </w:p>
    <w:p w14:paraId="5EF4C431" w14:textId="77777777" w:rsidR="006817E1" w:rsidRDefault="003C5F30">
      <w:pPr>
        <w:spacing w:after="0"/>
      </w:pPr>
      <w:r>
        <w:rPr>
          <w:rFonts w:ascii="Arial" w:hAnsi="Arial"/>
          <w:b/>
        </w:rPr>
        <w:t xml:space="preserve">Interviewer E:  </w:t>
      </w:r>
      <w:r>
        <w:rPr>
          <w:rFonts w:ascii="Arial" w:hAnsi="Arial"/>
          <w:color w:val="5D7284"/>
        </w:rPr>
        <w:t>41:30</w:t>
      </w:r>
    </w:p>
    <w:p w14:paraId="6F178110" w14:textId="77777777" w:rsidR="006817E1" w:rsidRDefault="003C5F30">
      <w:pPr>
        <w:spacing w:after="0"/>
      </w:pPr>
      <w:r>
        <w:rPr>
          <w:rFonts w:ascii="Arial" w:hAnsi="Arial"/>
        </w:rPr>
        <w:t xml:space="preserve">So what about the part of the tree that grows outside of the </w:t>
      </w:r>
      <w:r>
        <w:rPr>
          <w:rFonts w:ascii="Arial" w:hAnsi="Arial"/>
        </w:rPr>
        <w:t>soil? How do you think that would look?</w:t>
      </w:r>
    </w:p>
    <w:p w14:paraId="73BF26EA" w14:textId="77777777" w:rsidR="006817E1" w:rsidRDefault="006817E1">
      <w:pPr>
        <w:spacing w:after="0"/>
      </w:pPr>
    </w:p>
    <w:p w14:paraId="0744D2A0" w14:textId="77777777" w:rsidR="006817E1" w:rsidRDefault="003C5F30">
      <w:pPr>
        <w:spacing w:after="0"/>
      </w:pPr>
      <w:r>
        <w:rPr>
          <w:rFonts w:ascii="Arial" w:hAnsi="Arial"/>
          <w:b/>
        </w:rPr>
        <w:t xml:space="preserve">Participant #28:  </w:t>
      </w:r>
      <w:r>
        <w:rPr>
          <w:rFonts w:ascii="Arial" w:hAnsi="Arial"/>
          <w:color w:val="5D7284"/>
        </w:rPr>
        <w:t>41:37</w:t>
      </w:r>
    </w:p>
    <w:p w14:paraId="76510216" w14:textId="77777777" w:rsidR="006817E1" w:rsidRDefault="003C5F30">
      <w:pPr>
        <w:spacing w:after="0"/>
      </w:pPr>
      <w:r>
        <w:rPr>
          <w:rFonts w:ascii="Arial" w:hAnsi="Arial"/>
        </w:rPr>
        <w:t xml:space="preserve">So that'll lean? If it's, if the Susan moving counterclockwise? It'll lean more towards the other way more towards the left. </w:t>
      </w:r>
    </w:p>
    <w:p w14:paraId="1CCA0E84" w14:textId="77777777" w:rsidR="006817E1" w:rsidRDefault="006817E1">
      <w:pPr>
        <w:spacing w:after="0"/>
      </w:pPr>
    </w:p>
    <w:p w14:paraId="0E9B8FA2" w14:textId="77777777" w:rsidR="006817E1" w:rsidRDefault="003C5F30">
      <w:pPr>
        <w:spacing w:after="0"/>
      </w:pPr>
      <w:r>
        <w:rPr>
          <w:rFonts w:ascii="Arial" w:hAnsi="Arial"/>
          <w:b/>
        </w:rPr>
        <w:t xml:space="preserve">Interviewer E:  </w:t>
      </w:r>
      <w:r>
        <w:rPr>
          <w:rFonts w:ascii="Arial" w:hAnsi="Arial"/>
          <w:color w:val="5D7284"/>
        </w:rPr>
        <w:t>41:45</w:t>
      </w:r>
    </w:p>
    <w:p w14:paraId="00E1FDBE" w14:textId="77777777" w:rsidR="006817E1" w:rsidRDefault="003C5F30">
      <w:pPr>
        <w:spacing w:after="0"/>
      </w:pPr>
      <w:r>
        <w:rPr>
          <w:rFonts w:ascii="Arial" w:hAnsi="Arial"/>
        </w:rPr>
        <w:t>Okay, and is that because you're just kind of like, oh, this is what I think's gonna happen? Or is there anything in your life that kind of made you think, oh, you know, I feel like I've had something similar seen something similar.</w:t>
      </w:r>
    </w:p>
    <w:p w14:paraId="78D004DD" w14:textId="77777777" w:rsidR="006817E1" w:rsidRDefault="006817E1">
      <w:pPr>
        <w:spacing w:after="0"/>
      </w:pPr>
    </w:p>
    <w:p w14:paraId="5F577DE2" w14:textId="77777777" w:rsidR="006817E1" w:rsidRDefault="003C5F30">
      <w:pPr>
        <w:spacing w:after="0"/>
      </w:pPr>
      <w:r>
        <w:rPr>
          <w:rFonts w:ascii="Arial" w:hAnsi="Arial"/>
          <w:b/>
        </w:rPr>
        <w:t xml:space="preserve">Participant #28:  </w:t>
      </w:r>
      <w:r>
        <w:rPr>
          <w:rFonts w:ascii="Arial" w:hAnsi="Arial"/>
          <w:color w:val="5D7284"/>
        </w:rPr>
        <w:t>41:56</w:t>
      </w:r>
    </w:p>
    <w:p w14:paraId="3A852630" w14:textId="77777777" w:rsidR="006817E1" w:rsidRDefault="003C5F30">
      <w:pPr>
        <w:spacing w:after="0"/>
      </w:pPr>
      <w:r>
        <w:rPr>
          <w:rFonts w:ascii="Arial" w:hAnsi="Arial"/>
        </w:rPr>
        <w:t>It's like,Newton's laws, you know, an object in motion will stay in motion in that direction, unless acted upon. If it's like in a car, if you're making a right turn, you're gonna lean left.</w:t>
      </w:r>
    </w:p>
    <w:p w14:paraId="2116C62C" w14:textId="77777777" w:rsidR="006817E1" w:rsidRDefault="006817E1">
      <w:pPr>
        <w:spacing w:after="0"/>
      </w:pPr>
    </w:p>
    <w:p w14:paraId="01BD4B72" w14:textId="77777777" w:rsidR="006817E1" w:rsidRDefault="003C5F30">
      <w:pPr>
        <w:spacing w:after="0"/>
      </w:pPr>
      <w:r>
        <w:rPr>
          <w:rFonts w:ascii="Arial" w:hAnsi="Arial"/>
          <w:b/>
        </w:rPr>
        <w:t xml:space="preserve">Interviewer E:  </w:t>
      </w:r>
      <w:r>
        <w:rPr>
          <w:rFonts w:ascii="Arial" w:hAnsi="Arial"/>
          <w:color w:val="5D7284"/>
        </w:rPr>
        <w:t>42:06</w:t>
      </w:r>
    </w:p>
    <w:p w14:paraId="56041680" w14:textId="77777777" w:rsidR="006817E1" w:rsidRDefault="003C5F30">
      <w:pPr>
        <w:spacing w:after="0"/>
      </w:pPr>
      <w:r>
        <w:rPr>
          <w:rFonts w:ascii="Arial" w:hAnsi="Arial"/>
        </w:rPr>
        <w:t xml:space="preserve">Okay I like that. Cool. All right. So Ill just, we have next to do here. All right, so our last thing for the day, we're going to use this rotating tank again, and we're going to use these cute little fishes. So. All right, so these fishies right here are going to sink to the bottom. These are our sinkers. And these fish right here are going to float on top. So I'm just gonna put one there, this one here. All right, so two floaters, </w:t>
      </w:r>
      <w:r>
        <w:rPr>
          <w:rFonts w:ascii="Arial" w:hAnsi="Arial"/>
        </w:rPr>
        <w:lastRenderedPageBreak/>
        <w:t>two sinkers. I put one floater in the middle with one sinker in the middle one floor on the side once they go on the side. So unlike when you first came in how the tanks were rotating at a constant speed for 45 minutes to an hour. This time, we're just starting out right just from where it is how do you think these fish are going to react to the sudden movement that I'm going to put on them.</w:t>
      </w:r>
    </w:p>
    <w:p w14:paraId="75E00E48" w14:textId="77777777" w:rsidR="006817E1" w:rsidRDefault="006817E1">
      <w:pPr>
        <w:spacing w:after="0"/>
      </w:pPr>
    </w:p>
    <w:p w14:paraId="2F90D293" w14:textId="77777777" w:rsidR="006817E1" w:rsidRDefault="003C5F30">
      <w:pPr>
        <w:spacing w:after="0"/>
      </w:pPr>
      <w:r>
        <w:rPr>
          <w:rFonts w:ascii="Arial" w:hAnsi="Arial"/>
          <w:b/>
        </w:rPr>
        <w:t xml:space="preserve">Participant #28:  </w:t>
      </w:r>
      <w:r>
        <w:rPr>
          <w:rFonts w:ascii="Arial" w:hAnsi="Arial"/>
          <w:color w:val="5D7284"/>
        </w:rPr>
        <w:t>43:31</w:t>
      </w:r>
    </w:p>
    <w:p w14:paraId="61EB12F6" w14:textId="77777777" w:rsidR="006817E1" w:rsidRDefault="003C5F30">
      <w:pPr>
        <w:spacing w:after="0"/>
      </w:pPr>
      <w:r>
        <w:rPr>
          <w:rFonts w:ascii="Arial" w:hAnsi="Arial"/>
        </w:rPr>
        <w:t>The same direction that it was?</w:t>
      </w:r>
    </w:p>
    <w:p w14:paraId="1243651A" w14:textId="77777777" w:rsidR="006817E1" w:rsidRDefault="006817E1">
      <w:pPr>
        <w:spacing w:after="0"/>
      </w:pPr>
    </w:p>
    <w:p w14:paraId="3E8A41FB" w14:textId="77777777" w:rsidR="006817E1" w:rsidRDefault="003C5F30">
      <w:pPr>
        <w:spacing w:after="0"/>
      </w:pPr>
      <w:r>
        <w:rPr>
          <w:rFonts w:ascii="Arial" w:hAnsi="Arial"/>
          <w:b/>
        </w:rPr>
        <w:t xml:space="preserve">Interviewer E:  </w:t>
      </w:r>
      <w:r>
        <w:rPr>
          <w:rFonts w:ascii="Arial" w:hAnsi="Arial"/>
          <w:color w:val="5D7284"/>
        </w:rPr>
        <w:t>43:32</w:t>
      </w:r>
    </w:p>
    <w:p w14:paraId="5912021D" w14:textId="77777777" w:rsidR="006817E1" w:rsidRDefault="003C5F30">
      <w:pPr>
        <w:spacing w:after="0"/>
      </w:pPr>
      <w:r>
        <w:rPr>
          <w:rFonts w:ascii="Arial" w:hAnsi="Arial"/>
        </w:rPr>
        <w:t>Yup, same direction..</w:t>
      </w:r>
    </w:p>
    <w:p w14:paraId="22E7FAC3" w14:textId="77777777" w:rsidR="006817E1" w:rsidRDefault="006817E1">
      <w:pPr>
        <w:spacing w:after="0"/>
      </w:pPr>
    </w:p>
    <w:p w14:paraId="388BD7B8" w14:textId="77777777" w:rsidR="006817E1" w:rsidRDefault="003C5F30">
      <w:pPr>
        <w:spacing w:after="0"/>
      </w:pPr>
      <w:r>
        <w:rPr>
          <w:rFonts w:ascii="Arial" w:hAnsi="Arial"/>
          <w:b/>
        </w:rPr>
        <w:t xml:space="preserve">Participant #28:  </w:t>
      </w:r>
      <w:r>
        <w:rPr>
          <w:rFonts w:ascii="Arial" w:hAnsi="Arial"/>
          <w:color w:val="5D7284"/>
        </w:rPr>
        <w:t>43:33</w:t>
      </w:r>
    </w:p>
    <w:p w14:paraId="67DF6F41" w14:textId="77777777" w:rsidR="006817E1" w:rsidRDefault="003C5F30">
      <w:pPr>
        <w:spacing w:after="0"/>
      </w:pPr>
      <w:r>
        <w:rPr>
          <w:rFonts w:ascii="Arial" w:hAnsi="Arial"/>
        </w:rPr>
        <w:t xml:space="preserve">So the same direction for the ones at the bottom, it'll move with it just out right. The ones on the top, it'll be slower initially, as the water is going to have like a shock of like, oh, it's moving again. And then it'll slowly catch up again. </w:t>
      </w:r>
    </w:p>
    <w:p w14:paraId="01BC0069" w14:textId="77777777" w:rsidR="006817E1" w:rsidRDefault="006817E1">
      <w:pPr>
        <w:spacing w:after="0"/>
      </w:pPr>
    </w:p>
    <w:p w14:paraId="24686FEC" w14:textId="77777777" w:rsidR="006817E1" w:rsidRDefault="003C5F30">
      <w:pPr>
        <w:spacing w:after="0"/>
      </w:pPr>
      <w:r>
        <w:rPr>
          <w:rFonts w:ascii="Arial" w:hAnsi="Arial"/>
          <w:b/>
        </w:rPr>
        <w:t xml:space="preserve">Interviewer E:  </w:t>
      </w:r>
      <w:r>
        <w:rPr>
          <w:rFonts w:ascii="Arial" w:hAnsi="Arial"/>
          <w:color w:val="5D7284"/>
        </w:rPr>
        <w:t>43:50</w:t>
      </w:r>
    </w:p>
    <w:p w14:paraId="559A77EB" w14:textId="77777777" w:rsidR="006817E1" w:rsidRDefault="003C5F30">
      <w:pPr>
        <w:spacing w:after="0"/>
      </w:pPr>
      <w:r>
        <w:rPr>
          <w:rFonts w:ascii="Arial" w:hAnsi="Arial"/>
        </w:rPr>
        <w:t>Right, and so you said there why are the ones at the bottom moving slower.</w:t>
      </w:r>
    </w:p>
    <w:p w14:paraId="21F75248" w14:textId="77777777" w:rsidR="006817E1" w:rsidRDefault="006817E1">
      <w:pPr>
        <w:spacing w:after="0"/>
      </w:pPr>
    </w:p>
    <w:p w14:paraId="281C5AD1" w14:textId="77777777" w:rsidR="006817E1" w:rsidRDefault="003C5F30">
      <w:pPr>
        <w:spacing w:after="0"/>
      </w:pPr>
      <w:r>
        <w:rPr>
          <w:rFonts w:ascii="Arial" w:hAnsi="Arial"/>
          <w:b/>
        </w:rPr>
        <w:t xml:space="preserve">Participant #28:  </w:t>
      </w:r>
      <w:r>
        <w:rPr>
          <w:rFonts w:ascii="Arial" w:hAnsi="Arial"/>
          <w:color w:val="5D7284"/>
        </w:rPr>
        <w:t>43:54</w:t>
      </w:r>
    </w:p>
    <w:p w14:paraId="62D4C26A" w14:textId="77777777" w:rsidR="006817E1" w:rsidRDefault="003C5F30">
      <w:pPr>
        <w:spacing w:after="0"/>
      </w:pPr>
      <w:r>
        <w:rPr>
          <w:rFonts w:ascii="Arial" w:hAnsi="Arial"/>
        </w:rPr>
        <w:t xml:space="preserve">So it's in contact with the actual rotating. </w:t>
      </w:r>
    </w:p>
    <w:p w14:paraId="17334915" w14:textId="77777777" w:rsidR="006817E1" w:rsidRDefault="006817E1">
      <w:pPr>
        <w:spacing w:after="0"/>
      </w:pPr>
    </w:p>
    <w:p w14:paraId="258765AD" w14:textId="77777777" w:rsidR="006817E1" w:rsidRDefault="003C5F30">
      <w:pPr>
        <w:spacing w:after="0"/>
      </w:pPr>
      <w:r>
        <w:rPr>
          <w:rFonts w:ascii="Arial" w:hAnsi="Arial"/>
          <w:b/>
        </w:rPr>
        <w:t xml:space="preserve">Interviewer E:  </w:t>
      </w:r>
      <w:r>
        <w:rPr>
          <w:rFonts w:ascii="Arial" w:hAnsi="Arial"/>
          <w:color w:val="5D7284"/>
        </w:rPr>
        <w:t>43:59</w:t>
      </w:r>
    </w:p>
    <w:p w14:paraId="5654566B" w14:textId="77777777" w:rsidR="006817E1" w:rsidRDefault="003C5F30">
      <w:pPr>
        <w:spacing w:after="0"/>
      </w:pPr>
      <w:r>
        <w:rPr>
          <w:rFonts w:ascii="Arial" w:hAnsi="Arial"/>
        </w:rPr>
        <w:t>The tank?</w:t>
      </w:r>
    </w:p>
    <w:p w14:paraId="7C842607" w14:textId="77777777" w:rsidR="006817E1" w:rsidRDefault="006817E1">
      <w:pPr>
        <w:spacing w:after="0"/>
      </w:pPr>
    </w:p>
    <w:p w14:paraId="74B3CE9B" w14:textId="77777777" w:rsidR="006817E1" w:rsidRDefault="003C5F30">
      <w:pPr>
        <w:spacing w:after="0"/>
      </w:pPr>
      <w:r>
        <w:rPr>
          <w:rFonts w:ascii="Arial" w:hAnsi="Arial"/>
          <w:b/>
        </w:rPr>
        <w:t xml:space="preserve">Participant #28:  </w:t>
      </w:r>
      <w:r>
        <w:rPr>
          <w:rFonts w:ascii="Arial" w:hAnsi="Arial"/>
          <w:color w:val="5D7284"/>
        </w:rPr>
        <w:t>43:59</w:t>
      </w:r>
    </w:p>
    <w:p w14:paraId="3109F816" w14:textId="77777777" w:rsidR="006817E1" w:rsidRDefault="003C5F30">
      <w:pPr>
        <w:spacing w:after="0"/>
      </w:pPr>
      <w:r>
        <w:rPr>
          <w:rFonts w:ascii="Arial" w:hAnsi="Arial"/>
        </w:rPr>
        <w:t>The tank yeah.</w:t>
      </w:r>
    </w:p>
    <w:p w14:paraId="667F2D7F" w14:textId="77777777" w:rsidR="006817E1" w:rsidRDefault="006817E1">
      <w:pPr>
        <w:spacing w:after="0"/>
      </w:pPr>
    </w:p>
    <w:p w14:paraId="3801423F" w14:textId="77777777" w:rsidR="006817E1" w:rsidRDefault="003C5F30">
      <w:pPr>
        <w:spacing w:after="0"/>
      </w:pPr>
      <w:r>
        <w:rPr>
          <w:rFonts w:ascii="Arial" w:hAnsi="Arial"/>
          <w:b/>
        </w:rPr>
        <w:t xml:space="preserve">Interviewer E:  </w:t>
      </w:r>
      <w:r>
        <w:rPr>
          <w:rFonts w:ascii="Arial" w:hAnsi="Arial"/>
          <w:color w:val="5D7284"/>
        </w:rPr>
        <w:t>44:01</w:t>
      </w:r>
    </w:p>
    <w:p w14:paraId="23572DF3" w14:textId="77777777" w:rsidR="006817E1" w:rsidRDefault="003C5F30">
      <w:pPr>
        <w:spacing w:after="0"/>
      </w:pPr>
      <w:r>
        <w:rPr>
          <w:rFonts w:ascii="Arial" w:hAnsi="Arial"/>
        </w:rPr>
        <w:t>So these will move slower because there are current physical contact with the tank?</w:t>
      </w:r>
    </w:p>
    <w:p w14:paraId="628A8C8E" w14:textId="77777777" w:rsidR="006817E1" w:rsidRDefault="006817E1">
      <w:pPr>
        <w:spacing w:after="0"/>
      </w:pPr>
    </w:p>
    <w:p w14:paraId="783F1626" w14:textId="77777777" w:rsidR="006817E1" w:rsidRDefault="003C5F30">
      <w:pPr>
        <w:spacing w:after="0"/>
      </w:pPr>
      <w:r>
        <w:rPr>
          <w:rFonts w:ascii="Arial" w:hAnsi="Arial"/>
          <w:b/>
        </w:rPr>
        <w:t xml:space="preserve">Participant #28:  </w:t>
      </w:r>
      <w:r>
        <w:rPr>
          <w:rFonts w:ascii="Arial" w:hAnsi="Arial"/>
          <w:color w:val="5D7284"/>
        </w:rPr>
        <w:t>44:05</w:t>
      </w:r>
    </w:p>
    <w:p w14:paraId="2741A598" w14:textId="77777777" w:rsidR="006817E1" w:rsidRDefault="003C5F30">
      <w:pPr>
        <w:spacing w:after="0"/>
      </w:pPr>
      <w:r>
        <w:rPr>
          <w:rFonts w:ascii="Arial" w:hAnsi="Arial"/>
        </w:rPr>
        <w:t>And it's at the bottom of the water column so..</w:t>
      </w:r>
    </w:p>
    <w:p w14:paraId="1C7A8061" w14:textId="77777777" w:rsidR="006817E1" w:rsidRDefault="006817E1">
      <w:pPr>
        <w:spacing w:after="0"/>
      </w:pPr>
    </w:p>
    <w:p w14:paraId="229BB9A5" w14:textId="77777777" w:rsidR="006817E1" w:rsidRDefault="003C5F30">
      <w:pPr>
        <w:spacing w:after="0"/>
      </w:pPr>
      <w:r>
        <w:rPr>
          <w:rFonts w:ascii="Arial" w:hAnsi="Arial"/>
          <w:b/>
        </w:rPr>
        <w:t xml:space="preserve">Interviewer E:  </w:t>
      </w:r>
      <w:r>
        <w:rPr>
          <w:rFonts w:ascii="Arial" w:hAnsi="Arial"/>
          <w:color w:val="5D7284"/>
        </w:rPr>
        <w:t>44:07</w:t>
      </w:r>
    </w:p>
    <w:p w14:paraId="4B2DAF74" w14:textId="77777777" w:rsidR="006817E1" w:rsidRDefault="003C5F30">
      <w:pPr>
        <w:spacing w:after="0"/>
      </w:pPr>
      <w:r>
        <w:rPr>
          <w:rFonts w:ascii="Arial" w:hAnsi="Arial"/>
        </w:rPr>
        <w:t>Okay, and then those will move faster because the water has to catch up with the tank rotating. Okay, well let's see what happens. Looks like you're right about the ones on the bottom moving faster than the ones on top. What else can you tell me that stands out to you about rather be the orientation of the fish the movement of the fish the placement, the water the tank.</w:t>
      </w:r>
    </w:p>
    <w:p w14:paraId="32B0DE0B" w14:textId="77777777" w:rsidR="006817E1" w:rsidRDefault="006817E1">
      <w:pPr>
        <w:spacing w:after="0"/>
      </w:pPr>
    </w:p>
    <w:p w14:paraId="46430ADC" w14:textId="77777777" w:rsidR="006817E1" w:rsidRDefault="003C5F30">
      <w:pPr>
        <w:spacing w:after="0"/>
      </w:pPr>
      <w:r>
        <w:rPr>
          <w:rFonts w:ascii="Arial" w:hAnsi="Arial"/>
          <w:b/>
        </w:rPr>
        <w:t xml:space="preserve">Participant #28:  </w:t>
      </w:r>
      <w:r>
        <w:rPr>
          <w:rFonts w:ascii="Arial" w:hAnsi="Arial"/>
          <w:color w:val="5D7284"/>
        </w:rPr>
        <w:t>44:43</w:t>
      </w:r>
    </w:p>
    <w:p w14:paraId="150482F9" w14:textId="77777777" w:rsidR="006817E1" w:rsidRDefault="003C5F30">
      <w:pPr>
        <w:spacing w:after="0"/>
      </w:pPr>
      <w:r>
        <w:rPr>
          <w:rFonts w:ascii="Arial" w:hAnsi="Arial"/>
        </w:rPr>
        <w:t xml:space="preserve">So when you initially started towards the middle, it's going to be slower because it is a very smaller circumference and that like little area and the outside which is going to result in it going like slightly </w:t>
      </w:r>
      <w:r>
        <w:rPr>
          <w:rFonts w:ascii="Arial" w:hAnsi="Arial"/>
        </w:rPr>
        <w:lastRenderedPageBreak/>
        <w:t>faster than the inside. So the fish in the middle is moving slower than that of the outside the floating ones.</w:t>
      </w:r>
    </w:p>
    <w:p w14:paraId="69215742" w14:textId="77777777" w:rsidR="006817E1" w:rsidRDefault="006817E1">
      <w:pPr>
        <w:spacing w:after="0"/>
      </w:pPr>
    </w:p>
    <w:p w14:paraId="3F1D5FC9" w14:textId="77777777" w:rsidR="006817E1" w:rsidRDefault="003C5F30">
      <w:pPr>
        <w:spacing w:after="0"/>
      </w:pPr>
      <w:r>
        <w:rPr>
          <w:rFonts w:ascii="Arial" w:hAnsi="Arial"/>
          <w:b/>
        </w:rPr>
        <w:t xml:space="preserve">Interviewer E:  </w:t>
      </w:r>
      <w:r>
        <w:rPr>
          <w:rFonts w:ascii="Arial" w:hAnsi="Arial"/>
          <w:color w:val="5D7284"/>
        </w:rPr>
        <w:t>45:07</w:t>
      </w:r>
    </w:p>
    <w:p w14:paraId="64F06F92" w14:textId="77777777" w:rsidR="006817E1" w:rsidRDefault="003C5F30">
      <w:pPr>
        <w:spacing w:after="0"/>
      </w:pPr>
      <w:r>
        <w:rPr>
          <w:rFonts w:ascii="Arial" w:hAnsi="Arial"/>
        </w:rPr>
        <w:t xml:space="preserve">And which, which fish is moving the fast faster? The ones on the bottom are right on top. </w:t>
      </w:r>
    </w:p>
    <w:p w14:paraId="76F50DCD" w14:textId="77777777" w:rsidR="006817E1" w:rsidRDefault="006817E1">
      <w:pPr>
        <w:spacing w:after="0"/>
      </w:pPr>
    </w:p>
    <w:p w14:paraId="321F628A" w14:textId="77777777" w:rsidR="006817E1" w:rsidRDefault="003C5F30">
      <w:pPr>
        <w:spacing w:after="0"/>
      </w:pPr>
      <w:r>
        <w:rPr>
          <w:rFonts w:ascii="Arial" w:hAnsi="Arial"/>
          <w:b/>
        </w:rPr>
        <w:t xml:space="preserve">Participant #28:  </w:t>
      </w:r>
      <w:r>
        <w:rPr>
          <w:rFonts w:ascii="Arial" w:hAnsi="Arial"/>
          <w:color w:val="5D7284"/>
        </w:rPr>
        <w:t>45:13</w:t>
      </w:r>
    </w:p>
    <w:p w14:paraId="791425B7" w14:textId="77777777" w:rsidR="006817E1" w:rsidRDefault="003C5F30">
      <w:pPr>
        <w:spacing w:after="0"/>
      </w:pPr>
      <w:r>
        <w:rPr>
          <w:rFonts w:ascii="Arial" w:hAnsi="Arial"/>
        </w:rPr>
        <w:t>Bottom.</w:t>
      </w:r>
    </w:p>
    <w:p w14:paraId="14F7D8AA" w14:textId="77777777" w:rsidR="006817E1" w:rsidRDefault="006817E1">
      <w:pPr>
        <w:spacing w:after="0"/>
      </w:pPr>
    </w:p>
    <w:p w14:paraId="033FBCEA" w14:textId="77777777" w:rsidR="006817E1" w:rsidRDefault="003C5F30">
      <w:pPr>
        <w:spacing w:after="0"/>
      </w:pPr>
      <w:r>
        <w:rPr>
          <w:rFonts w:ascii="Arial" w:hAnsi="Arial"/>
          <w:b/>
        </w:rPr>
        <w:t xml:space="preserve">Interviewer E:  </w:t>
      </w:r>
      <w:r>
        <w:rPr>
          <w:rFonts w:ascii="Arial" w:hAnsi="Arial"/>
          <w:color w:val="5D7284"/>
        </w:rPr>
        <w:t>45:14</w:t>
      </w:r>
    </w:p>
    <w:p w14:paraId="3F3F179A" w14:textId="77777777" w:rsidR="006817E1" w:rsidRDefault="003C5F30">
      <w:pPr>
        <w:spacing w:after="0"/>
      </w:pPr>
      <w:r>
        <w:rPr>
          <w:rFonts w:ascii="Arial" w:hAnsi="Arial"/>
        </w:rPr>
        <w:t xml:space="preserve">Okay. And would you say. How would you compare the </w:t>
      </w:r>
      <w:r>
        <w:rPr>
          <w:rFonts w:ascii="Arial" w:hAnsi="Arial"/>
        </w:rPr>
        <w:t>orientation of the fish? If I were to say compare the one floating in the center and the one floating on the edge. What's a little different about the two? If you were to say there is a difference?</w:t>
      </w:r>
    </w:p>
    <w:p w14:paraId="72794A6F" w14:textId="77777777" w:rsidR="006817E1" w:rsidRDefault="006817E1">
      <w:pPr>
        <w:spacing w:after="0"/>
      </w:pPr>
    </w:p>
    <w:p w14:paraId="32296CDA" w14:textId="77777777" w:rsidR="006817E1" w:rsidRDefault="003C5F30">
      <w:pPr>
        <w:spacing w:after="0"/>
      </w:pPr>
      <w:r>
        <w:rPr>
          <w:rFonts w:ascii="Arial" w:hAnsi="Arial"/>
          <w:b/>
        </w:rPr>
        <w:t xml:space="preserve">Participant #28:  </w:t>
      </w:r>
      <w:r>
        <w:rPr>
          <w:rFonts w:ascii="Arial" w:hAnsi="Arial"/>
          <w:color w:val="5D7284"/>
        </w:rPr>
        <w:t>45:34</w:t>
      </w:r>
    </w:p>
    <w:p w14:paraId="7A41A9A7" w14:textId="77777777" w:rsidR="006817E1" w:rsidRDefault="003C5F30">
      <w:pPr>
        <w:spacing w:after="0"/>
      </w:pPr>
      <w:r>
        <w:rPr>
          <w:rFonts w:ascii="Arial" w:hAnsi="Arial"/>
        </w:rPr>
        <w:t>What's the question again?</w:t>
      </w:r>
    </w:p>
    <w:p w14:paraId="4416704B" w14:textId="77777777" w:rsidR="006817E1" w:rsidRDefault="006817E1">
      <w:pPr>
        <w:spacing w:after="0"/>
      </w:pPr>
    </w:p>
    <w:p w14:paraId="2BDEB434" w14:textId="77777777" w:rsidR="006817E1" w:rsidRDefault="003C5F30">
      <w:pPr>
        <w:spacing w:after="0"/>
      </w:pPr>
      <w:r>
        <w:rPr>
          <w:rFonts w:ascii="Arial" w:hAnsi="Arial"/>
          <w:b/>
        </w:rPr>
        <w:t xml:space="preserve">Interviewer E:  </w:t>
      </w:r>
      <w:r>
        <w:rPr>
          <w:rFonts w:ascii="Arial" w:hAnsi="Arial"/>
          <w:color w:val="5D7284"/>
        </w:rPr>
        <w:t>45:36</w:t>
      </w:r>
    </w:p>
    <w:p w14:paraId="19B40942" w14:textId="77777777" w:rsidR="006817E1" w:rsidRDefault="003C5F30">
      <w:pPr>
        <w:spacing w:after="0"/>
      </w:pPr>
      <w:r>
        <w:rPr>
          <w:rFonts w:ascii="Arial" w:hAnsi="Arial"/>
        </w:rPr>
        <w:t>So in relative so this fish right here, this floater on the outskirts relative to the fish in the center? What is there any difference in their orientation? Like is one is one fish facing one side particularly more, like stagnant is one fish moving around a little bit more? As far it's like its physical orientation.</w:t>
      </w:r>
    </w:p>
    <w:p w14:paraId="2AD3DEB4" w14:textId="77777777" w:rsidR="006817E1" w:rsidRDefault="006817E1">
      <w:pPr>
        <w:spacing w:after="0"/>
      </w:pPr>
    </w:p>
    <w:p w14:paraId="1D135BEF" w14:textId="77777777" w:rsidR="006817E1" w:rsidRDefault="003C5F30">
      <w:pPr>
        <w:spacing w:after="0"/>
      </w:pPr>
      <w:r>
        <w:rPr>
          <w:rFonts w:ascii="Arial" w:hAnsi="Arial"/>
          <w:b/>
        </w:rPr>
        <w:t xml:space="preserve">Participant #28:  </w:t>
      </w:r>
      <w:r>
        <w:rPr>
          <w:rFonts w:ascii="Arial" w:hAnsi="Arial"/>
          <w:color w:val="5D7284"/>
        </w:rPr>
        <w:t>46:10</w:t>
      </w:r>
    </w:p>
    <w:p w14:paraId="0ABAB0AD" w14:textId="77777777" w:rsidR="006817E1" w:rsidRDefault="003C5F30">
      <w:pPr>
        <w:spacing w:after="0"/>
      </w:pPr>
      <w:r>
        <w:rPr>
          <w:rFonts w:ascii="Arial" w:hAnsi="Arial"/>
        </w:rPr>
        <w:t>So like how they're facing?</w:t>
      </w:r>
    </w:p>
    <w:p w14:paraId="37188FF3" w14:textId="77777777" w:rsidR="006817E1" w:rsidRDefault="006817E1">
      <w:pPr>
        <w:spacing w:after="0"/>
      </w:pPr>
    </w:p>
    <w:p w14:paraId="44573279" w14:textId="77777777" w:rsidR="006817E1" w:rsidRDefault="003C5F30">
      <w:pPr>
        <w:spacing w:after="0"/>
      </w:pPr>
      <w:r>
        <w:rPr>
          <w:rFonts w:ascii="Arial" w:hAnsi="Arial"/>
          <w:b/>
        </w:rPr>
        <w:t xml:space="preserve">Interviewer E:  </w:t>
      </w:r>
      <w:r>
        <w:rPr>
          <w:rFonts w:ascii="Arial" w:hAnsi="Arial"/>
          <w:color w:val="5D7284"/>
        </w:rPr>
        <w:t>46:11</w:t>
      </w:r>
    </w:p>
    <w:p w14:paraId="60381396" w14:textId="77777777" w:rsidR="006817E1" w:rsidRDefault="003C5F30">
      <w:pPr>
        <w:spacing w:after="0"/>
      </w:pPr>
      <w:r>
        <w:rPr>
          <w:rFonts w:ascii="Arial" w:hAnsi="Arial"/>
        </w:rPr>
        <w:t>Yeah.</w:t>
      </w:r>
    </w:p>
    <w:p w14:paraId="62545435" w14:textId="77777777" w:rsidR="006817E1" w:rsidRDefault="006817E1">
      <w:pPr>
        <w:spacing w:after="0"/>
      </w:pPr>
    </w:p>
    <w:p w14:paraId="582F529D" w14:textId="77777777" w:rsidR="006817E1" w:rsidRDefault="003C5F30">
      <w:pPr>
        <w:spacing w:after="0"/>
      </w:pPr>
      <w:r>
        <w:rPr>
          <w:rFonts w:ascii="Arial" w:hAnsi="Arial"/>
          <w:b/>
        </w:rPr>
        <w:t xml:space="preserve">Participant #28:  </w:t>
      </w:r>
      <w:r>
        <w:rPr>
          <w:rFonts w:ascii="Arial" w:hAnsi="Arial"/>
          <w:color w:val="5D7284"/>
        </w:rPr>
        <w:t>46:13</w:t>
      </w:r>
    </w:p>
    <w:p w14:paraId="2A813750" w14:textId="77777777" w:rsidR="006817E1" w:rsidRDefault="003C5F30">
      <w:pPr>
        <w:spacing w:after="0"/>
      </w:pPr>
      <w:r>
        <w:rPr>
          <w:rFonts w:ascii="Arial" w:hAnsi="Arial"/>
        </w:rPr>
        <w:t xml:space="preserve">I mean the one on one on the outside? Is it spinning around very slowly. The shock of the water or the movement on the inside isn't moving as much as like a waterfall in the middle is not moving as fast as the outside. </w:t>
      </w:r>
    </w:p>
    <w:p w14:paraId="3A33CF94" w14:textId="77777777" w:rsidR="006817E1" w:rsidRDefault="006817E1">
      <w:pPr>
        <w:spacing w:after="0"/>
      </w:pPr>
    </w:p>
    <w:p w14:paraId="70AF4099" w14:textId="77777777" w:rsidR="006817E1" w:rsidRDefault="003C5F30">
      <w:pPr>
        <w:spacing w:after="0"/>
      </w:pPr>
      <w:r>
        <w:rPr>
          <w:rFonts w:ascii="Arial" w:hAnsi="Arial"/>
          <w:b/>
        </w:rPr>
        <w:t xml:space="preserve">Interviewer E:  </w:t>
      </w:r>
      <w:r>
        <w:rPr>
          <w:rFonts w:ascii="Arial" w:hAnsi="Arial"/>
          <w:color w:val="5D7284"/>
        </w:rPr>
        <w:t>46:38</w:t>
      </w:r>
    </w:p>
    <w:p w14:paraId="0E4E13A3" w14:textId="77777777" w:rsidR="006817E1" w:rsidRDefault="003C5F30">
      <w:pPr>
        <w:spacing w:after="0"/>
      </w:pPr>
      <w:r>
        <w:rPr>
          <w:rFonts w:ascii="Arial" w:hAnsi="Arial"/>
        </w:rPr>
        <w:t>Okay. Is there anything else that surprises you about how these fish are going about their day here?</w:t>
      </w:r>
    </w:p>
    <w:p w14:paraId="645416F9" w14:textId="77777777" w:rsidR="006817E1" w:rsidRDefault="006817E1">
      <w:pPr>
        <w:spacing w:after="0"/>
      </w:pPr>
    </w:p>
    <w:p w14:paraId="09024898" w14:textId="77777777" w:rsidR="006817E1" w:rsidRDefault="003C5F30">
      <w:pPr>
        <w:spacing w:after="0"/>
      </w:pPr>
      <w:r>
        <w:rPr>
          <w:rFonts w:ascii="Arial" w:hAnsi="Arial"/>
          <w:b/>
        </w:rPr>
        <w:t xml:space="preserve">Participant #28:  </w:t>
      </w:r>
      <w:r>
        <w:rPr>
          <w:rFonts w:ascii="Arial" w:hAnsi="Arial"/>
          <w:color w:val="5D7284"/>
        </w:rPr>
        <w:t>46:50</w:t>
      </w:r>
    </w:p>
    <w:p w14:paraId="37A7A58B" w14:textId="77777777" w:rsidR="006817E1" w:rsidRDefault="003C5F30">
      <w:pPr>
        <w:spacing w:after="0"/>
      </w:pPr>
      <w:r>
        <w:rPr>
          <w:rFonts w:ascii="Arial" w:hAnsi="Arial"/>
        </w:rPr>
        <w:t xml:space="preserve">The sinker on the outside didn't move towards the </w:t>
      </w:r>
    </w:p>
    <w:p w14:paraId="3586936C" w14:textId="77777777" w:rsidR="006817E1" w:rsidRDefault="006817E1">
      <w:pPr>
        <w:spacing w:after="0"/>
      </w:pPr>
    </w:p>
    <w:p w14:paraId="06D26C7B" w14:textId="77777777" w:rsidR="006817E1" w:rsidRDefault="003C5F30">
      <w:pPr>
        <w:spacing w:after="0"/>
      </w:pPr>
      <w:r>
        <w:rPr>
          <w:rFonts w:ascii="Arial" w:hAnsi="Arial"/>
          <w:b/>
        </w:rPr>
        <w:t xml:space="preserve">Interviewer E:  </w:t>
      </w:r>
      <w:r>
        <w:rPr>
          <w:rFonts w:ascii="Arial" w:hAnsi="Arial"/>
          <w:color w:val="5D7284"/>
        </w:rPr>
        <w:t>46:54</w:t>
      </w:r>
    </w:p>
    <w:p w14:paraId="519860C8" w14:textId="77777777" w:rsidR="006817E1" w:rsidRDefault="003C5F30">
      <w:pPr>
        <w:spacing w:after="0"/>
      </w:pPr>
      <w:r>
        <w:rPr>
          <w:rFonts w:ascii="Arial" w:hAnsi="Arial"/>
        </w:rPr>
        <w:t>Like it got pushed towards the edge?</w:t>
      </w:r>
    </w:p>
    <w:p w14:paraId="5DC5B80A" w14:textId="77777777" w:rsidR="006817E1" w:rsidRDefault="006817E1">
      <w:pPr>
        <w:spacing w:after="0"/>
      </w:pPr>
    </w:p>
    <w:p w14:paraId="05323A3E" w14:textId="77777777" w:rsidR="006817E1" w:rsidRDefault="003C5F30">
      <w:pPr>
        <w:spacing w:after="0"/>
      </w:pPr>
      <w:r>
        <w:rPr>
          <w:rFonts w:ascii="Arial" w:hAnsi="Arial"/>
          <w:b/>
        </w:rPr>
        <w:t xml:space="preserve">Participant #28:  </w:t>
      </w:r>
      <w:r>
        <w:rPr>
          <w:rFonts w:ascii="Arial" w:hAnsi="Arial"/>
          <w:color w:val="5D7284"/>
        </w:rPr>
        <w:t>46:58</w:t>
      </w:r>
    </w:p>
    <w:p w14:paraId="72F1117F" w14:textId="77777777" w:rsidR="006817E1" w:rsidRDefault="003C5F30">
      <w:pPr>
        <w:spacing w:after="0"/>
      </w:pPr>
      <w:r>
        <w:rPr>
          <w:rFonts w:ascii="Arial" w:hAnsi="Arial"/>
        </w:rPr>
        <w:lastRenderedPageBreak/>
        <w:t>And one in the middle, the sinker in the middle is slowely moving out. And then I feel that just because of the initial movement at the table and then the water at the bottom note is moving faster than that up at the top. It still isn't up to the same speed. So it'll push like those on the bottom more towards the outside.</w:t>
      </w:r>
    </w:p>
    <w:p w14:paraId="25391F16" w14:textId="77777777" w:rsidR="006817E1" w:rsidRDefault="006817E1">
      <w:pPr>
        <w:spacing w:after="0"/>
      </w:pPr>
    </w:p>
    <w:p w14:paraId="1B6A62D7" w14:textId="77777777" w:rsidR="006817E1" w:rsidRDefault="003C5F30">
      <w:pPr>
        <w:spacing w:after="0"/>
      </w:pPr>
      <w:r>
        <w:rPr>
          <w:rFonts w:ascii="Arial" w:hAnsi="Arial"/>
          <w:b/>
        </w:rPr>
        <w:t xml:space="preserve">Interviewer E:  </w:t>
      </w:r>
      <w:r>
        <w:rPr>
          <w:rFonts w:ascii="Arial" w:hAnsi="Arial"/>
          <w:color w:val="5D7284"/>
        </w:rPr>
        <w:t>47:19</w:t>
      </w:r>
    </w:p>
    <w:p w14:paraId="5B5E8F65" w14:textId="77777777" w:rsidR="006817E1" w:rsidRDefault="003C5F30">
      <w:pPr>
        <w:spacing w:after="0"/>
      </w:pPr>
      <w:r>
        <w:rPr>
          <w:rFonts w:ascii="Arial" w:hAnsi="Arial"/>
        </w:rPr>
        <w:t>And what would you say what do you think would happen to the sinkers and the floaters if I would just stop it abruptly right now.</w:t>
      </w:r>
    </w:p>
    <w:p w14:paraId="55B005DC" w14:textId="77777777" w:rsidR="006817E1" w:rsidRDefault="006817E1">
      <w:pPr>
        <w:spacing w:after="0"/>
      </w:pPr>
    </w:p>
    <w:p w14:paraId="5CDD9F8A" w14:textId="77777777" w:rsidR="006817E1" w:rsidRDefault="003C5F30">
      <w:pPr>
        <w:spacing w:after="0"/>
      </w:pPr>
      <w:r>
        <w:rPr>
          <w:rFonts w:ascii="Arial" w:hAnsi="Arial"/>
          <w:b/>
        </w:rPr>
        <w:t xml:space="preserve">Participant #28:  </w:t>
      </w:r>
      <w:r>
        <w:rPr>
          <w:rFonts w:ascii="Arial" w:hAnsi="Arial"/>
          <w:color w:val="5D7284"/>
        </w:rPr>
        <w:t>47:30</w:t>
      </w:r>
    </w:p>
    <w:p w14:paraId="3D3E4A13" w14:textId="77777777" w:rsidR="006817E1" w:rsidRDefault="003C5F30">
      <w:pPr>
        <w:spacing w:after="0"/>
      </w:pPr>
      <w:r>
        <w:rPr>
          <w:rFonts w:ascii="Arial" w:hAnsi="Arial"/>
        </w:rPr>
        <w:t xml:space="preserve">The sinkers will probably keep moving while they're all keep moving in that same direction the sinkers will probably come to a halt faster as they're they do have the friction playing against them on the bottom and the top it'll be just like with the dye it'll just keep on going until it will slowly come to a stop again. </w:t>
      </w:r>
    </w:p>
    <w:p w14:paraId="19AC85AF" w14:textId="77777777" w:rsidR="006817E1" w:rsidRDefault="006817E1">
      <w:pPr>
        <w:spacing w:after="0"/>
      </w:pPr>
    </w:p>
    <w:p w14:paraId="0A9148B2" w14:textId="77777777" w:rsidR="006817E1" w:rsidRDefault="003C5F30">
      <w:pPr>
        <w:spacing w:after="0"/>
      </w:pPr>
      <w:r>
        <w:rPr>
          <w:rFonts w:ascii="Arial" w:hAnsi="Arial"/>
          <w:b/>
        </w:rPr>
        <w:t xml:space="preserve">Interviewer E:  </w:t>
      </w:r>
      <w:r>
        <w:rPr>
          <w:rFonts w:ascii="Arial" w:hAnsi="Arial"/>
          <w:color w:val="5D7284"/>
        </w:rPr>
        <w:t>48:02</w:t>
      </w:r>
    </w:p>
    <w:p w14:paraId="029E7809" w14:textId="77777777" w:rsidR="006817E1" w:rsidRDefault="003C5F30">
      <w:pPr>
        <w:spacing w:after="0"/>
      </w:pPr>
      <w:r>
        <w:rPr>
          <w:rFonts w:ascii="Arial" w:hAnsi="Arial"/>
        </w:rPr>
        <w:t xml:space="preserve">All right I think we should try it out. Yeah, I would say your pretty on. So I'm assuming this isn't too surprising. How they stop them? Okay, well, I'm going to go ahead and stop the recording. Because that is all that I have for you today. Great. That wasnt too bad, right? </w:t>
      </w:r>
    </w:p>
    <w:p w14:paraId="146F9A8F" w14:textId="77777777" w:rsidR="006817E1" w:rsidRDefault="006817E1">
      <w:pPr>
        <w:spacing w:after="0"/>
      </w:pPr>
    </w:p>
    <w:p w14:paraId="188916A7" w14:textId="77777777" w:rsidR="006817E1" w:rsidRDefault="003C5F30">
      <w:pPr>
        <w:spacing w:after="0"/>
      </w:pPr>
      <w:r>
        <w:rPr>
          <w:rFonts w:ascii="Arial" w:hAnsi="Arial"/>
          <w:b/>
        </w:rPr>
        <w:t xml:space="preserve">Participant #28:  </w:t>
      </w:r>
      <w:r>
        <w:rPr>
          <w:rFonts w:ascii="Arial" w:hAnsi="Arial"/>
          <w:color w:val="5D7284"/>
        </w:rPr>
        <w:t>48:46</w:t>
      </w:r>
    </w:p>
    <w:p w14:paraId="5E36BFB6" w14:textId="77777777" w:rsidR="006817E1" w:rsidRDefault="003C5F30">
      <w:pPr>
        <w:spacing w:after="0"/>
      </w:pPr>
      <w:r>
        <w:rPr>
          <w:rFonts w:ascii="Arial" w:hAnsi="Arial"/>
        </w:rPr>
        <w:t>Nope.</w:t>
      </w:r>
    </w:p>
    <w:sectPr w:rsidR="006817E1"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A83DE" w14:textId="77777777" w:rsidR="00ED3244" w:rsidRDefault="00ED3244">
      <w:pPr>
        <w:spacing w:after="0" w:line="240" w:lineRule="auto"/>
      </w:pPr>
      <w:r>
        <w:separator/>
      </w:r>
    </w:p>
  </w:endnote>
  <w:endnote w:type="continuationSeparator" w:id="0">
    <w:p w14:paraId="0723FB17"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2436926C"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5C9BFE64"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77B3544"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2282FB03"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5E4545F"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0EB0C"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2139E1" w14:textId="77777777" w:rsidR="00ED3244" w:rsidRDefault="00ED3244">
      <w:pPr>
        <w:spacing w:after="0" w:line="240" w:lineRule="auto"/>
      </w:pPr>
      <w:r>
        <w:separator/>
      </w:r>
    </w:p>
  </w:footnote>
  <w:footnote w:type="continuationSeparator" w:id="0">
    <w:p w14:paraId="3BB23FEA"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9687B"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BD24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02A78"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812798251">
    <w:abstractNumId w:val="8"/>
  </w:num>
  <w:num w:numId="2" w16cid:durableId="1520193017">
    <w:abstractNumId w:val="6"/>
  </w:num>
  <w:num w:numId="3" w16cid:durableId="1277520395">
    <w:abstractNumId w:val="5"/>
  </w:num>
  <w:num w:numId="4" w16cid:durableId="1646616746">
    <w:abstractNumId w:val="4"/>
  </w:num>
  <w:num w:numId="5" w16cid:durableId="1441948205">
    <w:abstractNumId w:val="7"/>
  </w:num>
  <w:num w:numId="6" w16cid:durableId="255942027">
    <w:abstractNumId w:val="3"/>
  </w:num>
  <w:num w:numId="7" w16cid:durableId="141898769">
    <w:abstractNumId w:val="2"/>
  </w:num>
  <w:num w:numId="8" w16cid:durableId="1603682059">
    <w:abstractNumId w:val="1"/>
  </w:num>
  <w:num w:numId="9" w16cid:durableId="13879491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C5F30"/>
    <w:rsid w:val="004A641F"/>
    <w:rsid w:val="004B593C"/>
    <w:rsid w:val="006817E1"/>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BD7D2C1"/>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947CEF53-AF42-4197-B279-184E0C02AD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142B7C-13F5-4A8E-80E4-D8DD4FD3F7FE}">
  <ds:schemaRefs>
    <ds:schemaRef ds:uri="http://schemas.microsoft.com/sharepoint/v3/contenttype/forms"/>
  </ds:schemaRefs>
</ds:datastoreItem>
</file>

<file path=customXml/itemProps4.xml><?xml version="1.0" encoding="utf-8"?>
<ds:datastoreItem xmlns:ds="http://schemas.openxmlformats.org/officeDocument/2006/customXml" ds:itemID="{D240A13D-FDB3-40D1-ABD6-F18A8CBD5BEF}">
  <ds:schemaRefs>
    <ds:schemaRef ds:uri="http://purl.org/dc/elements/1.1/"/>
    <ds:schemaRef ds:uri="http://purl.org/dc/dcmitype/"/>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microsoft.com/sharepoint/v3"/>
    <ds:schemaRef ds:uri="http://schemas.openxmlformats.org/package/2006/metadata/core-properties"/>
    <ds:schemaRef ds:uri="eeef5ad7-d6de-419e-9305-cd9bdd8d89a9"/>
    <ds:schemaRef ds:uri="5b1983e9-55b4-4f9e-a196-30376d2238a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4851</Words>
  <Characters>27654</Characters>
  <Application>Microsoft Office Word</Application>
  <DocSecurity>4</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32441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2024-05-21T16:16:00Z</dcterms:created>
  <dcterms:modified xsi:type="dcterms:W3CDTF">2024-05-21T16:16:00Z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