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A80BC" w14:textId="77777777" w:rsidR="00930F33" w:rsidRDefault="00930F33">
      <w:pPr>
        <w:spacing w:after="0"/>
        <w:rPr>
          <w:lang w:eastAsia="zh-CN"/>
        </w:rPr>
      </w:pPr>
    </w:p>
    <w:p w14:paraId="69D97666" w14:textId="77777777" w:rsidR="007F3D28" w:rsidRDefault="00C40296">
      <w:r>
        <w:rPr>
          <w:rFonts w:ascii="Arial" w:hAnsi="Arial"/>
          <w:sz w:val="48"/>
        </w:rPr>
        <w:t>Participant #26 Audio</w:t>
      </w:r>
    </w:p>
    <w:p w14:paraId="56A0198B" w14:textId="333CB732" w:rsidR="007F3D28" w:rsidRDefault="00C40296">
      <w:r>
        <w:rPr>
          <w:rFonts w:ascii="Arial" w:hAnsi="Arial"/>
          <w:color w:val="4F6880"/>
        </w:rPr>
        <w:t xml:space="preserve">Fri, Jan 19, </w:t>
      </w:r>
      <w:r w:rsidR="00255CED">
        <w:rPr>
          <w:rFonts w:ascii="Arial" w:hAnsi="Arial"/>
          <w:color w:val="4F6880"/>
        </w:rPr>
        <w:t>2024,</w:t>
      </w:r>
      <w:r>
        <w:rPr>
          <w:rFonts w:ascii="Arial" w:hAnsi="Arial"/>
          <w:color w:val="4F6880"/>
        </w:rPr>
        <w:t xml:space="preserve"> 11:54AM • 43:12</w:t>
      </w:r>
    </w:p>
    <w:p w14:paraId="5700D850" w14:textId="77777777" w:rsidR="007F3D28" w:rsidRDefault="00C40296">
      <w:pPr>
        <w:spacing w:before="440" w:after="0"/>
      </w:pPr>
      <w:r>
        <w:rPr>
          <w:rFonts w:ascii="Arial" w:hAnsi="Arial"/>
          <w:b/>
          <w:color w:val="4F6880"/>
        </w:rPr>
        <w:t>SUMMARY KEYWORDS</w:t>
      </w:r>
    </w:p>
    <w:p w14:paraId="567767B4" w14:textId="58B86C5F" w:rsidR="007F3D28" w:rsidRDefault="00C40296">
      <w:r>
        <w:rPr>
          <w:rFonts w:ascii="Arial" w:hAnsi="Arial"/>
          <w:color w:val="4F6880"/>
        </w:rPr>
        <w:t xml:space="preserve">jell, water, thought, moving, spinning, swirls, tank, dye, stay, rotating, temperature, color, bit, bottom, diffusing, minute, stopped, layers, pretty, </w:t>
      </w:r>
      <w:r w:rsidR="00255CED">
        <w:rPr>
          <w:rFonts w:ascii="Arial" w:hAnsi="Arial"/>
          <w:color w:val="4F6880"/>
        </w:rPr>
        <w:t>motion.</w:t>
      </w:r>
    </w:p>
    <w:p w14:paraId="3DD23AC9" w14:textId="77777777" w:rsidR="007F3D28" w:rsidRDefault="00C40296">
      <w:pPr>
        <w:spacing w:before="440" w:after="0"/>
      </w:pPr>
      <w:r>
        <w:rPr>
          <w:rFonts w:ascii="Arial" w:hAnsi="Arial"/>
          <w:b/>
          <w:color w:val="4F6880"/>
        </w:rPr>
        <w:t>SPEAKERS</w:t>
      </w:r>
    </w:p>
    <w:p w14:paraId="4525F50E" w14:textId="61FF875A" w:rsidR="007F3D28" w:rsidRDefault="00C40296">
      <w:r>
        <w:rPr>
          <w:rFonts w:ascii="Arial" w:hAnsi="Arial"/>
          <w:color w:val="4F6880"/>
        </w:rPr>
        <w:t xml:space="preserve">Interviewer </w:t>
      </w:r>
      <w:r w:rsidR="00255CED">
        <w:rPr>
          <w:rFonts w:ascii="Arial" w:hAnsi="Arial"/>
          <w:color w:val="4F6880"/>
        </w:rPr>
        <w:t>P:</w:t>
      </w:r>
      <w:r>
        <w:rPr>
          <w:rFonts w:ascii="Arial" w:hAnsi="Arial"/>
          <w:color w:val="4F6880"/>
        </w:rPr>
        <w:t xml:space="preserve"> Participant #26:</w:t>
      </w:r>
    </w:p>
    <w:p w14:paraId="5C36F13A" w14:textId="77777777" w:rsidR="007F3D28" w:rsidRDefault="007F3D28">
      <w:pPr>
        <w:spacing w:after="0"/>
      </w:pPr>
    </w:p>
    <w:p w14:paraId="42D1216D" w14:textId="77777777" w:rsidR="007F3D28" w:rsidRDefault="00C40296">
      <w:pPr>
        <w:spacing w:after="0"/>
      </w:pPr>
      <w:r>
        <w:rPr>
          <w:rFonts w:ascii="Arial" w:hAnsi="Arial"/>
          <w:b/>
        </w:rPr>
        <w:t xml:space="preserve">Interviewer P:  </w:t>
      </w:r>
      <w:r>
        <w:rPr>
          <w:rFonts w:ascii="Arial" w:hAnsi="Arial"/>
          <w:color w:val="5D7284"/>
        </w:rPr>
        <w:t>00:02</w:t>
      </w:r>
    </w:p>
    <w:p w14:paraId="6BFC26E4" w14:textId="6B8BB2CD" w:rsidR="007F3D28" w:rsidRDefault="00C40296">
      <w:pPr>
        <w:spacing w:after="0"/>
      </w:pPr>
      <w:r>
        <w:rPr>
          <w:rFonts w:ascii="Arial" w:hAnsi="Arial"/>
        </w:rPr>
        <w:t xml:space="preserve">Okay, so this is participant number 26. Alright, so first thing we're going to do is work with some colored water. </w:t>
      </w:r>
      <w:r w:rsidR="00255CED">
        <w:rPr>
          <w:rFonts w:ascii="Arial" w:hAnsi="Arial"/>
        </w:rPr>
        <w:t>So,</w:t>
      </w:r>
      <w:r>
        <w:rPr>
          <w:rFonts w:ascii="Arial" w:hAnsi="Arial"/>
        </w:rPr>
        <w:t xml:space="preserve"> this I have dyed blue, okay, and this one is dyed red. If you feel the size, you'll see that they're considerably different temperatures. All right, so in a minute, what I'm going to do is use this tank is divided in </w:t>
      </w:r>
      <w:r w:rsidR="00255CED">
        <w:rPr>
          <w:rFonts w:ascii="Arial" w:hAnsi="Arial"/>
        </w:rPr>
        <w:t>half and</w:t>
      </w:r>
      <w:r>
        <w:rPr>
          <w:rFonts w:ascii="Arial" w:hAnsi="Arial"/>
        </w:rPr>
        <w:t xml:space="preserve"> put the red warm water over here and the blue cold water over here. </w:t>
      </w:r>
      <w:r w:rsidR="00255CED">
        <w:rPr>
          <w:rFonts w:ascii="Arial" w:hAnsi="Arial"/>
        </w:rPr>
        <w:t>So,</w:t>
      </w:r>
      <w:r>
        <w:rPr>
          <w:rFonts w:ascii="Arial" w:hAnsi="Arial"/>
        </w:rPr>
        <w:t xml:space="preserve"> there'll be separated, but I am going to pull the dividing wall out, and they'll have the opportunity to combine and we're going to wait for one minute, and after a minute, we'll see what it looks like.   So wh</w:t>
      </w:r>
      <w:r>
        <w:rPr>
          <w:rFonts w:ascii="Arial" w:hAnsi="Arial"/>
        </w:rPr>
        <w:t>at I want you to do is predict what you think it will look like before I show you. And to show me your prediction. You can sketch it with all the different colors.</w:t>
      </w:r>
    </w:p>
    <w:p w14:paraId="436CDFEE" w14:textId="77777777" w:rsidR="007F3D28" w:rsidRDefault="007F3D28">
      <w:pPr>
        <w:spacing w:after="0"/>
      </w:pPr>
    </w:p>
    <w:p w14:paraId="42D784E7" w14:textId="77777777" w:rsidR="007F3D28" w:rsidRDefault="00C40296">
      <w:pPr>
        <w:spacing w:after="0"/>
      </w:pPr>
      <w:r>
        <w:rPr>
          <w:rFonts w:ascii="Arial" w:hAnsi="Arial"/>
          <w:b/>
        </w:rPr>
        <w:t xml:space="preserve">Participant #26:  </w:t>
      </w:r>
      <w:r>
        <w:rPr>
          <w:rFonts w:ascii="Arial" w:hAnsi="Arial"/>
          <w:color w:val="5D7284"/>
        </w:rPr>
        <w:t>00:41</w:t>
      </w:r>
    </w:p>
    <w:p w14:paraId="61126AC8" w14:textId="77777777" w:rsidR="007F3D28" w:rsidRDefault="00C40296">
      <w:pPr>
        <w:spacing w:after="0"/>
      </w:pPr>
      <w:r>
        <w:rPr>
          <w:rFonts w:ascii="Arial" w:hAnsi="Arial"/>
        </w:rPr>
        <w:t>Okay. Like with color.</w:t>
      </w:r>
    </w:p>
    <w:p w14:paraId="1A9764D5" w14:textId="77777777" w:rsidR="007F3D28" w:rsidRDefault="007F3D28">
      <w:pPr>
        <w:spacing w:after="0"/>
      </w:pPr>
    </w:p>
    <w:p w14:paraId="3D04019E" w14:textId="77777777" w:rsidR="007F3D28" w:rsidRDefault="00C40296">
      <w:pPr>
        <w:spacing w:after="0"/>
      </w:pPr>
      <w:r>
        <w:rPr>
          <w:rFonts w:ascii="Arial" w:hAnsi="Arial"/>
          <w:b/>
        </w:rPr>
        <w:t xml:space="preserve">Interviewer P:  </w:t>
      </w:r>
      <w:r>
        <w:rPr>
          <w:rFonts w:ascii="Arial" w:hAnsi="Arial"/>
          <w:color w:val="5D7284"/>
        </w:rPr>
        <w:t>00:54</w:t>
      </w:r>
    </w:p>
    <w:p w14:paraId="5DBED3C0" w14:textId="4F51B67E" w:rsidR="007F3D28" w:rsidRDefault="00255CED">
      <w:pPr>
        <w:spacing w:after="0"/>
      </w:pPr>
      <w:r>
        <w:rPr>
          <w:rFonts w:ascii="Arial" w:hAnsi="Arial"/>
        </w:rPr>
        <w:t>So, what do you think the water will look like one minute after I pulled the dividing wall out?</w:t>
      </w:r>
    </w:p>
    <w:p w14:paraId="7CCE6648" w14:textId="77777777" w:rsidR="007F3D28" w:rsidRDefault="007F3D28">
      <w:pPr>
        <w:spacing w:after="0"/>
      </w:pPr>
    </w:p>
    <w:p w14:paraId="1536C9D3" w14:textId="77777777" w:rsidR="007F3D28" w:rsidRDefault="00C40296">
      <w:pPr>
        <w:spacing w:after="0"/>
      </w:pPr>
      <w:r>
        <w:rPr>
          <w:rFonts w:ascii="Arial" w:hAnsi="Arial"/>
          <w:b/>
        </w:rPr>
        <w:t xml:space="preserve">Participant #26:  </w:t>
      </w:r>
      <w:r>
        <w:rPr>
          <w:rFonts w:ascii="Arial" w:hAnsi="Arial"/>
          <w:color w:val="5D7284"/>
        </w:rPr>
        <w:t>01:00</w:t>
      </w:r>
    </w:p>
    <w:p w14:paraId="71E96C41" w14:textId="77777777" w:rsidR="007F3D28" w:rsidRDefault="00C40296">
      <w:pPr>
        <w:spacing w:after="0"/>
      </w:pPr>
      <w:r>
        <w:rPr>
          <w:rFonts w:ascii="Arial" w:hAnsi="Arial"/>
        </w:rPr>
        <w:t xml:space="preserve">I think it'd be purple. </w:t>
      </w:r>
    </w:p>
    <w:p w14:paraId="22EAFA31" w14:textId="77777777" w:rsidR="007F3D28" w:rsidRDefault="007F3D28">
      <w:pPr>
        <w:spacing w:after="0"/>
      </w:pPr>
    </w:p>
    <w:p w14:paraId="2B8CF7F4" w14:textId="77777777" w:rsidR="007F3D28" w:rsidRDefault="00C40296">
      <w:pPr>
        <w:spacing w:after="0"/>
      </w:pPr>
      <w:r>
        <w:rPr>
          <w:rFonts w:ascii="Arial" w:hAnsi="Arial"/>
          <w:b/>
        </w:rPr>
        <w:t xml:space="preserve">Interviewer P:  </w:t>
      </w:r>
      <w:r>
        <w:rPr>
          <w:rFonts w:ascii="Arial" w:hAnsi="Arial"/>
          <w:color w:val="5D7284"/>
        </w:rPr>
        <w:t>01:13</w:t>
      </w:r>
    </w:p>
    <w:p w14:paraId="5A11106C" w14:textId="03DA8684" w:rsidR="007F3D28" w:rsidRDefault="00C40296">
      <w:pPr>
        <w:spacing w:after="0"/>
      </w:pPr>
      <w:r>
        <w:rPr>
          <w:rFonts w:ascii="Arial" w:hAnsi="Arial"/>
        </w:rPr>
        <w:t xml:space="preserve">Okay. </w:t>
      </w:r>
      <w:r w:rsidR="00255CED">
        <w:rPr>
          <w:rFonts w:ascii="Arial" w:hAnsi="Arial"/>
        </w:rPr>
        <w:t>So,</w:t>
      </w:r>
      <w:r>
        <w:rPr>
          <w:rFonts w:ascii="Arial" w:hAnsi="Arial"/>
        </w:rPr>
        <w:t xml:space="preserve"> it will completely combine and make a new color. </w:t>
      </w:r>
    </w:p>
    <w:p w14:paraId="5BAFF5B2" w14:textId="77777777" w:rsidR="007F3D28" w:rsidRDefault="007F3D28">
      <w:pPr>
        <w:spacing w:after="0"/>
      </w:pPr>
    </w:p>
    <w:p w14:paraId="08718E2D" w14:textId="77777777" w:rsidR="007F3D28" w:rsidRDefault="00C40296">
      <w:pPr>
        <w:spacing w:after="0"/>
      </w:pPr>
      <w:r>
        <w:rPr>
          <w:rFonts w:ascii="Arial" w:hAnsi="Arial"/>
          <w:b/>
        </w:rPr>
        <w:t xml:space="preserve">Participant #26:  </w:t>
      </w:r>
      <w:r>
        <w:rPr>
          <w:rFonts w:ascii="Arial" w:hAnsi="Arial"/>
          <w:color w:val="5D7284"/>
        </w:rPr>
        <w:t>01:18</w:t>
      </w:r>
    </w:p>
    <w:p w14:paraId="07680607" w14:textId="77777777" w:rsidR="007F3D28" w:rsidRDefault="00C40296">
      <w:pPr>
        <w:spacing w:after="0"/>
      </w:pPr>
      <w:r>
        <w:rPr>
          <w:rFonts w:ascii="Arial" w:hAnsi="Arial"/>
        </w:rPr>
        <w:t xml:space="preserve">Yes. </w:t>
      </w:r>
    </w:p>
    <w:p w14:paraId="3CBBFE6E" w14:textId="77777777" w:rsidR="007F3D28" w:rsidRDefault="007F3D28">
      <w:pPr>
        <w:spacing w:after="0"/>
      </w:pPr>
    </w:p>
    <w:p w14:paraId="131C8B2B" w14:textId="77777777" w:rsidR="007F3D28" w:rsidRDefault="00C40296">
      <w:pPr>
        <w:spacing w:after="0"/>
      </w:pPr>
      <w:r>
        <w:rPr>
          <w:rFonts w:ascii="Arial" w:hAnsi="Arial"/>
          <w:b/>
        </w:rPr>
        <w:t xml:space="preserve">Interviewer P:  </w:t>
      </w:r>
      <w:r>
        <w:rPr>
          <w:rFonts w:ascii="Arial" w:hAnsi="Arial"/>
          <w:color w:val="5D7284"/>
        </w:rPr>
        <w:t>01:18</w:t>
      </w:r>
    </w:p>
    <w:p w14:paraId="4913B5DB" w14:textId="77777777" w:rsidR="007F3D28" w:rsidRDefault="00C40296">
      <w:pPr>
        <w:spacing w:after="0"/>
      </w:pPr>
      <w:r>
        <w:rPr>
          <w:rFonts w:ascii="Arial" w:hAnsi="Arial"/>
        </w:rPr>
        <w:t xml:space="preserve">Red and Blue make purple. </w:t>
      </w:r>
    </w:p>
    <w:p w14:paraId="1434661B" w14:textId="77777777" w:rsidR="007F3D28" w:rsidRDefault="007F3D28">
      <w:pPr>
        <w:spacing w:after="0"/>
      </w:pPr>
    </w:p>
    <w:p w14:paraId="393DE197" w14:textId="77777777" w:rsidR="007F3D28" w:rsidRDefault="00C40296">
      <w:pPr>
        <w:spacing w:after="0"/>
      </w:pPr>
      <w:r>
        <w:rPr>
          <w:rFonts w:ascii="Arial" w:hAnsi="Arial"/>
          <w:b/>
        </w:rPr>
        <w:t xml:space="preserve">Participant #26:  </w:t>
      </w:r>
      <w:r>
        <w:rPr>
          <w:rFonts w:ascii="Arial" w:hAnsi="Arial"/>
          <w:color w:val="5D7284"/>
        </w:rPr>
        <w:t>01:19</w:t>
      </w:r>
    </w:p>
    <w:p w14:paraId="16043826" w14:textId="2BC77700" w:rsidR="007F3D28" w:rsidRDefault="00C40296">
      <w:pPr>
        <w:spacing w:after="0"/>
      </w:pPr>
      <w:r>
        <w:rPr>
          <w:rFonts w:ascii="Arial" w:hAnsi="Arial"/>
        </w:rPr>
        <w:lastRenderedPageBreak/>
        <w:t xml:space="preserve">Yes, </w:t>
      </w:r>
      <w:r w:rsidR="00255CED">
        <w:rPr>
          <w:rFonts w:ascii="Arial" w:hAnsi="Arial"/>
        </w:rPr>
        <w:t>that’s</w:t>
      </w:r>
      <w:r>
        <w:rPr>
          <w:rFonts w:ascii="Arial" w:hAnsi="Arial"/>
        </w:rPr>
        <w:t xml:space="preserve"> my guess. </w:t>
      </w:r>
    </w:p>
    <w:p w14:paraId="3AEAB890" w14:textId="77777777" w:rsidR="007F3D28" w:rsidRDefault="007F3D28">
      <w:pPr>
        <w:spacing w:after="0"/>
      </w:pPr>
    </w:p>
    <w:p w14:paraId="59B72CF9" w14:textId="77777777" w:rsidR="007F3D28" w:rsidRDefault="00C40296">
      <w:pPr>
        <w:spacing w:after="0"/>
      </w:pPr>
      <w:r>
        <w:rPr>
          <w:rFonts w:ascii="Arial" w:hAnsi="Arial"/>
          <w:b/>
        </w:rPr>
        <w:t xml:space="preserve">Interviewer P:  </w:t>
      </w:r>
      <w:r>
        <w:rPr>
          <w:rFonts w:ascii="Arial" w:hAnsi="Arial"/>
          <w:color w:val="5D7284"/>
        </w:rPr>
        <w:t>01:22</w:t>
      </w:r>
    </w:p>
    <w:p w14:paraId="6345434B" w14:textId="0259B3CF" w:rsidR="007F3D28" w:rsidRDefault="00C40296">
      <w:pPr>
        <w:spacing w:after="0"/>
      </w:pPr>
      <w:r>
        <w:rPr>
          <w:rFonts w:ascii="Arial" w:hAnsi="Arial"/>
        </w:rPr>
        <w:t xml:space="preserve">All right. </w:t>
      </w:r>
      <w:r w:rsidR="00255CED">
        <w:rPr>
          <w:rFonts w:ascii="Arial" w:hAnsi="Arial"/>
        </w:rPr>
        <w:t>So,</w:t>
      </w:r>
      <w:r>
        <w:rPr>
          <w:rFonts w:ascii="Arial" w:hAnsi="Arial"/>
        </w:rPr>
        <w:t xml:space="preserve"> I'm going to demonstrate that later. But first, I'm going to switch it up on you a little bit and say, okay, same thing here, obviously, </w:t>
      </w:r>
      <w:r w:rsidR="00255CED">
        <w:rPr>
          <w:rFonts w:ascii="Arial" w:hAnsi="Arial"/>
        </w:rPr>
        <w:t>red,</w:t>
      </w:r>
      <w:r>
        <w:rPr>
          <w:rFonts w:ascii="Arial" w:hAnsi="Arial"/>
        </w:rPr>
        <w:t xml:space="preserve"> and blue. And now they're the same temperature. Right, so how might that be different or would it be the same. What do you think that will look like after a minute of being combined after I take the wall out. </w:t>
      </w:r>
    </w:p>
    <w:p w14:paraId="7333713B" w14:textId="77777777" w:rsidR="007F3D28" w:rsidRDefault="007F3D28">
      <w:pPr>
        <w:spacing w:after="0"/>
      </w:pPr>
    </w:p>
    <w:p w14:paraId="178BCE3C" w14:textId="77777777" w:rsidR="007F3D28" w:rsidRDefault="00C40296">
      <w:pPr>
        <w:spacing w:after="0"/>
      </w:pPr>
      <w:r>
        <w:rPr>
          <w:rFonts w:ascii="Arial" w:hAnsi="Arial"/>
          <w:b/>
        </w:rPr>
        <w:t xml:space="preserve">Participant #26:  </w:t>
      </w:r>
      <w:r>
        <w:rPr>
          <w:rFonts w:ascii="Arial" w:hAnsi="Arial"/>
          <w:color w:val="5D7284"/>
        </w:rPr>
        <w:t>01:50</w:t>
      </w:r>
    </w:p>
    <w:p w14:paraId="6973998E" w14:textId="77777777" w:rsidR="007F3D28" w:rsidRDefault="00C40296">
      <w:pPr>
        <w:spacing w:after="0"/>
      </w:pPr>
      <w:r>
        <w:rPr>
          <w:rFonts w:ascii="Arial" w:hAnsi="Arial"/>
        </w:rPr>
        <w:t>I think it will stay the same.</w:t>
      </w:r>
    </w:p>
    <w:p w14:paraId="12D6BA8D" w14:textId="77777777" w:rsidR="007F3D28" w:rsidRDefault="007F3D28">
      <w:pPr>
        <w:spacing w:after="0"/>
      </w:pPr>
    </w:p>
    <w:p w14:paraId="52BF5E28" w14:textId="77777777" w:rsidR="007F3D28" w:rsidRDefault="00C40296">
      <w:pPr>
        <w:spacing w:after="0"/>
      </w:pPr>
      <w:r>
        <w:rPr>
          <w:rFonts w:ascii="Arial" w:hAnsi="Arial"/>
          <w:b/>
        </w:rPr>
        <w:t xml:space="preserve">Interviewer P:  </w:t>
      </w:r>
      <w:r>
        <w:rPr>
          <w:rFonts w:ascii="Arial" w:hAnsi="Arial"/>
          <w:color w:val="5D7284"/>
        </w:rPr>
        <w:t>01:51</w:t>
      </w:r>
    </w:p>
    <w:p w14:paraId="128C0172" w14:textId="77777777" w:rsidR="007F3D28" w:rsidRDefault="00C40296">
      <w:pPr>
        <w:spacing w:after="0"/>
      </w:pPr>
      <w:r>
        <w:rPr>
          <w:rFonts w:ascii="Arial" w:hAnsi="Arial"/>
        </w:rPr>
        <w:t>Okay.</w:t>
      </w:r>
    </w:p>
    <w:p w14:paraId="20202EE2" w14:textId="77777777" w:rsidR="007F3D28" w:rsidRDefault="007F3D28">
      <w:pPr>
        <w:spacing w:after="0"/>
      </w:pPr>
    </w:p>
    <w:p w14:paraId="0DB35DFC" w14:textId="77777777" w:rsidR="007F3D28" w:rsidRDefault="00C40296">
      <w:pPr>
        <w:spacing w:after="0"/>
      </w:pPr>
      <w:r>
        <w:rPr>
          <w:rFonts w:ascii="Arial" w:hAnsi="Arial"/>
          <w:b/>
        </w:rPr>
        <w:t xml:space="preserve">Participant #26:  </w:t>
      </w:r>
      <w:r>
        <w:rPr>
          <w:rFonts w:ascii="Arial" w:hAnsi="Arial"/>
          <w:color w:val="5D7284"/>
        </w:rPr>
        <w:t>02:00</w:t>
      </w:r>
    </w:p>
    <w:p w14:paraId="352943C5" w14:textId="77777777" w:rsidR="007F3D28" w:rsidRDefault="00C40296">
      <w:pPr>
        <w:spacing w:after="0"/>
      </w:pPr>
      <w:r>
        <w:rPr>
          <w:rFonts w:ascii="Arial" w:hAnsi="Arial"/>
        </w:rPr>
        <w:t>The little information I know.</w:t>
      </w:r>
    </w:p>
    <w:p w14:paraId="0B19B164" w14:textId="77777777" w:rsidR="007F3D28" w:rsidRDefault="007F3D28">
      <w:pPr>
        <w:spacing w:after="0"/>
      </w:pPr>
    </w:p>
    <w:p w14:paraId="73B6EE1D" w14:textId="77777777" w:rsidR="007F3D28" w:rsidRDefault="00C40296">
      <w:pPr>
        <w:spacing w:after="0"/>
      </w:pPr>
      <w:r>
        <w:rPr>
          <w:rFonts w:ascii="Arial" w:hAnsi="Arial"/>
          <w:b/>
        </w:rPr>
        <w:t xml:space="preserve">Interviewer P:  </w:t>
      </w:r>
      <w:r>
        <w:rPr>
          <w:rFonts w:ascii="Arial" w:hAnsi="Arial"/>
          <w:color w:val="5D7284"/>
        </w:rPr>
        <w:t>02:03</w:t>
      </w:r>
    </w:p>
    <w:p w14:paraId="4BD9D5DB" w14:textId="6AEC29B2" w:rsidR="007F3D28" w:rsidRDefault="00C40296">
      <w:pPr>
        <w:spacing w:after="0"/>
      </w:pPr>
      <w:r>
        <w:rPr>
          <w:rFonts w:ascii="Arial" w:hAnsi="Arial"/>
        </w:rPr>
        <w:t xml:space="preserve">It's okay, all right. And third scenario is now I have green and yellow water. And once again, they are the same temperature. But here's how they're different. I put salt in this one. And this one's freshwater. </w:t>
      </w:r>
      <w:r w:rsidR="00255CED">
        <w:rPr>
          <w:rFonts w:ascii="Arial" w:hAnsi="Arial"/>
        </w:rPr>
        <w:t>So,</w:t>
      </w:r>
      <w:r>
        <w:rPr>
          <w:rFonts w:ascii="Arial" w:hAnsi="Arial"/>
        </w:rPr>
        <w:t xml:space="preserve"> no salt in it. So salty water, fresh water. </w:t>
      </w:r>
      <w:r w:rsidR="00255CED">
        <w:rPr>
          <w:rFonts w:ascii="Arial" w:hAnsi="Arial"/>
        </w:rPr>
        <w:t>So,</w:t>
      </w:r>
      <w:r>
        <w:rPr>
          <w:rFonts w:ascii="Arial" w:hAnsi="Arial"/>
        </w:rPr>
        <w:t xml:space="preserve"> think about that, and what you're doing, like how would that look a minute later?</w:t>
      </w:r>
    </w:p>
    <w:p w14:paraId="7EEE0E0B" w14:textId="77777777" w:rsidR="007F3D28" w:rsidRDefault="007F3D28">
      <w:pPr>
        <w:spacing w:after="0"/>
      </w:pPr>
    </w:p>
    <w:p w14:paraId="0D9DB3E2" w14:textId="77777777" w:rsidR="007F3D28" w:rsidRDefault="00C40296">
      <w:pPr>
        <w:spacing w:after="0"/>
      </w:pPr>
      <w:r>
        <w:rPr>
          <w:rFonts w:ascii="Arial" w:hAnsi="Arial"/>
          <w:b/>
        </w:rPr>
        <w:t xml:space="preserve">Participant #26:  </w:t>
      </w:r>
      <w:r>
        <w:rPr>
          <w:rFonts w:ascii="Arial" w:hAnsi="Arial"/>
          <w:color w:val="5D7284"/>
        </w:rPr>
        <w:t>02:35</w:t>
      </w:r>
    </w:p>
    <w:p w14:paraId="760AB08D" w14:textId="77777777" w:rsidR="007F3D28" w:rsidRDefault="00C40296">
      <w:pPr>
        <w:spacing w:after="0"/>
      </w:pPr>
      <w:r>
        <w:rPr>
          <w:rFonts w:ascii="Arial" w:hAnsi="Arial"/>
        </w:rPr>
        <w:t>I don't think it would combine but I think the yellow would mostly be on top.</w:t>
      </w:r>
    </w:p>
    <w:p w14:paraId="13240E0E" w14:textId="77777777" w:rsidR="007F3D28" w:rsidRDefault="007F3D28">
      <w:pPr>
        <w:spacing w:after="0"/>
      </w:pPr>
    </w:p>
    <w:p w14:paraId="693BFA16" w14:textId="77777777" w:rsidR="007F3D28" w:rsidRDefault="00C40296">
      <w:pPr>
        <w:spacing w:after="0"/>
      </w:pPr>
      <w:r>
        <w:rPr>
          <w:rFonts w:ascii="Arial" w:hAnsi="Arial"/>
          <w:b/>
        </w:rPr>
        <w:t xml:space="preserve">Interviewer P:  </w:t>
      </w:r>
      <w:r>
        <w:rPr>
          <w:rFonts w:ascii="Arial" w:hAnsi="Arial"/>
          <w:color w:val="5D7284"/>
        </w:rPr>
        <w:t>03:09</w:t>
      </w:r>
    </w:p>
    <w:p w14:paraId="3CF61760" w14:textId="77777777" w:rsidR="007F3D28" w:rsidRDefault="00C40296">
      <w:pPr>
        <w:spacing w:after="0"/>
      </w:pPr>
      <w:r>
        <w:rPr>
          <w:rFonts w:ascii="Arial" w:hAnsi="Arial"/>
        </w:rPr>
        <w:t>And tell me about that.</w:t>
      </w:r>
    </w:p>
    <w:p w14:paraId="47EBA19B" w14:textId="77777777" w:rsidR="007F3D28" w:rsidRDefault="007F3D28">
      <w:pPr>
        <w:spacing w:after="0"/>
      </w:pPr>
    </w:p>
    <w:p w14:paraId="35A38815" w14:textId="77777777" w:rsidR="007F3D28" w:rsidRDefault="00C40296">
      <w:pPr>
        <w:spacing w:after="0"/>
      </w:pPr>
      <w:r>
        <w:rPr>
          <w:rFonts w:ascii="Arial" w:hAnsi="Arial"/>
          <w:b/>
        </w:rPr>
        <w:t xml:space="preserve">Participant #26:  </w:t>
      </w:r>
      <w:r>
        <w:rPr>
          <w:rFonts w:ascii="Arial" w:hAnsi="Arial"/>
          <w:color w:val="5D7284"/>
        </w:rPr>
        <w:t>03:11</w:t>
      </w:r>
    </w:p>
    <w:p w14:paraId="5DA86020" w14:textId="0E98D629" w:rsidR="007F3D28" w:rsidRDefault="00C40296">
      <w:pPr>
        <w:spacing w:after="0"/>
      </w:pPr>
      <w:r>
        <w:rPr>
          <w:rFonts w:ascii="Arial" w:hAnsi="Arial"/>
        </w:rPr>
        <w:t xml:space="preserve">Because saltwater has more. It's more dense. </w:t>
      </w:r>
      <w:r w:rsidR="00255CED">
        <w:rPr>
          <w:rFonts w:ascii="Arial" w:hAnsi="Arial"/>
        </w:rPr>
        <w:t>So,</w:t>
      </w:r>
      <w:r>
        <w:rPr>
          <w:rFonts w:ascii="Arial" w:hAnsi="Arial"/>
        </w:rPr>
        <w:t xml:space="preserve"> it would go to the bottom and freshwater does isn't so I'm guessing it would stay at the top. </w:t>
      </w:r>
    </w:p>
    <w:p w14:paraId="1F7C84F1" w14:textId="77777777" w:rsidR="007F3D28" w:rsidRDefault="007F3D28">
      <w:pPr>
        <w:spacing w:after="0"/>
      </w:pPr>
    </w:p>
    <w:p w14:paraId="0704D8D0" w14:textId="77777777" w:rsidR="007F3D28" w:rsidRDefault="00C40296">
      <w:pPr>
        <w:spacing w:after="0"/>
      </w:pPr>
      <w:r>
        <w:rPr>
          <w:rFonts w:ascii="Arial" w:hAnsi="Arial"/>
          <w:b/>
        </w:rPr>
        <w:t xml:space="preserve">Interviewer P:  </w:t>
      </w:r>
      <w:r>
        <w:rPr>
          <w:rFonts w:ascii="Arial" w:hAnsi="Arial"/>
          <w:color w:val="5D7284"/>
        </w:rPr>
        <w:t>03:21</w:t>
      </w:r>
    </w:p>
    <w:p w14:paraId="5FFE4D12" w14:textId="77777777" w:rsidR="007F3D28" w:rsidRDefault="00C40296">
      <w:pPr>
        <w:spacing w:after="0"/>
      </w:pPr>
      <w:r>
        <w:rPr>
          <w:rFonts w:ascii="Arial" w:hAnsi="Arial"/>
        </w:rPr>
        <w:t>Okay.</w:t>
      </w:r>
    </w:p>
    <w:p w14:paraId="39DF9D81" w14:textId="77777777" w:rsidR="007F3D28" w:rsidRDefault="007F3D28">
      <w:pPr>
        <w:spacing w:after="0"/>
      </w:pPr>
    </w:p>
    <w:p w14:paraId="52AA4244" w14:textId="77777777" w:rsidR="007F3D28" w:rsidRDefault="00C40296">
      <w:pPr>
        <w:spacing w:after="0"/>
      </w:pPr>
      <w:r>
        <w:rPr>
          <w:rFonts w:ascii="Arial" w:hAnsi="Arial"/>
          <w:b/>
        </w:rPr>
        <w:t xml:space="preserve">Participant #26:  </w:t>
      </w:r>
      <w:r>
        <w:rPr>
          <w:rFonts w:ascii="Arial" w:hAnsi="Arial"/>
          <w:color w:val="5D7284"/>
        </w:rPr>
        <w:t>03:21</w:t>
      </w:r>
    </w:p>
    <w:p w14:paraId="68BD13D3" w14:textId="77777777" w:rsidR="007F3D28" w:rsidRDefault="00C40296">
      <w:pPr>
        <w:spacing w:after="0"/>
      </w:pPr>
      <w:r>
        <w:rPr>
          <w:rFonts w:ascii="Arial" w:hAnsi="Arial"/>
        </w:rPr>
        <w:t xml:space="preserve"> And they wouldn't mix. </w:t>
      </w:r>
    </w:p>
    <w:p w14:paraId="38AE7FC9" w14:textId="77777777" w:rsidR="007F3D28" w:rsidRDefault="007F3D28">
      <w:pPr>
        <w:spacing w:after="0"/>
      </w:pPr>
    </w:p>
    <w:p w14:paraId="19691EB5" w14:textId="77777777" w:rsidR="007F3D28" w:rsidRDefault="00C40296">
      <w:pPr>
        <w:spacing w:after="0"/>
      </w:pPr>
      <w:r>
        <w:rPr>
          <w:rFonts w:ascii="Arial" w:hAnsi="Arial"/>
          <w:b/>
        </w:rPr>
        <w:t xml:space="preserve">Interviewer P:  </w:t>
      </w:r>
      <w:r>
        <w:rPr>
          <w:rFonts w:ascii="Arial" w:hAnsi="Arial"/>
          <w:color w:val="5D7284"/>
        </w:rPr>
        <w:t>03:22</w:t>
      </w:r>
    </w:p>
    <w:p w14:paraId="70CBD3AD" w14:textId="77777777" w:rsidR="007F3D28" w:rsidRDefault="00C40296">
      <w:pPr>
        <w:spacing w:after="0"/>
      </w:pPr>
      <w:r>
        <w:rPr>
          <w:rFonts w:ascii="Arial" w:hAnsi="Arial"/>
        </w:rPr>
        <w:t xml:space="preserve">They wouldn't mix. </w:t>
      </w:r>
    </w:p>
    <w:p w14:paraId="56849074" w14:textId="77777777" w:rsidR="007F3D28" w:rsidRDefault="007F3D28">
      <w:pPr>
        <w:spacing w:after="0"/>
      </w:pPr>
    </w:p>
    <w:p w14:paraId="36A68EAE" w14:textId="77777777" w:rsidR="007F3D28" w:rsidRDefault="00C40296">
      <w:pPr>
        <w:spacing w:after="0"/>
      </w:pPr>
      <w:r>
        <w:rPr>
          <w:rFonts w:ascii="Arial" w:hAnsi="Arial"/>
          <w:b/>
        </w:rPr>
        <w:t xml:space="preserve">Participant #26:  </w:t>
      </w:r>
      <w:r>
        <w:rPr>
          <w:rFonts w:ascii="Arial" w:hAnsi="Arial"/>
          <w:color w:val="5D7284"/>
        </w:rPr>
        <w:t>03:23</w:t>
      </w:r>
    </w:p>
    <w:p w14:paraId="2EBC6933" w14:textId="77777777" w:rsidR="007F3D28" w:rsidRDefault="00C40296">
      <w:pPr>
        <w:spacing w:after="0"/>
      </w:pPr>
      <w:r>
        <w:rPr>
          <w:rFonts w:ascii="Arial" w:hAnsi="Arial"/>
        </w:rPr>
        <w:t xml:space="preserve">Yeah. </w:t>
      </w:r>
    </w:p>
    <w:p w14:paraId="0D1CA804" w14:textId="77777777" w:rsidR="007F3D28" w:rsidRDefault="007F3D28">
      <w:pPr>
        <w:spacing w:after="0"/>
      </w:pPr>
    </w:p>
    <w:p w14:paraId="1F6656CE" w14:textId="77777777" w:rsidR="007F3D28" w:rsidRDefault="00C40296">
      <w:pPr>
        <w:spacing w:after="0"/>
      </w:pPr>
      <w:r>
        <w:rPr>
          <w:rFonts w:ascii="Arial" w:hAnsi="Arial"/>
          <w:b/>
        </w:rPr>
        <w:t xml:space="preserve">Interviewer P:  </w:t>
      </w:r>
      <w:r>
        <w:rPr>
          <w:rFonts w:ascii="Arial" w:hAnsi="Arial"/>
          <w:color w:val="5D7284"/>
        </w:rPr>
        <w:t>03:24</w:t>
      </w:r>
    </w:p>
    <w:p w14:paraId="341CDCE7" w14:textId="77777777" w:rsidR="007F3D28" w:rsidRDefault="00C40296">
      <w:pPr>
        <w:spacing w:after="0"/>
      </w:pPr>
      <w:r>
        <w:rPr>
          <w:rFonts w:ascii="Arial" w:hAnsi="Arial"/>
        </w:rPr>
        <w:t xml:space="preserve">Okay. So is this kind of like after a minute. It's partially moved to the top. </w:t>
      </w:r>
    </w:p>
    <w:p w14:paraId="52534902" w14:textId="77777777" w:rsidR="007F3D28" w:rsidRDefault="007F3D28">
      <w:pPr>
        <w:spacing w:after="0"/>
      </w:pPr>
    </w:p>
    <w:p w14:paraId="6024A951" w14:textId="77777777" w:rsidR="007F3D28" w:rsidRDefault="00C40296">
      <w:pPr>
        <w:spacing w:after="0"/>
      </w:pPr>
      <w:r>
        <w:rPr>
          <w:rFonts w:ascii="Arial" w:hAnsi="Arial"/>
          <w:b/>
        </w:rPr>
        <w:t xml:space="preserve">Participant #26:  </w:t>
      </w:r>
      <w:r>
        <w:rPr>
          <w:rFonts w:ascii="Arial" w:hAnsi="Arial"/>
          <w:color w:val="5D7284"/>
        </w:rPr>
        <w:t>03:30</w:t>
      </w:r>
    </w:p>
    <w:p w14:paraId="79806F39" w14:textId="77777777" w:rsidR="007F3D28" w:rsidRDefault="00C40296">
      <w:pPr>
        <w:spacing w:after="0"/>
      </w:pPr>
      <w:r>
        <w:rPr>
          <w:rFonts w:ascii="Arial" w:hAnsi="Arial"/>
        </w:rPr>
        <w:t xml:space="preserve">Yeah. </w:t>
      </w:r>
    </w:p>
    <w:p w14:paraId="4F37E600" w14:textId="77777777" w:rsidR="007F3D28" w:rsidRDefault="007F3D28">
      <w:pPr>
        <w:spacing w:after="0"/>
      </w:pPr>
    </w:p>
    <w:p w14:paraId="2E7F776D" w14:textId="77777777" w:rsidR="007F3D28" w:rsidRDefault="00C40296">
      <w:pPr>
        <w:spacing w:after="0"/>
      </w:pPr>
      <w:r>
        <w:rPr>
          <w:rFonts w:ascii="Arial" w:hAnsi="Arial"/>
          <w:b/>
        </w:rPr>
        <w:t xml:space="preserve">Interviewer P:  </w:t>
      </w:r>
      <w:r>
        <w:rPr>
          <w:rFonts w:ascii="Arial" w:hAnsi="Arial"/>
          <w:color w:val="5D7284"/>
        </w:rPr>
        <w:t>03:31</w:t>
      </w:r>
    </w:p>
    <w:p w14:paraId="6B1559E0" w14:textId="3018C89B" w:rsidR="007F3D28" w:rsidRDefault="00C40296">
      <w:pPr>
        <w:spacing w:after="0"/>
      </w:pPr>
      <w:r>
        <w:rPr>
          <w:rFonts w:ascii="Arial" w:hAnsi="Arial"/>
        </w:rPr>
        <w:t xml:space="preserve">But there is no mixing in between. Got it, alright, so let's do this. All right. </w:t>
      </w:r>
      <w:r w:rsidR="00255CED">
        <w:rPr>
          <w:rFonts w:ascii="Arial" w:hAnsi="Arial"/>
        </w:rPr>
        <w:t>So,</w:t>
      </w:r>
      <w:r>
        <w:rPr>
          <w:rFonts w:ascii="Arial" w:hAnsi="Arial"/>
        </w:rPr>
        <w:t xml:space="preserve"> I'll start the timer, with minimal spillage </w:t>
      </w:r>
      <w:r w:rsidR="00255CED">
        <w:rPr>
          <w:rFonts w:ascii="Arial" w:hAnsi="Arial"/>
        </w:rPr>
        <w:t>hopefully</w:t>
      </w:r>
      <w:r>
        <w:rPr>
          <w:rFonts w:ascii="Arial" w:hAnsi="Arial"/>
        </w:rPr>
        <w:t>. Yay I didn't spill. Right, so that's a minute. Did that surprise you?</w:t>
      </w:r>
    </w:p>
    <w:p w14:paraId="2D25D8F1" w14:textId="77777777" w:rsidR="007F3D28" w:rsidRDefault="007F3D28">
      <w:pPr>
        <w:spacing w:after="0"/>
      </w:pPr>
    </w:p>
    <w:p w14:paraId="2000650D" w14:textId="77777777" w:rsidR="007F3D28" w:rsidRDefault="00C40296">
      <w:pPr>
        <w:spacing w:after="0"/>
      </w:pPr>
      <w:r>
        <w:rPr>
          <w:rFonts w:ascii="Arial" w:hAnsi="Arial"/>
          <w:b/>
        </w:rPr>
        <w:t xml:space="preserve">Participant #26:  </w:t>
      </w:r>
      <w:r>
        <w:rPr>
          <w:rFonts w:ascii="Arial" w:hAnsi="Arial"/>
          <w:color w:val="5D7284"/>
        </w:rPr>
        <w:t>04:54</w:t>
      </w:r>
    </w:p>
    <w:p w14:paraId="4A3172D9" w14:textId="77777777" w:rsidR="007F3D28" w:rsidRDefault="00C40296">
      <w:pPr>
        <w:spacing w:after="0"/>
      </w:pPr>
      <w:r>
        <w:rPr>
          <w:rFonts w:ascii="Arial" w:hAnsi="Arial"/>
        </w:rPr>
        <w:t xml:space="preserve"> Yes. I didn't think it would be so separate. </w:t>
      </w:r>
    </w:p>
    <w:p w14:paraId="660FC17A" w14:textId="77777777" w:rsidR="007F3D28" w:rsidRDefault="007F3D28">
      <w:pPr>
        <w:spacing w:after="0"/>
      </w:pPr>
    </w:p>
    <w:p w14:paraId="057E4C93" w14:textId="77777777" w:rsidR="007F3D28" w:rsidRDefault="00C40296">
      <w:pPr>
        <w:spacing w:after="0"/>
      </w:pPr>
      <w:r>
        <w:rPr>
          <w:rFonts w:ascii="Arial" w:hAnsi="Arial"/>
          <w:b/>
        </w:rPr>
        <w:t xml:space="preserve">Interviewer P:  </w:t>
      </w:r>
      <w:r>
        <w:rPr>
          <w:rFonts w:ascii="Arial" w:hAnsi="Arial"/>
          <w:color w:val="5D7284"/>
        </w:rPr>
        <w:t>04:58</w:t>
      </w:r>
    </w:p>
    <w:p w14:paraId="594C626A" w14:textId="77777777" w:rsidR="007F3D28" w:rsidRDefault="00C40296">
      <w:pPr>
        <w:spacing w:after="0"/>
      </w:pPr>
      <w:r>
        <w:rPr>
          <w:rFonts w:ascii="Arial" w:hAnsi="Arial"/>
        </w:rPr>
        <w:t xml:space="preserve">Uh huh. </w:t>
      </w:r>
    </w:p>
    <w:p w14:paraId="6268737E" w14:textId="77777777" w:rsidR="007F3D28" w:rsidRDefault="007F3D28">
      <w:pPr>
        <w:spacing w:after="0"/>
      </w:pPr>
    </w:p>
    <w:p w14:paraId="5C2393B2" w14:textId="77777777" w:rsidR="007F3D28" w:rsidRDefault="00C40296">
      <w:pPr>
        <w:spacing w:after="0"/>
      </w:pPr>
      <w:r>
        <w:rPr>
          <w:rFonts w:ascii="Arial" w:hAnsi="Arial"/>
          <w:b/>
        </w:rPr>
        <w:t xml:space="preserve">Participant #26:  </w:t>
      </w:r>
      <w:r>
        <w:rPr>
          <w:rFonts w:ascii="Arial" w:hAnsi="Arial"/>
          <w:color w:val="5D7284"/>
        </w:rPr>
        <w:t>05:00</w:t>
      </w:r>
    </w:p>
    <w:p w14:paraId="5BE5F538" w14:textId="77777777" w:rsidR="007F3D28" w:rsidRDefault="00C40296">
      <w:pPr>
        <w:spacing w:after="0"/>
      </w:pPr>
      <w:r>
        <w:rPr>
          <w:rFonts w:ascii="Arial" w:hAnsi="Arial"/>
        </w:rPr>
        <w:t xml:space="preserve">That was so cool. </w:t>
      </w:r>
    </w:p>
    <w:p w14:paraId="1FFD5238" w14:textId="77777777" w:rsidR="007F3D28" w:rsidRDefault="007F3D28">
      <w:pPr>
        <w:spacing w:after="0"/>
      </w:pPr>
    </w:p>
    <w:p w14:paraId="5447DEE5" w14:textId="77777777" w:rsidR="007F3D28" w:rsidRDefault="00C40296">
      <w:pPr>
        <w:spacing w:after="0"/>
      </w:pPr>
      <w:r>
        <w:rPr>
          <w:rFonts w:ascii="Arial" w:hAnsi="Arial"/>
          <w:b/>
        </w:rPr>
        <w:t xml:space="preserve">Interviewer P:  </w:t>
      </w:r>
      <w:r>
        <w:rPr>
          <w:rFonts w:ascii="Arial" w:hAnsi="Arial"/>
          <w:color w:val="5D7284"/>
        </w:rPr>
        <w:t>05:01</w:t>
      </w:r>
    </w:p>
    <w:p w14:paraId="643EEC01" w14:textId="77777777" w:rsidR="007F3D28" w:rsidRDefault="00C40296">
      <w:pPr>
        <w:spacing w:after="0"/>
      </w:pPr>
      <w:r>
        <w:rPr>
          <w:rFonts w:ascii="Arial" w:hAnsi="Arial"/>
        </w:rPr>
        <w:t xml:space="preserve">Yeah. So how about the way that it moves? Did anything surprise you? </w:t>
      </w:r>
    </w:p>
    <w:p w14:paraId="5CF0C305" w14:textId="77777777" w:rsidR="007F3D28" w:rsidRDefault="007F3D28">
      <w:pPr>
        <w:spacing w:after="0"/>
      </w:pPr>
    </w:p>
    <w:p w14:paraId="1B767CCC" w14:textId="77777777" w:rsidR="007F3D28" w:rsidRDefault="00C40296">
      <w:pPr>
        <w:spacing w:after="0"/>
      </w:pPr>
      <w:r>
        <w:rPr>
          <w:rFonts w:ascii="Arial" w:hAnsi="Arial"/>
          <w:b/>
        </w:rPr>
        <w:t xml:space="preserve">Participant #26:  </w:t>
      </w:r>
      <w:r>
        <w:rPr>
          <w:rFonts w:ascii="Arial" w:hAnsi="Arial"/>
          <w:color w:val="5D7284"/>
        </w:rPr>
        <w:t>05:04</w:t>
      </w:r>
    </w:p>
    <w:p w14:paraId="2B9E59C1" w14:textId="77777777" w:rsidR="007F3D28" w:rsidRDefault="00C40296">
      <w:pPr>
        <w:spacing w:after="0"/>
      </w:pPr>
      <w:r>
        <w:rPr>
          <w:rFonts w:ascii="Arial" w:hAnsi="Arial"/>
        </w:rPr>
        <w:t>Oh, yeah, I didn't think it would make waves between each other to then separate. That was cool too. And that in the middle, it's kind of like foggy. The two colors.</w:t>
      </w:r>
    </w:p>
    <w:p w14:paraId="74E60B11" w14:textId="77777777" w:rsidR="007F3D28" w:rsidRDefault="007F3D28">
      <w:pPr>
        <w:spacing w:after="0"/>
      </w:pPr>
    </w:p>
    <w:p w14:paraId="38436FBB" w14:textId="77777777" w:rsidR="007F3D28" w:rsidRDefault="00C40296">
      <w:pPr>
        <w:spacing w:after="0"/>
      </w:pPr>
      <w:r>
        <w:rPr>
          <w:rFonts w:ascii="Arial" w:hAnsi="Arial"/>
          <w:b/>
        </w:rPr>
        <w:t xml:space="preserve">Interviewer P:  </w:t>
      </w:r>
      <w:r>
        <w:rPr>
          <w:rFonts w:ascii="Arial" w:hAnsi="Arial"/>
          <w:color w:val="5D7284"/>
        </w:rPr>
        <w:t>05:16</w:t>
      </w:r>
    </w:p>
    <w:p w14:paraId="0E2229A2" w14:textId="77777777" w:rsidR="007F3D28" w:rsidRDefault="00C40296">
      <w:pPr>
        <w:spacing w:after="0"/>
      </w:pPr>
      <w:r>
        <w:rPr>
          <w:rFonts w:ascii="Arial" w:hAnsi="Arial"/>
        </w:rPr>
        <w:t>Do you have any thoughts on why it did that?</w:t>
      </w:r>
    </w:p>
    <w:p w14:paraId="4FA3F761" w14:textId="77777777" w:rsidR="007F3D28" w:rsidRDefault="007F3D28">
      <w:pPr>
        <w:spacing w:after="0"/>
      </w:pPr>
    </w:p>
    <w:p w14:paraId="605621AC" w14:textId="77777777" w:rsidR="007F3D28" w:rsidRDefault="00C40296">
      <w:pPr>
        <w:spacing w:after="0"/>
      </w:pPr>
      <w:r>
        <w:rPr>
          <w:rFonts w:ascii="Arial" w:hAnsi="Arial"/>
          <w:b/>
        </w:rPr>
        <w:t xml:space="preserve">Participant #26:  </w:t>
      </w:r>
      <w:r>
        <w:rPr>
          <w:rFonts w:ascii="Arial" w:hAnsi="Arial"/>
          <w:color w:val="5D7284"/>
        </w:rPr>
        <w:t>05:20</w:t>
      </w:r>
    </w:p>
    <w:p w14:paraId="6356B0BA" w14:textId="77777777" w:rsidR="007F3D28" w:rsidRDefault="00C40296">
      <w:pPr>
        <w:spacing w:after="0"/>
      </w:pPr>
      <w:r>
        <w:rPr>
          <w:rFonts w:ascii="Arial" w:hAnsi="Arial"/>
        </w:rPr>
        <w:t>From the temp the different temperatures? I'm guessing, but I don't know why.</w:t>
      </w:r>
    </w:p>
    <w:p w14:paraId="0FC6C955" w14:textId="77777777" w:rsidR="007F3D28" w:rsidRDefault="007F3D28">
      <w:pPr>
        <w:spacing w:after="0"/>
      </w:pPr>
    </w:p>
    <w:p w14:paraId="58267BB9" w14:textId="77777777" w:rsidR="007F3D28" w:rsidRDefault="00C40296">
      <w:pPr>
        <w:spacing w:after="0"/>
      </w:pPr>
      <w:r>
        <w:rPr>
          <w:rFonts w:ascii="Arial" w:hAnsi="Arial"/>
          <w:b/>
        </w:rPr>
        <w:t xml:space="preserve">Interviewer P:  </w:t>
      </w:r>
      <w:r>
        <w:rPr>
          <w:rFonts w:ascii="Arial" w:hAnsi="Arial"/>
          <w:color w:val="5D7284"/>
        </w:rPr>
        <w:t>05:26</w:t>
      </w:r>
    </w:p>
    <w:p w14:paraId="57654ABD" w14:textId="0F144A2D" w:rsidR="007F3D28" w:rsidRDefault="00C40296">
      <w:pPr>
        <w:spacing w:after="0"/>
      </w:pPr>
      <w:r>
        <w:rPr>
          <w:rFonts w:ascii="Arial" w:hAnsi="Arial"/>
        </w:rPr>
        <w:t xml:space="preserve">Yeah. </w:t>
      </w:r>
      <w:r w:rsidR="00255CED">
        <w:rPr>
          <w:rFonts w:ascii="Arial" w:hAnsi="Arial"/>
        </w:rPr>
        <w:t>So,</w:t>
      </w:r>
      <w:r>
        <w:rPr>
          <w:rFonts w:ascii="Arial" w:hAnsi="Arial"/>
        </w:rPr>
        <w:t xml:space="preserve"> the different temperatures are doing something that making you wonder. </w:t>
      </w:r>
    </w:p>
    <w:p w14:paraId="63F10907" w14:textId="77777777" w:rsidR="007F3D28" w:rsidRDefault="007F3D28">
      <w:pPr>
        <w:spacing w:after="0"/>
      </w:pPr>
    </w:p>
    <w:p w14:paraId="30F43F9D" w14:textId="77777777" w:rsidR="007F3D28" w:rsidRDefault="00C40296">
      <w:pPr>
        <w:spacing w:after="0"/>
      </w:pPr>
      <w:r>
        <w:rPr>
          <w:rFonts w:ascii="Arial" w:hAnsi="Arial"/>
          <w:b/>
        </w:rPr>
        <w:t xml:space="preserve">Participant #26:  </w:t>
      </w:r>
      <w:r>
        <w:rPr>
          <w:rFonts w:ascii="Arial" w:hAnsi="Arial"/>
          <w:color w:val="5D7284"/>
        </w:rPr>
        <w:t>05:30</w:t>
      </w:r>
    </w:p>
    <w:p w14:paraId="25393D5B" w14:textId="77777777" w:rsidR="007F3D28" w:rsidRDefault="00C40296">
      <w:pPr>
        <w:spacing w:after="0"/>
      </w:pPr>
      <w:r>
        <w:rPr>
          <w:rFonts w:ascii="Arial" w:hAnsi="Arial"/>
        </w:rPr>
        <w:t>Yeah, but I don't know why.</w:t>
      </w:r>
    </w:p>
    <w:p w14:paraId="1FF3A54D" w14:textId="77777777" w:rsidR="007F3D28" w:rsidRDefault="007F3D28">
      <w:pPr>
        <w:spacing w:after="0"/>
      </w:pPr>
    </w:p>
    <w:p w14:paraId="61193B42" w14:textId="77777777" w:rsidR="007F3D28" w:rsidRDefault="00C40296">
      <w:pPr>
        <w:spacing w:after="0"/>
      </w:pPr>
      <w:r>
        <w:rPr>
          <w:rFonts w:ascii="Arial" w:hAnsi="Arial"/>
          <w:b/>
        </w:rPr>
        <w:t xml:space="preserve">Interviewer P:  </w:t>
      </w:r>
      <w:r>
        <w:rPr>
          <w:rFonts w:ascii="Arial" w:hAnsi="Arial"/>
          <w:color w:val="5D7284"/>
        </w:rPr>
        <w:t>05:33</w:t>
      </w:r>
    </w:p>
    <w:p w14:paraId="20034D56" w14:textId="5CFB231B" w:rsidR="007F3D28" w:rsidRDefault="00255CED">
      <w:pPr>
        <w:spacing w:after="0"/>
      </w:pPr>
      <w:r>
        <w:rPr>
          <w:rFonts w:ascii="Arial" w:hAnsi="Arial"/>
        </w:rPr>
        <w:t>So, what about those layers? How persistent do you think there'll be? Do you think they'll stay like that? Or eventually it would look like what you drew?</w:t>
      </w:r>
    </w:p>
    <w:p w14:paraId="39BAA779" w14:textId="77777777" w:rsidR="007F3D28" w:rsidRDefault="007F3D28">
      <w:pPr>
        <w:spacing w:after="0"/>
      </w:pPr>
    </w:p>
    <w:p w14:paraId="48B78E85" w14:textId="77777777" w:rsidR="007F3D28" w:rsidRDefault="00C40296">
      <w:pPr>
        <w:spacing w:after="0"/>
      </w:pPr>
      <w:r>
        <w:rPr>
          <w:rFonts w:ascii="Arial" w:hAnsi="Arial"/>
          <w:b/>
        </w:rPr>
        <w:t xml:space="preserve">Participant #26:  </w:t>
      </w:r>
      <w:r>
        <w:rPr>
          <w:rFonts w:ascii="Arial" w:hAnsi="Arial"/>
          <w:color w:val="5D7284"/>
        </w:rPr>
        <w:t>05:42</w:t>
      </w:r>
    </w:p>
    <w:p w14:paraId="44E35BAF" w14:textId="77777777" w:rsidR="007F3D28" w:rsidRDefault="00C40296">
      <w:pPr>
        <w:spacing w:after="0"/>
      </w:pPr>
      <w:r>
        <w:rPr>
          <w:rFonts w:ascii="Arial" w:hAnsi="Arial"/>
        </w:rPr>
        <w:lastRenderedPageBreak/>
        <w:t>No, I think it stay.</w:t>
      </w:r>
    </w:p>
    <w:p w14:paraId="61411A78" w14:textId="77777777" w:rsidR="007F3D28" w:rsidRDefault="007F3D28">
      <w:pPr>
        <w:spacing w:after="0"/>
      </w:pPr>
    </w:p>
    <w:p w14:paraId="19A15BE4" w14:textId="77777777" w:rsidR="007F3D28" w:rsidRDefault="00C40296">
      <w:pPr>
        <w:spacing w:after="0"/>
      </w:pPr>
      <w:r>
        <w:rPr>
          <w:rFonts w:ascii="Arial" w:hAnsi="Arial"/>
          <w:b/>
        </w:rPr>
        <w:t xml:space="preserve">Interviewer P:  </w:t>
      </w:r>
      <w:r>
        <w:rPr>
          <w:rFonts w:ascii="Arial" w:hAnsi="Arial"/>
          <w:color w:val="5D7284"/>
        </w:rPr>
        <w:t>05:45</w:t>
      </w:r>
    </w:p>
    <w:p w14:paraId="5E4EFBB0" w14:textId="77777777" w:rsidR="007F3D28" w:rsidRDefault="00C40296">
      <w:pPr>
        <w:spacing w:after="0"/>
      </w:pPr>
      <w:r>
        <w:rPr>
          <w:rFonts w:ascii="Arial" w:hAnsi="Arial"/>
        </w:rPr>
        <w:t>Forever</w:t>
      </w:r>
    </w:p>
    <w:p w14:paraId="171A822E" w14:textId="77777777" w:rsidR="007F3D28" w:rsidRDefault="007F3D28">
      <w:pPr>
        <w:spacing w:after="0"/>
      </w:pPr>
    </w:p>
    <w:p w14:paraId="6F00E01F" w14:textId="77777777" w:rsidR="007F3D28" w:rsidRDefault="00C40296">
      <w:pPr>
        <w:spacing w:after="0"/>
      </w:pPr>
      <w:r>
        <w:rPr>
          <w:rFonts w:ascii="Arial" w:hAnsi="Arial"/>
          <w:b/>
        </w:rPr>
        <w:t xml:space="preserve">Participant #26:  </w:t>
      </w:r>
      <w:r>
        <w:rPr>
          <w:rFonts w:ascii="Arial" w:hAnsi="Arial"/>
          <w:color w:val="5D7284"/>
        </w:rPr>
        <w:t>05:47</w:t>
      </w:r>
    </w:p>
    <w:p w14:paraId="0FA2F50F" w14:textId="77777777" w:rsidR="007F3D28" w:rsidRDefault="00C40296">
      <w:pPr>
        <w:spacing w:after="0"/>
      </w:pPr>
      <w:r>
        <w:rPr>
          <w:rFonts w:ascii="Arial" w:hAnsi="Arial"/>
        </w:rPr>
        <w:t>I don't think I'd say forever because I mean, the middle is kind of disappearing a little bit. I think once it gets to the same temperature both of them it would mix.</w:t>
      </w:r>
    </w:p>
    <w:p w14:paraId="799FF439" w14:textId="77777777" w:rsidR="007F3D28" w:rsidRDefault="007F3D28">
      <w:pPr>
        <w:spacing w:after="0"/>
      </w:pPr>
    </w:p>
    <w:p w14:paraId="08691C42" w14:textId="77777777" w:rsidR="007F3D28" w:rsidRDefault="00C40296">
      <w:pPr>
        <w:spacing w:after="0"/>
      </w:pPr>
      <w:r>
        <w:rPr>
          <w:rFonts w:ascii="Arial" w:hAnsi="Arial"/>
          <w:b/>
        </w:rPr>
        <w:t xml:space="preserve">Interviewer P:  </w:t>
      </w:r>
      <w:r>
        <w:rPr>
          <w:rFonts w:ascii="Arial" w:hAnsi="Arial"/>
          <w:color w:val="5D7284"/>
        </w:rPr>
        <w:t>05:57</w:t>
      </w:r>
    </w:p>
    <w:p w14:paraId="436DB285" w14:textId="77777777" w:rsidR="007F3D28" w:rsidRDefault="00C40296">
      <w:pPr>
        <w:spacing w:after="0"/>
      </w:pPr>
      <w:r>
        <w:rPr>
          <w:rFonts w:ascii="Arial" w:hAnsi="Arial"/>
        </w:rPr>
        <w:t>Okay, and about how long do you think that would take?</w:t>
      </w:r>
    </w:p>
    <w:p w14:paraId="6266680A" w14:textId="77777777" w:rsidR="007F3D28" w:rsidRDefault="007F3D28">
      <w:pPr>
        <w:spacing w:after="0"/>
      </w:pPr>
    </w:p>
    <w:p w14:paraId="0DB22BAA" w14:textId="77777777" w:rsidR="007F3D28" w:rsidRDefault="00C40296">
      <w:pPr>
        <w:spacing w:after="0"/>
      </w:pPr>
      <w:r>
        <w:rPr>
          <w:rFonts w:ascii="Arial" w:hAnsi="Arial"/>
          <w:b/>
        </w:rPr>
        <w:t xml:space="preserve">Participant #26:  </w:t>
      </w:r>
      <w:r>
        <w:rPr>
          <w:rFonts w:ascii="Arial" w:hAnsi="Arial"/>
          <w:color w:val="5D7284"/>
        </w:rPr>
        <w:t>06:01</w:t>
      </w:r>
    </w:p>
    <w:p w14:paraId="0741DF0B" w14:textId="77777777" w:rsidR="007F3D28" w:rsidRDefault="00C40296">
      <w:pPr>
        <w:spacing w:after="0"/>
      </w:pPr>
      <w:r>
        <w:rPr>
          <w:rFonts w:ascii="Arial" w:hAnsi="Arial"/>
        </w:rPr>
        <w:t>A couple of hours until they're same temperature.</w:t>
      </w:r>
    </w:p>
    <w:p w14:paraId="05166B03" w14:textId="77777777" w:rsidR="007F3D28" w:rsidRDefault="007F3D28">
      <w:pPr>
        <w:spacing w:after="0"/>
      </w:pPr>
    </w:p>
    <w:p w14:paraId="4814068A" w14:textId="77777777" w:rsidR="007F3D28" w:rsidRDefault="00C40296">
      <w:pPr>
        <w:spacing w:after="0"/>
      </w:pPr>
      <w:r>
        <w:rPr>
          <w:rFonts w:ascii="Arial" w:hAnsi="Arial"/>
          <w:b/>
        </w:rPr>
        <w:t xml:space="preserve">Interviewer P:  </w:t>
      </w:r>
      <w:r>
        <w:rPr>
          <w:rFonts w:ascii="Arial" w:hAnsi="Arial"/>
          <w:color w:val="5D7284"/>
        </w:rPr>
        <w:t>06:07</w:t>
      </w:r>
    </w:p>
    <w:p w14:paraId="434BBBAB" w14:textId="77777777" w:rsidR="007F3D28" w:rsidRDefault="00C40296">
      <w:pPr>
        <w:spacing w:after="0"/>
      </w:pPr>
      <w:r>
        <w:rPr>
          <w:rFonts w:ascii="Arial" w:hAnsi="Arial"/>
        </w:rPr>
        <w:t xml:space="preserve">And then they would be the same color too. </w:t>
      </w:r>
    </w:p>
    <w:p w14:paraId="4B6B594D" w14:textId="77777777" w:rsidR="007F3D28" w:rsidRDefault="007F3D28">
      <w:pPr>
        <w:spacing w:after="0"/>
      </w:pPr>
    </w:p>
    <w:p w14:paraId="704DB211" w14:textId="77777777" w:rsidR="007F3D28" w:rsidRDefault="00C40296">
      <w:pPr>
        <w:spacing w:after="0"/>
      </w:pPr>
      <w:r>
        <w:rPr>
          <w:rFonts w:ascii="Arial" w:hAnsi="Arial"/>
          <w:b/>
        </w:rPr>
        <w:t xml:space="preserve">Participant #26:  </w:t>
      </w:r>
      <w:r>
        <w:rPr>
          <w:rFonts w:ascii="Arial" w:hAnsi="Arial"/>
          <w:color w:val="5D7284"/>
        </w:rPr>
        <w:t>06:08</w:t>
      </w:r>
    </w:p>
    <w:p w14:paraId="6FB520DF" w14:textId="77777777" w:rsidR="007F3D28" w:rsidRDefault="00C40296">
      <w:pPr>
        <w:spacing w:after="0"/>
      </w:pPr>
      <w:r>
        <w:rPr>
          <w:rFonts w:ascii="Arial" w:hAnsi="Arial"/>
        </w:rPr>
        <w:t xml:space="preserve">Yeah, and that's what I guess. </w:t>
      </w:r>
    </w:p>
    <w:p w14:paraId="12BAFE08" w14:textId="77777777" w:rsidR="007F3D28" w:rsidRDefault="007F3D28">
      <w:pPr>
        <w:spacing w:after="0"/>
      </w:pPr>
    </w:p>
    <w:p w14:paraId="2AB0257D" w14:textId="77777777" w:rsidR="007F3D28" w:rsidRDefault="00C40296">
      <w:pPr>
        <w:spacing w:after="0"/>
      </w:pPr>
      <w:r>
        <w:rPr>
          <w:rFonts w:ascii="Arial" w:hAnsi="Arial"/>
          <w:b/>
        </w:rPr>
        <w:t xml:space="preserve">Interviewer P:  </w:t>
      </w:r>
      <w:r>
        <w:rPr>
          <w:rFonts w:ascii="Arial" w:hAnsi="Arial"/>
          <w:color w:val="5D7284"/>
        </w:rPr>
        <w:t>06:10</w:t>
      </w:r>
    </w:p>
    <w:p w14:paraId="429B092C" w14:textId="4E7A4FE4" w:rsidR="007F3D28" w:rsidRDefault="00C40296">
      <w:pPr>
        <w:spacing w:after="0"/>
      </w:pPr>
      <w:r>
        <w:rPr>
          <w:rFonts w:ascii="Arial" w:hAnsi="Arial"/>
        </w:rPr>
        <w:t xml:space="preserve">Alright, that's a good guess, put </w:t>
      </w:r>
      <w:r w:rsidR="00255CED">
        <w:rPr>
          <w:rFonts w:ascii="Arial" w:hAnsi="Arial"/>
        </w:rPr>
        <w:t>the</w:t>
      </w:r>
      <w:r>
        <w:rPr>
          <w:rFonts w:ascii="Arial" w:hAnsi="Arial"/>
        </w:rPr>
        <w:t xml:space="preserve"> down over here. Try it again. </w:t>
      </w:r>
      <w:r w:rsidR="00255CED">
        <w:rPr>
          <w:rFonts w:ascii="Arial" w:hAnsi="Arial"/>
        </w:rPr>
        <w:t>So,</w:t>
      </w:r>
      <w:r>
        <w:rPr>
          <w:rFonts w:ascii="Arial" w:hAnsi="Arial"/>
        </w:rPr>
        <w:t xml:space="preserve"> this is what we said with the same temperature, you still gonna go with that?</w:t>
      </w:r>
    </w:p>
    <w:p w14:paraId="50BBB1E1" w14:textId="77777777" w:rsidR="007F3D28" w:rsidRDefault="007F3D28">
      <w:pPr>
        <w:spacing w:after="0"/>
      </w:pPr>
    </w:p>
    <w:p w14:paraId="4BA3D6DC" w14:textId="77777777" w:rsidR="007F3D28" w:rsidRDefault="00C40296">
      <w:pPr>
        <w:spacing w:after="0"/>
      </w:pPr>
      <w:r>
        <w:rPr>
          <w:rFonts w:ascii="Arial" w:hAnsi="Arial"/>
          <w:b/>
        </w:rPr>
        <w:t xml:space="preserve">Participant #26:  </w:t>
      </w:r>
      <w:r>
        <w:rPr>
          <w:rFonts w:ascii="Arial" w:hAnsi="Arial"/>
          <w:color w:val="5D7284"/>
        </w:rPr>
        <w:t>06:29</w:t>
      </w:r>
    </w:p>
    <w:p w14:paraId="677692C2" w14:textId="77777777" w:rsidR="007F3D28" w:rsidRDefault="00C40296">
      <w:pPr>
        <w:spacing w:after="0"/>
      </w:pPr>
      <w:r>
        <w:rPr>
          <w:rFonts w:ascii="Arial" w:hAnsi="Arial"/>
        </w:rPr>
        <w:t xml:space="preserve">Yes. </w:t>
      </w:r>
    </w:p>
    <w:p w14:paraId="4AE8F857" w14:textId="77777777" w:rsidR="007F3D28" w:rsidRDefault="007F3D28">
      <w:pPr>
        <w:spacing w:after="0"/>
      </w:pPr>
    </w:p>
    <w:p w14:paraId="668BEF9B" w14:textId="77777777" w:rsidR="007F3D28" w:rsidRDefault="00C40296">
      <w:pPr>
        <w:spacing w:after="0"/>
      </w:pPr>
      <w:r>
        <w:rPr>
          <w:rFonts w:ascii="Arial" w:hAnsi="Arial"/>
          <w:b/>
        </w:rPr>
        <w:t xml:space="preserve">Interviewer P:  </w:t>
      </w:r>
      <w:r>
        <w:rPr>
          <w:rFonts w:ascii="Arial" w:hAnsi="Arial"/>
          <w:color w:val="5D7284"/>
        </w:rPr>
        <w:t>06:29</w:t>
      </w:r>
    </w:p>
    <w:p w14:paraId="2173EA86" w14:textId="77777777" w:rsidR="007F3D28" w:rsidRDefault="00C40296">
      <w:pPr>
        <w:spacing w:after="0"/>
      </w:pPr>
      <w:r>
        <w:rPr>
          <w:rFonts w:ascii="Arial" w:hAnsi="Arial"/>
        </w:rPr>
        <w:t>Okay.</w:t>
      </w:r>
    </w:p>
    <w:p w14:paraId="76F8C8A7" w14:textId="77777777" w:rsidR="007F3D28" w:rsidRDefault="007F3D28">
      <w:pPr>
        <w:spacing w:after="0"/>
      </w:pPr>
    </w:p>
    <w:p w14:paraId="4136B4CA" w14:textId="77777777" w:rsidR="007F3D28" w:rsidRDefault="00C40296">
      <w:pPr>
        <w:spacing w:after="0"/>
      </w:pPr>
      <w:r>
        <w:rPr>
          <w:rFonts w:ascii="Arial" w:hAnsi="Arial"/>
          <w:b/>
        </w:rPr>
        <w:t xml:space="preserve">Participant #26:  </w:t>
      </w:r>
      <w:r>
        <w:rPr>
          <w:rFonts w:ascii="Arial" w:hAnsi="Arial"/>
          <w:color w:val="5D7284"/>
        </w:rPr>
        <w:t>06:31</w:t>
      </w:r>
    </w:p>
    <w:p w14:paraId="6AC28877" w14:textId="77777777" w:rsidR="007F3D28" w:rsidRDefault="00C40296">
      <w:pPr>
        <w:spacing w:after="0"/>
      </w:pPr>
      <w:r>
        <w:rPr>
          <w:rFonts w:ascii="Arial" w:hAnsi="Arial"/>
        </w:rPr>
        <w:t xml:space="preserve">I think they will </w:t>
      </w:r>
      <w:r>
        <w:rPr>
          <w:rFonts w:ascii="Arial" w:hAnsi="Arial"/>
        </w:rPr>
        <w:t>mix this time.</w:t>
      </w:r>
    </w:p>
    <w:p w14:paraId="43FA2A53" w14:textId="77777777" w:rsidR="007F3D28" w:rsidRDefault="007F3D28">
      <w:pPr>
        <w:spacing w:after="0"/>
      </w:pPr>
    </w:p>
    <w:p w14:paraId="6F369DF9" w14:textId="77777777" w:rsidR="007F3D28" w:rsidRDefault="00C40296">
      <w:pPr>
        <w:spacing w:after="0"/>
      </w:pPr>
      <w:r>
        <w:rPr>
          <w:rFonts w:ascii="Arial" w:hAnsi="Arial"/>
          <w:b/>
        </w:rPr>
        <w:t xml:space="preserve">Interviewer P:  </w:t>
      </w:r>
      <w:r>
        <w:rPr>
          <w:rFonts w:ascii="Arial" w:hAnsi="Arial"/>
          <w:color w:val="5D7284"/>
        </w:rPr>
        <w:t>06:41</w:t>
      </w:r>
    </w:p>
    <w:p w14:paraId="1D5741E9" w14:textId="77777777" w:rsidR="007F3D28" w:rsidRDefault="00C40296">
      <w:pPr>
        <w:spacing w:after="0"/>
      </w:pPr>
      <w:r>
        <w:rPr>
          <w:rFonts w:ascii="Arial" w:hAnsi="Arial"/>
        </w:rPr>
        <w:t>All right that's like abstract art.</w:t>
      </w:r>
    </w:p>
    <w:p w14:paraId="37884310" w14:textId="77777777" w:rsidR="007F3D28" w:rsidRDefault="007F3D28">
      <w:pPr>
        <w:spacing w:after="0"/>
      </w:pPr>
    </w:p>
    <w:p w14:paraId="0181983B" w14:textId="77777777" w:rsidR="007F3D28" w:rsidRDefault="00C40296">
      <w:pPr>
        <w:spacing w:after="0"/>
      </w:pPr>
      <w:r>
        <w:rPr>
          <w:rFonts w:ascii="Arial" w:hAnsi="Arial"/>
          <w:b/>
        </w:rPr>
        <w:t xml:space="preserve">Participant #26:  </w:t>
      </w:r>
      <w:r>
        <w:rPr>
          <w:rFonts w:ascii="Arial" w:hAnsi="Arial"/>
          <w:color w:val="5D7284"/>
        </w:rPr>
        <w:t>07:03</w:t>
      </w:r>
    </w:p>
    <w:p w14:paraId="63B9B39F" w14:textId="77777777" w:rsidR="007F3D28" w:rsidRDefault="00C40296">
      <w:pPr>
        <w:spacing w:after="0"/>
      </w:pPr>
      <w:r>
        <w:rPr>
          <w:rFonts w:ascii="Arial" w:hAnsi="Arial"/>
        </w:rPr>
        <w:t xml:space="preserve"> Yeah. That's not what I thought it would do. I didn't think it'd be so separate. I thought it would mix because it's the same.</w:t>
      </w:r>
    </w:p>
    <w:p w14:paraId="662CD0B3" w14:textId="77777777" w:rsidR="007F3D28" w:rsidRDefault="007F3D28">
      <w:pPr>
        <w:spacing w:after="0"/>
      </w:pPr>
    </w:p>
    <w:p w14:paraId="604F4495" w14:textId="77777777" w:rsidR="007F3D28" w:rsidRDefault="00C40296">
      <w:pPr>
        <w:spacing w:after="0"/>
      </w:pPr>
      <w:r>
        <w:rPr>
          <w:rFonts w:ascii="Arial" w:hAnsi="Arial"/>
          <w:b/>
        </w:rPr>
        <w:t xml:space="preserve">Interviewer P:  </w:t>
      </w:r>
      <w:r>
        <w:rPr>
          <w:rFonts w:ascii="Arial" w:hAnsi="Arial"/>
          <w:color w:val="5D7284"/>
        </w:rPr>
        <w:t>07:52</w:t>
      </w:r>
    </w:p>
    <w:p w14:paraId="5C06F500" w14:textId="77777777" w:rsidR="007F3D28" w:rsidRDefault="00C40296">
      <w:pPr>
        <w:spacing w:after="0"/>
      </w:pPr>
      <w:r>
        <w:rPr>
          <w:rFonts w:ascii="Arial" w:hAnsi="Arial"/>
        </w:rPr>
        <w:t xml:space="preserve">I think it's starting too. </w:t>
      </w:r>
    </w:p>
    <w:p w14:paraId="11F1D7EC" w14:textId="77777777" w:rsidR="007F3D28" w:rsidRDefault="007F3D28">
      <w:pPr>
        <w:spacing w:after="0"/>
      </w:pPr>
    </w:p>
    <w:p w14:paraId="05F520D3" w14:textId="77777777" w:rsidR="007F3D28" w:rsidRDefault="00C40296">
      <w:pPr>
        <w:spacing w:after="0"/>
      </w:pPr>
      <w:r>
        <w:rPr>
          <w:rFonts w:ascii="Arial" w:hAnsi="Arial"/>
          <w:b/>
        </w:rPr>
        <w:lastRenderedPageBreak/>
        <w:t xml:space="preserve">Participant #26:  </w:t>
      </w:r>
      <w:r>
        <w:rPr>
          <w:rFonts w:ascii="Arial" w:hAnsi="Arial"/>
          <w:color w:val="5D7284"/>
        </w:rPr>
        <w:t>07:55</w:t>
      </w:r>
    </w:p>
    <w:p w14:paraId="27F8F8F3" w14:textId="77777777" w:rsidR="007F3D28" w:rsidRDefault="00C40296">
      <w:pPr>
        <w:spacing w:after="0"/>
      </w:pPr>
      <w:r>
        <w:rPr>
          <w:rFonts w:ascii="Arial" w:hAnsi="Arial"/>
        </w:rPr>
        <w:t xml:space="preserve">Yeah. </w:t>
      </w:r>
    </w:p>
    <w:p w14:paraId="157341E5" w14:textId="77777777" w:rsidR="007F3D28" w:rsidRDefault="007F3D28">
      <w:pPr>
        <w:spacing w:after="0"/>
      </w:pPr>
    </w:p>
    <w:p w14:paraId="01B3A9D7" w14:textId="77777777" w:rsidR="007F3D28" w:rsidRDefault="00C40296">
      <w:pPr>
        <w:spacing w:after="0"/>
      </w:pPr>
      <w:r>
        <w:rPr>
          <w:rFonts w:ascii="Arial" w:hAnsi="Arial"/>
          <w:b/>
        </w:rPr>
        <w:t xml:space="preserve">Interviewer P:  </w:t>
      </w:r>
      <w:r>
        <w:rPr>
          <w:rFonts w:ascii="Arial" w:hAnsi="Arial"/>
          <w:color w:val="5D7284"/>
        </w:rPr>
        <w:t>07:56</w:t>
      </w:r>
    </w:p>
    <w:p w14:paraId="648740B2" w14:textId="77777777" w:rsidR="007F3D28" w:rsidRDefault="00C40296">
      <w:pPr>
        <w:spacing w:after="0"/>
      </w:pPr>
      <w:r>
        <w:rPr>
          <w:rFonts w:ascii="Arial" w:hAnsi="Arial"/>
        </w:rPr>
        <w:t>Making layers.</w:t>
      </w:r>
    </w:p>
    <w:p w14:paraId="33C9D139" w14:textId="77777777" w:rsidR="007F3D28" w:rsidRDefault="007F3D28">
      <w:pPr>
        <w:spacing w:after="0"/>
      </w:pPr>
    </w:p>
    <w:p w14:paraId="606C390B" w14:textId="77777777" w:rsidR="007F3D28" w:rsidRDefault="00C40296">
      <w:pPr>
        <w:spacing w:after="0"/>
      </w:pPr>
      <w:r>
        <w:rPr>
          <w:rFonts w:ascii="Arial" w:hAnsi="Arial"/>
          <w:b/>
        </w:rPr>
        <w:t xml:space="preserve">Participant #26:  </w:t>
      </w:r>
      <w:r>
        <w:rPr>
          <w:rFonts w:ascii="Arial" w:hAnsi="Arial"/>
          <w:color w:val="5D7284"/>
        </w:rPr>
        <w:t>07:57</w:t>
      </w:r>
    </w:p>
    <w:p w14:paraId="32D543D2" w14:textId="77777777" w:rsidR="007F3D28" w:rsidRDefault="00C40296">
      <w:pPr>
        <w:spacing w:after="0"/>
      </w:pPr>
      <w:r>
        <w:rPr>
          <w:rFonts w:ascii="Arial" w:hAnsi="Arial"/>
        </w:rPr>
        <w:t>it's making swirls.</w:t>
      </w:r>
    </w:p>
    <w:p w14:paraId="3A97AD8D" w14:textId="77777777" w:rsidR="007F3D28" w:rsidRDefault="007F3D28">
      <w:pPr>
        <w:spacing w:after="0"/>
      </w:pPr>
    </w:p>
    <w:p w14:paraId="67E9C107" w14:textId="77777777" w:rsidR="007F3D28" w:rsidRDefault="00C40296">
      <w:pPr>
        <w:spacing w:after="0"/>
      </w:pPr>
      <w:r>
        <w:rPr>
          <w:rFonts w:ascii="Arial" w:hAnsi="Arial"/>
          <w:b/>
        </w:rPr>
        <w:t xml:space="preserve">Interviewer P:  </w:t>
      </w:r>
      <w:r>
        <w:rPr>
          <w:rFonts w:ascii="Arial" w:hAnsi="Arial"/>
          <w:color w:val="5D7284"/>
        </w:rPr>
        <w:t>07:58</w:t>
      </w:r>
    </w:p>
    <w:p w14:paraId="0D9F1C56" w14:textId="77777777" w:rsidR="007F3D28" w:rsidRDefault="00C40296">
      <w:pPr>
        <w:spacing w:after="0"/>
      </w:pPr>
      <w:r>
        <w:rPr>
          <w:rFonts w:ascii="Arial" w:hAnsi="Arial"/>
        </w:rPr>
        <w:t>Yeah, yeah, but we can definitely still make out the red from the blue.</w:t>
      </w:r>
    </w:p>
    <w:p w14:paraId="2C0ECD36" w14:textId="77777777" w:rsidR="007F3D28" w:rsidRDefault="007F3D28">
      <w:pPr>
        <w:spacing w:after="0"/>
      </w:pPr>
    </w:p>
    <w:p w14:paraId="4EE34C69" w14:textId="77777777" w:rsidR="007F3D28" w:rsidRDefault="00C40296">
      <w:pPr>
        <w:spacing w:after="0"/>
      </w:pPr>
      <w:r>
        <w:rPr>
          <w:rFonts w:ascii="Arial" w:hAnsi="Arial"/>
          <w:b/>
        </w:rPr>
        <w:t xml:space="preserve">Participant #26:  </w:t>
      </w:r>
      <w:r>
        <w:rPr>
          <w:rFonts w:ascii="Arial" w:hAnsi="Arial"/>
          <w:color w:val="5D7284"/>
        </w:rPr>
        <w:t>08:03</w:t>
      </w:r>
    </w:p>
    <w:p w14:paraId="00F7300A" w14:textId="77777777" w:rsidR="007F3D28" w:rsidRDefault="00C40296">
      <w:pPr>
        <w:spacing w:after="0"/>
      </w:pPr>
      <w:r>
        <w:rPr>
          <w:rFonts w:ascii="Arial" w:hAnsi="Arial"/>
        </w:rPr>
        <w:t>Yeah, there's still a big difference between them.</w:t>
      </w:r>
    </w:p>
    <w:p w14:paraId="25FAA595" w14:textId="77777777" w:rsidR="007F3D28" w:rsidRDefault="007F3D28">
      <w:pPr>
        <w:spacing w:after="0"/>
      </w:pPr>
    </w:p>
    <w:p w14:paraId="1BAF1694" w14:textId="77777777" w:rsidR="007F3D28" w:rsidRDefault="00C40296">
      <w:pPr>
        <w:spacing w:after="0"/>
      </w:pPr>
      <w:r>
        <w:rPr>
          <w:rFonts w:ascii="Arial" w:hAnsi="Arial"/>
          <w:b/>
        </w:rPr>
        <w:t xml:space="preserve">Interviewer P:  </w:t>
      </w:r>
      <w:r>
        <w:rPr>
          <w:rFonts w:ascii="Arial" w:hAnsi="Arial"/>
          <w:color w:val="5D7284"/>
        </w:rPr>
        <w:t>08:06</w:t>
      </w:r>
    </w:p>
    <w:p w14:paraId="2701FBC1" w14:textId="77777777" w:rsidR="007F3D28" w:rsidRDefault="00C40296">
      <w:pPr>
        <w:spacing w:after="0"/>
      </w:pPr>
      <w:r>
        <w:rPr>
          <w:rFonts w:ascii="Arial" w:hAnsi="Arial"/>
        </w:rPr>
        <w:t xml:space="preserve">Did it move similarly to the first one? </w:t>
      </w:r>
    </w:p>
    <w:p w14:paraId="1223DDFD" w14:textId="77777777" w:rsidR="007F3D28" w:rsidRDefault="007F3D28">
      <w:pPr>
        <w:spacing w:after="0"/>
      </w:pPr>
    </w:p>
    <w:p w14:paraId="0507FDF4" w14:textId="77777777" w:rsidR="007F3D28" w:rsidRDefault="00C40296">
      <w:pPr>
        <w:spacing w:after="0"/>
      </w:pPr>
      <w:r>
        <w:rPr>
          <w:rFonts w:ascii="Arial" w:hAnsi="Arial"/>
          <w:b/>
        </w:rPr>
        <w:t xml:space="preserve">Participant #26:  </w:t>
      </w:r>
      <w:r>
        <w:rPr>
          <w:rFonts w:ascii="Arial" w:hAnsi="Arial"/>
          <w:color w:val="5D7284"/>
        </w:rPr>
        <w:t>08:09</w:t>
      </w:r>
    </w:p>
    <w:p w14:paraId="1EA63CF7" w14:textId="77777777" w:rsidR="007F3D28" w:rsidRDefault="00C40296">
      <w:pPr>
        <w:spacing w:after="0"/>
      </w:pPr>
      <w:r>
        <w:rPr>
          <w:rFonts w:ascii="Arial" w:hAnsi="Arial"/>
        </w:rPr>
        <w:t xml:space="preserve">Um, this one made more swirls than waves. </w:t>
      </w:r>
    </w:p>
    <w:p w14:paraId="6A7D9E37" w14:textId="77777777" w:rsidR="007F3D28" w:rsidRDefault="007F3D28">
      <w:pPr>
        <w:spacing w:after="0"/>
      </w:pPr>
    </w:p>
    <w:p w14:paraId="702B9B4D" w14:textId="77777777" w:rsidR="007F3D28" w:rsidRDefault="00C40296">
      <w:pPr>
        <w:spacing w:after="0"/>
      </w:pPr>
      <w:r>
        <w:rPr>
          <w:rFonts w:ascii="Arial" w:hAnsi="Arial"/>
          <w:b/>
        </w:rPr>
        <w:t xml:space="preserve">Interviewer P:  </w:t>
      </w:r>
      <w:r>
        <w:rPr>
          <w:rFonts w:ascii="Arial" w:hAnsi="Arial"/>
          <w:color w:val="5D7284"/>
        </w:rPr>
        <w:t>08:11</w:t>
      </w:r>
    </w:p>
    <w:p w14:paraId="53F1D01C" w14:textId="77777777" w:rsidR="007F3D28" w:rsidRDefault="00C40296">
      <w:pPr>
        <w:spacing w:after="0"/>
      </w:pPr>
      <w:r>
        <w:rPr>
          <w:rFonts w:ascii="Arial" w:hAnsi="Arial"/>
        </w:rPr>
        <w:t>Waves yeah.</w:t>
      </w:r>
    </w:p>
    <w:p w14:paraId="7EC994AA" w14:textId="77777777" w:rsidR="007F3D28" w:rsidRDefault="007F3D28">
      <w:pPr>
        <w:spacing w:after="0"/>
      </w:pPr>
    </w:p>
    <w:p w14:paraId="16593D70" w14:textId="77777777" w:rsidR="007F3D28" w:rsidRDefault="00C40296">
      <w:pPr>
        <w:spacing w:after="0"/>
      </w:pPr>
      <w:r>
        <w:rPr>
          <w:rFonts w:ascii="Arial" w:hAnsi="Arial"/>
          <w:b/>
        </w:rPr>
        <w:t xml:space="preserve">Participant #26:  </w:t>
      </w:r>
      <w:r>
        <w:rPr>
          <w:rFonts w:ascii="Arial" w:hAnsi="Arial"/>
          <w:color w:val="5D7284"/>
        </w:rPr>
        <w:t>08:12</w:t>
      </w:r>
    </w:p>
    <w:p w14:paraId="7896B8F1" w14:textId="77777777" w:rsidR="007F3D28" w:rsidRDefault="00C40296">
      <w:pPr>
        <w:spacing w:after="0"/>
      </w:pPr>
      <w:r>
        <w:rPr>
          <w:rFonts w:ascii="Arial" w:hAnsi="Arial"/>
        </w:rPr>
        <w:t>Yeah.</w:t>
      </w:r>
    </w:p>
    <w:p w14:paraId="4941EBCA" w14:textId="77777777" w:rsidR="007F3D28" w:rsidRDefault="007F3D28">
      <w:pPr>
        <w:spacing w:after="0"/>
      </w:pPr>
    </w:p>
    <w:p w14:paraId="00FF6FFD" w14:textId="77777777" w:rsidR="007F3D28" w:rsidRDefault="00C40296">
      <w:pPr>
        <w:spacing w:after="0"/>
      </w:pPr>
      <w:r>
        <w:rPr>
          <w:rFonts w:ascii="Arial" w:hAnsi="Arial"/>
          <w:b/>
        </w:rPr>
        <w:t xml:space="preserve">Interviewer P:  </w:t>
      </w:r>
      <w:r>
        <w:rPr>
          <w:rFonts w:ascii="Arial" w:hAnsi="Arial"/>
          <w:color w:val="5D7284"/>
        </w:rPr>
        <w:t>08:15</w:t>
      </w:r>
    </w:p>
    <w:p w14:paraId="6277FAF3" w14:textId="77777777" w:rsidR="007F3D28" w:rsidRDefault="00C40296">
      <w:pPr>
        <w:spacing w:after="0"/>
      </w:pPr>
      <w:r>
        <w:rPr>
          <w:rFonts w:ascii="Arial" w:hAnsi="Arial"/>
        </w:rPr>
        <w:t>Interesting. Do you think that eventually it will look like this?</w:t>
      </w:r>
    </w:p>
    <w:p w14:paraId="2FE32567" w14:textId="77777777" w:rsidR="007F3D28" w:rsidRDefault="007F3D28">
      <w:pPr>
        <w:spacing w:after="0"/>
      </w:pPr>
    </w:p>
    <w:p w14:paraId="381EBFA7" w14:textId="77777777" w:rsidR="007F3D28" w:rsidRDefault="00C40296">
      <w:pPr>
        <w:spacing w:after="0"/>
      </w:pPr>
      <w:r>
        <w:rPr>
          <w:rFonts w:ascii="Arial" w:hAnsi="Arial"/>
          <w:b/>
        </w:rPr>
        <w:t xml:space="preserve">Participant #26:  </w:t>
      </w:r>
      <w:r>
        <w:rPr>
          <w:rFonts w:ascii="Arial" w:hAnsi="Arial"/>
          <w:color w:val="5D7284"/>
        </w:rPr>
        <w:t>08:19</w:t>
      </w:r>
    </w:p>
    <w:p w14:paraId="0EAB3E57" w14:textId="77777777" w:rsidR="007F3D28" w:rsidRDefault="00C40296">
      <w:pPr>
        <w:spacing w:after="0"/>
      </w:pPr>
      <w:r>
        <w:rPr>
          <w:rFonts w:ascii="Arial" w:hAnsi="Arial"/>
        </w:rPr>
        <w:t xml:space="preserve">I don't think so. I don't think so. Because they're both the same temperature so if I'm going off of what I said for the last one. </w:t>
      </w:r>
    </w:p>
    <w:p w14:paraId="5A834CD2" w14:textId="77777777" w:rsidR="007F3D28" w:rsidRDefault="007F3D28">
      <w:pPr>
        <w:spacing w:after="0"/>
      </w:pPr>
    </w:p>
    <w:p w14:paraId="7A26FD7C" w14:textId="77777777" w:rsidR="007F3D28" w:rsidRDefault="00C40296">
      <w:pPr>
        <w:spacing w:after="0"/>
      </w:pPr>
      <w:r>
        <w:rPr>
          <w:rFonts w:ascii="Arial" w:hAnsi="Arial"/>
          <w:b/>
        </w:rPr>
        <w:t xml:space="preserve">Interviewer P:  </w:t>
      </w:r>
      <w:r>
        <w:rPr>
          <w:rFonts w:ascii="Arial" w:hAnsi="Arial"/>
          <w:color w:val="5D7284"/>
        </w:rPr>
        <w:t>08:27</w:t>
      </w:r>
    </w:p>
    <w:p w14:paraId="44D77F26" w14:textId="77777777" w:rsidR="007F3D28" w:rsidRDefault="00C40296">
      <w:pPr>
        <w:spacing w:after="0"/>
      </w:pPr>
      <w:r>
        <w:rPr>
          <w:rFonts w:ascii="Arial" w:hAnsi="Arial"/>
        </w:rPr>
        <w:t xml:space="preserve">Yeah. </w:t>
      </w:r>
    </w:p>
    <w:p w14:paraId="1A35AD73" w14:textId="77777777" w:rsidR="007F3D28" w:rsidRDefault="007F3D28">
      <w:pPr>
        <w:spacing w:after="0"/>
      </w:pPr>
    </w:p>
    <w:p w14:paraId="184BC3AF" w14:textId="77777777" w:rsidR="007F3D28" w:rsidRDefault="00C40296">
      <w:pPr>
        <w:spacing w:after="0"/>
      </w:pPr>
      <w:r>
        <w:rPr>
          <w:rFonts w:ascii="Arial" w:hAnsi="Arial"/>
          <w:b/>
        </w:rPr>
        <w:t xml:space="preserve">Participant #26:  </w:t>
      </w:r>
      <w:r>
        <w:rPr>
          <w:rFonts w:ascii="Arial" w:hAnsi="Arial"/>
          <w:color w:val="5D7284"/>
        </w:rPr>
        <w:t>08:27</w:t>
      </w:r>
    </w:p>
    <w:p w14:paraId="2D9EDF2D" w14:textId="77777777" w:rsidR="007F3D28" w:rsidRDefault="00C40296">
      <w:pPr>
        <w:spacing w:after="0"/>
      </w:pPr>
      <w:r>
        <w:rPr>
          <w:rFonts w:ascii="Arial" w:hAnsi="Arial"/>
        </w:rPr>
        <w:t>I don't think it would.</w:t>
      </w:r>
    </w:p>
    <w:p w14:paraId="42E48994" w14:textId="77777777" w:rsidR="007F3D28" w:rsidRDefault="007F3D28">
      <w:pPr>
        <w:spacing w:after="0"/>
      </w:pPr>
    </w:p>
    <w:p w14:paraId="547ED080" w14:textId="77777777" w:rsidR="007F3D28" w:rsidRDefault="00C40296">
      <w:pPr>
        <w:spacing w:after="0"/>
      </w:pPr>
      <w:r>
        <w:rPr>
          <w:rFonts w:ascii="Arial" w:hAnsi="Arial"/>
          <w:b/>
        </w:rPr>
        <w:t xml:space="preserve">Interviewer P:  </w:t>
      </w:r>
      <w:r>
        <w:rPr>
          <w:rFonts w:ascii="Arial" w:hAnsi="Arial"/>
          <w:color w:val="5D7284"/>
        </w:rPr>
        <w:t>08:29</w:t>
      </w:r>
    </w:p>
    <w:p w14:paraId="2011A142" w14:textId="092A0DE9" w:rsidR="007F3D28" w:rsidRDefault="00C40296">
      <w:pPr>
        <w:spacing w:after="0"/>
      </w:pPr>
      <w:r>
        <w:rPr>
          <w:rFonts w:ascii="Arial" w:hAnsi="Arial"/>
        </w:rPr>
        <w:t xml:space="preserve">Yeah </w:t>
      </w:r>
      <w:r w:rsidR="00255CED">
        <w:rPr>
          <w:rFonts w:ascii="Arial" w:hAnsi="Arial"/>
        </w:rPr>
        <w:t>so,</w:t>
      </w:r>
      <w:r>
        <w:rPr>
          <w:rFonts w:ascii="Arial" w:hAnsi="Arial"/>
        </w:rPr>
        <w:t xml:space="preserve"> we'll still be able to see some blue and still be able to see some red, forever?</w:t>
      </w:r>
    </w:p>
    <w:p w14:paraId="5F6423E3" w14:textId="77777777" w:rsidR="007F3D28" w:rsidRDefault="007F3D28">
      <w:pPr>
        <w:spacing w:after="0"/>
      </w:pPr>
    </w:p>
    <w:p w14:paraId="1FC19D2C" w14:textId="77777777" w:rsidR="007F3D28" w:rsidRDefault="00C40296">
      <w:pPr>
        <w:spacing w:after="0"/>
      </w:pPr>
      <w:r>
        <w:rPr>
          <w:rFonts w:ascii="Arial" w:hAnsi="Arial"/>
          <w:b/>
        </w:rPr>
        <w:t xml:space="preserve">Participant #26:  </w:t>
      </w:r>
      <w:r>
        <w:rPr>
          <w:rFonts w:ascii="Arial" w:hAnsi="Arial"/>
          <w:color w:val="5D7284"/>
        </w:rPr>
        <w:t>08:33</w:t>
      </w:r>
    </w:p>
    <w:p w14:paraId="61B7756D" w14:textId="77777777" w:rsidR="007F3D28" w:rsidRDefault="00C40296">
      <w:pPr>
        <w:spacing w:after="0"/>
      </w:pPr>
      <w:r>
        <w:rPr>
          <w:rFonts w:ascii="Arial" w:hAnsi="Arial"/>
        </w:rPr>
        <w:lastRenderedPageBreak/>
        <w:t>Yeah, I think so, yes.</w:t>
      </w:r>
    </w:p>
    <w:p w14:paraId="5620CBA2" w14:textId="77777777" w:rsidR="007F3D28" w:rsidRDefault="007F3D28">
      <w:pPr>
        <w:spacing w:after="0"/>
      </w:pPr>
    </w:p>
    <w:p w14:paraId="4330FB6A" w14:textId="77777777" w:rsidR="007F3D28" w:rsidRDefault="00C40296">
      <w:pPr>
        <w:spacing w:after="0"/>
      </w:pPr>
      <w:r>
        <w:rPr>
          <w:rFonts w:ascii="Arial" w:hAnsi="Arial"/>
          <w:b/>
        </w:rPr>
        <w:t xml:space="preserve">Interviewer P:  </w:t>
      </w:r>
      <w:r>
        <w:rPr>
          <w:rFonts w:ascii="Arial" w:hAnsi="Arial"/>
          <w:color w:val="5D7284"/>
        </w:rPr>
        <w:t>08:38</w:t>
      </w:r>
    </w:p>
    <w:p w14:paraId="4929EB1F" w14:textId="77777777" w:rsidR="007F3D28" w:rsidRDefault="00C40296">
      <w:pPr>
        <w:spacing w:after="0"/>
      </w:pPr>
      <w:r>
        <w:rPr>
          <w:rFonts w:ascii="Arial" w:hAnsi="Arial"/>
        </w:rPr>
        <w:t>Alright I'll move this one over here and we'll do the salt and freshwater. And that's what you thought with that. You're still gonna go with that?</w:t>
      </w:r>
    </w:p>
    <w:p w14:paraId="682DE764" w14:textId="77777777" w:rsidR="007F3D28" w:rsidRDefault="007F3D28">
      <w:pPr>
        <w:spacing w:after="0"/>
      </w:pPr>
    </w:p>
    <w:p w14:paraId="4412CD15" w14:textId="77777777" w:rsidR="007F3D28" w:rsidRDefault="00C40296">
      <w:pPr>
        <w:spacing w:after="0"/>
      </w:pPr>
      <w:r>
        <w:rPr>
          <w:rFonts w:ascii="Arial" w:hAnsi="Arial"/>
          <w:b/>
        </w:rPr>
        <w:t xml:space="preserve">Participant #26:  </w:t>
      </w:r>
      <w:r>
        <w:rPr>
          <w:rFonts w:ascii="Arial" w:hAnsi="Arial"/>
          <w:color w:val="5D7284"/>
        </w:rPr>
        <w:t>08:54</w:t>
      </w:r>
    </w:p>
    <w:p w14:paraId="20526BBB" w14:textId="77777777" w:rsidR="007F3D28" w:rsidRDefault="00C40296">
      <w:pPr>
        <w:spacing w:after="0"/>
      </w:pPr>
      <w:r>
        <w:rPr>
          <w:rFonts w:ascii="Arial" w:hAnsi="Arial"/>
        </w:rPr>
        <w:t>Maybe I'll be right for one.</w:t>
      </w:r>
    </w:p>
    <w:p w14:paraId="14FBBB41" w14:textId="77777777" w:rsidR="007F3D28" w:rsidRDefault="007F3D28">
      <w:pPr>
        <w:spacing w:after="0"/>
      </w:pPr>
    </w:p>
    <w:p w14:paraId="184B69AF" w14:textId="77777777" w:rsidR="007F3D28" w:rsidRDefault="00C40296">
      <w:pPr>
        <w:spacing w:after="0"/>
      </w:pPr>
      <w:r>
        <w:rPr>
          <w:rFonts w:ascii="Arial" w:hAnsi="Arial"/>
          <w:b/>
        </w:rPr>
        <w:t xml:space="preserve">Interviewer P:  </w:t>
      </w:r>
      <w:r>
        <w:rPr>
          <w:rFonts w:ascii="Arial" w:hAnsi="Arial"/>
          <w:color w:val="5D7284"/>
        </w:rPr>
        <w:t>09:57</w:t>
      </w:r>
    </w:p>
    <w:p w14:paraId="2022137A" w14:textId="77777777" w:rsidR="007F3D28" w:rsidRDefault="00C40296">
      <w:pPr>
        <w:spacing w:after="0"/>
      </w:pPr>
      <w:r>
        <w:rPr>
          <w:rFonts w:ascii="Arial" w:hAnsi="Arial"/>
        </w:rPr>
        <w:t>Pretty color.</w:t>
      </w:r>
    </w:p>
    <w:p w14:paraId="5651EBF0" w14:textId="77777777" w:rsidR="007F3D28" w:rsidRDefault="007F3D28">
      <w:pPr>
        <w:spacing w:after="0"/>
      </w:pPr>
    </w:p>
    <w:p w14:paraId="1FD52E01" w14:textId="77777777" w:rsidR="007F3D28" w:rsidRDefault="00C40296">
      <w:pPr>
        <w:spacing w:after="0"/>
      </w:pPr>
      <w:r>
        <w:rPr>
          <w:rFonts w:ascii="Arial" w:hAnsi="Arial"/>
          <w:b/>
        </w:rPr>
        <w:t xml:space="preserve">Participant #26:  </w:t>
      </w:r>
      <w:r>
        <w:rPr>
          <w:rFonts w:ascii="Arial" w:hAnsi="Arial"/>
          <w:color w:val="5D7284"/>
        </w:rPr>
        <w:t>09:59</w:t>
      </w:r>
    </w:p>
    <w:p w14:paraId="5052B1B5" w14:textId="77777777" w:rsidR="007F3D28" w:rsidRDefault="00C40296">
      <w:pPr>
        <w:spacing w:after="0"/>
      </w:pPr>
      <w:r>
        <w:rPr>
          <w:rFonts w:ascii="Arial" w:hAnsi="Arial"/>
        </w:rPr>
        <w:t>It's pretty gradient.</w:t>
      </w:r>
    </w:p>
    <w:p w14:paraId="0F784253" w14:textId="77777777" w:rsidR="007F3D28" w:rsidRDefault="007F3D28">
      <w:pPr>
        <w:spacing w:after="0"/>
      </w:pPr>
    </w:p>
    <w:p w14:paraId="13952E44" w14:textId="77777777" w:rsidR="007F3D28" w:rsidRDefault="00C40296">
      <w:pPr>
        <w:spacing w:after="0"/>
      </w:pPr>
      <w:r>
        <w:rPr>
          <w:rFonts w:ascii="Arial" w:hAnsi="Arial"/>
          <w:b/>
        </w:rPr>
        <w:t xml:space="preserve">Interviewer P:  </w:t>
      </w:r>
      <w:r>
        <w:rPr>
          <w:rFonts w:ascii="Arial" w:hAnsi="Arial"/>
          <w:color w:val="5D7284"/>
        </w:rPr>
        <w:t>10:01</w:t>
      </w:r>
    </w:p>
    <w:p w14:paraId="5D1C9E73" w14:textId="740231FD" w:rsidR="007F3D28" w:rsidRDefault="00C40296">
      <w:pPr>
        <w:spacing w:after="0"/>
      </w:pPr>
      <w:r>
        <w:rPr>
          <w:rFonts w:ascii="Arial" w:hAnsi="Arial"/>
        </w:rPr>
        <w:t xml:space="preserve"> Yeah. </w:t>
      </w:r>
      <w:r w:rsidR="00255CED">
        <w:rPr>
          <w:rFonts w:ascii="Arial" w:hAnsi="Arial"/>
        </w:rPr>
        <w:t>So,</w:t>
      </w:r>
      <w:r>
        <w:rPr>
          <w:rFonts w:ascii="Arial" w:hAnsi="Arial"/>
        </w:rPr>
        <w:t xml:space="preserve"> did anything surprise you about that? </w:t>
      </w:r>
    </w:p>
    <w:p w14:paraId="2DF78103" w14:textId="77777777" w:rsidR="007F3D28" w:rsidRDefault="007F3D28">
      <w:pPr>
        <w:spacing w:after="0"/>
      </w:pPr>
    </w:p>
    <w:p w14:paraId="0B1D24C3" w14:textId="77777777" w:rsidR="007F3D28" w:rsidRDefault="00C40296">
      <w:pPr>
        <w:spacing w:after="0"/>
      </w:pPr>
      <w:r>
        <w:rPr>
          <w:rFonts w:ascii="Arial" w:hAnsi="Arial"/>
          <w:b/>
        </w:rPr>
        <w:t xml:space="preserve">Participant #26:  </w:t>
      </w:r>
      <w:r>
        <w:rPr>
          <w:rFonts w:ascii="Arial" w:hAnsi="Arial"/>
          <w:color w:val="5D7284"/>
        </w:rPr>
        <w:t>10:08</w:t>
      </w:r>
    </w:p>
    <w:p w14:paraId="78180A0E" w14:textId="77777777" w:rsidR="007F3D28" w:rsidRDefault="00C40296">
      <w:pPr>
        <w:spacing w:after="0"/>
      </w:pPr>
      <w:r>
        <w:rPr>
          <w:rFonts w:ascii="Arial" w:hAnsi="Arial"/>
        </w:rPr>
        <w:t>No, that's what I expected it to happen. Yeah.</w:t>
      </w:r>
    </w:p>
    <w:p w14:paraId="4D46A449" w14:textId="77777777" w:rsidR="007F3D28" w:rsidRDefault="007F3D28">
      <w:pPr>
        <w:spacing w:after="0"/>
      </w:pPr>
    </w:p>
    <w:p w14:paraId="2A195F42" w14:textId="77777777" w:rsidR="007F3D28" w:rsidRDefault="00C40296">
      <w:pPr>
        <w:spacing w:after="0"/>
      </w:pPr>
      <w:r>
        <w:rPr>
          <w:rFonts w:ascii="Arial" w:hAnsi="Arial"/>
          <w:b/>
        </w:rPr>
        <w:t xml:space="preserve">Interviewer P:  </w:t>
      </w:r>
      <w:r>
        <w:rPr>
          <w:rFonts w:ascii="Arial" w:hAnsi="Arial"/>
          <w:color w:val="5D7284"/>
        </w:rPr>
        <w:t>10:12</w:t>
      </w:r>
    </w:p>
    <w:p w14:paraId="2A683F8B" w14:textId="77777777" w:rsidR="007F3D28" w:rsidRDefault="00C40296">
      <w:pPr>
        <w:spacing w:after="0"/>
      </w:pPr>
      <w:r>
        <w:rPr>
          <w:rFonts w:ascii="Arial" w:hAnsi="Arial"/>
        </w:rPr>
        <w:t xml:space="preserve">Did it move similar to the hot and cold, yeah? </w:t>
      </w:r>
    </w:p>
    <w:p w14:paraId="7C5A85CB" w14:textId="77777777" w:rsidR="007F3D28" w:rsidRDefault="007F3D28">
      <w:pPr>
        <w:spacing w:after="0"/>
      </w:pPr>
    </w:p>
    <w:p w14:paraId="37CBB5D5" w14:textId="77777777" w:rsidR="007F3D28" w:rsidRDefault="00C40296">
      <w:pPr>
        <w:spacing w:after="0"/>
      </w:pPr>
      <w:r>
        <w:rPr>
          <w:rFonts w:ascii="Arial" w:hAnsi="Arial"/>
          <w:b/>
        </w:rPr>
        <w:t xml:space="preserve">Participant #26:  </w:t>
      </w:r>
      <w:r>
        <w:rPr>
          <w:rFonts w:ascii="Arial" w:hAnsi="Arial"/>
          <w:color w:val="5D7284"/>
        </w:rPr>
        <w:t>10:15</w:t>
      </w:r>
    </w:p>
    <w:p w14:paraId="1D0B743D" w14:textId="77777777" w:rsidR="007F3D28" w:rsidRDefault="00C40296">
      <w:pPr>
        <w:spacing w:after="0"/>
      </w:pPr>
      <w:r>
        <w:rPr>
          <w:rFonts w:ascii="Arial" w:hAnsi="Arial"/>
        </w:rPr>
        <w:t xml:space="preserve">Yeah, yeah, it made waves. </w:t>
      </w:r>
    </w:p>
    <w:p w14:paraId="5B77030D" w14:textId="77777777" w:rsidR="007F3D28" w:rsidRDefault="007F3D28">
      <w:pPr>
        <w:spacing w:after="0"/>
      </w:pPr>
    </w:p>
    <w:p w14:paraId="7FBD0114" w14:textId="77777777" w:rsidR="007F3D28" w:rsidRDefault="00C40296">
      <w:pPr>
        <w:spacing w:after="0"/>
      </w:pPr>
      <w:r>
        <w:rPr>
          <w:rFonts w:ascii="Arial" w:hAnsi="Arial"/>
          <w:b/>
        </w:rPr>
        <w:t xml:space="preserve">Interviewer P:  </w:t>
      </w:r>
      <w:r>
        <w:rPr>
          <w:rFonts w:ascii="Arial" w:hAnsi="Arial"/>
          <w:color w:val="5D7284"/>
        </w:rPr>
        <w:t>10:16</w:t>
      </w:r>
    </w:p>
    <w:p w14:paraId="10DF6A08" w14:textId="77777777" w:rsidR="007F3D28" w:rsidRDefault="00C40296">
      <w:pPr>
        <w:spacing w:after="0"/>
      </w:pPr>
      <w:r>
        <w:rPr>
          <w:rFonts w:ascii="Arial" w:hAnsi="Arial"/>
        </w:rPr>
        <w:t>Yeah.</w:t>
      </w:r>
    </w:p>
    <w:p w14:paraId="65F381DB" w14:textId="77777777" w:rsidR="007F3D28" w:rsidRDefault="007F3D28">
      <w:pPr>
        <w:spacing w:after="0"/>
      </w:pPr>
    </w:p>
    <w:p w14:paraId="49C99D4D" w14:textId="77777777" w:rsidR="007F3D28" w:rsidRDefault="00C40296">
      <w:pPr>
        <w:spacing w:after="0"/>
      </w:pPr>
      <w:r>
        <w:rPr>
          <w:rFonts w:ascii="Arial" w:hAnsi="Arial"/>
          <w:b/>
        </w:rPr>
        <w:t xml:space="preserve">Participant #26:  </w:t>
      </w:r>
      <w:r>
        <w:rPr>
          <w:rFonts w:ascii="Arial" w:hAnsi="Arial"/>
          <w:color w:val="5D7284"/>
        </w:rPr>
        <w:t>10:17</w:t>
      </w:r>
    </w:p>
    <w:p w14:paraId="56A47EA5" w14:textId="77777777" w:rsidR="007F3D28" w:rsidRDefault="00C40296">
      <w:pPr>
        <w:spacing w:after="0"/>
      </w:pPr>
      <w:r>
        <w:rPr>
          <w:rFonts w:ascii="Arial" w:hAnsi="Arial"/>
        </w:rPr>
        <w:t xml:space="preserve">I think it's pretty similar. </w:t>
      </w:r>
    </w:p>
    <w:p w14:paraId="7F9B5A74" w14:textId="77777777" w:rsidR="007F3D28" w:rsidRDefault="007F3D28">
      <w:pPr>
        <w:spacing w:after="0"/>
      </w:pPr>
    </w:p>
    <w:p w14:paraId="05E9FE2B" w14:textId="77777777" w:rsidR="007F3D28" w:rsidRDefault="00C40296">
      <w:pPr>
        <w:spacing w:after="0"/>
      </w:pPr>
      <w:r>
        <w:rPr>
          <w:rFonts w:ascii="Arial" w:hAnsi="Arial"/>
          <w:b/>
        </w:rPr>
        <w:t xml:space="preserve">Interviewer P:  </w:t>
      </w:r>
      <w:r>
        <w:rPr>
          <w:rFonts w:ascii="Arial" w:hAnsi="Arial"/>
          <w:color w:val="5D7284"/>
        </w:rPr>
        <w:t>10:20</w:t>
      </w:r>
    </w:p>
    <w:p w14:paraId="7CC86BFE" w14:textId="77777777" w:rsidR="007F3D28" w:rsidRDefault="00C40296">
      <w:pPr>
        <w:spacing w:after="0"/>
      </w:pPr>
      <w:r>
        <w:rPr>
          <w:rFonts w:ascii="Arial" w:hAnsi="Arial"/>
        </w:rPr>
        <w:t xml:space="preserve">Yeah. I mean, this has a very distinct layer. </w:t>
      </w:r>
    </w:p>
    <w:p w14:paraId="2FE3EE34" w14:textId="77777777" w:rsidR="007F3D28" w:rsidRDefault="007F3D28">
      <w:pPr>
        <w:spacing w:after="0"/>
      </w:pPr>
    </w:p>
    <w:p w14:paraId="56360F31" w14:textId="77777777" w:rsidR="007F3D28" w:rsidRDefault="00C40296">
      <w:pPr>
        <w:spacing w:after="0"/>
      </w:pPr>
      <w:r>
        <w:rPr>
          <w:rFonts w:ascii="Arial" w:hAnsi="Arial"/>
          <w:b/>
        </w:rPr>
        <w:t xml:space="preserve">Participant #26:  </w:t>
      </w:r>
      <w:r>
        <w:rPr>
          <w:rFonts w:ascii="Arial" w:hAnsi="Arial"/>
          <w:color w:val="5D7284"/>
        </w:rPr>
        <w:t>10:23</w:t>
      </w:r>
    </w:p>
    <w:p w14:paraId="72F19D85" w14:textId="77777777" w:rsidR="007F3D28" w:rsidRDefault="00C40296">
      <w:pPr>
        <w:spacing w:after="0"/>
      </w:pPr>
      <w:r>
        <w:rPr>
          <w:rFonts w:ascii="Arial" w:hAnsi="Arial"/>
        </w:rPr>
        <w:t>Yeah.</w:t>
      </w:r>
    </w:p>
    <w:p w14:paraId="3A34E589" w14:textId="77777777" w:rsidR="007F3D28" w:rsidRDefault="007F3D28">
      <w:pPr>
        <w:spacing w:after="0"/>
      </w:pPr>
    </w:p>
    <w:p w14:paraId="1A569A1B" w14:textId="77777777" w:rsidR="007F3D28" w:rsidRDefault="00C40296">
      <w:pPr>
        <w:spacing w:after="0"/>
      </w:pPr>
      <w:r>
        <w:rPr>
          <w:rFonts w:ascii="Arial" w:hAnsi="Arial"/>
          <w:b/>
        </w:rPr>
        <w:t xml:space="preserve">Interviewer P:  </w:t>
      </w:r>
      <w:r>
        <w:rPr>
          <w:rFonts w:ascii="Arial" w:hAnsi="Arial"/>
          <w:color w:val="5D7284"/>
        </w:rPr>
        <w:t>10:23</w:t>
      </w:r>
    </w:p>
    <w:p w14:paraId="0762AF6A" w14:textId="77777777" w:rsidR="007F3D28" w:rsidRDefault="00C40296">
      <w:pPr>
        <w:spacing w:after="0"/>
      </w:pPr>
      <w:r>
        <w:rPr>
          <w:rFonts w:ascii="Arial" w:hAnsi="Arial"/>
        </w:rPr>
        <w:t>But kind of on its way to kinda that, but yeah.</w:t>
      </w:r>
    </w:p>
    <w:p w14:paraId="6FF0326C" w14:textId="77777777" w:rsidR="007F3D28" w:rsidRDefault="007F3D28">
      <w:pPr>
        <w:spacing w:after="0"/>
      </w:pPr>
    </w:p>
    <w:p w14:paraId="6CCB4CEC" w14:textId="77777777" w:rsidR="007F3D28" w:rsidRDefault="00C40296">
      <w:pPr>
        <w:spacing w:after="0"/>
      </w:pPr>
      <w:r>
        <w:rPr>
          <w:rFonts w:ascii="Arial" w:hAnsi="Arial"/>
          <w:b/>
        </w:rPr>
        <w:t xml:space="preserve">Participant #26:  </w:t>
      </w:r>
      <w:r>
        <w:rPr>
          <w:rFonts w:ascii="Arial" w:hAnsi="Arial"/>
          <w:color w:val="5D7284"/>
        </w:rPr>
        <w:t>10:27</w:t>
      </w:r>
    </w:p>
    <w:p w14:paraId="4E52E4F5" w14:textId="77777777" w:rsidR="007F3D28" w:rsidRDefault="00C40296">
      <w:pPr>
        <w:spacing w:after="0"/>
      </w:pPr>
      <w:r>
        <w:rPr>
          <w:rFonts w:ascii="Arial" w:hAnsi="Arial"/>
        </w:rPr>
        <w:t>I thought it would take longer.</w:t>
      </w:r>
    </w:p>
    <w:p w14:paraId="5D266225" w14:textId="77777777" w:rsidR="007F3D28" w:rsidRDefault="007F3D28">
      <w:pPr>
        <w:spacing w:after="0"/>
      </w:pPr>
    </w:p>
    <w:p w14:paraId="249008CC" w14:textId="77777777" w:rsidR="007F3D28" w:rsidRDefault="00C40296">
      <w:pPr>
        <w:spacing w:after="0"/>
      </w:pPr>
      <w:r>
        <w:rPr>
          <w:rFonts w:ascii="Arial" w:hAnsi="Arial"/>
          <w:b/>
        </w:rPr>
        <w:t xml:space="preserve">Interviewer P:  </w:t>
      </w:r>
      <w:r>
        <w:rPr>
          <w:rFonts w:ascii="Arial" w:hAnsi="Arial"/>
          <w:color w:val="5D7284"/>
        </w:rPr>
        <w:t>10:30</w:t>
      </w:r>
    </w:p>
    <w:p w14:paraId="44AE4E67" w14:textId="0ED27645" w:rsidR="007F3D28" w:rsidRDefault="00C40296">
      <w:pPr>
        <w:spacing w:after="0"/>
      </w:pPr>
      <w:r>
        <w:rPr>
          <w:rFonts w:ascii="Arial" w:hAnsi="Arial"/>
        </w:rPr>
        <w:t xml:space="preserve">And </w:t>
      </w:r>
      <w:r w:rsidR="00255CED">
        <w:rPr>
          <w:rFonts w:ascii="Arial" w:hAnsi="Arial"/>
        </w:rPr>
        <w:t>so,</w:t>
      </w:r>
      <w:r>
        <w:rPr>
          <w:rFonts w:ascii="Arial" w:hAnsi="Arial"/>
        </w:rPr>
        <w:t xml:space="preserve"> speaking of time what about these layers do you think that they'll stay like that?</w:t>
      </w:r>
    </w:p>
    <w:p w14:paraId="6E02AC84" w14:textId="77777777" w:rsidR="007F3D28" w:rsidRDefault="007F3D28">
      <w:pPr>
        <w:spacing w:after="0"/>
      </w:pPr>
    </w:p>
    <w:p w14:paraId="77A141C1" w14:textId="77777777" w:rsidR="007F3D28" w:rsidRDefault="00C40296">
      <w:pPr>
        <w:spacing w:after="0"/>
      </w:pPr>
      <w:r>
        <w:rPr>
          <w:rFonts w:ascii="Arial" w:hAnsi="Arial"/>
          <w:b/>
        </w:rPr>
        <w:t xml:space="preserve">Participant #26:  </w:t>
      </w:r>
      <w:r>
        <w:rPr>
          <w:rFonts w:ascii="Arial" w:hAnsi="Arial"/>
          <w:color w:val="5D7284"/>
        </w:rPr>
        <w:t>10:35</w:t>
      </w:r>
    </w:p>
    <w:p w14:paraId="0064886C" w14:textId="77777777" w:rsidR="007F3D28" w:rsidRDefault="00C40296">
      <w:pPr>
        <w:spacing w:after="0"/>
      </w:pPr>
      <w:r>
        <w:rPr>
          <w:rFonts w:ascii="Arial" w:hAnsi="Arial"/>
        </w:rPr>
        <w:t xml:space="preserve">Yes. </w:t>
      </w:r>
    </w:p>
    <w:p w14:paraId="2BD23BBA" w14:textId="77777777" w:rsidR="007F3D28" w:rsidRDefault="007F3D28">
      <w:pPr>
        <w:spacing w:after="0"/>
      </w:pPr>
    </w:p>
    <w:p w14:paraId="3B4A13A8" w14:textId="77777777" w:rsidR="007F3D28" w:rsidRDefault="00C40296">
      <w:pPr>
        <w:spacing w:after="0"/>
      </w:pPr>
      <w:r>
        <w:rPr>
          <w:rFonts w:ascii="Arial" w:hAnsi="Arial"/>
          <w:b/>
        </w:rPr>
        <w:t xml:space="preserve">Interviewer P:  </w:t>
      </w:r>
      <w:r>
        <w:rPr>
          <w:rFonts w:ascii="Arial" w:hAnsi="Arial"/>
          <w:color w:val="5D7284"/>
        </w:rPr>
        <w:t>10:36</w:t>
      </w:r>
    </w:p>
    <w:p w14:paraId="23E0E807" w14:textId="77777777" w:rsidR="007F3D28" w:rsidRDefault="00C40296">
      <w:pPr>
        <w:spacing w:after="0"/>
      </w:pPr>
      <w:r>
        <w:rPr>
          <w:rFonts w:ascii="Arial" w:hAnsi="Arial"/>
        </w:rPr>
        <w:t>Forever?</w:t>
      </w:r>
    </w:p>
    <w:p w14:paraId="06321FC6" w14:textId="77777777" w:rsidR="007F3D28" w:rsidRDefault="007F3D28">
      <w:pPr>
        <w:spacing w:after="0"/>
      </w:pPr>
    </w:p>
    <w:p w14:paraId="4BF9B07E" w14:textId="77777777" w:rsidR="007F3D28" w:rsidRDefault="00C40296">
      <w:pPr>
        <w:spacing w:after="0"/>
      </w:pPr>
      <w:r>
        <w:rPr>
          <w:rFonts w:ascii="Arial" w:hAnsi="Arial"/>
          <w:b/>
        </w:rPr>
        <w:t xml:space="preserve">Participant #26:  </w:t>
      </w:r>
      <w:r>
        <w:rPr>
          <w:rFonts w:ascii="Arial" w:hAnsi="Arial"/>
          <w:color w:val="5D7284"/>
        </w:rPr>
        <w:t>10:36</w:t>
      </w:r>
    </w:p>
    <w:p w14:paraId="44F4A924" w14:textId="77777777" w:rsidR="007F3D28" w:rsidRDefault="00C40296">
      <w:pPr>
        <w:spacing w:after="0"/>
      </w:pPr>
      <w:r>
        <w:rPr>
          <w:rFonts w:ascii="Arial" w:hAnsi="Arial"/>
        </w:rPr>
        <w:t xml:space="preserve"> Yes. </w:t>
      </w:r>
    </w:p>
    <w:p w14:paraId="79099BF9" w14:textId="77777777" w:rsidR="007F3D28" w:rsidRDefault="007F3D28">
      <w:pPr>
        <w:spacing w:after="0"/>
      </w:pPr>
    </w:p>
    <w:p w14:paraId="00B18DC1" w14:textId="77777777" w:rsidR="007F3D28" w:rsidRDefault="00C40296">
      <w:pPr>
        <w:spacing w:after="0"/>
      </w:pPr>
      <w:r>
        <w:rPr>
          <w:rFonts w:ascii="Arial" w:hAnsi="Arial"/>
          <w:b/>
        </w:rPr>
        <w:t xml:space="preserve">Interviewer P:  </w:t>
      </w:r>
      <w:r>
        <w:rPr>
          <w:rFonts w:ascii="Arial" w:hAnsi="Arial"/>
          <w:color w:val="5D7284"/>
        </w:rPr>
        <w:t>10:37</w:t>
      </w:r>
    </w:p>
    <w:p w14:paraId="3697E6FA" w14:textId="77D6B26E" w:rsidR="007F3D28" w:rsidRDefault="00C40296">
      <w:pPr>
        <w:spacing w:after="0"/>
      </w:pPr>
      <w:r>
        <w:rPr>
          <w:rFonts w:ascii="Arial" w:hAnsi="Arial"/>
        </w:rPr>
        <w:t>Yeah. Tell me about that. What will keep the layers in</w:t>
      </w:r>
      <w:r w:rsidR="00255CED">
        <w:rPr>
          <w:rFonts w:ascii="Arial" w:hAnsi="Arial"/>
        </w:rPr>
        <w:t xml:space="preserve"> the salt in the green water?</w:t>
      </w:r>
    </w:p>
    <w:p w14:paraId="7C84D1B2" w14:textId="77777777" w:rsidR="007F3D28" w:rsidRDefault="007F3D28">
      <w:pPr>
        <w:spacing w:after="0"/>
      </w:pPr>
    </w:p>
    <w:p w14:paraId="0E6D8CE8" w14:textId="77777777" w:rsidR="007F3D28" w:rsidRDefault="00C40296">
      <w:pPr>
        <w:spacing w:after="0"/>
      </w:pPr>
      <w:r>
        <w:rPr>
          <w:rFonts w:ascii="Arial" w:hAnsi="Arial"/>
          <w:b/>
        </w:rPr>
        <w:t xml:space="preserve">Participant #26:  </w:t>
      </w:r>
      <w:r>
        <w:rPr>
          <w:rFonts w:ascii="Arial" w:hAnsi="Arial"/>
          <w:color w:val="5D7284"/>
        </w:rPr>
        <w:t>10:40</w:t>
      </w:r>
    </w:p>
    <w:p w14:paraId="1BC361B2" w14:textId="055C6C66" w:rsidR="007F3D28" w:rsidRDefault="00C40296">
      <w:pPr>
        <w:spacing w:after="0"/>
      </w:pPr>
      <w:r>
        <w:rPr>
          <w:rFonts w:ascii="Arial" w:hAnsi="Arial"/>
        </w:rPr>
        <w:t xml:space="preserve">Because the salt wouldn't just disappear. </w:t>
      </w:r>
      <w:r w:rsidR="00255CED">
        <w:rPr>
          <w:rFonts w:ascii="Arial" w:hAnsi="Arial"/>
        </w:rPr>
        <w:t>So,</w:t>
      </w:r>
      <w:r>
        <w:rPr>
          <w:rFonts w:ascii="Arial" w:hAnsi="Arial"/>
        </w:rPr>
        <w:t xml:space="preserve"> </w:t>
      </w:r>
      <w:r w:rsidR="00255CED">
        <w:rPr>
          <w:rFonts w:ascii="Arial" w:hAnsi="Arial"/>
        </w:rPr>
        <w:t>I’d</w:t>
      </w:r>
      <w:r>
        <w:rPr>
          <w:rFonts w:ascii="Arial" w:hAnsi="Arial"/>
        </w:rPr>
        <w:t xml:space="preserve"> keep them separated.</w:t>
      </w:r>
    </w:p>
    <w:p w14:paraId="3187B318" w14:textId="77777777" w:rsidR="007F3D28" w:rsidRDefault="007F3D28">
      <w:pPr>
        <w:spacing w:after="0"/>
      </w:pPr>
    </w:p>
    <w:p w14:paraId="3DEE79DC" w14:textId="77777777" w:rsidR="007F3D28" w:rsidRDefault="00C40296">
      <w:pPr>
        <w:spacing w:after="0"/>
      </w:pPr>
      <w:r>
        <w:rPr>
          <w:rFonts w:ascii="Arial" w:hAnsi="Arial"/>
          <w:b/>
        </w:rPr>
        <w:t xml:space="preserve">Interviewer P:  </w:t>
      </w:r>
      <w:r>
        <w:rPr>
          <w:rFonts w:ascii="Arial" w:hAnsi="Arial"/>
          <w:color w:val="5D7284"/>
        </w:rPr>
        <w:t>10:48</w:t>
      </w:r>
    </w:p>
    <w:p w14:paraId="00C5B41C" w14:textId="612AF6B6" w:rsidR="007F3D28" w:rsidRDefault="00C40296">
      <w:pPr>
        <w:spacing w:after="0"/>
      </w:pPr>
      <w:r>
        <w:rPr>
          <w:rFonts w:ascii="Arial" w:hAnsi="Arial"/>
        </w:rPr>
        <w:t xml:space="preserve">Do you have any experiences with like, </w:t>
      </w:r>
      <w:r w:rsidR="00255CED">
        <w:rPr>
          <w:rFonts w:ascii="Arial" w:hAnsi="Arial"/>
        </w:rPr>
        <w:t>salt,</w:t>
      </w:r>
      <w:r>
        <w:rPr>
          <w:rFonts w:ascii="Arial" w:hAnsi="Arial"/>
        </w:rPr>
        <w:t xml:space="preserve"> and freshwater like either cooking or making a drink?</w:t>
      </w:r>
    </w:p>
    <w:p w14:paraId="3B9B38B7" w14:textId="77777777" w:rsidR="007F3D28" w:rsidRDefault="007F3D28">
      <w:pPr>
        <w:spacing w:after="0"/>
      </w:pPr>
    </w:p>
    <w:p w14:paraId="4CDB9434" w14:textId="77777777" w:rsidR="007F3D28" w:rsidRDefault="00C40296">
      <w:pPr>
        <w:spacing w:after="0"/>
      </w:pPr>
      <w:r>
        <w:rPr>
          <w:rFonts w:ascii="Arial" w:hAnsi="Arial"/>
          <w:b/>
        </w:rPr>
        <w:t xml:space="preserve">Participant #26:  </w:t>
      </w:r>
      <w:r>
        <w:rPr>
          <w:rFonts w:ascii="Arial" w:hAnsi="Arial"/>
          <w:color w:val="5D7284"/>
        </w:rPr>
        <w:t>10:55</w:t>
      </w:r>
    </w:p>
    <w:p w14:paraId="1ED17E63" w14:textId="77777777" w:rsidR="007F3D28" w:rsidRDefault="00C40296">
      <w:pPr>
        <w:spacing w:after="0"/>
      </w:pPr>
      <w:r>
        <w:rPr>
          <w:rFonts w:ascii="Arial" w:hAnsi="Arial"/>
        </w:rPr>
        <w:t xml:space="preserve">Yeah. </w:t>
      </w:r>
    </w:p>
    <w:p w14:paraId="65EA5A3A" w14:textId="77777777" w:rsidR="007F3D28" w:rsidRDefault="007F3D28">
      <w:pPr>
        <w:spacing w:after="0"/>
      </w:pPr>
    </w:p>
    <w:p w14:paraId="6A946119" w14:textId="77777777" w:rsidR="007F3D28" w:rsidRDefault="00C40296">
      <w:pPr>
        <w:spacing w:after="0"/>
      </w:pPr>
      <w:r>
        <w:rPr>
          <w:rFonts w:ascii="Arial" w:hAnsi="Arial"/>
          <w:b/>
        </w:rPr>
        <w:t xml:space="preserve">Interviewer P:  </w:t>
      </w:r>
      <w:r>
        <w:rPr>
          <w:rFonts w:ascii="Arial" w:hAnsi="Arial"/>
          <w:color w:val="5D7284"/>
        </w:rPr>
        <w:t>10:55</w:t>
      </w:r>
    </w:p>
    <w:p w14:paraId="595DE9DA" w14:textId="7E105FA0" w:rsidR="007F3D28" w:rsidRDefault="00255CED">
      <w:pPr>
        <w:spacing w:after="0"/>
      </w:pPr>
      <w:r>
        <w:rPr>
          <w:rFonts w:ascii="Arial" w:hAnsi="Arial"/>
        </w:rPr>
        <w:t>Or swimming in it or. Did you use those experiences to help you kind of.</w:t>
      </w:r>
    </w:p>
    <w:p w14:paraId="02E12E02" w14:textId="77777777" w:rsidR="007F3D28" w:rsidRDefault="007F3D28">
      <w:pPr>
        <w:spacing w:after="0"/>
      </w:pPr>
    </w:p>
    <w:p w14:paraId="13AEC617" w14:textId="77777777" w:rsidR="007F3D28" w:rsidRDefault="00C40296">
      <w:pPr>
        <w:spacing w:after="0"/>
      </w:pPr>
      <w:r>
        <w:rPr>
          <w:rFonts w:ascii="Arial" w:hAnsi="Arial"/>
          <w:b/>
        </w:rPr>
        <w:t xml:space="preserve">Participant #26:  </w:t>
      </w:r>
      <w:r>
        <w:rPr>
          <w:rFonts w:ascii="Arial" w:hAnsi="Arial"/>
          <w:color w:val="5D7284"/>
        </w:rPr>
        <w:t>11:00</w:t>
      </w:r>
    </w:p>
    <w:p w14:paraId="32F21F26" w14:textId="77777777" w:rsidR="007F3D28" w:rsidRDefault="00C40296">
      <w:pPr>
        <w:spacing w:after="0"/>
      </w:pPr>
      <w:r>
        <w:rPr>
          <w:rFonts w:ascii="Arial" w:hAnsi="Arial"/>
        </w:rPr>
        <w:t xml:space="preserve">Yeah. </w:t>
      </w:r>
    </w:p>
    <w:p w14:paraId="0DA1C787" w14:textId="77777777" w:rsidR="007F3D28" w:rsidRDefault="007F3D28">
      <w:pPr>
        <w:spacing w:after="0"/>
      </w:pPr>
    </w:p>
    <w:p w14:paraId="12704DE7" w14:textId="77777777" w:rsidR="007F3D28" w:rsidRDefault="00C40296">
      <w:pPr>
        <w:spacing w:after="0"/>
      </w:pPr>
      <w:r>
        <w:rPr>
          <w:rFonts w:ascii="Arial" w:hAnsi="Arial"/>
          <w:b/>
        </w:rPr>
        <w:t xml:space="preserve">Interviewer P:  </w:t>
      </w:r>
      <w:r>
        <w:rPr>
          <w:rFonts w:ascii="Arial" w:hAnsi="Arial"/>
          <w:color w:val="5D7284"/>
        </w:rPr>
        <w:t>11:01</w:t>
      </w:r>
    </w:p>
    <w:p w14:paraId="796951CF" w14:textId="1CA54A85" w:rsidR="007F3D28" w:rsidRDefault="00C40296">
      <w:pPr>
        <w:spacing w:after="0"/>
      </w:pPr>
      <w:r>
        <w:rPr>
          <w:rFonts w:ascii="Arial" w:hAnsi="Arial"/>
        </w:rPr>
        <w:t xml:space="preserve">And </w:t>
      </w:r>
      <w:r w:rsidR="00255CED">
        <w:rPr>
          <w:rFonts w:ascii="Arial" w:hAnsi="Arial"/>
        </w:rPr>
        <w:t>so,</w:t>
      </w:r>
      <w:r>
        <w:rPr>
          <w:rFonts w:ascii="Arial" w:hAnsi="Arial"/>
        </w:rPr>
        <w:t xml:space="preserve"> tell me a little bit like what were you thinking of?</w:t>
      </w:r>
    </w:p>
    <w:p w14:paraId="5874698F" w14:textId="77777777" w:rsidR="007F3D28" w:rsidRDefault="007F3D28">
      <w:pPr>
        <w:spacing w:after="0"/>
      </w:pPr>
    </w:p>
    <w:p w14:paraId="05027A6E" w14:textId="77777777" w:rsidR="007F3D28" w:rsidRDefault="00C40296">
      <w:pPr>
        <w:spacing w:after="0"/>
      </w:pPr>
      <w:r>
        <w:rPr>
          <w:rFonts w:ascii="Arial" w:hAnsi="Arial"/>
          <w:b/>
        </w:rPr>
        <w:t xml:space="preserve">Participant #26:  </w:t>
      </w:r>
      <w:r>
        <w:rPr>
          <w:rFonts w:ascii="Arial" w:hAnsi="Arial"/>
          <w:color w:val="5D7284"/>
        </w:rPr>
        <w:t>11:03</w:t>
      </w:r>
    </w:p>
    <w:p w14:paraId="4B1F7B84" w14:textId="0DCCE0F3" w:rsidR="007F3D28" w:rsidRDefault="00C40296">
      <w:pPr>
        <w:spacing w:after="0"/>
      </w:pPr>
      <w:r>
        <w:rPr>
          <w:rFonts w:ascii="Arial" w:hAnsi="Arial"/>
        </w:rPr>
        <w:t>Um, I was thinking of like in the ocean when a river and the ocean combined together</w:t>
      </w:r>
      <w:r>
        <w:rPr>
          <w:rFonts w:ascii="Arial" w:hAnsi="Arial"/>
        </w:rPr>
        <w:t xml:space="preserve"> and makes the freshwater goes on top of the ocean and </w:t>
      </w:r>
      <w:r w:rsidR="00255CED">
        <w:rPr>
          <w:rFonts w:ascii="Arial" w:hAnsi="Arial"/>
        </w:rPr>
        <w:t>it</w:t>
      </w:r>
      <w:r>
        <w:rPr>
          <w:rFonts w:ascii="Arial" w:hAnsi="Arial"/>
        </w:rPr>
        <w:t xml:space="preserve"> makes little waves so that's why I would think it be a little more separated. But I know that freshwater always stays on top of saltwater from that.</w:t>
      </w:r>
    </w:p>
    <w:p w14:paraId="11D26194" w14:textId="77777777" w:rsidR="007F3D28" w:rsidRDefault="007F3D28">
      <w:pPr>
        <w:spacing w:after="0"/>
      </w:pPr>
    </w:p>
    <w:p w14:paraId="4EF63073" w14:textId="77777777" w:rsidR="007F3D28" w:rsidRDefault="00C40296">
      <w:pPr>
        <w:spacing w:after="0"/>
      </w:pPr>
      <w:r>
        <w:rPr>
          <w:rFonts w:ascii="Arial" w:hAnsi="Arial"/>
          <w:b/>
        </w:rPr>
        <w:t xml:space="preserve">Interviewer P:  </w:t>
      </w:r>
      <w:r>
        <w:rPr>
          <w:rFonts w:ascii="Arial" w:hAnsi="Arial"/>
          <w:color w:val="5D7284"/>
        </w:rPr>
        <w:t>11:24</w:t>
      </w:r>
    </w:p>
    <w:p w14:paraId="55AD82C5" w14:textId="14FC77A9" w:rsidR="007F3D28" w:rsidRDefault="00C40296">
      <w:pPr>
        <w:spacing w:after="0"/>
      </w:pPr>
      <w:r>
        <w:rPr>
          <w:rFonts w:ascii="Arial" w:hAnsi="Arial"/>
        </w:rPr>
        <w:t xml:space="preserve">Okay, great. </w:t>
      </w:r>
      <w:r w:rsidR="00255CED">
        <w:rPr>
          <w:rFonts w:ascii="Arial" w:hAnsi="Arial"/>
        </w:rPr>
        <w:t>So,</w:t>
      </w:r>
      <w:r>
        <w:rPr>
          <w:rFonts w:ascii="Arial" w:hAnsi="Arial"/>
        </w:rPr>
        <w:t xml:space="preserve"> Erika, who you've been emailing with. Don't want to lose my balance and spill the whole thing. She made some time lapse videos. Of </w:t>
      </w:r>
      <w:r w:rsidR="00255CED">
        <w:rPr>
          <w:rFonts w:ascii="Arial" w:hAnsi="Arial"/>
        </w:rPr>
        <w:t>this process</w:t>
      </w:r>
      <w:r>
        <w:rPr>
          <w:rFonts w:ascii="Arial" w:hAnsi="Arial"/>
        </w:rPr>
        <w:t xml:space="preserve"> that are, pretty cool. </w:t>
      </w:r>
      <w:r w:rsidR="00255CED">
        <w:rPr>
          <w:rFonts w:ascii="Arial" w:hAnsi="Arial"/>
        </w:rPr>
        <w:t>So,</w:t>
      </w:r>
      <w:r>
        <w:rPr>
          <w:rFonts w:ascii="Arial" w:hAnsi="Arial"/>
        </w:rPr>
        <w:t xml:space="preserve"> she made one for each. </w:t>
      </w:r>
      <w:r w:rsidR="00255CED">
        <w:rPr>
          <w:rFonts w:ascii="Arial" w:hAnsi="Arial"/>
        </w:rPr>
        <w:t>So,</w:t>
      </w:r>
      <w:r>
        <w:rPr>
          <w:rFonts w:ascii="Arial" w:hAnsi="Arial"/>
        </w:rPr>
        <w:t xml:space="preserve"> there's three videos, I'll show them to you in the same order that we just did the demos. </w:t>
      </w:r>
    </w:p>
    <w:p w14:paraId="7C7E94FB" w14:textId="77777777" w:rsidR="007F3D28" w:rsidRDefault="007F3D28">
      <w:pPr>
        <w:spacing w:after="0"/>
      </w:pPr>
    </w:p>
    <w:p w14:paraId="1F266416" w14:textId="77777777" w:rsidR="007F3D28" w:rsidRDefault="00C40296">
      <w:pPr>
        <w:spacing w:after="0"/>
      </w:pPr>
      <w:r>
        <w:rPr>
          <w:rFonts w:ascii="Arial" w:hAnsi="Arial"/>
          <w:b/>
        </w:rPr>
        <w:lastRenderedPageBreak/>
        <w:t xml:space="preserve">Participant #26:  </w:t>
      </w:r>
      <w:r>
        <w:rPr>
          <w:rFonts w:ascii="Arial" w:hAnsi="Arial"/>
          <w:color w:val="5D7284"/>
        </w:rPr>
        <w:t>12:02</w:t>
      </w:r>
    </w:p>
    <w:p w14:paraId="1EDA600F" w14:textId="77777777" w:rsidR="007F3D28" w:rsidRDefault="00C40296">
      <w:pPr>
        <w:spacing w:after="0"/>
      </w:pPr>
      <w:r>
        <w:rPr>
          <w:rFonts w:ascii="Arial" w:hAnsi="Arial"/>
        </w:rPr>
        <w:t>Okay.</w:t>
      </w:r>
    </w:p>
    <w:p w14:paraId="3AA3DE8A" w14:textId="77777777" w:rsidR="007F3D28" w:rsidRDefault="007F3D28">
      <w:pPr>
        <w:spacing w:after="0"/>
      </w:pPr>
    </w:p>
    <w:p w14:paraId="3B9D2BB9" w14:textId="77777777" w:rsidR="007F3D28" w:rsidRDefault="00C40296">
      <w:pPr>
        <w:spacing w:after="0"/>
      </w:pPr>
      <w:r>
        <w:rPr>
          <w:rFonts w:ascii="Arial" w:hAnsi="Arial"/>
          <w:b/>
        </w:rPr>
        <w:t xml:space="preserve">Interviewer P:  </w:t>
      </w:r>
      <w:r>
        <w:rPr>
          <w:rFonts w:ascii="Arial" w:hAnsi="Arial"/>
          <w:color w:val="5D7284"/>
        </w:rPr>
        <w:t>12:02</w:t>
      </w:r>
    </w:p>
    <w:p w14:paraId="17A33F03" w14:textId="174ADC50" w:rsidR="007F3D28" w:rsidRDefault="00255CED">
      <w:pPr>
        <w:spacing w:after="0"/>
      </w:pPr>
      <w:r>
        <w:rPr>
          <w:rFonts w:ascii="Arial" w:hAnsi="Arial"/>
        </w:rPr>
        <w:t>So, this one is it's time lapse.</w:t>
      </w:r>
    </w:p>
    <w:p w14:paraId="6CB511A8" w14:textId="77777777" w:rsidR="007F3D28" w:rsidRDefault="007F3D28">
      <w:pPr>
        <w:spacing w:after="0"/>
      </w:pPr>
    </w:p>
    <w:p w14:paraId="79734361" w14:textId="77777777" w:rsidR="007F3D28" w:rsidRDefault="00C40296">
      <w:pPr>
        <w:spacing w:after="0"/>
      </w:pPr>
      <w:r>
        <w:rPr>
          <w:rFonts w:ascii="Arial" w:hAnsi="Arial"/>
          <w:b/>
        </w:rPr>
        <w:t xml:space="preserve">Participant #26:  </w:t>
      </w:r>
      <w:r>
        <w:rPr>
          <w:rFonts w:ascii="Arial" w:hAnsi="Arial"/>
          <w:color w:val="5D7284"/>
        </w:rPr>
        <w:t>12:04</w:t>
      </w:r>
    </w:p>
    <w:p w14:paraId="55ECC8E9" w14:textId="77777777" w:rsidR="007F3D28" w:rsidRDefault="00C40296">
      <w:pPr>
        <w:spacing w:after="0"/>
      </w:pPr>
      <w:r>
        <w:rPr>
          <w:rFonts w:ascii="Arial" w:hAnsi="Arial"/>
        </w:rPr>
        <w:t xml:space="preserve">Yes. </w:t>
      </w:r>
    </w:p>
    <w:p w14:paraId="77E48967" w14:textId="77777777" w:rsidR="007F3D28" w:rsidRDefault="007F3D28">
      <w:pPr>
        <w:spacing w:after="0"/>
      </w:pPr>
    </w:p>
    <w:p w14:paraId="157830CD" w14:textId="77777777" w:rsidR="007F3D28" w:rsidRDefault="00C40296">
      <w:pPr>
        <w:spacing w:after="0"/>
      </w:pPr>
      <w:r>
        <w:rPr>
          <w:rFonts w:ascii="Arial" w:hAnsi="Arial"/>
          <w:b/>
        </w:rPr>
        <w:t xml:space="preserve">Interviewer P:  </w:t>
      </w:r>
      <w:r>
        <w:rPr>
          <w:rFonts w:ascii="Arial" w:hAnsi="Arial"/>
          <w:color w:val="5D7284"/>
        </w:rPr>
        <w:t>12:04</w:t>
      </w:r>
    </w:p>
    <w:p w14:paraId="3EF4F008" w14:textId="037BFFE9" w:rsidR="007F3D28" w:rsidRDefault="00C40296">
      <w:pPr>
        <w:spacing w:after="0"/>
      </w:pPr>
      <w:r>
        <w:rPr>
          <w:rFonts w:ascii="Arial" w:hAnsi="Arial"/>
        </w:rPr>
        <w:t xml:space="preserve">But it's condensed down to 33 seconds. </w:t>
      </w:r>
      <w:r w:rsidR="00255CED">
        <w:rPr>
          <w:rFonts w:ascii="Arial" w:hAnsi="Arial"/>
        </w:rPr>
        <w:t>So,</w:t>
      </w:r>
      <w:r>
        <w:rPr>
          <w:rFonts w:ascii="Arial" w:hAnsi="Arial"/>
        </w:rPr>
        <w:t xml:space="preserve"> you anything interesting you saw there?</w:t>
      </w:r>
    </w:p>
    <w:p w14:paraId="55A9284A" w14:textId="77777777" w:rsidR="007F3D28" w:rsidRDefault="007F3D28">
      <w:pPr>
        <w:spacing w:after="0"/>
      </w:pPr>
    </w:p>
    <w:p w14:paraId="557B805D" w14:textId="77777777" w:rsidR="007F3D28" w:rsidRDefault="00C40296">
      <w:pPr>
        <w:spacing w:after="0"/>
      </w:pPr>
      <w:r>
        <w:rPr>
          <w:rFonts w:ascii="Arial" w:hAnsi="Arial"/>
          <w:b/>
        </w:rPr>
        <w:t xml:space="preserve">Participant #26:  </w:t>
      </w:r>
      <w:r>
        <w:rPr>
          <w:rFonts w:ascii="Arial" w:hAnsi="Arial"/>
          <w:color w:val="5D7284"/>
        </w:rPr>
        <w:t>12:46</w:t>
      </w:r>
    </w:p>
    <w:p w14:paraId="7DF855AF" w14:textId="279D2F85" w:rsidR="007F3D28" w:rsidRDefault="00C40296">
      <w:pPr>
        <w:spacing w:after="0"/>
      </w:pPr>
      <w:r>
        <w:rPr>
          <w:rFonts w:ascii="Arial" w:hAnsi="Arial"/>
        </w:rPr>
        <w:t xml:space="preserve">I the way that it like all fused together and made like little lines up and down. But I'm guessing that's when it started getting to the same temperature. </w:t>
      </w:r>
      <w:r w:rsidR="00255CED">
        <w:rPr>
          <w:rFonts w:ascii="Arial" w:hAnsi="Arial"/>
        </w:rPr>
        <w:t>So,</w:t>
      </w:r>
      <w:r>
        <w:rPr>
          <w:rFonts w:ascii="Arial" w:hAnsi="Arial"/>
        </w:rPr>
        <w:t xml:space="preserve"> it started diffusing together.</w:t>
      </w:r>
    </w:p>
    <w:p w14:paraId="3AFC1BFA" w14:textId="77777777" w:rsidR="007F3D28" w:rsidRDefault="007F3D28">
      <w:pPr>
        <w:spacing w:after="0"/>
      </w:pPr>
    </w:p>
    <w:p w14:paraId="74CA13F8" w14:textId="77777777" w:rsidR="007F3D28" w:rsidRDefault="00C40296">
      <w:pPr>
        <w:spacing w:after="0"/>
      </w:pPr>
      <w:r>
        <w:rPr>
          <w:rFonts w:ascii="Arial" w:hAnsi="Arial"/>
          <w:b/>
        </w:rPr>
        <w:t xml:space="preserve">Interviewer P:  </w:t>
      </w:r>
      <w:r>
        <w:rPr>
          <w:rFonts w:ascii="Arial" w:hAnsi="Arial"/>
          <w:color w:val="5D7284"/>
        </w:rPr>
        <w:t>12:59</w:t>
      </w:r>
    </w:p>
    <w:p w14:paraId="076CFC3F" w14:textId="77777777" w:rsidR="007F3D28" w:rsidRDefault="00C40296">
      <w:pPr>
        <w:spacing w:after="0"/>
      </w:pPr>
      <w:r>
        <w:rPr>
          <w:rFonts w:ascii="Arial" w:hAnsi="Arial"/>
        </w:rPr>
        <w:t xml:space="preserve">And it did eventually kind of make one color. </w:t>
      </w:r>
    </w:p>
    <w:p w14:paraId="7B15A69E" w14:textId="77777777" w:rsidR="007F3D28" w:rsidRDefault="007F3D28">
      <w:pPr>
        <w:spacing w:after="0"/>
      </w:pPr>
    </w:p>
    <w:p w14:paraId="08A60246" w14:textId="77777777" w:rsidR="007F3D28" w:rsidRDefault="00C40296">
      <w:pPr>
        <w:spacing w:after="0"/>
      </w:pPr>
      <w:r>
        <w:rPr>
          <w:rFonts w:ascii="Arial" w:hAnsi="Arial"/>
          <w:b/>
        </w:rPr>
        <w:t xml:space="preserve">Participant #26:  </w:t>
      </w:r>
      <w:r>
        <w:rPr>
          <w:rFonts w:ascii="Arial" w:hAnsi="Arial"/>
          <w:color w:val="5D7284"/>
        </w:rPr>
        <w:t>13:02</w:t>
      </w:r>
    </w:p>
    <w:p w14:paraId="63B1E91B" w14:textId="77777777" w:rsidR="007F3D28" w:rsidRDefault="00C40296">
      <w:pPr>
        <w:spacing w:after="0"/>
      </w:pPr>
      <w:r>
        <w:rPr>
          <w:rFonts w:ascii="Arial" w:hAnsi="Arial"/>
        </w:rPr>
        <w:t xml:space="preserve">Yeah. But there's still some differences. </w:t>
      </w:r>
    </w:p>
    <w:p w14:paraId="3B489B0F" w14:textId="77777777" w:rsidR="007F3D28" w:rsidRDefault="007F3D28">
      <w:pPr>
        <w:spacing w:after="0"/>
      </w:pPr>
    </w:p>
    <w:p w14:paraId="6B7157A7" w14:textId="77777777" w:rsidR="007F3D28" w:rsidRDefault="00C40296">
      <w:pPr>
        <w:spacing w:after="0"/>
      </w:pPr>
      <w:r>
        <w:rPr>
          <w:rFonts w:ascii="Arial" w:hAnsi="Arial"/>
          <w:b/>
        </w:rPr>
        <w:t xml:space="preserve">Interviewer P:  </w:t>
      </w:r>
      <w:r>
        <w:rPr>
          <w:rFonts w:ascii="Arial" w:hAnsi="Arial"/>
          <w:color w:val="5D7284"/>
        </w:rPr>
        <w:t>13:03</w:t>
      </w:r>
    </w:p>
    <w:p w14:paraId="763C8D43" w14:textId="77777777" w:rsidR="007F3D28" w:rsidRDefault="00C40296">
      <w:pPr>
        <w:spacing w:after="0"/>
      </w:pPr>
      <w:r>
        <w:rPr>
          <w:rFonts w:ascii="Arial" w:hAnsi="Arial"/>
        </w:rPr>
        <w:t>Yeah, you can still see some in here.</w:t>
      </w:r>
    </w:p>
    <w:p w14:paraId="0C043D40" w14:textId="77777777" w:rsidR="007F3D28" w:rsidRDefault="007F3D28">
      <w:pPr>
        <w:spacing w:after="0"/>
      </w:pPr>
    </w:p>
    <w:p w14:paraId="19AE881C" w14:textId="77777777" w:rsidR="007F3D28" w:rsidRDefault="00C40296">
      <w:pPr>
        <w:spacing w:after="0"/>
      </w:pPr>
      <w:r>
        <w:rPr>
          <w:rFonts w:ascii="Arial" w:hAnsi="Arial"/>
          <w:b/>
        </w:rPr>
        <w:t xml:space="preserve">Participant #26:  </w:t>
      </w:r>
      <w:r>
        <w:rPr>
          <w:rFonts w:ascii="Arial" w:hAnsi="Arial"/>
          <w:color w:val="5D7284"/>
        </w:rPr>
        <w:t>13:04</w:t>
      </w:r>
    </w:p>
    <w:p w14:paraId="57A85510" w14:textId="77777777" w:rsidR="007F3D28" w:rsidRDefault="00C40296">
      <w:pPr>
        <w:spacing w:after="0"/>
      </w:pPr>
      <w:r>
        <w:rPr>
          <w:rFonts w:ascii="Arial" w:hAnsi="Arial"/>
        </w:rPr>
        <w:t xml:space="preserve">Yeah. </w:t>
      </w:r>
    </w:p>
    <w:p w14:paraId="6FD43E2C" w14:textId="77777777" w:rsidR="007F3D28" w:rsidRDefault="007F3D28">
      <w:pPr>
        <w:spacing w:after="0"/>
      </w:pPr>
    </w:p>
    <w:p w14:paraId="3C620563" w14:textId="77777777" w:rsidR="007F3D28" w:rsidRDefault="00C40296">
      <w:pPr>
        <w:spacing w:after="0"/>
      </w:pPr>
      <w:r>
        <w:rPr>
          <w:rFonts w:ascii="Arial" w:hAnsi="Arial"/>
          <w:b/>
        </w:rPr>
        <w:t xml:space="preserve">Interviewer P:  </w:t>
      </w:r>
      <w:r>
        <w:rPr>
          <w:rFonts w:ascii="Arial" w:hAnsi="Arial"/>
          <w:color w:val="5D7284"/>
        </w:rPr>
        <w:t>13:05</w:t>
      </w:r>
    </w:p>
    <w:p w14:paraId="177573EB" w14:textId="3870B1CA" w:rsidR="007F3D28" w:rsidRDefault="00255CED">
      <w:pPr>
        <w:spacing w:after="0"/>
      </w:pPr>
      <w:r>
        <w:rPr>
          <w:rFonts w:ascii="Arial" w:hAnsi="Arial"/>
        </w:rPr>
        <w:t>So, but in this amount of time, it's mostly blue, you want to take a guess of how much time this actually was that she shrunk down to get to that point?</w:t>
      </w:r>
    </w:p>
    <w:p w14:paraId="0FECC6C1" w14:textId="77777777" w:rsidR="007F3D28" w:rsidRDefault="007F3D28">
      <w:pPr>
        <w:spacing w:after="0"/>
      </w:pPr>
    </w:p>
    <w:p w14:paraId="09919F6D" w14:textId="77777777" w:rsidR="007F3D28" w:rsidRDefault="00C40296">
      <w:pPr>
        <w:spacing w:after="0"/>
      </w:pPr>
      <w:r>
        <w:rPr>
          <w:rFonts w:ascii="Arial" w:hAnsi="Arial"/>
          <w:b/>
        </w:rPr>
        <w:t xml:space="preserve">Participant #26:  </w:t>
      </w:r>
      <w:r>
        <w:rPr>
          <w:rFonts w:ascii="Arial" w:hAnsi="Arial"/>
          <w:color w:val="5D7284"/>
        </w:rPr>
        <w:t>13:15</w:t>
      </w:r>
    </w:p>
    <w:p w14:paraId="329DCCC0" w14:textId="77777777" w:rsidR="007F3D28" w:rsidRDefault="00C40296">
      <w:pPr>
        <w:spacing w:after="0"/>
      </w:pPr>
      <w:r>
        <w:rPr>
          <w:rFonts w:ascii="Arial" w:hAnsi="Arial"/>
        </w:rPr>
        <w:t xml:space="preserve">Um, two hours? </w:t>
      </w:r>
    </w:p>
    <w:p w14:paraId="6AC4A568" w14:textId="77777777" w:rsidR="007F3D28" w:rsidRDefault="007F3D28">
      <w:pPr>
        <w:spacing w:after="0"/>
      </w:pPr>
    </w:p>
    <w:p w14:paraId="150A87D0" w14:textId="77777777" w:rsidR="007F3D28" w:rsidRDefault="00C40296">
      <w:pPr>
        <w:spacing w:after="0"/>
      </w:pPr>
      <w:r>
        <w:rPr>
          <w:rFonts w:ascii="Arial" w:hAnsi="Arial"/>
          <w:b/>
        </w:rPr>
        <w:t xml:space="preserve">Interviewer P:  </w:t>
      </w:r>
      <w:r>
        <w:rPr>
          <w:rFonts w:ascii="Arial" w:hAnsi="Arial"/>
          <w:color w:val="5D7284"/>
        </w:rPr>
        <w:t>13:18</w:t>
      </w:r>
    </w:p>
    <w:p w14:paraId="5008E1CC" w14:textId="0C1AC22B" w:rsidR="007F3D28" w:rsidRDefault="00255CED">
      <w:pPr>
        <w:spacing w:after="0"/>
      </w:pPr>
      <w:r>
        <w:rPr>
          <w:rFonts w:ascii="Arial" w:hAnsi="Arial"/>
        </w:rPr>
        <w:t xml:space="preserve">That’s a good guess it's one hour. </w:t>
      </w:r>
    </w:p>
    <w:p w14:paraId="7FCB2187" w14:textId="77777777" w:rsidR="007F3D28" w:rsidRDefault="007F3D28">
      <w:pPr>
        <w:spacing w:after="0"/>
      </w:pPr>
    </w:p>
    <w:p w14:paraId="2ED230C1" w14:textId="77777777" w:rsidR="007F3D28" w:rsidRDefault="00C40296">
      <w:pPr>
        <w:spacing w:after="0"/>
      </w:pPr>
      <w:r>
        <w:rPr>
          <w:rFonts w:ascii="Arial" w:hAnsi="Arial"/>
          <w:b/>
        </w:rPr>
        <w:t xml:space="preserve">Participant #26:  </w:t>
      </w:r>
      <w:r>
        <w:rPr>
          <w:rFonts w:ascii="Arial" w:hAnsi="Arial"/>
          <w:color w:val="5D7284"/>
        </w:rPr>
        <w:t>13:20</w:t>
      </w:r>
    </w:p>
    <w:p w14:paraId="50A52791" w14:textId="77777777" w:rsidR="007F3D28" w:rsidRDefault="00C40296">
      <w:pPr>
        <w:spacing w:after="0"/>
      </w:pPr>
      <w:r>
        <w:rPr>
          <w:rFonts w:ascii="Arial" w:hAnsi="Arial"/>
        </w:rPr>
        <w:t xml:space="preserve">Oh okay. </w:t>
      </w:r>
    </w:p>
    <w:p w14:paraId="6AEBBC24" w14:textId="77777777" w:rsidR="007F3D28" w:rsidRDefault="007F3D28">
      <w:pPr>
        <w:spacing w:after="0"/>
      </w:pPr>
    </w:p>
    <w:p w14:paraId="709DA271" w14:textId="77777777" w:rsidR="007F3D28" w:rsidRDefault="00C40296">
      <w:pPr>
        <w:spacing w:after="0"/>
      </w:pPr>
      <w:r>
        <w:rPr>
          <w:rFonts w:ascii="Arial" w:hAnsi="Arial"/>
          <w:b/>
        </w:rPr>
        <w:t xml:space="preserve">Interviewer P:  </w:t>
      </w:r>
      <w:r>
        <w:rPr>
          <w:rFonts w:ascii="Arial" w:hAnsi="Arial"/>
          <w:color w:val="5D7284"/>
        </w:rPr>
        <w:t>13:21</w:t>
      </w:r>
    </w:p>
    <w:p w14:paraId="6A6DC282" w14:textId="1D358422" w:rsidR="007F3D28" w:rsidRDefault="00C40296">
      <w:pPr>
        <w:spacing w:after="0"/>
      </w:pPr>
      <w:r>
        <w:rPr>
          <w:rFonts w:ascii="Arial" w:hAnsi="Arial"/>
        </w:rPr>
        <w:t xml:space="preserve">Yeah. Faster than that. Alright, so then she did it with the same </w:t>
      </w:r>
      <w:r w:rsidR="00255CED">
        <w:rPr>
          <w:rFonts w:ascii="Arial" w:hAnsi="Arial"/>
        </w:rPr>
        <w:t>temperature</w:t>
      </w:r>
      <w:r>
        <w:rPr>
          <w:rFonts w:ascii="Arial" w:hAnsi="Arial"/>
        </w:rPr>
        <w:t xml:space="preserve">. This, this whole video is about 40 seconds. </w:t>
      </w:r>
      <w:r w:rsidR="00255CED">
        <w:rPr>
          <w:rFonts w:ascii="Arial" w:hAnsi="Arial"/>
        </w:rPr>
        <w:t>So,</w:t>
      </w:r>
      <w:r>
        <w:rPr>
          <w:rFonts w:ascii="Arial" w:hAnsi="Arial"/>
        </w:rPr>
        <w:t xml:space="preserve"> it's a little bit longer. But it looks now like what I saw and now pretty quickly, it's </w:t>
      </w:r>
      <w:r>
        <w:rPr>
          <w:rFonts w:ascii="Arial" w:hAnsi="Arial"/>
        </w:rPr>
        <w:lastRenderedPageBreak/>
        <w:t>all the same color a little peeking out somewhere. And we're not even halfway through it. And then it just about stays like that.</w:t>
      </w:r>
    </w:p>
    <w:p w14:paraId="0FCBE001" w14:textId="77777777" w:rsidR="007F3D28" w:rsidRDefault="007F3D28">
      <w:pPr>
        <w:spacing w:after="0"/>
      </w:pPr>
    </w:p>
    <w:p w14:paraId="1B5D339F" w14:textId="77777777" w:rsidR="007F3D28" w:rsidRDefault="00C40296">
      <w:pPr>
        <w:spacing w:after="0"/>
      </w:pPr>
      <w:r>
        <w:rPr>
          <w:rFonts w:ascii="Arial" w:hAnsi="Arial"/>
          <w:b/>
        </w:rPr>
        <w:t xml:space="preserve">Participant #26:  </w:t>
      </w:r>
      <w:r>
        <w:rPr>
          <w:rFonts w:ascii="Arial" w:hAnsi="Arial"/>
          <w:color w:val="5D7284"/>
        </w:rPr>
        <w:t>13:49</w:t>
      </w:r>
    </w:p>
    <w:p w14:paraId="61922982" w14:textId="087DBE8F" w:rsidR="007F3D28" w:rsidRDefault="00255CED">
      <w:pPr>
        <w:spacing w:after="0"/>
      </w:pPr>
      <w:r>
        <w:rPr>
          <w:rFonts w:ascii="Arial" w:hAnsi="Arial"/>
        </w:rPr>
        <w:t xml:space="preserve">Oh, it stayed blue. I did not think it would say blue. </w:t>
      </w:r>
    </w:p>
    <w:p w14:paraId="3F4F5CC2" w14:textId="77777777" w:rsidR="007F3D28" w:rsidRDefault="007F3D28">
      <w:pPr>
        <w:spacing w:after="0"/>
      </w:pPr>
    </w:p>
    <w:p w14:paraId="62A653F8" w14:textId="77777777" w:rsidR="007F3D28" w:rsidRDefault="00C40296">
      <w:pPr>
        <w:spacing w:after="0"/>
      </w:pPr>
      <w:r>
        <w:rPr>
          <w:rFonts w:ascii="Arial" w:hAnsi="Arial"/>
          <w:b/>
        </w:rPr>
        <w:t xml:space="preserve">Interviewer P:  </w:t>
      </w:r>
      <w:r>
        <w:rPr>
          <w:rFonts w:ascii="Arial" w:hAnsi="Arial"/>
          <w:color w:val="5D7284"/>
        </w:rPr>
        <w:t>13:53</w:t>
      </w:r>
    </w:p>
    <w:p w14:paraId="21F0349A" w14:textId="1B8D9E82" w:rsidR="007F3D28" w:rsidRDefault="00C40296">
      <w:pPr>
        <w:spacing w:after="0"/>
      </w:pPr>
      <w:r>
        <w:rPr>
          <w:rFonts w:ascii="Arial" w:hAnsi="Arial"/>
        </w:rPr>
        <w:t xml:space="preserve">Yeah. And </w:t>
      </w:r>
      <w:r w:rsidR="00255CED">
        <w:rPr>
          <w:rFonts w:ascii="Arial" w:hAnsi="Arial"/>
        </w:rPr>
        <w:t>so,</w:t>
      </w:r>
      <w:r>
        <w:rPr>
          <w:rFonts w:ascii="Arial" w:hAnsi="Arial"/>
        </w:rPr>
        <w:t xml:space="preserve"> this one is also an hour. So, happened about halfway through then it happened within like 20 or 30. </w:t>
      </w:r>
    </w:p>
    <w:p w14:paraId="171EB3D1" w14:textId="77777777" w:rsidR="007F3D28" w:rsidRDefault="007F3D28">
      <w:pPr>
        <w:spacing w:after="0"/>
      </w:pPr>
    </w:p>
    <w:p w14:paraId="0FE5116D" w14:textId="77777777" w:rsidR="007F3D28" w:rsidRDefault="00C40296">
      <w:pPr>
        <w:spacing w:after="0"/>
      </w:pPr>
      <w:r>
        <w:rPr>
          <w:rFonts w:ascii="Arial" w:hAnsi="Arial"/>
          <w:b/>
        </w:rPr>
        <w:t xml:space="preserve">Participant #26:  </w:t>
      </w:r>
      <w:r>
        <w:rPr>
          <w:rFonts w:ascii="Arial" w:hAnsi="Arial"/>
          <w:color w:val="5D7284"/>
        </w:rPr>
        <w:t>13:59</w:t>
      </w:r>
    </w:p>
    <w:p w14:paraId="61DA346C" w14:textId="77777777" w:rsidR="007F3D28" w:rsidRDefault="00C40296">
      <w:pPr>
        <w:spacing w:after="0"/>
      </w:pPr>
      <w:r>
        <w:rPr>
          <w:rFonts w:ascii="Arial" w:hAnsi="Arial"/>
        </w:rPr>
        <w:t xml:space="preserve">Oh, wow. </w:t>
      </w:r>
    </w:p>
    <w:p w14:paraId="0B1A0B6C" w14:textId="77777777" w:rsidR="007F3D28" w:rsidRDefault="007F3D28">
      <w:pPr>
        <w:spacing w:after="0"/>
      </w:pPr>
    </w:p>
    <w:p w14:paraId="0134EF34" w14:textId="77777777" w:rsidR="007F3D28" w:rsidRDefault="00C40296">
      <w:pPr>
        <w:spacing w:after="0"/>
      </w:pPr>
      <w:r>
        <w:rPr>
          <w:rFonts w:ascii="Arial" w:hAnsi="Arial"/>
          <w:b/>
        </w:rPr>
        <w:t xml:space="preserve">Interviewer P:  </w:t>
      </w:r>
      <w:r>
        <w:rPr>
          <w:rFonts w:ascii="Arial" w:hAnsi="Arial"/>
          <w:color w:val="5D7284"/>
        </w:rPr>
        <w:t>14:00</w:t>
      </w:r>
    </w:p>
    <w:p w14:paraId="66C93D82" w14:textId="77777777" w:rsidR="007F3D28" w:rsidRDefault="00C40296">
      <w:pPr>
        <w:spacing w:after="0"/>
      </w:pPr>
      <w:r>
        <w:rPr>
          <w:rFonts w:ascii="Arial" w:hAnsi="Arial"/>
        </w:rPr>
        <w:t xml:space="preserve">Yeah. </w:t>
      </w:r>
    </w:p>
    <w:p w14:paraId="51499718" w14:textId="77777777" w:rsidR="007F3D28" w:rsidRDefault="007F3D28">
      <w:pPr>
        <w:spacing w:after="0"/>
      </w:pPr>
    </w:p>
    <w:p w14:paraId="0F36441F" w14:textId="77777777" w:rsidR="007F3D28" w:rsidRDefault="00C40296">
      <w:pPr>
        <w:spacing w:after="0"/>
      </w:pPr>
      <w:r>
        <w:rPr>
          <w:rFonts w:ascii="Arial" w:hAnsi="Arial"/>
          <w:b/>
        </w:rPr>
        <w:t xml:space="preserve">Participant #26:  </w:t>
      </w:r>
      <w:r>
        <w:rPr>
          <w:rFonts w:ascii="Arial" w:hAnsi="Arial"/>
          <w:color w:val="5D7284"/>
        </w:rPr>
        <w:t>14:02</w:t>
      </w:r>
    </w:p>
    <w:p w14:paraId="2FE008EB" w14:textId="77777777" w:rsidR="007F3D28" w:rsidRDefault="00C40296">
      <w:pPr>
        <w:spacing w:after="0"/>
      </w:pPr>
      <w:r>
        <w:rPr>
          <w:rFonts w:ascii="Arial" w:hAnsi="Arial"/>
        </w:rPr>
        <w:t xml:space="preserve">That was fast. </w:t>
      </w:r>
    </w:p>
    <w:p w14:paraId="40C2E6EE" w14:textId="77777777" w:rsidR="007F3D28" w:rsidRDefault="007F3D28">
      <w:pPr>
        <w:spacing w:after="0"/>
      </w:pPr>
    </w:p>
    <w:p w14:paraId="1021FDD9" w14:textId="77777777" w:rsidR="007F3D28" w:rsidRDefault="00C40296">
      <w:pPr>
        <w:spacing w:after="0"/>
      </w:pPr>
      <w:r>
        <w:rPr>
          <w:rFonts w:ascii="Arial" w:hAnsi="Arial"/>
          <w:b/>
        </w:rPr>
        <w:t xml:space="preserve">Interviewer P:  </w:t>
      </w:r>
      <w:r>
        <w:rPr>
          <w:rFonts w:ascii="Arial" w:hAnsi="Arial"/>
          <w:color w:val="5D7284"/>
        </w:rPr>
        <w:t>14:03</w:t>
      </w:r>
    </w:p>
    <w:p w14:paraId="031428F4" w14:textId="77777777" w:rsidR="007F3D28" w:rsidRDefault="00C40296">
      <w:pPr>
        <w:spacing w:after="0"/>
      </w:pPr>
      <w:r>
        <w:rPr>
          <w:rFonts w:ascii="Arial" w:hAnsi="Arial"/>
        </w:rPr>
        <w:t>Yeah.</w:t>
      </w:r>
    </w:p>
    <w:p w14:paraId="3773D82E" w14:textId="77777777" w:rsidR="007F3D28" w:rsidRDefault="007F3D28">
      <w:pPr>
        <w:spacing w:after="0"/>
      </w:pPr>
    </w:p>
    <w:p w14:paraId="723937C0" w14:textId="77777777" w:rsidR="007F3D28" w:rsidRDefault="00C40296">
      <w:pPr>
        <w:spacing w:after="0"/>
      </w:pPr>
      <w:r>
        <w:rPr>
          <w:rFonts w:ascii="Arial" w:hAnsi="Arial"/>
          <w:b/>
        </w:rPr>
        <w:t xml:space="preserve">Participant #26:  </w:t>
      </w:r>
      <w:r>
        <w:rPr>
          <w:rFonts w:ascii="Arial" w:hAnsi="Arial"/>
          <w:color w:val="5D7284"/>
        </w:rPr>
        <w:t>14:06</w:t>
      </w:r>
    </w:p>
    <w:p w14:paraId="181CA5D5" w14:textId="77777777" w:rsidR="007F3D28" w:rsidRDefault="00C40296">
      <w:pPr>
        <w:spacing w:after="0"/>
      </w:pPr>
      <w:r>
        <w:rPr>
          <w:rFonts w:ascii="Arial" w:hAnsi="Arial"/>
        </w:rPr>
        <w:t xml:space="preserve">Not what I thought it would do. </w:t>
      </w:r>
    </w:p>
    <w:p w14:paraId="1E129135" w14:textId="77777777" w:rsidR="007F3D28" w:rsidRDefault="007F3D28">
      <w:pPr>
        <w:spacing w:after="0"/>
      </w:pPr>
    </w:p>
    <w:p w14:paraId="495953E7" w14:textId="77777777" w:rsidR="007F3D28" w:rsidRDefault="00C40296">
      <w:pPr>
        <w:spacing w:after="0"/>
      </w:pPr>
      <w:r>
        <w:rPr>
          <w:rFonts w:ascii="Arial" w:hAnsi="Arial"/>
          <w:b/>
        </w:rPr>
        <w:t xml:space="preserve">Interviewer P:  </w:t>
      </w:r>
      <w:r>
        <w:rPr>
          <w:rFonts w:ascii="Arial" w:hAnsi="Arial"/>
          <w:color w:val="5D7284"/>
        </w:rPr>
        <w:t>14:07</w:t>
      </w:r>
    </w:p>
    <w:p w14:paraId="02F4A0DC" w14:textId="0744BFF3" w:rsidR="007F3D28" w:rsidRDefault="00C40296">
      <w:pPr>
        <w:spacing w:after="0"/>
      </w:pPr>
      <w:r>
        <w:rPr>
          <w:rFonts w:ascii="Arial" w:hAnsi="Arial"/>
        </w:rPr>
        <w:t xml:space="preserve">Yeah. I forget what you said. Did you say it would take it </w:t>
      </w:r>
      <w:r>
        <w:rPr>
          <w:rFonts w:ascii="Arial" w:hAnsi="Arial"/>
        </w:rPr>
        <w:t>would do it.</w:t>
      </w:r>
      <w:r w:rsidR="00255CED">
        <w:rPr>
          <w:rFonts w:ascii="Arial" w:hAnsi="Arial"/>
        </w:rPr>
        <w:t xml:space="preserve"> </w:t>
      </w:r>
      <w:r>
        <w:rPr>
          <w:rFonts w:ascii="Arial" w:hAnsi="Arial"/>
        </w:rPr>
        <w:t xml:space="preserve">You said that. You thought it would stay </w:t>
      </w:r>
      <w:r w:rsidR="00255CED">
        <w:rPr>
          <w:rFonts w:ascii="Arial" w:hAnsi="Arial"/>
        </w:rPr>
        <w:t>predominately</w:t>
      </w:r>
      <w:r>
        <w:rPr>
          <w:rFonts w:ascii="Arial" w:hAnsi="Arial"/>
        </w:rPr>
        <w:t xml:space="preserve"> blue. </w:t>
      </w:r>
    </w:p>
    <w:p w14:paraId="7DCBC686" w14:textId="77777777" w:rsidR="007F3D28" w:rsidRDefault="007F3D28">
      <w:pPr>
        <w:spacing w:after="0"/>
      </w:pPr>
    </w:p>
    <w:p w14:paraId="0D8C0223" w14:textId="77777777" w:rsidR="007F3D28" w:rsidRDefault="00C40296">
      <w:pPr>
        <w:spacing w:after="0"/>
      </w:pPr>
      <w:r>
        <w:rPr>
          <w:rFonts w:ascii="Arial" w:hAnsi="Arial"/>
          <w:b/>
        </w:rPr>
        <w:t xml:space="preserve">Participant #26:  </w:t>
      </w:r>
      <w:r>
        <w:rPr>
          <w:rFonts w:ascii="Arial" w:hAnsi="Arial"/>
          <w:color w:val="5D7284"/>
        </w:rPr>
        <w:t>14:13</w:t>
      </w:r>
    </w:p>
    <w:p w14:paraId="4F3AC212" w14:textId="77777777" w:rsidR="007F3D28" w:rsidRDefault="00C40296">
      <w:pPr>
        <w:spacing w:after="0"/>
      </w:pPr>
      <w:r>
        <w:rPr>
          <w:rFonts w:ascii="Arial" w:hAnsi="Arial"/>
        </w:rPr>
        <w:t xml:space="preserve">Yeah. </w:t>
      </w:r>
    </w:p>
    <w:p w14:paraId="1C33FFB6" w14:textId="77777777" w:rsidR="007F3D28" w:rsidRDefault="007F3D28">
      <w:pPr>
        <w:spacing w:after="0"/>
      </w:pPr>
    </w:p>
    <w:p w14:paraId="11E5B46C" w14:textId="77777777" w:rsidR="007F3D28" w:rsidRDefault="00C40296">
      <w:pPr>
        <w:spacing w:after="0"/>
      </w:pPr>
      <w:r>
        <w:rPr>
          <w:rFonts w:ascii="Arial" w:hAnsi="Arial"/>
          <w:b/>
        </w:rPr>
        <w:t xml:space="preserve">Interviewer P:  </w:t>
      </w:r>
      <w:r>
        <w:rPr>
          <w:rFonts w:ascii="Arial" w:hAnsi="Arial"/>
          <w:color w:val="5D7284"/>
        </w:rPr>
        <w:t>14:13</w:t>
      </w:r>
    </w:p>
    <w:p w14:paraId="34475BC4" w14:textId="77777777" w:rsidR="007F3D28" w:rsidRDefault="00C40296">
      <w:pPr>
        <w:spacing w:after="0"/>
      </w:pPr>
      <w:r>
        <w:rPr>
          <w:rFonts w:ascii="Arial" w:hAnsi="Arial"/>
        </w:rPr>
        <w:t>Yeah. I remember now. Alright, so.</w:t>
      </w:r>
    </w:p>
    <w:p w14:paraId="30984173" w14:textId="77777777" w:rsidR="007F3D28" w:rsidRDefault="007F3D28">
      <w:pPr>
        <w:spacing w:after="0"/>
      </w:pPr>
    </w:p>
    <w:p w14:paraId="5C13AB0C" w14:textId="77777777" w:rsidR="007F3D28" w:rsidRDefault="00C40296">
      <w:pPr>
        <w:spacing w:after="0"/>
      </w:pPr>
      <w:r>
        <w:rPr>
          <w:rFonts w:ascii="Arial" w:hAnsi="Arial"/>
          <w:b/>
        </w:rPr>
        <w:t xml:space="preserve">Participant #26:  </w:t>
      </w:r>
      <w:r>
        <w:rPr>
          <w:rFonts w:ascii="Arial" w:hAnsi="Arial"/>
          <w:color w:val="5D7284"/>
        </w:rPr>
        <w:t>14:16</w:t>
      </w:r>
    </w:p>
    <w:p w14:paraId="7995D621" w14:textId="77777777" w:rsidR="007F3D28" w:rsidRDefault="00C40296">
      <w:pPr>
        <w:spacing w:after="0"/>
      </w:pPr>
      <w:r>
        <w:rPr>
          <w:rFonts w:ascii="Arial" w:hAnsi="Arial"/>
        </w:rPr>
        <w:t xml:space="preserve">That was the same temperature. </w:t>
      </w:r>
    </w:p>
    <w:p w14:paraId="0444A9FA" w14:textId="77777777" w:rsidR="007F3D28" w:rsidRDefault="007F3D28">
      <w:pPr>
        <w:spacing w:after="0"/>
      </w:pPr>
    </w:p>
    <w:p w14:paraId="59398435" w14:textId="77777777" w:rsidR="007F3D28" w:rsidRDefault="00C40296">
      <w:pPr>
        <w:spacing w:after="0"/>
      </w:pPr>
      <w:r>
        <w:rPr>
          <w:rFonts w:ascii="Arial" w:hAnsi="Arial"/>
          <w:b/>
        </w:rPr>
        <w:t xml:space="preserve">Interviewer P:  </w:t>
      </w:r>
      <w:r>
        <w:rPr>
          <w:rFonts w:ascii="Arial" w:hAnsi="Arial"/>
          <w:color w:val="5D7284"/>
        </w:rPr>
        <w:t>14:18</w:t>
      </w:r>
    </w:p>
    <w:p w14:paraId="0E91BB6D" w14:textId="5E1EFC29" w:rsidR="007F3D28" w:rsidRDefault="00C40296">
      <w:pPr>
        <w:spacing w:after="0"/>
      </w:pPr>
      <w:r>
        <w:rPr>
          <w:rFonts w:ascii="Arial" w:hAnsi="Arial"/>
        </w:rPr>
        <w:t xml:space="preserve">Yeah. </w:t>
      </w:r>
      <w:r w:rsidR="00255CED">
        <w:rPr>
          <w:rFonts w:ascii="Arial" w:hAnsi="Arial"/>
        </w:rPr>
        <w:t>So,</w:t>
      </w:r>
      <w:r>
        <w:rPr>
          <w:rFonts w:ascii="Arial" w:hAnsi="Arial"/>
        </w:rPr>
        <w:t xml:space="preserve"> this one is the salt and fresh. And what's interesting about that is these layers set up very quickly. And then for the rest of the video.</w:t>
      </w:r>
    </w:p>
    <w:p w14:paraId="07CFF3BB" w14:textId="77777777" w:rsidR="007F3D28" w:rsidRDefault="007F3D28">
      <w:pPr>
        <w:spacing w:after="0"/>
      </w:pPr>
    </w:p>
    <w:p w14:paraId="4FC60A13" w14:textId="77777777" w:rsidR="007F3D28" w:rsidRDefault="00C40296">
      <w:pPr>
        <w:spacing w:after="0"/>
      </w:pPr>
      <w:r>
        <w:rPr>
          <w:rFonts w:ascii="Arial" w:hAnsi="Arial"/>
          <w:b/>
        </w:rPr>
        <w:t xml:space="preserve">Participant #26:  </w:t>
      </w:r>
      <w:r>
        <w:rPr>
          <w:rFonts w:ascii="Arial" w:hAnsi="Arial"/>
          <w:color w:val="5D7284"/>
        </w:rPr>
        <w:t>14:28</w:t>
      </w:r>
    </w:p>
    <w:p w14:paraId="7B7D5D21" w14:textId="77777777" w:rsidR="007F3D28" w:rsidRDefault="00C40296">
      <w:pPr>
        <w:spacing w:after="0"/>
      </w:pPr>
      <w:r>
        <w:rPr>
          <w:rFonts w:ascii="Arial" w:hAnsi="Arial"/>
        </w:rPr>
        <w:t>It stays like that.</w:t>
      </w:r>
    </w:p>
    <w:p w14:paraId="136AC037" w14:textId="77777777" w:rsidR="007F3D28" w:rsidRDefault="007F3D28">
      <w:pPr>
        <w:spacing w:after="0"/>
      </w:pPr>
    </w:p>
    <w:p w14:paraId="015CAFD0" w14:textId="77777777" w:rsidR="007F3D28" w:rsidRDefault="00C40296">
      <w:pPr>
        <w:spacing w:after="0"/>
      </w:pPr>
      <w:r>
        <w:rPr>
          <w:rFonts w:ascii="Arial" w:hAnsi="Arial"/>
          <w:b/>
        </w:rPr>
        <w:t xml:space="preserve">Interviewer P:  </w:t>
      </w:r>
      <w:r>
        <w:rPr>
          <w:rFonts w:ascii="Arial" w:hAnsi="Arial"/>
          <w:color w:val="5D7284"/>
        </w:rPr>
        <w:t>14:29</w:t>
      </w:r>
    </w:p>
    <w:p w14:paraId="5BD16A05" w14:textId="34EF6F31" w:rsidR="007F3D28" w:rsidRDefault="00255CED">
      <w:pPr>
        <w:spacing w:after="0"/>
      </w:pPr>
      <w:r>
        <w:rPr>
          <w:rFonts w:ascii="Arial" w:hAnsi="Arial"/>
        </w:rPr>
        <w:t xml:space="preserve">Yeah, just stays. That's what you said. </w:t>
      </w:r>
    </w:p>
    <w:p w14:paraId="0BDD2926" w14:textId="77777777" w:rsidR="007F3D28" w:rsidRDefault="007F3D28">
      <w:pPr>
        <w:spacing w:after="0"/>
      </w:pPr>
    </w:p>
    <w:p w14:paraId="3E8041E4" w14:textId="77777777" w:rsidR="007F3D28" w:rsidRDefault="00C40296">
      <w:pPr>
        <w:spacing w:after="0"/>
      </w:pPr>
      <w:r>
        <w:rPr>
          <w:rFonts w:ascii="Arial" w:hAnsi="Arial"/>
          <w:b/>
        </w:rPr>
        <w:t xml:space="preserve">Participant #26:  </w:t>
      </w:r>
      <w:r>
        <w:rPr>
          <w:rFonts w:ascii="Arial" w:hAnsi="Arial"/>
          <w:color w:val="5D7284"/>
        </w:rPr>
        <w:t>14:31</w:t>
      </w:r>
    </w:p>
    <w:p w14:paraId="596C8C50" w14:textId="77777777" w:rsidR="007F3D28" w:rsidRDefault="00C40296">
      <w:pPr>
        <w:spacing w:after="0"/>
      </w:pPr>
      <w:r>
        <w:rPr>
          <w:rFonts w:ascii="Arial" w:hAnsi="Arial"/>
        </w:rPr>
        <w:t xml:space="preserve">Yeah. </w:t>
      </w:r>
    </w:p>
    <w:p w14:paraId="344FB3A7" w14:textId="77777777" w:rsidR="007F3D28" w:rsidRDefault="007F3D28">
      <w:pPr>
        <w:spacing w:after="0"/>
      </w:pPr>
    </w:p>
    <w:p w14:paraId="70ABD84B" w14:textId="77777777" w:rsidR="007F3D28" w:rsidRDefault="00C40296">
      <w:pPr>
        <w:spacing w:after="0"/>
      </w:pPr>
      <w:r>
        <w:rPr>
          <w:rFonts w:ascii="Arial" w:hAnsi="Arial"/>
          <w:b/>
        </w:rPr>
        <w:t xml:space="preserve">Interviewer P:  </w:t>
      </w:r>
      <w:r>
        <w:rPr>
          <w:rFonts w:ascii="Arial" w:hAnsi="Arial"/>
          <w:color w:val="5D7284"/>
        </w:rPr>
        <w:t>14:32</w:t>
      </w:r>
    </w:p>
    <w:p w14:paraId="0B95B228" w14:textId="77777777" w:rsidR="007F3D28" w:rsidRDefault="00C40296">
      <w:pPr>
        <w:spacing w:after="0"/>
      </w:pPr>
      <w:r>
        <w:rPr>
          <w:rFonts w:ascii="Arial" w:hAnsi="Arial"/>
        </w:rPr>
        <w:t>And in fact, I have left this place a mess and Erika has come in the next day, cleaned up and she found these layers. Were still there.</w:t>
      </w:r>
    </w:p>
    <w:p w14:paraId="08E05438" w14:textId="77777777" w:rsidR="007F3D28" w:rsidRDefault="007F3D28">
      <w:pPr>
        <w:spacing w:after="0"/>
      </w:pPr>
    </w:p>
    <w:p w14:paraId="210B97DA" w14:textId="77777777" w:rsidR="007F3D28" w:rsidRDefault="00C40296">
      <w:pPr>
        <w:spacing w:after="0"/>
      </w:pPr>
      <w:r>
        <w:rPr>
          <w:rFonts w:ascii="Arial" w:hAnsi="Arial"/>
          <w:b/>
        </w:rPr>
        <w:t xml:space="preserve">Participant #26:  </w:t>
      </w:r>
      <w:r>
        <w:rPr>
          <w:rFonts w:ascii="Arial" w:hAnsi="Arial"/>
          <w:color w:val="5D7284"/>
        </w:rPr>
        <w:t>14:41</w:t>
      </w:r>
    </w:p>
    <w:p w14:paraId="54CD3FD0" w14:textId="77777777" w:rsidR="007F3D28" w:rsidRDefault="00C40296">
      <w:pPr>
        <w:spacing w:after="0"/>
      </w:pPr>
      <w:r>
        <w:rPr>
          <w:rFonts w:ascii="Arial" w:hAnsi="Arial"/>
        </w:rPr>
        <w:t xml:space="preserve">Really? Wow. </w:t>
      </w:r>
    </w:p>
    <w:p w14:paraId="6116028D" w14:textId="77777777" w:rsidR="007F3D28" w:rsidRDefault="007F3D28">
      <w:pPr>
        <w:spacing w:after="0"/>
      </w:pPr>
    </w:p>
    <w:p w14:paraId="246CBBF5" w14:textId="77777777" w:rsidR="007F3D28" w:rsidRDefault="00C40296">
      <w:pPr>
        <w:spacing w:after="0"/>
      </w:pPr>
      <w:r>
        <w:rPr>
          <w:rFonts w:ascii="Arial" w:hAnsi="Arial"/>
          <w:b/>
        </w:rPr>
        <w:t xml:space="preserve">Interviewer P:  </w:t>
      </w:r>
      <w:r>
        <w:rPr>
          <w:rFonts w:ascii="Arial" w:hAnsi="Arial"/>
          <w:color w:val="5D7284"/>
        </w:rPr>
        <w:t>14:42</w:t>
      </w:r>
    </w:p>
    <w:p w14:paraId="7A736C95" w14:textId="1486AC1A" w:rsidR="007F3D28" w:rsidRDefault="00255CED">
      <w:pPr>
        <w:spacing w:after="0"/>
      </w:pPr>
      <w:r>
        <w:rPr>
          <w:rFonts w:ascii="Arial" w:hAnsi="Arial"/>
        </w:rPr>
        <w:t xml:space="preserve">So, they're pretty persistent. </w:t>
      </w:r>
    </w:p>
    <w:p w14:paraId="39199461" w14:textId="77777777" w:rsidR="007F3D28" w:rsidRDefault="007F3D28">
      <w:pPr>
        <w:spacing w:after="0"/>
      </w:pPr>
    </w:p>
    <w:p w14:paraId="255E17A5" w14:textId="77777777" w:rsidR="007F3D28" w:rsidRDefault="00C40296">
      <w:pPr>
        <w:spacing w:after="0"/>
      </w:pPr>
      <w:r>
        <w:rPr>
          <w:rFonts w:ascii="Arial" w:hAnsi="Arial"/>
          <w:b/>
        </w:rPr>
        <w:t xml:space="preserve">Participant #26:  </w:t>
      </w:r>
      <w:r>
        <w:rPr>
          <w:rFonts w:ascii="Arial" w:hAnsi="Arial"/>
          <w:color w:val="5D7284"/>
        </w:rPr>
        <w:t>14:44</w:t>
      </w:r>
    </w:p>
    <w:p w14:paraId="25BDD695" w14:textId="77777777" w:rsidR="007F3D28" w:rsidRDefault="00C40296">
      <w:pPr>
        <w:spacing w:after="0"/>
      </w:pPr>
      <w:r>
        <w:rPr>
          <w:rFonts w:ascii="Arial" w:hAnsi="Arial"/>
        </w:rPr>
        <w:t xml:space="preserve">Yeah. That's so cool. </w:t>
      </w:r>
    </w:p>
    <w:p w14:paraId="7EDDCA19" w14:textId="77777777" w:rsidR="007F3D28" w:rsidRDefault="007F3D28">
      <w:pPr>
        <w:spacing w:after="0"/>
      </w:pPr>
    </w:p>
    <w:p w14:paraId="1D9F1539" w14:textId="77777777" w:rsidR="007F3D28" w:rsidRDefault="00C40296">
      <w:pPr>
        <w:spacing w:after="0"/>
      </w:pPr>
      <w:r>
        <w:rPr>
          <w:rFonts w:ascii="Arial" w:hAnsi="Arial"/>
          <w:b/>
        </w:rPr>
        <w:t xml:space="preserve">Interviewer P:  </w:t>
      </w:r>
      <w:r>
        <w:rPr>
          <w:rFonts w:ascii="Arial" w:hAnsi="Arial"/>
          <w:color w:val="5D7284"/>
        </w:rPr>
        <w:t>14:47</w:t>
      </w:r>
    </w:p>
    <w:p w14:paraId="7AFDF402" w14:textId="1DA4547E" w:rsidR="007F3D28" w:rsidRDefault="00C40296">
      <w:pPr>
        <w:spacing w:after="0"/>
      </w:pPr>
      <w:r>
        <w:rPr>
          <w:rFonts w:ascii="Arial" w:hAnsi="Arial"/>
        </w:rPr>
        <w:t xml:space="preserve">Yeah. Alright, so the next one isn't going to be a demo. It's going to be a thought experiment. It's kind of silly. But imagine like what the first one we did with the warm red and the cool blue. Imagine if instead of water we did that with Jell-O. </w:t>
      </w:r>
      <w:r w:rsidR="00255CED">
        <w:rPr>
          <w:rFonts w:ascii="Arial" w:hAnsi="Arial"/>
        </w:rPr>
        <w:t>So,</w:t>
      </w:r>
      <w:r>
        <w:rPr>
          <w:rFonts w:ascii="Arial" w:hAnsi="Arial"/>
        </w:rPr>
        <w:t xml:space="preserve"> we had like red, yellow and blue Jell-O. And I mean we're not going to be able to get them too far apart in temperature, but we could get the the blue Jell-O like super cold without freezing. Yeah, like maybe 40 degrees and we could leave the Jell-O out it and get it to room temperature and it would still be Jell-O. So maybe that'd be seventy. </w:t>
      </w:r>
      <w:r w:rsidR="00255CED">
        <w:rPr>
          <w:rFonts w:ascii="Arial" w:hAnsi="Arial"/>
        </w:rPr>
        <w:t>So,</w:t>
      </w:r>
      <w:r>
        <w:rPr>
          <w:rFonts w:ascii="Arial" w:hAnsi="Arial"/>
        </w:rPr>
        <w:t xml:space="preserve"> we got like a 30 degree difference, though right? So warm Jell-O, cold Jell-O. Take out the dividing wall. What did you What do you think what happened with t</w:t>
      </w:r>
      <w:r>
        <w:rPr>
          <w:rFonts w:ascii="Arial" w:hAnsi="Arial"/>
        </w:rPr>
        <w:t>hat?</w:t>
      </w:r>
    </w:p>
    <w:p w14:paraId="7B86FBCA" w14:textId="77777777" w:rsidR="007F3D28" w:rsidRDefault="007F3D28">
      <w:pPr>
        <w:spacing w:after="0"/>
      </w:pPr>
    </w:p>
    <w:p w14:paraId="04767962" w14:textId="77777777" w:rsidR="007F3D28" w:rsidRDefault="00C40296">
      <w:pPr>
        <w:spacing w:after="0"/>
      </w:pPr>
      <w:r>
        <w:rPr>
          <w:rFonts w:ascii="Arial" w:hAnsi="Arial"/>
          <w:b/>
        </w:rPr>
        <w:t xml:space="preserve">Participant #26:  </w:t>
      </w:r>
      <w:r>
        <w:rPr>
          <w:rFonts w:ascii="Arial" w:hAnsi="Arial"/>
          <w:color w:val="5D7284"/>
        </w:rPr>
        <w:t>15:29</w:t>
      </w:r>
    </w:p>
    <w:p w14:paraId="501B67F6" w14:textId="77777777" w:rsidR="007F3D28" w:rsidRDefault="00C40296">
      <w:pPr>
        <w:spacing w:after="0"/>
      </w:pPr>
      <w:r>
        <w:rPr>
          <w:rFonts w:ascii="Arial" w:hAnsi="Arial"/>
        </w:rPr>
        <w:t xml:space="preserve">Would it be in the consistency of Jell-O? </w:t>
      </w:r>
    </w:p>
    <w:p w14:paraId="46702D85" w14:textId="77777777" w:rsidR="007F3D28" w:rsidRDefault="007F3D28">
      <w:pPr>
        <w:spacing w:after="0"/>
      </w:pPr>
    </w:p>
    <w:p w14:paraId="588F2965" w14:textId="77777777" w:rsidR="007F3D28" w:rsidRDefault="00C40296">
      <w:pPr>
        <w:spacing w:after="0"/>
      </w:pPr>
      <w:r>
        <w:rPr>
          <w:rFonts w:ascii="Arial" w:hAnsi="Arial"/>
          <w:b/>
        </w:rPr>
        <w:t xml:space="preserve">Interviewer P:  </w:t>
      </w:r>
      <w:r>
        <w:rPr>
          <w:rFonts w:ascii="Arial" w:hAnsi="Arial"/>
          <w:color w:val="5D7284"/>
        </w:rPr>
        <w:t>15:31</w:t>
      </w:r>
    </w:p>
    <w:p w14:paraId="0733FEFB" w14:textId="77777777" w:rsidR="007F3D28" w:rsidRDefault="00C40296">
      <w:pPr>
        <w:spacing w:after="0"/>
      </w:pPr>
      <w:r>
        <w:rPr>
          <w:rFonts w:ascii="Arial" w:hAnsi="Arial"/>
        </w:rPr>
        <w:t xml:space="preserve">Yes, they're both gelled and they're still Jell-O. </w:t>
      </w:r>
    </w:p>
    <w:p w14:paraId="70C99D40" w14:textId="77777777" w:rsidR="007F3D28" w:rsidRDefault="007F3D28">
      <w:pPr>
        <w:spacing w:after="0"/>
      </w:pPr>
    </w:p>
    <w:p w14:paraId="01A297B1" w14:textId="77777777" w:rsidR="007F3D28" w:rsidRDefault="00C40296">
      <w:pPr>
        <w:spacing w:after="0"/>
      </w:pPr>
      <w:r>
        <w:rPr>
          <w:rFonts w:ascii="Arial" w:hAnsi="Arial"/>
          <w:b/>
        </w:rPr>
        <w:t xml:space="preserve">Participant #26:  </w:t>
      </w:r>
      <w:r>
        <w:rPr>
          <w:rFonts w:ascii="Arial" w:hAnsi="Arial"/>
          <w:color w:val="5D7284"/>
        </w:rPr>
        <w:t>15:34</w:t>
      </w:r>
    </w:p>
    <w:p w14:paraId="55A202F1" w14:textId="77777777" w:rsidR="007F3D28" w:rsidRDefault="00C40296">
      <w:pPr>
        <w:spacing w:after="0"/>
      </w:pPr>
      <w:r>
        <w:rPr>
          <w:rFonts w:ascii="Arial" w:hAnsi="Arial"/>
        </w:rPr>
        <w:t xml:space="preserve">Um, maybe in the middle, it could mix if the warm Jell-O was still little hot because it could melt the Jell-O. But I don't think they would be together because they're both solids. They're not liquid. </w:t>
      </w:r>
    </w:p>
    <w:p w14:paraId="4357C6BF" w14:textId="77777777" w:rsidR="007F3D28" w:rsidRDefault="007F3D28">
      <w:pPr>
        <w:spacing w:after="0"/>
      </w:pPr>
    </w:p>
    <w:p w14:paraId="1970619C" w14:textId="77777777" w:rsidR="007F3D28" w:rsidRDefault="00C40296">
      <w:pPr>
        <w:spacing w:after="0"/>
      </w:pPr>
      <w:r>
        <w:rPr>
          <w:rFonts w:ascii="Arial" w:hAnsi="Arial"/>
          <w:b/>
        </w:rPr>
        <w:t xml:space="preserve">Interviewer P:  </w:t>
      </w:r>
      <w:r>
        <w:rPr>
          <w:rFonts w:ascii="Arial" w:hAnsi="Arial"/>
          <w:color w:val="5D7284"/>
        </w:rPr>
        <w:t>15:47</w:t>
      </w:r>
    </w:p>
    <w:p w14:paraId="075D5772" w14:textId="587D8C46" w:rsidR="007F3D28" w:rsidRDefault="00255CED">
      <w:pPr>
        <w:spacing w:after="0"/>
      </w:pPr>
      <w:r>
        <w:rPr>
          <w:rFonts w:ascii="Arial" w:hAnsi="Arial"/>
        </w:rPr>
        <w:t xml:space="preserve">So, they wouldn't form layers. </w:t>
      </w:r>
    </w:p>
    <w:p w14:paraId="22F0659E" w14:textId="77777777" w:rsidR="007F3D28" w:rsidRDefault="007F3D28">
      <w:pPr>
        <w:spacing w:after="0"/>
      </w:pPr>
    </w:p>
    <w:p w14:paraId="7B771086" w14:textId="77777777" w:rsidR="007F3D28" w:rsidRDefault="00C40296">
      <w:pPr>
        <w:spacing w:after="0"/>
      </w:pPr>
      <w:r>
        <w:rPr>
          <w:rFonts w:ascii="Arial" w:hAnsi="Arial"/>
          <w:b/>
        </w:rPr>
        <w:t xml:space="preserve">Participant #26:  </w:t>
      </w:r>
      <w:r>
        <w:rPr>
          <w:rFonts w:ascii="Arial" w:hAnsi="Arial"/>
          <w:color w:val="5D7284"/>
        </w:rPr>
        <w:t>15:48</w:t>
      </w:r>
    </w:p>
    <w:p w14:paraId="21C1D260" w14:textId="77777777" w:rsidR="007F3D28" w:rsidRDefault="00C40296">
      <w:pPr>
        <w:spacing w:after="0"/>
      </w:pPr>
      <w:r>
        <w:rPr>
          <w:rFonts w:ascii="Arial" w:hAnsi="Arial"/>
        </w:rPr>
        <w:lastRenderedPageBreak/>
        <w:t xml:space="preserve">No. They're solid. </w:t>
      </w:r>
    </w:p>
    <w:p w14:paraId="23B083B8" w14:textId="77777777" w:rsidR="007F3D28" w:rsidRDefault="007F3D28">
      <w:pPr>
        <w:spacing w:after="0"/>
      </w:pPr>
    </w:p>
    <w:p w14:paraId="45B9F153" w14:textId="77777777" w:rsidR="007F3D28" w:rsidRDefault="00C40296">
      <w:pPr>
        <w:spacing w:after="0"/>
      </w:pPr>
      <w:r>
        <w:rPr>
          <w:rFonts w:ascii="Arial" w:hAnsi="Arial"/>
          <w:b/>
        </w:rPr>
        <w:t xml:space="preserve">Interviewer P:  </w:t>
      </w:r>
      <w:r>
        <w:rPr>
          <w:rFonts w:ascii="Arial" w:hAnsi="Arial"/>
          <w:color w:val="5D7284"/>
        </w:rPr>
        <w:t>15:50</w:t>
      </w:r>
    </w:p>
    <w:p w14:paraId="096BE1EF" w14:textId="77777777" w:rsidR="007F3D28" w:rsidRDefault="00C40296">
      <w:pPr>
        <w:spacing w:after="0"/>
      </w:pPr>
      <w:r>
        <w:rPr>
          <w:rFonts w:ascii="Arial" w:hAnsi="Arial"/>
        </w:rPr>
        <w:t>Yeah. Yeah. All right, so we're gonna</w:t>
      </w:r>
      <w:r>
        <w:rPr>
          <w:rFonts w:ascii="Arial" w:hAnsi="Arial"/>
        </w:rPr>
        <w:t xml:space="preserve"> move from rectangular tanks to circular ones. And I have one sitting over there. And the reason it's there is because I wanted to be super still. </w:t>
      </w:r>
    </w:p>
    <w:p w14:paraId="0AC74D11" w14:textId="77777777" w:rsidR="007F3D28" w:rsidRDefault="007F3D28">
      <w:pPr>
        <w:spacing w:after="0"/>
      </w:pPr>
    </w:p>
    <w:p w14:paraId="1AE44458" w14:textId="77777777" w:rsidR="007F3D28" w:rsidRDefault="00C40296">
      <w:pPr>
        <w:spacing w:after="0"/>
      </w:pPr>
      <w:r>
        <w:rPr>
          <w:rFonts w:ascii="Arial" w:hAnsi="Arial"/>
          <w:b/>
        </w:rPr>
        <w:t xml:space="preserve">Participant #26:  </w:t>
      </w:r>
      <w:r>
        <w:rPr>
          <w:rFonts w:ascii="Arial" w:hAnsi="Arial"/>
          <w:color w:val="5D7284"/>
        </w:rPr>
        <w:t>16:00</w:t>
      </w:r>
    </w:p>
    <w:p w14:paraId="421E9C2A" w14:textId="77777777" w:rsidR="007F3D28" w:rsidRDefault="00C40296">
      <w:pPr>
        <w:spacing w:after="0"/>
      </w:pPr>
      <w:r>
        <w:rPr>
          <w:rFonts w:ascii="Arial" w:hAnsi="Arial"/>
        </w:rPr>
        <w:t xml:space="preserve">Okay. </w:t>
      </w:r>
    </w:p>
    <w:p w14:paraId="2B59D9F1" w14:textId="77777777" w:rsidR="007F3D28" w:rsidRDefault="007F3D28">
      <w:pPr>
        <w:spacing w:after="0"/>
      </w:pPr>
    </w:p>
    <w:p w14:paraId="310AAE7F" w14:textId="77777777" w:rsidR="007F3D28" w:rsidRDefault="00C40296">
      <w:pPr>
        <w:spacing w:after="0"/>
      </w:pPr>
      <w:r>
        <w:rPr>
          <w:rFonts w:ascii="Arial" w:hAnsi="Arial"/>
          <w:b/>
        </w:rPr>
        <w:t xml:space="preserve">Interviewer P:  </w:t>
      </w:r>
      <w:r>
        <w:rPr>
          <w:rFonts w:ascii="Arial" w:hAnsi="Arial"/>
          <w:color w:val="5D7284"/>
        </w:rPr>
        <w:t>16:00</w:t>
      </w:r>
    </w:p>
    <w:p w14:paraId="01D4FD9B" w14:textId="6843B48E" w:rsidR="007F3D28" w:rsidRDefault="00C40296">
      <w:pPr>
        <w:spacing w:after="0"/>
      </w:pPr>
      <w:r>
        <w:rPr>
          <w:rFonts w:ascii="Arial" w:hAnsi="Arial"/>
        </w:rPr>
        <w:t xml:space="preserve">And when I put it on the table, we bumped the </w:t>
      </w:r>
      <w:r w:rsidR="00255CED">
        <w:rPr>
          <w:rFonts w:ascii="Arial" w:hAnsi="Arial"/>
        </w:rPr>
        <w:t>table,</w:t>
      </w:r>
      <w:r>
        <w:rPr>
          <w:rFonts w:ascii="Arial" w:hAnsi="Arial"/>
        </w:rPr>
        <w:t xml:space="preserve"> and it gets jiggly. </w:t>
      </w:r>
      <w:r w:rsidR="00255CED">
        <w:rPr>
          <w:rFonts w:ascii="Arial" w:hAnsi="Arial"/>
        </w:rPr>
        <w:t>So,</w:t>
      </w:r>
      <w:r>
        <w:rPr>
          <w:rFonts w:ascii="Arial" w:hAnsi="Arial"/>
        </w:rPr>
        <w:t xml:space="preserve"> I have another kind of dye. This is actually called potassium permanganate, but it is a dye. And unlike what I used to color these waters, which is like colored liquid food dye. </w:t>
      </w:r>
    </w:p>
    <w:p w14:paraId="6311D103" w14:textId="77777777" w:rsidR="007F3D28" w:rsidRDefault="007F3D28">
      <w:pPr>
        <w:spacing w:after="0"/>
      </w:pPr>
    </w:p>
    <w:p w14:paraId="3D8C58A7" w14:textId="77777777" w:rsidR="007F3D28" w:rsidRDefault="00C40296">
      <w:pPr>
        <w:spacing w:after="0"/>
      </w:pPr>
      <w:r>
        <w:rPr>
          <w:rFonts w:ascii="Arial" w:hAnsi="Arial"/>
          <w:b/>
        </w:rPr>
        <w:t xml:space="preserve">Participant #26:  </w:t>
      </w:r>
      <w:r>
        <w:rPr>
          <w:rFonts w:ascii="Arial" w:hAnsi="Arial"/>
          <w:color w:val="5D7284"/>
        </w:rPr>
        <w:t>16:14</w:t>
      </w:r>
    </w:p>
    <w:p w14:paraId="4C31D31D" w14:textId="77777777" w:rsidR="007F3D28" w:rsidRDefault="00C40296">
      <w:pPr>
        <w:spacing w:after="0"/>
      </w:pPr>
      <w:r>
        <w:rPr>
          <w:rFonts w:ascii="Arial" w:hAnsi="Arial"/>
        </w:rPr>
        <w:t>Yeah.</w:t>
      </w:r>
    </w:p>
    <w:p w14:paraId="2E7CCE36" w14:textId="77777777" w:rsidR="007F3D28" w:rsidRDefault="007F3D28">
      <w:pPr>
        <w:spacing w:after="0"/>
      </w:pPr>
    </w:p>
    <w:p w14:paraId="04FFBCD2" w14:textId="77777777" w:rsidR="007F3D28" w:rsidRDefault="00C40296">
      <w:pPr>
        <w:spacing w:after="0"/>
      </w:pPr>
      <w:r>
        <w:rPr>
          <w:rFonts w:ascii="Arial" w:hAnsi="Arial"/>
          <w:b/>
        </w:rPr>
        <w:t xml:space="preserve">Interviewer P:  </w:t>
      </w:r>
      <w:r>
        <w:rPr>
          <w:rFonts w:ascii="Arial" w:hAnsi="Arial"/>
          <w:color w:val="5D7284"/>
        </w:rPr>
        <w:t>16:14</w:t>
      </w:r>
    </w:p>
    <w:p w14:paraId="61FB778A" w14:textId="77777777" w:rsidR="007F3D28" w:rsidRDefault="00C40296">
      <w:pPr>
        <w:spacing w:after="0"/>
      </w:pPr>
      <w:r>
        <w:rPr>
          <w:rFonts w:ascii="Arial" w:hAnsi="Arial"/>
        </w:rPr>
        <w:t xml:space="preserve">That you would use for eggs or whatever. </w:t>
      </w:r>
    </w:p>
    <w:p w14:paraId="0725CC44" w14:textId="77777777" w:rsidR="007F3D28" w:rsidRDefault="007F3D28">
      <w:pPr>
        <w:spacing w:after="0"/>
      </w:pPr>
    </w:p>
    <w:p w14:paraId="501A0C18" w14:textId="77777777" w:rsidR="007F3D28" w:rsidRDefault="00C40296">
      <w:pPr>
        <w:spacing w:after="0"/>
      </w:pPr>
      <w:r>
        <w:rPr>
          <w:rFonts w:ascii="Arial" w:hAnsi="Arial"/>
          <w:b/>
        </w:rPr>
        <w:t xml:space="preserve">Participant #26:  </w:t>
      </w:r>
      <w:r>
        <w:rPr>
          <w:rFonts w:ascii="Arial" w:hAnsi="Arial"/>
          <w:color w:val="5D7284"/>
        </w:rPr>
        <w:t>16:15</w:t>
      </w:r>
    </w:p>
    <w:p w14:paraId="124EC1D3" w14:textId="77777777" w:rsidR="007F3D28" w:rsidRDefault="00C40296">
      <w:pPr>
        <w:spacing w:after="0"/>
      </w:pPr>
      <w:r>
        <w:rPr>
          <w:rFonts w:ascii="Arial" w:hAnsi="Arial"/>
        </w:rPr>
        <w:t xml:space="preserve">Yeah. </w:t>
      </w:r>
    </w:p>
    <w:p w14:paraId="726E6B9B" w14:textId="77777777" w:rsidR="007F3D28" w:rsidRDefault="007F3D28">
      <w:pPr>
        <w:spacing w:after="0"/>
      </w:pPr>
    </w:p>
    <w:p w14:paraId="1122FCBE" w14:textId="77777777" w:rsidR="007F3D28" w:rsidRDefault="00C40296">
      <w:pPr>
        <w:spacing w:after="0"/>
      </w:pPr>
      <w:r>
        <w:rPr>
          <w:rFonts w:ascii="Arial" w:hAnsi="Arial"/>
          <w:b/>
        </w:rPr>
        <w:t xml:space="preserve">Interviewer P:  </w:t>
      </w:r>
      <w:r>
        <w:rPr>
          <w:rFonts w:ascii="Arial" w:hAnsi="Arial"/>
          <w:color w:val="5D7284"/>
        </w:rPr>
        <w:t>16:16</w:t>
      </w:r>
    </w:p>
    <w:p w14:paraId="0646BA00" w14:textId="5690816B" w:rsidR="007F3D28" w:rsidRDefault="00C40296">
      <w:pPr>
        <w:spacing w:after="0"/>
      </w:pPr>
      <w:r>
        <w:rPr>
          <w:rFonts w:ascii="Arial" w:hAnsi="Arial"/>
        </w:rPr>
        <w:t xml:space="preserve">This is a solid. And </w:t>
      </w:r>
      <w:r w:rsidR="00255CED">
        <w:rPr>
          <w:rFonts w:ascii="Arial" w:hAnsi="Arial"/>
        </w:rPr>
        <w:t>so,</w:t>
      </w:r>
      <w:r>
        <w:rPr>
          <w:rFonts w:ascii="Arial" w:hAnsi="Arial"/>
        </w:rPr>
        <w:t xml:space="preserve"> what I want to show you is what it looks like in just a tank of water that is perfectly still. If it is dense enough that it'll seep down to the bottom, but it colors the water on the way down. </w:t>
      </w:r>
    </w:p>
    <w:p w14:paraId="625A5595" w14:textId="77777777" w:rsidR="007F3D28" w:rsidRDefault="007F3D28">
      <w:pPr>
        <w:spacing w:after="0"/>
      </w:pPr>
    </w:p>
    <w:p w14:paraId="3E922F30" w14:textId="77777777" w:rsidR="007F3D28" w:rsidRDefault="00C40296">
      <w:pPr>
        <w:spacing w:after="0"/>
      </w:pPr>
      <w:r>
        <w:rPr>
          <w:rFonts w:ascii="Arial" w:hAnsi="Arial"/>
          <w:b/>
        </w:rPr>
        <w:t xml:space="preserve">Participant #26:  </w:t>
      </w:r>
      <w:r>
        <w:rPr>
          <w:rFonts w:ascii="Arial" w:hAnsi="Arial"/>
          <w:color w:val="5D7284"/>
        </w:rPr>
        <w:t>16:32</w:t>
      </w:r>
    </w:p>
    <w:p w14:paraId="09291A29" w14:textId="77777777" w:rsidR="007F3D28" w:rsidRDefault="00C40296">
      <w:pPr>
        <w:spacing w:after="0"/>
      </w:pPr>
      <w:r>
        <w:rPr>
          <w:rFonts w:ascii="Arial" w:hAnsi="Arial"/>
        </w:rPr>
        <w:t>Woh.</w:t>
      </w:r>
    </w:p>
    <w:p w14:paraId="08DD4295" w14:textId="77777777" w:rsidR="007F3D28" w:rsidRDefault="007F3D28">
      <w:pPr>
        <w:spacing w:after="0"/>
      </w:pPr>
    </w:p>
    <w:p w14:paraId="2B4FFDA3" w14:textId="77777777" w:rsidR="007F3D28" w:rsidRDefault="00C40296">
      <w:pPr>
        <w:spacing w:after="0"/>
      </w:pPr>
      <w:r>
        <w:rPr>
          <w:rFonts w:ascii="Arial" w:hAnsi="Arial"/>
          <w:b/>
        </w:rPr>
        <w:t xml:space="preserve">Interviewer P:  </w:t>
      </w:r>
      <w:r>
        <w:rPr>
          <w:rFonts w:ascii="Arial" w:hAnsi="Arial"/>
          <w:color w:val="5D7284"/>
        </w:rPr>
        <w:t>16:33</w:t>
      </w:r>
    </w:p>
    <w:p w14:paraId="36C20FD6" w14:textId="77777777" w:rsidR="007F3D28" w:rsidRDefault="00C40296">
      <w:pPr>
        <w:spacing w:after="0"/>
      </w:pPr>
      <w:r>
        <w:rPr>
          <w:rFonts w:ascii="Arial" w:hAnsi="Arial"/>
        </w:rPr>
        <w:t>Yeah.</w:t>
      </w:r>
    </w:p>
    <w:p w14:paraId="4DE6525E" w14:textId="77777777" w:rsidR="007F3D28" w:rsidRDefault="007F3D28">
      <w:pPr>
        <w:spacing w:after="0"/>
      </w:pPr>
    </w:p>
    <w:p w14:paraId="17F2C0E2" w14:textId="77777777" w:rsidR="007F3D28" w:rsidRDefault="00C40296">
      <w:pPr>
        <w:spacing w:after="0"/>
      </w:pPr>
      <w:r>
        <w:rPr>
          <w:rFonts w:ascii="Arial" w:hAnsi="Arial"/>
          <w:b/>
        </w:rPr>
        <w:t xml:space="preserve">Participant #26:  </w:t>
      </w:r>
      <w:r>
        <w:rPr>
          <w:rFonts w:ascii="Arial" w:hAnsi="Arial"/>
          <w:color w:val="5D7284"/>
        </w:rPr>
        <w:t>16:40</w:t>
      </w:r>
    </w:p>
    <w:p w14:paraId="56DE64AF" w14:textId="77777777" w:rsidR="007F3D28" w:rsidRDefault="00C40296">
      <w:pPr>
        <w:spacing w:after="0"/>
      </w:pPr>
      <w:r>
        <w:rPr>
          <w:rFonts w:ascii="Arial" w:hAnsi="Arial"/>
        </w:rPr>
        <w:t>That's so cool.</w:t>
      </w:r>
    </w:p>
    <w:p w14:paraId="2CC96B76" w14:textId="77777777" w:rsidR="007F3D28" w:rsidRDefault="007F3D28">
      <w:pPr>
        <w:spacing w:after="0"/>
      </w:pPr>
    </w:p>
    <w:p w14:paraId="462C5832" w14:textId="77777777" w:rsidR="007F3D28" w:rsidRDefault="00C40296">
      <w:pPr>
        <w:spacing w:after="0"/>
      </w:pPr>
      <w:r>
        <w:rPr>
          <w:rFonts w:ascii="Arial" w:hAnsi="Arial"/>
          <w:b/>
        </w:rPr>
        <w:t xml:space="preserve">Interviewer P:  </w:t>
      </w:r>
      <w:r>
        <w:rPr>
          <w:rFonts w:ascii="Arial" w:hAnsi="Arial"/>
          <w:color w:val="5D7284"/>
        </w:rPr>
        <w:t>16:55</w:t>
      </w:r>
    </w:p>
    <w:p w14:paraId="2E405733" w14:textId="77777777" w:rsidR="007F3D28" w:rsidRDefault="00C40296">
      <w:pPr>
        <w:spacing w:after="0"/>
      </w:pPr>
      <w:r>
        <w:rPr>
          <w:rFonts w:ascii="Arial" w:hAnsi="Arial"/>
        </w:rPr>
        <w:t>How would you describe that?</w:t>
      </w:r>
    </w:p>
    <w:p w14:paraId="755DFB9E" w14:textId="77777777" w:rsidR="007F3D28" w:rsidRDefault="007F3D28">
      <w:pPr>
        <w:spacing w:after="0"/>
      </w:pPr>
    </w:p>
    <w:p w14:paraId="318AD02A" w14:textId="77777777" w:rsidR="007F3D28" w:rsidRDefault="00C40296">
      <w:pPr>
        <w:spacing w:after="0"/>
      </w:pPr>
      <w:r>
        <w:rPr>
          <w:rFonts w:ascii="Arial" w:hAnsi="Arial"/>
          <w:b/>
        </w:rPr>
        <w:t xml:space="preserve">Participant #26:  </w:t>
      </w:r>
      <w:r>
        <w:rPr>
          <w:rFonts w:ascii="Arial" w:hAnsi="Arial"/>
          <w:color w:val="5D7284"/>
        </w:rPr>
        <w:t>17:00</w:t>
      </w:r>
    </w:p>
    <w:p w14:paraId="3560A729" w14:textId="77777777" w:rsidR="007F3D28" w:rsidRDefault="00C40296">
      <w:pPr>
        <w:spacing w:after="0"/>
      </w:pPr>
      <w:r>
        <w:rPr>
          <w:rFonts w:ascii="Arial" w:hAnsi="Arial"/>
        </w:rPr>
        <w:t xml:space="preserve">I don't even know it's making like strings, to defuse the water. But it's not diffusing, like separating from the place that you </w:t>
      </w:r>
      <w:r>
        <w:rPr>
          <w:rFonts w:ascii="Arial" w:hAnsi="Arial"/>
        </w:rPr>
        <w:t>dropped it until it hits the bottom. And then it's spreading around. But it's staying at the bottom. It's not like moving around with the water.</w:t>
      </w:r>
    </w:p>
    <w:p w14:paraId="57F9A9CF" w14:textId="77777777" w:rsidR="007F3D28" w:rsidRDefault="007F3D28">
      <w:pPr>
        <w:spacing w:after="0"/>
      </w:pPr>
    </w:p>
    <w:p w14:paraId="1FF442D7" w14:textId="77777777" w:rsidR="007F3D28" w:rsidRDefault="00C40296">
      <w:pPr>
        <w:spacing w:after="0"/>
      </w:pPr>
      <w:r>
        <w:rPr>
          <w:rFonts w:ascii="Arial" w:hAnsi="Arial"/>
          <w:b/>
        </w:rPr>
        <w:t xml:space="preserve">Interviewer P:  </w:t>
      </w:r>
      <w:r>
        <w:rPr>
          <w:rFonts w:ascii="Arial" w:hAnsi="Arial"/>
          <w:color w:val="5D7284"/>
        </w:rPr>
        <w:t>17:18</w:t>
      </w:r>
    </w:p>
    <w:p w14:paraId="78B5075F" w14:textId="77777777" w:rsidR="007F3D28" w:rsidRDefault="00C40296">
      <w:pPr>
        <w:spacing w:after="0"/>
      </w:pPr>
      <w:r>
        <w:rPr>
          <w:rFonts w:ascii="Arial" w:hAnsi="Arial"/>
        </w:rPr>
        <w:t xml:space="preserve">Do you think the water is moving? </w:t>
      </w:r>
    </w:p>
    <w:p w14:paraId="53E8BC79" w14:textId="77777777" w:rsidR="007F3D28" w:rsidRDefault="007F3D28">
      <w:pPr>
        <w:spacing w:after="0"/>
      </w:pPr>
    </w:p>
    <w:p w14:paraId="22935CA1" w14:textId="77777777" w:rsidR="007F3D28" w:rsidRDefault="00C40296">
      <w:pPr>
        <w:spacing w:after="0"/>
      </w:pPr>
      <w:r>
        <w:rPr>
          <w:rFonts w:ascii="Arial" w:hAnsi="Arial"/>
          <w:b/>
        </w:rPr>
        <w:t xml:space="preserve">Participant #26:  </w:t>
      </w:r>
      <w:r>
        <w:rPr>
          <w:rFonts w:ascii="Arial" w:hAnsi="Arial"/>
          <w:color w:val="5D7284"/>
        </w:rPr>
        <w:t>17:22</w:t>
      </w:r>
    </w:p>
    <w:p w14:paraId="0A554AD5" w14:textId="529B8EC3" w:rsidR="007F3D28" w:rsidRDefault="00C40296">
      <w:pPr>
        <w:spacing w:after="0"/>
      </w:pPr>
      <w:r>
        <w:rPr>
          <w:rFonts w:ascii="Arial" w:hAnsi="Arial"/>
        </w:rPr>
        <w:t>Um</w:t>
      </w:r>
      <w:r w:rsidR="00255CED">
        <w:rPr>
          <w:rFonts w:ascii="Arial" w:hAnsi="Arial"/>
        </w:rPr>
        <w:t xml:space="preserve">, </w:t>
      </w:r>
      <w:r>
        <w:rPr>
          <w:rFonts w:ascii="Arial" w:hAnsi="Arial"/>
        </w:rPr>
        <w:t>no because it's still.</w:t>
      </w:r>
    </w:p>
    <w:p w14:paraId="052485A7" w14:textId="77777777" w:rsidR="007F3D28" w:rsidRDefault="007F3D28">
      <w:pPr>
        <w:spacing w:after="0"/>
      </w:pPr>
    </w:p>
    <w:p w14:paraId="65281AF4" w14:textId="77777777" w:rsidR="007F3D28" w:rsidRDefault="00C40296">
      <w:pPr>
        <w:spacing w:after="0"/>
      </w:pPr>
      <w:r>
        <w:rPr>
          <w:rFonts w:ascii="Arial" w:hAnsi="Arial"/>
          <w:b/>
        </w:rPr>
        <w:t xml:space="preserve">Interviewer P:  </w:t>
      </w:r>
      <w:r>
        <w:rPr>
          <w:rFonts w:ascii="Arial" w:hAnsi="Arial"/>
          <w:color w:val="5D7284"/>
        </w:rPr>
        <w:t>17:24</w:t>
      </w:r>
    </w:p>
    <w:p w14:paraId="4E9EE0D3" w14:textId="77777777" w:rsidR="007F3D28" w:rsidRDefault="00C40296">
      <w:pPr>
        <w:spacing w:after="0"/>
      </w:pPr>
      <w:r>
        <w:rPr>
          <w:rFonts w:ascii="Arial" w:hAnsi="Arial"/>
        </w:rPr>
        <w:t xml:space="preserve">Just sitting there. </w:t>
      </w:r>
    </w:p>
    <w:p w14:paraId="4023E4DB" w14:textId="77777777" w:rsidR="007F3D28" w:rsidRDefault="007F3D28">
      <w:pPr>
        <w:spacing w:after="0"/>
      </w:pPr>
    </w:p>
    <w:p w14:paraId="3C0F761B" w14:textId="77777777" w:rsidR="007F3D28" w:rsidRDefault="00C40296">
      <w:pPr>
        <w:spacing w:after="0"/>
      </w:pPr>
      <w:r>
        <w:rPr>
          <w:rFonts w:ascii="Arial" w:hAnsi="Arial"/>
          <w:b/>
        </w:rPr>
        <w:t xml:space="preserve">Participant #26:  </w:t>
      </w:r>
      <w:r>
        <w:rPr>
          <w:rFonts w:ascii="Arial" w:hAnsi="Arial"/>
          <w:color w:val="5D7284"/>
        </w:rPr>
        <w:t>17:24</w:t>
      </w:r>
    </w:p>
    <w:p w14:paraId="3832CDC4" w14:textId="77777777" w:rsidR="007F3D28" w:rsidRDefault="00C40296">
      <w:pPr>
        <w:spacing w:after="0"/>
      </w:pPr>
      <w:r>
        <w:rPr>
          <w:rFonts w:ascii="Arial" w:hAnsi="Arial"/>
        </w:rPr>
        <w:t>Yeah.</w:t>
      </w:r>
    </w:p>
    <w:p w14:paraId="100C9785" w14:textId="77777777" w:rsidR="007F3D28" w:rsidRDefault="007F3D28">
      <w:pPr>
        <w:spacing w:after="0"/>
      </w:pPr>
    </w:p>
    <w:p w14:paraId="4E1D8F73" w14:textId="77777777" w:rsidR="007F3D28" w:rsidRDefault="00C40296">
      <w:pPr>
        <w:spacing w:after="0"/>
      </w:pPr>
      <w:r>
        <w:rPr>
          <w:rFonts w:ascii="Arial" w:hAnsi="Arial"/>
          <w:b/>
        </w:rPr>
        <w:t xml:space="preserve">Interviewer P:  </w:t>
      </w:r>
      <w:r>
        <w:rPr>
          <w:rFonts w:ascii="Arial" w:hAnsi="Arial"/>
          <w:color w:val="5D7284"/>
        </w:rPr>
        <w:t>17:25</w:t>
      </w:r>
    </w:p>
    <w:p w14:paraId="5F150937" w14:textId="77777777" w:rsidR="007F3D28" w:rsidRDefault="00C40296">
      <w:pPr>
        <w:spacing w:after="0"/>
      </w:pPr>
      <w:r>
        <w:rPr>
          <w:rFonts w:ascii="Arial" w:hAnsi="Arial"/>
        </w:rPr>
        <w:t>That's why I didn't have it on the table.</w:t>
      </w:r>
    </w:p>
    <w:p w14:paraId="450F6609" w14:textId="77777777" w:rsidR="007F3D28" w:rsidRDefault="007F3D28">
      <w:pPr>
        <w:spacing w:after="0"/>
      </w:pPr>
    </w:p>
    <w:p w14:paraId="7ACA460D" w14:textId="77777777" w:rsidR="007F3D28" w:rsidRDefault="00C40296">
      <w:pPr>
        <w:spacing w:after="0"/>
      </w:pPr>
      <w:r>
        <w:rPr>
          <w:rFonts w:ascii="Arial" w:hAnsi="Arial"/>
          <w:b/>
        </w:rPr>
        <w:t xml:space="preserve">Participant #26:  </w:t>
      </w:r>
      <w:r>
        <w:rPr>
          <w:rFonts w:ascii="Arial" w:hAnsi="Arial"/>
          <w:color w:val="5D7284"/>
        </w:rPr>
        <w:t>17:28</w:t>
      </w:r>
    </w:p>
    <w:p w14:paraId="3CEE584F" w14:textId="4236EA95" w:rsidR="007F3D28" w:rsidRDefault="00C40296">
      <w:pPr>
        <w:spacing w:after="0"/>
      </w:pPr>
      <w:r>
        <w:rPr>
          <w:rFonts w:ascii="Arial" w:hAnsi="Arial"/>
        </w:rPr>
        <w:t xml:space="preserve">Would it </w:t>
      </w:r>
      <w:r w:rsidR="00255CED">
        <w:rPr>
          <w:rFonts w:ascii="Arial" w:hAnsi="Arial"/>
        </w:rPr>
        <w:t>diffuse</w:t>
      </w:r>
      <w:r>
        <w:rPr>
          <w:rFonts w:ascii="Arial" w:hAnsi="Arial"/>
        </w:rPr>
        <w:t xml:space="preserve"> more if it was moving around?</w:t>
      </w:r>
    </w:p>
    <w:p w14:paraId="1EBEA4A5" w14:textId="77777777" w:rsidR="007F3D28" w:rsidRDefault="007F3D28">
      <w:pPr>
        <w:spacing w:after="0"/>
      </w:pPr>
    </w:p>
    <w:p w14:paraId="12BF0E88" w14:textId="77777777" w:rsidR="007F3D28" w:rsidRDefault="00C40296">
      <w:pPr>
        <w:spacing w:after="0"/>
      </w:pPr>
      <w:r>
        <w:rPr>
          <w:rFonts w:ascii="Arial" w:hAnsi="Arial"/>
          <w:b/>
        </w:rPr>
        <w:t xml:space="preserve">Interviewer P:  </w:t>
      </w:r>
      <w:r>
        <w:rPr>
          <w:rFonts w:ascii="Arial" w:hAnsi="Arial"/>
          <w:color w:val="5D7284"/>
        </w:rPr>
        <w:t>17:31</w:t>
      </w:r>
    </w:p>
    <w:p w14:paraId="469D40E9" w14:textId="4B5B6830" w:rsidR="007F3D28" w:rsidRDefault="00255CED">
      <w:pPr>
        <w:spacing w:after="0"/>
      </w:pPr>
      <w:r>
        <w:rPr>
          <w:rFonts w:ascii="Arial" w:hAnsi="Arial"/>
        </w:rPr>
        <w:t>Well, what do you think would happen if I put a spoon in there and stirred it?</w:t>
      </w:r>
    </w:p>
    <w:p w14:paraId="19D00BC1" w14:textId="77777777" w:rsidR="007F3D28" w:rsidRDefault="007F3D28">
      <w:pPr>
        <w:spacing w:after="0"/>
      </w:pPr>
    </w:p>
    <w:p w14:paraId="5D5FAE2C" w14:textId="77777777" w:rsidR="007F3D28" w:rsidRDefault="00C40296">
      <w:pPr>
        <w:spacing w:after="0"/>
      </w:pPr>
      <w:r>
        <w:rPr>
          <w:rFonts w:ascii="Arial" w:hAnsi="Arial"/>
          <w:b/>
        </w:rPr>
        <w:t xml:space="preserve">Participant #26:  </w:t>
      </w:r>
      <w:r>
        <w:rPr>
          <w:rFonts w:ascii="Arial" w:hAnsi="Arial"/>
          <w:color w:val="5D7284"/>
        </w:rPr>
        <w:t>17:34</w:t>
      </w:r>
    </w:p>
    <w:p w14:paraId="3AA9BDA1" w14:textId="77777777" w:rsidR="007F3D28" w:rsidRDefault="00C40296">
      <w:pPr>
        <w:spacing w:after="0"/>
      </w:pPr>
      <w:r>
        <w:rPr>
          <w:rFonts w:ascii="Arial" w:hAnsi="Arial"/>
        </w:rPr>
        <w:t>It would all mix together.</w:t>
      </w:r>
    </w:p>
    <w:p w14:paraId="1CDC95B1" w14:textId="77777777" w:rsidR="007F3D28" w:rsidRDefault="007F3D28">
      <w:pPr>
        <w:spacing w:after="0"/>
      </w:pPr>
    </w:p>
    <w:p w14:paraId="556776B9" w14:textId="77777777" w:rsidR="007F3D28" w:rsidRDefault="00C40296">
      <w:pPr>
        <w:spacing w:after="0"/>
      </w:pPr>
      <w:r>
        <w:rPr>
          <w:rFonts w:ascii="Arial" w:hAnsi="Arial"/>
          <w:b/>
        </w:rPr>
        <w:t xml:space="preserve">Interviewer P:  </w:t>
      </w:r>
      <w:r>
        <w:rPr>
          <w:rFonts w:ascii="Arial" w:hAnsi="Arial"/>
          <w:color w:val="5D7284"/>
        </w:rPr>
        <w:t>17:37</w:t>
      </w:r>
    </w:p>
    <w:p w14:paraId="7D4285B9" w14:textId="77777777" w:rsidR="007F3D28" w:rsidRDefault="00C40296">
      <w:pPr>
        <w:spacing w:after="0"/>
      </w:pPr>
      <w:r>
        <w:rPr>
          <w:rFonts w:ascii="Arial" w:hAnsi="Arial"/>
        </w:rPr>
        <w:t xml:space="preserve">That would be my guess. </w:t>
      </w:r>
    </w:p>
    <w:p w14:paraId="7C110755" w14:textId="77777777" w:rsidR="007F3D28" w:rsidRDefault="007F3D28">
      <w:pPr>
        <w:spacing w:after="0"/>
      </w:pPr>
    </w:p>
    <w:p w14:paraId="3453551F" w14:textId="77777777" w:rsidR="007F3D28" w:rsidRDefault="00C40296">
      <w:pPr>
        <w:spacing w:after="0"/>
      </w:pPr>
      <w:r>
        <w:rPr>
          <w:rFonts w:ascii="Arial" w:hAnsi="Arial"/>
          <w:b/>
        </w:rPr>
        <w:t xml:space="preserve">Participant #26:  </w:t>
      </w:r>
      <w:r>
        <w:rPr>
          <w:rFonts w:ascii="Arial" w:hAnsi="Arial"/>
          <w:color w:val="5D7284"/>
        </w:rPr>
        <w:t>17:38</w:t>
      </w:r>
    </w:p>
    <w:p w14:paraId="7BF548DF" w14:textId="77777777" w:rsidR="007F3D28" w:rsidRDefault="00C40296">
      <w:pPr>
        <w:spacing w:after="0"/>
      </w:pPr>
      <w:r>
        <w:rPr>
          <w:rFonts w:ascii="Arial" w:hAnsi="Arial"/>
        </w:rPr>
        <w:t xml:space="preserve">Yeah. </w:t>
      </w:r>
    </w:p>
    <w:p w14:paraId="0BF97F36" w14:textId="77777777" w:rsidR="007F3D28" w:rsidRDefault="007F3D28">
      <w:pPr>
        <w:spacing w:after="0"/>
      </w:pPr>
    </w:p>
    <w:p w14:paraId="7D91F92E" w14:textId="77777777" w:rsidR="007F3D28" w:rsidRDefault="00C40296">
      <w:pPr>
        <w:spacing w:after="0"/>
      </w:pPr>
      <w:r>
        <w:rPr>
          <w:rFonts w:ascii="Arial" w:hAnsi="Arial"/>
          <w:b/>
        </w:rPr>
        <w:t xml:space="preserve">Interviewer P:  </w:t>
      </w:r>
      <w:r>
        <w:rPr>
          <w:rFonts w:ascii="Arial" w:hAnsi="Arial"/>
          <w:color w:val="5D7284"/>
        </w:rPr>
        <w:t>17:40</w:t>
      </w:r>
    </w:p>
    <w:p w14:paraId="64114D40" w14:textId="46E7EEF2" w:rsidR="007F3D28" w:rsidRDefault="00C40296">
      <w:pPr>
        <w:spacing w:after="0"/>
      </w:pPr>
      <w:r>
        <w:rPr>
          <w:rFonts w:ascii="Arial" w:hAnsi="Arial"/>
        </w:rPr>
        <w:t xml:space="preserve">All right. </w:t>
      </w:r>
      <w:r w:rsidR="00255CED">
        <w:rPr>
          <w:rFonts w:ascii="Arial" w:hAnsi="Arial"/>
        </w:rPr>
        <w:t>So,</w:t>
      </w:r>
      <w:r>
        <w:rPr>
          <w:rFonts w:ascii="Arial" w:hAnsi="Arial"/>
        </w:rPr>
        <w:t xml:space="preserve"> you can probably see where we're going with this. </w:t>
      </w:r>
      <w:r w:rsidR="00255CED">
        <w:rPr>
          <w:rFonts w:ascii="Arial" w:hAnsi="Arial"/>
        </w:rPr>
        <w:t>So,</w:t>
      </w:r>
      <w:r>
        <w:rPr>
          <w:rFonts w:ascii="Arial" w:hAnsi="Arial"/>
        </w:rPr>
        <w:t xml:space="preserve"> we have this larger rotating take in the back. And so now that you've seen what it looks like there, I'm gonna ask you to think about what it would look like in that tank that's been rotated. And I turned it on before you got here. </w:t>
      </w:r>
    </w:p>
    <w:p w14:paraId="06CD6D8A" w14:textId="77777777" w:rsidR="007F3D28" w:rsidRDefault="007F3D28">
      <w:pPr>
        <w:spacing w:after="0"/>
      </w:pPr>
    </w:p>
    <w:p w14:paraId="11F00015" w14:textId="77777777" w:rsidR="007F3D28" w:rsidRDefault="00C40296">
      <w:pPr>
        <w:spacing w:after="0"/>
      </w:pPr>
      <w:r>
        <w:rPr>
          <w:rFonts w:ascii="Arial" w:hAnsi="Arial"/>
          <w:b/>
        </w:rPr>
        <w:t xml:space="preserve">Participant #26:  </w:t>
      </w:r>
      <w:r>
        <w:rPr>
          <w:rFonts w:ascii="Arial" w:hAnsi="Arial"/>
          <w:color w:val="5D7284"/>
        </w:rPr>
        <w:t>17:54</w:t>
      </w:r>
    </w:p>
    <w:p w14:paraId="3F3FDAE7" w14:textId="77777777" w:rsidR="007F3D28" w:rsidRDefault="00C40296">
      <w:pPr>
        <w:spacing w:after="0"/>
      </w:pPr>
      <w:r>
        <w:rPr>
          <w:rFonts w:ascii="Arial" w:hAnsi="Arial"/>
        </w:rPr>
        <w:t>Yeah.</w:t>
      </w:r>
    </w:p>
    <w:p w14:paraId="0FBDAF61" w14:textId="77777777" w:rsidR="007F3D28" w:rsidRDefault="007F3D28">
      <w:pPr>
        <w:spacing w:after="0"/>
      </w:pPr>
    </w:p>
    <w:p w14:paraId="7AFDDF72" w14:textId="77777777" w:rsidR="007F3D28" w:rsidRDefault="00C40296">
      <w:pPr>
        <w:spacing w:after="0"/>
      </w:pPr>
      <w:r>
        <w:rPr>
          <w:rFonts w:ascii="Arial" w:hAnsi="Arial"/>
          <w:b/>
        </w:rPr>
        <w:t xml:space="preserve">Interviewer P:  </w:t>
      </w:r>
      <w:r>
        <w:rPr>
          <w:rFonts w:ascii="Arial" w:hAnsi="Arial"/>
          <w:color w:val="5D7284"/>
        </w:rPr>
        <w:t>17:54</w:t>
      </w:r>
    </w:p>
    <w:p w14:paraId="787215FE" w14:textId="5F16A655" w:rsidR="007F3D28" w:rsidRDefault="00C40296">
      <w:pPr>
        <w:spacing w:after="0"/>
      </w:pPr>
      <w:r>
        <w:rPr>
          <w:rFonts w:ascii="Arial" w:hAnsi="Arial"/>
        </w:rPr>
        <w:t xml:space="preserve">And we've been talking for about 20 minutes. </w:t>
      </w:r>
      <w:r w:rsidR="00255CED">
        <w:rPr>
          <w:rFonts w:ascii="Arial" w:hAnsi="Arial"/>
        </w:rPr>
        <w:t>So,</w:t>
      </w:r>
      <w:r>
        <w:rPr>
          <w:rFonts w:ascii="Arial" w:hAnsi="Arial"/>
        </w:rPr>
        <w:t xml:space="preserve"> it's probably been going for at least half an hour. </w:t>
      </w:r>
      <w:r w:rsidR="00255CED">
        <w:rPr>
          <w:rFonts w:ascii="Arial" w:hAnsi="Arial"/>
        </w:rPr>
        <w:t>So,</w:t>
      </w:r>
      <w:r>
        <w:rPr>
          <w:rFonts w:ascii="Arial" w:hAnsi="Arial"/>
        </w:rPr>
        <w:t xml:space="preserve"> I'll do the same thing.</w:t>
      </w:r>
    </w:p>
    <w:p w14:paraId="4BC29B99" w14:textId="77777777" w:rsidR="007F3D28" w:rsidRDefault="007F3D28">
      <w:pPr>
        <w:spacing w:after="0"/>
      </w:pPr>
    </w:p>
    <w:p w14:paraId="03D80CD6" w14:textId="77777777" w:rsidR="007F3D28" w:rsidRDefault="00C40296">
      <w:pPr>
        <w:spacing w:after="0"/>
      </w:pPr>
      <w:r>
        <w:rPr>
          <w:rFonts w:ascii="Arial" w:hAnsi="Arial"/>
          <w:b/>
        </w:rPr>
        <w:t xml:space="preserve">Participant #26:  </w:t>
      </w:r>
      <w:r>
        <w:rPr>
          <w:rFonts w:ascii="Arial" w:hAnsi="Arial"/>
          <w:color w:val="5D7284"/>
        </w:rPr>
        <w:t>18:02</w:t>
      </w:r>
    </w:p>
    <w:p w14:paraId="12710F77" w14:textId="77777777" w:rsidR="007F3D28" w:rsidRDefault="00C40296">
      <w:pPr>
        <w:spacing w:after="0"/>
      </w:pPr>
      <w:r>
        <w:rPr>
          <w:rFonts w:ascii="Arial" w:hAnsi="Arial"/>
        </w:rPr>
        <w:lastRenderedPageBreak/>
        <w:t>Okay.</w:t>
      </w:r>
    </w:p>
    <w:p w14:paraId="166AF1AB" w14:textId="77777777" w:rsidR="007F3D28" w:rsidRDefault="007F3D28">
      <w:pPr>
        <w:spacing w:after="0"/>
      </w:pPr>
    </w:p>
    <w:p w14:paraId="1FC5F1C2" w14:textId="77777777" w:rsidR="007F3D28" w:rsidRDefault="00C40296">
      <w:pPr>
        <w:spacing w:after="0"/>
      </w:pPr>
      <w:r>
        <w:rPr>
          <w:rFonts w:ascii="Arial" w:hAnsi="Arial"/>
          <w:b/>
        </w:rPr>
        <w:t xml:space="preserve">Interviewer P:  </w:t>
      </w:r>
      <w:r>
        <w:rPr>
          <w:rFonts w:ascii="Arial" w:hAnsi="Arial"/>
          <w:color w:val="5D7284"/>
        </w:rPr>
        <w:t>18:02</w:t>
      </w:r>
    </w:p>
    <w:p w14:paraId="07D861A4" w14:textId="77777777" w:rsidR="007F3D28" w:rsidRDefault="00C40296">
      <w:pPr>
        <w:spacing w:after="0"/>
      </w:pPr>
      <w:r>
        <w:rPr>
          <w:rFonts w:ascii="Arial" w:hAnsi="Arial"/>
        </w:rPr>
        <w:t xml:space="preserve">And then ask you what it'll look like after a minute. And that's probably been sitting there for about a minute. </w:t>
      </w:r>
    </w:p>
    <w:p w14:paraId="132692F8" w14:textId="77777777" w:rsidR="007F3D28" w:rsidRDefault="007F3D28">
      <w:pPr>
        <w:spacing w:after="0"/>
      </w:pPr>
    </w:p>
    <w:p w14:paraId="49E0E506" w14:textId="77777777" w:rsidR="007F3D28" w:rsidRDefault="00C40296">
      <w:pPr>
        <w:spacing w:after="0"/>
      </w:pPr>
      <w:r>
        <w:rPr>
          <w:rFonts w:ascii="Arial" w:hAnsi="Arial"/>
          <w:b/>
        </w:rPr>
        <w:t xml:space="preserve">Participant #26:  </w:t>
      </w:r>
      <w:r>
        <w:rPr>
          <w:rFonts w:ascii="Arial" w:hAnsi="Arial"/>
          <w:color w:val="5D7284"/>
        </w:rPr>
        <w:t>18:07</w:t>
      </w:r>
    </w:p>
    <w:p w14:paraId="53BEE21B" w14:textId="77777777" w:rsidR="007F3D28" w:rsidRDefault="00C40296">
      <w:pPr>
        <w:spacing w:after="0"/>
      </w:pPr>
      <w:r>
        <w:rPr>
          <w:rFonts w:ascii="Arial" w:hAnsi="Arial"/>
        </w:rPr>
        <w:t xml:space="preserve">Yeah. </w:t>
      </w:r>
    </w:p>
    <w:p w14:paraId="5CF51839" w14:textId="77777777" w:rsidR="007F3D28" w:rsidRDefault="007F3D28">
      <w:pPr>
        <w:spacing w:after="0"/>
      </w:pPr>
    </w:p>
    <w:p w14:paraId="41AF2A8F" w14:textId="77777777" w:rsidR="007F3D28" w:rsidRDefault="00C40296">
      <w:pPr>
        <w:spacing w:after="0"/>
      </w:pPr>
      <w:r>
        <w:rPr>
          <w:rFonts w:ascii="Arial" w:hAnsi="Arial"/>
          <w:b/>
        </w:rPr>
        <w:t xml:space="preserve">Interviewer P:  </w:t>
      </w:r>
      <w:r>
        <w:rPr>
          <w:rFonts w:ascii="Arial" w:hAnsi="Arial"/>
          <w:color w:val="5D7284"/>
        </w:rPr>
        <w:t>18:07</w:t>
      </w:r>
    </w:p>
    <w:p w14:paraId="78008058" w14:textId="0A370A92" w:rsidR="007F3D28" w:rsidRDefault="00255CED">
      <w:pPr>
        <w:spacing w:after="0"/>
      </w:pPr>
      <w:r>
        <w:rPr>
          <w:rFonts w:ascii="Arial" w:hAnsi="Arial"/>
        </w:rPr>
        <w:t xml:space="preserve">So, to make your prediction again, I'm going to ask you to draw a sketch. Now there's two places here to sketch because I want you to give me two views.  And we'll go with a minute later, too. So, this is like a minute later. </w:t>
      </w:r>
    </w:p>
    <w:p w14:paraId="4648AC5A" w14:textId="77777777" w:rsidR="007F3D28" w:rsidRDefault="007F3D28">
      <w:pPr>
        <w:spacing w:after="0"/>
      </w:pPr>
    </w:p>
    <w:p w14:paraId="6D08C040" w14:textId="77777777" w:rsidR="007F3D28" w:rsidRDefault="00C40296">
      <w:pPr>
        <w:spacing w:after="0"/>
      </w:pPr>
      <w:r>
        <w:rPr>
          <w:rFonts w:ascii="Arial" w:hAnsi="Arial"/>
          <w:b/>
        </w:rPr>
        <w:t xml:space="preserve">Participant #26:  </w:t>
      </w:r>
      <w:r>
        <w:rPr>
          <w:rFonts w:ascii="Arial" w:hAnsi="Arial"/>
          <w:color w:val="5D7284"/>
        </w:rPr>
        <w:t>18:14</w:t>
      </w:r>
    </w:p>
    <w:p w14:paraId="03C44300" w14:textId="77777777" w:rsidR="007F3D28" w:rsidRDefault="00C40296">
      <w:pPr>
        <w:spacing w:after="0"/>
      </w:pPr>
      <w:r>
        <w:rPr>
          <w:rFonts w:ascii="Arial" w:hAnsi="Arial"/>
        </w:rPr>
        <w:t xml:space="preserve">Yes. </w:t>
      </w:r>
    </w:p>
    <w:p w14:paraId="1B4B121F" w14:textId="77777777" w:rsidR="007F3D28" w:rsidRDefault="007F3D28">
      <w:pPr>
        <w:spacing w:after="0"/>
      </w:pPr>
    </w:p>
    <w:p w14:paraId="2A02EECD" w14:textId="77777777" w:rsidR="007F3D28" w:rsidRDefault="00C40296">
      <w:pPr>
        <w:spacing w:after="0"/>
      </w:pPr>
      <w:r>
        <w:rPr>
          <w:rFonts w:ascii="Arial" w:hAnsi="Arial"/>
          <w:b/>
        </w:rPr>
        <w:t xml:space="preserve">Interviewer P:  </w:t>
      </w:r>
      <w:r>
        <w:rPr>
          <w:rFonts w:ascii="Arial" w:hAnsi="Arial"/>
          <w:color w:val="5D7284"/>
        </w:rPr>
        <w:t>18:14</w:t>
      </w:r>
    </w:p>
    <w:p w14:paraId="4D900983" w14:textId="77777777" w:rsidR="007F3D28" w:rsidRDefault="00C40296">
      <w:pPr>
        <w:spacing w:after="0"/>
      </w:pPr>
      <w:r>
        <w:rPr>
          <w:rFonts w:ascii="Arial" w:hAnsi="Arial"/>
        </w:rPr>
        <w:t xml:space="preserve">So put that in, let it spin for a minute and then what do you think it will look like? </w:t>
      </w:r>
    </w:p>
    <w:p w14:paraId="29C9B4AB" w14:textId="77777777" w:rsidR="007F3D28" w:rsidRDefault="007F3D28">
      <w:pPr>
        <w:spacing w:after="0"/>
      </w:pPr>
    </w:p>
    <w:p w14:paraId="3A24C1F0" w14:textId="77777777" w:rsidR="007F3D28" w:rsidRDefault="00C40296">
      <w:pPr>
        <w:spacing w:after="0"/>
      </w:pPr>
      <w:r>
        <w:rPr>
          <w:rFonts w:ascii="Arial" w:hAnsi="Arial"/>
          <w:b/>
        </w:rPr>
        <w:t xml:space="preserve">Participant #26:  </w:t>
      </w:r>
      <w:r>
        <w:rPr>
          <w:rFonts w:ascii="Arial" w:hAnsi="Arial"/>
          <w:color w:val="5D7284"/>
        </w:rPr>
        <w:t>18:14</w:t>
      </w:r>
    </w:p>
    <w:p w14:paraId="2F30E869" w14:textId="77777777" w:rsidR="007F3D28" w:rsidRDefault="00C40296">
      <w:pPr>
        <w:spacing w:after="0"/>
      </w:pPr>
      <w:r>
        <w:rPr>
          <w:rFonts w:ascii="Arial" w:hAnsi="Arial"/>
        </w:rPr>
        <w:t>Okay. Oh, okay.</w:t>
      </w:r>
    </w:p>
    <w:p w14:paraId="0250BDEB" w14:textId="77777777" w:rsidR="007F3D28" w:rsidRDefault="007F3D28">
      <w:pPr>
        <w:spacing w:after="0"/>
      </w:pPr>
    </w:p>
    <w:p w14:paraId="6E929591" w14:textId="77777777" w:rsidR="007F3D28" w:rsidRDefault="00C40296">
      <w:pPr>
        <w:spacing w:after="0"/>
      </w:pPr>
      <w:r>
        <w:rPr>
          <w:rFonts w:ascii="Arial" w:hAnsi="Arial"/>
          <w:b/>
        </w:rPr>
        <w:t xml:space="preserve">Interviewer P:  </w:t>
      </w:r>
      <w:r>
        <w:rPr>
          <w:rFonts w:ascii="Arial" w:hAnsi="Arial"/>
          <w:color w:val="5D7284"/>
        </w:rPr>
        <w:t>18:17</w:t>
      </w:r>
    </w:p>
    <w:p w14:paraId="0880DA89" w14:textId="4F87B874" w:rsidR="007F3D28" w:rsidRDefault="00255CED">
      <w:pPr>
        <w:spacing w:after="0"/>
      </w:pPr>
      <w:r>
        <w:rPr>
          <w:rFonts w:ascii="Arial" w:hAnsi="Arial"/>
        </w:rPr>
        <w:t xml:space="preserve">So, the two of us would be like a bird's eye view from above. </w:t>
      </w:r>
    </w:p>
    <w:p w14:paraId="524C71BD" w14:textId="77777777" w:rsidR="007F3D28" w:rsidRDefault="007F3D28">
      <w:pPr>
        <w:spacing w:after="0"/>
      </w:pPr>
    </w:p>
    <w:p w14:paraId="59B453CC" w14:textId="77777777" w:rsidR="007F3D28" w:rsidRDefault="00C40296">
      <w:pPr>
        <w:spacing w:after="0"/>
      </w:pPr>
      <w:r>
        <w:rPr>
          <w:rFonts w:ascii="Arial" w:hAnsi="Arial"/>
          <w:b/>
        </w:rPr>
        <w:t xml:space="preserve">Participant #26:  </w:t>
      </w:r>
      <w:r>
        <w:rPr>
          <w:rFonts w:ascii="Arial" w:hAnsi="Arial"/>
          <w:color w:val="5D7284"/>
        </w:rPr>
        <w:t>18:18</w:t>
      </w:r>
    </w:p>
    <w:p w14:paraId="75FFA7C7" w14:textId="77777777" w:rsidR="007F3D28" w:rsidRDefault="00C40296">
      <w:pPr>
        <w:spacing w:after="0"/>
      </w:pPr>
      <w:r>
        <w:rPr>
          <w:rFonts w:ascii="Arial" w:hAnsi="Arial"/>
        </w:rPr>
        <w:t xml:space="preserve">Yes. </w:t>
      </w:r>
    </w:p>
    <w:p w14:paraId="6BD461FF" w14:textId="77777777" w:rsidR="007F3D28" w:rsidRDefault="007F3D28">
      <w:pPr>
        <w:spacing w:after="0"/>
      </w:pPr>
    </w:p>
    <w:p w14:paraId="4DC05245" w14:textId="77777777" w:rsidR="007F3D28" w:rsidRDefault="00C40296">
      <w:pPr>
        <w:spacing w:after="0"/>
      </w:pPr>
      <w:r>
        <w:rPr>
          <w:rFonts w:ascii="Arial" w:hAnsi="Arial"/>
          <w:b/>
        </w:rPr>
        <w:t xml:space="preserve">Interviewer P:  </w:t>
      </w:r>
      <w:r>
        <w:rPr>
          <w:rFonts w:ascii="Arial" w:hAnsi="Arial"/>
          <w:color w:val="5D7284"/>
        </w:rPr>
        <w:t>18:20</w:t>
      </w:r>
    </w:p>
    <w:p w14:paraId="66210ACA" w14:textId="77777777" w:rsidR="007F3D28" w:rsidRDefault="00C40296">
      <w:pPr>
        <w:spacing w:after="0"/>
      </w:pPr>
      <w:r>
        <w:rPr>
          <w:rFonts w:ascii="Arial" w:hAnsi="Arial"/>
        </w:rPr>
        <w:t xml:space="preserve">And then from the side view. </w:t>
      </w:r>
    </w:p>
    <w:p w14:paraId="1CA7CC8A" w14:textId="77777777" w:rsidR="007F3D28" w:rsidRDefault="007F3D28">
      <w:pPr>
        <w:spacing w:after="0"/>
      </w:pPr>
    </w:p>
    <w:p w14:paraId="6C5E85D9" w14:textId="77777777" w:rsidR="007F3D28" w:rsidRDefault="00C40296">
      <w:pPr>
        <w:spacing w:after="0"/>
      </w:pPr>
      <w:r>
        <w:rPr>
          <w:rFonts w:ascii="Arial" w:hAnsi="Arial"/>
          <w:b/>
        </w:rPr>
        <w:t xml:space="preserve">Participant #26:  </w:t>
      </w:r>
      <w:r>
        <w:rPr>
          <w:rFonts w:ascii="Arial" w:hAnsi="Arial"/>
          <w:color w:val="5D7284"/>
        </w:rPr>
        <w:t>18:29</w:t>
      </w:r>
    </w:p>
    <w:p w14:paraId="0141CD1F" w14:textId="77777777" w:rsidR="007F3D28" w:rsidRDefault="00C40296">
      <w:pPr>
        <w:spacing w:after="0"/>
      </w:pPr>
      <w:r>
        <w:rPr>
          <w:rFonts w:ascii="Arial" w:hAnsi="Arial"/>
        </w:rPr>
        <w:t>Okay.</w:t>
      </w:r>
    </w:p>
    <w:p w14:paraId="5466D855" w14:textId="77777777" w:rsidR="007F3D28" w:rsidRDefault="007F3D28">
      <w:pPr>
        <w:spacing w:after="0"/>
      </w:pPr>
    </w:p>
    <w:p w14:paraId="088605F5" w14:textId="77777777" w:rsidR="007F3D28" w:rsidRDefault="00C40296">
      <w:pPr>
        <w:spacing w:after="0"/>
      </w:pPr>
      <w:r>
        <w:rPr>
          <w:rFonts w:ascii="Arial" w:hAnsi="Arial"/>
          <w:b/>
        </w:rPr>
        <w:t xml:space="preserve">Interviewer P:  </w:t>
      </w:r>
      <w:r>
        <w:rPr>
          <w:rFonts w:ascii="Arial" w:hAnsi="Arial"/>
          <w:color w:val="5D7284"/>
        </w:rPr>
        <w:t>18:30</w:t>
      </w:r>
    </w:p>
    <w:p w14:paraId="189F351D" w14:textId="24BC128F" w:rsidR="007F3D28" w:rsidRDefault="00C40296">
      <w:pPr>
        <w:spacing w:after="0"/>
      </w:pPr>
      <w:r>
        <w:rPr>
          <w:rFonts w:ascii="Arial" w:hAnsi="Arial"/>
        </w:rPr>
        <w:t>Yeah, so here's the paper. So think about that and sketch what you think it will look like after a minute.</w:t>
      </w:r>
      <w:r w:rsidR="00255CED">
        <w:rPr>
          <w:rFonts w:ascii="Arial" w:hAnsi="Arial"/>
        </w:rPr>
        <w:t xml:space="preserve"> </w:t>
      </w:r>
      <w:r>
        <w:rPr>
          <w:rFonts w:ascii="Arial" w:hAnsi="Arial"/>
        </w:rPr>
        <w:t xml:space="preserve">Eyebrows. </w:t>
      </w:r>
    </w:p>
    <w:p w14:paraId="2EC55A59" w14:textId="77777777" w:rsidR="007F3D28" w:rsidRDefault="007F3D28">
      <w:pPr>
        <w:spacing w:after="0"/>
      </w:pPr>
    </w:p>
    <w:p w14:paraId="6427E6BD" w14:textId="77777777" w:rsidR="007F3D28" w:rsidRDefault="00C40296">
      <w:pPr>
        <w:spacing w:after="0"/>
      </w:pPr>
      <w:r>
        <w:rPr>
          <w:rFonts w:ascii="Arial" w:hAnsi="Arial"/>
          <w:b/>
        </w:rPr>
        <w:t xml:space="preserve">Participant #26:  </w:t>
      </w:r>
      <w:r>
        <w:rPr>
          <w:rFonts w:ascii="Arial" w:hAnsi="Arial"/>
          <w:color w:val="5D7284"/>
        </w:rPr>
        <w:t>18:54</w:t>
      </w:r>
    </w:p>
    <w:p w14:paraId="69CBDBC4" w14:textId="77777777" w:rsidR="007F3D28" w:rsidRDefault="00C40296">
      <w:pPr>
        <w:spacing w:after="0"/>
      </w:pPr>
      <w:r>
        <w:rPr>
          <w:rFonts w:ascii="Arial" w:hAnsi="Arial"/>
        </w:rPr>
        <w:t xml:space="preserve">I feel like </w:t>
      </w:r>
      <w:r>
        <w:rPr>
          <w:rFonts w:ascii="Arial" w:hAnsi="Arial"/>
        </w:rPr>
        <w:t>it'd be like spinning, so I was trying to make it look like it's spinning with the water.</w:t>
      </w:r>
    </w:p>
    <w:p w14:paraId="4CBAD8C0" w14:textId="77777777" w:rsidR="007F3D28" w:rsidRDefault="007F3D28">
      <w:pPr>
        <w:spacing w:after="0"/>
      </w:pPr>
    </w:p>
    <w:p w14:paraId="371A22D4" w14:textId="77777777" w:rsidR="007F3D28" w:rsidRDefault="00C40296">
      <w:pPr>
        <w:spacing w:after="0"/>
      </w:pPr>
      <w:r>
        <w:rPr>
          <w:rFonts w:ascii="Arial" w:hAnsi="Arial"/>
          <w:b/>
        </w:rPr>
        <w:t xml:space="preserve">Interviewer P:  </w:t>
      </w:r>
      <w:r>
        <w:rPr>
          <w:rFonts w:ascii="Arial" w:hAnsi="Arial"/>
          <w:color w:val="5D7284"/>
        </w:rPr>
        <w:t>19:00</w:t>
      </w:r>
    </w:p>
    <w:p w14:paraId="00B6FA22" w14:textId="77777777" w:rsidR="007F3D28" w:rsidRDefault="00C40296">
      <w:pPr>
        <w:spacing w:after="0"/>
      </w:pPr>
      <w:r>
        <w:rPr>
          <w:rFonts w:ascii="Arial" w:hAnsi="Arial"/>
        </w:rPr>
        <w:t>Before you put the third one. I was like oh eye lashes.</w:t>
      </w:r>
    </w:p>
    <w:p w14:paraId="06A69909" w14:textId="77777777" w:rsidR="007F3D28" w:rsidRDefault="007F3D28">
      <w:pPr>
        <w:spacing w:after="0"/>
      </w:pPr>
    </w:p>
    <w:p w14:paraId="4049A7F7" w14:textId="77777777" w:rsidR="007F3D28" w:rsidRDefault="00C40296">
      <w:pPr>
        <w:spacing w:after="0"/>
      </w:pPr>
      <w:r>
        <w:rPr>
          <w:rFonts w:ascii="Arial" w:hAnsi="Arial"/>
          <w:b/>
        </w:rPr>
        <w:t xml:space="preserve">Participant #26:  </w:t>
      </w:r>
      <w:r>
        <w:rPr>
          <w:rFonts w:ascii="Arial" w:hAnsi="Arial"/>
          <w:color w:val="5D7284"/>
        </w:rPr>
        <w:t>19:06</w:t>
      </w:r>
    </w:p>
    <w:p w14:paraId="64BD8ED3" w14:textId="7AACC3A6" w:rsidR="007F3D28" w:rsidRDefault="00C40296">
      <w:pPr>
        <w:spacing w:after="0"/>
      </w:pPr>
      <w:r>
        <w:rPr>
          <w:rFonts w:ascii="Arial" w:hAnsi="Arial"/>
        </w:rPr>
        <w:t xml:space="preserve">I didn't know how else to draw it. I think it will stay a lot of the color at the bottom like that one, but it will start mixing in with the way that the water is spinning. So that's why I did the little </w:t>
      </w:r>
      <w:r w:rsidR="00255CED">
        <w:rPr>
          <w:rFonts w:ascii="Arial" w:hAnsi="Arial"/>
        </w:rPr>
        <w:t>squiggliest</w:t>
      </w:r>
      <w:r>
        <w:rPr>
          <w:rFonts w:ascii="Arial" w:hAnsi="Arial"/>
        </w:rPr>
        <w:t xml:space="preserve"> and then that's for it. To look like it was spreading around more in a circular motion instead of a downwards motion. </w:t>
      </w:r>
    </w:p>
    <w:p w14:paraId="571D1FF3" w14:textId="77777777" w:rsidR="007F3D28" w:rsidRDefault="007F3D28">
      <w:pPr>
        <w:spacing w:after="0"/>
      </w:pPr>
    </w:p>
    <w:p w14:paraId="135F8B51" w14:textId="77777777" w:rsidR="007F3D28" w:rsidRDefault="00C40296">
      <w:pPr>
        <w:spacing w:after="0"/>
      </w:pPr>
      <w:r>
        <w:rPr>
          <w:rFonts w:ascii="Arial" w:hAnsi="Arial"/>
          <w:b/>
        </w:rPr>
        <w:t xml:space="preserve">Interviewer P:  </w:t>
      </w:r>
      <w:r>
        <w:rPr>
          <w:rFonts w:ascii="Arial" w:hAnsi="Arial"/>
          <w:color w:val="5D7284"/>
        </w:rPr>
        <w:t>20:05</w:t>
      </w:r>
    </w:p>
    <w:p w14:paraId="53705454" w14:textId="77777777" w:rsidR="007F3D28" w:rsidRDefault="00C40296">
      <w:pPr>
        <w:spacing w:after="0"/>
      </w:pPr>
      <w:r>
        <w:rPr>
          <w:rFonts w:ascii="Arial" w:hAnsi="Arial"/>
        </w:rPr>
        <w:t>Okay, so is this when you're looking down. Is this on the surface or on the bottom or kind of is it this stuff that's in the middle?</w:t>
      </w:r>
    </w:p>
    <w:p w14:paraId="175FF34F" w14:textId="77777777" w:rsidR="007F3D28" w:rsidRDefault="007F3D28">
      <w:pPr>
        <w:spacing w:after="0"/>
      </w:pPr>
    </w:p>
    <w:p w14:paraId="5705DA8A" w14:textId="77777777" w:rsidR="007F3D28" w:rsidRDefault="00C40296">
      <w:pPr>
        <w:spacing w:after="0"/>
      </w:pPr>
      <w:r>
        <w:rPr>
          <w:rFonts w:ascii="Arial" w:hAnsi="Arial"/>
          <w:b/>
        </w:rPr>
        <w:t xml:space="preserve">Participant #26:  </w:t>
      </w:r>
      <w:r>
        <w:rPr>
          <w:rFonts w:ascii="Arial" w:hAnsi="Arial"/>
          <w:color w:val="5D7284"/>
        </w:rPr>
        <w:t>20:13</w:t>
      </w:r>
    </w:p>
    <w:p w14:paraId="169DCCDB" w14:textId="5549A8D2" w:rsidR="007F3D28" w:rsidRDefault="00C40296">
      <w:pPr>
        <w:spacing w:after="0"/>
      </w:pPr>
      <w:r>
        <w:rPr>
          <w:rFonts w:ascii="Arial" w:hAnsi="Arial"/>
        </w:rPr>
        <w:t xml:space="preserve">Like the stuff in the middle?  </w:t>
      </w:r>
      <w:r w:rsidR="00255CED">
        <w:rPr>
          <w:rFonts w:ascii="Arial" w:hAnsi="Arial"/>
        </w:rPr>
        <w:t>So,</w:t>
      </w:r>
      <w:r>
        <w:rPr>
          <w:rFonts w:ascii="Arial" w:hAnsi="Arial"/>
        </w:rPr>
        <w:t xml:space="preserve"> it's.</w:t>
      </w:r>
    </w:p>
    <w:p w14:paraId="3EC8B68A" w14:textId="77777777" w:rsidR="007F3D28" w:rsidRDefault="007F3D28">
      <w:pPr>
        <w:spacing w:after="0"/>
      </w:pPr>
    </w:p>
    <w:p w14:paraId="350FA2D3" w14:textId="77777777" w:rsidR="007F3D28" w:rsidRDefault="00C40296">
      <w:pPr>
        <w:spacing w:after="0"/>
      </w:pPr>
      <w:r>
        <w:rPr>
          <w:rFonts w:ascii="Arial" w:hAnsi="Arial"/>
          <w:b/>
        </w:rPr>
        <w:t xml:space="preserve">Interviewer P:  </w:t>
      </w:r>
      <w:r>
        <w:rPr>
          <w:rFonts w:ascii="Arial" w:hAnsi="Arial"/>
          <w:color w:val="5D7284"/>
        </w:rPr>
        <w:t>20:14</w:t>
      </w:r>
    </w:p>
    <w:p w14:paraId="33E65890" w14:textId="77777777" w:rsidR="007F3D28" w:rsidRDefault="00C40296">
      <w:pPr>
        <w:spacing w:after="0"/>
      </w:pPr>
      <w:r>
        <w:rPr>
          <w:rFonts w:ascii="Arial" w:hAnsi="Arial"/>
        </w:rPr>
        <w:t>Okay.</w:t>
      </w:r>
    </w:p>
    <w:p w14:paraId="26E052F9" w14:textId="77777777" w:rsidR="007F3D28" w:rsidRDefault="007F3D28">
      <w:pPr>
        <w:spacing w:after="0"/>
      </w:pPr>
    </w:p>
    <w:p w14:paraId="06DBD8F3" w14:textId="77777777" w:rsidR="007F3D28" w:rsidRDefault="00C40296">
      <w:pPr>
        <w:spacing w:after="0"/>
      </w:pPr>
      <w:r>
        <w:rPr>
          <w:rFonts w:ascii="Arial" w:hAnsi="Arial"/>
          <w:b/>
        </w:rPr>
        <w:t xml:space="preserve">Participant #26:  </w:t>
      </w:r>
      <w:r>
        <w:rPr>
          <w:rFonts w:ascii="Arial" w:hAnsi="Arial"/>
          <w:color w:val="5D7284"/>
        </w:rPr>
        <w:t>20:14</w:t>
      </w:r>
    </w:p>
    <w:p w14:paraId="3B1EA87C" w14:textId="77777777" w:rsidR="007F3D28" w:rsidRDefault="00C40296">
      <w:pPr>
        <w:spacing w:after="0"/>
      </w:pPr>
      <w:r>
        <w:rPr>
          <w:rFonts w:ascii="Arial" w:hAnsi="Arial"/>
        </w:rPr>
        <w:t>Yeah. Like moving with.</w:t>
      </w:r>
    </w:p>
    <w:p w14:paraId="22327E75" w14:textId="77777777" w:rsidR="007F3D28" w:rsidRDefault="007F3D28">
      <w:pPr>
        <w:spacing w:after="0"/>
      </w:pPr>
    </w:p>
    <w:p w14:paraId="062A0714" w14:textId="77777777" w:rsidR="007F3D28" w:rsidRDefault="00C40296">
      <w:pPr>
        <w:spacing w:after="0"/>
      </w:pPr>
      <w:r>
        <w:rPr>
          <w:rFonts w:ascii="Arial" w:hAnsi="Arial"/>
          <w:b/>
        </w:rPr>
        <w:t xml:space="preserve">Interviewer P:  </w:t>
      </w:r>
      <w:r>
        <w:rPr>
          <w:rFonts w:ascii="Arial" w:hAnsi="Arial"/>
          <w:color w:val="5D7284"/>
        </w:rPr>
        <w:t>20:16</w:t>
      </w:r>
    </w:p>
    <w:p w14:paraId="155E4310" w14:textId="77777777" w:rsidR="007F3D28" w:rsidRDefault="00C40296">
      <w:pPr>
        <w:spacing w:after="0"/>
      </w:pPr>
      <w:r>
        <w:rPr>
          <w:rFonts w:ascii="Arial" w:hAnsi="Arial"/>
        </w:rPr>
        <w:t xml:space="preserve">Instead of instead of going down you're thinking it'll kind of move. </w:t>
      </w:r>
    </w:p>
    <w:p w14:paraId="5C3F8A83" w14:textId="77777777" w:rsidR="007F3D28" w:rsidRDefault="007F3D28">
      <w:pPr>
        <w:spacing w:after="0"/>
      </w:pPr>
    </w:p>
    <w:p w14:paraId="0CB1AB4B" w14:textId="77777777" w:rsidR="007F3D28" w:rsidRDefault="00C40296">
      <w:pPr>
        <w:spacing w:after="0"/>
      </w:pPr>
      <w:r>
        <w:rPr>
          <w:rFonts w:ascii="Arial" w:hAnsi="Arial"/>
          <w:b/>
        </w:rPr>
        <w:t xml:space="preserve">Participant #26:  </w:t>
      </w:r>
      <w:r>
        <w:rPr>
          <w:rFonts w:ascii="Arial" w:hAnsi="Arial"/>
          <w:color w:val="5D7284"/>
        </w:rPr>
        <w:t>20:20</w:t>
      </w:r>
    </w:p>
    <w:p w14:paraId="17051EB6" w14:textId="77777777" w:rsidR="007F3D28" w:rsidRDefault="00C40296">
      <w:pPr>
        <w:spacing w:after="0"/>
      </w:pPr>
      <w:r>
        <w:rPr>
          <w:rFonts w:ascii="Arial" w:hAnsi="Arial"/>
        </w:rPr>
        <w:t xml:space="preserve">Yeah, it will like swirl with the water. </w:t>
      </w:r>
    </w:p>
    <w:p w14:paraId="3A77E404" w14:textId="77777777" w:rsidR="007F3D28" w:rsidRDefault="007F3D28">
      <w:pPr>
        <w:spacing w:after="0"/>
      </w:pPr>
    </w:p>
    <w:p w14:paraId="24733443" w14:textId="77777777" w:rsidR="007F3D28" w:rsidRDefault="00C40296">
      <w:pPr>
        <w:spacing w:after="0"/>
      </w:pPr>
      <w:r>
        <w:rPr>
          <w:rFonts w:ascii="Arial" w:hAnsi="Arial"/>
          <w:b/>
        </w:rPr>
        <w:t xml:space="preserve">Interviewer P:  </w:t>
      </w:r>
      <w:r>
        <w:rPr>
          <w:rFonts w:ascii="Arial" w:hAnsi="Arial"/>
          <w:color w:val="5D7284"/>
        </w:rPr>
        <w:t>20:22</w:t>
      </w:r>
    </w:p>
    <w:p w14:paraId="72A8BAC4" w14:textId="77777777" w:rsidR="007F3D28" w:rsidRDefault="00C40296">
      <w:pPr>
        <w:spacing w:after="0"/>
      </w:pPr>
      <w:r>
        <w:rPr>
          <w:rFonts w:ascii="Arial" w:hAnsi="Arial"/>
        </w:rPr>
        <w:t>Got it. All right. So, let's do it and see.</w:t>
      </w:r>
    </w:p>
    <w:p w14:paraId="4E11D588" w14:textId="77777777" w:rsidR="007F3D28" w:rsidRDefault="007F3D28">
      <w:pPr>
        <w:spacing w:after="0"/>
      </w:pPr>
    </w:p>
    <w:p w14:paraId="1D39A4A4" w14:textId="77777777" w:rsidR="007F3D28" w:rsidRDefault="00C40296">
      <w:pPr>
        <w:spacing w:after="0"/>
      </w:pPr>
      <w:r>
        <w:rPr>
          <w:rFonts w:ascii="Arial" w:hAnsi="Arial"/>
          <w:b/>
        </w:rPr>
        <w:t xml:space="preserve">Participant #26:  </w:t>
      </w:r>
      <w:r>
        <w:rPr>
          <w:rFonts w:ascii="Arial" w:hAnsi="Arial"/>
          <w:color w:val="5D7284"/>
        </w:rPr>
        <w:t>21:20</w:t>
      </w:r>
    </w:p>
    <w:p w14:paraId="476DE013" w14:textId="77777777" w:rsidR="007F3D28" w:rsidRDefault="00C40296">
      <w:pPr>
        <w:spacing w:after="0"/>
      </w:pPr>
      <w:r>
        <w:rPr>
          <w:rFonts w:ascii="Arial" w:hAnsi="Arial"/>
        </w:rPr>
        <w:t>It looks like it takes longer to go down than that one.</w:t>
      </w:r>
    </w:p>
    <w:p w14:paraId="5D3A1117" w14:textId="77777777" w:rsidR="007F3D28" w:rsidRDefault="007F3D28">
      <w:pPr>
        <w:spacing w:after="0"/>
      </w:pPr>
    </w:p>
    <w:p w14:paraId="17AE978B" w14:textId="77777777" w:rsidR="007F3D28" w:rsidRDefault="00C40296">
      <w:pPr>
        <w:spacing w:after="0"/>
      </w:pPr>
      <w:r>
        <w:rPr>
          <w:rFonts w:ascii="Arial" w:hAnsi="Arial"/>
          <w:b/>
        </w:rPr>
        <w:t xml:space="preserve">Interviewer P:  </w:t>
      </w:r>
      <w:r>
        <w:rPr>
          <w:rFonts w:ascii="Arial" w:hAnsi="Arial"/>
          <w:color w:val="5D7284"/>
        </w:rPr>
        <w:t>21:29</w:t>
      </w:r>
    </w:p>
    <w:p w14:paraId="1FF87076" w14:textId="77777777" w:rsidR="007F3D28" w:rsidRDefault="00C40296">
      <w:pPr>
        <w:spacing w:after="0"/>
      </w:pPr>
      <w:r>
        <w:rPr>
          <w:rFonts w:ascii="Arial" w:hAnsi="Arial"/>
        </w:rPr>
        <w:t xml:space="preserve">Alright, so does that surprise you? </w:t>
      </w:r>
    </w:p>
    <w:p w14:paraId="18FF24DA" w14:textId="77777777" w:rsidR="007F3D28" w:rsidRDefault="007F3D28">
      <w:pPr>
        <w:spacing w:after="0"/>
      </w:pPr>
    </w:p>
    <w:p w14:paraId="0F358BB3" w14:textId="77777777" w:rsidR="007F3D28" w:rsidRDefault="00C40296">
      <w:pPr>
        <w:spacing w:after="0"/>
      </w:pPr>
      <w:r>
        <w:rPr>
          <w:rFonts w:ascii="Arial" w:hAnsi="Arial"/>
          <w:b/>
        </w:rPr>
        <w:t xml:space="preserve">Participant #26:  </w:t>
      </w:r>
      <w:r>
        <w:rPr>
          <w:rFonts w:ascii="Arial" w:hAnsi="Arial"/>
          <w:color w:val="5D7284"/>
        </w:rPr>
        <w:t>21:31</w:t>
      </w:r>
    </w:p>
    <w:p w14:paraId="143D16F7" w14:textId="77777777" w:rsidR="007F3D28" w:rsidRDefault="00C40296">
      <w:pPr>
        <w:spacing w:after="0"/>
      </w:pPr>
      <w:r>
        <w:rPr>
          <w:rFonts w:ascii="Arial" w:hAnsi="Arial"/>
        </w:rPr>
        <w:t xml:space="preserve">Yes. </w:t>
      </w:r>
    </w:p>
    <w:p w14:paraId="06A6B968" w14:textId="77777777" w:rsidR="007F3D28" w:rsidRDefault="007F3D28">
      <w:pPr>
        <w:spacing w:after="0"/>
      </w:pPr>
    </w:p>
    <w:p w14:paraId="45237CAF" w14:textId="77777777" w:rsidR="007F3D28" w:rsidRDefault="00C40296">
      <w:pPr>
        <w:spacing w:after="0"/>
      </w:pPr>
      <w:r>
        <w:rPr>
          <w:rFonts w:ascii="Arial" w:hAnsi="Arial"/>
          <w:b/>
        </w:rPr>
        <w:t xml:space="preserve">Interviewer P:  </w:t>
      </w:r>
      <w:r>
        <w:rPr>
          <w:rFonts w:ascii="Arial" w:hAnsi="Arial"/>
          <w:color w:val="5D7284"/>
        </w:rPr>
        <w:t>21:32</w:t>
      </w:r>
    </w:p>
    <w:p w14:paraId="7D731E5C" w14:textId="77777777" w:rsidR="007F3D28" w:rsidRDefault="00C40296">
      <w:pPr>
        <w:spacing w:after="0"/>
      </w:pPr>
      <w:r>
        <w:rPr>
          <w:rFonts w:ascii="Arial" w:hAnsi="Arial"/>
        </w:rPr>
        <w:t>Tell me about what surprises you.</w:t>
      </w:r>
    </w:p>
    <w:p w14:paraId="4460B8FE" w14:textId="77777777" w:rsidR="007F3D28" w:rsidRDefault="007F3D28">
      <w:pPr>
        <w:spacing w:after="0"/>
      </w:pPr>
    </w:p>
    <w:p w14:paraId="4DA5AEA1" w14:textId="77777777" w:rsidR="007F3D28" w:rsidRDefault="00C40296">
      <w:pPr>
        <w:spacing w:after="0"/>
      </w:pPr>
      <w:r>
        <w:rPr>
          <w:rFonts w:ascii="Arial" w:hAnsi="Arial"/>
          <w:b/>
        </w:rPr>
        <w:t xml:space="preserve">Participant #26:  </w:t>
      </w:r>
      <w:r>
        <w:rPr>
          <w:rFonts w:ascii="Arial" w:hAnsi="Arial"/>
          <w:color w:val="5D7284"/>
        </w:rPr>
        <w:t>21:34</w:t>
      </w:r>
    </w:p>
    <w:p w14:paraId="682945D4" w14:textId="77777777" w:rsidR="007F3D28" w:rsidRDefault="00C40296">
      <w:pPr>
        <w:spacing w:after="0"/>
      </w:pPr>
      <w:r>
        <w:rPr>
          <w:rFonts w:ascii="Arial" w:hAnsi="Arial"/>
        </w:rPr>
        <w:t>I thought it'd be mixing more with the water and not go straight down. And it's taking a lot longer for the little strings to touch the bottom than that one did.</w:t>
      </w:r>
    </w:p>
    <w:p w14:paraId="1268D313" w14:textId="77777777" w:rsidR="007F3D28" w:rsidRDefault="007F3D28">
      <w:pPr>
        <w:spacing w:after="0"/>
      </w:pPr>
    </w:p>
    <w:p w14:paraId="5A763972" w14:textId="77777777" w:rsidR="007F3D28" w:rsidRDefault="00C40296">
      <w:pPr>
        <w:spacing w:after="0"/>
      </w:pPr>
      <w:r>
        <w:rPr>
          <w:rFonts w:ascii="Arial" w:hAnsi="Arial"/>
          <w:b/>
        </w:rPr>
        <w:t xml:space="preserve">Interviewer P:  </w:t>
      </w:r>
      <w:r>
        <w:rPr>
          <w:rFonts w:ascii="Arial" w:hAnsi="Arial"/>
          <w:color w:val="5D7284"/>
        </w:rPr>
        <w:t>21:45</w:t>
      </w:r>
    </w:p>
    <w:p w14:paraId="0486B770" w14:textId="77777777" w:rsidR="007F3D28" w:rsidRDefault="00C40296">
      <w:pPr>
        <w:spacing w:after="0"/>
      </w:pPr>
      <w:r>
        <w:rPr>
          <w:rFonts w:ascii="Arial" w:hAnsi="Arial"/>
        </w:rPr>
        <w:t>It's also more water.</w:t>
      </w:r>
    </w:p>
    <w:p w14:paraId="3F38022E" w14:textId="77777777" w:rsidR="007F3D28" w:rsidRDefault="007F3D28">
      <w:pPr>
        <w:spacing w:after="0"/>
      </w:pPr>
    </w:p>
    <w:p w14:paraId="62B864EB" w14:textId="77777777" w:rsidR="007F3D28" w:rsidRDefault="00C40296">
      <w:pPr>
        <w:spacing w:after="0"/>
      </w:pPr>
      <w:r>
        <w:rPr>
          <w:rFonts w:ascii="Arial" w:hAnsi="Arial"/>
          <w:b/>
        </w:rPr>
        <w:t xml:space="preserve">Participant #26:  </w:t>
      </w:r>
      <w:r>
        <w:rPr>
          <w:rFonts w:ascii="Arial" w:hAnsi="Arial"/>
          <w:color w:val="5D7284"/>
        </w:rPr>
        <w:t>21:46</w:t>
      </w:r>
    </w:p>
    <w:p w14:paraId="57046CC7" w14:textId="77777777" w:rsidR="007F3D28" w:rsidRDefault="00C40296">
      <w:pPr>
        <w:spacing w:after="0"/>
      </w:pPr>
      <w:r>
        <w:rPr>
          <w:rFonts w:ascii="Arial" w:hAnsi="Arial"/>
        </w:rPr>
        <w:t>That's is also true.</w:t>
      </w:r>
    </w:p>
    <w:p w14:paraId="5FCDED3A" w14:textId="77777777" w:rsidR="007F3D28" w:rsidRDefault="007F3D28">
      <w:pPr>
        <w:spacing w:after="0"/>
      </w:pPr>
    </w:p>
    <w:p w14:paraId="7A12A93A" w14:textId="77777777" w:rsidR="007F3D28" w:rsidRDefault="00C40296">
      <w:pPr>
        <w:spacing w:after="0"/>
      </w:pPr>
      <w:r>
        <w:rPr>
          <w:rFonts w:ascii="Arial" w:hAnsi="Arial"/>
          <w:b/>
        </w:rPr>
        <w:t xml:space="preserve">Interviewer P:  </w:t>
      </w:r>
      <w:r>
        <w:rPr>
          <w:rFonts w:ascii="Arial" w:hAnsi="Arial"/>
          <w:color w:val="5D7284"/>
        </w:rPr>
        <w:t>21:47</w:t>
      </w:r>
    </w:p>
    <w:p w14:paraId="38F30A23" w14:textId="77777777" w:rsidR="007F3D28" w:rsidRDefault="00C40296">
      <w:pPr>
        <w:spacing w:after="0"/>
      </w:pPr>
      <w:r>
        <w:rPr>
          <w:rFonts w:ascii="Arial" w:hAnsi="Arial"/>
        </w:rPr>
        <w:t xml:space="preserve">Yeah so. </w:t>
      </w:r>
    </w:p>
    <w:p w14:paraId="5ED8A220" w14:textId="77777777" w:rsidR="007F3D28" w:rsidRDefault="007F3D28">
      <w:pPr>
        <w:spacing w:after="0"/>
      </w:pPr>
    </w:p>
    <w:p w14:paraId="37D0956B" w14:textId="77777777" w:rsidR="007F3D28" w:rsidRDefault="00C40296">
      <w:pPr>
        <w:spacing w:after="0"/>
      </w:pPr>
      <w:r>
        <w:rPr>
          <w:rFonts w:ascii="Arial" w:hAnsi="Arial"/>
          <w:b/>
        </w:rPr>
        <w:t xml:space="preserve">Participant #26:  </w:t>
      </w:r>
      <w:r>
        <w:rPr>
          <w:rFonts w:ascii="Arial" w:hAnsi="Arial"/>
          <w:color w:val="5D7284"/>
        </w:rPr>
        <w:t>21:47</w:t>
      </w:r>
    </w:p>
    <w:p w14:paraId="58010402" w14:textId="77777777" w:rsidR="007F3D28" w:rsidRDefault="00C40296">
      <w:pPr>
        <w:spacing w:after="0"/>
      </w:pPr>
      <w:r>
        <w:rPr>
          <w:rFonts w:ascii="Arial" w:hAnsi="Arial"/>
        </w:rPr>
        <w:t xml:space="preserve">Yeah. </w:t>
      </w:r>
    </w:p>
    <w:p w14:paraId="3A03AE46" w14:textId="77777777" w:rsidR="007F3D28" w:rsidRDefault="007F3D28">
      <w:pPr>
        <w:spacing w:after="0"/>
      </w:pPr>
    </w:p>
    <w:p w14:paraId="3A417C56" w14:textId="77777777" w:rsidR="007F3D28" w:rsidRDefault="00C40296">
      <w:pPr>
        <w:spacing w:after="0"/>
      </w:pPr>
      <w:r>
        <w:rPr>
          <w:rFonts w:ascii="Arial" w:hAnsi="Arial"/>
          <w:b/>
        </w:rPr>
        <w:t xml:space="preserve">Interviewer P:  </w:t>
      </w:r>
      <w:r>
        <w:rPr>
          <w:rFonts w:ascii="Arial" w:hAnsi="Arial"/>
          <w:color w:val="5D7284"/>
        </w:rPr>
        <w:t>21:48</w:t>
      </w:r>
    </w:p>
    <w:p w14:paraId="7D4BBEF6" w14:textId="77777777" w:rsidR="007F3D28" w:rsidRDefault="00C40296">
      <w:pPr>
        <w:spacing w:after="0"/>
      </w:pPr>
      <w:r>
        <w:rPr>
          <w:rFonts w:ascii="Arial" w:hAnsi="Arial"/>
        </w:rPr>
        <w:t xml:space="preserve">Maybe that's part of why it's it's taking a little longer can you do me a favor and draw what it actually looks like? </w:t>
      </w:r>
    </w:p>
    <w:p w14:paraId="5DE9EDC2" w14:textId="77777777" w:rsidR="007F3D28" w:rsidRDefault="007F3D28">
      <w:pPr>
        <w:spacing w:after="0"/>
      </w:pPr>
    </w:p>
    <w:p w14:paraId="72531832" w14:textId="77777777" w:rsidR="007F3D28" w:rsidRDefault="00C40296">
      <w:pPr>
        <w:spacing w:after="0"/>
      </w:pPr>
      <w:r>
        <w:rPr>
          <w:rFonts w:ascii="Arial" w:hAnsi="Arial"/>
          <w:b/>
        </w:rPr>
        <w:t xml:space="preserve">Participant #26:  </w:t>
      </w:r>
      <w:r>
        <w:rPr>
          <w:rFonts w:ascii="Arial" w:hAnsi="Arial"/>
          <w:color w:val="5D7284"/>
        </w:rPr>
        <w:t>21:54</w:t>
      </w:r>
    </w:p>
    <w:p w14:paraId="78D42581" w14:textId="5B89F133" w:rsidR="007F3D28" w:rsidRDefault="00C40296">
      <w:pPr>
        <w:spacing w:after="0"/>
      </w:pPr>
      <w:r>
        <w:rPr>
          <w:rFonts w:ascii="Arial" w:hAnsi="Arial"/>
        </w:rPr>
        <w:t xml:space="preserve">Yes. </w:t>
      </w:r>
      <w:r w:rsidR="00255CED">
        <w:rPr>
          <w:rFonts w:ascii="Arial" w:hAnsi="Arial"/>
        </w:rPr>
        <w:t>Oh,</w:t>
      </w:r>
      <w:r>
        <w:rPr>
          <w:rFonts w:ascii="Arial" w:hAnsi="Arial"/>
        </w:rPr>
        <w:t xml:space="preserve"> this is going to be hard it's like little spots. Looks like a jellyfish.</w:t>
      </w:r>
    </w:p>
    <w:p w14:paraId="7DAFC2EA" w14:textId="77777777" w:rsidR="007F3D28" w:rsidRDefault="007F3D28">
      <w:pPr>
        <w:spacing w:after="0"/>
      </w:pPr>
    </w:p>
    <w:p w14:paraId="5AD5915A" w14:textId="77777777" w:rsidR="007F3D28" w:rsidRDefault="00C40296">
      <w:pPr>
        <w:spacing w:after="0"/>
      </w:pPr>
      <w:r>
        <w:rPr>
          <w:rFonts w:ascii="Arial" w:hAnsi="Arial"/>
          <w:b/>
        </w:rPr>
        <w:t xml:space="preserve">Interviewer P:  </w:t>
      </w:r>
      <w:r>
        <w:rPr>
          <w:rFonts w:ascii="Arial" w:hAnsi="Arial"/>
          <w:color w:val="5D7284"/>
        </w:rPr>
        <w:t>22:51</w:t>
      </w:r>
    </w:p>
    <w:p w14:paraId="4E361DC2" w14:textId="77777777" w:rsidR="007F3D28" w:rsidRDefault="00C40296">
      <w:pPr>
        <w:spacing w:after="0"/>
      </w:pPr>
      <w:r>
        <w:rPr>
          <w:rFonts w:ascii="Arial" w:hAnsi="Arial"/>
        </w:rPr>
        <w:t xml:space="preserve">Okay, are these tenderly things are they. Are you drawing it so that they're going out like this? </w:t>
      </w:r>
    </w:p>
    <w:p w14:paraId="0D20832E" w14:textId="77777777" w:rsidR="007F3D28" w:rsidRDefault="007F3D28">
      <w:pPr>
        <w:spacing w:after="0"/>
      </w:pPr>
    </w:p>
    <w:p w14:paraId="33553E2C" w14:textId="77777777" w:rsidR="007F3D28" w:rsidRDefault="00C40296">
      <w:pPr>
        <w:spacing w:after="0"/>
      </w:pPr>
      <w:r>
        <w:rPr>
          <w:rFonts w:ascii="Arial" w:hAnsi="Arial"/>
          <w:b/>
        </w:rPr>
        <w:t xml:space="preserve">Participant #26:  </w:t>
      </w:r>
      <w:r>
        <w:rPr>
          <w:rFonts w:ascii="Arial" w:hAnsi="Arial"/>
          <w:color w:val="5D7284"/>
        </w:rPr>
        <w:t>22:57</w:t>
      </w:r>
    </w:p>
    <w:p w14:paraId="683EFC3E" w14:textId="77777777" w:rsidR="007F3D28" w:rsidRDefault="00C40296">
      <w:pPr>
        <w:spacing w:after="0"/>
      </w:pPr>
      <w:r>
        <w:rPr>
          <w:rFonts w:ascii="Arial" w:hAnsi="Arial"/>
        </w:rPr>
        <w:t>Yeah.</w:t>
      </w:r>
    </w:p>
    <w:p w14:paraId="535FC3B1" w14:textId="77777777" w:rsidR="007F3D28" w:rsidRDefault="007F3D28">
      <w:pPr>
        <w:spacing w:after="0"/>
      </w:pPr>
    </w:p>
    <w:p w14:paraId="1BE35018" w14:textId="77777777" w:rsidR="007F3D28" w:rsidRDefault="00C40296">
      <w:pPr>
        <w:spacing w:after="0"/>
      </w:pPr>
      <w:r>
        <w:rPr>
          <w:rFonts w:ascii="Arial" w:hAnsi="Arial"/>
          <w:b/>
        </w:rPr>
        <w:t xml:space="preserve">Interviewer P:  </w:t>
      </w:r>
      <w:r>
        <w:rPr>
          <w:rFonts w:ascii="Arial" w:hAnsi="Arial"/>
          <w:color w:val="5D7284"/>
        </w:rPr>
        <w:t>22:58</w:t>
      </w:r>
    </w:p>
    <w:p w14:paraId="7A8466AE" w14:textId="77777777" w:rsidR="007F3D28" w:rsidRDefault="00C40296">
      <w:pPr>
        <w:spacing w:after="0"/>
      </w:pPr>
      <w:r>
        <w:rPr>
          <w:rFonts w:ascii="Arial" w:hAnsi="Arial"/>
        </w:rPr>
        <w:t xml:space="preserve"> Or like this?</w:t>
      </w:r>
    </w:p>
    <w:p w14:paraId="446429BB" w14:textId="77777777" w:rsidR="007F3D28" w:rsidRDefault="007F3D28">
      <w:pPr>
        <w:spacing w:after="0"/>
      </w:pPr>
    </w:p>
    <w:p w14:paraId="51A1C2D3" w14:textId="77777777" w:rsidR="007F3D28" w:rsidRDefault="00C40296">
      <w:pPr>
        <w:spacing w:after="0"/>
      </w:pPr>
      <w:r>
        <w:rPr>
          <w:rFonts w:ascii="Arial" w:hAnsi="Arial"/>
          <w:b/>
        </w:rPr>
        <w:t xml:space="preserve">Participant #26:  </w:t>
      </w:r>
      <w:r>
        <w:rPr>
          <w:rFonts w:ascii="Arial" w:hAnsi="Arial"/>
          <w:color w:val="5D7284"/>
        </w:rPr>
        <w:t>22:58</w:t>
      </w:r>
    </w:p>
    <w:p w14:paraId="45BBF4F7" w14:textId="77777777" w:rsidR="007F3D28" w:rsidRDefault="00C40296">
      <w:pPr>
        <w:spacing w:after="0"/>
      </w:pPr>
      <w:r>
        <w:rPr>
          <w:rFonts w:ascii="Arial" w:hAnsi="Arial"/>
        </w:rPr>
        <w:t xml:space="preserve">Oh, like, like down? </w:t>
      </w:r>
    </w:p>
    <w:p w14:paraId="56B1792D" w14:textId="77777777" w:rsidR="007F3D28" w:rsidRDefault="007F3D28">
      <w:pPr>
        <w:spacing w:after="0"/>
      </w:pPr>
    </w:p>
    <w:p w14:paraId="71829E31" w14:textId="77777777" w:rsidR="007F3D28" w:rsidRDefault="00C40296">
      <w:pPr>
        <w:spacing w:after="0"/>
      </w:pPr>
      <w:r>
        <w:rPr>
          <w:rFonts w:ascii="Arial" w:hAnsi="Arial"/>
          <w:b/>
        </w:rPr>
        <w:t xml:space="preserve">Interviewer P:  </w:t>
      </w:r>
      <w:r>
        <w:rPr>
          <w:rFonts w:ascii="Arial" w:hAnsi="Arial"/>
          <w:color w:val="5D7284"/>
        </w:rPr>
        <w:t>23:00</w:t>
      </w:r>
    </w:p>
    <w:p w14:paraId="3AFBBEC1" w14:textId="77777777" w:rsidR="007F3D28" w:rsidRDefault="00C40296">
      <w:pPr>
        <w:spacing w:after="0"/>
      </w:pPr>
      <w:r>
        <w:rPr>
          <w:rFonts w:ascii="Arial" w:hAnsi="Arial"/>
        </w:rPr>
        <w:t>Down okay.</w:t>
      </w:r>
    </w:p>
    <w:p w14:paraId="66D1BCD1" w14:textId="77777777" w:rsidR="007F3D28" w:rsidRDefault="007F3D28">
      <w:pPr>
        <w:spacing w:after="0"/>
      </w:pPr>
    </w:p>
    <w:p w14:paraId="17457B70" w14:textId="77777777" w:rsidR="007F3D28" w:rsidRDefault="00C40296">
      <w:pPr>
        <w:spacing w:after="0"/>
      </w:pPr>
      <w:r>
        <w:rPr>
          <w:rFonts w:ascii="Arial" w:hAnsi="Arial"/>
          <w:b/>
        </w:rPr>
        <w:t xml:space="preserve">Participant #26:  </w:t>
      </w:r>
      <w:r>
        <w:rPr>
          <w:rFonts w:ascii="Arial" w:hAnsi="Arial"/>
          <w:color w:val="5D7284"/>
        </w:rPr>
        <w:t>23:01</w:t>
      </w:r>
    </w:p>
    <w:p w14:paraId="5F9D4589" w14:textId="77777777" w:rsidR="007F3D28" w:rsidRDefault="00C40296">
      <w:pPr>
        <w:spacing w:after="0"/>
      </w:pPr>
      <w:r>
        <w:rPr>
          <w:rFonts w:ascii="Arial" w:hAnsi="Arial"/>
        </w:rPr>
        <w:t>Yeah.</w:t>
      </w:r>
    </w:p>
    <w:p w14:paraId="2F818E69" w14:textId="77777777" w:rsidR="007F3D28" w:rsidRDefault="007F3D28">
      <w:pPr>
        <w:spacing w:after="0"/>
      </w:pPr>
    </w:p>
    <w:p w14:paraId="18410C5E" w14:textId="77777777" w:rsidR="007F3D28" w:rsidRDefault="00C40296">
      <w:pPr>
        <w:spacing w:after="0"/>
      </w:pPr>
      <w:r>
        <w:rPr>
          <w:rFonts w:ascii="Arial" w:hAnsi="Arial"/>
          <w:b/>
        </w:rPr>
        <w:t xml:space="preserve">Interviewer P:  </w:t>
      </w:r>
      <w:r>
        <w:rPr>
          <w:rFonts w:ascii="Arial" w:hAnsi="Arial"/>
          <w:color w:val="5D7284"/>
        </w:rPr>
        <w:t>23:02</w:t>
      </w:r>
    </w:p>
    <w:p w14:paraId="12842ACC" w14:textId="77777777" w:rsidR="007F3D28" w:rsidRDefault="00C40296">
      <w:pPr>
        <w:spacing w:after="0"/>
      </w:pPr>
      <w:r>
        <w:rPr>
          <w:rFonts w:ascii="Arial" w:hAnsi="Arial"/>
        </w:rPr>
        <w:t xml:space="preserve">So can you kind of put an arrow there and say that they go down just so. </w:t>
      </w:r>
    </w:p>
    <w:p w14:paraId="736A93DF" w14:textId="77777777" w:rsidR="007F3D28" w:rsidRDefault="007F3D28">
      <w:pPr>
        <w:spacing w:after="0"/>
      </w:pPr>
    </w:p>
    <w:p w14:paraId="5AB7C1F4" w14:textId="77777777" w:rsidR="007F3D28" w:rsidRDefault="00C40296">
      <w:pPr>
        <w:spacing w:after="0"/>
      </w:pPr>
      <w:r>
        <w:rPr>
          <w:rFonts w:ascii="Arial" w:hAnsi="Arial"/>
          <w:b/>
        </w:rPr>
        <w:t xml:space="preserve">Participant #26:  </w:t>
      </w:r>
      <w:r>
        <w:rPr>
          <w:rFonts w:ascii="Arial" w:hAnsi="Arial"/>
          <w:color w:val="5D7284"/>
        </w:rPr>
        <w:t>23:06</w:t>
      </w:r>
    </w:p>
    <w:p w14:paraId="569895B7" w14:textId="77777777" w:rsidR="007F3D28" w:rsidRDefault="00C40296">
      <w:pPr>
        <w:spacing w:after="0"/>
      </w:pPr>
      <w:r>
        <w:rPr>
          <w:rFonts w:ascii="Arial" w:hAnsi="Arial"/>
        </w:rPr>
        <w:t>Yeah.</w:t>
      </w:r>
    </w:p>
    <w:p w14:paraId="36B472C9" w14:textId="77777777" w:rsidR="007F3D28" w:rsidRDefault="007F3D28">
      <w:pPr>
        <w:spacing w:after="0"/>
      </w:pPr>
    </w:p>
    <w:p w14:paraId="43A452AD" w14:textId="77777777" w:rsidR="007F3D28" w:rsidRDefault="00C40296">
      <w:pPr>
        <w:spacing w:after="0"/>
      </w:pPr>
      <w:r>
        <w:rPr>
          <w:rFonts w:ascii="Arial" w:hAnsi="Arial"/>
          <w:b/>
        </w:rPr>
        <w:lastRenderedPageBreak/>
        <w:t xml:space="preserve">Interviewer P:  </w:t>
      </w:r>
      <w:r>
        <w:rPr>
          <w:rFonts w:ascii="Arial" w:hAnsi="Arial"/>
          <w:color w:val="5D7284"/>
        </w:rPr>
        <w:t>23:06</w:t>
      </w:r>
    </w:p>
    <w:p w14:paraId="12047F88" w14:textId="00DD83AE" w:rsidR="007F3D28" w:rsidRDefault="00C40296">
      <w:pPr>
        <w:spacing w:after="0"/>
      </w:pPr>
      <w:r>
        <w:rPr>
          <w:rFonts w:ascii="Arial" w:hAnsi="Arial"/>
        </w:rPr>
        <w:t xml:space="preserve">When I go back and look at it. I'm clear. </w:t>
      </w:r>
      <w:r w:rsidR="00255CED">
        <w:rPr>
          <w:rFonts w:ascii="Arial" w:hAnsi="Arial"/>
        </w:rPr>
        <w:t>So,</w:t>
      </w:r>
      <w:r>
        <w:rPr>
          <w:rFonts w:ascii="Arial" w:hAnsi="Arial"/>
        </w:rPr>
        <w:t xml:space="preserve"> these are one in the same as these.</w:t>
      </w:r>
    </w:p>
    <w:p w14:paraId="519D3F39" w14:textId="77777777" w:rsidR="007F3D28" w:rsidRDefault="007F3D28">
      <w:pPr>
        <w:spacing w:after="0"/>
      </w:pPr>
    </w:p>
    <w:p w14:paraId="188F5E1A" w14:textId="77777777" w:rsidR="007F3D28" w:rsidRDefault="00C40296">
      <w:pPr>
        <w:spacing w:after="0"/>
      </w:pPr>
      <w:r>
        <w:rPr>
          <w:rFonts w:ascii="Arial" w:hAnsi="Arial"/>
          <w:b/>
        </w:rPr>
        <w:t xml:space="preserve">Participant #26:  </w:t>
      </w:r>
      <w:r>
        <w:rPr>
          <w:rFonts w:ascii="Arial" w:hAnsi="Arial"/>
          <w:color w:val="5D7284"/>
        </w:rPr>
        <w:t>23:12</w:t>
      </w:r>
    </w:p>
    <w:p w14:paraId="4F19D09B" w14:textId="77777777" w:rsidR="007F3D28" w:rsidRDefault="00C40296">
      <w:pPr>
        <w:spacing w:after="0"/>
      </w:pPr>
      <w:r>
        <w:rPr>
          <w:rFonts w:ascii="Arial" w:hAnsi="Arial"/>
        </w:rPr>
        <w:t>Yeah.</w:t>
      </w:r>
    </w:p>
    <w:p w14:paraId="2C6496E3" w14:textId="77777777" w:rsidR="007F3D28" w:rsidRDefault="007F3D28">
      <w:pPr>
        <w:spacing w:after="0"/>
      </w:pPr>
    </w:p>
    <w:p w14:paraId="29FD4E5E" w14:textId="77777777" w:rsidR="007F3D28" w:rsidRDefault="00C40296">
      <w:pPr>
        <w:spacing w:after="0"/>
      </w:pPr>
      <w:r>
        <w:rPr>
          <w:rFonts w:ascii="Arial" w:hAnsi="Arial"/>
          <w:b/>
        </w:rPr>
        <w:t xml:space="preserve">Interviewer P:  </w:t>
      </w:r>
      <w:r>
        <w:rPr>
          <w:rFonts w:ascii="Arial" w:hAnsi="Arial"/>
          <w:color w:val="5D7284"/>
        </w:rPr>
        <w:t>23:13</w:t>
      </w:r>
    </w:p>
    <w:p w14:paraId="75B4460F" w14:textId="77777777" w:rsidR="007F3D28" w:rsidRDefault="00C40296">
      <w:pPr>
        <w:spacing w:after="0"/>
      </w:pPr>
      <w:r>
        <w:rPr>
          <w:rFonts w:ascii="Arial" w:hAnsi="Arial"/>
        </w:rPr>
        <w:t>Okay.</w:t>
      </w:r>
    </w:p>
    <w:p w14:paraId="1FF0AC74" w14:textId="77777777" w:rsidR="007F3D28" w:rsidRDefault="007F3D28">
      <w:pPr>
        <w:spacing w:after="0"/>
      </w:pPr>
    </w:p>
    <w:p w14:paraId="6F14B37B" w14:textId="77777777" w:rsidR="007F3D28" w:rsidRDefault="00C40296">
      <w:pPr>
        <w:spacing w:after="0"/>
      </w:pPr>
      <w:r>
        <w:rPr>
          <w:rFonts w:ascii="Arial" w:hAnsi="Arial"/>
          <w:b/>
        </w:rPr>
        <w:t xml:space="preserve">Participant #26:  </w:t>
      </w:r>
      <w:r>
        <w:rPr>
          <w:rFonts w:ascii="Arial" w:hAnsi="Arial"/>
          <w:color w:val="5D7284"/>
        </w:rPr>
        <w:t>23:13</w:t>
      </w:r>
    </w:p>
    <w:p w14:paraId="0836719E" w14:textId="77777777" w:rsidR="007F3D28" w:rsidRDefault="00C40296">
      <w:pPr>
        <w:spacing w:after="0"/>
      </w:pPr>
      <w:r>
        <w:rPr>
          <w:rFonts w:ascii="Arial" w:hAnsi="Arial"/>
        </w:rPr>
        <w:t>Yeah.</w:t>
      </w:r>
    </w:p>
    <w:p w14:paraId="2BB17E83" w14:textId="77777777" w:rsidR="007F3D28" w:rsidRDefault="007F3D28">
      <w:pPr>
        <w:spacing w:after="0"/>
      </w:pPr>
    </w:p>
    <w:p w14:paraId="534F1F56" w14:textId="77777777" w:rsidR="007F3D28" w:rsidRDefault="00C40296">
      <w:pPr>
        <w:spacing w:after="0"/>
      </w:pPr>
      <w:r>
        <w:rPr>
          <w:rFonts w:ascii="Arial" w:hAnsi="Arial"/>
          <w:b/>
        </w:rPr>
        <w:t xml:space="preserve">Interviewer P:  </w:t>
      </w:r>
      <w:r>
        <w:rPr>
          <w:rFonts w:ascii="Arial" w:hAnsi="Arial"/>
          <w:color w:val="5D7284"/>
        </w:rPr>
        <w:t>23:14</w:t>
      </w:r>
    </w:p>
    <w:p w14:paraId="1D72057A" w14:textId="77777777" w:rsidR="007F3D28" w:rsidRDefault="00C40296">
      <w:pPr>
        <w:spacing w:after="0"/>
      </w:pPr>
      <w:r>
        <w:rPr>
          <w:rFonts w:ascii="Arial" w:hAnsi="Arial"/>
        </w:rPr>
        <w:t xml:space="preserve">All right. So here, you said that you thought it would spiral. </w:t>
      </w:r>
    </w:p>
    <w:p w14:paraId="3A48EDFD" w14:textId="77777777" w:rsidR="007F3D28" w:rsidRDefault="007F3D28">
      <w:pPr>
        <w:spacing w:after="0"/>
      </w:pPr>
    </w:p>
    <w:p w14:paraId="1ADEE67E" w14:textId="77777777" w:rsidR="007F3D28" w:rsidRDefault="00C40296">
      <w:pPr>
        <w:spacing w:after="0"/>
      </w:pPr>
      <w:r>
        <w:rPr>
          <w:rFonts w:ascii="Arial" w:hAnsi="Arial"/>
          <w:b/>
        </w:rPr>
        <w:t xml:space="preserve">Participant #26:  </w:t>
      </w:r>
      <w:r>
        <w:rPr>
          <w:rFonts w:ascii="Arial" w:hAnsi="Arial"/>
          <w:color w:val="5D7284"/>
        </w:rPr>
        <w:t>23:20</w:t>
      </w:r>
    </w:p>
    <w:p w14:paraId="743D329B" w14:textId="77777777" w:rsidR="007F3D28" w:rsidRDefault="00C40296">
      <w:pPr>
        <w:spacing w:after="0"/>
      </w:pPr>
      <w:r>
        <w:rPr>
          <w:rFonts w:ascii="Arial" w:hAnsi="Arial"/>
        </w:rPr>
        <w:t xml:space="preserve">Spiral yeah. </w:t>
      </w:r>
    </w:p>
    <w:p w14:paraId="6ACB6568" w14:textId="77777777" w:rsidR="007F3D28" w:rsidRDefault="007F3D28">
      <w:pPr>
        <w:spacing w:after="0"/>
      </w:pPr>
    </w:p>
    <w:p w14:paraId="17FE45CA" w14:textId="77777777" w:rsidR="007F3D28" w:rsidRDefault="00C40296">
      <w:pPr>
        <w:spacing w:after="0"/>
      </w:pPr>
      <w:r>
        <w:rPr>
          <w:rFonts w:ascii="Arial" w:hAnsi="Arial"/>
          <w:b/>
        </w:rPr>
        <w:t xml:space="preserve">Interviewer P:  </w:t>
      </w:r>
      <w:r>
        <w:rPr>
          <w:rFonts w:ascii="Arial" w:hAnsi="Arial"/>
          <w:color w:val="5D7284"/>
        </w:rPr>
        <w:t>23:21</w:t>
      </w:r>
    </w:p>
    <w:p w14:paraId="10C8055E" w14:textId="77777777" w:rsidR="007F3D28" w:rsidRDefault="00C40296">
      <w:pPr>
        <w:spacing w:after="0"/>
      </w:pPr>
      <w:r>
        <w:rPr>
          <w:rFonts w:ascii="Arial" w:hAnsi="Arial"/>
        </w:rPr>
        <w:t>And so why? Why did you think that?</w:t>
      </w:r>
    </w:p>
    <w:p w14:paraId="6482965A" w14:textId="77777777" w:rsidR="007F3D28" w:rsidRDefault="007F3D28">
      <w:pPr>
        <w:spacing w:after="0"/>
      </w:pPr>
    </w:p>
    <w:p w14:paraId="00CEE52C" w14:textId="77777777" w:rsidR="007F3D28" w:rsidRDefault="00C40296">
      <w:pPr>
        <w:spacing w:after="0"/>
      </w:pPr>
      <w:r>
        <w:rPr>
          <w:rFonts w:ascii="Arial" w:hAnsi="Arial"/>
          <w:b/>
        </w:rPr>
        <w:t xml:space="preserve">Participant #26:  </w:t>
      </w:r>
      <w:r>
        <w:rPr>
          <w:rFonts w:ascii="Arial" w:hAnsi="Arial"/>
          <w:color w:val="5D7284"/>
        </w:rPr>
        <w:t>23:25</w:t>
      </w:r>
    </w:p>
    <w:p w14:paraId="1C3A80BC" w14:textId="5728348F" w:rsidR="007F3D28" w:rsidRDefault="00C40296">
      <w:pPr>
        <w:spacing w:after="0"/>
      </w:pPr>
      <w:r>
        <w:rPr>
          <w:rFonts w:ascii="Arial" w:hAnsi="Arial"/>
        </w:rPr>
        <w:t xml:space="preserve">Um, because the water is moving. </w:t>
      </w:r>
      <w:r w:rsidR="00255CED">
        <w:rPr>
          <w:rFonts w:ascii="Arial" w:hAnsi="Arial"/>
        </w:rPr>
        <w:t>So,</w:t>
      </w:r>
      <w:r>
        <w:rPr>
          <w:rFonts w:ascii="Arial" w:hAnsi="Arial"/>
        </w:rPr>
        <w:t xml:space="preserve"> I would think that it would go in the way that the water was moving. </w:t>
      </w:r>
      <w:r w:rsidR="00255CED">
        <w:rPr>
          <w:rFonts w:ascii="Arial" w:hAnsi="Arial"/>
        </w:rPr>
        <w:t>So,</w:t>
      </w:r>
      <w:r>
        <w:rPr>
          <w:rFonts w:ascii="Arial" w:hAnsi="Arial"/>
        </w:rPr>
        <w:t xml:space="preserve"> it looks like when you add something into water, it like diffuse, not diffuses but it moves around the way that the water was moves moving. So that's why I thought it would like make a trail that way instead of a trail down like it did with that one as well. </w:t>
      </w:r>
    </w:p>
    <w:p w14:paraId="0B69652C" w14:textId="77777777" w:rsidR="007F3D28" w:rsidRDefault="007F3D28">
      <w:pPr>
        <w:spacing w:after="0"/>
      </w:pPr>
    </w:p>
    <w:p w14:paraId="655B02CA" w14:textId="77777777" w:rsidR="007F3D28" w:rsidRDefault="00C40296">
      <w:pPr>
        <w:spacing w:after="0"/>
      </w:pPr>
      <w:r>
        <w:rPr>
          <w:rFonts w:ascii="Arial" w:hAnsi="Arial"/>
          <w:b/>
        </w:rPr>
        <w:t xml:space="preserve">Interviewer P:  </w:t>
      </w:r>
      <w:r>
        <w:rPr>
          <w:rFonts w:ascii="Arial" w:hAnsi="Arial"/>
          <w:color w:val="5D7284"/>
        </w:rPr>
        <w:t>23:45</w:t>
      </w:r>
    </w:p>
    <w:p w14:paraId="6F86F19C" w14:textId="13E0CA9C" w:rsidR="007F3D28" w:rsidRDefault="00C40296">
      <w:pPr>
        <w:spacing w:after="0"/>
      </w:pPr>
      <w:r>
        <w:rPr>
          <w:rFonts w:ascii="Arial" w:hAnsi="Arial"/>
        </w:rPr>
        <w:t xml:space="preserve">And </w:t>
      </w:r>
      <w:r w:rsidR="00255CED">
        <w:rPr>
          <w:rFonts w:ascii="Arial" w:hAnsi="Arial"/>
        </w:rPr>
        <w:t>so,</w:t>
      </w:r>
      <w:r>
        <w:rPr>
          <w:rFonts w:ascii="Arial" w:hAnsi="Arial"/>
        </w:rPr>
        <w:t xml:space="preserve"> when you do this, were you thinking of anything like from your memory or an experience you've had with water and spinning things that helped you kind of that. </w:t>
      </w:r>
    </w:p>
    <w:p w14:paraId="26EFD753" w14:textId="77777777" w:rsidR="007F3D28" w:rsidRDefault="007F3D28">
      <w:pPr>
        <w:spacing w:after="0"/>
      </w:pPr>
    </w:p>
    <w:p w14:paraId="5A2442F9" w14:textId="77777777" w:rsidR="007F3D28" w:rsidRDefault="00C40296">
      <w:pPr>
        <w:spacing w:after="0"/>
      </w:pPr>
      <w:r>
        <w:rPr>
          <w:rFonts w:ascii="Arial" w:hAnsi="Arial"/>
          <w:b/>
        </w:rPr>
        <w:t xml:space="preserve">Participant #26:  </w:t>
      </w:r>
      <w:r>
        <w:rPr>
          <w:rFonts w:ascii="Arial" w:hAnsi="Arial"/>
          <w:color w:val="5D7284"/>
        </w:rPr>
        <w:t>23:56</w:t>
      </w:r>
    </w:p>
    <w:p w14:paraId="3C2A30A9" w14:textId="77777777" w:rsidR="007F3D28" w:rsidRDefault="00C40296">
      <w:pPr>
        <w:spacing w:after="0"/>
      </w:pPr>
      <w:r>
        <w:rPr>
          <w:rFonts w:ascii="Arial" w:hAnsi="Arial"/>
        </w:rPr>
        <w:t>Yeah, I kind of forgot that it was a solid.</w:t>
      </w:r>
    </w:p>
    <w:p w14:paraId="399993F1" w14:textId="77777777" w:rsidR="007F3D28" w:rsidRDefault="007F3D28">
      <w:pPr>
        <w:spacing w:after="0"/>
      </w:pPr>
    </w:p>
    <w:p w14:paraId="53CD6881" w14:textId="77777777" w:rsidR="007F3D28" w:rsidRDefault="00C40296">
      <w:pPr>
        <w:spacing w:after="0"/>
      </w:pPr>
      <w:r>
        <w:rPr>
          <w:rFonts w:ascii="Arial" w:hAnsi="Arial"/>
          <w:b/>
        </w:rPr>
        <w:t xml:space="preserve">Interviewer P:  </w:t>
      </w:r>
      <w:r>
        <w:rPr>
          <w:rFonts w:ascii="Arial" w:hAnsi="Arial"/>
          <w:color w:val="5D7284"/>
        </w:rPr>
        <w:t>23:59</w:t>
      </w:r>
    </w:p>
    <w:p w14:paraId="0A2F028B" w14:textId="77777777" w:rsidR="007F3D28" w:rsidRDefault="00C40296">
      <w:pPr>
        <w:spacing w:after="0"/>
      </w:pPr>
      <w:r>
        <w:rPr>
          <w:rFonts w:ascii="Arial" w:hAnsi="Arial"/>
        </w:rPr>
        <w:t>What's it. Oh the.</w:t>
      </w:r>
    </w:p>
    <w:p w14:paraId="488154A1" w14:textId="77777777" w:rsidR="007F3D28" w:rsidRDefault="007F3D28">
      <w:pPr>
        <w:spacing w:after="0"/>
      </w:pPr>
    </w:p>
    <w:p w14:paraId="24987EEE" w14:textId="77777777" w:rsidR="007F3D28" w:rsidRDefault="00C40296">
      <w:pPr>
        <w:spacing w:after="0"/>
      </w:pPr>
      <w:r>
        <w:rPr>
          <w:rFonts w:ascii="Arial" w:hAnsi="Arial"/>
          <w:b/>
        </w:rPr>
        <w:t xml:space="preserve">Participant #26:  </w:t>
      </w:r>
      <w:r>
        <w:rPr>
          <w:rFonts w:ascii="Arial" w:hAnsi="Arial"/>
          <w:color w:val="5D7284"/>
        </w:rPr>
        <w:t>24:00</w:t>
      </w:r>
    </w:p>
    <w:p w14:paraId="094A2D28" w14:textId="61F00AF7" w:rsidR="007F3D28" w:rsidRDefault="00C40296">
      <w:pPr>
        <w:spacing w:after="0"/>
      </w:pPr>
      <w:r>
        <w:rPr>
          <w:rFonts w:ascii="Arial" w:hAnsi="Arial"/>
        </w:rPr>
        <w:t xml:space="preserve">Yeah. So then after when he poured it in, I was like, </w:t>
      </w:r>
      <w:r w:rsidR="00255CED">
        <w:rPr>
          <w:rFonts w:ascii="Arial" w:hAnsi="Arial"/>
        </w:rPr>
        <w:t>oh</w:t>
      </w:r>
      <w:r>
        <w:rPr>
          <w:rFonts w:ascii="Arial" w:hAnsi="Arial"/>
        </w:rPr>
        <w:t xml:space="preserve">, that makes more sense. But because when you put like dye or something into water it usually diffuses with it because it's a liquid. </w:t>
      </w:r>
      <w:r w:rsidR="00255CED">
        <w:rPr>
          <w:rFonts w:ascii="Arial" w:hAnsi="Arial"/>
        </w:rPr>
        <w:t>So,</w:t>
      </w:r>
      <w:r>
        <w:rPr>
          <w:rFonts w:ascii="Arial" w:hAnsi="Arial"/>
        </w:rPr>
        <w:t xml:space="preserve"> I didn't really think about that until after.</w:t>
      </w:r>
    </w:p>
    <w:p w14:paraId="7DB30FF3" w14:textId="77777777" w:rsidR="007F3D28" w:rsidRDefault="007F3D28">
      <w:pPr>
        <w:spacing w:after="0"/>
      </w:pPr>
    </w:p>
    <w:p w14:paraId="5977D4DD" w14:textId="77777777" w:rsidR="007F3D28" w:rsidRDefault="00C40296">
      <w:pPr>
        <w:spacing w:after="0"/>
      </w:pPr>
      <w:r>
        <w:rPr>
          <w:rFonts w:ascii="Arial" w:hAnsi="Arial"/>
          <w:b/>
        </w:rPr>
        <w:t xml:space="preserve">Interviewer P:  </w:t>
      </w:r>
      <w:r>
        <w:rPr>
          <w:rFonts w:ascii="Arial" w:hAnsi="Arial"/>
          <w:color w:val="5D7284"/>
        </w:rPr>
        <w:t>24:14</w:t>
      </w:r>
    </w:p>
    <w:p w14:paraId="652DF83A" w14:textId="77777777" w:rsidR="007F3D28" w:rsidRDefault="00C40296">
      <w:pPr>
        <w:spacing w:after="0"/>
      </w:pPr>
      <w:r>
        <w:rPr>
          <w:rFonts w:ascii="Arial" w:hAnsi="Arial"/>
        </w:rPr>
        <w:t>Okay, so what what were you thinking about whenever you.</w:t>
      </w:r>
    </w:p>
    <w:p w14:paraId="2F98B006" w14:textId="77777777" w:rsidR="007F3D28" w:rsidRDefault="007F3D28">
      <w:pPr>
        <w:spacing w:after="0"/>
      </w:pPr>
    </w:p>
    <w:p w14:paraId="0FA59FB0" w14:textId="77777777" w:rsidR="007F3D28" w:rsidRDefault="00C40296">
      <w:pPr>
        <w:spacing w:after="0"/>
      </w:pPr>
      <w:r>
        <w:rPr>
          <w:rFonts w:ascii="Arial" w:hAnsi="Arial"/>
          <w:b/>
        </w:rPr>
        <w:t xml:space="preserve">Participant #26:  </w:t>
      </w:r>
      <w:r>
        <w:rPr>
          <w:rFonts w:ascii="Arial" w:hAnsi="Arial"/>
          <w:color w:val="5D7284"/>
        </w:rPr>
        <w:t>24:17</w:t>
      </w:r>
    </w:p>
    <w:p w14:paraId="5FEBDDAE" w14:textId="326034D7" w:rsidR="007F3D28" w:rsidRDefault="00C40296">
      <w:pPr>
        <w:spacing w:after="0"/>
      </w:pPr>
      <w:r>
        <w:rPr>
          <w:rFonts w:ascii="Arial" w:hAnsi="Arial"/>
        </w:rPr>
        <w:t xml:space="preserve">I was thinking it more as a dye that you were putting into water instead of a dye that is a solid so it would spin with it. Yeah, I would do more like that. But that also doesn't like what. </w:t>
      </w:r>
      <w:r w:rsidR="00255CED">
        <w:rPr>
          <w:rFonts w:ascii="Arial" w:hAnsi="Arial"/>
        </w:rPr>
        <w:t>So,</w:t>
      </w:r>
      <w:r>
        <w:rPr>
          <w:rFonts w:ascii="Arial" w:hAnsi="Arial"/>
        </w:rPr>
        <w:t xml:space="preserve"> everything that I said was not right. I don't know why I thought it would do that.</w:t>
      </w:r>
    </w:p>
    <w:p w14:paraId="76A445A2" w14:textId="77777777" w:rsidR="007F3D28" w:rsidRDefault="007F3D28">
      <w:pPr>
        <w:spacing w:after="0"/>
      </w:pPr>
    </w:p>
    <w:p w14:paraId="1710477F" w14:textId="77777777" w:rsidR="007F3D28" w:rsidRDefault="00C40296">
      <w:pPr>
        <w:spacing w:after="0"/>
      </w:pPr>
      <w:r>
        <w:rPr>
          <w:rFonts w:ascii="Arial" w:hAnsi="Arial"/>
          <w:b/>
        </w:rPr>
        <w:t xml:space="preserve">Interviewer P:  </w:t>
      </w:r>
      <w:r>
        <w:rPr>
          <w:rFonts w:ascii="Arial" w:hAnsi="Arial"/>
          <w:color w:val="5D7284"/>
        </w:rPr>
        <w:t>24:48</w:t>
      </w:r>
    </w:p>
    <w:p w14:paraId="66939F56" w14:textId="77777777" w:rsidR="007F3D28" w:rsidRDefault="00C40296">
      <w:pPr>
        <w:spacing w:after="0"/>
      </w:pPr>
      <w:r>
        <w:rPr>
          <w:rFonts w:ascii="Arial" w:hAnsi="Arial"/>
        </w:rPr>
        <w:t>Well, that's kind of what I'm getting at is like did you think that because of something else that you've seen?</w:t>
      </w:r>
    </w:p>
    <w:p w14:paraId="48549C07" w14:textId="77777777" w:rsidR="007F3D28" w:rsidRDefault="007F3D28">
      <w:pPr>
        <w:spacing w:after="0"/>
      </w:pPr>
    </w:p>
    <w:p w14:paraId="70F2A70F" w14:textId="77777777" w:rsidR="007F3D28" w:rsidRDefault="00C40296">
      <w:pPr>
        <w:spacing w:after="0"/>
      </w:pPr>
      <w:r>
        <w:rPr>
          <w:rFonts w:ascii="Arial" w:hAnsi="Arial"/>
          <w:b/>
        </w:rPr>
        <w:t xml:space="preserve">Participant #26:  </w:t>
      </w:r>
      <w:r>
        <w:rPr>
          <w:rFonts w:ascii="Arial" w:hAnsi="Arial"/>
          <w:color w:val="5D7284"/>
        </w:rPr>
        <w:t>24:53</w:t>
      </w:r>
    </w:p>
    <w:p w14:paraId="27FFE795" w14:textId="77777777" w:rsidR="007F3D28" w:rsidRDefault="00C40296">
      <w:pPr>
        <w:spacing w:after="0"/>
      </w:pPr>
      <w:r>
        <w:rPr>
          <w:rFonts w:ascii="Arial" w:hAnsi="Arial"/>
        </w:rPr>
        <w:t xml:space="preserve"> I don't think I don't know where I got that from. </w:t>
      </w:r>
    </w:p>
    <w:p w14:paraId="1F63FFA5" w14:textId="77777777" w:rsidR="007F3D28" w:rsidRDefault="007F3D28">
      <w:pPr>
        <w:spacing w:after="0"/>
      </w:pPr>
    </w:p>
    <w:p w14:paraId="5A531F7A" w14:textId="77777777" w:rsidR="007F3D28" w:rsidRDefault="00C40296">
      <w:pPr>
        <w:spacing w:after="0"/>
      </w:pPr>
      <w:r>
        <w:rPr>
          <w:rFonts w:ascii="Arial" w:hAnsi="Arial"/>
          <w:b/>
        </w:rPr>
        <w:t xml:space="preserve">Interviewer P:  </w:t>
      </w:r>
      <w:r>
        <w:rPr>
          <w:rFonts w:ascii="Arial" w:hAnsi="Arial"/>
          <w:color w:val="5D7284"/>
        </w:rPr>
        <w:t>24:56</w:t>
      </w:r>
    </w:p>
    <w:p w14:paraId="41EB708C" w14:textId="77777777" w:rsidR="007F3D28" w:rsidRDefault="00C40296">
      <w:pPr>
        <w:spacing w:after="0"/>
      </w:pPr>
      <w:r>
        <w:rPr>
          <w:rFonts w:ascii="Arial" w:hAnsi="Arial"/>
        </w:rPr>
        <w:t>That's okay.</w:t>
      </w:r>
    </w:p>
    <w:p w14:paraId="004993EA" w14:textId="77777777" w:rsidR="007F3D28" w:rsidRDefault="007F3D28">
      <w:pPr>
        <w:spacing w:after="0"/>
      </w:pPr>
    </w:p>
    <w:p w14:paraId="21BC1E73" w14:textId="77777777" w:rsidR="007F3D28" w:rsidRDefault="00C40296">
      <w:pPr>
        <w:spacing w:after="0"/>
      </w:pPr>
      <w:r>
        <w:rPr>
          <w:rFonts w:ascii="Arial" w:hAnsi="Arial"/>
          <w:b/>
        </w:rPr>
        <w:t xml:space="preserve">Participant #26:  </w:t>
      </w:r>
      <w:r>
        <w:rPr>
          <w:rFonts w:ascii="Arial" w:hAnsi="Arial"/>
          <w:color w:val="5D7284"/>
        </w:rPr>
        <w:t>24:57</w:t>
      </w:r>
    </w:p>
    <w:p w14:paraId="48E8DC39" w14:textId="77777777" w:rsidR="007F3D28" w:rsidRDefault="00C40296">
      <w:pPr>
        <w:spacing w:after="0"/>
      </w:pPr>
      <w:r>
        <w:rPr>
          <w:rFonts w:ascii="Arial" w:hAnsi="Arial"/>
        </w:rPr>
        <w:t xml:space="preserve"> I just thought it would.</w:t>
      </w:r>
    </w:p>
    <w:p w14:paraId="285552A5" w14:textId="77777777" w:rsidR="007F3D28" w:rsidRDefault="007F3D28">
      <w:pPr>
        <w:spacing w:after="0"/>
      </w:pPr>
    </w:p>
    <w:p w14:paraId="6C5058E8" w14:textId="77777777" w:rsidR="007F3D28" w:rsidRDefault="00C40296">
      <w:pPr>
        <w:spacing w:after="0"/>
      </w:pPr>
      <w:r>
        <w:rPr>
          <w:rFonts w:ascii="Arial" w:hAnsi="Arial"/>
          <w:b/>
        </w:rPr>
        <w:t xml:space="preserve">Interviewer P:  </w:t>
      </w:r>
      <w:r>
        <w:rPr>
          <w:rFonts w:ascii="Arial" w:hAnsi="Arial"/>
          <w:color w:val="5D7284"/>
        </w:rPr>
        <w:t>24:59</w:t>
      </w:r>
    </w:p>
    <w:p w14:paraId="616FBBBC" w14:textId="78F8F278" w:rsidR="007F3D28" w:rsidRDefault="00255CED">
      <w:pPr>
        <w:spacing w:after="0"/>
      </w:pPr>
      <w:r>
        <w:rPr>
          <w:rFonts w:ascii="Arial" w:hAnsi="Arial"/>
        </w:rPr>
        <w:t xml:space="preserve">So, it's interesting. That it's like standing up. </w:t>
      </w:r>
    </w:p>
    <w:p w14:paraId="1681F417" w14:textId="77777777" w:rsidR="007F3D28" w:rsidRDefault="007F3D28">
      <w:pPr>
        <w:spacing w:after="0"/>
      </w:pPr>
    </w:p>
    <w:p w14:paraId="127DD333" w14:textId="77777777" w:rsidR="007F3D28" w:rsidRDefault="00C40296">
      <w:pPr>
        <w:spacing w:after="0"/>
      </w:pPr>
      <w:r>
        <w:rPr>
          <w:rFonts w:ascii="Arial" w:hAnsi="Arial"/>
          <w:b/>
        </w:rPr>
        <w:t xml:space="preserve">Participant #26:  </w:t>
      </w:r>
      <w:r>
        <w:rPr>
          <w:rFonts w:ascii="Arial" w:hAnsi="Arial"/>
          <w:color w:val="5D7284"/>
        </w:rPr>
        <w:t>25:01</w:t>
      </w:r>
    </w:p>
    <w:p w14:paraId="001C11E4" w14:textId="77777777" w:rsidR="007F3D28" w:rsidRDefault="00C40296">
      <w:pPr>
        <w:spacing w:after="0"/>
      </w:pPr>
      <w:r>
        <w:rPr>
          <w:rFonts w:ascii="Arial" w:hAnsi="Arial"/>
        </w:rPr>
        <w:t>Yeah.</w:t>
      </w:r>
    </w:p>
    <w:p w14:paraId="4FE6FA72" w14:textId="77777777" w:rsidR="007F3D28" w:rsidRDefault="007F3D28">
      <w:pPr>
        <w:spacing w:after="0"/>
      </w:pPr>
    </w:p>
    <w:p w14:paraId="6B22BE1B" w14:textId="77777777" w:rsidR="007F3D28" w:rsidRDefault="00C40296">
      <w:pPr>
        <w:spacing w:after="0"/>
      </w:pPr>
      <w:r>
        <w:rPr>
          <w:rFonts w:ascii="Arial" w:hAnsi="Arial"/>
          <w:b/>
        </w:rPr>
        <w:t xml:space="preserve">Interviewer P:  </w:t>
      </w:r>
      <w:r>
        <w:rPr>
          <w:rFonts w:ascii="Arial" w:hAnsi="Arial"/>
          <w:color w:val="5D7284"/>
        </w:rPr>
        <w:t>25:02</w:t>
      </w:r>
    </w:p>
    <w:p w14:paraId="2EE4001B" w14:textId="77777777" w:rsidR="007F3D28" w:rsidRDefault="00C40296">
      <w:pPr>
        <w:spacing w:after="0"/>
      </w:pPr>
      <w:r>
        <w:rPr>
          <w:rFonts w:ascii="Arial" w:hAnsi="Arial"/>
        </w:rPr>
        <w:t xml:space="preserve">Or like the dye is standing up. </w:t>
      </w:r>
    </w:p>
    <w:p w14:paraId="7BE4CDAB" w14:textId="77777777" w:rsidR="007F3D28" w:rsidRDefault="007F3D28">
      <w:pPr>
        <w:spacing w:after="0"/>
      </w:pPr>
    </w:p>
    <w:p w14:paraId="13B30C5D" w14:textId="77777777" w:rsidR="007F3D28" w:rsidRDefault="00C40296">
      <w:pPr>
        <w:spacing w:after="0"/>
      </w:pPr>
      <w:r>
        <w:rPr>
          <w:rFonts w:ascii="Arial" w:hAnsi="Arial"/>
          <w:b/>
        </w:rPr>
        <w:t xml:space="preserve">Participant #26:  </w:t>
      </w:r>
      <w:r>
        <w:rPr>
          <w:rFonts w:ascii="Arial" w:hAnsi="Arial"/>
          <w:color w:val="5D7284"/>
        </w:rPr>
        <w:t>25:04</w:t>
      </w:r>
    </w:p>
    <w:p w14:paraId="56EE0D32" w14:textId="77777777" w:rsidR="007F3D28" w:rsidRDefault="00C40296">
      <w:pPr>
        <w:spacing w:after="0"/>
      </w:pPr>
      <w:r>
        <w:rPr>
          <w:rFonts w:ascii="Arial" w:hAnsi="Arial"/>
        </w:rPr>
        <w:t>Yeah.</w:t>
      </w:r>
    </w:p>
    <w:p w14:paraId="057D26F6" w14:textId="77777777" w:rsidR="007F3D28" w:rsidRDefault="007F3D28">
      <w:pPr>
        <w:spacing w:after="0"/>
      </w:pPr>
    </w:p>
    <w:p w14:paraId="2D4C5F25" w14:textId="77777777" w:rsidR="007F3D28" w:rsidRDefault="00C40296">
      <w:pPr>
        <w:spacing w:after="0"/>
      </w:pPr>
      <w:r>
        <w:rPr>
          <w:rFonts w:ascii="Arial" w:hAnsi="Arial"/>
          <w:b/>
        </w:rPr>
        <w:t xml:space="preserve">Interviewer P:  </w:t>
      </w:r>
      <w:r>
        <w:rPr>
          <w:rFonts w:ascii="Arial" w:hAnsi="Arial"/>
          <w:color w:val="5D7284"/>
        </w:rPr>
        <w:t>25:04</w:t>
      </w:r>
    </w:p>
    <w:p w14:paraId="65EAD59F" w14:textId="7C9D63F9" w:rsidR="007F3D28" w:rsidRDefault="00255CED">
      <w:pPr>
        <w:spacing w:after="0"/>
      </w:pPr>
      <w:r>
        <w:rPr>
          <w:rFonts w:ascii="Arial" w:hAnsi="Arial"/>
        </w:rPr>
        <w:t>So, what do you think it is that's holding up those dyed columns.</w:t>
      </w:r>
    </w:p>
    <w:p w14:paraId="7D122407" w14:textId="77777777" w:rsidR="007F3D28" w:rsidRDefault="007F3D28">
      <w:pPr>
        <w:spacing w:after="0"/>
      </w:pPr>
    </w:p>
    <w:p w14:paraId="3BFD16A1" w14:textId="77777777" w:rsidR="007F3D28" w:rsidRDefault="00C40296">
      <w:pPr>
        <w:spacing w:after="0"/>
      </w:pPr>
      <w:r>
        <w:rPr>
          <w:rFonts w:ascii="Arial" w:hAnsi="Arial"/>
          <w:b/>
        </w:rPr>
        <w:t xml:space="preserve">Participant #26:  </w:t>
      </w:r>
      <w:r>
        <w:rPr>
          <w:rFonts w:ascii="Arial" w:hAnsi="Arial"/>
          <w:color w:val="5D7284"/>
        </w:rPr>
        <w:t>25:10</w:t>
      </w:r>
    </w:p>
    <w:p w14:paraId="775A0284" w14:textId="77777777" w:rsidR="007F3D28" w:rsidRDefault="00C40296">
      <w:pPr>
        <w:spacing w:after="0"/>
      </w:pPr>
      <w:r>
        <w:rPr>
          <w:rFonts w:ascii="Arial" w:hAnsi="Arial"/>
        </w:rPr>
        <w:t>The motion. Of the of the spinning because the constant motion maybe.</w:t>
      </w:r>
    </w:p>
    <w:p w14:paraId="531F6E99" w14:textId="77777777" w:rsidR="007F3D28" w:rsidRDefault="007F3D28">
      <w:pPr>
        <w:spacing w:after="0"/>
      </w:pPr>
    </w:p>
    <w:p w14:paraId="77E2CBF4" w14:textId="77777777" w:rsidR="007F3D28" w:rsidRDefault="00C40296">
      <w:pPr>
        <w:spacing w:after="0"/>
      </w:pPr>
      <w:r>
        <w:rPr>
          <w:rFonts w:ascii="Arial" w:hAnsi="Arial"/>
          <w:b/>
        </w:rPr>
        <w:t xml:space="preserve">Interviewer P:  </w:t>
      </w:r>
      <w:r>
        <w:rPr>
          <w:rFonts w:ascii="Arial" w:hAnsi="Arial"/>
          <w:color w:val="5D7284"/>
        </w:rPr>
        <w:t>25:16</w:t>
      </w:r>
    </w:p>
    <w:p w14:paraId="52B750D1" w14:textId="77777777" w:rsidR="007F3D28" w:rsidRDefault="00C40296">
      <w:pPr>
        <w:spacing w:after="0"/>
      </w:pPr>
      <w:r>
        <w:rPr>
          <w:rFonts w:ascii="Arial" w:hAnsi="Arial"/>
        </w:rPr>
        <w:t>And so how what can you tell me a little bit more about that. How would motion hold it up?</w:t>
      </w:r>
    </w:p>
    <w:p w14:paraId="5DA44175" w14:textId="77777777" w:rsidR="007F3D28" w:rsidRDefault="007F3D28">
      <w:pPr>
        <w:spacing w:after="0"/>
      </w:pPr>
    </w:p>
    <w:p w14:paraId="0170160D" w14:textId="77777777" w:rsidR="007F3D28" w:rsidRDefault="00C40296">
      <w:pPr>
        <w:spacing w:after="0"/>
      </w:pPr>
      <w:r>
        <w:rPr>
          <w:rFonts w:ascii="Arial" w:hAnsi="Arial"/>
          <w:b/>
        </w:rPr>
        <w:t xml:space="preserve">Participant #26:  </w:t>
      </w:r>
      <w:r>
        <w:rPr>
          <w:rFonts w:ascii="Arial" w:hAnsi="Arial"/>
          <w:color w:val="5D7284"/>
        </w:rPr>
        <w:t>25:23</w:t>
      </w:r>
    </w:p>
    <w:p w14:paraId="440A9D74" w14:textId="689E3A8E" w:rsidR="007F3D28" w:rsidRDefault="00C40296">
      <w:pPr>
        <w:spacing w:after="0"/>
      </w:pPr>
      <w:r>
        <w:rPr>
          <w:rFonts w:ascii="Arial" w:hAnsi="Arial"/>
        </w:rPr>
        <w:t xml:space="preserve">Um I don't know, motion with a mixture of gravity to, but I don't know why. Because the motion is constant. </w:t>
      </w:r>
      <w:r w:rsidR="00255CED">
        <w:rPr>
          <w:rFonts w:ascii="Arial" w:hAnsi="Arial"/>
        </w:rPr>
        <w:t>So,</w:t>
      </w:r>
      <w:r>
        <w:rPr>
          <w:rFonts w:ascii="Arial" w:hAnsi="Arial"/>
        </w:rPr>
        <w:t xml:space="preserve"> there's nothing else for it staying in in the same place. </w:t>
      </w:r>
      <w:r w:rsidR="00255CED">
        <w:rPr>
          <w:rFonts w:ascii="Arial" w:hAnsi="Arial"/>
        </w:rPr>
        <w:t>So,</w:t>
      </w:r>
      <w:r>
        <w:rPr>
          <w:rFonts w:ascii="Arial" w:hAnsi="Arial"/>
        </w:rPr>
        <w:t xml:space="preserve"> it's not like moving it around constantly. </w:t>
      </w:r>
    </w:p>
    <w:p w14:paraId="664755D6" w14:textId="77777777" w:rsidR="007F3D28" w:rsidRDefault="007F3D28">
      <w:pPr>
        <w:spacing w:after="0"/>
      </w:pPr>
    </w:p>
    <w:p w14:paraId="59B4F138" w14:textId="77777777" w:rsidR="007F3D28" w:rsidRDefault="00C40296">
      <w:pPr>
        <w:spacing w:after="0"/>
      </w:pPr>
      <w:r>
        <w:rPr>
          <w:rFonts w:ascii="Arial" w:hAnsi="Arial"/>
          <w:b/>
        </w:rPr>
        <w:t xml:space="preserve">Interviewer P:  </w:t>
      </w:r>
      <w:r>
        <w:rPr>
          <w:rFonts w:ascii="Arial" w:hAnsi="Arial"/>
          <w:color w:val="5D7284"/>
        </w:rPr>
        <w:t>25:41</w:t>
      </w:r>
    </w:p>
    <w:p w14:paraId="0D96E290" w14:textId="77777777" w:rsidR="007F3D28" w:rsidRDefault="00C40296">
      <w:pPr>
        <w:spacing w:after="0"/>
      </w:pPr>
      <w:r>
        <w:rPr>
          <w:rFonts w:ascii="Arial" w:hAnsi="Arial"/>
        </w:rPr>
        <w:t>Got it.</w:t>
      </w:r>
    </w:p>
    <w:p w14:paraId="707E7365" w14:textId="77777777" w:rsidR="007F3D28" w:rsidRDefault="007F3D28">
      <w:pPr>
        <w:spacing w:after="0"/>
      </w:pPr>
    </w:p>
    <w:p w14:paraId="3E1DD5AA" w14:textId="77777777" w:rsidR="007F3D28" w:rsidRDefault="00C40296">
      <w:pPr>
        <w:spacing w:after="0"/>
      </w:pPr>
      <w:r>
        <w:rPr>
          <w:rFonts w:ascii="Arial" w:hAnsi="Arial"/>
          <w:b/>
        </w:rPr>
        <w:t xml:space="preserve">Participant #26:  </w:t>
      </w:r>
      <w:r>
        <w:rPr>
          <w:rFonts w:ascii="Arial" w:hAnsi="Arial"/>
          <w:color w:val="5D7284"/>
        </w:rPr>
        <w:t>25:42</w:t>
      </w:r>
    </w:p>
    <w:p w14:paraId="199AAADC" w14:textId="77777777" w:rsidR="007F3D28" w:rsidRDefault="00C40296">
      <w:pPr>
        <w:spacing w:after="0"/>
      </w:pPr>
      <w:r>
        <w:rPr>
          <w:rFonts w:ascii="Arial" w:hAnsi="Arial"/>
        </w:rPr>
        <w:t>Like as if you were to put a spoon in it and mix it, it would have more space to move around. But the motion is constant.</w:t>
      </w:r>
    </w:p>
    <w:p w14:paraId="5D997411" w14:textId="77777777" w:rsidR="007F3D28" w:rsidRDefault="007F3D28">
      <w:pPr>
        <w:spacing w:after="0"/>
      </w:pPr>
    </w:p>
    <w:p w14:paraId="63068837" w14:textId="77777777" w:rsidR="007F3D28" w:rsidRDefault="00C40296">
      <w:pPr>
        <w:spacing w:after="0"/>
      </w:pPr>
      <w:r>
        <w:rPr>
          <w:rFonts w:ascii="Arial" w:hAnsi="Arial"/>
          <w:b/>
        </w:rPr>
        <w:t xml:space="preserve">Interviewer P:  </w:t>
      </w:r>
      <w:r>
        <w:rPr>
          <w:rFonts w:ascii="Arial" w:hAnsi="Arial"/>
          <w:color w:val="5D7284"/>
        </w:rPr>
        <w:t>25:50</w:t>
      </w:r>
    </w:p>
    <w:p w14:paraId="0CA4903B" w14:textId="77777777" w:rsidR="007F3D28" w:rsidRDefault="00C40296">
      <w:pPr>
        <w:spacing w:after="0"/>
      </w:pPr>
      <w:r>
        <w:rPr>
          <w:rFonts w:ascii="Arial" w:hAnsi="Arial"/>
        </w:rPr>
        <w:t xml:space="preserve">The motion of? </w:t>
      </w:r>
    </w:p>
    <w:p w14:paraId="203DF0A4" w14:textId="77777777" w:rsidR="007F3D28" w:rsidRDefault="007F3D28">
      <w:pPr>
        <w:spacing w:after="0"/>
      </w:pPr>
    </w:p>
    <w:p w14:paraId="034588D1" w14:textId="77777777" w:rsidR="007F3D28" w:rsidRDefault="00C40296">
      <w:pPr>
        <w:spacing w:after="0"/>
      </w:pPr>
      <w:r>
        <w:rPr>
          <w:rFonts w:ascii="Arial" w:hAnsi="Arial"/>
          <w:b/>
        </w:rPr>
        <w:t xml:space="preserve">Participant #26:  </w:t>
      </w:r>
      <w:r>
        <w:rPr>
          <w:rFonts w:ascii="Arial" w:hAnsi="Arial"/>
          <w:color w:val="5D7284"/>
        </w:rPr>
        <w:t>25:51</w:t>
      </w:r>
    </w:p>
    <w:p w14:paraId="1D9E671C" w14:textId="77777777" w:rsidR="007F3D28" w:rsidRDefault="00C40296">
      <w:pPr>
        <w:spacing w:after="0"/>
      </w:pPr>
      <w:r>
        <w:rPr>
          <w:rFonts w:ascii="Arial" w:hAnsi="Arial"/>
        </w:rPr>
        <w:t>Of the of the water.</w:t>
      </w:r>
    </w:p>
    <w:p w14:paraId="60E664F4" w14:textId="77777777" w:rsidR="007F3D28" w:rsidRDefault="007F3D28">
      <w:pPr>
        <w:spacing w:after="0"/>
      </w:pPr>
    </w:p>
    <w:p w14:paraId="01BBD5F0" w14:textId="77777777" w:rsidR="007F3D28" w:rsidRDefault="00C40296">
      <w:pPr>
        <w:spacing w:after="0"/>
      </w:pPr>
      <w:r>
        <w:rPr>
          <w:rFonts w:ascii="Arial" w:hAnsi="Arial"/>
          <w:b/>
        </w:rPr>
        <w:t xml:space="preserve">Interviewer P:  </w:t>
      </w:r>
      <w:r>
        <w:rPr>
          <w:rFonts w:ascii="Arial" w:hAnsi="Arial"/>
          <w:color w:val="5D7284"/>
        </w:rPr>
        <w:t>25:53</w:t>
      </w:r>
    </w:p>
    <w:p w14:paraId="1E0AFDE1" w14:textId="77777777" w:rsidR="007F3D28" w:rsidRDefault="00C40296">
      <w:pPr>
        <w:spacing w:after="0"/>
      </w:pPr>
      <w:r>
        <w:rPr>
          <w:rFonts w:ascii="Arial" w:hAnsi="Arial"/>
        </w:rPr>
        <w:t>Okay.</w:t>
      </w:r>
    </w:p>
    <w:p w14:paraId="26BA623B" w14:textId="77777777" w:rsidR="007F3D28" w:rsidRDefault="007F3D28">
      <w:pPr>
        <w:spacing w:after="0"/>
      </w:pPr>
    </w:p>
    <w:p w14:paraId="57573278" w14:textId="77777777" w:rsidR="007F3D28" w:rsidRDefault="00C40296">
      <w:pPr>
        <w:spacing w:after="0"/>
      </w:pPr>
      <w:r>
        <w:rPr>
          <w:rFonts w:ascii="Arial" w:hAnsi="Arial"/>
          <w:b/>
        </w:rPr>
        <w:t xml:space="preserve">Participant #26:  </w:t>
      </w:r>
      <w:r>
        <w:rPr>
          <w:rFonts w:ascii="Arial" w:hAnsi="Arial"/>
          <w:color w:val="5D7284"/>
        </w:rPr>
        <w:t>25:53</w:t>
      </w:r>
    </w:p>
    <w:p w14:paraId="473818E9" w14:textId="77777777" w:rsidR="007F3D28" w:rsidRDefault="00C40296">
      <w:pPr>
        <w:spacing w:after="0"/>
      </w:pPr>
      <w:r>
        <w:rPr>
          <w:rFonts w:ascii="Arial" w:hAnsi="Arial"/>
        </w:rPr>
        <w:t>Of it spinning. Because I don't think the water itself is spinning.</w:t>
      </w:r>
    </w:p>
    <w:p w14:paraId="4E206B06" w14:textId="77777777" w:rsidR="007F3D28" w:rsidRDefault="007F3D28">
      <w:pPr>
        <w:spacing w:after="0"/>
      </w:pPr>
    </w:p>
    <w:p w14:paraId="4CB6B0DA" w14:textId="77777777" w:rsidR="007F3D28" w:rsidRDefault="00C40296">
      <w:pPr>
        <w:spacing w:after="0"/>
      </w:pPr>
      <w:r>
        <w:rPr>
          <w:rFonts w:ascii="Arial" w:hAnsi="Arial"/>
          <w:b/>
        </w:rPr>
        <w:t xml:space="preserve">Interviewer P:  </w:t>
      </w:r>
      <w:r>
        <w:rPr>
          <w:rFonts w:ascii="Arial" w:hAnsi="Arial"/>
          <w:color w:val="5D7284"/>
        </w:rPr>
        <w:t>25:58</w:t>
      </w:r>
    </w:p>
    <w:p w14:paraId="17AB75B6" w14:textId="77777777" w:rsidR="007F3D28" w:rsidRDefault="00C40296">
      <w:pPr>
        <w:spacing w:after="0"/>
      </w:pPr>
      <w:r>
        <w:rPr>
          <w:rFonts w:ascii="Arial" w:hAnsi="Arial"/>
        </w:rPr>
        <w:t>So that's kind of what I was getting that when I said the motion of.</w:t>
      </w:r>
    </w:p>
    <w:p w14:paraId="27CF8AC7" w14:textId="77777777" w:rsidR="007F3D28" w:rsidRDefault="007F3D28">
      <w:pPr>
        <w:spacing w:after="0"/>
      </w:pPr>
    </w:p>
    <w:p w14:paraId="600BCEF4" w14:textId="77777777" w:rsidR="007F3D28" w:rsidRDefault="00C40296">
      <w:pPr>
        <w:spacing w:after="0"/>
      </w:pPr>
      <w:r>
        <w:rPr>
          <w:rFonts w:ascii="Arial" w:hAnsi="Arial"/>
          <w:b/>
        </w:rPr>
        <w:t xml:space="preserve">Participant #26:  </w:t>
      </w:r>
      <w:r>
        <w:rPr>
          <w:rFonts w:ascii="Arial" w:hAnsi="Arial"/>
          <w:color w:val="5D7284"/>
        </w:rPr>
        <w:t>26:01</w:t>
      </w:r>
    </w:p>
    <w:p w14:paraId="400F5E9A" w14:textId="77777777" w:rsidR="007F3D28" w:rsidRDefault="00C40296">
      <w:pPr>
        <w:spacing w:after="0"/>
      </w:pPr>
      <w:r>
        <w:rPr>
          <w:rFonts w:ascii="Arial" w:hAnsi="Arial"/>
        </w:rPr>
        <w:t>Yeah.</w:t>
      </w:r>
    </w:p>
    <w:p w14:paraId="28AD0C5E" w14:textId="77777777" w:rsidR="007F3D28" w:rsidRDefault="007F3D28">
      <w:pPr>
        <w:spacing w:after="0"/>
      </w:pPr>
    </w:p>
    <w:p w14:paraId="11C0447F" w14:textId="77777777" w:rsidR="007F3D28" w:rsidRDefault="00C40296">
      <w:pPr>
        <w:spacing w:after="0"/>
      </w:pPr>
      <w:r>
        <w:rPr>
          <w:rFonts w:ascii="Arial" w:hAnsi="Arial"/>
          <w:b/>
        </w:rPr>
        <w:t xml:space="preserve">Interviewer P:  </w:t>
      </w:r>
      <w:r>
        <w:rPr>
          <w:rFonts w:ascii="Arial" w:hAnsi="Arial"/>
          <w:color w:val="5D7284"/>
        </w:rPr>
        <w:t>26:02</w:t>
      </w:r>
    </w:p>
    <w:p w14:paraId="18108784" w14:textId="77777777" w:rsidR="007F3D28" w:rsidRDefault="00C40296">
      <w:pPr>
        <w:spacing w:after="0"/>
      </w:pPr>
      <w:r>
        <w:rPr>
          <w:rFonts w:ascii="Arial" w:hAnsi="Arial"/>
        </w:rPr>
        <w:t xml:space="preserve">The water. </w:t>
      </w:r>
    </w:p>
    <w:p w14:paraId="4D2BA274" w14:textId="77777777" w:rsidR="007F3D28" w:rsidRDefault="007F3D28">
      <w:pPr>
        <w:spacing w:after="0"/>
      </w:pPr>
    </w:p>
    <w:p w14:paraId="1E040B44" w14:textId="77777777" w:rsidR="007F3D28" w:rsidRDefault="00C40296">
      <w:pPr>
        <w:spacing w:after="0"/>
      </w:pPr>
      <w:r>
        <w:rPr>
          <w:rFonts w:ascii="Arial" w:hAnsi="Arial"/>
          <w:b/>
        </w:rPr>
        <w:t xml:space="preserve">Participant #26:  </w:t>
      </w:r>
      <w:r>
        <w:rPr>
          <w:rFonts w:ascii="Arial" w:hAnsi="Arial"/>
          <w:color w:val="5D7284"/>
        </w:rPr>
        <w:t>26:02</w:t>
      </w:r>
    </w:p>
    <w:p w14:paraId="1C31025A" w14:textId="4772F4D9" w:rsidR="007F3D28" w:rsidRDefault="00C40296">
      <w:pPr>
        <w:spacing w:after="0"/>
      </w:pPr>
      <w:r>
        <w:rPr>
          <w:rFonts w:ascii="Arial" w:hAnsi="Arial"/>
        </w:rPr>
        <w:t xml:space="preserve">I </w:t>
      </w:r>
      <w:r w:rsidR="00255CED">
        <w:rPr>
          <w:rFonts w:ascii="Arial" w:hAnsi="Arial"/>
        </w:rPr>
        <w:t>meant</w:t>
      </w:r>
      <w:r>
        <w:rPr>
          <w:rFonts w:ascii="Arial" w:hAnsi="Arial"/>
        </w:rPr>
        <w:t xml:space="preserve"> the machine. </w:t>
      </w:r>
    </w:p>
    <w:p w14:paraId="1F33F796" w14:textId="77777777" w:rsidR="007F3D28" w:rsidRDefault="007F3D28">
      <w:pPr>
        <w:spacing w:after="0"/>
      </w:pPr>
    </w:p>
    <w:p w14:paraId="27ADF482" w14:textId="77777777" w:rsidR="007F3D28" w:rsidRDefault="00C40296">
      <w:pPr>
        <w:spacing w:after="0"/>
      </w:pPr>
      <w:r>
        <w:rPr>
          <w:rFonts w:ascii="Arial" w:hAnsi="Arial"/>
          <w:b/>
        </w:rPr>
        <w:t xml:space="preserve">Interviewer P:  </w:t>
      </w:r>
      <w:r>
        <w:rPr>
          <w:rFonts w:ascii="Arial" w:hAnsi="Arial"/>
          <w:color w:val="5D7284"/>
        </w:rPr>
        <w:t>26:05</w:t>
      </w:r>
    </w:p>
    <w:p w14:paraId="5789EFD9" w14:textId="16CDAD86" w:rsidR="007F3D28" w:rsidRDefault="00C40296">
      <w:pPr>
        <w:spacing w:after="0"/>
      </w:pPr>
      <w:r>
        <w:rPr>
          <w:rFonts w:ascii="Arial" w:hAnsi="Arial"/>
        </w:rPr>
        <w:t xml:space="preserve">Okay, the machine. </w:t>
      </w:r>
      <w:r w:rsidR="00255CED">
        <w:rPr>
          <w:rFonts w:ascii="Arial" w:hAnsi="Arial"/>
        </w:rPr>
        <w:t>So,</w:t>
      </w:r>
      <w:r>
        <w:rPr>
          <w:rFonts w:ascii="Arial" w:hAnsi="Arial"/>
        </w:rPr>
        <w:t xml:space="preserve"> is the water moving?</w:t>
      </w:r>
    </w:p>
    <w:p w14:paraId="61C342C1" w14:textId="77777777" w:rsidR="007F3D28" w:rsidRDefault="007F3D28">
      <w:pPr>
        <w:spacing w:after="0"/>
      </w:pPr>
    </w:p>
    <w:p w14:paraId="1AE4C7AC" w14:textId="77777777" w:rsidR="007F3D28" w:rsidRDefault="00C40296">
      <w:pPr>
        <w:spacing w:after="0"/>
      </w:pPr>
      <w:r>
        <w:rPr>
          <w:rFonts w:ascii="Arial" w:hAnsi="Arial"/>
          <w:b/>
        </w:rPr>
        <w:t xml:space="preserve">Participant #26:  </w:t>
      </w:r>
      <w:r>
        <w:rPr>
          <w:rFonts w:ascii="Arial" w:hAnsi="Arial"/>
          <w:color w:val="5D7284"/>
        </w:rPr>
        <w:t>26:08</w:t>
      </w:r>
    </w:p>
    <w:p w14:paraId="55CCD7FE" w14:textId="77777777" w:rsidR="007F3D28" w:rsidRDefault="00C40296">
      <w:pPr>
        <w:spacing w:after="0"/>
      </w:pPr>
      <w:r>
        <w:rPr>
          <w:rFonts w:ascii="Arial" w:hAnsi="Arial"/>
        </w:rPr>
        <w:t xml:space="preserve">I don't think so. </w:t>
      </w:r>
    </w:p>
    <w:p w14:paraId="2E870231" w14:textId="77777777" w:rsidR="007F3D28" w:rsidRDefault="007F3D28">
      <w:pPr>
        <w:spacing w:after="0"/>
      </w:pPr>
    </w:p>
    <w:p w14:paraId="0C6BE041" w14:textId="77777777" w:rsidR="007F3D28" w:rsidRDefault="00C40296">
      <w:pPr>
        <w:spacing w:after="0"/>
      </w:pPr>
      <w:r>
        <w:rPr>
          <w:rFonts w:ascii="Arial" w:hAnsi="Arial"/>
          <w:b/>
        </w:rPr>
        <w:t xml:space="preserve">Interviewer P:  </w:t>
      </w:r>
      <w:r>
        <w:rPr>
          <w:rFonts w:ascii="Arial" w:hAnsi="Arial"/>
          <w:color w:val="5D7284"/>
        </w:rPr>
        <w:t>26:10</w:t>
      </w:r>
    </w:p>
    <w:p w14:paraId="2186D7E9" w14:textId="77777777" w:rsidR="007F3D28" w:rsidRDefault="00C40296">
      <w:pPr>
        <w:spacing w:after="0"/>
      </w:pPr>
      <w:r>
        <w:rPr>
          <w:rFonts w:ascii="Arial" w:hAnsi="Arial"/>
        </w:rPr>
        <w:t>Is the water do you think the water is moving in a circle. Or is it still and the tank and the is rotating around it and under it?</w:t>
      </w:r>
    </w:p>
    <w:p w14:paraId="4D15C542" w14:textId="77777777" w:rsidR="007F3D28" w:rsidRDefault="007F3D28">
      <w:pPr>
        <w:spacing w:after="0"/>
      </w:pPr>
    </w:p>
    <w:p w14:paraId="573D56FB" w14:textId="77777777" w:rsidR="007F3D28" w:rsidRDefault="00C40296">
      <w:pPr>
        <w:spacing w:after="0"/>
      </w:pPr>
      <w:r>
        <w:rPr>
          <w:rFonts w:ascii="Arial" w:hAnsi="Arial"/>
          <w:b/>
        </w:rPr>
        <w:t xml:space="preserve">Participant #26:  </w:t>
      </w:r>
      <w:r>
        <w:rPr>
          <w:rFonts w:ascii="Arial" w:hAnsi="Arial"/>
          <w:color w:val="5D7284"/>
        </w:rPr>
        <w:t>26:19</w:t>
      </w:r>
    </w:p>
    <w:p w14:paraId="673ECB80" w14:textId="77777777" w:rsidR="007F3D28" w:rsidRDefault="00C40296">
      <w:pPr>
        <w:spacing w:after="0"/>
      </w:pPr>
      <w:r>
        <w:rPr>
          <w:rFonts w:ascii="Arial" w:hAnsi="Arial"/>
        </w:rPr>
        <w:t xml:space="preserve">That the tank is rotating? </w:t>
      </w:r>
    </w:p>
    <w:p w14:paraId="6F11D20D" w14:textId="77777777" w:rsidR="007F3D28" w:rsidRDefault="007F3D28">
      <w:pPr>
        <w:spacing w:after="0"/>
      </w:pPr>
    </w:p>
    <w:p w14:paraId="19B433C9" w14:textId="77777777" w:rsidR="007F3D28" w:rsidRDefault="00C40296">
      <w:pPr>
        <w:spacing w:after="0"/>
      </w:pPr>
      <w:r>
        <w:rPr>
          <w:rFonts w:ascii="Arial" w:hAnsi="Arial"/>
          <w:b/>
        </w:rPr>
        <w:t xml:space="preserve">Interviewer P:  </w:t>
      </w:r>
      <w:r>
        <w:rPr>
          <w:rFonts w:ascii="Arial" w:hAnsi="Arial"/>
          <w:color w:val="5D7284"/>
        </w:rPr>
        <w:t>26:21</w:t>
      </w:r>
    </w:p>
    <w:p w14:paraId="313371A0" w14:textId="77777777" w:rsidR="007F3D28" w:rsidRDefault="00C40296">
      <w:pPr>
        <w:spacing w:after="0"/>
      </w:pPr>
      <w:r>
        <w:rPr>
          <w:rFonts w:ascii="Arial" w:hAnsi="Arial"/>
        </w:rPr>
        <w:t xml:space="preserve">Okay, so the water is staying still and the and the tank is rotating under it. </w:t>
      </w:r>
    </w:p>
    <w:p w14:paraId="1D9AC52B" w14:textId="77777777" w:rsidR="007F3D28" w:rsidRDefault="007F3D28">
      <w:pPr>
        <w:spacing w:after="0"/>
      </w:pPr>
    </w:p>
    <w:p w14:paraId="558AC562" w14:textId="77777777" w:rsidR="007F3D28" w:rsidRDefault="00C40296">
      <w:pPr>
        <w:spacing w:after="0"/>
      </w:pPr>
      <w:r>
        <w:rPr>
          <w:rFonts w:ascii="Arial" w:hAnsi="Arial"/>
          <w:b/>
        </w:rPr>
        <w:t xml:space="preserve">Participant #26:  </w:t>
      </w:r>
      <w:r>
        <w:rPr>
          <w:rFonts w:ascii="Arial" w:hAnsi="Arial"/>
          <w:color w:val="5D7284"/>
        </w:rPr>
        <w:t>26:26</w:t>
      </w:r>
    </w:p>
    <w:p w14:paraId="47C3145F" w14:textId="77777777" w:rsidR="007F3D28" w:rsidRDefault="00C40296">
      <w:pPr>
        <w:spacing w:after="0"/>
      </w:pPr>
      <w:r>
        <w:rPr>
          <w:rFonts w:ascii="Arial" w:hAnsi="Arial"/>
        </w:rPr>
        <w:t xml:space="preserve">Yeah, yes. </w:t>
      </w:r>
    </w:p>
    <w:p w14:paraId="21F15D33" w14:textId="77777777" w:rsidR="007F3D28" w:rsidRDefault="007F3D28">
      <w:pPr>
        <w:spacing w:after="0"/>
      </w:pPr>
    </w:p>
    <w:p w14:paraId="43913B74" w14:textId="77777777" w:rsidR="007F3D28" w:rsidRDefault="00C40296">
      <w:pPr>
        <w:spacing w:after="0"/>
      </w:pPr>
      <w:r>
        <w:rPr>
          <w:rFonts w:ascii="Arial" w:hAnsi="Arial"/>
          <w:b/>
        </w:rPr>
        <w:t xml:space="preserve">Interviewer P:  </w:t>
      </w:r>
      <w:r>
        <w:rPr>
          <w:rFonts w:ascii="Arial" w:hAnsi="Arial"/>
          <w:color w:val="5D7284"/>
        </w:rPr>
        <w:t>26:27</w:t>
      </w:r>
    </w:p>
    <w:p w14:paraId="35A2A762" w14:textId="77777777" w:rsidR="007F3D28" w:rsidRDefault="00C40296">
      <w:pPr>
        <w:spacing w:after="0"/>
      </w:pPr>
      <w:r>
        <w:rPr>
          <w:rFonts w:ascii="Arial" w:hAnsi="Arial"/>
        </w:rPr>
        <w:t xml:space="preserve">Okay, so do you think that it would stay that way. </w:t>
      </w:r>
      <w:r>
        <w:rPr>
          <w:rFonts w:ascii="Arial" w:hAnsi="Arial"/>
        </w:rPr>
        <w:t>Like if we left this spinning and came back tomorrow. Do you think those columns would still be there?</w:t>
      </w:r>
    </w:p>
    <w:p w14:paraId="3BFC3710" w14:textId="77777777" w:rsidR="007F3D28" w:rsidRDefault="007F3D28">
      <w:pPr>
        <w:spacing w:after="0"/>
      </w:pPr>
    </w:p>
    <w:p w14:paraId="55D94032" w14:textId="77777777" w:rsidR="007F3D28" w:rsidRDefault="00C40296">
      <w:pPr>
        <w:spacing w:after="0"/>
      </w:pPr>
      <w:r>
        <w:rPr>
          <w:rFonts w:ascii="Arial" w:hAnsi="Arial"/>
          <w:b/>
        </w:rPr>
        <w:t xml:space="preserve">Participant #26:  </w:t>
      </w:r>
      <w:r>
        <w:rPr>
          <w:rFonts w:ascii="Arial" w:hAnsi="Arial"/>
          <w:color w:val="5D7284"/>
        </w:rPr>
        <w:t>26:35</w:t>
      </w:r>
    </w:p>
    <w:p w14:paraId="0A80A0C6" w14:textId="77777777" w:rsidR="007F3D28" w:rsidRDefault="00C40296">
      <w:pPr>
        <w:spacing w:after="0"/>
      </w:pPr>
      <w:r>
        <w:rPr>
          <w:rFonts w:ascii="Arial" w:hAnsi="Arial"/>
        </w:rPr>
        <w:t>I don't think so. Because it's diffusing a bit more now. But it could. I don't really know. That's a good question. But maybe it would say if you kept it rotating? Or maybe the columns at one point would fall because all the all the the dye would get to the bottom of the tank.</w:t>
      </w:r>
    </w:p>
    <w:p w14:paraId="03A480E8" w14:textId="77777777" w:rsidR="007F3D28" w:rsidRDefault="007F3D28">
      <w:pPr>
        <w:spacing w:after="0"/>
      </w:pPr>
    </w:p>
    <w:p w14:paraId="58F207DE" w14:textId="77777777" w:rsidR="007F3D28" w:rsidRDefault="00C40296">
      <w:pPr>
        <w:spacing w:after="0"/>
      </w:pPr>
      <w:r>
        <w:rPr>
          <w:rFonts w:ascii="Arial" w:hAnsi="Arial"/>
          <w:b/>
        </w:rPr>
        <w:t xml:space="preserve">Interviewer P:  </w:t>
      </w:r>
      <w:r>
        <w:rPr>
          <w:rFonts w:ascii="Arial" w:hAnsi="Arial"/>
          <w:color w:val="5D7284"/>
        </w:rPr>
        <w:t>27:02</w:t>
      </w:r>
    </w:p>
    <w:p w14:paraId="5824A358" w14:textId="6D2FF247" w:rsidR="007F3D28" w:rsidRDefault="00C40296">
      <w:pPr>
        <w:spacing w:after="0"/>
      </w:pPr>
      <w:r>
        <w:rPr>
          <w:rFonts w:ascii="Arial" w:hAnsi="Arial"/>
        </w:rPr>
        <w:t xml:space="preserve">Yeah, I hear Yeah. All right. </w:t>
      </w:r>
      <w:r w:rsidR="00255CED">
        <w:rPr>
          <w:rFonts w:ascii="Arial" w:hAnsi="Arial"/>
        </w:rPr>
        <w:t>So,</w:t>
      </w:r>
      <w:r>
        <w:rPr>
          <w:rFonts w:ascii="Arial" w:hAnsi="Arial"/>
        </w:rPr>
        <w:t xml:space="preserve"> if that water isn't moving, and that water isn't moving, then why the difference?</w:t>
      </w:r>
    </w:p>
    <w:p w14:paraId="109B3CB1" w14:textId="77777777" w:rsidR="007F3D28" w:rsidRDefault="007F3D28">
      <w:pPr>
        <w:spacing w:after="0"/>
      </w:pPr>
    </w:p>
    <w:p w14:paraId="2E73FDFC" w14:textId="77777777" w:rsidR="007F3D28" w:rsidRDefault="00C40296">
      <w:pPr>
        <w:spacing w:after="0"/>
      </w:pPr>
      <w:r>
        <w:rPr>
          <w:rFonts w:ascii="Arial" w:hAnsi="Arial"/>
          <w:b/>
        </w:rPr>
        <w:t xml:space="preserve">Participant #26:  </w:t>
      </w:r>
      <w:r>
        <w:rPr>
          <w:rFonts w:ascii="Arial" w:hAnsi="Arial"/>
          <w:color w:val="5D7284"/>
        </w:rPr>
        <w:t>27:16</w:t>
      </w:r>
    </w:p>
    <w:p w14:paraId="32E3826A" w14:textId="74FC8878" w:rsidR="007F3D28" w:rsidRDefault="00C40296">
      <w:pPr>
        <w:spacing w:after="0"/>
      </w:pPr>
      <w:r>
        <w:rPr>
          <w:rFonts w:ascii="Arial" w:hAnsi="Arial"/>
        </w:rPr>
        <w:t xml:space="preserve">Maybe because it's a bigger air, it's more volume. So that what it is a smaller space, and you put the dye closer together. </w:t>
      </w:r>
      <w:r w:rsidR="00255CED">
        <w:rPr>
          <w:rFonts w:ascii="Arial" w:hAnsi="Arial"/>
        </w:rPr>
        <w:t>So,</w:t>
      </w:r>
      <w:r>
        <w:rPr>
          <w:rFonts w:ascii="Arial" w:hAnsi="Arial"/>
        </w:rPr>
        <w:t xml:space="preserve"> it spread more together than these. Because it's more area for it to spread.</w:t>
      </w:r>
    </w:p>
    <w:p w14:paraId="5D0EFC7D" w14:textId="77777777" w:rsidR="007F3D28" w:rsidRDefault="007F3D28">
      <w:pPr>
        <w:spacing w:after="0"/>
      </w:pPr>
    </w:p>
    <w:p w14:paraId="22F93B67" w14:textId="77777777" w:rsidR="007F3D28" w:rsidRDefault="00C40296">
      <w:pPr>
        <w:spacing w:after="0"/>
      </w:pPr>
      <w:r>
        <w:rPr>
          <w:rFonts w:ascii="Arial" w:hAnsi="Arial"/>
          <w:b/>
        </w:rPr>
        <w:t xml:space="preserve">Interviewer P:  </w:t>
      </w:r>
      <w:r>
        <w:rPr>
          <w:rFonts w:ascii="Arial" w:hAnsi="Arial"/>
          <w:color w:val="5D7284"/>
        </w:rPr>
        <w:t>27:35</w:t>
      </w:r>
    </w:p>
    <w:p w14:paraId="4E6898C9" w14:textId="77777777" w:rsidR="007F3D28" w:rsidRDefault="00C40296">
      <w:pPr>
        <w:spacing w:after="0"/>
      </w:pPr>
      <w:r>
        <w:rPr>
          <w:rFonts w:ascii="Arial" w:hAnsi="Arial"/>
        </w:rPr>
        <w:t>Is there anything that you think I could do to the tank to make it do this and give it those swirls?</w:t>
      </w:r>
    </w:p>
    <w:p w14:paraId="1DBA43F8" w14:textId="77777777" w:rsidR="007F3D28" w:rsidRDefault="007F3D28">
      <w:pPr>
        <w:spacing w:after="0"/>
      </w:pPr>
    </w:p>
    <w:p w14:paraId="0DCE389E" w14:textId="77777777" w:rsidR="007F3D28" w:rsidRDefault="00C40296">
      <w:pPr>
        <w:spacing w:after="0"/>
      </w:pPr>
      <w:r>
        <w:rPr>
          <w:rFonts w:ascii="Arial" w:hAnsi="Arial"/>
          <w:b/>
        </w:rPr>
        <w:t xml:space="preserve">Participant #26:  </w:t>
      </w:r>
      <w:r>
        <w:rPr>
          <w:rFonts w:ascii="Arial" w:hAnsi="Arial"/>
          <w:color w:val="5D7284"/>
        </w:rPr>
        <w:t>27:42</w:t>
      </w:r>
    </w:p>
    <w:p w14:paraId="3B5ECFBA" w14:textId="77777777" w:rsidR="007F3D28" w:rsidRDefault="00C40296">
      <w:pPr>
        <w:spacing w:after="0"/>
      </w:pPr>
      <w:r>
        <w:rPr>
          <w:rFonts w:ascii="Arial" w:hAnsi="Arial"/>
        </w:rPr>
        <w:t>Maybe if you were like.</w:t>
      </w:r>
    </w:p>
    <w:p w14:paraId="3F53F39A" w14:textId="77777777" w:rsidR="007F3D28" w:rsidRDefault="007F3D28">
      <w:pPr>
        <w:spacing w:after="0"/>
      </w:pPr>
    </w:p>
    <w:p w14:paraId="12B53D67" w14:textId="77777777" w:rsidR="007F3D28" w:rsidRDefault="00C40296">
      <w:pPr>
        <w:spacing w:after="0"/>
      </w:pPr>
      <w:r>
        <w:rPr>
          <w:rFonts w:ascii="Arial" w:hAnsi="Arial"/>
          <w:b/>
        </w:rPr>
        <w:t xml:space="preserve">Interviewer P:  </w:t>
      </w:r>
      <w:r>
        <w:rPr>
          <w:rFonts w:ascii="Arial" w:hAnsi="Arial"/>
          <w:color w:val="5D7284"/>
        </w:rPr>
        <w:t>27:44</w:t>
      </w:r>
    </w:p>
    <w:p w14:paraId="4E0165D2" w14:textId="65CDFFD3" w:rsidR="007F3D28" w:rsidRDefault="00C40296">
      <w:pPr>
        <w:spacing w:after="0"/>
      </w:pPr>
      <w:r>
        <w:rPr>
          <w:rFonts w:ascii="Arial" w:hAnsi="Arial"/>
        </w:rPr>
        <w:t xml:space="preserve">Put something in it and </w:t>
      </w:r>
      <w:r w:rsidR="00255CED">
        <w:rPr>
          <w:rFonts w:ascii="Arial" w:hAnsi="Arial"/>
        </w:rPr>
        <w:t>stirred</w:t>
      </w:r>
      <w:r>
        <w:rPr>
          <w:rFonts w:ascii="Arial" w:hAnsi="Arial"/>
        </w:rPr>
        <w:t xml:space="preserve"> it.</w:t>
      </w:r>
    </w:p>
    <w:p w14:paraId="26ABF51E" w14:textId="77777777" w:rsidR="007F3D28" w:rsidRDefault="007F3D28">
      <w:pPr>
        <w:spacing w:after="0"/>
      </w:pPr>
    </w:p>
    <w:p w14:paraId="2DE752D8" w14:textId="77777777" w:rsidR="007F3D28" w:rsidRDefault="00C40296">
      <w:pPr>
        <w:spacing w:after="0"/>
      </w:pPr>
      <w:r>
        <w:rPr>
          <w:rFonts w:ascii="Arial" w:hAnsi="Arial"/>
          <w:b/>
        </w:rPr>
        <w:t xml:space="preserve">Participant #26:  </w:t>
      </w:r>
      <w:r>
        <w:rPr>
          <w:rFonts w:ascii="Arial" w:hAnsi="Arial"/>
          <w:color w:val="5D7284"/>
        </w:rPr>
        <w:t>27:45</w:t>
      </w:r>
    </w:p>
    <w:p w14:paraId="1E62053B" w14:textId="77777777" w:rsidR="007F3D28" w:rsidRDefault="00C40296">
      <w:pPr>
        <w:spacing w:after="0"/>
      </w:pPr>
      <w:r>
        <w:rPr>
          <w:rFonts w:ascii="Arial" w:hAnsi="Arial"/>
        </w:rPr>
        <w:t>Yeah, like with a spoon and you started it. Maybe it would do that.</w:t>
      </w:r>
    </w:p>
    <w:p w14:paraId="316F7D54" w14:textId="77777777" w:rsidR="007F3D28" w:rsidRDefault="007F3D28">
      <w:pPr>
        <w:spacing w:after="0"/>
      </w:pPr>
    </w:p>
    <w:p w14:paraId="1D27D1A4" w14:textId="77777777" w:rsidR="007F3D28" w:rsidRDefault="00C40296">
      <w:pPr>
        <w:spacing w:after="0"/>
      </w:pPr>
      <w:r>
        <w:rPr>
          <w:rFonts w:ascii="Arial" w:hAnsi="Arial"/>
          <w:b/>
        </w:rPr>
        <w:t xml:space="preserve">Interviewer P:  </w:t>
      </w:r>
      <w:r>
        <w:rPr>
          <w:rFonts w:ascii="Arial" w:hAnsi="Arial"/>
          <w:color w:val="5D7284"/>
        </w:rPr>
        <w:t>27:49</w:t>
      </w:r>
    </w:p>
    <w:p w14:paraId="1BA2370E" w14:textId="77777777" w:rsidR="007F3D28" w:rsidRDefault="00C40296">
      <w:pPr>
        <w:spacing w:after="0"/>
      </w:pPr>
      <w:r>
        <w:rPr>
          <w:rFonts w:ascii="Arial" w:hAnsi="Arial"/>
        </w:rPr>
        <w:t xml:space="preserve">And what do you think would happen to the dye if I stopped the tank? </w:t>
      </w:r>
    </w:p>
    <w:p w14:paraId="3926C996" w14:textId="77777777" w:rsidR="007F3D28" w:rsidRDefault="007F3D28">
      <w:pPr>
        <w:spacing w:after="0"/>
      </w:pPr>
    </w:p>
    <w:p w14:paraId="20104D7F" w14:textId="77777777" w:rsidR="007F3D28" w:rsidRDefault="00C40296">
      <w:pPr>
        <w:spacing w:after="0"/>
      </w:pPr>
      <w:r>
        <w:rPr>
          <w:rFonts w:ascii="Arial" w:hAnsi="Arial"/>
          <w:b/>
        </w:rPr>
        <w:t xml:space="preserve">Participant #26:  </w:t>
      </w:r>
      <w:r>
        <w:rPr>
          <w:rFonts w:ascii="Arial" w:hAnsi="Arial"/>
          <w:color w:val="5D7284"/>
        </w:rPr>
        <w:t>27:54</w:t>
      </w:r>
    </w:p>
    <w:p w14:paraId="2C79B7FC" w14:textId="61F6574F" w:rsidR="007F3D28" w:rsidRDefault="00255CED">
      <w:pPr>
        <w:spacing w:after="0"/>
      </w:pPr>
      <w:r>
        <w:rPr>
          <w:rFonts w:ascii="Arial" w:hAnsi="Arial"/>
        </w:rPr>
        <w:t>Oh, the blue dye or the pink dye?</w:t>
      </w:r>
    </w:p>
    <w:p w14:paraId="549416E3" w14:textId="77777777" w:rsidR="007F3D28" w:rsidRDefault="007F3D28">
      <w:pPr>
        <w:spacing w:after="0"/>
      </w:pPr>
    </w:p>
    <w:p w14:paraId="503EE239" w14:textId="77777777" w:rsidR="007F3D28" w:rsidRDefault="00C40296">
      <w:pPr>
        <w:spacing w:after="0"/>
      </w:pPr>
      <w:r>
        <w:rPr>
          <w:rFonts w:ascii="Arial" w:hAnsi="Arial"/>
          <w:b/>
        </w:rPr>
        <w:t xml:space="preserve">Interviewer P:  </w:t>
      </w:r>
      <w:r>
        <w:rPr>
          <w:rFonts w:ascii="Arial" w:hAnsi="Arial"/>
          <w:color w:val="5D7284"/>
        </w:rPr>
        <w:t>28:03</w:t>
      </w:r>
    </w:p>
    <w:p w14:paraId="177983CB" w14:textId="77777777" w:rsidR="007F3D28" w:rsidRDefault="00C40296">
      <w:pPr>
        <w:spacing w:after="0"/>
      </w:pPr>
      <w:r>
        <w:rPr>
          <w:rFonts w:ascii="Arial" w:hAnsi="Arial"/>
        </w:rPr>
        <w:lastRenderedPageBreak/>
        <w:t>Any any</w:t>
      </w:r>
      <w:r>
        <w:rPr>
          <w:rFonts w:ascii="Arial" w:hAnsi="Arial"/>
        </w:rPr>
        <w:t xml:space="preserve"> of it. And in fact, I can put some more of the pink dye end to kind of freshen it up. And that way we can stop it and see what happens. But I'll let you tell me what you think is gonna happen first.</w:t>
      </w:r>
    </w:p>
    <w:p w14:paraId="2BC1C97B" w14:textId="77777777" w:rsidR="007F3D28" w:rsidRDefault="007F3D28">
      <w:pPr>
        <w:spacing w:after="0"/>
      </w:pPr>
    </w:p>
    <w:p w14:paraId="445B3924" w14:textId="77777777" w:rsidR="007F3D28" w:rsidRDefault="00C40296">
      <w:pPr>
        <w:spacing w:after="0"/>
      </w:pPr>
      <w:r>
        <w:rPr>
          <w:rFonts w:ascii="Arial" w:hAnsi="Arial"/>
          <w:b/>
        </w:rPr>
        <w:t xml:space="preserve">Participant #26:  </w:t>
      </w:r>
      <w:r>
        <w:rPr>
          <w:rFonts w:ascii="Arial" w:hAnsi="Arial"/>
          <w:color w:val="5D7284"/>
        </w:rPr>
        <w:t>28:20</w:t>
      </w:r>
    </w:p>
    <w:p w14:paraId="7AAC0286" w14:textId="77777777" w:rsidR="007F3D28" w:rsidRDefault="00C40296">
      <w:pPr>
        <w:spacing w:after="0"/>
      </w:pPr>
      <w:r>
        <w:rPr>
          <w:rFonts w:ascii="Arial" w:hAnsi="Arial"/>
        </w:rPr>
        <w:t xml:space="preserve">Hm, if you stopped it, I think I'd say the same. I don't think it would. It would change. </w:t>
      </w:r>
    </w:p>
    <w:p w14:paraId="33E9D6D3" w14:textId="77777777" w:rsidR="007F3D28" w:rsidRDefault="007F3D28">
      <w:pPr>
        <w:spacing w:after="0"/>
      </w:pPr>
    </w:p>
    <w:p w14:paraId="2CE33824" w14:textId="77777777" w:rsidR="007F3D28" w:rsidRDefault="00C40296">
      <w:pPr>
        <w:spacing w:after="0"/>
      </w:pPr>
      <w:r>
        <w:rPr>
          <w:rFonts w:ascii="Arial" w:hAnsi="Arial"/>
          <w:b/>
        </w:rPr>
        <w:t xml:space="preserve">Interviewer P:  </w:t>
      </w:r>
      <w:r>
        <w:rPr>
          <w:rFonts w:ascii="Arial" w:hAnsi="Arial"/>
          <w:color w:val="5D7284"/>
        </w:rPr>
        <w:t>28:29</w:t>
      </w:r>
    </w:p>
    <w:p w14:paraId="23ED8E9A" w14:textId="77777777" w:rsidR="007F3D28" w:rsidRDefault="00C40296">
      <w:pPr>
        <w:spacing w:after="0"/>
      </w:pPr>
      <w:r>
        <w:rPr>
          <w:rFonts w:ascii="Arial" w:hAnsi="Arial"/>
        </w:rPr>
        <w:t>And is that because you're going off of what you said before, which is that the water is still.</w:t>
      </w:r>
    </w:p>
    <w:p w14:paraId="6B847565" w14:textId="77777777" w:rsidR="007F3D28" w:rsidRDefault="007F3D28">
      <w:pPr>
        <w:spacing w:after="0"/>
      </w:pPr>
    </w:p>
    <w:p w14:paraId="5398A085" w14:textId="77777777" w:rsidR="007F3D28" w:rsidRDefault="00C40296">
      <w:pPr>
        <w:spacing w:after="0"/>
      </w:pPr>
      <w:r>
        <w:rPr>
          <w:rFonts w:ascii="Arial" w:hAnsi="Arial"/>
          <w:b/>
        </w:rPr>
        <w:t xml:space="preserve">Participant #26:  </w:t>
      </w:r>
      <w:r>
        <w:rPr>
          <w:rFonts w:ascii="Arial" w:hAnsi="Arial"/>
          <w:color w:val="5D7284"/>
        </w:rPr>
        <w:t>28:35</w:t>
      </w:r>
    </w:p>
    <w:p w14:paraId="2152FFAF" w14:textId="1CDFC1B0" w:rsidR="007F3D28" w:rsidRDefault="00C40296">
      <w:pPr>
        <w:spacing w:after="0"/>
      </w:pPr>
      <w:r>
        <w:rPr>
          <w:rFonts w:ascii="Arial" w:hAnsi="Arial"/>
        </w:rPr>
        <w:t xml:space="preserve">Yeah. And there's more volume. </w:t>
      </w:r>
      <w:r w:rsidR="00255CED">
        <w:rPr>
          <w:rFonts w:ascii="Arial" w:hAnsi="Arial"/>
        </w:rPr>
        <w:t>So,</w:t>
      </w:r>
      <w:r>
        <w:rPr>
          <w:rFonts w:ascii="Arial" w:hAnsi="Arial"/>
        </w:rPr>
        <w:t xml:space="preserve"> it would still not mixed. If you made it stop.</w:t>
      </w:r>
    </w:p>
    <w:p w14:paraId="0827AF99" w14:textId="77777777" w:rsidR="007F3D28" w:rsidRDefault="007F3D28">
      <w:pPr>
        <w:spacing w:after="0"/>
      </w:pPr>
    </w:p>
    <w:p w14:paraId="75883DF2" w14:textId="77777777" w:rsidR="007F3D28" w:rsidRDefault="00C40296">
      <w:pPr>
        <w:spacing w:after="0"/>
      </w:pPr>
      <w:r>
        <w:rPr>
          <w:rFonts w:ascii="Arial" w:hAnsi="Arial"/>
          <w:b/>
        </w:rPr>
        <w:t xml:space="preserve">Interviewer P:  </w:t>
      </w:r>
      <w:r>
        <w:rPr>
          <w:rFonts w:ascii="Arial" w:hAnsi="Arial"/>
          <w:color w:val="5D7284"/>
        </w:rPr>
        <w:t>28:42</w:t>
      </w:r>
    </w:p>
    <w:p w14:paraId="06BD640E" w14:textId="77777777" w:rsidR="007F3D28" w:rsidRDefault="00C40296">
      <w:pPr>
        <w:spacing w:after="0"/>
      </w:pPr>
      <w:r>
        <w:rPr>
          <w:rFonts w:ascii="Arial" w:hAnsi="Arial"/>
        </w:rPr>
        <w:t>Do you think it would swirl?</w:t>
      </w:r>
    </w:p>
    <w:p w14:paraId="2AB41938" w14:textId="77777777" w:rsidR="007F3D28" w:rsidRDefault="007F3D28">
      <w:pPr>
        <w:spacing w:after="0"/>
      </w:pPr>
    </w:p>
    <w:p w14:paraId="5A3852A8" w14:textId="77777777" w:rsidR="007F3D28" w:rsidRDefault="00C40296">
      <w:pPr>
        <w:spacing w:after="0"/>
      </w:pPr>
      <w:r>
        <w:rPr>
          <w:rFonts w:ascii="Arial" w:hAnsi="Arial"/>
          <w:b/>
        </w:rPr>
        <w:t xml:space="preserve">Participant #26:  </w:t>
      </w:r>
      <w:r>
        <w:rPr>
          <w:rFonts w:ascii="Arial" w:hAnsi="Arial"/>
          <w:color w:val="5D7284"/>
        </w:rPr>
        <w:t>28:46</w:t>
      </w:r>
    </w:p>
    <w:p w14:paraId="3DC7E4A7" w14:textId="77777777" w:rsidR="007F3D28" w:rsidRDefault="00C40296">
      <w:pPr>
        <w:spacing w:after="0"/>
      </w:pPr>
      <w:r>
        <w:rPr>
          <w:rFonts w:ascii="Arial" w:hAnsi="Arial"/>
        </w:rPr>
        <w:t xml:space="preserve">I mean, unless when you stop it, it makes like a wave. </w:t>
      </w:r>
    </w:p>
    <w:p w14:paraId="389BAA8B" w14:textId="77777777" w:rsidR="007F3D28" w:rsidRDefault="007F3D28">
      <w:pPr>
        <w:spacing w:after="0"/>
      </w:pPr>
    </w:p>
    <w:p w14:paraId="46EA6219" w14:textId="77777777" w:rsidR="007F3D28" w:rsidRDefault="00C40296">
      <w:pPr>
        <w:spacing w:after="0"/>
      </w:pPr>
      <w:r>
        <w:rPr>
          <w:rFonts w:ascii="Arial" w:hAnsi="Arial"/>
          <w:b/>
        </w:rPr>
        <w:t xml:space="preserve">Interviewer P:  </w:t>
      </w:r>
      <w:r>
        <w:rPr>
          <w:rFonts w:ascii="Arial" w:hAnsi="Arial"/>
          <w:color w:val="5D7284"/>
        </w:rPr>
        <w:t>28:49</w:t>
      </w:r>
    </w:p>
    <w:p w14:paraId="28C23D7D" w14:textId="77777777" w:rsidR="007F3D28" w:rsidRDefault="00C40296">
      <w:pPr>
        <w:spacing w:after="0"/>
      </w:pPr>
      <w:r>
        <w:rPr>
          <w:rFonts w:ascii="Arial" w:hAnsi="Arial"/>
        </w:rPr>
        <w:t>Okay.</w:t>
      </w:r>
    </w:p>
    <w:p w14:paraId="3EBDA72C" w14:textId="77777777" w:rsidR="007F3D28" w:rsidRDefault="007F3D28">
      <w:pPr>
        <w:spacing w:after="0"/>
      </w:pPr>
    </w:p>
    <w:p w14:paraId="0CC316C2" w14:textId="77777777" w:rsidR="007F3D28" w:rsidRDefault="00C40296">
      <w:pPr>
        <w:spacing w:after="0"/>
      </w:pPr>
      <w:r>
        <w:rPr>
          <w:rFonts w:ascii="Arial" w:hAnsi="Arial"/>
          <w:b/>
        </w:rPr>
        <w:t xml:space="preserve">Participant #26:  </w:t>
      </w:r>
      <w:r>
        <w:rPr>
          <w:rFonts w:ascii="Arial" w:hAnsi="Arial"/>
          <w:color w:val="5D7284"/>
        </w:rPr>
        <w:t>28:50</w:t>
      </w:r>
    </w:p>
    <w:p w14:paraId="334CC6CD" w14:textId="77777777" w:rsidR="007F3D28" w:rsidRDefault="00C40296">
      <w:pPr>
        <w:spacing w:after="0"/>
      </w:pPr>
      <w:r>
        <w:rPr>
          <w:rFonts w:ascii="Arial" w:hAnsi="Arial"/>
        </w:rPr>
        <w:t>Maybe. But I don't think it would make the water move if you stopped it.</w:t>
      </w:r>
    </w:p>
    <w:p w14:paraId="23737466" w14:textId="77777777" w:rsidR="007F3D28" w:rsidRDefault="007F3D28">
      <w:pPr>
        <w:spacing w:after="0"/>
      </w:pPr>
    </w:p>
    <w:p w14:paraId="1F45434D" w14:textId="77777777" w:rsidR="007F3D28" w:rsidRDefault="00C40296">
      <w:pPr>
        <w:spacing w:after="0"/>
      </w:pPr>
      <w:r>
        <w:rPr>
          <w:rFonts w:ascii="Arial" w:hAnsi="Arial"/>
          <w:b/>
        </w:rPr>
        <w:t xml:space="preserve">Interviewer P:  </w:t>
      </w:r>
      <w:r>
        <w:rPr>
          <w:rFonts w:ascii="Arial" w:hAnsi="Arial"/>
          <w:color w:val="5D7284"/>
        </w:rPr>
        <w:t>28:56</w:t>
      </w:r>
    </w:p>
    <w:p w14:paraId="3F339712" w14:textId="77777777" w:rsidR="007F3D28" w:rsidRDefault="00C40296">
      <w:pPr>
        <w:spacing w:after="0"/>
      </w:pPr>
      <w:r>
        <w:rPr>
          <w:rFonts w:ascii="Arial" w:hAnsi="Arial"/>
        </w:rPr>
        <w:t>Let's try it and see.</w:t>
      </w:r>
    </w:p>
    <w:p w14:paraId="39376CEC" w14:textId="77777777" w:rsidR="007F3D28" w:rsidRDefault="007F3D28">
      <w:pPr>
        <w:spacing w:after="0"/>
      </w:pPr>
    </w:p>
    <w:p w14:paraId="1E5A7C58" w14:textId="77777777" w:rsidR="007F3D28" w:rsidRDefault="00C40296">
      <w:pPr>
        <w:spacing w:after="0"/>
      </w:pPr>
      <w:r>
        <w:rPr>
          <w:rFonts w:ascii="Arial" w:hAnsi="Arial"/>
          <w:b/>
        </w:rPr>
        <w:t xml:space="preserve">Participant #26:  </w:t>
      </w:r>
      <w:r>
        <w:rPr>
          <w:rFonts w:ascii="Arial" w:hAnsi="Arial"/>
          <w:color w:val="5D7284"/>
        </w:rPr>
        <w:t>29:02</w:t>
      </w:r>
    </w:p>
    <w:p w14:paraId="1060F0F2" w14:textId="2487FE52" w:rsidR="007F3D28" w:rsidRDefault="00C40296">
      <w:pPr>
        <w:spacing w:after="0"/>
      </w:pPr>
      <w:r>
        <w:rPr>
          <w:rFonts w:ascii="Arial" w:hAnsi="Arial"/>
        </w:rPr>
        <w:t xml:space="preserve">Oh. </w:t>
      </w:r>
      <w:r w:rsidR="00255CED">
        <w:rPr>
          <w:rFonts w:ascii="Arial" w:hAnsi="Arial"/>
        </w:rPr>
        <w:t>So,</w:t>
      </w:r>
      <w:r>
        <w:rPr>
          <w:rFonts w:ascii="Arial" w:hAnsi="Arial"/>
        </w:rPr>
        <w:t xml:space="preserve"> the water was moving.</w:t>
      </w:r>
    </w:p>
    <w:p w14:paraId="7208377F" w14:textId="77777777" w:rsidR="007F3D28" w:rsidRDefault="007F3D28">
      <w:pPr>
        <w:spacing w:after="0"/>
      </w:pPr>
    </w:p>
    <w:p w14:paraId="4045FD32" w14:textId="77777777" w:rsidR="007F3D28" w:rsidRDefault="00C40296">
      <w:pPr>
        <w:spacing w:after="0"/>
      </w:pPr>
      <w:r>
        <w:rPr>
          <w:rFonts w:ascii="Arial" w:hAnsi="Arial"/>
          <w:b/>
        </w:rPr>
        <w:t xml:space="preserve">Interviewer P:  </w:t>
      </w:r>
      <w:r>
        <w:rPr>
          <w:rFonts w:ascii="Arial" w:hAnsi="Arial"/>
          <w:color w:val="5D7284"/>
        </w:rPr>
        <w:t>29:08</w:t>
      </w:r>
    </w:p>
    <w:p w14:paraId="580F3CF5" w14:textId="77777777" w:rsidR="007F3D28" w:rsidRDefault="00C40296">
      <w:pPr>
        <w:spacing w:after="0"/>
      </w:pPr>
      <w:r>
        <w:rPr>
          <w:rFonts w:ascii="Arial" w:hAnsi="Arial"/>
        </w:rPr>
        <w:t>Is it swirling?</w:t>
      </w:r>
    </w:p>
    <w:p w14:paraId="5BA25C04" w14:textId="77777777" w:rsidR="007F3D28" w:rsidRDefault="007F3D28">
      <w:pPr>
        <w:spacing w:after="0"/>
      </w:pPr>
    </w:p>
    <w:p w14:paraId="7EB0FD8F" w14:textId="77777777" w:rsidR="007F3D28" w:rsidRDefault="00C40296">
      <w:pPr>
        <w:spacing w:after="0"/>
      </w:pPr>
      <w:r>
        <w:rPr>
          <w:rFonts w:ascii="Arial" w:hAnsi="Arial"/>
          <w:b/>
        </w:rPr>
        <w:t xml:space="preserve">Participant #26:  </w:t>
      </w:r>
      <w:r>
        <w:rPr>
          <w:rFonts w:ascii="Arial" w:hAnsi="Arial"/>
          <w:color w:val="5D7284"/>
        </w:rPr>
        <w:t>29:09</w:t>
      </w:r>
    </w:p>
    <w:p w14:paraId="66FC5DAB" w14:textId="77777777" w:rsidR="007F3D28" w:rsidRDefault="00C40296">
      <w:pPr>
        <w:spacing w:after="0"/>
      </w:pPr>
      <w:r>
        <w:rPr>
          <w:rFonts w:ascii="Arial" w:hAnsi="Arial"/>
        </w:rPr>
        <w:t xml:space="preserve">A little bit, but not really. I feel like it's more </w:t>
      </w:r>
      <w:r>
        <w:rPr>
          <w:rFonts w:ascii="Arial" w:hAnsi="Arial"/>
        </w:rPr>
        <w:t>like there's dispersing.</w:t>
      </w:r>
    </w:p>
    <w:p w14:paraId="7AA25996" w14:textId="77777777" w:rsidR="007F3D28" w:rsidRDefault="007F3D28">
      <w:pPr>
        <w:spacing w:after="0"/>
      </w:pPr>
    </w:p>
    <w:p w14:paraId="4153C1FC" w14:textId="77777777" w:rsidR="007F3D28" w:rsidRDefault="00C40296">
      <w:pPr>
        <w:spacing w:after="0"/>
      </w:pPr>
      <w:r>
        <w:rPr>
          <w:rFonts w:ascii="Arial" w:hAnsi="Arial"/>
          <w:b/>
        </w:rPr>
        <w:t xml:space="preserve">Interviewer P:  </w:t>
      </w:r>
      <w:r>
        <w:rPr>
          <w:rFonts w:ascii="Arial" w:hAnsi="Arial"/>
          <w:color w:val="5D7284"/>
        </w:rPr>
        <w:t>29:15</w:t>
      </w:r>
    </w:p>
    <w:p w14:paraId="4545A901" w14:textId="77777777" w:rsidR="007F3D28" w:rsidRDefault="00C40296">
      <w:pPr>
        <w:spacing w:after="0"/>
      </w:pPr>
      <w:r>
        <w:rPr>
          <w:rFonts w:ascii="Arial" w:hAnsi="Arial"/>
        </w:rPr>
        <w:t xml:space="preserve">Yeah, look in the center here. Is it swirling there? </w:t>
      </w:r>
    </w:p>
    <w:p w14:paraId="1C7157A5" w14:textId="77777777" w:rsidR="007F3D28" w:rsidRDefault="007F3D28">
      <w:pPr>
        <w:spacing w:after="0"/>
      </w:pPr>
    </w:p>
    <w:p w14:paraId="433C04F8" w14:textId="77777777" w:rsidR="007F3D28" w:rsidRDefault="00C40296">
      <w:pPr>
        <w:spacing w:after="0"/>
      </w:pPr>
      <w:r>
        <w:rPr>
          <w:rFonts w:ascii="Arial" w:hAnsi="Arial"/>
          <w:b/>
        </w:rPr>
        <w:t xml:space="preserve">Participant #26:  </w:t>
      </w:r>
      <w:r>
        <w:rPr>
          <w:rFonts w:ascii="Arial" w:hAnsi="Arial"/>
          <w:color w:val="5D7284"/>
        </w:rPr>
        <w:t>29:19</w:t>
      </w:r>
    </w:p>
    <w:p w14:paraId="7097887D" w14:textId="21B41954" w:rsidR="007F3D28" w:rsidRDefault="00C40296">
      <w:pPr>
        <w:spacing w:after="0"/>
      </w:pPr>
      <w:r>
        <w:rPr>
          <w:rFonts w:ascii="Arial" w:hAnsi="Arial"/>
        </w:rPr>
        <w:t xml:space="preserve">Oh, a little bit. </w:t>
      </w:r>
      <w:r w:rsidR="00255CED">
        <w:rPr>
          <w:rFonts w:ascii="Arial" w:hAnsi="Arial"/>
        </w:rPr>
        <w:t>Yeah,</w:t>
      </w:r>
      <w:r>
        <w:rPr>
          <w:rFonts w:ascii="Arial" w:hAnsi="Arial"/>
        </w:rPr>
        <w:t xml:space="preserve"> the colors are mixing. </w:t>
      </w:r>
    </w:p>
    <w:p w14:paraId="005C20EB" w14:textId="77777777" w:rsidR="007F3D28" w:rsidRDefault="007F3D28">
      <w:pPr>
        <w:spacing w:after="0"/>
      </w:pPr>
    </w:p>
    <w:p w14:paraId="6967946F" w14:textId="77777777" w:rsidR="007F3D28" w:rsidRDefault="00C40296">
      <w:pPr>
        <w:spacing w:after="0"/>
      </w:pPr>
      <w:r>
        <w:rPr>
          <w:rFonts w:ascii="Arial" w:hAnsi="Arial"/>
          <w:b/>
        </w:rPr>
        <w:t xml:space="preserve">Interviewer P:  </w:t>
      </w:r>
      <w:r>
        <w:rPr>
          <w:rFonts w:ascii="Arial" w:hAnsi="Arial"/>
          <w:color w:val="5D7284"/>
        </w:rPr>
        <w:t>29:24</w:t>
      </w:r>
    </w:p>
    <w:p w14:paraId="45B667F4" w14:textId="77777777" w:rsidR="007F3D28" w:rsidRDefault="00C40296">
      <w:pPr>
        <w:spacing w:after="0"/>
      </w:pPr>
      <w:r>
        <w:rPr>
          <w:rFonts w:ascii="Arial" w:hAnsi="Arial"/>
        </w:rPr>
        <w:t>Here I see it a bit.</w:t>
      </w:r>
    </w:p>
    <w:p w14:paraId="01BEC6A6" w14:textId="77777777" w:rsidR="007F3D28" w:rsidRDefault="007F3D28">
      <w:pPr>
        <w:spacing w:after="0"/>
      </w:pPr>
    </w:p>
    <w:p w14:paraId="0ED77AF7" w14:textId="77777777" w:rsidR="007F3D28" w:rsidRDefault="00C40296">
      <w:pPr>
        <w:spacing w:after="0"/>
      </w:pPr>
      <w:r>
        <w:rPr>
          <w:rFonts w:ascii="Arial" w:hAnsi="Arial"/>
          <w:b/>
        </w:rPr>
        <w:t xml:space="preserve">Participant #26:  </w:t>
      </w:r>
      <w:r>
        <w:rPr>
          <w:rFonts w:ascii="Arial" w:hAnsi="Arial"/>
          <w:color w:val="5D7284"/>
        </w:rPr>
        <w:t>29:25</w:t>
      </w:r>
    </w:p>
    <w:p w14:paraId="7B951319" w14:textId="77777777" w:rsidR="007F3D28" w:rsidRDefault="00C40296">
      <w:pPr>
        <w:spacing w:after="0"/>
      </w:pPr>
      <w:r>
        <w:rPr>
          <w:rFonts w:ascii="Arial" w:hAnsi="Arial"/>
        </w:rPr>
        <w:t>Yes. Oh, wow. It is pretty. So like water was moving.</w:t>
      </w:r>
    </w:p>
    <w:p w14:paraId="210A8DDC" w14:textId="77777777" w:rsidR="007F3D28" w:rsidRDefault="007F3D28">
      <w:pPr>
        <w:spacing w:after="0"/>
      </w:pPr>
    </w:p>
    <w:p w14:paraId="2CF0FA6E" w14:textId="77777777" w:rsidR="007F3D28" w:rsidRDefault="00C40296">
      <w:pPr>
        <w:spacing w:after="0"/>
      </w:pPr>
      <w:r>
        <w:rPr>
          <w:rFonts w:ascii="Arial" w:hAnsi="Arial"/>
          <w:b/>
        </w:rPr>
        <w:t xml:space="preserve">Interviewer P:  </w:t>
      </w:r>
      <w:r>
        <w:rPr>
          <w:rFonts w:ascii="Arial" w:hAnsi="Arial"/>
          <w:color w:val="5D7284"/>
        </w:rPr>
        <w:t>29:32</w:t>
      </w:r>
    </w:p>
    <w:p w14:paraId="33C408B5" w14:textId="77777777" w:rsidR="007F3D28" w:rsidRDefault="00C40296">
      <w:pPr>
        <w:spacing w:after="0"/>
      </w:pPr>
      <w:r>
        <w:rPr>
          <w:rFonts w:ascii="Arial" w:hAnsi="Arial"/>
        </w:rPr>
        <w:t xml:space="preserve">Okay, that's what I was gonna go back to. So how did you know that the how could you tell that the water was moving? </w:t>
      </w:r>
    </w:p>
    <w:p w14:paraId="028ECAD2" w14:textId="77777777" w:rsidR="007F3D28" w:rsidRDefault="007F3D28">
      <w:pPr>
        <w:spacing w:after="0"/>
      </w:pPr>
    </w:p>
    <w:p w14:paraId="3B077D35" w14:textId="77777777" w:rsidR="007F3D28" w:rsidRDefault="00C40296">
      <w:pPr>
        <w:spacing w:after="0"/>
      </w:pPr>
      <w:r>
        <w:rPr>
          <w:rFonts w:ascii="Arial" w:hAnsi="Arial"/>
          <w:b/>
        </w:rPr>
        <w:t xml:space="preserve">Participant #26:  </w:t>
      </w:r>
      <w:r>
        <w:rPr>
          <w:rFonts w:ascii="Arial" w:hAnsi="Arial"/>
          <w:color w:val="5D7284"/>
        </w:rPr>
        <w:t>29:38</w:t>
      </w:r>
    </w:p>
    <w:p w14:paraId="295B2676" w14:textId="5DF8DB7E" w:rsidR="007F3D28" w:rsidRDefault="00C40296">
      <w:pPr>
        <w:spacing w:after="0"/>
      </w:pPr>
      <w:r>
        <w:rPr>
          <w:rFonts w:ascii="Arial" w:hAnsi="Arial"/>
        </w:rPr>
        <w:t xml:space="preserve">because when you stopped it, the water continued to spin in the same direction that the plate was moving when it was spinning. </w:t>
      </w:r>
      <w:r w:rsidR="00255CED">
        <w:rPr>
          <w:rFonts w:ascii="Arial" w:hAnsi="Arial"/>
        </w:rPr>
        <w:t>So,</w:t>
      </w:r>
      <w:r>
        <w:rPr>
          <w:rFonts w:ascii="Arial" w:hAnsi="Arial"/>
        </w:rPr>
        <w:t xml:space="preserve"> the water app when you stopped it, it's still had to go the same way.</w:t>
      </w:r>
    </w:p>
    <w:p w14:paraId="28DF3CEF" w14:textId="77777777" w:rsidR="007F3D28" w:rsidRDefault="007F3D28">
      <w:pPr>
        <w:spacing w:after="0"/>
      </w:pPr>
    </w:p>
    <w:p w14:paraId="17315BEB" w14:textId="77777777" w:rsidR="007F3D28" w:rsidRDefault="00C40296">
      <w:pPr>
        <w:spacing w:after="0"/>
      </w:pPr>
      <w:r>
        <w:rPr>
          <w:rFonts w:ascii="Arial" w:hAnsi="Arial"/>
          <w:b/>
        </w:rPr>
        <w:t xml:space="preserve">Interviewer P:  </w:t>
      </w:r>
      <w:r>
        <w:rPr>
          <w:rFonts w:ascii="Arial" w:hAnsi="Arial"/>
          <w:color w:val="5D7284"/>
        </w:rPr>
        <w:t>29:54</w:t>
      </w:r>
    </w:p>
    <w:p w14:paraId="5B9FF799" w14:textId="77777777" w:rsidR="007F3D28" w:rsidRDefault="00C40296">
      <w:pPr>
        <w:spacing w:after="0"/>
      </w:pPr>
      <w:r>
        <w:rPr>
          <w:rFonts w:ascii="Arial" w:hAnsi="Arial"/>
        </w:rPr>
        <w:t>And that's what caused it to start swirling.</w:t>
      </w:r>
    </w:p>
    <w:p w14:paraId="22EA8F63" w14:textId="77777777" w:rsidR="007F3D28" w:rsidRDefault="007F3D28">
      <w:pPr>
        <w:spacing w:after="0"/>
      </w:pPr>
    </w:p>
    <w:p w14:paraId="1B8B8489" w14:textId="77777777" w:rsidR="007F3D28" w:rsidRDefault="00C40296">
      <w:pPr>
        <w:spacing w:after="0"/>
      </w:pPr>
      <w:r>
        <w:rPr>
          <w:rFonts w:ascii="Arial" w:hAnsi="Arial"/>
          <w:b/>
        </w:rPr>
        <w:t xml:space="preserve">Participant #26:  </w:t>
      </w:r>
      <w:r>
        <w:rPr>
          <w:rFonts w:ascii="Arial" w:hAnsi="Arial"/>
          <w:color w:val="5D7284"/>
        </w:rPr>
        <w:t>29:55</w:t>
      </w:r>
    </w:p>
    <w:p w14:paraId="52683EC1" w14:textId="77777777" w:rsidR="007F3D28" w:rsidRDefault="00C40296">
      <w:pPr>
        <w:spacing w:after="0"/>
      </w:pPr>
      <w:r>
        <w:rPr>
          <w:rFonts w:ascii="Arial" w:hAnsi="Arial"/>
        </w:rPr>
        <w:t>Yes.</w:t>
      </w:r>
    </w:p>
    <w:p w14:paraId="043C5ACB" w14:textId="77777777" w:rsidR="007F3D28" w:rsidRDefault="007F3D28">
      <w:pPr>
        <w:spacing w:after="0"/>
      </w:pPr>
    </w:p>
    <w:p w14:paraId="1A73C7B5" w14:textId="77777777" w:rsidR="007F3D28" w:rsidRDefault="00C40296">
      <w:pPr>
        <w:spacing w:after="0"/>
      </w:pPr>
      <w:r>
        <w:rPr>
          <w:rFonts w:ascii="Arial" w:hAnsi="Arial"/>
          <w:b/>
        </w:rPr>
        <w:t xml:space="preserve">Interviewer P:  </w:t>
      </w:r>
      <w:r>
        <w:rPr>
          <w:rFonts w:ascii="Arial" w:hAnsi="Arial"/>
          <w:color w:val="5D7284"/>
        </w:rPr>
        <w:t>29:56</w:t>
      </w:r>
    </w:p>
    <w:p w14:paraId="66C139CD" w14:textId="77777777" w:rsidR="007F3D28" w:rsidRDefault="00C40296">
      <w:pPr>
        <w:spacing w:after="0"/>
      </w:pPr>
      <w:r>
        <w:rPr>
          <w:rFonts w:ascii="Arial" w:hAnsi="Arial"/>
        </w:rPr>
        <w:t xml:space="preserve">Because I can see some big swirls in there now. </w:t>
      </w:r>
    </w:p>
    <w:p w14:paraId="1DD35F84" w14:textId="77777777" w:rsidR="007F3D28" w:rsidRDefault="007F3D28">
      <w:pPr>
        <w:spacing w:after="0"/>
      </w:pPr>
    </w:p>
    <w:p w14:paraId="51040FF6" w14:textId="77777777" w:rsidR="007F3D28" w:rsidRDefault="00C40296">
      <w:pPr>
        <w:spacing w:after="0"/>
      </w:pPr>
      <w:r>
        <w:rPr>
          <w:rFonts w:ascii="Arial" w:hAnsi="Arial"/>
          <w:b/>
        </w:rPr>
        <w:t xml:space="preserve">Participant #26:  </w:t>
      </w:r>
      <w:r>
        <w:rPr>
          <w:rFonts w:ascii="Arial" w:hAnsi="Arial"/>
          <w:color w:val="5D7284"/>
        </w:rPr>
        <w:t>29:57</w:t>
      </w:r>
    </w:p>
    <w:p w14:paraId="23E5355F" w14:textId="77777777" w:rsidR="007F3D28" w:rsidRDefault="00C40296">
      <w:pPr>
        <w:spacing w:after="0"/>
      </w:pPr>
      <w:r>
        <w:rPr>
          <w:rFonts w:ascii="Arial" w:hAnsi="Arial"/>
        </w:rPr>
        <w:t>Yeah, now it's big.</w:t>
      </w:r>
    </w:p>
    <w:p w14:paraId="2B3D51A8" w14:textId="77777777" w:rsidR="007F3D28" w:rsidRDefault="007F3D28">
      <w:pPr>
        <w:spacing w:after="0"/>
      </w:pPr>
    </w:p>
    <w:p w14:paraId="6A727332" w14:textId="77777777" w:rsidR="007F3D28" w:rsidRDefault="00C40296">
      <w:pPr>
        <w:spacing w:after="0"/>
      </w:pPr>
      <w:r>
        <w:rPr>
          <w:rFonts w:ascii="Arial" w:hAnsi="Arial"/>
          <w:b/>
        </w:rPr>
        <w:t xml:space="preserve">Interviewer P:  </w:t>
      </w:r>
      <w:r>
        <w:rPr>
          <w:rFonts w:ascii="Arial" w:hAnsi="Arial"/>
          <w:color w:val="5D7284"/>
        </w:rPr>
        <w:t>30:01</w:t>
      </w:r>
    </w:p>
    <w:p w14:paraId="43BA24D9" w14:textId="77777777" w:rsidR="007F3D28" w:rsidRDefault="00C40296">
      <w:pPr>
        <w:spacing w:after="0"/>
      </w:pPr>
      <w:r>
        <w:rPr>
          <w:rFonts w:ascii="Arial" w:hAnsi="Arial"/>
        </w:rPr>
        <w:t xml:space="preserve">So then back to the question, if the water was moving, cuz you said, well, it's standing up straight because it's not moving. </w:t>
      </w:r>
    </w:p>
    <w:p w14:paraId="572470F2" w14:textId="77777777" w:rsidR="007F3D28" w:rsidRDefault="007F3D28">
      <w:pPr>
        <w:spacing w:after="0"/>
      </w:pPr>
    </w:p>
    <w:p w14:paraId="2C0DE522" w14:textId="77777777" w:rsidR="007F3D28" w:rsidRDefault="00C40296">
      <w:pPr>
        <w:spacing w:after="0"/>
      </w:pPr>
      <w:r>
        <w:rPr>
          <w:rFonts w:ascii="Arial" w:hAnsi="Arial"/>
          <w:b/>
        </w:rPr>
        <w:t xml:space="preserve">Participant #26:  </w:t>
      </w:r>
      <w:r>
        <w:rPr>
          <w:rFonts w:ascii="Arial" w:hAnsi="Arial"/>
          <w:color w:val="5D7284"/>
        </w:rPr>
        <w:t>30:11</w:t>
      </w:r>
    </w:p>
    <w:p w14:paraId="2C1C0E70" w14:textId="77777777" w:rsidR="007F3D28" w:rsidRDefault="00C40296">
      <w:pPr>
        <w:spacing w:after="0"/>
      </w:pPr>
      <w:r>
        <w:rPr>
          <w:rFonts w:ascii="Arial" w:hAnsi="Arial"/>
        </w:rPr>
        <w:t xml:space="preserve">Yeah. </w:t>
      </w:r>
    </w:p>
    <w:p w14:paraId="4B62A44C" w14:textId="77777777" w:rsidR="007F3D28" w:rsidRDefault="007F3D28">
      <w:pPr>
        <w:spacing w:after="0"/>
      </w:pPr>
    </w:p>
    <w:p w14:paraId="2245C7A3" w14:textId="77777777" w:rsidR="007F3D28" w:rsidRDefault="00C40296">
      <w:pPr>
        <w:spacing w:after="0"/>
      </w:pPr>
      <w:r>
        <w:rPr>
          <w:rFonts w:ascii="Arial" w:hAnsi="Arial"/>
          <w:b/>
        </w:rPr>
        <w:t xml:space="preserve">Interviewer P:  </w:t>
      </w:r>
      <w:r>
        <w:rPr>
          <w:rFonts w:ascii="Arial" w:hAnsi="Arial"/>
          <w:color w:val="5D7284"/>
        </w:rPr>
        <w:t>30:11</w:t>
      </w:r>
    </w:p>
    <w:p w14:paraId="6A086B63" w14:textId="77777777" w:rsidR="007F3D28" w:rsidRDefault="00C40296">
      <w:pPr>
        <w:spacing w:after="0"/>
      </w:pPr>
      <w:r>
        <w:rPr>
          <w:rFonts w:ascii="Arial" w:hAnsi="Arial"/>
        </w:rPr>
        <w:t xml:space="preserve">But it was moving. Any thoughts there. Like how then that we were maintaining those columns, which now have broken down? </w:t>
      </w:r>
    </w:p>
    <w:p w14:paraId="600CB77D" w14:textId="77777777" w:rsidR="007F3D28" w:rsidRDefault="007F3D28">
      <w:pPr>
        <w:spacing w:after="0"/>
      </w:pPr>
    </w:p>
    <w:p w14:paraId="62E82048" w14:textId="77777777" w:rsidR="007F3D28" w:rsidRDefault="00C40296">
      <w:pPr>
        <w:spacing w:after="0"/>
      </w:pPr>
      <w:r>
        <w:rPr>
          <w:rFonts w:ascii="Arial" w:hAnsi="Arial"/>
          <w:b/>
        </w:rPr>
        <w:t xml:space="preserve">Participant #26:  </w:t>
      </w:r>
      <w:r>
        <w:rPr>
          <w:rFonts w:ascii="Arial" w:hAnsi="Arial"/>
          <w:color w:val="5D7284"/>
        </w:rPr>
        <w:t>30:19</w:t>
      </w:r>
    </w:p>
    <w:p w14:paraId="7E2B5D3E" w14:textId="7D028218" w:rsidR="007F3D28" w:rsidRDefault="00C40296">
      <w:pPr>
        <w:spacing w:after="0"/>
      </w:pPr>
      <w:r>
        <w:rPr>
          <w:rFonts w:ascii="Arial" w:hAnsi="Arial"/>
        </w:rPr>
        <w:t xml:space="preserve">Yeah. Um, I still think it's because it was the same motion and there was nothing that stopped it. Like Newton's law of motion, that something in motion will stay in motion unless stopped. </w:t>
      </w:r>
      <w:r w:rsidR="00255CED">
        <w:rPr>
          <w:rFonts w:ascii="Arial" w:hAnsi="Arial"/>
        </w:rPr>
        <w:t>So,</w:t>
      </w:r>
      <w:r>
        <w:rPr>
          <w:rFonts w:ascii="Arial" w:hAnsi="Arial"/>
        </w:rPr>
        <w:t xml:space="preserve"> when you stop the water from going the same way that it was supposed to, it had to continue moving in that same motion until it stops completely. </w:t>
      </w:r>
      <w:r w:rsidR="00255CED">
        <w:rPr>
          <w:rFonts w:ascii="Arial" w:hAnsi="Arial"/>
        </w:rPr>
        <w:t>So,</w:t>
      </w:r>
      <w:r>
        <w:rPr>
          <w:rFonts w:ascii="Arial" w:hAnsi="Arial"/>
        </w:rPr>
        <w:t xml:space="preserve"> I think </w:t>
      </w:r>
      <w:r w:rsidR="00255CED">
        <w:rPr>
          <w:rFonts w:ascii="Arial" w:hAnsi="Arial"/>
        </w:rPr>
        <w:t>that’s</w:t>
      </w:r>
      <w:r>
        <w:rPr>
          <w:rFonts w:ascii="Arial" w:hAnsi="Arial"/>
        </w:rPr>
        <w:t xml:space="preserve"> why.</w:t>
      </w:r>
    </w:p>
    <w:p w14:paraId="60A513B9" w14:textId="77777777" w:rsidR="007F3D28" w:rsidRDefault="007F3D28">
      <w:pPr>
        <w:spacing w:after="0"/>
      </w:pPr>
    </w:p>
    <w:p w14:paraId="37F29851" w14:textId="77777777" w:rsidR="007F3D28" w:rsidRDefault="00C40296">
      <w:pPr>
        <w:spacing w:after="0"/>
      </w:pPr>
      <w:r>
        <w:rPr>
          <w:rFonts w:ascii="Arial" w:hAnsi="Arial"/>
          <w:b/>
        </w:rPr>
        <w:t xml:space="preserve">Interviewer P:  </w:t>
      </w:r>
      <w:r>
        <w:rPr>
          <w:rFonts w:ascii="Arial" w:hAnsi="Arial"/>
          <w:color w:val="5D7284"/>
        </w:rPr>
        <w:t>30:48</w:t>
      </w:r>
    </w:p>
    <w:p w14:paraId="70CA3BC8" w14:textId="6E6AA8DD" w:rsidR="007F3D28" w:rsidRDefault="00C40296">
      <w:pPr>
        <w:spacing w:after="0"/>
      </w:pPr>
      <w:r>
        <w:rPr>
          <w:rFonts w:ascii="Arial" w:hAnsi="Arial"/>
        </w:rPr>
        <w:t xml:space="preserve">Yeah. Okay. </w:t>
      </w:r>
      <w:r w:rsidR="00255CED">
        <w:rPr>
          <w:rFonts w:ascii="Arial" w:hAnsi="Arial"/>
        </w:rPr>
        <w:t>So,</w:t>
      </w:r>
      <w:r>
        <w:rPr>
          <w:rFonts w:ascii="Arial" w:hAnsi="Arial"/>
        </w:rPr>
        <w:t xml:space="preserve"> I'm gonna do a different demo, and that is going to morph into a thought experiment. </w:t>
      </w:r>
    </w:p>
    <w:p w14:paraId="19645820" w14:textId="77777777" w:rsidR="007F3D28" w:rsidRDefault="007F3D28">
      <w:pPr>
        <w:spacing w:after="0"/>
      </w:pPr>
    </w:p>
    <w:p w14:paraId="39958FD4" w14:textId="77777777" w:rsidR="007F3D28" w:rsidRDefault="00C40296">
      <w:pPr>
        <w:spacing w:after="0"/>
      </w:pPr>
      <w:r>
        <w:rPr>
          <w:rFonts w:ascii="Arial" w:hAnsi="Arial"/>
          <w:b/>
        </w:rPr>
        <w:lastRenderedPageBreak/>
        <w:t xml:space="preserve">Participant #26:  </w:t>
      </w:r>
      <w:r>
        <w:rPr>
          <w:rFonts w:ascii="Arial" w:hAnsi="Arial"/>
          <w:color w:val="5D7284"/>
        </w:rPr>
        <w:t>30:58</w:t>
      </w:r>
    </w:p>
    <w:p w14:paraId="39BB8771" w14:textId="77777777" w:rsidR="007F3D28" w:rsidRDefault="00C40296">
      <w:pPr>
        <w:spacing w:after="0"/>
      </w:pPr>
      <w:r>
        <w:rPr>
          <w:rFonts w:ascii="Arial" w:hAnsi="Arial"/>
        </w:rPr>
        <w:t xml:space="preserve">Okay. </w:t>
      </w:r>
    </w:p>
    <w:p w14:paraId="6A47C234" w14:textId="77777777" w:rsidR="007F3D28" w:rsidRDefault="007F3D28">
      <w:pPr>
        <w:spacing w:after="0"/>
      </w:pPr>
    </w:p>
    <w:p w14:paraId="5DF24205" w14:textId="77777777" w:rsidR="007F3D28" w:rsidRDefault="00C40296">
      <w:pPr>
        <w:spacing w:after="0"/>
      </w:pPr>
      <w:r>
        <w:rPr>
          <w:rFonts w:ascii="Arial" w:hAnsi="Arial"/>
          <w:b/>
        </w:rPr>
        <w:t xml:space="preserve">Interviewer P:  </w:t>
      </w:r>
      <w:r>
        <w:rPr>
          <w:rFonts w:ascii="Arial" w:hAnsi="Arial"/>
          <w:color w:val="5D7284"/>
        </w:rPr>
        <w:t>30:59</w:t>
      </w:r>
    </w:p>
    <w:p w14:paraId="31DBA0B2" w14:textId="6501B85B" w:rsidR="007F3D28" w:rsidRDefault="00C40296">
      <w:pPr>
        <w:spacing w:after="0"/>
      </w:pPr>
      <w:r>
        <w:rPr>
          <w:rFonts w:ascii="Arial" w:hAnsi="Arial"/>
        </w:rPr>
        <w:t xml:space="preserve">I actually kind of have Jell-O what I realized last night was I forgot to put this back in the fridge. </w:t>
      </w:r>
      <w:r w:rsidR="00255CED">
        <w:rPr>
          <w:rFonts w:ascii="Arial" w:hAnsi="Arial"/>
        </w:rPr>
        <w:t>So,</w:t>
      </w:r>
      <w:r>
        <w:rPr>
          <w:rFonts w:ascii="Arial" w:hAnsi="Arial"/>
        </w:rPr>
        <w:t xml:space="preserve"> it is at room temperature, definitely. And it might be growing things. It's definitely seen better days. And it is not very gelled at this point. But that's okay. We can pretend.</w:t>
      </w:r>
    </w:p>
    <w:p w14:paraId="51B08F33" w14:textId="77777777" w:rsidR="007F3D28" w:rsidRDefault="007F3D28">
      <w:pPr>
        <w:spacing w:after="0"/>
      </w:pPr>
    </w:p>
    <w:p w14:paraId="7D727CC1" w14:textId="77777777" w:rsidR="007F3D28" w:rsidRDefault="00C40296">
      <w:pPr>
        <w:spacing w:after="0"/>
      </w:pPr>
      <w:r>
        <w:rPr>
          <w:rFonts w:ascii="Arial" w:hAnsi="Arial"/>
          <w:b/>
        </w:rPr>
        <w:t xml:space="preserve">Participant #26:  </w:t>
      </w:r>
      <w:r>
        <w:rPr>
          <w:rFonts w:ascii="Arial" w:hAnsi="Arial"/>
          <w:color w:val="5D7284"/>
        </w:rPr>
        <w:t>31:17</w:t>
      </w:r>
    </w:p>
    <w:p w14:paraId="2C28E12A" w14:textId="77777777" w:rsidR="007F3D28" w:rsidRDefault="00C40296">
      <w:pPr>
        <w:spacing w:after="0"/>
      </w:pPr>
      <w:r>
        <w:rPr>
          <w:rFonts w:ascii="Arial" w:hAnsi="Arial"/>
        </w:rPr>
        <w:t xml:space="preserve">Yes. </w:t>
      </w:r>
    </w:p>
    <w:p w14:paraId="3752D50F" w14:textId="77777777" w:rsidR="007F3D28" w:rsidRDefault="007F3D28">
      <w:pPr>
        <w:spacing w:after="0"/>
      </w:pPr>
    </w:p>
    <w:p w14:paraId="7FC48141" w14:textId="77777777" w:rsidR="007F3D28" w:rsidRDefault="00C40296">
      <w:pPr>
        <w:spacing w:after="0"/>
      </w:pPr>
      <w:r>
        <w:rPr>
          <w:rFonts w:ascii="Arial" w:hAnsi="Arial"/>
          <w:b/>
        </w:rPr>
        <w:t xml:space="preserve">Interviewer P:  </w:t>
      </w:r>
      <w:r>
        <w:rPr>
          <w:rFonts w:ascii="Arial" w:hAnsi="Arial"/>
          <w:color w:val="5D7284"/>
        </w:rPr>
        <w:t>31:17</w:t>
      </w:r>
    </w:p>
    <w:p w14:paraId="309F8E87" w14:textId="4232AF21" w:rsidR="007F3D28" w:rsidRDefault="00C40296">
      <w:pPr>
        <w:spacing w:after="0"/>
      </w:pPr>
      <w:r>
        <w:rPr>
          <w:rFonts w:ascii="Arial" w:hAnsi="Arial"/>
        </w:rPr>
        <w:t xml:space="preserve">And </w:t>
      </w:r>
      <w:r w:rsidR="00255CED">
        <w:rPr>
          <w:rFonts w:ascii="Arial" w:hAnsi="Arial"/>
        </w:rPr>
        <w:t>so,</w:t>
      </w:r>
      <w:r>
        <w:rPr>
          <w:rFonts w:ascii="Arial" w:hAnsi="Arial"/>
        </w:rPr>
        <w:t xml:space="preserve"> and I can put it on this turntable so that it will spin. And I have this little motor that I made out of Legos.</w:t>
      </w:r>
    </w:p>
    <w:p w14:paraId="742BAAE1" w14:textId="77777777" w:rsidR="007F3D28" w:rsidRDefault="007F3D28">
      <w:pPr>
        <w:spacing w:after="0"/>
      </w:pPr>
    </w:p>
    <w:p w14:paraId="4A4771C6" w14:textId="77777777" w:rsidR="007F3D28" w:rsidRDefault="00C40296">
      <w:pPr>
        <w:spacing w:after="0"/>
      </w:pPr>
      <w:r>
        <w:rPr>
          <w:rFonts w:ascii="Arial" w:hAnsi="Arial"/>
          <w:b/>
        </w:rPr>
        <w:t xml:space="preserve">Participant #26:  </w:t>
      </w:r>
      <w:r>
        <w:rPr>
          <w:rFonts w:ascii="Arial" w:hAnsi="Arial"/>
          <w:color w:val="5D7284"/>
        </w:rPr>
        <w:t>31:26</w:t>
      </w:r>
    </w:p>
    <w:p w14:paraId="31E49252" w14:textId="77777777" w:rsidR="007F3D28" w:rsidRDefault="00C40296">
      <w:pPr>
        <w:spacing w:after="0"/>
      </w:pPr>
      <w:r>
        <w:rPr>
          <w:rFonts w:ascii="Arial" w:hAnsi="Arial"/>
        </w:rPr>
        <w:t>Oh cool.</w:t>
      </w:r>
    </w:p>
    <w:p w14:paraId="28CE2204" w14:textId="77777777" w:rsidR="007F3D28" w:rsidRDefault="007F3D28">
      <w:pPr>
        <w:spacing w:after="0"/>
      </w:pPr>
    </w:p>
    <w:p w14:paraId="06FBBF36" w14:textId="77777777" w:rsidR="007F3D28" w:rsidRDefault="00C40296">
      <w:pPr>
        <w:spacing w:after="0"/>
      </w:pPr>
      <w:r>
        <w:rPr>
          <w:rFonts w:ascii="Arial" w:hAnsi="Arial"/>
          <w:b/>
        </w:rPr>
        <w:t xml:space="preserve">Interviewer P:  </w:t>
      </w:r>
      <w:r>
        <w:rPr>
          <w:rFonts w:ascii="Arial" w:hAnsi="Arial"/>
          <w:color w:val="5D7284"/>
        </w:rPr>
        <w:t>31:26</w:t>
      </w:r>
    </w:p>
    <w:p w14:paraId="02E3203C" w14:textId="108AE2CA" w:rsidR="007F3D28" w:rsidRDefault="00C40296">
      <w:pPr>
        <w:spacing w:after="0"/>
      </w:pPr>
      <w:r>
        <w:rPr>
          <w:rFonts w:ascii="Arial" w:hAnsi="Arial"/>
        </w:rPr>
        <w:t xml:space="preserve">To actually turn it and spin it. </w:t>
      </w:r>
      <w:r w:rsidR="00255CED">
        <w:rPr>
          <w:rFonts w:ascii="Arial" w:hAnsi="Arial"/>
        </w:rPr>
        <w:t>So,</w:t>
      </w:r>
      <w:r>
        <w:rPr>
          <w:rFonts w:ascii="Arial" w:hAnsi="Arial"/>
        </w:rPr>
        <w:t xml:space="preserve"> what do you think will happen when I start the Jell-O spinning?</w:t>
      </w:r>
    </w:p>
    <w:p w14:paraId="5E585850" w14:textId="77777777" w:rsidR="007F3D28" w:rsidRDefault="007F3D28">
      <w:pPr>
        <w:spacing w:after="0"/>
      </w:pPr>
    </w:p>
    <w:p w14:paraId="7E40EFF2" w14:textId="77777777" w:rsidR="007F3D28" w:rsidRDefault="00C40296">
      <w:pPr>
        <w:spacing w:after="0"/>
      </w:pPr>
      <w:r>
        <w:rPr>
          <w:rFonts w:ascii="Arial" w:hAnsi="Arial"/>
          <w:b/>
        </w:rPr>
        <w:t xml:space="preserve">Participant #26:  </w:t>
      </w:r>
      <w:r>
        <w:rPr>
          <w:rFonts w:ascii="Arial" w:hAnsi="Arial"/>
          <w:color w:val="5D7284"/>
        </w:rPr>
        <w:t>31:34</w:t>
      </w:r>
    </w:p>
    <w:p w14:paraId="1C420390" w14:textId="0E99547B" w:rsidR="007F3D28" w:rsidRDefault="00C40296">
      <w:pPr>
        <w:spacing w:after="0"/>
      </w:pPr>
      <w:r>
        <w:rPr>
          <w:rFonts w:ascii="Arial" w:hAnsi="Arial"/>
        </w:rPr>
        <w:t xml:space="preserve">With the </w:t>
      </w:r>
      <w:r w:rsidR="00255CED">
        <w:rPr>
          <w:rFonts w:ascii="Arial" w:hAnsi="Arial"/>
        </w:rPr>
        <w:t>Jell-O</w:t>
      </w:r>
      <w:r>
        <w:rPr>
          <w:rFonts w:ascii="Arial" w:hAnsi="Arial"/>
        </w:rPr>
        <w:t xml:space="preserve">? What will happen? </w:t>
      </w:r>
    </w:p>
    <w:p w14:paraId="2B8F6D53" w14:textId="77777777" w:rsidR="007F3D28" w:rsidRDefault="007F3D28">
      <w:pPr>
        <w:spacing w:after="0"/>
      </w:pPr>
    </w:p>
    <w:p w14:paraId="3861E3F7" w14:textId="77777777" w:rsidR="007F3D28" w:rsidRDefault="00C40296">
      <w:pPr>
        <w:spacing w:after="0"/>
      </w:pPr>
      <w:r>
        <w:rPr>
          <w:rFonts w:ascii="Arial" w:hAnsi="Arial"/>
          <w:b/>
        </w:rPr>
        <w:t xml:space="preserve">Interviewer P:  </w:t>
      </w:r>
      <w:r>
        <w:rPr>
          <w:rFonts w:ascii="Arial" w:hAnsi="Arial"/>
          <w:color w:val="5D7284"/>
        </w:rPr>
        <w:t>31:35</w:t>
      </w:r>
    </w:p>
    <w:p w14:paraId="1E735A44" w14:textId="77777777" w:rsidR="007F3D28" w:rsidRDefault="00C40296">
      <w:pPr>
        <w:spacing w:after="0"/>
      </w:pPr>
      <w:r>
        <w:rPr>
          <w:rFonts w:ascii="Arial" w:hAnsi="Arial"/>
        </w:rPr>
        <w:t xml:space="preserve">What </w:t>
      </w:r>
      <w:r>
        <w:rPr>
          <w:rFonts w:ascii="Arial" w:hAnsi="Arial"/>
        </w:rPr>
        <w:t>will happen to the Jell-O?</w:t>
      </w:r>
    </w:p>
    <w:p w14:paraId="4A5AACE2" w14:textId="77777777" w:rsidR="007F3D28" w:rsidRDefault="007F3D28">
      <w:pPr>
        <w:spacing w:after="0"/>
      </w:pPr>
    </w:p>
    <w:p w14:paraId="13A72D33" w14:textId="77777777" w:rsidR="007F3D28" w:rsidRDefault="00C40296">
      <w:pPr>
        <w:spacing w:after="0"/>
      </w:pPr>
      <w:r>
        <w:rPr>
          <w:rFonts w:ascii="Arial" w:hAnsi="Arial"/>
          <w:b/>
        </w:rPr>
        <w:t xml:space="preserve">Participant #26:  </w:t>
      </w:r>
      <w:r>
        <w:rPr>
          <w:rFonts w:ascii="Arial" w:hAnsi="Arial"/>
          <w:color w:val="5D7284"/>
        </w:rPr>
        <w:t>31:37</w:t>
      </w:r>
    </w:p>
    <w:p w14:paraId="0F7DC1DE" w14:textId="77777777" w:rsidR="007F3D28" w:rsidRDefault="00C40296">
      <w:pPr>
        <w:spacing w:after="0"/>
      </w:pPr>
      <w:r>
        <w:rPr>
          <w:rFonts w:ascii="Arial" w:hAnsi="Arial"/>
        </w:rPr>
        <w:t>It will say pretty much in the same in the same place. But it will it will jiggle.</w:t>
      </w:r>
    </w:p>
    <w:p w14:paraId="668307EF" w14:textId="77777777" w:rsidR="007F3D28" w:rsidRDefault="007F3D28">
      <w:pPr>
        <w:spacing w:after="0"/>
      </w:pPr>
    </w:p>
    <w:p w14:paraId="4BD4550F" w14:textId="77777777" w:rsidR="007F3D28" w:rsidRDefault="00C40296">
      <w:pPr>
        <w:spacing w:after="0"/>
      </w:pPr>
      <w:r>
        <w:rPr>
          <w:rFonts w:ascii="Arial" w:hAnsi="Arial"/>
          <w:b/>
        </w:rPr>
        <w:t xml:space="preserve">Interviewer P:  </w:t>
      </w:r>
      <w:r>
        <w:rPr>
          <w:rFonts w:ascii="Arial" w:hAnsi="Arial"/>
          <w:color w:val="5D7284"/>
        </w:rPr>
        <w:t>31:42</w:t>
      </w:r>
    </w:p>
    <w:p w14:paraId="2BCFF63E" w14:textId="77777777" w:rsidR="007F3D28" w:rsidRDefault="00C40296">
      <w:pPr>
        <w:spacing w:after="0"/>
      </w:pPr>
      <w:r>
        <w:rPr>
          <w:rFonts w:ascii="Arial" w:hAnsi="Arial"/>
        </w:rPr>
        <w:t xml:space="preserve">Especially now. </w:t>
      </w:r>
    </w:p>
    <w:p w14:paraId="64268189" w14:textId="77777777" w:rsidR="007F3D28" w:rsidRDefault="007F3D28">
      <w:pPr>
        <w:spacing w:after="0"/>
      </w:pPr>
    </w:p>
    <w:p w14:paraId="34445CE1" w14:textId="77777777" w:rsidR="007F3D28" w:rsidRDefault="00C40296">
      <w:pPr>
        <w:spacing w:after="0"/>
      </w:pPr>
      <w:r>
        <w:rPr>
          <w:rFonts w:ascii="Arial" w:hAnsi="Arial"/>
          <w:b/>
        </w:rPr>
        <w:t xml:space="preserve">Participant #26:  </w:t>
      </w:r>
      <w:r>
        <w:rPr>
          <w:rFonts w:ascii="Arial" w:hAnsi="Arial"/>
          <w:color w:val="5D7284"/>
        </w:rPr>
        <w:t>31:45</w:t>
      </w:r>
    </w:p>
    <w:p w14:paraId="3DAC0419" w14:textId="77777777" w:rsidR="007F3D28" w:rsidRDefault="00C40296">
      <w:pPr>
        <w:spacing w:after="0"/>
      </w:pPr>
      <w:r>
        <w:rPr>
          <w:rFonts w:ascii="Arial" w:hAnsi="Arial"/>
        </w:rPr>
        <w:t xml:space="preserve">But it won't like move. Like swirl or anything, </w:t>
      </w:r>
      <w:r>
        <w:rPr>
          <w:rFonts w:ascii="Arial" w:hAnsi="Arial"/>
        </w:rPr>
        <w:t>because it's a solid.</w:t>
      </w:r>
    </w:p>
    <w:p w14:paraId="0B25FD31" w14:textId="77777777" w:rsidR="007F3D28" w:rsidRDefault="007F3D28">
      <w:pPr>
        <w:spacing w:after="0"/>
      </w:pPr>
    </w:p>
    <w:p w14:paraId="4B6EE690" w14:textId="77777777" w:rsidR="007F3D28" w:rsidRDefault="00C40296">
      <w:pPr>
        <w:spacing w:after="0"/>
      </w:pPr>
      <w:r>
        <w:rPr>
          <w:rFonts w:ascii="Arial" w:hAnsi="Arial"/>
          <w:b/>
        </w:rPr>
        <w:t xml:space="preserve">Interviewer P:  </w:t>
      </w:r>
      <w:r>
        <w:rPr>
          <w:rFonts w:ascii="Arial" w:hAnsi="Arial"/>
          <w:color w:val="5D7284"/>
        </w:rPr>
        <w:t>31:49</w:t>
      </w:r>
    </w:p>
    <w:p w14:paraId="78901121" w14:textId="2B580800" w:rsidR="007F3D28" w:rsidRDefault="00C40296">
      <w:pPr>
        <w:spacing w:after="0"/>
      </w:pPr>
      <w:r>
        <w:rPr>
          <w:rFonts w:ascii="Arial" w:hAnsi="Arial"/>
        </w:rPr>
        <w:t xml:space="preserve">Yeah. And that's what you're seeing. Yeah. Okay. </w:t>
      </w:r>
      <w:r w:rsidR="00255CED">
        <w:rPr>
          <w:rFonts w:ascii="Arial" w:hAnsi="Arial"/>
        </w:rPr>
        <w:t>So,</w:t>
      </w:r>
      <w:r>
        <w:rPr>
          <w:rFonts w:ascii="Arial" w:hAnsi="Arial"/>
        </w:rPr>
        <w:t xml:space="preserve"> here's where it kind of morphs into a thought experiment. Because I have these BBs. And what I would really like is if I put these BBs into the Jell-O, and they were either heavy enough or hot enough that they would drop to the bottom to.</w:t>
      </w:r>
    </w:p>
    <w:p w14:paraId="49EE11A1" w14:textId="77777777" w:rsidR="007F3D28" w:rsidRDefault="007F3D28">
      <w:pPr>
        <w:spacing w:after="0"/>
      </w:pPr>
    </w:p>
    <w:p w14:paraId="4D2723E1" w14:textId="77777777" w:rsidR="007F3D28" w:rsidRDefault="00C40296">
      <w:pPr>
        <w:spacing w:after="0"/>
      </w:pPr>
      <w:r>
        <w:rPr>
          <w:rFonts w:ascii="Arial" w:hAnsi="Arial"/>
          <w:b/>
        </w:rPr>
        <w:t xml:space="preserve">Participant #26:  </w:t>
      </w:r>
      <w:r>
        <w:rPr>
          <w:rFonts w:ascii="Arial" w:hAnsi="Arial"/>
          <w:color w:val="5D7284"/>
        </w:rPr>
        <w:t>31:50</w:t>
      </w:r>
    </w:p>
    <w:p w14:paraId="71985922" w14:textId="77777777" w:rsidR="007F3D28" w:rsidRDefault="00C40296">
      <w:pPr>
        <w:spacing w:after="0"/>
      </w:pPr>
      <w:r>
        <w:rPr>
          <w:rFonts w:ascii="Arial" w:hAnsi="Arial"/>
        </w:rPr>
        <w:t>Uh huh.</w:t>
      </w:r>
    </w:p>
    <w:p w14:paraId="7CA06ADA" w14:textId="77777777" w:rsidR="007F3D28" w:rsidRDefault="007F3D28">
      <w:pPr>
        <w:spacing w:after="0"/>
      </w:pPr>
    </w:p>
    <w:p w14:paraId="313036FD" w14:textId="77777777" w:rsidR="007F3D28" w:rsidRDefault="00C40296">
      <w:pPr>
        <w:spacing w:after="0"/>
      </w:pPr>
      <w:r>
        <w:rPr>
          <w:rFonts w:ascii="Arial" w:hAnsi="Arial"/>
          <w:b/>
        </w:rPr>
        <w:lastRenderedPageBreak/>
        <w:t xml:space="preserve">Interviewer P:  </w:t>
      </w:r>
      <w:r>
        <w:rPr>
          <w:rFonts w:ascii="Arial" w:hAnsi="Arial"/>
          <w:color w:val="5D7284"/>
        </w:rPr>
        <w:t>31:58</w:t>
      </w:r>
    </w:p>
    <w:p w14:paraId="21BA6340" w14:textId="6235C43B" w:rsidR="007F3D28" w:rsidRDefault="00C40296">
      <w:pPr>
        <w:spacing w:after="0"/>
      </w:pPr>
      <w:r>
        <w:rPr>
          <w:rFonts w:ascii="Arial" w:hAnsi="Arial"/>
        </w:rPr>
        <w:t xml:space="preserve">But they don't they just sit on the top. </w:t>
      </w:r>
      <w:r w:rsidR="00255CED">
        <w:rPr>
          <w:rFonts w:ascii="Arial" w:hAnsi="Arial"/>
        </w:rPr>
        <w:t>So,</w:t>
      </w:r>
      <w:r>
        <w:rPr>
          <w:rFonts w:ascii="Arial" w:hAnsi="Arial"/>
        </w:rPr>
        <w:t xml:space="preserve"> imagine this is where now we're doing a thought experiment. Imagine that they did sink to the bottom like the dye. What kind of a path do you think they would take to the bottom as they go through this rotating Jell-O?</w:t>
      </w:r>
    </w:p>
    <w:p w14:paraId="067E51D7" w14:textId="77777777" w:rsidR="007F3D28" w:rsidRDefault="007F3D28">
      <w:pPr>
        <w:spacing w:after="0"/>
      </w:pPr>
    </w:p>
    <w:p w14:paraId="37165270" w14:textId="77777777" w:rsidR="007F3D28" w:rsidRDefault="00C40296">
      <w:pPr>
        <w:spacing w:after="0"/>
      </w:pPr>
      <w:r>
        <w:rPr>
          <w:rFonts w:ascii="Arial" w:hAnsi="Arial"/>
          <w:b/>
        </w:rPr>
        <w:t xml:space="preserve">Participant #26:  </w:t>
      </w:r>
      <w:r>
        <w:rPr>
          <w:rFonts w:ascii="Arial" w:hAnsi="Arial"/>
          <w:color w:val="5D7284"/>
        </w:rPr>
        <w:t>32:23</w:t>
      </w:r>
    </w:p>
    <w:p w14:paraId="6E656867" w14:textId="77777777" w:rsidR="007F3D28" w:rsidRDefault="00C40296">
      <w:pPr>
        <w:spacing w:after="0"/>
      </w:pPr>
      <w:r>
        <w:rPr>
          <w:rFonts w:ascii="Arial" w:hAnsi="Arial"/>
        </w:rPr>
        <w:t>And it was hot. You said?</w:t>
      </w:r>
    </w:p>
    <w:p w14:paraId="43632FD4" w14:textId="77777777" w:rsidR="007F3D28" w:rsidRDefault="007F3D28">
      <w:pPr>
        <w:spacing w:after="0"/>
      </w:pPr>
    </w:p>
    <w:p w14:paraId="4F2EADF5" w14:textId="77777777" w:rsidR="007F3D28" w:rsidRDefault="00C40296">
      <w:pPr>
        <w:spacing w:after="0"/>
      </w:pPr>
      <w:r>
        <w:rPr>
          <w:rFonts w:ascii="Arial" w:hAnsi="Arial"/>
          <w:b/>
        </w:rPr>
        <w:t xml:space="preserve">Interviewer P:  </w:t>
      </w:r>
      <w:r>
        <w:rPr>
          <w:rFonts w:ascii="Arial" w:hAnsi="Arial"/>
          <w:color w:val="5D7284"/>
        </w:rPr>
        <w:t>32:24</w:t>
      </w:r>
    </w:p>
    <w:p w14:paraId="4CD476F4" w14:textId="0B3BB69E" w:rsidR="007F3D28" w:rsidRDefault="00255CED">
      <w:pPr>
        <w:spacing w:after="0"/>
      </w:pPr>
      <w:r>
        <w:rPr>
          <w:rFonts w:ascii="Arial" w:hAnsi="Arial"/>
        </w:rPr>
        <w:t>So, I'm just saying like, if I heated up the BBs, maybe they would be hot enough.</w:t>
      </w:r>
    </w:p>
    <w:p w14:paraId="0DE45E83" w14:textId="77777777" w:rsidR="007F3D28" w:rsidRDefault="007F3D28">
      <w:pPr>
        <w:spacing w:after="0"/>
      </w:pPr>
    </w:p>
    <w:p w14:paraId="0D0A8256" w14:textId="77777777" w:rsidR="007F3D28" w:rsidRDefault="00C40296">
      <w:pPr>
        <w:spacing w:after="0"/>
      </w:pPr>
      <w:r>
        <w:rPr>
          <w:rFonts w:ascii="Arial" w:hAnsi="Arial"/>
          <w:b/>
        </w:rPr>
        <w:t xml:space="preserve">Participant #26:  </w:t>
      </w:r>
      <w:r>
        <w:rPr>
          <w:rFonts w:ascii="Arial" w:hAnsi="Arial"/>
          <w:color w:val="5D7284"/>
        </w:rPr>
        <w:t>32:29</w:t>
      </w:r>
    </w:p>
    <w:p w14:paraId="6736E04D" w14:textId="77777777" w:rsidR="007F3D28" w:rsidRDefault="00C40296">
      <w:pPr>
        <w:spacing w:after="0"/>
      </w:pPr>
      <w:r>
        <w:rPr>
          <w:rFonts w:ascii="Arial" w:hAnsi="Arial"/>
        </w:rPr>
        <w:t xml:space="preserve">To go down? </w:t>
      </w:r>
    </w:p>
    <w:p w14:paraId="3F47D99E" w14:textId="77777777" w:rsidR="007F3D28" w:rsidRDefault="007F3D28">
      <w:pPr>
        <w:spacing w:after="0"/>
      </w:pPr>
    </w:p>
    <w:p w14:paraId="42744E9A" w14:textId="77777777" w:rsidR="007F3D28" w:rsidRDefault="00C40296">
      <w:pPr>
        <w:spacing w:after="0"/>
      </w:pPr>
      <w:r>
        <w:rPr>
          <w:rFonts w:ascii="Arial" w:hAnsi="Arial"/>
          <w:b/>
        </w:rPr>
        <w:t xml:space="preserve">Interviewer P:  </w:t>
      </w:r>
      <w:r>
        <w:rPr>
          <w:rFonts w:ascii="Arial" w:hAnsi="Arial"/>
          <w:color w:val="5D7284"/>
        </w:rPr>
        <w:t>32:30</w:t>
      </w:r>
    </w:p>
    <w:p w14:paraId="02F83960" w14:textId="41BC6C87" w:rsidR="007F3D28" w:rsidRDefault="00C40296">
      <w:pPr>
        <w:spacing w:after="0"/>
      </w:pPr>
      <w:r>
        <w:rPr>
          <w:rFonts w:ascii="Arial" w:hAnsi="Arial"/>
        </w:rPr>
        <w:t xml:space="preserve">Yeah. </w:t>
      </w:r>
      <w:r w:rsidR="00255CED">
        <w:rPr>
          <w:rFonts w:ascii="Arial" w:hAnsi="Arial"/>
        </w:rPr>
        <w:t>So,</w:t>
      </w:r>
      <w:r>
        <w:rPr>
          <w:rFonts w:ascii="Arial" w:hAnsi="Arial"/>
        </w:rPr>
        <w:t xml:space="preserve"> the BBs being hot, not the Jell-O, or heavy enough. Whatever it takes to get them to go through the Jell-O. What kind of path do you think that they would take? On their way down?</w:t>
      </w:r>
    </w:p>
    <w:p w14:paraId="07BDB9AC" w14:textId="77777777" w:rsidR="007F3D28" w:rsidRDefault="007F3D28">
      <w:pPr>
        <w:spacing w:after="0"/>
      </w:pPr>
    </w:p>
    <w:p w14:paraId="1488ABE5" w14:textId="77777777" w:rsidR="007F3D28" w:rsidRDefault="00C40296">
      <w:pPr>
        <w:spacing w:after="0"/>
      </w:pPr>
      <w:r>
        <w:rPr>
          <w:rFonts w:ascii="Arial" w:hAnsi="Arial"/>
          <w:b/>
        </w:rPr>
        <w:t xml:space="preserve">Participant #26:  </w:t>
      </w:r>
      <w:r>
        <w:rPr>
          <w:rFonts w:ascii="Arial" w:hAnsi="Arial"/>
          <w:color w:val="5D7284"/>
        </w:rPr>
        <w:t>32:44</w:t>
      </w:r>
    </w:p>
    <w:p w14:paraId="5A372155" w14:textId="77777777" w:rsidR="007F3D28" w:rsidRDefault="00C40296">
      <w:pPr>
        <w:spacing w:after="0"/>
      </w:pPr>
      <w:r>
        <w:rPr>
          <w:rFonts w:ascii="Arial" w:hAnsi="Arial"/>
        </w:rPr>
        <w:t>I think it would be pretty much a straight shot down.</w:t>
      </w:r>
    </w:p>
    <w:p w14:paraId="1006B0D5" w14:textId="77777777" w:rsidR="007F3D28" w:rsidRDefault="007F3D28">
      <w:pPr>
        <w:spacing w:after="0"/>
      </w:pPr>
    </w:p>
    <w:p w14:paraId="6BBA894F" w14:textId="77777777" w:rsidR="007F3D28" w:rsidRDefault="00C40296">
      <w:pPr>
        <w:spacing w:after="0"/>
      </w:pPr>
      <w:r>
        <w:rPr>
          <w:rFonts w:ascii="Arial" w:hAnsi="Arial"/>
          <w:b/>
        </w:rPr>
        <w:t xml:space="preserve">Interviewer P:  </w:t>
      </w:r>
      <w:r>
        <w:rPr>
          <w:rFonts w:ascii="Arial" w:hAnsi="Arial"/>
          <w:color w:val="5D7284"/>
        </w:rPr>
        <w:t>32:47</w:t>
      </w:r>
    </w:p>
    <w:p w14:paraId="6E3282CC" w14:textId="75CDFC3D" w:rsidR="007F3D28" w:rsidRDefault="00255CED">
      <w:pPr>
        <w:spacing w:after="0"/>
      </w:pPr>
      <w:r>
        <w:rPr>
          <w:rFonts w:ascii="Arial" w:hAnsi="Arial"/>
        </w:rPr>
        <w:t>So, kind of just like this?</w:t>
      </w:r>
    </w:p>
    <w:p w14:paraId="22D0C9EB" w14:textId="77777777" w:rsidR="007F3D28" w:rsidRDefault="007F3D28">
      <w:pPr>
        <w:spacing w:after="0"/>
      </w:pPr>
    </w:p>
    <w:p w14:paraId="3EDEEEF3" w14:textId="77777777" w:rsidR="007F3D28" w:rsidRDefault="00C40296">
      <w:pPr>
        <w:spacing w:after="0"/>
      </w:pPr>
      <w:r>
        <w:rPr>
          <w:rFonts w:ascii="Arial" w:hAnsi="Arial"/>
          <w:b/>
        </w:rPr>
        <w:t xml:space="preserve">Participant #26:  </w:t>
      </w:r>
      <w:r>
        <w:rPr>
          <w:rFonts w:ascii="Arial" w:hAnsi="Arial"/>
          <w:color w:val="5D7284"/>
        </w:rPr>
        <w:t>32:49</w:t>
      </w:r>
    </w:p>
    <w:p w14:paraId="0981AB0F" w14:textId="77777777" w:rsidR="007F3D28" w:rsidRDefault="00C40296">
      <w:pPr>
        <w:spacing w:after="0"/>
      </w:pPr>
      <w:r>
        <w:rPr>
          <w:rFonts w:ascii="Arial" w:hAnsi="Arial"/>
        </w:rPr>
        <w:t>Yeah.</w:t>
      </w:r>
    </w:p>
    <w:p w14:paraId="4E8C1C90" w14:textId="77777777" w:rsidR="007F3D28" w:rsidRDefault="007F3D28">
      <w:pPr>
        <w:spacing w:after="0"/>
      </w:pPr>
    </w:p>
    <w:p w14:paraId="7030B067" w14:textId="77777777" w:rsidR="007F3D28" w:rsidRDefault="00C40296">
      <w:pPr>
        <w:spacing w:after="0"/>
      </w:pPr>
      <w:r>
        <w:rPr>
          <w:rFonts w:ascii="Arial" w:hAnsi="Arial"/>
          <w:b/>
        </w:rPr>
        <w:t xml:space="preserve">Interviewer P:  </w:t>
      </w:r>
      <w:r>
        <w:rPr>
          <w:rFonts w:ascii="Arial" w:hAnsi="Arial"/>
          <w:color w:val="5D7284"/>
        </w:rPr>
        <w:t>32:50</w:t>
      </w:r>
    </w:p>
    <w:p w14:paraId="16EC556F" w14:textId="27018553" w:rsidR="007F3D28" w:rsidRDefault="00C40296">
      <w:pPr>
        <w:spacing w:after="0"/>
      </w:pPr>
      <w:r>
        <w:rPr>
          <w:rFonts w:ascii="Arial" w:hAnsi="Arial"/>
        </w:rPr>
        <w:t xml:space="preserve">Alright, so if we take this kind of up a step into something even more solid than Jell-O. Imagine that It's like a rotating cylinder. Made of lead. Like it wouldn't even need that container, right?  Or not lead but some kind of metal. And </w:t>
      </w:r>
      <w:r w:rsidR="00255CED">
        <w:rPr>
          <w:rFonts w:ascii="Arial" w:hAnsi="Arial"/>
        </w:rPr>
        <w:t>so,</w:t>
      </w:r>
      <w:r>
        <w:rPr>
          <w:rFonts w:ascii="Arial" w:hAnsi="Arial"/>
        </w:rPr>
        <w:t xml:space="preserve"> like a record except it's thick. </w:t>
      </w:r>
      <w:r w:rsidR="00255CED">
        <w:rPr>
          <w:rFonts w:ascii="Arial" w:hAnsi="Arial"/>
        </w:rPr>
        <w:t>So,</w:t>
      </w:r>
      <w:r>
        <w:rPr>
          <w:rFonts w:ascii="Arial" w:hAnsi="Arial"/>
        </w:rPr>
        <w:t xml:space="preserve"> it's turning and certainly my BBs </w:t>
      </w:r>
      <w:r w:rsidR="00255CED">
        <w:rPr>
          <w:rFonts w:ascii="Arial" w:hAnsi="Arial"/>
        </w:rPr>
        <w:t>wouldn’t</w:t>
      </w:r>
      <w:r>
        <w:rPr>
          <w:rFonts w:ascii="Arial" w:hAnsi="Arial"/>
        </w:rPr>
        <w:t xml:space="preserve"> go through that. </w:t>
      </w:r>
    </w:p>
    <w:p w14:paraId="03963A1A" w14:textId="77777777" w:rsidR="007F3D28" w:rsidRDefault="007F3D28">
      <w:pPr>
        <w:spacing w:after="0"/>
      </w:pPr>
    </w:p>
    <w:p w14:paraId="353FA275" w14:textId="77777777" w:rsidR="007F3D28" w:rsidRDefault="00C40296">
      <w:pPr>
        <w:spacing w:after="0"/>
      </w:pPr>
      <w:r>
        <w:rPr>
          <w:rFonts w:ascii="Arial" w:hAnsi="Arial"/>
          <w:b/>
        </w:rPr>
        <w:t xml:space="preserve">Participant #26:  </w:t>
      </w:r>
      <w:r>
        <w:rPr>
          <w:rFonts w:ascii="Arial" w:hAnsi="Arial"/>
          <w:color w:val="5D7284"/>
        </w:rPr>
        <w:t>33:03</w:t>
      </w:r>
    </w:p>
    <w:p w14:paraId="65482005" w14:textId="77777777" w:rsidR="007F3D28" w:rsidRDefault="00C40296">
      <w:pPr>
        <w:spacing w:after="0"/>
      </w:pPr>
      <w:r>
        <w:rPr>
          <w:rFonts w:ascii="Arial" w:hAnsi="Arial"/>
        </w:rPr>
        <w:t>Yeah. Yeah.</w:t>
      </w:r>
    </w:p>
    <w:p w14:paraId="1B013E87" w14:textId="77777777" w:rsidR="007F3D28" w:rsidRDefault="007F3D28">
      <w:pPr>
        <w:spacing w:after="0"/>
      </w:pPr>
    </w:p>
    <w:p w14:paraId="19C88B4D" w14:textId="77777777" w:rsidR="007F3D28" w:rsidRDefault="00C40296">
      <w:pPr>
        <w:spacing w:after="0"/>
      </w:pPr>
      <w:r>
        <w:rPr>
          <w:rFonts w:ascii="Arial" w:hAnsi="Arial"/>
          <w:b/>
        </w:rPr>
        <w:t xml:space="preserve">Interviewer P:  </w:t>
      </w:r>
      <w:r>
        <w:rPr>
          <w:rFonts w:ascii="Arial" w:hAnsi="Arial"/>
          <w:color w:val="5D7284"/>
        </w:rPr>
        <w:t>33:10</w:t>
      </w:r>
    </w:p>
    <w:p w14:paraId="3D94BCAC" w14:textId="506ECDB9" w:rsidR="007F3D28" w:rsidRDefault="00C40296">
      <w:pPr>
        <w:spacing w:after="0"/>
      </w:pPr>
      <w:r>
        <w:rPr>
          <w:rFonts w:ascii="Arial" w:hAnsi="Arial"/>
        </w:rPr>
        <w:t xml:space="preserve">But acid each through metal. </w:t>
      </w:r>
      <w:r w:rsidR="00255CED">
        <w:rPr>
          <w:rFonts w:ascii="Arial" w:hAnsi="Arial"/>
        </w:rPr>
        <w:t>So,</w:t>
      </w:r>
      <w:r>
        <w:rPr>
          <w:rFonts w:ascii="Arial" w:hAnsi="Arial"/>
        </w:rPr>
        <w:t xml:space="preserve"> if I dropped some acid on it, and it kind of made a hole that, you know, would drill down to the bottom. And it's spinning also. </w:t>
      </w:r>
    </w:p>
    <w:p w14:paraId="0E16F911" w14:textId="77777777" w:rsidR="007F3D28" w:rsidRDefault="007F3D28">
      <w:pPr>
        <w:spacing w:after="0"/>
      </w:pPr>
    </w:p>
    <w:p w14:paraId="225DA7D7" w14:textId="77777777" w:rsidR="007F3D28" w:rsidRDefault="00C40296">
      <w:pPr>
        <w:spacing w:after="0"/>
      </w:pPr>
      <w:r>
        <w:rPr>
          <w:rFonts w:ascii="Arial" w:hAnsi="Arial"/>
          <w:b/>
        </w:rPr>
        <w:t xml:space="preserve">Participant #26:  </w:t>
      </w:r>
      <w:r>
        <w:rPr>
          <w:rFonts w:ascii="Arial" w:hAnsi="Arial"/>
          <w:color w:val="5D7284"/>
        </w:rPr>
        <w:t>33:21</w:t>
      </w:r>
    </w:p>
    <w:p w14:paraId="7DFCB273" w14:textId="77777777" w:rsidR="007F3D28" w:rsidRDefault="00C40296">
      <w:pPr>
        <w:spacing w:after="0"/>
      </w:pPr>
      <w:r>
        <w:rPr>
          <w:rFonts w:ascii="Arial" w:hAnsi="Arial"/>
        </w:rPr>
        <w:t xml:space="preserve">Yeah. </w:t>
      </w:r>
    </w:p>
    <w:p w14:paraId="6256F3B1" w14:textId="77777777" w:rsidR="007F3D28" w:rsidRDefault="007F3D28">
      <w:pPr>
        <w:spacing w:after="0"/>
      </w:pPr>
    </w:p>
    <w:p w14:paraId="3CCFA830" w14:textId="77777777" w:rsidR="007F3D28" w:rsidRDefault="00C40296">
      <w:pPr>
        <w:spacing w:after="0"/>
      </w:pPr>
      <w:r>
        <w:rPr>
          <w:rFonts w:ascii="Arial" w:hAnsi="Arial"/>
          <w:b/>
        </w:rPr>
        <w:t xml:space="preserve">Interviewer P:  </w:t>
      </w:r>
      <w:r>
        <w:rPr>
          <w:rFonts w:ascii="Arial" w:hAnsi="Arial"/>
          <w:color w:val="5D7284"/>
        </w:rPr>
        <w:t>33:21</w:t>
      </w:r>
    </w:p>
    <w:p w14:paraId="05741FF1" w14:textId="53374373" w:rsidR="007F3D28" w:rsidRDefault="00255CED">
      <w:pPr>
        <w:spacing w:after="0"/>
      </w:pPr>
      <w:r>
        <w:rPr>
          <w:rFonts w:ascii="Arial" w:hAnsi="Arial"/>
        </w:rPr>
        <w:lastRenderedPageBreak/>
        <w:t>So, what kind of path do you think the acid would take on its way to the bottom through this spinning metal cylinder.</w:t>
      </w:r>
    </w:p>
    <w:p w14:paraId="52FA269C" w14:textId="77777777" w:rsidR="007F3D28" w:rsidRDefault="007F3D28">
      <w:pPr>
        <w:spacing w:after="0"/>
      </w:pPr>
    </w:p>
    <w:p w14:paraId="61A80224" w14:textId="77777777" w:rsidR="007F3D28" w:rsidRDefault="00C40296">
      <w:pPr>
        <w:spacing w:after="0"/>
      </w:pPr>
      <w:r>
        <w:rPr>
          <w:rFonts w:ascii="Arial" w:hAnsi="Arial"/>
          <w:b/>
        </w:rPr>
        <w:t xml:space="preserve">Participant #26:  </w:t>
      </w:r>
      <w:r>
        <w:rPr>
          <w:rFonts w:ascii="Arial" w:hAnsi="Arial"/>
          <w:color w:val="5D7284"/>
        </w:rPr>
        <w:t>33:27</w:t>
      </w:r>
    </w:p>
    <w:p w14:paraId="05670642" w14:textId="7D10FF95" w:rsidR="007F3D28" w:rsidRDefault="00C40296">
      <w:pPr>
        <w:spacing w:after="0"/>
      </w:pPr>
      <w:r>
        <w:rPr>
          <w:rFonts w:ascii="Arial" w:hAnsi="Arial"/>
        </w:rPr>
        <w:t xml:space="preserve">I think it'd be more of like a zig kind of a zigzag like a random pattern it would go down, because feel like Jell-O is just something more it's a more </w:t>
      </w:r>
      <w:r w:rsidR="00255CED">
        <w:rPr>
          <w:rFonts w:ascii="Arial" w:hAnsi="Arial"/>
        </w:rPr>
        <w:t>liquidly</w:t>
      </w:r>
      <w:r>
        <w:rPr>
          <w:rFonts w:ascii="Arial" w:hAnsi="Arial"/>
        </w:rPr>
        <w:t xml:space="preserve"> substance, even though it's solid. I feel like if you drop something into it's easier to for it to go down then lead, which would create it also from spinning it might like, move around a little bit more, that's my guess.</w:t>
      </w:r>
    </w:p>
    <w:p w14:paraId="5C67CA06" w14:textId="77777777" w:rsidR="007F3D28" w:rsidRDefault="007F3D28">
      <w:pPr>
        <w:spacing w:after="0"/>
      </w:pPr>
    </w:p>
    <w:p w14:paraId="14BE1CED" w14:textId="77777777" w:rsidR="007F3D28" w:rsidRDefault="00C40296">
      <w:pPr>
        <w:spacing w:after="0"/>
      </w:pPr>
      <w:r>
        <w:rPr>
          <w:rFonts w:ascii="Arial" w:hAnsi="Arial"/>
          <w:b/>
        </w:rPr>
        <w:t xml:space="preserve">Interviewer P:  </w:t>
      </w:r>
      <w:r>
        <w:rPr>
          <w:rFonts w:ascii="Arial" w:hAnsi="Arial"/>
          <w:color w:val="5D7284"/>
        </w:rPr>
        <w:t>33:57</w:t>
      </w:r>
    </w:p>
    <w:p w14:paraId="5C687448" w14:textId="32EE817A" w:rsidR="007F3D28" w:rsidRDefault="00C40296">
      <w:pPr>
        <w:spacing w:after="0"/>
      </w:pPr>
      <w:r>
        <w:rPr>
          <w:rFonts w:ascii="Arial" w:hAnsi="Arial"/>
        </w:rPr>
        <w:t xml:space="preserve">Okay, and from what you said, I'm thinking that you're saying that because it would go </w:t>
      </w:r>
      <w:r w:rsidR="00255CED">
        <w:rPr>
          <w:rFonts w:ascii="Arial" w:hAnsi="Arial"/>
        </w:rPr>
        <w:t>slower.</w:t>
      </w:r>
      <w:r>
        <w:rPr>
          <w:rFonts w:ascii="Arial" w:hAnsi="Arial"/>
        </w:rPr>
        <w:t xml:space="preserve"> </w:t>
      </w:r>
    </w:p>
    <w:p w14:paraId="2E41D33C" w14:textId="77777777" w:rsidR="007F3D28" w:rsidRDefault="007F3D28">
      <w:pPr>
        <w:spacing w:after="0"/>
      </w:pPr>
    </w:p>
    <w:p w14:paraId="2E517FE9" w14:textId="77777777" w:rsidR="007F3D28" w:rsidRDefault="00C40296">
      <w:pPr>
        <w:spacing w:after="0"/>
      </w:pPr>
      <w:r>
        <w:rPr>
          <w:rFonts w:ascii="Arial" w:hAnsi="Arial"/>
          <w:b/>
        </w:rPr>
        <w:t xml:space="preserve">Participant #26:  </w:t>
      </w:r>
      <w:r>
        <w:rPr>
          <w:rFonts w:ascii="Arial" w:hAnsi="Arial"/>
          <w:color w:val="5D7284"/>
        </w:rPr>
        <w:t>34:02</w:t>
      </w:r>
    </w:p>
    <w:p w14:paraId="07A4E2B1" w14:textId="77777777" w:rsidR="007F3D28" w:rsidRDefault="00C40296">
      <w:pPr>
        <w:spacing w:after="0"/>
      </w:pPr>
      <w:r>
        <w:rPr>
          <w:rFonts w:ascii="Arial" w:hAnsi="Arial"/>
        </w:rPr>
        <w:t>Yeah.</w:t>
      </w:r>
    </w:p>
    <w:p w14:paraId="5B9959FF" w14:textId="77777777" w:rsidR="007F3D28" w:rsidRDefault="007F3D28">
      <w:pPr>
        <w:spacing w:after="0"/>
      </w:pPr>
    </w:p>
    <w:p w14:paraId="251E603C" w14:textId="77777777" w:rsidR="007F3D28" w:rsidRDefault="00C40296">
      <w:pPr>
        <w:spacing w:after="0"/>
      </w:pPr>
      <w:r>
        <w:rPr>
          <w:rFonts w:ascii="Arial" w:hAnsi="Arial"/>
          <w:b/>
        </w:rPr>
        <w:t xml:space="preserve">Interviewer P:  </w:t>
      </w:r>
      <w:r>
        <w:rPr>
          <w:rFonts w:ascii="Arial" w:hAnsi="Arial"/>
          <w:color w:val="5D7284"/>
        </w:rPr>
        <w:t>34:02</w:t>
      </w:r>
    </w:p>
    <w:p w14:paraId="195E940C" w14:textId="77FECAD4" w:rsidR="007F3D28" w:rsidRDefault="00C40296">
      <w:pPr>
        <w:spacing w:after="0"/>
      </w:pPr>
      <w:r>
        <w:rPr>
          <w:rFonts w:ascii="Arial" w:hAnsi="Arial"/>
        </w:rPr>
        <w:t xml:space="preserve">Giving it more </w:t>
      </w:r>
      <w:r w:rsidR="00255CED">
        <w:rPr>
          <w:rFonts w:ascii="Arial" w:hAnsi="Arial"/>
        </w:rPr>
        <w:t>opportunity</w:t>
      </w:r>
      <w:r>
        <w:rPr>
          <w:rFonts w:ascii="Arial" w:hAnsi="Arial"/>
        </w:rPr>
        <w:t xml:space="preserve"> to move.</w:t>
      </w:r>
    </w:p>
    <w:p w14:paraId="5C625751" w14:textId="77777777" w:rsidR="007F3D28" w:rsidRDefault="007F3D28">
      <w:pPr>
        <w:spacing w:after="0"/>
      </w:pPr>
    </w:p>
    <w:p w14:paraId="43BC98CA" w14:textId="77777777" w:rsidR="007F3D28" w:rsidRDefault="00C40296">
      <w:pPr>
        <w:spacing w:after="0"/>
      </w:pPr>
      <w:r>
        <w:rPr>
          <w:rFonts w:ascii="Arial" w:hAnsi="Arial"/>
          <w:b/>
        </w:rPr>
        <w:t xml:space="preserve">Participant #26:  </w:t>
      </w:r>
      <w:r>
        <w:rPr>
          <w:rFonts w:ascii="Arial" w:hAnsi="Arial"/>
          <w:color w:val="5D7284"/>
        </w:rPr>
        <w:t>34:04</w:t>
      </w:r>
    </w:p>
    <w:p w14:paraId="353E5978" w14:textId="77777777" w:rsidR="007F3D28" w:rsidRDefault="00C40296">
      <w:pPr>
        <w:spacing w:after="0"/>
      </w:pPr>
      <w:r>
        <w:rPr>
          <w:rFonts w:ascii="Arial" w:hAnsi="Arial"/>
        </w:rPr>
        <w:t>Move around.</w:t>
      </w:r>
    </w:p>
    <w:p w14:paraId="33FB3380" w14:textId="77777777" w:rsidR="007F3D28" w:rsidRDefault="007F3D28">
      <w:pPr>
        <w:spacing w:after="0"/>
      </w:pPr>
    </w:p>
    <w:p w14:paraId="46F38659" w14:textId="77777777" w:rsidR="007F3D28" w:rsidRDefault="00C40296">
      <w:pPr>
        <w:spacing w:after="0"/>
      </w:pPr>
      <w:r>
        <w:rPr>
          <w:rFonts w:ascii="Arial" w:hAnsi="Arial"/>
          <w:b/>
        </w:rPr>
        <w:t xml:space="preserve">Interviewer P:  </w:t>
      </w:r>
      <w:r>
        <w:rPr>
          <w:rFonts w:ascii="Arial" w:hAnsi="Arial"/>
          <w:color w:val="5D7284"/>
        </w:rPr>
        <w:t>34:06</w:t>
      </w:r>
    </w:p>
    <w:p w14:paraId="0775DDCD" w14:textId="77777777" w:rsidR="007F3D28" w:rsidRDefault="00C40296">
      <w:pPr>
        <w:spacing w:after="0"/>
      </w:pPr>
      <w:r>
        <w:rPr>
          <w:rFonts w:ascii="Arial" w:hAnsi="Arial"/>
        </w:rPr>
        <w:t>And would the moving be a result of the fact that the medal disk is spinning?</w:t>
      </w:r>
    </w:p>
    <w:p w14:paraId="4FCAB04D" w14:textId="77777777" w:rsidR="007F3D28" w:rsidRDefault="007F3D28">
      <w:pPr>
        <w:spacing w:after="0"/>
      </w:pPr>
    </w:p>
    <w:p w14:paraId="2DDA67F8" w14:textId="77777777" w:rsidR="007F3D28" w:rsidRDefault="00C40296">
      <w:pPr>
        <w:spacing w:after="0"/>
      </w:pPr>
      <w:r>
        <w:rPr>
          <w:rFonts w:ascii="Arial" w:hAnsi="Arial"/>
          <w:b/>
        </w:rPr>
        <w:t xml:space="preserve">Participant #26:  </w:t>
      </w:r>
      <w:r>
        <w:rPr>
          <w:rFonts w:ascii="Arial" w:hAnsi="Arial"/>
          <w:color w:val="5D7284"/>
        </w:rPr>
        <w:t>34:30</w:t>
      </w:r>
    </w:p>
    <w:p w14:paraId="2ED36172" w14:textId="77777777" w:rsidR="007F3D28" w:rsidRDefault="00C40296">
      <w:pPr>
        <w:spacing w:after="0"/>
      </w:pPr>
      <w:r>
        <w:rPr>
          <w:rFonts w:ascii="Arial" w:hAnsi="Arial"/>
        </w:rPr>
        <w:t>Um yeah.</w:t>
      </w:r>
    </w:p>
    <w:p w14:paraId="7E4E2FC5" w14:textId="77777777" w:rsidR="007F3D28" w:rsidRDefault="007F3D28">
      <w:pPr>
        <w:spacing w:after="0"/>
      </w:pPr>
    </w:p>
    <w:p w14:paraId="188BA536" w14:textId="77777777" w:rsidR="007F3D28" w:rsidRDefault="00C40296">
      <w:pPr>
        <w:spacing w:after="0"/>
      </w:pPr>
      <w:r>
        <w:rPr>
          <w:rFonts w:ascii="Arial" w:hAnsi="Arial"/>
          <w:b/>
        </w:rPr>
        <w:t xml:space="preserve">Interviewer P:  </w:t>
      </w:r>
      <w:r>
        <w:rPr>
          <w:rFonts w:ascii="Arial" w:hAnsi="Arial"/>
          <w:color w:val="5D7284"/>
        </w:rPr>
        <w:t>34:31</w:t>
      </w:r>
    </w:p>
    <w:p w14:paraId="404DB9D8" w14:textId="13E91383" w:rsidR="007F3D28" w:rsidRDefault="00C40296">
      <w:pPr>
        <w:spacing w:after="0"/>
      </w:pPr>
      <w:r>
        <w:rPr>
          <w:rFonts w:ascii="Arial" w:hAnsi="Arial"/>
        </w:rPr>
        <w:t xml:space="preserve">Okay, all right so last very silly thought experiment, is </w:t>
      </w:r>
      <w:r w:rsidR="00255CED">
        <w:rPr>
          <w:rFonts w:ascii="Arial" w:hAnsi="Arial"/>
        </w:rPr>
        <w:t>let’s</w:t>
      </w:r>
      <w:r>
        <w:rPr>
          <w:rFonts w:ascii="Arial" w:hAnsi="Arial"/>
        </w:rPr>
        <w:t xml:space="preserve"> say now we have a plant so I have like very big planter with soil in it and it's on a rotating table like this spinning about the same rate, like not crazy which is about the same rate and I plant a seed in there and a couple weeks later this has grown and put down roots and it has a stem and some weeds but the whole time the plant has been </w:t>
      </w:r>
      <w:r w:rsidR="00255CED">
        <w:rPr>
          <w:rFonts w:ascii="Arial" w:hAnsi="Arial"/>
        </w:rPr>
        <w:t>growing</w:t>
      </w:r>
      <w:r>
        <w:rPr>
          <w:rFonts w:ascii="Arial" w:hAnsi="Arial"/>
        </w:rPr>
        <w:t xml:space="preserve"> it's been going round and round and round so what do you think the roots would look like.</w:t>
      </w:r>
    </w:p>
    <w:p w14:paraId="00DF7A46" w14:textId="77777777" w:rsidR="007F3D28" w:rsidRDefault="007F3D28">
      <w:pPr>
        <w:spacing w:after="0"/>
      </w:pPr>
    </w:p>
    <w:p w14:paraId="18628B00" w14:textId="77777777" w:rsidR="007F3D28" w:rsidRDefault="00C40296">
      <w:pPr>
        <w:spacing w:after="0"/>
      </w:pPr>
      <w:r>
        <w:rPr>
          <w:rFonts w:ascii="Arial" w:hAnsi="Arial"/>
          <w:b/>
        </w:rPr>
        <w:t xml:space="preserve">Participant #26:  </w:t>
      </w:r>
      <w:r>
        <w:rPr>
          <w:rFonts w:ascii="Arial" w:hAnsi="Arial"/>
          <w:color w:val="5D7284"/>
        </w:rPr>
        <w:t>34:43</w:t>
      </w:r>
    </w:p>
    <w:p w14:paraId="177B41FD" w14:textId="77777777" w:rsidR="007F3D28" w:rsidRDefault="00C40296">
      <w:pPr>
        <w:spacing w:after="0"/>
      </w:pPr>
      <w:r>
        <w:rPr>
          <w:rFonts w:ascii="Arial" w:hAnsi="Arial"/>
        </w:rPr>
        <w:t xml:space="preserve">I think they would be more in a circular motion like they'd wrap around the end of the pot. </w:t>
      </w:r>
    </w:p>
    <w:p w14:paraId="6E9F54B8" w14:textId="77777777" w:rsidR="007F3D28" w:rsidRDefault="007F3D28">
      <w:pPr>
        <w:spacing w:after="0"/>
      </w:pPr>
    </w:p>
    <w:p w14:paraId="71821C2D" w14:textId="77777777" w:rsidR="007F3D28" w:rsidRDefault="00C40296">
      <w:pPr>
        <w:spacing w:after="0"/>
      </w:pPr>
      <w:r>
        <w:rPr>
          <w:rFonts w:ascii="Arial" w:hAnsi="Arial"/>
          <w:b/>
        </w:rPr>
        <w:t xml:space="preserve">Interviewer P:  </w:t>
      </w:r>
      <w:r>
        <w:rPr>
          <w:rFonts w:ascii="Arial" w:hAnsi="Arial"/>
          <w:color w:val="5D7284"/>
        </w:rPr>
        <w:t>34:49</w:t>
      </w:r>
    </w:p>
    <w:p w14:paraId="277FE036" w14:textId="1FB78D9D" w:rsidR="007F3D28" w:rsidRDefault="00255CED">
      <w:pPr>
        <w:spacing w:after="0"/>
      </w:pPr>
      <w:r>
        <w:rPr>
          <w:rFonts w:ascii="Arial" w:hAnsi="Arial"/>
        </w:rPr>
        <w:t xml:space="preserve">So, they Okay, so they would kind of like splay out towards the side. </w:t>
      </w:r>
    </w:p>
    <w:p w14:paraId="6FC946D0" w14:textId="77777777" w:rsidR="007F3D28" w:rsidRDefault="007F3D28">
      <w:pPr>
        <w:spacing w:after="0"/>
      </w:pPr>
    </w:p>
    <w:p w14:paraId="17AE998B" w14:textId="77777777" w:rsidR="007F3D28" w:rsidRDefault="00C40296">
      <w:pPr>
        <w:spacing w:after="0"/>
      </w:pPr>
      <w:r>
        <w:rPr>
          <w:rFonts w:ascii="Arial" w:hAnsi="Arial"/>
          <w:b/>
        </w:rPr>
        <w:t xml:space="preserve">Participant #26:  </w:t>
      </w:r>
      <w:r>
        <w:rPr>
          <w:rFonts w:ascii="Arial" w:hAnsi="Arial"/>
          <w:color w:val="5D7284"/>
        </w:rPr>
        <w:t>34:52</w:t>
      </w:r>
    </w:p>
    <w:p w14:paraId="20452644" w14:textId="77777777" w:rsidR="007F3D28" w:rsidRDefault="00C40296">
      <w:pPr>
        <w:spacing w:after="0"/>
      </w:pPr>
      <w:r>
        <w:rPr>
          <w:rFonts w:ascii="Arial" w:hAnsi="Arial"/>
        </w:rPr>
        <w:t xml:space="preserve">Yeah, yeah. </w:t>
      </w:r>
    </w:p>
    <w:p w14:paraId="17D9BE18" w14:textId="77777777" w:rsidR="007F3D28" w:rsidRDefault="007F3D28">
      <w:pPr>
        <w:spacing w:after="0"/>
      </w:pPr>
    </w:p>
    <w:p w14:paraId="175E6BD3" w14:textId="77777777" w:rsidR="007F3D28" w:rsidRDefault="00C40296">
      <w:pPr>
        <w:spacing w:after="0"/>
      </w:pPr>
      <w:r>
        <w:rPr>
          <w:rFonts w:ascii="Arial" w:hAnsi="Arial"/>
          <w:b/>
        </w:rPr>
        <w:t xml:space="preserve">Interviewer P:  </w:t>
      </w:r>
      <w:r>
        <w:rPr>
          <w:rFonts w:ascii="Arial" w:hAnsi="Arial"/>
          <w:color w:val="5D7284"/>
        </w:rPr>
        <w:t>34:53</w:t>
      </w:r>
    </w:p>
    <w:p w14:paraId="1C5B2D9C" w14:textId="77777777" w:rsidR="007F3D28" w:rsidRDefault="00C40296">
      <w:pPr>
        <w:spacing w:after="0"/>
      </w:pPr>
      <w:r>
        <w:rPr>
          <w:rFonts w:ascii="Arial" w:hAnsi="Arial"/>
        </w:rPr>
        <w:lastRenderedPageBreak/>
        <w:t xml:space="preserve">And what about the top? </w:t>
      </w:r>
    </w:p>
    <w:p w14:paraId="70F176BC" w14:textId="77777777" w:rsidR="007F3D28" w:rsidRDefault="007F3D28">
      <w:pPr>
        <w:spacing w:after="0"/>
      </w:pPr>
    </w:p>
    <w:p w14:paraId="7A650BEB" w14:textId="77777777" w:rsidR="007F3D28" w:rsidRDefault="00C40296">
      <w:pPr>
        <w:spacing w:after="0"/>
      </w:pPr>
      <w:r>
        <w:rPr>
          <w:rFonts w:ascii="Arial" w:hAnsi="Arial"/>
          <w:b/>
        </w:rPr>
        <w:t xml:space="preserve">Participant #26:  </w:t>
      </w:r>
      <w:r>
        <w:rPr>
          <w:rFonts w:ascii="Arial" w:hAnsi="Arial"/>
          <w:color w:val="5D7284"/>
        </w:rPr>
        <w:t>34:56</w:t>
      </w:r>
    </w:p>
    <w:p w14:paraId="11873FB8" w14:textId="77777777" w:rsidR="007F3D28" w:rsidRDefault="00C40296">
      <w:pPr>
        <w:spacing w:after="0"/>
      </w:pPr>
      <w:r>
        <w:rPr>
          <w:rFonts w:ascii="Arial" w:hAnsi="Arial"/>
        </w:rPr>
        <w:t>Like the the branch.</w:t>
      </w:r>
    </w:p>
    <w:p w14:paraId="0CA42760" w14:textId="77777777" w:rsidR="007F3D28" w:rsidRDefault="007F3D28">
      <w:pPr>
        <w:spacing w:after="0"/>
      </w:pPr>
    </w:p>
    <w:p w14:paraId="108743D4" w14:textId="77777777" w:rsidR="007F3D28" w:rsidRDefault="00C40296">
      <w:pPr>
        <w:spacing w:after="0"/>
      </w:pPr>
      <w:r>
        <w:rPr>
          <w:rFonts w:ascii="Arial" w:hAnsi="Arial"/>
          <w:b/>
        </w:rPr>
        <w:t xml:space="preserve">Interviewer P:  </w:t>
      </w:r>
      <w:r>
        <w:rPr>
          <w:rFonts w:ascii="Arial" w:hAnsi="Arial"/>
          <w:color w:val="5D7284"/>
        </w:rPr>
        <w:t>34:58</w:t>
      </w:r>
    </w:p>
    <w:p w14:paraId="3041C71A" w14:textId="77777777" w:rsidR="007F3D28" w:rsidRDefault="00C40296">
      <w:pPr>
        <w:spacing w:after="0"/>
      </w:pPr>
      <w:r>
        <w:rPr>
          <w:rFonts w:ascii="Arial" w:hAnsi="Arial"/>
        </w:rPr>
        <w:t xml:space="preserve">And yeah, would that be </w:t>
      </w:r>
      <w:r>
        <w:rPr>
          <w:rFonts w:ascii="Arial" w:hAnsi="Arial"/>
        </w:rPr>
        <w:t>normal? Or would it be funny in some way?</w:t>
      </w:r>
    </w:p>
    <w:p w14:paraId="667FF4EE" w14:textId="77777777" w:rsidR="007F3D28" w:rsidRDefault="007F3D28">
      <w:pPr>
        <w:spacing w:after="0"/>
      </w:pPr>
    </w:p>
    <w:p w14:paraId="55E4290C" w14:textId="77777777" w:rsidR="007F3D28" w:rsidRDefault="00C40296">
      <w:pPr>
        <w:spacing w:after="0"/>
      </w:pPr>
      <w:r>
        <w:rPr>
          <w:rFonts w:ascii="Arial" w:hAnsi="Arial"/>
          <w:b/>
        </w:rPr>
        <w:t xml:space="preserve">Participant #26:  </w:t>
      </w:r>
      <w:r>
        <w:rPr>
          <w:rFonts w:ascii="Arial" w:hAnsi="Arial"/>
          <w:color w:val="5D7284"/>
        </w:rPr>
        <w:t>35:01</w:t>
      </w:r>
    </w:p>
    <w:p w14:paraId="2D07A25A" w14:textId="54EDF48F" w:rsidR="007F3D28" w:rsidRDefault="00C40296">
      <w:pPr>
        <w:spacing w:after="0"/>
      </w:pPr>
      <w:r>
        <w:rPr>
          <w:rFonts w:ascii="Arial" w:hAnsi="Arial"/>
        </w:rPr>
        <w:t xml:space="preserve">I think it would be funny because the leaves would follow the sun. </w:t>
      </w:r>
      <w:r w:rsidR="00255CED">
        <w:rPr>
          <w:rFonts w:ascii="Arial" w:hAnsi="Arial"/>
        </w:rPr>
        <w:t>So,</w:t>
      </w:r>
      <w:r>
        <w:rPr>
          <w:rFonts w:ascii="Arial" w:hAnsi="Arial"/>
        </w:rPr>
        <w:t xml:space="preserve"> depending on how they're growing, maybe they will move around to continue following the sun even though it's rotating, maybe, but it could also be just straight because it's just moving. And the sun will hit it anyways, so it would still continue to grow in the same possession that it was meant to.</w:t>
      </w:r>
    </w:p>
    <w:p w14:paraId="18EC2D3D" w14:textId="77777777" w:rsidR="007F3D28" w:rsidRDefault="007F3D28">
      <w:pPr>
        <w:spacing w:after="0"/>
      </w:pPr>
    </w:p>
    <w:p w14:paraId="37904F22" w14:textId="77777777" w:rsidR="007F3D28" w:rsidRDefault="00C40296">
      <w:pPr>
        <w:spacing w:after="0"/>
      </w:pPr>
      <w:r>
        <w:rPr>
          <w:rFonts w:ascii="Arial" w:hAnsi="Arial"/>
          <w:b/>
        </w:rPr>
        <w:t xml:space="preserve">Interviewer P:  </w:t>
      </w:r>
      <w:r>
        <w:rPr>
          <w:rFonts w:ascii="Arial" w:hAnsi="Arial"/>
          <w:color w:val="5D7284"/>
        </w:rPr>
        <w:t>35:23</w:t>
      </w:r>
    </w:p>
    <w:p w14:paraId="36389A41" w14:textId="50FAAD91" w:rsidR="007F3D28" w:rsidRDefault="00C40296">
      <w:pPr>
        <w:spacing w:after="0"/>
      </w:pPr>
      <w:r>
        <w:rPr>
          <w:rFonts w:ascii="Arial" w:hAnsi="Arial"/>
        </w:rPr>
        <w:t xml:space="preserve">Okay. All right, so we're gonna go back to the tank now, that it's settled a bit. And I have these plastic fish that I can put in and some of the fish sink and some of them float. Okay, put in floater and sinker, this one will sink. This one will float. I thought I almost lied. He went in there a little bit deep. He's floating. All right. And </w:t>
      </w:r>
      <w:r w:rsidR="00255CED">
        <w:rPr>
          <w:rFonts w:ascii="Arial" w:hAnsi="Arial"/>
        </w:rPr>
        <w:t>so,</w:t>
      </w:r>
      <w:r>
        <w:rPr>
          <w:rFonts w:ascii="Arial" w:hAnsi="Arial"/>
        </w:rPr>
        <w:t xml:space="preserve"> what I'm going to do is start the tank again, which is a little bit different from what we did before. Because like I said, I had the tank rotating. </w:t>
      </w:r>
    </w:p>
    <w:p w14:paraId="34826D5B" w14:textId="77777777" w:rsidR="007F3D28" w:rsidRDefault="007F3D28">
      <w:pPr>
        <w:spacing w:after="0"/>
      </w:pPr>
    </w:p>
    <w:p w14:paraId="0AAA0950" w14:textId="77777777" w:rsidR="007F3D28" w:rsidRDefault="00C40296">
      <w:pPr>
        <w:spacing w:after="0"/>
      </w:pPr>
      <w:r>
        <w:rPr>
          <w:rFonts w:ascii="Arial" w:hAnsi="Arial"/>
          <w:b/>
        </w:rPr>
        <w:t xml:space="preserve">Participant #26:  </w:t>
      </w:r>
      <w:r>
        <w:rPr>
          <w:rFonts w:ascii="Arial" w:hAnsi="Arial"/>
          <w:color w:val="5D7284"/>
        </w:rPr>
        <w:t>36:00</w:t>
      </w:r>
    </w:p>
    <w:p w14:paraId="3833FFF4" w14:textId="77777777" w:rsidR="007F3D28" w:rsidRDefault="00C40296">
      <w:pPr>
        <w:spacing w:after="0"/>
      </w:pPr>
      <w:r>
        <w:rPr>
          <w:rFonts w:ascii="Arial" w:hAnsi="Arial"/>
        </w:rPr>
        <w:t xml:space="preserve">Yeah. </w:t>
      </w:r>
    </w:p>
    <w:p w14:paraId="3DEF0ED4" w14:textId="77777777" w:rsidR="007F3D28" w:rsidRDefault="007F3D28">
      <w:pPr>
        <w:spacing w:after="0"/>
      </w:pPr>
    </w:p>
    <w:p w14:paraId="1718B708" w14:textId="77777777" w:rsidR="007F3D28" w:rsidRDefault="00C40296">
      <w:pPr>
        <w:spacing w:after="0"/>
      </w:pPr>
      <w:r>
        <w:rPr>
          <w:rFonts w:ascii="Arial" w:hAnsi="Arial"/>
          <w:b/>
        </w:rPr>
        <w:t xml:space="preserve">Interviewer P:  </w:t>
      </w:r>
      <w:r>
        <w:rPr>
          <w:rFonts w:ascii="Arial" w:hAnsi="Arial"/>
          <w:color w:val="5D7284"/>
        </w:rPr>
        <w:t>36:00</w:t>
      </w:r>
    </w:p>
    <w:p w14:paraId="2A32637B" w14:textId="77777777" w:rsidR="007F3D28" w:rsidRDefault="00C40296">
      <w:pPr>
        <w:spacing w:after="0"/>
      </w:pPr>
      <w:r>
        <w:rPr>
          <w:rFonts w:ascii="Arial" w:hAnsi="Arial"/>
        </w:rPr>
        <w:t xml:space="preserve">Before you came in here. </w:t>
      </w:r>
    </w:p>
    <w:p w14:paraId="6A1F3AA6" w14:textId="77777777" w:rsidR="007F3D28" w:rsidRDefault="007F3D28">
      <w:pPr>
        <w:spacing w:after="0"/>
      </w:pPr>
    </w:p>
    <w:p w14:paraId="4B19F1C2" w14:textId="77777777" w:rsidR="007F3D28" w:rsidRDefault="00C40296">
      <w:pPr>
        <w:spacing w:after="0"/>
      </w:pPr>
      <w:r>
        <w:rPr>
          <w:rFonts w:ascii="Arial" w:hAnsi="Arial"/>
          <w:b/>
        </w:rPr>
        <w:t xml:space="preserve">Participant #26:  </w:t>
      </w:r>
      <w:r>
        <w:rPr>
          <w:rFonts w:ascii="Arial" w:hAnsi="Arial"/>
          <w:color w:val="5D7284"/>
        </w:rPr>
        <w:t>36:01</w:t>
      </w:r>
    </w:p>
    <w:p w14:paraId="3D5C7831" w14:textId="77777777" w:rsidR="007F3D28" w:rsidRDefault="00C40296">
      <w:pPr>
        <w:spacing w:after="0"/>
      </w:pPr>
      <w:r>
        <w:rPr>
          <w:rFonts w:ascii="Arial" w:hAnsi="Arial"/>
        </w:rPr>
        <w:t>Yeah.</w:t>
      </w:r>
    </w:p>
    <w:p w14:paraId="1F7BCC0A" w14:textId="77777777" w:rsidR="007F3D28" w:rsidRDefault="007F3D28">
      <w:pPr>
        <w:spacing w:after="0"/>
      </w:pPr>
    </w:p>
    <w:p w14:paraId="6B4F661C" w14:textId="77777777" w:rsidR="007F3D28" w:rsidRDefault="00C40296">
      <w:pPr>
        <w:spacing w:after="0"/>
      </w:pPr>
      <w:r>
        <w:rPr>
          <w:rFonts w:ascii="Arial" w:hAnsi="Arial"/>
          <w:b/>
        </w:rPr>
        <w:t xml:space="preserve">Interviewer P:  </w:t>
      </w:r>
      <w:r>
        <w:rPr>
          <w:rFonts w:ascii="Arial" w:hAnsi="Arial"/>
          <w:color w:val="5D7284"/>
        </w:rPr>
        <w:t>36:02</w:t>
      </w:r>
    </w:p>
    <w:p w14:paraId="600D2F24" w14:textId="3DE163D7" w:rsidR="007F3D28" w:rsidRDefault="00C40296">
      <w:pPr>
        <w:spacing w:after="0"/>
      </w:pPr>
      <w:r>
        <w:rPr>
          <w:rFonts w:ascii="Arial" w:hAnsi="Arial"/>
        </w:rPr>
        <w:t xml:space="preserve">But this time now we're starting it from a stop. </w:t>
      </w:r>
      <w:r w:rsidR="00255CED">
        <w:rPr>
          <w:rFonts w:ascii="Arial" w:hAnsi="Arial"/>
        </w:rPr>
        <w:t>So,</w:t>
      </w:r>
      <w:r>
        <w:rPr>
          <w:rFonts w:ascii="Arial" w:hAnsi="Arial"/>
        </w:rPr>
        <w:t xml:space="preserve"> when I started rotating, how do you think those fish will move? Or will they stay still?</w:t>
      </w:r>
    </w:p>
    <w:p w14:paraId="74D6525D" w14:textId="77777777" w:rsidR="007F3D28" w:rsidRDefault="007F3D28">
      <w:pPr>
        <w:spacing w:after="0"/>
      </w:pPr>
    </w:p>
    <w:p w14:paraId="5D22B544" w14:textId="77777777" w:rsidR="007F3D28" w:rsidRDefault="00C40296">
      <w:pPr>
        <w:spacing w:after="0"/>
      </w:pPr>
      <w:r>
        <w:rPr>
          <w:rFonts w:ascii="Arial" w:hAnsi="Arial"/>
          <w:b/>
        </w:rPr>
        <w:t xml:space="preserve">Participant #26:  </w:t>
      </w:r>
      <w:r>
        <w:rPr>
          <w:rFonts w:ascii="Arial" w:hAnsi="Arial"/>
          <w:color w:val="5D7284"/>
        </w:rPr>
        <w:t>36:11</w:t>
      </w:r>
    </w:p>
    <w:p w14:paraId="1790D8BB" w14:textId="683BC764" w:rsidR="007F3D28" w:rsidRDefault="00C40296">
      <w:pPr>
        <w:spacing w:after="0"/>
      </w:pPr>
      <w:r>
        <w:rPr>
          <w:rFonts w:ascii="Arial" w:hAnsi="Arial"/>
        </w:rPr>
        <w:t xml:space="preserve">The top one, I think we'll move because now it's still so you're going to put it into motion. </w:t>
      </w:r>
      <w:r w:rsidR="00255CED">
        <w:rPr>
          <w:rFonts w:ascii="Arial" w:hAnsi="Arial"/>
        </w:rPr>
        <w:t>So,</w:t>
      </w:r>
      <w:r>
        <w:rPr>
          <w:rFonts w:ascii="Arial" w:hAnsi="Arial"/>
        </w:rPr>
        <w:t xml:space="preserve"> it might start spinning until it's at a constant rate. And then the bottom one. I think it could move a little bit, but I don't think it would move much. Just because it's all the way at the bottom.</w:t>
      </w:r>
    </w:p>
    <w:p w14:paraId="2AD74E68" w14:textId="77777777" w:rsidR="007F3D28" w:rsidRDefault="007F3D28">
      <w:pPr>
        <w:spacing w:after="0"/>
      </w:pPr>
    </w:p>
    <w:p w14:paraId="20E7C8C5" w14:textId="77777777" w:rsidR="007F3D28" w:rsidRDefault="00C40296">
      <w:pPr>
        <w:spacing w:after="0"/>
      </w:pPr>
      <w:r>
        <w:rPr>
          <w:rFonts w:ascii="Arial" w:hAnsi="Arial"/>
          <w:b/>
        </w:rPr>
        <w:t xml:space="preserve">Interviewer P:  </w:t>
      </w:r>
      <w:r>
        <w:rPr>
          <w:rFonts w:ascii="Arial" w:hAnsi="Arial"/>
          <w:color w:val="5D7284"/>
        </w:rPr>
        <w:t>36:28</w:t>
      </w:r>
    </w:p>
    <w:p w14:paraId="770DF100" w14:textId="77777777" w:rsidR="007F3D28" w:rsidRDefault="00C40296">
      <w:pPr>
        <w:spacing w:after="0"/>
      </w:pPr>
      <w:r>
        <w:rPr>
          <w:rFonts w:ascii="Arial" w:hAnsi="Arial"/>
        </w:rPr>
        <w:t xml:space="preserve">Yeah. Okay, so the top one is going to move in a circle. </w:t>
      </w:r>
    </w:p>
    <w:p w14:paraId="6CE3791E" w14:textId="77777777" w:rsidR="007F3D28" w:rsidRDefault="007F3D28">
      <w:pPr>
        <w:spacing w:after="0"/>
      </w:pPr>
    </w:p>
    <w:p w14:paraId="6DAA784B" w14:textId="77777777" w:rsidR="007F3D28" w:rsidRDefault="00C40296">
      <w:pPr>
        <w:spacing w:after="0"/>
      </w:pPr>
      <w:r>
        <w:rPr>
          <w:rFonts w:ascii="Arial" w:hAnsi="Arial"/>
          <w:b/>
        </w:rPr>
        <w:t xml:space="preserve">Participant #26:  </w:t>
      </w:r>
      <w:r>
        <w:rPr>
          <w:rFonts w:ascii="Arial" w:hAnsi="Arial"/>
          <w:color w:val="5D7284"/>
        </w:rPr>
        <w:t>36:32</w:t>
      </w:r>
    </w:p>
    <w:p w14:paraId="3FD5D3F3" w14:textId="77777777" w:rsidR="007F3D28" w:rsidRDefault="00C40296">
      <w:pPr>
        <w:spacing w:after="0"/>
      </w:pPr>
      <w:r>
        <w:rPr>
          <w:rFonts w:ascii="Arial" w:hAnsi="Arial"/>
        </w:rPr>
        <w:t xml:space="preserve">Yeah. </w:t>
      </w:r>
    </w:p>
    <w:p w14:paraId="0930F11D" w14:textId="77777777" w:rsidR="007F3D28" w:rsidRDefault="007F3D28">
      <w:pPr>
        <w:spacing w:after="0"/>
      </w:pPr>
    </w:p>
    <w:p w14:paraId="359EA53A" w14:textId="77777777" w:rsidR="007F3D28" w:rsidRDefault="00C40296">
      <w:pPr>
        <w:spacing w:after="0"/>
      </w:pPr>
      <w:r>
        <w:rPr>
          <w:rFonts w:ascii="Arial" w:hAnsi="Arial"/>
          <w:b/>
        </w:rPr>
        <w:t xml:space="preserve">Interviewer P:  </w:t>
      </w:r>
      <w:r>
        <w:rPr>
          <w:rFonts w:ascii="Arial" w:hAnsi="Arial"/>
          <w:color w:val="5D7284"/>
        </w:rPr>
        <w:t>36:32</w:t>
      </w:r>
    </w:p>
    <w:p w14:paraId="223564AF" w14:textId="2D52F678" w:rsidR="007F3D28" w:rsidRDefault="00C40296">
      <w:pPr>
        <w:spacing w:after="0"/>
      </w:pPr>
      <w:r>
        <w:rPr>
          <w:rFonts w:ascii="Arial" w:hAnsi="Arial"/>
        </w:rPr>
        <w:t xml:space="preserve">All right. And </w:t>
      </w:r>
      <w:r w:rsidR="00255CED">
        <w:rPr>
          <w:rFonts w:ascii="Arial" w:hAnsi="Arial"/>
        </w:rPr>
        <w:t>so,</w:t>
      </w:r>
      <w:r>
        <w:rPr>
          <w:rFonts w:ascii="Arial" w:hAnsi="Arial"/>
        </w:rPr>
        <w:t xml:space="preserve"> when you say that the bottom one isn't going to move like right now it's sitting in front of you. </w:t>
      </w:r>
    </w:p>
    <w:p w14:paraId="75645368" w14:textId="77777777" w:rsidR="007F3D28" w:rsidRDefault="007F3D28">
      <w:pPr>
        <w:spacing w:after="0"/>
      </w:pPr>
    </w:p>
    <w:p w14:paraId="24E0A1B6" w14:textId="77777777" w:rsidR="007F3D28" w:rsidRDefault="00C40296">
      <w:pPr>
        <w:spacing w:after="0"/>
      </w:pPr>
      <w:r>
        <w:rPr>
          <w:rFonts w:ascii="Arial" w:hAnsi="Arial"/>
          <w:b/>
        </w:rPr>
        <w:t xml:space="preserve">Participant #26:  </w:t>
      </w:r>
      <w:r>
        <w:rPr>
          <w:rFonts w:ascii="Arial" w:hAnsi="Arial"/>
          <w:color w:val="5D7284"/>
        </w:rPr>
        <w:t>36:38</w:t>
      </w:r>
    </w:p>
    <w:p w14:paraId="58A8905E" w14:textId="77777777" w:rsidR="007F3D28" w:rsidRDefault="00C40296">
      <w:pPr>
        <w:spacing w:after="0"/>
      </w:pPr>
      <w:r>
        <w:rPr>
          <w:rFonts w:ascii="Arial" w:hAnsi="Arial"/>
        </w:rPr>
        <w:t>Yeah.</w:t>
      </w:r>
    </w:p>
    <w:p w14:paraId="55B74A67" w14:textId="77777777" w:rsidR="007F3D28" w:rsidRDefault="007F3D28">
      <w:pPr>
        <w:spacing w:after="0"/>
      </w:pPr>
    </w:p>
    <w:p w14:paraId="73AE2C9A" w14:textId="77777777" w:rsidR="007F3D28" w:rsidRDefault="00C40296">
      <w:pPr>
        <w:spacing w:after="0"/>
      </w:pPr>
      <w:r>
        <w:rPr>
          <w:rFonts w:ascii="Arial" w:hAnsi="Arial"/>
          <w:b/>
        </w:rPr>
        <w:t xml:space="preserve">Interviewer P:  </w:t>
      </w:r>
      <w:r>
        <w:rPr>
          <w:rFonts w:ascii="Arial" w:hAnsi="Arial"/>
          <w:color w:val="5D7284"/>
        </w:rPr>
        <w:t>36:38</w:t>
      </w:r>
    </w:p>
    <w:p w14:paraId="7BF21251" w14:textId="36954F6E" w:rsidR="007F3D28" w:rsidRDefault="00255CED">
      <w:pPr>
        <w:spacing w:after="0"/>
      </w:pPr>
      <w:r>
        <w:rPr>
          <w:rFonts w:ascii="Arial" w:hAnsi="Arial"/>
        </w:rPr>
        <w:t>So, will it stay in front of you?</w:t>
      </w:r>
    </w:p>
    <w:p w14:paraId="10B5AFBB" w14:textId="77777777" w:rsidR="007F3D28" w:rsidRDefault="007F3D28">
      <w:pPr>
        <w:spacing w:after="0"/>
      </w:pPr>
    </w:p>
    <w:p w14:paraId="2523479E" w14:textId="77777777" w:rsidR="007F3D28" w:rsidRDefault="00C40296">
      <w:pPr>
        <w:spacing w:after="0"/>
      </w:pPr>
      <w:r>
        <w:rPr>
          <w:rFonts w:ascii="Arial" w:hAnsi="Arial"/>
          <w:b/>
        </w:rPr>
        <w:t xml:space="preserve">Participant #26:  </w:t>
      </w:r>
      <w:r>
        <w:rPr>
          <w:rFonts w:ascii="Arial" w:hAnsi="Arial"/>
          <w:color w:val="5D7284"/>
        </w:rPr>
        <w:t>36:41</w:t>
      </w:r>
    </w:p>
    <w:p w14:paraId="557F3218" w14:textId="2EB69CD0" w:rsidR="007F3D28" w:rsidRDefault="00C40296">
      <w:pPr>
        <w:spacing w:after="0"/>
      </w:pPr>
      <w:r>
        <w:rPr>
          <w:rFonts w:ascii="Arial" w:hAnsi="Arial"/>
        </w:rPr>
        <w:t xml:space="preserve">No, because it'll </w:t>
      </w:r>
      <w:r w:rsidR="00255CED">
        <w:rPr>
          <w:rFonts w:ascii="Arial" w:hAnsi="Arial"/>
        </w:rPr>
        <w:t>be...</w:t>
      </w:r>
    </w:p>
    <w:p w14:paraId="0BB19751" w14:textId="77777777" w:rsidR="007F3D28" w:rsidRDefault="007F3D28">
      <w:pPr>
        <w:spacing w:after="0"/>
      </w:pPr>
    </w:p>
    <w:p w14:paraId="3706B4AD" w14:textId="77777777" w:rsidR="007F3D28" w:rsidRDefault="00C40296">
      <w:pPr>
        <w:spacing w:after="0"/>
      </w:pPr>
      <w:r>
        <w:rPr>
          <w:rFonts w:ascii="Arial" w:hAnsi="Arial"/>
          <w:b/>
        </w:rPr>
        <w:t xml:space="preserve">Interviewer P:  </w:t>
      </w:r>
      <w:r>
        <w:rPr>
          <w:rFonts w:ascii="Arial" w:hAnsi="Arial"/>
          <w:color w:val="5D7284"/>
        </w:rPr>
        <w:t>36:42</w:t>
      </w:r>
    </w:p>
    <w:p w14:paraId="174E17CF" w14:textId="6B78929E" w:rsidR="007F3D28" w:rsidRDefault="00C40296">
      <w:pPr>
        <w:spacing w:after="0"/>
      </w:pPr>
      <w:r>
        <w:rPr>
          <w:rFonts w:ascii="Arial" w:hAnsi="Arial"/>
        </w:rPr>
        <w:t xml:space="preserve">Okay so it will also go </w:t>
      </w:r>
      <w:r w:rsidR="00255CED">
        <w:rPr>
          <w:rFonts w:ascii="Arial" w:hAnsi="Arial"/>
        </w:rPr>
        <w:t>on...</w:t>
      </w:r>
      <w:r>
        <w:rPr>
          <w:rFonts w:ascii="Arial" w:hAnsi="Arial"/>
        </w:rPr>
        <w:t xml:space="preserve"> </w:t>
      </w:r>
    </w:p>
    <w:p w14:paraId="29F41433" w14:textId="77777777" w:rsidR="007F3D28" w:rsidRDefault="007F3D28">
      <w:pPr>
        <w:spacing w:after="0"/>
      </w:pPr>
    </w:p>
    <w:p w14:paraId="13B7C49E" w14:textId="77777777" w:rsidR="007F3D28" w:rsidRDefault="00C40296">
      <w:pPr>
        <w:spacing w:after="0"/>
      </w:pPr>
      <w:r>
        <w:rPr>
          <w:rFonts w:ascii="Arial" w:hAnsi="Arial"/>
          <w:b/>
        </w:rPr>
        <w:t xml:space="preserve">Participant #26:  </w:t>
      </w:r>
      <w:r>
        <w:rPr>
          <w:rFonts w:ascii="Arial" w:hAnsi="Arial"/>
          <w:color w:val="5D7284"/>
        </w:rPr>
        <w:t>36:44</w:t>
      </w:r>
    </w:p>
    <w:p w14:paraId="0BFE9DF2" w14:textId="77777777" w:rsidR="007F3D28" w:rsidRDefault="00C40296">
      <w:pPr>
        <w:spacing w:after="0"/>
      </w:pPr>
      <w:r>
        <w:rPr>
          <w:rFonts w:ascii="Arial" w:hAnsi="Arial"/>
        </w:rPr>
        <w:t xml:space="preserve">Yeah, yes. </w:t>
      </w:r>
    </w:p>
    <w:p w14:paraId="41FDF766" w14:textId="77777777" w:rsidR="007F3D28" w:rsidRDefault="007F3D28">
      <w:pPr>
        <w:spacing w:after="0"/>
      </w:pPr>
    </w:p>
    <w:p w14:paraId="4708DD85" w14:textId="77777777" w:rsidR="007F3D28" w:rsidRDefault="00C40296">
      <w:pPr>
        <w:spacing w:after="0"/>
      </w:pPr>
      <w:r>
        <w:rPr>
          <w:rFonts w:ascii="Arial" w:hAnsi="Arial"/>
          <w:b/>
        </w:rPr>
        <w:t xml:space="preserve">Interviewer P:  </w:t>
      </w:r>
      <w:r>
        <w:rPr>
          <w:rFonts w:ascii="Arial" w:hAnsi="Arial"/>
          <w:color w:val="5D7284"/>
        </w:rPr>
        <w:t>36:45</w:t>
      </w:r>
    </w:p>
    <w:p w14:paraId="3A270C83" w14:textId="77777777" w:rsidR="007F3D28" w:rsidRDefault="00C40296">
      <w:pPr>
        <w:spacing w:after="0"/>
      </w:pPr>
      <w:r>
        <w:rPr>
          <w:rFonts w:ascii="Arial" w:hAnsi="Arial"/>
        </w:rPr>
        <w:t xml:space="preserve">But you're thinking that, for example, if it was sitting on a dot on the bottom of the tank that it would stay on the same dot? </w:t>
      </w:r>
    </w:p>
    <w:p w14:paraId="0717C53A" w14:textId="77777777" w:rsidR="007F3D28" w:rsidRDefault="007F3D28">
      <w:pPr>
        <w:spacing w:after="0"/>
      </w:pPr>
    </w:p>
    <w:p w14:paraId="35F5E80F" w14:textId="77777777" w:rsidR="007F3D28" w:rsidRDefault="00C40296">
      <w:pPr>
        <w:spacing w:after="0"/>
      </w:pPr>
      <w:r>
        <w:rPr>
          <w:rFonts w:ascii="Arial" w:hAnsi="Arial"/>
          <w:b/>
        </w:rPr>
        <w:t xml:space="preserve">Participant #26:  </w:t>
      </w:r>
      <w:r>
        <w:rPr>
          <w:rFonts w:ascii="Arial" w:hAnsi="Arial"/>
          <w:color w:val="5D7284"/>
        </w:rPr>
        <w:t>36:51</w:t>
      </w:r>
    </w:p>
    <w:p w14:paraId="35D464D0" w14:textId="77777777" w:rsidR="007F3D28" w:rsidRDefault="00C40296">
      <w:pPr>
        <w:spacing w:after="0"/>
      </w:pPr>
      <w:r>
        <w:rPr>
          <w:rFonts w:ascii="Arial" w:hAnsi="Arial"/>
        </w:rPr>
        <w:t>Yeah.</w:t>
      </w:r>
    </w:p>
    <w:p w14:paraId="302C3F7A" w14:textId="77777777" w:rsidR="007F3D28" w:rsidRDefault="007F3D28">
      <w:pPr>
        <w:spacing w:after="0"/>
      </w:pPr>
    </w:p>
    <w:p w14:paraId="2C8C02D7" w14:textId="77777777" w:rsidR="007F3D28" w:rsidRDefault="00C40296">
      <w:pPr>
        <w:spacing w:after="0"/>
      </w:pPr>
      <w:r>
        <w:rPr>
          <w:rFonts w:ascii="Arial" w:hAnsi="Arial"/>
          <w:b/>
        </w:rPr>
        <w:t xml:space="preserve">Interviewer P:  </w:t>
      </w:r>
      <w:r>
        <w:rPr>
          <w:rFonts w:ascii="Arial" w:hAnsi="Arial"/>
          <w:color w:val="5D7284"/>
        </w:rPr>
        <w:t>36:51</w:t>
      </w:r>
    </w:p>
    <w:p w14:paraId="1255AB94" w14:textId="77777777" w:rsidR="007F3D28" w:rsidRDefault="00C40296">
      <w:pPr>
        <w:spacing w:after="0"/>
      </w:pPr>
      <w:r>
        <w:rPr>
          <w:rFonts w:ascii="Arial" w:hAnsi="Arial"/>
        </w:rPr>
        <w:t xml:space="preserve">Dot? </w:t>
      </w:r>
    </w:p>
    <w:p w14:paraId="7BA40C74" w14:textId="77777777" w:rsidR="007F3D28" w:rsidRDefault="007F3D28">
      <w:pPr>
        <w:spacing w:after="0"/>
      </w:pPr>
    </w:p>
    <w:p w14:paraId="5F7EA71D" w14:textId="77777777" w:rsidR="007F3D28" w:rsidRDefault="00C40296">
      <w:pPr>
        <w:spacing w:after="0"/>
      </w:pPr>
      <w:r>
        <w:rPr>
          <w:rFonts w:ascii="Arial" w:hAnsi="Arial"/>
          <w:b/>
        </w:rPr>
        <w:t xml:space="preserve">Participant #26:  </w:t>
      </w:r>
      <w:r>
        <w:rPr>
          <w:rFonts w:ascii="Arial" w:hAnsi="Arial"/>
          <w:color w:val="5D7284"/>
        </w:rPr>
        <w:t>36:52</w:t>
      </w:r>
    </w:p>
    <w:p w14:paraId="18DDEFCF" w14:textId="77777777" w:rsidR="007F3D28" w:rsidRDefault="00C40296">
      <w:pPr>
        <w:spacing w:after="0"/>
      </w:pPr>
      <w:r>
        <w:rPr>
          <w:rFonts w:ascii="Arial" w:hAnsi="Arial"/>
        </w:rPr>
        <w:t>Yes.</w:t>
      </w:r>
    </w:p>
    <w:p w14:paraId="15459DBC" w14:textId="77777777" w:rsidR="007F3D28" w:rsidRDefault="007F3D28">
      <w:pPr>
        <w:spacing w:after="0"/>
      </w:pPr>
    </w:p>
    <w:p w14:paraId="2AC0FE5B" w14:textId="77777777" w:rsidR="007F3D28" w:rsidRDefault="00C40296">
      <w:pPr>
        <w:spacing w:after="0"/>
      </w:pPr>
      <w:r>
        <w:rPr>
          <w:rFonts w:ascii="Arial" w:hAnsi="Arial"/>
          <w:b/>
        </w:rPr>
        <w:t xml:space="preserve">Interviewer P:  </w:t>
      </w:r>
      <w:r>
        <w:rPr>
          <w:rFonts w:ascii="Arial" w:hAnsi="Arial"/>
          <w:color w:val="5D7284"/>
        </w:rPr>
        <w:t>36:52</w:t>
      </w:r>
    </w:p>
    <w:p w14:paraId="48EAA05B" w14:textId="77777777" w:rsidR="007F3D28" w:rsidRDefault="00C40296">
      <w:pPr>
        <w:spacing w:after="0"/>
      </w:pPr>
      <w:r>
        <w:rPr>
          <w:rFonts w:ascii="Arial" w:hAnsi="Arial"/>
        </w:rPr>
        <w:t>Okay and the one on the top, same thing, or is that different?</w:t>
      </w:r>
    </w:p>
    <w:p w14:paraId="6C169ED8" w14:textId="77777777" w:rsidR="007F3D28" w:rsidRDefault="007F3D28">
      <w:pPr>
        <w:spacing w:after="0"/>
      </w:pPr>
    </w:p>
    <w:p w14:paraId="3AD8B1DD" w14:textId="77777777" w:rsidR="007F3D28" w:rsidRDefault="00C40296">
      <w:pPr>
        <w:spacing w:after="0"/>
      </w:pPr>
      <w:r>
        <w:rPr>
          <w:rFonts w:ascii="Arial" w:hAnsi="Arial"/>
          <w:b/>
        </w:rPr>
        <w:t xml:space="preserve">Participant #26:  </w:t>
      </w:r>
      <w:r>
        <w:rPr>
          <w:rFonts w:ascii="Arial" w:hAnsi="Arial"/>
          <w:color w:val="5D7284"/>
        </w:rPr>
        <w:t>36:56</w:t>
      </w:r>
    </w:p>
    <w:p w14:paraId="262C4C9E" w14:textId="77777777" w:rsidR="007F3D28" w:rsidRDefault="00C40296">
      <w:pPr>
        <w:spacing w:after="0"/>
      </w:pPr>
      <w:r>
        <w:rPr>
          <w:rFonts w:ascii="Arial" w:hAnsi="Arial"/>
        </w:rPr>
        <w:t xml:space="preserve">No, that one's different. Um it's just gonna move around. </w:t>
      </w:r>
    </w:p>
    <w:p w14:paraId="0C84215E" w14:textId="77777777" w:rsidR="007F3D28" w:rsidRDefault="007F3D28">
      <w:pPr>
        <w:spacing w:after="0"/>
      </w:pPr>
    </w:p>
    <w:p w14:paraId="4400D011" w14:textId="77777777" w:rsidR="007F3D28" w:rsidRDefault="00C40296">
      <w:pPr>
        <w:spacing w:after="0"/>
      </w:pPr>
      <w:r>
        <w:rPr>
          <w:rFonts w:ascii="Arial" w:hAnsi="Arial"/>
          <w:b/>
        </w:rPr>
        <w:t xml:space="preserve">Interviewer P:  </w:t>
      </w:r>
      <w:r>
        <w:rPr>
          <w:rFonts w:ascii="Arial" w:hAnsi="Arial"/>
          <w:color w:val="5D7284"/>
        </w:rPr>
        <w:t>36:58</w:t>
      </w:r>
    </w:p>
    <w:p w14:paraId="6E3AE980" w14:textId="77777777" w:rsidR="007F3D28" w:rsidRDefault="00C40296">
      <w:pPr>
        <w:spacing w:after="0"/>
      </w:pPr>
      <w:r>
        <w:rPr>
          <w:rFonts w:ascii="Arial" w:hAnsi="Arial"/>
        </w:rPr>
        <w:t xml:space="preserve">So off of its dot. </w:t>
      </w:r>
    </w:p>
    <w:p w14:paraId="651CBEB8" w14:textId="77777777" w:rsidR="007F3D28" w:rsidRDefault="007F3D28">
      <w:pPr>
        <w:spacing w:after="0"/>
      </w:pPr>
    </w:p>
    <w:p w14:paraId="1ACD965A" w14:textId="77777777" w:rsidR="007F3D28" w:rsidRDefault="00C40296">
      <w:pPr>
        <w:spacing w:after="0"/>
      </w:pPr>
      <w:r>
        <w:rPr>
          <w:rFonts w:ascii="Arial" w:hAnsi="Arial"/>
          <w:b/>
        </w:rPr>
        <w:t xml:space="preserve">Participant #26:  </w:t>
      </w:r>
      <w:r>
        <w:rPr>
          <w:rFonts w:ascii="Arial" w:hAnsi="Arial"/>
          <w:color w:val="5D7284"/>
        </w:rPr>
        <w:t>36:59</w:t>
      </w:r>
    </w:p>
    <w:p w14:paraId="5C0DB7B0" w14:textId="77777777" w:rsidR="007F3D28" w:rsidRDefault="00C40296">
      <w:pPr>
        <w:spacing w:after="0"/>
      </w:pPr>
      <w:r>
        <w:rPr>
          <w:rFonts w:ascii="Arial" w:hAnsi="Arial"/>
        </w:rPr>
        <w:t>Yes.</w:t>
      </w:r>
    </w:p>
    <w:p w14:paraId="154CAF3C" w14:textId="77777777" w:rsidR="007F3D28" w:rsidRDefault="007F3D28">
      <w:pPr>
        <w:spacing w:after="0"/>
      </w:pPr>
    </w:p>
    <w:p w14:paraId="39EB5189" w14:textId="77777777" w:rsidR="007F3D28" w:rsidRDefault="00C40296">
      <w:pPr>
        <w:spacing w:after="0"/>
      </w:pPr>
      <w:r>
        <w:rPr>
          <w:rFonts w:ascii="Arial" w:hAnsi="Arial"/>
          <w:b/>
        </w:rPr>
        <w:t xml:space="preserve">Interviewer P:  </w:t>
      </w:r>
      <w:r>
        <w:rPr>
          <w:rFonts w:ascii="Arial" w:hAnsi="Arial"/>
          <w:color w:val="5D7284"/>
        </w:rPr>
        <w:t>37:00</w:t>
      </w:r>
    </w:p>
    <w:p w14:paraId="13A3CC37" w14:textId="3A68D9D6" w:rsidR="007F3D28" w:rsidRDefault="00C40296">
      <w:pPr>
        <w:spacing w:after="0"/>
      </w:pPr>
      <w:r>
        <w:rPr>
          <w:rFonts w:ascii="Arial" w:hAnsi="Arial"/>
        </w:rPr>
        <w:t xml:space="preserve">And </w:t>
      </w:r>
      <w:r w:rsidR="00255CED">
        <w:rPr>
          <w:rFonts w:ascii="Arial" w:hAnsi="Arial"/>
        </w:rPr>
        <w:t>not</w:t>
      </w:r>
      <w:r>
        <w:rPr>
          <w:rFonts w:ascii="Arial" w:hAnsi="Arial"/>
        </w:rPr>
        <w:t xml:space="preserve"> staying in place in front of you. Just moving in a circle? </w:t>
      </w:r>
    </w:p>
    <w:p w14:paraId="0DDE0C7C" w14:textId="77777777" w:rsidR="007F3D28" w:rsidRDefault="007F3D28">
      <w:pPr>
        <w:spacing w:after="0"/>
      </w:pPr>
    </w:p>
    <w:p w14:paraId="1A91B4DC" w14:textId="77777777" w:rsidR="007F3D28" w:rsidRDefault="00C40296">
      <w:pPr>
        <w:spacing w:after="0"/>
      </w:pPr>
      <w:r>
        <w:rPr>
          <w:rFonts w:ascii="Arial" w:hAnsi="Arial"/>
          <w:b/>
        </w:rPr>
        <w:t xml:space="preserve">Participant #26:  </w:t>
      </w:r>
      <w:r>
        <w:rPr>
          <w:rFonts w:ascii="Arial" w:hAnsi="Arial"/>
          <w:color w:val="5D7284"/>
        </w:rPr>
        <w:t>37:03</w:t>
      </w:r>
    </w:p>
    <w:p w14:paraId="62D41E28" w14:textId="77777777" w:rsidR="007F3D28" w:rsidRDefault="00C40296">
      <w:pPr>
        <w:spacing w:after="0"/>
      </w:pPr>
      <w:r>
        <w:rPr>
          <w:rFonts w:ascii="Arial" w:hAnsi="Arial"/>
        </w:rPr>
        <w:t>Yes.</w:t>
      </w:r>
    </w:p>
    <w:p w14:paraId="7E95D43F" w14:textId="77777777" w:rsidR="007F3D28" w:rsidRDefault="007F3D28">
      <w:pPr>
        <w:spacing w:after="0"/>
      </w:pPr>
    </w:p>
    <w:p w14:paraId="54FC6E6B" w14:textId="77777777" w:rsidR="007F3D28" w:rsidRDefault="00C40296">
      <w:pPr>
        <w:spacing w:after="0"/>
      </w:pPr>
      <w:r>
        <w:rPr>
          <w:rFonts w:ascii="Arial" w:hAnsi="Arial"/>
          <w:b/>
        </w:rPr>
        <w:t xml:space="preserve">Interviewer P:  </w:t>
      </w:r>
      <w:r>
        <w:rPr>
          <w:rFonts w:ascii="Arial" w:hAnsi="Arial"/>
          <w:color w:val="5D7284"/>
        </w:rPr>
        <w:t>37:04</w:t>
      </w:r>
    </w:p>
    <w:p w14:paraId="7324F089" w14:textId="34B21C79" w:rsidR="007F3D28" w:rsidRDefault="00C40296">
      <w:pPr>
        <w:spacing w:after="0"/>
      </w:pPr>
      <w:r>
        <w:rPr>
          <w:rFonts w:ascii="Arial" w:hAnsi="Arial"/>
        </w:rPr>
        <w:t xml:space="preserve">Okay. Let's see what happens. </w:t>
      </w:r>
      <w:r w:rsidR="00255CED">
        <w:rPr>
          <w:rFonts w:ascii="Arial" w:hAnsi="Arial"/>
        </w:rPr>
        <w:t>So,</w:t>
      </w:r>
      <w:r>
        <w:rPr>
          <w:rFonts w:ascii="Arial" w:hAnsi="Arial"/>
        </w:rPr>
        <w:t xml:space="preserve"> one on the top, what is it doing?</w:t>
      </w:r>
    </w:p>
    <w:p w14:paraId="6B2CA6A9" w14:textId="77777777" w:rsidR="007F3D28" w:rsidRDefault="007F3D28">
      <w:pPr>
        <w:spacing w:after="0"/>
      </w:pPr>
    </w:p>
    <w:p w14:paraId="2B029B01" w14:textId="77777777" w:rsidR="007F3D28" w:rsidRDefault="00C40296">
      <w:pPr>
        <w:spacing w:after="0"/>
      </w:pPr>
      <w:r>
        <w:rPr>
          <w:rFonts w:ascii="Arial" w:hAnsi="Arial"/>
          <w:b/>
        </w:rPr>
        <w:t xml:space="preserve">Participant #26:  </w:t>
      </w:r>
      <w:r>
        <w:rPr>
          <w:rFonts w:ascii="Arial" w:hAnsi="Arial"/>
          <w:color w:val="5D7284"/>
        </w:rPr>
        <w:t>37:20</w:t>
      </w:r>
    </w:p>
    <w:p w14:paraId="1E0147B6" w14:textId="77777777" w:rsidR="007F3D28" w:rsidRDefault="00C40296">
      <w:pPr>
        <w:spacing w:after="0"/>
      </w:pPr>
      <w:r>
        <w:rPr>
          <w:rFonts w:ascii="Arial" w:hAnsi="Arial"/>
        </w:rPr>
        <w:t>It's staying in the same place. And it's not moving.</w:t>
      </w:r>
    </w:p>
    <w:p w14:paraId="3228DC7F" w14:textId="77777777" w:rsidR="007F3D28" w:rsidRDefault="007F3D28">
      <w:pPr>
        <w:spacing w:after="0"/>
      </w:pPr>
    </w:p>
    <w:p w14:paraId="649FC3A2" w14:textId="77777777" w:rsidR="007F3D28" w:rsidRDefault="00C40296">
      <w:pPr>
        <w:spacing w:after="0"/>
      </w:pPr>
      <w:r>
        <w:rPr>
          <w:rFonts w:ascii="Arial" w:hAnsi="Arial"/>
          <w:b/>
        </w:rPr>
        <w:t xml:space="preserve">Interviewer P:  </w:t>
      </w:r>
      <w:r>
        <w:rPr>
          <w:rFonts w:ascii="Arial" w:hAnsi="Arial"/>
          <w:color w:val="5D7284"/>
        </w:rPr>
        <w:t>37:25</w:t>
      </w:r>
    </w:p>
    <w:p w14:paraId="60211356" w14:textId="77777777" w:rsidR="007F3D28" w:rsidRDefault="00C40296">
      <w:pPr>
        <w:spacing w:after="0"/>
      </w:pPr>
      <w:r>
        <w:rPr>
          <w:rFonts w:ascii="Arial" w:hAnsi="Arial"/>
        </w:rPr>
        <w:t xml:space="preserve">What about the one on the bottom? </w:t>
      </w:r>
    </w:p>
    <w:p w14:paraId="6FEFC340" w14:textId="77777777" w:rsidR="007F3D28" w:rsidRDefault="007F3D28">
      <w:pPr>
        <w:spacing w:after="0"/>
      </w:pPr>
    </w:p>
    <w:p w14:paraId="5C225580" w14:textId="77777777" w:rsidR="007F3D28" w:rsidRDefault="00C40296">
      <w:pPr>
        <w:spacing w:after="0"/>
      </w:pPr>
      <w:r>
        <w:rPr>
          <w:rFonts w:ascii="Arial" w:hAnsi="Arial"/>
          <w:b/>
        </w:rPr>
        <w:t xml:space="preserve">Participant #26:  </w:t>
      </w:r>
      <w:r>
        <w:rPr>
          <w:rFonts w:ascii="Arial" w:hAnsi="Arial"/>
          <w:color w:val="5D7284"/>
        </w:rPr>
        <w:t>37:26</w:t>
      </w:r>
    </w:p>
    <w:p w14:paraId="2C36F4E1" w14:textId="4D9AB82A" w:rsidR="007F3D28" w:rsidRDefault="00C40296">
      <w:pPr>
        <w:spacing w:after="0"/>
      </w:pPr>
      <w:r>
        <w:rPr>
          <w:rFonts w:ascii="Arial" w:hAnsi="Arial"/>
        </w:rPr>
        <w:t xml:space="preserve">It stayed in the same place, but it's moving in a circular motion with the </w:t>
      </w:r>
      <w:r w:rsidR="00255CED">
        <w:rPr>
          <w:rFonts w:ascii="Arial" w:hAnsi="Arial"/>
        </w:rPr>
        <w:t>tank.</w:t>
      </w:r>
      <w:r>
        <w:rPr>
          <w:rFonts w:ascii="Arial" w:hAnsi="Arial"/>
        </w:rPr>
        <w:t xml:space="preserve"> </w:t>
      </w:r>
    </w:p>
    <w:p w14:paraId="535D2C5C" w14:textId="77777777" w:rsidR="007F3D28" w:rsidRDefault="007F3D28">
      <w:pPr>
        <w:spacing w:after="0"/>
      </w:pPr>
    </w:p>
    <w:p w14:paraId="387BB058" w14:textId="77777777" w:rsidR="007F3D28" w:rsidRDefault="00C40296">
      <w:pPr>
        <w:spacing w:after="0"/>
      </w:pPr>
      <w:r>
        <w:rPr>
          <w:rFonts w:ascii="Arial" w:hAnsi="Arial"/>
          <w:b/>
        </w:rPr>
        <w:t xml:space="preserve">Interviewer P:  </w:t>
      </w:r>
      <w:r>
        <w:rPr>
          <w:rFonts w:ascii="Arial" w:hAnsi="Arial"/>
          <w:color w:val="5D7284"/>
        </w:rPr>
        <w:t>37:31</w:t>
      </w:r>
    </w:p>
    <w:p w14:paraId="7C290186" w14:textId="77777777" w:rsidR="007F3D28" w:rsidRDefault="00C40296">
      <w:pPr>
        <w:spacing w:after="0"/>
      </w:pPr>
      <w:r>
        <w:rPr>
          <w:rFonts w:ascii="Arial" w:hAnsi="Arial"/>
        </w:rPr>
        <w:t>Yeah. So how can we make sense of the fact that the one in the bottom is going in a circle and the one on the top is bobbing there?</w:t>
      </w:r>
    </w:p>
    <w:p w14:paraId="4C2C5E8D" w14:textId="77777777" w:rsidR="007F3D28" w:rsidRDefault="007F3D28">
      <w:pPr>
        <w:spacing w:after="0"/>
      </w:pPr>
    </w:p>
    <w:p w14:paraId="5D341E37" w14:textId="77777777" w:rsidR="007F3D28" w:rsidRDefault="00C40296">
      <w:pPr>
        <w:spacing w:after="0"/>
      </w:pPr>
      <w:r>
        <w:rPr>
          <w:rFonts w:ascii="Arial" w:hAnsi="Arial"/>
          <w:b/>
        </w:rPr>
        <w:t xml:space="preserve">Participant #26:  </w:t>
      </w:r>
      <w:r>
        <w:rPr>
          <w:rFonts w:ascii="Arial" w:hAnsi="Arial"/>
          <w:color w:val="5D7284"/>
        </w:rPr>
        <w:t>37:43</w:t>
      </w:r>
    </w:p>
    <w:p w14:paraId="3377F966" w14:textId="77777777" w:rsidR="007F3D28" w:rsidRDefault="00C40296">
      <w:pPr>
        <w:spacing w:after="0"/>
      </w:pPr>
      <w:r>
        <w:rPr>
          <w:rFonts w:ascii="Arial" w:hAnsi="Arial"/>
        </w:rPr>
        <w:t>Um, the one off the bottom is at like touching the same thing that's moving. So maybe that's why it's an it's like, on the not on the surface.</w:t>
      </w:r>
    </w:p>
    <w:p w14:paraId="1CA79A98" w14:textId="77777777" w:rsidR="007F3D28" w:rsidRDefault="007F3D28">
      <w:pPr>
        <w:spacing w:after="0"/>
      </w:pPr>
    </w:p>
    <w:p w14:paraId="64E27935" w14:textId="77777777" w:rsidR="007F3D28" w:rsidRDefault="00C40296">
      <w:pPr>
        <w:spacing w:after="0"/>
      </w:pPr>
      <w:r>
        <w:rPr>
          <w:rFonts w:ascii="Arial" w:hAnsi="Arial"/>
          <w:b/>
        </w:rPr>
        <w:t xml:space="preserve">Interviewer P:  </w:t>
      </w:r>
      <w:r>
        <w:rPr>
          <w:rFonts w:ascii="Arial" w:hAnsi="Arial"/>
          <w:color w:val="5D7284"/>
        </w:rPr>
        <w:t>37:55</w:t>
      </w:r>
    </w:p>
    <w:p w14:paraId="5F50C4BD" w14:textId="77777777" w:rsidR="007F3D28" w:rsidRDefault="00C40296">
      <w:pPr>
        <w:spacing w:after="0"/>
      </w:pPr>
      <w:r>
        <w:rPr>
          <w:rFonts w:ascii="Arial" w:hAnsi="Arial"/>
        </w:rPr>
        <w:t xml:space="preserve">On the floor. </w:t>
      </w:r>
    </w:p>
    <w:p w14:paraId="38986260" w14:textId="77777777" w:rsidR="007F3D28" w:rsidRDefault="007F3D28">
      <w:pPr>
        <w:spacing w:after="0"/>
      </w:pPr>
    </w:p>
    <w:p w14:paraId="4902BCF0" w14:textId="77777777" w:rsidR="007F3D28" w:rsidRDefault="00C40296">
      <w:pPr>
        <w:spacing w:after="0"/>
      </w:pPr>
      <w:r>
        <w:rPr>
          <w:rFonts w:ascii="Arial" w:hAnsi="Arial"/>
          <w:b/>
        </w:rPr>
        <w:t xml:space="preserve">Participant #26:  </w:t>
      </w:r>
      <w:r>
        <w:rPr>
          <w:rFonts w:ascii="Arial" w:hAnsi="Arial"/>
          <w:color w:val="5D7284"/>
        </w:rPr>
        <w:t>37:56</w:t>
      </w:r>
    </w:p>
    <w:p w14:paraId="091728A5" w14:textId="77777777" w:rsidR="007F3D28" w:rsidRDefault="00C40296">
      <w:pPr>
        <w:spacing w:after="0"/>
      </w:pPr>
      <w:r>
        <w:rPr>
          <w:rFonts w:ascii="Arial" w:hAnsi="Arial"/>
        </w:rPr>
        <w:t>Yeah, it's on the floor of it. And then the one that's on the surface. I don't know, I don't know why it's not moving. I thought it would move.</w:t>
      </w:r>
    </w:p>
    <w:p w14:paraId="587EF32B" w14:textId="77777777" w:rsidR="007F3D28" w:rsidRDefault="007F3D28">
      <w:pPr>
        <w:spacing w:after="0"/>
      </w:pPr>
    </w:p>
    <w:p w14:paraId="19439F6D" w14:textId="77777777" w:rsidR="007F3D28" w:rsidRDefault="00C40296">
      <w:pPr>
        <w:spacing w:after="0"/>
      </w:pPr>
      <w:r>
        <w:rPr>
          <w:rFonts w:ascii="Arial" w:hAnsi="Arial"/>
          <w:b/>
        </w:rPr>
        <w:t xml:space="preserve">Interviewer P:  </w:t>
      </w:r>
      <w:r>
        <w:rPr>
          <w:rFonts w:ascii="Arial" w:hAnsi="Arial"/>
          <w:color w:val="5D7284"/>
        </w:rPr>
        <w:t>38:05</w:t>
      </w:r>
    </w:p>
    <w:p w14:paraId="5247D42A" w14:textId="0FD5AA2B" w:rsidR="007F3D28" w:rsidRDefault="00255CED">
      <w:pPr>
        <w:spacing w:after="0"/>
      </w:pPr>
      <w:r>
        <w:rPr>
          <w:rFonts w:ascii="Arial" w:hAnsi="Arial"/>
        </w:rPr>
        <w:t>So, it's not moving. Do you think the water is moving?</w:t>
      </w:r>
    </w:p>
    <w:p w14:paraId="28A3389C" w14:textId="77777777" w:rsidR="007F3D28" w:rsidRDefault="007F3D28">
      <w:pPr>
        <w:spacing w:after="0"/>
      </w:pPr>
    </w:p>
    <w:p w14:paraId="18BF7AFC" w14:textId="77777777" w:rsidR="007F3D28" w:rsidRDefault="00C40296">
      <w:pPr>
        <w:spacing w:after="0"/>
      </w:pPr>
      <w:r>
        <w:rPr>
          <w:rFonts w:ascii="Arial" w:hAnsi="Arial"/>
          <w:b/>
        </w:rPr>
        <w:t xml:space="preserve">Participant #26:  </w:t>
      </w:r>
      <w:r>
        <w:rPr>
          <w:rFonts w:ascii="Arial" w:hAnsi="Arial"/>
          <w:color w:val="5D7284"/>
        </w:rPr>
        <w:t>38:10</w:t>
      </w:r>
    </w:p>
    <w:p w14:paraId="04DDE5E0" w14:textId="77777777" w:rsidR="007F3D28" w:rsidRDefault="00C40296">
      <w:pPr>
        <w:spacing w:after="0"/>
      </w:pPr>
      <w:r>
        <w:rPr>
          <w:rFonts w:ascii="Arial" w:hAnsi="Arial"/>
        </w:rPr>
        <w:t>It should be because he looks like he's moving. The other direction.</w:t>
      </w:r>
    </w:p>
    <w:p w14:paraId="4FC86B0F" w14:textId="77777777" w:rsidR="007F3D28" w:rsidRDefault="007F3D28">
      <w:pPr>
        <w:spacing w:after="0"/>
      </w:pPr>
    </w:p>
    <w:p w14:paraId="56C0107D" w14:textId="77777777" w:rsidR="007F3D28" w:rsidRDefault="00C40296">
      <w:pPr>
        <w:spacing w:after="0"/>
      </w:pPr>
      <w:r>
        <w:rPr>
          <w:rFonts w:ascii="Arial" w:hAnsi="Arial"/>
          <w:b/>
        </w:rPr>
        <w:t xml:space="preserve">Interviewer P:  </w:t>
      </w:r>
      <w:r>
        <w:rPr>
          <w:rFonts w:ascii="Arial" w:hAnsi="Arial"/>
          <w:color w:val="5D7284"/>
        </w:rPr>
        <w:t>38:17</w:t>
      </w:r>
    </w:p>
    <w:p w14:paraId="214576C9" w14:textId="77777777" w:rsidR="007F3D28" w:rsidRDefault="00C40296">
      <w:pPr>
        <w:spacing w:after="0"/>
      </w:pPr>
      <w:r>
        <w:rPr>
          <w:rFonts w:ascii="Arial" w:hAnsi="Arial"/>
        </w:rPr>
        <w:t>You think the water is going the other direction?</w:t>
      </w:r>
    </w:p>
    <w:p w14:paraId="00EABBAA" w14:textId="77777777" w:rsidR="007F3D28" w:rsidRDefault="007F3D28">
      <w:pPr>
        <w:spacing w:after="0"/>
      </w:pPr>
    </w:p>
    <w:p w14:paraId="482E168A" w14:textId="77777777" w:rsidR="007F3D28" w:rsidRDefault="00C40296">
      <w:pPr>
        <w:spacing w:after="0"/>
      </w:pPr>
      <w:r>
        <w:rPr>
          <w:rFonts w:ascii="Arial" w:hAnsi="Arial"/>
          <w:b/>
        </w:rPr>
        <w:t xml:space="preserve">Participant #26:  </w:t>
      </w:r>
      <w:r>
        <w:rPr>
          <w:rFonts w:ascii="Arial" w:hAnsi="Arial"/>
          <w:color w:val="5D7284"/>
        </w:rPr>
        <w:t>38:20</w:t>
      </w:r>
    </w:p>
    <w:p w14:paraId="2B23854D" w14:textId="77777777" w:rsidR="007F3D28" w:rsidRDefault="00C40296">
      <w:pPr>
        <w:spacing w:after="0"/>
      </w:pPr>
      <w:r>
        <w:rPr>
          <w:rFonts w:ascii="Arial" w:hAnsi="Arial"/>
        </w:rPr>
        <w:lastRenderedPageBreak/>
        <w:t>No, the water is going the same direction as the the table. But because I'm also looking at the fish on the bottom and looks like the fish at the top is moving the opposite direction because it's staying in the same place.</w:t>
      </w:r>
    </w:p>
    <w:p w14:paraId="0CBD9FC3" w14:textId="77777777" w:rsidR="007F3D28" w:rsidRDefault="007F3D28">
      <w:pPr>
        <w:spacing w:after="0"/>
      </w:pPr>
    </w:p>
    <w:p w14:paraId="61A6A593" w14:textId="77777777" w:rsidR="007F3D28" w:rsidRDefault="00C40296">
      <w:pPr>
        <w:spacing w:after="0"/>
      </w:pPr>
      <w:r>
        <w:rPr>
          <w:rFonts w:ascii="Arial" w:hAnsi="Arial"/>
          <w:b/>
        </w:rPr>
        <w:t xml:space="preserve">Interviewer P:  </w:t>
      </w:r>
      <w:r>
        <w:rPr>
          <w:rFonts w:ascii="Arial" w:hAnsi="Arial"/>
          <w:color w:val="5D7284"/>
        </w:rPr>
        <w:t>38:43</w:t>
      </w:r>
    </w:p>
    <w:p w14:paraId="512AD8E9" w14:textId="77777777" w:rsidR="007F3D28" w:rsidRDefault="00C40296">
      <w:pPr>
        <w:spacing w:after="0"/>
      </w:pPr>
      <w:r>
        <w:rPr>
          <w:rFonts w:ascii="Arial" w:hAnsi="Arial"/>
        </w:rPr>
        <w:t xml:space="preserve">Do you think that the water on the bottom is moving in a so you said, when you said that the water is moving in a circle. And we got there? Because when we stopped at last time? Oh, yeah. It was going. </w:t>
      </w:r>
    </w:p>
    <w:p w14:paraId="73D03AAF" w14:textId="77777777" w:rsidR="007F3D28" w:rsidRDefault="007F3D28">
      <w:pPr>
        <w:spacing w:after="0"/>
      </w:pPr>
    </w:p>
    <w:p w14:paraId="166835D3" w14:textId="77777777" w:rsidR="007F3D28" w:rsidRDefault="00C40296">
      <w:pPr>
        <w:spacing w:after="0"/>
      </w:pPr>
      <w:r>
        <w:rPr>
          <w:rFonts w:ascii="Arial" w:hAnsi="Arial"/>
          <w:b/>
        </w:rPr>
        <w:t xml:space="preserve">Participant #26:  </w:t>
      </w:r>
      <w:r>
        <w:rPr>
          <w:rFonts w:ascii="Arial" w:hAnsi="Arial"/>
          <w:color w:val="5D7284"/>
        </w:rPr>
        <w:t>38:57</w:t>
      </w:r>
    </w:p>
    <w:p w14:paraId="36E5A8DC" w14:textId="77777777" w:rsidR="007F3D28" w:rsidRDefault="00C40296">
      <w:pPr>
        <w:spacing w:after="0"/>
      </w:pPr>
      <w:r>
        <w:rPr>
          <w:rFonts w:ascii="Arial" w:hAnsi="Arial"/>
        </w:rPr>
        <w:t xml:space="preserve">Yes. </w:t>
      </w:r>
    </w:p>
    <w:p w14:paraId="238BC528" w14:textId="77777777" w:rsidR="007F3D28" w:rsidRDefault="007F3D28">
      <w:pPr>
        <w:spacing w:after="0"/>
      </w:pPr>
    </w:p>
    <w:p w14:paraId="44176314" w14:textId="77777777" w:rsidR="007F3D28" w:rsidRDefault="00C40296">
      <w:pPr>
        <w:spacing w:after="0"/>
      </w:pPr>
      <w:r>
        <w:rPr>
          <w:rFonts w:ascii="Arial" w:hAnsi="Arial"/>
          <w:b/>
        </w:rPr>
        <w:t xml:space="preserve">Interviewer P:  </w:t>
      </w:r>
      <w:r>
        <w:rPr>
          <w:rFonts w:ascii="Arial" w:hAnsi="Arial"/>
          <w:color w:val="5D7284"/>
        </w:rPr>
        <w:t>38:57</w:t>
      </w:r>
    </w:p>
    <w:p w14:paraId="5040BE0C" w14:textId="093A3DC0" w:rsidR="007F3D28" w:rsidRDefault="00255CED">
      <w:pPr>
        <w:spacing w:after="0"/>
      </w:pPr>
      <w:r>
        <w:rPr>
          <w:rFonts w:ascii="Arial" w:hAnsi="Arial"/>
        </w:rPr>
        <w:t>So, do you think all of the water in the tank is moving together in that circle?</w:t>
      </w:r>
    </w:p>
    <w:p w14:paraId="5EC7ACA5" w14:textId="77777777" w:rsidR="007F3D28" w:rsidRDefault="007F3D28">
      <w:pPr>
        <w:spacing w:after="0"/>
      </w:pPr>
    </w:p>
    <w:p w14:paraId="2D37316D" w14:textId="77777777" w:rsidR="007F3D28" w:rsidRDefault="00C40296">
      <w:pPr>
        <w:spacing w:after="0"/>
      </w:pPr>
      <w:r>
        <w:rPr>
          <w:rFonts w:ascii="Arial" w:hAnsi="Arial"/>
          <w:b/>
        </w:rPr>
        <w:t xml:space="preserve">Participant #26:  </w:t>
      </w:r>
      <w:r>
        <w:rPr>
          <w:rFonts w:ascii="Arial" w:hAnsi="Arial"/>
          <w:color w:val="5D7284"/>
        </w:rPr>
        <w:t>39:03</w:t>
      </w:r>
    </w:p>
    <w:p w14:paraId="396FE343" w14:textId="77777777" w:rsidR="007F3D28" w:rsidRDefault="00C40296">
      <w:pPr>
        <w:spacing w:after="0"/>
      </w:pPr>
      <w:r>
        <w:rPr>
          <w:rFonts w:ascii="Arial" w:hAnsi="Arial"/>
        </w:rPr>
        <w:t>At the same time? Yes.</w:t>
      </w:r>
    </w:p>
    <w:p w14:paraId="146E51D1" w14:textId="77777777" w:rsidR="007F3D28" w:rsidRDefault="007F3D28">
      <w:pPr>
        <w:spacing w:after="0"/>
      </w:pPr>
    </w:p>
    <w:p w14:paraId="6745758C" w14:textId="77777777" w:rsidR="007F3D28" w:rsidRDefault="00C40296">
      <w:pPr>
        <w:spacing w:after="0"/>
      </w:pPr>
      <w:r>
        <w:rPr>
          <w:rFonts w:ascii="Arial" w:hAnsi="Arial"/>
          <w:b/>
        </w:rPr>
        <w:t xml:space="preserve">Interviewer P:  </w:t>
      </w:r>
      <w:r>
        <w:rPr>
          <w:rFonts w:ascii="Arial" w:hAnsi="Arial"/>
          <w:color w:val="5D7284"/>
        </w:rPr>
        <w:t>39:07</w:t>
      </w:r>
    </w:p>
    <w:p w14:paraId="6EBB65A8" w14:textId="77777777" w:rsidR="007F3D28" w:rsidRDefault="00C40296">
      <w:pPr>
        <w:spacing w:after="0"/>
      </w:pPr>
      <w:r>
        <w:rPr>
          <w:rFonts w:ascii="Arial" w:hAnsi="Arial"/>
        </w:rPr>
        <w:t xml:space="preserve">And if we keep our eye on the floater. </w:t>
      </w:r>
    </w:p>
    <w:p w14:paraId="2637CA28" w14:textId="77777777" w:rsidR="007F3D28" w:rsidRDefault="007F3D28">
      <w:pPr>
        <w:spacing w:after="0"/>
      </w:pPr>
    </w:p>
    <w:p w14:paraId="45531834" w14:textId="77777777" w:rsidR="007F3D28" w:rsidRDefault="00C40296">
      <w:pPr>
        <w:spacing w:after="0"/>
      </w:pPr>
      <w:r>
        <w:rPr>
          <w:rFonts w:ascii="Arial" w:hAnsi="Arial"/>
          <w:b/>
        </w:rPr>
        <w:t xml:space="preserve">Participant #26:  </w:t>
      </w:r>
      <w:r>
        <w:rPr>
          <w:rFonts w:ascii="Arial" w:hAnsi="Arial"/>
          <w:color w:val="5D7284"/>
        </w:rPr>
        <w:t>39:12</w:t>
      </w:r>
    </w:p>
    <w:p w14:paraId="1FD45B29" w14:textId="77777777" w:rsidR="007F3D28" w:rsidRDefault="00C40296">
      <w:pPr>
        <w:spacing w:after="0"/>
      </w:pPr>
      <w:r>
        <w:rPr>
          <w:rFonts w:ascii="Arial" w:hAnsi="Arial"/>
        </w:rPr>
        <w:t>Yes.</w:t>
      </w:r>
    </w:p>
    <w:p w14:paraId="30B9E653" w14:textId="77777777" w:rsidR="007F3D28" w:rsidRDefault="007F3D28">
      <w:pPr>
        <w:spacing w:after="0"/>
      </w:pPr>
    </w:p>
    <w:p w14:paraId="66C5BAFE" w14:textId="77777777" w:rsidR="007F3D28" w:rsidRDefault="00C40296">
      <w:pPr>
        <w:spacing w:after="0"/>
      </w:pPr>
      <w:r>
        <w:rPr>
          <w:rFonts w:ascii="Arial" w:hAnsi="Arial"/>
          <w:b/>
        </w:rPr>
        <w:t xml:space="preserve">Interviewer P:  </w:t>
      </w:r>
      <w:r>
        <w:rPr>
          <w:rFonts w:ascii="Arial" w:hAnsi="Arial"/>
          <w:color w:val="5D7284"/>
        </w:rPr>
        <w:t>39:15</w:t>
      </w:r>
    </w:p>
    <w:p w14:paraId="4AA38EFE" w14:textId="77777777" w:rsidR="007F3D28" w:rsidRDefault="00C40296">
      <w:pPr>
        <w:spacing w:after="0"/>
      </w:pPr>
      <w:r>
        <w:rPr>
          <w:rFonts w:ascii="Arial" w:hAnsi="Arial"/>
        </w:rPr>
        <w:t xml:space="preserve">I'm wondering now if it is beginning to move in a circle because it's slowly coming back our way. </w:t>
      </w:r>
    </w:p>
    <w:p w14:paraId="7FB1959D" w14:textId="77777777" w:rsidR="007F3D28" w:rsidRDefault="007F3D28">
      <w:pPr>
        <w:spacing w:after="0"/>
      </w:pPr>
    </w:p>
    <w:p w14:paraId="5AC5A517" w14:textId="77777777" w:rsidR="007F3D28" w:rsidRDefault="00C40296">
      <w:pPr>
        <w:spacing w:after="0"/>
      </w:pPr>
      <w:r>
        <w:rPr>
          <w:rFonts w:ascii="Arial" w:hAnsi="Arial"/>
          <w:b/>
        </w:rPr>
        <w:t xml:space="preserve">Participant #26:  </w:t>
      </w:r>
      <w:r>
        <w:rPr>
          <w:rFonts w:ascii="Arial" w:hAnsi="Arial"/>
          <w:color w:val="5D7284"/>
        </w:rPr>
        <w:t>39:22</w:t>
      </w:r>
    </w:p>
    <w:p w14:paraId="6B5B4356" w14:textId="665DFF8B" w:rsidR="007F3D28" w:rsidRDefault="00C40296">
      <w:pPr>
        <w:spacing w:after="0"/>
      </w:pPr>
      <w:r>
        <w:rPr>
          <w:rFonts w:ascii="Arial" w:hAnsi="Arial"/>
        </w:rPr>
        <w:t xml:space="preserve">Yeah, I </w:t>
      </w:r>
      <w:r w:rsidR="00255CED">
        <w:rPr>
          <w:rFonts w:ascii="Arial" w:hAnsi="Arial"/>
        </w:rPr>
        <w:t>was...</w:t>
      </w:r>
    </w:p>
    <w:p w14:paraId="27332E3C" w14:textId="77777777" w:rsidR="007F3D28" w:rsidRDefault="007F3D28">
      <w:pPr>
        <w:spacing w:after="0"/>
      </w:pPr>
    </w:p>
    <w:p w14:paraId="71816E2A" w14:textId="77777777" w:rsidR="007F3D28" w:rsidRDefault="00C40296">
      <w:pPr>
        <w:spacing w:after="0"/>
      </w:pPr>
      <w:r>
        <w:rPr>
          <w:rFonts w:ascii="Arial" w:hAnsi="Arial"/>
          <w:b/>
        </w:rPr>
        <w:t xml:space="preserve">Interviewer P:  </w:t>
      </w:r>
      <w:r>
        <w:rPr>
          <w:rFonts w:ascii="Arial" w:hAnsi="Arial"/>
          <w:color w:val="5D7284"/>
        </w:rPr>
        <w:t>39:27</w:t>
      </w:r>
    </w:p>
    <w:p w14:paraId="0D6C2E35" w14:textId="76C747F9" w:rsidR="007F3D28" w:rsidRDefault="00C40296">
      <w:pPr>
        <w:spacing w:after="0"/>
      </w:pPr>
      <w:r>
        <w:rPr>
          <w:rFonts w:ascii="Arial" w:hAnsi="Arial"/>
        </w:rPr>
        <w:t xml:space="preserve">And now it's passing you and now, it's passing me. And </w:t>
      </w:r>
      <w:r w:rsidR="00255CED">
        <w:rPr>
          <w:rFonts w:ascii="Arial" w:hAnsi="Arial"/>
        </w:rPr>
        <w:t>so,</w:t>
      </w:r>
      <w:r>
        <w:rPr>
          <w:rFonts w:ascii="Arial" w:hAnsi="Arial"/>
        </w:rPr>
        <w:t xml:space="preserve"> the circle that it's making, is that the same direction as the tank?</w:t>
      </w:r>
    </w:p>
    <w:p w14:paraId="0A355EC8" w14:textId="77777777" w:rsidR="007F3D28" w:rsidRDefault="007F3D28">
      <w:pPr>
        <w:spacing w:after="0"/>
      </w:pPr>
    </w:p>
    <w:p w14:paraId="3C81C29F" w14:textId="77777777" w:rsidR="007F3D28" w:rsidRDefault="00C40296">
      <w:pPr>
        <w:spacing w:after="0"/>
      </w:pPr>
      <w:r>
        <w:rPr>
          <w:rFonts w:ascii="Arial" w:hAnsi="Arial"/>
          <w:b/>
        </w:rPr>
        <w:t xml:space="preserve">Participant #26:  </w:t>
      </w:r>
      <w:r>
        <w:rPr>
          <w:rFonts w:ascii="Arial" w:hAnsi="Arial"/>
          <w:color w:val="5D7284"/>
        </w:rPr>
        <w:t>39:42</w:t>
      </w:r>
    </w:p>
    <w:p w14:paraId="59142ECB" w14:textId="77777777" w:rsidR="007F3D28" w:rsidRDefault="00C40296">
      <w:pPr>
        <w:spacing w:after="0"/>
      </w:pPr>
      <w:r>
        <w:rPr>
          <w:rFonts w:ascii="Arial" w:hAnsi="Arial"/>
        </w:rPr>
        <w:t>Yes, yes, it is.</w:t>
      </w:r>
    </w:p>
    <w:p w14:paraId="76540433" w14:textId="77777777" w:rsidR="007F3D28" w:rsidRDefault="007F3D28">
      <w:pPr>
        <w:spacing w:after="0"/>
      </w:pPr>
    </w:p>
    <w:p w14:paraId="10320C4B" w14:textId="77777777" w:rsidR="007F3D28" w:rsidRDefault="00C40296">
      <w:pPr>
        <w:spacing w:after="0"/>
      </w:pPr>
      <w:r>
        <w:rPr>
          <w:rFonts w:ascii="Arial" w:hAnsi="Arial"/>
          <w:b/>
        </w:rPr>
        <w:t xml:space="preserve">Interviewer P:  </w:t>
      </w:r>
      <w:r>
        <w:rPr>
          <w:rFonts w:ascii="Arial" w:hAnsi="Arial"/>
          <w:color w:val="5D7284"/>
        </w:rPr>
        <w:t>39:45</w:t>
      </w:r>
    </w:p>
    <w:p w14:paraId="6B0E6525" w14:textId="77777777" w:rsidR="007F3D28" w:rsidRDefault="00C40296">
      <w:pPr>
        <w:spacing w:after="0"/>
      </w:pPr>
      <w:r>
        <w:rPr>
          <w:rFonts w:ascii="Arial" w:hAnsi="Arial"/>
        </w:rPr>
        <w:t>But it's certainly not going as fast as the tank.</w:t>
      </w:r>
    </w:p>
    <w:p w14:paraId="224B3CB9" w14:textId="77777777" w:rsidR="007F3D28" w:rsidRDefault="007F3D28">
      <w:pPr>
        <w:spacing w:after="0"/>
      </w:pPr>
    </w:p>
    <w:p w14:paraId="3B65377C" w14:textId="77777777" w:rsidR="007F3D28" w:rsidRDefault="00C40296">
      <w:pPr>
        <w:spacing w:after="0"/>
      </w:pPr>
      <w:r>
        <w:rPr>
          <w:rFonts w:ascii="Arial" w:hAnsi="Arial"/>
          <w:b/>
        </w:rPr>
        <w:t xml:space="preserve">Participant #26:  </w:t>
      </w:r>
      <w:r>
        <w:rPr>
          <w:rFonts w:ascii="Arial" w:hAnsi="Arial"/>
          <w:color w:val="5D7284"/>
        </w:rPr>
        <w:t>39:47</w:t>
      </w:r>
    </w:p>
    <w:p w14:paraId="350E6551" w14:textId="1297AF48" w:rsidR="007F3D28" w:rsidRDefault="00255CED">
      <w:pPr>
        <w:spacing w:after="0"/>
      </w:pPr>
      <w:r>
        <w:rPr>
          <w:rFonts w:ascii="Arial" w:hAnsi="Arial"/>
        </w:rPr>
        <w:t xml:space="preserve">No, it's going slower? </w:t>
      </w:r>
    </w:p>
    <w:p w14:paraId="0451A308" w14:textId="77777777" w:rsidR="007F3D28" w:rsidRDefault="007F3D28">
      <w:pPr>
        <w:spacing w:after="0"/>
      </w:pPr>
    </w:p>
    <w:p w14:paraId="4AE80BC6" w14:textId="77777777" w:rsidR="007F3D28" w:rsidRDefault="00C40296">
      <w:pPr>
        <w:spacing w:after="0"/>
      </w:pPr>
      <w:r>
        <w:rPr>
          <w:rFonts w:ascii="Arial" w:hAnsi="Arial"/>
          <w:b/>
        </w:rPr>
        <w:t xml:space="preserve">Interviewer P:  </w:t>
      </w:r>
      <w:r>
        <w:rPr>
          <w:rFonts w:ascii="Arial" w:hAnsi="Arial"/>
          <w:color w:val="5D7284"/>
        </w:rPr>
        <w:t>39:49</w:t>
      </w:r>
    </w:p>
    <w:p w14:paraId="431888AA" w14:textId="77777777" w:rsidR="007F3D28" w:rsidRDefault="00C40296">
      <w:pPr>
        <w:spacing w:after="0"/>
      </w:pPr>
      <w:r>
        <w:rPr>
          <w:rFonts w:ascii="Arial" w:hAnsi="Arial"/>
        </w:rPr>
        <w:lastRenderedPageBreak/>
        <w:t xml:space="preserve">Yeah. It's going slower than the </w:t>
      </w:r>
      <w:r>
        <w:rPr>
          <w:rFonts w:ascii="Arial" w:hAnsi="Arial"/>
        </w:rPr>
        <w:t>one on the bottom. Do you think it's going the same speed as the water at the top?</w:t>
      </w:r>
    </w:p>
    <w:p w14:paraId="1F3FC484" w14:textId="77777777" w:rsidR="007F3D28" w:rsidRDefault="007F3D28">
      <w:pPr>
        <w:spacing w:after="0"/>
      </w:pPr>
    </w:p>
    <w:p w14:paraId="6C62BEDD" w14:textId="77777777" w:rsidR="007F3D28" w:rsidRDefault="00C40296">
      <w:pPr>
        <w:spacing w:after="0"/>
      </w:pPr>
      <w:r>
        <w:rPr>
          <w:rFonts w:ascii="Arial" w:hAnsi="Arial"/>
          <w:b/>
        </w:rPr>
        <w:t xml:space="preserve">Participant #26:  </w:t>
      </w:r>
      <w:r>
        <w:rPr>
          <w:rFonts w:ascii="Arial" w:hAnsi="Arial"/>
          <w:color w:val="5D7284"/>
        </w:rPr>
        <w:t>40:01</w:t>
      </w:r>
    </w:p>
    <w:p w14:paraId="234105FE" w14:textId="77777777" w:rsidR="007F3D28" w:rsidRDefault="00C40296">
      <w:pPr>
        <w:spacing w:after="0"/>
      </w:pPr>
      <w:r>
        <w:rPr>
          <w:rFonts w:ascii="Arial" w:hAnsi="Arial"/>
        </w:rPr>
        <w:t>Um no no because it's a different mass then the water.</w:t>
      </w:r>
    </w:p>
    <w:p w14:paraId="108FB5B9" w14:textId="77777777" w:rsidR="007F3D28" w:rsidRDefault="007F3D28">
      <w:pPr>
        <w:spacing w:after="0"/>
      </w:pPr>
    </w:p>
    <w:p w14:paraId="743B2284" w14:textId="77777777" w:rsidR="007F3D28" w:rsidRDefault="00C40296">
      <w:pPr>
        <w:spacing w:after="0"/>
      </w:pPr>
      <w:r>
        <w:rPr>
          <w:rFonts w:ascii="Arial" w:hAnsi="Arial"/>
          <w:b/>
        </w:rPr>
        <w:t xml:space="preserve">Interviewer P:  </w:t>
      </w:r>
      <w:r>
        <w:rPr>
          <w:rFonts w:ascii="Arial" w:hAnsi="Arial"/>
          <w:color w:val="5D7284"/>
        </w:rPr>
        <w:t>40:13</w:t>
      </w:r>
    </w:p>
    <w:p w14:paraId="1BA81785" w14:textId="1F428E59" w:rsidR="007F3D28" w:rsidRDefault="00255CED">
      <w:pPr>
        <w:spacing w:after="0"/>
      </w:pPr>
      <w:r>
        <w:rPr>
          <w:rFonts w:ascii="Arial" w:hAnsi="Arial"/>
        </w:rPr>
        <w:t>So, is it going slower or faster than the water?</w:t>
      </w:r>
    </w:p>
    <w:p w14:paraId="1A9AFCA5" w14:textId="77777777" w:rsidR="007F3D28" w:rsidRDefault="007F3D28">
      <w:pPr>
        <w:spacing w:after="0"/>
      </w:pPr>
    </w:p>
    <w:p w14:paraId="46DB09AD" w14:textId="77777777" w:rsidR="007F3D28" w:rsidRDefault="00C40296">
      <w:pPr>
        <w:spacing w:after="0"/>
      </w:pPr>
      <w:r>
        <w:rPr>
          <w:rFonts w:ascii="Arial" w:hAnsi="Arial"/>
          <w:b/>
        </w:rPr>
        <w:t xml:space="preserve">Participant #26:  </w:t>
      </w:r>
      <w:r>
        <w:rPr>
          <w:rFonts w:ascii="Arial" w:hAnsi="Arial"/>
          <w:color w:val="5D7284"/>
        </w:rPr>
        <w:t>40:15</w:t>
      </w:r>
    </w:p>
    <w:p w14:paraId="5C0F137A" w14:textId="77777777" w:rsidR="007F3D28" w:rsidRDefault="00C40296">
      <w:pPr>
        <w:spacing w:after="0"/>
      </w:pPr>
      <w:r>
        <w:rPr>
          <w:rFonts w:ascii="Arial" w:hAnsi="Arial"/>
        </w:rPr>
        <w:t>It's going slower.</w:t>
      </w:r>
    </w:p>
    <w:p w14:paraId="496B2329" w14:textId="77777777" w:rsidR="007F3D28" w:rsidRDefault="007F3D28">
      <w:pPr>
        <w:spacing w:after="0"/>
      </w:pPr>
    </w:p>
    <w:p w14:paraId="2E30AEB1" w14:textId="77777777" w:rsidR="007F3D28" w:rsidRDefault="00C40296">
      <w:pPr>
        <w:spacing w:after="0"/>
      </w:pPr>
      <w:r>
        <w:rPr>
          <w:rFonts w:ascii="Arial" w:hAnsi="Arial"/>
          <w:b/>
        </w:rPr>
        <w:t xml:space="preserve">Interviewer P:  </w:t>
      </w:r>
      <w:r>
        <w:rPr>
          <w:rFonts w:ascii="Arial" w:hAnsi="Arial"/>
          <w:color w:val="5D7284"/>
        </w:rPr>
        <w:t>40:20</w:t>
      </w:r>
    </w:p>
    <w:p w14:paraId="1CAA8B21" w14:textId="349F9014" w:rsidR="007F3D28" w:rsidRDefault="00255CED">
      <w:pPr>
        <w:spacing w:after="0"/>
      </w:pPr>
      <w:r>
        <w:rPr>
          <w:rFonts w:ascii="Arial" w:hAnsi="Arial"/>
        </w:rPr>
        <w:t>So, there's something about the fishes mass that is causing it to not move as fast as the water.</w:t>
      </w:r>
    </w:p>
    <w:p w14:paraId="55A827C3" w14:textId="77777777" w:rsidR="007F3D28" w:rsidRDefault="007F3D28">
      <w:pPr>
        <w:spacing w:after="0"/>
      </w:pPr>
    </w:p>
    <w:p w14:paraId="2F0A3537" w14:textId="77777777" w:rsidR="007F3D28" w:rsidRDefault="00C40296">
      <w:pPr>
        <w:spacing w:after="0"/>
      </w:pPr>
      <w:r>
        <w:rPr>
          <w:rFonts w:ascii="Arial" w:hAnsi="Arial"/>
          <w:b/>
        </w:rPr>
        <w:t xml:space="preserve">Participant #26:  </w:t>
      </w:r>
      <w:r>
        <w:rPr>
          <w:rFonts w:ascii="Arial" w:hAnsi="Arial"/>
          <w:color w:val="5D7284"/>
        </w:rPr>
        <w:t>40:30</w:t>
      </w:r>
    </w:p>
    <w:p w14:paraId="35A83C7F" w14:textId="77777777" w:rsidR="007F3D28" w:rsidRDefault="00C40296">
      <w:pPr>
        <w:spacing w:after="0"/>
      </w:pPr>
      <w:r>
        <w:rPr>
          <w:rFonts w:ascii="Arial" w:hAnsi="Arial"/>
        </w:rPr>
        <w:t>Yeah.</w:t>
      </w:r>
    </w:p>
    <w:p w14:paraId="1225B2D9" w14:textId="77777777" w:rsidR="007F3D28" w:rsidRDefault="007F3D28">
      <w:pPr>
        <w:spacing w:after="0"/>
      </w:pPr>
    </w:p>
    <w:p w14:paraId="4B4AF916" w14:textId="77777777" w:rsidR="007F3D28" w:rsidRDefault="00C40296">
      <w:pPr>
        <w:spacing w:after="0"/>
      </w:pPr>
      <w:r>
        <w:rPr>
          <w:rFonts w:ascii="Arial" w:hAnsi="Arial"/>
          <w:b/>
        </w:rPr>
        <w:t xml:space="preserve">Interviewer P:  </w:t>
      </w:r>
      <w:r>
        <w:rPr>
          <w:rFonts w:ascii="Arial" w:hAnsi="Arial"/>
          <w:color w:val="5D7284"/>
        </w:rPr>
        <w:t>40:37</w:t>
      </w:r>
    </w:p>
    <w:p w14:paraId="16429B0F" w14:textId="77777777" w:rsidR="007F3D28" w:rsidRDefault="00C40296">
      <w:pPr>
        <w:spacing w:after="0"/>
      </w:pPr>
      <w:r>
        <w:rPr>
          <w:rFonts w:ascii="Arial" w:hAnsi="Arial"/>
        </w:rPr>
        <w:t>Okay. There it goes it's definitely going in a circle now.</w:t>
      </w:r>
    </w:p>
    <w:p w14:paraId="14434EAA" w14:textId="77777777" w:rsidR="007F3D28" w:rsidRDefault="007F3D28">
      <w:pPr>
        <w:spacing w:after="0"/>
      </w:pPr>
    </w:p>
    <w:p w14:paraId="752D9CC8" w14:textId="77777777" w:rsidR="007F3D28" w:rsidRDefault="00C40296">
      <w:pPr>
        <w:spacing w:after="0"/>
      </w:pPr>
      <w:r>
        <w:rPr>
          <w:rFonts w:ascii="Arial" w:hAnsi="Arial"/>
          <w:b/>
        </w:rPr>
        <w:t xml:space="preserve">Participant #26:  </w:t>
      </w:r>
      <w:r>
        <w:rPr>
          <w:rFonts w:ascii="Arial" w:hAnsi="Arial"/>
          <w:color w:val="5D7284"/>
        </w:rPr>
        <w:t>40:40</w:t>
      </w:r>
    </w:p>
    <w:p w14:paraId="71E49A5E" w14:textId="27006E60" w:rsidR="007F3D28" w:rsidRDefault="00255CED">
      <w:pPr>
        <w:spacing w:after="0"/>
      </w:pPr>
      <w:r>
        <w:rPr>
          <w:rFonts w:ascii="Arial" w:hAnsi="Arial"/>
        </w:rPr>
        <w:t>Yeah, now it is.</w:t>
      </w:r>
    </w:p>
    <w:p w14:paraId="6A02EFC6" w14:textId="77777777" w:rsidR="007F3D28" w:rsidRDefault="007F3D28">
      <w:pPr>
        <w:spacing w:after="0"/>
      </w:pPr>
    </w:p>
    <w:p w14:paraId="0DB560DD" w14:textId="77777777" w:rsidR="007F3D28" w:rsidRDefault="00C40296">
      <w:pPr>
        <w:spacing w:after="0"/>
      </w:pPr>
      <w:r>
        <w:rPr>
          <w:rFonts w:ascii="Arial" w:hAnsi="Arial"/>
          <w:b/>
        </w:rPr>
        <w:t xml:space="preserve">Interviewer P:  </w:t>
      </w:r>
      <w:r>
        <w:rPr>
          <w:rFonts w:ascii="Arial" w:hAnsi="Arial"/>
          <w:color w:val="5D7284"/>
        </w:rPr>
        <w:t>40:41</w:t>
      </w:r>
    </w:p>
    <w:p w14:paraId="0251C146" w14:textId="77777777" w:rsidR="007F3D28" w:rsidRDefault="00C40296">
      <w:pPr>
        <w:spacing w:after="0"/>
      </w:pPr>
      <w:r>
        <w:rPr>
          <w:rFonts w:ascii="Arial" w:hAnsi="Arial"/>
        </w:rPr>
        <w:t>Yeah, I wonder what caused it to change because initially it wasn't going in a circle.</w:t>
      </w:r>
    </w:p>
    <w:p w14:paraId="15705CBF" w14:textId="77777777" w:rsidR="007F3D28" w:rsidRDefault="007F3D28">
      <w:pPr>
        <w:spacing w:after="0"/>
      </w:pPr>
    </w:p>
    <w:p w14:paraId="12A2B55A" w14:textId="77777777" w:rsidR="007F3D28" w:rsidRDefault="00C40296">
      <w:pPr>
        <w:spacing w:after="0"/>
      </w:pPr>
      <w:r>
        <w:rPr>
          <w:rFonts w:ascii="Arial" w:hAnsi="Arial"/>
          <w:b/>
        </w:rPr>
        <w:t xml:space="preserve">Participant #26:  </w:t>
      </w:r>
      <w:r>
        <w:rPr>
          <w:rFonts w:ascii="Arial" w:hAnsi="Arial"/>
          <w:color w:val="5D7284"/>
        </w:rPr>
        <w:t>40:47</w:t>
      </w:r>
    </w:p>
    <w:p w14:paraId="0713FD63" w14:textId="77777777" w:rsidR="007F3D28" w:rsidRDefault="00C40296">
      <w:pPr>
        <w:spacing w:after="0"/>
      </w:pPr>
      <w:r>
        <w:rPr>
          <w:rFonts w:ascii="Arial" w:hAnsi="Arial"/>
        </w:rPr>
        <w:t xml:space="preserve">Maybe now the whole of the waters moving maybe it was taking time for it to </w:t>
      </w:r>
      <w:r>
        <w:rPr>
          <w:rFonts w:ascii="Arial" w:hAnsi="Arial"/>
        </w:rPr>
        <w:t>get to a center like a whirlpool kind of.</w:t>
      </w:r>
    </w:p>
    <w:p w14:paraId="24EC8194" w14:textId="77777777" w:rsidR="007F3D28" w:rsidRDefault="007F3D28">
      <w:pPr>
        <w:spacing w:after="0"/>
      </w:pPr>
    </w:p>
    <w:p w14:paraId="2033D09A" w14:textId="77777777" w:rsidR="007F3D28" w:rsidRDefault="00C40296">
      <w:pPr>
        <w:spacing w:after="0"/>
      </w:pPr>
      <w:r>
        <w:rPr>
          <w:rFonts w:ascii="Arial" w:hAnsi="Arial"/>
          <w:b/>
        </w:rPr>
        <w:t xml:space="preserve">Interviewer P:  </w:t>
      </w:r>
      <w:r>
        <w:rPr>
          <w:rFonts w:ascii="Arial" w:hAnsi="Arial"/>
          <w:color w:val="5D7284"/>
        </w:rPr>
        <w:t>40:57</w:t>
      </w:r>
    </w:p>
    <w:p w14:paraId="7ED66282" w14:textId="7E5F6C3B" w:rsidR="007F3D28" w:rsidRDefault="00C40296">
      <w:pPr>
        <w:spacing w:after="0"/>
      </w:pPr>
      <w:r>
        <w:rPr>
          <w:rFonts w:ascii="Arial" w:hAnsi="Arial"/>
        </w:rPr>
        <w:t xml:space="preserve">Okay, so then in that case some of the water would be moving at different </w:t>
      </w:r>
      <w:r w:rsidR="00255CED">
        <w:rPr>
          <w:rFonts w:ascii="Arial" w:hAnsi="Arial"/>
        </w:rPr>
        <w:t>speeds.</w:t>
      </w:r>
    </w:p>
    <w:p w14:paraId="018E08C5" w14:textId="77777777" w:rsidR="007F3D28" w:rsidRDefault="007F3D28">
      <w:pPr>
        <w:spacing w:after="0"/>
      </w:pPr>
    </w:p>
    <w:p w14:paraId="40F3247D" w14:textId="77777777" w:rsidR="007F3D28" w:rsidRDefault="00C40296">
      <w:pPr>
        <w:spacing w:after="0"/>
      </w:pPr>
      <w:r>
        <w:rPr>
          <w:rFonts w:ascii="Arial" w:hAnsi="Arial"/>
          <w:b/>
        </w:rPr>
        <w:t xml:space="preserve">Participant #26:  </w:t>
      </w:r>
      <w:r>
        <w:rPr>
          <w:rFonts w:ascii="Arial" w:hAnsi="Arial"/>
          <w:color w:val="5D7284"/>
        </w:rPr>
        <w:t>41:03</w:t>
      </w:r>
    </w:p>
    <w:p w14:paraId="4ACBAEB8" w14:textId="77777777" w:rsidR="007F3D28" w:rsidRDefault="00C40296">
      <w:pPr>
        <w:spacing w:after="0"/>
      </w:pPr>
      <w:r>
        <w:rPr>
          <w:rFonts w:ascii="Arial" w:hAnsi="Arial"/>
        </w:rPr>
        <w:t>In the beginning maybe and so then all settles to the same speed.</w:t>
      </w:r>
    </w:p>
    <w:p w14:paraId="02FAAFF3" w14:textId="77777777" w:rsidR="007F3D28" w:rsidRDefault="007F3D28">
      <w:pPr>
        <w:spacing w:after="0"/>
      </w:pPr>
    </w:p>
    <w:p w14:paraId="663CAE5A" w14:textId="77777777" w:rsidR="007F3D28" w:rsidRDefault="00C40296">
      <w:pPr>
        <w:spacing w:after="0"/>
      </w:pPr>
      <w:r>
        <w:rPr>
          <w:rFonts w:ascii="Arial" w:hAnsi="Arial"/>
          <w:b/>
        </w:rPr>
        <w:t xml:space="preserve">Interviewer P:  </w:t>
      </w:r>
      <w:r>
        <w:rPr>
          <w:rFonts w:ascii="Arial" w:hAnsi="Arial"/>
          <w:color w:val="5D7284"/>
        </w:rPr>
        <w:t>41:11</w:t>
      </w:r>
    </w:p>
    <w:p w14:paraId="40F9B1ED" w14:textId="77777777" w:rsidR="007F3D28" w:rsidRDefault="00C40296">
      <w:pPr>
        <w:spacing w:after="0"/>
      </w:pPr>
      <w:r>
        <w:rPr>
          <w:rFonts w:ascii="Arial" w:hAnsi="Arial"/>
        </w:rPr>
        <w:t>And what do you think will happen if I turn it off?</w:t>
      </w:r>
    </w:p>
    <w:p w14:paraId="462BABE9" w14:textId="77777777" w:rsidR="007F3D28" w:rsidRDefault="007F3D28">
      <w:pPr>
        <w:spacing w:after="0"/>
      </w:pPr>
    </w:p>
    <w:p w14:paraId="146EE92E" w14:textId="77777777" w:rsidR="007F3D28" w:rsidRDefault="00C40296">
      <w:pPr>
        <w:spacing w:after="0"/>
      </w:pPr>
      <w:r>
        <w:rPr>
          <w:rFonts w:ascii="Arial" w:hAnsi="Arial"/>
          <w:b/>
        </w:rPr>
        <w:t xml:space="preserve">Participant #26:  </w:t>
      </w:r>
      <w:r>
        <w:rPr>
          <w:rFonts w:ascii="Arial" w:hAnsi="Arial"/>
          <w:color w:val="5D7284"/>
        </w:rPr>
        <w:t>41:15</w:t>
      </w:r>
    </w:p>
    <w:p w14:paraId="7DF453E3" w14:textId="77777777" w:rsidR="007F3D28" w:rsidRDefault="00C40296">
      <w:pPr>
        <w:spacing w:after="0"/>
      </w:pPr>
      <w:r>
        <w:rPr>
          <w:rFonts w:ascii="Arial" w:hAnsi="Arial"/>
        </w:rPr>
        <w:t>I think it will start moving fairly fast.</w:t>
      </w:r>
    </w:p>
    <w:p w14:paraId="214324ED" w14:textId="77777777" w:rsidR="007F3D28" w:rsidRDefault="007F3D28">
      <w:pPr>
        <w:spacing w:after="0"/>
      </w:pPr>
    </w:p>
    <w:p w14:paraId="27EC5C82" w14:textId="77777777" w:rsidR="007F3D28" w:rsidRDefault="00C40296">
      <w:pPr>
        <w:spacing w:after="0"/>
      </w:pPr>
      <w:r>
        <w:rPr>
          <w:rFonts w:ascii="Arial" w:hAnsi="Arial"/>
          <w:b/>
        </w:rPr>
        <w:t xml:space="preserve">Interviewer P:  </w:t>
      </w:r>
      <w:r>
        <w:rPr>
          <w:rFonts w:ascii="Arial" w:hAnsi="Arial"/>
          <w:color w:val="5D7284"/>
        </w:rPr>
        <w:t>41:17</w:t>
      </w:r>
    </w:p>
    <w:p w14:paraId="31A5BAD9" w14:textId="77777777" w:rsidR="007F3D28" w:rsidRDefault="00C40296">
      <w:pPr>
        <w:spacing w:after="0"/>
      </w:pPr>
      <w:r>
        <w:rPr>
          <w:rFonts w:ascii="Arial" w:hAnsi="Arial"/>
        </w:rPr>
        <w:lastRenderedPageBreak/>
        <w:t xml:space="preserve">The fish? </w:t>
      </w:r>
    </w:p>
    <w:p w14:paraId="3DFDE595" w14:textId="77777777" w:rsidR="007F3D28" w:rsidRDefault="007F3D28">
      <w:pPr>
        <w:spacing w:after="0"/>
      </w:pPr>
    </w:p>
    <w:p w14:paraId="505D5B4C" w14:textId="77777777" w:rsidR="007F3D28" w:rsidRDefault="00C40296">
      <w:pPr>
        <w:spacing w:after="0"/>
      </w:pPr>
      <w:r>
        <w:rPr>
          <w:rFonts w:ascii="Arial" w:hAnsi="Arial"/>
          <w:b/>
        </w:rPr>
        <w:t xml:space="preserve">Participant #26:  </w:t>
      </w:r>
      <w:r>
        <w:rPr>
          <w:rFonts w:ascii="Arial" w:hAnsi="Arial"/>
          <w:color w:val="5D7284"/>
        </w:rPr>
        <w:t>41:18</w:t>
      </w:r>
    </w:p>
    <w:p w14:paraId="2884481B" w14:textId="77777777" w:rsidR="007F3D28" w:rsidRDefault="00C40296">
      <w:pPr>
        <w:spacing w:after="0"/>
      </w:pPr>
      <w:r>
        <w:rPr>
          <w:rFonts w:ascii="Arial" w:hAnsi="Arial"/>
        </w:rPr>
        <w:t>Yeah.</w:t>
      </w:r>
    </w:p>
    <w:p w14:paraId="75CEF0F2" w14:textId="77777777" w:rsidR="007F3D28" w:rsidRDefault="007F3D28">
      <w:pPr>
        <w:spacing w:after="0"/>
      </w:pPr>
    </w:p>
    <w:p w14:paraId="1EFE7C83" w14:textId="77777777" w:rsidR="007F3D28" w:rsidRDefault="00C40296">
      <w:pPr>
        <w:spacing w:after="0"/>
      </w:pPr>
      <w:r>
        <w:rPr>
          <w:rFonts w:ascii="Arial" w:hAnsi="Arial"/>
          <w:b/>
        </w:rPr>
        <w:t xml:space="preserve">Interviewer P:  </w:t>
      </w:r>
      <w:r>
        <w:rPr>
          <w:rFonts w:ascii="Arial" w:hAnsi="Arial"/>
          <w:color w:val="5D7284"/>
        </w:rPr>
        <w:t>41:18</w:t>
      </w:r>
    </w:p>
    <w:p w14:paraId="23FB662A" w14:textId="77777777" w:rsidR="007F3D28" w:rsidRDefault="00C40296">
      <w:pPr>
        <w:spacing w:after="0"/>
      </w:pPr>
      <w:r>
        <w:rPr>
          <w:rFonts w:ascii="Arial" w:hAnsi="Arial"/>
        </w:rPr>
        <w:t xml:space="preserve">Faster than it's going now. </w:t>
      </w:r>
    </w:p>
    <w:p w14:paraId="7E8B120D" w14:textId="77777777" w:rsidR="007F3D28" w:rsidRDefault="007F3D28">
      <w:pPr>
        <w:spacing w:after="0"/>
      </w:pPr>
    </w:p>
    <w:p w14:paraId="384070CA" w14:textId="77777777" w:rsidR="007F3D28" w:rsidRDefault="00C40296">
      <w:pPr>
        <w:spacing w:after="0"/>
      </w:pPr>
      <w:r>
        <w:rPr>
          <w:rFonts w:ascii="Arial" w:hAnsi="Arial"/>
          <w:b/>
        </w:rPr>
        <w:t xml:space="preserve">Participant #26:  </w:t>
      </w:r>
      <w:r>
        <w:rPr>
          <w:rFonts w:ascii="Arial" w:hAnsi="Arial"/>
          <w:color w:val="5D7284"/>
        </w:rPr>
        <w:t>41:20</w:t>
      </w:r>
    </w:p>
    <w:p w14:paraId="1B33B6CC" w14:textId="77777777" w:rsidR="007F3D28" w:rsidRDefault="00C40296">
      <w:pPr>
        <w:spacing w:after="0"/>
      </w:pPr>
      <w:r>
        <w:rPr>
          <w:rFonts w:ascii="Arial" w:hAnsi="Arial"/>
        </w:rPr>
        <w:t>Yes.</w:t>
      </w:r>
    </w:p>
    <w:p w14:paraId="29F8798A" w14:textId="77777777" w:rsidR="007F3D28" w:rsidRDefault="007F3D28">
      <w:pPr>
        <w:spacing w:after="0"/>
      </w:pPr>
    </w:p>
    <w:p w14:paraId="3C5B7D46" w14:textId="77777777" w:rsidR="007F3D28" w:rsidRDefault="00C40296">
      <w:pPr>
        <w:spacing w:after="0"/>
      </w:pPr>
      <w:r>
        <w:rPr>
          <w:rFonts w:ascii="Arial" w:hAnsi="Arial"/>
          <w:b/>
        </w:rPr>
        <w:t xml:space="preserve">Interviewer P:  </w:t>
      </w:r>
      <w:r>
        <w:rPr>
          <w:rFonts w:ascii="Arial" w:hAnsi="Arial"/>
          <w:color w:val="5D7284"/>
        </w:rPr>
        <w:t>41:21</w:t>
      </w:r>
    </w:p>
    <w:p w14:paraId="1CE1AD9D" w14:textId="77777777" w:rsidR="007F3D28" w:rsidRDefault="00C40296">
      <w:pPr>
        <w:spacing w:after="0"/>
      </w:pPr>
      <w:r>
        <w:rPr>
          <w:rFonts w:ascii="Arial" w:hAnsi="Arial"/>
        </w:rPr>
        <w:t>Both of them?</w:t>
      </w:r>
    </w:p>
    <w:p w14:paraId="18CE28F1" w14:textId="77777777" w:rsidR="007F3D28" w:rsidRDefault="007F3D28">
      <w:pPr>
        <w:spacing w:after="0"/>
      </w:pPr>
    </w:p>
    <w:p w14:paraId="38057546" w14:textId="77777777" w:rsidR="007F3D28" w:rsidRDefault="00C40296">
      <w:pPr>
        <w:spacing w:after="0"/>
      </w:pPr>
      <w:r>
        <w:rPr>
          <w:rFonts w:ascii="Arial" w:hAnsi="Arial"/>
          <w:b/>
        </w:rPr>
        <w:t xml:space="preserve">Participant #26:  </w:t>
      </w:r>
      <w:r>
        <w:rPr>
          <w:rFonts w:ascii="Arial" w:hAnsi="Arial"/>
          <w:color w:val="5D7284"/>
        </w:rPr>
        <w:t>41:23</w:t>
      </w:r>
    </w:p>
    <w:p w14:paraId="4470E276" w14:textId="48419F26" w:rsidR="007F3D28" w:rsidRDefault="00255CED">
      <w:pPr>
        <w:spacing w:after="0"/>
      </w:pPr>
      <w:r>
        <w:rPr>
          <w:rFonts w:ascii="Arial" w:hAnsi="Arial"/>
        </w:rPr>
        <w:t>No, the one at the bottom is gonna it's gonna stay in the same place I think unless the force of it stopping creates a wave and at the bottom and pushes the fish.</w:t>
      </w:r>
    </w:p>
    <w:p w14:paraId="39AC8F27" w14:textId="77777777" w:rsidR="007F3D28" w:rsidRDefault="007F3D28">
      <w:pPr>
        <w:spacing w:after="0"/>
      </w:pPr>
    </w:p>
    <w:p w14:paraId="2BFC8D2E" w14:textId="77777777" w:rsidR="007F3D28" w:rsidRDefault="00C40296">
      <w:pPr>
        <w:spacing w:after="0"/>
      </w:pPr>
      <w:r>
        <w:rPr>
          <w:rFonts w:ascii="Arial" w:hAnsi="Arial"/>
          <w:b/>
        </w:rPr>
        <w:t xml:space="preserve">Interviewer P:  </w:t>
      </w:r>
      <w:r>
        <w:rPr>
          <w:rFonts w:ascii="Arial" w:hAnsi="Arial"/>
          <w:color w:val="5D7284"/>
        </w:rPr>
        <w:t>41:36</w:t>
      </w:r>
    </w:p>
    <w:p w14:paraId="12C0F887" w14:textId="77777777" w:rsidR="007F3D28" w:rsidRDefault="00C40296">
      <w:pPr>
        <w:spacing w:after="0"/>
      </w:pPr>
      <w:r>
        <w:rPr>
          <w:rFonts w:ascii="Arial" w:hAnsi="Arial"/>
        </w:rPr>
        <w:t xml:space="preserve">Yeah, okay, so what I'm hearing is that the one on the bottom is going to keep doing what it's doing. </w:t>
      </w:r>
    </w:p>
    <w:p w14:paraId="100B0C37" w14:textId="77777777" w:rsidR="007F3D28" w:rsidRDefault="007F3D28">
      <w:pPr>
        <w:spacing w:after="0"/>
      </w:pPr>
    </w:p>
    <w:p w14:paraId="12E0642A" w14:textId="77777777" w:rsidR="007F3D28" w:rsidRDefault="00C40296">
      <w:pPr>
        <w:spacing w:after="0"/>
      </w:pPr>
      <w:r>
        <w:rPr>
          <w:rFonts w:ascii="Arial" w:hAnsi="Arial"/>
          <w:b/>
        </w:rPr>
        <w:t xml:space="preserve">Participant #26:  </w:t>
      </w:r>
      <w:r>
        <w:rPr>
          <w:rFonts w:ascii="Arial" w:hAnsi="Arial"/>
          <w:color w:val="5D7284"/>
        </w:rPr>
        <w:t>41:43</w:t>
      </w:r>
    </w:p>
    <w:p w14:paraId="456F4BFD" w14:textId="77777777" w:rsidR="007F3D28" w:rsidRDefault="00C40296">
      <w:pPr>
        <w:spacing w:after="0"/>
      </w:pPr>
      <w:r>
        <w:rPr>
          <w:rFonts w:ascii="Arial" w:hAnsi="Arial"/>
        </w:rPr>
        <w:t>Yes.</w:t>
      </w:r>
    </w:p>
    <w:p w14:paraId="59C3139B" w14:textId="77777777" w:rsidR="007F3D28" w:rsidRDefault="007F3D28">
      <w:pPr>
        <w:spacing w:after="0"/>
      </w:pPr>
    </w:p>
    <w:p w14:paraId="2BD41453" w14:textId="77777777" w:rsidR="007F3D28" w:rsidRDefault="00C40296">
      <w:pPr>
        <w:spacing w:after="0"/>
      </w:pPr>
      <w:r>
        <w:rPr>
          <w:rFonts w:ascii="Arial" w:hAnsi="Arial"/>
          <w:b/>
        </w:rPr>
        <w:t xml:space="preserve">Interviewer P:  </w:t>
      </w:r>
      <w:r>
        <w:rPr>
          <w:rFonts w:ascii="Arial" w:hAnsi="Arial"/>
          <w:color w:val="5D7284"/>
        </w:rPr>
        <w:t>41:43</w:t>
      </w:r>
    </w:p>
    <w:p w14:paraId="021C8707" w14:textId="77777777" w:rsidR="007F3D28" w:rsidRDefault="00C40296">
      <w:pPr>
        <w:spacing w:after="0"/>
      </w:pPr>
      <w:r>
        <w:rPr>
          <w:rFonts w:ascii="Arial" w:hAnsi="Arial"/>
        </w:rPr>
        <w:t>Okay, when I say.</w:t>
      </w:r>
    </w:p>
    <w:p w14:paraId="1B74C6FA" w14:textId="77777777" w:rsidR="007F3D28" w:rsidRDefault="007F3D28">
      <w:pPr>
        <w:spacing w:after="0"/>
      </w:pPr>
    </w:p>
    <w:p w14:paraId="6A021779" w14:textId="77777777" w:rsidR="007F3D28" w:rsidRDefault="00C40296">
      <w:pPr>
        <w:spacing w:after="0"/>
      </w:pPr>
      <w:r>
        <w:rPr>
          <w:rFonts w:ascii="Arial" w:hAnsi="Arial"/>
          <w:b/>
        </w:rPr>
        <w:t xml:space="preserve">Participant #26:  </w:t>
      </w:r>
      <w:r>
        <w:rPr>
          <w:rFonts w:ascii="Arial" w:hAnsi="Arial"/>
          <w:color w:val="5D7284"/>
        </w:rPr>
        <w:t>41:44</w:t>
      </w:r>
    </w:p>
    <w:p w14:paraId="6D4B65B4" w14:textId="77777777" w:rsidR="007F3D28" w:rsidRDefault="00C40296">
      <w:pPr>
        <w:spacing w:after="0"/>
      </w:pPr>
      <w:r>
        <w:rPr>
          <w:rFonts w:ascii="Arial" w:hAnsi="Arial"/>
        </w:rPr>
        <w:t xml:space="preserve">No no, it will stay. </w:t>
      </w:r>
    </w:p>
    <w:p w14:paraId="0089A80D" w14:textId="77777777" w:rsidR="007F3D28" w:rsidRDefault="007F3D28">
      <w:pPr>
        <w:spacing w:after="0"/>
      </w:pPr>
    </w:p>
    <w:p w14:paraId="3C009F5D" w14:textId="77777777" w:rsidR="007F3D28" w:rsidRDefault="00C40296">
      <w:pPr>
        <w:spacing w:after="0"/>
      </w:pPr>
      <w:r>
        <w:rPr>
          <w:rFonts w:ascii="Arial" w:hAnsi="Arial"/>
          <w:b/>
        </w:rPr>
        <w:t xml:space="preserve">Interviewer P:  </w:t>
      </w:r>
      <w:r>
        <w:rPr>
          <w:rFonts w:ascii="Arial" w:hAnsi="Arial"/>
          <w:color w:val="5D7284"/>
        </w:rPr>
        <w:t>41:45</w:t>
      </w:r>
    </w:p>
    <w:p w14:paraId="7EEE85CE" w14:textId="77777777" w:rsidR="007F3D28" w:rsidRDefault="00C40296">
      <w:pPr>
        <w:spacing w:after="0"/>
      </w:pPr>
      <w:r>
        <w:rPr>
          <w:rFonts w:ascii="Arial" w:hAnsi="Arial"/>
        </w:rPr>
        <w:t xml:space="preserve">Okay, it'll just stop. </w:t>
      </w:r>
    </w:p>
    <w:p w14:paraId="1F901F08" w14:textId="77777777" w:rsidR="007F3D28" w:rsidRDefault="007F3D28">
      <w:pPr>
        <w:spacing w:after="0"/>
      </w:pPr>
    </w:p>
    <w:p w14:paraId="77033EA9" w14:textId="77777777" w:rsidR="007F3D28" w:rsidRDefault="00C40296">
      <w:pPr>
        <w:spacing w:after="0"/>
      </w:pPr>
      <w:r>
        <w:rPr>
          <w:rFonts w:ascii="Arial" w:hAnsi="Arial"/>
          <w:b/>
        </w:rPr>
        <w:t xml:space="preserve">Participant #26:  </w:t>
      </w:r>
      <w:r>
        <w:rPr>
          <w:rFonts w:ascii="Arial" w:hAnsi="Arial"/>
          <w:color w:val="5D7284"/>
        </w:rPr>
        <w:t>41:46</w:t>
      </w:r>
    </w:p>
    <w:p w14:paraId="5287C18B" w14:textId="77777777" w:rsidR="007F3D28" w:rsidRDefault="00C40296">
      <w:pPr>
        <w:spacing w:after="0"/>
      </w:pPr>
      <w:r>
        <w:rPr>
          <w:rFonts w:ascii="Arial" w:hAnsi="Arial"/>
        </w:rPr>
        <w:t xml:space="preserve">Yeah. Yeah. </w:t>
      </w:r>
    </w:p>
    <w:p w14:paraId="3D18DDC5" w14:textId="77777777" w:rsidR="007F3D28" w:rsidRDefault="007F3D28">
      <w:pPr>
        <w:spacing w:after="0"/>
      </w:pPr>
    </w:p>
    <w:p w14:paraId="7E009419" w14:textId="77777777" w:rsidR="007F3D28" w:rsidRDefault="00C40296">
      <w:pPr>
        <w:spacing w:after="0"/>
      </w:pPr>
      <w:r>
        <w:rPr>
          <w:rFonts w:ascii="Arial" w:hAnsi="Arial"/>
          <w:b/>
        </w:rPr>
        <w:t xml:space="preserve">Interviewer P:  </w:t>
      </w:r>
      <w:r>
        <w:rPr>
          <w:rFonts w:ascii="Arial" w:hAnsi="Arial"/>
          <w:color w:val="5D7284"/>
        </w:rPr>
        <w:t>41:47</w:t>
      </w:r>
    </w:p>
    <w:p w14:paraId="773E727F" w14:textId="77777777" w:rsidR="007F3D28" w:rsidRDefault="00C40296">
      <w:pPr>
        <w:spacing w:after="0"/>
      </w:pPr>
      <w:r>
        <w:rPr>
          <w:rFonts w:ascii="Arial" w:hAnsi="Arial"/>
        </w:rPr>
        <w:t xml:space="preserve">Puts on the brakes. </w:t>
      </w:r>
    </w:p>
    <w:p w14:paraId="31BB763D" w14:textId="77777777" w:rsidR="007F3D28" w:rsidRDefault="007F3D28">
      <w:pPr>
        <w:spacing w:after="0"/>
      </w:pPr>
    </w:p>
    <w:p w14:paraId="7FB3BEA0" w14:textId="77777777" w:rsidR="007F3D28" w:rsidRDefault="00C40296">
      <w:pPr>
        <w:spacing w:after="0"/>
      </w:pPr>
      <w:r>
        <w:rPr>
          <w:rFonts w:ascii="Arial" w:hAnsi="Arial"/>
          <w:b/>
        </w:rPr>
        <w:t xml:space="preserve">Participant #26:  </w:t>
      </w:r>
      <w:r>
        <w:rPr>
          <w:rFonts w:ascii="Arial" w:hAnsi="Arial"/>
          <w:color w:val="5D7284"/>
        </w:rPr>
        <w:t>41:48</w:t>
      </w:r>
    </w:p>
    <w:p w14:paraId="2DA4F05E" w14:textId="77777777" w:rsidR="007F3D28" w:rsidRDefault="00C40296">
      <w:pPr>
        <w:spacing w:after="0"/>
      </w:pPr>
      <w:r>
        <w:rPr>
          <w:rFonts w:ascii="Arial" w:hAnsi="Arial"/>
        </w:rPr>
        <w:t xml:space="preserve">Yes. </w:t>
      </w:r>
    </w:p>
    <w:p w14:paraId="2BA623BC" w14:textId="77777777" w:rsidR="007F3D28" w:rsidRDefault="007F3D28">
      <w:pPr>
        <w:spacing w:after="0"/>
      </w:pPr>
    </w:p>
    <w:p w14:paraId="1FB5B81E" w14:textId="77777777" w:rsidR="007F3D28" w:rsidRDefault="00C40296">
      <w:pPr>
        <w:spacing w:after="0"/>
      </w:pPr>
      <w:r>
        <w:rPr>
          <w:rFonts w:ascii="Arial" w:hAnsi="Arial"/>
          <w:b/>
        </w:rPr>
        <w:t xml:space="preserve">Interviewer P:  </w:t>
      </w:r>
      <w:r>
        <w:rPr>
          <w:rFonts w:ascii="Arial" w:hAnsi="Arial"/>
          <w:color w:val="5D7284"/>
        </w:rPr>
        <w:t>41:49</w:t>
      </w:r>
    </w:p>
    <w:p w14:paraId="1965220E" w14:textId="03414107" w:rsidR="007F3D28" w:rsidRDefault="00C40296">
      <w:pPr>
        <w:spacing w:after="0"/>
      </w:pPr>
      <w:r>
        <w:rPr>
          <w:rFonts w:ascii="Arial" w:hAnsi="Arial"/>
        </w:rPr>
        <w:t xml:space="preserve">And the one on the top is going to start going faster in a </w:t>
      </w:r>
      <w:r w:rsidR="00255CED">
        <w:rPr>
          <w:rFonts w:ascii="Arial" w:hAnsi="Arial"/>
        </w:rPr>
        <w:t>circle</w:t>
      </w:r>
      <w:r>
        <w:rPr>
          <w:rFonts w:ascii="Arial" w:hAnsi="Arial"/>
        </w:rPr>
        <w:t>.</w:t>
      </w:r>
    </w:p>
    <w:p w14:paraId="57D82DAE" w14:textId="77777777" w:rsidR="007F3D28" w:rsidRDefault="007F3D28">
      <w:pPr>
        <w:spacing w:after="0"/>
      </w:pPr>
    </w:p>
    <w:p w14:paraId="1B5D47B3" w14:textId="77777777" w:rsidR="007F3D28" w:rsidRDefault="00C40296">
      <w:pPr>
        <w:spacing w:after="0"/>
      </w:pPr>
      <w:r>
        <w:rPr>
          <w:rFonts w:ascii="Arial" w:hAnsi="Arial"/>
          <w:b/>
        </w:rPr>
        <w:t xml:space="preserve">Participant #26:  </w:t>
      </w:r>
      <w:r>
        <w:rPr>
          <w:rFonts w:ascii="Arial" w:hAnsi="Arial"/>
          <w:color w:val="5D7284"/>
        </w:rPr>
        <w:t>41:52</w:t>
      </w:r>
    </w:p>
    <w:p w14:paraId="64946F8C" w14:textId="77777777" w:rsidR="007F3D28" w:rsidRDefault="00C40296">
      <w:pPr>
        <w:spacing w:after="0"/>
      </w:pPr>
      <w:r>
        <w:rPr>
          <w:rFonts w:ascii="Arial" w:hAnsi="Arial"/>
        </w:rPr>
        <w:t>Yes.</w:t>
      </w:r>
    </w:p>
    <w:p w14:paraId="2D883FAD" w14:textId="77777777" w:rsidR="007F3D28" w:rsidRDefault="007F3D28">
      <w:pPr>
        <w:spacing w:after="0"/>
      </w:pPr>
    </w:p>
    <w:p w14:paraId="5EFFA650" w14:textId="77777777" w:rsidR="007F3D28" w:rsidRDefault="00C40296">
      <w:pPr>
        <w:spacing w:after="0"/>
      </w:pPr>
      <w:r>
        <w:rPr>
          <w:rFonts w:ascii="Arial" w:hAnsi="Arial"/>
          <w:b/>
        </w:rPr>
        <w:t xml:space="preserve">Interviewer P:  </w:t>
      </w:r>
      <w:r>
        <w:rPr>
          <w:rFonts w:ascii="Arial" w:hAnsi="Arial"/>
          <w:color w:val="5D7284"/>
        </w:rPr>
        <w:t>41:52</w:t>
      </w:r>
    </w:p>
    <w:p w14:paraId="109C3C6F" w14:textId="10DC7FD4" w:rsidR="007F3D28" w:rsidRDefault="00C40296">
      <w:pPr>
        <w:spacing w:after="0"/>
      </w:pPr>
      <w:r>
        <w:rPr>
          <w:rFonts w:ascii="Arial" w:hAnsi="Arial"/>
        </w:rPr>
        <w:t xml:space="preserve">All right. </w:t>
      </w:r>
      <w:r w:rsidR="00255CED">
        <w:rPr>
          <w:rFonts w:ascii="Arial" w:hAnsi="Arial"/>
        </w:rPr>
        <w:t>So,</w:t>
      </w:r>
      <w:r>
        <w:rPr>
          <w:rFonts w:ascii="Arial" w:hAnsi="Arial"/>
        </w:rPr>
        <w:t xml:space="preserve"> let's see what </w:t>
      </w:r>
      <w:r w:rsidR="00255CED">
        <w:rPr>
          <w:rFonts w:ascii="Arial" w:hAnsi="Arial"/>
        </w:rPr>
        <w:t>happens</w:t>
      </w:r>
      <w:r>
        <w:rPr>
          <w:rFonts w:ascii="Arial" w:hAnsi="Arial"/>
        </w:rPr>
        <w:t xml:space="preserve">. He's thinking about moving. Is that what </w:t>
      </w:r>
      <w:r>
        <w:rPr>
          <w:rFonts w:ascii="Arial" w:hAnsi="Arial"/>
        </w:rPr>
        <w:t>happened?</w:t>
      </w:r>
    </w:p>
    <w:p w14:paraId="54C71AFB" w14:textId="77777777" w:rsidR="007F3D28" w:rsidRDefault="007F3D28">
      <w:pPr>
        <w:spacing w:after="0"/>
      </w:pPr>
    </w:p>
    <w:p w14:paraId="7562F2E9" w14:textId="77777777" w:rsidR="007F3D28" w:rsidRDefault="00C40296">
      <w:pPr>
        <w:spacing w:after="0"/>
      </w:pPr>
      <w:r>
        <w:rPr>
          <w:rFonts w:ascii="Arial" w:hAnsi="Arial"/>
          <w:b/>
        </w:rPr>
        <w:t xml:space="preserve">Participant #26:  </w:t>
      </w:r>
      <w:r>
        <w:rPr>
          <w:rFonts w:ascii="Arial" w:hAnsi="Arial"/>
          <w:color w:val="5D7284"/>
        </w:rPr>
        <w:t>42:06</w:t>
      </w:r>
    </w:p>
    <w:p w14:paraId="700DCBC7" w14:textId="77777777" w:rsidR="007F3D28" w:rsidRDefault="00C40296">
      <w:pPr>
        <w:spacing w:after="0"/>
      </w:pPr>
      <w:r>
        <w:rPr>
          <w:rFonts w:ascii="Arial" w:hAnsi="Arial"/>
        </w:rPr>
        <w:t xml:space="preserve"> I think it's moving faster than it was.</w:t>
      </w:r>
    </w:p>
    <w:p w14:paraId="5C4F8A27" w14:textId="77777777" w:rsidR="007F3D28" w:rsidRDefault="007F3D28">
      <w:pPr>
        <w:spacing w:after="0"/>
      </w:pPr>
    </w:p>
    <w:p w14:paraId="7273D38E" w14:textId="77777777" w:rsidR="007F3D28" w:rsidRDefault="00C40296">
      <w:pPr>
        <w:spacing w:after="0"/>
      </w:pPr>
      <w:r>
        <w:rPr>
          <w:rFonts w:ascii="Arial" w:hAnsi="Arial"/>
          <w:b/>
        </w:rPr>
        <w:t xml:space="preserve">Interviewer P:  </w:t>
      </w:r>
      <w:r>
        <w:rPr>
          <w:rFonts w:ascii="Arial" w:hAnsi="Arial"/>
          <w:color w:val="5D7284"/>
        </w:rPr>
        <w:t>42:09</w:t>
      </w:r>
    </w:p>
    <w:p w14:paraId="6087E32C" w14:textId="77777777" w:rsidR="007F3D28" w:rsidRDefault="00C40296">
      <w:pPr>
        <w:spacing w:after="0"/>
      </w:pPr>
      <w:r>
        <w:rPr>
          <w:rFonts w:ascii="Arial" w:hAnsi="Arial"/>
        </w:rPr>
        <w:t>The one on the top.</w:t>
      </w:r>
    </w:p>
    <w:p w14:paraId="58230119" w14:textId="77777777" w:rsidR="007F3D28" w:rsidRDefault="007F3D28">
      <w:pPr>
        <w:spacing w:after="0"/>
      </w:pPr>
    </w:p>
    <w:p w14:paraId="51EE0E6C" w14:textId="77777777" w:rsidR="007F3D28" w:rsidRDefault="00C40296">
      <w:pPr>
        <w:spacing w:after="0"/>
      </w:pPr>
      <w:r>
        <w:rPr>
          <w:rFonts w:ascii="Arial" w:hAnsi="Arial"/>
          <w:b/>
        </w:rPr>
        <w:t xml:space="preserve">Participant #26:  </w:t>
      </w:r>
      <w:r>
        <w:rPr>
          <w:rFonts w:ascii="Arial" w:hAnsi="Arial"/>
          <w:color w:val="5D7284"/>
        </w:rPr>
        <w:t>42:09</w:t>
      </w:r>
    </w:p>
    <w:p w14:paraId="34AC261E" w14:textId="77777777" w:rsidR="007F3D28" w:rsidRDefault="00C40296">
      <w:pPr>
        <w:spacing w:after="0"/>
      </w:pPr>
      <w:r>
        <w:rPr>
          <w:rFonts w:ascii="Arial" w:hAnsi="Arial"/>
        </w:rPr>
        <w:t>Yeah, I think it is. But now it's slowing down a little bit and the one on the bottom stayed in the same place now it's slowing down a little bit.</w:t>
      </w:r>
    </w:p>
    <w:p w14:paraId="4B3F216B" w14:textId="77777777" w:rsidR="007F3D28" w:rsidRDefault="007F3D28">
      <w:pPr>
        <w:spacing w:after="0"/>
      </w:pPr>
    </w:p>
    <w:p w14:paraId="4FF1DB83" w14:textId="77777777" w:rsidR="007F3D28" w:rsidRDefault="00C40296">
      <w:pPr>
        <w:spacing w:after="0"/>
      </w:pPr>
      <w:r>
        <w:rPr>
          <w:rFonts w:ascii="Arial" w:hAnsi="Arial"/>
          <w:b/>
        </w:rPr>
        <w:t xml:space="preserve">Interviewer P:  </w:t>
      </w:r>
      <w:r>
        <w:rPr>
          <w:rFonts w:ascii="Arial" w:hAnsi="Arial"/>
          <w:color w:val="5D7284"/>
        </w:rPr>
        <w:t>42:23</w:t>
      </w:r>
    </w:p>
    <w:p w14:paraId="0C7F2209" w14:textId="77777777" w:rsidR="007F3D28" w:rsidRDefault="00C40296">
      <w:pPr>
        <w:spacing w:after="0"/>
      </w:pPr>
      <w:r>
        <w:rPr>
          <w:rFonts w:ascii="Arial" w:hAnsi="Arial"/>
        </w:rPr>
        <w:t>What would have caused it to speed up did it speed up?</w:t>
      </w:r>
    </w:p>
    <w:p w14:paraId="044966E6" w14:textId="77777777" w:rsidR="007F3D28" w:rsidRDefault="007F3D28">
      <w:pPr>
        <w:spacing w:after="0"/>
      </w:pPr>
    </w:p>
    <w:p w14:paraId="0EFD3ECE" w14:textId="77777777" w:rsidR="007F3D28" w:rsidRDefault="00C40296">
      <w:pPr>
        <w:spacing w:after="0"/>
      </w:pPr>
      <w:r>
        <w:rPr>
          <w:rFonts w:ascii="Arial" w:hAnsi="Arial"/>
          <w:b/>
        </w:rPr>
        <w:t xml:space="preserve">Participant #26:  </w:t>
      </w:r>
      <w:r>
        <w:rPr>
          <w:rFonts w:ascii="Arial" w:hAnsi="Arial"/>
          <w:color w:val="5D7284"/>
        </w:rPr>
        <w:t>42:26</w:t>
      </w:r>
    </w:p>
    <w:p w14:paraId="245F0F9F" w14:textId="77777777" w:rsidR="007F3D28" w:rsidRDefault="00C40296">
      <w:pPr>
        <w:spacing w:after="0"/>
      </w:pPr>
      <w:r>
        <w:rPr>
          <w:rFonts w:ascii="Arial" w:hAnsi="Arial"/>
        </w:rPr>
        <w:t xml:space="preserve"> I think it did a little bit.</w:t>
      </w:r>
    </w:p>
    <w:p w14:paraId="6DE715BC" w14:textId="77777777" w:rsidR="007F3D28" w:rsidRDefault="007F3D28">
      <w:pPr>
        <w:spacing w:after="0"/>
      </w:pPr>
    </w:p>
    <w:p w14:paraId="5539B85E" w14:textId="77777777" w:rsidR="007F3D28" w:rsidRDefault="00C40296">
      <w:pPr>
        <w:spacing w:after="0"/>
      </w:pPr>
      <w:r>
        <w:rPr>
          <w:rFonts w:ascii="Arial" w:hAnsi="Arial"/>
          <w:b/>
        </w:rPr>
        <w:t xml:space="preserve">Interviewer P:  </w:t>
      </w:r>
      <w:r>
        <w:rPr>
          <w:rFonts w:ascii="Arial" w:hAnsi="Arial"/>
          <w:color w:val="5D7284"/>
        </w:rPr>
        <w:t>42:28</w:t>
      </w:r>
    </w:p>
    <w:p w14:paraId="2262DDB8" w14:textId="77777777" w:rsidR="007F3D28" w:rsidRDefault="00C40296">
      <w:pPr>
        <w:spacing w:after="0"/>
      </w:pPr>
      <w:r>
        <w:rPr>
          <w:rFonts w:ascii="Arial" w:hAnsi="Arial"/>
        </w:rPr>
        <w:t xml:space="preserve">And if so then what would what would have given it that extra go faster? </w:t>
      </w:r>
    </w:p>
    <w:p w14:paraId="45E0A114" w14:textId="77777777" w:rsidR="007F3D28" w:rsidRDefault="007F3D28">
      <w:pPr>
        <w:spacing w:after="0"/>
      </w:pPr>
    </w:p>
    <w:p w14:paraId="55904FCF" w14:textId="77777777" w:rsidR="007F3D28" w:rsidRDefault="00C40296">
      <w:pPr>
        <w:spacing w:after="0"/>
      </w:pPr>
      <w:r>
        <w:rPr>
          <w:rFonts w:ascii="Arial" w:hAnsi="Arial"/>
          <w:b/>
        </w:rPr>
        <w:t xml:space="preserve">Participant #26:  </w:t>
      </w:r>
      <w:r>
        <w:rPr>
          <w:rFonts w:ascii="Arial" w:hAnsi="Arial"/>
          <w:color w:val="5D7284"/>
        </w:rPr>
        <w:t>42:33</w:t>
      </w:r>
    </w:p>
    <w:p w14:paraId="1C52A659" w14:textId="77777777" w:rsidR="007F3D28" w:rsidRDefault="00C40296">
      <w:pPr>
        <w:spacing w:after="0"/>
      </w:pPr>
      <w:r>
        <w:rPr>
          <w:rFonts w:ascii="Arial" w:hAnsi="Arial"/>
        </w:rPr>
        <w:t xml:space="preserve">Um, I think though the way that while when you pause it the water was moving and then it moved a little bit faster since it like stopped kind of like a like a whirlpool where like you put something and then there's a </w:t>
      </w:r>
      <w:r>
        <w:rPr>
          <w:rFonts w:ascii="Arial" w:hAnsi="Arial"/>
        </w:rPr>
        <w:t>little more wave behind it so that it will push it to go faster.</w:t>
      </w:r>
    </w:p>
    <w:p w14:paraId="29C45842" w14:textId="77777777" w:rsidR="007F3D28" w:rsidRDefault="007F3D28">
      <w:pPr>
        <w:spacing w:after="0"/>
      </w:pPr>
    </w:p>
    <w:p w14:paraId="6C7AB118" w14:textId="77777777" w:rsidR="007F3D28" w:rsidRDefault="00C40296">
      <w:pPr>
        <w:spacing w:after="0"/>
      </w:pPr>
      <w:r>
        <w:rPr>
          <w:rFonts w:ascii="Arial" w:hAnsi="Arial"/>
          <w:b/>
        </w:rPr>
        <w:t xml:space="preserve">Interviewer P:  </w:t>
      </w:r>
      <w:r>
        <w:rPr>
          <w:rFonts w:ascii="Arial" w:hAnsi="Arial"/>
          <w:color w:val="5D7284"/>
        </w:rPr>
        <w:t>42:51</w:t>
      </w:r>
    </w:p>
    <w:p w14:paraId="39E8CCBF" w14:textId="0D5DF47F" w:rsidR="007F3D28" w:rsidRDefault="00255CED">
      <w:pPr>
        <w:spacing w:after="0"/>
      </w:pPr>
      <w:r>
        <w:rPr>
          <w:rFonts w:ascii="Arial" w:hAnsi="Arial"/>
        </w:rPr>
        <w:t xml:space="preserve">So, stopping the tank causes the water to go a little bit faster. </w:t>
      </w:r>
    </w:p>
    <w:p w14:paraId="33038BF0" w14:textId="77777777" w:rsidR="007F3D28" w:rsidRDefault="007F3D28">
      <w:pPr>
        <w:spacing w:after="0"/>
      </w:pPr>
    </w:p>
    <w:p w14:paraId="2A1C33C8" w14:textId="77777777" w:rsidR="007F3D28" w:rsidRDefault="00C40296">
      <w:pPr>
        <w:spacing w:after="0"/>
      </w:pPr>
      <w:r>
        <w:rPr>
          <w:rFonts w:ascii="Arial" w:hAnsi="Arial"/>
          <w:b/>
        </w:rPr>
        <w:t xml:space="preserve">Participant #26:  </w:t>
      </w:r>
      <w:r>
        <w:rPr>
          <w:rFonts w:ascii="Arial" w:hAnsi="Arial"/>
          <w:color w:val="5D7284"/>
        </w:rPr>
        <w:t>42:54</w:t>
      </w:r>
    </w:p>
    <w:p w14:paraId="16FB3EF9" w14:textId="77777777" w:rsidR="007F3D28" w:rsidRDefault="00C40296">
      <w:pPr>
        <w:spacing w:after="0"/>
      </w:pPr>
      <w:r>
        <w:rPr>
          <w:rFonts w:ascii="Arial" w:hAnsi="Arial"/>
        </w:rPr>
        <w:t>Yeah.</w:t>
      </w:r>
    </w:p>
    <w:p w14:paraId="3FAB9C97" w14:textId="77777777" w:rsidR="007F3D28" w:rsidRDefault="007F3D28">
      <w:pPr>
        <w:spacing w:after="0"/>
      </w:pPr>
    </w:p>
    <w:p w14:paraId="35A3274B" w14:textId="77777777" w:rsidR="007F3D28" w:rsidRDefault="00C40296">
      <w:pPr>
        <w:spacing w:after="0"/>
      </w:pPr>
      <w:r>
        <w:rPr>
          <w:rFonts w:ascii="Arial" w:hAnsi="Arial"/>
          <w:b/>
        </w:rPr>
        <w:t xml:space="preserve">Interviewer P:  </w:t>
      </w:r>
      <w:r>
        <w:rPr>
          <w:rFonts w:ascii="Arial" w:hAnsi="Arial"/>
          <w:color w:val="5D7284"/>
        </w:rPr>
        <w:t>43:00</w:t>
      </w:r>
    </w:p>
    <w:p w14:paraId="4F274B4D" w14:textId="3A9F94F8" w:rsidR="007F3D28" w:rsidRDefault="00C40296">
      <w:pPr>
        <w:spacing w:after="0"/>
      </w:pPr>
      <w:r>
        <w:rPr>
          <w:rFonts w:ascii="Arial" w:hAnsi="Arial"/>
        </w:rPr>
        <w:t xml:space="preserve">Still going around. All right. Well, that is about it. </w:t>
      </w:r>
      <w:r w:rsidR="00255CED">
        <w:rPr>
          <w:rFonts w:ascii="Arial" w:hAnsi="Arial"/>
        </w:rPr>
        <w:t>So,</w:t>
      </w:r>
      <w:r>
        <w:rPr>
          <w:rFonts w:ascii="Arial" w:hAnsi="Arial"/>
        </w:rPr>
        <w:t xml:space="preserve"> I'm gonna turn this off.</w:t>
      </w:r>
    </w:p>
    <w:sectPr w:rsidR="007F3D28"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696F0D" w14:textId="77777777" w:rsidR="009370B0" w:rsidRDefault="009370B0">
      <w:pPr>
        <w:spacing w:after="0" w:line="240" w:lineRule="auto"/>
      </w:pPr>
      <w:r>
        <w:separator/>
      </w:r>
    </w:p>
  </w:endnote>
  <w:endnote w:type="continuationSeparator" w:id="0">
    <w:p w14:paraId="3712001E" w14:textId="77777777" w:rsidR="009370B0" w:rsidRDefault="00937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4F6292F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3ABE66B"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B3598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BBA998F"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0A1D080"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7BCF8"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36A2C" w14:textId="77777777" w:rsidR="009370B0" w:rsidRDefault="009370B0">
      <w:pPr>
        <w:spacing w:after="0" w:line="240" w:lineRule="auto"/>
      </w:pPr>
      <w:r>
        <w:separator/>
      </w:r>
    </w:p>
  </w:footnote>
  <w:footnote w:type="continuationSeparator" w:id="0">
    <w:p w14:paraId="1A9BA7CF" w14:textId="77777777" w:rsidR="009370B0" w:rsidRDefault="009370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40B9D"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A425B"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63368"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59865062">
    <w:abstractNumId w:val="8"/>
  </w:num>
  <w:num w:numId="2" w16cid:durableId="1697462455">
    <w:abstractNumId w:val="6"/>
  </w:num>
  <w:num w:numId="3" w16cid:durableId="531961282">
    <w:abstractNumId w:val="5"/>
  </w:num>
  <w:num w:numId="4" w16cid:durableId="2047634677">
    <w:abstractNumId w:val="4"/>
  </w:num>
  <w:num w:numId="5" w16cid:durableId="516577399">
    <w:abstractNumId w:val="7"/>
  </w:num>
  <w:num w:numId="6" w16cid:durableId="1090471966">
    <w:abstractNumId w:val="3"/>
  </w:num>
  <w:num w:numId="7" w16cid:durableId="507908718">
    <w:abstractNumId w:val="2"/>
  </w:num>
  <w:num w:numId="8" w16cid:durableId="1503549469">
    <w:abstractNumId w:val="1"/>
  </w:num>
  <w:num w:numId="9" w16cid:durableId="9490430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55CED"/>
    <w:rsid w:val="0029639D"/>
    <w:rsid w:val="00326F90"/>
    <w:rsid w:val="004A641F"/>
    <w:rsid w:val="004B593C"/>
    <w:rsid w:val="006E2A8C"/>
    <w:rsid w:val="007749AF"/>
    <w:rsid w:val="00794EBC"/>
    <w:rsid w:val="007F3D28"/>
    <w:rsid w:val="00930F33"/>
    <w:rsid w:val="009370B0"/>
    <w:rsid w:val="009C3AF0"/>
    <w:rsid w:val="00A12EE5"/>
    <w:rsid w:val="00AA1D8D"/>
    <w:rsid w:val="00B47730"/>
    <w:rsid w:val="00BA4C2B"/>
    <w:rsid w:val="00BD0140"/>
    <w:rsid w:val="00C24502"/>
    <w:rsid w:val="00C40296"/>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B3E1B87"/>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1CEF0260-912A-44C2-A62D-C723ECC12B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D3E76E-7863-4444-A4DF-314BDD0041F0}">
  <ds:schemaRefs>
    <ds:schemaRef ds:uri="http://schemas.microsoft.com/sharepoint/v3/contenttype/forms"/>
  </ds:schemaRefs>
</ds:datastoreItem>
</file>

<file path=customXml/itemProps4.xml><?xml version="1.0" encoding="utf-8"?>
<ds:datastoreItem xmlns:ds="http://schemas.openxmlformats.org/officeDocument/2006/customXml" ds:itemID="{BD7CFF1B-EE96-4B81-9663-130510A13C92}">
  <ds:schemaRefs>
    <ds:schemaRef ds:uri="http://schemas.microsoft.com/office/infopath/2007/PartnerControls"/>
    <ds:schemaRef ds:uri="http://purl.org/dc/elements/1.1/"/>
    <ds:schemaRef ds:uri="http://purl.org/dc/dcmitype/"/>
    <ds:schemaRef ds:uri="http://schemas.openxmlformats.org/package/2006/metadata/core-properties"/>
    <ds:schemaRef ds:uri="http://schemas.microsoft.com/office/2006/documentManagement/types"/>
    <ds:schemaRef ds:uri="5b1983e9-55b4-4f9e-a196-30376d2238aa"/>
    <ds:schemaRef ds:uri="http://purl.org/dc/terms/"/>
    <ds:schemaRef ds:uri="http://schemas.microsoft.com/office/2006/metadata/properties"/>
    <ds:schemaRef ds:uri="eeef5ad7-d6de-419e-9305-cd9bdd8d89a9"/>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5833</Words>
  <Characters>33254</Characters>
  <Application>Microsoft Office Word</Application>
  <DocSecurity>4</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39009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2024-05-21T16:15:00Z</dcterms:created>
  <dcterms:modified xsi:type="dcterms:W3CDTF">2024-05-21T16:15:00Z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