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8742545" w14:textId="77777777" w:rsidR="00930F33" w:rsidRDefault="00930F33">
      <w:pPr>
        <w:spacing w:after="0"/>
        <w:rPr>
          <w:lang w:eastAsia="zh-CN"/>
        </w:rPr>
      </w:pPr>
    </w:p>
    <w:p w14:paraId="3AC69877" w14:textId="77777777" w:rsidR="005D33EF" w:rsidRDefault="006F75CB">
      <w:r>
        <w:rPr>
          <w:rFonts w:ascii="Arial" w:hAnsi="Arial"/>
          <w:sz w:val="48"/>
        </w:rPr>
        <w:t>Participant #15 Audio (1)</w:t>
      </w:r>
    </w:p>
    <w:p w14:paraId="6FD3E33F" w14:textId="5110C60D" w:rsidR="005D33EF" w:rsidRDefault="006F75CB">
      <w:r>
        <w:rPr>
          <w:rFonts w:ascii="Arial" w:hAnsi="Arial"/>
          <w:color w:val="4F6880"/>
        </w:rPr>
        <w:t xml:space="preserve">Fri, Dec 15, </w:t>
      </w:r>
      <w:r w:rsidR="003956CD">
        <w:rPr>
          <w:rFonts w:ascii="Arial" w:hAnsi="Arial"/>
          <w:color w:val="4F6880"/>
        </w:rPr>
        <w:t>2023,</w:t>
      </w:r>
      <w:r>
        <w:rPr>
          <w:rFonts w:ascii="Arial" w:hAnsi="Arial"/>
          <w:color w:val="4F6880"/>
        </w:rPr>
        <w:t xml:space="preserve"> 8:23PM • 54:06</w:t>
      </w:r>
    </w:p>
    <w:p w14:paraId="2EC1D5CF" w14:textId="77777777" w:rsidR="005D33EF" w:rsidRDefault="006F75CB">
      <w:pPr>
        <w:spacing w:before="440" w:after="0"/>
      </w:pPr>
      <w:r>
        <w:rPr>
          <w:rFonts w:ascii="Arial" w:hAnsi="Arial"/>
          <w:b/>
          <w:color w:val="4F6880"/>
        </w:rPr>
        <w:t>SUMMARY KEYWORDS</w:t>
      </w:r>
    </w:p>
    <w:p w14:paraId="5D342BA8" w14:textId="4293F756" w:rsidR="005D33EF" w:rsidRDefault="006F75CB">
      <w:r>
        <w:rPr>
          <w:rFonts w:ascii="Arial" w:hAnsi="Arial"/>
          <w:color w:val="4F6880"/>
        </w:rPr>
        <w:t xml:space="preserve">water, moving, bottom, jell, mix, stay, spinning, long, tank, put, top, temperature, blue, salty water, layers, middle, rotating, center, dropped, warm </w:t>
      </w:r>
      <w:r w:rsidR="003956CD">
        <w:rPr>
          <w:rFonts w:ascii="Arial" w:hAnsi="Arial"/>
          <w:color w:val="4F6880"/>
        </w:rPr>
        <w:t>water.</w:t>
      </w:r>
    </w:p>
    <w:p w14:paraId="357BB47B" w14:textId="77777777" w:rsidR="005D33EF" w:rsidRDefault="006F75CB">
      <w:pPr>
        <w:spacing w:before="440" w:after="0"/>
      </w:pPr>
      <w:r>
        <w:rPr>
          <w:rFonts w:ascii="Arial" w:hAnsi="Arial"/>
          <w:b/>
          <w:color w:val="4F6880"/>
        </w:rPr>
        <w:t>SPEAKERS</w:t>
      </w:r>
    </w:p>
    <w:p w14:paraId="65C7B477" w14:textId="66AABAE2" w:rsidR="005D33EF" w:rsidRDefault="006F75CB">
      <w:r>
        <w:rPr>
          <w:rFonts w:ascii="Arial" w:hAnsi="Arial"/>
          <w:color w:val="4F6880"/>
        </w:rPr>
        <w:t xml:space="preserve">Interviewer </w:t>
      </w:r>
      <w:r w:rsidR="003956CD">
        <w:rPr>
          <w:rFonts w:ascii="Arial" w:hAnsi="Arial"/>
          <w:color w:val="4F6880"/>
        </w:rPr>
        <w:t>E:</w:t>
      </w:r>
      <w:r>
        <w:rPr>
          <w:rFonts w:ascii="Arial" w:hAnsi="Arial"/>
          <w:color w:val="4F6880"/>
        </w:rPr>
        <w:t xml:space="preserve"> Outsider:, Participant #15:, Interviewer P:</w:t>
      </w:r>
    </w:p>
    <w:p w14:paraId="396314A5" w14:textId="77777777" w:rsidR="005D33EF" w:rsidRDefault="005D33EF">
      <w:pPr>
        <w:spacing w:after="0"/>
      </w:pPr>
    </w:p>
    <w:p w14:paraId="291BC87F" w14:textId="77777777" w:rsidR="005D33EF" w:rsidRDefault="006F75CB">
      <w:pPr>
        <w:spacing w:after="0"/>
      </w:pPr>
      <w:r>
        <w:rPr>
          <w:rFonts w:ascii="Arial" w:hAnsi="Arial"/>
          <w:b/>
        </w:rPr>
        <w:t xml:space="preserve">Interviewer P:  </w:t>
      </w:r>
      <w:r>
        <w:rPr>
          <w:rFonts w:ascii="Arial" w:hAnsi="Arial"/>
          <w:color w:val="5D7284"/>
        </w:rPr>
        <w:t>00:01</w:t>
      </w:r>
    </w:p>
    <w:p w14:paraId="29E77FB6" w14:textId="6EE9EC39" w:rsidR="005D33EF" w:rsidRDefault="006F75CB">
      <w:pPr>
        <w:spacing w:after="0"/>
      </w:pPr>
      <w:r>
        <w:rPr>
          <w:rFonts w:ascii="Arial" w:hAnsi="Arial"/>
        </w:rPr>
        <w:t xml:space="preserve">Alright this is participant number 15. Okay, so the first thing that we're going to do is think about some different kinds of water. </w:t>
      </w:r>
      <w:r w:rsidR="003529F6">
        <w:rPr>
          <w:rFonts w:ascii="Arial" w:hAnsi="Arial"/>
        </w:rPr>
        <w:t>So,</w:t>
      </w:r>
      <w:r>
        <w:rPr>
          <w:rFonts w:ascii="Arial" w:hAnsi="Arial"/>
        </w:rPr>
        <w:t xml:space="preserve"> I know you've seen something like this before, at least the first part. </w:t>
      </w:r>
      <w:r w:rsidR="003529F6">
        <w:rPr>
          <w:rFonts w:ascii="Arial" w:hAnsi="Arial"/>
        </w:rPr>
        <w:t>So,</w:t>
      </w:r>
      <w:r>
        <w:rPr>
          <w:rFonts w:ascii="Arial" w:hAnsi="Arial"/>
        </w:rPr>
        <w:t xml:space="preserve"> these two pictures have, so this one's red, and this one's blue. And they're different temperatures, you can feel beside to feel that. And </w:t>
      </w:r>
      <w:r w:rsidR="003529F6">
        <w:rPr>
          <w:rFonts w:ascii="Arial" w:hAnsi="Arial"/>
        </w:rPr>
        <w:t>so,</w:t>
      </w:r>
      <w:r>
        <w:rPr>
          <w:rFonts w:ascii="Arial" w:hAnsi="Arial"/>
        </w:rPr>
        <w:t xml:space="preserve"> in a bit, what I'm gonna do is pour the red on this side and the blue on this side, there'll be separated by this divider. And then I will remove the divider, and we're gonna wait a minute. And </w:t>
      </w:r>
      <w:r w:rsidR="003529F6">
        <w:rPr>
          <w:rFonts w:ascii="Arial" w:hAnsi="Arial"/>
        </w:rPr>
        <w:t>so,</w:t>
      </w:r>
      <w:r>
        <w:rPr>
          <w:rFonts w:ascii="Arial" w:hAnsi="Arial"/>
        </w:rPr>
        <w:t xml:space="preserve"> what I want you to think about is what you think how you think the water will look after one minute and make a prediction. And to show us what your prediction is. You're going to sketch it. </w:t>
      </w:r>
      <w:r w:rsidR="003529F6">
        <w:rPr>
          <w:rFonts w:ascii="Arial" w:hAnsi="Arial"/>
        </w:rPr>
        <w:t>So,</w:t>
      </w:r>
      <w:r>
        <w:rPr>
          <w:rFonts w:ascii="Arial" w:hAnsi="Arial"/>
        </w:rPr>
        <w:t xml:space="preserve"> you have all different colors there. So warm water, dyed red, cold water dyed blue. </w:t>
      </w:r>
      <w:r w:rsidR="003529F6">
        <w:rPr>
          <w:rFonts w:ascii="Arial" w:hAnsi="Arial"/>
        </w:rPr>
        <w:t>So,</w:t>
      </w:r>
      <w:r>
        <w:rPr>
          <w:rFonts w:ascii="Arial" w:hAnsi="Arial"/>
        </w:rPr>
        <w:t xml:space="preserve"> show us there what you're thinking. Okay, so tell us about your sketch.</w:t>
      </w:r>
    </w:p>
    <w:p w14:paraId="311B3F36" w14:textId="77777777" w:rsidR="005D33EF" w:rsidRDefault="005D33EF">
      <w:pPr>
        <w:spacing w:after="0"/>
      </w:pPr>
    </w:p>
    <w:p w14:paraId="7D54C923" w14:textId="77777777" w:rsidR="005D33EF" w:rsidRDefault="006F75CB">
      <w:pPr>
        <w:spacing w:after="0"/>
      </w:pPr>
      <w:r>
        <w:rPr>
          <w:rFonts w:ascii="Arial" w:hAnsi="Arial"/>
          <w:b/>
        </w:rPr>
        <w:t xml:space="preserve">Participant #15:  </w:t>
      </w:r>
      <w:r>
        <w:rPr>
          <w:rFonts w:ascii="Arial" w:hAnsi="Arial"/>
          <w:color w:val="5D7284"/>
        </w:rPr>
        <w:t>01:46</w:t>
      </w:r>
    </w:p>
    <w:p w14:paraId="38B551B4" w14:textId="46FF7F4D" w:rsidR="005D33EF" w:rsidRDefault="003529F6">
      <w:pPr>
        <w:spacing w:after="0"/>
      </w:pPr>
      <w:r>
        <w:rPr>
          <w:rFonts w:ascii="Arial" w:hAnsi="Arial"/>
        </w:rPr>
        <w:t>So, I put the warm water on the top and the cold water sinking to the bottom.</w:t>
      </w:r>
    </w:p>
    <w:p w14:paraId="1F0C4853" w14:textId="77777777" w:rsidR="005D33EF" w:rsidRDefault="005D33EF">
      <w:pPr>
        <w:spacing w:after="0"/>
      </w:pPr>
    </w:p>
    <w:p w14:paraId="353F5B24" w14:textId="77777777" w:rsidR="005D33EF" w:rsidRDefault="006F75CB">
      <w:pPr>
        <w:spacing w:after="0"/>
      </w:pPr>
      <w:r>
        <w:rPr>
          <w:rFonts w:ascii="Arial" w:hAnsi="Arial"/>
          <w:b/>
        </w:rPr>
        <w:t xml:space="preserve">Interviewer P:  </w:t>
      </w:r>
      <w:r>
        <w:rPr>
          <w:rFonts w:ascii="Arial" w:hAnsi="Arial"/>
          <w:color w:val="5D7284"/>
        </w:rPr>
        <w:t>01:49</w:t>
      </w:r>
    </w:p>
    <w:p w14:paraId="5A983663" w14:textId="77777777" w:rsidR="005D33EF" w:rsidRDefault="006F75CB">
      <w:pPr>
        <w:spacing w:after="0"/>
      </w:pPr>
      <w:r>
        <w:rPr>
          <w:rFonts w:ascii="Arial" w:hAnsi="Arial"/>
        </w:rPr>
        <w:t>Okay and so when I pull the divider out, can you tell us a little bit about how you think that two water masses will move?</w:t>
      </w:r>
    </w:p>
    <w:p w14:paraId="1C6B6AA7" w14:textId="77777777" w:rsidR="005D33EF" w:rsidRDefault="005D33EF">
      <w:pPr>
        <w:spacing w:after="0"/>
      </w:pPr>
    </w:p>
    <w:p w14:paraId="5FE757B7" w14:textId="77777777" w:rsidR="005D33EF" w:rsidRDefault="006F75CB">
      <w:pPr>
        <w:spacing w:after="0"/>
      </w:pPr>
      <w:r>
        <w:rPr>
          <w:rFonts w:ascii="Arial" w:hAnsi="Arial"/>
          <w:b/>
        </w:rPr>
        <w:t xml:space="preserve">Participant #15:  </w:t>
      </w:r>
      <w:r>
        <w:rPr>
          <w:rFonts w:ascii="Arial" w:hAnsi="Arial"/>
          <w:color w:val="5D7284"/>
        </w:rPr>
        <w:t>02:02</w:t>
      </w:r>
    </w:p>
    <w:p w14:paraId="491CF985" w14:textId="77777777" w:rsidR="005D33EF" w:rsidRDefault="006F75CB">
      <w:pPr>
        <w:spacing w:after="0"/>
      </w:pPr>
      <w:r>
        <w:rPr>
          <w:rFonts w:ascii="Arial" w:hAnsi="Arial"/>
        </w:rPr>
        <w:t>Um, I think the warm water will just rise to the top and the cool water will like sink to the bottom.</w:t>
      </w:r>
    </w:p>
    <w:p w14:paraId="779D4EB0" w14:textId="77777777" w:rsidR="005D33EF" w:rsidRDefault="005D33EF">
      <w:pPr>
        <w:spacing w:after="0"/>
      </w:pPr>
    </w:p>
    <w:p w14:paraId="68E09AF0" w14:textId="77777777" w:rsidR="005D33EF" w:rsidRDefault="006F75CB">
      <w:pPr>
        <w:spacing w:after="0"/>
      </w:pPr>
      <w:r>
        <w:rPr>
          <w:rFonts w:ascii="Arial" w:hAnsi="Arial"/>
          <w:b/>
        </w:rPr>
        <w:t xml:space="preserve">Interviewer P:  </w:t>
      </w:r>
      <w:r>
        <w:rPr>
          <w:rFonts w:ascii="Arial" w:hAnsi="Arial"/>
          <w:color w:val="5D7284"/>
        </w:rPr>
        <w:t>02:09</w:t>
      </w:r>
    </w:p>
    <w:p w14:paraId="0BA4E3B3" w14:textId="369C9D0E" w:rsidR="005D33EF" w:rsidRDefault="006F75CB">
      <w:pPr>
        <w:spacing w:after="0"/>
      </w:pPr>
      <w:r>
        <w:rPr>
          <w:rFonts w:ascii="Arial" w:hAnsi="Arial"/>
        </w:rPr>
        <w:t xml:space="preserve">Okay. All right. </w:t>
      </w:r>
      <w:r w:rsidR="003529F6">
        <w:rPr>
          <w:rFonts w:ascii="Arial" w:hAnsi="Arial"/>
        </w:rPr>
        <w:t>So,</w:t>
      </w:r>
      <w:r>
        <w:rPr>
          <w:rFonts w:ascii="Arial" w:hAnsi="Arial"/>
        </w:rPr>
        <w:t xml:space="preserve"> we're going to do this again. But now we have red and blue water, you can feel them that are the same time. So those are just out of the tap. Okay, so a new prediction of what you think those will look like, one minute later. Right? And show us what you think there.</w:t>
      </w:r>
    </w:p>
    <w:p w14:paraId="4FBFFCD4" w14:textId="77777777" w:rsidR="005D33EF" w:rsidRDefault="005D33EF">
      <w:pPr>
        <w:spacing w:after="0"/>
      </w:pPr>
    </w:p>
    <w:p w14:paraId="135330B4" w14:textId="77777777" w:rsidR="005D33EF" w:rsidRDefault="006F75CB">
      <w:pPr>
        <w:spacing w:after="0"/>
      </w:pPr>
      <w:r>
        <w:rPr>
          <w:rFonts w:ascii="Arial" w:hAnsi="Arial"/>
          <w:b/>
        </w:rPr>
        <w:t xml:space="preserve">Participant #15:  </w:t>
      </w:r>
      <w:r>
        <w:rPr>
          <w:rFonts w:ascii="Arial" w:hAnsi="Arial"/>
          <w:color w:val="5D7284"/>
        </w:rPr>
        <w:t>02:32</w:t>
      </w:r>
    </w:p>
    <w:p w14:paraId="79801B24" w14:textId="77777777" w:rsidR="005D33EF" w:rsidRDefault="006F75CB">
      <w:pPr>
        <w:spacing w:after="0"/>
      </w:pPr>
      <w:r>
        <w:rPr>
          <w:rFonts w:ascii="Arial" w:hAnsi="Arial"/>
        </w:rPr>
        <w:t xml:space="preserve">Hmm, interesting. Oh, it's just one thing, right? </w:t>
      </w:r>
    </w:p>
    <w:p w14:paraId="429E254C" w14:textId="77777777" w:rsidR="005D33EF" w:rsidRDefault="005D33EF">
      <w:pPr>
        <w:spacing w:after="0"/>
      </w:pPr>
    </w:p>
    <w:p w14:paraId="480999C5" w14:textId="77777777" w:rsidR="005D33EF" w:rsidRDefault="006F75CB">
      <w:pPr>
        <w:spacing w:after="0"/>
      </w:pPr>
      <w:r>
        <w:rPr>
          <w:rFonts w:ascii="Arial" w:hAnsi="Arial"/>
          <w:b/>
        </w:rPr>
        <w:lastRenderedPageBreak/>
        <w:t xml:space="preserve">Interviewer P:  </w:t>
      </w:r>
      <w:r>
        <w:rPr>
          <w:rFonts w:ascii="Arial" w:hAnsi="Arial"/>
          <w:color w:val="5D7284"/>
        </w:rPr>
        <w:t>03:02</w:t>
      </w:r>
    </w:p>
    <w:p w14:paraId="335CE725" w14:textId="77777777" w:rsidR="005D33EF" w:rsidRDefault="006F75CB">
      <w:pPr>
        <w:spacing w:after="0"/>
      </w:pPr>
      <w:r>
        <w:rPr>
          <w:rFonts w:ascii="Arial" w:hAnsi="Arial"/>
        </w:rPr>
        <w:t xml:space="preserve">What do you mean? It's one thing? </w:t>
      </w:r>
    </w:p>
    <w:p w14:paraId="0E1C4259" w14:textId="77777777" w:rsidR="005D33EF" w:rsidRDefault="005D33EF">
      <w:pPr>
        <w:spacing w:after="0"/>
      </w:pPr>
    </w:p>
    <w:p w14:paraId="6D2A03E1" w14:textId="77777777" w:rsidR="005D33EF" w:rsidRDefault="006F75CB">
      <w:pPr>
        <w:spacing w:after="0"/>
      </w:pPr>
      <w:r>
        <w:rPr>
          <w:rFonts w:ascii="Arial" w:hAnsi="Arial"/>
          <w:b/>
        </w:rPr>
        <w:t xml:space="preserve">Participant #15:  </w:t>
      </w:r>
      <w:r>
        <w:rPr>
          <w:rFonts w:ascii="Arial" w:hAnsi="Arial"/>
          <w:color w:val="5D7284"/>
        </w:rPr>
        <w:t>03:03</w:t>
      </w:r>
    </w:p>
    <w:p w14:paraId="7FE3CDBD" w14:textId="77777777" w:rsidR="005D33EF" w:rsidRDefault="006F75CB">
      <w:pPr>
        <w:spacing w:after="0"/>
      </w:pPr>
      <w:r>
        <w:rPr>
          <w:rFonts w:ascii="Arial" w:hAnsi="Arial"/>
        </w:rPr>
        <w:t xml:space="preserve">Like it's one color? No, no, they're two different colors never mind. </w:t>
      </w:r>
    </w:p>
    <w:p w14:paraId="6158C75D" w14:textId="77777777" w:rsidR="005D33EF" w:rsidRDefault="005D33EF">
      <w:pPr>
        <w:spacing w:after="0"/>
      </w:pPr>
    </w:p>
    <w:p w14:paraId="25E536CB" w14:textId="77777777" w:rsidR="005D33EF" w:rsidRDefault="006F75CB">
      <w:pPr>
        <w:spacing w:after="0"/>
      </w:pPr>
      <w:r>
        <w:rPr>
          <w:rFonts w:ascii="Arial" w:hAnsi="Arial"/>
          <w:b/>
        </w:rPr>
        <w:t xml:space="preserve">Interviewer P:  </w:t>
      </w:r>
      <w:r>
        <w:rPr>
          <w:rFonts w:ascii="Arial" w:hAnsi="Arial"/>
          <w:color w:val="5D7284"/>
        </w:rPr>
        <w:t>03:05</w:t>
      </w:r>
    </w:p>
    <w:p w14:paraId="6573D4D3" w14:textId="77777777" w:rsidR="005D33EF" w:rsidRDefault="006F75CB">
      <w:pPr>
        <w:spacing w:after="0"/>
      </w:pPr>
      <w:r>
        <w:rPr>
          <w:rFonts w:ascii="Arial" w:hAnsi="Arial"/>
        </w:rPr>
        <w:t>Yeah, so same thing, blue and red. But they're just all the same temperature now. Yeah.</w:t>
      </w:r>
    </w:p>
    <w:p w14:paraId="27B87CA5" w14:textId="77777777" w:rsidR="005D33EF" w:rsidRDefault="005D33EF">
      <w:pPr>
        <w:spacing w:after="0"/>
      </w:pPr>
    </w:p>
    <w:p w14:paraId="6B927F2F" w14:textId="77777777" w:rsidR="005D33EF" w:rsidRDefault="006F75CB">
      <w:pPr>
        <w:spacing w:after="0"/>
      </w:pPr>
      <w:r>
        <w:rPr>
          <w:rFonts w:ascii="Arial" w:hAnsi="Arial"/>
          <w:b/>
        </w:rPr>
        <w:t xml:space="preserve">Participant #15:  </w:t>
      </w:r>
      <w:r>
        <w:rPr>
          <w:rFonts w:ascii="Arial" w:hAnsi="Arial"/>
          <w:color w:val="5D7284"/>
        </w:rPr>
        <w:t>03:12</w:t>
      </w:r>
    </w:p>
    <w:p w14:paraId="6E262595" w14:textId="6E15BD5D" w:rsidR="005D33EF" w:rsidRDefault="003529F6">
      <w:pPr>
        <w:spacing w:after="0"/>
      </w:pPr>
      <w:r>
        <w:rPr>
          <w:rFonts w:ascii="Arial" w:hAnsi="Arial"/>
        </w:rPr>
        <w:t>So, I just think that they will, they're not going to separate that they will just like mix together. Like there might be some color showing just because they settle in a place, but I think they will just mixed.</w:t>
      </w:r>
    </w:p>
    <w:p w14:paraId="487CBA8B" w14:textId="77777777" w:rsidR="005D33EF" w:rsidRDefault="005D33EF">
      <w:pPr>
        <w:spacing w:after="0"/>
      </w:pPr>
    </w:p>
    <w:p w14:paraId="740D323F" w14:textId="77777777" w:rsidR="005D33EF" w:rsidRDefault="006F75CB">
      <w:pPr>
        <w:spacing w:after="0"/>
      </w:pPr>
      <w:r>
        <w:rPr>
          <w:rFonts w:ascii="Arial" w:hAnsi="Arial"/>
          <w:b/>
        </w:rPr>
        <w:t xml:space="preserve">Interviewer P:  </w:t>
      </w:r>
      <w:r>
        <w:rPr>
          <w:rFonts w:ascii="Arial" w:hAnsi="Arial"/>
          <w:color w:val="5D7284"/>
        </w:rPr>
        <w:t>03:27</w:t>
      </w:r>
    </w:p>
    <w:p w14:paraId="394D8D3A" w14:textId="77777777" w:rsidR="005D33EF" w:rsidRDefault="006F75CB">
      <w:pPr>
        <w:spacing w:after="0"/>
      </w:pPr>
      <w:r>
        <w:rPr>
          <w:rFonts w:ascii="Arial" w:hAnsi="Arial"/>
        </w:rPr>
        <w:t xml:space="preserve">Okay, and so here where you have the mixed, it still shows like, you can still distinguish between the blue and the red? Is that how you think it will look? Like you can still see the blue and you can still see the red? They'll just be together? </w:t>
      </w:r>
    </w:p>
    <w:p w14:paraId="6F2FCAF3" w14:textId="77777777" w:rsidR="005D33EF" w:rsidRDefault="005D33EF">
      <w:pPr>
        <w:spacing w:after="0"/>
      </w:pPr>
    </w:p>
    <w:p w14:paraId="1789C72A" w14:textId="77777777" w:rsidR="005D33EF" w:rsidRDefault="006F75CB">
      <w:pPr>
        <w:spacing w:after="0"/>
      </w:pPr>
      <w:r>
        <w:rPr>
          <w:rFonts w:ascii="Arial" w:hAnsi="Arial"/>
          <w:b/>
        </w:rPr>
        <w:t xml:space="preserve">Participant #15:  </w:t>
      </w:r>
      <w:r>
        <w:rPr>
          <w:rFonts w:ascii="Arial" w:hAnsi="Arial"/>
          <w:color w:val="5D7284"/>
        </w:rPr>
        <w:t>03:41</w:t>
      </w:r>
    </w:p>
    <w:p w14:paraId="1BAA458A" w14:textId="36B45251" w:rsidR="005D33EF" w:rsidRDefault="006F75CB">
      <w:pPr>
        <w:spacing w:after="0"/>
      </w:pPr>
      <w:r>
        <w:rPr>
          <w:rFonts w:ascii="Arial" w:hAnsi="Arial"/>
        </w:rPr>
        <w:t xml:space="preserve">Yeah, I think in some areas, like they will </w:t>
      </w:r>
      <w:r w:rsidR="003529F6">
        <w:rPr>
          <w:rFonts w:ascii="Arial" w:hAnsi="Arial"/>
        </w:rPr>
        <w:t>settle,</w:t>
      </w:r>
      <w:r>
        <w:rPr>
          <w:rFonts w:ascii="Arial" w:hAnsi="Arial"/>
        </w:rPr>
        <w:t xml:space="preserve"> and you can still see it together. But in some areas, it will just mix like in here or not in the center, necessarily. But in some areas, it might just mix into, like together. </w:t>
      </w:r>
      <w:r w:rsidR="003529F6">
        <w:rPr>
          <w:rFonts w:ascii="Arial" w:hAnsi="Arial"/>
        </w:rPr>
        <w:t>So,</w:t>
      </w:r>
      <w:r>
        <w:rPr>
          <w:rFonts w:ascii="Arial" w:hAnsi="Arial"/>
        </w:rPr>
        <w:t xml:space="preserve"> you can't really see blue and red. separated in every part of it. </w:t>
      </w:r>
    </w:p>
    <w:p w14:paraId="6E3A8A35" w14:textId="77777777" w:rsidR="005D33EF" w:rsidRDefault="005D33EF">
      <w:pPr>
        <w:spacing w:after="0"/>
      </w:pPr>
    </w:p>
    <w:p w14:paraId="56D5139B" w14:textId="77777777" w:rsidR="005D33EF" w:rsidRDefault="006F75CB">
      <w:pPr>
        <w:spacing w:after="0"/>
      </w:pPr>
      <w:r>
        <w:rPr>
          <w:rFonts w:ascii="Arial" w:hAnsi="Arial"/>
          <w:b/>
        </w:rPr>
        <w:t xml:space="preserve">Interviewer P:  </w:t>
      </w:r>
      <w:r>
        <w:rPr>
          <w:rFonts w:ascii="Arial" w:hAnsi="Arial"/>
          <w:color w:val="5D7284"/>
        </w:rPr>
        <w:t>03:57</w:t>
      </w:r>
    </w:p>
    <w:p w14:paraId="475E00FE" w14:textId="77777777" w:rsidR="005D33EF" w:rsidRDefault="006F75CB">
      <w:pPr>
        <w:spacing w:after="0"/>
      </w:pPr>
      <w:r>
        <w:rPr>
          <w:rFonts w:ascii="Arial" w:hAnsi="Arial"/>
        </w:rPr>
        <w:t>Okay and how do you think when we pull the divider out? How do you think the water will move if it's the same temperature?</w:t>
      </w:r>
    </w:p>
    <w:p w14:paraId="7C58E863" w14:textId="77777777" w:rsidR="005D33EF" w:rsidRDefault="005D33EF">
      <w:pPr>
        <w:spacing w:after="0"/>
      </w:pPr>
    </w:p>
    <w:p w14:paraId="79D80F2E" w14:textId="77777777" w:rsidR="005D33EF" w:rsidRDefault="006F75CB">
      <w:pPr>
        <w:spacing w:after="0"/>
      </w:pPr>
      <w:r>
        <w:rPr>
          <w:rFonts w:ascii="Arial" w:hAnsi="Arial"/>
          <w:b/>
        </w:rPr>
        <w:t xml:space="preserve">Participant #15:  </w:t>
      </w:r>
      <w:r>
        <w:rPr>
          <w:rFonts w:ascii="Arial" w:hAnsi="Arial"/>
          <w:color w:val="5D7284"/>
        </w:rPr>
        <w:t>04:05</w:t>
      </w:r>
    </w:p>
    <w:p w14:paraId="70CB433B" w14:textId="77777777" w:rsidR="005D33EF" w:rsidRDefault="006F75CB">
      <w:pPr>
        <w:spacing w:after="0"/>
      </w:pPr>
      <w:r>
        <w:rPr>
          <w:rFonts w:ascii="Arial" w:hAnsi="Arial"/>
        </w:rPr>
        <w:t>I don't think there'll be any really rising are sinking maybe just like a flowing together.</w:t>
      </w:r>
    </w:p>
    <w:p w14:paraId="40DF2173" w14:textId="77777777" w:rsidR="005D33EF" w:rsidRDefault="005D33EF">
      <w:pPr>
        <w:spacing w:after="0"/>
      </w:pPr>
    </w:p>
    <w:p w14:paraId="4B130BB9" w14:textId="77777777" w:rsidR="005D33EF" w:rsidRDefault="006F75CB">
      <w:pPr>
        <w:spacing w:after="0"/>
      </w:pPr>
      <w:r>
        <w:rPr>
          <w:rFonts w:ascii="Arial" w:hAnsi="Arial"/>
          <w:b/>
        </w:rPr>
        <w:t xml:space="preserve">Interviewer P:  </w:t>
      </w:r>
      <w:r>
        <w:rPr>
          <w:rFonts w:ascii="Arial" w:hAnsi="Arial"/>
          <w:color w:val="5D7284"/>
        </w:rPr>
        <w:t>04:11</w:t>
      </w:r>
    </w:p>
    <w:p w14:paraId="34B594F8" w14:textId="7EF2776F" w:rsidR="005D33EF" w:rsidRDefault="006F75CB">
      <w:pPr>
        <w:spacing w:after="0"/>
      </w:pPr>
      <w:r w:rsidRPr="3E473A60">
        <w:rPr>
          <w:rFonts w:ascii="Arial" w:hAnsi="Arial"/>
        </w:rPr>
        <w:t xml:space="preserve">Yeah. Okay. All right. </w:t>
      </w:r>
      <w:r w:rsidR="176908F5" w:rsidRPr="3E473A60">
        <w:rPr>
          <w:rFonts w:ascii="Arial" w:hAnsi="Arial"/>
        </w:rPr>
        <w:t>Third</w:t>
      </w:r>
      <w:r w:rsidRPr="3E473A60">
        <w:rPr>
          <w:rFonts w:ascii="Arial" w:hAnsi="Arial"/>
        </w:rPr>
        <w:t xml:space="preserve"> scenario now is green and yellow water. </w:t>
      </w:r>
      <w:r w:rsidR="003529F6" w:rsidRPr="3E473A60">
        <w:rPr>
          <w:rFonts w:ascii="Arial" w:hAnsi="Arial"/>
        </w:rPr>
        <w:t>So,</w:t>
      </w:r>
      <w:r w:rsidRPr="3E473A60">
        <w:rPr>
          <w:rFonts w:ascii="Arial" w:hAnsi="Arial"/>
        </w:rPr>
        <w:t xml:space="preserve"> these also are the same temperature, you can feel them. But here's the difference in these two. This is salty water, and this is fresh water. Okay, so think about how you think they might behave and how will appear one minute </w:t>
      </w:r>
      <w:r w:rsidR="003529F6" w:rsidRPr="3E473A60">
        <w:rPr>
          <w:rFonts w:ascii="Arial" w:hAnsi="Arial"/>
        </w:rPr>
        <w:t>later if</w:t>
      </w:r>
      <w:r w:rsidRPr="3E473A60">
        <w:rPr>
          <w:rFonts w:ascii="Arial" w:hAnsi="Arial"/>
        </w:rPr>
        <w:t xml:space="preserve"> they're the same temperature but salty and fresh. Think about it. And then yeah, take your time, but go ahead and show us what you're thinking there.</w:t>
      </w:r>
    </w:p>
    <w:p w14:paraId="3520C2FD" w14:textId="77777777" w:rsidR="005D33EF" w:rsidRDefault="005D33EF">
      <w:pPr>
        <w:spacing w:after="0"/>
      </w:pPr>
    </w:p>
    <w:p w14:paraId="44E53608" w14:textId="77777777" w:rsidR="005D33EF" w:rsidRDefault="006F75CB">
      <w:pPr>
        <w:spacing w:after="0"/>
      </w:pPr>
      <w:r>
        <w:rPr>
          <w:rFonts w:ascii="Arial" w:hAnsi="Arial"/>
          <w:b/>
        </w:rPr>
        <w:t xml:space="preserve">Participant #15:  </w:t>
      </w:r>
      <w:r>
        <w:rPr>
          <w:rFonts w:ascii="Arial" w:hAnsi="Arial"/>
          <w:color w:val="5D7284"/>
        </w:rPr>
        <w:t>04:48</w:t>
      </w:r>
    </w:p>
    <w:p w14:paraId="2856ADBF" w14:textId="77777777" w:rsidR="005D33EF" w:rsidRDefault="006F75CB">
      <w:pPr>
        <w:spacing w:after="0"/>
      </w:pPr>
      <w:r>
        <w:rPr>
          <w:rFonts w:ascii="Arial" w:hAnsi="Arial"/>
        </w:rPr>
        <w:t>You okay, so I put the salty water on the top and the freshwater on the bottom. I don't know if that's right, but I know that people float easier in salty water. I don't know if that means salty water itself is higher up, like less. I don't know if it means it's less dense or anything. But I put it mixing in the middle just because I feel like there's some difference to the temperature. But I don't know.</w:t>
      </w:r>
    </w:p>
    <w:p w14:paraId="20542DE3" w14:textId="77777777" w:rsidR="005D33EF" w:rsidRDefault="005D33EF">
      <w:pPr>
        <w:spacing w:after="0"/>
      </w:pPr>
    </w:p>
    <w:p w14:paraId="58712B77" w14:textId="77777777" w:rsidR="005D33EF" w:rsidRDefault="006F75CB">
      <w:pPr>
        <w:spacing w:after="0"/>
      </w:pPr>
      <w:r>
        <w:rPr>
          <w:rFonts w:ascii="Arial" w:hAnsi="Arial"/>
          <w:b/>
        </w:rPr>
        <w:t xml:space="preserve">Interviewer P:  </w:t>
      </w:r>
      <w:r>
        <w:rPr>
          <w:rFonts w:ascii="Arial" w:hAnsi="Arial"/>
          <w:color w:val="5D7284"/>
        </w:rPr>
        <w:t>05:49</w:t>
      </w:r>
    </w:p>
    <w:p w14:paraId="089D5172" w14:textId="4D48FEE6" w:rsidR="005D33EF" w:rsidRDefault="003529F6">
      <w:pPr>
        <w:spacing w:after="0"/>
      </w:pPr>
      <w:r>
        <w:rPr>
          <w:rFonts w:ascii="Arial" w:hAnsi="Arial"/>
        </w:rPr>
        <w:lastRenderedPageBreak/>
        <w:t xml:space="preserve">So, there isn't a difference to the temperature. </w:t>
      </w:r>
    </w:p>
    <w:p w14:paraId="164A3465" w14:textId="77777777" w:rsidR="005D33EF" w:rsidRDefault="005D33EF">
      <w:pPr>
        <w:spacing w:after="0"/>
      </w:pPr>
    </w:p>
    <w:p w14:paraId="37C8C016" w14:textId="77777777" w:rsidR="005D33EF" w:rsidRDefault="006F75CB">
      <w:pPr>
        <w:spacing w:after="0"/>
      </w:pPr>
      <w:r>
        <w:rPr>
          <w:rFonts w:ascii="Arial" w:hAnsi="Arial"/>
          <w:b/>
        </w:rPr>
        <w:t xml:space="preserve">Participant #15:  </w:t>
      </w:r>
      <w:r>
        <w:rPr>
          <w:rFonts w:ascii="Arial" w:hAnsi="Arial"/>
          <w:color w:val="5D7284"/>
        </w:rPr>
        <w:t>05:51</w:t>
      </w:r>
    </w:p>
    <w:p w14:paraId="2B7DEB14" w14:textId="01CCE4DF" w:rsidR="005D33EF" w:rsidRDefault="006F75CB">
      <w:pPr>
        <w:spacing w:after="0"/>
      </w:pPr>
      <w:r>
        <w:rPr>
          <w:rFonts w:ascii="Arial" w:hAnsi="Arial"/>
        </w:rPr>
        <w:t xml:space="preserve">No, not. No, the first one that you did like the hot versus cold. </w:t>
      </w:r>
      <w:r w:rsidR="003529F6">
        <w:rPr>
          <w:rFonts w:ascii="Arial" w:hAnsi="Arial"/>
        </w:rPr>
        <w:t>So,</w:t>
      </w:r>
      <w:r>
        <w:rPr>
          <w:rFonts w:ascii="Arial" w:hAnsi="Arial"/>
        </w:rPr>
        <w:t xml:space="preserve"> I think like for that one, it didn't mix, like the hot one would rise and cold one was saying but for this one, maybe they would mix a little bit. </w:t>
      </w:r>
    </w:p>
    <w:p w14:paraId="18B02500" w14:textId="77777777" w:rsidR="005D33EF" w:rsidRDefault="005D33EF">
      <w:pPr>
        <w:spacing w:after="0"/>
      </w:pPr>
    </w:p>
    <w:p w14:paraId="38883676" w14:textId="77777777" w:rsidR="005D33EF" w:rsidRDefault="006F75CB">
      <w:pPr>
        <w:spacing w:after="0"/>
      </w:pPr>
      <w:r>
        <w:rPr>
          <w:rFonts w:ascii="Arial" w:hAnsi="Arial"/>
          <w:b/>
        </w:rPr>
        <w:t xml:space="preserve">Interviewer P:  </w:t>
      </w:r>
      <w:r>
        <w:rPr>
          <w:rFonts w:ascii="Arial" w:hAnsi="Arial"/>
          <w:color w:val="5D7284"/>
        </w:rPr>
        <w:t>05:52</w:t>
      </w:r>
    </w:p>
    <w:p w14:paraId="5C9E0EF4" w14:textId="77F2C52F" w:rsidR="005D33EF" w:rsidRDefault="003529F6">
      <w:pPr>
        <w:spacing w:after="0"/>
      </w:pPr>
      <w:r>
        <w:rPr>
          <w:rFonts w:ascii="Arial" w:hAnsi="Arial"/>
        </w:rPr>
        <w:t xml:space="preserve">They’re the same. Okay because there isn't a difference in temperature. And have you ever had an experience where you floated? In saltwater? </w:t>
      </w:r>
    </w:p>
    <w:p w14:paraId="36B0886C" w14:textId="77777777" w:rsidR="005D33EF" w:rsidRDefault="005D33EF">
      <w:pPr>
        <w:spacing w:after="0"/>
      </w:pPr>
    </w:p>
    <w:p w14:paraId="2D6E72A6" w14:textId="77777777" w:rsidR="005D33EF" w:rsidRDefault="006F75CB">
      <w:pPr>
        <w:spacing w:after="0"/>
      </w:pPr>
      <w:r>
        <w:rPr>
          <w:rFonts w:ascii="Arial" w:hAnsi="Arial"/>
          <w:b/>
        </w:rPr>
        <w:t xml:space="preserve">Participant #15:  </w:t>
      </w:r>
      <w:r>
        <w:rPr>
          <w:rFonts w:ascii="Arial" w:hAnsi="Arial"/>
          <w:color w:val="5D7284"/>
        </w:rPr>
        <w:t>06:12</w:t>
      </w:r>
    </w:p>
    <w:p w14:paraId="013114DD" w14:textId="77777777" w:rsidR="005D33EF" w:rsidRDefault="006F75CB">
      <w:pPr>
        <w:spacing w:after="0"/>
      </w:pPr>
      <w:r>
        <w:rPr>
          <w:rFonts w:ascii="Arial" w:hAnsi="Arial"/>
        </w:rPr>
        <w:t xml:space="preserve">Yes. </w:t>
      </w:r>
    </w:p>
    <w:p w14:paraId="52FA0B7F" w14:textId="77777777" w:rsidR="005D33EF" w:rsidRDefault="005D33EF">
      <w:pPr>
        <w:spacing w:after="0"/>
      </w:pPr>
    </w:p>
    <w:p w14:paraId="5D97DD3B" w14:textId="77777777" w:rsidR="005D33EF" w:rsidRDefault="006F75CB">
      <w:pPr>
        <w:spacing w:after="0"/>
      </w:pPr>
      <w:r>
        <w:rPr>
          <w:rFonts w:ascii="Arial" w:hAnsi="Arial"/>
          <w:b/>
        </w:rPr>
        <w:t xml:space="preserve">Interviewer P:  </w:t>
      </w:r>
      <w:r>
        <w:rPr>
          <w:rFonts w:ascii="Arial" w:hAnsi="Arial"/>
          <w:color w:val="5D7284"/>
        </w:rPr>
        <w:t>06:13</w:t>
      </w:r>
    </w:p>
    <w:p w14:paraId="260EFA6D" w14:textId="77777777" w:rsidR="005D33EF" w:rsidRDefault="006F75CB">
      <w:pPr>
        <w:spacing w:after="0"/>
      </w:pPr>
      <w:r>
        <w:rPr>
          <w:rFonts w:ascii="Arial" w:hAnsi="Arial"/>
        </w:rPr>
        <w:t xml:space="preserve">And did you feel like you were more buoyant? In that case?  Yeah. And how do you think that they'll move together when I move the dividing wall? </w:t>
      </w:r>
    </w:p>
    <w:p w14:paraId="27A9E0D8" w14:textId="77777777" w:rsidR="005D33EF" w:rsidRDefault="005D33EF">
      <w:pPr>
        <w:spacing w:after="0"/>
      </w:pPr>
    </w:p>
    <w:p w14:paraId="3B238F9E" w14:textId="77777777" w:rsidR="005D33EF" w:rsidRDefault="006F75CB">
      <w:pPr>
        <w:spacing w:after="0"/>
      </w:pPr>
      <w:r>
        <w:rPr>
          <w:rFonts w:ascii="Arial" w:hAnsi="Arial"/>
          <w:b/>
        </w:rPr>
        <w:t xml:space="preserve">Participant #15:  </w:t>
      </w:r>
      <w:r>
        <w:rPr>
          <w:rFonts w:ascii="Arial" w:hAnsi="Arial"/>
          <w:color w:val="5D7284"/>
        </w:rPr>
        <w:t>06:17</w:t>
      </w:r>
    </w:p>
    <w:p w14:paraId="5E496F5F" w14:textId="4233878D" w:rsidR="005D33EF" w:rsidRDefault="006F75CB">
      <w:pPr>
        <w:spacing w:after="0"/>
      </w:pPr>
      <w:r>
        <w:rPr>
          <w:rFonts w:ascii="Arial" w:hAnsi="Arial"/>
        </w:rPr>
        <w:t xml:space="preserve">Yeah.  I think so. I think I feel like I want to say the saltwater will come to the top and the freshwater will go to the bottom. But I don't know if that's the way the waters </w:t>
      </w:r>
      <w:r w:rsidR="003529F6">
        <w:rPr>
          <w:rFonts w:ascii="Arial" w:hAnsi="Arial"/>
        </w:rPr>
        <w:t>working,</w:t>
      </w:r>
      <w:r>
        <w:rPr>
          <w:rFonts w:ascii="Arial" w:hAnsi="Arial"/>
        </w:rPr>
        <w:t xml:space="preserve"> or people just float I </w:t>
      </w:r>
      <w:r w:rsidR="003529F6">
        <w:rPr>
          <w:rFonts w:ascii="Arial" w:hAnsi="Arial"/>
        </w:rPr>
        <w:t>don’t</w:t>
      </w:r>
      <w:r>
        <w:rPr>
          <w:rFonts w:ascii="Arial" w:hAnsi="Arial"/>
        </w:rPr>
        <w:t xml:space="preserve"> know I can't think about that.</w:t>
      </w:r>
    </w:p>
    <w:p w14:paraId="42427A96" w14:textId="77777777" w:rsidR="005D33EF" w:rsidRDefault="005D33EF">
      <w:pPr>
        <w:spacing w:after="0"/>
      </w:pPr>
    </w:p>
    <w:p w14:paraId="0B6595A0" w14:textId="77777777" w:rsidR="005D33EF" w:rsidRDefault="006F75CB">
      <w:pPr>
        <w:spacing w:after="0"/>
      </w:pPr>
      <w:r>
        <w:rPr>
          <w:rFonts w:ascii="Arial" w:hAnsi="Arial"/>
          <w:b/>
        </w:rPr>
        <w:t xml:space="preserve">Interviewer P:  </w:t>
      </w:r>
      <w:r>
        <w:rPr>
          <w:rFonts w:ascii="Arial" w:hAnsi="Arial"/>
          <w:color w:val="5D7284"/>
        </w:rPr>
        <w:t>06:41</w:t>
      </w:r>
    </w:p>
    <w:p w14:paraId="5329D964" w14:textId="3D3B30E9" w:rsidR="005D33EF" w:rsidRDefault="006F75CB">
      <w:pPr>
        <w:spacing w:after="0"/>
      </w:pPr>
      <w:r>
        <w:rPr>
          <w:rFonts w:ascii="Arial" w:hAnsi="Arial"/>
        </w:rPr>
        <w:t xml:space="preserve">Okay, Um all right. </w:t>
      </w:r>
      <w:r w:rsidR="003529F6">
        <w:rPr>
          <w:rFonts w:ascii="Arial" w:hAnsi="Arial"/>
        </w:rPr>
        <w:t>So,</w:t>
      </w:r>
      <w:r>
        <w:rPr>
          <w:rFonts w:ascii="Arial" w:hAnsi="Arial"/>
        </w:rPr>
        <w:t xml:space="preserve"> we're gonna do this and we'll do it in the same order that you made your predictions. </w:t>
      </w:r>
      <w:r w:rsidR="003529F6">
        <w:rPr>
          <w:rFonts w:ascii="Arial" w:hAnsi="Arial"/>
        </w:rPr>
        <w:t>So,</w:t>
      </w:r>
      <w:r>
        <w:rPr>
          <w:rFonts w:ascii="Arial" w:hAnsi="Arial"/>
        </w:rPr>
        <w:t xml:space="preserve"> the first one is the </w:t>
      </w:r>
      <w:r w:rsidR="003529F6">
        <w:rPr>
          <w:rFonts w:ascii="Arial" w:hAnsi="Arial"/>
        </w:rPr>
        <w:t>warm</w:t>
      </w:r>
      <w:r>
        <w:rPr>
          <w:rFonts w:ascii="Arial" w:hAnsi="Arial"/>
        </w:rPr>
        <w:t xml:space="preserve"> and the cold and you said that after a minute, you think that it looks like that? Opps, that's not it. This one's warm. All Right, these leaked a little bit, but I think because these are </w:t>
      </w:r>
      <w:r w:rsidR="003529F6">
        <w:rPr>
          <w:rFonts w:ascii="Arial" w:hAnsi="Arial"/>
        </w:rPr>
        <w:t>big,</w:t>
      </w:r>
      <w:r>
        <w:rPr>
          <w:rFonts w:ascii="Arial" w:hAnsi="Arial"/>
        </w:rPr>
        <w:t xml:space="preserve"> I'm gonna do one at a time because I don't want to pour water all over your lap. All right, so is that surprising to you? It's pretty much what you predicted. And you predicted that because you did it before, yeah. Okay, so some questions, they did form the layers like you thought, </w:t>
      </w:r>
      <w:r w:rsidR="003529F6">
        <w:rPr>
          <w:rFonts w:ascii="Arial" w:hAnsi="Arial"/>
        </w:rPr>
        <w:t>do</w:t>
      </w:r>
      <w:r>
        <w:rPr>
          <w:rFonts w:ascii="Arial" w:hAnsi="Arial"/>
        </w:rPr>
        <w:t xml:space="preserve"> you how long? Do you think this that they'll stay layered like this forever? Hang on one second. </w:t>
      </w:r>
    </w:p>
    <w:p w14:paraId="0785A8FF" w14:textId="77777777" w:rsidR="005D33EF" w:rsidRDefault="005D33EF">
      <w:pPr>
        <w:spacing w:after="0"/>
      </w:pPr>
    </w:p>
    <w:p w14:paraId="2DB1060B" w14:textId="77777777" w:rsidR="005D33EF" w:rsidRDefault="006F75CB">
      <w:pPr>
        <w:spacing w:after="0"/>
      </w:pPr>
      <w:r>
        <w:rPr>
          <w:rFonts w:ascii="Arial" w:hAnsi="Arial"/>
          <w:b/>
        </w:rPr>
        <w:t xml:space="preserve">Outsider:  </w:t>
      </w:r>
      <w:r>
        <w:rPr>
          <w:rFonts w:ascii="Arial" w:hAnsi="Arial"/>
          <w:color w:val="5D7284"/>
        </w:rPr>
        <w:t>08:47</w:t>
      </w:r>
    </w:p>
    <w:p w14:paraId="7B41B1CE" w14:textId="77777777" w:rsidR="005D33EF" w:rsidRDefault="006F75CB">
      <w:pPr>
        <w:spacing w:after="0"/>
      </w:pPr>
      <w:r>
        <w:rPr>
          <w:rFonts w:ascii="Arial" w:hAnsi="Arial"/>
        </w:rPr>
        <w:t>If he says send it back what would be the earliest.</w:t>
      </w:r>
    </w:p>
    <w:p w14:paraId="224F1590" w14:textId="77777777" w:rsidR="005D33EF" w:rsidRDefault="005D33EF">
      <w:pPr>
        <w:spacing w:after="0"/>
      </w:pPr>
    </w:p>
    <w:p w14:paraId="4EFAF42D" w14:textId="77777777" w:rsidR="005D33EF" w:rsidRDefault="006F75CB">
      <w:pPr>
        <w:spacing w:after="0"/>
      </w:pPr>
      <w:r>
        <w:rPr>
          <w:rFonts w:ascii="Arial" w:hAnsi="Arial"/>
          <w:b/>
        </w:rPr>
        <w:t xml:space="preserve">Interviewer P:  </w:t>
      </w:r>
      <w:r>
        <w:rPr>
          <w:rFonts w:ascii="Arial" w:hAnsi="Arial"/>
          <w:color w:val="5D7284"/>
        </w:rPr>
        <w:t>08:53</w:t>
      </w:r>
    </w:p>
    <w:p w14:paraId="0C764B67" w14:textId="77777777" w:rsidR="005D33EF" w:rsidRDefault="006F75CB">
      <w:pPr>
        <w:spacing w:after="0"/>
      </w:pPr>
      <w:r>
        <w:rPr>
          <w:rFonts w:ascii="Arial" w:hAnsi="Arial"/>
        </w:rPr>
        <w:t>Thursday, next Thursday, a week from tomorrow.</w:t>
      </w:r>
    </w:p>
    <w:p w14:paraId="313754DB" w14:textId="77777777" w:rsidR="005D33EF" w:rsidRDefault="005D33EF">
      <w:pPr>
        <w:spacing w:after="0"/>
      </w:pPr>
    </w:p>
    <w:p w14:paraId="32BF365E" w14:textId="77777777" w:rsidR="005D33EF" w:rsidRDefault="006F75CB">
      <w:pPr>
        <w:spacing w:after="0"/>
      </w:pPr>
      <w:r>
        <w:rPr>
          <w:rFonts w:ascii="Arial" w:hAnsi="Arial"/>
          <w:b/>
        </w:rPr>
        <w:t xml:space="preserve">Outsider:  </w:t>
      </w:r>
      <w:r>
        <w:rPr>
          <w:rFonts w:ascii="Arial" w:hAnsi="Arial"/>
          <w:color w:val="5D7284"/>
        </w:rPr>
        <w:t>08:57</w:t>
      </w:r>
    </w:p>
    <w:p w14:paraId="6C9581B2" w14:textId="77777777" w:rsidR="005D33EF" w:rsidRDefault="006F75CB">
      <w:pPr>
        <w:spacing w:after="0"/>
      </w:pPr>
      <w:r>
        <w:rPr>
          <w:rFonts w:ascii="Arial" w:hAnsi="Arial"/>
        </w:rPr>
        <w:t>And how long would you allow this thing to be off?</w:t>
      </w:r>
    </w:p>
    <w:p w14:paraId="3E9D89CB" w14:textId="77777777" w:rsidR="005D33EF" w:rsidRDefault="005D33EF">
      <w:pPr>
        <w:spacing w:after="0"/>
      </w:pPr>
    </w:p>
    <w:p w14:paraId="3CBBFB73" w14:textId="77777777" w:rsidR="005D33EF" w:rsidRDefault="006F75CB">
      <w:pPr>
        <w:spacing w:after="0"/>
      </w:pPr>
      <w:r>
        <w:rPr>
          <w:rFonts w:ascii="Arial" w:hAnsi="Arial"/>
          <w:b/>
        </w:rPr>
        <w:t xml:space="preserve">Interviewer P:  </w:t>
      </w:r>
      <w:r>
        <w:rPr>
          <w:rFonts w:ascii="Arial" w:hAnsi="Arial"/>
          <w:color w:val="5D7284"/>
        </w:rPr>
        <w:t>09:01</w:t>
      </w:r>
    </w:p>
    <w:p w14:paraId="12AA484A" w14:textId="77777777" w:rsidR="005D33EF" w:rsidRDefault="006F75CB">
      <w:pPr>
        <w:spacing w:after="0"/>
      </w:pPr>
      <w:r>
        <w:rPr>
          <w:rFonts w:ascii="Arial" w:hAnsi="Arial"/>
        </w:rPr>
        <w:t xml:space="preserve">At that point, for a while? </w:t>
      </w:r>
    </w:p>
    <w:p w14:paraId="29A40CBC" w14:textId="77777777" w:rsidR="005D33EF" w:rsidRDefault="005D33EF">
      <w:pPr>
        <w:spacing w:after="0"/>
      </w:pPr>
    </w:p>
    <w:p w14:paraId="15895793" w14:textId="77777777" w:rsidR="005D33EF" w:rsidRDefault="006F75CB">
      <w:pPr>
        <w:spacing w:after="0"/>
      </w:pPr>
      <w:r>
        <w:rPr>
          <w:rFonts w:ascii="Arial" w:hAnsi="Arial"/>
          <w:b/>
        </w:rPr>
        <w:t xml:space="preserve">Outsider:  </w:t>
      </w:r>
      <w:r>
        <w:rPr>
          <w:rFonts w:ascii="Arial" w:hAnsi="Arial"/>
          <w:color w:val="5D7284"/>
        </w:rPr>
        <w:t>09:04</w:t>
      </w:r>
    </w:p>
    <w:p w14:paraId="50F15C9F" w14:textId="77777777" w:rsidR="005D33EF" w:rsidRDefault="006F75CB">
      <w:pPr>
        <w:spacing w:after="0"/>
      </w:pPr>
      <w:r>
        <w:rPr>
          <w:rFonts w:ascii="Arial" w:hAnsi="Arial"/>
        </w:rPr>
        <w:lastRenderedPageBreak/>
        <w:t>Oh okay.</w:t>
      </w:r>
    </w:p>
    <w:p w14:paraId="567B1EC5" w14:textId="77777777" w:rsidR="005D33EF" w:rsidRDefault="005D33EF">
      <w:pPr>
        <w:spacing w:after="0"/>
      </w:pPr>
    </w:p>
    <w:p w14:paraId="4C5851B1" w14:textId="77777777" w:rsidR="005D33EF" w:rsidRDefault="006F75CB">
      <w:pPr>
        <w:spacing w:after="0"/>
      </w:pPr>
      <w:r>
        <w:rPr>
          <w:rFonts w:ascii="Arial" w:hAnsi="Arial"/>
          <w:b/>
        </w:rPr>
        <w:t xml:space="preserve">Interviewer P:  </w:t>
      </w:r>
      <w:r>
        <w:rPr>
          <w:rFonts w:ascii="Arial" w:hAnsi="Arial"/>
          <w:color w:val="5D7284"/>
        </w:rPr>
        <w:t>09:04</w:t>
      </w:r>
    </w:p>
    <w:p w14:paraId="7342E33E" w14:textId="77777777" w:rsidR="005D33EF" w:rsidRDefault="006F75CB">
      <w:pPr>
        <w:spacing w:after="0"/>
      </w:pPr>
      <w:r>
        <w:rPr>
          <w:rFonts w:ascii="Arial" w:hAnsi="Arial"/>
        </w:rPr>
        <w:t>Yeah. Yeah. Because we'll lose access to students when the summer is over when the semester is over. Alright, so after my question, which is do you think that these layers will stay like this forever? Or do you think they'll eventually break down?</w:t>
      </w:r>
    </w:p>
    <w:p w14:paraId="6814A999" w14:textId="77777777" w:rsidR="005D33EF" w:rsidRDefault="005D33EF">
      <w:pPr>
        <w:spacing w:after="0"/>
      </w:pPr>
    </w:p>
    <w:p w14:paraId="7BBB37F5" w14:textId="77777777" w:rsidR="005D33EF" w:rsidRDefault="006F75CB">
      <w:pPr>
        <w:spacing w:after="0"/>
      </w:pPr>
      <w:r>
        <w:rPr>
          <w:rFonts w:ascii="Arial" w:hAnsi="Arial"/>
          <w:b/>
        </w:rPr>
        <w:t xml:space="preserve">Participant #15:  </w:t>
      </w:r>
      <w:r>
        <w:rPr>
          <w:rFonts w:ascii="Arial" w:hAnsi="Arial"/>
          <w:color w:val="5D7284"/>
        </w:rPr>
        <w:t>09:20</w:t>
      </w:r>
    </w:p>
    <w:p w14:paraId="585EA8FD" w14:textId="45325408" w:rsidR="005D33EF" w:rsidRDefault="006F75CB">
      <w:pPr>
        <w:spacing w:after="0"/>
      </w:pPr>
      <w:r>
        <w:rPr>
          <w:rFonts w:ascii="Arial" w:hAnsi="Arial"/>
        </w:rPr>
        <w:t xml:space="preserve">I think they'll eventually break down because the warm water the temperature difference, I don't think would stay as dressed like as time passes. </w:t>
      </w:r>
      <w:r w:rsidR="003529F6">
        <w:rPr>
          <w:rFonts w:ascii="Arial" w:hAnsi="Arial"/>
        </w:rPr>
        <w:t>So,</w:t>
      </w:r>
      <w:r>
        <w:rPr>
          <w:rFonts w:ascii="Arial" w:hAnsi="Arial"/>
        </w:rPr>
        <w:t xml:space="preserve"> they would have actually maybe mix. </w:t>
      </w:r>
    </w:p>
    <w:p w14:paraId="4285DCD5" w14:textId="77777777" w:rsidR="005D33EF" w:rsidRDefault="005D33EF">
      <w:pPr>
        <w:spacing w:after="0"/>
      </w:pPr>
    </w:p>
    <w:p w14:paraId="2475B8F0" w14:textId="77777777" w:rsidR="005D33EF" w:rsidRDefault="006F75CB">
      <w:pPr>
        <w:spacing w:after="0"/>
      </w:pPr>
      <w:r>
        <w:rPr>
          <w:rFonts w:ascii="Arial" w:hAnsi="Arial"/>
          <w:b/>
        </w:rPr>
        <w:t xml:space="preserve">Interviewer P:  </w:t>
      </w:r>
      <w:r>
        <w:rPr>
          <w:rFonts w:ascii="Arial" w:hAnsi="Arial"/>
          <w:color w:val="5D7284"/>
        </w:rPr>
        <w:t>09:33</w:t>
      </w:r>
    </w:p>
    <w:p w14:paraId="534495B2" w14:textId="77777777" w:rsidR="005D33EF" w:rsidRDefault="006F75CB">
      <w:pPr>
        <w:spacing w:after="0"/>
      </w:pPr>
      <w:r>
        <w:rPr>
          <w:rFonts w:ascii="Arial" w:hAnsi="Arial"/>
        </w:rPr>
        <w:t>And what would it look like when it mixed. Do you think?</w:t>
      </w:r>
    </w:p>
    <w:p w14:paraId="092FA496" w14:textId="77777777" w:rsidR="005D33EF" w:rsidRDefault="005D33EF">
      <w:pPr>
        <w:spacing w:after="0"/>
      </w:pPr>
    </w:p>
    <w:p w14:paraId="03C9B695" w14:textId="77777777" w:rsidR="005D33EF" w:rsidRDefault="006F75CB">
      <w:pPr>
        <w:spacing w:after="0"/>
      </w:pPr>
      <w:r>
        <w:rPr>
          <w:rFonts w:ascii="Arial" w:hAnsi="Arial"/>
          <w:b/>
        </w:rPr>
        <w:t xml:space="preserve">Participant #15:  </w:t>
      </w:r>
      <w:r>
        <w:rPr>
          <w:rFonts w:ascii="Arial" w:hAnsi="Arial"/>
          <w:color w:val="5D7284"/>
        </w:rPr>
        <w:t>09:37</w:t>
      </w:r>
    </w:p>
    <w:p w14:paraId="6C6E2C6C" w14:textId="77777777" w:rsidR="005D33EF" w:rsidRDefault="006F75CB">
      <w:pPr>
        <w:spacing w:after="0"/>
      </w:pPr>
      <w:r>
        <w:rPr>
          <w:rFonts w:ascii="Arial" w:hAnsi="Arial"/>
        </w:rPr>
        <w:t>Um, I just maybe just not seeing the distinct like blue and red layers like it would just kind of be one, whatever color this is in the middle.</w:t>
      </w:r>
    </w:p>
    <w:p w14:paraId="59AB1136" w14:textId="77777777" w:rsidR="005D33EF" w:rsidRDefault="005D33EF">
      <w:pPr>
        <w:spacing w:after="0"/>
      </w:pPr>
    </w:p>
    <w:p w14:paraId="12C026B4" w14:textId="77777777" w:rsidR="005D33EF" w:rsidRDefault="006F75CB">
      <w:pPr>
        <w:spacing w:after="0"/>
      </w:pPr>
      <w:r>
        <w:rPr>
          <w:rFonts w:ascii="Arial" w:hAnsi="Arial"/>
          <w:b/>
        </w:rPr>
        <w:t xml:space="preserve">Interviewer P:  </w:t>
      </w:r>
      <w:r>
        <w:rPr>
          <w:rFonts w:ascii="Arial" w:hAnsi="Arial"/>
          <w:color w:val="5D7284"/>
        </w:rPr>
        <w:t>09:49</w:t>
      </w:r>
    </w:p>
    <w:p w14:paraId="709971F2" w14:textId="77777777" w:rsidR="005D33EF" w:rsidRDefault="006F75CB">
      <w:pPr>
        <w:spacing w:after="0"/>
      </w:pPr>
      <w:r>
        <w:rPr>
          <w:rFonts w:ascii="Arial" w:hAnsi="Arial"/>
        </w:rPr>
        <w:t xml:space="preserve">Yes. Okay. And about how long do you think that that would take? </w:t>
      </w:r>
    </w:p>
    <w:p w14:paraId="49B557B6" w14:textId="77777777" w:rsidR="005D33EF" w:rsidRDefault="005D33EF">
      <w:pPr>
        <w:spacing w:after="0"/>
      </w:pPr>
    </w:p>
    <w:p w14:paraId="4CF2B244" w14:textId="77777777" w:rsidR="005D33EF" w:rsidRDefault="006F75CB">
      <w:pPr>
        <w:spacing w:after="0"/>
      </w:pPr>
      <w:r>
        <w:rPr>
          <w:rFonts w:ascii="Arial" w:hAnsi="Arial"/>
          <w:b/>
        </w:rPr>
        <w:t xml:space="preserve">Participant #15:  </w:t>
      </w:r>
      <w:r>
        <w:rPr>
          <w:rFonts w:ascii="Arial" w:hAnsi="Arial"/>
          <w:color w:val="5D7284"/>
        </w:rPr>
        <w:t>09:56</w:t>
      </w:r>
    </w:p>
    <w:p w14:paraId="15ADA9AE" w14:textId="77777777" w:rsidR="005D33EF" w:rsidRDefault="006F75CB">
      <w:pPr>
        <w:spacing w:after="0"/>
      </w:pPr>
      <w:r>
        <w:rPr>
          <w:rFonts w:ascii="Arial" w:hAnsi="Arial"/>
        </w:rPr>
        <w:t>Maybe like an hour.</w:t>
      </w:r>
    </w:p>
    <w:p w14:paraId="42533CEC" w14:textId="77777777" w:rsidR="005D33EF" w:rsidRDefault="005D33EF">
      <w:pPr>
        <w:spacing w:after="0"/>
      </w:pPr>
    </w:p>
    <w:p w14:paraId="0E54F2DE" w14:textId="77777777" w:rsidR="005D33EF" w:rsidRDefault="006F75CB">
      <w:pPr>
        <w:spacing w:after="0"/>
      </w:pPr>
      <w:r>
        <w:rPr>
          <w:rFonts w:ascii="Arial" w:hAnsi="Arial"/>
          <w:b/>
        </w:rPr>
        <w:t xml:space="preserve">Interviewer P:  </w:t>
      </w:r>
      <w:r>
        <w:rPr>
          <w:rFonts w:ascii="Arial" w:hAnsi="Arial"/>
          <w:color w:val="5D7284"/>
        </w:rPr>
        <w:t>09:57</w:t>
      </w:r>
    </w:p>
    <w:p w14:paraId="6BF5ECE9" w14:textId="300C249C" w:rsidR="005D33EF" w:rsidRDefault="006F75CB">
      <w:pPr>
        <w:spacing w:after="0"/>
      </w:pPr>
      <w:r>
        <w:rPr>
          <w:rFonts w:ascii="Arial" w:hAnsi="Arial"/>
        </w:rPr>
        <w:t xml:space="preserve">Okay. All right so let's do it with the water that isn't temperature or different temperatures that is the same temperature that's what you were </w:t>
      </w:r>
      <w:r w:rsidR="003529F6">
        <w:rPr>
          <w:rFonts w:ascii="Arial" w:hAnsi="Arial"/>
        </w:rPr>
        <w:t>thinking and</w:t>
      </w:r>
      <w:r>
        <w:rPr>
          <w:rFonts w:ascii="Arial" w:hAnsi="Arial"/>
        </w:rPr>
        <w:t xml:space="preserve"> do this again. Is there anything about that that surprises you?</w:t>
      </w:r>
    </w:p>
    <w:p w14:paraId="548EA4AC" w14:textId="77777777" w:rsidR="005D33EF" w:rsidRDefault="005D33EF">
      <w:pPr>
        <w:spacing w:after="0"/>
      </w:pPr>
    </w:p>
    <w:p w14:paraId="7F504840" w14:textId="77777777" w:rsidR="005D33EF" w:rsidRDefault="006F75CB">
      <w:pPr>
        <w:spacing w:after="0"/>
      </w:pPr>
      <w:r>
        <w:rPr>
          <w:rFonts w:ascii="Arial" w:hAnsi="Arial"/>
          <w:b/>
        </w:rPr>
        <w:t xml:space="preserve">Participant #15:  </w:t>
      </w:r>
      <w:r>
        <w:rPr>
          <w:rFonts w:ascii="Arial" w:hAnsi="Arial"/>
          <w:color w:val="5D7284"/>
        </w:rPr>
        <w:t>11:43</w:t>
      </w:r>
    </w:p>
    <w:p w14:paraId="45F0C36C" w14:textId="0F859929" w:rsidR="005D33EF" w:rsidRDefault="006F75CB">
      <w:pPr>
        <w:spacing w:after="0"/>
      </w:pPr>
      <w:r>
        <w:rPr>
          <w:rFonts w:ascii="Arial" w:hAnsi="Arial"/>
        </w:rPr>
        <w:t xml:space="preserve">Kind of yeah, I think like I thought that they would mix maybe a little bit </w:t>
      </w:r>
      <w:r w:rsidR="003529F6">
        <w:rPr>
          <w:rFonts w:ascii="Arial" w:hAnsi="Arial"/>
        </w:rPr>
        <w:t>more,</w:t>
      </w:r>
      <w:r>
        <w:rPr>
          <w:rFonts w:ascii="Arial" w:hAnsi="Arial"/>
        </w:rPr>
        <w:t xml:space="preserve"> but I think it makes sense that they kind of stayed in their own space because there was not really a reason for them to mix up too </w:t>
      </w:r>
      <w:r w:rsidR="003529F6">
        <w:rPr>
          <w:rFonts w:ascii="Arial" w:hAnsi="Arial"/>
        </w:rPr>
        <w:t>much,</w:t>
      </w:r>
      <w:r>
        <w:rPr>
          <w:rFonts w:ascii="Arial" w:hAnsi="Arial"/>
        </w:rPr>
        <w:t xml:space="preserve"> but they did a little bit in the middle.</w:t>
      </w:r>
    </w:p>
    <w:p w14:paraId="4085EFF5" w14:textId="77777777" w:rsidR="005D33EF" w:rsidRDefault="005D33EF">
      <w:pPr>
        <w:spacing w:after="0"/>
      </w:pPr>
    </w:p>
    <w:p w14:paraId="6D536F28" w14:textId="77777777" w:rsidR="005D33EF" w:rsidRDefault="006F75CB">
      <w:pPr>
        <w:spacing w:after="0"/>
      </w:pPr>
      <w:r>
        <w:rPr>
          <w:rFonts w:ascii="Arial" w:hAnsi="Arial"/>
          <w:b/>
        </w:rPr>
        <w:t xml:space="preserve">Interviewer P:  </w:t>
      </w:r>
      <w:r>
        <w:rPr>
          <w:rFonts w:ascii="Arial" w:hAnsi="Arial"/>
          <w:color w:val="5D7284"/>
        </w:rPr>
        <w:t>12:02</w:t>
      </w:r>
    </w:p>
    <w:p w14:paraId="34DC339D" w14:textId="77777777" w:rsidR="005D33EF" w:rsidRDefault="006F75CB">
      <w:pPr>
        <w:spacing w:after="0"/>
      </w:pPr>
      <w:r>
        <w:rPr>
          <w:rFonts w:ascii="Arial" w:hAnsi="Arial"/>
        </w:rPr>
        <w:t>And what about this do you think it will eventually combine completely and like become one water mass.</w:t>
      </w:r>
    </w:p>
    <w:p w14:paraId="7EB4DF07" w14:textId="77777777" w:rsidR="005D33EF" w:rsidRDefault="005D33EF">
      <w:pPr>
        <w:spacing w:after="0"/>
      </w:pPr>
    </w:p>
    <w:p w14:paraId="7BDD1D4E" w14:textId="77777777" w:rsidR="005D33EF" w:rsidRDefault="006F75CB">
      <w:pPr>
        <w:spacing w:after="0"/>
      </w:pPr>
      <w:r>
        <w:rPr>
          <w:rFonts w:ascii="Arial" w:hAnsi="Arial"/>
          <w:b/>
        </w:rPr>
        <w:t xml:space="preserve">Participant #15:  </w:t>
      </w:r>
      <w:r>
        <w:rPr>
          <w:rFonts w:ascii="Arial" w:hAnsi="Arial"/>
          <w:color w:val="5D7284"/>
        </w:rPr>
        <w:t>12:13</w:t>
      </w:r>
    </w:p>
    <w:p w14:paraId="6CBA2CA6" w14:textId="77777777" w:rsidR="005D33EF" w:rsidRDefault="006F75CB">
      <w:pPr>
        <w:spacing w:after="0"/>
      </w:pPr>
      <w:r>
        <w:rPr>
          <w:rFonts w:ascii="Arial" w:hAnsi="Arial"/>
        </w:rPr>
        <w:t>Um let me think, because it's not like singing or doing anything it just looks still but I think that because there's nothing really keeping it separated it's not like a temperature difference so it could it would I think it would combine as time passes.</w:t>
      </w:r>
    </w:p>
    <w:p w14:paraId="3D4FCB20" w14:textId="77777777" w:rsidR="005D33EF" w:rsidRDefault="005D33EF">
      <w:pPr>
        <w:spacing w:after="0"/>
      </w:pPr>
    </w:p>
    <w:p w14:paraId="393056FA" w14:textId="77777777" w:rsidR="005D33EF" w:rsidRDefault="006F75CB">
      <w:pPr>
        <w:spacing w:after="0"/>
      </w:pPr>
      <w:r>
        <w:rPr>
          <w:rFonts w:ascii="Arial" w:hAnsi="Arial"/>
          <w:b/>
        </w:rPr>
        <w:t xml:space="preserve">Interviewer P:  </w:t>
      </w:r>
      <w:r>
        <w:rPr>
          <w:rFonts w:ascii="Arial" w:hAnsi="Arial"/>
          <w:color w:val="5D7284"/>
        </w:rPr>
        <w:t>12:41</w:t>
      </w:r>
    </w:p>
    <w:p w14:paraId="0E85922F" w14:textId="77777777" w:rsidR="005D33EF" w:rsidRDefault="006F75CB">
      <w:pPr>
        <w:spacing w:after="0"/>
      </w:pPr>
      <w:r>
        <w:rPr>
          <w:rFonts w:ascii="Arial" w:hAnsi="Arial"/>
        </w:rPr>
        <w:lastRenderedPageBreak/>
        <w:t xml:space="preserve">About how long do you think that would take? </w:t>
      </w:r>
    </w:p>
    <w:p w14:paraId="3545D4FD" w14:textId="77777777" w:rsidR="005D33EF" w:rsidRDefault="005D33EF">
      <w:pPr>
        <w:spacing w:after="0"/>
      </w:pPr>
    </w:p>
    <w:p w14:paraId="5308C56D" w14:textId="77777777" w:rsidR="005D33EF" w:rsidRDefault="006F75CB">
      <w:pPr>
        <w:spacing w:after="0"/>
      </w:pPr>
      <w:r>
        <w:rPr>
          <w:rFonts w:ascii="Arial" w:hAnsi="Arial"/>
          <w:b/>
        </w:rPr>
        <w:t xml:space="preserve">Participant #15:  </w:t>
      </w:r>
      <w:r>
        <w:rPr>
          <w:rFonts w:ascii="Arial" w:hAnsi="Arial"/>
          <w:color w:val="5D7284"/>
        </w:rPr>
        <w:t>12:47</w:t>
      </w:r>
    </w:p>
    <w:p w14:paraId="128AC66F" w14:textId="77777777" w:rsidR="005D33EF" w:rsidRDefault="006F75CB">
      <w:pPr>
        <w:spacing w:after="0"/>
      </w:pPr>
      <w:r>
        <w:rPr>
          <w:rFonts w:ascii="Arial" w:hAnsi="Arial"/>
        </w:rPr>
        <w:t>I'm gonna go with an hour again.</w:t>
      </w:r>
    </w:p>
    <w:p w14:paraId="70EB5003" w14:textId="77777777" w:rsidR="005D33EF" w:rsidRDefault="005D33EF">
      <w:pPr>
        <w:spacing w:after="0"/>
      </w:pPr>
    </w:p>
    <w:p w14:paraId="0E696C11" w14:textId="77777777" w:rsidR="005D33EF" w:rsidRDefault="006F75CB">
      <w:pPr>
        <w:spacing w:after="0"/>
      </w:pPr>
      <w:r>
        <w:rPr>
          <w:rFonts w:ascii="Arial" w:hAnsi="Arial"/>
          <w:b/>
        </w:rPr>
        <w:t xml:space="preserve">Interviewer P:  </w:t>
      </w:r>
      <w:r>
        <w:rPr>
          <w:rFonts w:ascii="Arial" w:hAnsi="Arial"/>
          <w:color w:val="5D7284"/>
        </w:rPr>
        <w:t>12:53</w:t>
      </w:r>
    </w:p>
    <w:p w14:paraId="7D638E15" w14:textId="77777777" w:rsidR="005D33EF" w:rsidRDefault="006F75CB">
      <w:pPr>
        <w:spacing w:after="0"/>
      </w:pPr>
      <w:r>
        <w:rPr>
          <w:rFonts w:ascii="Arial" w:hAnsi="Arial"/>
        </w:rPr>
        <w:t>All right now the salty and fresh. So, we'll see what happens there, thank you Erika. Alright, so again green is the salty one and here is what you thought would happen. Yellow is the freshwater, attempt to do these both at the same time and hopefully not get your lap wet.</w:t>
      </w:r>
    </w:p>
    <w:p w14:paraId="6F4EA786" w14:textId="77777777" w:rsidR="005D33EF" w:rsidRDefault="005D33EF">
      <w:pPr>
        <w:spacing w:after="0"/>
      </w:pPr>
    </w:p>
    <w:p w14:paraId="377DAF19" w14:textId="77777777" w:rsidR="005D33EF" w:rsidRDefault="006F75CB">
      <w:pPr>
        <w:spacing w:after="0"/>
      </w:pPr>
      <w:r>
        <w:rPr>
          <w:rFonts w:ascii="Arial" w:hAnsi="Arial"/>
          <w:b/>
        </w:rPr>
        <w:t xml:space="preserve">Interviewer E:  </w:t>
      </w:r>
      <w:r>
        <w:rPr>
          <w:rFonts w:ascii="Arial" w:hAnsi="Arial"/>
          <w:color w:val="5D7284"/>
        </w:rPr>
        <w:t>13:28</w:t>
      </w:r>
    </w:p>
    <w:p w14:paraId="6BB32FD1" w14:textId="77777777" w:rsidR="005D33EF" w:rsidRDefault="006F75CB">
      <w:pPr>
        <w:spacing w:after="0"/>
      </w:pPr>
      <w:r>
        <w:rPr>
          <w:rFonts w:ascii="Arial" w:hAnsi="Arial"/>
        </w:rPr>
        <w:t xml:space="preserve"> I believe in you.</w:t>
      </w:r>
    </w:p>
    <w:p w14:paraId="543E47AE" w14:textId="77777777" w:rsidR="005D33EF" w:rsidRDefault="005D33EF">
      <w:pPr>
        <w:spacing w:after="0"/>
      </w:pPr>
    </w:p>
    <w:p w14:paraId="7450C77B" w14:textId="77777777" w:rsidR="005D33EF" w:rsidRDefault="006F75CB">
      <w:pPr>
        <w:spacing w:after="0"/>
      </w:pPr>
      <w:r>
        <w:rPr>
          <w:rFonts w:ascii="Arial" w:hAnsi="Arial"/>
          <w:b/>
        </w:rPr>
        <w:t xml:space="preserve">Interviewer P:  </w:t>
      </w:r>
      <w:r>
        <w:rPr>
          <w:rFonts w:ascii="Arial" w:hAnsi="Arial"/>
          <w:color w:val="5D7284"/>
        </w:rPr>
        <w:t>14:39</w:t>
      </w:r>
    </w:p>
    <w:p w14:paraId="5A01C1C1" w14:textId="77777777" w:rsidR="005D33EF" w:rsidRDefault="006F75CB">
      <w:pPr>
        <w:spacing w:after="0"/>
      </w:pPr>
      <w:r>
        <w:rPr>
          <w:rFonts w:ascii="Arial" w:hAnsi="Arial"/>
        </w:rPr>
        <w:t>Is anything about that surprise you?</w:t>
      </w:r>
    </w:p>
    <w:p w14:paraId="1072DD90" w14:textId="77777777" w:rsidR="005D33EF" w:rsidRDefault="005D33EF">
      <w:pPr>
        <w:spacing w:after="0"/>
      </w:pPr>
    </w:p>
    <w:p w14:paraId="21AA85A0" w14:textId="77777777" w:rsidR="005D33EF" w:rsidRDefault="006F75CB">
      <w:pPr>
        <w:spacing w:after="0"/>
      </w:pPr>
      <w:r>
        <w:rPr>
          <w:rFonts w:ascii="Arial" w:hAnsi="Arial"/>
          <w:b/>
        </w:rPr>
        <w:t xml:space="preserve">Participant #15:  </w:t>
      </w:r>
      <w:r>
        <w:rPr>
          <w:rFonts w:ascii="Arial" w:hAnsi="Arial"/>
          <w:color w:val="5D7284"/>
        </w:rPr>
        <w:t>14:41</w:t>
      </w:r>
    </w:p>
    <w:p w14:paraId="25D51A53" w14:textId="77777777" w:rsidR="005D33EF" w:rsidRDefault="006F75CB">
      <w:pPr>
        <w:spacing w:after="0"/>
      </w:pPr>
      <w:r>
        <w:rPr>
          <w:rFonts w:ascii="Arial" w:hAnsi="Arial"/>
        </w:rPr>
        <w:t>Yes, very much. The opposite that I drew but yeah, it was interesting to see the green thing like try to force its way up and then it just keeps getting pushed back down.</w:t>
      </w:r>
    </w:p>
    <w:p w14:paraId="7B5FBBC3" w14:textId="77777777" w:rsidR="005D33EF" w:rsidRDefault="005D33EF">
      <w:pPr>
        <w:spacing w:after="0"/>
      </w:pPr>
    </w:p>
    <w:p w14:paraId="22B33156" w14:textId="77777777" w:rsidR="005D33EF" w:rsidRDefault="006F75CB">
      <w:pPr>
        <w:spacing w:after="0"/>
      </w:pPr>
      <w:r>
        <w:rPr>
          <w:rFonts w:ascii="Arial" w:hAnsi="Arial"/>
          <w:b/>
        </w:rPr>
        <w:t xml:space="preserve">Interviewer P:  </w:t>
      </w:r>
      <w:r>
        <w:rPr>
          <w:rFonts w:ascii="Arial" w:hAnsi="Arial"/>
          <w:color w:val="5D7284"/>
        </w:rPr>
        <w:t>14:57</w:t>
      </w:r>
    </w:p>
    <w:p w14:paraId="4F786FB5" w14:textId="77777777" w:rsidR="005D33EF" w:rsidRDefault="006F75CB">
      <w:pPr>
        <w:spacing w:after="0"/>
      </w:pPr>
      <w:r>
        <w:rPr>
          <w:rFonts w:ascii="Arial" w:hAnsi="Arial"/>
        </w:rPr>
        <w:t>Any thoughts on why it is? Is in this configuration instead of what you have over there.</w:t>
      </w:r>
    </w:p>
    <w:p w14:paraId="5A6246D2" w14:textId="77777777" w:rsidR="005D33EF" w:rsidRDefault="005D33EF">
      <w:pPr>
        <w:spacing w:after="0"/>
      </w:pPr>
    </w:p>
    <w:p w14:paraId="0743DEDA" w14:textId="77777777" w:rsidR="005D33EF" w:rsidRDefault="006F75CB">
      <w:pPr>
        <w:spacing w:after="0"/>
      </w:pPr>
      <w:r>
        <w:rPr>
          <w:rFonts w:ascii="Arial" w:hAnsi="Arial"/>
          <w:b/>
        </w:rPr>
        <w:t xml:space="preserve">Participant #15:  </w:t>
      </w:r>
      <w:r>
        <w:rPr>
          <w:rFonts w:ascii="Arial" w:hAnsi="Arial"/>
          <w:color w:val="5D7284"/>
        </w:rPr>
        <w:t>15:05</w:t>
      </w:r>
    </w:p>
    <w:p w14:paraId="51C90EA3" w14:textId="77777777" w:rsidR="005D33EF" w:rsidRDefault="006F75CB">
      <w:pPr>
        <w:spacing w:after="0"/>
      </w:pPr>
      <w:r>
        <w:rPr>
          <w:rFonts w:ascii="Arial" w:hAnsi="Arial"/>
        </w:rPr>
        <w:t xml:space="preserve">See, I knew I know that people flow easier and salty water, but I didn't know if salty water itself was the thing that's like, itself is not floating but higher up. Maybe it's so I don't know, heavy people float on it. I can't think of why that is exactly. But the salty water is the one that sank, right? </w:t>
      </w:r>
    </w:p>
    <w:p w14:paraId="29435AF5" w14:textId="77777777" w:rsidR="005D33EF" w:rsidRDefault="005D33EF">
      <w:pPr>
        <w:spacing w:after="0"/>
      </w:pPr>
    </w:p>
    <w:p w14:paraId="18053762" w14:textId="77777777" w:rsidR="005D33EF" w:rsidRDefault="006F75CB">
      <w:pPr>
        <w:spacing w:after="0"/>
      </w:pPr>
      <w:r>
        <w:rPr>
          <w:rFonts w:ascii="Arial" w:hAnsi="Arial"/>
          <w:b/>
        </w:rPr>
        <w:t xml:space="preserve">Interviewer P:  </w:t>
      </w:r>
      <w:r>
        <w:rPr>
          <w:rFonts w:ascii="Arial" w:hAnsi="Arial"/>
          <w:color w:val="5D7284"/>
        </w:rPr>
        <w:t>15:26</w:t>
      </w:r>
    </w:p>
    <w:p w14:paraId="1B2A5DEE" w14:textId="77777777" w:rsidR="005D33EF" w:rsidRDefault="006F75CB">
      <w:pPr>
        <w:spacing w:after="0"/>
      </w:pPr>
      <w:r>
        <w:rPr>
          <w:rFonts w:ascii="Arial" w:hAnsi="Arial"/>
        </w:rPr>
        <w:t>Yes.</w:t>
      </w:r>
    </w:p>
    <w:p w14:paraId="43623732" w14:textId="77777777" w:rsidR="005D33EF" w:rsidRDefault="005D33EF">
      <w:pPr>
        <w:spacing w:after="0"/>
      </w:pPr>
    </w:p>
    <w:p w14:paraId="29EC5ACC" w14:textId="77777777" w:rsidR="005D33EF" w:rsidRDefault="006F75CB">
      <w:pPr>
        <w:spacing w:after="0"/>
      </w:pPr>
      <w:r>
        <w:rPr>
          <w:rFonts w:ascii="Arial" w:hAnsi="Arial"/>
          <w:b/>
        </w:rPr>
        <w:t xml:space="preserve">Participant #15:  </w:t>
      </w:r>
      <w:r>
        <w:rPr>
          <w:rFonts w:ascii="Arial" w:hAnsi="Arial"/>
          <w:color w:val="5D7284"/>
        </w:rPr>
        <w:t>15:28</w:t>
      </w:r>
    </w:p>
    <w:p w14:paraId="6B641195" w14:textId="154A7388" w:rsidR="005D33EF" w:rsidRDefault="006F75CB">
      <w:pPr>
        <w:spacing w:after="0"/>
      </w:pPr>
      <w:r>
        <w:rPr>
          <w:rFonts w:ascii="Arial" w:hAnsi="Arial"/>
        </w:rPr>
        <w:t xml:space="preserve">So, maybe it's just like so I don't know the word dense and then people are like less compared to it to them? Or like the water on top is less dense. </w:t>
      </w:r>
      <w:r w:rsidR="003529F6">
        <w:rPr>
          <w:rFonts w:ascii="Arial" w:hAnsi="Arial"/>
        </w:rPr>
        <w:t>So,</w:t>
      </w:r>
      <w:r>
        <w:rPr>
          <w:rFonts w:ascii="Arial" w:hAnsi="Arial"/>
        </w:rPr>
        <w:t xml:space="preserve"> it's floating. I don't know if that's the right word for it. But yeah.</w:t>
      </w:r>
    </w:p>
    <w:p w14:paraId="79037A49" w14:textId="77777777" w:rsidR="005D33EF" w:rsidRDefault="005D33EF">
      <w:pPr>
        <w:spacing w:after="0"/>
      </w:pPr>
    </w:p>
    <w:p w14:paraId="157737C9" w14:textId="77777777" w:rsidR="005D33EF" w:rsidRDefault="006F75CB">
      <w:pPr>
        <w:spacing w:after="0"/>
      </w:pPr>
      <w:r>
        <w:rPr>
          <w:rFonts w:ascii="Arial" w:hAnsi="Arial"/>
          <w:b/>
        </w:rPr>
        <w:t xml:space="preserve">Interviewer P:  </w:t>
      </w:r>
      <w:r>
        <w:rPr>
          <w:rFonts w:ascii="Arial" w:hAnsi="Arial"/>
          <w:color w:val="5D7284"/>
        </w:rPr>
        <w:t>15:46</w:t>
      </w:r>
    </w:p>
    <w:p w14:paraId="19A3D7D7" w14:textId="30036296" w:rsidR="005D33EF" w:rsidRDefault="006F75CB">
      <w:pPr>
        <w:spacing w:after="0"/>
      </w:pPr>
      <w:r>
        <w:rPr>
          <w:rFonts w:ascii="Arial" w:hAnsi="Arial"/>
        </w:rPr>
        <w:t xml:space="preserve">And </w:t>
      </w:r>
      <w:r w:rsidR="003529F6">
        <w:rPr>
          <w:rFonts w:ascii="Arial" w:hAnsi="Arial"/>
        </w:rPr>
        <w:t>so,</w:t>
      </w:r>
      <w:r>
        <w:rPr>
          <w:rFonts w:ascii="Arial" w:hAnsi="Arial"/>
        </w:rPr>
        <w:t xml:space="preserve"> what about this? Do you think that those layers will stay? Or do you think that eventually things are even out there?</w:t>
      </w:r>
    </w:p>
    <w:p w14:paraId="3D9C00F6" w14:textId="77777777" w:rsidR="005D33EF" w:rsidRDefault="005D33EF">
      <w:pPr>
        <w:spacing w:after="0"/>
      </w:pPr>
    </w:p>
    <w:p w14:paraId="24DDBD81" w14:textId="77777777" w:rsidR="005D33EF" w:rsidRDefault="006F75CB">
      <w:pPr>
        <w:spacing w:after="0"/>
      </w:pPr>
      <w:r>
        <w:rPr>
          <w:rFonts w:ascii="Arial" w:hAnsi="Arial"/>
          <w:b/>
        </w:rPr>
        <w:t xml:space="preserve">Participant #15:  </w:t>
      </w:r>
      <w:r>
        <w:rPr>
          <w:rFonts w:ascii="Arial" w:hAnsi="Arial"/>
          <w:color w:val="5D7284"/>
        </w:rPr>
        <w:t>15:59</w:t>
      </w:r>
    </w:p>
    <w:p w14:paraId="69BBB30F" w14:textId="3CA005E5" w:rsidR="005D33EF" w:rsidRDefault="006F75CB">
      <w:pPr>
        <w:spacing w:after="0"/>
      </w:pPr>
      <w:r>
        <w:rPr>
          <w:rFonts w:ascii="Arial" w:hAnsi="Arial"/>
        </w:rPr>
        <w:t xml:space="preserve">I think because it's now mixed together. Eventually, maybe the salt will like diffuse into the other </w:t>
      </w:r>
      <w:r w:rsidR="003529F6">
        <w:rPr>
          <w:rFonts w:ascii="Arial" w:hAnsi="Arial"/>
        </w:rPr>
        <w:t>layer,</w:t>
      </w:r>
      <w:r>
        <w:rPr>
          <w:rFonts w:ascii="Arial" w:hAnsi="Arial"/>
        </w:rPr>
        <w:t xml:space="preserve"> and they will sort of have a mix. So over time, but they would maybe even out with the fresh and salt water together.</w:t>
      </w:r>
    </w:p>
    <w:p w14:paraId="60D1454D" w14:textId="77777777" w:rsidR="005D33EF" w:rsidRDefault="005D33EF">
      <w:pPr>
        <w:spacing w:after="0"/>
      </w:pPr>
    </w:p>
    <w:p w14:paraId="575C88AB" w14:textId="77777777" w:rsidR="005D33EF" w:rsidRDefault="006F75CB">
      <w:pPr>
        <w:spacing w:after="0"/>
      </w:pPr>
      <w:r>
        <w:rPr>
          <w:rFonts w:ascii="Arial" w:hAnsi="Arial"/>
          <w:b/>
        </w:rPr>
        <w:t xml:space="preserve">Interviewer P:  </w:t>
      </w:r>
      <w:r>
        <w:rPr>
          <w:rFonts w:ascii="Arial" w:hAnsi="Arial"/>
          <w:color w:val="5D7284"/>
        </w:rPr>
        <w:t>16:14</w:t>
      </w:r>
    </w:p>
    <w:p w14:paraId="13F3DEF7" w14:textId="77777777" w:rsidR="005D33EF" w:rsidRDefault="006F75CB">
      <w:pPr>
        <w:spacing w:after="0"/>
      </w:pPr>
      <w:r>
        <w:rPr>
          <w:rFonts w:ascii="Arial" w:hAnsi="Arial"/>
        </w:rPr>
        <w:t>So that the water as a whole would have uniform saltiness. Yeah. Any guesses on how long that might take?</w:t>
      </w:r>
    </w:p>
    <w:p w14:paraId="0DBD7137" w14:textId="77777777" w:rsidR="005D33EF" w:rsidRDefault="005D33EF">
      <w:pPr>
        <w:spacing w:after="0"/>
      </w:pPr>
    </w:p>
    <w:p w14:paraId="37AD0966" w14:textId="77777777" w:rsidR="005D33EF" w:rsidRDefault="006F75CB">
      <w:pPr>
        <w:spacing w:after="0"/>
      </w:pPr>
      <w:r>
        <w:rPr>
          <w:rFonts w:ascii="Arial" w:hAnsi="Arial"/>
          <w:b/>
        </w:rPr>
        <w:t xml:space="preserve">Participant #15:  </w:t>
      </w:r>
      <w:r>
        <w:rPr>
          <w:rFonts w:ascii="Arial" w:hAnsi="Arial"/>
          <w:color w:val="5D7284"/>
        </w:rPr>
        <w:t>16:24</w:t>
      </w:r>
    </w:p>
    <w:p w14:paraId="044E4D4C" w14:textId="77777777" w:rsidR="005D33EF" w:rsidRDefault="006F75CB">
      <w:pPr>
        <w:spacing w:after="0"/>
      </w:pPr>
      <w:r>
        <w:rPr>
          <w:rFonts w:ascii="Arial" w:hAnsi="Arial"/>
        </w:rPr>
        <w:t>Um bump it up to, two hours.</w:t>
      </w:r>
    </w:p>
    <w:p w14:paraId="4AF81BC6" w14:textId="77777777" w:rsidR="005D33EF" w:rsidRDefault="005D33EF">
      <w:pPr>
        <w:spacing w:after="0"/>
      </w:pPr>
    </w:p>
    <w:p w14:paraId="2B4E597E" w14:textId="77777777" w:rsidR="005D33EF" w:rsidRDefault="006F75CB">
      <w:pPr>
        <w:spacing w:after="0"/>
      </w:pPr>
      <w:r>
        <w:rPr>
          <w:rFonts w:ascii="Arial" w:hAnsi="Arial"/>
          <w:b/>
        </w:rPr>
        <w:t xml:space="preserve">Interviewer P:  </w:t>
      </w:r>
      <w:r>
        <w:rPr>
          <w:rFonts w:ascii="Arial" w:hAnsi="Arial"/>
          <w:color w:val="5D7284"/>
        </w:rPr>
        <w:t>16:26</w:t>
      </w:r>
    </w:p>
    <w:p w14:paraId="77CBF316" w14:textId="33BE2E81" w:rsidR="005D33EF" w:rsidRDefault="006F75CB">
      <w:pPr>
        <w:spacing w:after="0"/>
      </w:pPr>
      <w:r>
        <w:rPr>
          <w:rFonts w:ascii="Arial" w:hAnsi="Arial"/>
        </w:rPr>
        <w:t xml:space="preserve">Two hours. </w:t>
      </w:r>
      <w:r w:rsidR="003529F6">
        <w:rPr>
          <w:rFonts w:ascii="Arial" w:hAnsi="Arial"/>
        </w:rPr>
        <w:t>So,</w:t>
      </w:r>
      <w:r>
        <w:rPr>
          <w:rFonts w:ascii="Arial" w:hAnsi="Arial"/>
        </w:rPr>
        <w:t xml:space="preserve"> tell us why you bumped it up?</w:t>
      </w:r>
    </w:p>
    <w:p w14:paraId="66399BA9" w14:textId="77777777" w:rsidR="005D33EF" w:rsidRDefault="005D33EF">
      <w:pPr>
        <w:spacing w:after="0"/>
      </w:pPr>
    </w:p>
    <w:p w14:paraId="4B158839" w14:textId="77777777" w:rsidR="005D33EF" w:rsidRDefault="006F75CB">
      <w:pPr>
        <w:spacing w:after="0"/>
      </w:pPr>
      <w:r>
        <w:rPr>
          <w:rFonts w:ascii="Arial" w:hAnsi="Arial"/>
          <w:b/>
        </w:rPr>
        <w:t xml:space="preserve">Participant #15:  </w:t>
      </w:r>
      <w:r>
        <w:rPr>
          <w:rFonts w:ascii="Arial" w:hAnsi="Arial"/>
          <w:color w:val="5D7284"/>
        </w:rPr>
        <w:t>16:30</w:t>
      </w:r>
    </w:p>
    <w:p w14:paraId="1417C6C8" w14:textId="77777777" w:rsidR="005D33EF" w:rsidRDefault="006F75CB">
      <w:pPr>
        <w:spacing w:after="0"/>
      </w:pPr>
      <w:r>
        <w:rPr>
          <w:rFonts w:ascii="Arial" w:hAnsi="Arial"/>
        </w:rPr>
        <w:t>I don't know this one was just a little different. I think it I can't really think how long but if it is diffusion of the salt, how long will it take but I don't know just a random guess.</w:t>
      </w:r>
    </w:p>
    <w:p w14:paraId="6F31927D" w14:textId="77777777" w:rsidR="005D33EF" w:rsidRDefault="005D33EF">
      <w:pPr>
        <w:spacing w:after="0"/>
      </w:pPr>
    </w:p>
    <w:p w14:paraId="5BCDA937" w14:textId="77777777" w:rsidR="005D33EF" w:rsidRDefault="006F75CB">
      <w:pPr>
        <w:spacing w:after="0"/>
      </w:pPr>
      <w:r>
        <w:rPr>
          <w:rFonts w:ascii="Arial" w:hAnsi="Arial"/>
          <w:b/>
        </w:rPr>
        <w:t xml:space="preserve">Interviewer P:  </w:t>
      </w:r>
      <w:r>
        <w:rPr>
          <w:rFonts w:ascii="Arial" w:hAnsi="Arial"/>
          <w:color w:val="5D7284"/>
        </w:rPr>
        <w:t>16:43</w:t>
      </w:r>
    </w:p>
    <w:p w14:paraId="7BE17AB8" w14:textId="7CEA1B6C" w:rsidR="005D33EF" w:rsidRDefault="006F75CB">
      <w:pPr>
        <w:spacing w:after="0"/>
      </w:pPr>
      <w:r>
        <w:rPr>
          <w:rFonts w:ascii="Arial" w:hAnsi="Arial"/>
        </w:rPr>
        <w:t xml:space="preserve">That's okay. We're actually interested in more </w:t>
      </w:r>
      <w:r w:rsidR="003529F6">
        <w:rPr>
          <w:rFonts w:ascii="Arial" w:hAnsi="Arial"/>
        </w:rPr>
        <w:t>in</w:t>
      </w:r>
      <w:r>
        <w:rPr>
          <w:rFonts w:ascii="Arial" w:hAnsi="Arial"/>
        </w:rPr>
        <w:t xml:space="preserve"> what you think and why then whether or not you know, you know something correctly or not. So that's great. Thank you. </w:t>
      </w:r>
      <w:r w:rsidR="003529F6">
        <w:rPr>
          <w:rFonts w:ascii="Arial" w:hAnsi="Arial"/>
        </w:rPr>
        <w:t>So,</w:t>
      </w:r>
      <w:r>
        <w:rPr>
          <w:rFonts w:ascii="Arial" w:hAnsi="Arial"/>
        </w:rPr>
        <w:t xml:space="preserve"> Erika made some time lapse videos of these processes. So let me share them with </w:t>
      </w:r>
      <w:r w:rsidR="003529F6">
        <w:rPr>
          <w:rFonts w:ascii="Arial" w:hAnsi="Arial"/>
        </w:rPr>
        <w:t>your</w:t>
      </w:r>
      <w:r>
        <w:rPr>
          <w:rFonts w:ascii="Arial" w:hAnsi="Arial"/>
        </w:rPr>
        <w:t xml:space="preserve"> windows will go again in the same order. Good fit demos. </w:t>
      </w:r>
      <w:r w:rsidR="003529F6">
        <w:rPr>
          <w:rFonts w:ascii="Arial" w:hAnsi="Arial"/>
        </w:rPr>
        <w:t>So,</w:t>
      </w:r>
      <w:r>
        <w:rPr>
          <w:rFonts w:ascii="Arial" w:hAnsi="Arial"/>
        </w:rPr>
        <w:t xml:space="preserve"> this one is the whole hot and cold </w:t>
      </w:r>
      <w:r w:rsidR="003529F6">
        <w:rPr>
          <w:rFonts w:ascii="Arial" w:hAnsi="Arial"/>
        </w:rPr>
        <w:t>water,</w:t>
      </w:r>
      <w:r>
        <w:rPr>
          <w:rFonts w:ascii="Arial" w:hAnsi="Arial"/>
        </w:rPr>
        <w:t xml:space="preserve"> and it is yeah, condense down to about 30 seconds.</w:t>
      </w:r>
    </w:p>
    <w:p w14:paraId="142DD996" w14:textId="77777777" w:rsidR="005D33EF" w:rsidRDefault="005D33EF">
      <w:pPr>
        <w:spacing w:after="0"/>
      </w:pPr>
    </w:p>
    <w:p w14:paraId="3E0102D2" w14:textId="77777777" w:rsidR="005D33EF" w:rsidRDefault="006F75CB">
      <w:pPr>
        <w:spacing w:after="0"/>
      </w:pPr>
      <w:r>
        <w:rPr>
          <w:rFonts w:ascii="Arial" w:hAnsi="Arial"/>
          <w:b/>
        </w:rPr>
        <w:t xml:space="preserve">Participant #15:  </w:t>
      </w:r>
      <w:r>
        <w:rPr>
          <w:rFonts w:ascii="Arial" w:hAnsi="Arial"/>
          <w:color w:val="5D7284"/>
        </w:rPr>
        <w:t>18:04</w:t>
      </w:r>
    </w:p>
    <w:p w14:paraId="47D5F606" w14:textId="77777777" w:rsidR="005D33EF" w:rsidRDefault="006F75CB">
      <w:pPr>
        <w:spacing w:after="0"/>
      </w:pPr>
      <w:r>
        <w:rPr>
          <w:rFonts w:ascii="Arial" w:hAnsi="Arial"/>
        </w:rPr>
        <w:t>How long was the whole thing?</w:t>
      </w:r>
    </w:p>
    <w:p w14:paraId="764C25CF" w14:textId="77777777" w:rsidR="005D33EF" w:rsidRDefault="005D33EF">
      <w:pPr>
        <w:spacing w:after="0"/>
      </w:pPr>
    </w:p>
    <w:p w14:paraId="62536A09" w14:textId="77777777" w:rsidR="005D33EF" w:rsidRDefault="006F75CB">
      <w:pPr>
        <w:spacing w:after="0"/>
      </w:pPr>
      <w:r>
        <w:rPr>
          <w:rFonts w:ascii="Arial" w:hAnsi="Arial"/>
          <w:b/>
        </w:rPr>
        <w:t xml:space="preserve">Interviewer P:  </w:t>
      </w:r>
      <w:r>
        <w:rPr>
          <w:rFonts w:ascii="Arial" w:hAnsi="Arial"/>
          <w:color w:val="5D7284"/>
        </w:rPr>
        <w:t>18:05</w:t>
      </w:r>
    </w:p>
    <w:p w14:paraId="3517D46E" w14:textId="56C0B3D5" w:rsidR="005D33EF" w:rsidRDefault="006F75CB">
      <w:pPr>
        <w:spacing w:after="0"/>
      </w:pPr>
      <w:r>
        <w:rPr>
          <w:rFonts w:ascii="Arial" w:hAnsi="Arial"/>
        </w:rPr>
        <w:t xml:space="preserve">That's what I'm gonna ask you is so </w:t>
      </w:r>
      <w:r w:rsidR="003529F6">
        <w:rPr>
          <w:rFonts w:ascii="Arial" w:hAnsi="Arial"/>
        </w:rPr>
        <w:t>yeah;</w:t>
      </w:r>
      <w:r>
        <w:rPr>
          <w:rFonts w:ascii="Arial" w:hAnsi="Arial"/>
        </w:rPr>
        <w:t xml:space="preserve"> it's condensed down to 30 seconds. And the ideas on how much time that actually represents.</w:t>
      </w:r>
    </w:p>
    <w:p w14:paraId="6E3D4EC8" w14:textId="77777777" w:rsidR="005D33EF" w:rsidRDefault="005D33EF">
      <w:pPr>
        <w:spacing w:after="0"/>
      </w:pPr>
    </w:p>
    <w:p w14:paraId="41045228" w14:textId="77777777" w:rsidR="005D33EF" w:rsidRDefault="006F75CB">
      <w:pPr>
        <w:spacing w:after="0"/>
      </w:pPr>
      <w:r>
        <w:rPr>
          <w:rFonts w:ascii="Arial" w:hAnsi="Arial"/>
          <w:b/>
        </w:rPr>
        <w:t xml:space="preserve">Participant #15:  </w:t>
      </w:r>
      <w:r>
        <w:rPr>
          <w:rFonts w:ascii="Arial" w:hAnsi="Arial"/>
          <w:color w:val="5D7284"/>
        </w:rPr>
        <w:t>18:15</w:t>
      </w:r>
    </w:p>
    <w:p w14:paraId="5DD099FA" w14:textId="77777777" w:rsidR="005D33EF" w:rsidRDefault="006F75CB">
      <w:pPr>
        <w:spacing w:after="0"/>
      </w:pPr>
      <w:r>
        <w:rPr>
          <w:rFonts w:ascii="Arial" w:hAnsi="Arial"/>
        </w:rPr>
        <w:t>Um, maybe like four hours then it was pretty long 30 seconds maybe like four hours.</w:t>
      </w:r>
    </w:p>
    <w:p w14:paraId="26AFF6AC" w14:textId="77777777" w:rsidR="005D33EF" w:rsidRDefault="005D33EF">
      <w:pPr>
        <w:spacing w:after="0"/>
      </w:pPr>
    </w:p>
    <w:p w14:paraId="4796D8B6" w14:textId="77777777" w:rsidR="005D33EF" w:rsidRDefault="006F75CB">
      <w:pPr>
        <w:spacing w:after="0"/>
      </w:pPr>
      <w:r>
        <w:rPr>
          <w:rFonts w:ascii="Arial" w:hAnsi="Arial"/>
          <w:b/>
        </w:rPr>
        <w:t xml:space="preserve">Interviewer P:  </w:t>
      </w:r>
      <w:r>
        <w:rPr>
          <w:rFonts w:ascii="Arial" w:hAnsi="Arial"/>
          <w:color w:val="5D7284"/>
        </w:rPr>
        <w:t>18:25</w:t>
      </w:r>
    </w:p>
    <w:p w14:paraId="010488C0" w14:textId="77777777" w:rsidR="005D33EF" w:rsidRDefault="006F75CB">
      <w:pPr>
        <w:spacing w:after="0"/>
      </w:pPr>
      <w:r>
        <w:rPr>
          <w:rFonts w:ascii="Arial" w:hAnsi="Arial"/>
        </w:rPr>
        <w:t>Yeah, so this was an hour.</w:t>
      </w:r>
    </w:p>
    <w:p w14:paraId="25FEDDEE" w14:textId="77777777" w:rsidR="005D33EF" w:rsidRDefault="005D33EF">
      <w:pPr>
        <w:spacing w:after="0"/>
      </w:pPr>
    </w:p>
    <w:p w14:paraId="3D94C56F" w14:textId="77777777" w:rsidR="005D33EF" w:rsidRDefault="006F75CB">
      <w:pPr>
        <w:spacing w:after="0"/>
      </w:pPr>
      <w:r>
        <w:rPr>
          <w:rFonts w:ascii="Arial" w:hAnsi="Arial"/>
          <w:b/>
        </w:rPr>
        <w:t xml:space="preserve">Participant #15:  </w:t>
      </w:r>
      <w:r>
        <w:rPr>
          <w:rFonts w:ascii="Arial" w:hAnsi="Arial"/>
          <w:color w:val="5D7284"/>
        </w:rPr>
        <w:t>18:27</w:t>
      </w:r>
    </w:p>
    <w:p w14:paraId="0F670DBA" w14:textId="77777777" w:rsidR="005D33EF" w:rsidRDefault="006F75CB">
      <w:pPr>
        <w:spacing w:after="0"/>
      </w:pPr>
      <w:r>
        <w:rPr>
          <w:rFonts w:ascii="Arial" w:hAnsi="Arial"/>
        </w:rPr>
        <w:t>An hour? Dang it I should have stuck with my original one.</w:t>
      </w:r>
    </w:p>
    <w:p w14:paraId="7F8664FE" w14:textId="77777777" w:rsidR="005D33EF" w:rsidRDefault="005D33EF">
      <w:pPr>
        <w:spacing w:after="0"/>
      </w:pPr>
    </w:p>
    <w:p w14:paraId="61DD6EF7" w14:textId="77777777" w:rsidR="005D33EF" w:rsidRDefault="006F75CB">
      <w:pPr>
        <w:spacing w:after="0"/>
      </w:pPr>
      <w:r>
        <w:rPr>
          <w:rFonts w:ascii="Arial" w:hAnsi="Arial"/>
          <w:b/>
        </w:rPr>
        <w:t xml:space="preserve">Interviewer P:  </w:t>
      </w:r>
      <w:r>
        <w:rPr>
          <w:rFonts w:ascii="Arial" w:hAnsi="Arial"/>
          <w:color w:val="5D7284"/>
        </w:rPr>
        <w:t>18:31</w:t>
      </w:r>
    </w:p>
    <w:p w14:paraId="06F6DBF7" w14:textId="32DB36FD" w:rsidR="005D33EF" w:rsidRDefault="006F75CB">
      <w:pPr>
        <w:spacing w:after="0"/>
      </w:pPr>
      <w:r>
        <w:rPr>
          <w:rFonts w:ascii="Arial" w:hAnsi="Arial"/>
        </w:rPr>
        <w:t xml:space="preserve">So, anything </w:t>
      </w:r>
      <w:r w:rsidR="003529F6">
        <w:rPr>
          <w:rFonts w:ascii="Arial" w:hAnsi="Arial"/>
        </w:rPr>
        <w:t>surprises</w:t>
      </w:r>
      <w:r>
        <w:rPr>
          <w:rFonts w:ascii="Arial" w:hAnsi="Arial"/>
        </w:rPr>
        <w:t xml:space="preserve"> you or find interesting about that?</w:t>
      </w:r>
    </w:p>
    <w:p w14:paraId="47614B3A" w14:textId="77777777" w:rsidR="005D33EF" w:rsidRDefault="005D33EF">
      <w:pPr>
        <w:spacing w:after="0"/>
      </w:pPr>
    </w:p>
    <w:p w14:paraId="7A8FC842" w14:textId="77777777" w:rsidR="005D33EF" w:rsidRDefault="006F75CB">
      <w:pPr>
        <w:spacing w:after="0"/>
      </w:pPr>
      <w:r>
        <w:rPr>
          <w:rFonts w:ascii="Arial" w:hAnsi="Arial"/>
          <w:b/>
        </w:rPr>
        <w:t xml:space="preserve">Participant #15:  </w:t>
      </w:r>
      <w:r>
        <w:rPr>
          <w:rFonts w:ascii="Arial" w:hAnsi="Arial"/>
          <w:color w:val="5D7284"/>
        </w:rPr>
        <w:t>18:36</w:t>
      </w:r>
    </w:p>
    <w:p w14:paraId="79028429" w14:textId="77777777" w:rsidR="005D33EF" w:rsidRDefault="006F75CB">
      <w:pPr>
        <w:spacing w:after="0"/>
      </w:pPr>
      <w:r>
        <w:rPr>
          <w:rFonts w:ascii="Arial" w:hAnsi="Arial"/>
        </w:rPr>
        <w:t>I think it was interesting to see the little like stripe of water like mixing in from the bottom to the top.</w:t>
      </w:r>
    </w:p>
    <w:p w14:paraId="70950038" w14:textId="77777777" w:rsidR="005D33EF" w:rsidRDefault="005D33EF">
      <w:pPr>
        <w:spacing w:after="0"/>
      </w:pPr>
    </w:p>
    <w:p w14:paraId="1F3650C4" w14:textId="77777777" w:rsidR="005D33EF" w:rsidRDefault="006F75CB">
      <w:pPr>
        <w:spacing w:after="0"/>
      </w:pPr>
      <w:r>
        <w:rPr>
          <w:rFonts w:ascii="Arial" w:hAnsi="Arial"/>
          <w:b/>
        </w:rPr>
        <w:lastRenderedPageBreak/>
        <w:t xml:space="preserve">Interviewer P:  </w:t>
      </w:r>
      <w:r>
        <w:rPr>
          <w:rFonts w:ascii="Arial" w:hAnsi="Arial"/>
          <w:color w:val="5D7284"/>
        </w:rPr>
        <w:t>18:42</w:t>
      </w:r>
    </w:p>
    <w:p w14:paraId="01C542C1" w14:textId="280F9C54" w:rsidR="005D33EF" w:rsidRDefault="003529F6">
      <w:pPr>
        <w:spacing w:after="0"/>
      </w:pPr>
      <w:r>
        <w:rPr>
          <w:rFonts w:ascii="Arial" w:hAnsi="Arial"/>
        </w:rPr>
        <w:t xml:space="preserve">Yeah, that's super cool. Yeah, and still, it I mean red and blue makes purple. But it still doesn't really look purple as you can still kind of make out bits of red and blue there. Let me show you the same temperature one can do that backwards now what's interesting about this is at this point really and we're not even halfway through yet. This one's about 40 seconds and really not much happens after that. It's pretty much all turn the same color and it just kind of sits there anything surprised you? </w:t>
      </w:r>
    </w:p>
    <w:p w14:paraId="079E8789" w14:textId="77777777" w:rsidR="005D33EF" w:rsidRDefault="005D33EF">
      <w:pPr>
        <w:spacing w:after="0"/>
      </w:pPr>
    </w:p>
    <w:p w14:paraId="67C246B2" w14:textId="77777777" w:rsidR="005D33EF" w:rsidRDefault="006F75CB">
      <w:pPr>
        <w:spacing w:after="0"/>
      </w:pPr>
      <w:r>
        <w:rPr>
          <w:rFonts w:ascii="Arial" w:hAnsi="Arial"/>
          <w:b/>
        </w:rPr>
        <w:t xml:space="preserve">Participant #15:  </w:t>
      </w:r>
      <w:r>
        <w:rPr>
          <w:rFonts w:ascii="Arial" w:hAnsi="Arial"/>
          <w:color w:val="5D7284"/>
        </w:rPr>
        <w:t>18:51</w:t>
      </w:r>
    </w:p>
    <w:p w14:paraId="231F06C7" w14:textId="02BE2E25" w:rsidR="005D33EF" w:rsidRDefault="006F75CB">
      <w:pPr>
        <w:spacing w:after="0"/>
      </w:pPr>
      <w:r>
        <w:rPr>
          <w:rFonts w:ascii="Arial" w:hAnsi="Arial"/>
        </w:rPr>
        <w:t xml:space="preserve">Not </w:t>
      </w:r>
      <w:r w:rsidR="003529F6">
        <w:rPr>
          <w:rFonts w:ascii="Arial" w:hAnsi="Arial"/>
        </w:rPr>
        <w:t>really,</w:t>
      </w:r>
      <w:r>
        <w:rPr>
          <w:rFonts w:ascii="Arial" w:hAnsi="Arial"/>
        </w:rPr>
        <w:t xml:space="preserve"> I </w:t>
      </w:r>
      <w:r w:rsidR="003529F6">
        <w:rPr>
          <w:rFonts w:ascii="Arial" w:hAnsi="Arial"/>
        </w:rPr>
        <w:t>don’t</w:t>
      </w:r>
      <w:r>
        <w:rPr>
          <w:rFonts w:ascii="Arial" w:hAnsi="Arial"/>
        </w:rPr>
        <w:t xml:space="preserve"> think so no. </w:t>
      </w:r>
    </w:p>
    <w:p w14:paraId="7853CEF7" w14:textId="77777777" w:rsidR="005D33EF" w:rsidRDefault="005D33EF">
      <w:pPr>
        <w:spacing w:after="0"/>
      </w:pPr>
    </w:p>
    <w:p w14:paraId="4237CF4B" w14:textId="77777777" w:rsidR="005D33EF" w:rsidRDefault="006F75CB">
      <w:pPr>
        <w:spacing w:after="0"/>
      </w:pPr>
      <w:r>
        <w:rPr>
          <w:rFonts w:ascii="Arial" w:hAnsi="Arial"/>
          <w:b/>
        </w:rPr>
        <w:t xml:space="preserve">Interviewer P:  </w:t>
      </w:r>
      <w:r>
        <w:rPr>
          <w:rFonts w:ascii="Arial" w:hAnsi="Arial"/>
          <w:color w:val="5D7284"/>
        </w:rPr>
        <w:t>19:51</w:t>
      </w:r>
    </w:p>
    <w:p w14:paraId="721849EF" w14:textId="77777777" w:rsidR="005D33EF" w:rsidRDefault="006F75CB">
      <w:pPr>
        <w:spacing w:after="0"/>
      </w:pPr>
      <w:r>
        <w:rPr>
          <w:rFonts w:ascii="Arial" w:hAnsi="Arial"/>
        </w:rPr>
        <w:t xml:space="preserve">Want to take a guess on how much time this represents. </w:t>
      </w:r>
    </w:p>
    <w:p w14:paraId="28D93FED" w14:textId="77777777" w:rsidR="005D33EF" w:rsidRDefault="005D33EF">
      <w:pPr>
        <w:spacing w:after="0"/>
      </w:pPr>
    </w:p>
    <w:p w14:paraId="3176225E" w14:textId="77777777" w:rsidR="005D33EF" w:rsidRDefault="006F75CB">
      <w:pPr>
        <w:spacing w:after="0"/>
      </w:pPr>
      <w:r>
        <w:rPr>
          <w:rFonts w:ascii="Arial" w:hAnsi="Arial"/>
          <w:b/>
        </w:rPr>
        <w:t xml:space="preserve">Participant #15:  </w:t>
      </w:r>
      <w:r>
        <w:rPr>
          <w:rFonts w:ascii="Arial" w:hAnsi="Arial"/>
          <w:color w:val="5D7284"/>
        </w:rPr>
        <w:t>19:55</w:t>
      </w:r>
    </w:p>
    <w:p w14:paraId="1C113DA0" w14:textId="27E1ABF2" w:rsidR="005D33EF" w:rsidRDefault="006F75CB">
      <w:pPr>
        <w:spacing w:after="0"/>
      </w:pPr>
      <w:r>
        <w:rPr>
          <w:rFonts w:ascii="Arial" w:hAnsi="Arial"/>
        </w:rPr>
        <w:t xml:space="preserve">Maybe like a little more than an hour, an </w:t>
      </w:r>
      <w:r w:rsidR="003529F6">
        <w:rPr>
          <w:rFonts w:ascii="Arial" w:hAnsi="Arial"/>
        </w:rPr>
        <w:t>hour,</w:t>
      </w:r>
      <w:r>
        <w:rPr>
          <w:rFonts w:ascii="Arial" w:hAnsi="Arial"/>
        </w:rPr>
        <w:t xml:space="preserve"> and a half?</w:t>
      </w:r>
    </w:p>
    <w:p w14:paraId="5C75F5EB" w14:textId="77777777" w:rsidR="005D33EF" w:rsidRDefault="005D33EF">
      <w:pPr>
        <w:spacing w:after="0"/>
      </w:pPr>
    </w:p>
    <w:p w14:paraId="34682D8F" w14:textId="77777777" w:rsidR="005D33EF" w:rsidRDefault="006F75CB">
      <w:pPr>
        <w:spacing w:after="0"/>
      </w:pPr>
      <w:r>
        <w:rPr>
          <w:rFonts w:ascii="Arial" w:hAnsi="Arial"/>
          <w:b/>
        </w:rPr>
        <w:t xml:space="preserve">Interviewer P:  </w:t>
      </w:r>
      <w:r>
        <w:rPr>
          <w:rFonts w:ascii="Arial" w:hAnsi="Arial"/>
          <w:color w:val="5D7284"/>
        </w:rPr>
        <w:t>19:58</w:t>
      </w:r>
    </w:p>
    <w:p w14:paraId="1BA8A416" w14:textId="2023C1A5" w:rsidR="005D33EF" w:rsidRDefault="006F75CB">
      <w:pPr>
        <w:spacing w:after="0"/>
      </w:pPr>
      <w:r>
        <w:rPr>
          <w:rFonts w:ascii="Arial" w:hAnsi="Arial"/>
        </w:rPr>
        <w:t xml:space="preserve">Yeah, it's about an hour. again. But again, less than halfway through this has kind of already done its thing. Yeah. All right, and then the fresh and saltwater. </w:t>
      </w:r>
      <w:r w:rsidR="003529F6">
        <w:rPr>
          <w:rFonts w:ascii="Arial" w:hAnsi="Arial"/>
        </w:rPr>
        <w:t>So,</w:t>
      </w:r>
      <w:r>
        <w:rPr>
          <w:rFonts w:ascii="Arial" w:hAnsi="Arial"/>
        </w:rPr>
        <w:t xml:space="preserve"> this is a 40 second video. Notice how quickly it layers. And then what's interesting about this is it never for the next 40 seconds of time lapse, nothing happens. </w:t>
      </w:r>
      <w:r w:rsidR="003529F6">
        <w:rPr>
          <w:rFonts w:ascii="Arial" w:hAnsi="Arial"/>
        </w:rPr>
        <w:t>So,</w:t>
      </w:r>
      <w:r>
        <w:rPr>
          <w:rFonts w:ascii="Arial" w:hAnsi="Arial"/>
        </w:rPr>
        <w:t xml:space="preserve"> it very quickly creates those layers. And then nothing. What do you think?</w:t>
      </w:r>
    </w:p>
    <w:p w14:paraId="2FABB15E" w14:textId="77777777" w:rsidR="005D33EF" w:rsidRDefault="005D33EF">
      <w:pPr>
        <w:spacing w:after="0"/>
      </w:pPr>
    </w:p>
    <w:p w14:paraId="68C020AA" w14:textId="77777777" w:rsidR="005D33EF" w:rsidRDefault="006F75CB">
      <w:pPr>
        <w:spacing w:after="0"/>
      </w:pPr>
      <w:r>
        <w:rPr>
          <w:rFonts w:ascii="Arial" w:hAnsi="Arial"/>
          <w:b/>
        </w:rPr>
        <w:t xml:space="preserve">Participant #15:  </w:t>
      </w:r>
      <w:r>
        <w:rPr>
          <w:rFonts w:ascii="Arial" w:hAnsi="Arial"/>
          <w:color w:val="5D7284"/>
        </w:rPr>
        <w:t>20:41</w:t>
      </w:r>
    </w:p>
    <w:p w14:paraId="2DB1F878" w14:textId="77777777" w:rsidR="005D33EF" w:rsidRDefault="006F75CB">
      <w:pPr>
        <w:spacing w:after="0"/>
      </w:pPr>
      <w:r>
        <w:rPr>
          <w:rFonts w:ascii="Arial" w:hAnsi="Arial"/>
        </w:rPr>
        <w:t>I don't know. Like, how long do I think it would take to mix if it does mix?</w:t>
      </w:r>
    </w:p>
    <w:p w14:paraId="1F95DDDA" w14:textId="77777777" w:rsidR="005D33EF" w:rsidRDefault="005D33EF">
      <w:pPr>
        <w:spacing w:after="0"/>
      </w:pPr>
    </w:p>
    <w:p w14:paraId="536CA7E5" w14:textId="77777777" w:rsidR="005D33EF" w:rsidRDefault="006F75CB">
      <w:pPr>
        <w:spacing w:after="0"/>
      </w:pPr>
      <w:r>
        <w:rPr>
          <w:rFonts w:ascii="Arial" w:hAnsi="Arial"/>
          <w:b/>
        </w:rPr>
        <w:t xml:space="preserve">Interviewer P:  </w:t>
      </w:r>
      <w:r>
        <w:rPr>
          <w:rFonts w:ascii="Arial" w:hAnsi="Arial"/>
          <w:color w:val="5D7284"/>
        </w:rPr>
        <w:t>20:45</w:t>
      </w:r>
    </w:p>
    <w:p w14:paraId="0A71E2C6" w14:textId="77777777" w:rsidR="005D33EF" w:rsidRDefault="006F75CB">
      <w:pPr>
        <w:spacing w:after="0"/>
      </w:pPr>
      <w:r>
        <w:rPr>
          <w:rFonts w:ascii="Arial" w:hAnsi="Arial"/>
        </w:rPr>
        <w:t>Yeah, I was actually just asking what do you think that? Yeah. But I am going to ask you how long?</w:t>
      </w:r>
    </w:p>
    <w:p w14:paraId="4E156C98" w14:textId="77777777" w:rsidR="005D33EF" w:rsidRDefault="005D33EF">
      <w:pPr>
        <w:spacing w:after="0"/>
      </w:pPr>
    </w:p>
    <w:p w14:paraId="26F3D292" w14:textId="77777777" w:rsidR="005D33EF" w:rsidRDefault="006F75CB">
      <w:pPr>
        <w:spacing w:after="0"/>
      </w:pPr>
      <w:r>
        <w:rPr>
          <w:rFonts w:ascii="Arial" w:hAnsi="Arial"/>
          <w:b/>
        </w:rPr>
        <w:t xml:space="preserve">Participant #15:  </w:t>
      </w:r>
      <w:r>
        <w:rPr>
          <w:rFonts w:ascii="Arial" w:hAnsi="Arial"/>
          <w:color w:val="5D7284"/>
        </w:rPr>
        <w:t>20:53</w:t>
      </w:r>
    </w:p>
    <w:p w14:paraId="72E1EC39" w14:textId="77777777" w:rsidR="005D33EF" w:rsidRDefault="006F75CB">
      <w:pPr>
        <w:spacing w:after="0"/>
      </w:pPr>
      <w:r>
        <w:rPr>
          <w:rFonts w:ascii="Arial" w:hAnsi="Arial"/>
        </w:rPr>
        <w:t>I think that is interesting for an hour does nothing kind of makes me think, is it going to do anything at all right. But I feel like it would do something because I think salt like moves into the less concentrated area of salt. And if there, there's no barrier between you like it will do something, but I guess it would take a lot of time then maybe a day.</w:t>
      </w:r>
    </w:p>
    <w:p w14:paraId="603047F5" w14:textId="77777777" w:rsidR="005D33EF" w:rsidRDefault="005D33EF">
      <w:pPr>
        <w:spacing w:after="0"/>
      </w:pPr>
    </w:p>
    <w:p w14:paraId="37456895" w14:textId="77777777" w:rsidR="005D33EF" w:rsidRDefault="006F75CB">
      <w:pPr>
        <w:spacing w:after="0"/>
      </w:pPr>
      <w:r>
        <w:rPr>
          <w:rFonts w:ascii="Arial" w:hAnsi="Arial"/>
          <w:b/>
        </w:rPr>
        <w:t xml:space="preserve">Interviewer P:  </w:t>
      </w:r>
      <w:r>
        <w:rPr>
          <w:rFonts w:ascii="Arial" w:hAnsi="Arial"/>
          <w:color w:val="5D7284"/>
        </w:rPr>
        <w:t>21:17</w:t>
      </w:r>
    </w:p>
    <w:p w14:paraId="7CC9E927" w14:textId="71E2B26E" w:rsidR="005D33EF" w:rsidRDefault="006F75CB">
      <w:pPr>
        <w:spacing w:after="0"/>
      </w:pPr>
      <w:r>
        <w:rPr>
          <w:rFonts w:ascii="Arial" w:hAnsi="Arial"/>
        </w:rPr>
        <w:t xml:space="preserve">Yeah, this is an hour or two. I think you mentioned that. Yeah, it's it's certainly it's much more stable that way. Okay, so we're going to do a thought experiment now instead of a real demo. And going back to this rectangular tank. Imagine well, we'll go back to the hot and cold one where we had red and blue hot and cold water. Imagine instead we had red and blue warm and cold Jell-O. </w:t>
      </w:r>
      <w:r w:rsidR="003529F6">
        <w:rPr>
          <w:rFonts w:ascii="Arial" w:hAnsi="Arial"/>
        </w:rPr>
        <w:t>So,</w:t>
      </w:r>
      <w:r>
        <w:rPr>
          <w:rFonts w:ascii="Arial" w:hAnsi="Arial"/>
        </w:rPr>
        <w:t xml:space="preserve"> Jell-O</w:t>
      </w:r>
      <w:r w:rsidR="003529F6">
        <w:rPr>
          <w:rFonts w:ascii="Arial" w:hAnsi="Arial"/>
        </w:rPr>
        <w:t xml:space="preserve"> </w:t>
      </w:r>
      <w:r>
        <w:rPr>
          <w:rFonts w:ascii="Arial" w:hAnsi="Arial"/>
        </w:rPr>
        <w:t xml:space="preserve">can only get so warm before it melts but and only so cold before it freezes. But let's say it's like, you know, we put it in the freezer, it got down to 40. And the other one we sat </w:t>
      </w:r>
      <w:r w:rsidR="003529F6">
        <w:rPr>
          <w:rFonts w:ascii="Arial" w:hAnsi="Arial"/>
        </w:rPr>
        <w:t>out;</w:t>
      </w:r>
      <w:r>
        <w:rPr>
          <w:rFonts w:ascii="Arial" w:hAnsi="Arial"/>
        </w:rPr>
        <w:t xml:space="preserve"> you know in a room </w:t>
      </w:r>
      <w:r w:rsidR="003529F6">
        <w:rPr>
          <w:rFonts w:ascii="Arial" w:hAnsi="Arial"/>
        </w:rPr>
        <w:t>temperature,</w:t>
      </w:r>
      <w:r>
        <w:rPr>
          <w:rFonts w:ascii="Arial" w:hAnsi="Arial"/>
        </w:rPr>
        <w:t xml:space="preserve"> and it got to about 70 and it's still Jell-O. They're both still Jell-O. </w:t>
      </w:r>
      <w:r w:rsidR="003529F6">
        <w:rPr>
          <w:rFonts w:ascii="Arial" w:hAnsi="Arial"/>
        </w:rPr>
        <w:t>So,</w:t>
      </w:r>
      <w:r>
        <w:rPr>
          <w:rFonts w:ascii="Arial" w:hAnsi="Arial"/>
        </w:rPr>
        <w:t xml:space="preserve"> they're like 30 degrees apart. And so now we have them in a rectangular </w:t>
      </w:r>
      <w:r w:rsidR="003529F6">
        <w:rPr>
          <w:rFonts w:ascii="Arial" w:hAnsi="Arial"/>
        </w:rPr>
        <w:t>tank,</w:t>
      </w:r>
      <w:r>
        <w:rPr>
          <w:rFonts w:ascii="Arial" w:hAnsi="Arial"/>
        </w:rPr>
        <w:t xml:space="preserve"> and we removed the dividing wall. Can you describe what you think? That would look </w:t>
      </w:r>
      <w:r w:rsidR="003529F6">
        <w:rPr>
          <w:rFonts w:ascii="Arial" w:hAnsi="Arial"/>
        </w:rPr>
        <w:t>like.</w:t>
      </w:r>
      <w:r>
        <w:rPr>
          <w:rFonts w:ascii="Arial" w:hAnsi="Arial"/>
        </w:rPr>
        <w:t xml:space="preserve"> A minute later?</w:t>
      </w:r>
    </w:p>
    <w:p w14:paraId="690272E1" w14:textId="77777777" w:rsidR="005D33EF" w:rsidRDefault="005D33EF">
      <w:pPr>
        <w:spacing w:after="0"/>
      </w:pPr>
    </w:p>
    <w:p w14:paraId="1DFE095E" w14:textId="77777777" w:rsidR="005D33EF" w:rsidRDefault="006F75CB">
      <w:pPr>
        <w:spacing w:after="0"/>
      </w:pPr>
      <w:r>
        <w:rPr>
          <w:rFonts w:ascii="Arial" w:hAnsi="Arial"/>
          <w:b/>
        </w:rPr>
        <w:t xml:space="preserve">Participant #15:  </w:t>
      </w:r>
      <w:r>
        <w:rPr>
          <w:rFonts w:ascii="Arial" w:hAnsi="Arial"/>
          <w:color w:val="5D7284"/>
        </w:rPr>
        <w:t>22:17</w:t>
      </w:r>
    </w:p>
    <w:p w14:paraId="35BA16A4" w14:textId="7C86AB7A" w:rsidR="005D33EF" w:rsidRDefault="006F75CB">
      <w:pPr>
        <w:spacing w:after="0"/>
      </w:pPr>
      <w:r>
        <w:rPr>
          <w:rFonts w:ascii="Arial" w:hAnsi="Arial"/>
        </w:rPr>
        <w:t xml:space="preserve">Um, maybe some of the juice would separate but I don't think it would like do a true separation because it's gelatin like, I don't think it would be able to like flow the same way water does. </w:t>
      </w:r>
      <w:r w:rsidR="003529F6">
        <w:rPr>
          <w:rFonts w:ascii="Arial" w:hAnsi="Arial"/>
        </w:rPr>
        <w:t>So,</w:t>
      </w:r>
      <w:r>
        <w:rPr>
          <w:rFonts w:ascii="Arial" w:hAnsi="Arial"/>
        </w:rPr>
        <w:t xml:space="preserve"> I think it would just kind of like flop together, I </w:t>
      </w:r>
      <w:r w:rsidR="003529F6">
        <w:rPr>
          <w:rFonts w:ascii="Arial" w:hAnsi="Arial"/>
        </w:rPr>
        <w:t>don’t</w:t>
      </w:r>
      <w:r>
        <w:rPr>
          <w:rFonts w:ascii="Arial" w:hAnsi="Arial"/>
        </w:rPr>
        <w:t xml:space="preserve"> think it would do anything.</w:t>
      </w:r>
    </w:p>
    <w:p w14:paraId="3F0373F6" w14:textId="77777777" w:rsidR="005D33EF" w:rsidRDefault="005D33EF">
      <w:pPr>
        <w:spacing w:after="0"/>
      </w:pPr>
    </w:p>
    <w:p w14:paraId="02846ACE" w14:textId="77777777" w:rsidR="005D33EF" w:rsidRDefault="006F75CB">
      <w:pPr>
        <w:spacing w:after="0"/>
      </w:pPr>
      <w:r>
        <w:rPr>
          <w:rFonts w:ascii="Arial" w:hAnsi="Arial"/>
          <w:b/>
        </w:rPr>
        <w:t xml:space="preserve">Interviewer P:  </w:t>
      </w:r>
      <w:r>
        <w:rPr>
          <w:rFonts w:ascii="Arial" w:hAnsi="Arial"/>
          <w:color w:val="5D7284"/>
        </w:rPr>
        <w:t>22:34</w:t>
      </w:r>
    </w:p>
    <w:p w14:paraId="2D020A6C" w14:textId="77777777" w:rsidR="005D33EF" w:rsidRDefault="006F75CB">
      <w:pPr>
        <w:spacing w:after="0"/>
      </w:pPr>
      <w:r>
        <w:rPr>
          <w:rFonts w:ascii="Arial" w:hAnsi="Arial"/>
        </w:rPr>
        <w:t>Do you think there'd be any color changes at the intersection?</w:t>
      </w:r>
    </w:p>
    <w:p w14:paraId="4256A3CF" w14:textId="77777777" w:rsidR="005D33EF" w:rsidRDefault="005D33EF">
      <w:pPr>
        <w:spacing w:after="0"/>
      </w:pPr>
    </w:p>
    <w:p w14:paraId="10D70D20" w14:textId="77777777" w:rsidR="005D33EF" w:rsidRDefault="006F75CB">
      <w:pPr>
        <w:spacing w:after="0"/>
      </w:pPr>
      <w:r>
        <w:rPr>
          <w:rFonts w:ascii="Arial" w:hAnsi="Arial"/>
          <w:b/>
        </w:rPr>
        <w:t xml:space="preserve">Participant #15:  </w:t>
      </w:r>
      <w:r>
        <w:rPr>
          <w:rFonts w:ascii="Arial" w:hAnsi="Arial"/>
          <w:color w:val="5D7284"/>
        </w:rPr>
        <w:t>22:39</w:t>
      </w:r>
    </w:p>
    <w:p w14:paraId="251F3EB2" w14:textId="77777777" w:rsidR="005D33EF" w:rsidRDefault="006F75CB">
      <w:pPr>
        <w:spacing w:after="0"/>
      </w:pPr>
      <w:r>
        <w:rPr>
          <w:rFonts w:ascii="Arial" w:hAnsi="Arial"/>
        </w:rPr>
        <w:t>Yeah, maybe like where they're touching some of the colors together. But I don't think overall that it would do much.</w:t>
      </w:r>
    </w:p>
    <w:p w14:paraId="3AB503BD" w14:textId="77777777" w:rsidR="005D33EF" w:rsidRDefault="005D33EF">
      <w:pPr>
        <w:spacing w:after="0"/>
      </w:pPr>
    </w:p>
    <w:p w14:paraId="4D5D31AA" w14:textId="77777777" w:rsidR="005D33EF" w:rsidRDefault="006F75CB">
      <w:pPr>
        <w:spacing w:after="0"/>
      </w:pPr>
      <w:r>
        <w:rPr>
          <w:rFonts w:ascii="Arial" w:hAnsi="Arial"/>
          <w:b/>
        </w:rPr>
        <w:t xml:space="preserve">Interviewer P:  </w:t>
      </w:r>
      <w:r>
        <w:rPr>
          <w:rFonts w:ascii="Arial" w:hAnsi="Arial"/>
          <w:color w:val="5D7284"/>
        </w:rPr>
        <w:t>22:46</w:t>
      </w:r>
    </w:p>
    <w:p w14:paraId="0B4735F4" w14:textId="77777777" w:rsidR="005D33EF" w:rsidRDefault="006F75CB">
      <w:pPr>
        <w:spacing w:after="0"/>
      </w:pPr>
      <w:r>
        <w:rPr>
          <w:rFonts w:ascii="Arial" w:hAnsi="Arial"/>
        </w:rPr>
        <w:t>How long do you think it would take for all of the Jell-O to come to room temperature?</w:t>
      </w:r>
    </w:p>
    <w:p w14:paraId="45ED9A65" w14:textId="77777777" w:rsidR="005D33EF" w:rsidRDefault="005D33EF">
      <w:pPr>
        <w:spacing w:after="0"/>
      </w:pPr>
    </w:p>
    <w:p w14:paraId="4748FCD7" w14:textId="77777777" w:rsidR="005D33EF" w:rsidRDefault="006F75CB">
      <w:pPr>
        <w:spacing w:after="0"/>
      </w:pPr>
      <w:r>
        <w:rPr>
          <w:rFonts w:ascii="Arial" w:hAnsi="Arial"/>
          <w:b/>
        </w:rPr>
        <w:t xml:space="preserve">Participant #15:  </w:t>
      </w:r>
      <w:r>
        <w:rPr>
          <w:rFonts w:ascii="Arial" w:hAnsi="Arial"/>
          <w:color w:val="5D7284"/>
        </w:rPr>
        <w:t>22:52</w:t>
      </w:r>
    </w:p>
    <w:p w14:paraId="5618B060" w14:textId="77777777" w:rsidR="005D33EF" w:rsidRDefault="006F75CB">
      <w:pPr>
        <w:spacing w:after="0"/>
      </w:pPr>
      <w:r>
        <w:rPr>
          <w:rFonts w:ascii="Arial" w:hAnsi="Arial"/>
        </w:rPr>
        <w:t xml:space="preserve">Maybe like two hours? </w:t>
      </w:r>
    </w:p>
    <w:p w14:paraId="0C333EC6" w14:textId="77777777" w:rsidR="005D33EF" w:rsidRDefault="005D33EF">
      <w:pPr>
        <w:spacing w:after="0"/>
      </w:pPr>
    </w:p>
    <w:p w14:paraId="24FBFAFD" w14:textId="77777777" w:rsidR="005D33EF" w:rsidRDefault="006F75CB">
      <w:pPr>
        <w:spacing w:after="0"/>
      </w:pPr>
      <w:r>
        <w:rPr>
          <w:rFonts w:ascii="Arial" w:hAnsi="Arial"/>
          <w:b/>
        </w:rPr>
        <w:t xml:space="preserve">Interviewer P:  </w:t>
      </w:r>
      <w:r>
        <w:rPr>
          <w:rFonts w:ascii="Arial" w:hAnsi="Arial"/>
          <w:color w:val="5D7284"/>
        </w:rPr>
        <w:t>22:55</w:t>
      </w:r>
    </w:p>
    <w:p w14:paraId="71D87334" w14:textId="77777777" w:rsidR="005D33EF" w:rsidRDefault="006F75CB">
      <w:pPr>
        <w:spacing w:after="0"/>
      </w:pPr>
      <w:r>
        <w:rPr>
          <w:rFonts w:ascii="Arial" w:hAnsi="Arial"/>
        </w:rPr>
        <w:t>And do you think they would still like remain where they are there original colors or in the process of coming to room temperature will they somehow mingled together?</w:t>
      </w:r>
    </w:p>
    <w:p w14:paraId="17C8940B" w14:textId="77777777" w:rsidR="005D33EF" w:rsidRDefault="005D33EF">
      <w:pPr>
        <w:spacing w:after="0"/>
      </w:pPr>
    </w:p>
    <w:p w14:paraId="04E4311B" w14:textId="77777777" w:rsidR="005D33EF" w:rsidRDefault="006F75CB">
      <w:pPr>
        <w:spacing w:after="0"/>
      </w:pPr>
      <w:r>
        <w:rPr>
          <w:rFonts w:ascii="Arial" w:hAnsi="Arial"/>
          <w:b/>
        </w:rPr>
        <w:t xml:space="preserve">Participant #15:  </w:t>
      </w:r>
      <w:r>
        <w:rPr>
          <w:rFonts w:ascii="Arial" w:hAnsi="Arial"/>
          <w:color w:val="5D7284"/>
        </w:rPr>
        <w:t>23:07</w:t>
      </w:r>
    </w:p>
    <w:p w14:paraId="413C9ABF" w14:textId="77777777" w:rsidR="005D33EF" w:rsidRDefault="006F75CB">
      <w:pPr>
        <w:spacing w:after="0"/>
      </w:pPr>
      <w:r>
        <w:rPr>
          <w:rFonts w:ascii="Arial" w:hAnsi="Arial"/>
        </w:rPr>
        <w:t>I think more of it will mingle together because it will like soften up well the cold one will soften up a little bit and the one that was already kind of soft will get a little bit softer maybe and then the juice will like mix together a little bit but I don't think they will like truly mix.</w:t>
      </w:r>
    </w:p>
    <w:p w14:paraId="4D09653B" w14:textId="77777777" w:rsidR="005D33EF" w:rsidRDefault="005D33EF">
      <w:pPr>
        <w:spacing w:after="0"/>
      </w:pPr>
    </w:p>
    <w:p w14:paraId="7C7D6C16" w14:textId="77777777" w:rsidR="005D33EF" w:rsidRDefault="006F75CB">
      <w:pPr>
        <w:spacing w:after="0"/>
      </w:pPr>
      <w:r>
        <w:rPr>
          <w:rFonts w:ascii="Arial" w:hAnsi="Arial"/>
          <w:b/>
        </w:rPr>
        <w:t xml:space="preserve">Interviewer P:  </w:t>
      </w:r>
      <w:r>
        <w:rPr>
          <w:rFonts w:ascii="Arial" w:hAnsi="Arial"/>
          <w:color w:val="5D7284"/>
        </w:rPr>
        <w:t>23:22</w:t>
      </w:r>
    </w:p>
    <w:p w14:paraId="72A87828" w14:textId="77777777" w:rsidR="005D33EF" w:rsidRDefault="006F75CB">
      <w:pPr>
        <w:spacing w:after="0"/>
      </w:pPr>
      <w:r>
        <w:rPr>
          <w:rFonts w:ascii="Arial" w:hAnsi="Arial"/>
        </w:rPr>
        <w:t xml:space="preserve">Got it. Awesome. Alright, we are gonna switch from rectangular tanks to circular tanks and Erika is gonna take over here do you want to sit there? Do you want to switch places? </w:t>
      </w:r>
    </w:p>
    <w:p w14:paraId="44169396" w14:textId="77777777" w:rsidR="005D33EF" w:rsidRDefault="005D33EF">
      <w:pPr>
        <w:spacing w:after="0"/>
      </w:pPr>
    </w:p>
    <w:p w14:paraId="3128C17A" w14:textId="77777777" w:rsidR="005D33EF" w:rsidRDefault="006F75CB">
      <w:pPr>
        <w:spacing w:after="0"/>
      </w:pPr>
      <w:r>
        <w:rPr>
          <w:rFonts w:ascii="Arial" w:hAnsi="Arial"/>
          <w:b/>
        </w:rPr>
        <w:t xml:space="preserve">Interviewer E:  </w:t>
      </w:r>
      <w:r>
        <w:rPr>
          <w:rFonts w:ascii="Arial" w:hAnsi="Arial"/>
          <w:color w:val="5D7284"/>
        </w:rPr>
        <w:t>23:35</w:t>
      </w:r>
    </w:p>
    <w:p w14:paraId="039332F3" w14:textId="77777777" w:rsidR="005D33EF" w:rsidRDefault="006F75CB">
      <w:pPr>
        <w:spacing w:after="0"/>
      </w:pPr>
      <w:r>
        <w:rPr>
          <w:rFonts w:ascii="Arial" w:hAnsi="Arial"/>
        </w:rPr>
        <w:t xml:space="preserve">Let's switch. </w:t>
      </w:r>
    </w:p>
    <w:p w14:paraId="41164EA6" w14:textId="77777777" w:rsidR="005D33EF" w:rsidRDefault="005D33EF">
      <w:pPr>
        <w:spacing w:after="0"/>
      </w:pPr>
    </w:p>
    <w:p w14:paraId="0FD3FCE4" w14:textId="77777777" w:rsidR="005D33EF" w:rsidRDefault="006F75CB">
      <w:pPr>
        <w:spacing w:after="0"/>
      </w:pPr>
      <w:r>
        <w:rPr>
          <w:rFonts w:ascii="Arial" w:hAnsi="Arial"/>
          <w:b/>
        </w:rPr>
        <w:t xml:space="preserve">Interviewer P:  </w:t>
      </w:r>
      <w:r>
        <w:rPr>
          <w:rFonts w:ascii="Arial" w:hAnsi="Arial"/>
          <w:color w:val="5D7284"/>
        </w:rPr>
        <w:t>23:36</w:t>
      </w:r>
    </w:p>
    <w:p w14:paraId="52996E59" w14:textId="77777777" w:rsidR="005D33EF" w:rsidRDefault="006F75CB">
      <w:pPr>
        <w:spacing w:after="0"/>
      </w:pPr>
      <w:r>
        <w:rPr>
          <w:rFonts w:ascii="Arial" w:hAnsi="Arial"/>
        </w:rPr>
        <w:t xml:space="preserve">Okay, I am gonna move some of this out of your way then. </w:t>
      </w:r>
    </w:p>
    <w:p w14:paraId="632B3D06" w14:textId="77777777" w:rsidR="005D33EF" w:rsidRDefault="005D33EF">
      <w:pPr>
        <w:spacing w:after="0"/>
      </w:pPr>
    </w:p>
    <w:p w14:paraId="0CD0F037" w14:textId="77777777" w:rsidR="005D33EF" w:rsidRDefault="006F75CB">
      <w:pPr>
        <w:spacing w:after="0"/>
      </w:pPr>
      <w:r>
        <w:rPr>
          <w:rFonts w:ascii="Arial" w:hAnsi="Arial"/>
          <w:b/>
        </w:rPr>
        <w:t xml:space="preserve">Interviewer E:  </w:t>
      </w:r>
      <w:r>
        <w:rPr>
          <w:rFonts w:ascii="Arial" w:hAnsi="Arial"/>
          <w:color w:val="5D7284"/>
        </w:rPr>
        <w:t>23:40</w:t>
      </w:r>
    </w:p>
    <w:p w14:paraId="469C2A13" w14:textId="77777777" w:rsidR="005D33EF" w:rsidRDefault="006F75CB">
      <w:pPr>
        <w:spacing w:after="0"/>
      </w:pPr>
      <w:r>
        <w:rPr>
          <w:rFonts w:ascii="Arial" w:hAnsi="Arial"/>
        </w:rPr>
        <w:t xml:space="preserve">So, cleanup from yesterday's interviews the salt fresh water was still like that. </w:t>
      </w:r>
    </w:p>
    <w:p w14:paraId="7006E84D" w14:textId="77777777" w:rsidR="005D33EF" w:rsidRDefault="005D33EF">
      <w:pPr>
        <w:spacing w:after="0"/>
      </w:pPr>
    </w:p>
    <w:p w14:paraId="540AC42A" w14:textId="77777777" w:rsidR="005D33EF" w:rsidRDefault="006F75CB">
      <w:pPr>
        <w:spacing w:after="0"/>
      </w:pPr>
      <w:r>
        <w:rPr>
          <w:rFonts w:ascii="Arial" w:hAnsi="Arial"/>
          <w:b/>
        </w:rPr>
        <w:t xml:space="preserve">Interviewer P:  </w:t>
      </w:r>
      <w:r>
        <w:rPr>
          <w:rFonts w:ascii="Arial" w:hAnsi="Arial"/>
          <w:color w:val="5D7284"/>
        </w:rPr>
        <w:t>23:47</w:t>
      </w:r>
    </w:p>
    <w:p w14:paraId="3C145234" w14:textId="77777777" w:rsidR="005D33EF" w:rsidRDefault="006F75CB">
      <w:pPr>
        <w:spacing w:after="0"/>
      </w:pPr>
      <w:r>
        <w:rPr>
          <w:rFonts w:ascii="Arial" w:hAnsi="Arial"/>
        </w:rPr>
        <w:t xml:space="preserve">Oh, that is cool. </w:t>
      </w:r>
    </w:p>
    <w:p w14:paraId="72A271A6" w14:textId="77777777" w:rsidR="005D33EF" w:rsidRDefault="005D33EF">
      <w:pPr>
        <w:spacing w:after="0"/>
      </w:pPr>
    </w:p>
    <w:p w14:paraId="5CEEE88F" w14:textId="77777777" w:rsidR="005D33EF" w:rsidRDefault="006F75CB">
      <w:pPr>
        <w:spacing w:after="0"/>
      </w:pPr>
      <w:r>
        <w:rPr>
          <w:rFonts w:ascii="Arial" w:hAnsi="Arial"/>
          <w:b/>
        </w:rPr>
        <w:lastRenderedPageBreak/>
        <w:t xml:space="preserve">Interviewer E:  </w:t>
      </w:r>
      <w:r>
        <w:rPr>
          <w:rFonts w:ascii="Arial" w:hAnsi="Arial"/>
          <w:color w:val="5D7284"/>
        </w:rPr>
        <w:t>23:52</w:t>
      </w:r>
    </w:p>
    <w:p w14:paraId="545CAE82" w14:textId="06CA1F0F" w:rsidR="005D33EF" w:rsidRDefault="006F75CB">
      <w:pPr>
        <w:spacing w:after="0"/>
      </w:pPr>
      <w:r>
        <w:rPr>
          <w:rFonts w:ascii="Arial" w:hAnsi="Arial"/>
        </w:rPr>
        <w:t xml:space="preserve">I don't know how long that was but well yeah 15 hours maybe more All right, so this is a Lazy </w:t>
      </w:r>
      <w:r w:rsidR="003529F6">
        <w:rPr>
          <w:rFonts w:ascii="Arial" w:hAnsi="Arial"/>
        </w:rPr>
        <w:t>Susan</w:t>
      </w:r>
      <w:r>
        <w:rPr>
          <w:rFonts w:ascii="Arial" w:hAnsi="Arial"/>
        </w:rPr>
        <w:t>.</w:t>
      </w:r>
    </w:p>
    <w:p w14:paraId="029F9509" w14:textId="77777777" w:rsidR="005D33EF" w:rsidRDefault="005D33EF">
      <w:pPr>
        <w:spacing w:after="0"/>
      </w:pPr>
    </w:p>
    <w:p w14:paraId="3F252BA6" w14:textId="77777777" w:rsidR="005D33EF" w:rsidRDefault="006F75CB">
      <w:pPr>
        <w:spacing w:after="0"/>
      </w:pPr>
      <w:r>
        <w:rPr>
          <w:rFonts w:ascii="Arial" w:hAnsi="Arial"/>
          <w:b/>
        </w:rPr>
        <w:t xml:space="preserve">Interviewer P:  </w:t>
      </w:r>
      <w:r>
        <w:rPr>
          <w:rFonts w:ascii="Arial" w:hAnsi="Arial"/>
          <w:color w:val="5D7284"/>
        </w:rPr>
        <w:t>24:20</w:t>
      </w:r>
    </w:p>
    <w:p w14:paraId="10084DAF" w14:textId="59AAACF2" w:rsidR="005D33EF" w:rsidRDefault="003529F6">
      <w:pPr>
        <w:spacing w:after="0"/>
      </w:pPr>
      <w:r>
        <w:rPr>
          <w:rFonts w:ascii="Arial" w:hAnsi="Arial"/>
        </w:rPr>
        <w:t>So, you're gonna do that first.</w:t>
      </w:r>
    </w:p>
    <w:p w14:paraId="2998FCE8" w14:textId="77777777" w:rsidR="005D33EF" w:rsidRDefault="005D33EF">
      <w:pPr>
        <w:spacing w:after="0"/>
      </w:pPr>
    </w:p>
    <w:p w14:paraId="6D2B0AF3" w14:textId="77777777" w:rsidR="005D33EF" w:rsidRDefault="006F75CB">
      <w:pPr>
        <w:spacing w:after="0"/>
      </w:pPr>
      <w:r>
        <w:rPr>
          <w:rFonts w:ascii="Arial" w:hAnsi="Arial"/>
          <w:b/>
        </w:rPr>
        <w:t xml:space="preserve">Interviewer E:  </w:t>
      </w:r>
      <w:r>
        <w:rPr>
          <w:rFonts w:ascii="Arial" w:hAnsi="Arial"/>
          <w:color w:val="5D7284"/>
        </w:rPr>
        <w:t>24:22</w:t>
      </w:r>
    </w:p>
    <w:p w14:paraId="274FEEBC" w14:textId="0A6001CE" w:rsidR="005D33EF" w:rsidRDefault="006F75CB">
      <w:pPr>
        <w:spacing w:after="0"/>
      </w:pPr>
      <w:r>
        <w:rPr>
          <w:rFonts w:ascii="Arial" w:hAnsi="Arial"/>
        </w:rPr>
        <w:t xml:space="preserve">Oh ok, alright, we're switching gears. Alright, so this is potassium </w:t>
      </w:r>
      <w:r w:rsidR="003529F6">
        <w:rPr>
          <w:rFonts w:ascii="Arial" w:hAnsi="Arial"/>
        </w:rPr>
        <w:t>permanganate</w:t>
      </w:r>
      <w:r>
        <w:rPr>
          <w:rFonts w:ascii="Arial" w:hAnsi="Arial"/>
        </w:rPr>
        <w:t xml:space="preserve">, right? </w:t>
      </w:r>
      <w:r w:rsidR="003529F6">
        <w:rPr>
          <w:rFonts w:ascii="Arial" w:hAnsi="Arial"/>
        </w:rPr>
        <w:t>So,</w:t>
      </w:r>
      <w:r>
        <w:rPr>
          <w:rFonts w:ascii="Arial" w:hAnsi="Arial"/>
        </w:rPr>
        <w:t xml:space="preserve"> they're like </w:t>
      </w:r>
      <w:r w:rsidR="003529F6">
        <w:rPr>
          <w:rFonts w:ascii="Arial" w:hAnsi="Arial"/>
        </w:rPr>
        <w:t>little, teeny</w:t>
      </w:r>
      <w:r>
        <w:rPr>
          <w:rFonts w:ascii="Arial" w:hAnsi="Arial"/>
        </w:rPr>
        <w:t xml:space="preserve"> crystals that you drop it in water. It sinks to the </w:t>
      </w:r>
      <w:r w:rsidR="003529F6">
        <w:rPr>
          <w:rFonts w:ascii="Arial" w:hAnsi="Arial"/>
        </w:rPr>
        <w:t>bottom,</w:t>
      </w:r>
      <w:r>
        <w:rPr>
          <w:rFonts w:ascii="Arial" w:hAnsi="Arial"/>
        </w:rPr>
        <w:t xml:space="preserve"> but it leaves like a dye trail behind it. And I'm going to take some and I'm gonna put it in that still water right there.</w:t>
      </w:r>
    </w:p>
    <w:p w14:paraId="40866FB3" w14:textId="77777777" w:rsidR="005D33EF" w:rsidRDefault="005D33EF">
      <w:pPr>
        <w:spacing w:after="0"/>
      </w:pPr>
    </w:p>
    <w:p w14:paraId="0077F1DC" w14:textId="77777777" w:rsidR="005D33EF" w:rsidRDefault="006F75CB">
      <w:pPr>
        <w:spacing w:after="0"/>
      </w:pPr>
      <w:r>
        <w:rPr>
          <w:rFonts w:ascii="Arial" w:hAnsi="Arial"/>
          <w:b/>
        </w:rPr>
        <w:t xml:space="preserve">Interviewer P:  </w:t>
      </w:r>
      <w:r>
        <w:rPr>
          <w:rFonts w:ascii="Arial" w:hAnsi="Arial"/>
          <w:color w:val="5D7284"/>
        </w:rPr>
        <w:t>24:56</w:t>
      </w:r>
    </w:p>
    <w:p w14:paraId="14863182" w14:textId="77777777" w:rsidR="005D33EF" w:rsidRDefault="006F75CB">
      <w:pPr>
        <w:spacing w:after="0"/>
      </w:pPr>
      <w:r>
        <w:rPr>
          <w:rFonts w:ascii="Arial" w:hAnsi="Arial"/>
        </w:rPr>
        <w:t>We want you to see what it looks like in. A tank that is just very still, water isn't moving.</w:t>
      </w:r>
    </w:p>
    <w:p w14:paraId="7B25FE9F" w14:textId="77777777" w:rsidR="005D33EF" w:rsidRDefault="005D33EF">
      <w:pPr>
        <w:spacing w:after="0"/>
      </w:pPr>
    </w:p>
    <w:p w14:paraId="7BA62084" w14:textId="77777777" w:rsidR="005D33EF" w:rsidRDefault="006F75CB">
      <w:pPr>
        <w:spacing w:after="0"/>
      </w:pPr>
      <w:r>
        <w:rPr>
          <w:rFonts w:ascii="Arial" w:hAnsi="Arial"/>
          <w:b/>
        </w:rPr>
        <w:t xml:space="preserve">Interviewer E:  </w:t>
      </w:r>
      <w:r>
        <w:rPr>
          <w:rFonts w:ascii="Arial" w:hAnsi="Arial"/>
          <w:color w:val="5D7284"/>
        </w:rPr>
        <w:t>25:09</w:t>
      </w:r>
    </w:p>
    <w:p w14:paraId="2F3A6F0D" w14:textId="77777777" w:rsidR="005D33EF" w:rsidRDefault="006F75CB">
      <w:pPr>
        <w:spacing w:after="0"/>
      </w:pPr>
      <w:r>
        <w:rPr>
          <w:rFonts w:ascii="Arial" w:hAnsi="Arial"/>
        </w:rPr>
        <w:t>Alright, so what do you think of that?</w:t>
      </w:r>
    </w:p>
    <w:p w14:paraId="6FC30C61" w14:textId="77777777" w:rsidR="005D33EF" w:rsidRDefault="005D33EF">
      <w:pPr>
        <w:spacing w:after="0"/>
      </w:pPr>
    </w:p>
    <w:p w14:paraId="28BECA18" w14:textId="77777777" w:rsidR="005D33EF" w:rsidRDefault="006F75CB">
      <w:pPr>
        <w:spacing w:after="0"/>
      </w:pPr>
      <w:r>
        <w:rPr>
          <w:rFonts w:ascii="Arial" w:hAnsi="Arial"/>
          <w:b/>
        </w:rPr>
        <w:t xml:space="preserve">Participant #15:  </w:t>
      </w:r>
      <w:r>
        <w:rPr>
          <w:rFonts w:ascii="Arial" w:hAnsi="Arial"/>
          <w:color w:val="5D7284"/>
        </w:rPr>
        <w:t>26:06</w:t>
      </w:r>
    </w:p>
    <w:p w14:paraId="3A5BC0ED" w14:textId="6053DC4B" w:rsidR="005D33EF" w:rsidRDefault="006F75CB">
      <w:pPr>
        <w:spacing w:after="0"/>
      </w:pPr>
      <w:r>
        <w:rPr>
          <w:rFonts w:ascii="Arial" w:hAnsi="Arial"/>
        </w:rPr>
        <w:t xml:space="preserve">I see the lines that it made like maybe </w:t>
      </w:r>
      <w:r w:rsidR="003529F6">
        <w:rPr>
          <w:rFonts w:ascii="Arial" w:hAnsi="Arial"/>
        </w:rPr>
        <w:t>where</w:t>
      </w:r>
      <w:r>
        <w:rPr>
          <w:rFonts w:ascii="Arial" w:hAnsi="Arial"/>
        </w:rPr>
        <w:t xml:space="preserve"> the singular grains went in and then the big blobs.</w:t>
      </w:r>
    </w:p>
    <w:p w14:paraId="6D052581" w14:textId="77777777" w:rsidR="005D33EF" w:rsidRDefault="005D33EF">
      <w:pPr>
        <w:spacing w:after="0"/>
      </w:pPr>
    </w:p>
    <w:p w14:paraId="797CA4CB" w14:textId="77777777" w:rsidR="005D33EF" w:rsidRDefault="006F75CB">
      <w:pPr>
        <w:spacing w:after="0"/>
      </w:pPr>
      <w:r>
        <w:rPr>
          <w:rFonts w:ascii="Arial" w:hAnsi="Arial"/>
          <w:b/>
        </w:rPr>
        <w:t xml:space="preserve">Interviewer E:  </w:t>
      </w:r>
      <w:r>
        <w:rPr>
          <w:rFonts w:ascii="Arial" w:hAnsi="Arial"/>
          <w:color w:val="5D7284"/>
        </w:rPr>
        <w:t>26:12</w:t>
      </w:r>
    </w:p>
    <w:p w14:paraId="3DCB0558" w14:textId="77777777" w:rsidR="005D33EF" w:rsidRDefault="006F75CB">
      <w:pPr>
        <w:spacing w:after="0"/>
      </w:pPr>
      <w:r>
        <w:rPr>
          <w:rFonts w:ascii="Arial" w:hAnsi="Arial"/>
        </w:rPr>
        <w:t>Yeah. Well we're actually going to put some in there right um but before we do that I'm gonna get you to actually sketch what you think it's gonna look like after we put it in and so least now you have an idea of what it does okay still water okay, so the way you're gonna draw this is from a side view like you just took like a picture in time and then like a bird's eye view taking a picture downward.</w:t>
      </w:r>
    </w:p>
    <w:p w14:paraId="3098D5B7" w14:textId="77777777" w:rsidR="005D33EF" w:rsidRDefault="005D33EF">
      <w:pPr>
        <w:spacing w:after="0"/>
      </w:pPr>
    </w:p>
    <w:p w14:paraId="724B91AA" w14:textId="77777777" w:rsidR="005D33EF" w:rsidRDefault="006F75CB">
      <w:pPr>
        <w:spacing w:after="0"/>
      </w:pPr>
      <w:r>
        <w:rPr>
          <w:rFonts w:ascii="Arial" w:hAnsi="Arial"/>
          <w:b/>
        </w:rPr>
        <w:t xml:space="preserve">Participant #15:  </w:t>
      </w:r>
      <w:r>
        <w:rPr>
          <w:rFonts w:ascii="Arial" w:hAnsi="Arial"/>
          <w:color w:val="5D7284"/>
        </w:rPr>
        <w:t>26:47</w:t>
      </w:r>
    </w:p>
    <w:p w14:paraId="58200BD6" w14:textId="77777777" w:rsidR="005D33EF" w:rsidRDefault="006F75CB">
      <w:pPr>
        <w:spacing w:after="0"/>
      </w:pPr>
      <w:r>
        <w:rPr>
          <w:rFonts w:ascii="Arial" w:hAnsi="Arial"/>
        </w:rPr>
        <w:t>Okay.</w:t>
      </w:r>
    </w:p>
    <w:p w14:paraId="6072EBEE" w14:textId="77777777" w:rsidR="005D33EF" w:rsidRDefault="005D33EF">
      <w:pPr>
        <w:spacing w:after="0"/>
      </w:pPr>
    </w:p>
    <w:p w14:paraId="33D1E579" w14:textId="77777777" w:rsidR="005D33EF" w:rsidRDefault="006F75CB">
      <w:pPr>
        <w:spacing w:after="0"/>
      </w:pPr>
      <w:r>
        <w:rPr>
          <w:rFonts w:ascii="Arial" w:hAnsi="Arial"/>
          <w:b/>
        </w:rPr>
        <w:t xml:space="preserve">Interviewer E:  </w:t>
      </w:r>
      <w:r>
        <w:rPr>
          <w:rFonts w:ascii="Arial" w:hAnsi="Arial"/>
          <w:color w:val="5D7284"/>
        </w:rPr>
        <w:t>26:48</w:t>
      </w:r>
    </w:p>
    <w:p w14:paraId="165D2EE6" w14:textId="7A86A227" w:rsidR="005D33EF" w:rsidRDefault="003529F6">
      <w:pPr>
        <w:spacing w:after="0"/>
      </w:pPr>
      <w:r>
        <w:rPr>
          <w:rFonts w:ascii="Arial" w:hAnsi="Arial"/>
        </w:rPr>
        <w:t xml:space="preserve">Yeah, this stuff gets everywhere I don't even know how but it does. On this one. </w:t>
      </w:r>
    </w:p>
    <w:p w14:paraId="0FDCDC2A" w14:textId="77777777" w:rsidR="005D33EF" w:rsidRDefault="005D33EF">
      <w:pPr>
        <w:spacing w:after="0"/>
      </w:pPr>
    </w:p>
    <w:p w14:paraId="26F6E9FC" w14:textId="77777777" w:rsidR="005D33EF" w:rsidRDefault="006F75CB">
      <w:pPr>
        <w:spacing w:after="0"/>
      </w:pPr>
      <w:r>
        <w:rPr>
          <w:rFonts w:ascii="Arial" w:hAnsi="Arial"/>
          <w:b/>
        </w:rPr>
        <w:t xml:space="preserve">Interviewer P:  </w:t>
      </w:r>
      <w:r>
        <w:rPr>
          <w:rFonts w:ascii="Arial" w:hAnsi="Arial"/>
          <w:color w:val="5D7284"/>
        </w:rPr>
        <w:t>26:48</w:t>
      </w:r>
    </w:p>
    <w:p w14:paraId="697B4143" w14:textId="0E342669" w:rsidR="005D33EF" w:rsidRDefault="006F75CB">
      <w:pPr>
        <w:spacing w:after="0"/>
      </w:pPr>
      <w:r>
        <w:rPr>
          <w:rFonts w:ascii="Arial" w:hAnsi="Arial"/>
        </w:rPr>
        <w:t xml:space="preserve">A minute after </w:t>
      </w:r>
      <w:r w:rsidR="003529F6">
        <w:rPr>
          <w:rFonts w:ascii="Arial" w:hAnsi="Arial"/>
        </w:rPr>
        <w:t>dropping</w:t>
      </w:r>
      <w:r>
        <w:rPr>
          <w:rFonts w:ascii="Arial" w:hAnsi="Arial"/>
        </w:rPr>
        <w:t xml:space="preserve"> it in which is about as long as that's been in there now. I know.</w:t>
      </w:r>
    </w:p>
    <w:p w14:paraId="38838394" w14:textId="77777777" w:rsidR="005D33EF" w:rsidRDefault="005D33EF">
      <w:pPr>
        <w:spacing w:after="0"/>
      </w:pPr>
    </w:p>
    <w:p w14:paraId="285B8F3F" w14:textId="77777777" w:rsidR="005D33EF" w:rsidRDefault="006F75CB">
      <w:pPr>
        <w:spacing w:after="0"/>
      </w:pPr>
      <w:r>
        <w:rPr>
          <w:rFonts w:ascii="Arial" w:hAnsi="Arial"/>
          <w:b/>
        </w:rPr>
        <w:t xml:space="preserve">Participant #15:  </w:t>
      </w:r>
      <w:r>
        <w:rPr>
          <w:rFonts w:ascii="Arial" w:hAnsi="Arial"/>
          <w:color w:val="5D7284"/>
        </w:rPr>
        <w:t>27:19</w:t>
      </w:r>
    </w:p>
    <w:p w14:paraId="5B932C7E" w14:textId="09909E73" w:rsidR="005D33EF" w:rsidRDefault="006F75CB">
      <w:pPr>
        <w:spacing w:after="0"/>
      </w:pPr>
      <w:r>
        <w:rPr>
          <w:rFonts w:ascii="Arial" w:hAnsi="Arial"/>
        </w:rPr>
        <w:t xml:space="preserve">I think it will just go in the middle and then these little things are just the little lines I think the little lines I think maybe you will still see some of them like on the </w:t>
      </w:r>
      <w:r w:rsidR="003529F6">
        <w:rPr>
          <w:rFonts w:ascii="Arial" w:hAnsi="Arial"/>
        </w:rPr>
        <w:t>sides,</w:t>
      </w:r>
      <w:r>
        <w:rPr>
          <w:rFonts w:ascii="Arial" w:hAnsi="Arial"/>
        </w:rPr>
        <w:t xml:space="preserve"> but I think it will like come together in the middle.</w:t>
      </w:r>
    </w:p>
    <w:p w14:paraId="381EB7FD" w14:textId="77777777" w:rsidR="005D33EF" w:rsidRDefault="005D33EF">
      <w:pPr>
        <w:spacing w:after="0"/>
      </w:pPr>
    </w:p>
    <w:p w14:paraId="0D853310" w14:textId="77777777" w:rsidR="005D33EF" w:rsidRDefault="006F75CB">
      <w:pPr>
        <w:spacing w:after="0"/>
      </w:pPr>
      <w:r>
        <w:rPr>
          <w:rFonts w:ascii="Arial" w:hAnsi="Arial"/>
          <w:b/>
        </w:rPr>
        <w:t xml:space="preserve">Interviewer E:  </w:t>
      </w:r>
      <w:r>
        <w:rPr>
          <w:rFonts w:ascii="Arial" w:hAnsi="Arial"/>
          <w:color w:val="5D7284"/>
        </w:rPr>
        <w:t>27:31</w:t>
      </w:r>
    </w:p>
    <w:p w14:paraId="4A04B199" w14:textId="366180E1" w:rsidR="005D33EF" w:rsidRDefault="003529F6">
      <w:pPr>
        <w:spacing w:after="0"/>
      </w:pPr>
      <w:r>
        <w:rPr>
          <w:rFonts w:ascii="Arial" w:hAnsi="Arial"/>
        </w:rPr>
        <w:t xml:space="preserve">So, you mean if I dropped it like around the edges here that it would all go towards the center? </w:t>
      </w:r>
    </w:p>
    <w:p w14:paraId="311E0AAE" w14:textId="77777777" w:rsidR="005D33EF" w:rsidRDefault="005D33EF">
      <w:pPr>
        <w:spacing w:after="0"/>
      </w:pPr>
    </w:p>
    <w:p w14:paraId="688C95B7" w14:textId="77777777" w:rsidR="005D33EF" w:rsidRDefault="006F75CB">
      <w:pPr>
        <w:spacing w:after="0"/>
      </w:pPr>
      <w:r>
        <w:rPr>
          <w:rFonts w:ascii="Arial" w:hAnsi="Arial"/>
          <w:b/>
        </w:rPr>
        <w:t xml:space="preserve">Participant #15:  </w:t>
      </w:r>
      <w:r>
        <w:rPr>
          <w:rFonts w:ascii="Arial" w:hAnsi="Arial"/>
          <w:color w:val="5D7284"/>
        </w:rPr>
        <w:t>27:35</w:t>
      </w:r>
    </w:p>
    <w:p w14:paraId="74588BE2" w14:textId="77777777" w:rsidR="005D33EF" w:rsidRDefault="006F75CB">
      <w:pPr>
        <w:spacing w:after="0"/>
      </w:pPr>
      <w:r>
        <w:rPr>
          <w:rFonts w:ascii="Arial" w:hAnsi="Arial"/>
        </w:rPr>
        <w:lastRenderedPageBreak/>
        <w:t xml:space="preserve">Yeah. </w:t>
      </w:r>
    </w:p>
    <w:p w14:paraId="03FB475B" w14:textId="77777777" w:rsidR="005D33EF" w:rsidRDefault="005D33EF">
      <w:pPr>
        <w:spacing w:after="0"/>
      </w:pPr>
    </w:p>
    <w:p w14:paraId="59ED10E6" w14:textId="77777777" w:rsidR="005D33EF" w:rsidRDefault="006F75CB">
      <w:pPr>
        <w:spacing w:after="0"/>
      </w:pPr>
      <w:r>
        <w:rPr>
          <w:rFonts w:ascii="Arial" w:hAnsi="Arial"/>
          <w:b/>
        </w:rPr>
        <w:t xml:space="preserve">Interviewer E:  </w:t>
      </w:r>
      <w:r>
        <w:rPr>
          <w:rFonts w:ascii="Arial" w:hAnsi="Arial"/>
          <w:color w:val="5D7284"/>
        </w:rPr>
        <w:t>27:36</w:t>
      </w:r>
    </w:p>
    <w:p w14:paraId="76AE3326" w14:textId="77777777" w:rsidR="005D33EF" w:rsidRDefault="006F75CB">
      <w:pPr>
        <w:spacing w:after="0"/>
      </w:pPr>
      <w:r>
        <w:rPr>
          <w:rFonts w:ascii="Arial" w:hAnsi="Arial"/>
        </w:rPr>
        <w:t>Okay.</w:t>
      </w:r>
    </w:p>
    <w:p w14:paraId="13ED32B7" w14:textId="77777777" w:rsidR="005D33EF" w:rsidRDefault="005D33EF">
      <w:pPr>
        <w:spacing w:after="0"/>
      </w:pPr>
    </w:p>
    <w:p w14:paraId="0DBF5E57" w14:textId="77777777" w:rsidR="005D33EF" w:rsidRDefault="006F75CB">
      <w:pPr>
        <w:spacing w:after="0"/>
      </w:pPr>
      <w:r>
        <w:rPr>
          <w:rFonts w:ascii="Arial" w:hAnsi="Arial"/>
          <w:b/>
        </w:rPr>
        <w:t xml:space="preserve">Interviewer P:  </w:t>
      </w:r>
      <w:r>
        <w:rPr>
          <w:rFonts w:ascii="Arial" w:hAnsi="Arial"/>
          <w:color w:val="5D7284"/>
        </w:rPr>
        <w:t>27:37</w:t>
      </w:r>
    </w:p>
    <w:p w14:paraId="0192EA81" w14:textId="77777777" w:rsidR="005D33EF" w:rsidRDefault="006F75CB">
      <w:pPr>
        <w:spacing w:after="0"/>
      </w:pPr>
      <w:r>
        <w:rPr>
          <w:rFonts w:ascii="Arial" w:hAnsi="Arial"/>
        </w:rPr>
        <w:t>In kind of a streak.</w:t>
      </w:r>
    </w:p>
    <w:p w14:paraId="7C3B017E" w14:textId="77777777" w:rsidR="005D33EF" w:rsidRDefault="005D33EF">
      <w:pPr>
        <w:spacing w:after="0"/>
      </w:pPr>
    </w:p>
    <w:p w14:paraId="7EB54C89" w14:textId="77777777" w:rsidR="005D33EF" w:rsidRDefault="006F75CB">
      <w:pPr>
        <w:spacing w:after="0"/>
      </w:pPr>
      <w:r>
        <w:rPr>
          <w:rFonts w:ascii="Arial" w:hAnsi="Arial"/>
          <w:b/>
        </w:rPr>
        <w:t xml:space="preserve">Interviewer E:  </w:t>
      </w:r>
      <w:r>
        <w:rPr>
          <w:rFonts w:ascii="Arial" w:hAnsi="Arial"/>
          <w:color w:val="5D7284"/>
        </w:rPr>
        <w:t>27:40</w:t>
      </w:r>
    </w:p>
    <w:p w14:paraId="0C4622A0" w14:textId="77777777" w:rsidR="005D33EF" w:rsidRDefault="006F75CB">
      <w:pPr>
        <w:spacing w:after="0"/>
      </w:pPr>
      <w:r>
        <w:rPr>
          <w:rFonts w:ascii="Arial" w:hAnsi="Arial"/>
        </w:rPr>
        <w:t>Okay.</w:t>
      </w:r>
    </w:p>
    <w:p w14:paraId="79AB1B87" w14:textId="77777777" w:rsidR="005D33EF" w:rsidRDefault="005D33EF">
      <w:pPr>
        <w:spacing w:after="0"/>
      </w:pPr>
    </w:p>
    <w:p w14:paraId="344C0E38" w14:textId="77777777" w:rsidR="005D33EF" w:rsidRDefault="006F75CB">
      <w:pPr>
        <w:spacing w:after="0"/>
      </w:pPr>
      <w:r>
        <w:rPr>
          <w:rFonts w:ascii="Arial" w:hAnsi="Arial"/>
          <w:b/>
        </w:rPr>
        <w:t xml:space="preserve">Interviewer P:  </w:t>
      </w:r>
      <w:r>
        <w:rPr>
          <w:rFonts w:ascii="Arial" w:hAnsi="Arial"/>
          <w:color w:val="5D7284"/>
        </w:rPr>
        <w:t>27:41</w:t>
      </w:r>
    </w:p>
    <w:p w14:paraId="64CA3DB4" w14:textId="7E748500" w:rsidR="005D33EF" w:rsidRDefault="003529F6">
      <w:pPr>
        <w:spacing w:after="0"/>
      </w:pPr>
      <w:r>
        <w:rPr>
          <w:rFonts w:ascii="Arial" w:hAnsi="Arial"/>
        </w:rPr>
        <w:t>So, is this from the top view? Is this like floating on the top or all the way to the bottom or is it a column through the water like, is it?</w:t>
      </w:r>
    </w:p>
    <w:p w14:paraId="3DAE078B" w14:textId="77777777" w:rsidR="005D33EF" w:rsidRDefault="005D33EF">
      <w:pPr>
        <w:spacing w:after="0"/>
      </w:pPr>
    </w:p>
    <w:p w14:paraId="58644193" w14:textId="77777777" w:rsidR="005D33EF" w:rsidRDefault="006F75CB">
      <w:pPr>
        <w:spacing w:after="0"/>
      </w:pPr>
      <w:r>
        <w:rPr>
          <w:rFonts w:ascii="Arial" w:hAnsi="Arial"/>
          <w:b/>
        </w:rPr>
        <w:t xml:space="preserve">Participant #15:  </w:t>
      </w:r>
      <w:r>
        <w:rPr>
          <w:rFonts w:ascii="Arial" w:hAnsi="Arial"/>
          <w:color w:val="5D7284"/>
        </w:rPr>
        <w:t>27:49</w:t>
      </w:r>
    </w:p>
    <w:p w14:paraId="19349BB1" w14:textId="6E700556" w:rsidR="005D33EF" w:rsidRDefault="006F75CB">
      <w:pPr>
        <w:spacing w:after="0"/>
      </w:pPr>
      <w:r>
        <w:rPr>
          <w:rFonts w:ascii="Arial" w:hAnsi="Arial"/>
        </w:rPr>
        <w:t xml:space="preserve">I put it on the </w:t>
      </w:r>
      <w:r w:rsidR="003529F6">
        <w:rPr>
          <w:rFonts w:ascii="Arial" w:hAnsi="Arial"/>
        </w:rPr>
        <w:t>bottom,</w:t>
      </w:r>
      <w:r>
        <w:rPr>
          <w:rFonts w:ascii="Arial" w:hAnsi="Arial"/>
        </w:rPr>
        <w:t xml:space="preserve"> and I was thinking it will come to the bottom.</w:t>
      </w:r>
    </w:p>
    <w:p w14:paraId="12458F60" w14:textId="77777777" w:rsidR="005D33EF" w:rsidRDefault="005D33EF">
      <w:pPr>
        <w:spacing w:after="0"/>
      </w:pPr>
    </w:p>
    <w:p w14:paraId="119A0096" w14:textId="77777777" w:rsidR="005D33EF" w:rsidRDefault="006F75CB">
      <w:pPr>
        <w:spacing w:after="0"/>
      </w:pPr>
      <w:r>
        <w:rPr>
          <w:rFonts w:ascii="Arial" w:hAnsi="Arial"/>
          <w:b/>
        </w:rPr>
        <w:t xml:space="preserve">Interviewer E:  </w:t>
      </w:r>
      <w:r>
        <w:rPr>
          <w:rFonts w:ascii="Arial" w:hAnsi="Arial"/>
          <w:color w:val="5D7284"/>
        </w:rPr>
        <w:t>27:52</w:t>
      </w:r>
    </w:p>
    <w:p w14:paraId="5C15427F" w14:textId="12C88C69" w:rsidR="005D33EF" w:rsidRDefault="003529F6">
      <w:pPr>
        <w:spacing w:after="0"/>
      </w:pPr>
      <w:r>
        <w:rPr>
          <w:rFonts w:ascii="Arial" w:hAnsi="Arial"/>
        </w:rPr>
        <w:t>Yeah, all right well, we're gonna find out.</w:t>
      </w:r>
    </w:p>
    <w:p w14:paraId="36A4F155" w14:textId="77777777" w:rsidR="005D33EF" w:rsidRDefault="005D33EF">
      <w:pPr>
        <w:spacing w:after="0"/>
      </w:pPr>
    </w:p>
    <w:p w14:paraId="70CB12A2" w14:textId="77777777" w:rsidR="005D33EF" w:rsidRDefault="006F75CB">
      <w:pPr>
        <w:spacing w:after="0"/>
      </w:pPr>
      <w:r>
        <w:rPr>
          <w:rFonts w:ascii="Arial" w:hAnsi="Arial"/>
          <w:b/>
        </w:rPr>
        <w:t xml:space="preserve">Participant #15:  </w:t>
      </w:r>
      <w:r>
        <w:rPr>
          <w:rFonts w:ascii="Arial" w:hAnsi="Arial"/>
          <w:color w:val="5D7284"/>
        </w:rPr>
        <w:t>27:56</w:t>
      </w:r>
    </w:p>
    <w:p w14:paraId="3996B901" w14:textId="77777777" w:rsidR="005D33EF" w:rsidRDefault="006F75CB">
      <w:pPr>
        <w:spacing w:after="0"/>
      </w:pPr>
      <w:r>
        <w:rPr>
          <w:rFonts w:ascii="Arial" w:hAnsi="Arial"/>
        </w:rPr>
        <w:t>Okay.</w:t>
      </w:r>
    </w:p>
    <w:p w14:paraId="66442145" w14:textId="77777777" w:rsidR="005D33EF" w:rsidRDefault="005D33EF">
      <w:pPr>
        <w:spacing w:after="0"/>
      </w:pPr>
    </w:p>
    <w:p w14:paraId="5EBD3FF6" w14:textId="77777777" w:rsidR="005D33EF" w:rsidRDefault="006F75CB">
      <w:pPr>
        <w:spacing w:after="0"/>
      </w:pPr>
      <w:r>
        <w:rPr>
          <w:rFonts w:ascii="Arial" w:hAnsi="Arial"/>
          <w:b/>
        </w:rPr>
        <w:t xml:space="preserve">Interviewer P:  </w:t>
      </w:r>
      <w:r>
        <w:rPr>
          <w:rFonts w:ascii="Arial" w:hAnsi="Arial"/>
          <w:color w:val="5D7284"/>
        </w:rPr>
        <w:t>27:59</w:t>
      </w:r>
    </w:p>
    <w:p w14:paraId="1D4BAFCA" w14:textId="77777777" w:rsidR="005D33EF" w:rsidRDefault="006F75CB">
      <w:pPr>
        <w:spacing w:after="0"/>
      </w:pPr>
      <w:r>
        <w:rPr>
          <w:rFonts w:ascii="Arial" w:hAnsi="Arial"/>
        </w:rPr>
        <w:t>Maybe if you push back there you go.</w:t>
      </w:r>
    </w:p>
    <w:p w14:paraId="7BA38FAD" w14:textId="77777777" w:rsidR="005D33EF" w:rsidRDefault="005D33EF">
      <w:pPr>
        <w:spacing w:after="0"/>
      </w:pPr>
    </w:p>
    <w:p w14:paraId="4CCBE1FF" w14:textId="77777777" w:rsidR="005D33EF" w:rsidRDefault="006F75CB">
      <w:pPr>
        <w:spacing w:after="0"/>
      </w:pPr>
      <w:r>
        <w:rPr>
          <w:rFonts w:ascii="Arial" w:hAnsi="Arial"/>
          <w:b/>
        </w:rPr>
        <w:t xml:space="preserve">Interviewer E:  </w:t>
      </w:r>
      <w:r>
        <w:rPr>
          <w:rFonts w:ascii="Arial" w:hAnsi="Arial"/>
          <w:color w:val="5D7284"/>
        </w:rPr>
        <w:t>28:35</w:t>
      </w:r>
    </w:p>
    <w:p w14:paraId="44A9E11B" w14:textId="77777777" w:rsidR="005D33EF" w:rsidRDefault="006F75CB">
      <w:pPr>
        <w:spacing w:after="0"/>
      </w:pPr>
      <w:r>
        <w:rPr>
          <w:rFonts w:ascii="Arial" w:hAnsi="Arial"/>
        </w:rPr>
        <w:t xml:space="preserve">All right, see some differences between the still water that we did earlier. </w:t>
      </w:r>
    </w:p>
    <w:p w14:paraId="442DB11C" w14:textId="77777777" w:rsidR="005D33EF" w:rsidRDefault="005D33EF">
      <w:pPr>
        <w:spacing w:after="0"/>
      </w:pPr>
    </w:p>
    <w:p w14:paraId="27F05305" w14:textId="77777777" w:rsidR="005D33EF" w:rsidRDefault="006F75CB">
      <w:pPr>
        <w:spacing w:after="0"/>
      </w:pPr>
      <w:r>
        <w:rPr>
          <w:rFonts w:ascii="Arial" w:hAnsi="Arial"/>
          <w:b/>
        </w:rPr>
        <w:t xml:space="preserve">Participant #15:  </w:t>
      </w:r>
      <w:r>
        <w:rPr>
          <w:rFonts w:ascii="Arial" w:hAnsi="Arial"/>
          <w:color w:val="5D7284"/>
        </w:rPr>
        <w:t>28:53</w:t>
      </w:r>
    </w:p>
    <w:p w14:paraId="49ADA41C" w14:textId="7106D5F2" w:rsidR="005D33EF" w:rsidRDefault="006F75CB">
      <w:pPr>
        <w:spacing w:after="0"/>
      </w:pPr>
      <w:r>
        <w:rPr>
          <w:rFonts w:ascii="Arial" w:hAnsi="Arial"/>
        </w:rPr>
        <w:t xml:space="preserve">It's not like </w:t>
      </w:r>
      <w:r w:rsidR="003529F6">
        <w:rPr>
          <w:rFonts w:ascii="Arial" w:hAnsi="Arial"/>
        </w:rPr>
        <w:t>globing</w:t>
      </w:r>
      <w:r>
        <w:rPr>
          <w:rFonts w:ascii="Arial" w:hAnsi="Arial"/>
        </w:rPr>
        <w:t xml:space="preserve"> up as much you mean like at the bottom? It's kind of like staying in like the longer strands for longer but it's not even moving either.</w:t>
      </w:r>
    </w:p>
    <w:p w14:paraId="257D8FFA" w14:textId="77777777" w:rsidR="005D33EF" w:rsidRDefault="005D33EF">
      <w:pPr>
        <w:spacing w:after="0"/>
      </w:pPr>
    </w:p>
    <w:p w14:paraId="5D094070" w14:textId="77777777" w:rsidR="005D33EF" w:rsidRDefault="006F75CB">
      <w:pPr>
        <w:spacing w:after="0"/>
      </w:pPr>
      <w:r>
        <w:rPr>
          <w:rFonts w:ascii="Arial" w:hAnsi="Arial"/>
          <w:b/>
        </w:rPr>
        <w:t xml:space="preserve">Interviewer E:  </w:t>
      </w:r>
      <w:r>
        <w:rPr>
          <w:rFonts w:ascii="Arial" w:hAnsi="Arial"/>
          <w:color w:val="5D7284"/>
        </w:rPr>
        <w:t>29:07</w:t>
      </w:r>
    </w:p>
    <w:p w14:paraId="46F9E1A1" w14:textId="17AF1DB5" w:rsidR="005D33EF" w:rsidRDefault="006F75CB">
      <w:pPr>
        <w:spacing w:after="0"/>
      </w:pPr>
      <w:r>
        <w:rPr>
          <w:rFonts w:ascii="Arial" w:hAnsi="Arial"/>
        </w:rPr>
        <w:t xml:space="preserve">Do you think? So? You think the. </w:t>
      </w:r>
      <w:r w:rsidR="003529F6">
        <w:rPr>
          <w:rFonts w:ascii="Arial" w:hAnsi="Arial"/>
        </w:rPr>
        <w:t>You’re</w:t>
      </w:r>
      <w:r>
        <w:rPr>
          <w:rFonts w:ascii="Arial" w:hAnsi="Arial"/>
        </w:rPr>
        <w:t xml:space="preserve"> saying these aren't moving at all?</w:t>
      </w:r>
    </w:p>
    <w:p w14:paraId="7B51A843" w14:textId="77777777" w:rsidR="005D33EF" w:rsidRDefault="005D33EF">
      <w:pPr>
        <w:spacing w:after="0"/>
      </w:pPr>
    </w:p>
    <w:p w14:paraId="06B11D30" w14:textId="77777777" w:rsidR="005D33EF" w:rsidRDefault="006F75CB">
      <w:pPr>
        <w:spacing w:after="0"/>
      </w:pPr>
      <w:r>
        <w:rPr>
          <w:rFonts w:ascii="Arial" w:hAnsi="Arial"/>
          <w:b/>
        </w:rPr>
        <w:t xml:space="preserve">Participant #15:  </w:t>
      </w:r>
      <w:r>
        <w:rPr>
          <w:rFonts w:ascii="Arial" w:hAnsi="Arial"/>
          <w:color w:val="5D7284"/>
        </w:rPr>
        <w:t>29:14</w:t>
      </w:r>
    </w:p>
    <w:p w14:paraId="53B95DE1" w14:textId="77777777" w:rsidR="005D33EF" w:rsidRDefault="006F75CB">
      <w:pPr>
        <w:spacing w:after="0"/>
      </w:pPr>
      <w:r>
        <w:rPr>
          <w:rFonts w:ascii="Arial" w:hAnsi="Arial"/>
        </w:rPr>
        <w:t>I think with this one they settled faster. And this one is like keeping the strands for longer. Because it doesn't look like they're moving to the center or anything. They're kind of staying still.</w:t>
      </w:r>
    </w:p>
    <w:p w14:paraId="0953575C" w14:textId="77777777" w:rsidR="005D33EF" w:rsidRDefault="005D33EF">
      <w:pPr>
        <w:spacing w:after="0"/>
      </w:pPr>
    </w:p>
    <w:p w14:paraId="5D4B16FF" w14:textId="77777777" w:rsidR="005D33EF" w:rsidRDefault="006F75CB">
      <w:pPr>
        <w:spacing w:after="0"/>
      </w:pPr>
      <w:r>
        <w:rPr>
          <w:rFonts w:ascii="Arial" w:hAnsi="Arial"/>
          <w:b/>
        </w:rPr>
        <w:t xml:space="preserve">Interviewer E:  </w:t>
      </w:r>
      <w:r>
        <w:rPr>
          <w:rFonts w:ascii="Arial" w:hAnsi="Arial"/>
          <w:color w:val="5D7284"/>
        </w:rPr>
        <w:t>29:26</w:t>
      </w:r>
    </w:p>
    <w:p w14:paraId="24BE25C8" w14:textId="77777777" w:rsidR="005D33EF" w:rsidRDefault="006F75CB">
      <w:pPr>
        <w:spacing w:after="0"/>
      </w:pPr>
      <w:r>
        <w:rPr>
          <w:rFonts w:ascii="Arial" w:hAnsi="Arial"/>
        </w:rPr>
        <w:t>What about the water itself? Are you do you think the water is moving at all?</w:t>
      </w:r>
    </w:p>
    <w:p w14:paraId="2DBC27C6" w14:textId="77777777" w:rsidR="005D33EF" w:rsidRDefault="005D33EF">
      <w:pPr>
        <w:spacing w:after="0"/>
      </w:pPr>
    </w:p>
    <w:p w14:paraId="264EA0A9" w14:textId="77777777" w:rsidR="005D33EF" w:rsidRDefault="006F75CB">
      <w:pPr>
        <w:spacing w:after="0"/>
      </w:pPr>
      <w:r>
        <w:rPr>
          <w:rFonts w:ascii="Arial" w:hAnsi="Arial"/>
          <w:b/>
        </w:rPr>
        <w:lastRenderedPageBreak/>
        <w:t xml:space="preserve">Participant #15:  </w:t>
      </w:r>
      <w:r>
        <w:rPr>
          <w:rFonts w:ascii="Arial" w:hAnsi="Arial"/>
          <w:color w:val="5D7284"/>
        </w:rPr>
        <w:t>29:33</w:t>
      </w:r>
    </w:p>
    <w:p w14:paraId="3176430B" w14:textId="77777777" w:rsidR="005D33EF" w:rsidRDefault="006F75CB">
      <w:pPr>
        <w:spacing w:after="0"/>
      </w:pPr>
      <w:r>
        <w:rPr>
          <w:rFonts w:ascii="Arial" w:hAnsi="Arial"/>
        </w:rPr>
        <w:t>Now I don't think so. No.</w:t>
      </w:r>
    </w:p>
    <w:p w14:paraId="20F6DA0F" w14:textId="77777777" w:rsidR="005D33EF" w:rsidRDefault="005D33EF">
      <w:pPr>
        <w:spacing w:after="0"/>
      </w:pPr>
    </w:p>
    <w:p w14:paraId="39183BDB" w14:textId="77777777" w:rsidR="005D33EF" w:rsidRDefault="006F75CB">
      <w:pPr>
        <w:spacing w:after="0"/>
      </w:pPr>
      <w:r>
        <w:rPr>
          <w:rFonts w:ascii="Arial" w:hAnsi="Arial"/>
          <w:b/>
        </w:rPr>
        <w:t xml:space="preserve">Interviewer E:  </w:t>
      </w:r>
      <w:r>
        <w:rPr>
          <w:rFonts w:ascii="Arial" w:hAnsi="Arial"/>
          <w:color w:val="5D7284"/>
        </w:rPr>
        <w:t>29:36</w:t>
      </w:r>
    </w:p>
    <w:p w14:paraId="71BD0231" w14:textId="77777777" w:rsidR="005D33EF" w:rsidRDefault="006F75CB">
      <w:pPr>
        <w:spacing w:after="0"/>
      </w:pPr>
      <w:r>
        <w:rPr>
          <w:rFonts w:ascii="Arial" w:hAnsi="Arial"/>
        </w:rPr>
        <w:t xml:space="preserve">No. Why why do you think it's staying up and oh straight columns. </w:t>
      </w:r>
    </w:p>
    <w:p w14:paraId="7B0A167F" w14:textId="77777777" w:rsidR="005D33EF" w:rsidRDefault="005D33EF">
      <w:pPr>
        <w:spacing w:after="0"/>
      </w:pPr>
    </w:p>
    <w:p w14:paraId="4D0DFA5A" w14:textId="77777777" w:rsidR="005D33EF" w:rsidRDefault="006F75CB">
      <w:pPr>
        <w:spacing w:after="0"/>
      </w:pPr>
      <w:r>
        <w:rPr>
          <w:rFonts w:ascii="Arial" w:hAnsi="Arial"/>
          <w:b/>
        </w:rPr>
        <w:t xml:space="preserve">Participant #15:  </w:t>
      </w:r>
      <w:r>
        <w:rPr>
          <w:rFonts w:ascii="Arial" w:hAnsi="Arial"/>
          <w:color w:val="5D7284"/>
        </w:rPr>
        <w:t>29:43</w:t>
      </w:r>
    </w:p>
    <w:p w14:paraId="2C4A1E0C" w14:textId="77777777" w:rsidR="005D33EF" w:rsidRDefault="006F75CB">
      <w:pPr>
        <w:spacing w:after="0"/>
      </w:pPr>
      <w:r>
        <w:rPr>
          <w:rFonts w:ascii="Arial" w:hAnsi="Arial"/>
        </w:rPr>
        <w:t>I do not know let me think.</w:t>
      </w:r>
    </w:p>
    <w:p w14:paraId="326F738C" w14:textId="77777777" w:rsidR="005D33EF" w:rsidRDefault="005D33EF">
      <w:pPr>
        <w:spacing w:after="0"/>
      </w:pPr>
    </w:p>
    <w:p w14:paraId="78B09CBF" w14:textId="77777777" w:rsidR="005D33EF" w:rsidRDefault="006F75CB">
      <w:pPr>
        <w:spacing w:after="0"/>
      </w:pPr>
      <w:r>
        <w:rPr>
          <w:rFonts w:ascii="Arial" w:hAnsi="Arial"/>
          <w:b/>
        </w:rPr>
        <w:t xml:space="preserve">Interviewer E:  </w:t>
      </w:r>
      <w:r>
        <w:rPr>
          <w:rFonts w:ascii="Arial" w:hAnsi="Arial"/>
          <w:color w:val="5D7284"/>
        </w:rPr>
        <w:t>29:49</w:t>
      </w:r>
    </w:p>
    <w:p w14:paraId="2A7A31E4" w14:textId="67EE07C6" w:rsidR="005D33EF" w:rsidRDefault="006F75CB">
      <w:pPr>
        <w:spacing w:after="0"/>
      </w:pPr>
      <w:r>
        <w:rPr>
          <w:rFonts w:ascii="Arial" w:hAnsi="Arial"/>
        </w:rPr>
        <w:t xml:space="preserve">I was gonna say you can look at it from above </w:t>
      </w:r>
      <w:r w:rsidR="003529F6">
        <w:rPr>
          <w:rFonts w:ascii="Arial" w:hAnsi="Arial"/>
        </w:rPr>
        <w:t>to if</w:t>
      </w:r>
      <w:r>
        <w:rPr>
          <w:rFonts w:ascii="Arial" w:hAnsi="Arial"/>
        </w:rPr>
        <w:t xml:space="preserve"> you want.</w:t>
      </w:r>
    </w:p>
    <w:p w14:paraId="2CD8BDE3" w14:textId="77777777" w:rsidR="005D33EF" w:rsidRDefault="005D33EF">
      <w:pPr>
        <w:spacing w:after="0"/>
      </w:pPr>
    </w:p>
    <w:p w14:paraId="11F980F0" w14:textId="77777777" w:rsidR="005D33EF" w:rsidRDefault="006F75CB">
      <w:pPr>
        <w:spacing w:after="0"/>
      </w:pPr>
      <w:r>
        <w:rPr>
          <w:rFonts w:ascii="Arial" w:hAnsi="Arial"/>
          <w:b/>
        </w:rPr>
        <w:t xml:space="preserve">Interviewer P:  </w:t>
      </w:r>
      <w:r>
        <w:rPr>
          <w:rFonts w:ascii="Arial" w:hAnsi="Arial"/>
          <w:color w:val="5D7284"/>
        </w:rPr>
        <w:t>29:51</w:t>
      </w:r>
    </w:p>
    <w:p w14:paraId="2BD43801" w14:textId="77777777" w:rsidR="005D33EF" w:rsidRDefault="006F75CB">
      <w:pPr>
        <w:spacing w:after="0"/>
      </w:pPr>
      <w:r>
        <w:rPr>
          <w:rFonts w:ascii="Arial" w:hAnsi="Arial"/>
        </w:rPr>
        <w:t>Want to get her to sketch Erika, after.</w:t>
      </w:r>
    </w:p>
    <w:p w14:paraId="0775366A" w14:textId="77777777" w:rsidR="005D33EF" w:rsidRDefault="005D33EF">
      <w:pPr>
        <w:spacing w:after="0"/>
      </w:pPr>
    </w:p>
    <w:p w14:paraId="36B52EE4" w14:textId="77777777" w:rsidR="005D33EF" w:rsidRDefault="006F75CB">
      <w:pPr>
        <w:spacing w:after="0"/>
      </w:pPr>
      <w:r>
        <w:rPr>
          <w:rFonts w:ascii="Arial" w:hAnsi="Arial"/>
          <w:b/>
        </w:rPr>
        <w:t xml:space="preserve">Interviewer E:  </w:t>
      </w:r>
      <w:r>
        <w:rPr>
          <w:rFonts w:ascii="Arial" w:hAnsi="Arial"/>
          <w:color w:val="5D7284"/>
        </w:rPr>
        <w:t>29:59</w:t>
      </w:r>
    </w:p>
    <w:p w14:paraId="5FD4A503" w14:textId="77777777" w:rsidR="005D33EF" w:rsidRDefault="006F75CB">
      <w:pPr>
        <w:spacing w:after="0"/>
      </w:pPr>
      <w:r>
        <w:rPr>
          <w:rFonts w:ascii="Arial" w:hAnsi="Arial"/>
        </w:rPr>
        <w:t>Well once you get a good look, if you could sketch for us what you see now compared to what you drew.</w:t>
      </w:r>
    </w:p>
    <w:p w14:paraId="7BCB492A" w14:textId="77777777" w:rsidR="005D33EF" w:rsidRDefault="005D33EF">
      <w:pPr>
        <w:spacing w:after="0"/>
      </w:pPr>
    </w:p>
    <w:p w14:paraId="40C2D1BC" w14:textId="77777777" w:rsidR="005D33EF" w:rsidRDefault="006F75CB">
      <w:pPr>
        <w:spacing w:after="0"/>
      </w:pPr>
      <w:r>
        <w:rPr>
          <w:rFonts w:ascii="Arial" w:hAnsi="Arial"/>
          <w:b/>
        </w:rPr>
        <w:t xml:space="preserve">Participant #15:  </w:t>
      </w:r>
      <w:r>
        <w:rPr>
          <w:rFonts w:ascii="Arial" w:hAnsi="Arial"/>
          <w:color w:val="5D7284"/>
        </w:rPr>
        <w:t>30:13</w:t>
      </w:r>
    </w:p>
    <w:p w14:paraId="0CF4EE58" w14:textId="77777777" w:rsidR="005D33EF" w:rsidRDefault="006F75CB">
      <w:pPr>
        <w:spacing w:after="0"/>
      </w:pPr>
      <w:r>
        <w:rPr>
          <w:rFonts w:ascii="Arial" w:hAnsi="Arial"/>
        </w:rPr>
        <w:t>Okay.</w:t>
      </w:r>
    </w:p>
    <w:p w14:paraId="2B685FAA" w14:textId="77777777" w:rsidR="005D33EF" w:rsidRDefault="005D33EF">
      <w:pPr>
        <w:spacing w:after="0"/>
      </w:pPr>
    </w:p>
    <w:p w14:paraId="5E2AD15A" w14:textId="77777777" w:rsidR="005D33EF" w:rsidRDefault="006F75CB">
      <w:pPr>
        <w:spacing w:after="0"/>
      </w:pPr>
      <w:r>
        <w:rPr>
          <w:rFonts w:ascii="Arial" w:hAnsi="Arial"/>
          <w:b/>
        </w:rPr>
        <w:t xml:space="preserve">Interviewer E:  </w:t>
      </w:r>
      <w:r>
        <w:rPr>
          <w:rFonts w:ascii="Arial" w:hAnsi="Arial"/>
          <w:color w:val="5D7284"/>
        </w:rPr>
        <w:t>30:13</w:t>
      </w:r>
    </w:p>
    <w:p w14:paraId="2BAE464F" w14:textId="77777777" w:rsidR="005D33EF" w:rsidRDefault="006F75CB">
      <w:pPr>
        <w:spacing w:after="0"/>
      </w:pPr>
      <w:r>
        <w:rPr>
          <w:rFonts w:ascii="Arial" w:hAnsi="Arial"/>
        </w:rPr>
        <w:t xml:space="preserve">It's how you see it the same way from the side and the top. </w:t>
      </w:r>
    </w:p>
    <w:p w14:paraId="57CC0BA8" w14:textId="77777777" w:rsidR="005D33EF" w:rsidRDefault="005D33EF">
      <w:pPr>
        <w:spacing w:after="0"/>
      </w:pPr>
    </w:p>
    <w:p w14:paraId="49E80665" w14:textId="77777777" w:rsidR="005D33EF" w:rsidRDefault="006F75CB">
      <w:pPr>
        <w:spacing w:after="0"/>
      </w:pPr>
      <w:r>
        <w:rPr>
          <w:rFonts w:ascii="Arial" w:hAnsi="Arial"/>
          <w:b/>
        </w:rPr>
        <w:t xml:space="preserve">Interviewer P:  </w:t>
      </w:r>
      <w:r>
        <w:rPr>
          <w:rFonts w:ascii="Arial" w:hAnsi="Arial"/>
          <w:color w:val="5D7284"/>
        </w:rPr>
        <w:t>30:18</w:t>
      </w:r>
    </w:p>
    <w:p w14:paraId="654A2CC7" w14:textId="77777777" w:rsidR="005D33EF" w:rsidRDefault="006F75CB">
      <w:pPr>
        <w:spacing w:after="0"/>
      </w:pPr>
      <w:r>
        <w:rPr>
          <w:rFonts w:ascii="Arial" w:hAnsi="Arial"/>
        </w:rPr>
        <w:t xml:space="preserve">Right Okay, that looks pretty much like it. </w:t>
      </w:r>
    </w:p>
    <w:p w14:paraId="69A4B132" w14:textId="77777777" w:rsidR="005D33EF" w:rsidRDefault="005D33EF">
      <w:pPr>
        <w:spacing w:after="0"/>
      </w:pPr>
    </w:p>
    <w:p w14:paraId="6E2EC25F" w14:textId="77777777" w:rsidR="005D33EF" w:rsidRDefault="006F75CB">
      <w:pPr>
        <w:spacing w:after="0"/>
      </w:pPr>
      <w:r>
        <w:rPr>
          <w:rFonts w:ascii="Arial" w:hAnsi="Arial"/>
          <w:b/>
        </w:rPr>
        <w:t xml:space="preserve">Interviewer E:  </w:t>
      </w:r>
      <w:r>
        <w:rPr>
          <w:rFonts w:ascii="Arial" w:hAnsi="Arial"/>
          <w:color w:val="5D7284"/>
        </w:rPr>
        <w:t>31:28</w:t>
      </w:r>
    </w:p>
    <w:p w14:paraId="12E3B658" w14:textId="4E0365C6" w:rsidR="005D33EF" w:rsidRDefault="003529F6">
      <w:pPr>
        <w:spacing w:after="0"/>
      </w:pPr>
      <w:r>
        <w:rPr>
          <w:rFonts w:ascii="Arial" w:hAnsi="Arial"/>
        </w:rPr>
        <w:t>So, I see you kind of have them going this way, as we make this kind of matching the bottom down here. Why do you think? Do you think that's going in the direction just of the turning? Or do you think if that's the water causing it to?</w:t>
      </w:r>
    </w:p>
    <w:p w14:paraId="44D6FCCD" w14:textId="77777777" w:rsidR="005D33EF" w:rsidRDefault="005D33EF">
      <w:pPr>
        <w:spacing w:after="0"/>
      </w:pPr>
    </w:p>
    <w:p w14:paraId="06AD0C1C" w14:textId="77777777" w:rsidR="005D33EF" w:rsidRDefault="006F75CB">
      <w:pPr>
        <w:spacing w:after="0"/>
      </w:pPr>
      <w:r>
        <w:rPr>
          <w:rFonts w:ascii="Arial" w:hAnsi="Arial"/>
          <w:b/>
        </w:rPr>
        <w:t xml:space="preserve">Participant #15:  </w:t>
      </w:r>
      <w:r>
        <w:rPr>
          <w:rFonts w:ascii="Arial" w:hAnsi="Arial"/>
          <w:color w:val="5D7284"/>
        </w:rPr>
        <w:t>31:47</w:t>
      </w:r>
    </w:p>
    <w:p w14:paraId="37B63429" w14:textId="77777777" w:rsidR="005D33EF" w:rsidRDefault="006F75CB">
      <w:pPr>
        <w:spacing w:after="0"/>
      </w:pPr>
      <w:r>
        <w:rPr>
          <w:rFonts w:ascii="Arial" w:hAnsi="Arial"/>
        </w:rPr>
        <w:t>Oh, they all kind of look like they're going this way. So maybe the turning has something to do with it, it's making it not like collapse as quick and turn the water into a different color. I think the turning is making it do something to stay in a more whatever this is stripy pattern and stay in its little section, instead of mixing up.</w:t>
      </w:r>
    </w:p>
    <w:p w14:paraId="63FBE641" w14:textId="77777777" w:rsidR="005D33EF" w:rsidRDefault="005D33EF">
      <w:pPr>
        <w:spacing w:after="0"/>
      </w:pPr>
    </w:p>
    <w:p w14:paraId="51BD31E4" w14:textId="77777777" w:rsidR="005D33EF" w:rsidRDefault="006F75CB">
      <w:pPr>
        <w:spacing w:after="0"/>
      </w:pPr>
      <w:r>
        <w:rPr>
          <w:rFonts w:ascii="Arial" w:hAnsi="Arial"/>
          <w:b/>
        </w:rPr>
        <w:t xml:space="preserve">Interviewer P:  </w:t>
      </w:r>
      <w:r>
        <w:rPr>
          <w:rFonts w:ascii="Arial" w:hAnsi="Arial"/>
          <w:color w:val="5D7284"/>
        </w:rPr>
        <w:t>32:13</w:t>
      </w:r>
    </w:p>
    <w:p w14:paraId="622FCF58" w14:textId="77777777" w:rsidR="005D33EF" w:rsidRDefault="006F75CB">
      <w:pPr>
        <w:spacing w:after="0"/>
      </w:pPr>
      <w:r>
        <w:rPr>
          <w:rFonts w:ascii="Arial" w:hAnsi="Arial"/>
        </w:rPr>
        <w:t>What made you think it would all go to the middle?</w:t>
      </w:r>
    </w:p>
    <w:p w14:paraId="5F3242CD" w14:textId="77777777" w:rsidR="005D33EF" w:rsidRDefault="005D33EF">
      <w:pPr>
        <w:spacing w:after="0"/>
      </w:pPr>
    </w:p>
    <w:p w14:paraId="26399887" w14:textId="77777777" w:rsidR="005D33EF" w:rsidRDefault="006F75CB">
      <w:pPr>
        <w:spacing w:after="0"/>
      </w:pPr>
      <w:r>
        <w:rPr>
          <w:rFonts w:ascii="Arial" w:hAnsi="Arial"/>
          <w:b/>
        </w:rPr>
        <w:t xml:space="preserve">Participant #15:  </w:t>
      </w:r>
      <w:r>
        <w:rPr>
          <w:rFonts w:ascii="Arial" w:hAnsi="Arial"/>
          <w:color w:val="5D7284"/>
        </w:rPr>
        <w:t>32:16</w:t>
      </w:r>
    </w:p>
    <w:p w14:paraId="0A9D35A8" w14:textId="458047F3" w:rsidR="005D33EF" w:rsidRDefault="006F75CB">
      <w:pPr>
        <w:spacing w:after="0"/>
      </w:pPr>
      <w:r>
        <w:rPr>
          <w:rFonts w:ascii="Arial" w:hAnsi="Arial"/>
        </w:rPr>
        <w:lastRenderedPageBreak/>
        <w:t xml:space="preserve">I don't know at </w:t>
      </w:r>
      <w:r w:rsidR="003529F6">
        <w:rPr>
          <w:rFonts w:ascii="Arial" w:hAnsi="Arial"/>
        </w:rPr>
        <w:t>first,</w:t>
      </w:r>
      <w:r>
        <w:rPr>
          <w:rFonts w:ascii="Arial" w:hAnsi="Arial"/>
        </w:rPr>
        <w:t xml:space="preserve"> I thought like, because it's going like this that it would make like a whirlpool in the middle. But then the water doesn't look like it's moving so I can see why maybe it didn't do that.</w:t>
      </w:r>
    </w:p>
    <w:p w14:paraId="4C2033DD" w14:textId="77777777" w:rsidR="005D33EF" w:rsidRDefault="005D33EF">
      <w:pPr>
        <w:spacing w:after="0"/>
      </w:pPr>
    </w:p>
    <w:p w14:paraId="0A728A38" w14:textId="77777777" w:rsidR="005D33EF" w:rsidRDefault="006F75CB">
      <w:pPr>
        <w:spacing w:after="0"/>
      </w:pPr>
      <w:r>
        <w:rPr>
          <w:rFonts w:ascii="Arial" w:hAnsi="Arial"/>
          <w:b/>
        </w:rPr>
        <w:t xml:space="preserve">Interviewer P:  </w:t>
      </w:r>
      <w:r>
        <w:rPr>
          <w:rFonts w:ascii="Arial" w:hAnsi="Arial"/>
          <w:color w:val="5D7284"/>
        </w:rPr>
        <w:t>32:26</w:t>
      </w:r>
    </w:p>
    <w:p w14:paraId="672D2D28" w14:textId="77777777" w:rsidR="005D33EF" w:rsidRDefault="006F75CB">
      <w:pPr>
        <w:spacing w:after="0"/>
      </w:pPr>
      <w:r>
        <w:rPr>
          <w:rFonts w:ascii="Arial" w:hAnsi="Arial"/>
        </w:rPr>
        <w:t xml:space="preserve">And did you base that on some experience or memory that you have? </w:t>
      </w:r>
    </w:p>
    <w:p w14:paraId="4B2A34D1" w14:textId="77777777" w:rsidR="005D33EF" w:rsidRDefault="005D33EF">
      <w:pPr>
        <w:spacing w:after="0"/>
      </w:pPr>
    </w:p>
    <w:p w14:paraId="2D39153C" w14:textId="77777777" w:rsidR="005D33EF" w:rsidRDefault="006F75CB">
      <w:pPr>
        <w:spacing w:after="0"/>
      </w:pPr>
      <w:r>
        <w:rPr>
          <w:rFonts w:ascii="Arial" w:hAnsi="Arial"/>
          <w:b/>
        </w:rPr>
        <w:t xml:space="preserve">Participant #15:  </w:t>
      </w:r>
      <w:r>
        <w:rPr>
          <w:rFonts w:ascii="Arial" w:hAnsi="Arial"/>
          <w:color w:val="5D7284"/>
        </w:rPr>
        <w:t>32:32</w:t>
      </w:r>
    </w:p>
    <w:p w14:paraId="01F07A70" w14:textId="0C7C54B4" w:rsidR="005D33EF" w:rsidRDefault="006F75CB">
      <w:pPr>
        <w:spacing w:after="0"/>
      </w:pPr>
      <w:r>
        <w:rPr>
          <w:rFonts w:ascii="Arial" w:hAnsi="Arial"/>
        </w:rPr>
        <w:t xml:space="preserve">Maybe like being in the pool, like when you go around the edges and you like keep swimming around and swimming around? Like the things that collect in the </w:t>
      </w:r>
      <w:r w:rsidR="003529F6">
        <w:rPr>
          <w:rFonts w:ascii="Arial" w:hAnsi="Arial"/>
        </w:rPr>
        <w:t>middle.</w:t>
      </w:r>
    </w:p>
    <w:p w14:paraId="0195D3C9" w14:textId="77777777" w:rsidR="005D33EF" w:rsidRDefault="005D33EF">
      <w:pPr>
        <w:spacing w:after="0"/>
      </w:pPr>
    </w:p>
    <w:p w14:paraId="6BEA893B" w14:textId="77777777" w:rsidR="005D33EF" w:rsidRDefault="006F75CB">
      <w:pPr>
        <w:spacing w:after="0"/>
      </w:pPr>
      <w:r>
        <w:rPr>
          <w:rFonts w:ascii="Arial" w:hAnsi="Arial"/>
          <w:b/>
        </w:rPr>
        <w:t xml:space="preserve">Interviewer P:  </w:t>
      </w:r>
      <w:r>
        <w:rPr>
          <w:rFonts w:ascii="Arial" w:hAnsi="Arial"/>
          <w:color w:val="5D7284"/>
        </w:rPr>
        <w:t>32:39</w:t>
      </w:r>
    </w:p>
    <w:p w14:paraId="1F9F8AA6" w14:textId="50DB77A0" w:rsidR="005D33EF" w:rsidRDefault="006F75CB">
      <w:pPr>
        <w:spacing w:after="0"/>
      </w:pPr>
      <w:r>
        <w:rPr>
          <w:rFonts w:ascii="Arial" w:hAnsi="Arial"/>
        </w:rPr>
        <w:t xml:space="preserve">And were you thinking of that when you do </w:t>
      </w:r>
      <w:r w:rsidR="003529F6">
        <w:rPr>
          <w:rFonts w:ascii="Arial" w:hAnsi="Arial"/>
        </w:rPr>
        <w:t>that,</w:t>
      </w:r>
      <w:r>
        <w:rPr>
          <w:rFonts w:ascii="Arial" w:hAnsi="Arial"/>
        </w:rPr>
        <w:t xml:space="preserve"> or you just come up with that when I asked you know.</w:t>
      </w:r>
    </w:p>
    <w:p w14:paraId="4696D074" w14:textId="77777777" w:rsidR="005D33EF" w:rsidRDefault="005D33EF">
      <w:pPr>
        <w:spacing w:after="0"/>
      </w:pPr>
    </w:p>
    <w:p w14:paraId="22C7DD4A" w14:textId="77777777" w:rsidR="005D33EF" w:rsidRDefault="006F75CB">
      <w:pPr>
        <w:spacing w:after="0"/>
      </w:pPr>
      <w:r>
        <w:rPr>
          <w:rFonts w:ascii="Arial" w:hAnsi="Arial"/>
          <w:b/>
        </w:rPr>
        <w:t xml:space="preserve">Participant #15:  </w:t>
      </w:r>
      <w:r>
        <w:rPr>
          <w:rFonts w:ascii="Arial" w:hAnsi="Arial"/>
          <w:color w:val="5D7284"/>
        </w:rPr>
        <w:t>32:45</w:t>
      </w:r>
    </w:p>
    <w:p w14:paraId="68812FFB" w14:textId="77777777" w:rsidR="005D33EF" w:rsidRDefault="006F75CB">
      <w:pPr>
        <w:spacing w:after="0"/>
      </w:pPr>
      <w:r>
        <w:rPr>
          <w:rFonts w:ascii="Arial" w:hAnsi="Arial"/>
        </w:rPr>
        <w:t>No. I was thinking of some sort of going around like maybe not necessarily a pool but like some sort of thing where you going around water and it collects in the middle.</w:t>
      </w:r>
    </w:p>
    <w:p w14:paraId="3F1A90B1" w14:textId="77777777" w:rsidR="005D33EF" w:rsidRDefault="005D33EF">
      <w:pPr>
        <w:spacing w:after="0"/>
      </w:pPr>
    </w:p>
    <w:p w14:paraId="792DAE57" w14:textId="77777777" w:rsidR="005D33EF" w:rsidRDefault="006F75CB">
      <w:pPr>
        <w:spacing w:after="0"/>
      </w:pPr>
      <w:r>
        <w:rPr>
          <w:rFonts w:ascii="Arial" w:hAnsi="Arial"/>
          <w:b/>
        </w:rPr>
        <w:t xml:space="preserve">Interviewer P:  </w:t>
      </w:r>
      <w:r>
        <w:rPr>
          <w:rFonts w:ascii="Arial" w:hAnsi="Arial"/>
          <w:color w:val="5D7284"/>
        </w:rPr>
        <w:t>32:56</w:t>
      </w:r>
    </w:p>
    <w:p w14:paraId="688629DA" w14:textId="7E9F5B05" w:rsidR="005D33EF" w:rsidRDefault="003529F6">
      <w:pPr>
        <w:spacing w:after="0"/>
      </w:pPr>
      <w:r>
        <w:rPr>
          <w:rFonts w:ascii="Arial" w:hAnsi="Arial"/>
        </w:rPr>
        <w:t>So, I want to dig into one thing you said which is the water isn't moving? Can you tell us about that?</w:t>
      </w:r>
    </w:p>
    <w:p w14:paraId="7E007FC3" w14:textId="77777777" w:rsidR="005D33EF" w:rsidRDefault="005D33EF">
      <w:pPr>
        <w:spacing w:after="0"/>
      </w:pPr>
    </w:p>
    <w:p w14:paraId="7432476F" w14:textId="77777777" w:rsidR="005D33EF" w:rsidRDefault="006F75CB">
      <w:pPr>
        <w:spacing w:after="0"/>
      </w:pPr>
      <w:r>
        <w:rPr>
          <w:rFonts w:ascii="Arial" w:hAnsi="Arial"/>
          <w:b/>
        </w:rPr>
        <w:t xml:space="preserve">Participant #15:  </w:t>
      </w:r>
      <w:r>
        <w:rPr>
          <w:rFonts w:ascii="Arial" w:hAnsi="Arial"/>
          <w:color w:val="5D7284"/>
        </w:rPr>
        <w:t>33:02</w:t>
      </w:r>
    </w:p>
    <w:p w14:paraId="47EB673B" w14:textId="0BC9571C" w:rsidR="005D33EF" w:rsidRDefault="003529F6">
      <w:pPr>
        <w:spacing w:after="0"/>
      </w:pPr>
      <w:r>
        <w:rPr>
          <w:rFonts w:ascii="Arial" w:hAnsi="Arial"/>
        </w:rPr>
        <w:t>Well, it doesn't look like it's moving because I don't see any like ripples in it and then the things when it was put into it. I feel like if it was moving it would have had some sort of flow versus, they kind of just stayed where they were dropped so that's why I don't think it's moving.</w:t>
      </w:r>
    </w:p>
    <w:p w14:paraId="2CE430A8" w14:textId="77777777" w:rsidR="005D33EF" w:rsidRDefault="005D33EF">
      <w:pPr>
        <w:spacing w:after="0"/>
      </w:pPr>
    </w:p>
    <w:p w14:paraId="492B57ED" w14:textId="77777777" w:rsidR="005D33EF" w:rsidRDefault="006F75CB">
      <w:pPr>
        <w:spacing w:after="0"/>
      </w:pPr>
      <w:r>
        <w:rPr>
          <w:rFonts w:ascii="Arial" w:hAnsi="Arial"/>
          <w:b/>
        </w:rPr>
        <w:t xml:space="preserve">Interviewer P:  </w:t>
      </w:r>
      <w:r>
        <w:rPr>
          <w:rFonts w:ascii="Arial" w:hAnsi="Arial"/>
          <w:color w:val="5D7284"/>
        </w:rPr>
        <w:t>33:19</w:t>
      </w:r>
    </w:p>
    <w:p w14:paraId="1ED8F019" w14:textId="15156B1D" w:rsidR="005D33EF" w:rsidRDefault="003529F6">
      <w:pPr>
        <w:spacing w:after="0"/>
      </w:pPr>
      <w:r>
        <w:rPr>
          <w:rFonts w:ascii="Arial" w:hAnsi="Arial"/>
        </w:rPr>
        <w:t>So, when you say that do you mean that the water is still in the tank is rotating around and under it and so the water is kind of staying in one place while the tank goes around?</w:t>
      </w:r>
    </w:p>
    <w:p w14:paraId="037FB020" w14:textId="77777777" w:rsidR="005D33EF" w:rsidRDefault="005D33EF">
      <w:pPr>
        <w:spacing w:after="0"/>
      </w:pPr>
    </w:p>
    <w:p w14:paraId="54946236" w14:textId="77777777" w:rsidR="005D33EF" w:rsidRDefault="006F75CB">
      <w:pPr>
        <w:spacing w:after="0"/>
      </w:pPr>
      <w:r>
        <w:rPr>
          <w:rFonts w:ascii="Arial" w:hAnsi="Arial"/>
          <w:b/>
        </w:rPr>
        <w:t xml:space="preserve">Participant #15:  </w:t>
      </w:r>
      <w:r>
        <w:rPr>
          <w:rFonts w:ascii="Arial" w:hAnsi="Arial"/>
          <w:color w:val="5D7284"/>
        </w:rPr>
        <w:t>33:29</w:t>
      </w:r>
    </w:p>
    <w:p w14:paraId="5B88A05C" w14:textId="77777777" w:rsidR="005D33EF" w:rsidRDefault="006F75CB">
      <w:pPr>
        <w:spacing w:after="0"/>
      </w:pPr>
      <w:r>
        <w:rPr>
          <w:rFonts w:ascii="Arial" w:hAnsi="Arial"/>
        </w:rPr>
        <w:t>Yeah.</w:t>
      </w:r>
    </w:p>
    <w:p w14:paraId="237CD519" w14:textId="77777777" w:rsidR="005D33EF" w:rsidRDefault="005D33EF">
      <w:pPr>
        <w:spacing w:after="0"/>
      </w:pPr>
    </w:p>
    <w:p w14:paraId="0707D43C" w14:textId="77777777" w:rsidR="005D33EF" w:rsidRDefault="006F75CB">
      <w:pPr>
        <w:spacing w:after="0"/>
      </w:pPr>
      <w:r>
        <w:rPr>
          <w:rFonts w:ascii="Arial" w:hAnsi="Arial"/>
          <w:b/>
        </w:rPr>
        <w:t xml:space="preserve">Interviewer E:  </w:t>
      </w:r>
      <w:r>
        <w:rPr>
          <w:rFonts w:ascii="Arial" w:hAnsi="Arial"/>
          <w:color w:val="5D7284"/>
        </w:rPr>
        <w:t>33:31</w:t>
      </w:r>
    </w:p>
    <w:p w14:paraId="5265C575" w14:textId="77777777" w:rsidR="005D33EF" w:rsidRDefault="006F75CB">
      <w:pPr>
        <w:spacing w:after="0"/>
      </w:pPr>
      <w:r>
        <w:rPr>
          <w:rFonts w:ascii="Arial" w:hAnsi="Arial"/>
        </w:rPr>
        <w:t>Do you think there's anything we could do to that tank to make it more similar to what you had first drew like everything kind of coming to the center.</w:t>
      </w:r>
    </w:p>
    <w:p w14:paraId="2554F42B" w14:textId="77777777" w:rsidR="005D33EF" w:rsidRDefault="005D33EF">
      <w:pPr>
        <w:spacing w:after="0"/>
      </w:pPr>
    </w:p>
    <w:p w14:paraId="4727E738" w14:textId="77777777" w:rsidR="005D33EF" w:rsidRDefault="006F75CB">
      <w:pPr>
        <w:spacing w:after="0"/>
      </w:pPr>
      <w:r>
        <w:rPr>
          <w:rFonts w:ascii="Arial" w:hAnsi="Arial"/>
          <w:b/>
        </w:rPr>
        <w:t xml:space="preserve">Participant #15:  </w:t>
      </w:r>
      <w:r>
        <w:rPr>
          <w:rFonts w:ascii="Arial" w:hAnsi="Arial"/>
          <w:color w:val="5D7284"/>
        </w:rPr>
        <w:t>33:40</w:t>
      </w:r>
    </w:p>
    <w:p w14:paraId="60DE21C3" w14:textId="77777777" w:rsidR="005D33EF" w:rsidRDefault="006F75CB">
      <w:pPr>
        <w:spacing w:after="0"/>
      </w:pPr>
      <w:r>
        <w:rPr>
          <w:rFonts w:ascii="Arial" w:hAnsi="Arial"/>
        </w:rPr>
        <w:t xml:space="preserve">To the water thing itself? </w:t>
      </w:r>
    </w:p>
    <w:p w14:paraId="44C22E8D" w14:textId="77777777" w:rsidR="005D33EF" w:rsidRDefault="005D33EF">
      <w:pPr>
        <w:spacing w:after="0"/>
      </w:pPr>
    </w:p>
    <w:p w14:paraId="6880A299" w14:textId="77777777" w:rsidR="005D33EF" w:rsidRDefault="006F75CB">
      <w:pPr>
        <w:spacing w:after="0"/>
      </w:pPr>
      <w:r>
        <w:rPr>
          <w:rFonts w:ascii="Arial" w:hAnsi="Arial"/>
          <w:b/>
        </w:rPr>
        <w:t xml:space="preserve">Interviewer E:  </w:t>
      </w:r>
      <w:r>
        <w:rPr>
          <w:rFonts w:ascii="Arial" w:hAnsi="Arial"/>
          <w:color w:val="5D7284"/>
        </w:rPr>
        <w:t>33:42</w:t>
      </w:r>
    </w:p>
    <w:p w14:paraId="29EABD72" w14:textId="77777777" w:rsidR="005D33EF" w:rsidRDefault="006F75CB">
      <w:pPr>
        <w:spacing w:after="0"/>
      </w:pPr>
      <w:r>
        <w:rPr>
          <w:rFonts w:ascii="Arial" w:hAnsi="Arial"/>
        </w:rPr>
        <w:t xml:space="preserve">Yeah. </w:t>
      </w:r>
    </w:p>
    <w:p w14:paraId="2D728D8A" w14:textId="77777777" w:rsidR="005D33EF" w:rsidRDefault="005D33EF">
      <w:pPr>
        <w:spacing w:after="0"/>
      </w:pPr>
    </w:p>
    <w:p w14:paraId="1EACB9C8" w14:textId="77777777" w:rsidR="005D33EF" w:rsidRDefault="006F75CB">
      <w:pPr>
        <w:spacing w:after="0"/>
      </w:pPr>
      <w:r>
        <w:rPr>
          <w:rFonts w:ascii="Arial" w:hAnsi="Arial"/>
          <w:b/>
        </w:rPr>
        <w:t xml:space="preserve">Participant #15:  </w:t>
      </w:r>
      <w:r>
        <w:rPr>
          <w:rFonts w:ascii="Arial" w:hAnsi="Arial"/>
          <w:color w:val="5D7284"/>
        </w:rPr>
        <w:t>33:42</w:t>
      </w:r>
    </w:p>
    <w:p w14:paraId="635FEE8B" w14:textId="307D21A4" w:rsidR="005D33EF" w:rsidRDefault="006F75CB">
      <w:pPr>
        <w:spacing w:after="0"/>
      </w:pPr>
      <w:r>
        <w:rPr>
          <w:rFonts w:ascii="Arial" w:hAnsi="Arial"/>
        </w:rPr>
        <w:lastRenderedPageBreak/>
        <w:t xml:space="preserve">maybe stir it up inside like if if there was something in it like that made the water itself </w:t>
      </w:r>
      <w:r w:rsidR="003529F6">
        <w:rPr>
          <w:rFonts w:ascii="Arial" w:hAnsi="Arial"/>
        </w:rPr>
        <w:t>rotate,</w:t>
      </w:r>
      <w:r>
        <w:rPr>
          <w:rFonts w:ascii="Arial" w:hAnsi="Arial"/>
        </w:rPr>
        <w:t xml:space="preserve"> I think it would make it look more like this versus whatever is happening with the turning table is not really making the water move.</w:t>
      </w:r>
    </w:p>
    <w:p w14:paraId="724F2FDF" w14:textId="77777777" w:rsidR="005D33EF" w:rsidRDefault="005D33EF">
      <w:pPr>
        <w:spacing w:after="0"/>
      </w:pPr>
    </w:p>
    <w:p w14:paraId="62EC74FF" w14:textId="77777777" w:rsidR="005D33EF" w:rsidRDefault="006F75CB">
      <w:pPr>
        <w:spacing w:after="0"/>
      </w:pPr>
      <w:r>
        <w:rPr>
          <w:rFonts w:ascii="Arial" w:hAnsi="Arial"/>
          <w:b/>
        </w:rPr>
        <w:t xml:space="preserve">Interviewer P:  </w:t>
      </w:r>
      <w:r>
        <w:rPr>
          <w:rFonts w:ascii="Arial" w:hAnsi="Arial"/>
          <w:color w:val="5D7284"/>
        </w:rPr>
        <w:t>34:01</w:t>
      </w:r>
    </w:p>
    <w:p w14:paraId="24514590" w14:textId="77777777" w:rsidR="005D33EF" w:rsidRDefault="006F75CB">
      <w:pPr>
        <w:spacing w:after="0"/>
      </w:pPr>
      <w:r>
        <w:rPr>
          <w:rFonts w:ascii="Arial" w:hAnsi="Arial"/>
        </w:rPr>
        <w:t>Is that water still like that water still?</w:t>
      </w:r>
    </w:p>
    <w:p w14:paraId="5CE66081" w14:textId="77777777" w:rsidR="005D33EF" w:rsidRDefault="005D33EF">
      <w:pPr>
        <w:spacing w:after="0"/>
      </w:pPr>
    </w:p>
    <w:p w14:paraId="0D1121BD" w14:textId="77777777" w:rsidR="005D33EF" w:rsidRDefault="006F75CB">
      <w:pPr>
        <w:spacing w:after="0"/>
      </w:pPr>
      <w:r>
        <w:rPr>
          <w:rFonts w:ascii="Arial" w:hAnsi="Arial"/>
          <w:b/>
        </w:rPr>
        <w:t xml:space="preserve">Participant #15:  </w:t>
      </w:r>
      <w:r>
        <w:rPr>
          <w:rFonts w:ascii="Arial" w:hAnsi="Arial"/>
          <w:color w:val="5D7284"/>
        </w:rPr>
        <w:t>34:07</w:t>
      </w:r>
    </w:p>
    <w:p w14:paraId="65480036" w14:textId="77777777" w:rsidR="005D33EF" w:rsidRDefault="006F75CB">
      <w:pPr>
        <w:spacing w:after="0"/>
      </w:pPr>
      <w:r>
        <w:rPr>
          <w:rFonts w:ascii="Arial" w:hAnsi="Arial"/>
        </w:rPr>
        <w:t xml:space="preserve">That water is on a ride or something. This water is like nothing's happening to it. It's not nothing's moving underneath it. Nothing's moving inside of it. This water I don't think it's moving itself in those. I don't think the water itself is moving. But I think the thing underneath moving is doing something to it. I don't know. Well still. </w:t>
      </w:r>
    </w:p>
    <w:p w14:paraId="163D0C6F" w14:textId="77777777" w:rsidR="005D33EF" w:rsidRDefault="005D33EF">
      <w:pPr>
        <w:spacing w:after="0"/>
      </w:pPr>
    </w:p>
    <w:p w14:paraId="3F12B89E" w14:textId="77777777" w:rsidR="005D33EF" w:rsidRDefault="006F75CB">
      <w:pPr>
        <w:spacing w:after="0"/>
      </w:pPr>
      <w:r>
        <w:rPr>
          <w:rFonts w:ascii="Arial" w:hAnsi="Arial"/>
          <w:b/>
        </w:rPr>
        <w:t xml:space="preserve">Interviewer E:  </w:t>
      </w:r>
      <w:r>
        <w:rPr>
          <w:rFonts w:ascii="Arial" w:hAnsi="Arial"/>
          <w:color w:val="5D7284"/>
        </w:rPr>
        <w:t>34:37</w:t>
      </w:r>
    </w:p>
    <w:p w14:paraId="4C416B60" w14:textId="77777777" w:rsidR="005D33EF" w:rsidRDefault="006F75CB">
      <w:pPr>
        <w:spacing w:after="0"/>
      </w:pPr>
      <w:r>
        <w:rPr>
          <w:rFonts w:ascii="Arial" w:hAnsi="Arial"/>
        </w:rPr>
        <w:t>This one has been like rotating like this for like, I don't know, 45 minutes now. If I were to have like, turned it on and had only been going for like five minutes, do you think it would still do the same thing?</w:t>
      </w:r>
    </w:p>
    <w:p w14:paraId="04C123E3" w14:textId="77777777" w:rsidR="005D33EF" w:rsidRDefault="005D33EF">
      <w:pPr>
        <w:spacing w:after="0"/>
      </w:pPr>
    </w:p>
    <w:p w14:paraId="008A5F0F" w14:textId="77777777" w:rsidR="005D33EF" w:rsidRDefault="006F75CB">
      <w:pPr>
        <w:spacing w:after="0"/>
      </w:pPr>
      <w:r>
        <w:rPr>
          <w:rFonts w:ascii="Arial" w:hAnsi="Arial"/>
          <w:b/>
        </w:rPr>
        <w:t xml:space="preserve">Participant #15:  </w:t>
      </w:r>
      <w:r>
        <w:rPr>
          <w:rFonts w:ascii="Arial" w:hAnsi="Arial"/>
          <w:color w:val="5D7284"/>
        </w:rPr>
        <w:t>34:53</w:t>
      </w:r>
    </w:p>
    <w:p w14:paraId="576D80A3" w14:textId="655F6EDD" w:rsidR="005D33EF" w:rsidRDefault="006F75CB">
      <w:pPr>
        <w:spacing w:after="0"/>
      </w:pPr>
      <w:r>
        <w:rPr>
          <w:rFonts w:ascii="Arial" w:hAnsi="Arial"/>
        </w:rPr>
        <w:t xml:space="preserve">Maybe not exactly for as long as it did because I think it kept up its form for like a while but maybe whatever is going on with this rotating thing, like did it I don't think it would have kept it as long maybe just a little longer than this one since nothing's happening to </w:t>
      </w:r>
      <w:r w:rsidR="003529F6">
        <w:rPr>
          <w:rFonts w:ascii="Arial" w:hAnsi="Arial"/>
        </w:rPr>
        <w:t>this,</w:t>
      </w:r>
      <w:r>
        <w:rPr>
          <w:rFonts w:ascii="Arial" w:hAnsi="Arial"/>
        </w:rPr>
        <w:t xml:space="preserve"> but I think maybe it would have collapsed faster into this like.</w:t>
      </w:r>
    </w:p>
    <w:p w14:paraId="1EECE448" w14:textId="77777777" w:rsidR="005D33EF" w:rsidRDefault="005D33EF">
      <w:pPr>
        <w:spacing w:after="0"/>
      </w:pPr>
    </w:p>
    <w:p w14:paraId="00FE4ECA" w14:textId="77777777" w:rsidR="005D33EF" w:rsidRDefault="006F75CB">
      <w:pPr>
        <w:spacing w:after="0"/>
      </w:pPr>
      <w:r>
        <w:rPr>
          <w:rFonts w:ascii="Arial" w:hAnsi="Arial"/>
          <w:b/>
        </w:rPr>
        <w:t xml:space="preserve">Interviewer E:  </w:t>
      </w:r>
      <w:r>
        <w:rPr>
          <w:rFonts w:ascii="Arial" w:hAnsi="Arial"/>
          <w:color w:val="5D7284"/>
        </w:rPr>
        <w:t>35:16</w:t>
      </w:r>
    </w:p>
    <w:p w14:paraId="37214A70" w14:textId="77777777" w:rsidR="005D33EF" w:rsidRDefault="006F75CB">
      <w:pPr>
        <w:spacing w:after="0"/>
      </w:pPr>
      <w:r>
        <w:rPr>
          <w:rFonts w:ascii="Arial" w:hAnsi="Arial"/>
        </w:rPr>
        <w:t xml:space="preserve"> The dye dispersing out and stuff. Okay, what do you think would happen if I stopped it.</w:t>
      </w:r>
    </w:p>
    <w:p w14:paraId="1331873A" w14:textId="77777777" w:rsidR="005D33EF" w:rsidRDefault="005D33EF">
      <w:pPr>
        <w:spacing w:after="0"/>
      </w:pPr>
    </w:p>
    <w:p w14:paraId="6E1D8785" w14:textId="77777777" w:rsidR="005D33EF" w:rsidRDefault="006F75CB">
      <w:pPr>
        <w:spacing w:after="0"/>
      </w:pPr>
      <w:r>
        <w:rPr>
          <w:rFonts w:ascii="Arial" w:hAnsi="Arial"/>
          <w:b/>
        </w:rPr>
        <w:t xml:space="preserve">Participant #15:  </w:t>
      </w:r>
      <w:r>
        <w:rPr>
          <w:rFonts w:ascii="Arial" w:hAnsi="Arial"/>
          <w:color w:val="5D7284"/>
        </w:rPr>
        <w:t>35:23</w:t>
      </w:r>
    </w:p>
    <w:p w14:paraId="7DE4F625" w14:textId="52653FE1" w:rsidR="005D33EF" w:rsidRDefault="006F75CB">
      <w:pPr>
        <w:spacing w:after="0"/>
      </w:pPr>
      <w:r>
        <w:rPr>
          <w:rFonts w:ascii="Arial" w:hAnsi="Arial"/>
        </w:rPr>
        <w:t xml:space="preserve">If you stop it completely </w:t>
      </w:r>
      <w:r w:rsidR="003529F6">
        <w:rPr>
          <w:rFonts w:ascii="Arial" w:hAnsi="Arial"/>
        </w:rPr>
        <w:t>now,</w:t>
      </w:r>
      <w:r>
        <w:rPr>
          <w:rFonts w:ascii="Arial" w:hAnsi="Arial"/>
        </w:rPr>
        <w:t xml:space="preserve"> I think it would eventually turn into something like this where it just all kind of mixes together.</w:t>
      </w:r>
    </w:p>
    <w:p w14:paraId="53C3DACF" w14:textId="77777777" w:rsidR="005D33EF" w:rsidRDefault="005D33EF">
      <w:pPr>
        <w:spacing w:after="0"/>
      </w:pPr>
    </w:p>
    <w:p w14:paraId="1BAE0A4C" w14:textId="77777777" w:rsidR="005D33EF" w:rsidRDefault="006F75CB">
      <w:pPr>
        <w:spacing w:after="0"/>
      </w:pPr>
      <w:r>
        <w:rPr>
          <w:rFonts w:ascii="Arial" w:hAnsi="Arial"/>
          <w:b/>
        </w:rPr>
        <w:t xml:space="preserve">Interviewer E:  </w:t>
      </w:r>
      <w:r>
        <w:rPr>
          <w:rFonts w:ascii="Arial" w:hAnsi="Arial"/>
          <w:color w:val="5D7284"/>
        </w:rPr>
        <w:t>35:31</w:t>
      </w:r>
    </w:p>
    <w:p w14:paraId="7ECDC9F1" w14:textId="1C5A694F" w:rsidR="005D33EF" w:rsidRDefault="003529F6">
      <w:pPr>
        <w:spacing w:after="0"/>
      </w:pPr>
      <w:r>
        <w:rPr>
          <w:rFonts w:ascii="Arial" w:hAnsi="Arial"/>
        </w:rPr>
        <w:t>So, you think it would eventually be that what do you think will happen when I immediately stop it?</w:t>
      </w:r>
    </w:p>
    <w:p w14:paraId="37C91591" w14:textId="77777777" w:rsidR="005D33EF" w:rsidRDefault="005D33EF">
      <w:pPr>
        <w:spacing w:after="0"/>
      </w:pPr>
    </w:p>
    <w:p w14:paraId="384D2E9F" w14:textId="77777777" w:rsidR="005D33EF" w:rsidRDefault="006F75CB">
      <w:pPr>
        <w:spacing w:after="0"/>
      </w:pPr>
      <w:r>
        <w:rPr>
          <w:rFonts w:ascii="Arial" w:hAnsi="Arial"/>
          <w:b/>
        </w:rPr>
        <w:t xml:space="preserve">Participant #15:  </w:t>
      </w:r>
      <w:r>
        <w:rPr>
          <w:rFonts w:ascii="Arial" w:hAnsi="Arial"/>
          <w:color w:val="5D7284"/>
        </w:rPr>
        <w:t>35:35</w:t>
      </w:r>
    </w:p>
    <w:p w14:paraId="04026687" w14:textId="77777777" w:rsidR="005D33EF" w:rsidRDefault="006F75CB">
      <w:pPr>
        <w:spacing w:after="0"/>
      </w:pPr>
      <w:r>
        <w:rPr>
          <w:rFonts w:ascii="Arial" w:hAnsi="Arial"/>
        </w:rPr>
        <w:t>Oh, well I think that immediately stop it. Maybe it would be a quicker mixing because it's like at an abrupt stop so it would like mix a little quicker versus this one is very still nothing is happening so it just did it on it's like its own mixing time.</w:t>
      </w:r>
    </w:p>
    <w:p w14:paraId="6B23F792" w14:textId="77777777" w:rsidR="005D33EF" w:rsidRDefault="005D33EF">
      <w:pPr>
        <w:spacing w:after="0"/>
      </w:pPr>
    </w:p>
    <w:p w14:paraId="5DDD9486" w14:textId="77777777" w:rsidR="005D33EF" w:rsidRDefault="006F75CB">
      <w:pPr>
        <w:spacing w:after="0"/>
      </w:pPr>
      <w:r>
        <w:rPr>
          <w:rFonts w:ascii="Arial" w:hAnsi="Arial"/>
          <w:b/>
        </w:rPr>
        <w:t xml:space="preserve">Interviewer E:  </w:t>
      </w:r>
      <w:r>
        <w:rPr>
          <w:rFonts w:ascii="Arial" w:hAnsi="Arial"/>
          <w:color w:val="5D7284"/>
        </w:rPr>
        <w:t>35:53</w:t>
      </w:r>
    </w:p>
    <w:p w14:paraId="1897B585" w14:textId="2082F442" w:rsidR="005D33EF" w:rsidRDefault="006F75CB">
      <w:pPr>
        <w:spacing w:after="0"/>
      </w:pPr>
      <w:r>
        <w:rPr>
          <w:rFonts w:ascii="Arial" w:hAnsi="Arial"/>
        </w:rPr>
        <w:t xml:space="preserve">We're gonna do that a I am going to add a little bit more potassium </w:t>
      </w:r>
      <w:r w:rsidR="003529F6">
        <w:rPr>
          <w:rFonts w:ascii="Arial" w:hAnsi="Arial"/>
        </w:rPr>
        <w:t>permanganate</w:t>
      </w:r>
      <w:r>
        <w:rPr>
          <w:rFonts w:ascii="Arial" w:hAnsi="Arial"/>
        </w:rPr>
        <w:t>, so you can see it, in all its glory. Okay, excuse me all right.</w:t>
      </w:r>
    </w:p>
    <w:p w14:paraId="0F1B64D2" w14:textId="77777777" w:rsidR="005D33EF" w:rsidRDefault="005D33EF">
      <w:pPr>
        <w:spacing w:after="0"/>
      </w:pPr>
    </w:p>
    <w:p w14:paraId="28F773EE" w14:textId="77777777" w:rsidR="005D33EF" w:rsidRDefault="006F75CB">
      <w:pPr>
        <w:spacing w:after="0"/>
      </w:pPr>
      <w:r>
        <w:rPr>
          <w:rFonts w:ascii="Arial" w:hAnsi="Arial"/>
          <w:b/>
        </w:rPr>
        <w:t xml:space="preserve">Participant #15:  </w:t>
      </w:r>
      <w:r>
        <w:rPr>
          <w:rFonts w:ascii="Arial" w:hAnsi="Arial"/>
          <w:color w:val="5D7284"/>
        </w:rPr>
        <w:t>36:16</w:t>
      </w:r>
    </w:p>
    <w:p w14:paraId="3827284F" w14:textId="53A0F626" w:rsidR="005D33EF" w:rsidRDefault="006F75CB">
      <w:pPr>
        <w:spacing w:after="0"/>
      </w:pPr>
      <w:r>
        <w:rPr>
          <w:rFonts w:ascii="Arial" w:hAnsi="Arial"/>
        </w:rPr>
        <w:t xml:space="preserve">The Whirlpool whatever so it was moving the whole time but I </w:t>
      </w:r>
      <w:r w:rsidR="003529F6">
        <w:rPr>
          <w:rFonts w:ascii="Arial" w:hAnsi="Arial"/>
        </w:rPr>
        <w:t>couldn’t</w:t>
      </w:r>
      <w:r>
        <w:rPr>
          <w:rFonts w:ascii="Arial" w:hAnsi="Arial"/>
        </w:rPr>
        <w:t xml:space="preserve"> see moving.</w:t>
      </w:r>
    </w:p>
    <w:p w14:paraId="5142370A" w14:textId="77777777" w:rsidR="005D33EF" w:rsidRDefault="005D33EF">
      <w:pPr>
        <w:spacing w:after="0"/>
      </w:pPr>
    </w:p>
    <w:p w14:paraId="74465A63" w14:textId="77777777" w:rsidR="005D33EF" w:rsidRDefault="006F75CB">
      <w:pPr>
        <w:spacing w:after="0"/>
      </w:pPr>
      <w:r>
        <w:rPr>
          <w:rFonts w:ascii="Arial" w:hAnsi="Arial"/>
          <w:b/>
        </w:rPr>
        <w:t xml:space="preserve">Outsider:  </w:t>
      </w:r>
      <w:r>
        <w:rPr>
          <w:rFonts w:ascii="Arial" w:hAnsi="Arial"/>
          <w:color w:val="5D7284"/>
        </w:rPr>
        <w:t>36:31</w:t>
      </w:r>
    </w:p>
    <w:p w14:paraId="4A068D69" w14:textId="1C379754" w:rsidR="005D33EF" w:rsidRDefault="003529F6">
      <w:pPr>
        <w:spacing w:after="0"/>
      </w:pPr>
      <w:r>
        <w:rPr>
          <w:rFonts w:ascii="Arial" w:hAnsi="Arial"/>
        </w:rPr>
        <w:t>Right, this would be your, R square is the radius the radius.</w:t>
      </w:r>
    </w:p>
    <w:p w14:paraId="786BE250" w14:textId="77777777" w:rsidR="005D33EF" w:rsidRDefault="005D33EF">
      <w:pPr>
        <w:spacing w:after="0"/>
      </w:pPr>
    </w:p>
    <w:p w14:paraId="5DD609DA" w14:textId="77777777" w:rsidR="005D33EF" w:rsidRDefault="006F75CB">
      <w:pPr>
        <w:spacing w:after="0"/>
      </w:pPr>
      <w:r>
        <w:rPr>
          <w:rFonts w:ascii="Arial" w:hAnsi="Arial"/>
          <w:b/>
        </w:rPr>
        <w:t xml:space="preserve">Interviewer E:  </w:t>
      </w:r>
      <w:r>
        <w:rPr>
          <w:rFonts w:ascii="Arial" w:hAnsi="Arial"/>
          <w:color w:val="5D7284"/>
        </w:rPr>
        <w:t>36:59</w:t>
      </w:r>
    </w:p>
    <w:p w14:paraId="7744D485" w14:textId="77777777" w:rsidR="005D33EF" w:rsidRDefault="006F75CB">
      <w:pPr>
        <w:spacing w:after="0"/>
      </w:pPr>
      <w:r>
        <w:rPr>
          <w:rFonts w:ascii="Arial" w:hAnsi="Arial"/>
        </w:rPr>
        <w:t>So do you think it's even just a little bit similar to what you had initially drawn where you said it will kind of go towards the center a bit.</w:t>
      </w:r>
    </w:p>
    <w:p w14:paraId="2699FAD6" w14:textId="77777777" w:rsidR="005D33EF" w:rsidRDefault="005D33EF">
      <w:pPr>
        <w:spacing w:after="0"/>
      </w:pPr>
    </w:p>
    <w:p w14:paraId="7C38BBA1" w14:textId="77777777" w:rsidR="005D33EF" w:rsidRDefault="006F75CB">
      <w:pPr>
        <w:spacing w:after="0"/>
      </w:pPr>
      <w:r>
        <w:rPr>
          <w:rFonts w:ascii="Arial" w:hAnsi="Arial"/>
          <w:b/>
        </w:rPr>
        <w:t xml:space="preserve">Participant #15:  </w:t>
      </w:r>
      <w:r>
        <w:rPr>
          <w:rFonts w:ascii="Arial" w:hAnsi="Arial"/>
          <w:color w:val="5D7284"/>
        </w:rPr>
        <w:t>37:07</w:t>
      </w:r>
    </w:p>
    <w:p w14:paraId="2783122A" w14:textId="77777777" w:rsidR="005D33EF" w:rsidRDefault="006F75CB">
      <w:pPr>
        <w:spacing w:after="0"/>
      </w:pPr>
      <w:r>
        <w:rPr>
          <w:rFonts w:ascii="Arial" w:hAnsi="Arial"/>
        </w:rPr>
        <w:t>Um, yeah, a little bit a little bit. Now I think the water was moving but maybe the other way and then this thing was moving this way.</w:t>
      </w:r>
    </w:p>
    <w:p w14:paraId="6A5CA6B4" w14:textId="77777777" w:rsidR="005D33EF" w:rsidRDefault="005D33EF">
      <w:pPr>
        <w:spacing w:after="0"/>
      </w:pPr>
    </w:p>
    <w:p w14:paraId="7F74323C" w14:textId="77777777" w:rsidR="005D33EF" w:rsidRDefault="006F75CB">
      <w:pPr>
        <w:spacing w:after="0"/>
      </w:pPr>
      <w:r>
        <w:rPr>
          <w:rFonts w:ascii="Arial" w:hAnsi="Arial"/>
          <w:b/>
        </w:rPr>
        <w:t xml:space="preserve">Interviewer P:  </w:t>
      </w:r>
      <w:r>
        <w:rPr>
          <w:rFonts w:ascii="Arial" w:hAnsi="Arial"/>
          <w:color w:val="5D7284"/>
        </w:rPr>
        <w:t>37:16</w:t>
      </w:r>
    </w:p>
    <w:p w14:paraId="27B828C0" w14:textId="77777777" w:rsidR="005D33EF" w:rsidRDefault="006F75CB">
      <w:pPr>
        <w:spacing w:after="0"/>
      </w:pPr>
      <w:r>
        <w:rPr>
          <w:rFonts w:ascii="Arial" w:hAnsi="Arial"/>
        </w:rPr>
        <w:t>So, it's moving in the direction opposite either way?</w:t>
      </w:r>
    </w:p>
    <w:p w14:paraId="5F001874" w14:textId="77777777" w:rsidR="005D33EF" w:rsidRDefault="005D33EF">
      <w:pPr>
        <w:spacing w:after="0"/>
      </w:pPr>
    </w:p>
    <w:p w14:paraId="21B6F7A7" w14:textId="77777777" w:rsidR="005D33EF" w:rsidRDefault="006F75CB">
      <w:pPr>
        <w:spacing w:after="0"/>
      </w:pPr>
      <w:r>
        <w:rPr>
          <w:rFonts w:ascii="Arial" w:hAnsi="Arial"/>
          <w:b/>
        </w:rPr>
        <w:t xml:space="preserve">Participant #15:  </w:t>
      </w:r>
      <w:r>
        <w:rPr>
          <w:rFonts w:ascii="Arial" w:hAnsi="Arial"/>
          <w:color w:val="5D7284"/>
        </w:rPr>
        <w:t>37:18</w:t>
      </w:r>
    </w:p>
    <w:p w14:paraId="03478F86" w14:textId="640C53B9" w:rsidR="005D33EF" w:rsidRDefault="006F75CB">
      <w:pPr>
        <w:spacing w:after="0"/>
      </w:pPr>
      <w:r>
        <w:rPr>
          <w:rFonts w:ascii="Arial" w:hAnsi="Arial"/>
        </w:rPr>
        <w:t xml:space="preserve">I think so. </w:t>
      </w:r>
      <w:r w:rsidR="003529F6">
        <w:rPr>
          <w:rFonts w:ascii="Arial" w:hAnsi="Arial"/>
        </w:rPr>
        <w:t>So,</w:t>
      </w:r>
      <w:r>
        <w:rPr>
          <w:rFonts w:ascii="Arial" w:hAnsi="Arial"/>
        </w:rPr>
        <w:t xml:space="preserve"> then it made it look still.</w:t>
      </w:r>
    </w:p>
    <w:p w14:paraId="6B59B097" w14:textId="77777777" w:rsidR="005D33EF" w:rsidRDefault="005D33EF">
      <w:pPr>
        <w:spacing w:after="0"/>
      </w:pPr>
    </w:p>
    <w:p w14:paraId="6AD87170" w14:textId="77777777" w:rsidR="005D33EF" w:rsidRDefault="006F75CB">
      <w:pPr>
        <w:spacing w:after="0"/>
      </w:pPr>
      <w:r>
        <w:rPr>
          <w:rFonts w:ascii="Arial" w:hAnsi="Arial"/>
          <w:b/>
        </w:rPr>
        <w:t xml:space="preserve">Interviewer E:  </w:t>
      </w:r>
      <w:r>
        <w:rPr>
          <w:rFonts w:ascii="Arial" w:hAnsi="Arial"/>
          <w:color w:val="5D7284"/>
        </w:rPr>
        <w:t>37:22</w:t>
      </w:r>
    </w:p>
    <w:p w14:paraId="0C84CBB4" w14:textId="77777777" w:rsidR="005D33EF" w:rsidRDefault="006F75CB">
      <w:pPr>
        <w:spacing w:after="0"/>
      </w:pPr>
      <w:r>
        <w:rPr>
          <w:rFonts w:ascii="Arial" w:hAnsi="Arial"/>
        </w:rPr>
        <w:t>Like an optical illusion or something</w:t>
      </w:r>
    </w:p>
    <w:p w14:paraId="5D876F29" w14:textId="77777777" w:rsidR="005D33EF" w:rsidRDefault="005D33EF">
      <w:pPr>
        <w:spacing w:after="0"/>
      </w:pPr>
    </w:p>
    <w:p w14:paraId="2FC06FA2" w14:textId="77777777" w:rsidR="005D33EF" w:rsidRDefault="006F75CB">
      <w:pPr>
        <w:spacing w:after="0"/>
      </w:pPr>
      <w:r>
        <w:rPr>
          <w:rFonts w:ascii="Arial" w:hAnsi="Arial"/>
          <w:b/>
        </w:rPr>
        <w:t xml:space="preserve">Participant #15:  </w:t>
      </w:r>
      <w:r>
        <w:rPr>
          <w:rFonts w:ascii="Arial" w:hAnsi="Arial"/>
          <w:color w:val="5D7284"/>
        </w:rPr>
        <w:t>37:25</w:t>
      </w:r>
    </w:p>
    <w:p w14:paraId="0487575F" w14:textId="77777777" w:rsidR="005D33EF" w:rsidRDefault="006F75CB">
      <w:pPr>
        <w:spacing w:after="0"/>
      </w:pPr>
      <w:r>
        <w:rPr>
          <w:rFonts w:ascii="Arial" w:hAnsi="Arial"/>
        </w:rPr>
        <w:t>That's what I'm thinking and then I think when you stop it, then it like went the other way reverse itself went into like a whirlpool like this.</w:t>
      </w:r>
    </w:p>
    <w:p w14:paraId="572F8FDB" w14:textId="77777777" w:rsidR="005D33EF" w:rsidRDefault="005D33EF">
      <w:pPr>
        <w:spacing w:after="0"/>
      </w:pPr>
    </w:p>
    <w:p w14:paraId="56AEB52D" w14:textId="77777777" w:rsidR="005D33EF" w:rsidRDefault="006F75CB">
      <w:pPr>
        <w:spacing w:after="0"/>
      </w:pPr>
      <w:r>
        <w:rPr>
          <w:rFonts w:ascii="Arial" w:hAnsi="Arial"/>
          <w:b/>
        </w:rPr>
        <w:t xml:space="preserve">Interviewer E:  </w:t>
      </w:r>
      <w:r>
        <w:rPr>
          <w:rFonts w:ascii="Arial" w:hAnsi="Arial"/>
          <w:color w:val="5D7284"/>
        </w:rPr>
        <w:t>37:37</w:t>
      </w:r>
    </w:p>
    <w:p w14:paraId="0769596A" w14:textId="52B47739" w:rsidR="005D33EF" w:rsidRDefault="006F75CB">
      <w:pPr>
        <w:spacing w:after="0"/>
      </w:pPr>
      <w:r>
        <w:rPr>
          <w:rFonts w:ascii="Arial" w:hAnsi="Arial"/>
        </w:rPr>
        <w:t xml:space="preserve">Okay, you know, we have more turntable </w:t>
      </w:r>
      <w:r w:rsidR="003529F6">
        <w:rPr>
          <w:rFonts w:ascii="Arial" w:hAnsi="Arial"/>
        </w:rPr>
        <w:t>stuff. Okay</w:t>
      </w:r>
      <w:r>
        <w:rPr>
          <w:rFonts w:ascii="Arial" w:hAnsi="Arial"/>
        </w:rPr>
        <w:t xml:space="preserve">, now, here's the Lazy Susan. A little motor wheel on it, that Dr. McNeal so </w:t>
      </w:r>
      <w:r w:rsidR="003529F6">
        <w:rPr>
          <w:rFonts w:ascii="Arial" w:hAnsi="Arial"/>
        </w:rPr>
        <w:t>graciously</w:t>
      </w:r>
      <w:r>
        <w:rPr>
          <w:rFonts w:ascii="Arial" w:hAnsi="Arial"/>
        </w:rPr>
        <w:t xml:space="preserve"> put </w:t>
      </w:r>
      <w:r w:rsidR="003529F6">
        <w:rPr>
          <w:rFonts w:ascii="Arial" w:hAnsi="Arial"/>
        </w:rPr>
        <w:t>together. There</w:t>
      </w:r>
      <w:r>
        <w:rPr>
          <w:rFonts w:ascii="Arial" w:hAnsi="Arial"/>
        </w:rPr>
        <w:t xml:space="preserve"> we go. Okay, this oh, this is Jell-O. tasteless, colorless Jell-O.</w:t>
      </w:r>
    </w:p>
    <w:p w14:paraId="6F97F7B8" w14:textId="77777777" w:rsidR="005D33EF" w:rsidRDefault="005D33EF">
      <w:pPr>
        <w:spacing w:after="0"/>
      </w:pPr>
    </w:p>
    <w:p w14:paraId="3407413C" w14:textId="77777777" w:rsidR="005D33EF" w:rsidRDefault="006F75CB">
      <w:pPr>
        <w:spacing w:after="0"/>
      </w:pPr>
      <w:r>
        <w:rPr>
          <w:rFonts w:ascii="Arial" w:hAnsi="Arial"/>
          <w:b/>
        </w:rPr>
        <w:t xml:space="preserve">Interviewer P:  </w:t>
      </w:r>
      <w:r>
        <w:rPr>
          <w:rFonts w:ascii="Arial" w:hAnsi="Arial"/>
          <w:color w:val="5D7284"/>
        </w:rPr>
        <w:t>38:18</w:t>
      </w:r>
    </w:p>
    <w:p w14:paraId="155E6A26" w14:textId="77777777" w:rsidR="005D33EF" w:rsidRDefault="006F75CB">
      <w:pPr>
        <w:spacing w:after="0"/>
      </w:pPr>
      <w:r>
        <w:rPr>
          <w:rFonts w:ascii="Arial" w:hAnsi="Arial"/>
        </w:rPr>
        <w:t>That's seen better days.</w:t>
      </w:r>
    </w:p>
    <w:p w14:paraId="621AF4FE" w14:textId="77777777" w:rsidR="005D33EF" w:rsidRDefault="005D33EF">
      <w:pPr>
        <w:spacing w:after="0"/>
      </w:pPr>
    </w:p>
    <w:p w14:paraId="3F358F29" w14:textId="77777777" w:rsidR="005D33EF" w:rsidRDefault="006F75CB">
      <w:pPr>
        <w:spacing w:after="0"/>
      </w:pPr>
      <w:r>
        <w:rPr>
          <w:rFonts w:ascii="Arial" w:hAnsi="Arial"/>
          <w:b/>
        </w:rPr>
        <w:t xml:space="preserve">Interviewer E:  </w:t>
      </w:r>
      <w:r>
        <w:rPr>
          <w:rFonts w:ascii="Arial" w:hAnsi="Arial"/>
          <w:color w:val="5D7284"/>
        </w:rPr>
        <w:t>38:20</w:t>
      </w:r>
    </w:p>
    <w:p w14:paraId="04C1FE66" w14:textId="5083F13D" w:rsidR="005D33EF" w:rsidRDefault="006F75CB">
      <w:pPr>
        <w:spacing w:after="0"/>
      </w:pPr>
      <w:r>
        <w:rPr>
          <w:rFonts w:ascii="Arial" w:hAnsi="Arial"/>
        </w:rPr>
        <w:t xml:space="preserve">Looks like some potassium </w:t>
      </w:r>
      <w:r w:rsidR="003529F6">
        <w:rPr>
          <w:rFonts w:ascii="Arial" w:hAnsi="Arial"/>
        </w:rPr>
        <w:t>permanganate</w:t>
      </w:r>
      <w:r>
        <w:rPr>
          <w:rFonts w:ascii="Arial" w:hAnsi="Arial"/>
        </w:rPr>
        <w:t xml:space="preserve"> feel in it.</w:t>
      </w:r>
    </w:p>
    <w:p w14:paraId="2149551D" w14:textId="77777777" w:rsidR="005D33EF" w:rsidRDefault="005D33EF">
      <w:pPr>
        <w:spacing w:after="0"/>
      </w:pPr>
    </w:p>
    <w:p w14:paraId="15530D02" w14:textId="77777777" w:rsidR="005D33EF" w:rsidRDefault="006F75CB">
      <w:pPr>
        <w:spacing w:after="0"/>
      </w:pPr>
      <w:r>
        <w:rPr>
          <w:rFonts w:ascii="Arial" w:hAnsi="Arial"/>
          <w:b/>
        </w:rPr>
        <w:t xml:space="preserve">Interviewer P:  </w:t>
      </w:r>
      <w:r>
        <w:rPr>
          <w:rFonts w:ascii="Arial" w:hAnsi="Arial"/>
          <w:color w:val="5D7284"/>
        </w:rPr>
        <w:t>38:26</w:t>
      </w:r>
    </w:p>
    <w:p w14:paraId="2E26C68A" w14:textId="77777777" w:rsidR="005D33EF" w:rsidRDefault="006F75CB">
      <w:pPr>
        <w:spacing w:after="0"/>
      </w:pPr>
      <w:r>
        <w:rPr>
          <w:rFonts w:ascii="Arial" w:hAnsi="Arial"/>
        </w:rPr>
        <w:t>What do you think it'll do when it starts to rotate?</w:t>
      </w:r>
    </w:p>
    <w:p w14:paraId="209B7A8B" w14:textId="77777777" w:rsidR="005D33EF" w:rsidRDefault="005D33EF">
      <w:pPr>
        <w:spacing w:after="0"/>
      </w:pPr>
    </w:p>
    <w:p w14:paraId="07B8FB3E" w14:textId="77777777" w:rsidR="005D33EF" w:rsidRDefault="006F75CB">
      <w:pPr>
        <w:spacing w:after="0"/>
      </w:pPr>
      <w:r>
        <w:rPr>
          <w:rFonts w:ascii="Arial" w:hAnsi="Arial"/>
          <w:b/>
        </w:rPr>
        <w:t xml:space="preserve">Participant #15:  </w:t>
      </w:r>
      <w:r>
        <w:rPr>
          <w:rFonts w:ascii="Arial" w:hAnsi="Arial"/>
          <w:color w:val="5D7284"/>
        </w:rPr>
        <w:t>38:33</w:t>
      </w:r>
    </w:p>
    <w:p w14:paraId="5E8B3DB5" w14:textId="77777777" w:rsidR="005D33EF" w:rsidRDefault="006F75CB">
      <w:pPr>
        <w:spacing w:after="0"/>
      </w:pPr>
      <w:r>
        <w:rPr>
          <w:rFonts w:ascii="Arial" w:hAnsi="Arial"/>
        </w:rPr>
        <w:t>I think it will do nothing because it's like a semi solid thing. I don't think it will move.</w:t>
      </w:r>
    </w:p>
    <w:p w14:paraId="1ECB2DD6" w14:textId="77777777" w:rsidR="005D33EF" w:rsidRDefault="005D33EF">
      <w:pPr>
        <w:spacing w:after="0"/>
      </w:pPr>
    </w:p>
    <w:p w14:paraId="73AA1F7D" w14:textId="77777777" w:rsidR="005D33EF" w:rsidRDefault="006F75CB">
      <w:pPr>
        <w:spacing w:after="0"/>
      </w:pPr>
      <w:r>
        <w:rPr>
          <w:rFonts w:ascii="Arial" w:hAnsi="Arial"/>
          <w:b/>
        </w:rPr>
        <w:t xml:space="preserve">Interviewer E:  </w:t>
      </w:r>
      <w:r>
        <w:rPr>
          <w:rFonts w:ascii="Arial" w:hAnsi="Arial"/>
          <w:color w:val="5D7284"/>
        </w:rPr>
        <w:t>38:39</w:t>
      </w:r>
    </w:p>
    <w:p w14:paraId="6086F9D1" w14:textId="77777777" w:rsidR="005D33EF" w:rsidRDefault="006F75CB">
      <w:pPr>
        <w:spacing w:after="0"/>
      </w:pPr>
      <w:r>
        <w:rPr>
          <w:rFonts w:ascii="Arial" w:hAnsi="Arial"/>
        </w:rPr>
        <w:lastRenderedPageBreak/>
        <w:t>Right, I'd say you're pretty right on. Alright, so I have these little BBs, like BBs for a BB gun. They obviously don't go anywhere. They're just too lightweight. But let's say we had another scenario where we took these beads, we heat them up like, and they got really, really hot, right? I mean, they were red. And they were heavy, right? And I put it here and it went all the way through the Jell-O. Now if the Jell-O was still spinning, like how it is, as it was going down, it would be like a trail. What do you think that trail would look like?</w:t>
      </w:r>
    </w:p>
    <w:p w14:paraId="352AA70F" w14:textId="77777777" w:rsidR="005D33EF" w:rsidRDefault="005D33EF">
      <w:pPr>
        <w:spacing w:after="0"/>
      </w:pPr>
    </w:p>
    <w:p w14:paraId="4057C603" w14:textId="77777777" w:rsidR="005D33EF" w:rsidRDefault="006F75CB">
      <w:pPr>
        <w:spacing w:after="0"/>
      </w:pPr>
      <w:r>
        <w:rPr>
          <w:rFonts w:ascii="Arial" w:hAnsi="Arial"/>
          <w:b/>
        </w:rPr>
        <w:t xml:space="preserve">Participant #15:  </w:t>
      </w:r>
      <w:r>
        <w:rPr>
          <w:rFonts w:ascii="Arial" w:hAnsi="Arial"/>
          <w:color w:val="5D7284"/>
        </w:rPr>
        <w:t>39:35</w:t>
      </w:r>
    </w:p>
    <w:p w14:paraId="02543996" w14:textId="77777777" w:rsidR="005D33EF" w:rsidRDefault="006F75CB">
      <w:pPr>
        <w:spacing w:after="0"/>
      </w:pPr>
      <w:r>
        <w:rPr>
          <w:rFonts w:ascii="Arial" w:hAnsi="Arial"/>
        </w:rPr>
        <w:t>I wanted to say straight. Now that you set it like that, thinking it's gonna do something, maybe going this way with some sort of like curving, trail to the bottom... Since it's spinning this way, maybe the trail will kind of follow that curve and not go straight down, but kind of in that pattern.</w:t>
      </w:r>
    </w:p>
    <w:p w14:paraId="7431D075" w14:textId="77777777" w:rsidR="005D33EF" w:rsidRDefault="005D33EF">
      <w:pPr>
        <w:spacing w:after="0"/>
      </w:pPr>
    </w:p>
    <w:p w14:paraId="361715B6" w14:textId="77777777" w:rsidR="005D33EF" w:rsidRDefault="006F75CB">
      <w:pPr>
        <w:spacing w:after="0"/>
      </w:pPr>
      <w:r>
        <w:rPr>
          <w:rFonts w:ascii="Arial" w:hAnsi="Arial"/>
          <w:b/>
        </w:rPr>
        <w:t xml:space="preserve">Interviewer E:  </w:t>
      </w:r>
      <w:r>
        <w:rPr>
          <w:rFonts w:ascii="Arial" w:hAnsi="Arial"/>
          <w:color w:val="5D7284"/>
        </w:rPr>
        <w:t>40:05</w:t>
      </w:r>
    </w:p>
    <w:p w14:paraId="2EA8C59A" w14:textId="77777777" w:rsidR="005D33EF" w:rsidRDefault="006F75CB">
      <w:pPr>
        <w:spacing w:after="0"/>
      </w:pPr>
      <w:r>
        <w:rPr>
          <w:rFonts w:ascii="Arial" w:hAnsi="Arial"/>
        </w:rPr>
        <w:t>Curved lines like that and you think you would just keep going until like hit the side or would just go?</w:t>
      </w:r>
    </w:p>
    <w:p w14:paraId="1BB180A9" w14:textId="77777777" w:rsidR="005D33EF" w:rsidRDefault="005D33EF">
      <w:pPr>
        <w:spacing w:after="0"/>
      </w:pPr>
    </w:p>
    <w:p w14:paraId="03A19376" w14:textId="77777777" w:rsidR="005D33EF" w:rsidRDefault="006F75CB">
      <w:pPr>
        <w:spacing w:after="0"/>
      </w:pPr>
      <w:r>
        <w:rPr>
          <w:rFonts w:ascii="Arial" w:hAnsi="Arial"/>
          <w:b/>
        </w:rPr>
        <w:t xml:space="preserve">Participant #15:  </w:t>
      </w:r>
      <w:r>
        <w:rPr>
          <w:rFonts w:ascii="Arial" w:hAnsi="Arial"/>
          <w:color w:val="5D7284"/>
        </w:rPr>
        <w:t>40:13</w:t>
      </w:r>
    </w:p>
    <w:p w14:paraId="68A2D4F4" w14:textId="3B919C1A" w:rsidR="005D33EF" w:rsidRDefault="006F75CB">
      <w:pPr>
        <w:spacing w:after="0"/>
      </w:pPr>
      <w:r>
        <w:rPr>
          <w:rFonts w:ascii="Arial" w:hAnsi="Arial"/>
        </w:rPr>
        <w:t xml:space="preserve">I think it was, I think it would hit the </w:t>
      </w:r>
      <w:r w:rsidR="003529F6">
        <w:rPr>
          <w:rFonts w:ascii="Arial" w:hAnsi="Arial"/>
        </w:rPr>
        <w:t>bottom,</w:t>
      </w:r>
      <w:r>
        <w:rPr>
          <w:rFonts w:ascii="Arial" w:hAnsi="Arial"/>
        </w:rPr>
        <w:t xml:space="preserve"> right? It might not hit the side, but maybe get close to it.</w:t>
      </w:r>
    </w:p>
    <w:p w14:paraId="49D09298" w14:textId="77777777" w:rsidR="005D33EF" w:rsidRDefault="005D33EF">
      <w:pPr>
        <w:spacing w:after="0"/>
      </w:pPr>
    </w:p>
    <w:p w14:paraId="6194B805" w14:textId="77777777" w:rsidR="005D33EF" w:rsidRDefault="006F75CB">
      <w:pPr>
        <w:spacing w:after="0"/>
      </w:pPr>
      <w:r>
        <w:rPr>
          <w:rFonts w:ascii="Arial" w:hAnsi="Arial"/>
          <w:b/>
        </w:rPr>
        <w:t xml:space="preserve">Interviewer E:  </w:t>
      </w:r>
      <w:r>
        <w:rPr>
          <w:rFonts w:ascii="Arial" w:hAnsi="Arial"/>
          <w:color w:val="5D7284"/>
        </w:rPr>
        <w:t>40:24</w:t>
      </w:r>
    </w:p>
    <w:p w14:paraId="216479C0" w14:textId="0BD9FE64" w:rsidR="005D33EF" w:rsidRDefault="006F75CB">
      <w:pPr>
        <w:spacing w:after="0"/>
      </w:pPr>
      <w:r>
        <w:rPr>
          <w:rFonts w:ascii="Arial" w:hAnsi="Arial"/>
        </w:rPr>
        <w:t xml:space="preserve">All right, well, let's do another scenario, right. </w:t>
      </w:r>
      <w:r w:rsidR="003529F6">
        <w:rPr>
          <w:rFonts w:ascii="Arial" w:hAnsi="Arial"/>
        </w:rPr>
        <w:t>So,</w:t>
      </w:r>
      <w:r>
        <w:rPr>
          <w:rFonts w:ascii="Arial" w:hAnsi="Arial"/>
        </w:rPr>
        <w:t xml:space="preserve"> let's say that we have something similar to this. This Lazy Susan, right. And I took like, a cylinder shape, like a record player, but thick like this thick. </w:t>
      </w:r>
      <w:r w:rsidR="003529F6">
        <w:rPr>
          <w:rFonts w:ascii="Arial" w:hAnsi="Arial"/>
        </w:rPr>
        <w:t>So,</w:t>
      </w:r>
      <w:r>
        <w:rPr>
          <w:rFonts w:ascii="Arial" w:hAnsi="Arial"/>
        </w:rPr>
        <w:t xml:space="preserve"> we took record, stacked them together. And it was like all metal, so like a metal cylinder, and I put it on top of here. And that's a tux and let's say we were spinning it, just like how we're spending this, right. And I took some acid, which will obviously eat through some metal, and we dropped it on top. And as the acid ate through the metal, it also left a trail. What do you think that trail would look like?</w:t>
      </w:r>
    </w:p>
    <w:p w14:paraId="269F7DBD" w14:textId="77777777" w:rsidR="005D33EF" w:rsidRDefault="005D33EF">
      <w:pPr>
        <w:spacing w:after="0"/>
      </w:pPr>
    </w:p>
    <w:p w14:paraId="4FA77DF9" w14:textId="77777777" w:rsidR="005D33EF" w:rsidRDefault="006F75CB">
      <w:pPr>
        <w:spacing w:after="0"/>
      </w:pPr>
      <w:r>
        <w:rPr>
          <w:rFonts w:ascii="Arial" w:hAnsi="Arial"/>
          <w:b/>
        </w:rPr>
        <w:t xml:space="preserve">Participant #15:  </w:t>
      </w:r>
      <w:r>
        <w:rPr>
          <w:rFonts w:ascii="Arial" w:hAnsi="Arial"/>
          <w:color w:val="5D7284"/>
        </w:rPr>
        <w:t>41:06</w:t>
      </w:r>
    </w:p>
    <w:p w14:paraId="679889C7" w14:textId="77777777" w:rsidR="005D33EF" w:rsidRDefault="006F75CB">
      <w:pPr>
        <w:spacing w:after="0"/>
      </w:pPr>
      <w:r>
        <w:rPr>
          <w:rFonts w:ascii="Arial" w:hAnsi="Arial"/>
        </w:rPr>
        <w:t>The metal was on top of this Jell-O thing.</w:t>
      </w:r>
    </w:p>
    <w:p w14:paraId="61EA8CB4" w14:textId="77777777" w:rsidR="005D33EF" w:rsidRDefault="005D33EF">
      <w:pPr>
        <w:spacing w:after="0"/>
      </w:pPr>
    </w:p>
    <w:p w14:paraId="7E24C76E" w14:textId="77777777" w:rsidR="005D33EF" w:rsidRDefault="006F75CB">
      <w:pPr>
        <w:spacing w:after="0"/>
      </w:pPr>
      <w:r>
        <w:rPr>
          <w:rFonts w:ascii="Arial" w:hAnsi="Arial"/>
          <w:b/>
        </w:rPr>
        <w:t xml:space="preserve">Interviewer P:  </w:t>
      </w:r>
      <w:r>
        <w:rPr>
          <w:rFonts w:ascii="Arial" w:hAnsi="Arial"/>
          <w:color w:val="5D7284"/>
        </w:rPr>
        <w:t>41:09</w:t>
      </w:r>
    </w:p>
    <w:p w14:paraId="6403B255" w14:textId="77777777" w:rsidR="005D33EF" w:rsidRDefault="006F75CB">
      <w:pPr>
        <w:spacing w:after="0"/>
      </w:pPr>
      <w:r>
        <w:rPr>
          <w:rFonts w:ascii="Arial" w:hAnsi="Arial"/>
        </w:rPr>
        <w:t xml:space="preserve">No, well, no the metal instead of the Jell-O. </w:t>
      </w:r>
    </w:p>
    <w:p w14:paraId="7CDD4BF4" w14:textId="77777777" w:rsidR="005D33EF" w:rsidRDefault="005D33EF">
      <w:pPr>
        <w:spacing w:after="0"/>
      </w:pPr>
    </w:p>
    <w:p w14:paraId="50B7D11E" w14:textId="77777777" w:rsidR="005D33EF" w:rsidRDefault="006F75CB">
      <w:pPr>
        <w:spacing w:after="0"/>
      </w:pPr>
      <w:r>
        <w:rPr>
          <w:rFonts w:ascii="Arial" w:hAnsi="Arial"/>
          <w:b/>
        </w:rPr>
        <w:t xml:space="preserve">Interviewer E:  </w:t>
      </w:r>
      <w:r>
        <w:rPr>
          <w:rFonts w:ascii="Arial" w:hAnsi="Arial"/>
          <w:color w:val="5D7284"/>
        </w:rPr>
        <w:t>41:12</w:t>
      </w:r>
    </w:p>
    <w:p w14:paraId="36DE40F1" w14:textId="77777777" w:rsidR="005D33EF" w:rsidRDefault="006F75CB">
      <w:pPr>
        <w:spacing w:after="0"/>
      </w:pPr>
      <w:r>
        <w:rPr>
          <w:rFonts w:ascii="Arial" w:hAnsi="Arial"/>
        </w:rPr>
        <w:t xml:space="preserve">Yeah. </w:t>
      </w:r>
    </w:p>
    <w:p w14:paraId="076E3D9D" w14:textId="77777777" w:rsidR="005D33EF" w:rsidRDefault="005D33EF">
      <w:pPr>
        <w:spacing w:after="0"/>
      </w:pPr>
    </w:p>
    <w:p w14:paraId="2B3E5E44" w14:textId="77777777" w:rsidR="005D33EF" w:rsidRDefault="006F75CB">
      <w:pPr>
        <w:spacing w:after="0"/>
      </w:pPr>
      <w:r>
        <w:rPr>
          <w:rFonts w:ascii="Arial" w:hAnsi="Arial"/>
          <w:b/>
        </w:rPr>
        <w:t xml:space="preserve">Participant #15:  </w:t>
      </w:r>
      <w:r>
        <w:rPr>
          <w:rFonts w:ascii="Arial" w:hAnsi="Arial"/>
          <w:color w:val="5D7284"/>
        </w:rPr>
        <w:t>41:13</w:t>
      </w:r>
    </w:p>
    <w:p w14:paraId="12B33351" w14:textId="77777777" w:rsidR="005D33EF" w:rsidRDefault="006F75CB">
      <w:pPr>
        <w:spacing w:after="0"/>
      </w:pPr>
      <w:r>
        <w:rPr>
          <w:rFonts w:ascii="Arial" w:hAnsi="Arial"/>
        </w:rPr>
        <w:t>Oh, and you're just dropping acid drops on there.</w:t>
      </w:r>
    </w:p>
    <w:p w14:paraId="7FC47161" w14:textId="77777777" w:rsidR="005D33EF" w:rsidRDefault="005D33EF">
      <w:pPr>
        <w:spacing w:after="0"/>
      </w:pPr>
    </w:p>
    <w:p w14:paraId="2E3E96F7" w14:textId="77777777" w:rsidR="005D33EF" w:rsidRDefault="006F75CB">
      <w:pPr>
        <w:spacing w:after="0"/>
      </w:pPr>
      <w:r>
        <w:rPr>
          <w:rFonts w:ascii="Arial" w:hAnsi="Arial"/>
          <w:b/>
        </w:rPr>
        <w:t xml:space="preserve">Interviewer E:  </w:t>
      </w:r>
      <w:r>
        <w:rPr>
          <w:rFonts w:ascii="Arial" w:hAnsi="Arial"/>
          <w:color w:val="5D7284"/>
        </w:rPr>
        <w:t>41:26</w:t>
      </w:r>
    </w:p>
    <w:p w14:paraId="32325DD2" w14:textId="6CCC1854" w:rsidR="005D33EF" w:rsidRDefault="006F75CB">
      <w:pPr>
        <w:spacing w:after="0"/>
      </w:pPr>
      <w:r>
        <w:rPr>
          <w:rFonts w:ascii="Arial" w:hAnsi="Arial"/>
        </w:rPr>
        <w:t xml:space="preserve">Like our let's say, I put like a few on the </w:t>
      </w:r>
      <w:r w:rsidR="003529F6">
        <w:rPr>
          <w:rFonts w:ascii="Arial" w:hAnsi="Arial"/>
        </w:rPr>
        <w:t>sides,</w:t>
      </w:r>
      <w:r>
        <w:rPr>
          <w:rFonts w:ascii="Arial" w:hAnsi="Arial"/>
        </w:rPr>
        <w:t xml:space="preserve"> and I put a drop in the center.</w:t>
      </w:r>
    </w:p>
    <w:p w14:paraId="5145FDD5" w14:textId="77777777" w:rsidR="005D33EF" w:rsidRDefault="005D33EF">
      <w:pPr>
        <w:spacing w:after="0"/>
      </w:pPr>
    </w:p>
    <w:p w14:paraId="0527A53B" w14:textId="77777777" w:rsidR="005D33EF" w:rsidRDefault="006F75CB">
      <w:pPr>
        <w:spacing w:after="0"/>
      </w:pPr>
      <w:r>
        <w:rPr>
          <w:rFonts w:ascii="Arial" w:hAnsi="Arial"/>
          <w:b/>
        </w:rPr>
        <w:t xml:space="preserve">Participant #15:  </w:t>
      </w:r>
      <w:r>
        <w:rPr>
          <w:rFonts w:ascii="Arial" w:hAnsi="Arial"/>
          <w:color w:val="5D7284"/>
        </w:rPr>
        <w:t>41:33</w:t>
      </w:r>
    </w:p>
    <w:p w14:paraId="5CFA7B89" w14:textId="1CA12FF6" w:rsidR="005D33EF" w:rsidRDefault="006F75CB">
      <w:pPr>
        <w:spacing w:after="0"/>
      </w:pPr>
      <w:r>
        <w:rPr>
          <w:rFonts w:ascii="Arial" w:hAnsi="Arial"/>
        </w:rPr>
        <w:t xml:space="preserve">I want to say it will still go in the same, lemme think. Maybe I'm more exaggerated pattern of going this way. Since the acid is like a liquid versus this was like a little solid ball thing. </w:t>
      </w:r>
      <w:r w:rsidR="003529F6">
        <w:rPr>
          <w:rFonts w:ascii="Arial" w:hAnsi="Arial"/>
        </w:rPr>
        <w:t>So,</w:t>
      </w:r>
      <w:r>
        <w:rPr>
          <w:rFonts w:ascii="Arial" w:hAnsi="Arial"/>
        </w:rPr>
        <w:t xml:space="preserve"> it had more control of </w:t>
      </w:r>
      <w:r>
        <w:rPr>
          <w:rFonts w:ascii="Arial" w:hAnsi="Arial"/>
        </w:rPr>
        <w:lastRenderedPageBreak/>
        <w:t>like, piercing through this versus the acid is more spread out as a liquid maybe would make like a bigger trail but still following this pattern of like, curving.</w:t>
      </w:r>
    </w:p>
    <w:p w14:paraId="10620BF7" w14:textId="77777777" w:rsidR="005D33EF" w:rsidRDefault="005D33EF">
      <w:pPr>
        <w:spacing w:after="0"/>
      </w:pPr>
    </w:p>
    <w:p w14:paraId="1C71CA5D" w14:textId="77777777" w:rsidR="005D33EF" w:rsidRDefault="006F75CB">
      <w:pPr>
        <w:spacing w:after="0"/>
      </w:pPr>
      <w:r>
        <w:rPr>
          <w:rFonts w:ascii="Arial" w:hAnsi="Arial"/>
          <w:b/>
        </w:rPr>
        <w:t xml:space="preserve">Interviewer E:  </w:t>
      </w:r>
      <w:r>
        <w:rPr>
          <w:rFonts w:ascii="Arial" w:hAnsi="Arial"/>
          <w:color w:val="5D7284"/>
        </w:rPr>
        <w:t>42:08</w:t>
      </w:r>
    </w:p>
    <w:p w14:paraId="546D1E23" w14:textId="39658312" w:rsidR="005D33EF" w:rsidRDefault="006F75CB">
      <w:pPr>
        <w:spacing w:after="0"/>
      </w:pPr>
      <w:r>
        <w:rPr>
          <w:rFonts w:ascii="Arial" w:hAnsi="Arial"/>
        </w:rPr>
        <w:t xml:space="preserve">Like curving it. Yeah, of the rotation. </w:t>
      </w:r>
      <w:r w:rsidR="003529F6">
        <w:rPr>
          <w:rFonts w:ascii="Arial" w:hAnsi="Arial"/>
        </w:rPr>
        <w:t>So,</w:t>
      </w:r>
      <w:r>
        <w:rPr>
          <w:rFonts w:ascii="Arial" w:hAnsi="Arial"/>
        </w:rPr>
        <w:t xml:space="preserve"> when like, go like this?</w:t>
      </w:r>
    </w:p>
    <w:p w14:paraId="792A0213" w14:textId="77777777" w:rsidR="005D33EF" w:rsidRDefault="005D33EF">
      <w:pPr>
        <w:spacing w:after="0"/>
      </w:pPr>
    </w:p>
    <w:p w14:paraId="5B9E792E" w14:textId="77777777" w:rsidR="005D33EF" w:rsidRDefault="006F75CB">
      <w:pPr>
        <w:spacing w:after="0"/>
      </w:pPr>
      <w:r>
        <w:rPr>
          <w:rFonts w:ascii="Arial" w:hAnsi="Arial"/>
          <w:b/>
        </w:rPr>
        <w:t xml:space="preserve">Participant #15:  </w:t>
      </w:r>
      <w:r>
        <w:rPr>
          <w:rFonts w:ascii="Arial" w:hAnsi="Arial"/>
          <w:color w:val="5D7284"/>
        </w:rPr>
        <w:t>42:12</w:t>
      </w:r>
    </w:p>
    <w:p w14:paraId="699BB14D" w14:textId="77777777" w:rsidR="005D33EF" w:rsidRDefault="006F75CB">
      <w:pPr>
        <w:spacing w:after="0"/>
      </w:pPr>
      <w:r>
        <w:rPr>
          <w:rFonts w:ascii="Arial" w:hAnsi="Arial"/>
        </w:rPr>
        <w:t>I think so. Yeah.</w:t>
      </w:r>
    </w:p>
    <w:p w14:paraId="14EDBDC7" w14:textId="77777777" w:rsidR="005D33EF" w:rsidRDefault="005D33EF">
      <w:pPr>
        <w:spacing w:after="0"/>
      </w:pPr>
    </w:p>
    <w:p w14:paraId="7F9636DB" w14:textId="77777777" w:rsidR="005D33EF" w:rsidRDefault="006F75CB">
      <w:pPr>
        <w:spacing w:after="0"/>
      </w:pPr>
      <w:r>
        <w:rPr>
          <w:rFonts w:ascii="Arial" w:hAnsi="Arial"/>
          <w:b/>
        </w:rPr>
        <w:t xml:space="preserve">Interviewer E:  </w:t>
      </w:r>
      <w:r>
        <w:rPr>
          <w:rFonts w:ascii="Arial" w:hAnsi="Arial"/>
          <w:color w:val="5D7284"/>
        </w:rPr>
        <w:t>42:13</w:t>
      </w:r>
    </w:p>
    <w:p w14:paraId="40C37F45" w14:textId="77777777" w:rsidR="005D33EF" w:rsidRDefault="006F75CB">
      <w:pPr>
        <w:spacing w:after="0"/>
      </w:pPr>
      <w:r>
        <w:rPr>
          <w:rFonts w:ascii="Arial" w:hAnsi="Arial"/>
        </w:rPr>
        <w:t>Oh ok. All right. Well, and that's for rather it was dropped in the center and the side or dig, it would be any difference in like how it would move.</w:t>
      </w:r>
    </w:p>
    <w:p w14:paraId="26F662BE" w14:textId="77777777" w:rsidR="005D33EF" w:rsidRDefault="005D33EF">
      <w:pPr>
        <w:spacing w:after="0"/>
      </w:pPr>
    </w:p>
    <w:p w14:paraId="5536E358" w14:textId="77777777" w:rsidR="005D33EF" w:rsidRDefault="006F75CB">
      <w:pPr>
        <w:spacing w:after="0"/>
      </w:pPr>
      <w:r>
        <w:rPr>
          <w:rFonts w:ascii="Arial" w:hAnsi="Arial"/>
          <w:b/>
        </w:rPr>
        <w:t xml:space="preserve">Participant #15:  </w:t>
      </w:r>
      <w:r>
        <w:rPr>
          <w:rFonts w:ascii="Arial" w:hAnsi="Arial"/>
          <w:color w:val="5D7284"/>
        </w:rPr>
        <w:t>42:26</w:t>
      </w:r>
    </w:p>
    <w:p w14:paraId="35BC9C62" w14:textId="77777777" w:rsidR="005D33EF" w:rsidRDefault="006F75CB">
      <w:pPr>
        <w:spacing w:after="0"/>
      </w:pPr>
      <w:r>
        <w:rPr>
          <w:rFonts w:ascii="Arial" w:hAnsi="Arial"/>
        </w:rPr>
        <w:t>I think the side maybe would veer off more towards this pattern versus maybe in the middle, there's more, I don't know, just guessing, but I think maybe there's more control or something in the middle, maybe would have more of a straighter path through the metal.</w:t>
      </w:r>
    </w:p>
    <w:p w14:paraId="1FC82748" w14:textId="77777777" w:rsidR="005D33EF" w:rsidRDefault="005D33EF">
      <w:pPr>
        <w:spacing w:after="0"/>
      </w:pPr>
    </w:p>
    <w:p w14:paraId="5C97BA2A" w14:textId="77777777" w:rsidR="005D33EF" w:rsidRDefault="006F75CB">
      <w:pPr>
        <w:spacing w:after="0"/>
      </w:pPr>
      <w:r>
        <w:rPr>
          <w:rFonts w:ascii="Arial" w:hAnsi="Arial"/>
          <w:b/>
        </w:rPr>
        <w:t xml:space="preserve">Interviewer E:  </w:t>
      </w:r>
      <w:r>
        <w:rPr>
          <w:rFonts w:ascii="Arial" w:hAnsi="Arial"/>
          <w:color w:val="5D7284"/>
        </w:rPr>
        <w:t>42:40</w:t>
      </w:r>
    </w:p>
    <w:p w14:paraId="43CDC243" w14:textId="0FFC6962" w:rsidR="005D33EF" w:rsidRDefault="006F75CB">
      <w:pPr>
        <w:spacing w:after="0"/>
      </w:pPr>
      <w:r>
        <w:rPr>
          <w:rFonts w:ascii="Arial" w:hAnsi="Arial"/>
        </w:rPr>
        <w:t xml:space="preserve">Right so, straighter down in the center, and then on the side, it'd be more more exaggerated here. Okay. All right, we have another hypothetical scenario for you. Alright, so let's say that we had like, a little seed, a plant seed, and we buried it and we put it on a spinning table or lazy season as well. And let's say it was just spinning as the as the seed grew to like a little mini </w:t>
      </w:r>
      <w:r w:rsidR="003529F6">
        <w:rPr>
          <w:rFonts w:ascii="Arial" w:hAnsi="Arial"/>
        </w:rPr>
        <w:t>tree,</w:t>
      </w:r>
      <w:r>
        <w:rPr>
          <w:rFonts w:ascii="Arial" w:hAnsi="Arial"/>
        </w:rPr>
        <w:t xml:space="preserve"> right? And in this scenario, there's sunlight has water and everything, right? </w:t>
      </w:r>
      <w:r w:rsidR="003529F6">
        <w:rPr>
          <w:rFonts w:ascii="Arial" w:hAnsi="Arial"/>
        </w:rPr>
        <w:t>So,</w:t>
      </w:r>
      <w:r>
        <w:rPr>
          <w:rFonts w:ascii="Arial" w:hAnsi="Arial"/>
        </w:rPr>
        <w:t xml:space="preserve"> as it's spinning, how do you think the roots of this little seed would grow out?</w:t>
      </w:r>
    </w:p>
    <w:p w14:paraId="47A2587C" w14:textId="77777777" w:rsidR="005D33EF" w:rsidRDefault="005D33EF">
      <w:pPr>
        <w:spacing w:after="0"/>
      </w:pPr>
    </w:p>
    <w:p w14:paraId="3A296636" w14:textId="77777777" w:rsidR="005D33EF" w:rsidRDefault="006F75CB">
      <w:pPr>
        <w:spacing w:after="0"/>
      </w:pPr>
      <w:r>
        <w:rPr>
          <w:rFonts w:ascii="Arial" w:hAnsi="Arial"/>
          <w:b/>
        </w:rPr>
        <w:t xml:space="preserve">Participant #15:  </w:t>
      </w:r>
      <w:r>
        <w:rPr>
          <w:rFonts w:ascii="Arial" w:hAnsi="Arial"/>
          <w:color w:val="5D7284"/>
        </w:rPr>
        <w:t>43:26</w:t>
      </w:r>
    </w:p>
    <w:p w14:paraId="6143054D" w14:textId="77777777" w:rsidR="005D33EF" w:rsidRDefault="006F75CB">
      <w:pPr>
        <w:spacing w:after="0"/>
      </w:pPr>
      <w:r>
        <w:rPr>
          <w:rFonts w:ascii="Arial" w:hAnsi="Arial"/>
        </w:rPr>
        <w:t>Let me think here, there's two, two options I'm thinking I want to say based on the other things I said that it would like spread out to the side of like this pattern spinning. Like maybe just go around the edges and like spin a bit spread out this way. But then I'm also thinking it could mix them up into the middle and they could just be like a middle ball of roots in the middle.</w:t>
      </w:r>
    </w:p>
    <w:p w14:paraId="632F3316" w14:textId="77777777" w:rsidR="005D33EF" w:rsidRDefault="005D33EF">
      <w:pPr>
        <w:spacing w:after="0"/>
      </w:pPr>
    </w:p>
    <w:p w14:paraId="24C7C436" w14:textId="77777777" w:rsidR="005D33EF" w:rsidRDefault="006F75CB">
      <w:pPr>
        <w:spacing w:after="0"/>
      </w:pPr>
      <w:r>
        <w:rPr>
          <w:rFonts w:ascii="Arial" w:hAnsi="Arial"/>
          <w:b/>
        </w:rPr>
        <w:t xml:space="preserve">Interviewer E:  </w:t>
      </w:r>
      <w:r>
        <w:rPr>
          <w:rFonts w:ascii="Arial" w:hAnsi="Arial"/>
          <w:color w:val="5D7284"/>
        </w:rPr>
        <w:t>44:00</w:t>
      </w:r>
    </w:p>
    <w:p w14:paraId="1EBF10B4" w14:textId="77777777" w:rsidR="005D33EF" w:rsidRDefault="006F75CB">
      <w:pPr>
        <w:spacing w:after="0"/>
      </w:pPr>
      <w:r>
        <w:rPr>
          <w:rFonts w:ascii="Arial" w:hAnsi="Arial"/>
        </w:rPr>
        <w:t>Right so for the other one that it would follow like the roots would follow the rotation is what you're saying and then the second one it would just be like a jumble ball of roots.</w:t>
      </w:r>
    </w:p>
    <w:p w14:paraId="22F08F00" w14:textId="77777777" w:rsidR="005D33EF" w:rsidRDefault="005D33EF">
      <w:pPr>
        <w:spacing w:after="0"/>
      </w:pPr>
    </w:p>
    <w:p w14:paraId="01AAC307" w14:textId="77777777" w:rsidR="005D33EF" w:rsidRDefault="006F75CB">
      <w:pPr>
        <w:spacing w:after="0"/>
      </w:pPr>
      <w:r>
        <w:rPr>
          <w:rFonts w:ascii="Arial" w:hAnsi="Arial"/>
          <w:b/>
        </w:rPr>
        <w:t xml:space="preserve">Participant #15:  </w:t>
      </w:r>
      <w:r>
        <w:rPr>
          <w:rFonts w:ascii="Arial" w:hAnsi="Arial"/>
          <w:color w:val="5D7284"/>
        </w:rPr>
        <w:t>44:07</w:t>
      </w:r>
    </w:p>
    <w:p w14:paraId="0F0896B9" w14:textId="77777777" w:rsidR="005D33EF" w:rsidRDefault="006F75CB">
      <w:pPr>
        <w:spacing w:after="0"/>
      </w:pPr>
      <w:r>
        <w:rPr>
          <w:rFonts w:ascii="Arial" w:hAnsi="Arial"/>
        </w:rPr>
        <w:t>Yeah, in the middle.</w:t>
      </w:r>
    </w:p>
    <w:p w14:paraId="578AED02" w14:textId="77777777" w:rsidR="005D33EF" w:rsidRDefault="005D33EF">
      <w:pPr>
        <w:spacing w:after="0"/>
      </w:pPr>
    </w:p>
    <w:p w14:paraId="07B3403E" w14:textId="77777777" w:rsidR="005D33EF" w:rsidRDefault="006F75CB">
      <w:pPr>
        <w:spacing w:after="0"/>
      </w:pPr>
      <w:r>
        <w:rPr>
          <w:rFonts w:ascii="Arial" w:hAnsi="Arial"/>
          <w:b/>
        </w:rPr>
        <w:t xml:space="preserve">Interviewer E:  </w:t>
      </w:r>
      <w:r>
        <w:rPr>
          <w:rFonts w:ascii="Arial" w:hAnsi="Arial"/>
          <w:color w:val="5D7284"/>
        </w:rPr>
        <w:t>44:08</w:t>
      </w:r>
    </w:p>
    <w:p w14:paraId="02B44E30" w14:textId="77777777" w:rsidR="005D33EF" w:rsidRDefault="006F75CB">
      <w:pPr>
        <w:spacing w:after="0"/>
      </w:pPr>
      <w:r>
        <w:rPr>
          <w:rFonts w:ascii="Arial" w:hAnsi="Arial"/>
        </w:rPr>
        <w:t>Okay. So why do you think it would jumble up like that in the middle just curious.</w:t>
      </w:r>
    </w:p>
    <w:p w14:paraId="5A283BBC" w14:textId="77777777" w:rsidR="005D33EF" w:rsidRDefault="005D33EF">
      <w:pPr>
        <w:spacing w:after="0"/>
      </w:pPr>
    </w:p>
    <w:p w14:paraId="54889342" w14:textId="77777777" w:rsidR="005D33EF" w:rsidRDefault="006F75CB">
      <w:pPr>
        <w:spacing w:after="0"/>
      </w:pPr>
      <w:r>
        <w:rPr>
          <w:rFonts w:ascii="Arial" w:hAnsi="Arial"/>
          <w:b/>
        </w:rPr>
        <w:t xml:space="preserve">Participant #15:  </w:t>
      </w:r>
      <w:r>
        <w:rPr>
          <w:rFonts w:ascii="Arial" w:hAnsi="Arial"/>
          <w:color w:val="5D7284"/>
        </w:rPr>
        <w:t>44:19</w:t>
      </w:r>
    </w:p>
    <w:p w14:paraId="16863467" w14:textId="77777777" w:rsidR="005D33EF" w:rsidRDefault="006F75CB">
      <w:pPr>
        <w:spacing w:after="0"/>
      </w:pPr>
      <w:r>
        <w:rPr>
          <w:rFonts w:ascii="Arial" w:hAnsi="Arial"/>
        </w:rPr>
        <w:t>I'm trying to think like just like the water thing.</w:t>
      </w:r>
    </w:p>
    <w:p w14:paraId="35951CB3" w14:textId="77777777" w:rsidR="005D33EF" w:rsidRDefault="005D33EF">
      <w:pPr>
        <w:spacing w:after="0"/>
      </w:pPr>
    </w:p>
    <w:p w14:paraId="347ACB3B" w14:textId="77777777" w:rsidR="005D33EF" w:rsidRDefault="006F75CB">
      <w:pPr>
        <w:spacing w:after="0"/>
      </w:pPr>
      <w:r>
        <w:rPr>
          <w:rFonts w:ascii="Arial" w:hAnsi="Arial"/>
          <w:b/>
        </w:rPr>
        <w:t xml:space="preserve">Interviewer P:  </w:t>
      </w:r>
      <w:r>
        <w:rPr>
          <w:rFonts w:ascii="Arial" w:hAnsi="Arial"/>
          <w:color w:val="5D7284"/>
        </w:rPr>
        <w:t>44:21</w:t>
      </w:r>
    </w:p>
    <w:p w14:paraId="65D365DB" w14:textId="77777777" w:rsidR="005D33EF" w:rsidRDefault="006F75CB">
      <w:pPr>
        <w:spacing w:after="0"/>
      </w:pPr>
      <w:r>
        <w:rPr>
          <w:rFonts w:ascii="Arial" w:hAnsi="Arial"/>
        </w:rPr>
        <w:t>Here I was gonna say like like this.</w:t>
      </w:r>
    </w:p>
    <w:p w14:paraId="79F77113" w14:textId="77777777" w:rsidR="005D33EF" w:rsidRDefault="005D33EF">
      <w:pPr>
        <w:spacing w:after="0"/>
      </w:pPr>
    </w:p>
    <w:p w14:paraId="24B9E309" w14:textId="77777777" w:rsidR="005D33EF" w:rsidRDefault="006F75CB">
      <w:pPr>
        <w:spacing w:after="0"/>
      </w:pPr>
      <w:r>
        <w:rPr>
          <w:rFonts w:ascii="Arial" w:hAnsi="Arial"/>
          <w:b/>
        </w:rPr>
        <w:t xml:space="preserve">Participant #15:  </w:t>
      </w:r>
      <w:r>
        <w:rPr>
          <w:rFonts w:ascii="Arial" w:hAnsi="Arial"/>
          <w:color w:val="5D7284"/>
        </w:rPr>
        <w:t>44:25</w:t>
      </w:r>
    </w:p>
    <w:p w14:paraId="0A4790C9" w14:textId="77777777" w:rsidR="005D33EF" w:rsidRDefault="006F75CB">
      <w:pPr>
        <w:spacing w:after="0"/>
      </w:pPr>
      <w:r>
        <w:rPr>
          <w:rFonts w:ascii="Arial" w:hAnsi="Arial"/>
        </w:rPr>
        <w:t>Yeah, like just like that. Exactly. Like that versus the other one the one of them when it was this was moving it went into the middle versus the other one it was all on the sides. So, I'm trying to think if the roots itself would be moving if what's moving again the seed?</w:t>
      </w:r>
    </w:p>
    <w:p w14:paraId="768A318E" w14:textId="77777777" w:rsidR="005D33EF" w:rsidRDefault="005D33EF">
      <w:pPr>
        <w:spacing w:after="0"/>
      </w:pPr>
    </w:p>
    <w:p w14:paraId="2E9BF9D1" w14:textId="77777777" w:rsidR="005D33EF" w:rsidRDefault="006F75CB">
      <w:pPr>
        <w:spacing w:after="0"/>
      </w:pPr>
      <w:r>
        <w:rPr>
          <w:rFonts w:ascii="Arial" w:hAnsi="Arial"/>
          <w:b/>
        </w:rPr>
        <w:t xml:space="preserve">Interviewer E:  </w:t>
      </w:r>
      <w:r>
        <w:rPr>
          <w:rFonts w:ascii="Arial" w:hAnsi="Arial"/>
          <w:color w:val="5D7284"/>
        </w:rPr>
        <w:t>44:44</w:t>
      </w:r>
    </w:p>
    <w:p w14:paraId="30CB89B0" w14:textId="77777777" w:rsidR="005D33EF" w:rsidRDefault="006F75CB">
      <w:pPr>
        <w:spacing w:after="0"/>
      </w:pPr>
      <w:r>
        <w:rPr>
          <w:rFonts w:ascii="Arial" w:hAnsi="Arial"/>
        </w:rPr>
        <w:t>The whole thing. Yeah.</w:t>
      </w:r>
    </w:p>
    <w:p w14:paraId="0B6DF8B6" w14:textId="77777777" w:rsidR="005D33EF" w:rsidRDefault="005D33EF">
      <w:pPr>
        <w:spacing w:after="0"/>
      </w:pPr>
    </w:p>
    <w:p w14:paraId="14EB1471" w14:textId="77777777" w:rsidR="005D33EF" w:rsidRDefault="006F75CB">
      <w:pPr>
        <w:spacing w:after="0"/>
      </w:pPr>
      <w:r>
        <w:rPr>
          <w:rFonts w:ascii="Arial" w:hAnsi="Arial"/>
          <w:b/>
        </w:rPr>
        <w:t xml:space="preserve">Interviewer P:  </w:t>
      </w:r>
      <w:r>
        <w:rPr>
          <w:rFonts w:ascii="Arial" w:hAnsi="Arial"/>
          <w:color w:val="5D7284"/>
        </w:rPr>
        <w:t>44:46</w:t>
      </w:r>
    </w:p>
    <w:p w14:paraId="197C00FB" w14:textId="77777777" w:rsidR="005D33EF" w:rsidRDefault="006F75CB">
      <w:pPr>
        <w:spacing w:after="0"/>
      </w:pPr>
      <w:r>
        <w:rPr>
          <w:rFonts w:ascii="Arial" w:hAnsi="Arial"/>
        </w:rPr>
        <w:t>The whole pot.</w:t>
      </w:r>
    </w:p>
    <w:p w14:paraId="453E4D10" w14:textId="77777777" w:rsidR="005D33EF" w:rsidRDefault="005D33EF">
      <w:pPr>
        <w:spacing w:after="0"/>
      </w:pPr>
    </w:p>
    <w:p w14:paraId="021F3B47" w14:textId="77777777" w:rsidR="005D33EF" w:rsidRDefault="006F75CB">
      <w:pPr>
        <w:spacing w:after="0"/>
      </w:pPr>
      <w:r>
        <w:rPr>
          <w:rFonts w:ascii="Arial" w:hAnsi="Arial"/>
          <w:b/>
        </w:rPr>
        <w:t xml:space="preserve">Participant #15:  </w:t>
      </w:r>
      <w:r>
        <w:rPr>
          <w:rFonts w:ascii="Arial" w:hAnsi="Arial"/>
          <w:color w:val="5D7284"/>
        </w:rPr>
        <w:t>44:49</w:t>
      </w:r>
    </w:p>
    <w:p w14:paraId="0331CBD1" w14:textId="77777777" w:rsidR="005D33EF" w:rsidRDefault="006F75CB">
      <w:pPr>
        <w:spacing w:after="0"/>
      </w:pPr>
      <w:r>
        <w:rPr>
          <w:rFonts w:ascii="Arial" w:hAnsi="Arial"/>
        </w:rPr>
        <w:t>I'm gonna go with spread out to the side.</w:t>
      </w:r>
    </w:p>
    <w:p w14:paraId="2864CD2C" w14:textId="77777777" w:rsidR="005D33EF" w:rsidRDefault="005D33EF">
      <w:pPr>
        <w:spacing w:after="0"/>
      </w:pPr>
    </w:p>
    <w:p w14:paraId="3E1FDCF5" w14:textId="77777777" w:rsidR="005D33EF" w:rsidRDefault="006F75CB">
      <w:pPr>
        <w:spacing w:after="0"/>
      </w:pPr>
      <w:r>
        <w:rPr>
          <w:rFonts w:ascii="Arial" w:hAnsi="Arial"/>
          <w:b/>
        </w:rPr>
        <w:t xml:space="preserve">Interviewer E:  </w:t>
      </w:r>
      <w:r>
        <w:rPr>
          <w:rFonts w:ascii="Arial" w:hAnsi="Arial"/>
          <w:color w:val="5D7284"/>
        </w:rPr>
        <w:t>44:51</w:t>
      </w:r>
    </w:p>
    <w:p w14:paraId="676C7C3E" w14:textId="77777777" w:rsidR="005D33EF" w:rsidRDefault="006F75CB">
      <w:pPr>
        <w:spacing w:after="0"/>
      </w:pPr>
      <w:r>
        <w:rPr>
          <w:rFonts w:ascii="Arial" w:hAnsi="Arial"/>
        </w:rPr>
        <w:t>Okay and, but following the rotation, yeah, okay.</w:t>
      </w:r>
    </w:p>
    <w:p w14:paraId="47E73D2D" w14:textId="77777777" w:rsidR="005D33EF" w:rsidRDefault="005D33EF">
      <w:pPr>
        <w:spacing w:after="0"/>
      </w:pPr>
    </w:p>
    <w:p w14:paraId="0D22BB58" w14:textId="77777777" w:rsidR="005D33EF" w:rsidRDefault="006F75CB">
      <w:pPr>
        <w:spacing w:after="0"/>
      </w:pPr>
      <w:r>
        <w:rPr>
          <w:rFonts w:ascii="Arial" w:hAnsi="Arial"/>
          <w:b/>
        </w:rPr>
        <w:t xml:space="preserve">Participant #15:  </w:t>
      </w:r>
      <w:r>
        <w:rPr>
          <w:rFonts w:ascii="Arial" w:hAnsi="Arial"/>
          <w:color w:val="5D7284"/>
        </w:rPr>
        <w:t>44:55</w:t>
      </w:r>
    </w:p>
    <w:p w14:paraId="0879EA33" w14:textId="77777777" w:rsidR="005D33EF" w:rsidRDefault="006F75CB">
      <w:pPr>
        <w:spacing w:after="0"/>
      </w:pPr>
      <w:r>
        <w:rPr>
          <w:rFonts w:ascii="Arial" w:hAnsi="Arial"/>
        </w:rPr>
        <w:t>Okay, cool.</w:t>
      </w:r>
    </w:p>
    <w:p w14:paraId="481A6817" w14:textId="77777777" w:rsidR="005D33EF" w:rsidRDefault="005D33EF">
      <w:pPr>
        <w:spacing w:after="0"/>
      </w:pPr>
    </w:p>
    <w:p w14:paraId="381811B9" w14:textId="77777777" w:rsidR="005D33EF" w:rsidRDefault="006F75CB">
      <w:pPr>
        <w:spacing w:after="0"/>
      </w:pPr>
      <w:r>
        <w:rPr>
          <w:rFonts w:ascii="Arial" w:hAnsi="Arial"/>
          <w:b/>
        </w:rPr>
        <w:t xml:space="preserve">Interviewer P:  </w:t>
      </w:r>
      <w:r>
        <w:rPr>
          <w:rFonts w:ascii="Arial" w:hAnsi="Arial"/>
          <w:color w:val="5D7284"/>
        </w:rPr>
        <w:t>45:00</w:t>
      </w:r>
    </w:p>
    <w:p w14:paraId="0E6CB81B" w14:textId="1F7B0CE2" w:rsidR="005D33EF" w:rsidRDefault="006F75CB">
      <w:pPr>
        <w:spacing w:after="0"/>
      </w:pPr>
      <w:r>
        <w:rPr>
          <w:rFonts w:ascii="Arial" w:hAnsi="Arial"/>
        </w:rPr>
        <w:t xml:space="preserve">I'll do the </w:t>
      </w:r>
      <w:r w:rsidR="003529F6">
        <w:rPr>
          <w:rFonts w:ascii="Arial" w:hAnsi="Arial"/>
        </w:rPr>
        <w:t>fish.</w:t>
      </w:r>
      <w:r>
        <w:rPr>
          <w:rFonts w:ascii="Arial" w:hAnsi="Arial"/>
        </w:rPr>
        <w:t xml:space="preserve"> All right, we're gonna go back to this tank. Now that it's settled for a while, you want to kind of pull out this way you can. </w:t>
      </w:r>
      <w:r w:rsidR="003529F6">
        <w:rPr>
          <w:rFonts w:ascii="Arial" w:hAnsi="Arial"/>
        </w:rPr>
        <w:t>So,</w:t>
      </w:r>
      <w:r>
        <w:rPr>
          <w:rFonts w:ascii="Arial" w:hAnsi="Arial"/>
        </w:rPr>
        <w:t xml:space="preserve"> I have these plastic. And some of them float and some of them sink, which is nice because it gives us a comparison. And in a minute that I'm going to start the tank up again. And I want you to think about how the fish will move when I start the tank. But, you know, when you came in here, like Erika said they had been, the tank had been rotating for about 45 minutes already. </w:t>
      </w:r>
      <w:r w:rsidR="003529F6">
        <w:rPr>
          <w:rFonts w:ascii="Arial" w:hAnsi="Arial"/>
        </w:rPr>
        <w:t>So,</w:t>
      </w:r>
      <w:r>
        <w:rPr>
          <w:rFonts w:ascii="Arial" w:hAnsi="Arial"/>
        </w:rPr>
        <w:t xml:space="preserve"> this is different because we're starting the tank from a stop. </w:t>
      </w:r>
      <w:r w:rsidR="003529F6">
        <w:rPr>
          <w:rFonts w:ascii="Arial" w:hAnsi="Arial"/>
        </w:rPr>
        <w:t>So,</w:t>
      </w:r>
      <w:r>
        <w:rPr>
          <w:rFonts w:ascii="Arial" w:hAnsi="Arial"/>
        </w:rPr>
        <w:t xml:space="preserve"> what do you think the fish are going to do?</w:t>
      </w:r>
    </w:p>
    <w:p w14:paraId="7BDFABBD" w14:textId="77777777" w:rsidR="005D33EF" w:rsidRDefault="005D33EF">
      <w:pPr>
        <w:spacing w:after="0"/>
      </w:pPr>
    </w:p>
    <w:p w14:paraId="4ECC59E3" w14:textId="77777777" w:rsidR="005D33EF" w:rsidRDefault="006F75CB">
      <w:pPr>
        <w:spacing w:after="0"/>
      </w:pPr>
      <w:r>
        <w:rPr>
          <w:rFonts w:ascii="Arial" w:hAnsi="Arial"/>
          <w:b/>
        </w:rPr>
        <w:t xml:space="preserve">Participant #15:  </w:t>
      </w:r>
      <w:r>
        <w:rPr>
          <w:rFonts w:ascii="Arial" w:hAnsi="Arial"/>
          <w:color w:val="5D7284"/>
        </w:rPr>
        <w:t>45:41</w:t>
      </w:r>
    </w:p>
    <w:p w14:paraId="10A1266B" w14:textId="77B47720" w:rsidR="005D33EF" w:rsidRDefault="006F75CB">
      <w:pPr>
        <w:spacing w:after="0"/>
      </w:pPr>
      <w:r>
        <w:rPr>
          <w:rFonts w:ascii="Arial" w:hAnsi="Arial"/>
        </w:rPr>
        <w:t xml:space="preserve">Ah, I think because it's just starting the tank to rotate again, it will do something because it's going from being still to something happening to it. </w:t>
      </w:r>
      <w:r w:rsidR="003529F6">
        <w:rPr>
          <w:rFonts w:ascii="Arial" w:hAnsi="Arial"/>
        </w:rPr>
        <w:t>So,</w:t>
      </w:r>
      <w:r>
        <w:rPr>
          <w:rFonts w:ascii="Arial" w:hAnsi="Arial"/>
        </w:rPr>
        <w:t xml:space="preserve"> I don't think they're gonna go into the middle though, because I feel like it's doing something opposite than the spinning table. So maybe they'll spread to the sides.</w:t>
      </w:r>
    </w:p>
    <w:p w14:paraId="114B9F41" w14:textId="77777777" w:rsidR="005D33EF" w:rsidRDefault="005D33EF">
      <w:pPr>
        <w:spacing w:after="0"/>
      </w:pPr>
    </w:p>
    <w:p w14:paraId="1D2945ED" w14:textId="77777777" w:rsidR="005D33EF" w:rsidRDefault="006F75CB">
      <w:pPr>
        <w:spacing w:after="0"/>
      </w:pPr>
      <w:r>
        <w:rPr>
          <w:rFonts w:ascii="Arial" w:hAnsi="Arial"/>
          <w:b/>
        </w:rPr>
        <w:t xml:space="preserve">Interviewer P:  </w:t>
      </w:r>
      <w:r>
        <w:rPr>
          <w:rFonts w:ascii="Arial" w:hAnsi="Arial"/>
          <w:color w:val="5D7284"/>
        </w:rPr>
        <w:t>46:10</w:t>
      </w:r>
    </w:p>
    <w:p w14:paraId="536C493F" w14:textId="77777777" w:rsidR="005D33EF" w:rsidRDefault="006F75CB">
      <w:pPr>
        <w:spacing w:after="0"/>
      </w:pPr>
      <w:r>
        <w:rPr>
          <w:rFonts w:ascii="Arial" w:hAnsi="Arial"/>
        </w:rPr>
        <w:t>So.</w:t>
      </w:r>
    </w:p>
    <w:p w14:paraId="7C42DFE8" w14:textId="77777777" w:rsidR="005D33EF" w:rsidRDefault="005D33EF">
      <w:pPr>
        <w:spacing w:after="0"/>
      </w:pPr>
    </w:p>
    <w:p w14:paraId="2C94C84F" w14:textId="77777777" w:rsidR="005D33EF" w:rsidRDefault="006F75CB">
      <w:pPr>
        <w:spacing w:after="0"/>
      </w:pPr>
      <w:r>
        <w:rPr>
          <w:rFonts w:ascii="Arial" w:hAnsi="Arial"/>
          <w:b/>
        </w:rPr>
        <w:t xml:space="preserve">Participant #15:  </w:t>
      </w:r>
      <w:r>
        <w:rPr>
          <w:rFonts w:ascii="Arial" w:hAnsi="Arial"/>
          <w:color w:val="5D7284"/>
        </w:rPr>
        <w:t>46:11</w:t>
      </w:r>
    </w:p>
    <w:p w14:paraId="62D5504B" w14:textId="77777777" w:rsidR="005D33EF" w:rsidRDefault="006F75CB">
      <w:pPr>
        <w:spacing w:after="0"/>
      </w:pPr>
      <w:r>
        <w:rPr>
          <w:rFonts w:ascii="Arial" w:hAnsi="Arial"/>
        </w:rPr>
        <w:t xml:space="preserve">I think the floating ones. Sorry, will go to the side. I think the sinking ones will just stay. </w:t>
      </w:r>
    </w:p>
    <w:p w14:paraId="2C764608" w14:textId="77777777" w:rsidR="005D33EF" w:rsidRDefault="005D33EF">
      <w:pPr>
        <w:spacing w:after="0"/>
      </w:pPr>
    </w:p>
    <w:p w14:paraId="50697340" w14:textId="77777777" w:rsidR="005D33EF" w:rsidRDefault="006F75CB">
      <w:pPr>
        <w:spacing w:after="0"/>
      </w:pPr>
      <w:r>
        <w:rPr>
          <w:rFonts w:ascii="Arial" w:hAnsi="Arial"/>
          <w:b/>
        </w:rPr>
        <w:t xml:space="preserve">Interviewer P:  </w:t>
      </w:r>
      <w:r>
        <w:rPr>
          <w:rFonts w:ascii="Arial" w:hAnsi="Arial"/>
          <w:color w:val="5D7284"/>
        </w:rPr>
        <w:t>46:15</w:t>
      </w:r>
    </w:p>
    <w:p w14:paraId="78774FFD" w14:textId="77777777" w:rsidR="005D33EF" w:rsidRDefault="006F75CB">
      <w:pPr>
        <w:spacing w:after="0"/>
      </w:pPr>
      <w:r>
        <w:rPr>
          <w:rFonts w:ascii="Arial" w:hAnsi="Arial"/>
        </w:rPr>
        <w:t>Okay, so the floating ones are going to move out to the side. And then the ones on the bottom will stay where they are.</w:t>
      </w:r>
    </w:p>
    <w:p w14:paraId="144492C6" w14:textId="77777777" w:rsidR="005D33EF" w:rsidRDefault="005D33EF">
      <w:pPr>
        <w:spacing w:after="0"/>
      </w:pPr>
    </w:p>
    <w:p w14:paraId="25BF8521" w14:textId="77777777" w:rsidR="005D33EF" w:rsidRDefault="006F75CB">
      <w:pPr>
        <w:spacing w:after="0"/>
      </w:pPr>
      <w:r>
        <w:rPr>
          <w:rFonts w:ascii="Arial" w:hAnsi="Arial"/>
          <w:b/>
        </w:rPr>
        <w:t xml:space="preserve">Participant #15:  </w:t>
      </w:r>
      <w:r>
        <w:rPr>
          <w:rFonts w:ascii="Arial" w:hAnsi="Arial"/>
          <w:color w:val="5D7284"/>
        </w:rPr>
        <w:t>46:26</w:t>
      </w:r>
    </w:p>
    <w:p w14:paraId="3F631C9A" w14:textId="77777777" w:rsidR="005D33EF" w:rsidRDefault="006F75CB">
      <w:pPr>
        <w:spacing w:after="0"/>
      </w:pPr>
      <w:r>
        <w:rPr>
          <w:rFonts w:ascii="Arial" w:hAnsi="Arial"/>
        </w:rPr>
        <w:t>I think in the beginning, I think if it went for maybe a long time, a longer time, maybe the bottom one to spread out. But I think the floating ones are just giving me more movement vibes.</w:t>
      </w:r>
    </w:p>
    <w:p w14:paraId="584D2313" w14:textId="77777777" w:rsidR="005D33EF" w:rsidRDefault="005D33EF">
      <w:pPr>
        <w:spacing w:after="0"/>
      </w:pPr>
    </w:p>
    <w:p w14:paraId="224775A8" w14:textId="77777777" w:rsidR="005D33EF" w:rsidRDefault="006F75CB">
      <w:pPr>
        <w:spacing w:after="0"/>
      </w:pPr>
      <w:r>
        <w:rPr>
          <w:rFonts w:ascii="Arial" w:hAnsi="Arial"/>
          <w:b/>
        </w:rPr>
        <w:t xml:space="preserve">Interviewer P:  </w:t>
      </w:r>
      <w:r>
        <w:rPr>
          <w:rFonts w:ascii="Arial" w:hAnsi="Arial"/>
          <w:color w:val="5D7284"/>
        </w:rPr>
        <w:t>46:42</w:t>
      </w:r>
    </w:p>
    <w:p w14:paraId="2A797B22" w14:textId="12B2088A" w:rsidR="005D33EF" w:rsidRDefault="006F75CB">
      <w:pPr>
        <w:spacing w:after="0"/>
      </w:pPr>
      <w:r>
        <w:rPr>
          <w:rFonts w:ascii="Arial" w:hAnsi="Arial"/>
        </w:rPr>
        <w:t xml:space="preserve">And then when you say the ones in the bottom will stay still. </w:t>
      </w:r>
      <w:r w:rsidR="003529F6">
        <w:rPr>
          <w:rFonts w:ascii="Arial" w:hAnsi="Arial"/>
        </w:rPr>
        <w:t>So,</w:t>
      </w:r>
      <w:r>
        <w:rPr>
          <w:rFonts w:ascii="Arial" w:hAnsi="Arial"/>
        </w:rPr>
        <w:t xml:space="preserve"> for example, there's a seahorse right there. </w:t>
      </w:r>
      <w:r w:rsidR="003529F6">
        <w:rPr>
          <w:rFonts w:ascii="Arial" w:hAnsi="Arial"/>
        </w:rPr>
        <w:t>So,</w:t>
      </w:r>
      <w:r>
        <w:rPr>
          <w:rFonts w:ascii="Arial" w:hAnsi="Arial"/>
        </w:rPr>
        <w:t xml:space="preserve"> when I started up, do you think that you're gonna be able to stare at that sea horse and it's gonna stay right there? </w:t>
      </w:r>
    </w:p>
    <w:p w14:paraId="11759DAC" w14:textId="77777777" w:rsidR="005D33EF" w:rsidRDefault="005D33EF">
      <w:pPr>
        <w:spacing w:after="0"/>
      </w:pPr>
    </w:p>
    <w:p w14:paraId="682E8C8C" w14:textId="77777777" w:rsidR="005D33EF" w:rsidRDefault="006F75CB">
      <w:pPr>
        <w:spacing w:after="0"/>
      </w:pPr>
      <w:r>
        <w:rPr>
          <w:rFonts w:ascii="Arial" w:hAnsi="Arial"/>
          <w:b/>
        </w:rPr>
        <w:t xml:space="preserve">Participant #15:  </w:t>
      </w:r>
      <w:r>
        <w:rPr>
          <w:rFonts w:ascii="Arial" w:hAnsi="Arial"/>
          <w:color w:val="5D7284"/>
        </w:rPr>
        <w:t>46:55</w:t>
      </w:r>
    </w:p>
    <w:p w14:paraId="5CD2D87C" w14:textId="77777777" w:rsidR="005D33EF" w:rsidRDefault="006F75CB">
      <w:pPr>
        <w:spacing w:after="0"/>
      </w:pPr>
      <w:r>
        <w:rPr>
          <w:rFonts w:ascii="Arial" w:hAnsi="Arial"/>
        </w:rPr>
        <w:t xml:space="preserve">Yes. </w:t>
      </w:r>
    </w:p>
    <w:p w14:paraId="1FC7F008" w14:textId="77777777" w:rsidR="005D33EF" w:rsidRDefault="005D33EF">
      <w:pPr>
        <w:spacing w:after="0"/>
      </w:pPr>
    </w:p>
    <w:p w14:paraId="5450145C" w14:textId="77777777" w:rsidR="005D33EF" w:rsidRDefault="006F75CB">
      <w:pPr>
        <w:spacing w:after="0"/>
      </w:pPr>
      <w:r>
        <w:rPr>
          <w:rFonts w:ascii="Arial" w:hAnsi="Arial"/>
          <w:b/>
        </w:rPr>
        <w:t xml:space="preserve">Interviewer P:  </w:t>
      </w:r>
      <w:r>
        <w:rPr>
          <w:rFonts w:ascii="Arial" w:hAnsi="Arial"/>
          <w:color w:val="5D7284"/>
        </w:rPr>
        <w:t>46:56</w:t>
      </w:r>
    </w:p>
    <w:p w14:paraId="1F29E2C4" w14:textId="09F18ED8" w:rsidR="005D33EF" w:rsidRDefault="006F75CB">
      <w:pPr>
        <w:spacing w:after="0"/>
      </w:pPr>
      <w:r>
        <w:rPr>
          <w:rFonts w:ascii="Arial" w:hAnsi="Arial"/>
        </w:rPr>
        <w:t xml:space="preserve">Okay. </w:t>
      </w:r>
      <w:r w:rsidR="003529F6">
        <w:rPr>
          <w:rFonts w:ascii="Arial" w:hAnsi="Arial"/>
        </w:rPr>
        <w:t>So,</w:t>
      </w:r>
      <w:r>
        <w:rPr>
          <w:rFonts w:ascii="Arial" w:hAnsi="Arial"/>
        </w:rPr>
        <w:t xml:space="preserve"> everything on the bottom will stay in place. The ones on the top are gonna spread out to the side.</w:t>
      </w:r>
    </w:p>
    <w:p w14:paraId="24ED4EC6" w14:textId="77777777" w:rsidR="005D33EF" w:rsidRDefault="005D33EF">
      <w:pPr>
        <w:spacing w:after="0"/>
      </w:pPr>
    </w:p>
    <w:p w14:paraId="3EF3C60A" w14:textId="77777777" w:rsidR="005D33EF" w:rsidRDefault="006F75CB">
      <w:pPr>
        <w:spacing w:after="0"/>
      </w:pPr>
      <w:r>
        <w:rPr>
          <w:rFonts w:ascii="Arial" w:hAnsi="Arial"/>
          <w:b/>
        </w:rPr>
        <w:t xml:space="preserve">Participant #15:  </w:t>
      </w:r>
      <w:r>
        <w:rPr>
          <w:rFonts w:ascii="Arial" w:hAnsi="Arial"/>
          <w:color w:val="5D7284"/>
        </w:rPr>
        <w:t>47:02</w:t>
      </w:r>
    </w:p>
    <w:p w14:paraId="29014BBF" w14:textId="77777777" w:rsidR="005D33EF" w:rsidRDefault="006F75CB">
      <w:pPr>
        <w:spacing w:after="0"/>
      </w:pPr>
      <w:r>
        <w:rPr>
          <w:rFonts w:ascii="Arial" w:hAnsi="Arial"/>
        </w:rPr>
        <w:t xml:space="preserve"> I think so. </w:t>
      </w:r>
    </w:p>
    <w:p w14:paraId="31C39742" w14:textId="77777777" w:rsidR="005D33EF" w:rsidRDefault="005D33EF">
      <w:pPr>
        <w:spacing w:after="0"/>
      </w:pPr>
    </w:p>
    <w:p w14:paraId="378E93A5" w14:textId="77777777" w:rsidR="005D33EF" w:rsidRDefault="006F75CB">
      <w:pPr>
        <w:spacing w:after="0"/>
      </w:pPr>
      <w:r>
        <w:rPr>
          <w:rFonts w:ascii="Arial" w:hAnsi="Arial"/>
          <w:b/>
        </w:rPr>
        <w:t xml:space="preserve">Interviewer P:  </w:t>
      </w:r>
      <w:r>
        <w:rPr>
          <w:rFonts w:ascii="Arial" w:hAnsi="Arial"/>
          <w:color w:val="5D7284"/>
        </w:rPr>
        <w:t>47:03</w:t>
      </w:r>
    </w:p>
    <w:p w14:paraId="73C30485" w14:textId="7C7BF342" w:rsidR="005D33EF" w:rsidRDefault="006F75CB">
      <w:pPr>
        <w:spacing w:after="0"/>
      </w:pPr>
      <w:r>
        <w:rPr>
          <w:rFonts w:ascii="Arial" w:hAnsi="Arial"/>
        </w:rPr>
        <w:t xml:space="preserve">Okay, so let's see what happens. </w:t>
      </w:r>
      <w:r w:rsidR="003529F6">
        <w:rPr>
          <w:rFonts w:ascii="Arial" w:hAnsi="Arial"/>
        </w:rPr>
        <w:t>So,</w:t>
      </w:r>
      <w:r>
        <w:rPr>
          <w:rFonts w:ascii="Arial" w:hAnsi="Arial"/>
        </w:rPr>
        <w:t xml:space="preserve"> did the seahorse stay put?</w:t>
      </w:r>
    </w:p>
    <w:p w14:paraId="1B914B85" w14:textId="77777777" w:rsidR="005D33EF" w:rsidRDefault="005D33EF">
      <w:pPr>
        <w:spacing w:after="0"/>
      </w:pPr>
    </w:p>
    <w:p w14:paraId="300AE1B1" w14:textId="77777777" w:rsidR="005D33EF" w:rsidRDefault="006F75CB">
      <w:pPr>
        <w:spacing w:after="0"/>
      </w:pPr>
      <w:r>
        <w:rPr>
          <w:rFonts w:ascii="Arial" w:hAnsi="Arial"/>
          <w:b/>
        </w:rPr>
        <w:t xml:space="preserve">Participant #15:  </w:t>
      </w:r>
      <w:r>
        <w:rPr>
          <w:rFonts w:ascii="Arial" w:hAnsi="Arial"/>
          <w:color w:val="5D7284"/>
        </w:rPr>
        <w:t>47:16</w:t>
      </w:r>
    </w:p>
    <w:p w14:paraId="2C811BDE" w14:textId="426DE1D3" w:rsidR="005D33EF" w:rsidRDefault="003529F6">
      <w:pPr>
        <w:spacing w:after="0"/>
      </w:pPr>
      <w:r>
        <w:rPr>
          <w:rFonts w:ascii="Arial" w:hAnsi="Arial"/>
        </w:rPr>
        <w:t>No, they're moving.</w:t>
      </w:r>
    </w:p>
    <w:p w14:paraId="7016E1F2" w14:textId="77777777" w:rsidR="005D33EF" w:rsidRDefault="005D33EF">
      <w:pPr>
        <w:spacing w:after="0"/>
      </w:pPr>
    </w:p>
    <w:p w14:paraId="38E6FA00" w14:textId="77777777" w:rsidR="005D33EF" w:rsidRDefault="006F75CB">
      <w:pPr>
        <w:spacing w:after="0"/>
      </w:pPr>
      <w:r>
        <w:rPr>
          <w:rFonts w:ascii="Arial" w:hAnsi="Arial"/>
          <w:b/>
        </w:rPr>
        <w:t xml:space="preserve">Interviewer P:  </w:t>
      </w:r>
      <w:r>
        <w:rPr>
          <w:rFonts w:ascii="Arial" w:hAnsi="Arial"/>
          <w:color w:val="5D7284"/>
        </w:rPr>
        <w:t>47:19</w:t>
      </w:r>
    </w:p>
    <w:p w14:paraId="101199DC" w14:textId="77777777" w:rsidR="005D33EF" w:rsidRDefault="006F75CB">
      <w:pPr>
        <w:spacing w:after="0"/>
      </w:pPr>
      <w:r>
        <w:rPr>
          <w:rFonts w:ascii="Arial" w:hAnsi="Arial"/>
        </w:rPr>
        <w:t xml:space="preserve">Are the ones on the bottom moving? </w:t>
      </w:r>
    </w:p>
    <w:p w14:paraId="0E4847D2" w14:textId="77777777" w:rsidR="005D33EF" w:rsidRDefault="005D33EF">
      <w:pPr>
        <w:spacing w:after="0"/>
      </w:pPr>
    </w:p>
    <w:p w14:paraId="05F7EDED" w14:textId="77777777" w:rsidR="005D33EF" w:rsidRDefault="006F75CB">
      <w:pPr>
        <w:spacing w:after="0"/>
      </w:pPr>
      <w:r>
        <w:rPr>
          <w:rFonts w:ascii="Arial" w:hAnsi="Arial"/>
          <w:b/>
        </w:rPr>
        <w:t xml:space="preserve">Participant #15:  </w:t>
      </w:r>
      <w:r>
        <w:rPr>
          <w:rFonts w:ascii="Arial" w:hAnsi="Arial"/>
          <w:color w:val="5D7284"/>
        </w:rPr>
        <w:t>47:21</w:t>
      </w:r>
    </w:p>
    <w:p w14:paraId="136F5E23" w14:textId="77777777" w:rsidR="005D33EF" w:rsidRDefault="006F75CB">
      <w:pPr>
        <w:spacing w:after="0"/>
      </w:pPr>
      <w:r>
        <w:rPr>
          <w:rFonts w:ascii="Arial" w:hAnsi="Arial"/>
        </w:rPr>
        <w:t>Yeah, they're all well, the fish in the middle isn't moving. But the rest of them are.</w:t>
      </w:r>
    </w:p>
    <w:p w14:paraId="327B31AB" w14:textId="77777777" w:rsidR="005D33EF" w:rsidRDefault="005D33EF">
      <w:pPr>
        <w:spacing w:after="0"/>
      </w:pPr>
    </w:p>
    <w:p w14:paraId="3B2D3581" w14:textId="77777777" w:rsidR="005D33EF" w:rsidRDefault="006F75CB">
      <w:pPr>
        <w:spacing w:after="0"/>
      </w:pPr>
      <w:r>
        <w:rPr>
          <w:rFonts w:ascii="Arial" w:hAnsi="Arial"/>
          <w:b/>
        </w:rPr>
        <w:t xml:space="preserve">Interviewer P:  </w:t>
      </w:r>
      <w:r>
        <w:rPr>
          <w:rFonts w:ascii="Arial" w:hAnsi="Arial"/>
          <w:color w:val="5D7284"/>
        </w:rPr>
        <w:t>47:25</w:t>
      </w:r>
    </w:p>
    <w:p w14:paraId="506A5B2C" w14:textId="77777777" w:rsidR="005D33EF" w:rsidRDefault="006F75CB">
      <w:pPr>
        <w:spacing w:after="0"/>
      </w:pPr>
      <w:r>
        <w:rPr>
          <w:rFonts w:ascii="Arial" w:hAnsi="Arial"/>
        </w:rPr>
        <w:t>He is kind of spinning around, like turning around. What about the ones on the top? What are they doing?</w:t>
      </w:r>
    </w:p>
    <w:p w14:paraId="1B388180" w14:textId="77777777" w:rsidR="005D33EF" w:rsidRDefault="005D33EF">
      <w:pPr>
        <w:spacing w:after="0"/>
      </w:pPr>
    </w:p>
    <w:p w14:paraId="61CCCF29" w14:textId="77777777" w:rsidR="005D33EF" w:rsidRDefault="006F75CB">
      <w:pPr>
        <w:spacing w:after="0"/>
      </w:pPr>
      <w:r>
        <w:rPr>
          <w:rFonts w:ascii="Arial" w:hAnsi="Arial"/>
          <w:b/>
        </w:rPr>
        <w:t xml:space="preserve">Participant #15:  </w:t>
      </w:r>
      <w:r>
        <w:rPr>
          <w:rFonts w:ascii="Arial" w:hAnsi="Arial"/>
          <w:color w:val="5D7284"/>
        </w:rPr>
        <w:t>47:32</w:t>
      </w:r>
    </w:p>
    <w:p w14:paraId="09343290" w14:textId="77777777" w:rsidR="005D33EF" w:rsidRDefault="006F75CB">
      <w:pPr>
        <w:spacing w:after="0"/>
      </w:pPr>
      <w:r>
        <w:rPr>
          <w:rFonts w:ascii="Arial" w:hAnsi="Arial"/>
        </w:rPr>
        <w:t xml:space="preserve">They look like they're spinning to let me see. They look like they're going this way. They kind of look like they're making their way to this center. I don't know. I can't tell you. </w:t>
      </w:r>
    </w:p>
    <w:p w14:paraId="3284698C" w14:textId="77777777" w:rsidR="005D33EF" w:rsidRDefault="005D33EF">
      <w:pPr>
        <w:spacing w:after="0"/>
      </w:pPr>
    </w:p>
    <w:p w14:paraId="1CD1F248" w14:textId="77777777" w:rsidR="005D33EF" w:rsidRDefault="006F75CB">
      <w:pPr>
        <w:spacing w:after="0"/>
      </w:pPr>
      <w:r>
        <w:rPr>
          <w:rFonts w:ascii="Arial" w:hAnsi="Arial"/>
          <w:b/>
        </w:rPr>
        <w:lastRenderedPageBreak/>
        <w:t xml:space="preserve">Interviewer P:  </w:t>
      </w:r>
      <w:r>
        <w:rPr>
          <w:rFonts w:ascii="Arial" w:hAnsi="Arial"/>
          <w:color w:val="5D7284"/>
        </w:rPr>
        <w:t>47:50</w:t>
      </w:r>
    </w:p>
    <w:p w14:paraId="3D488681" w14:textId="77777777" w:rsidR="005D33EF" w:rsidRDefault="006F75CB">
      <w:pPr>
        <w:spacing w:after="0"/>
      </w:pPr>
      <w:r>
        <w:rPr>
          <w:rFonts w:ascii="Arial" w:hAnsi="Arial"/>
        </w:rPr>
        <w:t>Yeah, well keep your eye on one like that blue.</w:t>
      </w:r>
    </w:p>
    <w:p w14:paraId="225CCE3E" w14:textId="77777777" w:rsidR="005D33EF" w:rsidRDefault="005D33EF">
      <w:pPr>
        <w:spacing w:after="0"/>
      </w:pPr>
    </w:p>
    <w:p w14:paraId="5D60F005" w14:textId="77777777" w:rsidR="005D33EF" w:rsidRDefault="006F75CB">
      <w:pPr>
        <w:spacing w:after="0"/>
      </w:pPr>
      <w:r>
        <w:rPr>
          <w:rFonts w:ascii="Arial" w:hAnsi="Arial"/>
          <w:b/>
        </w:rPr>
        <w:t xml:space="preserve">Participant #15:  </w:t>
      </w:r>
      <w:r>
        <w:rPr>
          <w:rFonts w:ascii="Arial" w:hAnsi="Arial"/>
          <w:color w:val="5D7284"/>
        </w:rPr>
        <w:t>47:52</w:t>
      </w:r>
    </w:p>
    <w:p w14:paraId="6AE4E54D" w14:textId="77777777" w:rsidR="005D33EF" w:rsidRDefault="006F75CB">
      <w:pPr>
        <w:spacing w:after="0"/>
      </w:pPr>
      <w:r>
        <w:rPr>
          <w:rFonts w:ascii="Arial" w:hAnsi="Arial"/>
        </w:rPr>
        <w:t>Okay. Looks like he's trying to come to the side.</w:t>
      </w:r>
    </w:p>
    <w:p w14:paraId="6A3DB3FB" w14:textId="77777777" w:rsidR="005D33EF" w:rsidRDefault="005D33EF">
      <w:pPr>
        <w:spacing w:after="0"/>
      </w:pPr>
    </w:p>
    <w:p w14:paraId="5C2E8B82" w14:textId="77777777" w:rsidR="005D33EF" w:rsidRDefault="006F75CB">
      <w:pPr>
        <w:spacing w:after="0"/>
      </w:pPr>
      <w:r>
        <w:rPr>
          <w:rFonts w:ascii="Arial" w:hAnsi="Arial"/>
          <w:b/>
        </w:rPr>
        <w:t xml:space="preserve">Interviewer P:  </w:t>
      </w:r>
      <w:r>
        <w:rPr>
          <w:rFonts w:ascii="Arial" w:hAnsi="Arial"/>
          <w:color w:val="5D7284"/>
        </w:rPr>
        <w:t>48:07</w:t>
      </w:r>
    </w:p>
    <w:p w14:paraId="00AAE694" w14:textId="77777777" w:rsidR="005D33EF" w:rsidRDefault="006F75CB">
      <w:pPr>
        <w:spacing w:after="0"/>
      </w:pPr>
      <w:r>
        <w:rPr>
          <w:rFonts w:ascii="Arial" w:hAnsi="Arial"/>
        </w:rPr>
        <w:t>He started out right in front of us right now he's over there.</w:t>
      </w:r>
    </w:p>
    <w:p w14:paraId="375C61E8" w14:textId="77777777" w:rsidR="005D33EF" w:rsidRDefault="005D33EF">
      <w:pPr>
        <w:spacing w:after="0"/>
      </w:pPr>
    </w:p>
    <w:p w14:paraId="6E24C637" w14:textId="77777777" w:rsidR="005D33EF" w:rsidRDefault="006F75CB">
      <w:pPr>
        <w:spacing w:after="0"/>
      </w:pPr>
      <w:r>
        <w:rPr>
          <w:rFonts w:ascii="Arial" w:hAnsi="Arial"/>
          <w:b/>
        </w:rPr>
        <w:t xml:space="preserve">Participant #15:  </w:t>
      </w:r>
      <w:r>
        <w:rPr>
          <w:rFonts w:ascii="Arial" w:hAnsi="Arial"/>
          <w:color w:val="5D7284"/>
        </w:rPr>
        <w:t>48:13</w:t>
      </w:r>
    </w:p>
    <w:p w14:paraId="13D5157C" w14:textId="77777777" w:rsidR="005D33EF" w:rsidRDefault="006F75CB">
      <w:pPr>
        <w:spacing w:after="0"/>
      </w:pPr>
      <w:r>
        <w:rPr>
          <w:rFonts w:ascii="Arial" w:hAnsi="Arial"/>
        </w:rPr>
        <w:t>I think they're go to the side.</w:t>
      </w:r>
    </w:p>
    <w:p w14:paraId="70A5DFEE" w14:textId="77777777" w:rsidR="005D33EF" w:rsidRDefault="005D33EF">
      <w:pPr>
        <w:spacing w:after="0"/>
      </w:pPr>
    </w:p>
    <w:p w14:paraId="268C9BE8" w14:textId="77777777" w:rsidR="005D33EF" w:rsidRDefault="006F75CB">
      <w:pPr>
        <w:spacing w:after="0"/>
      </w:pPr>
      <w:r>
        <w:rPr>
          <w:rFonts w:ascii="Arial" w:hAnsi="Arial"/>
          <w:b/>
        </w:rPr>
        <w:t xml:space="preserve">Interviewer P:  </w:t>
      </w:r>
      <w:r>
        <w:rPr>
          <w:rFonts w:ascii="Arial" w:hAnsi="Arial"/>
          <w:color w:val="5D7284"/>
        </w:rPr>
        <w:t>48:16</w:t>
      </w:r>
    </w:p>
    <w:p w14:paraId="7B45E314" w14:textId="701404E3" w:rsidR="005D33EF" w:rsidRDefault="003529F6">
      <w:pPr>
        <w:spacing w:after="0"/>
      </w:pPr>
      <w:r>
        <w:rPr>
          <w:rFonts w:ascii="Arial" w:hAnsi="Arial"/>
        </w:rPr>
        <w:t xml:space="preserve">So, let's go back to the ones on the bottom like this blue spotted one. How would you describe his motion? </w:t>
      </w:r>
    </w:p>
    <w:p w14:paraId="43256143" w14:textId="77777777" w:rsidR="005D33EF" w:rsidRDefault="005D33EF">
      <w:pPr>
        <w:spacing w:after="0"/>
      </w:pPr>
    </w:p>
    <w:p w14:paraId="0C112FDE" w14:textId="77777777" w:rsidR="005D33EF" w:rsidRDefault="006F75CB">
      <w:pPr>
        <w:spacing w:after="0"/>
      </w:pPr>
      <w:r>
        <w:rPr>
          <w:rFonts w:ascii="Arial" w:hAnsi="Arial"/>
          <w:b/>
        </w:rPr>
        <w:t xml:space="preserve">Participant #15:  </w:t>
      </w:r>
      <w:r>
        <w:rPr>
          <w:rFonts w:ascii="Arial" w:hAnsi="Arial"/>
          <w:color w:val="5D7284"/>
        </w:rPr>
        <w:t>48:23</w:t>
      </w:r>
    </w:p>
    <w:p w14:paraId="0A661A0A" w14:textId="36E8BC07" w:rsidR="005D33EF" w:rsidRDefault="006F75CB">
      <w:pPr>
        <w:spacing w:after="0"/>
      </w:pPr>
      <w:r>
        <w:rPr>
          <w:rFonts w:ascii="Arial" w:hAnsi="Arial"/>
        </w:rPr>
        <w:t xml:space="preserve">The blue and yellow one. He is not </w:t>
      </w:r>
      <w:r w:rsidR="003529F6">
        <w:rPr>
          <w:rFonts w:ascii="Arial" w:hAnsi="Arial"/>
        </w:rPr>
        <w:t>moving.</w:t>
      </w:r>
    </w:p>
    <w:p w14:paraId="0A01A291" w14:textId="77777777" w:rsidR="005D33EF" w:rsidRDefault="005D33EF">
      <w:pPr>
        <w:spacing w:after="0"/>
      </w:pPr>
    </w:p>
    <w:p w14:paraId="7BC6393D" w14:textId="77777777" w:rsidR="005D33EF" w:rsidRDefault="006F75CB">
      <w:pPr>
        <w:spacing w:after="0"/>
      </w:pPr>
      <w:r>
        <w:rPr>
          <w:rFonts w:ascii="Arial" w:hAnsi="Arial"/>
          <w:b/>
        </w:rPr>
        <w:t xml:space="preserve">Interviewer P:  </w:t>
      </w:r>
      <w:r>
        <w:rPr>
          <w:rFonts w:ascii="Arial" w:hAnsi="Arial"/>
          <w:color w:val="5D7284"/>
        </w:rPr>
        <w:t>48:27</w:t>
      </w:r>
    </w:p>
    <w:p w14:paraId="7E8ECB92" w14:textId="77777777" w:rsidR="005D33EF" w:rsidRDefault="006F75CB">
      <w:pPr>
        <w:spacing w:after="0"/>
      </w:pPr>
      <w:r>
        <w:rPr>
          <w:rFonts w:ascii="Arial" w:hAnsi="Arial"/>
        </w:rPr>
        <w:t>Is he staying right in front of you?</w:t>
      </w:r>
    </w:p>
    <w:p w14:paraId="4724AE54" w14:textId="77777777" w:rsidR="005D33EF" w:rsidRDefault="005D33EF">
      <w:pPr>
        <w:spacing w:after="0"/>
      </w:pPr>
    </w:p>
    <w:p w14:paraId="6540A3F4" w14:textId="77777777" w:rsidR="005D33EF" w:rsidRDefault="006F75CB">
      <w:pPr>
        <w:spacing w:after="0"/>
      </w:pPr>
      <w:r>
        <w:rPr>
          <w:rFonts w:ascii="Arial" w:hAnsi="Arial"/>
          <w:b/>
        </w:rPr>
        <w:t xml:space="preserve">Participant #15:  </w:t>
      </w:r>
      <w:r>
        <w:rPr>
          <w:rFonts w:ascii="Arial" w:hAnsi="Arial"/>
          <w:color w:val="5D7284"/>
        </w:rPr>
        <w:t>48:31</w:t>
      </w:r>
    </w:p>
    <w:p w14:paraId="7BDEC6DE" w14:textId="339A025A" w:rsidR="005D33EF" w:rsidRDefault="006F75CB">
      <w:pPr>
        <w:spacing w:after="0"/>
      </w:pPr>
      <w:r>
        <w:rPr>
          <w:rFonts w:ascii="Arial" w:hAnsi="Arial"/>
        </w:rPr>
        <w:t xml:space="preserve">Not right in front of you because </w:t>
      </w:r>
      <w:r w:rsidR="003529F6">
        <w:rPr>
          <w:rFonts w:ascii="Arial" w:hAnsi="Arial"/>
        </w:rPr>
        <w:t>this tank</w:t>
      </w:r>
      <w:r>
        <w:rPr>
          <w:rFonts w:ascii="Arial" w:hAnsi="Arial"/>
        </w:rPr>
        <w:t xml:space="preserve"> moving but it doesn't look like he's drifting himself. </w:t>
      </w:r>
    </w:p>
    <w:p w14:paraId="2C801CD3" w14:textId="77777777" w:rsidR="005D33EF" w:rsidRDefault="005D33EF">
      <w:pPr>
        <w:spacing w:after="0"/>
      </w:pPr>
    </w:p>
    <w:p w14:paraId="49DE8CF7" w14:textId="77777777" w:rsidR="005D33EF" w:rsidRDefault="006F75CB">
      <w:pPr>
        <w:spacing w:after="0"/>
      </w:pPr>
      <w:r>
        <w:rPr>
          <w:rFonts w:ascii="Arial" w:hAnsi="Arial"/>
          <w:b/>
        </w:rPr>
        <w:t xml:space="preserve">Interviewer P:  </w:t>
      </w:r>
      <w:r>
        <w:rPr>
          <w:rFonts w:ascii="Arial" w:hAnsi="Arial"/>
          <w:color w:val="5D7284"/>
        </w:rPr>
        <w:t>48:38</w:t>
      </w:r>
    </w:p>
    <w:p w14:paraId="79D2B00D" w14:textId="77777777" w:rsidR="005D33EF" w:rsidRDefault="006F75CB">
      <w:pPr>
        <w:spacing w:after="0"/>
      </w:pPr>
      <w:r>
        <w:rPr>
          <w:rFonts w:ascii="Arial" w:hAnsi="Arial"/>
        </w:rPr>
        <w:t>Okay but is the fish rotating? With the tank?</w:t>
      </w:r>
    </w:p>
    <w:p w14:paraId="22B8D823" w14:textId="77777777" w:rsidR="005D33EF" w:rsidRDefault="005D33EF">
      <w:pPr>
        <w:spacing w:after="0"/>
      </w:pPr>
    </w:p>
    <w:p w14:paraId="28488278" w14:textId="77777777" w:rsidR="005D33EF" w:rsidRDefault="006F75CB">
      <w:pPr>
        <w:spacing w:after="0"/>
      </w:pPr>
      <w:r>
        <w:rPr>
          <w:rFonts w:ascii="Arial" w:hAnsi="Arial"/>
          <w:b/>
        </w:rPr>
        <w:t xml:space="preserve">Participant #15:  </w:t>
      </w:r>
      <w:r>
        <w:rPr>
          <w:rFonts w:ascii="Arial" w:hAnsi="Arial"/>
          <w:color w:val="5D7284"/>
        </w:rPr>
        <w:t>48:46</w:t>
      </w:r>
    </w:p>
    <w:p w14:paraId="00C20193" w14:textId="77777777" w:rsidR="005D33EF" w:rsidRDefault="006F75CB">
      <w:pPr>
        <w:spacing w:after="0"/>
      </w:pPr>
      <w:r>
        <w:rPr>
          <w:rFonts w:ascii="Arial" w:hAnsi="Arial"/>
        </w:rPr>
        <w:t xml:space="preserve">He's rotating with the tank. </w:t>
      </w:r>
    </w:p>
    <w:p w14:paraId="2DC31EEC" w14:textId="77777777" w:rsidR="005D33EF" w:rsidRDefault="005D33EF">
      <w:pPr>
        <w:spacing w:after="0"/>
      </w:pPr>
    </w:p>
    <w:p w14:paraId="31861842" w14:textId="77777777" w:rsidR="005D33EF" w:rsidRDefault="006F75CB">
      <w:pPr>
        <w:spacing w:after="0"/>
      </w:pPr>
      <w:r>
        <w:rPr>
          <w:rFonts w:ascii="Arial" w:hAnsi="Arial"/>
          <w:b/>
        </w:rPr>
        <w:t xml:space="preserve">Interviewer P:  </w:t>
      </w:r>
      <w:r>
        <w:rPr>
          <w:rFonts w:ascii="Arial" w:hAnsi="Arial"/>
          <w:color w:val="5D7284"/>
        </w:rPr>
        <w:t>48:47</w:t>
      </w:r>
    </w:p>
    <w:p w14:paraId="005D56C3" w14:textId="4C7EEB2A" w:rsidR="005D33EF" w:rsidRDefault="006F75CB">
      <w:pPr>
        <w:spacing w:after="0"/>
      </w:pPr>
      <w:r>
        <w:rPr>
          <w:rFonts w:ascii="Arial" w:hAnsi="Arial"/>
        </w:rPr>
        <w:t xml:space="preserve">Yeah. Okay. </w:t>
      </w:r>
      <w:r w:rsidR="003529F6">
        <w:rPr>
          <w:rFonts w:ascii="Arial" w:hAnsi="Arial"/>
        </w:rPr>
        <w:t>So,</w:t>
      </w:r>
      <w:r>
        <w:rPr>
          <w:rFonts w:ascii="Arial" w:hAnsi="Arial"/>
        </w:rPr>
        <w:t xml:space="preserve"> the way I kind of think of it is like if there was a dot on the bottom of the tank and he sat on the dot. He's kind of staying on his dot. Yeah, even even as he's rotating around. And so are the ones on the top. Doing any rotation if we watch this twin pair here with green stripes? </w:t>
      </w:r>
    </w:p>
    <w:p w14:paraId="17D62A35" w14:textId="77777777" w:rsidR="005D33EF" w:rsidRDefault="005D33EF">
      <w:pPr>
        <w:spacing w:after="0"/>
      </w:pPr>
    </w:p>
    <w:p w14:paraId="0E1DE74C" w14:textId="77777777" w:rsidR="005D33EF" w:rsidRDefault="006F75CB">
      <w:pPr>
        <w:spacing w:after="0"/>
      </w:pPr>
      <w:r>
        <w:rPr>
          <w:rFonts w:ascii="Arial" w:hAnsi="Arial"/>
          <w:b/>
        </w:rPr>
        <w:t xml:space="preserve">Participant #15:  </w:t>
      </w:r>
      <w:r>
        <w:rPr>
          <w:rFonts w:ascii="Arial" w:hAnsi="Arial"/>
          <w:color w:val="5D7284"/>
        </w:rPr>
        <w:t>49:11</w:t>
      </w:r>
    </w:p>
    <w:p w14:paraId="2C3F0301" w14:textId="77777777" w:rsidR="005D33EF" w:rsidRDefault="006F75CB">
      <w:pPr>
        <w:spacing w:after="0"/>
      </w:pPr>
      <w:r>
        <w:rPr>
          <w:rFonts w:ascii="Arial" w:hAnsi="Arial"/>
        </w:rPr>
        <w:t xml:space="preserve">Um, not really. </w:t>
      </w:r>
    </w:p>
    <w:p w14:paraId="08630E15" w14:textId="77777777" w:rsidR="005D33EF" w:rsidRDefault="005D33EF">
      <w:pPr>
        <w:spacing w:after="0"/>
      </w:pPr>
    </w:p>
    <w:p w14:paraId="5B1FFF53" w14:textId="77777777" w:rsidR="005D33EF" w:rsidRDefault="006F75CB">
      <w:pPr>
        <w:spacing w:after="0"/>
      </w:pPr>
      <w:r>
        <w:rPr>
          <w:rFonts w:ascii="Arial" w:hAnsi="Arial"/>
          <w:b/>
        </w:rPr>
        <w:t xml:space="preserve">Interviewer P:  </w:t>
      </w:r>
      <w:r>
        <w:rPr>
          <w:rFonts w:ascii="Arial" w:hAnsi="Arial"/>
          <w:color w:val="5D7284"/>
        </w:rPr>
        <w:t>49:17</w:t>
      </w:r>
    </w:p>
    <w:p w14:paraId="7593047A" w14:textId="77777777" w:rsidR="005D33EF" w:rsidRDefault="006F75CB">
      <w:pPr>
        <w:spacing w:after="0"/>
      </w:pPr>
      <w:r>
        <w:rPr>
          <w:rFonts w:ascii="Arial" w:hAnsi="Arial"/>
        </w:rPr>
        <w:t xml:space="preserve">So now they're in front of you. </w:t>
      </w:r>
    </w:p>
    <w:p w14:paraId="241FC571" w14:textId="77777777" w:rsidR="005D33EF" w:rsidRDefault="005D33EF">
      <w:pPr>
        <w:spacing w:after="0"/>
      </w:pPr>
    </w:p>
    <w:p w14:paraId="71E642F6" w14:textId="77777777" w:rsidR="005D33EF" w:rsidRDefault="006F75CB">
      <w:pPr>
        <w:spacing w:after="0"/>
      </w:pPr>
      <w:r>
        <w:rPr>
          <w:rFonts w:ascii="Arial" w:hAnsi="Arial"/>
          <w:b/>
        </w:rPr>
        <w:t xml:space="preserve">Participant #15:  </w:t>
      </w:r>
      <w:r>
        <w:rPr>
          <w:rFonts w:ascii="Arial" w:hAnsi="Arial"/>
          <w:color w:val="5D7284"/>
        </w:rPr>
        <w:t>49:19</w:t>
      </w:r>
    </w:p>
    <w:p w14:paraId="29A3B913" w14:textId="77777777" w:rsidR="005D33EF" w:rsidRDefault="006F75CB">
      <w:pPr>
        <w:spacing w:after="0"/>
      </w:pPr>
      <w:r>
        <w:rPr>
          <w:rFonts w:ascii="Arial" w:hAnsi="Arial"/>
        </w:rPr>
        <w:t>They were, yeah.</w:t>
      </w:r>
    </w:p>
    <w:p w14:paraId="08FFE25A" w14:textId="77777777" w:rsidR="005D33EF" w:rsidRDefault="005D33EF">
      <w:pPr>
        <w:spacing w:after="0"/>
      </w:pPr>
    </w:p>
    <w:p w14:paraId="5B9B3F01" w14:textId="77777777" w:rsidR="005D33EF" w:rsidRDefault="006F75CB">
      <w:pPr>
        <w:spacing w:after="0"/>
      </w:pPr>
      <w:r>
        <w:rPr>
          <w:rFonts w:ascii="Arial" w:hAnsi="Arial"/>
          <w:b/>
        </w:rPr>
        <w:t xml:space="preserve">Interviewer P:  </w:t>
      </w:r>
      <w:r>
        <w:rPr>
          <w:rFonts w:ascii="Arial" w:hAnsi="Arial"/>
          <w:color w:val="5D7284"/>
        </w:rPr>
        <w:t>49:20</w:t>
      </w:r>
    </w:p>
    <w:p w14:paraId="6DCCFEEC" w14:textId="77777777" w:rsidR="005D33EF" w:rsidRDefault="006F75CB">
      <w:pPr>
        <w:spacing w:after="0"/>
      </w:pPr>
      <w:r>
        <w:rPr>
          <w:rFonts w:ascii="Arial" w:hAnsi="Arial"/>
        </w:rPr>
        <w:t>And now they're not. So how would you describe their motion?</w:t>
      </w:r>
    </w:p>
    <w:p w14:paraId="6C5CA3B6" w14:textId="77777777" w:rsidR="005D33EF" w:rsidRDefault="005D33EF">
      <w:pPr>
        <w:spacing w:after="0"/>
      </w:pPr>
    </w:p>
    <w:p w14:paraId="39016040" w14:textId="77777777" w:rsidR="005D33EF" w:rsidRDefault="006F75CB">
      <w:pPr>
        <w:spacing w:after="0"/>
      </w:pPr>
      <w:r>
        <w:rPr>
          <w:rFonts w:ascii="Arial" w:hAnsi="Arial"/>
          <w:b/>
        </w:rPr>
        <w:t xml:space="preserve">Participant #15:  </w:t>
      </w:r>
      <w:r>
        <w:rPr>
          <w:rFonts w:ascii="Arial" w:hAnsi="Arial"/>
          <w:color w:val="5D7284"/>
        </w:rPr>
        <w:t>49:24</w:t>
      </w:r>
    </w:p>
    <w:p w14:paraId="04D636B8" w14:textId="3D642924" w:rsidR="005D33EF" w:rsidRDefault="003529F6">
      <w:pPr>
        <w:spacing w:after="0"/>
      </w:pPr>
      <w:r>
        <w:rPr>
          <w:rFonts w:ascii="Arial" w:hAnsi="Arial"/>
        </w:rPr>
        <w:t>So, I think I'm moving with a tank, but it doesn't look like they're moving off of the spot that they're in.</w:t>
      </w:r>
    </w:p>
    <w:p w14:paraId="28FDDE8D" w14:textId="77777777" w:rsidR="005D33EF" w:rsidRDefault="005D33EF">
      <w:pPr>
        <w:spacing w:after="0"/>
      </w:pPr>
    </w:p>
    <w:p w14:paraId="2E4F996C" w14:textId="77777777" w:rsidR="005D33EF" w:rsidRDefault="006F75CB">
      <w:pPr>
        <w:spacing w:after="0"/>
      </w:pPr>
      <w:r>
        <w:rPr>
          <w:rFonts w:ascii="Arial" w:hAnsi="Arial"/>
          <w:b/>
        </w:rPr>
        <w:t xml:space="preserve">Interviewer P:  </w:t>
      </w:r>
      <w:r>
        <w:rPr>
          <w:rFonts w:ascii="Arial" w:hAnsi="Arial"/>
          <w:color w:val="5D7284"/>
        </w:rPr>
        <w:t>49:31</w:t>
      </w:r>
    </w:p>
    <w:p w14:paraId="3EBD81AD" w14:textId="77777777" w:rsidR="005D33EF" w:rsidRDefault="006F75CB">
      <w:pPr>
        <w:spacing w:after="0"/>
      </w:pPr>
      <w:r>
        <w:rPr>
          <w:rFonts w:ascii="Arial" w:hAnsi="Arial"/>
        </w:rPr>
        <w:t>So same thing as the ones on the bottom then.</w:t>
      </w:r>
    </w:p>
    <w:p w14:paraId="0724A198" w14:textId="77777777" w:rsidR="005D33EF" w:rsidRDefault="005D33EF">
      <w:pPr>
        <w:spacing w:after="0"/>
      </w:pPr>
    </w:p>
    <w:p w14:paraId="2357EC3C" w14:textId="77777777" w:rsidR="005D33EF" w:rsidRDefault="006F75CB">
      <w:pPr>
        <w:spacing w:after="0"/>
      </w:pPr>
      <w:r>
        <w:rPr>
          <w:rFonts w:ascii="Arial" w:hAnsi="Arial"/>
          <w:b/>
        </w:rPr>
        <w:t xml:space="preserve">Participant #15:  </w:t>
      </w:r>
      <w:r>
        <w:rPr>
          <w:rFonts w:ascii="Arial" w:hAnsi="Arial"/>
          <w:color w:val="5D7284"/>
        </w:rPr>
        <w:t>49:33</w:t>
      </w:r>
    </w:p>
    <w:p w14:paraId="7F0E6D1F" w14:textId="77777777" w:rsidR="005D33EF" w:rsidRDefault="006F75CB">
      <w:pPr>
        <w:spacing w:after="0"/>
      </w:pPr>
      <w:r>
        <w:rPr>
          <w:rFonts w:ascii="Arial" w:hAnsi="Arial"/>
        </w:rPr>
        <w:t xml:space="preserve">Yeah. </w:t>
      </w:r>
    </w:p>
    <w:p w14:paraId="677D285C" w14:textId="77777777" w:rsidR="005D33EF" w:rsidRDefault="005D33EF">
      <w:pPr>
        <w:spacing w:after="0"/>
      </w:pPr>
    </w:p>
    <w:p w14:paraId="4782330E" w14:textId="77777777" w:rsidR="005D33EF" w:rsidRDefault="006F75CB">
      <w:pPr>
        <w:spacing w:after="0"/>
      </w:pPr>
      <w:r>
        <w:rPr>
          <w:rFonts w:ascii="Arial" w:hAnsi="Arial"/>
          <w:b/>
        </w:rPr>
        <w:t xml:space="preserve">Interviewer P:  </w:t>
      </w:r>
      <w:r>
        <w:rPr>
          <w:rFonts w:ascii="Arial" w:hAnsi="Arial"/>
          <w:color w:val="5D7284"/>
        </w:rPr>
        <w:t>49:34</w:t>
      </w:r>
    </w:p>
    <w:p w14:paraId="68ED6D8F" w14:textId="77777777" w:rsidR="005D33EF" w:rsidRDefault="006F75CB">
      <w:pPr>
        <w:spacing w:after="0"/>
      </w:pPr>
      <w:r>
        <w:rPr>
          <w:rFonts w:ascii="Arial" w:hAnsi="Arial"/>
        </w:rPr>
        <w:t>Okay. So how would like if we compare that blue one to these guys, and they're all moving with the tank is one of them moving faster?</w:t>
      </w:r>
    </w:p>
    <w:p w14:paraId="7791001B" w14:textId="77777777" w:rsidR="005D33EF" w:rsidRDefault="005D33EF">
      <w:pPr>
        <w:spacing w:after="0"/>
      </w:pPr>
    </w:p>
    <w:p w14:paraId="10BE0100" w14:textId="77777777" w:rsidR="005D33EF" w:rsidRDefault="006F75CB">
      <w:pPr>
        <w:spacing w:after="0"/>
      </w:pPr>
      <w:r>
        <w:rPr>
          <w:rFonts w:ascii="Arial" w:hAnsi="Arial"/>
          <w:b/>
        </w:rPr>
        <w:t xml:space="preserve">Participant #15:  </w:t>
      </w:r>
      <w:r>
        <w:rPr>
          <w:rFonts w:ascii="Arial" w:hAnsi="Arial"/>
          <w:color w:val="5D7284"/>
        </w:rPr>
        <w:t>49:48</w:t>
      </w:r>
    </w:p>
    <w:p w14:paraId="643913C5" w14:textId="71E3F874" w:rsidR="005D33EF" w:rsidRDefault="006F75CB">
      <w:pPr>
        <w:spacing w:after="0"/>
      </w:pPr>
      <w:r>
        <w:rPr>
          <w:rFonts w:ascii="Arial" w:hAnsi="Arial"/>
        </w:rPr>
        <w:t xml:space="preserve">Right now? Moving with the tank, I don't think so because it's the same movement and they're both moving with the tank, I </w:t>
      </w:r>
      <w:r w:rsidR="003529F6">
        <w:rPr>
          <w:rFonts w:ascii="Arial" w:hAnsi="Arial"/>
        </w:rPr>
        <w:t>don’t</w:t>
      </w:r>
      <w:r>
        <w:rPr>
          <w:rFonts w:ascii="Arial" w:hAnsi="Arial"/>
        </w:rPr>
        <w:t xml:space="preserve"> think one would be even faster.</w:t>
      </w:r>
    </w:p>
    <w:p w14:paraId="7CB8644C" w14:textId="77777777" w:rsidR="005D33EF" w:rsidRDefault="005D33EF">
      <w:pPr>
        <w:spacing w:after="0"/>
      </w:pPr>
    </w:p>
    <w:p w14:paraId="48ECC1DA" w14:textId="77777777" w:rsidR="005D33EF" w:rsidRDefault="006F75CB">
      <w:pPr>
        <w:spacing w:after="0"/>
      </w:pPr>
      <w:r>
        <w:rPr>
          <w:rFonts w:ascii="Arial" w:hAnsi="Arial"/>
          <w:b/>
        </w:rPr>
        <w:t xml:space="preserve">Interviewer P:  </w:t>
      </w:r>
      <w:r>
        <w:rPr>
          <w:rFonts w:ascii="Arial" w:hAnsi="Arial"/>
          <w:color w:val="5D7284"/>
        </w:rPr>
        <w:t>50:02</w:t>
      </w:r>
    </w:p>
    <w:p w14:paraId="3DD5A6FB" w14:textId="4300842D" w:rsidR="005D33EF" w:rsidRDefault="006F75CB">
      <w:pPr>
        <w:spacing w:after="0"/>
      </w:pPr>
      <w:r>
        <w:rPr>
          <w:rFonts w:ascii="Arial" w:hAnsi="Arial"/>
        </w:rPr>
        <w:t xml:space="preserve">So, watch this guy on the bottom compared to those guys. </w:t>
      </w:r>
      <w:r w:rsidR="003529F6">
        <w:rPr>
          <w:rFonts w:ascii="Arial" w:hAnsi="Arial"/>
        </w:rPr>
        <w:t>So,</w:t>
      </w:r>
      <w:r>
        <w:rPr>
          <w:rFonts w:ascii="Arial" w:hAnsi="Arial"/>
        </w:rPr>
        <w:t xml:space="preserve"> they're all spinning around, see him catching up to them, passing them, so.</w:t>
      </w:r>
    </w:p>
    <w:p w14:paraId="4873BC68" w14:textId="77777777" w:rsidR="005D33EF" w:rsidRDefault="005D33EF">
      <w:pPr>
        <w:spacing w:after="0"/>
      </w:pPr>
    </w:p>
    <w:p w14:paraId="1B0FB7BA" w14:textId="77777777" w:rsidR="005D33EF" w:rsidRDefault="006F75CB">
      <w:pPr>
        <w:spacing w:after="0"/>
      </w:pPr>
      <w:r>
        <w:rPr>
          <w:rFonts w:ascii="Arial" w:hAnsi="Arial"/>
          <w:b/>
        </w:rPr>
        <w:t xml:space="preserve">Participant #15:  </w:t>
      </w:r>
      <w:r>
        <w:rPr>
          <w:rFonts w:ascii="Arial" w:hAnsi="Arial"/>
          <w:color w:val="5D7284"/>
        </w:rPr>
        <w:t>50:12</w:t>
      </w:r>
    </w:p>
    <w:p w14:paraId="45081B29" w14:textId="77777777" w:rsidR="005D33EF" w:rsidRDefault="006F75CB">
      <w:pPr>
        <w:spacing w:after="0"/>
      </w:pPr>
      <w:r>
        <w:rPr>
          <w:rFonts w:ascii="Arial" w:hAnsi="Arial"/>
        </w:rPr>
        <w:t>Yeah, the bottom ones are moving faster.</w:t>
      </w:r>
    </w:p>
    <w:p w14:paraId="6306BD66" w14:textId="77777777" w:rsidR="005D33EF" w:rsidRDefault="005D33EF">
      <w:pPr>
        <w:spacing w:after="0"/>
      </w:pPr>
    </w:p>
    <w:p w14:paraId="149CD32A" w14:textId="77777777" w:rsidR="005D33EF" w:rsidRDefault="006F75CB">
      <w:pPr>
        <w:spacing w:after="0"/>
      </w:pPr>
      <w:r>
        <w:rPr>
          <w:rFonts w:ascii="Arial" w:hAnsi="Arial"/>
          <w:b/>
        </w:rPr>
        <w:t xml:space="preserve">Interviewer P:  </w:t>
      </w:r>
      <w:r>
        <w:rPr>
          <w:rFonts w:ascii="Arial" w:hAnsi="Arial"/>
          <w:color w:val="5D7284"/>
        </w:rPr>
        <w:t>50:15</w:t>
      </w:r>
    </w:p>
    <w:p w14:paraId="5F5DB551" w14:textId="159D133F" w:rsidR="005D33EF" w:rsidRDefault="003529F6">
      <w:pPr>
        <w:spacing w:after="0"/>
      </w:pPr>
      <w:r>
        <w:rPr>
          <w:rFonts w:ascii="Arial" w:hAnsi="Arial"/>
        </w:rPr>
        <w:t xml:space="preserve">So, any thoughts on how that can be? </w:t>
      </w:r>
    </w:p>
    <w:p w14:paraId="2901D412" w14:textId="77777777" w:rsidR="005D33EF" w:rsidRDefault="005D33EF">
      <w:pPr>
        <w:spacing w:after="0"/>
      </w:pPr>
    </w:p>
    <w:p w14:paraId="463182BE" w14:textId="77777777" w:rsidR="005D33EF" w:rsidRDefault="006F75CB">
      <w:pPr>
        <w:spacing w:after="0"/>
      </w:pPr>
      <w:r>
        <w:rPr>
          <w:rFonts w:ascii="Arial" w:hAnsi="Arial"/>
          <w:b/>
        </w:rPr>
        <w:t xml:space="preserve">Participant #15:  </w:t>
      </w:r>
      <w:r>
        <w:rPr>
          <w:rFonts w:ascii="Arial" w:hAnsi="Arial"/>
          <w:color w:val="5D7284"/>
        </w:rPr>
        <w:t>50:20</w:t>
      </w:r>
    </w:p>
    <w:p w14:paraId="74718272" w14:textId="77777777" w:rsidR="005D33EF" w:rsidRDefault="006F75CB">
      <w:pPr>
        <w:spacing w:after="0"/>
      </w:pPr>
      <w:r>
        <w:rPr>
          <w:rFonts w:ascii="Arial" w:hAnsi="Arial"/>
        </w:rPr>
        <w:t>Ah, maybe there's more of a current at the bottom, that's like pushing it.</w:t>
      </w:r>
    </w:p>
    <w:p w14:paraId="41A63DEF" w14:textId="77777777" w:rsidR="005D33EF" w:rsidRDefault="005D33EF">
      <w:pPr>
        <w:spacing w:after="0"/>
      </w:pPr>
    </w:p>
    <w:p w14:paraId="21A2D0AB" w14:textId="77777777" w:rsidR="005D33EF" w:rsidRDefault="006F75CB">
      <w:pPr>
        <w:spacing w:after="0"/>
      </w:pPr>
      <w:r>
        <w:rPr>
          <w:rFonts w:ascii="Arial" w:hAnsi="Arial"/>
          <w:b/>
        </w:rPr>
        <w:t xml:space="preserve">Interviewer P:  </w:t>
      </w:r>
      <w:r>
        <w:rPr>
          <w:rFonts w:ascii="Arial" w:hAnsi="Arial"/>
          <w:color w:val="5D7284"/>
        </w:rPr>
        <w:t>50:40</w:t>
      </w:r>
    </w:p>
    <w:p w14:paraId="7E2BF799" w14:textId="77777777" w:rsidR="005D33EF" w:rsidRDefault="006F75CB">
      <w:pPr>
        <w:spacing w:after="0"/>
      </w:pPr>
      <w:r>
        <w:rPr>
          <w:rFonts w:ascii="Arial" w:hAnsi="Arial"/>
        </w:rPr>
        <w:t>Tell me about this current.</w:t>
      </w:r>
    </w:p>
    <w:p w14:paraId="77C6B3B9" w14:textId="77777777" w:rsidR="005D33EF" w:rsidRDefault="005D33EF">
      <w:pPr>
        <w:spacing w:after="0"/>
      </w:pPr>
    </w:p>
    <w:p w14:paraId="1CE9A5E3" w14:textId="77777777" w:rsidR="005D33EF" w:rsidRDefault="006F75CB">
      <w:pPr>
        <w:spacing w:after="0"/>
      </w:pPr>
      <w:r>
        <w:rPr>
          <w:rFonts w:ascii="Arial" w:hAnsi="Arial"/>
          <w:b/>
        </w:rPr>
        <w:t xml:space="preserve">Participant #15:  </w:t>
      </w:r>
      <w:r>
        <w:rPr>
          <w:rFonts w:ascii="Arial" w:hAnsi="Arial"/>
          <w:color w:val="5D7284"/>
        </w:rPr>
        <w:t>50:44</w:t>
      </w:r>
    </w:p>
    <w:p w14:paraId="4A8DBBAC" w14:textId="77777777" w:rsidR="005D33EF" w:rsidRDefault="006F75CB">
      <w:pPr>
        <w:spacing w:after="0"/>
      </w:pPr>
      <w:r>
        <w:rPr>
          <w:rFonts w:ascii="Arial" w:hAnsi="Arial"/>
        </w:rPr>
        <w:t>I don't know, maybe I think maybe there's more of a stronger pull at the bottom, that's like helping it go faster, even though they're on the same table, maybe the ones at the top aren't being pulled as liquid moves.</w:t>
      </w:r>
    </w:p>
    <w:p w14:paraId="3A6596E4" w14:textId="77777777" w:rsidR="005D33EF" w:rsidRDefault="005D33EF">
      <w:pPr>
        <w:spacing w:after="0"/>
      </w:pPr>
    </w:p>
    <w:p w14:paraId="665A87C3" w14:textId="77777777" w:rsidR="005D33EF" w:rsidRDefault="006F75CB">
      <w:pPr>
        <w:spacing w:after="0"/>
      </w:pPr>
      <w:r>
        <w:rPr>
          <w:rFonts w:ascii="Arial" w:hAnsi="Arial"/>
          <w:b/>
        </w:rPr>
        <w:t xml:space="preserve">Interviewer P:  </w:t>
      </w:r>
      <w:r>
        <w:rPr>
          <w:rFonts w:ascii="Arial" w:hAnsi="Arial"/>
          <w:color w:val="5D7284"/>
        </w:rPr>
        <w:t>51:00</w:t>
      </w:r>
    </w:p>
    <w:p w14:paraId="3A172300" w14:textId="77777777" w:rsidR="005D33EF" w:rsidRDefault="006F75CB">
      <w:pPr>
        <w:spacing w:after="0"/>
      </w:pPr>
      <w:r>
        <w:rPr>
          <w:rFonts w:ascii="Arial" w:hAnsi="Arial"/>
        </w:rPr>
        <w:t>And when you say being pulled, what is doing the pulling?</w:t>
      </w:r>
    </w:p>
    <w:p w14:paraId="24A684B4" w14:textId="77777777" w:rsidR="005D33EF" w:rsidRDefault="005D33EF">
      <w:pPr>
        <w:spacing w:after="0"/>
      </w:pPr>
    </w:p>
    <w:p w14:paraId="233DAEBB" w14:textId="77777777" w:rsidR="005D33EF" w:rsidRDefault="006F75CB">
      <w:pPr>
        <w:spacing w:after="0"/>
      </w:pPr>
      <w:r>
        <w:rPr>
          <w:rFonts w:ascii="Arial" w:hAnsi="Arial"/>
          <w:b/>
        </w:rPr>
        <w:t xml:space="preserve">Participant #15:  </w:t>
      </w:r>
      <w:r>
        <w:rPr>
          <w:rFonts w:ascii="Arial" w:hAnsi="Arial"/>
          <w:color w:val="5D7284"/>
        </w:rPr>
        <w:t>51:07</w:t>
      </w:r>
    </w:p>
    <w:p w14:paraId="1064FE66" w14:textId="77777777" w:rsidR="005D33EF" w:rsidRDefault="006F75CB">
      <w:pPr>
        <w:spacing w:after="0"/>
      </w:pPr>
      <w:r>
        <w:rPr>
          <w:rFonts w:ascii="Arial" w:hAnsi="Arial"/>
        </w:rPr>
        <w:t>The water being rotated in this thing.</w:t>
      </w:r>
    </w:p>
    <w:p w14:paraId="0D8046F4" w14:textId="77777777" w:rsidR="005D33EF" w:rsidRDefault="005D33EF">
      <w:pPr>
        <w:spacing w:after="0"/>
      </w:pPr>
    </w:p>
    <w:p w14:paraId="0D2EC574" w14:textId="77777777" w:rsidR="005D33EF" w:rsidRDefault="006F75CB">
      <w:pPr>
        <w:spacing w:after="0"/>
      </w:pPr>
      <w:r>
        <w:rPr>
          <w:rFonts w:ascii="Arial" w:hAnsi="Arial"/>
          <w:b/>
        </w:rPr>
        <w:t xml:space="preserve">Interviewer P:  </w:t>
      </w:r>
      <w:r>
        <w:rPr>
          <w:rFonts w:ascii="Arial" w:hAnsi="Arial"/>
          <w:color w:val="5D7284"/>
        </w:rPr>
        <w:t>51:12</w:t>
      </w:r>
    </w:p>
    <w:p w14:paraId="56599934" w14:textId="5B177B15" w:rsidR="005D33EF" w:rsidRDefault="006F75CB">
      <w:pPr>
        <w:spacing w:after="0"/>
      </w:pPr>
      <w:r>
        <w:rPr>
          <w:rFonts w:ascii="Arial" w:hAnsi="Arial"/>
        </w:rPr>
        <w:t xml:space="preserve">Okay, so from what you're saying I'm gathering that somehow the water on the bottom is pulling them faster than the water on the top. Thoughts as to how that could </w:t>
      </w:r>
      <w:r w:rsidR="003529F6">
        <w:rPr>
          <w:rFonts w:ascii="Arial" w:hAnsi="Arial"/>
        </w:rPr>
        <w:t>be.</w:t>
      </w:r>
    </w:p>
    <w:p w14:paraId="46574438" w14:textId="77777777" w:rsidR="005D33EF" w:rsidRDefault="005D33EF">
      <w:pPr>
        <w:spacing w:after="0"/>
      </w:pPr>
    </w:p>
    <w:p w14:paraId="1CE0FA81" w14:textId="77777777" w:rsidR="005D33EF" w:rsidRDefault="006F75CB">
      <w:pPr>
        <w:spacing w:after="0"/>
      </w:pPr>
      <w:r>
        <w:rPr>
          <w:rFonts w:ascii="Arial" w:hAnsi="Arial"/>
          <w:b/>
        </w:rPr>
        <w:t xml:space="preserve">Participant #15:  </w:t>
      </w:r>
      <w:r>
        <w:rPr>
          <w:rFonts w:ascii="Arial" w:hAnsi="Arial"/>
          <w:color w:val="5D7284"/>
        </w:rPr>
        <w:t>51:25</w:t>
      </w:r>
    </w:p>
    <w:p w14:paraId="7DF6D863" w14:textId="77777777" w:rsidR="005D33EF" w:rsidRDefault="006F75CB">
      <w:pPr>
        <w:spacing w:after="0"/>
      </w:pPr>
      <w:r>
        <w:rPr>
          <w:rFonts w:ascii="Arial" w:hAnsi="Arial"/>
        </w:rPr>
        <w:t>Uhm either that or just looks more slow, it just looks faster because it's like a wider area at the bottom. Those are like in the, crowded in the center.</w:t>
      </w:r>
    </w:p>
    <w:p w14:paraId="01D850A5" w14:textId="77777777" w:rsidR="005D33EF" w:rsidRDefault="005D33EF">
      <w:pPr>
        <w:spacing w:after="0"/>
      </w:pPr>
    </w:p>
    <w:p w14:paraId="629A7506" w14:textId="77777777" w:rsidR="005D33EF" w:rsidRDefault="006F75CB">
      <w:pPr>
        <w:spacing w:after="0"/>
      </w:pPr>
      <w:r>
        <w:rPr>
          <w:rFonts w:ascii="Arial" w:hAnsi="Arial"/>
          <w:b/>
        </w:rPr>
        <w:t xml:space="preserve">Interviewer P:  </w:t>
      </w:r>
      <w:r>
        <w:rPr>
          <w:rFonts w:ascii="Arial" w:hAnsi="Arial"/>
          <w:color w:val="5D7284"/>
        </w:rPr>
        <w:t>51:43</w:t>
      </w:r>
    </w:p>
    <w:p w14:paraId="5A885207" w14:textId="77777777" w:rsidR="005D33EF" w:rsidRDefault="006F75CB">
      <w:pPr>
        <w:spacing w:after="0"/>
      </w:pPr>
      <w:r>
        <w:rPr>
          <w:rFonts w:ascii="Arial" w:hAnsi="Arial"/>
        </w:rPr>
        <w:t>So, these yellow spotted one is kind of in the same center as this one and yet there it goes. Passing up that blue one.</w:t>
      </w:r>
    </w:p>
    <w:p w14:paraId="3ABFC823" w14:textId="77777777" w:rsidR="005D33EF" w:rsidRDefault="005D33EF">
      <w:pPr>
        <w:spacing w:after="0"/>
      </w:pPr>
    </w:p>
    <w:p w14:paraId="6A6DA846" w14:textId="77777777" w:rsidR="005D33EF" w:rsidRDefault="006F75CB">
      <w:pPr>
        <w:spacing w:after="0"/>
      </w:pPr>
      <w:r>
        <w:rPr>
          <w:rFonts w:ascii="Arial" w:hAnsi="Arial"/>
          <w:b/>
        </w:rPr>
        <w:t xml:space="preserve">Participant #15:  </w:t>
      </w:r>
      <w:r>
        <w:rPr>
          <w:rFonts w:ascii="Arial" w:hAnsi="Arial"/>
          <w:color w:val="5D7284"/>
        </w:rPr>
        <w:t>51:52</w:t>
      </w:r>
    </w:p>
    <w:p w14:paraId="0BDD832A" w14:textId="77777777" w:rsidR="005D33EF" w:rsidRDefault="006F75CB">
      <w:pPr>
        <w:spacing w:after="0"/>
      </w:pPr>
      <w:r>
        <w:rPr>
          <w:rFonts w:ascii="Arial" w:hAnsi="Arial"/>
        </w:rPr>
        <w:t>Back to my current guess, I guess.</w:t>
      </w:r>
    </w:p>
    <w:p w14:paraId="4BFD8DCA" w14:textId="77777777" w:rsidR="005D33EF" w:rsidRDefault="005D33EF">
      <w:pPr>
        <w:spacing w:after="0"/>
      </w:pPr>
    </w:p>
    <w:p w14:paraId="59356CAD" w14:textId="77777777" w:rsidR="005D33EF" w:rsidRDefault="006F75CB">
      <w:pPr>
        <w:spacing w:after="0"/>
      </w:pPr>
      <w:r>
        <w:rPr>
          <w:rFonts w:ascii="Arial" w:hAnsi="Arial"/>
          <w:b/>
        </w:rPr>
        <w:t xml:space="preserve">Interviewer P:  </w:t>
      </w:r>
      <w:r>
        <w:rPr>
          <w:rFonts w:ascii="Arial" w:hAnsi="Arial"/>
          <w:color w:val="5D7284"/>
        </w:rPr>
        <w:t>51:54</w:t>
      </w:r>
    </w:p>
    <w:p w14:paraId="71971112" w14:textId="77777777" w:rsidR="005D33EF" w:rsidRDefault="006F75CB">
      <w:pPr>
        <w:spacing w:after="0"/>
      </w:pPr>
      <w:r>
        <w:rPr>
          <w:rFonts w:ascii="Arial" w:hAnsi="Arial"/>
        </w:rPr>
        <w:t>What do you think would happen if I stopped the tank, like Erika did abruptly.</w:t>
      </w:r>
    </w:p>
    <w:p w14:paraId="4B76D2C7" w14:textId="77777777" w:rsidR="005D33EF" w:rsidRDefault="005D33EF">
      <w:pPr>
        <w:spacing w:after="0"/>
      </w:pPr>
    </w:p>
    <w:p w14:paraId="28810412" w14:textId="77777777" w:rsidR="005D33EF" w:rsidRDefault="006F75CB">
      <w:pPr>
        <w:spacing w:after="0"/>
      </w:pPr>
      <w:r>
        <w:rPr>
          <w:rFonts w:ascii="Arial" w:hAnsi="Arial"/>
          <w:b/>
        </w:rPr>
        <w:t xml:space="preserve">Participant #15:  </w:t>
      </w:r>
      <w:r>
        <w:rPr>
          <w:rFonts w:ascii="Arial" w:hAnsi="Arial"/>
          <w:color w:val="5D7284"/>
        </w:rPr>
        <w:t>52:00</w:t>
      </w:r>
    </w:p>
    <w:p w14:paraId="7885EFF7" w14:textId="77777777" w:rsidR="005D33EF" w:rsidRDefault="006F75CB">
      <w:pPr>
        <w:spacing w:after="0"/>
      </w:pPr>
      <w:r>
        <w:rPr>
          <w:rFonts w:ascii="Arial" w:hAnsi="Arial"/>
        </w:rPr>
        <w:t>I think that they would I think the top ones would definitely maybe come to the middle. The side ones maybe they would also go to the middle but maybe they would take longer.</w:t>
      </w:r>
    </w:p>
    <w:p w14:paraId="4553D73C" w14:textId="77777777" w:rsidR="005D33EF" w:rsidRDefault="005D33EF">
      <w:pPr>
        <w:spacing w:after="0"/>
      </w:pPr>
    </w:p>
    <w:p w14:paraId="3C74E00E" w14:textId="77777777" w:rsidR="005D33EF" w:rsidRDefault="006F75CB">
      <w:pPr>
        <w:spacing w:after="0"/>
      </w:pPr>
      <w:r>
        <w:rPr>
          <w:rFonts w:ascii="Arial" w:hAnsi="Arial"/>
          <w:b/>
        </w:rPr>
        <w:t xml:space="preserve">Interviewer P:  </w:t>
      </w:r>
      <w:r>
        <w:rPr>
          <w:rFonts w:ascii="Arial" w:hAnsi="Arial"/>
          <w:color w:val="5D7284"/>
        </w:rPr>
        <w:t>52:15</w:t>
      </w:r>
    </w:p>
    <w:p w14:paraId="6AC448F5" w14:textId="77777777" w:rsidR="005D33EF" w:rsidRDefault="006F75CB">
      <w:pPr>
        <w:spacing w:after="0"/>
      </w:pPr>
      <w:r>
        <w:rPr>
          <w:rFonts w:ascii="Arial" w:hAnsi="Arial"/>
        </w:rPr>
        <w:t>And do you think the ones on the top and the ones on the bottom will behave the same?</w:t>
      </w:r>
    </w:p>
    <w:p w14:paraId="072FD0F9" w14:textId="77777777" w:rsidR="005D33EF" w:rsidRDefault="005D33EF">
      <w:pPr>
        <w:spacing w:after="0"/>
      </w:pPr>
    </w:p>
    <w:p w14:paraId="50709E92" w14:textId="77777777" w:rsidR="005D33EF" w:rsidRDefault="006F75CB">
      <w:pPr>
        <w:spacing w:after="0"/>
      </w:pPr>
      <w:r>
        <w:rPr>
          <w:rFonts w:ascii="Arial" w:hAnsi="Arial"/>
          <w:b/>
        </w:rPr>
        <w:t xml:space="preserve">Participant #15:  </w:t>
      </w:r>
      <w:r>
        <w:rPr>
          <w:rFonts w:ascii="Arial" w:hAnsi="Arial"/>
          <w:color w:val="5D7284"/>
        </w:rPr>
        <w:t>52:21</w:t>
      </w:r>
    </w:p>
    <w:p w14:paraId="0B803723" w14:textId="77777777" w:rsidR="005D33EF" w:rsidRDefault="006F75CB">
      <w:pPr>
        <w:spacing w:after="0"/>
      </w:pPr>
      <w:r>
        <w:rPr>
          <w:rFonts w:ascii="Arial" w:hAnsi="Arial"/>
        </w:rPr>
        <w:t>I think so. But I think that the ones at the top would make its way quicker to the middle since they're already there.</w:t>
      </w:r>
    </w:p>
    <w:p w14:paraId="50CFE300" w14:textId="77777777" w:rsidR="005D33EF" w:rsidRDefault="005D33EF">
      <w:pPr>
        <w:spacing w:after="0"/>
      </w:pPr>
    </w:p>
    <w:p w14:paraId="5244540F" w14:textId="77777777" w:rsidR="005D33EF" w:rsidRDefault="006F75CB">
      <w:pPr>
        <w:spacing w:after="0"/>
      </w:pPr>
      <w:r>
        <w:rPr>
          <w:rFonts w:ascii="Arial" w:hAnsi="Arial"/>
          <w:b/>
        </w:rPr>
        <w:t xml:space="preserve">Interviewer P:  </w:t>
      </w:r>
      <w:r>
        <w:rPr>
          <w:rFonts w:ascii="Arial" w:hAnsi="Arial"/>
          <w:color w:val="5D7284"/>
        </w:rPr>
        <w:t>52:29</w:t>
      </w:r>
    </w:p>
    <w:p w14:paraId="2259B438" w14:textId="5A1B2243" w:rsidR="005D33EF" w:rsidRDefault="006F75CB">
      <w:pPr>
        <w:spacing w:after="0"/>
      </w:pPr>
      <w:r>
        <w:rPr>
          <w:rFonts w:ascii="Arial" w:hAnsi="Arial"/>
        </w:rPr>
        <w:t xml:space="preserve">Yeah, yeah got it. Do you think that they'll continue to </w:t>
      </w:r>
      <w:r w:rsidR="003529F6">
        <w:rPr>
          <w:rFonts w:ascii="Arial" w:hAnsi="Arial"/>
        </w:rPr>
        <w:t>rotate,</w:t>
      </w:r>
      <w:r>
        <w:rPr>
          <w:rFonts w:ascii="Arial" w:hAnsi="Arial"/>
        </w:rPr>
        <w:t xml:space="preserve"> or they'll stop rotating and make a beeline for the middle?</w:t>
      </w:r>
    </w:p>
    <w:p w14:paraId="666389FB" w14:textId="77777777" w:rsidR="005D33EF" w:rsidRDefault="005D33EF">
      <w:pPr>
        <w:spacing w:after="0"/>
      </w:pPr>
    </w:p>
    <w:p w14:paraId="13B14085" w14:textId="77777777" w:rsidR="005D33EF" w:rsidRDefault="006F75CB">
      <w:pPr>
        <w:spacing w:after="0"/>
      </w:pPr>
      <w:r>
        <w:rPr>
          <w:rFonts w:ascii="Arial" w:hAnsi="Arial"/>
          <w:b/>
        </w:rPr>
        <w:t xml:space="preserve">Participant #15:  </w:t>
      </w:r>
      <w:r>
        <w:rPr>
          <w:rFonts w:ascii="Arial" w:hAnsi="Arial"/>
          <w:color w:val="5D7284"/>
        </w:rPr>
        <w:t>52:37</w:t>
      </w:r>
    </w:p>
    <w:p w14:paraId="1204FC18" w14:textId="77777777" w:rsidR="005D33EF" w:rsidRDefault="006F75CB">
      <w:pPr>
        <w:spacing w:after="0"/>
      </w:pPr>
      <w:r>
        <w:rPr>
          <w:rFonts w:ascii="Arial" w:hAnsi="Arial"/>
        </w:rPr>
        <w:t>I think they will continue to rotate maybe not this way maybe it will go the other way.</w:t>
      </w:r>
    </w:p>
    <w:p w14:paraId="6447ED06" w14:textId="77777777" w:rsidR="005D33EF" w:rsidRDefault="005D33EF">
      <w:pPr>
        <w:spacing w:after="0"/>
      </w:pPr>
    </w:p>
    <w:p w14:paraId="365CE3E2" w14:textId="77777777" w:rsidR="005D33EF" w:rsidRDefault="006F75CB">
      <w:pPr>
        <w:spacing w:after="0"/>
      </w:pPr>
      <w:r>
        <w:rPr>
          <w:rFonts w:ascii="Arial" w:hAnsi="Arial"/>
          <w:b/>
        </w:rPr>
        <w:t xml:space="preserve">Interviewer P:  </w:t>
      </w:r>
      <w:r>
        <w:rPr>
          <w:rFonts w:ascii="Arial" w:hAnsi="Arial"/>
          <w:color w:val="5D7284"/>
        </w:rPr>
        <w:t>52:45</w:t>
      </w:r>
    </w:p>
    <w:p w14:paraId="249F33BD" w14:textId="72FD05CF" w:rsidR="005D33EF" w:rsidRDefault="003529F6">
      <w:pPr>
        <w:spacing w:after="0"/>
      </w:pPr>
      <w:r>
        <w:rPr>
          <w:rFonts w:ascii="Arial" w:hAnsi="Arial"/>
        </w:rPr>
        <w:t>So, when I stopped the tank they'll they'll reverse and go the other direction?</w:t>
      </w:r>
    </w:p>
    <w:p w14:paraId="0A909CF3" w14:textId="77777777" w:rsidR="005D33EF" w:rsidRDefault="005D33EF">
      <w:pPr>
        <w:spacing w:after="0"/>
      </w:pPr>
    </w:p>
    <w:p w14:paraId="68E1CE19" w14:textId="77777777" w:rsidR="005D33EF" w:rsidRDefault="006F75CB">
      <w:pPr>
        <w:spacing w:after="0"/>
      </w:pPr>
      <w:r>
        <w:rPr>
          <w:rFonts w:ascii="Arial" w:hAnsi="Arial"/>
          <w:b/>
        </w:rPr>
        <w:t xml:space="preserve">Participant #15:  </w:t>
      </w:r>
      <w:r>
        <w:rPr>
          <w:rFonts w:ascii="Arial" w:hAnsi="Arial"/>
          <w:color w:val="5D7284"/>
        </w:rPr>
        <w:t>52:51</w:t>
      </w:r>
    </w:p>
    <w:p w14:paraId="39AC7B49" w14:textId="77777777" w:rsidR="005D33EF" w:rsidRDefault="006F75CB">
      <w:pPr>
        <w:spacing w:after="0"/>
      </w:pPr>
      <w:r>
        <w:rPr>
          <w:rFonts w:ascii="Arial" w:hAnsi="Arial"/>
        </w:rPr>
        <w:lastRenderedPageBreak/>
        <w:t xml:space="preserve"> I think so. </w:t>
      </w:r>
    </w:p>
    <w:p w14:paraId="29027012" w14:textId="77777777" w:rsidR="005D33EF" w:rsidRDefault="005D33EF">
      <w:pPr>
        <w:spacing w:after="0"/>
      </w:pPr>
    </w:p>
    <w:p w14:paraId="5D922021" w14:textId="77777777" w:rsidR="005D33EF" w:rsidRDefault="006F75CB">
      <w:pPr>
        <w:spacing w:after="0"/>
      </w:pPr>
      <w:r>
        <w:rPr>
          <w:rFonts w:ascii="Arial" w:hAnsi="Arial"/>
          <w:b/>
        </w:rPr>
        <w:t xml:space="preserve">Interviewer P:  </w:t>
      </w:r>
      <w:r>
        <w:rPr>
          <w:rFonts w:ascii="Arial" w:hAnsi="Arial"/>
          <w:color w:val="5D7284"/>
        </w:rPr>
        <w:t>52:51</w:t>
      </w:r>
    </w:p>
    <w:p w14:paraId="49E777AA" w14:textId="77777777" w:rsidR="005D33EF" w:rsidRDefault="006F75CB">
      <w:pPr>
        <w:spacing w:after="0"/>
      </w:pPr>
      <w:r>
        <w:rPr>
          <w:rFonts w:ascii="Arial" w:hAnsi="Arial"/>
        </w:rPr>
        <w:t>Okay. And while they're also moving towards the middle right let's do it and see what happens.</w:t>
      </w:r>
    </w:p>
    <w:p w14:paraId="4FE6A141" w14:textId="77777777" w:rsidR="005D33EF" w:rsidRDefault="005D33EF">
      <w:pPr>
        <w:spacing w:after="0"/>
      </w:pPr>
    </w:p>
    <w:p w14:paraId="5DC5150D" w14:textId="77777777" w:rsidR="005D33EF" w:rsidRDefault="006F75CB">
      <w:pPr>
        <w:spacing w:after="0"/>
      </w:pPr>
      <w:r>
        <w:rPr>
          <w:rFonts w:ascii="Arial" w:hAnsi="Arial"/>
          <w:b/>
        </w:rPr>
        <w:t xml:space="preserve">Participant #15:  </w:t>
      </w:r>
      <w:r>
        <w:rPr>
          <w:rFonts w:ascii="Arial" w:hAnsi="Arial"/>
          <w:color w:val="5D7284"/>
        </w:rPr>
        <w:t>53:03</w:t>
      </w:r>
    </w:p>
    <w:p w14:paraId="6CC576C7" w14:textId="77777777" w:rsidR="005D33EF" w:rsidRDefault="006F75CB">
      <w:pPr>
        <w:spacing w:after="0"/>
      </w:pPr>
      <w:r>
        <w:rPr>
          <w:rFonts w:ascii="Arial" w:hAnsi="Arial"/>
        </w:rPr>
        <w:t>Stayed in the same.</w:t>
      </w:r>
    </w:p>
    <w:p w14:paraId="6E6A8F13" w14:textId="77777777" w:rsidR="005D33EF" w:rsidRDefault="005D33EF">
      <w:pPr>
        <w:spacing w:after="0"/>
      </w:pPr>
    </w:p>
    <w:p w14:paraId="08FFC391" w14:textId="77777777" w:rsidR="005D33EF" w:rsidRDefault="006F75CB">
      <w:pPr>
        <w:spacing w:after="0"/>
      </w:pPr>
      <w:r>
        <w:rPr>
          <w:rFonts w:ascii="Arial" w:hAnsi="Arial"/>
          <w:b/>
        </w:rPr>
        <w:t xml:space="preserve">Interviewer P:  </w:t>
      </w:r>
      <w:r>
        <w:rPr>
          <w:rFonts w:ascii="Arial" w:hAnsi="Arial"/>
          <w:color w:val="5D7284"/>
        </w:rPr>
        <w:t>53:04</w:t>
      </w:r>
    </w:p>
    <w:p w14:paraId="56FE484C" w14:textId="77777777" w:rsidR="005D33EF" w:rsidRDefault="006F75CB">
      <w:pPr>
        <w:spacing w:after="0"/>
      </w:pPr>
      <w:r>
        <w:rPr>
          <w:rFonts w:ascii="Arial" w:hAnsi="Arial"/>
        </w:rPr>
        <w:t>Stay in the same direction Yeah.</w:t>
      </w:r>
    </w:p>
    <w:p w14:paraId="74287568" w14:textId="77777777" w:rsidR="005D33EF" w:rsidRDefault="005D33EF">
      <w:pPr>
        <w:spacing w:after="0"/>
      </w:pPr>
    </w:p>
    <w:p w14:paraId="4F2D02E7" w14:textId="77777777" w:rsidR="005D33EF" w:rsidRDefault="006F75CB">
      <w:pPr>
        <w:spacing w:after="0"/>
      </w:pPr>
      <w:r>
        <w:rPr>
          <w:rFonts w:ascii="Arial" w:hAnsi="Arial"/>
          <w:b/>
        </w:rPr>
        <w:t xml:space="preserve">Participant #15:  </w:t>
      </w:r>
      <w:r>
        <w:rPr>
          <w:rFonts w:ascii="Arial" w:hAnsi="Arial"/>
          <w:color w:val="5D7284"/>
        </w:rPr>
        <w:t>53:07</w:t>
      </w:r>
    </w:p>
    <w:p w14:paraId="0CD535F5" w14:textId="77777777" w:rsidR="005D33EF" w:rsidRDefault="006F75CB">
      <w:pPr>
        <w:spacing w:after="0"/>
      </w:pPr>
      <w:r>
        <w:rPr>
          <w:rFonts w:ascii="Arial" w:hAnsi="Arial"/>
        </w:rPr>
        <w:t>The bottom ones are kind of going quicker.</w:t>
      </w:r>
    </w:p>
    <w:p w14:paraId="6A83A9E7" w14:textId="77777777" w:rsidR="005D33EF" w:rsidRDefault="005D33EF">
      <w:pPr>
        <w:spacing w:after="0"/>
      </w:pPr>
    </w:p>
    <w:p w14:paraId="581A0212" w14:textId="77777777" w:rsidR="005D33EF" w:rsidRDefault="006F75CB">
      <w:pPr>
        <w:spacing w:after="0"/>
      </w:pPr>
      <w:r>
        <w:rPr>
          <w:rFonts w:ascii="Arial" w:hAnsi="Arial"/>
          <w:b/>
        </w:rPr>
        <w:t xml:space="preserve">Interviewer P:  </w:t>
      </w:r>
      <w:r>
        <w:rPr>
          <w:rFonts w:ascii="Arial" w:hAnsi="Arial"/>
          <w:color w:val="5D7284"/>
        </w:rPr>
        <w:t>53:09</w:t>
      </w:r>
    </w:p>
    <w:p w14:paraId="78CE4FBE" w14:textId="77777777" w:rsidR="005D33EF" w:rsidRDefault="006F75CB">
      <w:pPr>
        <w:spacing w:after="0"/>
      </w:pPr>
      <w:r>
        <w:rPr>
          <w:rFonts w:ascii="Arial" w:hAnsi="Arial"/>
        </w:rPr>
        <w:t>They are look at them go.</w:t>
      </w:r>
    </w:p>
    <w:p w14:paraId="1DD618BF" w14:textId="77777777" w:rsidR="005D33EF" w:rsidRDefault="005D33EF">
      <w:pPr>
        <w:spacing w:after="0"/>
      </w:pPr>
    </w:p>
    <w:p w14:paraId="39802071" w14:textId="77777777" w:rsidR="005D33EF" w:rsidRDefault="006F75CB">
      <w:pPr>
        <w:spacing w:after="0"/>
      </w:pPr>
      <w:r>
        <w:rPr>
          <w:rFonts w:ascii="Arial" w:hAnsi="Arial"/>
          <w:b/>
        </w:rPr>
        <w:t xml:space="preserve">Participant #15:  </w:t>
      </w:r>
      <w:r>
        <w:rPr>
          <w:rFonts w:ascii="Arial" w:hAnsi="Arial"/>
          <w:color w:val="5D7284"/>
        </w:rPr>
        <w:t>53:14</w:t>
      </w:r>
    </w:p>
    <w:p w14:paraId="03696CB7" w14:textId="77777777" w:rsidR="005D33EF" w:rsidRDefault="006F75CB">
      <w:pPr>
        <w:spacing w:after="0"/>
      </w:pPr>
      <w:r>
        <w:rPr>
          <w:rFonts w:ascii="Arial" w:hAnsi="Arial"/>
        </w:rPr>
        <w:t>Kinda, looking at that orange fish.</w:t>
      </w:r>
    </w:p>
    <w:p w14:paraId="7E7C5DE7" w14:textId="77777777" w:rsidR="005D33EF" w:rsidRDefault="005D33EF">
      <w:pPr>
        <w:spacing w:after="0"/>
      </w:pPr>
    </w:p>
    <w:p w14:paraId="042B5451" w14:textId="77777777" w:rsidR="005D33EF" w:rsidRDefault="006F75CB">
      <w:pPr>
        <w:spacing w:after="0"/>
      </w:pPr>
      <w:r>
        <w:rPr>
          <w:rFonts w:ascii="Arial" w:hAnsi="Arial"/>
          <w:b/>
        </w:rPr>
        <w:t xml:space="preserve">Interviewer P:  </w:t>
      </w:r>
      <w:r>
        <w:rPr>
          <w:rFonts w:ascii="Arial" w:hAnsi="Arial"/>
          <w:color w:val="5D7284"/>
        </w:rPr>
        <w:t>53:16</w:t>
      </w:r>
    </w:p>
    <w:p w14:paraId="0D4E6266" w14:textId="75C5BB43" w:rsidR="005D33EF" w:rsidRDefault="006F75CB">
      <w:pPr>
        <w:spacing w:after="0"/>
      </w:pPr>
      <w:r>
        <w:rPr>
          <w:rFonts w:ascii="Arial" w:hAnsi="Arial"/>
        </w:rPr>
        <w:t xml:space="preserve">I know that that orange one he's like actually up right now he's going backwards but he was going forward. Oh, there we go again. A lot of the ones on the bottom have stopped. I wonder why the ones on the top are still going when the ones on the bottom are done. </w:t>
      </w:r>
      <w:r w:rsidR="003956CD">
        <w:rPr>
          <w:rFonts w:ascii="Arial" w:hAnsi="Arial"/>
        </w:rPr>
        <w:t>Except</w:t>
      </w:r>
      <w:r>
        <w:rPr>
          <w:rFonts w:ascii="Arial" w:hAnsi="Arial"/>
        </w:rPr>
        <w:t xml:space="preserve"> that guy. </w:t>
      </w:r>
    </w:p>
    <w:p w14:paraId="132194A9" w14:textId="77777777" w:rsidR="005D33EF" w:rsidRDefault="005D33EF">
      <w:pPr>
        <w:spacing w:after="0"/>
      </w:pPr>
    </w:p>
    <w:p w14:paraId="0A50D451" w14:textId="77777777" w:rsidR="005D33EF" w:rsidRDefault="006F75CB">
      <w:pPr>
        <w:spacing w:after="0"/>
      </w:pPr>
      <w:r>
        <w:rPr>
          <w:rFonts w:ascii="Arial" w:hAnsi="Arial"/>
          <w:b/>
        </w:rPr>
        <w:t xml:space="preserve">Participant #15:  </w:t>
      </w:r>
      <w:r>
        <w:rPr>
          <w:rFonts w:ascii="Arial" w:hAnsi="Arial"/>
          <w:color w:val="5D7284"/>
        </w:rPr>
        <w:t>53:44</w:t>
      </w:r>
    </w:p>
    <w:p w14:paraId="59EDCE63" w14:textId="6B243E16" w:rsidR="005D33EF" w:rsidRDefault="006F75CB">
      <w:pPr>
        <w:spacing w:after="0"/>
      </w:pPr>
      <w:r>
        <w:rPr>
          <w:rFonts w:ascii="Arial" w:hAnsi="Arial"/>
        </w:rPr>
        <w:t xml:space="preserve">Maybe the current that was like pushing them the bottom ones faster. Kind of made its way to the top and is keeping the top </w:t>
      </w:r>
      <w:r w:rsidR="003956CD">
        <w:rPr>
          <w:rFonts w:ascii="Arial" w:hAnsi="Arial"/>
        </w:rPr>
        <w:t>one’s</w:t>
      </w:r>
      <w:r>
        <w:rPr>
          <w:rFonts w:ascii="Arial" w:hAnsi="Arial"/>
        </w:rPr>
        <w:t xml:space="preserve"> going.</w:t>
      </w:r>
    </w:p>
    <w:p w14:paraId="13139731" w14:textId="77777777" w:rsidR="005D33EF" w:rsidRDefault="005D33EF">
      <w:pPr>
        <w:spacing w:after="0"/>
      </w:pPr>
    </w:p>
    <w:p w14:paraId="719BE380" w14:textId="77777777" w:rsidR="005D33EF" w:rsidRDefault="006F75CB">
      <w:pPr>
        <w:spacing w:after="0"/>
      </w:pPr>
      <w:r>
        <w:rPr>
          <w:rFonts w:ascii="Arial" w:hAnsi="Arial"/>
          <w:b/>
        </w:rPr>
        <w:t xml:space="preserve">Interviewer P:  </w:t>
      </w:r>
      <w:r>
        <w:rPr>
          <w:rFonts w:ascii="Arial" w:hAnsi="Arial"/>
          <w:color w:val="5D7284"/>
        </w:rPr>
        <w:t>53:53</w:t>
      </w:r>
    </w:p>
    <w:p w14:paraId="0473A841" w14:textId="77777777" w:rsidR="005D33EF" w:rsidRDefault="006F75CB">
      <w:pPr>
        <w:spacing w:after="0"/>
      </w:pPr>
      <w:r>
        <w:rPr>
          <w:rFonts w:ascii="Arial" w:hAnsi="Arial"/>
        </w:rPr>
        <w:t>Oh yeah. Well, our time is about up. Let me stop this video and recording.</w:t>
      </w:r>
    </w:p>
    <w:sectPr w:rsidR="005D33EF" w:rsidSect="00DE4B81">
      <w:headerReference w:type="even" r:id="rId11"/>
      <w:headerReference w:type="default" r:id="rId12"/>
      <w:footerReference w:type="even" r:id="rId13"/>
      <w:footerReference w:type="default" r:id="rId14"/>
      <w:headerReference w:type="first" r:id="rId15"/>
      <w:footerReference w:type="first" r:id="rId16"/>
      <w:pgSz w:w="12240" w:h="15840"/>
      <w:pgMar w:top="1440" w:right="1080" w:bottom="1440" w:left="1080" w:header="720" w:footer="720" w:gutter="0"/>
      <w:pgNumType w:fmt="numberInDash"/>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680E800" w14:textId="77777777" w:rsidR="00DE4B81" w:rsidRDefault="00DE4B81">
      <w:pPr>
        <w:spacing w:after="0" w:line="240" w:lineRule="auto"/>
      </w:pPr>
      <w:r>
        <w:separator/>
      </w:r>
    </w:p>
  </w:endnote>
  <w:endnote w:type="continuationSeparator" w:id="0">
    <w:p w14:paraId="53FF58A0" w14:textId="77777777" w:rsidR="00DE4B81" w:rsidRDefault="00DE4B8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409020205020404"/>
    <w:charset w:val="00"/>
    <w:family w:val="auto"/>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372650680"/>
      <w:docPartObj>
        <w:docPartGallery w:val="Page Numbers (Bottom of Page)"/>
        <w:docPartUnique/>
      </w:docPartObj>
    </w:sdtPr>
    <w:sdtEndPr>
      <w:rPr>
        <w:rStyle w:val="PageNumber"/>
      </w:rPr>
    </w:sdtEndPr>
    <w:sdtContent>
      <w:p w14:paraId="0A32F1B6" w14:textId="77777777" w:rsidR="001216B9" w:rsidRDefault="001216B9" w:rsidP="00A736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sdt>
    <w:sdtPr>
      <w:rPr>
        <w:rStyle w:val="PageNumber"/>
      </w:rPr>
      <w:id w:val="937484424"/>
      <w:docPartObj>
        <w:docPartGallery w:val="Page Numbers (Bottom of Page)"/>
        <w:docPartUnique/>
      </w:docPartObj>
    </w:sdtPr>
    <w:sdtEndPr>
      <w:rPr>
        <w:rStyle w:val="PageNumber"/>
      </w:rPr>
    </w:sdtEndPr>
    <w:sdtContent>
      <w:p w14:paraId="5F6F91FB" w14:textId="77777777" w:rsidR="001216B9" w:rsidRDefault="001216B9" w:rsidP="00A73672">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5640333B" w14:textId="77777777" w:rsidR="001216B9" w:rsidRDefault="001216B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Fonts w:ascii="Arial" w:hAnsi="Arial" w:cs="Arial"/>
      </w:rPr>
      <w:id w:val="1113323662"/>
      <w:docPartObj>
        <w:docPartGallery w:val="Page Numbers (Bottom of Page)"/>
        <w:docPartUnique/>
      </w:docPartObj>
    </w:sdtPr>
    <w:sdtEndPr>
      <w:rPr>
        <w:rStyle w:val="PageNumber"/>
      </w:rPr>
    </w:sdtEndPr>
    <w:sdtContent>
      <w:p w14:paraId="59193B63" w14:textId="77777777" w:rsidR="001216B9" w:rsidRPr="009C3AF0" w:rsidRDefault="001216B9" w:rsidP="00A73672">
        <w:pPr>
          <w:pStyle w:val="Footer"/>
          <w:framePr w:wrap="none" w:vAnchor="text" w:hAnchor="margin" w:xAlign="center" w:y="1"/>
          <w:rPr>
            <w:rStyle w:val="PageNumber"/>
            <w:rFonts w:ascii="Arial" w:hAnsi="Arial" w:cs="Arial"/>
          </w:rPr>
        </w:pPr>
        <w:r w:rsidRPr="009C3AF0">
          <w:rPr>
            <w:rStyle w:val="PageNumber"/>
            <w:rFonts w:ascii="Arial" w:hAnsi="Arial" w:cs="Arial"/>
          </w:rPr>
          <w:fldChar w:fldCharType="begin"/>
        </w:r>
        <w:r w:rsidRPr="009C3AF0">
          <w:rPr>
            <w:rStyle w:val="PageNumber"/>
            <w:rFonts w:ascii="Arial" w:hAnsi="Arial" w:cs="Arial"/>
          </w:rPr>
          <w:instrText xml:space="preserve"> PAGE </w:instrText>
        </w:r>
        <w:r w:rsidRPr="009C3AF0">
          <w:rPr>
            <w:rStyle w:val="PageNumber"/>
            <w:rFonts w:ascii="Arial" w:hAnsi="Arial" w:cs="Arial"/>
          </w:rPr>
          <w:fldChar w:fldCharType="separate"/>
        </w:r>
        <w:r w:rsidRPr="009C3AF0">
          <w:rPr>
            <w:rStyle w:val="PageNumber"/>
            <w:rFonts w:ascii="Arial" w:hAnsi="Arial" w:cs="Arial"/>
            <w:noProof/>
          </w:rPr>
          <w:t>- 1 -</w:t>
        </w:r>
        <w:r w:rsidRPr="009C3AF0">
          <w:rPr>
            <w:rStyle w:val="PageNumber"/>
            <w:rFonts w:ascii="Arial" w:hAnsi="Arial" w:cs="Arial"/>
          </w:rPr>
          <w:fldChar w:fldCharType="end"/>
        </w:r>
      </w:p>
    </w:sdtContent>
  </w:sdt>
  <w:p w14:paraId="380838E1" w14:textId="77777777" w:rsidR="00930F33" w:rsidRPr="009C3AF0" w:rsidRDefault="001216B9">
    <w:pPr>
      <w:pStyle w:val="Footer"/>
      <w:rPr>
        <w:rFonts w:ascii="Arial" w:hAnsi="Arial" w:cs="Arial"/>
        <w:color w:val="BFBFBF" w:themeColor="background1" w:themeShade="BF"/>
      </w:rPr>
    </w:pPr>
    <w:r w:rsidRPr="009C3AF0">
      <w:rPr>
        <w:rFonts w:ascii="Arial" w:hAnsi="Arial" w:cs="Arial"/>
        <w:color w:val="BFBFBF" w:themeColor="background1" w:themeShade="BF"/>
      </w:rPr>
      <w:ptab w:relativeTo="margin" w:alignment="center" w:leader="none"/>
    </w:r>
    <w:r w:rsidRPr="009C3AF0">
      <w:rPr>
        <w:rFonts w:ascii="Arial" w:hAnsi="Arial" w:cs="Arial"/>
        <w:color w:val="BFBFBF" w:themeColor="background1" w:themeShade="BF"/>
      </w:rPr>
      <w:ptab w:relativeTo="margin" w:alignment="right" w:leader="none"/>
    </w:r>
    <w:r w:rsidRPr="009C3AF0">
      <w:rPr>
        <w:rFonts w:ascii="Arial" w:hAnsi="Arial" w:cs="Arial"/>
        <w:color w:val="BFBFBF" w:themeColor="background1" w:themeShade="BF"/>
      </w:rPr>
      <w:t xml:space="preserve">Transcribed by </w:t>
    </w:r>
    <w:hyperlink r:id="rId1" w:history="1">
      <w:r w:rsidRPr="006E2A8C">
        <w:rPr>
          <w:rStyle w:val="Hyperlink"/>
          <w:rFonts w:ascii="Arial" w:hAnsi="Arial" w:cs="Arial"/>
        </w:rPr>
        <w:t>https://otter.ai</w:t>
      </w:r>
    </w:hyperlink>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BF1B4A" w14:textId="77777777" w:rsidR="006E2A8C" w:rsidRDefault="006E2A8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F8982B1" w14:textId="77777777" w:rsidR="00DE4B81" w:rsidRDefault="00DE4B81">
      <w:pPr>
        <w:spacing w:after="0" w:line="240" w:lineRule="auto"/>
      </w:pPr>
      <w:r>
        <w:separator/>
      </w:r>
    </w:p>
  </w:footnote>
  <w:footnote w:type="continuationSeparator" w:id="0">
    <w:p w14:paraId="4554F6FA" w14:textId="77777777" w:rsidR="00DE4B81" w:rsidRDefault="00DE4B8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E102AB" w14:textId="77777777" w:rsidR="006E2A8C" w:rsidRDefault="006E2A8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331C01" w14:textId="77777777" w:rsidR="006E2A8C" w:rsidRDefault="006E2A8C">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5CC491" w14:textId="77777777" w:rsidR="006E2A8C" w:rsidRDefault="006E2A8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ListNumber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ListNumber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ListBullet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ListBullet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ListBullet"/>
      <w:lvlText w:val=""/>
      <w:lvlJc w:val="left"/>
      <w:pPr>
        <w:tabs>
          <w:tab w:val="num" w:pos="360"/>
        </w:tabs>
        <w:ind w:left="360" w:hanging="360"/>
      </w:pPr>
      <w:rPr>
        <w:rFonts w:ascii="Symbol" w:hAnsi="Symbol" w:hint="default"/>
      </w:rPr>
    </w:lvl>
  </w:abstractNum>
  <w:num w:numId="1" w16cid:durableId="1082147391">
    <w:abstractNumId w:val="8"/>
  </w:num>
  <w:num w:numId="2" w16cid:durableId="604268954">
    <w:abstractNumId w:val="6"/>
  </w:num>
  <w:num w:numId="3" w16cid:durableId="1776901043">
    <w:abstractNumId w:val="5"/>
  </w:num>
  <w:num w:numId="4" w16cid:durableId="1570310997">
    <w:abstractNumId w:val="4"/>
  </w:num>
  <w:num w:numId="5" w16cid:durableId="1450584036">
    <w:abstractNumId w:val="7"/>
  </w:num>
  <w:num w:numId="6" w16cid:durableId="1109198628">
    <w:abstractNumId w:val="3"/>
  </w:num>
  <w:num w:numId="7" w16cid:durableId="1616982995">
    <w:abstractNumId w:val="2"/>
  </w:num>
  <w:num w:numId="8" w16cid:durableId="610355864">
    <w:abstractNumId w:val="1"/>
  </w:num>
  <w:num w:numId="9" w16cid:durableId="44022743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7730"/>
    <w:rsid w:val="00034616"/>
    <w:rsid w:val="00050A6B"/>
    <w:rsid w:val="0006063C"/>
    <w:rsid w:val="00066610"/>
    <w:rsid w:val="001216B9"/>
    <w:rsid w:val="0015074B"/>
    <w:rsid w:val="0029639D"/>
    <w:rsid w:val="00326F90"/>
    <w:rsid w:val="003529F6"/>
    <w:rsid w:val="003956CD"/>
    <w:rsid w:val="004134B4"/>
    <w:rsid w:val="004A641F"/>
    <w:rsid w:val="004B593C"/>
    <w:rsid w:val="005D33EF"/>
    <w:rsid w:val="006E2A8C"/>
    <w:rsid w:val="006F75CB"/>
    <w:rsid w:val="007749AF"/>
    <w:rsid w:val="00794EBC"/>
    <w:rsid w:val="00930F33"/>
    <w:rsid w:val="009C3AF0"/>
    <w:rsid w:val="00A12EE5"/>
    <w:rsid w:val="00AA1D8D"/>
    <w:rsid w:val="00B47730"/>
    <w:rsid w:val="00BA4C2B"/>
    <w:rsid w:val="00BD0140"/>
    <w:rsid w:val="00C24502"/>
    <w:rsid w:val="00CB0664"/>
    <w:rsid w:val="00D57E81"/>
    <w:rsid w:val="00DE4B81"/>
    <w:rsid w:val="00ED3244"/>
    <w:rsid w:val="00FC693F"/>
    <w:rsid w:val="176908F5"/>
    <w:rsid w:val="3E473A60"/>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4B0A559F"/>
  <w14:defaultImageDpi w14:val="300"/>
  <w15:docId w15:val="{BBBC883F-E58E-BB4C-A526-B24797FD08C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693F"/>
  </w:style>
  <w:style w:type="paragraph" w:styleId="Heading1">
    <w:name w:val="heading 1"/>
    <w:basedOn w:val="Normal"/>
    <w:next w:val="Normal"/>
    <w:link w:val="Heading1Ch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Heading9">
    <w:name w:val="heading 9"/>
    <w:basedOn w:val="Normal"/>
    <w:next w:val="Normal"/>
    <w:link w:val="Heading9Ch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618BF"/>
    <w:pPr>
      <w:tabs>
        <w:tab w:val="center" w:pos="4680"/>
        <w:tab w:val="right" w:pos="9360"/>
      </w:tabs>
      <w:spacing w:after="0" w:line="240" w:lineRule="auto"/>
    </w:pPr>
  </w:style>
  <w:style w:type="character" w:customStyle="1" w:styleId="HeaderChar">
    <w:name w:val="Header Char"/>
    <w:basedOn w:val="DefaultParagraphFont"/>
    <w:link w:val="Header"/>
    <w:uiPriority w:val="99"/>
    <w:rsid w:val="00E618BF"/>
  </w:style>
  <w:style w:type="paragraph" w:styleId="Footer">
    <w:name w:val="footer"/>
    <w:basedOn w:val="Normal"/>
    <w:link w:val="FooterChar"/>
    <w:uiPriority w:val="99"/>
    <w:unhideWhenUsed/>
    <w:rsid w:val="00E618BF"/>
    <w:pPr>
      <w:tabs>
        <w:tab w:val="center" w:pos="4680"/>
        <w:tab w:val="right" w:pos="9360"/>
      </w:tabs>
      <w:spacing w:after="0" w:line="240" w:lineRule="auto"/>
    </w:pPr>
  </w:style>
  <w:style w:type="character" w:customStyle="1" w:styleId="FooterChar">
    <w:name w:val="Footer Char"/>
    <w:basedOn w:val="DefaultParagraphFont"/>
    <w:link w:val="Footer"/>
    <w:uiPriority w:val="99"/>
    <w:rsid w:val="00E618BF"/>
  </w:style>
  <w:style w:type="paragraph" w:styleId="NoSpacing">
    <w:name w:val="No Spacing"/>
    <w:uiPriority w:val="1"/>
    <w:qFormat/>
    <w:rsid w:val="00FC693F"/>
    <w:pPr>
      <w:spacing w:after="0" w:line="240" w:lineRule="auto"/>
    </w:pPr>
  </w:style>
  <w:style w:type="character" w:customStyle="1" w:styleId="Heading1Char">
    <w:name w:val="Heading 1 Char"/>
    <w:basedOn w:val="DefaultParagraphFont"/>
    <w:link w:val="Heading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FC693F"/>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FC693F"/>
    <w:rPr>
      <w:rFonts w:asciiTheme="majorHAnsi" w:eastAsiaTheme="majorEastAsia" w:hAnsiTheme="majorHAnsi" w:cstheme="majorBidi"/>
      <w:b/>
      <w:bCs/>
      <w:color w:val="4F81BD" w:themeColor="accent1"/>
    </w:rPr>
  </w:style>
  <w:style w:type="paragraph" w:styleId="Title">
    <w:name w:val="Title"/>
    <w:basedOn w:val="Normal"/>
    <w:next w:val="Normal"/>
    <w:link w:val="TitleCh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FC693F"/>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FC693F"/>
    <w:pPr>
      <w:ind w:left="720"/>
      <w:contextualSpacing/>
    </w:pPr>
  </w:style>
  <w:style w:type="paragraph" w:styleId="BodyText">
    <w:name w:val="Body Text"/>
    <w:basedOn w:val="Normal"/>
    <w:link w:val="BodyTextChar"/>
    <w:uiPriority w:val="99"/>
    <w:unhideWhenUsed/>
    <w:rsid w:val="00AA1D8D"/>
    <w:pPr>
      <w:spacing w:after="120"/>
    </w:pPr>
  </w:style>
  <w:style w:type="character" w:customStyle="1" w:styleId="BodyTextChar">
    <w:name w:val="Body Text Char"/>
    <w:basedOn w:val="DefaultParagraphFont"/>
    <w:link w:val="BodyText"/>
    <w:uiPriority w:val="99"/>
    <w:rsid w:val="00AA1D8D"/>
  </w:style>
  <w:style w:type="paragraph" w:styleId="BodyText2">
    <w:name w:val="Body Text 2"/>
    <w:basedOn w:val="Normal"/>
    <w:link w:val="BodyText2Char"/>
    <w:uiPriority w:val="99"/>
    <w:unhideWhenUsed/>
    <w:rsid w:val="00AA1D8D"/>
    <w:pPr>
      <w:spacing w:after="120" w:line="480" w:lineRule="auto"/>
    </w:pPr>
  </w:style>
  <w:style w:type="character" w:customStyle="1" w:styleId="BodyText2Char">
    <w:name w:val="Body Text 2 Char"/>
    <w:basedOn w:val="DefaultParagraphFont"/>
    <w:link w:val="BodyText2"/>
    <w:uiPriority w:val="99"/>
    <w:rsid w:val="00AA1D8D"/>
  </w:style>
  <w:style w:type="paragraph" w:styleId="BodyText3">
    <w:name w:val="Body Text 3"/>
    <w:basedOn w:val="Normal"/>
    <w:link w:val="BodyText3Char"/>
    <w:uiPriority w:val="99"/>
    <w:unhideWhenUsed/>
    <w:rsid w:val="00AA1D8D"/>
    <w:pPr>
      <w:spacing w:after="120"/>
    </w:pPr>
    <w:rPr>
      <w:sz w:val="16"/>
      <w:szCs w:val="16"/>
    </w:rPr>
  </w:style>
  <w:style w:type="character" w:customStyle="1" w:styleId="BodyText3Char">
    <w:name w:val="Body Text 3 Char"/>
    <w:basedOn w:val="DefaultParagraphFont"/>
    <w:link w:val="BodyText3"/>
    <w:uiPriority w:val="99"/>
    <w:rsid w:val="00AA1D8D"/>
    <w:rPr>
      <w:sz w:val="16"/>
      <w:szCs w:val="16"/>
    </w:rPr>
  </w:style>
  <w:style w:type="paragraph" w:styleId="List">
    <w:name w:val="List"/>
    <w:basedOn w:val="Normal"/>
    <w:uiPriority w:val="99"/>
    <w:unhideWhenUsed/>
    <w:rsid w:val="00AA1D8D"/>
    <w:pPr>
      <w:ind w:left="360" w:hanging="360"/>
      <w:contextualSpacing/>
    </w:pPr>
  </w:style>
  <w:style w:type="paragraph" w:styleId="List2">
    <w:name w:val="List 2"/>
    <w:basedOn w:val="Normal"/>
    <w:uiPriority w:val="99"/>
    <w:unhideWhenUsed/>
    <w:rsid w:val="00326F90"/>
    <w:pPr>
      <w:ind w:left="720" w:hanging="360"/>
      <w:contextualSpacing/>
    </w:pPr>
  </w:style>
  <w:style w:type="paragraph" w:styleId="List3">
    <w:name w:val="List 3"/>
    <w:basedOn w:val="Normal"/>
    <w:uiPriority w:val="99"/>
    <w:unhideWhenUsed/>
    <w:rsid w:val="00326F90"/>
    <w:pPr>
      <w:ind w:left="1080" w:hanging="360"/>
      <w:contextualSpacing/>
    </w:pPr>
  </w:style>
  <w:style w:type="paragraph" w:styleId="ListBullet">
    <w:name w:val="List Bullet"/>
    <w:basedOn w:val="Normal"/>
    <w:uiPriority w:val="99"/>
    <w:unhideWhenUsed/>
    <w:rsid w:val="00326F90"/>
    <w:pPr>
      <w:numPr>
        <w:numId w:val="1"/>
      </w:numPr>
      <w:contextualSpacing/>
    </w:pPr>
  </w:style>
  <w:style w:type="paragraph" w:styleId="ListBullet2">
    <w:name w:val="List Bullet 2"/>
    <w:basedOn w:val="Normal"/>
    <w:uiPriority w:val="99"/>
    <w:unhideWhenUsed/>
    <w:rsid w:val="00326F90"/>
    <w:pPr>
      <w:numPr>
        <w:numId w:val="2"/>
      </w:numPr>
      <w:contextualSpacing/>
    </w:pPr>
  </w:style>
  <w:style w:type="paragraph" w:styleId="ListBullet3">
    <w:name w:val="List Bullet 3"/>
    <w:basedOn w:val="Normal"/>
    <w:uiPriority w:val="99"/>
    <w:unhideWhenUsed/>
    <w:rsid w:val="00326F90"/>
    <w:pPr>
      <w:numPr>
        <w:numId w:val="3"/>
      </w:numPr>
      <w:contextualSpacing/>
    </w:pPr>
  </w:style>
  <w:style w:type="paragraph" w:styleId="ListNumber">
    <w:name w:val="List Number"/>
    <w:basedOn w:val="Normal"/>
    <w:uiPriority w:val="99"/>
    <w:unhideWhenUsed/>
    <w:rsid w:val="00326F90"/>
    <w:pPr>
      <w:numPr>
        <w:numId w:val="5"/>
      </w:numPr>
      <w:contextualSpacing/>
    </w:pPr>
  </w:style>
  <w:style w:type="paragraph" w:styleId="ListNumber2">
    <w:name w:val="List Number 2"/>
    <w:basedOn w:val="Normal"/>
    <w:uiPriority w:val="99"/>
    <w:unhideWhenUsed/>
    <w:rsid w:val="0029639D"/>
    <w:pPr>
      <w:numPr>
        <w:numId w:val="6"/>
      </w:numPr>
      <w:contextualSpacing/>
    </w:pPr>
  </w:style>
  <w:style w:type="paragraph" w:styleId="ListNumber3">
    <w:name w:val="List Number 3"/>
    <w:basedOn w:val="Normal"/>
    <w:uiPriority w:val="99"/>
    <w:unhideWhenUsed/>
    <w:rsid w:val="0029639D"/>
    <w:pPr>
      <w:numPr>
        <w:numId w:val="7"/>
      </w:numPr>
      <w:contextualSpacing/>
    </w:pPr>
  </w:style>
  <w:style w:type="paragraph" w:styleId="ListContinue">
    <w:name w:val="List Continue"/>
    <w:basedOn w:val="Normal"/>
    <w:uiPriority w:val="99"/>
    <w:unhideWhenUsed/>
    <w:rsid w:val="0029639D"/>
    <w:pPr>
      <w:spacing w:after="120"/>
      <w:ind w:left="360"/>
      <w:contextualSpacing/>
    </w:pPr>
  </w:style>
  <w:style w:type="paragraph" w:styleId="ListContinue2">
    <w:name w:val="List Continue 2"/>
    <w:basedOn w:val="Normal"/>
    <w:uiPriority w:val="99"/>
    <w:unhideWhenUsed/>
    <w:rsid w:val="0029639D"/>
    <w:pPr>
      <w:spacing w:after="120"/>
      <w:ind w:left="720"/>
      <w:contextualSpacing/>
    </w:pPr>
  </w:style>
  <w:style w:type="paragraph" w:styleId="ListContinue3">
    <w:name w:val="List Continue 3"/>
    <w:basedOn w:val="Normal"/>
    <w:uiPriority w:val="99"/>
    <w:unhideWhenUsed/>
    <w:rsid w:val="0029639D"/>
    <w:pPr>
      <w:spacing w:after="120"/>
      <w:ind w:left="1080"/>
      <w:contextualSpacing/>
    </w:pPr>
  </w:style>
  <w:style w:type="paragraph" w:styleId="MacroText">
    <w:name w:val="macro"/>
    <w:link w:val="MacroTextCh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croTextChar">
    <w:name w:val="Macro Text Char"/>
    <w:basedOn w:val="DefaultParagraphFont"/>
    <w:link w:val="MacroText"/>
    <w:uiPriority w:val="99"/>
    <w:rsid w:val="0029639D"/>
    <w:rPr>
      <w:rFonts w:ascii="Courier" w:hAnsi="Courier"/>
      <w:sz w:val="20"/>
      <w:szCs w:val="20"/>
    </w:rPr>
  </w:style>
  <w:style w:type="paragraph" w:styleId="Quote">
    <w:name w:val="Quote"/>
    <w:basedOn w:val="Normal"/>
    <w:next w:val="Normal"/>
    <w:link w:val="QuoteChar"/>
    <w:uiPriority w:val="29"/>
    <w:qFormat/>
    <w:rsid w:val="00FC693F"/>
    <w:rPr>
      <w:i/>
      <w:iCs/>
      <w:color w:val="000000" w:themeColor="text1"/>
    </w:rPr>
  </w:style>
  <w:style w:type="character" w:customStyle="1" w:styleId="QuoteChar">
    <w:name w:val="Quote Char"/>
    <w:basedOn w:val="DefaultParagraphFont"/>
    <w:link w:val="Quote"/>
    <w:uiPriority w:val="29"/>
    <w:rsid w:val="00FC693F"/>
    <w:rPr>
      <w:i/>
      <w:iCs/>
      <w:color w:val="000000" w:themeColor="text1"/>
    </w:rPr>
  </w:style>
  <w:style w:type="character" w:customStyle="1" w:styleId="Heading4Char">
    <w:name w:val="Heading 4 Char"/>
    <w:basedOn w:val="DefaultParagraphFont"/>
    <w:link w:val="Heading4"/>
    <w:uiPriority w:val="9"/>
    <w:semiHidden/>
    <w:rsid w:val="00FC693F"/>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FC693F"/>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FC693F"/>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FC693F"/>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FC693F"/>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semiHidden/>
    <w:rsid w:val="00FC693F"/>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Strong">
    <w:name w:val="Strong"/>
    <w:basedOn w:val="DefaultParagraphFont"/>
    <w:uiPriority w:val="22"/>
    <w:qFormat/>
    <w:rsid w:val="00FC693F"/>
    <w:rPr>
      <w:b/>
      <w:bCs/>
    </w:rPr>
  </w:style>
  <w:style w:type="character" w:styleId="Emphasis">
    <w:name w:val="Emphasis"/>
    <w:basedOn w:val="DefaultParagraphFont"/>
    <w:uiPriority w:val="20"/>
    <w:qFormat/>
    <w:rsid w:val="00FC693F"/>
    <w:rPr>
      <w:i/>
      <w:iCs/>
    </w:rPr>
  </w:style>
  <w:style w:type="paragraph" w:styleId="IntenseQuote">
    <w:name w:val="Intense Quote"/>
    <w:basedOn w:val="Normal"/>
    <w:next w:val="Normal"/>
    <w:link w:val="IntenseQuoteCh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eQuoteChar">
    <w:name w:val="Intense Quote Char"/>
    <w:basedOn w:val="DefaultParagraphFont"/>
    <w:link w:val="IntenseQuote"/>
    <w:uiPriority w:val="30"/>
    <w:rsid w:val="00FC693F"/>
    <w:rPr>
      <w:b/>
      <w:bCs/>
      <w:i/>
      <w:iCs/>
      <w:color w:val="4F81BD" w:themeColor="accent1"/>
    </w:rPr>
  </w:style>
  <w:style w:type="character" w:styleId="SubtleEmphasis">
    <w:name w:val="Subtle Emphasis"/>
    <w:basedOn w:val="DefaultParagraphFont"/>
    <w:uiPriority w:val="19"/>
    <w:qFormat/>
    <w:rsid w:val="00FC693F"/>
    <w:rPr>
      <w:i/>
      <w:iCs/>
      <w:color w:val="808080" w:themeColor="text1" w:themeTint="7F"/>
    </w:rPr>
  </w:style>
  <w:style w:type="character" w:styleId="IntenseEmphasis">
    <w:name w:val="Intense Emphasis"/>
    <w:basedOn w:val="DefaultParagraphFont"/>
    <w:uiPriority w:val="21"/>
    <w:qFormat/>
    <w:rsid w:val="00FC693F"/>
    <w:rPr>
      <w:b/>
      <w:bCs/>
      <w:i/>
      <w:iCs/>
      <w:color w:val="4F81BD" w:themeColor="accent1"/>
    </w:rPr>
  </w:style>
  <w:style w:type="character" w:styleId="SubtleReference">
    <w:name w:val="Subtle Reference"/>
    <w:basedOn w:val="DefaultParagraphFont"/>
    <w:uiPriority w:val="31"/>
    <w:qFormat/>
    <w:rsid w:val="00FC693F"/>
    <w:rPr>
      <w:smallCaps/>
      <w:color w:val="C0504D" w:themeColor="accent2"/>
      <w:u w:val="single"/>
    </w:rPr>
  </w:style>
  <w:style w:type="character" w:styleId="IntenseReference">
    <w:name w:val="Intense Reference"/>
    <w:basedOn w:val="DefaultParagraphFont"/>
    <w:uiPriority w:val="32"/>
    <w:qFormat/>
    <w:rsid w:val="00FC693F"/>
    <w:rPr>
      <w:b/>
      <w:bCs/>
      <w:smallCaps/>
      <w:color w:val="C0504D" w:themeColor="accent2"/>
      <w:spacing w:val="5"/>
      <w:u w:val="single"/>
    </w:rPr>
  </w:style>
  <w:style w:type="character" w:styleId="BookTitle">
    <w:name w:val="Book Title"/>
    <w:basedOn w:val="DefaultParagraphFont"/>
    <w:uiPriority w:val="33"/>
    <w:qFormat/>
    <w:rsid w:val="00FC693F"/>
    <w:rPr>
      <w:b/>
      <w:bCs/>
      <w:smallCaps/>
      <w:spacing w:val="5"/>
    </w:rPr>
  </w:style>
  <w:style w:type="paragraph" w:styleId="TOCHeading">
    <w:name w:val="TOC Heading"/>
    <w:basedOn w:val="Heading1"/>
    <w:next w:val="Normal"/>
    <w:uiPriority w:val="39"/>
    <w:semiHidden/>
    <w:unhideWhenUsed/>
    <w:qFormat/>
    <w:rsid w:val="00FC693F"/>
    <w:pPr>
      <w:outlineLvl w:val="9"/>
    </w:pPr>
  </w:style>
  <w:style w:type="table" w:styleId="TableGrid">
    <w:name w:val="Table Grid"/>
    <w:basedOn w:val="TableNormal"/>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Shading">
    <w:name w:val="Light Shading"/>
    <w:basedOn w:val="TableNormal"/>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LightShading-Accent2">
    <w:name w:val="Light Shading Accent 2"/>
    <w:basedOn w:val="TableNormal"/>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LightShading-Accent3">
    <w:name w:val="Light Shading Accent 3"/>
    <w:basedOn w:val="TableNormal"/>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4">
    <w:name w:val="Light Shading Accent 4"/>
    <w:basedOn w:val="TableNormal"/>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Shading-Accent6">
    <w:name w:val="Light Shading Accent 6"/>
    <w:basedOn w:val="TableNormal"/>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ghtList">
    <w:name w:val="Light List"/>
    <w:basedOn w:val="TableNormal"/>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ghtList-Accent2">
    <w:name w:val="Light List Accent 2"/>
    <w:basedOn w:val="TableNormal"/>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ghtList-Accent3">
    <w:name w:val="Light List Accent 3"/>
    <w:basedOn w:val="TableNormal"/>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4">
    <w:name w:val="Light List Accent 4"/>
    <w:basedOn w:val="TableNormal"/>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ghtList-Accent5">
    <w:name w:val="Light List Accent 5"/>
    <w:basedOn w:val="TableNormal"/>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List-Accent6">
    <w:name w:val="Light List Accent 6"/>
    <w:basedOn w:val="TableNormal"/>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LightGrid">
    <w:name w:val="Light Grid"/>
    <w:basedOn w:val="TableNormal"/>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LightGrid-Accent2">
    <w:name w:val="Light Grid Accent 2"/>
    <w:basedOn w:val="TableNormal"/>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LightGrid-Accent3">
    <w:name w:val="Light Grid Accent 3"/>
    <w:basedOn w:val="TableNormal"/>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LightGrid-Accent4">
    <w:name w:val="Light Grid Accent 4"/>
    <w:basedOn w:val="TableNormal"/>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LightGrid-Accent5">
    <w:name w:val="Light Grid Accent 5"/>
    <w:basedOn w:val="TableNormal"/>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LightGrid-Accent6">
    <w:name w:val="Light Grid Accent 6"/>
    <w:basedOn w:val="TableNormal"/>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ediumShading1">
    <w:name w:val="Medium Shading 1"/>
    <w:basedOn w:val="TableNormal"/>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
    <w:name w:val="Medium List 1"/>
    <w:basedOn w:val="TableNormal"/>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ediumList1-Accent2">
    <w:name w:val="Medium List 1 Accent 2"/>
    <w:basedOn w:val="TableNormal"/>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ediumList1-Accent3">
    <w:name w:val="Medium List 1 Accent 3"/>
    <w:basedOn w:val="TableNormal"/>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ediumList1-Accent4">
    <w:name w:val="Medium List 1 Accent 4"/>
    <w:basedOn w:val="TableNormal"/>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ediumList1-Accent5">
    <w:name w:val="Medium List 1 Accent 5"/>
    <w:basedOn w:val="TableNormal"/>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1-Accent6">
    <w:name w:val="Medium List 1 Accent 6"/>
    <w:basedOn w:val="TableNormal"/>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ediumList2">
    <w:name w:val="Medium Lis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Grid1">
    <w:name w:val="Medium Grid 1"/>
    <w:basedOn w:val="TableNormal"/>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2">
    <w:name w:val="Medium Grid 1 Accent 2"/>
    <w:basedOn w:val="TableNormal"/>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ediumGrid1-Accent3">
    <w:name w:val="Medium Grid 1 Accent 3"/>
    <w:basedOn w:val="TableNormal"/>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ediumGrid1-Accent4">
    <w:name w:val="Medium Grid 1 Accent 4"/>
    <w:basedOn w:val="TableNormal"/>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ediumGrid1-Accent5">
    <w:name w:val="Medium Grid 1 Accent 5"/>
    <w:basedOn w:val="TableNormal"/>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ediumGrid1-Accent6">
    <w:name w:val="Medium Grid 1 Accent 6"/>
    <w:basedOn w:val="TableNormal"/>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ediumGrid2">
    <w:name w:val="Medium Grid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3-Accent2">
    <w:name w:val="Medium Grid 3 Accent 2"/>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ediumGrid3-Accent3">
    <w:name w:val="Medium Grid 3 Accent 3"/>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ediumGrid3-Accent4">
    <w:name w:val="Medium Grid 3 Accent 4"/>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ediumGrid3-Accent5">
    <w:name w:val="Medium Grid 3 Accent 5"/>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ediumGrid3-Accent6">
    <w:name w:val="Medium Grid 3 Accent 6"/>
    <w:basedOn w:val="Table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arkList">
    <w:name w:val="Dark List"/>
    <w:basedOn w:val="TableNormal"/>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arkList-Accent2">
    <w:name w:val="Dark List Accent 2"/>
    <w:basedOn w:val="TableNormal"/>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arkList-Accent3">
    <w:name w:val="Dark List Accent 3"/>
    <w:basedOn w:val="TableNormal"/>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arkList-Accent4">
    <w:name w:val="Dark List Accent 4"/>
    <w:basedOn w:val="TableNormal"/>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arkList-Accent5">
    <w:name w:val="Dark List Accent 5"/>
    <w:basedOn w:val="TableNormal"/>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arkList-Accent6">
    <w:name w:val="Dark List Accent 6"/>
    <w:basedOn w:val="TableNormal"/>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ColorfulShading">
    <w:name w:val="Colorful Shading"/>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ColorfulShading-Accent4">
    <w:name w:val="Colorful Shading Accent 4"/>
    <w:basedOn w:val="TableNormal"/>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ColorfulList">
    <w:name w:val="Colorful List"/>
    <w:basedOn w:val="TableNormal"/>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ColorfulList-Accent2">
    <w:name w:val="Colorful List Accent 2"/>
    <w:basedOn w:val="TableNormal"/>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ColorfulList-Accent3">
    <w:name w:val="Colorful List Accent 3"/>
    <w:basedOn w:val="TableNormal"/>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ColorfulList-Accent4">
    <w:name w:val="Colorful List Accent 4"/>
    <w:basedOn w:val="TableNormal"/>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ColorfulList-Accent5">
    <w:name w:val="Colorful List Accent 5"/>
    <w:basedOn w:val="TableNormal"/>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ColorfulList-Accent6">
    <w:name w:val="Colorful List Accent 6"/>
    <w:basedOn w:val="TableNormal"/>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olorfulGrid">
    <w:name w:val="Colorful Grid"/>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olorfulGrid-Accent2">
    <w:name w:val="Colorful Grid Accent 2"/>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olorfulGrid-Accent3">
    <w:name w:val="Colorful Grid Accent 3"/>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olorfulGrid-Accent4">
    <w:name w:val="Colorful Grid Accent 4"/>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olorfulGrid-Accent5">
    <w:name w:val="Colorful Grid Accent 5"/>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olorfulGrid-Accent6">
    <w:name w:val="Colorful Grid Accent 6"/>
    <w:basedOn w:val="Table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character" w:styleId="PageNumber">
    <w:name w:val="page number"/>
    <w:basedOn w:val="DefaultParagraphFont"/>
    <w:uiPriority w:val="99"/>
    <w:semiHidden/>
    <w:unhideWhenUsed/>
    <w:rsid w:val="001216B9"/>
  </w:style>
  <w:style w:type="character" w:styleId="Hyperlink">
    <w:name w:val="Hyperlink"/>
    <w:basedOn w:val="DefaultParagraphFont"/>
    <w:uiPriority w:val="99"/>
    <w:unhideWhenUsed/>
    <w:rsid w:val="006E2A8C"/>
    <w:rPr>
      <w:color w:val="0000FF" w:themeColor="hyperlink"/>
      <w:u w:val="single"/>
    </w:rPr>
  </w:style>
  <w:style w:type="character" w:styleId="UnresolvedMention">
    <w:name w:val="Unresolved Mention"/>
    <w:basedOn w:val="DefaultParagraphFont"/>
    <w:uiPriority w:val="99"/>
    <w:semiHidden/>
    <w:unhideWhenUsed/>
    <w:rsid w:val="006E2A8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hyperlink" Target="https://otter.ai/"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FB6B50DB5C2D9049A455B65F50A91513" ma:contentTypeVersion="19" ma:contentTypeDescription="Create a new document." ma:contentTypeScope="" ma:versionID="3a16c1aeab35fa1018ba1da9226c6a57">
  <xsd:schema xmlns:xsd="http://www.w3.org/2001/XMLSchema" xmlns:xs="http://www.w3.org/2001/XMLSchema" xmlns:p="http://schemas.microsoft.com/office/2006/metadata/properties" xmlns:ns1="http://schemas.microsoft.com/sharepoint/v3" xmlns:ns3="5b1983e9-55b4-4f9e-a196-30376d2238aa" xmlns:ns4="eeef5ad7-d6de-419e-9305-cd9bdd8d89a9" targetNamespace="http://schemas.microsoft.com/office/2006/metadata/properties" ma:root="true" ma:fieldsID="14babd06b9650ff1536de784e9f88f66" ns1:_="" ns3:_="" ns4:_="">
    <xsd:import namespace="http://schemas.microsoft.com/sharepoint/v3"/>
    <xsd:import namespace="5b1983e9-55b4-4f9e-a196-30376d2238aa"/>
    <xsd:import namespace="eeef5ad7-d6de-419e-9305-cd9bdd8d89a9"/>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LengthInSeconds" minOccurs="0"/>
                <xsd:element ref="ns4:_activity" minOccurs="0"/>
                <xsd:element ref="ns4:MediaServiceObjectDetectorVersions"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Unified Compliance Policy Properties" ma:hidden="true" ma:internalName="_ip_UnifiedCompliancePolicyProperties">
      <xsd:simpleType>
        <xsd:restriction base="dms:Note"/>
      </xsd:simpleType>
    </xsd:element>
    <xsd:element name="_ip_UnifiedCompliancePolicyUIAction" ma:index="21"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1983e9-55b4-4f9e-a196-30376d2238aa"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SharingHintHash" ma:index="10" nillable="true" ma:displayName="Sharing Hint Hash" ma:description=""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eef5ad7-d6de-419e-9305-cd9bdd8d89a9" elementFormDefault="qualified">
    <xsd:import namespace="http://schemas.microsoft.com/office/2006/documentManagement/types"/>
    <xsd:import namespace="http://schemas.microsoft.com/office/infopath/2007/PartnerControls"/>
    <xsd:element name="MediaServiceMetadata" ma:index="11" nillable="true" ma:displayName="MediaServiceMetadata" ma:description="" ma:hidden="true" ma:internalName="MediaServiceMetadata" ma:readOnly="true">
      <xsd:simpleType>
        <xsd:restriction base="dms:Note"/>
      </xsd:simpleType>
    </xsd:element>
    <xsd:element name="MediaServiceFastMetadata" ma:index="12" nillable="true" ma:displayName="MediaServiceFastMetadata" ma:description=""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2" nillable="true" ma:displayName="MediaLengthInSeconds" ma:hidden="true" ma:internalName="MediaLengthInSeconds" ma:readOnly="true">
      <xsd:simpleType>
        <xsd:restriction base="dms:Unknown"/>
      </xsd:simpleType>
    </xsd:element>
    <xsd:element name="_activity" ma:index="23" nillable="true" ma:displayName="_activity" ma:hidden="true" ma:internalName="_activity">
      <xsd:simpleType>
        <xsd:restriction base="dms:Note"/>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ystemTags" ma:index="25" nillable="true" ma:displayName="MediaServiceSystemTags" ma:hidden="true" ma:internalName="MediaServiceSystemTags" ma:readOnly="true">
      <xsd:simpleType>
        <xsd:restriction base="dms:Note"/>
      </xsd:simpleType>
    </xsd:element>
    <xsd:element name="MediaServiceSearchProperties" ma:index="26"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activity xmlns="eeef5ad7-d6de-419e-9305-cd9bdd8d89a9"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23411EC8-F1B9-C84B-81E7-620E13BCCD61}">
  <ds:schemaRefs>
    <ds:schemaRef ds:uri="http://schemas.openxmlformats.org/officeDocument/2006/bibliography"/>
  </ds:schemaRefs>
</ds:datastoreItem>
</file>

<file path=customXml/itemProps2.xml><?xml version="1.0" encoding="utf-8"?>
<ds:datastoreItem xmlns:ds="http://schemas.openxmlformats.org/officeDocument/2006/customXml" ds:itemID="{FB9BF8B5-F9F7-433B-99F2-B64980E9087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b1983e9-55b4-4f9e-a196-30376d2238aa"/>
    <ds:schemaRef ds:uri="eeef5ad7-d6de-419e-9305-cd9bdd8d89a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9C83F93-E19C-42B6-A1FF-F723ED75183E}">
  <ds:schemaRefs>
    <ds:schemaRef ds:uri="http://schemas.microsoft.com/sharepoint/v3/contenttype/forms"/>
  </ds:schemaRefs>
</ds:datastoreItem>
</file>

<file path=customXml/itemProps4.xml><?xml version="1.0" encoding="utf-8"?>
<ds:datastoreItem xmlns:ds="http://schemas.openxmlformats.org/officeDocument/2006/customXml" ds:itemID="{4DE01FAF-9D13-4880-A83E-BC42DB8976D8}">
  <ds:schemaRefs>
    <ds:schemaRef ds:uri="http://schemas.microsoft.com/sharepoint/v3"/>
    <ds:schemaRef ds:uri="http://schemas.microsoft.com/office/2006/metadata/properties"/>
    <ds:schemaRef ds:uri="http://schemas.microsoft.com/office/2006/documentManagement/types"/>
    <ds:schemaRef ds:uri="5b1983e9-55b4-4f9e-a196-30376d2238aa"/>
    <ds:schemaRef ds:uri="http://purl.org/dc/elements/1.1/"/>
    <ds:schemaRef ds:uri="http://schemas.openxmlformats.org/package/2006/metadata/core-properties"/>
    <ds:schemaRef ds:uri="http://purl.org/dc/terms/"/>
    <ds:schemaRef ds:uri="http://purl.org/dc/dcmitype/"/>
    <ds:schemaRef ds:uri="http://schemas.microsoft.com/office/infopath/2007/PartnerControls"/>
    <ds:schemaRef ds:uri="eeef5ad7-d6de-419e-9305-cd9bdd8d89a9"/>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22</Pages>
  <Words>5781</Words>
  <Characters>32956</Characters>
  <Application>Microsoft Office Word</Application>
  <DocSecurity>4</DocSecurity>
  <Lines>274</Lines>
  <Paragraphs>77</Paragraphs>
  <ScaleCrop>false</ScaleCrop>
  <Manager/>
  <Company/>
  <LinksUpToDate>false</LinksUpToDate>
  <CharactersWithSpaces>38660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Zukowski, Adam</cp:lastModifiedBy>
  <cp:revision>2</cp:revision>
  <dcterms:created xsi:type="dcterms:W3CDTF">2024-05-21T15:51:00Z</dcterms:created>
  <dcterms:modified xsi:type="dcterms:W3CDTF">2024-05-21T15:51:00Z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0x010100FB6B50DB5C2D9049A455B65F50A91513</vt:lpwstr>
  </property>
</Properties>
</file>