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3FE808" w14:textId="77777777" w:rsidR="00930F33" w:rsidRDefault="00930F33">
      <w:pPr>
        <w:spacing w:after="0"/>
        <w:rPr>
          <w:lang w:eastAsia="zh-CN"/>
        </w:rPr>
      </w:pPr>
    </w:p>
    <w:p w14:paraId="14B53DBF" w14:textId="77777777" w:rsidR="007D201C" w:rsidRDefault="00656813">
      <w:r>
        <w:rPr>
          <w:rFonts w:ascii="Arial" w:hAnsi="Arial"/>
          <w:sz w:val="48"/>
        </w:rPr>
        <w:t>Participant #29 (1)</w:t>
      </w:r>
    </w:p>
    <w:p w14:paraId="080E7CC4" w14:textId="77777777" w:rsidR="007D201C" w:rsidRDefault="00656813">
      <w:r>
        <w:rPr>
          <w:rFonts w:ascii="Arial" w:hAnsi="Arial"/>
          <w:color w:val="4F6880"/>
        </w:rPr>
        <w:t>Sun, Nov 26, 2023 8:56PM • 1:00:49</w:t>
      </w:r>
    </w:p>
    <w:p w14:paraId="2ED51D68" w14:textId="77777777" w:rsidR="007D201C" w:rsidRDefault="00656813">
      <w:pPr>
        <w:spacing w:before="440" w:after="0"/>
      </w:pPr>
      <w:r>
        <w:rPr>
          <w:rFonts w:ascii="Arial" w:hAnsi="Arial"/>
          <w:b/>
          <w:color w:val="4F6880"/>
        </w:rPr>
        <w:t>SUMMARY KEYWORDS</w:t>
      </w:r>
    </w:p>
    <w:p w14:paraId="40D5ED15" w14:textId="77777777" w:rsidR="007D201C" w:rsidRDefault="00656813">
      <w:r>
        <w:rPr>
          <w:rFonts w:ascii="Arial" w:hAnsi="Arial"/>
          <w:color w:val="4F6880"/>
        </w:rPr>
        <w:t xml:space="preserve">spinning, temperature, mixing, dye, tank, guess, potassium, happen, blue, water, freshwater, jello, rotation, little bit, magnate, bit, minutes, long, top, </w:t>
      </w:r>
      <w:r>
        <w:rPr>
          <w:rFonts w:ascii="Arial" w:hAnsi="Arial"/>
          <w:color w:val="4F6880"/>
        </w:rPr>
        <w:t>record</w:t>
      </w:r>
    </w:p>
    <w:p w14:paraId="69F51159" w14:textId="77777777" w:rsidR="007D201C" w:rsidRDefault="00656813">
      <w:pPr>
        <w:spacing w:before="440" w:after="0"/>
      </w:pPr>
      <w:r>
        <w:rPr>
          <w:rFonts w:ascii="Arial" w:hAnsi="Arial"/>
          <w:b/>
          <w:color w:val="4F6880"/>
        </w:rPr>
        <w:t>SPEAKERS</w:t>
      </w:r>
    </w:p>
    <w:p w14:paraId="79A7718C" w14:textId="77777777" w:rsidR="007D201C" w:rsidRDefault="00656813">
      <w:r>
        <w:rPr>
          <w:rFonts w:ascii="Arial" w:hAnsi="Arial"/>
          <w:color w:val="4F6880"/>
        </w:rPr>
        <w:t>Participant #29:, Interviewer E:</w:t>
      </w:r>
    </w:p>
    <w:p w14:paraId="27BC0F7B" w14:textId="77777777" w:rsidR="007D201C" w:rsidRDefault="007D201C">
      <w:pPr>
        <w:spacing w:after="0"/>
      </w:pPr>
    </w:p>
    <w:p w14:paraId="74AAB2D4" w14:textId="77777777" w:rsidR="007D201C" w:rsidRDefault="00656813">
      <w:pPr>
        <w:spacing w:after="0"/>
      </w:pPr>
      <w:r>
        <w:rPr>
          <w:rFonts w:ascii="Arial" w:hAnsi="Arial"/>
          <w:b/>
        </w:rPr>
        <w:t xml:space="preserve">Interviewer E:  </w:t>
      </w:r>
      <w:r>
        <w:rPr>
          <w:rFonts w:ascii="Arial" w:hAnsi="Arial"/>
          <w:color w:val="5D7284"/>
        </w:rPr>
        <w:t>00:01</w:t>
      </w:r>
    </w:p>
    <w:p w14:paraId="539B645A" w14:textId="77777777" w:rsidR="007D201C" w:rsidRDefault="00656813">
      <w:pPr>
        <w:spacing w:after="0"/>
      </w:pPr>
      <w:r>
        <w:rPr>
          <w:rFonts w:ascii="Arial" w:hAnsi="Arial"/>
        </w:rPr>
        <w:t>All right, so this is participant number 29 so the first thing I would have you do is actually fill out this pre assessment survey it's fairly physics based but we're not we don't really care about what you get wrong or right it's just to kind of understand like why you're thinking the way you're thinking about these questions or take your time? All right, so now what kind of wanna show you our first part we're going to be doing so this is a density tank and it's separated by a dividing or I can just easily</w:t>
      </w:r>
      <w:r>
        <w:rPr>
          <w:rFonts w:ascii="Arial" w:hAnsi="Arial"/>
        </w:rPr>
        <w:t xml:space="preserve"> lift that up and down. And then we have some different sets of liquids or water I guess so first set I want to show you is this blue and red. So you can you could feel the sides are pretty they're pretty contrasted in temperature. </w:t>
      </w:r>
    </w:p>
    <w:p w14:paraId="0B65BBEC" w14:textId="77777777" w:rsidR="007D201C" w:rsidRDefault="007D201C">
      <w:pPr>
        <w:spacing w:after="0"/>
      </w:pPr>
    </w:p>
    <w:p w14:paraId="58E6FD70" w14:textId="77777777" w:rsidR="007D201C" w:rsidRDefault="00656813">
      <w:pPr>
        <w:spacing w:after="0"/>
      </w:pPr>
      <w:r>
        <w:rPr>
          <w:rFonts w:ascii="Arial" w:hAnsi="Arial"/>
          <w:b/>
        </w:rPr>
        <w:t xml:space="preserve">Participant #29:  </w:t>
      </w:r>
      <w:r>
        <w:rPr>
          <w:rFonts w:ascii="Arial" w:hAnsi="Arial"/>
          <w:color w:val="5D7284"/>
        </w:rPr>
        <w:t>02:49</w:t>
      </w:r>
    </w:p>
    <w:p w14:paraId="30958E13" w14:textId="77777777" w:rsidR="007D201C" w:rsidRDefault="00656813">
      <w:pPr>
        <w:spacing w:after="0"/>
      </w:pPr>
      <w:r>
        <w:rPr>
          <w:rFonts w:ascii="Arial" w:hAnsi="Arial"/>
        </w:rPr>
        <w:t>All right. Oh yeah.</w:t>
      </w:r>
    </w:p>
    <w:p w14:paraId="74784751" w14:textId="77777777" w:rsidR="007D201C" w:rsidRDefault="007D201C">
      <w:pPr>
        <w:spacing w:after="0"/>
      </w:pPr>
    </w:p>
    <w:p w14:paraId="4554D527" w14:textId="77777777" w:rsidR="007D201C" w:rsidRDefault="00656813">
      <w:pPr>
        <w:spacing w:after="0"/>
      </w:pPr>
      <w:r>
        <w:rPr>
          <w:rFonts w:ascii="Arial" w:hAnsi="Arial"/>
          <w:b/>
        </w:rPr>
        <w:t xml:space="preserve">Interviewer E:  </w:t>
      </w:r>
      <w:r>
        <w:rPr>
          <w:rFonts w:ascii="Arial" w:hAnsi="Arial"/>
          <w:color w:val="5D7284"/>
        </w:rPr>
        <w:t>05:28</w:t>
      </w:r>
    </w:p>
    <w:p w14:paraId="62821434" w14:textId="77777777" w:rsidR="007D201C" w:rsidRDefault="00656813">
      <w:pPr>
        <w:spacing w:after="0"/>
      </w:pPr>
      <w:r>
        <w:rPr>
          <w:rFonts w:ascii="Arial" w:hAnsi="Arial"/>
        </w:rPr>
        <w:t xml:space="preserve">Yeah. Okay. So the cold is blue and the red is hot then we have these these are actually the same temperature water so they're both </w:t>
      </w:r>
      <w:r>
        <w:rPr>
          <w:rFonts w:ascii="Arial" w:hAnsi="Arial"/>
        </w:rPr>
        <w:t>equal in temperature for the most part, okay and we have our next sets of water so the yellow is representing freshwater and the green is representing like, like a seawater a salinity like a high salinity so there's salt in this green one.</w:t>
      </w:r>
    </w:p>
    <w:p w14:paraId="334E0355" w14:textId="77777777" w:rsidR="007D201C" w:rsidRDefault="007D201C">
      <w:pPr>
        <w:spacing w:after="0"/>
      </w:pPr>
    </w:p>
    <w:p w14:paraId="52E291B2" w14:textId="77777777" w:rsidR="007D201C" w:rsidRDefault="00656813">
      <w:pPr>
        <w:spacing w:after="0"/>
      </w:pPr>
      <w:r>
        <w:rPr>
          <w:rFonts w:ascii="Arial" w:hAnsi="Arial"/>
          <w:b/>
        </w:rPr>
        <w:t xml:space="preserve">Participant #29:  </w:t>
      </w:r>
      <w:r>
        <w:rPr>
          <w:rFonts w:ascii="Arial" w:hAnsi="Arial"/>
          <w:color w:val="5D7284"/>
        </w:rPr>
        <w:t>06:03</w:t>
      </w:r>
    </w:p>
    <w:p w14:paraId="58FC2DE2" w14:textId="77777777" w:rsidR="007D201C" w:rsidRDefault="00656813">
      <w:pPr>
        <w:spacing w:after="0"/>
      </w:pPr>
      <w:r>
        <w:rPr>
          <w:rFonts w:ascii="Arial" w:hAnsi="Arial"/>
        </w:rPr>
        <w:t xml:space="preserve">Alright. </w:t>
      </w:r>
    </w:p>
    <w:p w14:paraId="5D79173C" w14:textId="77777777" w:rsidR="007D201C" w:rsidRDefault="007D201C">
      <w:pPr>
        <w:spacing w:after="0"/>
      </w:pPr>
    </w:p>
    <w:p w14:paraId="097D345D" w14:textId="77777777" w:rsidR="007D201C" w:rsidRDefault="00656813">
      <w:pPr>
        <w:spacing w:after="0"/>
      </w:pPr>
      <w:r>
        <w:rPr>
          <w:rFonts w:ascii="Arial" w:hAnsi="Arial"/>
          <w:b/>
        </w:rPr>
        <w:t xml:space="preserve">Interviewer E:  </w:t>
      </w:r>
      <w:r>
        <w:rPr>
          <w:rFonts w:ascii="Arial" w:hAnsi="Arial"/>
          <w:color w:val="5D7284"/>
        </w:rPr>
        <w:t>06:07</w:t>
      </w:r>
    </w:p>
    <w:p w14:paraId="234E85EA" w14:textId="77777777" w:rsidR="007D201C" w:rsidRDefault="00656813">
      <w:pPr>
        <w:spacing w:after="0"/>
      </w:pPr>
      <w:r>
        <w:rPr>
          <w:rFonts w:ascii="Arial" w:hAnsi="Arial"/>
        </w:rPr>
        <w:t>Alright, so, what I would like you to do so I have some crayons here on the table for you is to predict what would happen if I combined or if I put red in here the cold in here and I lifted this dividing wall up. How do you think it will look after one minute okay, so you could use the colors there the red is hot, blue is cold and you can also write, narrate on there if you want to if you want to explain more your picture.</w:t>
      </w:r>
    </w:p>
    <w:p w14:paraId="16742958" w14:textId="77777777" w:rsidR="007D201C" w:rsidRDefault="007D201C">
      <w:pPr>
        <w:spacing w:after="0"/>
      </w:pPr>
    </w:p>
    <w:p w14:paraId="0162C574" w14:textId="77777777" w:rsidR="007D201C" w:rsidRDefault="00656813">
      <w:pPr>
        <w:spacing w:after="0"/>
      </w:pPr>
      <w:r>
        <w:rPr>
          <w:rFonts w:ascii="Arial" w:hAnsi="Arial"/>
          <w:b/>
        </w:rPr>
        <w:lastRenderedPageBreak/>
        <w:t xml:space="preserve">Participant #29:  </w:t>
      </w:r>
      <w:r>
        <w:rPr>
          <w:rFonts w:ascii="Arial" w:hAnsi="Arial"/>
          <w:color w:val="5D7284"/>
        </w:rPr>
        <w:t>06:38</w:t>
      </w:r>
    </w:p>
    <w:p w14:paraId="453D9442" w14:textId="77777777" w:rsidR="007D201C" w:rsidRDefault="00656813">
      <w:pPr>
        <w:spacing w:after="0"/>
      </w:pPr>
      <w:r>
        <w:rPr>
          <w:rFonts w:ascii="Arial" w:hAnsi="Arial"/>
        </w:rPr>
        <w:t>Ok.</w:t>
      </w:r>
    </w:p>
    <w:p w14:paraId="666D8CC1" w14:textId="77777777" w:rsidR="007D201C" w:rsidRDefault="007D201C">
      <w:pPr>
        <w:spacing w:after="0"/>
      </w:pPr>
    </w:p>
    <w:p w14:paraId="13BDB92F" w14:textId="77777777" w:rsidR="007D201C" w:rsidRDefault="00656813">
      <w:pPr>
        <w:spacing w:after="0"/>
      </w:pPr>
      <w:r>
        <w:rPr>
          <w:rFonts w:ascii="Arial" w:hAnsi="Arial"/>
          <w:b/>
        </w:rPr>
        <w:t xml:space="preserve">Interviewer E:  </w:t>
      </w:r>
      <w:r>
        <w:rPr>
          <w:rFonts w:ascii="Arial" w:hAnsi="Arial"/>
          <w:color w:val="5D7284"/>
        </w:rPr>
        <w:t>08:26</w:t>
      </w:r>
    </w:p>
    <w:p w14:paraId="7075F738" w14:textId="77777777" w:rsidR="007D201C" w:rsidRDefault="00656813">
      <w:pPr>
        <w:spacing w:after="0"/>
      </w:pPr>
      <w:r>
        <w:rPr>
          <w:rFonts w:ascii="Arial" w:hAnsi="Arial"/>
        </w:rPr>
        <w:t>All right, so looks like you got the warm water on top. You got the cold water on the bottom. I can't read upside down. But why. What did you? What was your thinking?</w:t>
      </w:r>
    </w:p>
    <w:p w14:paraId="789A138E" w14:textId="77777777" w:rsidR="007D201C" w:rsidRDefault="007D201C">
      <w:pPr>
        <w:spacing w:after="0"/>
      </w:pPr>
    </w:p>
    <w:p w14:paraId="49ED244C" w14:textId="77777777" w:rsidR="007D201C" w:rsidRDefault="00656813">
      <w:pPr>
        <w:spacing w:after="0"/>
      </w:pPr>
      <w:r>
        <w:rPr>
          <w:rFonts w:ascii="Arial" w:hAnsi="Arial"/>
          <w:b/>
        </w:rPr>
        <w:t xml:space="preserve">Participant #29:  </w:t>
      </w:r>
      <w:r>
        <w:rPr>
          <w:rFonts w:ascii="Arial" w:hAnsi="Arial"/>
          <w:color w:val="5D7284"/>
        </w:rPr>
        <w:t>08:37</w:t>
      </w:r>
    </w:p>
    <w:p w14:paraId="29965F3D" w14:textId="77777777" w:rsidR="007D201C" w:rsidRDefault="00656813">
      <w:pPr>
        <w:spacing w:after="0"/>
      </w:pPr>
      <w:r>
        <w:rPr>
          <w:rFonts w:ascii="Arial" w:hAnsi="Arial"/>
        </w:rPr>
        <w:t>Just that the cold water would sink because it's a little more dense. And then the warm water would sort of be on top because it's less dense.</w:t>
      </w:r>
    </w:p>
    <w:p w14:paraId="08D062A8" w14:textId="77777777" w:rsidR="007D201C" w:rsidRDefault="007D201C">
      <w:pPr>
        <w:spacing w:after="0"/>
      </w:pPr>
    </w:p>
    <w:p w14:paraId="3D65830D" w14:textId="77777777" w:rsidR="007D201C" w:rsidRDefault="00656813">
      <w:pPr>
        <w:spacing w:after="0"/>
      </w:pPr>
      <w:r>
        <w:rPr>
          <w:rFonts w:ascii="Arial" w:hAnsi="Arial"/>
          <w:b/>
        </w:rPr>
        <w:t xml:space="preserve">Interviewer E:  </w:t>
      </w:r>
      <w:r>
        <w:rPr>
          <w:rFonts w:ascii="Arial" w:hAnsi="Arial"/>
          <w:color w:val="5D7284"/>
        </w:rPr>
        <w:t>08:44</w:t>
      </w:r>
    </w:p>
    <w:p w14:paraId="7A615027" w14:textId="77777777" w:rsidR="007D201C" w:rsidRDefault="00656813">
      <w:pPr>
        <w:spacing w:after="0"/>
      </w:pPr>
      <w:r>
        <w:rPr>
          <w:rFonts w:ascii="Arial" w:hAnsi="Arial"/>
        </w:rPr>
        <w:t>And I'm Is that something that you've learned from just out out in life? Something that reminded you of that, or did you learn it in school?</w:t>
      </w:r>
    </w:p>
    <w:p w14:paraId="024CDE7C" w14:textId="77777777" w:rsidR="007D201C" w:rsidRDefault="007D201C">
      <w:pPr>
        <w:spacing w:after="0"/>
      </w:pPr>
    </w:p>
    <w:p w14:paraId="59FFE754" w14:textId="77777777" w:rsidR="007D201C" w:rsidRDefault="00656813">
      <w:pPr>
        <w:spacing w:after="0"/>
      </w:pPr>
      <w:r>
        <w:rPr>
          <w:rFonts w:ascii="Arial" w:hAnsi="Arial"/>
          <w:b/>
        </w:rPr>
        <w:t xml:space="preserve">Participant #29:  </w:t>
      </w:r>
      <w:r>
        <w:rPr>
          <w:rFonts w:ascii="Arial" w:hAnsi="Arial"/>
          <w:color w:val="5D7284"/>
        </w:rPr>
        <w:t>08:53</w:t>
      </w:r>
    </w:p>
    <w:p w14:paraId="495A68C5" w14:textId="77777777" w:rsidR="007D201C" w:rsidRDefault="00656813">
      <w:pPr>
        <w:spacing w:after="0"/>
      </w:pPr>
      <w:r>
        <w:rPr>
          <w:rFonts w:ascii="Arial" w:hAnsi="Arial"/>
        </w:rPr>
        <w:t xml:space="preserve">I think physics class we talked about a little bit but also just you know, going deeper and like the ocean, it's gonna be cold there. </w:t>
      </w:r>
    </w:p>
    <w:p w14:paraId="2C722396" w14:textId="77777777" w:rsidR="007D201C" w:rsidRDefault="007D201C">
      <w:pPr>
        <w:spacing w:after="0"/>
      </w:pPr>
    </w:p>
    <w:p w14:paraId="31CBF90D" w14:textId="77777777" w:rsidR="007D201C" w:rsidRDefault="00656813">
      <w:pPr>
        <w:spacing w:after="0"/>
      </w:pPr>
      <w:r>
        <w:rPr>
          <w:rFonts w:ascii="Arial" w:hAnsi="Arial"/>
          <w:b/>
        </w:rPr>
        <w:t xml:space="preserve">Interviewer E:  </w:t>
      </w:r>
      <w:r>
        <w:rPr>
          <w:rFonts w:ascii="Arial" w:hAnsi="Arial"/>
          <w:color w:val="5D7284"/>
        </w:rPr>
        <w:t>09:00</w:t>
      </w:r>
    </w:p>
    <w:p w14:paraId="791E2D1A" w14:textId="77777777" w:rsidR="007D201C" w:rsidRDefault="00656813">
      <w:pPr>
        <w:spacing w:after="0"/>
      </w:pPr>
      <w:r>
        <w:rPr>
          <w:rFonts w:ascii="Arial" w:hAnsi="Arial"/>
        </w:rPr>
        <w:t xml:space="preserve">Okay, I am going to put that put him right here. All right now what I </w:t>
      </w:r>
      <w:r>
        <w:rPr>
          <w:rFonts w:ascii="Arial" w:hAnsi="Arial"/>
        </w:rPr>
        <w:t>want you to do is predict what you believe will happen if I mix the waters but same temperature how it would look after a minute of lifting up that dividing wall. Okay.</w:t>
      </w:r>
    </w:p>
    <w:p w14:paraId="15B5464B" w14:textId="77777777" w:rsidR="007D201C" w:rsidRDefault="007D201C">
      <w:pPr>
        <w:spacing w:after="0"/>
      </w:pPr>
    </w:p>
    <w:p w14:paraId="66566ADC" w14:textId="77777777" w:rsidR="007D201C" w:rsidRDefault="00656813">
      <w:pPr>
        <w:spacing w:after="0"/>
      </w:pPr>
      <w:r>
        <w:rPr>
          <w:rFonts w:ascii="Arial" w:hAnsi="Arial"/>
          <w:b/>
        </w:rPr>
        <w:t xml:space="preserve">Participant #29:  </w:t>
      </w:r>
      <w:r>
        <w:rPr>
          <w:rFonts w:ascii="Arial" w:hAnsi="Arial"/>
          <w:color w:val="5D7284"/>
        </w:rPr>
        <w:t>09:17</w:t>
      </w:r>
    </w:p>
    <w:p w14:paraId="1C4E5BEE" w14:textId="77777777" w:rsidR="007D201C" w:rsidRDefault="00656813">
      <w:pPr>
        <w:spacing w:after="0"/>
      </w:pPr>
      <w:r>
        <w:rPr>
          <w:rFonts w:ascii="Arial" w:hAnsi="Arial"/>
        </w:rPr>
        <w:t>So it's the same sort of yeah.</w:t>
      </w:r>
    </w:p>
    <w:p w14:paraId="0529836B" w14:textId="77777777" w:rsidR="007D201C" w:rsidRDefault="007D201C">
      <w:pPr>
        <w:spacing w:after="0"/>
      </w:pPr>
    </w:p>
    <w:p w14:paraId="24A35E10" w14:textId="77777777" w:rsidR="007D201C" w:rsidRDefault="00656813">
      <w:pPr>
        <w:spacing w:after="0"/>
      </w:pPr>
      <w:r>
        <w:rPr>
          <w:rFonts w:ascii="Arial" w:hAnsi="Arial"/>
          <w:b/>
        </w:rPr>
        <w:t xml:space="preserve">Interviewer E:  </w:t>
      </w:r>
      <w:r>
        <w:rPr>
          <w:rFonts w:ascii="Arial" w:hAnsi="Arial"/>
          <w:color w:val="5D7284"/>
        </w:rPr>
        <w:t>09:23</w:t>
      </w:r>
    </w:p>
    <w:p w14:paraId="2A5C5C83" w14:textId="77777777" w:rsidR="007D201C" w:rsidRDefault="00656813">
      <w:pPr>
        <w:spacing w:after="0"/>
      </w:pPr>
      <w:r>
        <w:rPr>
          <w:rFonts w:ascii="Arial" w:hAnsi="Arial"/>
        </w:rPr>
        <w:t>They're the same exact temperature. There is no differences other than that color. Okay.</w:t>
      </w:r>
    </w:p>
    <w:p w14:paraId="3455D91E" w14:textId="77777777" w:rsidR="007D201C" w:rsidRDefault="007D201C">
      <w:pPr>
        <w:spacing w:after="0"/>
      </w:pPr>
    </w:p>
    <w:p w14:paraId="5C773155" w14:textId="77777777" w:rsidR="007D201C" w:rsidRDefault="00656813">
      <w:pPr>
        <w:spacing w:after="0"/>
      </w:pPr>
      <w:r>
        <w:rPr>
          <w:rFonts w:ascii="Arial" w:hAnsi="Arial"/>
          <w:b/>
        </w:rPr>
        <w:t xml:space="preserve">Participant #29:  </w:t>
      </w:r>
      <w:r>
        <w:rPr>
          <w:rFonts w:ascii="Arial" w:hAnsi="Arial"/>
          <w:color w:val="5D7284"/>
        </w:rPr>
        <w:t>09:31</w:t>
      </w:r>
    </w:p>
    <w:p w14:paraId="63AC771F" w14:textId="77777777" w:rsidR="007D201C" w:rsidRDefault="00656813">
      <w:pPr>
        <w:spacing w:after="0"/>
      </w:pPr>
      <w:r>
        <w:rPr>
          <w:rFonts w:ascii="Arial" w:hAnsi="Arial"/>
        </w:rPr>
        <w:t xml:space="preserve">I'm sorry, the color of the water. </w:t>
      </w:r>
    </w:p>
    <w:p w14:paraId="6A62DA05" w14:textId="77777777" w:rsidR="007D201C" w:rsidRDefault="007D201C">
      <w:pPr>
        <w:spacing w:after="0"/>
      </w:pPr>
    </w:p>
    <w:p w14:paraId="6D52D206" w14:textId="77777777" w:rsidR="007D201C" w:rsidRDefault="00656813">
      <w:pPr>
        <w:spacing w:after="0"/>
      </w:pPr>
      <w:r>
        <w:rPr>
          <w:rFonts w:ascii="Arial" w:hAnsi="Arial"/>
          <w:b/>
        </w:rPr>
        <w:t xml:space="preserve">Interviewer E:  </w:t>
      </w:r>
      <w:r>
        <w:rPr>
          <w:rFonts w:ascii="Arial" w:hAnsi="Arial"/>
          <w:color w:val="5D7284"/>
        </w:rPr>
        <w:t>09:33</w:t>
      </w:r>
    </w:p>
    <w:p w14:paraId="1D5012B6" w14:textId="77777777" w:rsidR="007D201C" w:rsidRDefault="00656813">
      <w:pPr>
        <w:spacing w:after="0"/>
      </w:pPr>
      <w:r>
        <w:rPr>
          <w:rFonts w:ascii="Arial" w:hAnsi="Arial"/>
        </w:rPr>
        <w:t xml:space="preserve">Yeah, there's no difference other than the color of the water, but they're the same. They're the same exact temperature. </w:t>
      </w:r>
    </w:p>
    <w:p w14:paraId="23EAA490" w14:textId="77777777" w:rsidR="007D201C" w:rsidRDefault="007D201C">
      <w:pPr>
        <w:spacing w:after="0"/>
      </w:pPr>
    </w:p>
    <w:p w14:paraId="7BB7F6FC" w14:textId="77777777" w:rsidR="007D201C" w:rsidRDefault="00656813">
      <w:pPr>
        <w:spacing w:after="0"/>
      </w:pPr>
      <w:r>
        <w:rPr>
          <w:rFonts w:ascii="Arial" w:hAnsi="Arial"/>
          <w:b/>
        </w:rPr>
        <w:t xml:space="preserve">Participant #29:  </w:t>
      </w:r>
      <w:r>
        <w:rPr>
          <w:rFonts w:ascii="Arial" w:hAnsi="Arial"/>
          <w:color w:val="5D7284"/>
        </w:rPr>
        <w:t>09:38</w:t>
      </w:r>
    </w:p>
    <w:p w14:paraId="5B8B171C" w14:textId="77777777" w:rsidR="007D201C" w:rsidRDefault="00656813">
      <w:pPr>
        <w:spacing w:after="0"/>
      </w:pPr>
      <w:r>
        <w:rPr>
          <w:rFonts w:ascii="Arial" w:hAnsi="Arial"/>
        </w:rPr>
        <w:t>So the blue is the warmer one. Or well.</w:t>
      </w:r>
    </w:p>
    <w:p w14:paraId="020266DD" w14:textId="77777777" w:rsidR="007D201C" w:rsidRDefault="007D201C">
      <w:pPr>
        <w:spacing w:after="0"/>
      </w:pPr>
    </w:p>
    <w:p w14:paraId="3130F006" w14:textId="77777777" w:rsidR="007D201C" w:rsidRDefault="00656813">
      <w:pPr>
        <w:spacing w:after="0"/>
      </w:pPr>
      <w:r>
        <w:rPr>
          <w:rFonts w:ascii="Arial" w:hAnsi="Arial"/>
          <w:b/>
        </w:rPr>
        <w:t xml:space="preserve">Interviewer E:  </w:t>
      </w:r>
      <w:r>
        <w:rPr>
          <w:rFonts w:ascii="Arial" w:hAnsi="Arial"/>
          <w:color w:val="5D7284"/>
        </w:rPr>
        <w:t>09:42</w:t>
      </w:r>
    </w:p>
    <w:p w14:paraId="3D74D173" w14:textId="77777777" w:rsidR="007D201C" w:rsidRDefault="00656813">
      <w:pPr>
        <w:spacing w:after="0"/>
      </w:pPr>
      <w:r>
        <w:rPr>
          <w:rFonts w:ascii="Arial" w:hAnsi="Arial"/>
        </w:rPr>
        <w:t xml:space="preserve">So in this scenario, we had the Blue was cold and the red is hot, but in this scenario, they're both the same exact temperature. </w:t>
      </w:r>
    </w:p>
    <w:p w14:paraId="45940D42" w14:textId="77777777" w:rsidR="007D201C" w:rsidRDefault="007D201C">
      <w:pPr>
        <w:spacing w:after="0"/>
      </w:pPr>
    </w:p>
    <w:p w14:paraId="5BCD66B4" w14:textId="77777777" w:rsidR="007D201C" w:rsidRDefault="00656813">
      <w:pPr>
        <w:spacing w:after="0"/>
      </w:pPr>
      <w:r>
        <w:rPr>
          <w:rFonts w:ascii="Arial" w:hAnsi="Arial"/>
          <w:b/>
        </w:rPr>
        <w:lastRenderedPageBreak/>
        <w:t xml:space="preserve">Participant #29:  </w:t>
      </w:r>
      <w:r>
        <w:rPr>
          <w:rFonts w:ascii="Arial" w:hAnsi="Arial"/>
          <w:color w:val="5D7284"/>
        </w:rPr>
        <w:t>09:48</w:t>
      </w:r>
    </w:p>
    <w:p w14:paraId="71E9FD66" w14:textId="77777777" w:rsidR="007D201C" w:rsidRDefault="00656813">
      <w:pPr>
        <w:spacing w:after="0"/>
      </w:pPr>
      <w:r>
        <w:rPr>
          <w:rFonts w:ascii="Arial" w:hAnsi="Arial"/>
        </w:rPr>
        <w:t>Oh, okay. Sorry. All right.</w:t>
      </w:r>
    </w:p>
    <w:p w14:paraId="38AB357B" w14:textId="77777777" w:rsidR="007D201C" w:rsidRDefault="007D201C">
      <w:pPr>
        <w:spacing w:after="0"/>
      </w:pPr>
    </w:p>
    <w:p w14:paraId="1B2F7A3D" w14:textId="77777777" w:rsidR="007D201C" w:rsidRDefault="00656813">
      <w:pPr>
        <w:spacing w:after="0"/>
      </w:pPr>
      <w:r>
        <w:rPr>
          <w:rFonts w:ascii="Arial" w:hAnsi="Arial"/>
          <w:b/>
        </w:rPr>
        <w:t xml:space="preserve">Interviewer E:  </w:t>
      </w:r>
      <w:r>
        <w:rPr>
          <w:rFonts w:ascii="Arial" w:hAnsi="Arial"/>
          <w:color w:val="5D7284"/>
        </w:rPr>
        <w:t>11:46</w:t>
      </w:r>
    </w:p>
    <w:p w14:paraId="077145BD" w14:textId="77777777" w:rsidR="007D201C" w:rsidRDefault="00656813">
      <w:pPr>
        <w:spacing w:after="0"/>
      </w:pPr>
      <w:r>
        <w:rPr>
          <w:rFonts w:ascii="Arial" w:hAnsi="Arial"/>
        </w:rPr>
        <w:t>All right. So explain to me what you've done here.</w:t>
      </w:r>
    </w:p>
    <w:p w14:paraId="1F8D1364" w14:textId="77777777" w:rsidR="007D201C" w:rsidRDefault="007D201C">
      <w:pPr>
        <w:spacing w:after="0"/>
      </w:pPr>
    </w:p>
    <w:p w14:paraId="022DB1DB" w14:textId="77777777" w:rsidR="007D201C" w:rsidRDefault="00656813">
      <w:pPr>
        <w:spacing w:after="0"/>
      </w:pPr>
      <w:r>
        <w:rPr>
          <w:rFonts w:ascii="Arial" w:hAnsi="Arial"/>
          <w:b/>
        </w:rPr>
        <w:t xml:space="preserve">Participant #29:  </w:t>
      </w:r>
      <w:r>
        <w:rPr>
          <w:rFonts w:ascii="Arial" w:hAnsi="Arial"/>
          <w:color w:val="5D7284"/>
        </w:rPr>
        <w:t>11:49</w:t>
      </w:r>
    </w:p>
    <w:p w14:paraId="2E0CDFD3" w14:textId="77777777" w:rsidR="007D201C" w:rsidRDefault="00656813">
      <w:pPr>
        <w:spacing w:after="0"/>
      </w:pPr>
      <w:r>
        <w:rPr>
          <w:rFonts w:ascii="Arial" w:hAnsi="Arial"/>
        </w:rPr>
        <w:t>I just said that sort of mixed together instead of like separating from temperature because their the same temperature , so.</w:t>
      </w:r>
    </w:p>
    <w:p w14:paraId="3EF35D26" w14:textId="77777777" w:rsidR="007D201C" w:rsidRDefault="007D201C">
      <w:pPr>
        <w:spacing w:after="0"/>
      </w:pPr>
    </w:p>
    <w:p w14:paraId="19494DD4" w14:textId="77777777" w:rsidR="007D201C" w:rsidRDefault="00656813">
      <w:pPr>
        <w:spacing w:after="0"/>
      </w:pPr>
      <w:r>
        <w:rPr>
          <w:rFonts w:ascii="Arial" w:hAnsi="Arial"/>
          <w:b/>
        </w:rPr>
        <w:t xml:space="preserve">Interviewer E:  </w:t>
      </w:r>
      <w:r>
        <w:rPr>
          <w:rFonts w:ascii="Arial" w:hAnsi="Arial"/>
          <w:color w:val="5D7284"/>
        </w:rPr>
        <w:t>11:56</w:t>
      </w:r>
    </w:p>
    <w:p w14:paraId="2C3B7B62" w14:textId="77777777" w:rsidR="007D201C" w:rsidRDefault="00656813">
      <w:pPr>
        <w:spacing w:after="0"/>
      </w:pPr>
      <w:r>
        <w:rPr>
          <w:rFonts w:ascii="Arial" w:hAnsi="Arial"/>
        </w:rPr>
        <w:t xml:space="preserve">And they would stay vertically essentially vertically and like their designated areas or import them in and kind of like mixing a little bit and maybe it looks like the you're having like the red overwhelmed the blue a little bit. </w:t>
      </w:r>
    </w:p>
    <w:p w14:paraId="00F92F61" w14:textId="77777777" w:rsidR="007D201C" w:rsidRDefault="007D201C">
      <w:pPr>
        <w:spacing w:after="0"/>
      </w:pPr>
    </w:p>
    <w:p w14:paraId="729B485E" w14:textId="77777777" w:rsidR="007D201C" w:rsidRDefault="00656813">
      <w:pPr>
        <w:spacing w:after="0"/>
      </w:pPr>
      <w:r>
        <w:rPr>
          <w:rFonts w:ascii="Arial" w:hAnsi="Arial"/>
          <w:b/>
        </w:rPr>
        <w:t xml:space="preserve">Participant #29:  </w:t>
      </w:r>
      <w:r>
        <w:rPr>
          <w:rFonts w:ascii="Arial" w:hAnsi="Arial"/>
          <w:color w:val="5D7284"/>
        </w:rPr>
        <w:t>12:10</w:t>
      </w:r>
    </w:p>
    <w:p w14:paraId="4A343DD4" w14:textId="77777777" w:rsidR="007D201C" w:rsidRDefault="00656813">
      <w:pPr>
        <w:spacing w:after="0"/>
      </w:pPr>
      <w:r>
        <w:rPr>
          <w:rFonts w:ascii="Arial" w:hAnsi="Arial"/>
        </w:rPr>
        <w:t xml:space="preserve">Yeah, a little bit. I think they generally stay like where you put them but maybe towards the center they'd start to mix a bit. </w:t>
      </w:r>
    </w:p>
    <w:p w14:paraId="5134C0D0" w14:textId="77777777" w:rsidR="007D201C" w:rsidRDefault="007D201C">
      <w:pPr>
        <w:spacing w:after="0"/>
      </w:pPr>
    </w:p>
    <w:p w14:paraId="6FD5BA62" w14:textId="77777777" w:rsidR="007D201C" w:rsidRDefault="00656813">
      <w:pPr>
        <w:spacing w:after="0"/>
      </w:pPr>
      <w:r>
        <w:rPr>
          <w:rFonts w:ascii="Arial" w:hAnsi="Arial"/>
          <w:b/>
        </w:rPr>
        <w:t xml:space="preserve">Interviewer E:  </w:t>
      </w:r>
      <w:r>
        <w:rPr>
          <w:rFonts w:ascii="Arial" w:hAnsi="Arial"/>
          <w:color w:val="5D7284"/>
        </w:rPr>
        <w:t>12:17</w:t>
      </w:r>
    </w:p>
    <w:p w14:paraId="755C4519" w14:textId="77777777" w:rsidR="007D201C" w:rsidRDefault="00656813">
      <w:pPr>
        <w:spacing w:after="0"/>
      </w:pPr>
      <w:r>
        <w:rPr>
          <w:rFonts w:ascii="Arial" w:hAnsi="Arial"/>
        </w:rPr>
        <w:t xml:space="preserve">Okay, and then your other </w:t>
      </w:r>
      <w:r>
        <w:rPr>
          <w:rFonts w:ascii="Arial" w:hAnsi="Arial"/>
        </w:rPr>
        <w:t>picture with the hot water and cold water is there's a degree of mixing here is that a pretty definitive line of?</w:t>
      </w:r>
    </w:p>
    <w:p w14:paraId="6FD3C7E4" w14:textId="77777777" w:rsidR="007D201C" w:rsidRDefault="007D201C">
      <w:pPr>
        <w:spacing w:after="0"/>
      </w:pPr>
    </w:p>
    <w:p w14:paraId="2AA860C1" w14:textId="77777777" w:rsidR="007D201C" w:rsidRDefault="00656813">
      <w:pPr>
        <w:spacing w:after="0"/>
      </w:pPr>
      <w:r>
        <w:rPr>
          <w:rFonts w:ascii="Arial" w:hAnsi="Arial"/>
          <w:b/>
        </w:rPr>
        <w:t xml:space="preserve">Participant #29:  </w:t>
      </w:r>
      <w:r>
        <w:rPr>
          <w:rFonts w:ascii="Arial" w:hAnsi="Arial"/>
          <w:color w:val="5D7284"/>
        </w:rPr>
        <w:t>12:27</w:t>
      </w:r>
    </w:p>
    <w:p w14:paraId="18948762" w14:textId="77777777" w:rsidR="007D201C" w:rsidRDefault="00656813">
      <w:pPr>
        <w:spacing w:after="0"/>
      </w:pPr>
      <w:r>
        <w:rPr>
          <w:rFonts w:ascii="Arial" w:hAnsi="Arial"/>
        </w:rPr>
        <w:t xml:space="preserve"> I think yeah, there'll be a little bit of mixing here. </w:t>
      </w:r>
    </w:p>
    <w:p w14:paraId="151A8815" w14:textId="77777777" w:rsidR="007D201C" w:rsidRDefault="007D201C">
      <w:pPr>
        <w:spacing w:after="0"/>
      </w:pPr>
    </w:p>
    <w:p w14:paraId="35E33A10" w14:textId="77777777" w:rsidR="007D201C" w:rsidRDefault="00656813">
      <w:pPr>
        <w:spacing w:after="0"/>
      </w:pPr>
      <w:r>
        <w:rPr>
          <w:rFonts w:ascii="Arial" w:hAnsi="Arial"/>
          <w:b/>
        </w:rPr>
        <w:t xml:space="preserve">Interviewer E:  </w:t>
      </w:r>
      <w:r>
        <w:rPr>
          <w:rFonts w:ascii="Arial" w:hAnsi="Arial"/>
          <w:color w:val="5D7284"/>
        </w:rPr>
        <w:t>12:29</w:t>
      </w:r>
    </w:p>
    <w:p w14:paraId="693746A3" w14:textId="77777777" w:rsidR="007D201C" w:rsidRDefault="00656813">
      <w:pPr>
        <w:spacing w:after="0"/>
      </w:pPr>
      <w:r>
        <w:rPr>
          <w:rFonts w:ascii="Arial" w:hAnsi="Arial"/>
        </w:rPr>
        <w:t xml:space="preserve">Okay. </w:t>
      </w:r>
    </w:p>
    <w:p w14:paraId="089DB85B" w14:textId="77777777" w:rsidR="007D201C" w:rsidRDefault="007D201C">
      <w:pPr>
        <w:spacing w:after="0"/>
      </w:pPr>
    </w:p>
    <w:p w14:paraId="25B62612" w14:textId="77777777" w:rsidR="007D201C" w:rsidRDefault="00656813">
      <w:pPr>
        <w:spacing w:after="0"/>
      </w:pPr>
      <w:r>
        <w:rPr>
          <w:rFonts w:ascii="Arial" w:hAnsi="Arial"/>
          <w:b/>
        </w:rPr>
        <w:t xml:space="preserve">Participant #29:  </w:t>
      </w:r>
      <w:r>
        <w:rPr>
          <w:rFonts w:ascii="Arial" w:hAnsi="Arial"/>
          <w:color w:val="5D7284"/>
        </w:rPr>
        <w:t>12:30</w:t>
      </w:r>
    </w:p>
    <w:p w14:paraId="57DF3E0E" w14:textId="77777777" w:rsidR="007D201C" w:rsidRDefault="00656813">
      <w:pPr>
        <w:spacing w:after="0"/>
      </w:pPr>
      <w:r>
        <w:rPr>
          <w:rFonts w:ascii="Arial" w:hAnsi="Arial"/>
        </w:rPr>
        <w:t>Yeah. But overall it's pretty separated I think so.</w:t>
      </w:r>
    </w:p>
    <w:p w14:paraId="2A5C7DCC" w14:textId="77777777" w:rsidR="007D201C" w:rsidRDefault="007D201C">
      <w:pPr>
        <w:spacing w:after="0"/>
      </w:pPr>
    </w:p>
    <w:p w14:paraId="3952C55D" w14:textId="77777777" w:rsidR="007D201C" w:rsidRDefault="00656813">
      <w:pPr>
        <w:spacing w:after="0"/>
      </w:pPr>
      <w:r>
        <w:rPr>
          <w:rFonts w:ascii="Arial" w:hAnsi="Arial"/>
          <w:b/>
        </w:rPr>
        <w:t xml:space="preserve">Interviewer E:  </w:t>
      </w:r>
      <w:r>
        <w:rPr>
          <w:rFonts w:ascii="Arial" w:hAnsi="Arial"/>
          <w:color w:val="5D7284"/>
        </w:rPr>
        <w:t>12:34</w:t>
      </w:r>
    </w:p>
    <w:p w14:paraId="376A5ADA" w14:textId="77777777" w:rsidR="007D201C" w:rsidRDefault="00656813">
      <w:pPr>
        <w:spacing w:after="0"/>
      </w:pPr>
      <w:r>
        <w:rPr>
          <w:rFonts w:ascii="Arial" w:hAnsi="Arial"/>
        </w:rPr>
        <w:t>Right, but way more mixing when it comes to the same temperature. Okay, so I have essentially one more as far as the stuff is concerned for you to draw us I want you to draw what you think will happen if these two the saltwater and the freshwater if I poured them in how they would look after a minute.</w:t>
      </w:r>
    </w:p>
    <w:p w14:paraId="062C1D6A" w14:textId="77777777" w:rsidR="007D201C" w:rsidRDefault="007D201C">
      <w:pPr>
        <w:spacing w:after="0"/>
      </w:pPr>
    </w:p>
    <w:p w14:paraId="6571122B" w14:textId="77777777" w:rsidR="007D201C" w:rsidRDefault="00656813">
      <w:pPr>
        <w:spacing w:after="0"/>
      </w:pPr>
      <w:r>
        <w:rPr>
          <w:rFonts w:ascii="Arial" w:hAnsi="Arial"/>
          <w:b/>
        </w:rPr>
        <w:t xml:space="preserve">Participant #29:  </w:t>
      </w:r>
      <w:r>
        <w:rPr>
          <w:rFonts w:ascii="Arial" w:hAnsi="Arial"/>
          <w:color w:val="5D7284"/>
        </w:rPr>
        <w:t>14:29</w:t>
      </w:r>
    </w:p>
    <w:p w14:paraId="3DD2F155" w14:textId="77777777" w:rsidR="007D201C" w:rsidRDefault="00656813">
      <w:pPr>
        <w:spacing w:after="0"/>
      </w:pPr>
      <w:r>
        <w:rPr>
          <w:rFonts w:ascii="Arial" w:hAnsi="Arial"/>
        </w:rPr>
        <w:t>Can I switch the colors on this can green be the freshwater and yellow be the saltwater?</w:t>
      </w:r>
    </w:p>
    <w:p w14:paraId="6081316E" w14:textId="77777777" w:rsidR="007D201C" w:rsidRDefault="007D201C">
      <w:pPr>
        <w:spacing w:after="0"/>
      </w:pPr>
    </w:p>
    <w:p w14:paraId="575223D9" w14:textId="77777777" w:rsidR="007D201C" w:rsidRDefault="00656813">
      <w:pPr>
        <w:spacing w:after="0"/>
      </w:pPr>
      <w:r>
        <w:rPr>
          <w:rFonts w:ascii="Arial" w:hAnsi="Arial"/>
          <w:b/>
        </w:rPr>
        <w:t xml:space="preserve">Interviewer E:  </w:t>
      </w:r>
      <w:r>
        <w:rPr>
          <w:rFonts w:ascii="Arial" w:hAnsi="Arial"/>
          <w:color w:val="5D7284"/>
        </w:rPr>
        <w:t>14:34</w:t>
      </w:r>
    </w:p>
    <w:p w14:paraId="05362256" w14:textId="77777777" w:rsidR="007D201C" w:rsidRDefault="00656813">
      <w:pPr>
        <w:spacing w:after="0"/>
      </w:pPr>
      <w:r>
        <w:rPr>
          <w:rFonts w:ascii="Arial" w:hAnsi="Arial"/>
        </w:rPr>
        <w:t>Um let me give you another.</w:t>
      </w:r>
    </w:p>
    <w:p w14:paraId="08D0034E" w14:textId="77777777" w:rsidR="007D201C" w:rsidRDefault="007D201C">
      <w:pPr>
        <w:spacing w:after="0"/>
      </w:pPr>
    </w:p>
    <w:p w14:paraId="2F1B7472" w14:textId="77777777" w:rsidR="007D201C" w:rsidRDefault="00656813">
      <w:pPr>
        <w:spacing w:after="0"/>
      </w:pPr>
      <w:r>
        <w:rPr>
          <w:rFonts w:ascii="Arial" w:hAnsi="Arial"/>
          <w:b/>
        </w:rPr>
        <w:t xml:space="preserve">Participant #29:  </w:t>
      </w:r>
      <w:r>
        <w:rPr>
          <w:rFonts w:ascii="Arial" w:hAnsi="Arial"/>
          <w:color w:val="5D7284"/>
        </w:rPr>
        <w:t>14:36</w:t>
      </w:r>
    </w:p>
    <w:p w14:paraId="4B4EFA3A" w14:textId="77777777" w:rsidR="007D201C" w:rsidRDefault="00656813">
      <w:pPr>
        <w:spacing w:after="0"/>
      </w:pPr>
      <w:r>
        <w:rPr>
          <w:rFonts w:ascii="Arial" w:hAnsi="Arial"/>
        </w:rPr>
        <w:lastRenderedPageBreak/>
        <w:t>Sorry.</w:t>
      </w:r>
    </w:p>
    <w:p w14:paraId="2FE2617B" w14:textId="77777777" w:rsidR="007D201C" w:rsidRDefault="007D201C">
      <w:pPr>
        <w:spacing w:after="0"/>
      </w:pPr>
    </w:p>
    <w:p w14:paraId="1AC2806E" w14:textId="77777777" w:rsidR="007D201C" w:rsidRDefault="00656813">
      <w:pPr>
        <w:spacing w:after="0"/>
      </w:pPr>
      <w:r>
        <w:rPr>
          <w:rFonts w:ascii="Arial" w:hAnsi="Arial"/>
          <w:b/>
        </w:rPr>
        <w:t xml:space="preserve">Interviewer E:  </w:t>
      </w:r>
      <w:r>
        <w:rPr>
          <w:rFonts w:ascii="Arial" w:hAnsi="Arial"/>
          <w:color w:val="5D7284"/>
        </w:rPr>
        <w:t>14:37</w:t>
      </w:r>
    </w:p>
    <w:p w14:paraId="32C5C026" w14:textId="77777777" w:rsidR="007D201C" w:rsidRDefault="00656813">
      <w:pPr>
        <w:spacing w:after="0"/>
      </w:pPr>
      <w:r>
        <w:rPr>
          <w:rFonts w:ascii="Arial" w:hAnsi="Arial"/>
        </w:rPr>
        <w:t>No your fine.</w:t>
      </w:r>
    </w:p>
    <w:p w14:paraId="67693085" w14:textId="77777777" w:rsidR="007D201C" w:rsidRDefault="007D201C">
      <w:pPr>
        <w:spacing w:after="0"/>
      </w:pPr>
    </w:p>
    <w:p w14:paraId="4977396E" w14:textId="77777777" w:rsidR="007D201C" w:rsidRDefault="00656813">
      <w:pPr>
        <w:spacing w:after="0"/>
      </w:pPr>
      <w:r>
        <w:rPr>
          <w:rFonts w:ascii="Arial" w:hAnsi="Arial"/>
          <w:b/>
        </w:rPr>
        <w:t xml:space="preserve">Participant #29:  </w:t>
      </w:r>
      <w:r>
        <w:rPr>
          <w:rFonts w:ascii="Arial" w:hAnsi="Arial"/>
          <w:color w:val="5D7284"/>
        </w:rPr>
        <w:t>14:44</w:t>
      </w:r>
    </w:p>
    <w:p w14:paraId="7DE30600" w14:textId="77777777" w:rsidR="007D201C" w:rsidRDefault="00656813">
      <w:pPr>
        <w:spacing w:after="0"/>
      </w:pPr>
      <w:r>
        <w:rPr>
          <w:rFonts w:ascii="Arial" w:hAnsi="Arial"/>
        </w:rPr>
        <w:t>Thanks.</w:t>
      </w:r>
    </w:p>
    <w:p w14:paraId="096A346D" w14:textId="77777777" w:rsidR="007D201C" w:rsidRDefault="007D201C">
      <w:pPr>
        <w:spacing w:after="0"/>
      </w:pPr>
    </w:p>
    <w:p w14:paraId="4A69E7FA" w14:textId="77777777" w:rsidR="007D201C" w:rsidRDefault="00656813">
      <w:pPr>
        <w:spacing w:after="0"/>
      </w:pPr>
      <w:r>
        <w:rPr>
          <w:rFonts w:ascii="Arial" w:hAnsi="Arial"/>
          <w:b/>
        </w:rPr>
        <w:t xml:space="preserve">Interviewer E:  </w:t>
      </w:r>
      <w:r>
        <w:rPr>
          <w:rFonts w:ascii="Arial" w:hAnsi="Arial"/>
          <w:color w:val="5D7284"/>
        </w:rPr>
        <w:t>16:32</w:t>
      </w:r>
    </w:p>
    <w:p w14:paraId="5BF54C5E" w14:textId="77777777" w:rsidR="007D201C" w:rsidRDefault="00656813">
      <w:pPr>
        <w:spacing w:after="0"/>
      </w:pPr>
      <w:r>
        <w:rPr>
          <w:rFonts w:ascii="Arial" w:hAnsi="Arial"/>
        </w:rPr>
        <w:t>Okay, so whats going on there.</w:t>
      </w:r>
    </w:p>
    <w:p w14:paraId="6C7F9739" w14:textId="77777777" w:rsidR="007D201C" w:rsidRDefault="007D201C">
      <w:pPr>
        <w:spacing w:after="0"/>
      </w:pPr>
    </w:p>
    <w:p w14:paraId="75D9672E" w14:textId="77777777" w:rsidR="007D201C" w:rsidRDefault="00656813">
      <w:pPr>
        <w:spacing w:after="0"/>
      </w:pPr>
      <w:r>
        <w:rPr>
          <w:rFonts w:ascii="Arial" w:hAnsi="Arial"/>
          <w:b/>
        </w:rPr>
        <w:t xml:space="preserve">Participant #29:  </w:t>
      </w:r>
      <w:r>
        <w:rPr>
          <w:rFonts w:ascii="Arial" w:hAnsi="Arial"/>
          <w:color w:val="5D7284"/>
        </w:rPr>
        <w:t>16:34</w:t>
      </w:r>
    </w:p>
    <w:p w14:paraId="30584B1E" w14:textId="77777777" w:rsidR="007D201C" w:rsidRDefault="00656813">
      <w:pPr>
        <w:spacing w:after="0"/>
      </w:pPr>
      <w:r>
        <w:rPr>
          <w:rFonts w:ascii="Arial" w:hAnsi="Arial"/>
        </w:rPr>
        <w:t xml:space="preserve">I just said the saltwater would probably go to the bottom more and then the freshwater would be on top and there'd be some mixing but not too much. </w:t>
      </w:r>
    </w:p>
    <w:p w14:paraId="46469E08" w14:textId="77777777" w:rsidR="007D201C" w:rsidRDefault="007D201C">
      <w:pPr>
        <w:spacing w:after="0"/>
      </w:pPr>
    </w:p>
    <w:p w14:paraId="1E297479" w14:textId="77777777" w:rsidR="007D201C" w:rsidRDefault="00656813">
      <w:pPr>
        <w:spacing w:after="0"/>
      </w:pPr>
      <w:r>
        <w:rPr>
          <w:rFonts w:ascii="Arial" w:hAnsi="Arial"/>
          <w:b/>
        </w:rPr>
        <w:t xml:space="preserve">Interviewer E:  </w:t>
      </w:r>
      <w:r>
        <w:rPr>
          <w:rFonts w:ascii="Arial" w:hAnsi="Arial"/>
          <w:color w:val="5D7284"/>
        </w:rPr>
        <w:t>16:42</w:t>
      </w:r>
    </w:p>
    <w:p w14:paraId="3765F816" w14:textId="77777777" w:rsidR="007D201C" w:rsidRDefault="00656813">
      <w:pPr>
        <w:spacing w:after="0"/>
      </w:pPr>
      <w:r>
        <w:rPr>
          <w:rFonts w:ascii="Arial" w:hAnsi="Arial"/>
        </w:rPr>
        <w:t>Okay, mixing right in the middle and is there a particular reason why you kind of have it like in that shape?</w:t>
      </w:r>
    </w:p>
    <w:p w14:paraId="5DEB2B53" w14:textId="77777777" w:rsidR="007D201C" w:rsidRDefault="007D201C">
      <w:pPr>
        <w:spacing w:after="0"/>
      </w:pPr>
    </w:p>
    <w:p w14:paraId="21E9E5FF" w14:textId="77777777" w:rsidR="007D201C" w:rsidRDefault="00656813">
      <w:pPr>
        <w:spacing w:after="0"/>
      </w:pPr>
      <w:r>
        <w:rPr>
          <w:rFonts w:ascii="Arial" w:hAnsi="Arial"/>
          <w:b/>
        </w:rPr>
        <w:t xml:space="preserve">Participant #29:  </w:t>
      </w:r>
      <w:r>
        <w:rPr>
          <w:rFonts w:ascii="Arial" w:hAnsi="Arial"/>
          <w:color w:val="5D7284"/>
        </w:rPr>
        <w:t>16:52</w:t>
      </w:r>
    </w:p>
    <w:p w14:paraId="25292F1F" w14:textId="77777777" w:rsidR="007D201C" w:rsidRDefault="00656813">
      <w:pPr>
        <w:spacing w:after="0"/>
      </w:pPr>
      <w:r>
        <w:rPr>
          <w:rFonts w:ascii="Arial" w:hAnsi="Arial"/>
        </w:rPr>
        <w:t xml:space="preserve">Just to show that like, it won't be like, completely horizontal right? It'll be some mixing here and there. </w:t>
      </w:r>
    </w:p>
    <w:p w14:paraId="380176AE" w14:textId="77777777" w:rsidR="007D201C" w:rsidRDefault="007D201C">
      <w:pPr>
        <w:spacing w:after="0"/>
      </w:pPr>
    </w:p>
    <w:p w14:paraId="2B32B074" w14:textId="77777777" w:rsidR="007D201C" w:rsidRDefault="00656813">
      <w:pPr>
        <w:spacing w:after="0"/>
      </w:pPr>
      <w:r>
        <w:rPr>
          <w:rFonts w:ascii="Arial" w:hAnsi="Arial"/>
          <w:b/>
        </w:rPr>
        <w:t xml:space="preserve">Interviewer E:  </w:t>
      </w:r>
      <w:r>
        <w:rPr>
          <w:rFonts w:ascii="Arial" w:hAnsi="Arial"/>
          <w:color w:val="5D7284"/>
        </w:rPr>
        <w:t>16:59</w:t>
      </w:r>
    </w:p>
    <w:p w14:paraId="52A8114E" w14:textId="77777777" w:rsidR="007D201C" w:rsidRDefault="00656813">
      <w:pPr>
        <w:spacing w:after="0"/>
      </w:pPr>
      <w:r>
        <w:rPr>
          <w:rFonts w:ascii="Arial" w:hAnsi="Arial"/>
        </w:rPr>
        <w:t>Okay. Okay. And this is because you've experienced something or is it because you've learned it?</w:t>
      </w:r>
    </w:p>
    <w:p w14:paraId="14ACBBE6" w14:textId="77777777" w:rsidR="007D201C" w:rsidRDefault="007D201C">
      <w:pPr>
        <w:spacing w:after="0"/>
      </w:pPr>
    </w:p>
    <w:p w14:paraId="41B122DF" w14:textId="77777777" w:rsidR="007D201C" w:rsidRDefault="00656813">
      <w:pPr>
        <w:spacing w:after="0"/>
      </w:pPr>
      <w:r>
        <w:rPr>
          <w:rFonts w:ascii="Arial" w:hAnsi="Arial"/>
          <w:b/>
        </w:rPr>
        <w:t xml:space="preserve">Participant #29:  </w:t>
      </w:r>
      <w:r>
        <w:rPr>
          <w:rFonts w:ascii="Arial" w:hAnsi="Arial"/>
          <w:color w:val="5D7284"/>
        </w:rPr>
        <w:t>17:06</w:t>
      </w:r>
    </w:p>
    <w:p w14:paraId="4393A751" w14:textId="77777777" w:rsidR="007D201C" w:rsidRDefault="00656813">
      <w:pPr>
        <w:spacing w:after="0"/>
      </w:pPr>
      <w:r>
        <w:rPr>
          <w:rFonts w:ascii="Arial" w:hAnsi="Arial"/>
        </w:rPr>
        <w:t>Just knowing that saltwater I've never experienced anything like I don't think like salt and freshwater but I think just because the saltwater has higher density.</w:t>
      </w:r>
    </w:p>
    <w:p w14:paraId="1286B442" w14:textId="77777777" w:rsidR="007D201C" w:rsidRDefault="007D201C">
      <w:pPr>
        <w:spacing w:after="0"/>
      </w:pPr>
    </w:p>
    <w:p w14:paraId="54BDF5AF" w14:textId="77777777" w:rsidR="007D201C" w:rsidRDefault="00656813">
      <w:pPr>
        <w:spacing w:after="0"/>
      </w:pPr>
      <w:r>
        <w:rPr>
          <w:rFonts w:ascii="Arial" w:hAnsi="Arial"/>
          <w:b/>
        </w:rPr>
        <w:t xml:space="preserve">Interviewer E:  </w:t>
      </w:r>
      <w:r>
        <w:rPr>
          <w:rFonts w:ascii="Arial" w:hAnsi="Arial"/>
          <w:color w:val="5D7284"/>
        </w:rPr>
        <w:t>17:18</w:t>
      </w:r>
    </w:p>
    <w:p w14:paraId="16870CC6" w14:textId="77777777" w:rsidR="007D201C" w:rsidRDefault="00656813">
      <w:pPr>
        <w:spacing w:after="0"/>
      </w:pPr>
      <w:r>
        <w:rPr>
          <w:rFonts w:ascii="Arial" w:hAnsi="Arial"/>
        </w:rPr>
        <w:t>Okay so I'm gonna leave these here just so you can reference what you thought would happen and what actually happened because I am going to pull them in administrate that for you. We're going to order where we started which was the hot and cold water. Let me get my phone, so I can time for a minute. Here we go. And Start. You're gonna hear my stomach growl a couple of times, I am starving.</w:t>
      </w:r>
    </w:p>
    <w:p w14:paraId="5601C55F" w14:textId="77777777" w:rsidR="007D201C" w:rsidRDefault="007D201C">
      <w:pPr>
        <w:spacing w:after="0"/>
      </w:pPr>
    </w:p>
    <w:p w14:paraId="1CFDA541" w14:textId="77777777" w:rsidR="007D201C" w:rsidRDefault="00656813">
      <w:pPr>
        <w:spacing w:after="0"/>
      </w:pPr>
      <w:r>
        <w:rPr>
          <w:rFonts w:ascii="Arial" w:hAnsi="Arial"/>
          <w:b/>
        </w:rPr>
        <w:t xml:space="preserve">Participant #29:  </w:t>
      </w:r>
      <w:r>
        <w:rPr>
          <w:rFonts w:ascii="Arial" w:hAnsi="Arial"/>
          <w:color w:val="5D7284"/>
        </w:rPr>
        <w:t>18:50</w:t>
      </w:r>
    </w:p>
    <w:p w14:paraId="49B97CFD" w14:textId="77777777" w:rsidR="007D201C" w:rsidRDefault="00656813">
      <w:pPr>
        <w:spacing w:after="0"/>
      </w:pPr>
      <w:r>
        <w:rPr>
          <w:rFonts w:ascii="Arial" w:hAnsi="Arial"/>
        </w:rPr>
        <w:t>Me too.</w:t>
      </w:r>
    </w:p>
    <w:p w14:paraId="6BFCCF99" w14:textId="77777777" w:rsidR="007D201C" w:rsidRDefault="007D201C">
      <w:pPr>
        <w:spacing w:after="0"/>
      </w:pPr>
    </w:p>
    <w:p w14:paraId="5CB50AAE" w14:textId="77777777" w:rsidR="007D201C" w:rsidRDefault="00656813">
      <w:pPr>
        <w:spacing w:after="0"/>
      </w:pPr>
      <w:r>
        <w:rPr>
          <w:rFonts w:ascii="Arial" w:hAnsi="Arial"/>
          <w:b/>
        </w:rPr>
        <w:t xml:space="preserve">Interviewer E:  </w:t>
      </w:r>
      <w:r>
        <w:rPr>
          <w:rFonts w:ascii="Arial" w:hAnsi="Arial"/>
          <w:color w:val="5D7284"/>
        </w:rPr>
        <w:t>19:06</w:t>
      </w:r>
    </w:p>
    <w:p w14:paraId="286796D8" w14:textId="77777777" w:rsidR="007D201C" w:rsidRDefault="00656813">
      <w:pPr>
        <w:spacing w:after="0"/>
      </w:pPr>
      <w:r>
        <w:rPr>
          <w:rFonts w:ascii="Arial" w:hAnsi="Arial"/>
        </w:rPr>
        <w:t xml:space="preserve">20 More seconds. All right. So it's been a minute. </w:t>
      </w:r>
    </w:p>
    <w:p w14:paraId="2912A9F2" w14:textId="77777777" w:rsidR="007D201C" w:rsidRDefault="007D201C">
      <w:pPr>
        <w:spacing w:after="0"/>
      </w:pPr>
    </w:p>
    <w:p w14:paraId="4C0E7BB6" w14:textId="77777777" w:rsidR="007D201C" w:rsidRDefault="00656813">
      <w:pPr>
        <w:spacing w:after="0"/>
      </w:pPr>
      <w:r>
        <w:rPr>
          <w:rFonts w:ascii="Arial" w:hAnsi="Arial"/>
          <w:b/>
        </w:rPr>
        <w:t xml:space="preserve">Participant #29:  </w:t>
      </w:r>
      <w:r>
        <w:rPr>
          <w:rFonts w:ascii="Arial" w:hAnsi="Arial"/>
          <w:color w:val="5D7284"/>
        </w:rPr>
        <w:t>19:28</w:t>
      </w:r>
    </w:p>
    <w:p w14:paraId="62ACC3F1" w14:textId="77777777" w:rsidR="007D201C" w:rsidRDefault="00656813">
      <w:pPr>
        <w:spacing w:after="0"/>
      </w:pPr>
      <w:r>
        <w:rPr>
          <w:rFonts w:ascii="Arial" w:hAnsi="Arial"/>
        </w:rPr>
        <w:t>Okay.</w:t>
      </w:r>
    </w:p>
    <w:p w14:paraId="18E5D1B0" w14:textId="77777777" w:rsidR="007D201C" w:rsidRDefault="007D201C">
      <w:pPr>
        <w:spacing w:after="0"/>
      </w:pPr>
    </w:p>
    <w:p w14:paraId="43AA1E4F" w14:textId="77777777" w:rsidR="007D201C" w:rsidRDefault="00656813">
      <w:pPr>
        <w:spacing w:after="0"/>
      </w:pPr>
      <w:r>
        <w:rPr>
          <w:rFonts w:ascii="Arial" w:hAnsi="Arial"/>
          <w:b/>
        </w:rPr>
        <w:lastRenderedPageBreak/>
        <w:t xml:space="preserve">Interviewer E:  </w:t>
      </w:r>
      <w:r>
        <w:rPr>
          <w:rFonts w:ascii="Arial" w:hAnsi="Arial"/>
          <w:color w:val="5D7284"/>
        </w:rPr>
        <w:t>19:29</w:t>
      </w:r>
    </w:p>
    <w:p w14:paraId="7059A093" w14:textId="77777777" w:rsidR="007D201C" w:rsidRDefault="00656813">
      <w:pPr>
        <w:spacing w:after="0"/>
      </w:pPr>
      <w:r>
        <w:rPr>
          <w:rFonts w:ascii="Arial" w:hAnsi="Arial"/>
        </w:rPr>
        <w:t>So did this surprise you how it looks right now?</w:t>
      </w:r>
    </w:p>
    <w:p w14:paraId="39722C7A" w14:textId="77777777" w:rsidR="007D201C" w:rsidRDefault="007D201C">
      <w:pPr>
        <w:spacing w:after="0"/>
      </w:pPr>
    </w:p>
    <w:p w14:paraId="6C210E92" w14:textId="77777777" w:rsidR="007D201C" w:rsidRDefault="00656813">
      <w:pPr>
        <w:spacing w:after="0"/>
      </w:pPr>
      <w:r>
        <w:rPr>
          <w:rFonts w:ascii="Arial" w:hAnsi="Arial"/>
          <w:b/>
        </w:rPr>
        <w:t xml:space="preserve">Participant #29:  </w:t>
      </w:r>
      <w:r>
        <w:rPr>
          <w:rFonts w:ascii="Arial" w:hAnsi="Arial"/>
          <w:color w:val="5D7284"/>
        </w:rPr>
        <w:t>19:32</w:t>
      </w:r>
    </w:p>
    <w:p w14:paraId="4B38F777" w14:textId="77777777" w:rsidR="007D201C" w:rsidRDefault="00656813">
      <w:pPr>
        <w:spacing w:after="0"/>
      </w:pPr>
      <w:r>
        <w:rPr>
          <w:rFonts w:ascii="Arial" w:hAnsi="Arial"/>
        </w:rPr>
        <w:t>Not really, I kind of expected that.</w:t>
      </w:r>
    </w:p>
    <w:p w14:paraId="637A76F5" w14:textId="77777777" w:rsidR="007D201C" w:rsidRDefault="007D201C">
      <w:pPr>
        <w:spacing w:after="0"/>
      </w:pPr>
    </w:p>
    <w:p w14:paraId="6C326FF7" w14:textId="77777777" w:rsidR="007D201C" w:rsidRDefault="00656813">
      <w:pPr>
        <w:spacing w:after="0"/>
      </w:pPr>
      <w:r>
        <w:rPr>
          <w:rFonts w:ascii="Arial" w:hAnsi="Arial"/>
          <w:b/>
        </w:rPr>
        <w:t xml:space="preserve">Interviewer E:  </w:t>
      </w:r>
      <w:r>
        <w:rPr>
          <w:rFonts w:ascii="Arial" w:hAnsi="Arial"/>
          <w:color w:val="5D7284"/>
        </w:rPr>
        <w:t>19:34</w:t>
      </w:r>
    </w:p>
    <w:p w14:paraId="65FE4433" w14:textId="77777777" w:rsidR="007D201C" w:rsidRDefault="00656813">
      <w:pPr>
        <w:spacing w:after="0"/>
      </w:pPr>
      <w:r>
        <w:rPr>
          <w:rFonts w:ascii="Arial" w:hAnsi="Arial"/>
        </w:rPr>
        <w:t xml:space="preserve">To be relatively horizontal to some degree and you definitely got the the differences and how it was or how it was going to be layered or stratified. </w:t>
      </w:r>
    </w:p>
    <w:p w14:paraId="668B40E7" w14:textId="77777777" w:rsidR="007D201C" w:rsidRDefault="007D201C">
      <w:pPr>
        <w:spacing w:after="0"/>
      </w:pPr>
    </w:p>
    <w:p w14:paraId="0745B8BC" w14:textId="77777777" w:rsidR="007D201C" w:rsidRDefault="00656813">
      <w:pPr>
        <w:spacing w:after="0"/>
      </w:pPr>
      <w:r>
        <w:rPr>
          <w:rFonts w:ascii="Arial" w:hAnsi="Arial"/>
          <w:b/>
        </w:rPr>
        <w:t xml:space="preserve">Participant #29:  </w:t>
      </w:r>
      <w:r>
        <w:rPr>
          <w:rFonts w:ascii="Arial" w:hAnsi="Arial"/>
          <w:color w:val="5D7284"/>
        </w:rPr>
        <w:t>19:45</w:t>
      </w:r>
    </w:p>
    <w:p w14:paraId="18CCBD78" w14:textId="77777777" w:rsidR="007D201C" w:rsidRDefault="00656813">
      <w:pPr>
        <w:spacing w:after="0"/>
      </w:pPr>
      <w:r>
        <w:rPr>
          <w:rFonts w:ascii="Arial" w:hAnsi="Arial"/>
        </w:rPr>
        <w:t xml:space="preserve">Right. </w:t>
      </w:r>
    </w:p>
    <w:p w14:paraId="018D6EC7" w14:textId="77777777" w:rsidR="007D201C" w:rsidRDefault="007D201C">
      <w:pPr>
        <w:spacing w:after="0"/>
      </w:pPr>
    </w:p>
    <w:p w14:paraId="29DF7507" w14:textId="77777777" w:rsidR="007D201C" w:rsidRDefault="00656813">
      <w:pPr>
        <w:spacing w:after="0"/>
      </w:pPr>
      <w:r>
        <w:rPr>
          <w:rFonts w:ascii="Arial" w:hAnsi="Arial"/>
          <w:b/>
        </w:rPr>
        <w:t xml:space="preserve">Interviewer E:  </w:t>
      </w:r>
      <w:r>
        <w:rPr>
          <w:rFonts w:ascii="Arial" w:hAnsi="Arial"/>
          <w:color w:val="5D7284"/>
        </w:rPr>
        <w:t>19:46</w:t>
      </w:r>
    </w:p>
    <w:p w14:paraId="7C9951E0" w14:textId="77777777" w:rsidR="007D201C" w:rsidRDefault="00656813">
      <w:pPr>
        <w:spacing w:after="0"/>
      </w:pPr>
      <w:r>
        <w:rPr>
          <w:rFonts w:ascii="Arial" w:hAnsi="Arial"/>
        </w:rPr>
        <w:t xml:space="preserve">This looks like there might be a little bit of because I saw on there you kind of had that it was mixing a </w:t>
      </w:r>
      <w:r>
        <w:rPr>
          <w:rFonts w:ascii="Arial" w:hAnsi="Arial"/>
        </w:rPr>
        <w:t>little bit.</w:t>
      </w:r>
    </w:p>
    <w:p w14:paraId="20E6FCE5" w14:textId="77777777" w:rsidR="007D201C" w:rsidRDefault="007D201C">
      <w:pPr>
        <w:spacing w:after="0"/>
      </w:pPr>
    </w:p>
    <w:p w14:paraId="58809875" w14:textId="77777777" w:rsidR="007D201C" w:rsidRDefault="00656813">
      <w:pPr>
        <w:spacing w:after="0"/>
      </w:pPr>
      <w:r>
        <w:rPr>
          <w:rFonts w:ascii="Arial" w:hAnsi="Arial"/>
          <w:b/>
        </w:rPr>
        <w:t xml:space="preserve">Participant #29:  </w:t>
      </w:r>
      <w:r>
        <w:rPr>
          <w:rFonts w:ascii="Arial" w:hAnsi="Arial"/>
          <w:color w:val="5D7284"/>
        </w:rPr>
        <w:t>19:55</w:t>
      </w:r>
    </w:p>
    <w:p w14:paraId="5865B458" w14:textId="77777777" w:rsidR="007D201C" w:rsidRDefault="00656813">
      <w:pPr>
        <w:spacing w:after="0"/>
      </w:pPr>
      <w:r>
        <w:rPr>
          <w:rFonts w:ascii="Arial" w:hAnsi="Arial"/>
        </w:rPr>
        <w:t>Yeah there is some purplish I see.</w:t>
      </w:r>
    </w:p>
    <w:p w14:paraId="50C466C4" w14:textId="77777777" w:rsidR="007D201C" w:rsidRDefault="007D201C">
      <w:pPr>
        <w:spacing w:after="0"/>
      </w:pPr>
    </w:p>
    <w:p w14:paraId="19A73C08" w14:textId="77777777" w:rsidR="007D201C" w:rsidRDefault="00656813">
      <w:pPr>
        <w:spacing w:after="0"/>
      </w:pPr>
      <w:r>
        <w:rPr>
          <w:rFonts w:ascii="Arial" w:hAnsi="Arial"/>
          <w:b/>
        </w:rPr>
        <w:t xml:space="preserve">Interviewer E:  </w:t>
      </w:r>
      <w:r>
        <w:rPr>
          <w:rFonts w:ascii="Arial" w:hAnsi="Arial"/>
          <w:color w:val="5D7284"/>
        </w:rPr>
        <w:t>19:56</w:t>
      </w:r>
    </w:p>
    <w:p w14:paraId="3FB6B5AE" w14:textId="77777777" w:rsidR="007D201C" w:rsidRDefault="00656813">
      <w:pPr>
        <w:spacing w:after="0"/>
      </w:pPr>
      <w:r>
        <w:rPr>
          <w:rFonts w:ascii="Arial" w:hAnsi="Arial"/>
        </w:rPr>
        <w:t>Yeah, I see that too. Okay, lemme just so when you're looking at these layers. How long do you think it would take for them to mix?</w:t>
      </w:r>
    </w:p>
    <w:p w14:paraId="5F64A595" w14:textId="77777777" w:rsidR="007D201C" w:rsidRDefault="007D201C">
      <w:pPr>
        <w:spacing w:after="0"/>
      </w:pPr>
    </w:p>
    <w:p w14:paraId="33312902" w14:textId="77777777" w:rsidR="007D201C" w:rsidRDefault="00656813">
      <w:pPr>
        <w:spacing w:after="0"/>
      </w:pPr>
      <w:r>
        <w:rPr>
          <w:rFonts w:ascii="Arial" w:hAnsi="Arial"/>
          <w:b/>
        </w:rPr>
        <w:t xml:space="preserve">Participant #29:  </w:t>
      </w:r>
      <w:r>
        <w:rPr>
          <w:rFonts w:ascii="Arial" w:hAnsi="Arial"/>
          <w:color w:val="5D7284"/>
        </w:rPr>
        <w:t>20:18</w:t>
      </w:r>
    </w:p>
    <w:p w14:paraId="7FFF106F" w14:textId="77777777" w:rsidR="007D201C" w:rsidRDefault="00656813">
      <w:pPr>
        <w:spacing w:after="0"/>
      </w:pPr>
      <w:r>
        <w:rPr>
          <w:rFonts w:ascii="Arial" w:hAnsi="Arial"/>
        </w:rPr>
        <w:t xml:space="preserve">Probably a while I'd say maybe till the water like matches each other's temperature so maybe like an hour I'd say. </w:t>
      </w:r>
    </w:p>
    <w:p w14:paraId="772662F0" w14:textId="77777777" w:rsidR="007D201C" w:rsidRDefault="007D201C">
      <w:pPr>
        <w:spacing w:after="0"/>
      </w:pPr>
    </w:p>
    <w:p w14:paraId="16AE91B1" w14:textId="77777777" w:rsidR="007D201C" w:rsidRDefault="00656813">
      <w:pPr>
        <w:spacing w:after="0"/>
      </w:pPr>
      <w:r>
        <w:rPr>
          <w:rFonts w:ascii="Arial" w:hAnsi="Arial"/>
          <w:b/>
        </w:rPr>
        <w:t xml:space="preserve">Interviewer E:  </w:t>
      </w:r>
      <w:r>
        <w:rPr>
          <w:rFonts w:ascii="Arial" w:hAnsi="Arial"/>
          <w:color w:val="5D7284"/>
        </w:rPr>
        <w:t>20:25</w:t>
      </w:r>
    </w:p>
    <w:p w14:paraId="4217FA8F" w14:textId="77777777" w:rsidR="007D201C" w:rsidRDefault="00656813">
      <w:pPr>
        <w:spacing w:after="0"/>
      </w:pPr>
      <w:r>
        <w:rPr>
          <w:rFonts w:ascii="Arial" w:hAnsi="Arial"/>
        </w:rPr>
        <w:t xml:space="preserve">An hour until they become the same temperature so essentially this whole thing will be purple. </w:t>
      </w:r>
    </w:p>
    <w:p w14:paraId="2CF40FD3" w14:textId="77777777" w:rsidR="007D201C" w:rsidRDefault="007D201C">
      <w:pPr>
        <w:spacing w:after="0"/>
      </w:pPr>
    </w:p>
    <w:p w14:paraId="2A0FDD42" w14:textId="77777777" w:rsidR="007D201C" w:rsidRDefault="00656813">
      <w:pPr>
        <w:spacing w:after="0"/>
      </w:pPr>
      <w:r>
        <w:rPr>
          <w:rFonts w:ascii="Arial" w:hAnsi="Arial"/>
          <w:b/>
        </w:rPr>
        <w:t xml:space="preserve">Participant #29:  </w:t>
      </w:r>
      <w:r>
        <w:rPr>
          <w:rFonts w:ascii="Arial" w:hAnsi="Arial"/>
          <w:color w:val="5D7284"/>
        </w:rPr>
        <w:t>20:30</w:t>
      </w:r>
    </w:p>
    <w:p w14:paraId="3DA7EB05" w14:textId="77777777" w:rsidR="007D201C" w:rsidRDefault="00656813">
      <w:pPr>
        <w:spacing w:after="0"/>
      </w:pPr>
      <w:r>
        <w:rPr>
          <w:rFonts w:ascii="Arial" w:hAnsi="Arial"/>
        </w:rPr>
        <w:t>Right, eventually Yeah.</w:t>
      </w:r>
    </w:p>
    <w:p w14:paraId="6DEFE193" w14:textId="77777777" w:rsidR="007D201C" w:rsidRDefault="007D201C">
      <w:pPr>
        <w:spacing w:after="0"/>
      </w:pPr>
    </w:p>
    <w:p w14:paraId="26ADBE8A" w14:textId="77777777" w:rsidR="007D201C" w:rsidRDefault="00656813">
      <w:pPr>
        <w:spacing w:after="0"/>
      </w:pPr>
      <w:r>
        <w:rPr>
          <w:rFonts w:ascii="Arial" w:hAnsi="Arial"/>
          <w:b/>
        </w:rPr>
        <w:t xml:space="preserve">Interviewer E:  </w:t>
      </w:r>
      <w:r>
        <w:rPr>
          <w:rFonts w:ascii="Arial" w:hAnsi="Arial"/>
          <w:color w:val="5D7284"/>
        </w:rPr>
        <w:t>20:32</w:t>
      </w:r>
    </w:p>
    <w:p w14:paraId="72736A9A" w14:textId="77777777" w:rsidR="007D201C" w:rsidRDefault="00656813">
      <w:pPr>
        <w:spacing w:after="0"/>
      </w:pPr>
      <w:r>
        <w:rPr>
          <w:rFonts w:ascii="Arial" w:hAnsi="Arial"/>
        </w:rPr>
        <w:t>Okay um I am going to move this, so we can do the same temperature one. Fresh and new this time instead of stopwatch let's do the actual timer and start.</w:t>
      </w:r>
    </w:p>
    <w:p w14:paraId="50CD982C" w14:textId="77777777" w:rsidR="007D201C" w:rsidRDefault="007D201C">
      <w:pPr>
        <w:spacing w:after="0"/>
      </w:pPr>
    </w:p>
    <w:p w14:paraId="7A539E22" w14:textId="77777777" w:rsidR="007D201C" w:rsidRDefault="00656813">
      <w:pPr>
        <w:spacing w:after="0"/>
      </w:pPr>
      <w:r>
        <w:rPr>
          <w:rFonts w:ascii="Arial" w:hAnsi="Arial"/>
          <w:b/>
        </w:rPr>
        <w:t xml:space="preserve">Participant #29:  </w:t>
      </w:r>
      <w:r>
        <w:rPr>
          <w:rFonts w:ascii="Arial" w:hAnsi="Arial"/>
          <w:color w:val="5D7284"/>
        </w:rPr>
        <w:t>21:53</w:t>
      </w:r>
    </w:p>
    <w:p w14:paraId="74E6697F" w14:textId="77777777" w:rsidR="007D201C" w:rsidRDefault="00656813">
      <w:pPr>
        <w:spacing w:after="0"/>
      </w:pPr>
      <w:r>
        <w:rPr>
          <w:rFonts w:ascii="Arial" w:hAnsi="Arial"/>
        </w:rPr>
        <w:t>Looks like the blues going on top.</w:t>
      </w:r>
    </w:p>
    <w:p w14:paraId="466A23C0" w14:textId="77777777" w:rsidR="007D201C" w:rsidRDefault="007D201C">
      <w:pPr>
        <w:spacing w:after="0"/>
      </w:pPr>
    </w:p>
    <w:p w14:paraId="70EA44E7" w14:textId="77777777" w:rsidR="007D201C" w:rsidRDefault="00656813">
      <w:pPr>
        <w:spacing w:after="0"/>
      </w:pPr>
      <w:r>
        <w:rPr>
          <w:rFonts w:ascii="Arial" w:hAnsi="Arial"/>
          <w:b/>
        </w:rPr>
        <w:t xml:space="preserve">Interviewer E:  </w:t>
      </w:r>
      <w:r>
        <w:rPr>
          <w:rFonts w:ascii="Arial" w:hAnsi="Arial"/>
          <w:color w:val="5D7284"/>
        </w:rPr>
        <w:t>22:21</w:t>
      </w:r>
    </w:p>
    <w:p w14:paraId="66624F0C" w14:textId="77777777" w:rsidR="007D201C" w:rsidRDefault="00656813">
      <w:pPr>
        <w:spacing w:after="0"/>
      </w:pPr>
      <w:r>
        <w:rPr>
          <w:rFonts w:ascii="Arial" w:hAnsi="Arial"/>
        </w:rPr>
        <w:t>Okay, so did this surprise you at all? What happened compared to essentially what you drew after a minute.</w:t>
      </w:r>
    </w:p>
    <w:p w14:paraId="647F6662" w14:textId="77777777" w:rsidR="007D201C" w:rsidRDefault="007D201C">
      <w:pPr>
        <w:spacing w:after="0"/>
      </w:pPr>
    </w:p>
    <w:p w14:paraId="0687B471" w14:textId="77777777" w:rsidR="007D201C" w:rsidRDefault="00656813">
      <w:pPr>
        <w:spacing w:after="0"/>
      </w:pPr>
      <w:r>
        <w:rPr>
          <w:rFonts w:ascii="Arial" w:hAnsi="Arial"/>
          <w:b/>
        </w:rPr>
        <w:t xml:space="preserve">Participant #29:  </w:t>
      </w:r>
      <w:r>
        <w:rPr>
          <w:rFonts w:ascii="Arial" w:hAnsi="Arial"/>
          <w:color w:val="5D7284"/>
        </w:rPr>
        <w:t>22:27</w:t>
      </w:r>
    </w:p>
    <w:p w14:paraId="1F2209AD" w14:textId="77777777" w:rsidR="007D201C" w:rsidRDefault="00656813">
      <w:pPr>
        <w:spacing w:after="0"/>
      </w:pPr>
      <w:r>
        <w:rPr>
          <w:rFonts w:ascii="Arial" w:hAnsi="Arial"/>
        </w:rPr>
        <w:t>Yeah, I thought it would mix more, I'd say. But the blue seems to be on top.</w:t>
      </w:r>
    </w:p>
    <w:p w14:paraId="77D9F548" w14:textId="77777777" w:rsidR="007D201C" w:rsidRDefault="007D201C">
      <w:pPr>
        <w:spacing w:after="0"/>
      </w:pPr>
    </w:p>
    <w:p w14:paraId="7FA3B746" w14:textId="77777777" w:rsidR="007D201C" w:rsidRDefault="00656813">
      <w:pPr>
        <w:spacing w:after="0"/>
      </w:pPr>
      <w:r>
        <w:rPr>
          <w:rFonts w:ascii="Arial" w:hAnsi="Arial"/>
          <w:b/>
        </w:rPr>
        <w:t xml:space="preserve">Interviewer E:  </w:t>
      </w:r>
      <w:r>
        <w:rPr>
          <w:rFonts w:ascii="Arial" w:hAnsi="Arial"/>
          <w:color w:val="5D7284"/>
        </w:rPr>
        <w:t>22:32</w:t>
      </w:r>
    </w:p>
    <w:p w14:paraId="46BAFCD4" w14:textId="77777777" w:rsidR="007D201C" w:rsidRDefault="00656813">
      <w:pPr>
        <w:spacing w:after="0"/>
      </w:pPr>
      <w:r>
        <w:rPr>
          <w:rFonts w:ascii="Arial" w:hAnsi="Arial"/>
        </w:rPr>
        <w:t>I mean, there is like a little bit of blue in there. Not a lot. It's, you know, it's weird because every time we do this, it's always a little varied. And when it does, like I can say I've done this a few times. And it's been a different outcome, like the like, it's something similar to what you have drawn here. So yeah, the temperatures were supposed to be the same color but the temperature but it could very well be a little a little different, which will kind of make a little sense why it's a little bit m</w:t>
      </w:r>
      <w:r>
        <w:rPr>
          <w:rFonts w:ascii="Arial" w:hAnsi="Arial"/>
        </w:rPr>
        <w:t>ore stratified than it normally is. But um, let's just say that it looks a little bit more like your picture. Um, how long do you think it would take for this to fully mix?</w:t>
      </w:r>
    </w:p>
    <w:p w14:paraId="0E82295C" w14:textId="77777777" w:rsidR="007D201C" w:rsidRDefault="007D201C">
      <w:pPr>
        <w:spacing w:after="0"/>
      </w:pPr>
    </w:p>
    <w:p w14:paraId="327967D1" w14:textId="77777777" w:rsidR="007D201C" w:rsidRDefault="00656813">
      <w:pPr>
        <w:spacing w:after="0"/>
      </w:pPr>
      <w:r>
        <w:rPr>
          <w:rFonts w:ascii="Arial" w:hAnsi="Arial"/>
          <w:b/>
        </w:rPr>
        <w:t xml:space="preserve">Participant #29:  </w:t>
      </w:r>
      <w:r>
        <w:rPr>
          <w:rFonts w:ascii="Arial" w:hAnsi="Arial"/>
          <w:color w:val="5D7284"/>
        </w:rPr>
        <w:t>23:18</w:t>
      </w:r>
    </w:p>
    <w:p w14:paraId="76909C02" w14:textId="77777777" w:rsidR="007D201C" w:rsidRDefault="00656813">
      <w:pPr>
        <w:spacing w:after="0"/>
      </w:pPr>
      <w:r>
        <w:rPr>
          <w:rFonts w:ascii="Arial" w:hAnsi="Arial"/>
        </w:rPr>
        <w:t>Let's say less than the first one maybe 20-30 minutes?</w:t>
      </w:r>
    </w:p>
    <w:p w14:paraId="24BDE5D3" w14:textId="77777777" w:rsidR="007D201C" w:rsidRDefault="007D201C">
      <w:pPr>
        <w:spacing w:after="0"/>
      </w:pPr>
    </w:p>
    <w:p w14:paraId="2426951D" w14:textId="77777777" w:rsidR="007D201C" w:rsidRDefault="00656813">
      <w:pPr>
        <w:spacing w:after="0"/>
      </w:pPr>
      <w:r>
        <w:rPr>
          <w:rFonts w:ascii="Arial" w:hAnsi="Arial"/>
          <w:b/>
        </w:rPr>
        <w:t xml:space="preserve">Interviewer E:  </w:t>
      </w:r>
      <w:r>
        <w:rPr>
          <w:rFonts w:ascii="Arial" w:hAnsi="Arial"/>
          <w:color w:val="5D7284"/>
        </w:rPr>
        <w:t>23:23</w:t>
      </w:r>
    </w:p>
    <w:p w14:paraId="77333B9E" w14:textId="77777777" w:rsidR="007D201C" w:rsidRDefault="00656813">
      <w:pPr>
        <w:spacing w:after="0"/>
      </w:pPr>
      <w:r>
        <w:rPr>
          <w:rFonts w:ascii="Arial" w:hAnsi="Arial"/>
        </w:rPr>
        <w:t>20-30 minutes? Yeah, okay, okay. It's perfectly reasonable. Last one, as far as this rectangular tank is concerned, saltwater versus freshwater. All right, so salty, Fresh. So does this surprise you at or you kind of expected it.</w:t>
      </w:r>
    </w:p>
    <w:p w14:paraId="0383248C" w14:textId="77777777" w:rsidR="007D201C" w:rsidRDefault="007D201C">
      <w:pPr>
        <w:spacing w:after="0"/>
      </w:pPr>
    </w:p>
    <w:p w14:paraId="591DC3FB" w14:textId="77777777" w:rsidR="007D201C" w:rsidRDefault="00656813">
      <w:pPr>
        <w:spacing w:after="0"/>
      </w:pPr>
      <w:r>
        <w:rPr>
          <w:rFonts w:ascii="Arial" w:hAnsi="Arial"/>
          <w:b/>
        </w:rPr>
        <w:t xml:space="preserve">Participant #29:  </w:t>
      </w:r>
      <w:r>
        <w:rPr>
          <w:rFonts w:ascii="Arial" w:hAnsi="Arial"/>
          <w:color w:val="5D7284"/>
        </w:rPr>
        <w:t>25:23</w:t>
      </w:r>
    </w:p>
    <w:p w14:paraId="65F46C11" w14:textId="77777777" w:rsidR="007D201C" w:rsidRDefault="00656813">
      <w:pPr>
        <w:spacing w:after="0"/>
      </w:pPr>
      <w:r>
        <w:rPr>
          <w:rFonts w:ascii="Arial" w:hAnsi="Arial"/>
        </w:rPr>
        <w:t>I think this is pretty much what I expected.</w:t>
      </w:r>
    </w:p>
    <w:p w14:paraId="6CE2B9FD" w14:textId="77777777" w:rsidR="007D201C" w:rsidRDefault="007D201C">
      <w:pPr>
        <w:spacing w:after="0"/>
      </w:pPr>
    </w:p>
    <w:p w14:paraId="51061BBD" w14:textId="77777777" w:rsidR="007D201C" w:rsidRDefault="00656813">
      <w:pPr>
        <w:spacing w:after="0"/>
      </w:pPr>
      <w:r>
        <w:rPr>
          <w:rFonts w:ascii="Arial" w:hAnsi="Arial"/>
          <w:b/>
        </w:rPr>
        <w:t xml:space="preserve">Interviewer E:  </w:t>
      </w:r>
      <w:r>
        <w:rPr>
          <w:rFonts w:ascii="Arial" w:hAnsi="Arial"/>
          <w:color w:val="5D7284"/>
        </w:rPr>
        <w:t>25:25</w:t>
      </w:r>
    </w:p>
    <w:p w14:paraId="7263132C" w14:textId="77777777" w:rsidR="007D201C" w:rsidRDefault="00656813">
      <w:pPr>
        <w:spacing w:after="0"/>
      </w:pPr>
      <w:r>
        <w:rPr>
          <w:rFonts w:ascii="Arial" w:hAnsi="Arial"/>
        </w:rPr>
        <w:t xml:space="preserve">Is it a little bit more horizontal than you thought it would? </w:t>
      </w:r>
    </w:p>
    <w:p w14:paraId="5DE3864E" w14:textId="77777777" w:rsidR="007D201C" w:rsidRDefault="007D201C">
      <w:pPr>
        <w:spacing w:after="0"/>
      </w:pPr>
    </w:p>
    <w:p w14:paraId="7CA439F8" w14:textId="77777777" w:rsidR="007D201C" w:rsidRDefault="00656813">
      <w:pPr>
        <w:spacing w:after="0"/>
      </w:pPr>
      <w:r>
        <w:rPr>
          <w:rFonts w:ascii="Arial" w:hAnsi="Arial"/>
          <w:b/>
        </w:rPr>
        <w:t xml:space="preserve">Participant #29:  </w:t>
      </w:r>
      <w:r>
        <w:rPr>
          <w:rFonts w:ascii="Arial" w:hAnsi="Arial"/>
          <w:color w:val="5D7284"/>
        </w:rPr>
        <w:t>25:28</w:t>
      </w:r>
    </w:p>
    <w:p w14:paraId="4350E4EA" w14:textId="77777777" w:rsidR="007D201C" w:rsidRDefault="00656813">
      <w:pPr>
        <w:spacing w:after="0"/>
      </w:pPr>
      <w:r>
        <w:rPr>
          <w:rFonts w:ascii="Arial" w:hAnsi="Arial"/>
        </w:rPr>
        <w:t xml:space="preserve">Yeah, definitely. I thought it'd be a little more </w:t>
      </w:r>
      <w:r>
        <w:rPr>
          <w:rFonts w:ascii="Arial" w:hAnsi="Arial"/>
        </w:rPr>
        <w:t>mixed, but yeah.</w:t>
      </w:r>
    </w:p>
    <w:p w14:paraId="116ACEBC" w14:textId="77777777" w:rsidR="007D201C" w:rsidRDefault="007D201C">
      <w:pPr>
        <w:spacing w:after="0"/>
      </w:pPr>
    </w:p>
    <w:p w14:paraId="4989C116" w14:textId="77777777" w:rsidR="007D201C" w:rsidRDefault="00656813">
      <w:pPr>
        <w:spacing w:after="0"/>
      </w:pPr>
      <w:r>
        <w:rPr>
          <w:rFonts w:ascii="Arial" w:hAnsi="Arial"/>
          <w:b/>
        </w:rPr>
        <w:t xml:space="preserve">Interviewer E:  </w:t>
      </w:r>
      <w:r>
        <w:rPr>
          <w:rFonts w:ascii="Arial" w:hAnsi="Arial"/>
          <w:color w:val="5D7284"/>
        </w:rPr>
        <w:t>25:31</w:t>
      </w:r>
    </w:p>
    <w:p w14:paraId="44C14B13" w14:textId="77777777" w:rsidR="007D201C" w:rsidRDefault="00656813">
      <w:pPr>
        <w:spacing w:after="0"/>
      </w:pPr>
      <w:r>
        <w:rPr>
          <w:rFonts w:ascii="Arial" w:hAnsi="Arial"/>
        </w:rPr>
        <w:t xml:space="preserve"> Right and how long do you think these layers would stay the same?</w:t>
      </w:r>
    </w:p>
    <w:p w14:paraId="4669E8D3" w14:textId="77777777" w:rsidR="007D201C" w:rsidRDefault="007D201C">
      <w:pPr>
        <w:spacing w:after="0"/>
      </w:pPr>
    </w:p>
    <w:p w14:paraId="6815C715" w14:textId="77777777" w:rsidR="007D201C" w:rsidRDefault="00656813">
      <w:pPr>
        <w:spacing w:after="0"/>
      </w:pPr>
      <w:r>
        <w:rPr>
          <w:rFonts w:ascii="Arial" w:hAnsi="Arial"/>
          <w:b/>
        </w:rPr>
        <w:t xml:space="preserve">Participant #29:  </w:t>
      </w:r>
      <w:r>
        <w:rPr>
          <w:rFonts w:ascii="Arial" w:hAnsi="Arial"/>
          <w:color w:val="5D7284"/>
        </w:rPr>
        <w:t>25:40</w:t>
      </w:r>
    </w:p>
    <w:p w14:paraId="26836811" w14:textId="77777777" w:rsidR="007D201C" w:rsidRDefault="00656813">
      <w:pPr>
        <w:spacing w:after="0"/>
      </w:pPr>
      <w:r>
        <w:rPr>
          <w:rFonts w:ascii="Arial" w:hAnsi="Arial"/>
        </w:rPr>
        <w:t>Think longer than the first one, maybe three, two-three hours, maybe.</w:t>
      </w:r>
    </w:p>
    <w:p w14:paraId="1A3C1C2F" w14:textId="77777777" w:rsidR="007D201C" w:rsidRDefault="007D201C">
      <w:pPr>
        <w:spacing w:after="0"/>
      </w:pPr>
    </w:p>
    <w:p w14:paraId="0F11FFE8" w14:textId="77777777" w:rsidR="007D201C" w:rsidRDefault="00656813">
      <w:pPr>
        <w:spacing w:after="0"/>
      </w:pPr>
      <w:r>
        <w:rPr>
          <w:rFonts w:ascii="Arial" w:hAnsi="Arial"/>
          <w:b/>
        </w:rPr>
        <w:t xml:space="preserve">Interviewer E:  </w:t>
      </w:r>
      <w:r>
        <w:rPr>
          <w:rFonts w:ascii="Arial" w:hAnsi="Arial"/>
          <w:color w:val="5D7284"/>
        </w:rPr>
        <w:t>25:48</w:t>
      </w:r>
    </w:p>
    <w:p w14:paraId="40933009" w14:textId="77777777" w:rsidR="007D201C" w:rsidRDefault="00656813">
      <w:pPr>
        <w:spacing w:after="0"/>
      </w:pPr>
      <w:r>
        <w:rPr>
          <w:rFonts w:ascii="Arial" w:hAnsi="Arial"/>
        </w:rPr>
        <w:t>Two or three hours?</w:t>
      </w:r>
    </w:p>
    <w:p w14:paraId="69A6B16B" w14:textId="77777777" w:rsidR="007D201C" w:rsidRDefault="007D201C">
      <w:pPr>
        <w:spacing w:after="0"/>
      </w:pPr>
    </w:p>
    <w:p w14:paraId="3AF14225" w14:textId="77777777" w:rsidR="007D201C" w:rsidRDefault="00656813">
      <w:pPr>
        <w:spacing w:after="0"/>
      </w:pPr>
      <w:r>
        <w:rPr>
          <w:rFonts w:ascii="Arial" w:hAnsi="Arial"/>
          <w:b/>
        </w:rPr>
        <w:t xml:space="preserve">Participant #29:  </w:t>
      </w:r>
      <w:r>
        <w:rPr>
          <w:rFonts w:ascii="Arial" w:hAnsi="Arial"/>
          <w:color w:val="5D7284"/>
        </w:rPr>
        <w:t>25:49</w:t>
      </w:r>
    </w:p>
    <w:p w14:paraId="54834AF9" w14:textId="77777777" w:rsidR="007D201C" w:rsidRDefault="00656813">
      <w:pPr>
        <w:spacing w:after="0"/>
      </w:pPr>
      <w:r>
        <w:rPr>
          <w:rFonts w:ascii="Arial" w:hAnsi="Arial"/>
        </w:rPr>
        <w:t>Longer than the first one. Yeah, that's what I would think.</w:t>
      </w:r>
    </w:p>
    <w:p w14:paraId="4BE021E0" w14:textId="77777777" w:rsidR="007D201C" w:rsidRDefault="007D201C">
      <w:pPr>
        <w:spacing w:after="0"/>
      </w:pPr>
    </w:p>
    <w:p w14:paraId="70806C08" w14:textId="77777777" w:rsidR="007D201C" w:rsidRDefault="00656813">
      <w:pPr>
        <w:spacing w:after="0"/>
      </w:pPr>
      <w:r>
        <w:rPr>
          <w:rFonts w:ascii="Arial" w:hAnsi="Arial"/>
          <w:b/>
        </w:rPr>
        <w:t xml:space="preserve">Interviewer E:  </w:t>
      </w:r>
      <w:r>
        <w:rPr>
          <w:rFonts w:ascii="Arial" w:hAnsi="Arial"/>
          <w:color w:val="5D7284"/>
        </w:rPr>
        <w:t>25:50</w:t>
      </w:r>
    </w:p>
    <w:p w14:paraId="09BD710F" w14:textId="77777777" w:rsidR="007D201C" w:rsidRDefault="00656813">
      <w:pPr>
        <w:spacing w:after="0"/>
      </w:pPr>
      <w:r>
        <w:rPr>
          <w:rFonts w:ascii="Arial" w:hAnsi="Arial"/>
        </w:rPr>
        <w:lastRenderedPageBreak/>
        <w:t>So would you say that's more of like the dye combining? Or would you say that something along the lines of like the salinity becoming like an in a sence spreading out and yelling or even. So you think that happen in a couple hours, like two or three hours?</w:t>
      </w:r>
    </w:p>
    <w:p w14:paraId="43A7138E" w14:textId="77777777" w:rsidR="007D201C" w:rsidRDefault="007D201C">
      <w:pPr>
        <w:spacing w:after="0"/>
      </w:pPr>
    </w:p>
    <w:p w14:paraId="7BA616E2" w14:textId="77777777" w:rsidR="007D201C" w:rsidRDefault="00656813">
      <w:pPr>
        <w:spacing w:after="0"/>
      </w:pPr>
      <w:r>
        <w:rPr>
          <w:rFonts w:ascii="Arial" w:hAnsi="Arial"/>
          <w:b/>
        </w:rPr>
        <w:t xml:space="preserve">Participant #29:  </w:t>
      </w:r>
      <w:r>
        <w:rPr>
          <w:rFonts w:ascii="Arial" w:hAnsi="Arial"/>
          <w:color w:val="5D7284"/>
        </w:rPr>
        <w:t>26:05</w:t>
      </w:r>
    </w:p>
    <w:p w14:paraId="2DC8D650" w14:textId="77777777" w:rsidR="007D201C" w:rsidRDefault="00656813">
      <w:pPr>
        <w:spacing w:after="0"/>
      </w:pPr>
      <w:r>
        <w:rPr>
          <w:rFonts w:ascii="Arial" w:hAnsi="Arial"/>
        </w:rPr>
        <w:t>Right.</w:t>
      </w:r>
    </w:p>
    <w:p w14:paraId="0CD2786F" w14:textId="77777777" w:rsidR="007D201C" w:rsidRDefault="007D201C">
      <w:pPr>
        <w:spacing w:after="0"/>
      </w:pPr>
    </w:p>
    <w:p w14:paraId="0162E4BD" w14:textId="77777777" w:rsidR="007D201C" w:rsidRDefault="00656813">
      <w:pPr>
        <w:spacing w:after="0"/>
      </w:pPr>
      <w:r>
        <w:rPr>
          <w:rFonts w:ascii="Arial" w:hAnsi="Arial"/>
          <w:b/>
        </w:rPr>
        <w:t xml:space="preserve">Interviewer E:  </w:t>
      </w:r>
      <w:r>
        <w:rPr>
          <w:rFonts w:ascii="Arial" w:hAnsi="Arial"/>
          <w:color w:val="5D7284"/>
        </w:rPr>
        <w:t>26:05</w:t>
      </w:r>
    </w:p>
    <w:p w14:paraId="49EDD2CB" w14:textId="77777777" w:rsidR="007D201C" w:rsidRDefault="00656813">
      <w:pPr>
        <w:spacing w:after="0"/>
      </w:pPr>
      <w:r>
        <w:rPr>
          <w:rFonts w:ascii="Arial" w:hAnsi="Arial"/>
        </w:rPr>
        <w:t>... I dont want my laptop to get wet. So basically what I've done, or what I did, I filmed a time lapse video of these all during a certain amount of time. And then I can and so the videos super condensed down. But I'm going to show you what each and every one of these do, are for they move during a certain course of time. All right, so we're gonna go into same exact order. Can you see it our privacy screen? Um, so we're going to start with the ones that is the same temperature. As you can see, it's condens</w:t>
      </w:r>
      <w:r>
        <w:rPr>
          <w:rFonts w:ascii="Arial" w:hAnsi="Arial"/>
        </w:rPr>
        <w:t xml:space="preserve">ed into 33 seconds. </w:t>
      </w:r>
    </w:p>
    <w:p w14:paraId="43BC8F10" w14:textId="77777777" w:rsidR="007D201C" w:rsidRDefault="007D201C">
      <w:pPr>
        <w:spacing w:after="0"/>
      </w:pPr>
    </w:p>
    <w:p w14:paraId="33C92B89" w14:textId="77777777" w:rsidR="007D201C" w:rsidRDefault="00656813">
      <w:pPr>
        <w:spacing w:after="0"/>
      </w:pPr>
      <w:r>
        <w:rPr>
          <w:rFonts w:ascii="Arial" w:hAnsi="Arial"/>
          <w:b/>
        </w:rPr>
        <w:t xml:space="preserve">Participant #29:  </w:t>
      </w:r>
      <w:r>
        <w:rPr>
          <w:rFonts w:ascii="Arial" w:hAnsi="Arial"/>
          <w:color w:val="5D7284"/>
        </w:rPr>
        <w:t>27:13</w:t>
      </w:r>
    </w:p>
    <w:p w14:paraId="4797EEA0" w14:textId="77777777" w:rsidR="007D201C" w:rsidRDefault="00656813">
      <w:pPr>
        <w:spacing w:after="0"/>
      </w:pPr>
      <w:r>
        <w:rPr>
          <w:rFonts w:ascii="Arial" w:hAnsi="Arial"/>
        </w:rPr>
        <w:t>All right, so this is the one with the same temperature right?</w:t>
      </w:r>
    </w:p>
    <w:p w14:paraId="2AAA5162" w14:textId="77777777" w:rsidR="007D201C" w:rsidRDefault="007D201C">
      <w:pPr>
        <w:spacing w:after="0"/>
      </w:pPr>
    </w:p>
    <w:p w14:paraId="6300ED99" w14:textId="77777777" w:rsidR="007D201C" w:rsidRDefault="00656813">
      <w:pPr>
        <w:spacing w:after="0"/>
      </w:pPr>
      <w:r>
        <w:rPr>
          <w:rFonts w:ascii="Arial" w:hAnsi="Arial"/>
          <w:b/>
        </w:rPr>
        <w:t xml:space="preserve">Interviewer E:  </w:t>
      </w:r>
      <w:r>
        <w:rPr>
          <w:rFonts w:ascii="Arial" w:hAnsi="Arial"/>
          <w:color w:val="5D7284"/>
        </w:rPr>
        <w:t>27:25</w:t>
      </w:r>
    </w:p>
    <w:p w14:paraId="35A7EDFC" w14:textId="77777777" w:rsidR="007D201C" w:rsidRDefault="00656813">
      <w:pPr>
        <w:spacing w:after="0"/>
      </w:pPr>
      <w:r>
        <w:rPr>
          <w:rFonts w:ascii="Arial" w:hAnsi="Arial"/>
        </w:rPr>
        <w:t xml:space="preserve">Different tempertures. All right, so the video is over. Um, so. Did that surprise you in any way like the way that it combined together or anything like that? </w:t>
      </w:r>
    </w:p>
    <w:p w14:paraId="0661A981" w14:textId="77777777" w:rsidR="007D201C" w:rsidRDefault="007D201C">
      <w:pPr>
        <w:spacing w:after="0"/>
      </w:pPr>
    </w:p>
    <w:p w14:paraId="6BB05BE1" w14:textId="77777777" w:rsidR="007D201C" w:rsidRDefault="00656813">
      <w:pPr>
        <w:spacing w:after="0"/>
      </w:pPr>
      <w:r>
        <w:rPr>
          <w:rFonts w:ascii="Arial" w:hAnsi="Arial"/>
          <w:b/>
        </w:rPr>
        <w:t xml:space="preserve">Participant #29:  </w:t>
      </w:r>
      <w:r>
        <w:rPr>
          <w:rFonts w:ascii="Arial" w:hAnsi="Arial"/>
          <w:color w:val="5D7284"/>
        </w:rPr>
        <w:t>28:06</w:t>
      </w:r>
    </w:p>
    <w:p w14:paraId="67C1B268" w14:textId="77777777" w:rsidR="007D201C" w:rsidRDefault="00656813">
      <w:pPr>
        <w:spacing w:after="0"/>
      </w:pPr>
      <w:r>
        <w:rPr>
          <w:rFonts w:ascii="Arial" w:hAnsi="Arial"/>
        </w:rPr>
        <w:t>Yeah, kind of like, just comes off the top there. Like the blue. I thought it would just be more of like, I don't know, like more dramatic, but it's pretty, like subtle.</w:t>
      </w:r>
    </w:p>
    <w:p w14:paraId="0CE640BC" w14:textId="77777777" w:rsidR="007D201C" w:rsidRDefault="007D201C">
      <w:pPr>
        <w:spacing w:after="0"/>
      </w:pPr>
    </w:p>
    <w:p w14:paraId="784E36EC" w14:textId="77777777" w:rsidR="007D201C" w:rsidRDefault="00656813">
      <w:pPr>
        <w:spacing w:after="0"/>
      </w:pPr>
      <w:r>
        <w:rPr>
          <w:rFonts w:ascii="Arial" w:hAnsi="Arial"/>
          <w:b/>
        </w:rPr>
        <w:t xml:space="preserve">Interviewer E:  </w:t>
      </w:r>
      <w:r>
        <w:rPr>
          <w:rFonts w:ascii="Arial" w:hAnsi="Arial"/>
          <w:color w:val="5D7284"/>
        </w:rPr>
        <w:t>28:17</w:t>
      </w:r>
    </w:p>
    <w:p w14:paraId="6B9DF8A3" w14:textId="77777777" w:rsidR="007D201C" w:rsidRDefault="00656813">
      <w:pPr>
        <w:spacing w:after="0"/>
      </w:pPr>
      <w:r>
        <w:rPr>
          <w:rFonts w:ascii="Arial" w:hAnsi="Arial"/>
        </w:rPr>
        <w:t>Yeah what did you think about the blue going down with like, the little fingers kind of? Yeah, that was all about.?</w:t>
      </w:r>
    </w:p>
    <w:p w14:paraId="26587DA0" w14:textId="77777777" w:rsidR="007D201C" w:rsidRDefault="007D201C">
      <w:pPr>
        <w:spacing w:after="0"/>
      </w:pPr>
    </w:p>
    <w:p w14:paraId="2BD83912" w14:textId="77777777" w:rsidR="007D201C" w:rsidRDefault="00656813">
      <w:pPr>
        <w:spacing w:after="0"/>
      </w:pPr>
      <w:r>
        <w:rPr>
          <w:rFonts w:ascii="Arial" w:hAnsi="Arial"/>
          <w:b/>
        </w:rPr>
        <w:t xml:space="preserve">Participant #29:  </w:t>
      </w:r>
      <w:r>
        <w:rPr>
          <w:rFonts w:ascii="Arial" w:hAnsi="Arial"/>
          <w:color w:val="5D7284"/>
        </w:rPr>
        <w:t>28:23</w:t>
      </w:r>
    </w:p>
    <w:p w14:paraId="21122821" w14:textId="77777777" w:rsidR="007D201C" w:rsidRDefault="00656813">
      <w:pPr>
        <w:spacing w:after="0"/>
      </w:pPr>
      <w:r>
        <w:rPr>
          <w:rFonts w:ascii="Arial" w:hAnsi="Arial"/>
        </w:rPr>
        <w:t>I didn't know. That surprised. Me too.</w:t>
      </w:r>
    </w:p>
    <w:p w14:paraId="509A437E" w14:textId="77777777" w:rsidR="007D201C" w:rsidRDefault="007D201C">
      <w:pPr>
        <w:spacing w:after="0"/>
      </w:pPr>
    </w:p>
    <w:p w14:paraId="491C19E1" w14:textId="77777777" w:rsidR="007D201C" w:rsidRDefault="00656813">
      <w:pPr>
        <w:spacing w:after="0"/>
      </w:pPr>
      <w:r>
        <w:rPr>
          <w:rFonts w:ascii="Arial" w:hAnsi="Arial"/>
          <w:b/>
        </w:rPr>
        <w:t xml:space="preserve">Interviewer E:  </w:t>
      </w:r>
      <w:r>
        <w:rPr>
          <w:rFonts w:ascii="Arial" w:hAnsi="Arial"/>
          <w:color w:val="5D7284"/>
        </w:rPr>
        <w:t>28:28</w:t>
      </w:r>
    </w:p>
    <w:p w14:paraId="5619B629" w14:textId="77777777" w:rsidR="007D201C" w:rsidRDefault="00656813">
      <w:pPr>
        <w:spacing w:after="0"/>
      </w:pPr>
      <w:r>
        <w:rPr>
          <w:rFonts w:ascii="Arial" w:hAnsi="Arial"/>
        </w:rPr>
        <w:t>Yeah, surprise. Me, too. When I first started I was looking at that. Like, what in the world? This is how it happens?</w:t>
      </w:r>
    </w:p>
    <w:p w14:paraId="336E328A" w14:textId="77777777" w:rsidR="007D201C" w:rsidRDefault="007D201C">
      <w:pPr>
        <w:spacing w:after="0"/>
      </w:pPr>
    </w:p>
    <w:p w14:paraId="2595A456" w14:textId="77777777" w:rsidR="007D201C" w:rsidRDefault="00656813">
      <w:pPr>
        <w:spacing w:after="0"/>
      </w:pPr>
      <w:r>
        <w:rPr>
          <w:rFonts w:ascii="Arial" w:hAnsi="Arial"/>
          <w:b/>
        </w:rPr>
        <w:t xml:space="preserve">Participant #29:  </w:t>
      </w:r>
      <w:r>
        <w:rPr>
          <w:rFonts w:ascii="Arial" w:hAnsi="Arial"/>
          <w:color w:val="5D7284"/>
        </w:rPr>
        <w:t>28:33</w:t>
      </w:r>
    </w:p>
    <w:p w14:paraId="78CE46AA" w14:textId="77777777" w:rsidR="007D201C" w:rsidRDefault="00656813">
      <w:pPr>
        <w:spacing w:after="0"/>
      </w:pPr>
      <w:r>
        <w:rPr>
          <w:rFonts w:ascii="Arial" w:hAnsi="Arial"/>
        </w:rPr>
        <w:t>Yeah, I don't know. I guess the warm water eventually, like breaks through and those little lines or the warm water going through? I don't know.</w:t>
      </w:r>
    </w:p>
    <w:p w14:paraId="1C79D648" w14:textId="77777777" w:rsidR="007D201C" w:rsidRDefault="007D201C">
      <w:pPr>
        <w:spacing w:after="0"/>
      </w:pPr>
    </w:p>
    <w:p w14:paraId="091E38A3" w14:textId="77777777" w:rsidR="007D201C" w:rsidRDefault="00656813">
      <w:pPr>
        <w:spacing w:after="0"/>
      </w:pPr>
      <w:r>
        <w:rPr>
          <w:rFonts w:ascii="Arial" w:hAnsi="Arial"/>
          <w:b/>
        </w:rPr>
        <w:t xml:space="preserve">Interviewer E:  </w:t>
      </w:r>
      <w:r>
        <w:rPr>
          <w:rFonts w:ascii="Arial" w:hAnsi="Arial"/>
          <w:color w:val="5D7284"/>
        </w:rPr>
        <w:t>28:45</w:t>
      </w:r>
    </w:p>
    <w:p w14:paraId="676F8CB2" w14:textId="77777777" w:rsidR="007D201C" w:rsidRDefault="00656813">
      <w:pPr>
        <w:spacing w:after="0"/>
      </w:pPr>
      <w:r>
        <w:rPr>
          <w:rFonts w:ascii="Arial" w:hAnsi="Arial"/>
        </w:rPr>
        <w:lastRenderedPageBreak/>
        <w:t>Like the warm water like cooling down and dropping. Right. Yeah. Then there was some colder water. Maybe coming up coming up. Yeah. Conducting a little bit. Right. Okay. All right. And now um, so that 33 second video, how long do you think that took in real time?</w:t>
      </w:r>
    </w:p>
    <w:p w14:paraId="3D756D71" w14:textId="77777777" w:rsidR="007D201C" w:rsidRDefault="007D201C">
      <w:pPr>
        <w:spacing w:after="0"/>
      </w:pPr>
    </w:p>
    <w:p w14:paraId="5CF46DA7" w14:textId="77777777" w:rsidR="007D201C" w:rsidRDefault="00656813">
      <w:pPr>
        <w:spacing w:after="0"/>
      </w:pPr>
      <w:r>
        <w:rPr>
          <w:rFonts w:ascii="Arial" w:hAnsi="Arial"/>
          <w:b/>
        </w:rPr>
        <w:t xml:space="preserve">Participant #29:  </w:t>
      </w:r>
      <w:r>
        <w:rPr>
          <w:rFonts w:ascii="Arial" w:hAnsi="Arial"/>
          <w:color w:val="5D7284"/>
        </w:rPr>
        <w:t>29:05</w:t>
      </w:r>
    </w:p>
    <w:p w14:paraId="281F8533" w14:textId="77777777" w:rsidR="007D201C" w:rsidRDefault="00656813">
      <w:pPr>
        <w:spacing w:after="0"/>
      </w:pPr>
      <w:r>
        <w:rPr>
          <w:rFonts w:ascii="Arial" w:hAnsi="Arial"/>
        </w:rPr>
        <w:t>I think it took maybe a longer than an hour, maybe like two hours.</w:t>
      </w:r>
    </w:p>
    <w:p w14:paraId="5C45ADB9" w14:textId="77777777" w:rsidR="007D201C" w:rsidRDefault="007D201C">
      <w:pPr>
        <w:spacing w:after="0"/>
      </w:pPr>
    </w:p>
    <w:p w14:paraId="782674E2" w14:textId="77777777" w:rsidR="007D201C" w:rsidRDefault="00656813">
      <w:pPr>
        <w:spacing w:after="0"/>
      </w:pPr>
      <w:r>
        <w:rPr>
          <w:rFonts w:ascii="Arial" w:hAnsi="Arial"/>
          <w:b/>
        </w:rPr>
        <w:t xml:space="preserve">Interviewer E:  </w:t>
      </w:r>
      <w:r>
        <w:rPr>
          <w:rFonts w:ascii="Arial" w:hAnsi="Arial"/>
          <w:color w:val="5D7284"/>
        </w:rPr>
        <w:t>29:08</w:t>
      </w:r>
    </w:p>
    <w:p w14:paraId="765F0AC5" w14:textId="77777777" w:rsidR="007D201C" w:rsidRDefault="00656813">
      <w:pPr>
        <w:spacing w:after="0"/>
      </w:pPr>
      <w:r>
        <w:rPr>
          <w:rFonts w:ascii="Arial" w:hAnsi="Arial"/>
        </w:rPr>
        <w:t xml:space="preserve">Two hours. </w:t>
      </w:r>
    </w:p>
    <w:p w14:paraId="372D0D65" w14:textId="77777777" w:rsidR="007D201C" w:rsidRDefault="007D201C">
      <w:pPr>
        <w:spacing w:after="0"/>
      </w:pPr>
    </w:p>
    <w:p w14:paraId="5667AFD6" w14:textId="77777777" w:rsidR="007D201C" w:rsidRDefault="00656813">
      <w:pPr>
        <w:spacing w:after="0"/>
      </w:pPr>
      <w:r>
        <w:rPr>
          <w:rFonts w:ascii="Arial" w:hAnsi="Arial"/>
          <w:b/>
        </w:rPr>
        <w:t xml:space="preserve">Participant #29:  </w:t>
      </w:r>
      <w:r>
        <w:rPr>
          <w:rFonts w:ascii="Arial" w:hAnsi="Arial"/>
          <w:color w:val="5D7284"/>
        </w:rPr>
        <w:t>29:09</w:t>
      </w:r>
    </w:p>
    <w:p w14:paraId="62D17DE8" w14:textId="77777777" w:rsidR="007D201C" w:rsidRDefault="00656813">
      <w:pPr>
        <w:spacing w:after="0"/>
      </w:pPr>
      <w:r>
        <w:rPr>
          <w:rFonts w:ascii="Arial" w:hAnsi="Arial"/>
        </w:rPr>
        <w:t>Yeah.</w:t>
      </w:r>
    </w:p>
    <w:p w14:paraId="19D80CF8" w14:textId="77777777" w:rsidR="007D201C" w:rsidRDefault="007D201C">
      <w:pPr>
        <w:spacing w:after="0"/>
      </w:pPr>
    </w:p>
    <w:p w14:paraId="107637D9" w14:textId="77777777" w:rsidR="007D201C" w:rsidRDefault="00656813">
      <w:pPr>
        <w:spacing w:after="0"/>
      </w:pPr>
      <w:r>
        <w:rPr>
          <w:rFonts w:ascii="Arial" w:hAnsi="Arial"/>
          <w:b/>
        </w:rPr>
        <w:t xml:space="preserve">Interviewer E:  </w:t>
      </w:r>
      <w:r>
        <w:rPr>
          <w:rFonts w:ascii="Arial" w:hAnsi="Arial"/>
          <w:color w:val="5D7284"/>
        </w:rPr>
        <w:t>29:09</w:t>
      </w:r>
    </w:p>
    <w:p w14:paraId="22494AB0" w14:textId="77777777" w:rsidR="007D201C" w:rsidRDefault="00656813">
      <w:pPr>
        <w:spacing w:after="0"/>
      </w:pPr>
      <w:r>
        <w:rPr>
          <w:rFonts w:ascii="Arial" w:hAnsi="Arial"/>
        </w:rPr>
        <w:t xml:space="preserve">Its a good guess it was about an hour. So for it to relatively mix. I can see there's still you know, there's still some areas where it's a little bit more red and blue. So I'd say maybe it'd be </w:t>
      </w:r>
      <w:r>
        <w:rPr>
          <w:rFonts w:ascii="Arial" w:hAnsi="Arial"/>
        </w:rPr>
        <w:t>fully mixed in about maybe an hour 20 an hour 30. So you're close. But essentially, it was about an hour this video. All right. Now, we're going to watch the same temperature one. This one was condensed down to 39 seconds. All right, so 39 seconds. Did that surprise you at all? Or is it about what you kind of thought it would do?</w:t>
      </w:r>
    </w:p>
    <w:p w14:paraId="70C30705" w14:textId="77777777" w:rsidR="007D201C" w:rsidRDefault="007D201C">
      <w:pPr>
        <w:spacing w:after="0"/>
      </w:pPr>
    </w:p>
    <w:p w14:paraId="04F136CB" w14:textId="77777777" w:rsidR="007D201C" w:rsidRDefault="00656813">
      <w:pPr>
        <w:spacing w:after="0"/>
      </w:pPr>
      <w:r>
        <w:rPr>
          <w:rFonts w:ascii="Arial" w:hAnsi="Arial"/>
          <w:b/>
        </w:rPr>
        <w:t xml:space="preserve">Participant #29:  </w:t>
      </w:r>
      <w:r>
        <w:rPr>
          <w:rFonts w:ascii="Arial" w:hAnsi="Arial"/>
          <w:color w:val="5D7284"/>
        </w:rPr>
        <w:t>30:35</w:t>
      </w:r>
    </w:p>
    <w:p w14:paraId="34CFB37B" w14:textId="77777777" w:rsidR="007D201C" w:rsidRDefault="00656813">
      <w:pPr>
        <w:spacing w:after="0"/>
      </w:pPr>
      <w:r>
        <w:rPr>
          <w:rFonts w:ascii="Arial" w:hAnsi="Arial"/>
        </w:rPr>
        <w:t xml:space="preserve">I think that one doesn't surprise me as much. But it was just kind of how I thought like they just sort of the blue sort of came in and it just all </w:t>
      </w:r>
      <w:r>
        <w:rPr>
          <w:rFonts w:ascii="Arial" w:hAnsi="Arial"/>
        </w:rPr>
        <w:t>mixed together. Like it didn't have those little finger things.</w:t>
      </w:r>
    </w:p>
    <w:p w14:paraId="1F255632" w14:textId="77777777" w:rsidR="007D201C" w:rsidRDefault="007D201C">
      <w:pPr>
        <w:spacing w:after="0"/>
      </w:pPr>
    </w:p>
    <w:p w14:paraId="76686DD7" w14:textId="77777777" w:rsidR="007D201C" w:rsidRDefault="00656813">
      <w:pPr>
        <w:spacing w:after="0"/>
      </w:pPr>
      <w:r>
        <w:rPr>
          <w:rFonts w:ascii="Arial" w:hAnsi="Arial"/>
          <w:b/>
        </w:rPr>
        <w:t xml:space="preserve">Interviewer E:  </w:t>
      </w:r>
      <w:r>
        <w:rPr>
          <w:rFonts w:ascii="Arial" w:hAnsi="Arial"/>
          <w:color w:val="5D7284"/>
        </w:rPr>
        <w:t>30:47</w:t>
      </w:r>
    </w:p>
    <w:p w14:paraId="1F4ABB5B" w14:textId="77777777" w:rsidR="007D201C" w:rsidRDefault="00656813">
      <w:pPr>
        <w:spacing w:after="0"/>
      </w:pPr>
      <w:r>
        <w:rPr>
          <w:rFonts w:ascii="Arial" w:hAnsi="Arial"/>
        </w:rPr>
        <w:t>And you think you think the blues more overwhelming just because it's like, you know, food dye and nothing in particular?</w:t>
      </w:r>
    </w:p>
    <w:p w14:paraId="11025B6B" w14:textId="77777777" w:rsidR="007D201C" w:rsidRDefault="007D201C">
      <w:pPr>
        <w:spacing w:after="0"/>
      </w:pPr>
    </w:p>
    <w:p w14:paraId="2279C4AE" w14:textId="77777777" w:rsidR="007D201C" w:rsidRDefault="00656813">
      <w:pPr>
        <w:spacing w:after="0"/>
      </w:pPr>
      <w:r>
        <w:rPr>
          <w:rFonts w:ascii="Arial" w:hAnsi="Arial"/>
          <w:b/>
        </w:rPr>
        <w:t xml:space="preserve">Participant #29:  </w:t>
      </w:r>
      <w:r>
        <w:rPr>
          <w:rFonts w:ascii="Arial" w:hAnsi="Arial"/>
          <w:color w:val="5D7284"/>
        </w:rPr>
        <w:t>30:52</w:t>
      </w:r>
    </w:p>
    <w:p w14:paraId="347B1284" w14:textId="77777777" w:rsidR="007D201C" w:rsidRDefault="00656813">
      <w:pPr>
        <w:spacing w:after="0"/>
      </w:pPr>
      <w:r>
        <w:rPr>
          <w:rFonts w:ascii="Arial" w:hAnsi="Arial"/>
        </w:rPr>
        <w:t xml:space="preserve">Right, yeah. Because they were the same temperature. So, yeah. </w:t>
      </w:r>
    </w:p>
    <w:p w14:paraId="70821A7B" w14:textId="77777777" w:rsidR="007D201C" w:rsidRDefault="007D201C">
      <w:pPr>
        <w:spacing w:after="0"/>
      </w:pPr>
    </w:p>
    <w:p w14:paraId="4A3EDA4B" w14:textId="77777777" w:rsidR="007D201C" w:rsidRDefault="00656813">
      <w:pPr>
        <w:spacing w:after="0"/>
      </w:pPr>
      <w:r>
        <w:rPr>
          <w:rFonts w:ascii="Arial" w:hAnsi="Arial"/>
          <w:b/>
        </w:rPr>
        <w:t xml:space="preserve">Interviewer E:  </w:t>
      </w:r>
      <w:r>
        <w:rPr>
          <w:rFonts w:ascii="Arial" w:hAnsi="Arial"/>
          <w:color w:val="5D7284"/>
        </w:rPr>
        <w:t>30:58</w:t>
      </w:r>
    </w:p>
    <w:p w14:paraId="68494197" w14:textId="77777777" w:rsidR="007D201C" w:rsidRDefault="00656813">
      <w:pPr>
        <w:spacing w:after="0"/>
      </w:pPr>
      <w:r>
        <w:rPr>
          <w:rFonts w:ascii="Arial" w:hAnsi="Arial"/>
        </w:rPr>
        <w:t>And how long did you say you think this took?</w:t>
      </w:r>
    </w:p>
    <w:p w14:paraId="5D662F98" w14:textId="77777777" w:rsidR="007D201C" w:rsidRDefault="007D201C">
      <w:pPr>
        <w:spacing w:after="0"/>
      </w:pPr>
    </w:p>
    <w:p w14:paraId="343CD015" w14:textId="77777777" w:rsidR="007D201C" w:rsidRDefault="00656813">
      <w:pPr>
        <w:spacing w:after="0"/>
      </w:pPr>
      <w:r>
        <w:rPr>
          <w:rFonts w:ascii="Arial" w:hAnsi="Arial"/>
          <w:b/>
        </w:rPr>
        <w:t xml:space="preserve">Participant #29:  </w:t>
      </w:r>
      <w:r>
        <w:rPr>
          <w:rFonts w:ascii="Arial" w:hAnsi="Arial"/>
          <w:color w:val="5D7284"/>
        </w:rPr>
        <w:t>31:01</w:t>
      </w:r>
    </w:p>
    <w:p w14:paraId="1C0784C1" w14:textId="77777777" w:rsidR="007D201C" w:rsidRDefault="00656813">
      <w:pPr>
        <w:spacing w:after="0"/>
      </w:pPr>
      <w:r>
        <w:rPr>
          <w:rFonts w:ascii="Arial" w:hAnsi="Arial"/>
        </w:rPr>
        <w:t>Um that one, I said 20 minutes, 20 or 30 minutes, just wondering here? Yeah, that's what I would say.</w:t>
      </w:r>
    </w:p>
    <w:p w14:paraId="677CB2C2" w14:textId="77777777" w:rsidR="007D201C" w:rsidRDefault="007D201C">
      <w:pPr>
        <w:spacing w:after="0"/>
      </w:pPr>
    </w:p>
    <w:p w14:paraId="35E2A3BB" w14:textId="77777777" w:rsidR="007D201C" w:rsidRDefault="00656813">
      <w:pPr>
        <w:spacing w:after="0"/>
      </w:pPr>
      <w:r>
        <w:rPr>
          <w:rFonts w:ascii="Arial" w:hAnsi="Arial"/>
          <w:b/>
        </w:rPr>
        <w:t xml:space="preserve">Interviewer E:  </w:t>
      </w:r>
      <w:r>
        <w:rPr>
          <w:rFonts w:ascii="Arial" w:hAnsi="Arial"/>
          <w:color w:val="5D7284"/>
        </w:rPr>
        <w:t>31:07</w:t>
      </w:r>
    </w:p>
    <w:p w14:paraId="52AFFBF3" w14:textId="77777777" w:rsidR="007D201C" w:rsidRDefault="00656813">
      <w:pPr>
        <w:spacing w:after="0"/>
      </w:pPr>
      <w:r>
        <w:rPr>
          <w:rFonts w:ascii="Arial" w:hAnsi="Arial"/>
        </w:rPr>
        <w:t>Yeah, I mean, this was also an hour, but I do think relative it may have took 30 or 40 minutes for it to be how it is because it's relatively combined. In one point, you don't really see too much happening after right. So it was a good guess. All right, last but not least, our saltwater versus freshwater. This was condensed down to also a 39 second video. All right, I'm gonna pause it. So it's about 14 seconds here and it doesn't do anything else. For the rest of the videos. I'm not gonna let it play. Um, b</w:t>
      </w:r>
      <w:r>
        <w:rPr>
          <w:rFonts w:ascii="Arial" w:hAnsi="Arial"/>
        </w:rPr>
        <w:t xml:space="preserve">ut how long do you think it took in that 14 seconds took probably about out there. </w:t>
      </w:r>
    </w:p>
    <w:p w14:paraId="446169E6" w14:textId="77777777" w:rsidR="007D201C" w:rsidRDefault="007D201C">
      <w:pPr>
        <w:spacing w:after="0"/>
      </w:pPr>
    </w:p>
    <w:p w14:paraId="6828877A" w14:textId="77777777" w:rsidR="007D201C" w:rsidRDefault="00656813">
      <w:pPr>
        <w:spacing w:after="0"/>
      </w:pPr>
      <w:r>
        <w:rPr>
          <w:rFonts w:ascii="Arial" w:hAnsi="Arial"/>
          <w:b/>
        </w:rPr>
        <w:t xml:space="preserve">Participant #29:  </w:t>
      </w:r>
      <w:r>
        <w:rPr>
          <w:rFonts w:ascii="Arial" w:hAnsi="Arial"/>
          <w:color w:val="5D7284"/>
        </w:rPr>
        <w:t>31:57</w:t>
      </w:r>
    </w:p>
    <w:p w14:paraId="75E234E0" w14:textId="77777777" w:rsidR="007D201C" w:rsidRDefault="00656813">
      <w:pPr>
        <w:spacing w:after="0"/>
      </w:pPr>
      <w:r>
        <w:rPr>
          <w:rFonts w:ascii="Arial" w:hAnsi="Arial"/>
        </w:rPr>
        <w:t xml:space="preserve">Maybe 30 minutes? </w:t>
      </w:r>
    </w:p>
    <w:p w14:paraId="02136240" w14:textId="77777777" w:rsidR="007D201C" w:rsidRDefault="007D201C">
      <w:pPr>
        <w:spacing w:after="0"/>
      </w:pPr>
    </w:p>
    <w:p w14:paraId="3CACE1E1" w14:textId="77777777" w:rsidR="007D201C" w:rsidRDefault="00656813">
      <w:pPr>
        <w:spacing w:after="0"/>
      </w:pPr>
      <w:r>
        <w:rPr>
          <w:rFonts w:ascii="Arial" w:hAnsi="Arial"/>
          <w:b/>
        </w:rPr>
        <w:t xml:space="preserve">Interviewer E:  </w:t>
      </w:r>
      <w:r>
        <w:rPr>
          <w:rFonts w:ascii="Arial" w:hAnsi="Arial"/>
          <w:color w:val="5D7284"/>
        </w:rPr>
        <w:t>31:58</w:t>
      </w:r>
    </w:p>
    <w:p w14:paraId="4F624A29" w14:textId="77777777" w:rsidR="007D201C" w:rsidRDefault="00656813">
      <w:pPr>
        <w:spacing w:after="0"/>
      </w:pPr>
      <w:r>
        <w:rPr>
          <w:rFonts w:ascii="Arial" w:hAnsi="Arial"/>
        </w:rPr>
        <w:t>30 minutes. So how long do you think the whole video is?</w:t>
      </w:r>
    </w:p>
    <w:p w14:paraId="08C3D413" w14:textId="77777777" w:rsidR="007D201C" w:rsidRDefault="007D201C">
      <w:pPr>
        <w:spacing w:after="0"/>
      </w:pPr>
    </w:p>
    <w:p w14:paraId="5BAB93D3" w14:textId="77777777" w:rsidR="007D201C" w:rsidRDefault="00656813">
      <w:pPr>
        <w:spacing w:after="0"/>
      </w:pPr>
      <w:r>
        <w:rPr>
          <w:rFonts w:ascii="Arial" w:hAnsi="Arial"/>
          <w:b/>
        </w:rPr>
        <w:t xml:space="preserve">Participant #29:  </w:t>
      </w:r>
      <w:r>
        <w:rPr>
          <w:rFonts w:ascii="Arial" w:hAnsi="Arial"/>
          <w:color w:val="5D7284"/>
        </w:rPr>
        <w:t>32:03</w:t>
      </w:r>
    </w:p>
    <w:p w14:paraId="6052E4F6" w14:textId="77777777" w:rsidR="007D201C" w:rsidRDefault="00656813">
      <w:pPr>
        <w:spacing w:after="0"/>
      </w:pPr>
      <w:r>
        <w:rPr>
          <w:rFonts w:ascii="Arial" w:hAnsi="Arial"/>
        </w:rPr>
        <w:t xml:space="preserve">I'd say it's </w:t>
      </w:r>
      <w:r>
        <w:rPr>
          <w:rFonts w:ascii="Arial" w:hAnsi="Arial"/>
        </w:rPr>
        <w:t>maybe two hours. T</w:t>
      </w:r>
    </w:p>
    <w:p w14:paraId="67268D01" w14:textId="77777777" w:rsidR="007D201C" w:rsidRDefault="007D201C">
      <w:pPr>
        <w:spacing w:after="0"/>
      </w:pPr>
    </w:p>
    <w:p w14:paraId="4CFC3ED2" w14:textId="77777777" w:rsidR="007D201C" w:rsidRDefault="00656813">
      <w:pPr>
        <w:spacing w:after="0"/>
      </w:pPr>
      <w:r>
        <w:rPr>
          <w:rFonts w:ascii="Arial" w:hAnsi="Arial"/>
          <w:b/>
        </w:rPr>
        <w:t xml:space="preserve">Interviewer E:  </w:t>
      </w:r>
      <w:r>
        <w:rPr>
          <w:rFonts w:ascii="Arial" w:hAnsi="Arial"/>
          <w:color w:val="5D7284"/>
        </w:rPr>
        <w:t>32:05</w:t>
      </w:r>
    </w:p>
    <w:p w14:paraId="0402E7DE" w14:textId="77777777" w:rsidR="007D201C" w:rsidRDefault="00656813">
      <w:pPr>
        <w:spacing w:after="0"/>
      </w:pPr>
      <w:r>
        <w:rPr>
          <w:rFonts w:ascii="Arial" w:hAnsi="Arial"/>
        </w:rPr>
        <w:t xml:space="preserve">This one's also an hour. </w:t>
      </w:r>
    </w:p>
    <w:p w14:paraId="7E85E080" w14:textId="77777777" w:rsidR="007D201C" w:rsidRDefault="007D201C">
      <w:pPr>
        <w:spacing w:after="0"/>
      </w:pPr>
    </w:p>
    <w:p w14:paraId="710278D2" w14:textId="77777777" w:rsidR="007D201C" w:rsidRDefault="00656813">
      <w:pPr>
        <w:spacing w:after="0"/>
      </w:pPr>
      <w:r>
        <w:rPr>
          <w:rFonts w:ascii="Arial" w:hAnsi="Arial"/>
          <w:b/>
        </w:rPr>
        <w:t xml:space="preserve">Participant #29:  </w:t>
      </w:r>
      <w:r>
        <w:rPr>
          <w:rFonts w:ascii="Arial" w:hAnsi="Arial"/>
          <w:color w:val="5D7284"/>
        </w:rPr>
        <w:t>32:06</w:t>
      </w:r>
    </w:p>
    <w:p w14:paraId="06E206E8" w14:textId="77777777" w:rsidR="007D201C" w:rsidRDefault="00656813">
      <w:pPr>
        <w:spacing w:after="0"/>
      </w:pPr>
      <w:r>
        <w:rPr>
          <w:rFonts w:ascii="Arial" w:hAnsi="Arial"/>
        </w:rPr>
        <w:t>Oh, okay.</w:t>
      </w:r>
    </w:p>
    <w:p w14:paraId="282F9413" w14:textId="77777777" w:rsidR="007D201C" w:rsidRDefault="007D201C">
      <w:pPr>
        <w:spacing w:after="0"/>
      </w:pPr>
    </w:p>
    <w:p w14:paraId="445073AB" w14:textId="77777777" w:rsidR="007D201C" w:rsidRDefault="00656813">
      <w:pPr>
        <w:spacing w:after="0"/>
      </w:pPr>
      <w:r>
        <w:rPr>
          <w:rFonts w:ascii="Arial" w:hAnsi="Arial"/>
          <w:b/>
        </w:rPr>
        <w:t xml:space="preserve">Interviewer E:  </w:t>
      </w:r>
      <w:r>
        <w:rPr>
          <w:rFonts w:ascii="Arial" w:hAnsi="Arial"/>
          <w:color w:val="5D7284"/>
        </w:rPr>
        <w:t>32:06</w:t>
      </w:r>
    </w:p>
    <w:p w14:paraId="5D724DFF" w14:textId="77777777" w:rsidR="007D201C" w:rsidRDefault="00656813">
      <w:pPr>
        <w:spacing w:after="0"/>
      </w:pPr>
      <w:r>
        <w:rPr>
          <w:rFonts w:ascii="Arial" w:hAnsi="Arial"/>
        </w:rPr>
        <w:t>Um so yeah, honestly, it was completely settled that maybe like 15? Yeah, about 15 minutes. Um, did this surprise you at all?</w:t>
      </w:r>
    </w:p>
    <w:p w14:paraId="0527188A" w14:textId="77777777" w:rsidR="007D201C" w:rsidRDefault="007D201C">
      <w:pPr>
        <w:spacing w:after="0"/>
      </w:pPr>
    </w:p>
    <w:p w14:paraId="47E524FF" w14:textId="77777777" w:rsidR="007D201C" w:rsidRDefault="00656813">
      <w:pPr>
        <w:spacing w:after="0"/>
      </w:pPr>
      <w:r>
        <w:rPr>
          <w:rFonts w:ascii="Arial" w:hAnsi="Arial"/>
          <w:b/>
        </w:rPr>
        <w:t xml:space="preserve">Participant #29:  </w:t>
      </w:r>
      <w:r>
        <w:rPr>
          <w:rFonts w:ascii="Arial" w:hAnsi="Arial"/>
          <w:color w:val="5D7284"/>
        </w:rPr>
        <w:t>32:18</w:t>
      </w:r>
    </w:p>
    <w:p w14:paraId="3CC933B0" w14:textId="77777777" w:rsidR="007D201C" w:rsidRDefault="00656813">
      <w:pPr>
        <w:spacing w:after="0"/>
      </w:pPr>
      <w:r>
        <w:rPr>
          <w:rFonts w:ascii="Arial" w:hAnsi="Arial"/>
        </w:rPr>
        <w:t xml:space="preserve">Oh, I thought they'd eventually mix more. </w:t>
      </w:r>
    </w:p>
    <w:p w14:paraId="0DD0B3BE" w14:textId="77777777" w:rsidR="007D201C" w:rsidRDefault="007D201C">
      <w:pPr>
        <w:spacing w:after="0"/>
      </w:pPr>
    </w:p>
    <w:p w14:paraId="1A8C3A78" w14:textId="77777777" w:rsidR="007D201C" w:rsidRDefault="00656813">
      <w:pPr>
        <w:spacing w:after="0"/>
      </w:pPr>
      <w:r>
        <w:rPr>
          <w:rFonts w:ascii="Arial" w:hAnsi="Arial"/>
          <w:b/>
        </w:rPr>
        <w:t xml:space="preserve">Interviewer E:  </w:t>
      </w:r>
      <w:r>
        <w:rPr>
          <w:rFonts w:ascii="Arial" w:hAnsi="Arial"/>
          <w:color w:val="5D7284"/>
        </w:rPr>
        <w:t>32:21</w:t>
      </w:r>
    </w:p>
    <w:p w14:paraId="10ABDB26" w14:textId="77777777" w:rsidR="007D201C" w:rsidRDefault="00656813">
      <w:pPr>
        <w:spacing w:after="0"/>
      </w:pPr>
      <w:r>
        <w:rPr>
          <w:rFonts w:ascii="Arial" w:hAnsi="Arial"/>
        </w:rPr>
        <w:t>Right? Do you think enough time went by to.</w:t>
      </w:r>
    </w:p>
    <w:p w14:paraId="2C02F435" w14:textId="77777777" w:rsidR="007D201C" w:rsidRDefault="007D201C">
      <w:pPr>
        <w:spacing w:after="0"/>
      </w:pPr>
    </w:p>
    <w:p w14:paraId="085F5FF6" w14:textId="77777777" w:rsidR="007D201C" w:rsidRDefault="00656813">
      <w:pPr>
        <w:spacing w:after="0"/>
      </w:pPr>
      <w:r>
        <w:rPr>
          <w:rFonts w:ascii="Arial" w:hAnsi="Arial"/>
          <w:b/>
        </w:rPr>
        <w:t xml:space="preserve">Participant #29:  </w:t>
      </w:r>
      <w:r>
        <w:rPr>
          <w:rFonts w:ascii="Arial" w:hAnsi="Arial"/>
          <w:color w:val="5D7284"/>
        </w:rPr>
        <w:t>32:24</w:t>
      </w:r>
    </w:p>
    <w:p w14:paraId="4DF11784" w14:textId="77777777" w:rsidR="007D201C" w:rsidRDefault="00656813">
      <w:pPr>
        <w:spacing w:after="0"/>
      </w:pPr>
      <w:r>
        <w:rPr>
          <w:rFonts w:ascii="Arial" w:hAnsi="Arial"/>
        </w:rPr>
        <w:t>Maybe ore time would help. But you said the whole video is the same, right? Yeah, that's surprising. I thought it would mix more.</w:t>
      </w:r>
    </w:p>
    <w:p w14:paraId="351FF0CE" w14:textId="77777777" w:rsidR="007D201C" w:rsidRDefault="007D201C">
      <w:pPr>
        <w:spacing w:after="0"/>
      </w:pPr>
    </w:p>
    <w:p w14:paraId="2565DE1D" w14:textId="77777777" w:rsidR="007D201C" w:rsidRDefault="00656813">
      <w:pPr>
        <w:spacing w:after="0"/>
      </w:pPr>
      <w:r>
        <w:rPr>
          <w:rFonts w:ascii="Arial" w:hAnsi="Arial"/>
          <w:b/>
        </w:rPr>
        <w:t xml:space="preserve">Interviewer E:  </w:t>
      </w:r>
      <w:r>
        <w:rPr>
          <w:rFonts w:ascii="Arial" w:hAnsi="Arial"/>
          <w:color w:val="5D7284"/>
        </w:rPr>
        <w:t>32:32</w:t>
      </w:r>
    </w:p>
    <w:p w14:paraId="5006B8C1" w14:textId="77777777" w:rsidR="007D201C" w:rsidRDefault="00656813">
      <w:pPr>
        <w:spacing w:after="0"/>
      </w:pPr>
      <w:r>
        <w:rPr>
          <w:rFonts w:ascii="Arial" w:hAnsi="Arial"/>
        </w:rPr>
        <w:t xml:space="preserve">That's perfectly fair. So actually, one time. Dr. McNeil had done an interview and she kind of left everything out. And I came in the next morning. And I was like, Okay, let me clean up a little bit. And I went to grab those. And the next morning, I think she had maybe it was like an afternoon. So it's been sitting there since, like, let's say that was sitting there since yesterday afternoon. I came in probably about this time, and it was actually just the same. </w:t>
      </w:r>
    </w:p>
    <w:p w14:paraId="2CEAA320" w14:textId="77777777" w:rsidR="007D201C" w:rsidRDefault="007D201C">
      <w:pPr>
        <w:spacing w:after="0"/>
      </w:pPr>
    </w:p>
    <w:p w14:paraId="4080C264" w14:textId="77777777" w:rsidR="007D201C" w:rsidRDefault="00656813">
      <w:pPr>
        <w:spacing w:after="0"/>
      </w:pPr>
      <w:r>
        <w:rPr>
          <w:rFonts w:ascii="Arial" w:hAnsi="Arial"/>
          <w:b/>
        </w:rPr>
        <w:t xml:space="preserve">Participant #29:  </w:t>
      </w:r>
      <w:r>
        <w:rPr>
          <w:rFonts w:ascii="Arial" w:hAnsi="Arial"/>
          <w:color w:val="5D7284"/>
        </w:rPr>
        <w:t>32:57</w:t>
      </w:r>
    </w:p>
    <w:p w14:paraId="26AE3FE9" w14:textId="77777777" w:rsidR="007D201C" w:rsidRDefault="00656813">
      <w:pPr>
        <w:spacing w:after="0"/>
      </w:pPr>
      <w:r>
        <w:rPr>
          <w:rFonts w:ascii="Arial" w:hAnsi="Arial"/>
        </w:rPr>
        <w:t xml:space="preserve">Wow. So it don't mix at all. </w:t>
      </w:r>
    </w:p>
    <w:p w14:paraId="05D68F5C" w14:textId="77777777" w:rsidR="007D201C" w:rsidRDefault="007D201C">
      <w:pPr>
        <w:spacing w:after="0"/>
      </w:pPr>
    </w:p>
    <w:p w14:paraId="13467B5D" w14:textId="77777777" w:rsidR="007D201C" w:rsidRDefault="00656813">
      <w:pPr>
        <w:spacing w:after="0"/>
      </w:pPr>
      <w:r>
        <w:rPr>
          <w:rFonts w:ascii="Arial" w:hAnsi="Arial"/>
          <w:b/>
        </w:rPr>
        <w:t xml:space="preserve">Interviewer E:  </w:t>
      </w:r>
      <w:r>
        <w:rPr>
          <w:rFonts w:ascii="Arial" w:hAnsi="Arial"/>
          <w:color w:val="5D7284"/>
        </w:rPr>
        <w:t>32:59</w:t>
      </w:r>
    </w:p>
    <w:p w14:paraId="11F76871" w14:textId="77777777" w:rsidR="007D201C" w:rsidRDefault="00656813">
      <w:pPr>
        <w:spacing w:after="0"/>
      </w:pPr>
      <w:r>
        <w:rPr>
          <w:rFonts w:ascii="Arial" w:hAnsi="Arial"/>
        </w:rPr>
        <w:t xml:space="preserve">It didn't mix at all. If I had to guess I'd say it would it would never mix unless it had some type of stimulus. Um, but all right. So I think next, we're gonna move on to that still tank right there in front of you. Actually, I have one more question for you. But this one is a little bit more theoretical. So it's it's </w:t>
      </w:r>
      <w:r>
        <w:rPr>
          <w:rFonts w:ascii="Arial" w:hAnsi="Arial"/>
        </w:rPr>
        <w:lastRenderedPageBreak/>
        <w:t>hypothetical, I guess I should say, um, it's, let's say that we have another rectangular table in front of us and I had Jell-O. Okay, one of the Jell-O is red. One of the Jell-O is blue. Okay, the blue Jell-O is probably a couple of degrees cooler than the red Jell-O, the red Jell-O is a little warmer, not too much. To where as  they are frozen. And not too much where is there, like completely solid. So we're say there about like a semi solid as Jell-O can get just a little difference in temperature. So let</w:t>
      </w:r>
      <w:r>
        <w:rPr>
          <w:rFonts w:ascii="Arial" w:hAnsi="Arial"/>
        </w:rPr>
        <w:t>'s say did the same thing. And I put each of the each of the Jell-O's into the dividing tank. And I lifted it up after one minute, how do you think it would? Look?</w:t>
      </w:r>
    </w:p>
    <w:p w14:paraId="5B6E7FBB" w14:textId="77777777" w:rsidR="007D201C" w:rsidRDefault="007D201C">
      <w:pPr>
        <w:spacing w:after="0"/>
      </w:pPr>
    </w:p>
    <w:p w14:paraId="39270A1E" w14:textId="77777777" w:rsidR="007D201C" w:rsidRDefault="00656813">
      <w:pPr>
        <w:spacing w:after="0"/>
      </w:pPr>
      <w:r>
        <w:rPr>
          <w:rFonts w:ascii="Arial" w:hAnsi="Arial"/>
          <w:b/>
        </w:rPr>
        <w:t xml:space="preserve">Participant #29:  </w:t>
      </w:r>
      <w:r>
        <w:rPr>
          <w:rFonts w:ascii="Arial" w:hAnsi="Arial"/>
          <w:color w:val="5D7284"/>
        </w:rPr>
        <w:t>34:12</w:t>
      </w:r>
    </w:p>
    <w:p w14:paraId="29BBEAEE" w14:textId="77777777" w:rsidR="007D201C" w:rsidRDefault="00656813">
      <w:pPr>
        <w:spacing w:after="0"/>
      </w:pPr>
      <w:r>
        <w:rPr>
          <w:rFonts w:ascii="Arial" w:hAnsi="Arial"/>
        </w:rPr>
        <w:t xml:space="preserve">I think it'll look pretty similar, if not the same. </w:t>
      </w:r>
    </w:p>
    <w:p w14:paraId="2930719F" w14:textId="77777777" w:rsidR="007D201C" w:rsidRDefault="007D201C">
      <w:pPr>
        <w:spacing w:after="0"/>
      </w:pPr>
    </w:p>
    <w:p w14:paraId="4283AD57" w14:textId="77777777" w:rsidR="007D201C" w:rsidRDefault="00656813">
      <w:pPr>
        <w:spacing w:after="0"/>
      </w:pPr>
      <w:r>
        <w:rPr>
          <w:rFonts w:ascii="Arial" w:hAnsi="Arial"/>
          <w:b/>
        </w:rPr>
        <w:t xml:space="preserve">Interviewer E:  </w:t>
      </w:r>
      <w:r>
        <w:rPr>
          <w:rFonts w:ascii="Arial" w:hAnsi="Arial"/>
          <w:color w:val="5D7284"/>
        </w:rPr>
        <w:t>34:15</w:t>
      </w:r>
    </w:p>
    <w:p w14:paraId="509DAE82" w14:textId="77777777" w:rsidR="007D201C" w:rsidRDefault="00656813">
      <w:pPr>
        <w:spacing w:after="0"/>
      </w:pPr>
      <w:r>
        <w:rPr>
          <w:rFonts w:ascii="Arial" w:hAnsi="Arial"/>
        </w:rPr>
        <w:t xml:space="preserve">You think it would just stay in its vertical layers? Yeah. What about in the middle? Do you </w:t>
      </w:r>
      <w:r>
        <w:rPr>
          <w:rFonts w:ascii="Arial" w:hAnsi="Arial"/>
        </w:rPr>
        <w:t>think there'd be any mixing?</w:t>
      </w:r>
    </w:p>
    <w:p w14:paraId="4C3C8B24" w14:textId="77777777" w:rsidR="007D201C" w:rsidRDefault="007D201C">
      <w:pPr>
        <w:spacing w:after="0"/>
      </w:pPr>
    </w:p>
    <w:p w14:paraId="49B2BCB8" w14:textId="77777777" w:rsidR="007D201C" w:rsidRDefault="00656813">
      <w:pPr>
        <w:spacing w:after="0"/>
      </w:pPr>
      <w:r>
        <w:rPr>
          <w:rFonts w:ascii="Arial" w:hAnsi="Arial"/>
          <w:b/>
        </w:rPr>
        <w:t xml:space="preserve">Participant #29:  </w:t>
      </w:r>
      <w:r>
        <w:rPr>
          <w:rFonts w:ascii="Arial" w:hAnsi="Arial"/>
          <w:color w:val="5D7284"/>
        </w:rPr>
        <w:t>34:22</w:t>
      </w:r>
    </w:p>
    <w:p w14:paraId="68FEB41C" w14:textId="77777777" w:rsidR="007D201C" w:rsidRDefault="00656813">
      <w:pPr>
        <w:spacing w:after="0"/>
      </w:pPr>
      <w:r>
        <w:rPr>
          <w:rFonts w:ascii="Arial" w:hAnsi="Arial"/>
        </w:rPr>
        <w:t>Maybe a little bit, but not like the water? Yeah, I think they're maybe a little bit.</w:t>
      </w:r>
    </w:p>
    <w:p w14:paraId="0E508B23" w14:textId="77777777" w:rsidR="007D201C" w:rsidRDefault="007D201C">
      <w:pPr>
        <w:spacing w:after="0"/>
      </w:pPr>
    </w:p>
    <w:p w14:paraId="42F685F2" w14:textId="77777777" w:rsidR="007D201C" w:rsidRDefault="00656813">
      <w:pPr>
        <w:spacing w:after="0"/>
      </w:pPr>
      <w:r>
        <w:rPr>
          <w:rFonts w:ascii="Arial" w:hAnsi="Arial"/>
          <w:b/>
        </w:rPr>
        <w:t xml:space="preserve">Interviewer E:  </w:t>
      </w:r>
      <w:r>
        <w:rPr>
          <w:rFonts w:ascii="Arial" w:hAnsi="Arial"/>
          <w:color w:val="5D7284"/>
        </w:rPr>
        <w:t>34:27</w:t>
      </w:r>
    </w:p>
    <w:p w14:paraId="067D72A7" w14:textId="77777777" w:rsidR="007D201C" w:rsidRDefault="00656813">
      <w:pPr>
        <w:spacing w:after="0"/>
      </w:pPr>
      <w:r>
        <w:rPr>
          <w:rFonts w:ascii="Arial" w:hAnsi="Arial"/>
        </w:rPr>
        <w:t>Maybe a little bit and is that because the cold is overwhelming? The warmer the warm is overwhelming the colder Jell-O.</w:t>
      </w:r>
    </w:p>
    <w:p w14:paraId="15A42D10" w14:textId="77777777" w:rsidR="007D201C" w:rsidRDefault="007D201C">
      <w:pPr>
        <w:spacing w:after="0"/>
      </w:pPr>
    </w:p>
    <w:p w14:paraId="566181B9" w14:textId="77777777" w:rsidR="007D201C" w:rsidRDefault="00656813">
      <w:pPr>
        <w:spacing w:after="0"/>
      </w:pPr>
      <w:r>
        <w:rPr>
          <w:rFonts w:ascii="Arial" w:hAnsi="Arial"/>
          <w:b/>
        </w:rPr>
        <w:t xml:space="preserve">Participant #29:  </w:t>
      </w:r>
      <w:r>
        <w:rPr>
          <w:rFonts w:ascii="Arial" w:hAnsi="Arial"/>
          <w:color w:val="5D7284"/>
        </w:rPr>
        <w:t>34:33</w:t>
      </w:r>
    </w:p>
    <w:p w14:paraId="75BA77E9" w14:textId="77777777" w:rsidR="007D201C" w:rsidRDefault="00656813">
      <w:pPr>
        <w:spacing w:after="0"/>
      </w:pPr>
      <w:r>
        <w:rPr>
          <w:rFonts w:ascii="Arial" w:hAnsi="Arial"/>
        </w:rPr>
        <w:t xml:space="preserve">I think the warm would probably overwhelm the colder maybe like melted a little bit or make it warmer. </w:t>
      </w:r>
    </w:p>
    <w:p w14:paraId="0D972075" w14:textId="77777777" w:rsidR="007D201C" w:rsidRDefault="007D201C">
      <w:pPr>
        <w:spacing w:after="0"/>
      </w:pPr>
    </w:p>
    <w:p w14:paraId="79C4D0E3" w14:textId="77777777" w:rsidR="007D201C" w:rsidRDefault="00656813">
      <w:pPr>
        <w:spacing w:after="0"/>
      </w:pPr>
      <w:r>
        <w:rPr>
          <w:rFonts w:ascii="Arial" w:hAnsi="Arial"/>
          <w:b/>
        </w:rPr>
        <w:t xml:space="preserve">Interviewer E:  </w:t>
      </w:r>
      <w:r>
        <w:rPr>
          <w:rFonts w:ascii="Arial" w:hAnsi="Arial"/>
          <w:color w:val="5D7284"/>
        </w:rPr>
        <w:t>34:39</w:t>
      </w:r>
    </w:p>
    <w:p w14:paraId="0E8E9100" w14:textId="77777777" w:rsidR="007D201C" w:rsidRDefault="00656813">
      <w:pPr>
        <w:spacing w:after="0"/>
      </w:pPr>
      <w:r>
        <w:rPr>
          <w:rFonts w:ascii="Arial" w:hAnsi="Arial"/>
        </w:rPr>
        <w:t>Right, what do you think would happen if they ever reached the same temperature? Or do you think they would?</w:t>
      </w:r>
    </w:p>
    <w:p w14:paraId="0E5D5C48" w14:textId="77777777" w:rsidR="007D201C" w:rsidRDefault="007D201C">
      <w:pPr>
        <w:spacing w:after="0"/>
      </w:pPr>
    </w:p>
    <w:p w14:paraId="2EAA013C" w14:textId="77777777" w:rsidR="007D201C" w:rsidRDefault="00656813">
      <w:pPr>
        <w:spacing w:after="0"/>
      </w:pPr>
      <w:r>
        <w:rPr>
          <w:rFonts w:ascii="Arial" w:hAnsi="Arial"/>
          <w:b/>
        </w:rPr>
        <w:t xml:space="preserve">Participant #29:  </w:t>
      </w:r>
      <w:r>
        <w:rPr>
          <w:rFonts w:ascii="Arial" w:hAnsi="Arial"/>
          <w:color w:val="5D7284"/>
        </w:rPr>
        <w:t>34:46</w:t>
      </w:r>
    </w:p>
    <w:p w14:paraId="4AFE34C9" w14:textId="77777777" w:rsidR="007D201C" w:rsidRDefault="00656813">
      <w:pPr>
        <w:spacing w:after="0"/>
      </w:pPr>
      <w:r>
        <w:rPr>
          <w:rFonts w:ascii="Arial" w:hAnsi="Arial"/>
        </w:rPr>
        <w:t>I think if they reached the same temperature, I think they eventually would but they wouldn't mix. I think they just sort of stay.</w:t>
      </w:r>
    </w:p>
    <w:p w14:paraId="153BE2A2" w14:textId="77777777" w:rsidR="007D201C" w:rsidRDefault="007D201C">
      <w:pPr>
        <w:spacing w:after="0"/>
      </w:pPr>
    </w:p>
    <w:p w14:paraId="35720BA3" w14:textId="77777777" w:rsidR="007D201C" w:rsidRDefault="00656813">
      <w:pPr>
        <w:spacing w:after="0"/>
      </w:pPr>
      <w:r>
        <w:rPr>
          <w:rFonts w:ascii="Arial" w:hAnsi="Arial"/>
          <w:b/>
        </w:rPr>
        <w:t xml:space="preserve">Interviewer E:  </w:t>
      </w:r>
      <w:r>
        <w:rPr>
          <w:rFonts w:ascii="Arial" w:hAnsi="Arial"/>
          <w:color w:val="5D7284"/>
        </w:rPr>
        <w:t>34:54</w:t>
      </w:r>
    </w:p>
    <w:p w14:paraId="73353B30" w14:textId="77777777" w:rsidR="007D201C" w:rsidRDefault="00656813">
      <w:pPr>
        <w:spacing w:after="0"/>
      </w:pPr>
      <w:r>
        <w:rPr>
          <w:rFonts w:ascii="Arial" w:hAnsi="Arial"/>
        </w:rPr>
        <w:t>They'd stay it's still in their little preferred gelatinous spots. So if that Jell-O were let's say, were to get the same temperature, how long do you think that would even take? And we're say there was like a 10 degree difference or something between the Jell-Os?</w:t>
      </w:r>
    </w:p>
    <w:p w14:paraId="5C2C8B82" w14:textId="77777777" w:rsidR="007D201C" w:rsidRDefault="007D201C">
      <w:pPr>
        <w:spacing w:after="0"/>
      </w:pPr>
    </w:p>
    <w:p w14:paraId="33F0E9CC" w14:textId="77777777" w:rsidR="007D201C" w:rsidRDefault="00656813">
      <w:pPr>
        <w:spacing w:after="0"/>
      </w:pPr>
      <w:r>
        <w:rPr>
          <w:rFonts w:ascii="Arial" w:hAnsi="Arial"/>
          <w:b/>
        </w:rPr>
        <w:t xml:space="preserve">Participant #29:  </w:t>
      </w:r>
      <w:r>
        <w:rPr>
          <w:rFonts w:ascii="Arial" w:hAnsi="Arial"/>
          <w:color w:val="5D7284"/>
        </w:rPr>
        <w:t>35:22</w:t>
      </w:r>
    </w:p>
    <w:p w14:paraId="3C45FC58" w14:textId="77777777" w:rsidR="007D201C" w:rsidRDefault="00656813">
      <w:pPr>
        <w:spacing w:after="0"/>
      </w:pPr>
      <w:r>
        <w:rPr>
          <w:rFonts w:ascii="Arial" w:hAnsi="Arial"/>
        </w:rPr>
        <w:t>How long would it take for them to be the same temperature? I'd say longer than the water. So maybe to two hours, 30 minutes, somewhere on there.</w:t>
      </w:r>
    </w:p>
    <w:p w14:paraId="63EE8F83" w14:textId="77777777" w:rsidR="007D201C" w:rsidRDefault="007D201C">
      <w:pPr>
        <w:spacing w:after="0"/>
      </w:pPr>
    </w:p>
    <w:p w14:paraId="520482BC" w14:textId="77777777" w:rsidR="007D201C" w:rsidRDefault="00656813">
      <w:pPr>
        <w:spacing w:after="0"/>
      </w:pPr>
      <w:r>
        <w:rPr>
          <w:rFonts w:ascii="Arial" w:hAnsi="Arial"/>
          <w:b/>
        </w:rPr>
        <w:t xml:space="preserve">Interviewer E:  </w:t>
      </w:r>
      <w:r>
        <w:rPr>
          <w:rFonts w:ascii="Arial" w:hAnsi="Arial"/>
          <w:color w:val="5D7284"/>
        </w:rPr>
        <w:t>35:34</w:t>
      </w:r>
    </w:p>
    <w:p w14:paraId="12184097" w14:textId="77777777" w:rsidR="007D201C" w:rsidRDefault="00656813">
      <w:pPr>
        <w:spacing w:after="0"/>
      </w:pPr>
      <w:r>
        <w:rPr>
          <w:rFonts w:ascii="Arial" w:hAnsi="Arial"/>
        </w:rPr>
        <w:lastRenderedPageBreak/>
        <w:t>Two hours and 30 minutes. Okay. And do you think at that point, it would change? It would all it would turn purple?</w:t>
      </w:r>
    </w:p>
    <w:p w14:paraId="47728F9C" w14:textId="77777777" w:rsidR="007D201C" w:rsidRDefault="007D201C">
      <w:pPr>
        <w:spacing w:after="0"/>
      </w:pPr>
    </w:p>
    <w:p w14:paraId="10FC3AB4" w14:textId="77777777" w:rsidR="007D201C" w:rsidRDefault="00656813">
      <w:pPr>
        <w:spacing w:after="0"/>
      </w:pPr>
      <w:r>
        <w:rPr>
          <w:rFonts w:ascii="Arial" w:hAnsi="Arial"/>
          <w:b/>
        </w:rPr>
        <w:t xml:space="preserve">Participant #29:  </w:t>
      </w:r>
      <w:r>
        <w:rPr>
          <w:rFonts w:ascii="Arial" w:hAnsi="Arial"/>
          <w:color w:val="5D7284"/>
        </w:rPr>
        <w:t>35:46</w:t>
      </w:r>
    </w:p>
    <w:p w14:paraId="3764B580" w14:textId="77777777" w:rsidR="007D201C" w:rsidRDefault="00656813">
      <w:pPr>
        <w:spacing w:after="0"/>
      </w:pPr>
      <w:r>
        <w:rPr>
          <w:rFonts w:ascii="Arial" w:hAnsi="Arial"/>
        </w:rPr>
        <w:t>Yeah, I think there'd be like a purple line maybe in the middle.</w:t>
      </w:r>
    </w:p>
    <w:p w14:paraId="2D93CC7D" w14:textId="77777777" w:rsidR="007D201C" w:rsidRDefault="007D201C">
      <w:pPr>
        <w:spacing w:after="0"/>
      </w:pPr>
    </w:p>
    <w:p w14:paraId="1A189AD9" w14:textId="77777777" w:rsidR="007D201C" w:rsidRDefault="00656813">
      <w:pPr>
        <w:spacing w:after="0"/>
      </w:pPr>
      <w:r>
        <w:rPr>
          <w:rFonts w:ascii="Arial" w:hAnsi="Arial"/>
          <w:b/>
        </w:rPr>
        <w:t xml:space="preserve">Interviewer E:  </w:t>
      </w:r>
      <w:r>
        <w:rPr>
          <w:rFonts w:ascii="Arial" w:hAnsi="Arial"/>
          <w:color w:val="5D7284"/>
        </w:rPr>
        <w:t>35:49</w:t>
      </w:r>
    </w:p>
    <w:p w14:paraId="3CF93C97" w14:textId="77777777" w:rsidR="007D201C" w:rsidRDefault="00656813">
      <w:pPr>
        <w:spacing w:after="0"/>
      </w:pPr>
      <w:r>
        <w:rPr>
          <w:rFonts w:ascii="Arial" w:hAnsi="Arial"/>
        </w:rPr>
        <w:t>Just in the middle right?</w:t>
      </w:r>
    </w:p>
    <w:p w14:paraId="40964AD1" w14:textId="77777777" w:rsidR="007D201C" w:rsidRDefault="007D201C">
      <w:pPr>
        <w:spacing w:after="0"/>
      </w:pPr>
    </w:p>
    <w:p w14:paraId="60C10539" w14:textId="77777777" w:rsidR="007D201C" w:rsidRDefault="00656813">
      <w:pPr>
        <w:spacing w:after="0"/>
      </w:pPr>
      <w:r>
        <w:rPr>
          <w:rFonts w:ascii="Arial" w:hAnsi="Arial"/>
          <w:b/>
        </w:rPr>
        <w:t xml:space="preserve">Participant #29:  </w:t>
      </w:r>
      <w:r>
        <w:rPr>
          <w:rFonts w:ascii="Arial" w:hAnsi="Arial"/>
          <w:color w:val="5D7284"/>
        </w:rPr>
        <w:t>35:50</w:t>
      </w:r>
    </w:p>
    <w:p w14:paraId="67F2389E" w14:textId="77777777" w:rsidR="007D201C" w:rsidRDefault="00656813">
      <w:pPr>
        <w:spacing w:after="0"/>
      </w:pPr>
      <w:r>
        <w:rPr>
          <w:rFonts w:ascii="Arial" w:hAnsi="Arial"/>
        </w:rPr>
        <w:t>Yeah.</w:t>
      </w:r>
    </w:p>
    <w:p w14:paraId="5272E83A" w14:textId="77777777" w:rsidR="007D201C" w:rsidRDefault="007D201C">
      <w:pPr>
        <w:spacing w:after="0"/>
      </w:pPr>
    </w:p>
    <w:p w14:paraId="1D43E951" w14:textId="77777777" w:rsidR="007D201C" w:rsidRDefault="00656813">
      <w:pPr>
        <w:spacing w:after="0"/>
      </w:pPr>
      <w:r>
        <w:rPr>
          <w:rFonts w:ascii="Arial" w:hAnsi="Arial"/>
          <w:b/>
        </w:rPr>
        <w:t xml:space="preserve">Interviewer E:  </w:t>
      </w:r>
      <w:r>
        <w:rPr>
          <w:rFonts w:ascii="Arial" w:hAnsi="Arial"/>
          <w:color w:val="5D7284"/>
        </w:rPr>
        <w:t>35:50</w:t>
      </w:r>
    </w:p>
    <w:p w14:paraId="515A7FA6" w14:textId="77777777" w:rsidR="007D201C" w:rsidRDefault="00656813">
      <w:pPr>
        <w:spacing w:after="0"/>
      </w:pPr>
      <w:r>
        <w:rPr>
          <w:rFonts w:ascii="Arial" w:hAnsi="Arial"/>
        </w:rPr>
        <w:t xml:space="preserve">Right. Okay. Okay. All right. So, I </w:t>
      </w:r>
      <w:r>
        <w:rPr>
          <w:rFonts w:ascii="Arial" w:hAnsi="Arial"/>
        </w:rPr>
        <w:t>don't know if you've worked with potassium permagnate before, but you probably have your.. or you are space, environ, geology.</w:t>
      </w:r>
    </w:p>
    <w:p w14:paraId="17DFD820" w14:textId="77777777" w:rsidR="007D201C" w:rsidRDefault="007D201C">
      <w:pPr>
        <w:spacing w:after="0"/>
      </w:pPr>
    </w:p>
    <w:p w14:paraId="01730EC8" w14:textId="77777777" w:rsidR="007D201C" w:rsidRDefault="00656813">
      <w:pPr>
        <w:spacing w:after="0"/>
      </w:pPr>
      <w:r>
        <w:rPr>
          <w:rFonts w:ascii="Arial" w:hAnsi="Arial"/>
          <w:b/>
        </w:rPr>
        <w:t xml:space="preserve">Participant #29:  </w:t>
      </w:r>
      <w:r>
        <w:rPr>
          <w:rFonts w:ascii="Arial" w:hAnsi="Arial"/>
          <w:color w:val="5D7284"/>
        </w:rPr>
        <w:t>36:06</w:t>
      </w:r>
    </w:p>
    <w:p w14:paraId="360AC940" w14:textId="77777777" w:rsidR="007D201C" w:rsidRDefault="00656813">
      <w:pPr>
        <w:spacing w:after="0"/>
      </w:pPr>
      <w:r>
        <w:rPr>
          <w:rFonts w:ascii="Arial" w:hAnsi="Arial"/>
        </w:rPr>
        <w:t>Geology.</w:t>
      </w:r>
    </w:p>
    <w:p w14:paraId="56D777BD" w14:textId="77777777" w:rsidR="007D201C" w:rsidRDefault="007D201C">
      <w:pPr>
        <w:spacing w:after="0"/>
      </w:pPr>
    </w:p>
    <w:p w14:paraId="23196AA6" w14:textId="77777777" w:rsidR="007D201C" w:rsidRDefault="00656813">
      <w:pPr>
        <w:spacing w:after="0"/>
      </w:pPr>
      <w:r>
        <w:rPr>
          <w:rFonts w:ascii="Arial" w:hAnsi="Arial"/>
          <w:b/>
        </w:rPr>
        <w:t xml:space="preserve">Interviewer E:  </w:t>
      </w:r>
      <w:r>
        <w:rPr>
          <w:rFonts w:ascii="Arial" w:hAnsi="Arial"/>
          <w:color w:val="5D7284"/>
        </w:rPr>
        <w:t>36:07</w:t>
      </w:r>
    </w:p>
    <w:p w14:paraId="211D25BE" w14:textId="77777777" w:rsidR="007D201C" w:rsidRDefault="00656813">
      <w:pPr>
        <w:spacing w:after="0"/>
      </w:pPr>
      <w:r>
        <w:rPr>
          <w:rFonts w:ascii="Arial" w:hAnsi="Arial"/>
        </w:rPr>
        <w:t>Geology. Okay, have you ever worked with potassium pemagnate before?</w:t>
      </w:r>
    </w:p>
    <w:p w14:paraId="763DAFC7" w14:textId="77777777" w:rsidR="007D201C" w:rsidRDefault="007D201C">
      <w:pPr>
        <w:spacing w:after="0"/>
      </w:pPr>
    </w:p>
    <w:p w14:paraId="378D699E" w14:textId="77777777" w:rsidR="007D201C" w:rsidRDefault="00656813">
      <w:pPr>
        <w:spacing w:after="0"/>
      </w:pPr>
      <w:r>
        <w:rPr>
          <w:rFonts w:ascii="Arial" w:hAnsi="Arial"/>
          <w:b/>
        </w:rPr>
        <w:t xml:space="preserve">Participant #29:  </w:t>
      </w:r>
      <w:r>
        <w:rPr>
          <w:rFonts w:ascii="Arial" w:hAnsi="Arial"/>
          <w:color w:val="5D7284"/>
        </w:rPr>
        <w:t>36:10</w:t>
      </w:r>
    </w:p>
    <w:p w14:paraId="4719A3D8" w14:textId="77777777" w:rsidR="007D201C" w:rsidRDefault="00656813">
      <w:pPr>
        <w:spacing w:after="0"/>
      </w:pPr>
      <w:r>
        <w:rPr>
          <w:rFonts w:ascii="Arial" w:hAnsi="Arial"/>
        </w:rPr>
        <w:t>Maybe like, once, but not really, are those little tablets.</w:t>
      </w:r>
    </w:p>
    <w:p w14:paraId="3DAF8051" w14:textId="77777777" w:rsidR="007D201C" w:rsidRDefault="007D201C">
      <w:pPr>
        <w:spacing w:after="0"/>
      </w:pPr>
    </w:p>
    <w:p w14:paraId="10DA7E04" w14:textId="77777777" w:rsidR="007D201C" w:rsidRDefault="00656813">
      <w:pPr>
        <w:spacing w:after="0"/>
      </w:pPr>
      <w:r>
        <w:rPr>
          <w:rFonts w:ascii="Arial" w:hAnsi="Arial"/>
          <w:b/>
        </w:rPr>
        <w:t xml:space="preserve">Interviewer E:  </w:t>
      </w:r>
      <w:r>
        <w:rPr>
          <w:rFonts w:ascii="Arial" w:hAnsi="Arial"/>
          <w:color w:val="5D7284"/>
        </w:rPr>
        <w:t>36:15</w:t>
      </w:r>
    </w:p>
    <w:p w14:paraId="29212A15" w14:textId="77777777" w:rsidR="007D201C" w:rsidRDefault="00656813">
      <w:pPr>
        <w:spacing w:after="0"/>
      </w:pPr>
      <w:r>
        <w:rPr>
          <w:rFonts w:ascii="Arial" w:hAnsi="Arial"/>
        </w:rPr>
        <w:t xml:space="preserve">There like, I am actually going to show you. super, super, super literal. But they probably look really cool underneath a microscope. So that's how </w:t>
      </w:r>
      <w:r>
        <w:rPr>
          <w:rFonts w:ascii="Arial" w:hAnsi="Arial"/>
        </w:rPr>
        <w:t>they do that oh, and they have a very special property. Basically, what happens is, when you take these little teeny potassium, potassium paramagnetic crystals and you drop them into water, they actually leave a diode trail behind, and they will usually sink directly to the bottom because of their weight. Okay, so what I'm going to do is I'm going to put them in here, and I'm going to allow you to see essentially how they work in still water. A little of this stuff goes a long way. It's hard to get it.</w:t>
      </w:r>
    </w:p>
    <w:p w14:paraId="78583E2B" w14:textId="77777777" w:rsidR="007D201C" w:rsidRDefault="007D201C">
      <w:pPr>
        <w:spacing w:after="0"/>
      </w:pPr>
    </w:p>
    <w:p w14:paraId="6C55EFF4" w14:textId="77777777" w:rsidR="007D201C" w:rsidRDefault="00656813">
      <w:pPr>
        <w:spacing w:after="0"/>
      </w:pPr>
      <w:r>
        <w:rPr>
          <w:rFonts w:ascii="Arial" w:hAnsi="Arial"/>
          <w:b/>
        </w:rPr>
        <w:t xml:space="preserve">Participant #29:  </w:t>
      </w:r>
      <w:r>
        <w:rPr>
          <w:rFonts w:ascii="Arial" w:hAnsi="Arial"/>
          <w:color w:val="5D7284"/>
        </w:rPr>
        <w:t>37:05</w:t>
      </w:r>
    </w:p>
    <w:p w14:paraId="37E3590E" w14:textId="77777777" w:rsidR="007D201C" w:rsidRDefault="00656813">
      <w:pPr>
        <w:spacing w:after="0"/>
      </w:pPr>
      <w:r>
        <w:rPr>
          <w:rFonts w:ascii="Arial" w:hAnsi="Arial"/>
        </w:rPr>
        <w:t>I've never seen that before, that's cool.</w:t>
      </w:r>
    </w:p>
    <w:p w14:paraId="27DC39D7" w14:textId="77777777" w:rsidR="007D201C" w:rsidRDefault="007D201C">
      <w:pPr>
        <w:spacing w:after="0"/>
      </w:pPr>
    </w:p>
    <w:p w14:paraId="46A3B915" w14:textId="77777777" w:rsidR="007D201C" w:rsidRDefault="00656813">
      <w:pPr>
        <w:spacing w:after="0"/>
      </w:pPr>
      <w:r>
        <w:rPr>
          <w:rFonts w:ascii="Arial" w:hAnsi="Arial"/>
          <w:b/>
        </w:rPr>
        <w:t xml:space="preserve">Interviewer E:  </w:t>
      </w:r>
      <w:r>
        <w:rPr>
          <w:rFonts w:ascii="Arial" w:hAnsi="Arial"/>
          <w:color w:val="5D7284"/>
        </w:rPr>
        <w:t>37:07</w:t>
      </w:r>
    </w:p>
    <w:p w14:paraId="12003B84" w14:textId="77777777" w:rsidR="007D201C" w:rsidRDefault="00656813">
      <w:pPr>
        <w:spacing w:after="0"/>
      </w:pPr>
      <w:r>
        <w:rPr>
          <w:rFonts w:ascii="Arial" w:hAnsi="Arial"/>
        </w:rPr>
        <w:t>Is it's isn't it. So what surprised you about this stuff,</w:t>
      </w:r>
    </w:p>
    <w:p w14:paraId="2DF7E51C" w14:textId="77777777" w:rsidR="007D201C" w:rsidRDefault="007D201C">
      <w:pPr>
        <w:spacing w:after="0"/>
      </w:pPr>
    </w:p>
    <w:p w14:paraId="1A1D38D1" w14:textId="77777777" w:rsidR="007D201C" w:rsidRDefault="00656813">
      <w:pPr>
        <w:spacing w:after="0"/>
      </w:pPr>
      <w:r>
        <w:rPr>
          <w:rFonts w:ascii="Arial" w:hAnsi="Arial"/>
          <w:b/>
        </w:rPr>
        <w:t xml:space="preserve">Participant #29:  </w:t>
      </w:r>
      <w:r>
        <w:rPr>
          <w:rFonts w:ascii="Arial" w:hAnsi="Arial"/>
          <w:color w:val="5D7284"/>
        </w:rPr>
        <w:t>37:18</w:t>
      </w:r>
    </w:p>
    <w:p w14:paraId="6E197500" w14:textId="77777777" w:rsidR="007D201C" w:rsidRDefault="00656813">
      <w:pPr>
        <w:spacing w:after="0"/>
      </w:pPr>
      <w:r>
        <w:rPr>
          <w:rFonts w:ascii="Arial" w:hAnsi="Arial"/>
        </w:rPr>
        <w:t xml:space="preserve">It kind of does the same finger thing like it's going down and then </w:t>
      </w:r>
      <w:r>
        <w:rPr>
          <w:rFonts w:ascii="Arial" w:hAnsi="Arial"/>
        </w:rPr>
        <w:t>convecting a little bit, I kind of see the color too, I didn't expect it to be that bright, but It's cool.</w:t>
      </w:r>
    </w:p>
    <w:p w14:paraId="61AA815A" w14:textId="77777777" w:rsidR="007D201C" w:rsidRDefault="007D201C">
      <w:pPr>
        <w:spacing w:after="0"/>
      </w:pPr>
    </w:p>
    <w:p w14:paraId="65313960" w14:textId="77777777" w:rsidR="007D201C" w:rsidRDefault="00656813">
      <w:pPr>
        <w:spacing w:after="0"/>
      </w:pPr>
      <w:r>
        <w:rPr>
          <w:rFonts w:ascii="Arial" w:hAnsi="Arial"/>
          <w:b/>
        </w:rPr>
        <w:lastRenderedPageBreak/>
        <w:t xml:space="preserve">Interviewer E:  </w:t>
      </w:r>
      <w:r>
        <w:rPr>
          <w:rFonts w:ascii="Arial" w:hAnsi="Arial"/>
          <w:color w:val="5D7284"/>
        </w:rPr>
        <w:t>37:30</w:t>
      </w:r>
    </w:p>
    <w:p w14:paraId="2C73165B" w14:textId="77777777" w:rsidR="007D201C" w:rsidRDefault="00656813">
      <w:pPr>
        <w:spacing w:after="0"/>
      </w:pPr>
      <w:r>
        <w:rPr>
          <w:rFonts w:ascii="Arial" w:hAnsi="Arial"/>
        </w:rPr>
        <w:t xml:space="preserve">I think so too. And I'm sure you can see probably where I'm going with this, I'm going to put it in that spinning tank. So this tank has just been completely still and it has just been sitting here I put it kind of over there. Because I didn't want us to bump the table too much. I wanted it to be as still as I possibly could get it. And this tank has been spinning for probably about 45 minutes to maybe even an hour from when we started because I had it spinning before you got here. Um, so what I'm going to </w:t>
      </w:r>
      <w:r>
        <w:rPr>
          <w:rFonts w:ascii="Arial" w:hAnsi="Arial"/>
        </w:rPr>
        <w:t>do is I'm going to take some that potassium permagnate, and I'm going to put it in there. Okay. I'm also going to take some normal food dye just drips and I'm going to drop maybe a drip or two just to kind of show that what is happening isn't necessarily a property specifically designated to potassium permagnate that it could literally happen with all kinds of dyes, right. So before I do that, I want you to give me a rough I guess we a guesstimation of what you think this is going to look like when I initia</w:t>
      </w:r>
      <w:r>
        <w:rPr>
          <w:rFonts w:ascii="Arial" w:hAnsi="Arial"/>
        </w:rPr>
        <w:t xml:space="preserve">lly or when I drop it in there how it would look after one minute. And I want you to draw like I'm down here and I take a picture in time of the side. </w:t>
      </w:r>
    </w:p>
    <w:p w14:paraId="562D6BE9" w14:textId="77777777" w:rsidR="007D201C" w:rsidRDefault="007D201C">
      <w:pPr>
        <w:spacing w:after="0"/>
      </w:pPr>
    </w:p>
    <w:p w14:paraId="2791B518" w14:textId="77777777" w:rsidR="007D201C" w:rsidRDefault="00656813">
      <w:pPr>
        <w:spacing w:after="0"/>
      </w:pPr>
      <w:r>
        <w:rPr>
          <w:rFonts w:ascii="Arial" w:hAnsi="Arial"/>
          <w:b/>
        </w:rPr>
        <w:t xml:space="preserve">Participant #29:  </w:t>
      </w:r>
      <w:r>
        <w:rPr>
          <w:rFonts w:ascii="Arial" w:hAnsi="Arial"/>
          <w:color w:val="5D7284"/>
        </w:rPr>
        <w:t>38:50</w:t>
      </w:r>
    </w:p>
    <w:p w14:paraId="1BDD1F54" w14:textId="77777777" w:rsidR="007D201C" w:rsidRDefault="00656813">
      <w:pPr>
        <w:spacing w:after="0"/>
      </w:pPr>
      <w:r>
        <w:rPr>
          <w:rFonts w:ascii="Arial" w:hAnsi="Arial"/>
        </w:rPr>
        <w:t>Yeah.</w:t>
      </w:r>
    </w:p>
    <w:p w14:paraId="0D07A98B" w14:textId="77777777" w:rsidR="007D201C" w:rsidRDefault="007D201C">
      <w:pPr>
        <w:spacing w:after="0"/>
      </w:pPr>
    </w:p>
    <w:p w14:paraId="79FFECAB" w14:textId="77777777" w:rsidR="007D201C" w:rsidRDefault="00656813">
      <w:pPr>
        <w:spacing w:after="0"/>
      </w:pPr>
      <w:r>
        <w:rPr>
          <w:rFonts w:ascii="Arial" w:hAnsi="Arial"/>
          <w:b/>
        </w:rPr>
        <w:t xml:space="preserve">Interviewer E:  </w:t>
      </w:r>
      <w:r>
        <w:rPr>
          <w:rFonts w:ascii="Arial" w:hAnsi="Arial"/>
          <w:color w:val="5D7284"/>
        </w:rPr>
        <w:t>38:50</w:t>
      </w:r>
    </w:p>
    <w:p w14:paraId="6A275EA5" w14:textId="77777777" w:rsidR="007D201C" w:rsidRDefault="00656813">
      <w:pPr>
        <w:spacing w:after="0"/>
      </w:pPr>
      <w:r>
        <w:rPr>
          <w:rFonts w:ascii="Arial" w:hAnsi="Arial"/>
        </w:rPr>
        <w:t>And I take a picture of time at the top is a bird's eye view. I want you to draw your picture like that or how you think it'll look after one minute.</w:t>
      </w:r>
    </w:p>
    <w:p w14:paraId="0366C9F8" w14:textId="77777777" w:rsidR="007D201C" w:rsidRDefault="007D201C">
      <w:pPr>
        <w:spacing w:after="0"/>
      </w:pPr>
    </w:p>
    <w:p w14:paraId="195EE365" w14:textId="77777777" w:rsidR="007D201C" w:rsidRDefault="00656813">
      <w:pPr>
        <w:spacing w:after="0"/>
      </w:pPr>
      <w:r>
        <w:rPr>
          <w:rFonts w:ascii="Arial" w:hAnsi="Arial"/>
          <w:b/>
        </w:rPr>
        <w:t xml:space="preserve">Participant #29:  </w:t>
      </w:r>
      <w:r>
        <w:rPr>
          <w:rFonts w:ascii="Arial" w:hAnsi="Arial"/>
          <w:color w:val="5D7284"/>
        </w:rPr>
        <w:t>40:10</w:t>
      </w:r>
    </w:p>
    <w:p w14:paraId="68466B49" w14:textId="77777777" w:rsidR="007D201C" w:rsidRDefault="00656813">
      <w:pPr>
        <w:spacing w:after="0"/>
      </w:pPr>
      <w:r>
        <w:rPr>
          <w:rFonts w:ascii="Arial" w:hAnsi="Arial"/>
        </w:rPr>
        <w:t>That's probably a horrible drawing.</w:t>
      </w:r>
    </w:p>
    <w:p w14:paraId="708EC84D" w14:textId="77777777" w:rsidR="007D201C" w:rsidRDefault="007D201C">
      <w:pPr>
        <w:spacing w:after="0"/>
      </w:pPr>
    </w:p>
    <w:p w14:paraId="30A72AAF" w14:textId="77777777" w:rsidR="007D201C" w:rsidRDefault="00656813">
      <w:pPr>
        <w:spacing w:after="0"/>
      </w:pPr>
      <w:r>
        <w:rPr>
          <w:rFonts w:ascii="Arial" w:hAnsi="Arial"/>
          <w:b/>
        </w:rPr>
        <w:t xml:space="preserve">Interviewer E:  </w:t>
      </w:r>
      <w:r>
        <w:rPr>
          <w:rFonts w:ascii="Arial" w:hAnsi="Arial"/>
          <w:color w:val="5D7284"/>
        </w:rPr>
        <w:t>40:12</w:t>
      </w:r>
    </w:p>
    <w:p w14:paraId="181D4708" w14:textId="77777777" w:rsidR="007D201C" w:rsidRDefault="00656813">
      <w:pPr>
        <w:spacing w:after="0"/>
      </w:pPr>
      <w:r>
        <w:rPr>
          <w:rFonts w:ascii="Arial" w:hAnsi="Arial"/>
        </w:rPr>
        <w:t xml:space="preserve">No, that's perfectly fine. So explain to me a little bit we have going on. </w:t>
      </w:r>
    </w:p>
    <w:p w14:paraId="363AAE03" w14:textId="77777777" w:rsidR="007D201C" w:rsidRDefault="007D201C">
      <w:pPr>
        <w:spacing w:after="0"/>
      </w:pPr>
    </w:p>
    <w:p w14:paraId="04327419" w14:textId="77777777" w:rsidR="007D201C" w:rsidRDefault="00656813">
      <w:pPr>
        <w:spacing w:after="0"/>
      </w:pPr>
      <w:r>
        <w:rPr>
          <w:rFonts w:ascii="Arial" w:hAnsi="Arial"/>
          <w:b/>
        </w:rPr>
        <w:t xml:space="preserve">Participant #29:  </w:t>
      </w:r>
      <w:r>
        <w:rPr>
          <w:rFonts w:ascii="Arial" w:hAnsi="Arial"/>
          <w:color w:val="5D7284"/>
        </w:rPr>
        <w:t>40:15</w:t>
      </w:r>
    </w:p>
    <w:p w14:paraId="1E9C8FBE" w14:textId="77777777" w:rsidR="007D201C" w:rsidRDefault="00656813">
      <w:pPr>
        <w:spacing w:after="0"/>
      </w:pPr>
      <w:r>
        <w:rPr>
          <w:rFonts w:ascii="Arial" w:hAnsi="Arial"/>
        </w:rPr>
        <w:t>For the top view, I said, it's kind of, I think it's gonna look maybe like a spiral where just the dyes are kind of going around. But there's some mixing too.</w:t>
      </w:r>
    </w:p>
    <w:p w14:paraId="77432963" w14:textId="77777777" w:rsidR="007D201C" w:rsidRDefault="007D201C">
      <w:pPr>
        <w:spacing w:after="0"/>
      </w:pPr>
    </w:p>
    <w:p w14:paraId="6697B219" w14:textId="77777777" w:rsidR="007D201C" w:rsidRDefault="00656813">
      <w:pPr>
        <w:spacing w:after="0"/>
      </w:pPr>
      <w:r>
        <w:rPr>
          <w:rFonts w:ascii="Arial" w:hAnsi="Arial"/>
          <w:b/>
        </w:rPr>
        <w:t xml:space="preserve">Interviewer E:  </w:t>
      </w:r>
      <w:r>
        <w:rPr>
          <w:rFonts w:ascii="Arial" w:hAnsi="Arial"/>
          <w:color w:val="5D7284"/>
        </w:rPr>
        <w:t>40:24</w:t>
      </w:r>
    </w:p>
    <w:p w14:paraId="64986217" w14:textId="77777777" w:rsidR="007D201C" w:rsidRDefault="00656813">
      <w:pPr>
        <w:spacing w:after="0"/>
      </w:pPr>
      <w:r>
        <w:rPr>
          <w:rFonts w:ascii="Arial" w:hAnsi="Arial"/>
        </w:rPr>
        <w:t>And you're saying that because you feel that it's the water is spiraling on the inside of tank?</w:t>
      </w:r>
    </w:p>
    <w:p w14:paraId="44F7F39B" w14:textId="77777777" w:rsidR="007D201C" w:rsidRDefault="007D201C">
      <w:pPr>
        <w:spacing w:after="0"/>
      </w:pPr>
    </w:p>
    <w:p w14:paraId="774966AF" w14:textId="77777777" w:rsidR="007D201C" w:rsidRDefault="00656813">
      <w:pPr>
        <w:spacing w:after="0"/>
      </w:pPr>
      <w:r>
        <w:rPr>
          <w:rFonts w:ascii="Arial" w:hAnsi="Arial"/>
          <w:b/>
        </w:rPr>
        <w:t xml:space="preserve">Participant #29:  </w:t>
      </w:r>
      <w:r>
        <w:rPr>
          <w:rFonts w:ascii="Arial" w:hAnsi="Arial"/>
          <w:color w:val="5D7284"/>
        </w:rPr>
        <w:t>40:31</w:t>
      </w:r>
    </w:p>
    <w:p w14:paraId="55F53E8F" w14:textId="77777777" w:rsidR="007D201C" w:rsidRDefault="00656813">
      <w:pPr>
        <w:spacing w:after="0"/>
      </w:pPr>
      <w:r>
        <w:rPr>
          <w:rFonts w:ascii="Arial" w:hAnsi="Arial"/>
        </w:rPr>
        <w:t xml:space="preserve">Right yep. </w:t>
      </w:r>
    </w:p>
    <w:p w14:paraId="3C6DDEDF" w14:textId="77777777" w:rsidR="007D201C" w:rsidRDefault="007D201C">
      <w:pPr>
        <w:spacing w:after="0"/>
      </w:pPr>
    </w:p>
    <w:p w14:paraId="5E0BF291" w14:textId="77777777" w:rsidR="007D201C" w:rsidRDefault="00656813">
      <w:pPr>
        <w:spacing w:after="0"/>
      </w:pPr>
      <w:r>
        <w:rPr>
          <w:rFonts w:ascii="Arial" w:hAnsi="Arial"/>
          <w:b/>
        </w:rPr>
        <w:t xml:space="preserve">Interviewer E:  </w:t>
      </w:r>
      <w:r>
        <w:rPr>
          <w:rFonts w:ascii="Arial" w:hAnsi="Arial"/>
          <w:color w:val="5D7284"/>
        </w:rPr>
        <w:t>40:32</w:t>
      </w:r>
    </w:p>
    <w:p w14:paraId="0B65918D" w14:textId="77777777" w:rsidR="007D201C" w:rsidRDefault="00656813">
      <w:pPr>
        <w:spacing w:after="0"/>
      </w:pPr>
      <w:r>
        <w:rPr>
          <w:rFonts w:ascii="Arial" w:hAnsi="Arial"/>
        </w:rPr>
        <w:t xml:space="preserve">Okay. </w:t>
      </w:r>
    </w:p>
    <w:p w14:paraId="528D7EC6" w14:textId="77777777" w:rsidR="007D201C" w:rsidRDefault="007D201C">
      <w:pPr>
        <w:spacing w:after="0"/>
      </w:pPr>
    </w:p>
    <w:p w14:paraId="194566BF" w14:textId="77777777" w:rsidR="007D201C" w:rsidRDefault="00656813">
      <w:pPr>
        <w:spacing w:after="0"/>
      </w:pPr>
      <w:r>
        <w:rPr>
          <w:rFonts w:ascii="Arial" w:hAnsi="Arial"/>
          <w:b/>
        </w:rPr>
        <w:t xml:space="preserve">Participant #29:  </w:t>
      </w:r>
      <w:r>
        <w:rPr>
          <w:rFonts w:ascii="Arial" w:hAnsi="Arial"/>
          <w:color w:val="5D7284"/>
        </w:rPr>
        <w:t>40:33</w:t>
      </w:r>
    </w:p>
    <w:p w14:paraId="168367AF" w14:textId="77777777" w:rsidR="007D201C" w:rsidRDefault="00656813">
      <w:pPr>
        <w:spacing w:after="0"/>
      </w:pPr>
      <w:r>
        <w:rPr>
          <w:rFonts w:ascii="Arial" w:hAnsi="Arial"/>
        </w:rPr>
        <w:t>And then. So the side view, it's kind of just kind of similar, but there's some mixing and you're, you might be able to see sort of the layers to like, it hasn't completely mixed yet.</w:t>
      </w:r>
    </w:p>
    <w:p w14:paraId="4A2D6430" w14:textId="77777777" w:rsidR="007D201C" w:rsidRDefault="007D201C">
      <w:pPr>
        <w:spacing w:after="0"/>
      </w:pPr>
    </w:p>
    <w:p w14:paraId="4A696772" w14:textId="77777777" w:rsidR="007D201C" w:rsidRDefault="00656813">
      <w:pPr>
        <w:spacing w:after="0"/>
      </w:pPr>
      <w:r>
        <w:rPr>
          <w:rFonts w:ascii="Arial" w:hAnsi="Arial"/>
          <w:b/>
        </w:rPr>
        <w:lastRenderedPageBreak/>
        <w:t xml:space="preserve">Interviewer E:  </w:t>
      </w:r>
      <w:r>
        <w:rPr>
          <w:rFonts w:ascii="Arial" w:hAnsi="Arial"/>
          <w:color w:val="5D7284"/>
        </w:rPr>
        <w:t>40:45</w:t>
      </w:r>
    </w:p>
    <w:p w14:paraId="48B24A5E" w14:textId="77777777" w:rsidR="007D201C" w:rsidRDefault="00656813">
      <w:pPr>
        <w:spacing w:after="0"/>
      </w:pPr>
      <w:r>
        <w:rPr>
          <w:rFonts w:ascii="Arial" w:hAnsi="Arial"/>
        </w:rPr>
        <w:t>Right. And, and so by layers, you mean that there are layers in like, it'll have a type of stratification or?</w:t>
      </w:r>
    </w:p>
    <w:p w14:paraId="7ADBDCB3" w14:textId="77777777" w:rsidR="007D201C" w:rsidRDefault="007D201C">
      <w:pPr>
        <w:spacing w:after="0"/>
      </w:pPr>
    </w:p>
    <w:p w14:paraId="5FAEB616" w14:textId="77777777" w:rsidR="007D201C" w:rsidRDefault="00656813">
      <w:pPr>
        <w:spacing w:after="0"/>
      </w:pPr>
      <w:r>
        <w:rPr>
          <w:rFonts w:ascii="Arial" w:hAnsi="Arial"/>
          <w:b/>
        </w:rPr>
        <w:t xml:space="preserve">Participant #29:  </w:t>
      </w:r>
      <w:r>
        <w:rPr>
          <w:rFonts w:ascii="Arial" w:hAnsi="Arial"/>
          <w:color w:val="5D7284"/>
        </w:rPr>
        <w:t>40:53</w:t>
      </w:r>
    </w:p>
    <w:p w14:paraId="4C8C5BF5" w14:textId="77777777" w:rsidR="007D201C" w:rsidRDefault="00656813">
      <w:pPr>
        <w:spacing w:after="0"/>
      </w:pPr>
      <w:r>
        <w:rPr>
          <w:rFonts w:ascii="Arial" w:hAnsi="Arial"/>
        </w:rPr>
        <w:t>Layers, like you'll see where, like, the lines of the drops.</w:t>
      </w:r>
    </w:p>
    <w:p w14:paraId="3FB0AA68" w14:textId="77777777" w:rsidR="007D201C" w:rsidRDefault="007D201C">
      <w:pPr>
        <w:spacing w:after="0"/>
      </w:pPr>
    </w:p>
    <w:p w14:paraId="778640E7" w14:textId="77777777" w:rsidR="007D201C" w:rsidRDefault="00656813">
      <w:pPr>
        <w:spacing w:after="0"/>
      </w:pPr>
      <w:r>
        <w:rPr>
          <w:rFonts w:ascii="Arial" w:hAnsi="Arial"/>
          <w:b/>
        </w:rPr>
        <w:t xml:space="preserve">Interviewer E:  </w:t>
      </w:r>
      <w:r>
        <w:rPr>
          <w:rFonts w:ascii="Arial" w:hAnsi="Arial"/>
          <w:color w:val="5D7284"/>
        </w:rPr>
        <w:t>40:58</w:t>
      </w:r>
    </w:p>
    <w:p w14:paraId="7474D80C" w14:textId="77777777" w:rsidR="007D201C" w:rsidRDefault="00656813">
      <w:pPr>
        <w:spacing w:after="0"/>
      </w:pPr>
      <w:r>
        <w:rPr>
          <w:rFonts w:ascii="Arial" w:hAnsi="Arial"/>
        </w:rPr>
        <w:t>Oh, like the dye leading away from where I dropped it initially. Okay. So when you made this prediction, was there any, I guess memory that you associated with this? Like, what made you think oh, it's gonna swirl around like that.</w:t>
      </w:r>
    </w:p>
    <w:p w14:paraId="4191478F" w14:textId="77777777" w:rsidR="007D201C" w:rsidRDefault="007D201C">
      <w:pPr>
        <w:spacing w:after="0"/>
      </w:pPr>
    </w:p>
    <w:p w14:paraId="7D7314E2" w14:textId="77777777" w:rsidR="007D201C" w:rsidRDefault="00656813">
      <w:pPr>
        <w:spacing w:after="0"/>
      </w:pPr>
      <w:r>
        <w:rPr>
          <w:rFonts w:ascii="Arial" w:hAnsi="Arial"/>
          <w:b/>
        </w:rPr>
        <w:t xml:space="preserve">Participant #29:  </w:t>
      </w:r>
      <w:r>
        <w:rPr>
          <w:rFonts w:ascii="Arial" w:hAnsi="Arial"/>
          <w:color w:val="5D7284"/>
        </w:rPr>
        <w:t>41:25</w:t>
      </w:r>
    </w:p>
    <w:p w14:paraId="42F51D6F" w14:textId="77777777" w:rsidR="007D201C" w:rsidRDefault="00656813">
      <w:pPr>
        <w:spacing w:after="0"/>
      </w:pPr>
      <w:r>
        <w:rPr>
          <w:rFonts w:ascii="Arial" w:hAnsi="Arial"/>
        </w:rPr>
        <w:t>This probably isn't the same but like in a bathtub or something like when you drain it, like it's sort of vortex. So that's sort of my thought. I've never put like dye in there anything but that's our sort of how I thought.</w:t>
      </w:r>
    </w:p>
    <w:p w14:paraId="50770490" w14:textId="77777777" w:rsidR="007D201C" w:rsidRDefault="007D201C">
      <w:pPr>
        <w:spacing w:after="0"/>
      </w:pPr>
    </w:p>
    <w:p w14:paraId="00F6EEF8" w14:textId="77777777" w:rsidR="007D201C" w:rsidRDefault="00656813">
      <w:pPr>
        <w:spacing w:after="0"/>
      </w:pPr>
      <w:r>
        <w:rPr>
          <w:rFonts w:ascii="Arial" w:hAnsi="Arial"/>
          <w:b/>
        </w:rPr>
        <w:t xml:space="preserve">Interviewer E:  </w:t>
      </w:r>
      <w:r>
        <w:rPr>
          <w:rFonts w:ascii="Arial" w:hAnsi="Arial"/>
          <w:color w:val="5D7284"/>
        </w:rPr>
        <w:t>41:37</w:t>
      </w:r>
    </w:p>
    <w:p w14:paraId="1C3A4DBA" w14:textId="77777777" w:rsidR="007D201C" w:rsidRDefault="00656813">
      <w:pPr>
        <w:spacing w:after="0"/>
      </w:pPr>
      <w:r>
        <w:rPr>
          <w:rFonts w:ascii="Arial" w:hAnsi="Arial"/>
        </w:rPr>
        <w:t xml:space="preserve">Like a wirlpool kind of thing going on. Yeah. Okay. Okay. And did that come into mind as you were drawing or when I asked you the question, or when I, when I was drawing it when you were drawing us we're thinking about Yeah. Alright, I think that's a great drawing. Um, so what I'm going to do is I'm going to drop some purple dye in there as the potassium permagnate and you're gonna see what it does we use drops of blue normal dye just to kind of show you the contrast is this pink. </w:t>
      </w:r>
    </w:p>
    <w:p w14:paraId="03C4A3CE" w14:textId="77777777" w:rsidR="007D201C" w:rsidRDefault="007D201C">
      <w:pPr>
        <w:spacing w:after="0"/>
      </w:pPr>
    </w:p>
    <w:p w14:paraId="29CCBC8A" w14:textId="77777777" w:rsidR="007D201C" w:rsidRDefault="00656813">
      <w:pPr>
        <w:spacing w:after="0"/>
      </w:pPr>
      <w:r>
        <w:rPr>
          <w:rFonts w:ascii="Arial" w:hAnsi="Arial"/>
          <w:b/>
        </w:rPr>
        <w:t xml:space="preserve">Participant #29:  </w:t>
      </w:r>
      <w:r>
        <w:rPr>
          <w:rFonts w:ascii="Arial" w:hAnsi="Arial"/>
          <w:color w:val="5D7284"/>
        </w:rPr>
        <w:t>42:18</w:t>
      </w:r>
    </w:p>
    <w:p w14:paraId="2E69B9C9" w14:textId="77777777" w:rsidR="007D201C" w:rsidRDefault="00656813">
      <w:pPr>
        <w:spacing w:after="0"/>
      </w:pPr>
      <w:r>
        <w:rPr>
          <w:rFonts w:ascii="Arial" w:hAnsi="Arial"/>
        </w:rPr>
        <w:t xml:space="preserve">Should I come up there? </w:t>
      </w:r>
    </w:p>
    <w:p w14:paraId="29092654" w14:textId="77777777" w:rsidR="007D201C" w:rsidRDefault="007D201C">
      <w:pPr>
        <w:spacing w:after="0"/>
      </w:pPr>
    </w:p>
    <w:p w14:paraId="5F103F97" w14:textId="77777777" w:rsidR="007D201C" w:rsidRDefault="00656813">
      <w:pPr>
        <w:spacing w:after="0"/>
      </w:pPr>
      <w:r>
        <w:rPr>
          <w:rFonts w:ascii="Arial" w:hAnsi="Arial"/>
          <w:b/>
        </w:rPr>
        <w:t xml:space="preserve">Interviewer E:  </w:t>
      </w:r>
      <w:r>
        <w:rPr>
          <w:rFonts w:ascii="Arial" w:hAnsi="Arial"/>
          <w:color w:val="5D7284"/>
        </w:rPr>
        <w:t>42:19</w:t>
      </w:r>
    </w:p>
    <w:p w14:paraId="0D64689A" w14:textId="77777777" w:rsidR="007D201C" w:rsidRDefault="00656813">
      <w:pPr>
        <w:spacing w:after="0"/>
      </w:pPr>
      <w:r>
        <w:rPr>
          <w:rFonts w:ascii="Arial" w:hAnsi="Arial"/>
        </w:rPr>
        <w:t>You can if you want you can look at it from whatever angle you think is the best. Potassium permagnate in and I'm going to just try and do some drops of blue dye. Actually going to start the timer. Alright, so we're gonna wait a minute now. And that is a minute. So what I would like for you to do now before I want you to tell me what you think is so cool about I mean, Did that surprise you?</w:t>
      </w:r>
    </w:p>
    <w:p w14:paraId="600D848E" w14:textId="77777777" w:rsidR="007D201C" w:rsidRDefault="007D201C">
      <w:pPr>
        <w:spacing w:after="0"/>
      </w:pPr>
    </w:p>
    <w:p w14:paraId="01A326AA" w14:textId="77777777" w:rsidR="007D201C" w:rsidRDefault="00656813">
      <w:pPr>
        <w:spacing w:after="0"/>
      </w:pPr>
      <w:r>
        <w:rPr>
          <w:rFonts w:ascii="Arial" w:hAnsi="Arial"/>
          <w:b/>
        </w:rPr>
        <w:t xml:space="preserve">Participant #29:  </w:t>
      </w:r>
      <w:r>
        <w:rPr>
          <w:rFonts w:ascii="Arial" w:hAnsi="Arial"/>
          <w:color w:val="5D7284"/>
        </w:rPr>
        <w:t>44:19</w:t>
      </w:r>
    </w:p>
    <w:p w14:paraId="6B0EEA86" w14:textId="77777777" w:rsidR="007D201C" w:rsidRDefault="00656813">
      <w:pPr>
        <w:spacing w:after="0"/>
      </w:pPr>
      <w:r>
        <w:rPr>
          <w:rFonts w:ascii="Arial" w:hAnsi="Arial"/>
        </w:rPr>
        <w:t xml:space="preserve"> Yeah, definitely. </w:t>
      </w:r>
    </w:p>
    <w:p w14:paraId="3647FB4F" w14:textId="77777777" w:rsidR="007D201C" w:rsidRDefault="007D201C">
      <w:pPr>
        <w:spacing w:after="0"/>
      </w:pPr>
    </w:p>
    <w:p w14:paraId="0280E8FC" w14:textId="77777777" w:rsidR="007D201C" w:rsidRDefault="00656813">
      <w:pPr>
        <w:spacing w:after="0"/>
      </w:pPr>
      <w:r>
        <w:rPr>
          <w:rFonts w:ascii="Arial" w:hAnsi="Arial"/>
          <w:b/>
        </w:rPr>
        <w:t xml:space="preserve">Interviewer E:  </w:t>
      </w:r>
      <w:r>
        <w:rPr>
          <w:rFonts w:ascii="Arial" w:hAnsi="Arial"/>
          <w:color w:val="5D7284"/>
        </w:rPr>
        <w:t>44:20</w:t>
      </w:r>
    </w:p>
    <w:p w14:paraId="2676B283" w14:textId="77777777" w:rsidR="007D201C" w:rsidRDefault="00656813">
      <w:pPr>
        <w:spacing w:after="0"/>
      </w:pPr>
      <w:r>
        <w:rPr>
          <w:rFonts w:ascii="Arial" w:hAnsi="Arial"/>
        </w:rPr>
        <w:t>Yeah. So now once you draw what actually happened to the best of your ability. Wonderful. So explain to me what you had to show representing what.</w:t>
      </w:r>
    </w:p>
    <w:p w14:paraId="32AB1074" w14:textId="77777777" w:rsidR="007D201C" w:rsidRDefault="007D201C">
      <w:pPr>
        <w:spacing w:after="0"/>
      </w:pPr>
    </w:p>
    <w:p w14:paraId="67A2F9D8" w14:textId="77777777" w:rsidR="007D201C" w:rsidRDefault="00656813">
      <w:pPr>
        <w:spacing w:after="0"/>
      </w:pPr>
      <w:r>
        <w:rPr>
          <w:rFonts w:ascii="Arial" w:hAnsi="Arial"/>
          <w:b/>
        </w:rPr>
        <w:t xml:space="preserve">Participant #29:  </w:t>
      </w:r>
      <w:r>
        <w:rPr>
          <w:rFonts w:ascii="Arial" w:hAnsi="Arial"/>
          <w:color w:val="5D7284"/>
        </w:rPr>
        <w:t>46:13</w:t>
      </w:r>
    </w:p>
    <w:p w14:paraId="7257CD26" w14:textId="77777777" w:rsidR="007D201C" w:rsidRDefault="00656813">
      <w:pPr>
        <w:spacing w:after="0"/>
      </w:pPr>
      <w:r>
        <w:rPr>
          <w:rFonts w:ascii="Arial" w:hAnsi="Arial"/>
        </w:rPr>
        <w:t xml:space="preserve">I saw, like they had these little swirls like the blue, sort of, there's some swirls on the top. And the I guess the potassium stuff just sort of went straight down. On the side, I sort of saw, like curling, but it wasn't really mixing or sort of just going straight down. There's some curling involved. But yeah, I don't I </w:t>
      </w:r>
      <w:r>
        <w:rPr>
          <w:rFonts w:ascii="Arial" w:hAnsi="Arial"/>
        </w:rPr>
        <w:lastRenderedPageBreak/>
        <w:t>think it makes a lot less than I thought it would. Yeah. And there's like, not really a vortex would be dyes going on.</w:t>
      </w:r>
    </w:p>
    <w:p w14:paraId="2D662A69" w14:textId="77777777" w:rsidR="007D201C" w:rsidRDefault="007D201C">
      <w:pPr>
        <w:spacing w:after="0"/>
      </w:pPr>
    </w:p>
    <w:p w14:paraId="4375BE82" w14:textId="77777777" w:rsidR="007D201C" w:rsidRDefault="00656813">
      <w:pPr>
        <w:spacing w:after="0"/>
      </w:pPr>
      <w:r>
        <w:rPr>
          <w:rFonts w:ascii="Arial" w:hAnsi="Arial"/>
          <w:b/>
        </w:rPr>
        <w:t xml:space="preserve">Interviewer E:  </w:t>
      </w:r>
      <w:r>
        <w:rPr>
          <w:rFonts w:ascii="Arial" w:hAnsi="Arial"/>
          <w:color w:val="5D7284"/>
        </w:rPr>
        <w:t>46:42</w:t>
      </w:r>
    </w:p>
    <w:p w14:paraId="171A5C31" w14:textId="77777777" w:rsidR="007D201C" w:rsidRDefault="00656813">
      <w:pPr>
        <w:spacing w:after="0"/>
      </w:pPr>
      <w:r>
        <w:rPr>
          <w:rFonts w:ascii="Arial" w:hAnsi="Arial"/>
        </w:rPr>
        <w:t xml:space="preserve">Right? So what I find very interesting about it is how those dye are making those vertical columns like that. And they seems like they all have like, relatively the same amount of space in between them to like, there's kind of uniform, right? Especially when you look at the blue dye. </w:t>
      </w:r>
    </w:p>
    <w:p w14:paraId="694F8AE8" w14:textId="77777777" w:rsidR="007D201C" w:rsidRDefault="007D201C">
      <w:pPr>
        <w:spacing w:after="0"/>
      </w:pPr>
    </w:p>
    <w:p w14:paraId="2B90CE95" w14:textId="77777777" w:rsidR="007D201C" w:rsidRDefault="00656813">
      <w:pPr>
        <w:spacing w:after="0"/>
      </w:pPr>
      <w:r>
        <w:rPr>
          <w:rFonts w:ascii="Arial" w:hAnsi="Arial"/>
          <w:b/>
        </w:rPr>
        <w:t xml:space="preserve">Participant #29:  </w:t>
      </w:r>
      <w:r>
        <w:rPr>
          <w:rFonts w:ascii="Arial" w:hAnsi="Arial"/>
          <w:color w:val="5D7284"/>
        </w:rPr>
        <w:t>47:00</w:t>
      </w:r>
    </w:p>
    <w:p w14:paraId="6D51FDF9" w14:textId="77777777" w:rsidR="007D201C" w:rsidRDefault="00656813">
      <w:pPr>
        <w:spacing w:after="0"/>
      </w:pPr>
      <w:r>
        <w:rPr>
          <w:rFonts w:ascii="Arial" w:hAnsi="Arial"/>
        </w:rPr>
        <w:t xml:space="preserve">Yeah. </w:t>
      </w:r>
    </w:p>
    <w:p w14:paraId="7D891D1C" w14:textId="77777777" w:rsidR="007D201C" w:rsidRDefault="007D201C">
      <w:pPr>
        <w:spacing w:after="0"/>
      </w:pPr>
    </w:p>
    <w:p w14:paraId="102EAB7E" w14:textId="77777777" w:rsidR="007D201C" w:rsidRDefault="00656813">
      <w:pPr>
        <w:spacing w:after="0"/>
      </w:pPr>
      <w:r>
        <w:rPr>
          <w:rFonts w:ascii="Arial" w:hAnsi="Arial"/>
          <w:b/>
        </w:rPr>
        <w:t xml:space="preserve">Interviewer E:  </w:t>
      </w:r>
      <w:r>
        <w:rPr>
          <w:rFonts w:ascii="Arial" w:hAnsi="Arial"/>
          <w:color w:val="5D7284"/>
        </w:rPr>
        <w:t>47:01</w:t>
      </w:r>
    </w:p>
    <w:p w14:paraId="6975BF09" w14:textId="77777777" w:rsidR="007D201C" w:rsidRDefault="00656813">
      <w:pPr>
        <w:spacing w:after="0"/>
      </w:pPr>
      <w:r>
        <w:rPr>
          <w:rFonts w:ascii="Arial" w:hAnsi="Arial"/>
        </w:rPr>
        <w:t>Maybe not as much at the bottom, but definitely at the top.</w:t>
      </w:r>
    </w:p>
    <w:p w14:paraId="652EBA4C" w14:textId="77777777" w:rsidR="007D201C" w:rsidRDefault="007D201C">
      <w:pPr>
        <w:spacing w:after="0"/>
      </w:pPr>
    </w:p>
    <w:p w14:paraId="4CADE361" w14:textId="77777777" w:rsidR="007D201C" w:rsidRDefault="00656813">
      <w:pPr>
        <w:spacing w:after="0"/>
      </w:pPr>
      <w:r>
        <w:rPr>
          <w:rFonts w:ascii="Arial" w:hAnsi="Arial"/>
          <w:b/>
        </w:rPr>
        <w:t xml:space="preserve">Participant #29:  </w:t>
      </w:r>
      <w:r>
        <w:rPr>
          <w:rFonts w:ascii="Arial" w:hAnsi="Arial"/>
          <w:color w:val="5D7284"/>
        </w:rPr>
        <w:t>47:05</w:t>
      </w:r>
    </w:p>
    <w:p w14:paraId="45F8DE0C" w14:textId="77777777" w:rsidR="007D201C" w:rsidRDefault="00656813">
      <w:pPr>
        <w:spacing w:after="0"/>
      </w:pPr>
      <w:r>
        <w:rPr>
          <w:rFonts w:ascii="Arial" w:hAnsi="Arial"/>
        </w:rPr>
        <w:t xml:space="preserve">Yeah. </w:t>
      </w:r>
    </w:p>
    <w:p w14:paraId="776B5C15" w14:textId="77777777" w:rsidR="007D201C" w:rsidRDefault="007D201C">
      <w:pPr>
        <w:spacing w:after="0"/>
      </w:pPr>
    </w:p>
    <w:p w14:paraId="6CB876C8" w14:textId="77777777" w:rsidR="007D201C" w:rsidRDefault="00656813">
      <w:pPr>
        <w:spacing w:after="0"/>
      </w:pPr>
      <w:r>
        <w:rPr>
          <w:rFonts w:ascii="Arial" w:hAnsi="Arial"/>
          <w:b/>
        </w:rPr>
        <w:t xml:space="preserve">Interviewer E:  </w:t>
      </w:r>
      <w:r>
        <w:rPr>
          <w:rFonts w:ascii="Arial" w:hAnsi="Arial"/>
          <w:color w:val="5D7284"/>
        </w:rPr>
        <w:t>47:05</w:t>
      </w:r>
    </w:p>
    <w:p w14:paraId="7BB1B8E2" w14:textId="77777777" w:rsidR="007D201C" w:rsidRDefault="00656813">
      <w:pPr>
        <w:spacing w:after="0"/>
      </w:pPr>
      <w:r>
        <w:rPr>
          <w:rFonts w:ascii="Arial" w:hAnsi="Arial"/>
        </w:rPr>
        <w:t>What do you think is causing those columns to stand up? Right like that?</w:t>
      </w:r>
    </w:p>
    <w:p w14:paraId="6C0EBB66" w14:textId="77777777" w:rsidR="007D201C" w:rsidRDefault="007D201C">
      <w:pPr>
        <w:spacing w:after="0"/>
      </w:pPr>
    </w:p>
    <w:p w14:paraId="0C38174B" w14:textId="77777777" w:rsidR="007D201C" w:rsidRDefault="00656813">
      <w:pPr>
        <w:spacing w:after="0"/>
      </w:pPr>
      <w:r>
        <w:rPr>
          <w:rFonts w:ascii="Arial" w:hAnsi="Arial"/>
          <w:b/>
        </w:rPr>
        <w:t xml:space="preserve">Participant #29:  </w:t>
      </w:r>
      <w:r>
        <w:rPr>
          <w:rFonts w:ascii="Arial" w:hAnsi="Arial"/>
          <w:color w:val="5D7284"/>
        </w:rPr>
        <w:t>47:22</w:t>
      </w:r>
    </w:p>
    <w:p w14:paraId="5EE246A0" w14:textId="77777777" w:rsidR="007D201C" w:rsidRDefault="00656813">
      <w:pPr>
        <w:spacing w:after="0"/>
      </w:pPr>
      <w:r>
        <w:rPr>
          <w:rFonts w:ascii="Arial" w:hAnsi="Arial"/>
        </w:rPr>
        <w:t>That could maybe be like the dye, like the dye sort of clumping up in those spots and sinking?</w:t>
      </w:r>
    </w:p>
    <w:p w14:paraId="29BC52AD" w14:textId="77777777" w:rsidR="007D201C" w:rsidRDefault="007D201C">
      <w:pPr>
        <w:spacing w:after="0"/>
      </w:pPr>
    </w:p>
    <w:p w14:paraId="38BC7590" w14:textId="77777777" w:rsidR="007D201C" w:rsidRDefault="00656813">
      <w:pPr>
        <w:spacing w:after="0"/>
      </w:pPr>
      <w:r>
        <w:rPr>
          <w:rFonts w:ascii="Arial" w:hAnsi="Arial"/>
          <w:b/>
        </w:rPr>
        <w:t xml:space="preserve">Interviewer E:  </w:t>
      </w:r>
      <w:r>
        <w:rPr>
          <w:rFonts w:ascii="Arial" w:hAnsi="Arial"/>
          <w:color w:val="5D7284"/>
        </w:rPr>
        <w:t>47:28</w:t>
      </w:r>
    </w:p>
    <w:p w14:paraId="30F6F06D" w14:textId="77777777" w:rsidR="007D201C" w:rsidRDefault="00656813">
      <w:pPr>
        <w:spacing w:after="0"/>
      </w:pPr>
      <w:r>
        <w:rPr>
          <w:rFonts w:ascii="Arial" w:hAnsi="Arial"/>
        </w:rPr>
        <w:t>Like a property of the dye?</w:t>
      </w:r>
    </w:p>
    <w:p w14:paraId="0C725AA5" w14:textId="77777777" w:rsidR="007D201C" w:rsidRDefault="007D201C">
      <w:pPr>
        <w:spacing w:after="0"/>
      </w:pPr>
    </w:p>
    <w:p w14:paraId="1A0C25A4" w14:textId="77777777" w:rsidR="007D201C" w:rsidRDefault="00656813">
      <w:pPr>
        <w:spacing w:after="0"/>
      </w:pPr>
      <w:r>
        <w:rPr>
          <w:rFonts w:ascii="Arial" w:hAnsi="Arial"/>
          <w:b/>
        </w:rPr>
        <w:t xml:space="preserve">Participant #29:  </w:t>
      </w:r>
      <w:r>
        <w:rPr>
          <w:rFonts w:ascii="Arial" w:hAnsi="Arial"/>
          <w:color w:val="5D7284"/>
        </w:rPr>
        <w:t>47:30</w:t>
      </w:r>
    </w:p>
    <w:p w14:paraId="5F0CB2CF" w14:textId="77777777" w:rsidR="007D201C" w:rsidRDefault="00656813">
      <w:pPr>
        <w:spacing w:after="0"/>
      </w:pPr>
      <w:r>
        <w:rPr>
          <w:rFonts w:ascii="Arial" w:hAnsi="Arial"/>
        </w:rPr>
        <w:t>Right, that'd be my best guess, yeah.</w:t>
      </w:r>
    </w:p>
    <w:p w14:paraId="05348BD1" w14:textId="77777777" w:rsidR="007D201C" w:rsidRDefault="007D201C">
      <w:pPr>
        <w:spacing w:after="0"/>
      </w:pPr>
    </w:p>
    <w:p w14:paraId="4BE47185" w14:textId="77777777" w:rsidR="007D201C" w:rsidRDefault="00656813">
      <w:pPr>
        <w:spacing w:after="0"/>
      </w:pPr>
      <w:r>
        <w:rPr>
          <w:rFonts w:ascii="Arial" w:hAnsi="Arial"/>
          <w:b/>
        </w:rPr>
        <w:t xml:space="preserve">Interviewer E:  </w:t>
      </w:r>
      <w:r>
        <w:rPr>
          <w:rFonts w:ascii="Arial" w:hAnsi="Arial"/>
          <w:color w:val="5D7284"/>
        </w:rPr>
        <w:t>47:36</w:t>
      </w:r>
    </w:p>
    <w:p w14:paraId="15E3D5AF" w14:textId="77777777" w:rsidR="007D201C" w:rsidRDefault="00656813">
      <w:pPr>
        <w:spacing w:after="0"/>
      </w:pPr>
      <w:r>
        <w:rPr>
          <w:rFonts w:ascii="Arial" w:hAnsi="Arial"/>
        </w:rPr>
        <w:t xml:space="preserve">I think there stay in those columns, like forever. Do you think they're like, </w:t>
      </w:r>
      <w:r>
        <w:rPr>
          <w:rFonts w:ascii="Arial" w:hAnsi="Arial"/>
        </w:rPr>
        <w:t>dissipate a bit or?</w:t>
      </w:r>
    </w:p>
    <w:p w14:paraId="6089504C" w14:textId="77777777" w:rsidR="007D201C" w:rsidRDefault="007D201C">
      <w:pPr>
        <w:spacing w:after="0"/>
      </w:pPr>
    </w:p>
    <w:p w14:paraId="0EDA5685" w14:textId="77777777" w:rsidR="007D201C" w:rsidRDefault="00656813">
      <w:pPr>
        <w:spacing w:after="0"/>
      </w:pPr>
      <w:r>
        <w:rPr>
          <w:rFonts w:ascii="Arial" w:hAnsi="Arial"/>
          <w:b/>
        </w:rPr>
        <w:t xml:space="preserve">Participant #29:  </w:t>
      </w:r>
      <w:r>
        <w:rPr>
          <w:rFonts w:ascii="Arial" w:hAnsi="Arial"/>
          <w:color w:val="5D7284"/>
        </w:rPr>
        <w:t>47:43</w:t>
      </w:r>
    </w:p>
    <w:p w14:paraId="6935D6CC" w14:textId="77777777" w:rsidR="007D201C" w:rsidRDefault="00656813">
      <w:pPr>
        <w:spacing w:after="0"/>
      </w:pPr>
      <w:r>
        <w:rPr>
          <w:rFonts w:ascii="Arial" w:hAnsi="Arial"/>
        </w:rPr>
        <w:t>I think they'd eventually dissipate, but.</w:t>
      </w:r>
    </w:p>
    <w:p w14:paraId="517E4FF0" w14:textId="77777777" w:rsidR="007D201C" w:rsidRDefault="007D201C">
      <w:pPr>
        <w:spacing w:after="0"/>
      </w:pPr>
    </w:p>
    <w:p w14:paraId="75CD7F61" w14:textId="77777777" w:rsidR="007D201C" w:rsidRDefault="00656813">
      <w:pPr>
        <w:spacing w:after="0"/>
      </w:pPr>
      <w:r>
        <w:rPr>
          <w:rFonts w:ascii="Arial" w:hAnsi="Arial"/>
          <w:b/>
        </w:rPr>
        <w:t xml:space="preserve">Interviewer E:  </w:t>
      </w:r>
      <w:r>
        <w:rPr>
          <w:rFonts w:ascii="Arial" w:hAnsi="Arial"/>
          <w:color w:val="5D7284"/>
        </w:rPr>
        <w:t>47:47</w:t>
      </w:r>
    </w:p>
    <w:p w14:paraId="679C9A3B" w14:textId="77777777" w:rsidR="007D201C" w:rsidRDefault="00656813">
      <w:pPr>
        <w:spacing w:after="0"/>
      </w:pPr>
      <w:r>
        <w:rPr>
          <w:rFonts w:ascii="Arial" w:hAnsi="Arial"/>
        </w:rPr>
        <w:t>Even if we kept it spinning like that?</w:t>
      </w:r>
    </w:p>
    <w:p w14:paraId="7DD5BC25" w14:textId="77777777" w:rsidR="007D201C" w:rsidRDefault="007D201C">
      <w:pPr>
        <w:spacing w:after="0"/>
      </w:pPr>
    </w:p>
    <w:p w14:paraId="0B9FDB2B" w14:textId="77777777" w:rsidR="007D201C" w:rsidRDefault="00656813">
      <w:pPr>
        <w:spacing w:after="0"/>
      </w:pPr>
      <w:r>
        <w:rPr>
          <w:rFonts w:ascii="Arial" w:hAnsi="Arial"/>
          <w:b/>
        </w:rPr>
        <w:t xml:space="preserve">Participant #29:  </w:t>
      </w:r>
      <w:r>
        <w:rPr>
          <w:rFonts w:ascii="Arial" w:hAnsi="Arial"/>
          <w:color w:val="5D7284"/>
        </w:rPr>
        <w:t>47:50</w:t>
      </w:r>
    </w:p>
    <w:p w14:paraId="0EA7C0B0" w14:textId="77777777" w:rsidR="007D201C" w:rsidRDefault="00656813">
      <w:pPr>
        <w:spacing w:after="0"/>
      </w:pPr>
      <w:r>
        <w:rPr>
          <w:rFonts w:ascii="Arial" w:hAnsi="Arial"/>
        </w:rPr>
        <w:t>Yeah, I don't think the spinning has like a huge effect on it. Probably. Right.</w:t>
      </w:r>
    </w:p>
    <w:p w14:paraId="5497DF07" w14:textId="77777777" w:rsidR="007D201C" w:rsidRDefault="007D201C">
      <w:pPr>
        <w:spacing w:after="0"/>
      </w:pPr>
    </w:p>
    <w:p w14:paraId="6153E722" w14:textId="77777777" w:rsidR="007D201C" w:rsidRDefault="00656813">
      <w:pPr>
        <w:spacing w:after="0"/>
      </w:pPr>
      <w:r>
        <w:rPr>
          <w:rFonts w:ascii="Arial" w:hAnsi="Arial"/>
          <w:b/>
        </w:rPr>
        <w:t xml:space="preserve">Interviewer E:  </w:t>
      </w:r>
      <w:r>
        <w:rPr>
          <w:rFonts w:ascii="Arial" w:hAnsi="Arial"/>
          <w:color w:val="5D7284"/>
        </w:rPr>
        <w:t>47:54</w:t>
      </w:r>
    </w:p>
    <w:p w14:paraId="6AD6EA27" w14:textId="77777777" w:rsidR="007D201C" w:rsidRDefault="00656813">
      <w:pPr>
        <w:spacing w:after="0"/>
      </w:pPr>
      <w:r>
        <w:rPr>
          <w:rFonts w:ascii="Arial" w:hAnsi="Arial"/>
        </w:rPr>
        <w:t xml:space="preserve">So you would say that is, you know, I guess the big question here is, is the water spinning or not? </w:t>
      </w:r>
    </w:p>
    <w:p w14:paraId="51E1BC19" w14:textId="77777777" w:rsidR="007D201C" w:rsidRDefault="007D201C">
      <w:pPr>
        <w:spacing w:after="0"/>
      </w:pPr>
    </w:p>
    <w:p w14:paraId="5BF9F481" w14:textId="77777777" w:rsidR="007D201C" w:rsidRDefault="00656813">
      <w:pPr>
        <w:spacing w:after="0"/>
      </w:pPr>
      <w:r>
        <w:rPr>
          <w:rFonts w:ascii="Arial" w:hAnsi="Arial"/>
          <w:b/>
        </w:rPr>
        <w:lastRenderedPageBreak/>
        <w:t xml:space="preserve">Participant #29:  </w:t>
      </w:r>
      <w:r>
        <w:rPr>
          <w:rFonts w:ascii="Arial" w:hAnsi="Arial"/>
          <w:color w:val="5D7284"/>
        </w:rPr>
        <w:t>48:00</w:t>
      </w:r>
    </w:p>
    <w:p w14:paraId="1F25E882" w14:textId="77777777" w:rsidR="007D201C" w:rsidRDefault="00656813">
      <w:pPr>
        <w:spacing w:after="0"/>
      </w:pPr>
      <w:r>
        <w:rPr>
          <w:rFonts w:ascii="Arial" w:hAnsi="Arial"/>
        </w:rPr>
        <w:t>No.</w:t>
      </w:r>
    </w:p>
    <w:p w14:paraId="0C558F6F" w14:textId="77777777" w:rsidR="007D201C" w:rsidRDefault="007D201C">
      <w:pPr>
        <w:spacing w:after="0"/>
      </w:pPr>
    </w:p>
    <w:p w14:paraId="496C3E62" w14:textId="77777777" w:rsidR="007D201C" w:rsidRDefault="00656813">
      <w:pPr>
        <w:spacing w:after="0"/>
      </w:pPr>
      <w:r>
        <w:rPr>
          <w:rFonts w:ascii="Arial" w:hAnsi="Arial"/>
          <w:b/>
        </w:rPr>
        <w:t xml:space="preserve">Interviewer E:  </w:t>
      </w:r>
      <w:r>
        <w:rPr>
          <w:rFonts w:ascii="Arial" w:hAnsi="Arial"/>
          <w:color w:val="5D7284"/>
        </w:rPr>
        <w:t>48:04</w:t>
      </w:r>
    </w:p>
    <w:p w14:paraId="58A2241F" w14:textId="77777777" w:rsidR="007D201C" w:rsidRDefault="00656813">
      <w:pPr>
        <w:spacing w:after="0"/>
      </w:pPr>
      <w:r>
        <w:rPr>
          <w:rFonts w:ascii="Arial" w:hAnsi="Arial"/>
        </w:rPr>
        <w:t xml:space="preserve">You don't think it is? </w:t>
      </w:r>
    </w:p>
    <w:p w14:paraId="5F509007" w14:textId="77777777" w:rsidR="007D201C" w:rsidRDefault="007D201C">
      <w:pPr>
        <w:spacing w:after="0"/>
      </w:pPr>
    </w:p>
    <w:p w14:paraId="30B2436C" w14:textId="77777777" w:rsidR="007D201C" w:rsidRDefault="00656813">
      <w:pPr>
        <w:spacing w:after="0"/>
      </w:pPr>
      <w:r>
        <w:rPr>
          <w:rFonts w:ascii="Arial" w:hAnsi="Arial"/>
          <w:b/>
        </w:rPr>
        <w:t xml:space="preserve">Participant #29:  </w:t>
      </w:r>
      <w:r>
        <w:rPr>
          <w:rFonts w:ascii="Arial" w:hAnsi="Arial"/>
          <w:color w:val="5D7284"/>
        </w:rPr>
        <w:t>48:05</w:t>
      </w:r>
    </w:p>
    <w:p w14:paraId="41D148C5" w14:textId="77777777" w:rsidR="007D201C" w:rsidRDefault="00656813">
      <w:pPr>
        <w:spacing w:after="0"/>
      </w:pPr>
      <w:r>
        <w:rPr>
          <w:rFonts w:ascii="Arial" w:hAnsi="Arial"/>
        </w:rPr>
        <w:t>I guess not?</w:t>
      </w:r>
    </w:p>
    <w:p w14:paraId="14E192CC" w14:textId="77777777" w:rsidR="007D201C" w:rsidRDefault="007D201C">
      <w:pPr>
        <w:spacing w:after="0"/>
      </w:pPr>
    </w:p>
    <w:p w14:paraId="2CC95ECC" w14:textId="77777777" w:rsidR="007D201C" w:rsidRDefault="00656813">
      <w:pPr>
        <w:spacing w:after="0"/>
      </w:pPr>
      <w:r>
        <w:rPr>
          <w:rFonts w:ascii="Arial" w:hAnsi="Arial"/>
          <w:b/>
        </w:rPr>
        <w:t xml:space="preserve">Interviewer E:  </w:t>
      </w:r>
      <w:r>
        <w:rPr>
          <w:rFonts w:ascii="Arial" w:hAnsi="Arial"/>
          <w:color w:val="5D7284"/>
        </w:rPr>
        <w:t>48:06</w:t>
      </w:r>
    </w:p>
    <w:p w14:paraId="444684E9" w14:textId="77777777" w:rsidR="007D201C" w:rsidRDefault="00656813">
      <w:pPr>
        <w:spacing w:after="0"/>
      </w:pPr>
      <w:r>
        <w:rPr>
          <w:rFonts w:ascii="Arial" w:hAnsi="Arial"/>
        </w:rPr>
        <w:t xml:space="preserve"> So? What about? So you think? Alright, well, what about the tank itself?</w:t>
      </w:r>
    </w:p>
    <w:p w14:paraId="6065BF73" w14:textId="77777777" w:rsidR="007D201C" w:rsidRDefault="007D201C">
      <w:pPr>
        <w:spacing w:after="0"/>
      </w:pPr>
    </w:p>
    <w:p w14:paraId="3A6E92B1" w14:textId="77777777" w:rsidR="007D201C" w:rsidRDefault="00656813">
      <w:pPr>
        <w:spacing w:after="0"/>
      </w:pPr>
      <w:r>
        <w:rPr>
          <w:rFonts w:ascii="Arial" w:hAnsi="Arial"/>
          <w:b/>
        </w:rPr>
        <w:t xml:space="preserve">Participant #29:  </w:t>
      </w:r>
      <w:r>
        <w:rPr>
          <w:rFonts w:ascii="Arial" w:hAnsi="Arial"/>
          <w:color w:val="5D7284"/>
        </w:rPr>
        <w:t>48:11</w:t>
      </w:r>
    </w:p>
    <w:p w14:paraId="3EFE6A11" w14:textId="77777777" w:rsidR="007D201C" w:rsidRDefault="00656813">
      <w:pPr>
        <w:spacing w:after="0"/>
      </w:pPr>
      <w:r>
        <w:rPr>
          <w:rFonts w:ascii="Arial" w:hAnsi="Arial"/>
        </w:rPr>
        <w:t xml:space="preserve">Yeah, the tank spinning, but the water isn't like, vortexing? </w:t>
      </w:r>
    </w:p>
    <w:p w14:paraId="4137D8E1" w14:textId="77777777" w:rsidR="007D201C" w:rsidRDefault="007D201C">
      <w:pPr>
        <w:spacing w:after="0"/>
      </w:pPr>
    </w:p>
    <w:p w14:paraId="16880D40" w14:textId="77777777" w:rsidR="007D201C" w:rsidRDefault="00656813">
      <w:pPr>
        <w:spacing w:after="0"/>
      </w:pPr>
      <w:r>
        <w:rPr>
          <w:rFonts w:ascii="Arial" w:hAnsi="Arial"/>
          <w:b/>
        </w:rPr>
        <w:t xml:space="preserve">Interviewer E:  </w:t>
      </w:r>
      <w:r>
        <w:rPr>
          <w:rFonts w:ascii="Arial" w:hAnsi="Arial"/>
          <w:color w:val="5D7284"/>
        </w:rPr>
        <w:t>48:17</w:t>
      </w:r>
    </w:p>
    <w:p w14:paraId="7C711E19" w14:textId="77777777" w:rsidR="007D201C" w:rsidRDefault="00656813">
      <w:pPr>
        <w:spacing w:after="0"/>
      </w:pPr>
      <w:r>
        <w:rPr>
          <w:rFonts w:ascii="Arial" w:hAnsi="Arial"/>
        </w:rPr>
        <w:t xml:space="preserve">Why don't you think it's vortexing? Is there a </w:t>
      </w:r>
      <w:r>
        <w:rPr>
          <w:rFonts w:ascii="Arial" w:hAnsi="Arial"/>
        </w:rPr>
        <w:t>difference between the water in this tank and the water that I had over here?</w:t>
      </w:r>
    </w:p>
    <w:p w14:paraId="1A9C9AB9" w14:textId="77777777" w:rsidR="007D201C" w:rsidRDefault="007D201C">
      <w:pPr>
        <w:spacing w:after="0"/>
      </w:pPr>
    </w:p>
    <w:p w14:paraId="04E86595" w14:textId="77777777" w:rsidR="007D201C" w:rsidRDefault="00656813">
      <w:pPr>
        <w:spacing w:after="0"/>
      </w:pPr>
      <w:r>
        <w:rPr>
          <w:rFonts w:ascii="Arial" w:hAnsi="Arial"/>
          <w:b/>
        </w:rPr>
        <w:t xml:space="preserve">Participant #29:  </w:t>
      </w:r>
      <w:r>
        <w:rPr>
          <w:rFonts w:ascii="Arial" w:hAnsi="Arial"/>
          <w:color w:val="5D7284"/>
        </w:rPr>
        <w:t>48:29</w:t>
      </w:r>
    </w:p>
    <w:p w14:paraId="628DA559" w14:textId="77777777" w:rsidR="007D201C" w:rsidRDefault="00656813">
      <w:pPr>
        <w:spacing w:after="0"/>
      </w:pPr>
      <w:r>
        <w:rPr>
          <w:rFonts w:ascii="Arial" w:hAnsi="Arial"/>
        </w:rPr>
        <w:t>I think the water is staying still. But it's just like it's just being moved. Like the water itself isn't spinning, but the tank its in is.</w:t>
      </w:r>
    </w:p>
    <w:p w14:paraId="6F0D2537" w14:textId="77777777" w:rsidR="007D201C" w:rsidRDefault="007D201C">
      <w:pPr>
        <w:spacing w:after="0"/>
      </w:pPr>
    </w:p>
    <w:p w14:paraId="66599FAC" w14:textId="77777777" w:rsidR="007D201C" w:rsidRDefault="00656813">
      <w:pPr>
        <w:spacing w:after="0"/>
      </w:pPr>
      <w:r>
        <w:rPr>
          <w:rFonts w:ascii="Arial" w:hAnsi="Arial"/>
          <w:b/>
        </w:rPr>
        <w:t xml:space="preserve">Interviewer E:  </w:t>
      </w:r>
      <w:r>
        <w:rPr>
          <w:rFonts w:ascii="Arial" w:hAnsi="Arial"/>
          <w:color w:val="5D7284"/>
        </w:rPr>
        <w:t>48:40</w:t>
      </w:r>
    </w:p>
    <w:p w14:paraId="174F6A85" w14:textId="77777777" w:rsidR="007D201C" w:rsidRDefault="00656813">
      <w:pPr>
        <w:spacing w:after="0"/>
      </w:pPr>
      <w:r>
        <w:rPr>
          <w:rFonts w:ascii="Arial" w:hAnsi="Arial"/>
        </w:rPr>
        <w:t>Right. So initially, you predicted it'd be kind of swirling around just just a bit. Yeah. Um, how do you think we could get that to look like what you initially predicted?</w:t>
      </w:r>
    </w:p>
    <w:p w14:paraId="5CB62C68" w14:textId="77777777" w:rsidR="007D201C" w:rsidRDefault="007D201C">
      <w:pPr>
        <w:spacing w:after="0"/>
      </w:pPr>
    </w:p>
    <w:p w14:paraId="53D2858B" w14:textId="77777777" w:rsidR="007D201C" w:rsidRDefault="00656813">
      <w:pPr>
        <w:spacing w:after="0"/>
      </w:pPr>
      <w:r>
        <w:rPr>
          <w:rFonts w:ascii="Arial" w:hAnsi="Arial"/>
          <w:b/>
        </w:rPr>
        <w:t xml:space="preserve">Participant #29:  </w:t>
      </w:r>
      <w:r>
        <w:rPr>
          <w:rFonts w:ascii="Arial" w:hAnsi="Arial"/>
          <w:color w:val="5D7284"/>
        </w:rPr>
        <w:t>48:51</w:t>
      </w:r>
    </w:p>
    <w:p w14:paraId="4E5A17B0" w14:textId="77777777" w:rsidR="007D201C" w:rsidRDefault="00656813">
      <w:pPr>
        <w:spacing w:after="0"/>
      </w:pPr>
      <w:r>
        <w:rPr>
          <w:rFonts w:ascii="Arial" w:hAnsi="Arial"/>
        </w:rPr>
        <w:t>I think you put like a mixer in it. And just.</w:t>
      </w:r>
    </w:p>
    <w:p w14:paraId="714B8DE1" w14:textId="77777777" w:rsidR="007D201C" w:rsidRDefault="007D201C">
      <w:pPr>
        <w:spacing w:after="0"/>
      </w:pPr>
    </w:p>
    <w:p w14:paraId="7A8EF3DC" w14:textId="77777777" w:rsidR="007D201C" w:rsidRDefault="00656813">
      <w:pPr>
        <w:spacing w:after="0"/>
      </w:pPr>
      <w:r>
        <w:rPr>
          <w:rFonts w:ascii="Arial" w:hAnsi="Arial"/>
          <w:b/>
        </w:rPr>
        <w:t xml:space="preserve">Interviewer E:  </w:t>
      </w:r>
      <w:r>
        <w:rPr>
          <w:rFonts w:ascii="Arial" w:hAnsi="Arial"/>
          <w:color w:val="5D7284"/>
        </w:rPr>
        <w:t>48:54</w:t>
      </w:r>
    </w:p>
    <w:p w14:paraId="592E3A54" w14:textId="77777777" w:rsidR="007D201C" w:rsidRDefault="00656813">
      <w:pPr>
        <w:spacing w:after="0"/>
      </w:pPr>
      <w:r>
        <w:rPr>
          <w:rFonts w:ascii="Arial" w:hAnsi="Arial"/>
        </w:rPr>
        <w:t xml:space="preserve">Like physically stirring it a bit. </w:t>
      </w:r>
    </w:p>
    <w:p w14:paraId="5D8088A6" w14:textId="77777777" w:rsidR="007D201C" w:rsidRDefault="007D201C">
      <w:pPr>
        <w:spacing w:after="0"/>
      </w:pPr>
    </w:p>
    <w:p w14:paraId="270723DE" w14:textId="77777777" w:rsidR="007D201C" w:rsidRDefault="00656813">
      <w:pPr>
        <w:spacing w:after="0"/>
      </w:pPr>
      <w:r>
        <w:rPr>
          <w:rFonts w:ascii="Arial" w:hAnsi="Arial"/>
          <w:b/>
        </w:rPr>
        <w:t xml:space="preserve">Participant #29:  </w:t>
      </w:r>
      <w:r>
        <w:rPr>
          <w:rFonts w:ascii="Arial" w:hAnsi="Arial"/>
          <w:color w:val="5D7284"/>
        </w:rPr>
        <w:t>48:56</w:t>
      </w:r>
    </w:p>
    <w:p w14:paraId="57F7D423" w14:textId="77777777" w:rsidR="007D201C" w:rsidRDefault="00656813">
      <w:pPr>
        <w:spacing w:after="0"/>
      </w:pPr>
      <w:r>
        <w:rPr>
          <w:rFonts w:ascii="Arial" w:hAnsi="Arial"/>
        </w:rPr>
        <w:t xml:space="preserve">Yeah. </w:t>
      </w:r>
    </w:p>
    <w:p w14:paraId="59923069" w14:textId="77777777" w:rsidR="007D201C" w:rsidRDefault="007D201C">
      <w:pPr>
        <w:spacing w:after="0"/>
      </w:pPr>
    </w:p>
    <w:p w14:paraId="585802FC" w14:textId="77777777" w:rsidR="007D201C" w:rsidRDefault="00656813">
      <w:pPr>
        <w:spacing w:after="0"/>
      </w:pPr>
      <w:r>
        <w:rPr>
          <w:rFonts w:ascii="Arial" w:hAnsi="Arial"/>
          <w:b/>
        </w:rPr>
        <w:t xml:space="preserve">Interviewer E:  </w:t>
      </w:r>
      <w:r>
        <w:rPr>
          <w:rFonts w:ascii="Arial" w:hAnsi="Arial"/>
          <w:color w:val="5D7284"/>
        </w:rPr>
        <w:t>48:56</w:t>
      </w:r>
    </w:p>
    <w:p w14:paraId="43776B64" w14:textId="77777777" w:rsidR="007D201C" w:rsidRDefault="00656813">
      <w:pPr>
        <w:spacing w:after="0"/>
      </w:pPr>
      <w:r>
        <w:rPr>
          <w:rFonts w:ascii="Arial" w:hAnsi="Arial"/>
        </w:rPr>
        <w:t>Any other ways? Do you think we could get it to look like that?</w:t>
      </w:r>
    </w:p>
    <w:p w14:paraId="575FC01B" w14:textId="77777777" w:rsidR="007D201C" w:rsidRDefault="007D201C">
      <w:pPr>
        <w:spacing w:after="0"/>
      </w:pPr>
    </w:p>
    <w:p w14:paraId="0F59B16A" w14:textId="77777777" w:rsidR="007D201C" w:rsidRDefault="00656813">
      <w:pPr>
        <w:spacing w:after="0"/>
      </w:pPr>
      <w:r>
        <w:rPr>
          <w:rFonts w:ascii="Arial" w:hAnsi="Arial"/>
          <w:b/>
        </w:rPr>
        <w:t xml:space="preserve">Participant #29:  </w:t>
      </w:r>
      <w:r>
        <w:rPr>
          <w:rFonts w:ascii="Arial" w:hAnsi="Arial"/>
          <w:color w:val="5D7284"/>
        </w:rPr>
        <w:t>49:00</w:t>
      </w:r>
    </w:p>
    <w:p w14:paraId="7EF7EEAB" w14:textId="77777777" w:rsidR="007D201C" w:rsidRDefault="00656813">
      <w:pPr>
        <w:spacing w:after="0"/>
      </w:pPr>
      <w:r>
        <w:rPr>
          <w:rFonts w:ascii="Arial" w:hAnsi="Arial"/>
        </w:rPr>
        <w:t xml:space="preserve">Maybe by turning up the speed that could maybe do it, yeah. </w:t>
      </w:r>
    </w:p>
    <w:p w14:paraId="088C1B0C" w14:textId="77777777" w:rsidR="007D201C" w:rsidRDefault="007D201C">
      <w:pPr>
        <w:spacing w:after="0"/>
      </w:pPr>
    </w:p>
    <w:p w14:paraId="01F657D5" w14:textId="77777777" w:rsidR="007D201C" w:rsidRDefault="00656813">
      <w:pPr>
        <w:spacing w:after="0"/>
      </w:pPr>
      <w:r>
        <w:rPr>
          <w:rFonts w:ascii="Arial" w:hAnsi="Arial"/>
          <w:b/>
        </w:rPr>
        <w:t xml:space="preserve">Interviewer E:  </w:t>
      </w:r>
      <w:r>
        <w:rPr>
          <w:rFonts w:ascii="Arial" w:hAnsi="Arial"/>
          <w:color w:val="5D7284"/>
        </w:rPr>
        <w:t>49:04</w:t>
      </w:r>
    </w:p>
    <w:p w14:paraId="629429E5" w14:textId="77777777" w:rsidR="007D201C" w:rsidRDefault="00656813">
      <w:pPr>
        <w:spacing w:after="0"/>
      </w:pPr>
      <w:r>
        <w:rPr>
          <w:rFonts w:ascii="Arial" w:hAnsi="Arial"/>
        </w:rPr>
        <w:t>What about slowing the speed down? Do you think that'll do anything to it?</w:t>
      </w:r>
    </w:p>
    <w:p w14:paraId="691813C7" w14:textId="77777777" w:rsidR="007D201C" w:rsidRDefault="007D201C">
      <w:pPr>
        <w:spacing w:after="0"/>
      </w:pPr>
    </w:p>
    <w:p w14:paraId="5BBBA51D" w14:textId="77777777" w:rsidR="007D201C" w:rsidRDefault="00656813">
      <w:pPr>
        <w:spacing w:after="0"/>
      </w:pPr>
      <w:r>
        <w:rPr>
          <w:rFonts w:ascii="Arial" w:hAnsi="Arial"/>
          <w:b/>
        </w:rPr>
        <w:t xml:space="preserve">Participant #29:  </w:t>
      </w:r>
      <w:r>
        <w:rPr>
          <w:rFonts w:ascii="Arial" w:hAnsi="Arial"/>
          <w:color w:val="5D7284"/>
        </w:rPr>
        <w:t>49:11</w:t>
      </w:r>
    </w:p>
    <w:p w14:paraId="48BA31FC" w14:textId="77777777" w:rsidR="007D201C" w:rsidRDefault="00656813">
      <w:pPr>
        <w:spacing w:after="0"/>
      </w:pPr>
      <w:r>
        <w:rPr>
          <w:rFonts w:ascii="Arial" w:hAnsi="Arial"/>
        </w:rPr>
        <w:t xml:space="preserve">I think if we slowed it down, like now, it would like after it's been spinning and then suddenly slowing down, it might change, yeah. </w:t>
      </w:r>
    </w:p>
    <w:p w14:paraId="2A1C7254" w14:textId="77777777" w:rsidR="007D201C" w:rsidRDefault="007D201C">
      <w:pPr>
        <w:spacing w:after="0"/>
      </w:pPr>
    </w:p>
    <w:p w14:paraId="205ADBEE" w14:textId="77777777" w:rsidR="007D201C" w:rsidRDefault="00656813">
      <w:pPr>
        <w:spacing w:after="0"/>
      </w:pPr>
      <w:r>
        <w:rPr>
          <w:rFonts w:ascii="Arial" w:hAnsi="Arial"/>
          <w:b/>
        </w:rPr>
        <w:t xml:space="preserve">Interviewer E:  </w:t>
      </w:r>
      <w:r>
        <w:rPr>
          <w:rFonts w:ascii="Arial" w:hAnsi="Arial"/>
          <w:color w:val="5D7284"/>
        </w:rPr>
        <w:t>49:20</w:t>
      </w:r>
    </w:p>
    <w:p w14:paraId="58B40403" w14:textId="77777777" w:rsidR="007D201C" w:rsidRDefault="00656813">
      <w:pPr>
        <w:spacing w:after="0"/>
      </w:pPr>
      <w:r>
        <w:rPr>
          <w:rFonts w:ascii="Arial" w:hAnsi="Arial"/>
        </w:rPr>
        <w:t>What if I just abruptly stopped it out of nowhere? What do you think that would do? How do you think that will look? What will the dye do?</w:t>
      </w:r>
    </w:p>
    <w:p w14:paraId="0D0ADD08" w14:textId="77777777" w:rsidR="007D201C" w:rsidRDefault="007D201C">
      <w:pPr>
        <w:spacing w:after="0"/>
      </w:pPr>
    </w:p>
    <w:p w14:paraId="74CE2BA2" w14:textId="77777777" w:rsidR="007D201C" w:rsidRDefault="00656813">
      <w:pPr>
        <w:spacing w:after="0"/>
      </w:pPr>
      <w:r>
        <w:rPr>
          <w:rFonts w:ascii="Arial" w:hAnsi="Arial"/>
          <w:b/>
        </w:rPr>
        <w:t xml:space="preserve">Participant #29:  </w:t>
      </w:r>
      <w:r>
        <w:rPr>
          <w:rFonts w:ascii="Arial" w:hAnsi="Arial"/>
          <w:color w:val="5D7284"/>
        </w:rPr>
        <w:t>49:34</w:t>
      </w:r>
    </w:p>
    <w:p w14:paraId="246CDABE" w14:textId="77777777" w:rsidR="007D201C" w:rsidRDefault="00656813">
      <w:pPr>
        <w:spacing w:after="0"/>
      </w:pPr>
      <w:r>
        <w:rPr>
          <w:rFonts w:ascii="Arial" w:hAnsi="Arial"/>
        </w:rPr>
        <w:t>I'm actually gonna change my answer. I think it's gonna stay the same. Because like, the water is not actually moving into the tank.</w:t>
      </w:r>
    </w:p>
    <w:p w14:paraId="7F106C48" w14:textId="77777777" w:rsidR="007D201C" w:rsidRDefault="007D201C">
      <w:pPr>
        <w:spacing w:after="0"/>
      </w:pPr>
    </w:p>
    <w:p w14:paraId="34170E60" w14:textId="77777777" w:rsidR="007D201C" w:rsidRDefault="00656813">
      <w:pPr>
        <w:spacing w:after="0"/>
      </w:pPr>
      <w:r>
        <w:rPr>
          <w:rFonts w:ascii="Arial" w:hAnsi="Arial"/>
          <w:b/>
        </w:rPr>
        <w:t xml:space="preserve">Interviewer E:  </w:t>
      </w:r>
      <w:r>
        <w:rPr>
          <w:rFonts w:ascii="Arial" w:hAnsi="Arial"/>
          <w:color w:val="5D7284"/>
        </w:rPr>
        <w:t>49:42</w:t>
      </w:r>
    </w:p>
    <w:p w14:paraId="738F5B67" w14:textId="77777777" w:rsidR="007D201C" w:rsidRDefault="00656813">
      <w:pPr>
        <w:spacing w:after="0"/>
      </w:pPr>
      <w:r>
        <w:rPr>
          <w:rFonts w:ascii="Arial" w:hAnsi="Arial"/>
        </w:rPr>
        <w:t xml:space="preserve">So you think if I stop it, then the it'll stay exactly the same. </w:t>
      </w:r>
    </w:p>
    <w:p w14:paraId="5DB27926" w14:textId="77777777" w:rsidR="007D201C" w:rsidRDefault="007D201C">
      <w:pPr>
        <w:spacing w:after="0"/>
      </w:pPr>
    </w:p>
    <w:p w14:paraId="22DE9507" w14:textId="77777777" w:rsidR="007D201C" w:rsidRDefault="00656813">
      <w:pPr>
        <w:spacing w:after="0"/>
      </w:pPr>
      <w:r>
        <w:rPr>
          <w:rFonts w:ascii="Arial" w:hAnsi="Arial"/>
          <w:b/>
        </w:rPr>
        <w:t xml:space="preserve">Participant #29:  </w:t>
      </w:r>
      <w:r>
        <w:rPr>
          <w:rFonts w:ascii="Arial" w:hAnsi="Arial"/>
          <w:color w:val="5D7284"/>
        </w:rPr>
        <w:t>49:46</w:t>
      </w:r>
    </w:p>
    <w:p w14:paraId="5007E870" w14:textId="77777777" w:rsidR="007D201C" w:rsidRDefault="00656813">
      <w:pPr>
        <w:spacing w:after="0"/>
      </w:pPr>
      <w:r>
        <w:rPr>
          <w:rFonts w:ascii="Arial" w:hAnsi="Arial"/>
        </w:rPr>
        <w:t xml:space="preserve">Yeah. </w:t>
      </w:r>
    </w:p>
    <w:p w14:paraId="5A6CE1AF" w14:textId="77777777" w:rsidR="007D201C" w:rsidRDefault="007D201C">
      <w:pPr>
        <w:spacing w:after="0"/>
      </w:pPr>
    </w:p>
    <w:p w14:paraId="1E1ADDFA" w14:textId="77777777" w:rsidR="007D201C" w:rsidRDefault="00656813">
      <w:pPr>
        <w:spacing w:after="0"/>
      </w:pPr>
      <w:r>
        <w:rPr>
          <w:rFonts w:ascii="Arial" w:hAnsi="Arial"/>
          <w:b/>
        </w:rPr>
        <w:t xml:space="preserve">Interviewer E:  </w:t>
      </w:r>
      <w:r>
        <w:rPr>
          <w:rFonts w:ascii="Arial" w:hAnsi="Arial"/>
          <w:color w:val="5D7284"/>
        </w:rPr>
        <w:t>49:48</w:t>
      </w:r>
    </w:p>
    <w:p w14:paraId="07C28CC7" w14:textId="77777777" w:rsidR="007D201C" w:rsidRDefault="00656813">
      <w:pPr>
        <w:spacing w:after="0"/>
      </w:pPr>
      <w:r>
        <w:rPr>
          <w:rFonts w:ascii="Arial" w:hAnsi="Arial"/>
        </w:rPr>
        <w:t>And why do you think that?</w:t>
      </w:r>
    </w:p>
    <w:p w14:paraId="4D9F504F" w14:textId="77777777" w:rsidR="007D201C" w:rsidRDefault="007D201C">
      <w:pPr>
        <w:spacing w:after="0"/>
      </w:pPr>
    </w:p>
    <w:p w14:paraId="73D8D25E" w14:textId="77777777" w:rsidR="007D201C" w:rsidRDefault="00656813">
      <w:pPr>
        <w:spacing w:after="0"/>
      </w:pPr>
      <w:r>
        <w:rPr>
          <w:rFonts w:ascii="Arial" w:hAnsi="Arial"/>
          <w:b/>
        </w:rPr>
        <w:t xml:space="preserve">Participant #29:  </w:t>
      </w:r>
      <w:r>
        <w:rPr>
          <w:rFonts w:ascii="Arial" w:hAnsi="Arial"/>
          <w:color w:val="5D7284"/>
        </w:rPr>
        <w:t>49:51</w:t>
      </w:r>
    </w:p>
    <w:p w14:paraId="600B6106" w14:textId="77777777" w:rsidR="007D201C" w:rsidRDefault="00656813">
      <w:pPr>
        <w:spacing w:after="0"/>
      </w:pPr>
      <w:r>
        <w:rPr>
          <w:rFonts w:ascii="Arial" w:hAnsi="Arial"/>
        </w:rPr>
        <w:t xml:space="preserve">Just because when we're moving it, it's staying the same. So like, it doesn't really have an effect on like stopping or going to the.... </w:t>
      </w:r>
    </w:p>
    <w:p w14:paraId="2F960D34" w14:textId="77777777" w:rsidR="007D201C" w:rsidRDefault="007D201C">
      <w:pPr>
        <w:spacing w:after="0"/>
      </w:pPr>
    </w:p>
    <w:p w14:paraId="2A855E8E" w14:textId="77777777" w:rsidR="007D201C" w:rsidRDefault="00656813">
      <w:pPr>
        <w:spacing w:after="0"/>
      </w:pPr>
      <w:r>
        <w:rPr>
          <w:rFonts w:ascii="Arial" w:hAnsi="Arial"/>
          <w:b/>
        </w:rPr>
        <w:t xml:space="preserve">Interviewer E:  </w:t>
      </w:r>
      <w:r>
        <w:rPr>
          <w:rFonts w:ascii="Arial" w:hAnsi="Arial"/>
          <w:color w:val="5D7284"/>
        </w:rPr>
        <w:t>50:02</w:t>
      </w:r>
    </w:p>
    <w:p w14:paraId="59893F2E" w14:textId="77777777" w:rsidR="007D201C" w:rsidRDefault="00656813">
      <w:pPr>
        <w:spacing w:after="0"/>
      </w:pPr>
      <w:r>
        <w:rPr>
          <w:rFonts w:ascii="Arial" w:hAnsi="Arial"/>
        </w:rPr>
        <w:t>Okay all right. So what I am going to do is stop. And we're going to see what actually happen... ready?</w:t>
      </w:r>
    </w:p>
    <w:p w14:paraId="0149C080" w14:textId="77777777" w:rsidR="007D201C" w:rsidRDefault="007D201C">
      <w:pPr>
        <w:spacing w:after="0"/>
      </w:pPr>
    </w:p>
    <w:p w14:paraId="056A9A7D" w14:textId="77777777" w:rsidR="007D201C" w:rsidRDefault="00656813">
      <w:pPr>
        <w:spacing w:after="0"/>
      </w:pPr>
      <w:r>
        <w:rPr>
          <w:rFonts w:ascii="Arial" w:hAnsi="Arial"/>
          <w:b/>
        </w:rPr>
        <w:t xml:space="preserve">Participant #29:  </w:t>
      </w:r>
      <w:r>
        <w:rPr>
          <w:rFonts w:ascii="Arial" w:hAnsi="Arial"/>
          <w:color w:val="5D7284"/>
        </w:rPr>
        <w:t>50:13</w:t>
      </w:r>
    </w:p>
    <w:p w14:paraId="65B5526D" w14:textId="77777777" w:rsidR="007D201C" w:rsidRDefault="00656813">
      <w:pPr>
        <w:spacing w:after="0"/>
      </w:pPr>
      <w:r>
        <w:rPr>
          <w:rFonts w:ascii="Arial" w:hAnsi="Arial"/>
        </w:rPr>
        <w:t xml:space="preserve">Yup. I was wrong. </w:t>
      </w:r>
    </w:p>
    <w:p w14:paraId="7827FA97" w14:textId="77777777" w:rsidR="007D201C" w:rsidRDefault="007D201C">
      <w:pPr>
        <w:spacing w:after="0"/>
      </w:pPr>
    </w:p>
    <w:p w14:paraId="30C56F63" w14:textId="77777777" w:rsidR="007D201C" w:rsidRDefault="00656813">
      <w:pPr>
        <w:spacing w:after="0"/>
      </w:pPr>
      <w:r>
        <w:rPr>
          <w:rFonts w:ascii="Arial" w:hAnsi="Arial"/>
          <w:b/>
        </w:rPr>
        <w:t xml:space="preserve">Interviewer E:  </w:t>
      </w:r>
      <w:r>
        <w:rPr>
          <w:rFonts w:ascii="Arial" w:hAnsi="Arial"/>
          <w:color w:val="5D7284"/>
        </w:rPr>
        <w:t>50:22</w:t>
      </w:r>
    </w:p>
    <w:p w14:paraId="214EFE9C" w14:textId="77777777" w:rsidR="007D201C" w:rsidRDefault="00656813">
      <w:pPr>
        <w:spacing w:after="0"/>
      </w:pPr>
      <w:r>
        <w:rPr>
          <w:rFonts w:ascii="Arial" w:hAnsi="Arial"/>
        </w:rPr>
        <w:t xml:space="preserve">It's okay. So would you say at this point? Was the water moving or not? </w:t>
      </w:r>
    </w:p>
    <w:p w14:paraId="6E8A71BF" w14:textId="77777777" w:rsidR="007D201C" w:rsidRDefault="007D201C">
      <w:pPr>
        <w:spacing w:after="0"/>
      </w:pPr>
    </w:p>
    <w:p w14:paraId="503AACBD" w14:textId="77777777" w:rsidR="007D201C" w:rsidRDefault="00656813">
      <w:pPr>
        <w:spacing w:after="0"/>
      </w:pPr>
      <w:r>
        <w:rPr>
          <w:rFonts w:ascii="Arial" w:hAnsi="Arial"/>
          <w:b/>
        </w:rPr>
        <w:t xml:space="preserve">Participant #29:  </w:t>
      </w:r>
      <w:r>
        <w:rPr>
          <w:rFonts w:ascii="Arial" w:hAnsi="Arial"/>
          <w:color w:val="5D7284"/>
        </w:rPr>
        <w:t>50:27</w:t>
      </w:r>
    </w:p>
    <w:p w14:paraId="7601AE57" w14:textId="77777777" w:rsidR="007D201C" w:rsidRDefault="00656813">
      <w:pPr>
        <w:spacing w:after="0"/>
      </w:pPr>
      <w:r>
        <w:rPr>
          <w:rFonts w:ascii="Arial" w:hAnsi="Arial"/>
        </w:rPr>
        <w:t>Yeah.</w:t>
      </w:r>
    </w:p>
    <w:p w14:paraId="398A3E16" w14:textId="77777777" w:rsidR="007D201C" w:rsidRDefault="007D201C">
      <w:pPr>
        <w:spacing w:after="0"/>
      </w:pPr>
    </w:p>
    <w:p w14:paraId="077C9CD9" w14:textId="77777777" w:rsidR="007D201C" w:rsidRDefault="00656813">
      <w:pPr>
        <w:spacing w:after="0"/>
      </w:pPr>
      <w:r>
        <w:rPr>
          <w:rFonts w:ascii="Arial" w:hAnsi="Arial"/>
          <w:b/>
        </w:rPr>
        <w:t xml:space="preserve">Interviewer E:  </w:t>
      </w:r>
      <w:r>
        <w:rPr>
          <w:rFonts w:ascii="Arial" w:hAnsi="Arial"/>
          <w:color w:val="5D7284"/>
        </w:rPr>
        <w:t>50:28</w:t>
      </w:r>
    </w:p>
    <w:p w14:paraId="5299F5EA" w14:textId="77777777" w:rsidR="007D201C" w:rsidRDefault="00656813">
      <w:pPr>
        <w:spacing w:after="0"/>
      </w:pPr>
      <w:r>
        <w:rPr>
          <w:rFonts w:ascii="Arial" w:hAnsi="Arial"/>
        </w:rPr>
        <w:t>It was? And do you think the water was moving slower faster at the same rate as the spinning machine itself?</w:t>
      </w:r>
    </w:p>
    <w:p w14:paraId="777BFDFA" w14:textId="77777777" w:rsidR="007D201C" w:rsidRDefault="007D201C">
      <w:pPr>
        <w:spacing w:after="0"/>
      </w:pPr>
    </w:p>
    <w:p w14:paraId="6ACB5634" w14:textId="77777777" w:rsidR="007D201C" w:rsidRDefault="00656813">
      <w:pPr>
        <w:spacing w:after="0"/>
      </w:pPr>
      <w:r>
        <w:rPr>
          <w:rFonts w:ascii="Arial" w:hAnsi="Arial"/>
          <w:b/>
        </w:rPr>
        <w:t xml:space="preserve">Participant #29:  </w:t>
      </w:r>
      <w:r>
        <w:rPr>
          <w:rFonts w:ascii="Arial" w:hAnsi="Arial"/>
          <w:color w:val="5D7284"/>
        </w:rPr>
        <w:t>50:40</w:t>
      </w:r>
    </w:p>
    <w:p w14:paraId="15B708CC" w14:textId="77777777" w:rsidR="007D201C" w:rsidRDefault="00656813">
      <w:pPr>
        <w:spacing w:after="0"/>
      </w:pPr>
      <w:r>
        <w:rPr>
          <w:rFonts w:ascii="Arial" w:hAnsi="Arial"/>
        </w:rPr>
        <w:t>Will same rate, I guess yeah.</w:t>
      </w:r>
    </w:p>
    <w:p w14:paraId="29D92FFC" w14:textId="77777777" w:rsidR="007D201C" w:rsidRDefault="007D201C">
      <w:pPr>
        <w:spacing w:after="0"/>
      </w:pPr>
    </w:p>
    <w:p w14:paraId="0C12A107" w14:textId="77777777" w:rsidR="007D201C" w:rsidRDefault="00656813">
      <w:pPr>
        <w:spacing w:after="0"/>
      </w:pPr>
      <w:r>
        <w:rPr>
          <w:rFonts w:ascii="Arial" w:hAnsi="Arial"/>
          <w:b/>
        </w:rPr>
        <w:t xml:space="preserve">Interviewer E:  </w:t>
      </w:r>
      <w:r>
        <w:rPr>
          <w:rFonts w:ascii="Arial" w:hAnsi="Arial"/>
          <w:color w:val="5D7284"/>
        </w:rPr>
        <w:t>50:41</w:t>
      </w:r>
    </w:p>
    <w:p w14:paraId="41B85226" w14:textId="77777777" w:rsidR="007D201C" w:rsidRDefault="00656813">
      <w:pPr>
        <w:spacing w:after="0"/>
      </w:pPr>
      <w:r>
        <w:rPr>
          <w:rFonts w:ascii="Arial" w:hAnsi="Arial"/>
        </w:rPr>
        <w:t xml:space="preserve">Same race? </w:t>
      </w:r>
    </w:p>
    <w:p w14:paraId="57345604" w14:textId="77777777" w:rsidR="007D201C" w:rsidRDefault="007D201C">
      <w:pPr>
        <w:spacing w:after="0"/>
      </w:pPr>
    </w:p>
    <w:p w14:paraId="0DD4CBF8" w14:textId="77777777" w:rsidR="007D201C" w:rsidRDefault="00656813">
      <w:pPr>
        <w:spacing w:after="0"/>
      </w:pPr>
      <w:r>
        <w:rPr>
          <w:rFonts w:ascii="Arial" w:hAnsi="Arial"/>
          <w:b/>
        </w:rPr>
        <w:t xml:space="preserve">Participant #29:  </w:t>
      </w:r>
      <w:r>
        <w:rPr>
          <w:rFonts w:ascii="Arial" w:hAnsi="Arial"/>
          <w:color w:val="5D7284"/>
        </w:rPr>
        <w:t>50:42</w:t>
      </w:r>
    </w:p>
    <w:p w14:paraId="37A1ADE1" w14:textId="77777777" w:rsidR="007D201C" w:rsidRDefault="00656813">
      <w:pPr>
        <w:spacing w:after="0"/>
      </w:pPr>
      <w:r>
        <w:rPr>
          <w:rFonts w:ascii="Arial" w:hAnsi="Arial"/>
        </w:rPr>
        <w:t xml:space="preserve">Yeah. </w:t>
      </w:r>
    </w:p>
    <w:p w14:paraId="509860D6" w14:textId="77777777" w:rsidR="007D201C" w:rsidRDefault="007D201C">
      <w:pPr>
        <w:spacing w:after="0"/>
      </w:pPr>
    </w:p>
    <w:p w14:paraId="00C7D241" w14:textId="77777777" w:rsidR="007D201C" w:rsidRDefault="00656813">
      <w:pPr>
        <w:spacing w:after="0"/>
      </w:pPr>
      <w:r>
        <w:rPr>
          <w:rFonts w:ascii="Arial" w:hAnsi="Arial"/>
          <w:b/>
        </w:rPr>
        <w:t xml:space="preserve">Interviewer E:  </w:t>
      </w:r>
      <w:r>
        <w:rPr>
          <w:rFonts w:ascii="Arial" w:hAnsi="Arial"/>
          <w:color w:val="5D7284"/>
        </w:rPr>
        <w:t>50:43</w:t>
      </w:r>
    </w:p>
    <w:p w14:paraId="0CD9B94B" w14:textId="77777777" w:rsidR="007D201C" w:rsidRDefault="00656813">
      <w:pPr>
        <w:spacing w:after="0"/>
      </w:pPr>
      <w:r>
        <w:rPr>
          <w:rFonts w:ascii="Arial" w:hAnsi="Arial"/>
        </w:rPr>
        <w:t>So when I, when you initially came in, I told you that this tank had been spinning for a certain amount of time. So if I would have, let's say, I had just restarted this and there was clean water. And I just now started it and put the dye in it, do you think it would have done the same thing as it would have if it was spinning for 45 minutes, like what you saw?</w:t>
      </w:r>
    </w:p>
    <w:p w14:paraId="17A63623" w14:textId="77777777" w:rsidR="007D201C" w:rsidRDefault="007D201C">
      <w:pPr>
        <w:spacing w:after="0"/>
      </w:pPr>
    </w:p>
    <w:p w14:paraId="5E778B0E" w14:textId="77777777" w:rsidR="007D201C" w:rsidRDefault="00656813">
      <w:pPr>
        <w:spacing w:after="0"/>
      </w:pPr>
      <w:r>
        <w:rPr>
          <w:rFonts w:ascii="Arial" w:hAnsi="Arial"/>
          <w:b/>
        </w:rPr>
        <w:t xml:space="preserve">Participant #29:  </w:t>
      </w:r>
      <w:r>
        <w:rPr>
          <w:rFonts w:ascii="Arial" w:hAnsi="Arial"/>
          <w:color w:val="5D7284"/>
        </w:rPr>
        <w:t>51:01</w:t>
      </w:r>
    </w:p>
    <w:p w14:paraId="2B1E9255" w14:textId="77777777" w:rsidR="007D201C" w:rsidRDefault="00656813">
      <w:pPr>
        <w:spacing w:after="0"/>
      </w:pPr>
      <w:r>
        <w:rPr>
          <w:rFonts w:ascii="Arial" w:hAnsi="Arial"/>
        </w:rPr>
        <w:t>Nah I think it takes it takes a while, it doesn't just instantly start matching the ... the spin rate of the tank.</w:t>
      </w:r>
    </w:p>
    <w:p w14:paraId="4EE09ACC" w14:textId="77777777" w:rsidR="007D201C" w:rsidRDefault="007D201C">
      <w:pPr>
        <w:spacing w:after="0"/>
      </w:pPr>
    </w:p>
    <w:p w14:paraId="199F6EBC" w14:textId="77777777" w:rsidR="007D201C" w:rsidRDefault="00656813">
      <w:pPr>
        <w:spacing w:after="0"/>
      </w:pPr>
      <w:r>
        <w:rPr>
          <w:rFonts w:ascii="Arial" w:hAnsi="Arial"/>
          <w:b/>
        </w:rPr>
        <w:t xml:space="preserve">Interviewer E:  </w:t>
      </w:r>
      <w:r>
        <w:rPr>
          <w:rFonts w:ascii="Arial" w:hAnsi="Arial"/>
          <w:color w:val="5D7284"/>
        </w:rPr>
        <w:t>51:08</w:t>
      </w:r>
    </w:p>
    <w:p w14:paraId="1467E7FC" w14:textId="77777777" w:rsidR="007D201C" w:rsidRDefault="00656813">
      <w:pPr>
        <w:spacing w:after="0"/>
      </w:pPr>
      <w:r>
        <w:rPr>
          <w:rFonts w:ascii="Arial" w:hAnsi="Arial"/>
        </w:rPr>
        <w:t>So it, has to be kind of going at a speed to eventually match the velocity of the tank could take a while. And then at that point, you would say in a sense, it's it's it's like our uniform rotation with the tank, right?</w:t>
      </w:r>
    </w:p>
    <w:p w14:paraId="713B5F2C" w14:textId="77777777" w:rsidR="007D201C" w:rsidRDefault="007D201C">
      <w:pPr>
        <w:spacing w:after="0"/>
      </w:pPr>
    </w:p>
    <w:p w14:paraId="0DBF16C5" w14:textId="77777777" w:rsidR="007D201C" w:rsidRDefault="00656813">
      <w:pPr>
        <w:spacing w:after="0"/>
      </w:pPr>
      <w:r>
        <w:rPr>
          <w:rFonts w:ascii="Arial" w:hAnsi="Arial"/>
          <w:b/>
        </w:rPr>
        <w:t xml:space="preserve">Participant #29:  </w:t>
      </w:r>
      <w:r>
        <w:rPr>
          <w:rFonts w:ascii="Arial" w:hAnsi="Arial"/>
          <w:color w:val="5D7284"/>
        </w:rPr>
        <w:t>51:21</w:t>
      </w:r>
    </w:p>
    <w:p w14:paraId="76D939BD" w14:textId="77777777" w:rsidR="007D201C" w:rsidRDefault="00656813">
      <w:pPr>
        <w:spacing w:after="0"/>
      </w:pPr>
      <w:r>
        <w:rPr>
          <w:rFonts w:ascii="Arial" w:hAnsi="Arial"/>
        </w:rPr>
        <w:t xml:space="preserve">Yeah. </w:t>
      </w:r>
    </w:p>
    <w:p w14:paraId="0688EE04" w14:textId="77777777" w:rsidR="007D201C" w:rsidRDefault="007D201C">
      <w:pPr>
        <w:spacing w:after="0"/>
      </w:pPr>
    </w:p>
    <w:p w14:paraId="4E1FC7B9" w14:textId="77777777" w:rsidR="007D201C" w:rsidRDefault="00656813">
      <w:pPr>
        <w:spacing w:after="0"/>
      </w:pPr>
      <w:r>
        <w:rPr>
          <w:rFonts w:ascii="Arial" w:hAnsi="Arial"/>
          <w:b/>
        </w:rPr>
        <w:t xml:space="preserve">Interviewer E:  </w:t>
      </w:r>
      <w:r>
        <w:rPr>
          <w:rFonts w:ascii="Arial" w:hAnsi="Arial"/>
          <w:color w:val="5D7284"/>
        </w:rPr>
        <w:t>51:21</w:t>
      </w:r>
    </w:p>
    <w:p w14:paraId="343DEDDB" w14:textId="77777777" w:rsidR="007D201C" w:rsidRDefault="00656813">
      <w:pPr>
        <w:spacing w:after="0"/>
      </w:pPr>
      <w:r>
        <w:rPr>
          <w:rFonts w:ascii="Arial" w:hAnsi="Arial"/>
        </w:rPr>
        <w:t xml:space="preserve">So the tank isn't faster than the water the water is and faster than the tank. Okay. But I </w:t>
      </w:r>
      <w:r>
        <w:rPr>
          <w:rFonts w:ascii="Arial" w:hAnsi="Arial"/>
        </w:rPr>
        <w:t>mean, this surprise, you kind of look at me when I stopped it.</w:t>
      </w:r>
    </w:p>
    <w:p w14:paraId="46DAC8BE" w14:textId="77777777" w:rsidR="007D201C" w:rsidRDefault="007D201C">
      <w:pPr>
        <w:spacing w:after="0"/>
      </w:pPr>
    </w:p>
    <w:p w14:paraId="5254073A" w14:textId="77777777" w:rsidR="007D201C" w:rsidRDefault="00656813">
      <w:pPr>
        <w:spacing w:after="0"/>
      </w:pPr>
      <w:r>
        <w:rPr>
          <w:rFonts w:ascii="Arial" w:hAnsi="Arial"/>
          <w:b/>
        </w:rPr>
        <w:t xml:space="preserve">Participant #29:  </w:t>
      </w:r>
      <w:r>
        <w:rPr>
          <w:rFonts w:ascii="Arial" w:hAnsi="Arial"/>
          <w:color w:val="5D7284"/>
        </w:rPr>
        <w:t>51:31</w:t>
      </w:r>
    </w:p>
    <w:p w14:paraId="7CA60C9D" w14:textId="77777777" w:rsidR="007D201C" w:rsidRDefault="00656813">
      <w:pPr>
        <w:spacing w:after="0"/>
      </w:pPr>
      <w:r>
        <w:rPr>
          <w:rFonts w:ascii="Arial" w:hAnsi="Arial"/>
        </w:rPr>
        <w:t xml:space="preserve"> No, definitely. </w:t>
      </w:r>
    </w:p>
    <w:p w14:paraId="093EED5B" w14:textId="77777777" w:rsidR="007D201C" w:rsidRDefault="007D201C">
      <w:pPr>
        <w:spacing w:after="0"/>
      </w:pPr>
    </w:p>
    <w:p w14:paraId="4E247B86" w14:textId="77777777" w:rsidR="007D201C" w:rsidRDefault="00656813">
      <w:pPr>
        <w:spacing w:after="0"/>
      </w:pPr>
      <w:r>
        <w:rPr>
          <w:rFonts w:ascii="Arial" w:hAnsi="Arial"/>
          <w:b/>
        </w:rPr>
        <w:t xml:space="preserve">Interviewer E:  </w:t>
      </w:r>
      <w:r>
        <w:rPr>
          <w:rFonts w:ascii="Arial" w:hAnsi="Arial"/>
          <w:color w:val="5D7284"/>
        </w:rPr>
        <w:t>51:32</w:t>
      </w:r>
    </w:p>
    <w:p w14:paraId="68A397BF" w14:textId="77777777" w:rsidR="007D201C" w:rsidRDefault="00656813">
      <w:pPr>
        <w:spacing w:after="0"/>
      </w:pPr>
      <w:r>
        <w:rPr>
          <w:rFonts w:ascii="Arial" w:hAnsi="Arial"/>
        </w:rPr>
        <w:t>Yeah. I always think it's interesting how I kind of just makes this swirl pattern. It's just the way it looks at super pretty cotton candy. Like that's why I usually go with blue. Yeah, Awe man trust me my stoamch is growling so much. All right. Um, you. So now I have a couple of thought experiments, because we can't physically show you some of the things but we have some things that can help you, in a sense, like picture in your mind. What really happened. So this is a lazy Susan. And this is some plain ta</w:t>
      </w:r>
      <w:r>
        <w:rPr>
          <w:rFonts w:ascii="Arial" w:hAnsi="Arial"/>
        </w:rPr>
        <w:t xml:space="preserve">steless plain Jell-O that Dr. McNeil so graciously made for us today. So I'm gonna put it on the Lazy Susan. And here's some BBs that I guess you put in a BB gun, I'm assuming. And this is a Lego thing that Dr. McNeil also made. So when I hit the button. We make it go spin? So it goes spinning just like that. Now after you've seen the Jell-O. Is the Jell-O doing what you thought it would probably do? While it's spinning? </w:t>
      </w:r>
    </w:p>
    <w:p w14:paraId="670172F2" w14:textId="77777777" w:rsidR="007D201C" w:rsidRDefault="007D201C">
      <w:pPr>
        <w:spacing w:after="0"/>
      </w:pPr>
    </w:p>
    <w:p w14:paraId="3DA391B8" w14:textId="77777777" w:rsidR="007D201C" w:rsidRDefault="00656813">
      <w:pPr>
        <w:spacing w:after="0"/>
      </w:pPr>
      <w:r>
        <w:rPr>
          <w:rFonts w:ascii="Arial" w:hAnsi="Arial"/>
          <w:b/>
        </w:rPr>
        <w:t xml:space="preserve">Participant #29:  </w:t>
      </w:r>
      <w:r>
        <w:rPr>
          <w:rFonts w:ascii="Arial" w:hAnsi="Arial"/>
          <w:color w:val="5D7284"/>
        </w:rPr>
        <w:t>52:48</w:t>
      </w:r>
    </w:p>
    <w:p w14:paraId="471A1796" w14:textId="77777777" w:rsidR="007D201C" w:rsidRDefault="00656813">
      <w:pPr>
        <w:spacing w:after="0"/>
      </w:pPr>
      <w:r>
        <w:rPr>
          <w:rFonts w:ascii="Arial" w:hAnsi="Arial"/>
        </w:rPr>
        <w:t>Yeah, sort of staying.</w:t>
      </w:r>
    </w:p>
    <w:p w14:paraId="4F07A3DE" w14:textId="77777777" w:rsidR="007D201C" w:rsidRDefault="007D201C">
      <w:pPr>
        <w:spacing w:after="0"/>
      </w:pPr>
    </w:p>
    <w:p w14:paraId="73265556" w14:textId="77777777" w:rsidR="007D201C" w:rsidRDefault="00656813">
      <w:pPr>
        <w:spacing w:after="0"/>
      </w:pPr>
      <w:r>
        <w:rPr>
          <w:rFonts w:ascii="Arial" w:hAnsi="Arial"/>
          <w:b/>
        </w:rPr>
        <w:t xml:space="preserve">Interviewer E:  </w:t>
      </w:r>
      <w:r>
        <w:rPr>
          <w:rFonts w:ascii="Arial" w:hAnsi="Arial"/>
          <w:color w:val="5D7284"/>
        </w:rPr>
        <w:t>52:49</w:t>
      </w:r>
    </w:p>
    <w:p w14:paraId="20A4AE58" w14:textId="77777777" w:rsidR="007D201C" w:rsidRDefault="00656813">
      <w:pPr>
        <w:spacing w:after="0"/>
      </w:pPr>
      <w:r>
        <w:rPr>
          <w:rFonts w:ascii="Arial" w:hAnsi="Arial"/>
        </w:rPr>
        <w:t>Yeah, just kind of saying. So. Now, let's say and we've tried to heat these up. We cannot heat these up. Yeah, okay. They don't get that hot. Um, or at least not hot enough for we need it for but let's say in a perfect world, I was able to get these reds red and scalding hot so hot that if I dropped them on this Jell-O, it would literally just go right through the Jell-O. So if I did that, and they were hot, and then I had this going, so it was in rotation? How do you think the trail that was left behind by</w:t>
      </w:r>
      <w:r>
        <w:rPr>
          <w:rFonts w:ascii="Arial" w:hAnsi="Arial"/>
        </w:rPr>
        <w:t xml:space="preserve"> these beads would look? Do show me your hands to have you want?</w:t>
      </w:r>
    </w:p>
    <w:p w14:paraId="68C1213C" w14:textId="77777777" w:rsidR="007D201C" w:rsidRDefault="007D201C">
      <w:pPr>
        <w:spacing w:after="0"/>
      </w:pPr>
    </w:p>
    <w:p w14:paraId="5424EEA3" w14:textId="77777777" w:rsidR="007D201C" w:rsidRDefault="00656813">
      <w:pPr>
        <w:spacing w:after="0"/>
      </w:pPr>
      <w:r>
        <w:rPr>
          <w:rFonts w:ascii="Arial" w:hAnsi="Arial"/>
          <w:b/>
        </w:rPr>
        <w:t xml:space="preserve">Participant #29:  </w:t>
      </w:r>
      <w:r>
        <w:rPr>
          <w:rFonts w:ascii="Arial" w:hAnsi="Arial"/>
          <w:color w:val="5D7284"/>
        </w:rPr>
        <w:t>53:29</w:t>
      </w:r>
    </w:p>
    <w:p w14:paraId="27E3B603" w14:textId="77777777" w:rsidR="007D201C" w:rsidRDefault="00656813">
      <w:pPr>
        <w:spacing w:after="0"/>
      </w:pPr>
      <w:r>
        <w:rPr>
          <w:rFonts w:ascii="Arial" w:hAnsi="Arial"/>
        </w:rPr>
        <w:t>I think the trail would be straight down first, obviously. And then I don't think it would move that much, yeah.</w:t>
      </w:r>
    </w:p>
    <w:p w14:paraId="65CA5FEA" w14:textId="77777777" w:rsidR="007D201C" w:rsidRDefault="007D201C">
      <w:pPr>
        <w:spacing w:after="0"/>
      </w:pPr>
    </w:p>
    <w:p w14:paraId="1FCE7125" w14:textId="77777777" w:rsidR="007D201C" w:rsidRDefault="00656813">
      <w:pPr>
        <w:spacing w:after="0"/>
      </w:pPr>
      <w:r>
        <w:rPr>
          <w:rFonts w:ascii="Arial" w:hAnsi="Arial"/>
          <w:b/>
        </w:rPr>
        <w:t xml:space="preserve">Interviewer E:  </w:t>
      </w:r>
      <w:r>
        <w:rPr>
          <w:rFonts w:ascii="Arial" w:hAnsi="Arial"/>
          <w:color w:val="5D7284"/>
        </w:rPr>
        <w:t>53:40</w:t>
      </w:r>
    </w:p>
    <w:p w14:paraId="4DD769D0" w14:textId="77777777" w:rsidR="007D201C" w:rsidRDefault="00656813">
      <w:pPr>
        <w:spacing w:after="0"/>
      </w:pPr>
      <w:r>
        <w:rPr>
          <w:rFonts w:ascii="Arial" w:hAnsi="Arial"/>
        </w:rPr>
        <w:t>And that Is that something that like you feel like you've observed today that kind of helped you make that? Um, or.</w:t>
      </w:r>
    </w:p>
    <w:p w14:paraId="5C033471" w14:textId="77777777" w:rsidR="007D201C" w:rsidRDefault="007D201C">
      <w:pPr>
        <w:spacing w:after="0"/>
      </w:pPr>
    </w:p>
    <w:p w14:paraId="01FFB1C4" w14:textId="77777777" w:rsidR="007D201C" w:rsidRDefault="00656813">
      <w:pPr>
        <w:spacing w:after="0"/>
      </w:pPr>
      <w:r>
        <w:rPr>
          <w:rFonts w:ascii="Arial" w:hAnsi="Arial"/>
          <w:b/>
        </w:rPr>
        <w:t xml:space="preserve">Participant #29:  </w:t>
      </w:r>
      <w:r>
        <w:rPr>
          <w:rFonts w:ascii="Arial" w:hAnsi="Arial"/>
          <w:color w:val="5D7284"/>
        </w:rPr>
        <w:t>53:46</w:t>
      </w:r>
    </w:p>
    <w:p w14:paraId="49535018" w14:textId="77777777" w:rsidR="007D201C" w:rsidRDefault="00656813">
      <w:pPr>
        <w:spacing w:after="0"/>
      </w:pPr>
      <w:r>
        <w:rPr>
          <w:rFonts w:ascii="Arial" w:hAnsi="Arial"/>
        </w:rPr>
        <w:t>Yeah.</w:t>
      </w:r>
    </w:p>
    <w:p w14:paraId="1C3482CA" w14:textId="77777777" w:rsidR="007D201C" w:rsidRDefault="007D201C">
      <w:pPr>
        <w:spacing w:after="0"/>
      </w:pPr>
    </w:p>
    <w:p w14:paraId="258A303D" w14:textId="77777777" w:rsidR="007D201C" w:rsidRDefault="00656813">
      <w:pPr>
        <w:spacing w:after="0"/>
      </w:pPr>
      <w:r>
        <w:rPr>
          <w:rFonts w:ascii="Arial" w:hAnsi="Arial"/>
          <w:b/>
        </w:rPr>
        <w:t xml:space="preserve">Interviewer E:  </w:t>
      </w:r>
      <w:r>
        <w:rPr>
          <w:rFonts w:ascii="Arial" w:hAnsi="Arial"/>
          <w:color w:val="5D7284"/>
        </w:rPr>
        <w:t>53:46</w:t>
      </w:r>
    </w:p>
    <w:p w14:paraId="4169581F" w14:textId="77777777" w:rsidR="007D201C" w:rsidRDefault="00656813">
      <w:pPr>
        <w:spacing w:after="0"/>
      </w:pPr>
      <w:r>
        <w:rPr>
          <w:rFonts w:ascii="Arial" w:hAnsi="Arial"/>
        </w:rPr>
        <w:t>Is it in? What was that? The tank over there.</w:t>
      </w:r>
    </w:p>
    <w:p w14:paraId="01666D70" w14:textId="77777777" w:rsidR="007D201C" w:rsidRDefault="007D201C">
      <w:pPr>
        <w:spacing w:after="0"/>
      </w:pPr>
    </w:p>
    <w:p w14:paraId="518122CD" w14:textId="77777777" w:rsidR="007D201C" w:rsidRDefault="00656813">
      <w:pPr>
        <w:spacing w:after="0"/>
      </w:pPr>
      <w:r>
        <w:rPr>
          <w:rFonts w:ascii="Arial" w:hAnsi="Arial"/>
          <w:b/>
        </w:rPr>
        <w:t xml:space="preserve">Participant #29:  </w:t>
      </w:r>
      <w:r>
        <w:rPr>
          <w:rFonts w:ascii="Arial" w:hAnsi="Arial"/>
          <w:color w:val="5D7284"/>
        </w:rPr>
        <w:t>53:49</w:t>
      </w:r>
    </w:p>
    <w:p w14:paraId="6220E664" w14:textId="77777777" w:rsidR="007D201C" w:rsidRDefault="00656813">
      <w:pPr>
        <w:spacing w:after="0"/>
      </w:pPr>
      <w:r>
        <w:rPr>
          <w:rFonts w:ascii="Arial" w:hAnsi="Arial"/>
        </w:rPr>
        <w:t>I would say... Yeah.</w:t>
      </w:r>
    </w:p>
    <w:p w14:paraId="2333806B" w14:textId="77777777" w:rsidR="007D201C" w:rsidRDefault="007D201C">
      <w:pPr>
        <w:spacing w:after="0"/>
      </w:pPr>
    </w:p>
    <w:p w14:paraId="09D2468A" w14:textId="77777777" w:rsidR="007D201C" w:rsidRDefault="00656813">
      <w:pPr>
        <w:spacing w:after="0"/>
      </w:pPr>
      <w:r>
        <w:rPr>
          <w:rFonts w:ascii="Arial" w:hAnsi="Arial"/>
          <w:b/>
        </w:rPr>
        <w:t xml:space="preserve">Interviewer E:  </w:t>
      </w:r>
      <w:r>
        <w:rPr>
          <w:rFonts w:ascii="Arial" w:hAnsi="Arial"/>
          <w:color w:val="5D7284"/>
        </w:rPr>
        <w:t>53:50</w:t>
      </w:r>
    </w:p>
    <w:p w14:paraId="62E8E26A" w14:textId="77777777" w:rsidR="007D201C" w:rsidRDefault="00656813">
      <w:pPr>
        <w:spacing w:after="0"/>
      </w:pPr>
      <w:r>
        <w:rPr>
          <w:rFonts w:ascii="Arial" w:hAnsi="Arial"/>
        </w:rPr>
        <w:t xml:space="preserve">The </w:t>
      </w:r>
      <w:r>
        <w:rPr>
          <w:rFonts w:ascii="Arial" w:hAnsi="Arial"/>
        </w:rPr>
        <w:t>spinning tank? And do you think there's any difference between how the one in the center would leave a trail versus the one on the end?</w:t>
      </w:r>
    </w:p>
    <w:p w14:paraId="1B42E4E3" w14:textId="77777777" w:rsidR="007D201C" w:rsidRDefault="007D201C">
      <w:pPr>
        <w:spacing w:after="0"/>
      </w:pPr>
    </w:p>
    <w:p w14:paraId="70538CE9" w14:textId="77777777" w:rsidR="007D201C" w:rsidRDefault="00656813">
      <w:pPr>
        <w:spacing w:after="0"/>
      </w:pPr>
      <w:r>
        <w:rPr>
          <w:rFonts w:ascii="Arial" w:hAnsi="Arial"/>
          <w:b/>
        </w:rPr>
        <w:t xml:space="preserve">Participant #29:  </w:t>
      </w:r>
      <w:r>
        <w:rPr>
          <w:rFonts w:ascii="Arial" w:hAnsi="Arial"/>
          <w:color w:val="5D7284"/>
        </w:rPr>
        <w:t>54:00</w:t>
      </w:r>
    </w:p>
    <w:p w14:paraId="5051CC8A" w14:textId="77777777" w:rsidR="007D201C" w:rsidRDefault="00656813">
      <w:pPr>
        <w:spacing w:after="0"/>
      </w:pPr>
      <w:r>
        <w:rPr>
          <w:rFonts w:ascii="Arial" w:hAnsi="Arial"/>
        </w:rPr>
        <w:t>I think the one on the end would leave more of a trail with the one in the center.</w:t>
      </w:r>
    </w:p>
    <w:p w14:paraId="6D20BABF" w14:textId="77777777" w:rsidR="007D201C" w:rsidRDefault="007D201C">
      <w:pPr>
        <w:spacing w:after="0"/>
      </w:pPr>
    </w:p>
    <w:p w14:paraId="1BA931D1" w14:textId="77777777" w:rsidR="007D201C" w:rsidRDefault="00656813">
      <w:pPr>
        <w:spacing w:after="0"/>
      </w:pPr>
      <w:r>
        <w:rPr>
          <w:rFonts w:ascii="Arial" w:hAnsi="Arial"/>
          <w:b/>
        </w:rPr>
        <w:t xml:space="preserve">Interviewer E:  </w:t>
      </w:r>
      <w:r>
        <w:rPr>
          <w:rFonts w:ascii="Arial" w:hAnsi="Arial"/>
          <w:color w:val="5D7284"/>
        </w:rPr>
        <w:t>54:09</w:t>
      </w:r>
    </w:p>
    <w:p w14:paraId="44E8DF4A" w14:textId="77777777" w:rsidR="007D201C" w:rsidRDefault="00656813">
      <w:pPr>
        <w:spacing w:after="0"/>
      </w:pPr>
      <w:r>
        <w:rPr>
          <w:rFonts w:ascii="Arial" w:hAnsi="Arial"/>
        </w:rPr>
        <w:t>Right, so the one in center would essentially go straight down and what kind of trail with the one on the end leave.</w:t>
      </w:r>
    </w:p>
    <w:p w14:paraId="34CAF4D9" w14:textId="77777777" w:rsidR="007D201C" w:rsidRDefault="007D201C">
      <w:pPr>
        <w:spacing w:after="0"/>
      </w:pPr>
    </w:p>
    <w:p w14:paraId="691FEFF0" w14:textId="77777777" w:rsidR="007D201C" w:rsidRDefault="00656813">
      <w:pPr>
        <w:spacing w:after="0"/>
      </w:pPr>
      <w:r>
        <w:rPr>
          <w:rFonts w:ascii="Arial" w:hAnsi="Arial"/>
          <w:b/>
        </w:rPr>
        <w:t xml:space="preserve">Participant #29:  </w:t>
      </w:r>
      <w:r>
        <w:rPr>
          <w:rFonts w:ascii="Arial" w:hAnsi="Arial"/>
          <w:color w:val="5D7284"/>
        </w:rPr>
        <w:t>54:18</w:t>
      </w:r>
    </w:p>
    <w:p w14:paraId="0944B27E" w14:textId="77777777" w:rsidR="007D201C" w:rsidRDefault="00656813">
      <w:pPr>
        <w:spacing w:after="0"/>
      </w:pPr>
      <w:r>
        <w:rPr>
          <w:rFonts w:ascii="Arial" w:hAnsi="Arial"/>
        </w:rPr>
        <w:t>Probably just like, a little.</w:t>
      </w:r>
    </w:p>
    <w:p w14:paraId="2B803942" w14:textId="77777777" w:rsidR="007D201C" w:rsidRDefault="007D201C">
      <w:pPr>
        <w:spacing w:after="0"/>
      </w:pPr>
    </w:p>
    <w:p w14:paraId="71215644" w14:textId="77777777" w:rsidR="007D201C" w:rsidRDefault="00656813">
      <w:pPr>
        <w:spacing w:after="0"/>
      </w:pPr>
      <w:r>
        <w:rPr>
          <w:rFonts w:ascii="Arial" w:hAnsi="Arial"/>
          <w:b/>
        </w:rPr>
        <w:t xml:space="preserve">Interviewer E:  </w:t>
      </w:r>
      <w:r>
        <w:rPr>
          <w:rFonts w:ascii="Arial" w:hAnsi="Arial"/>
          <w:color w:val="5D7284"/>
        </w:rPr>
        <w:t>54:21</w:t>
      </w:r>
    </w:p>
    <w:p w14:paraId="26F75EDF" w14:textId="77777777" w:rsidR="007D201C" w:rsidRDefault="00656813">
      <w:pPr>
        <w:spacing w:after="0"/>
      </w:pPr>
      <w:r>
        <w:rPr>
          <w:rFonts w:ascii="Arial" w:hAnsi="Arial"/>
        </w:rPr>
        <w:t xml:space="preserve">Like kind of follows the rotation. </w:t>
      </w:r>
    </w:p>
    <w:p w14:paraId="7AFF67B3" w14:textId="77777777" w:rsidR="007D201C" w:rsidRDefault="007D201C">
      <w:pPr>
        <w:spacing w:after="0"/>
      </w:pPr>
    </w:p>
    <w:p w14:paraId="333A444D" w14:textId="77777777" w:rsidR="007D201C" w:rsidRDefault="00656813">
      <w:pPr>
        <w:spacing w:after="0"/>
      </w:pPr>
      <w:r>
        <w:rPr>
          <w:rFonts w:ascii="Arial" w:hAnsi="Arial"/>
          <w:b/>
        </w:rPr>
        <w:t xml:space="preserve">Participant #29:  </w:t>
      </w:r>
      <w:r>
        <w:rPr>
          <w:rFonts w:ascii="Arial" w:hAnsi="Arial"/>
          <w:color w:val="5D7284"/>
        </w:rPr>
        <w:t>54:22</w:t>
      </w:r>
    </w:p>
    <w:p w14:paraId="5D5B04A1" w14:textId="77777777" w:rsidR="007D201C" w:rsidRDefault="00656813">
      <w:pPr>
        <w:spacing w:after="0"/>
      </w:pPr>
      <w:r>
        <w:rPr>
          <w:rFonts w:ascii="Arial" w:hAnsi="Arial"/>
        </w:rPr>
        <w:lastRenderedPageBreak/>
        <w:t>Yeah, like a little tunnel following the rotation.</w:t>
      </w:r>
    </w:p>
    <w:p w14:paraId="07CD7958" w14:textId="77777777" w:rsidR="007D201C" w:rsidRDefault="007D201C">
      <w:pPr>
        <w:spacing w:after="0"/>
      </w:pPr>
    </w:p>
    <w:p w14:paraId="70B4EB2D" w14:textId="77777777" w:rsidR="007D201C" w:rsidRDefault="00656813">
      <w:pPr>
        <w:spacing w:after="0"/>
      </w:pPr>
      <w:r>
        <w:rPr>
          <w:rFonts w:ascii="Arial" w:hAnsi="Arial"/>
          <w:b/>
        </w:rPr>
        <w:t xml:space="preserve">Interviewer E:  </w:t>
      </w:r>
      <w:r>
        <w:rPr>
          <w:rFonts w:ascii="Arial" w:hAnsi="Arial"/>
          <w:color w:val="5D7284"/>
        </w:rPr>
        <w:t>54:25</w:t>
      </w:r>
    </w:p>
    <w:p w14:paraId="67AEFEC1" w14:textId="77777777" w:rsidR="007D201C" w:rsidRDefault="00656813">
      <w:pPr>
        <w:spacing w:after="0"/>
      </w:pPr>
      <w:r>
        <w:rPr>
          <w:rFonts w:ascii="Arial" w:hAnsi="Arial"/>
        </w:rPr>
        <w:t xml:space="preserve">Right in the same direction as it's spinning or in the opposite direction and it's spinning. </w:t>
      </w:r>
    </w:p>
    <w:p w14:paraId="3F70110C" w14:textId="77777777" w:rsidR="007D201C" w:rsidRDefault="007D201C">
      <w:pPr>
        <w:spacing w:after="0"/>
      </w:pPr>
    </w:p>
    <w:p w14:paraId="494AD885" w14:textId="77777777" w:rsidR="007D201C" w:rsidRDefault="00656813">
      <w:pPr>
        <w:spacing w:after="0"/>
      </w:pPr>
      <w:r>
        <w:rPr>
          <w:rFonts w:ascii="Arial" w:hAnsi="Arial"/>
          <w:b/>
        </w:rPr>
        <w:t xml:space="preserve">Participant #29:  </w:t>
      </w:r>
      <w:r>
        <w:rPr>
          <w:rFonts w:ascii="Arial" w:hAnsi="Arial"/>
          <w:color w:val="5D7284"/>
        </w:rPr>
        <w:t>54:29</w:t>
      </w:r>
    </w:p>
    <w:p w14:paraId="57613404" w14:textId="77777777" w:rsidR="007D201C" w:rsidRDefault="00656813">
      <w:pPr>
        <w:spacing w:after="0"/>
      </w:pPr>
      <w:r>
        <w:rPr>
          <w:rFonts w:ascii="Arial" w:hAnsi="Arial"/>
        </w:rPr>
        <w:t xml:space="preserve">I'd say the same in the same direction. </w:t>
      </w:r>
    </w:p>
    <w:p w14:paraId="47156527" w14:textId="77777777" w:rsidR="007D201C" w:rsidRDefault="007D201C">
      <w:pPr>
        <w:spacing w:after="0"/>
      </w:pPr>
    </w:p>
    <w:p w14:paraId="1AD671FF" w14:textId="77777777" w:rsidR="007D201C" w:rsidRDefault="00656813">
      <w:pPr>
        <w:spacing w:after="0"/>
      </w:pPr>
      <w:r>
        <w:rPr>
          <w:rFonts w:ascii="Arial" w:hAnsi="Arial"/>
          <w:b/>
        </w:rPr>
        <w:t xml:space="preserve">Interviewer E:  </w:t>
      </w:r>
      <w:r>
        <w:rPr>
          <w:rFonts w:ascii="Arial" w:hAnsi="Arial"/>
          <w:color w:val="5D7284"/>
        </w:rPr>
        <w:t>54:30</w:t>
      </w:r>
    </w:p>
    <w:p w14:paraId="2FDFFB89" w14:textId="77777777" w:rsidR="007D201C" w:rsidRDefault="00656813">
      <w:pPr>
        <w:spacing w:after="0"/>
      </w:pPr>
      <w:r>
        <w:rPr>
          <w:rFonts w:ascii="Arial" w:hAnsi="Arial"/>
        </w:rPr>
        <w:t>In the same direction? Okay. So now we have another scenario. We don't have this so I can show you. So in this scenario, I'm assuming you are old enough to know what a record is. Yeah. Okay, good. I always ask that because I'm a little older than you guys. So let's say we take a record right? And I took that record and I stacked it up multiple times, maybe like 20-30 records and it was like this thick. And then I took that cylinder with our record cylinder and I turned it into metal, and I took it and I plo</w:t>
      </w:r>
      <w:r>
        <w:rPr>
          <w:rFonts w:ascii="Arial" w:hAnsi="Arial"/>
        </w:rPr>
        <w:t xml:space="preserve">pped it right here on our Lazy Susan. So now we have the six cylindrical piece of metal in the shape of a, of a record. And obviously BBs won't eat through a hot BB probably won't eat through a cylindrical piece of metal. So let's say I had acid and I took that acid and I did a couple of drops of acid, I did some in the middle. I did some of them outside. And then I started our rotation. And I had that that cylindrical metal thing moving. Okay, so in circular rotation, so what do you think the, as the acid </w:t>
      </w:r>
      <w:r>
        <w:rPr>
          <w:rFonts w:ascii="Arial" w:hAnsi="Arial"/>
        </w:rPr>
        <w:t>eats away, like, let's say this acid goes, it will eat away and go straight down to the bottom of this piece of metal? What kind of Trill Do you think it would leave behind?</w:t>
      </w:r>
    </w:p>
    <w:p w14:paraId="3EC17D94" w14:textId="77777777" w:rsidR="007D201C" w:rsidRDefault="007D201C">
      <w:pPr>
        <w:spacing w:after="0"/>
      </w:pPr>
    </w:p>
    <w:p w14:paraId="1FFB6332" w14:textId="77777777" w:rsidR="007D201C" w:rsidRDefault="00656813">
      <w:pPr>
        <w:spacing w:after="0"/>
      </w:pPr>
      <w:r>
        <w:rPr>
          <w:rFonts w:ascii="Arial" w:hAnsi="Arial"/>
          <w:b/>
        </w:rPr>
        <w:t xml:space="preserve">Participant #29:  </w:t>
      </w:r>
      <w:r>
        <w:rPr>
          <w:rFonts w:ascii="Arial" w:hAnsi="Arial"/>
          <w:color w:val="5D7284"/>
        </w:rPr>
        <w:t>55:46</w:t>
      </w:r>
    </w:p>
    <w:p w14:paraId="0A193322" w14:textId="77777777" w:rsidR="007D201C" w:rsidRDefault="00656813">
      <w:pPr>
        <w:spacing w:after="0"/>
      </w:pPr>
      <w:r>
        <w:rPr>
          <w:rFonts w:ascii="Arial" w:hAnsi="Arial"/>
        </w:rPr>
        <w:t xml:space="preserve">I think it'd be similar to the BB. But thinking about it, it might, it might be the opposite direction, because the acid is just like, not really like it's going there. And then it's just eating it as it moves. </w:t>
      </w:r>
    </w:p>
    <w:p w14:paraId="03CB5B26" w14:textId="77777777" w:rsidR="007D201C" w:rsidRDefault="007D201C">
      <w:pPr>
        <w:spacing w:after="0"/>
      </w:pPr>
    </w:p>
    <w:p w14:paraId="2B747255" w14:textId="77777777" w:rsidR="007D201C" w:rsidRDefault="00656813">
      <w:pPr>
        <w:spacing w:after="0"/>
      </w:pPr>
      <w:r>
        <w:rPr>
          <w:rFonts w:ascii="Arial" w:hAnsi="Arial"/>
          <w:b/>
        </w:rPr>
        <w:t xml:space="preserve">Interviewer E:  </w:t>
      </w:r>
      <w:r>
        <w:rPr>
          <w:rFonts w:ascii="Arial" w:hAnsi="Arial"/>
          <w:color w:val="5D7284"/>
        </w:rPr>
        <w:t>55:59</w:t>
      </w:r>
    </w:p>
    <w:p w14:paraId="2D530331" w14:textId="77777777" w:rsidR="007D201C" w:rsidRDefault="00656813">
      <w:pPr>
        <w:spacing w:after="0"/>
      </w:pPr>
      <w:r>
        <w:rPr>
          <w:rFonts w:ascii="Arial" w:hAnsi="Arial"/>
        </w:rPr>
        <w:t>Right and is that because like the acid is slowing down as it eats like losing energy in a way? Or is it because of something else?</w:t>
      </w:r>
    </w:p>
    <w:p w14:paraId="64AE403F" w14:textId="77777777" w:rsidR="007D201C" w:rsidRDefault="007D201C">
      <w:pPr>
        <w:spacing w:after="0"/>
      </w:pPr>
    </w:p>
    <w:p w14:paraId="0BE39BBD" w14:textId="77777777" w:rsidR="007D201C" w:rsidRDefault="00656813">
      <w:pPr>
        <w:spacing w:after="0"/>
      </w:pPr>
      <w:r>
        <w:rPr>
          <w:rFonts w:ascii="Arial" w:hAnsi="Arial"/>
          <w:b/>
        </w:rPr>
        <w:t xml:space="preserve">Participant #29:  </w:t>
      </w:r>
      <w:r>
        <w:rPr>
          <w:rFonts w:ascii="Arial" w:hAnsi="Arial"/>
          <w:color w:val="5D7284"/>
        </w:rPr>
        <w:t>56:08</w:t>
      </w:r>
    </w:p>
    <w:p w14:paraId="35DA55E3" w14:textId="77777777" w:rsidR="007D201C" w:rsidRDefault="00656813">
      <w:pPr>
        <w:spacing w:after="0"/>
      </w:pPr>
      <w:r>
        <w:rPr>
          <w:rFonts w:ascii="Arial" w:hAnsi="Arial"/>
        </w:rPr>
        <w:t>Yeah, I'd say that it's, it's losing a bit of energy. And it's not rotating as fast as the see records.</w:t>
      </w:r>
    </w:p>
    <w:p w14:paraId="141DB019" w14:textId="77777777" w:rsidR="007D201C" w:rsidRDefault="007D201C">
      <w:pPr>
        <w:spacing w:after="0"/>
      </w:pPr>
    </w:p>
    <w:p w14:paraId="51F95F43" w14:textId="77777777" w:rsidR="007D201C" w:rsidRDefault="00656813">
      <w:pPr>
        <w:spacing w:after="0"/>
      </w:pPr>
      <w:r>
        <w:rPr>
          <w:rFonts w:ascii="Arial" w:hAnsi="Arial"/>
          <w:b/>
        </w:rPr>
        <w:t xml:space="preserve">Interviewer E:  </w:t>
      </w:r>
      <w:r>
        <w:rPr>
          <w:rFonts w:ascii="Arial" w:hAnsi="Arial"/>
          <w:color w:val="5D7284"/>
        </w:rPr>
        <w:t>56:18</w:t>
      </w:r>
    </w:p>
    <w:p w14:paraId="66C85F4F" w14:textId="77777777" w:rsidR="007D201C" w:rsidRDefault="00656813">
      <w:pPr>
        <w:spacing w:after="0"/>
      </w:pPr>
      <w:r>
        <w:rPr>
          <w:rFonts w:ascii="Arial" w:hAnsi="Arial"/>
        </w:rPr>
        <w:t xml:space="preserve">Right. And do you think there would be a difference of the drop of acid in the center compared to the drop of acid on the outskirts of the record? </w:t>
      </w:r>
    </w:p>
    <w:p w14:paraId="2FFD4EF7" w14:textId="77777777" w:rsidR="007D201C" w:rsidRDefault="007D201C">
      <w:pPr>
        <w:spacing w:after="0"/>
      </w:pPr>
    </w:p>
    <w:p w14:paraId="23CB1779" w14:textId="77777777" w:rsidR="007D201C" w:rsidRDefault="00656813">
      <w:pPr>
        <w:spacing w:after="0"/>
      </w:pPr>
      <w:r>
        <w:rPr>
          <w:rFonts w:ascii="Arial" w:hAnsi="Arial"/>
          <w:b/>
        </w:rPr>
        <w:t xml:space="preserve">Participant #29:  </w:t>
      </w:r>
      <w:r>
        <w:rPr>
          <w:rFonts w:ascii="Arial" w:hAnsi="Arial"/>
          <w:color w:val="5D7284"/>
        </w:rPr>
        <w:t>56:25</w:t>
      </w:r>
    </w:p>
    <w:p w14:paraId="41504A35" w14:textId="77777777" w:rsidR="007D201C" w:rsidRDefault="00656813">
      <w:pPr>
        <w:spacing w:after="0"/>
      </w:pPr>
      <w:r>
        <w:rPr>
          <w:rFonts w:ascii="Arial" w:hAnsi="Arial"/>
        </w:rPr>
        <w:t>Yeah, I don't think there'd be much or as much of a trail. Yeah, I think it would just mostly go straight down. If it was on the records.</w:t>
      </w:r>
    </w:p>
    <w:p w14:paraId="403BB782" w14:textId="77777777" w:rsidR="007D201C" w:rsidRDefault="007D201C">
      <w:pPr>
        <w:spacing w:after="0"/>
      </w:pPr>
    </w:p>
    <w:p w14:paraId="4DFBD16A" w14:textId="77777777" w:rsidR="007D201C" w:rsidRDefault="00656813">
      <w:pPr>
        <w:spacing w:after="0"/>
      </w:pPr>
      <w:r>
        <w:rPr>
          <w:rFonts w:ascii="Arial" w:hAnsi="Arial"/>
          <w:b/>
        </w:rPr>
        <w:t xml:space="preserve">Interviewer E:  </w:t>
      </w:r>
      <w:r>
        <w:rPr>
          <w:rFonts w:ascii="Arial" w:hAnsi="Arial"/>
          <w:color w:val="5D7284"/>
        </w:rPr>
        <w:t>56:36</w:t>
      </w:r>
    </w:p>
    <w:p w14:paraId="509DAB85" w14:textId="77777777" w:rsidR="007D201C" w:rsidRDefault="00656813">
      <w:pPr>
        <w:spacing w:after="0"/>
      </w:pPr>
      <w:r>
        <w:rPr>
          <w:rFonts w:ascii="Arial" w:hAnsi="Arial"/>
        </w:rPr>
        <w:t xml:space="preserve">Okay. All right. Yeah. Yeah, no, go ahead. Sorry. </w:t>
      </w:r>
    </w:p>
    <w:p w14:paraId="4BC9E941" w14:textId="77777777" w:rsidR="007D201C" w:rsidRDefault="007D201C">
      <w:pPr>
        <w:spacing w:after="0"/>
      </w:pPr>
    </w:p>
    <w:p w14:paraId="1C063796" w14:textId="77777777" w:rsidR="007D201C" w:rsidRDefault="00656813">
      <w:pPr>
        <w:spacing w:after="0"/>
      </w:pPr>
      <w:r>
        <w:rPr>
          <w:rFonts w:ascii="Arial" w:hAnsi="Arial"/>
          <w:b/>
        </w:rPr>
        <w:lastRenderedPageBreak/>
        <w:t xml:space="preserve">Participant #29:  </w:t>
      </w:r>
      <w:r>
        <w:rPr>
          <w:rFonts w:ascii="Arial" w:hAnsi="Arial"/>
          <w:color w:val="5D7284"/>
        </w:rPr>
        <w:t>56:40</w:t>
      </w:r>
    </w:p>
    <w:p w14:paraId="358F2838" w14:textId="77777777" w:rsidR="007D201C" w:rsidRDefault="00656813">
      <w:pPr>
        <w:spacing w:after="0"/>
      </w:pPr>
      <w:r>
        <w:rPr>
          <w:rFonts w:ascii="Arial" w:hAnsi="Arial"/>
        </w:rPr>
        <w:t>No, no, just in the middle, it would just not really move.</w:t>
      </w:r>
    </w:p>
    <w:p w14:paraId="5006C50F" w14:textId="77777777" w:rsidR="007D201C" w:rsidRDefault="007D201C">
      <w:pPr>
        <w:spacing w:after="0"/>
      </w:pPr>
    </w:p>
    <w:p w14:paraId="2EC2ACB0" w14:textId="77777777" w:rsidR="007D201C" w:rsidRDefault="00656813">
      <w:pPr>
        <w:spacing w:after="0"/>
      </w:pPr>
      <w:r>
        <w:rPr>
          <w:rFonts w:ascii="Arial" w:hAnsi="Arial"/>
          <w:b/>
        </w:rPr>
        <w:t xml:space="preserve">Interviewer E:  </w:t>
      </w:r>
      <w:r>
        <w:rPr>
          <w:rFonts w:ascii="Arial" w:hAnsi="Arial"/>
          <w:color w:val="5D7284"/>
        </w:rPr>
        <w:t>56:43</w:t>
      </w:r>
    </w:p>
    <w:p w14:paraId="7D67A66A" w14:textId="77777777" w:rsidR="007D201C" w:rsidRDefault="00656813">
      <w:pPr>
        <w:spacing w:after="0"/>
      </w:pPr>
      <w:r>
        <w:rPr>
          <w:rFonts w:ascii="Arial" w:hAnsi="Arial"/>
        </w:rPr>
        <w:t>It kinda of go straight down. Okay, so it's very similar to the Jell-O essentially, yeah. All right. Now I have another thought experiment for you. So let's say now I have this pot, and I take this pot, and I fill it with the dirt and then I put it on our lazy Susan and I put a seed in it. And as this seed is growing into a plant, I have this pot spinning at a constant rate. So how would the roots of this plant look as it grows? If it's if it's growing in rotation?</w:t>
      </w:r>
    </w:p>
    <w:p w14:paraId="0C681F7B" w14:textId="77777777" w:rsidR="007D201C" w:rsidRDefault="007D201C">
      <w:pPr>
        <w:spacing w:after="0"/>
      </w:pPr>
    </w:p>
    <w:p w14:paraId="118C659D" w14:textId="77777777" w:rsidR="007D201C" w:rsidRDefault="00656813">
      <w:pPr>
        <w:spacing w:after="0"/>
      </w:pPr>
      <w:r>
        <w:rPr>
          <w:rFonts w:ascii="Arial" w:hAnsi="Arial"/>
          <w:b/>
        </w:rPr>
        <w:t xml:space="preserve">Participant #29:  </w:t>
      </w:r>
      <w:r>
        <w:rPr>
          <w:rFonts w:ascii="Arial" w:hAnsi="Arial"/>
          <w:color w:val="5D7284"/>
        </w:rPr>
        <w:t>57:16</w:t>
      </w:r>
    </w:p>
    <w:p w14:paraId="5222E6CA" w14:textId="77777777" w:rsidR="007D201C" w:rsidRDefault="00656813">
      <w:pPr>
        <w:spacing w:after="0"/>
      </w:pPr>
      <w:r>
        <w:rPr>
          <w:rFonts w:ascii="Arial" w:hAnsi="Arial"/>
        </w:rPr>
        <w:t>I think it would, it would kind of look like the dye there where it would just kind of go straight down, straight down. And pretty much stay. Yeah. And just grow like normally. But yeah, thats my guess.</w:t>
      </w:r>
    </w:p>
    <w:p w14:paraId="1FFCBA69" w14:textId="77777777" w:rsidR="007D201C" w:rsidRDefault="007D201C">
      <w:pPr>
        <w:spacing w:after="0"/>
      </w:pPr>
    </w:p>
    <w:p w14:paraId="3D881E9E" w14:textId="77777777" w:rsidR="007D201C" w:rsidRDefault="00656813">
      <w:pPr>
        <w:spacing w:after="0"/>
      </w:pPr>
      <w:r>
        <w:rPr>
          <w:rFonts w:ascii="Arial" w:hAnsi="Arial"/>
          <w:b/>
        </w:rPr>
        <w:t xml:space="preserve">Interviewer E:  </w:t>
      </w:r>
      <w:r>
        <w:rPr>
          <w:rFonts w:ascii="Arial" w:hAnsi="Arial"/>
          <w:color w:val="5D7284"/>
        </w:rPr>
        <w:t>57:30</w:t>
      </w:r>
    </w:p>
    <w:p w14:paraId="2A0B7063" w14:textId="77777777" w:rsidR="007D201C" w:rsidRDefault="00656813">
      <w:pPr>
        <w:spacing w:after="0"/>
      </w:pPr>
      <w:r>
        <w:rPr>
          <w:rFonts w:ascii="Arial" w:hAnsi="Arial"/>
        </w:rPr>
        <w:t>So as far as grow normally, do you mean like on the top as well with the top row normally? Or would that look a little different?</w:t>
      </w:r>
    </w:p>
    <w:p w14:paraId="13E34967" w14:textId="77777777" w:rsidR="007D201C" w:rsidRDefault="007D201C">
      <w:pPr>
        <w:spacing w:after="0"/>
      </w:pPr>
    </w:p>
    <w:p w14:paraId="1183BA2E" w14:textId="77777777" w:rsidR="007D201C" w:rsidRDefault="00656813">
      <w:pPr>
        <w:spacing w:after="0"/>
      </w:pPr>
      <w:r>
        <w:rPr>
          <w:rFonts w:ascii="Arial" w:hAnsi="Arial"/>
          <w:b/>
        </w:rPr>
        <w:t xml:space="preserve">Participant #29:  </w:t>
      </w:r>
      <w:r>
        <w:rPr>
          <w:rFonts w:ascii="Arial" w:hAnsi="Arial"/>
          <w:color w:val="5D7284"/>
        </w:rPr>
        <w:t>57:37</w:t>
      </w:r>
    </w:p>
    <w:p w14:paraId="058A2E50" w14:textId="77777777" w:rsidR="007D201C" w:rsidRDefault="00656813">
      <w:pPr>
        <w:spacing w:after="0"/>
      </w:pPr>
      <w:r>
        <w:rPr>
          <w:rFonts w:ascii="Arial" w:hAnsi="Arial"/>
        </w:rPr>
        <w:t>I think the top would look a little different from just being spun around so much, but the roots that are like inside the soil, I think would be normal.</w:t>
      </w:r>
    </w:p>
    <w:p w14:paraId="211F5E00" w14:textId="77777777" w:rsidR="007D201C" w:rsidRDefault="007D201C">
      <w:pPr>
        <w:spacing w:after="0"/>
      </w:pPr>
    </w:p>
    <w:p w14:paraId="4B65DC8C" w14:textId="77777777" w:rsidR="007D201C" w:rsidRDefault="00656813">
      <w:pPr>
        <w:spacing w:after="0"/>
      </w:pPr>
      <w:r>
        <w:rPr>
          <w:rFonts w:ascii="Arial" w:hAnsi="Arial"/>
          <w:b/>
        </w:rPr>
        <w:t xml:space="preserve">Interviewer E:  </w:t>
      </w:r>
      <w:r>
        <w:rPr>
          <w:rFonts w:ascii="Arial" w:hAnsi="Arial"/>
          <w:color w:val="5D7284"/>
        </w:rPr>
        <w:t>57:44</w:t>
      </w:r>
    </w:p>
    <w:p w14:paraId="1DCAC9B1" w14:textId="77777777" w:rsidR="007D201C" w:rsidRDefault="00656813">
      <w:pPr>
        <w:spacing w:after="0"/>
      </w:pPr>
      <w:r>
        <w:rPr>
          <w:rFonts w:ascii="Arial" w:hAnsi="Arial"/>
        </w:rPr>
        <w:t>Okay. And this, are you saying that and you're saying that based on what you've seen here today, not because of something else that reminds you of this or anything else you've seen?</w:t>
      </w:r>
    </w:p>
    <w:p w14:paraId="07A8552F" w14:textId="77777777" w:rsidR="007D201C" w:rsidRDefault="007D201C">
      <w:pPr>
        <w:spacing w:after="0"/>
      </w:pPr>
    </w:p>
    <w:p w14:paraId="5FD8A34B" w14:textId="77777777" w:rsidR="007D201C" w:rsidRDefault="00656813">
      <w:pPr>
        <w:spacing w:after="0"/>
      </w:pPr>
      <w:r>
        <w:rPr>
          <w:rFonts w:ascii="Arial" w:hAnsi="Arial"/>
          <w:b/>
        </w:rPr>
        <w:t xml:space="preserve">Participant #29:  </w:t>
      </w:r>
      <w:r>
        <w:rPr>
          <w:rFonts w:ascii="Arial" w:hAnsi="Arial"/>
          <w:color w:val="5D7284"/>
        </w:rPr>
        <w:t>57:53</w:t>
      </w:r>
    </w:p>
    <w:p w14:paraId="14FD6F6E" w14:textId="77777777" w:rsidR="007D201C" w:rsidRDefault="00656813">
      <w:pPr>
        <w:spacing w:after="0"/>
      </w:pPr>
      <w:r>
        <w:rPr>
          <w:rFonts w:ascii="Arial" w:hAnsi="Arial"/>
        </w:rPr>
        <w:t xml:space="preserve">I've never done anything like that. So it's perfectly fair. </w:t>
      </w:r>
    </w:p>
    <w:p w14:paraId="59A89A1D" w14:textId="77777777" w:rsidR="007D201C" w:rsidRDefault="007D201C">
      <w:pPr>
        <w:spacing w:after="0"/>
      </w:pPr>
    </w:p>
    <w:p w14:paraId="342D2B7E" w14:textId="77777777" w:rsidR="007D201C" w:rsidRDefault="00656813">
      <w:pPr>
        <w:spacing w:after="0"/>
      </w:pPr>
      <w:r>
        <w:rPr>
          <w:rFonts w:ascii="Arial" w:hAnsi="Arial"/>
          <w:b/>
        </w:rPr>
        <w:t xml:space="preserve">Interviewer E:  </w:t>
      </w:r>
      <w:r>
        <w:rPr>
          <w:rFonts w:ascii="Arial" w:hAnsi="Arial"/>
          <w:color w:val="5D7284"/>
        </w:rPr>
        <w:t>57:57</w:t>
      </w:r>
    </w:p>
    <w:p w14:paraId="43EA5C43" w14:textId="77777777" w:rsidR="007D201C" w:rsidRDefault="00656813">
      <w:pPr>
        <w:spacing w:after="0"/>
      </w:pPr>
      <w:r>
        <w:rPr>
          <w:rFonts w:ascii="Arial" w:hAnsi="Arial"/>
        </w:rPr>
        <w:t>All right, so we have one more thing that we're going to do with our we're kind of already a little bit out of time but I'm just really really quickly I mean, you can get out of here I have these fish that float and I have fish that sink and I'm just going to put two of each in here. Bam Bam bam, okay, got two in the middle I got two over here on the rim and I'm going to start it up so unlike the first time where where you can but we did a demonstration with this the tank already spinning and now it's comin</w:t>
      </w:r>
      <w:r>
        <w:rPr>
          <w:rFonts w:ascii="Arial" w:hAnsi="Arial"/>
        </w:rPr>
        <w:t>g in so how do you think that the fish on the bottom of the fish on top are going to react to me abruptly starting this</w:t>
      </w:r>
    </w:p>
    <w:p w14:paraId="10E247DD" w14:textId="77777777" w:rsidR="007D201C" w:rsidRDefault="007D201C">
      <w:pPr>
        <w:spacing w:after="0"/>
      </w:pPr>
    </w:p>
    <w:p w14:paraId="53EBB4BD" w14:textId="77777777" w:rsidR="007D201C" w:rsidRDefault="00656813">
      <w:pPr>
        <w:spacing w:after="0"/>
      </w:pPr>
      <w:r>
        <w:rPr>
          <w:rFonts w:ascii="Arial" w:hAnsi="Arial"/>
          <w:b/>
        </w:rPr>
        <w:t xml:space="preserve">Participant #29:  </w:t>
      </w:r>
      <w:r>
        <w:rPr>
          <w:rFonts w:ascii="Arial" w:hAnsi="Arial"/>
          <w:color w:val="5D7284"/>
        </w:rPr>
        <w:t>58:38</w:t>
      </w:r>
    </w:p>
    <w:p w14:paraId="14818D21" w14:textId="77777777" w:rsidR="007D201C" w:rsidRDefault="00656813">
      <w:pPr>
        <w:spacing w:after="0"/>
      </w:pPr>
      <w:r>
        <w:rPr>
          <w:rFonts w:ascii="Arial" w:hAnsi="Arial"/>
        </w:rPr>
        <w:t>I think the fish on the bottom aren't gonna move the fish on the top what but I think the blue fish will move the most on becuase its on the outside and the yellow one on the top will probably stay general same area.</w:t>
      </w:r>
    </w:p>
    <w:p w14:paraId="490FF5FE" w14:textId="77777777" w:rsidR="007D201C" w:rsidRDefault="007D201C">
      <w:pPr>
        <w:spacing w:after="0"/>
      </w:pPr>
    </w:p>
    <w:p w14:paraId="045CE44C" w14:textId="77777777" w:rsidR="007D201C" w:rsidRDefault="00656813">
      <w:pPr>
        <w:spacing w:after="0"/>
      </w:pPr>
      <w:r>
        <w:rPr>
          <w:rFonts w:ascii="Arial" w:hAnsi="Arial"/>
          <w:b/>
        </w:rPr>
        <w:t xml:space="preserve">Interviewer E:  </w:t>
      </w:r>
      <w:r>
        <w:rPr>
          <w:rFonts w:ascii="Arial" w:hAnsi="Arial"/>
          <w:color w:val="5D7284"/>
        </w:rPr>
        <w:t>59:05</w:t>
      </w:r>
    </w:p>
    <w:p w14:paraId="7AAEF4F9" w14:textId="77777777" w:rsidR="007D201C" w:rsidRDefault="00656813">
      <w:pPr>
        <w:spacing w:after="0"/>
      </w:pPr>
      <w:r>
        <w:rPr>
          <w:rFonts w:ascii="Arial" w:hAnsi="Arial"/>
        </w:rPr>
        <w:lastRenderedPageBreak/>
        <w:t>So what do you think and now is it similar to what you thought was gonna happen or is it completely different?</w:t>
      </w:r>
    </w:p>
    <w:p w14:paraId="24F8EB98" w14:textId="77777777" w:rsidR="007D201C" w:rsidRDefault="007D201C">
      <w:pPr>
        <w:spacing w:after="0"/>
      </w:pPr>
    </w:p>
    <w:p w14:paraId="7C72F8DC" w14:textId="77777777" w:rsidR="007D201C" w:rsidRDefault="00656813">
      <w:pPr>
        <w:spacing w:after="0"/>
      </w:pPr>
      <w:r>
        <w:rPr>
          <w:rFonts w:ascii="Arial" w:hAnsi="Arial"/>
          <w:b/>
        </w:rPr>
        <w:t xml:space="preserve">Participant #29:  </w:t>
      </w:r>
      <w:r>
        <w:rPr>
          <w:rFonts w:ascii="Arial" w:hAnsi="Arial"/>
          <w:color w:val="5D7284"/>
        </w:rPr>
        <w:t>59:11</w:t>
      </w:r>
    </w:p>
    <w:p w14:paraId="61C21D89" w14:textId="77777777" w:rsidR="007D201C" w:rsidRDefault="00656813">
      <w:pPr>
        <w:spacing w:after="0"/>
      </w:pPr>
      <w:r>
        <w:rPr>
          <w:rFonts w:ascii="Arial" w:hAnsi="Arial"/>
        </w:rPr>
        <w:t>Similar it took a little bit of time for the blue fish to finally start moving but I think for the most part the yellow ones stay on top.</w:t>
      </w:r>
    </w:p>
    <w:p w14:paraId="6EF3F64B" w14:textId="77777777" w:rsidR="007D201C" w:rsidRDefault="007D201C">
      <w:pPr>
        <w:spacing w:after="0"/>
      </w:pPr>
    </w:p>
    <w:p w14:paraId="203CA02C" w14:textId="77777777" w:rsidR="007D201C" w:rsidRDefault="00656813">
      <w:pPr>
        <w:spacing w:after="0"/>
      </w:pPr>
      <w:r>
        <w:rPr>
          <w:rFonts w:ascii="Arial" w:hAnsi="Arial"/>
          <w:b/>
        </w:rPr>
        <w:t xml:space="preserve">Interviewer E:  </w:t>
      </w:r>
      <w:r>
        <w:rPr>
          <w:rFonts w:ascii="Arial" w:hAnsi="Arial"/>
          <w:color w:val="5D7284"/>
        </w:rPr>
        <w:t>59:22</w:t>
      </w:r>
    </w:p>
    <w:p w14:paraId="50D97473" w14:textId="77777777" w:rsidR="007D201C" w:rsidRDefault="00656813">
      <w:pPr>
        <w:spacing w:after="0"/>
      </w:pPr>
      <w:r>
        <w:rPr>
          <w:rFonts w:ascii="Arial" w:hAnsi="Arial"/>
        </w:rPr>
        <w:t>Not really I guess moving too much. So is the blue fish moving at all?</w:t>
      </w:r>
    </w:p>
    <w:p w14:paraId="41555005" w14:textId="77777777" w:rsidR="007D201C" w:rsidRDefault="007D201C">
      <w:pPr>
        <w:spacing w:after="0"/>
      </w:pPr>
    </w:p>
    <w:p w14:paraId="00EBAD68" w14:textId="77777777" w:rsidR="007D201C" w:rsidRDefault="00656813">
      <w:pPr>
        <w:spacing w:after="0"/>
      </w:pPr>
      <w:r>
        <w:rPr>
          <w:rFonts w:ascii="Arial" w:hAnsi="Arial"/>
          <w:b/>
        </w:rPr>
        <w:t xml:space="preserve">Participant #29:  </w:t>
      </w:r>
      <w:r>
        <w:rPr>
          <w:rFonts w:ascii="Arial" w:hAnsi="Arial"/>
          <w:color w:val="5D7284"/>
        </w:rPr>
        <w:t>59:29</w:t>
      </w:r>
    </w:p>
    <w:p w14:paraId="6C681D3C" w14:textId="77777777" w:rsidR="007D201C" w:rsidRDefault="00656813">
      <w:pPr>
        <w:spacing w:after="0"/>
      </w:pPr>
      <w:r>
        <w:rPr>
          <w:rFonts w:ascii="Arial" w:hAnsi="Arial"/>
        </w:rPr>
        <w:t>Yeah.</w:t>
      </w:r>
    </w:p>
    <w:p w14:paraId="71367850" w14:textId="77777777" w:rsidR="007D201C" w:rsidRDefault="007D201C">
      <w:pPr>
        <w:spacing w:after="0"/>
      </w:pPr>
    </w:p>
    <w:p w14:paraId="51B281A2" w14:textId="77777777" w:rsidR="007D201C" w:rsidRDefault="00656813">
      <w:pPr>
        <w:spacing w:after="0"/>
      </w:pPr>
      <w:r>
        <w:rPr>
          <w:rFonts w:ascii="Arial" w:hAnsi="Arial"/>
          <w:b/>
        </w:rPr>
        <w:t xml:space="preserve">Interviewer E:  </w:t>
      </w:r>
      <w:r>
        <w:rPr>
          <w:rFonts w:ascii="Arial" w:hAnsi="Arial"/>
          <w:color w:val="5D7284"/>
        </w:rPr>
        <w:t>59:31</w:t>
      </w:r>
    </w:p>
    <w:p w14:paraId="48240555" w14:textId="77777777" w:rsidR="007D201C" w:rsidRDefault="00656813">
      <w:pPr>
        <w:spacing w:after="0"/>
      </w:pPr>
      <w:r>
        <w:rPr>
          <w:rFonts w:ascii="Arial" w:hAnsi="Arial"/>
        </w:rPr>
        <w:t xml:space="preserve">Okay, and is that blue fish moving and rotation like the waters and moving your rotation with the tank? </w:t>
      </w:r>
    </w:p>
    <w:p w14:paraId="28ED73C8" w14:textId="77777777" w:rsidR="007D201C" w:rsidRDefault="007D201C">
      <w:pPr>
        <w:spacing w:after="0"/>
      </w:pPr>
    </w:p>
    <w:p w14:paraId="387F9AB2" w14:textId="77777777" w:rsidR="007D201C" w:rsidRDefault="00656813">
      <w:pPr>
        <w:spacing w:after="0"/>
      </w:pPr>
      <w:r>
        <w:rPr>
          <w:rFonts w:ascii="Arial" w:hAnsi="Arial"/>
          <w:b/>
        </w:rPr>
        <w:t xml:space="preserve">Participant #29:  </w:t>
      </w:r>
      <w:r>
        <w:rPr>
          <w:rFonts w:ascii="Arial" w:hAnsi="Arial"/>
          <w:color w:val="5D7284"/>
        </w:rPr>
        <w:t>59:37</w:t>
      </w:r>
    </w:p>
    <w:p w14:paraId="125E6CBE" w14:textId="77777777" w:rsidR="007D201C" w:rsidRDefault="00656813">
      <w:pPr>
        <w:spacing w:after="0"/>
      </w:pPr>
      <w:r>
        <w:rPr>
          <w:rFonts w:ascii="Arial" w:hAnsi="Arial"/>
        </w:rPr>
        <w:t>I think it's really what the water.</w:t>
      </w:r>
    </w:p>
    <w:p w14:paraId="4B7E72D7" w14:textId="77777777" w:rsidR="007D201C" w:rsidRDefault="007D201C">
      <w:pPr>
        <w:spacing w:after="0"/>
      </w:pPr>
    </w:p>
    <w:p w14:paraId="4D087653" w14:textId="77777777" w:rsidR="007D201C" w:rsidRDefault="00656813">
      <w:pPr>
        <w:spacing w:after="0"/>
      </w:pPr>
      <w:r>
        <w:rPr>
          <w:rFonts w:ascii="Arial" w:hAnsi="Arial"/>
          <w:b/>
        </w:rPr>
        <w:t xml:space="preserve">Interviewer E:  </w:t>
      </w:r>
      <w:r>
        <w:rPr>
          <w:rFonts w:ascii="Arial" w:hAnsi="Arial"/>
          <w:color w:val="5D7284"/>
        </w:rPr>
        <w:t>59:39</w:t>
      </w:r>
    </w:p>
    <w:p w14:paraId="58B02E49" w14:textId="77777777" w:rsidR="007D201C" w:rsidRDefault="00656813">
      <w:pPr>
        <w:spacing w:after="0"/>
      </w:pPr>
      <w:r>
        <w:rPr>
          <w:rFonts w:ascii="Arial" w:hAnsi="Arial"/>
        </w:rPr>
        <w:t xml:space="preserve">what about the ones on the bottom? What are they moving in </w:t>
      </w:r>
      <w:r>
        <w:rPr>
          <w:rFonts w:ascii="Arial" w:hAnsi="Arial"/>
        </w:rPr>
        <w:t>relation to?</w:t>
      </w:r>
    </w:p>
    <w:p w14:paraId="79EC8214" w14:textId="77777777" w:rsidR="007D201C" w:rsidRDefault="007D201C">
      <w:pPr>
        <w:spacing w:after="0"/>
      </w:pPr>
    </w:p>
    <w:p w14:paraId="01473820" w14:textId="77777777" w:rsidR="007D201C" w:rsidRDefault="00656813">
      <w:pPr>
        <w:spacing w:after="0"/>
      </w:pPr>
      <w:r>
        <w:rPr>
          <w:rFonts w:ascii="Arial" w:hAnsi="Arial"/>
          <w:b/>
        </w:rPr>
        <w:t xml:space="preserve">Participant #29:  </w:t>
      </w:r>
      <w:r>
        <w:rPr>
          <w:rFonts w:ascii="Arial" w:hAnsi="Arial"/>
          <w:color w:val="5D7284"/>
        </w:rPr>
        <w:t>59:42</w:t>
      </w:r>
    </w:p>
    <w:p w14:paraId="2440C4AC" w14:textId="77777777" w:rsidR="007D201C" w:rsidRDefault="00656813">
      <w:pPr>
        <w:spacing w:after="0"/>
      </w:pPr>
      <w:r>
        <w:rPr>
          <w:rFonts w:ascii="Arial" w:hAnsi="Arial"/>
        </w:rPr>
        <w:t xml:space="preserve">Those seem to be moving with the tank? </w:t>
      </w:r>
    </w:p>
    <w:p w14:paraId="63C5B1EE" w14:textId="77777777" w:rsidR="007D201C" w:rsidRDefault="007D201C">
      <w:pPr>
        <w:spacing w:after="0"/>
      </w:pPr>
    </w:p>
    <w:p w14:paraId="3247ECB0" w14:textId="77777777" w:rsidR="007D201C" w:rsidRDefault="00656813">
      <w:pPr>
        <w:spacing w:after="0"/>
      </w:pPr>
      <w:r>
        <w:rPr>
          <w:rFonts w:ascii="Arial" w:hAnsi="Arial"/>
          <w:b/>
        </w:rPr>
        <w:t xml:space="preserve">Interviewer E:  </w:t>
      </w:r>
      <w:r>
        <w:rPr>
          <w:rFonts w:ascii="Arial" w:hAnsi="Arial"/>
          <w:color w:val="5D7284"/>
        </w:rPr>
        <w:t>59:43</w:t>
      </w:r>
    </w:p>
    <w:p w14:paraId="0C4FE96B" w14:textId="77777777" w:rsidR="007D201C" w:rsidRDefault="00656813">
      <w:pPr>
        <w:spacing w:after="0"/>
      </w:pPr>
      <w:r>
        <w:rPr>
          <w:rFonts w:ascii="Arial" w:hAnsi="Arial"/>
        </w:rPr>
        <w:t>With the tank? Do you think that any which ones are faster or you know doing laps?</w:t>
      </w:r>
    </w:p>
    <w:p w14:paraId="70BA5A4D" w14:textId="77777777" w:rsidR="007D201C" w:rsidRDefault="007D201C">
      <w:pPr>
        <w:spacing w:after="0"/>
      </w:pPr>
    </w:p>
    <w:p w14:paraId="38273129" w14:textId="77777777" w:rsidR="007D201C" w:rsidRDefault="00656813">
      <w:pPr>
        <w:spacing w:after="0"/>
      </w:pPr>
      <w:r>
        <w:rPr>
          <w:rFonts w:ascii="Arial" w:hAnsi="Arial"/>
          <w:b/>
        </w:rPr>
        <w:t xml:space="preserve">Participant #29:  </w:t>
      </w:r>
      <w:r>
        <w:rPr>
          <w:rFonts w:ascii="Arial" w:hAnsi="Arial"/>
          <w:color w:val="5D7284"/>
        </w:rPr>
        <w:t>59:52</w:t>
      </w:r>
    </w:p>
    <w:p w14:paraId="5295CF08" w14:textId="77777777" w:rsidR="007D201C" w:rsidRDefault="00656813">
      <w:pPr>
        <w:spacing w:after="0"/>
      </w:pPr>
      <w:r>
        <w:rPr>
          <w:rFonts w:ascii="Arial" w:hAnsi="Arial"/>
        </w:rPr>
        <w:t>The bottom ones? Yeah.</w:t>
      </w:r>
    </w:p>
    <w:p w14:paraId="58343747" w14:textId="77777777" w:rsidR="007D201C" w:rsidRDefault="007D201C">
      <w:pPr>
        <w:spacing w:after="0"/>
      </w:pPr>
    </w:p>
    <w:p w14:paraId="663982AC" w14:textId="77777777" w:rsidR="007D201C" w:rsidRDefault="00656813">
      <w:pPr>
        <w:spacing w:after="0"/>
      </w:pPr>
      <w:r>
        <w:rPr>
          <w:rFonts w:ascii="Arial" w:hAnsi="Arial"/>
          <w:b/>
        </w:rPr>
        <w:t xml:space="preserve">Interviewer E:  </w:t>
      </w:r>
      <w:r>
        <w:rPr>
          <w:rFonts w:ascii="Arial" w:hAnsi="Arial"/>
          <w:color w:val="5D7284"/>
        </w:rPr>
        <w:t>59:53</w:t>
      </w:r>
    </w:p>
    <w:p w14:paraId="4756DF32" w14:textId="77777777" w:rsidR="007D201C" w:rsidRDefault="00656813">
      <w:pPr>
        <w:spacing w:after="0"/>
      </w:pPr>
      <w:r>
        <w:rPr>
          <w:rFonts w:ascii="Arial" w:hAnsi="Arial"/>
        </w:rPr>
        <w:t xml:space="preserve">The bottom ones are faster. Okay. So what do you think will happen if I just simply stop it right now. </w:t>
      </w:r>
    </w:p>
    <w:p w14:paraId="6ABD4B6A" w14:textId="77777777" w:rsidR="007D201C" w:rsidRDefault="007D201C">
      <w:pPr>
        <w:spacing w:after="0"/>
      </w:pPr>
    </w:p>
    <w:p w14:paraId="7B0321EE" w14:textId="77777777" w:rsidR="007D201C" w:rsidRDefault="00656813">
      <w:pPr>
        <w:spacing w:after="0"/>
      </w:pPr>
      <w:r>
        <w:rPr>
          <w:rFonts w:ascii="Arial" w:hAnsi="Arial"/>
          <w:b/>
        </w:rPr>
        <w:t xml:space="preserve">Participant #29:  </w:t>
      </w:r>
      <w:r>
        <w:rPr>
          <w:rFonts w:ascii="Arial" w:hAnsi="Arial"/>
          <w:color w:val="5D7284"/>
        </w:rPr>
        <w:t>1:00:02</w:t>
      </w:r>
    </w:p>
    <w:p w14:paraId="4239B467" w14:textId="77777777" w:rsidR="007D201C" w:rsidRDefault="00656813">
      <w:pPr>
        <w:spacing w:after="0"/>
      </w:pPr>
      <w:r>
        <w:rPr>
          <w:rFonts w:ascii="Arial" w:hAnsi="Arial"/>
        </w:rPr>
        <w:t>I think the fish on the bottom and stop and keep going until it calmed down I guess.</w:t>
      </w:r>
    </w:p>
    <w:p w14:paraId="3ACAA085" w14:textId="77777777" w:rsidR="007D201C" w:rsidRDefault="007D201C">
      <w:pPr>
        <w:spacing w:after="0"/>
      </w:pPr>
    </w:p>
    <w:p w14:paraId="0A7CE4A3" w14:textId="77777777" w:rsidR="007D201C" w:rsidRDefault="00656813">
      <w:pPr>
        <w:spacing w:after="0"/>
      </w:pPr>
      <w:r>
        <w:rPr>
          <w:rFonts w:ascii="Arial" w:hAnsi="Arial"/>
          <w:b/>
        </w:rPr>
        <w:t xml:space="preserve">Interviewer E:  </w:t>
      </w:r>
      <w:r>
        <w:rPr>
          <w:rFonts w:ascii="Arial" w:hAnsi="Arial"/>
          <w:color w:val="5D7284"/>
        </w:rPr>
        <w:t>1:00:11</w:t>
      </w:r>
    </w:p>
    <w:p w14:paraId="745BFE47" w14:textId="77777777" w:rsidR="007D201C" w:rsidRDefault="00656813">
      <w:pPr>
        <w:spacing w:after="0"/>
      </w:pPr>
      <w:r>
        <w:rPr>
          <w:rFonts w:ascii="Arial" w:hAnsi="Arial"/>
        </w:rPr>
        <w:t>Alright lets see.</w:t>
      </w:r>
    </w:p>
    <w:p w14:paraId="0836EB6C" w14:textId="77777777" w:rsidR="007D201C" w:rsidRDefault="007D201C">
      <w:pPr>
        <w:spacing w:after="0"/>
      </w:pPr>
    </w:p>
    <w:p w14:paraId="3DF24B00" w14:textId="77777777" w:rsidR="007D201C" w:rsidRDefault="00656813">
      <w:pPr>
        <w:spacing w:after="0"/>
      </w:pPr>
      <w:r>
        <w:rPr>
          <w:rFonts w:ascii="Arial" w:hAnsi="Arial"/>
          <w:b/>
        </w:rPr>
        <w:t xml:space="preserve">Participant #29:  </w:t>
      </w:r>
      <w:r>
        <w:rPr>
          <w:rFonts w:ascii="Arial" w:hAnsi="Arial"/>
          <w:color w:val="5D7284"/>
        </w:rPr>
        <w:t>1:00:26</w:t>
      </w:r>
    </w:p>
    <w:p w14:paraId="133424C1" w14:textId="77777777" w:rsidR="007D201C" w:rsidRDefault="00656813">
      <w:pPr>
        <w:spacing w:after="0"/>
      </w:pPr>
      <w:r>
        <w:rPr>
          <w:rFonts w:ascii="Arial" w:hAnsi="Arial"/>
        </w:rPr>
        <w:t xml:space="preserve">So yeah, pretty much. Yeah. </w:t>
      </w:r>
    </w:p>
    <w:p w14:paraId="5272CD37" w14:textId="77777777" w:rsidR="007D201C" w:rsidRDefault="007D201C">
      <w:pPr>
        <w:spacing w:after="0"/>
      </w:pPr>
    </w:p>
    <w:p w14:paraId="19378D4D" w14:textId="77777777" w:rsidR="007D201C" w:rsidRDefault="00656813">
      <w:pPr>
        <w:spacing w:after="0"/>
      </w:pPr>
      <w:r>
        <w:rPr>
          <w:rFonts w:ascii="Arial" w:hAnsi="Arial"/>
          <w:b/>
        </w:rPr>
        <w:t xml:space="preserve">Interviewer E:  </w:t>
      </w:r>
      <w:r>
        <w:rPr>
          <w:rFonts w:ascii="Arial" w:hAnsi="Arial"/>
          <w:color w:val="5D7284"/>
        </w:rPr>
        <w:t>1:00:28</w:t>
      </w:r>
    </w:p>
    <w:p w14:paraId="0334800B" w14:textId="77777777" w:rsidR="007D201C" w:rsidRDefault="00656813">
      <w:pPr>
        <w:spacing w:after="0"/>
      </w:pPr>
      <w:r>
        <w:rPr>
          <w:rFonts w:ascii="Arial" w:hAnsi="Arial"/>
        </w:rPr>
        <w:lastRenderedPageBreak/>
        <w:t xml:space="preserve">All right, cool. All right. Well that's it. That's all I have for you today. You did a wonderful job. I appreciate you for participating. </w:t>
      </w:r>
    </w:p>
    <w:p w14:paraId="1020DAE6" w14:textId="77777777" w:rsidR="007D201C" w:rsidRDefault="007D201C">
      <w:pPr>
        <w:spacing w:after="0"/>
      </w:pPr>
    </w:p>
    <w:p w14:paraId="577A662C" w14:textId="77777777" w:rsidR="007D201C" w:rsidRDefault="00656813">
      <w:pPr>
        <w:spacing w:after="0"/>
      </w:pPr>
      <w:r>
        <w:rPr>
          <w:rFonts w:ascii="Arial" w:hAnsi="Arial"/>
          <w:b/>
        </w:rPr>
        <w:t xml:space="preserve">Participant #29:  </w:t>
      </w:r>
      <w:r>
        <w:rPr>
          <w:rFonts w:ascii="Arial" w:hAnsi="Arial"/>
          <w:color w:val="5D7284"/>
        </w:rPr>
        <w:t>1:00:35</w:t>
      </w:r>
    </w:p>
    <w:p w14:paraId="0DAE94CF" w14:textId="77777777" w:rsidR="007D201C" w:rsidRDefault="00656813">
      <w:pPr>
        <w:spacing w:after="0"/>
      </w:pPr>
      <w:r>
        <w:rPr>
          <w:rFonts w:ascii="Arial" w:hAnsi="Arial"/>
        </w:rPr>
        <w:t>Yeah.</w:t>
      </w:r>
    </w:p>
    <w:p w14:paraId="7D8F6F1C" w14:textId="77777777" w:rsidR="007D201C" w:rsidRDefault="007D201C">
      <w:pPr>
        <w:spacing w:after="0"/>
      </w:pPr>
    </w:p>
    <w:p w14:paraId="02A681EE" w14:textId="77777777" w:rsidR="007D201C" w:rsidRDefault="00656813">
      <w:pPr>
        <w:spacing w:after="0"/>
      </w:pPr>
      <w:r>
        <w:rPr>
          <w:rFonts w:ascii="Arial" w:hAnsi="Arial"/>
          <w:b/>
        </w:rPr>
        <w:t xml:space="preserve">Interviewer E:  </w:t>
      </w:r>
      <w:r>
        <w:rPr>
          <w:rFonts w:ascii="Arial" w:hAnsi="Arial"/>
          <w:color w:val="5D7284"/>
        </w:rPr>
        <w:t>1:00:35</w:t>
      </w:r>
    </w:p>
    <w:p w14:paraId="48D34B92" w14:textId="77777777" w:rsidR="007D201C" w:rsidRDefault="00656813">
      <w:pPr>
        <w:spacing w:after="0"/>
      </w:pPr>
      <w:r>
        <w:rPr>
          <w:rFonts w:ascii="Arial" w:hAnsi="Arial"/>
        </w:rPr>
        <w:t xml:space="preserve">Can you check your email to make sure you got the email about your cards? </w:t>
      </w:r>
    </w:p>
    <w:p w14:paraId="6D06FE26" w14:textId="77777777" w:rsidR="007D201C" w:rsidRDefault="007D201C">
      <w:pPr>
        <w:spacing w:after="0"/>
      </w:pPr>
    </w:p>
    <w:p w14:paraId="4050EE0B" w14:textId="77777777" w:rsidR="007D201C" w:rsidRDefault="00656813">
      <w:pPr>
        <w:spacing w:after="0"/>
      </w:pPr>
      <w:r>
        <w:rPr>
          <w:rFonts w:ascii="Arial" w:hAnsi="Arial"/>
          <w:b/>
        </w:rPr>
        <w:t xml:space="preserve">Participant #29:  </w:t>
      </w:r>
      <w:r>
        <w:rPr>
          <w:rFonts w:ascii="Arial" w:hAnsi="Arial"/>
          <w:color w:val="5D7284"/>
        </w:rPr>
        <w:t>1:00:41</w:t>
      </w:r>
    </w:p>
    <w:p w14:paraId="7BC8E7BF" w14:textId="77777777" w:rsidR="007D201C" w:rsidRDefault="00656813">
      <w:pPr>
        <w:spacing w:after="0"/>
      </w:pPr>
      <w:r>
        <w:rPr>
          <w:rFonts w:ascii="Arial" w:hAnsi="Arial"/>
        </w:rPr>
        <w:t>Yeah.</w:t>
      </w:r>
    </w:p>
    <w:sectPr w:rsidR="007D201C"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2107CC" w14:textId="77777777" w:rsidR="00ED3244" w:rsidRDefault="00ED3244">
      <w:pPr>
        <w:spacing w:after="0" w:line="240" w:lineRule="auto"/>
      </w:pPr>
      <w:r>
        <w:separator/>
      </w:r>
    </w:p>
  </w:endnote>
  <w:endnote w:type="continuationSeparator" w:id="0">
    <w:p w14:paraId="49653DD5"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141AFA67"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6A04F258"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AD20B42"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6C35452D"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2ABC61C"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CCB98"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10CC9B" w14:textId="77777777" w:rsidR="00ED3244" w:rsidRDefault="00ED3244">
      <w:pPr>
        <w:spacing w:after="0" w:line="240" w:lineRule="auto"/>
      </w:pPr>
      <w:r>
        <w:separator/>
      </w:r>
    </w:p>
  </w:footnote>
  <w:footnote w:type="continuationSeparator" w:id="0">
    <w:p w14:paraId="3E7CC6D2"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27C4F"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B293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35D3A"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762994085">
    <w:abstractNumId w:val="8"/>
  </w:num>
  <w:num w:numId="2" w16cid:durableId="2085567505">
    <w:abstractNumId w:val="6"/>
  </w:num>
  <w:num w:numId="3" w16cid:durableId="1835339387">
    <w:abstractNumId w:val="5"/>
  </w:num>
  <w:num w:numId="4" w16cid:durableId="262149956">
    <w:abstractNumId w:val="4"/>
  </w:num>
  <w:num w:numId="5" w16cid:durableId="1801220536">
    <w:abstractNumId w:val="7"/>
  </w:num>
  <w:num w:numId="6" w16cid:durableId="1122378382">
    <w:abstractNumId w:val="3"/>
  </w:num>
  <w:num w:numId="7" w16cid:durableId="361706758">
    <w:abstractNumId w:val="2"/>
  </w:num>
  <w:num w:numId="8" w16cid:durableId="1735464766">
    <w:abstractNumId w:val="1"/>
  </w:num>
  <w:num w:numId="9" w16cid:durableId="4845163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56813"/>
    <w:rsid w:val="006E2A8C"/>
    <w:rsid w:val="007749AF"/>
    <w:rsid w:val="00794EBC"/>
    <w:rsid w:val="007D201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4EC081A6"/>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7639C13B-FD9A-4AE3-B8F8-B91F65EDC2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F91E0B-8CC5-4D80-BDC4-05F1FF5E7F9D}">
  <ds:schemaRefs>
    <ds:schemaRef ds:uri="http://schemas.microsoft.com/sharepoint/v3/contenttype/forms"/>
  </ds:schemaRefs>
</ds:datastoreItem>
</file>

<file path=customXml/itemProps4.xml><?xml version="1.0" encoding="utf-8"?>
<ds:datastoreItem xmlns:ds="http://schemas.openxmlformats.org/officeDocument/2006/customXml" ds:itemID="{856A6630-D59A-42A2-94E6-F4A1A2E4EE2F}">
  <ds:schemaRefs>
    <ds:schemaRef ds:uri="http://schemas.openxmlformats.org/package/2006/metadata/core-properties"/>
    <ds:schemaRef ds:uri="http://schemas.microsoft.com/office/2006/metadata/properties"/>
    <ds:schemaRef ds:uri="http://purl.org/dc/elements/1.1/"/>
    <ds:schemaRef ds:uri="http://purl.org/dc/dcmitype/"/>
    <ds:schemaRef ds:uri="http://schemas.microsoft.com/office/2006/documentManagement/types"/>
    <ds:schemaRef ds:uri="eeef5ad7-d6de-419e-9305-cd9bdd8d89a9"/>
    <ds:schemaRef ds:uri="http://schemas.microsoft.com/sharepoint/v3"/>
    <ds:schemaRef ds:uri="http://schemas.microsoft.com/office/infopath/2007/PartnerControls"/>
    <ds:schemaRef ds:uri="5b1983e9-55b4-4f9e-a196-30376d2238aa"/>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5580</Words>
  <Characters>31807</Characters>
  <Application>Microsoft Office Word</Application>
  <DocSecurity>4</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37313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2024-05-21T16:17:00Z</dcterms:created>
  <dcterms:modified xsi:type="dcterms:W3CDTF">2024-05-21T16:17:00Z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