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BA2475" w14:textId="77777777" w:rsidR="00930F33" w:rsidRDefault="00930F33">
      <w:pPr>
        <w:spacing w:after="0"/>
        <w:rPr>
          <w:lang w:eastAsia="zh-CN"/>
        </w:rPr>
      </w:pPr>
    </w:p>
    <w:p w14:paraId="331579DE" w14:textId="77777777" w:rsidR="000D24BC" w:rsidRDefault="00082537">
      <w:r>
        <w:rPr>
          <w:rFonts w:ascii="Arial" w:hAnsi="Arial"/>
          <w:sz w:val="48"/>
        </w:rPr>
        <w:t>Participant #31</w:t>
      </w:r>
    </w:p>
    <w:p w14:paraId="59F0F990" w14:textId="77777777" w:rsidR="000D24BC" w:rsidRDefault="00082537">
      <w:r>
        <w:rPr>
          <w:rFonts w:ascii="Arial" w:hAnsi="Arial"/>
          <w:color w:val="4F6880"/>
        </w:rPr>
        <w:t>Sat, Nov 04, 2023 7:13PM • 1:01:28</w:t>
      </w:r>
    </w:p>
    <w:p w14:paraId="0CA2E0D5" w14:textId="77777777" w:rsidR="000D24BC" w:rsidRDefault="00082537">
      <w:pPr>
        <w:spacing w:before="440" w:after="0"/>
      </w:pPr>
      <w:r>
        <w:rPr>
          <w:rFonts w:ascii="Arial" w:hAnsi="Arial"/>
          <w:b/>
          <w:color w:val="4F6880"/>
        </w:rPr>
        <w:t>SUMMARY KEYWORDS</w:t>
      </w:r>
    </w:p>
    <w:p w14:paraId="5F9804D9" w14:textId="77777777" w:rsidR="000D24BC" w:rsidRDefault="00082537">
      <w:r>
        <w:rPr>
          <w:rFonts w:ascii="Arial" w:hAnsi="Arial"/>
          <w:color w:val="4F6880"/>
        </w:rPr>
        <w:t>tank, dye, mix, jell, minutes, temperature, fish, saltwater, guess, spinning, moving, purple, water, freshwater, geology, color, physics, draw, stop, orientation</w:t>
      </w:r>
    </w:p>
    <w:p w14:paraId="65FEDEE2" w14:textId="77777777" w:rsidR="000D24BC" w:rsidRDefault="00082537">
      <w:pPr>
        <w:spacing w:before="440" w:after="0"/>
      </w:pPr>
      <w:r>
        <w:rPr>
          <w:rFonts w:ascii="Arial" w:hAnsi="Arial"/>
          <w:b/>
          <w:color w:val="4F6880"/>
        </w:rPr>
        <w:t>SPEAKERS</w:t>
      </w:r>
    </w:p>
    <w:p w14:paraId="7DB96D13" w14:textId="77777777" w:rsidR="000D24BC" w:rsidRDefault="00082537">
      <w:r>
        <w:rPr>
          <w:rFonts w:ascii="Arial" w:hAnsi="Arial"/>
          <w:color w:val="4F6880"/>
        </w:rPr>
        <w:t>Interviewer E:, Participant#31:</w:t>
      </w:r>
    </w:p>
    <w:p w14:paraId="4D9A5E19" w14:textId="77777777" w:rsidR="000D24BC" w:rsidRDefault="000D24BC">
      <w:pPr>
        <w:spacing w:after="0"/>
      </w:pPr>
    </w:p>
    <w:p w14:paraId="3618CA03" w14:textId="77777777" w:rsidR="000D24BC" w:rsidRDefault="00082537">
      <w:pPr>
        <w:spacing w:after="0"/>
      </w:pPr>
      <w:r>
        <w:rPr>
          <w:rFonts w:ascii="Arial" w:hAnsi="Arial"/>
          <w:b/>
        </w:rPr>
        <w:t xml:space="preserve">Interviewer E:  </w:t>
      </w:r>
      <w:r>
        <w:rPr>
          <w:rFonts w:ascii="Arial" w:hAnsi="Arial"/>
          <w:color w:val="5D7284"/>
        </w:rPr>
        <w:t>00:06</w:t>
      </w:r>
    </w:p>
    <w:p w14:paraId="700AA243" w14:textId="6FA75251" w:rsidR="000D24BC" w:rsidRDefault="00082537">
      <w:pPr>
        <w:spacing w:after="0"/>
      </w:pPr>
      <w:r w:rsidRPr="183D4D0E">
        <w:rPr>
          <w:rFonts w:ascii="Arial" w:hAnsi="Arial"/>
        </w:rPr>
        <w:t xml:space="preserve">All right, so this is participant number 31. </w:t>
      </w:r>
      <w:r w:rsidR="188AEEE2" w:rsidRPr="183D4D0E">
        <w:rPr>
          <w:rFonts w:ascii="Arial" w:hAnsi="Arial"/>
        </w:rPr>
        <w:t>So,</w:t>
      </w:r>
      <w:r w:rsidRPr="183D4D0E">
        <w:rPr>
          <w:rFonts w:ascii="Arial" w:hAnsi="Arial"/>
        </w:rPr>
        <w:t xml:space="preserve"> the first thing we're going to do today is I'm going to show you this cool tank. </w:t>
      </w:r>
      <w:r w:rsidR="1C9DCBAF" w:rsidRPr="183D4D0E">
        <w:rPr>
          <w:rFonts w:ascii="Arial" w:hAnsi="Arial"/>
        </w:rPr>
        <w:t>So,</w:t>
      </w:r>
      <w:r w:rsidRPr="183D4D0E">
        <w:rPr>
          <w:rFonts w:ascii="Arial" w:hAnsi="Arial"/>
        </w:rPr>
        <w:t xml:space="preserve"> this is a rectangular tank. And what it does is it divides liquids, okay. So what I'm going to do is I'm going to put two different types of liquids in each side. All right, so one of the liquids is water. The only difference between the water is that one of them is cold and one of them is hot, the hot is dyed red, the hot is dyed blue. </w:t>
      </w:r>
      <w:r w:rsidR="11753387" w:rsidRPr="183D4D0E">
        <w:rPr>
          <w:rFonts w:ascii="Arial" w:hAnsi="Arial"/>
        </w:rPr>
        <w:t>So,</w:t>
      </w:r>
      <w:r w:rsidRPr="183D4D0E">
        <w:rPr>
          <w:rFonts w:ascii="Arial" w:hAnsi="Arial"/>
        </w:rPr>
        <w:t xml:space="preserve"> if you want to just like touch the side really quickly, you can feel the difference in temperature. Okay, the next set of liquids is also water. However, there is no difference other than the color. </w:t>
      </w:r>
      <w:r w:rsidR="23563AD0" w:rsidRPr="183D4D0E">
        <w:rPr>
          <w:rFonts w:ascii="Arial" w:hAnsi="Arial"/>
        </w:rPr>
        <w:t>So,</w:t>
      </w:r>
      <w:r w:rsidRPr="183D4D0E">
        <w:rPr>
          <w:rFonts w:ascii="Arial" w:hAnsi="Arial"/>
        </w:rPr>
        <w:t xml:space="preserve"> it's the same temperature it has all the same components, it's literally the same just one is blue one is red. Then we have another pair, which is our last pair of liquids. And this is green, this is yellow, the green has salt in it. So this is a saltwater yellows. Freshwater has no salt in it, okay. So basically what I'm going to do is the first one first pair of liquids is I'm going to take the hot and the cold water report the hot on this side, I'm going to pour the blue on this side the cold on this side. And then I'm going to lift this wall that's separating the two what I want you to do is I want you to predict what you think these two liquids are going to look like after one minute of me removing this wall. So I have some cool color pencils that you can use. All right, so explain to me what you have that you drew.</w:t>
      </w:r>
    </w:p>
    <w:p w14:paraId="62FFE7FD" w14:textId="77777777" w:rsidR="000D24BC" w:rsidRDefault="000D24BC">
      <w:pPr>
        <w:spacing w:after="0"/>
      </w:pPr>
    </w:p>
    <w:p w14:paraId="0E73B44C" w14:textId="77777777" w:rsidR="000D24BC" w:rsidRDefault="00082537">
      <w:pPr>
        <w:spacing w:after="0"/>
      </w:pPr>
      <w:r>
        <w:rPr>
          <w:rFonts w:ascii="Arial" w:hAnsi="Arial"/>
          <w:b/>
        </w:rPr>
        <w:t xml:space="preserve">Participant#31:  </w:t>
      </w:r>
      <w:r>
        <w:rPr>
          <w:rFonts w:ascii="Arial" w:hAnsi="Arial"/>
          <w:color w:val="5D7284"/>
        </w:rPr>
        <w:t>03:08</w:t>
      </w:r>
    </w:p>
    <w:p w14:paraId="07D883DB" w14:textId="77777777" w:rsidR="000D24BC" w:rsidRDefault="00082537">
      <w:pPr>
        <w:spacing w:after="0"/>
      </w:pPr>
      <w:r>
        <w:rPr>
          <w:rFonts w:ascii="Arial" w:hAnsi="Arial"/>
        </w:rPr>
        <w:t>I think the two are going to mix and when Red and Blue come together it makes purple. So I feel like the two is going to mix into into like purple into like a purplish color.</w:t>
      </w:r>
    </w:p>
    <w:p w14:paraId="18471D89" w14:textId="77777777" w:rsidR="000D24BC" w:rsidRDefault="000D24BC">
      <w:pPr>
        <w:spacing w:after="0"/>
      </w:pPr>
    </w:p>
    <w:p w14:paraId="7B44D45A" w14:textId="77777777" w:rsidR="000D24BC" w:rsidRDefault="00082537">
      <w:pPr>
        <w:spacing w:after="0"/>
      </w:pPr>
      <w:r>
        <w:rPr>
          <w:rFonts w:ascii="Arial" w:hAnsi="Arial"/>
          <w:b/>
        </w:rPr>
        <w:t xml:space="preserve">Interviewer E:  </w:t>
      </w:r>
      <w:r>
        <w:rPr>
          <w:rFonts w:ascii="Arial" w:hAnsi="Arial"/>
          <w:color w:val="5D7284"/>
        </w:rPr>
        <w:t>03:18</w:t>
      </w:r>
    </w:p>
    <w:p w14:paraId="1A937AC2" w14:textId="77777777" w:rsidR="000D24BC" w:rsidRDefault="00082537">
      <w:pPr>
        <w:spacing w:after="0"/>
      </w:pPr>
      <w:r>
        <w:rPr>
          <w:rFonts w:ascii="Arial" w:hAnsi="Arial"/>
        </w:rPr>
        <w:t>Okay, so after one minute they're going to mix into a purple color and is there anything that made you think of why that would happen?</w:t>
      </w:r>
    </w:p>
    <w:p w14:paraId="26D913E8" w14:textId="77777777" w:rsidR="000D24BC" w:rsidRDefault="000D24BC">
      <w:pPr>
        <w:spacing w:after="0"/>
      </w:pPr>
    </w:p>
    <w:p w14:paraId="70DD844B" w14:textId="77777777" w:rsidR="000D24BC" w:rsidRDefault="00082537">
      <w:pPr>
        <w:spacing w:after="0"/>
      </w:pPr>
      <w:r>
        <w:rPr>
          <w:rFonts w:ascii="Arial" w:hAnsi="Arial"/>
          <w:b/>
        </w:rPr>
        <w:t xml:space="preserve">Participant#31:  </w:t>
      </w:r>
      <w:r>
        <w:rPr>
          <w:rFonts w:ascii="Arial" w:hAnsi="Arial"/>
          <w:color w:val="5D7284"/>
        </w:rPr>
        <w:t>03:25</w:t>
      </w:r>
    </w:p>
    <w:p w14:paraId="7D29295A" w14:textId="77777777" w:rsidR="000D24BC" w:rsidRDefault="00082537">
      <w:pPr>
        <w:spacing w:after="0"/>
      </w:pPr>
      <w:r>
        <w:rPr>
          <w:rFonts w:ascii="Arial" w:hAnsi="Arial"/>
        </w:rPr>
        <w:t xml:space="preserve">Because it did come together like I don't like don't I don't think it's gonna be like colliding colors or flame water they're gonna form together was liquid. So I feel like with that light since their colors and normally </w:t>
      </w:r>
      <w:r>
        <w:rPr>
          <w:rFonts w:ascii="Arial" w:hAnsi="Arial"/>
        </w:rPr>
        <w:lastRenderedPageBreak/>
        <w:t>like red and blue light, what do you miss? It makes like purple. Okay, so I feel like you're just gonna mix to like one color they come together.</w:t>
      </w:r>
    </w:p>
    <w:p w14:paraId="2F24687E" w14:textId="77777777" w:rsidR="000D24BC" w:rsidRDefault="000D24BC">
      <w:pPr>
        <w:spacing w:after="0"/>
      </w:pPr>
    </w:p>
    <w:p w14:paraId="22C97AEC" w14:textId="77777777" w:rsidR="000D24BC" w:rsidRDefault="00082537">
      <w:pPr>
        <w:spacing w:after="0"/>
      </w:pPr>
      <w:r>
        <w:rPr>
          <w:rFonts w:ascii="Arial" w:hAnsi="Arial"/>
          <w:b/>
        </w:rPr>
        <w:t xml:space="preserve">Interviewer E:  </w:t>
      </w:r>
      <w:r>
        <w:rPr>
          <w:rFonts w:ascii="Arial" w:hAnsi="Arial"/>
          <w:color w:val="5D7284"/>
        </w:rPr>
        <w:t>03:46</w:t>
      </w:r>
    </w:p>
    <w:p w14:paraId="267D7EB6" w14:textId="77777777" w:rsidR="000D24BC" w:rsidRDefault="00082537">
      <w:pPr>
        <w:spacing w:after="0"/>
      </w:pPr>
      <w:r>
        <w:rPr>
          <w:rFonts w:ascii="Arial" w:hAnsi="Arial"/>
        </w:rPr>
        <w:t>Okay, all right I'm gonna take that I'm just gonna put it right here. So you can still see it. Now I want you to do the exact same thing. However this time I want you to draw for me what you think will happen if I mix the two waters that are the same temperatures. So I put the blue in here the red in here and I lift this up so it's the exact same temperature.</w:t>
      </w:r>
    </w:p>
    <w:p w14:paraId="3772D0D4" w14:textId="77777777" w:rsidR="000D24BC" w:rsidRDefault="000D24BC">
      <w:pPr>
        <w:spacing w:after="0"/>
      </w:pPr>
    </w:p>
    <w:p w14:paraId="4AC21E25" w14:textId="77777777" w:rsidR="000D24BC" w:rsidRDefault="00082537">
      <w:pPr>
        <w:spacing w:after="0"/>
      </w:pPr>
      <w:r>
        <w:rPr>
          <w:rFonts w:ascii="Arial" w:hAnsi="Arial"/>
          <w:b/>
        </w:rPr>
        <w:t xml:space="preserve">Participant#31:  </w:t>
      </w:r>
      <w:r>
        <w:rPr>
          <w:rFonts w:ascii="Arial" w:hAnsi="Arial"/>
          <w:color w:val="5D7284"/>
        </w:rPr>
        <w:t>04:07</w:t>
      </w:r>
    </w:p>
    <w:p w14:paraId="140B5613" w14:textId="77777777" w:rsidR="000D24BC" w:rsidRDefault="00082537">
      <w:pPr>
        <w:spacing w:after="0"/>
      </w:pPr>
      <w:r>
        <w:rPr>
          <w:rFonts w:ascii="Arial" w:hAnsi="Arial"/>
        </w:rPr>
        <w:t>This ones talking about yellow and green.</w:t>
      </w:r>
    </w:p>
    <w:p w14:paraId="11F1C835" w14:textId="77777777" w:rsidR="000D24BC" w:rsidRDefault="000D24BC">
      <w:pPr>
        <w:spacing w:after="0"/>
      </w:pPr>
    </w:p>
    <w:p w14:paraId="039A60AA" w14:textId="77777777" w:rsidR="000D24BC" w:rsidRDefault="00082537">
      <w:pPr>
        <w:spacing w:after="0"/>
      </w:pPr>
      <w:r>
        <w:rPr>
          <w:rFonts w:ascii="Arial" w:hAnsi="Arial"/>
          <w:b/>
        </w:rPr>
        <w:t xml:space="preserve">Interviewer E:  </w:t>
      </w:r>
      <w:r>
        <w:rPr>
          <w:rFonts w:ascii="Arial" w:hAnsi="Arial"/>
          <w:color w:val="5D7284"/>
        </w:rPr>
        <w:t>04:09</w:t>
      </w:r>
    </w:p>
    <w:p w14:paraId="547B1134" w14:textId="77777777" w:rsidR="000D24BC" w:rsidRDefault="00082537">
      <w:pPr>
        <w:spacing w:after="0"/>
      </w:pPr>
      <w:r>
        <w:rPr>
          <w:rFonts w:ascii="Arial" w:hAnsi="Arial"/>
        </w:rPr>
        <w:t>Oh sorry wrong. Thanks for catching that. I have another pack up here if you need. All right so what do we have going on?</w:t>
      </w:r>
    </w:p>
    <w:p w14:paraId="104FE19E" w14:textId="77777777" w:rsidR="000D24BC" w:rsidRDefault="000D24BC">
      <w:pPr>
        <w:spacing w:after="0"/>
      </w:pPr>
    </w:p>
    <w:p w14:paraId="638F2930" w14:textId="77777777" w:rsidR="000D24BC" w:rsidRDefault="00082537">
      <w:pPr>
        <w:spacing w:after="0"/>
      </w:pPr>
      <w:r>
        <w:rPr>
          <w:rFonts w:ascii="Arial" w:hAnsi="Arial"/>
          <w:b/>
        </w:rPr>
        <w:t xml:space="preserve">Participant#31:  </w:t>
      </w:r>
      <w:r>
        <w:rPr>
          <w:rFonts w:ascii="Arial" w:hAnsi="Arial"/>
          <w:color w:val="5D7284"/>
        </w:rPr>
        <w:t>06:17</w:t>
      </w:r>
    </w:p>
    <w:p w14:paraId="062BF886" w14:textId="77777777" w:rsidR="000D24BC" w:rsidRDefault="00082537">
      <w:pPr>
        <w:spacing w:after="0"/>
      </w:pPr>
      <w:r>
        <w:rPr>
          <w:rFonts w:ascii="Arial" w:hAnsi="Arial"/>
        </w:rPr>
        <w:t xml:space="preserve">Well </w:t>
      </w:r>
      <w:r>
        <w:rPr>
          <w:rFonts w:ascii="Arial" w:hAnsi="Arial"/>
          <w:highlight w:val="yellow"/>
        </w:rPr>
        <w:t>since they are coming together like like and once you move the divider like of course after once you they come together is likes these are go to be missing she's wheezing so at this time since the bulk dye color dye fluids has to raise more dye is going to be taking more so over more by the blue this is why its going to concubines that is going to be low was just going to be by probably a little more blue so this is like the blue books</w:t>
      </w:r>
      <w:r>
        <w:rPr>
          <w:rFonts w:ascii="Arial" w:hAnsi="Arial"/>
        </w:rPr>
        <w:t xml:space="preserve"> less dyedin red.</w:t>
      </w:r>
    </w:p>
    <w:p w14:paraId="5FE9D73D" w14:textId="77777777" w:rsidR="000D24BC" w:rsidRDefault="000D24BC">
      <w:pPr>
        <w:spacing w:after="0"/>
      </w:pPr>
    </w:p>
    <w:p w14:paraId="28F31F98" w14:textId="77777777" w:rsidR="000D24BC" w:rsidRDefault="00082537">
      <w:pPr>
        <w:spacing w:after="0"/>
      </w:pPr>
      <w:r>
        <w:rPr>
          <w:rFonts w:ascii="Arial" w:hAnsi="Arial"/>
          <w:b/>
        </w:rPr>
        <w:t xml:space="preserve">Interviewer E:  </w:t>
      </w:r>
      <w:r>
        <w:rPr>
          <w:rFonts w:ascii="Arial" w:hAnsi="Arial"/>
          <w:color w:val="5D7284"/>
        </w:rPr>
        <w:t>06:44</w:t>
      </w:r>
    </w:p>
    <w:p w14:paraId="120FDB4B" w14:textId="77777777" w:rsidR="000D24BC" w:rsidRDefault="00082537">
      <w:pPr>
        <w:spacing w:after="0"/>
      </w:pPr>
      <w:r>
        <w:rPr>
          <w:rFonts w:ascii="Arial" w:hAnsi="Arial"/>
        </w:rPr>
        <w:t>Okay so I do have a question for you. So I noticed over here you drew a purple because you had them both also combining and you do that as one unifying color but in this one you use two different colors. Why is that is this not as as unified or? Or as mixed as the temperatures temperature waters would be?</w:t>
      </w:r>
    </w:p>
    <w:p w14:paraId="055C9442" w14:textId="77777777" w:rsidR="000D24BC" w:rsidRDefault="000D24BC">
      <w:pPr>
        <w:spacing w:after="0"/>
      </w:pPr>
    </w:p>
    <w:p w14:paraId="4BB04A71" w14:textId="77777777" w:rsidR="000D24BC" w:rsidRDefault="00082537">
      <w:pPr>
        <w:spacing w:after="0"/>
      </w:pPr>
      <w:r>
        <w:rPr>
          <w:rFonts w:ascii="Arial" w:hAnsi="Arial"/>
          <w:b/>
        </w:rPr>
        <w:t xml:space="preserve">Participant#31:  </w:t>
      </w:r>
      <w:r>
        <w:rPr>
          <w:rFonts w:ascii="Arial" w:hAnsi="Arial"/>
          <w:color w:val="5D7284"/>
        </w:rPr>
        <w:t>07:11</w:t>
      </w:r>
    </w:p>
    <w:p w14:paraId="4524C02B" w14:textId="77777777" w:rsidR="000D24BC" w:rsidRDefault="00082537">
      <w:pPr>
        <w:spacing w:after="0"/>
      </w:pPr>
      <w:r>
        <w:rPr>
          <w:rFonts w:ascii="Arial" w:hAnsi="Arial"/>
        </w:rPr>
        <w:t>Cus still think it will be like as minumixedtes but just that I feel like those are a little more color and like okay I'm a little iffy because how dyed they are like I don't know how well they'd mix compared to the other ones.</w:t>
      </w:r>
    </w:p>
    <w:p w14:paraId="2DED19C6" w14:textId="77777777" w:rsidR="000D24BC" w:rsidRDefault="000D24BC">
      <w:pPr>
        <w:spacing w:after="0"/>
      </w:pPr>
    </w:p>
    <w:p w14:paraId="7C0286D6" w14:textId="77777777" w:rsidR="000D24BC" w:rsidRDefault="00082537">
      <w:pPr>
        <w:spacing w:after="0"/>
      </w:pPr>
      <w:r>
        <w:rPr>
          <w:rFonts w:ascii="Arial" w:hAnsi="Arial"/>
          <w:b/>
        </w:rPr>
        <w:t xml:space="preserve">Interviewer E:  </w:t>
      </w:r>
      <w:r>
        <w:rPr>
          <w:rFonts w:ascii="Arial" w:hAnsi="Arial"/>
          <w:color w:val="5D7284"/>
        </w:rPr>
        <w:t>07:23</w:t>
      </w:r>
    </w:p>
    <w:p w14:paraId="07FBABA5" w14:textId="77777777" w:rsidR="000D24BC" w:rsidRDefault="00082537">
      <w:pPr>
        <w:spacing w:after="0"/>
      </w:pPr>
      <w:r>
        <w:rPr>
          <w:rFonts w:ascii="Arial" w:hAnsi="Arial"/>
        </w:rPr>
        <w:t>Okay. So not necessarily a factor of like these being the same temperature and these being different temperatures but more so like the dye properties and how much dyes in it.</w:t>
      </w:r>
    </w:p>
    <w:p w14:paraId="5CF47BA2" w14:textId="77777777" w:rsidR="000D24BC" w:rsidRDefault="000D24BC">
      <w:pPr>
        <w:spacing w:after="0"/>
      </w:pPr>
    </w:p>
    <w:p w14:paraId="2A37D383" w14:textId="77777777" w:rsidR="000D24BC" w:rsidRDefault="00082537">
      <w:pPr>
        <w:spacing w:after="0"/>
      </w:pPr>
      <w:r>
        <w:rPr>
          <w:rFonts w:ascii="Arial" w:hAnsi="Arial"/>
          <w:b/>
        </w:rPr>
        <w:t xml:space="preserve">Participant#31:  </w:t>
      </w:r>
      <w:r>
        <w:rPr>
          <w:rFonts w:ascii="Arial" w:hAnsi="Arial"/>
          <w:color w:val="5D7284"/>
        </w:rPr>
        <w:t>07:34</w:t>
      </w:r>
    </w:p>
    <w:p w14:paraId="3ABA2461" w14:textId="77777777" w:rsidR="000D24BC" w:rsidRDefault="00082537">
      <w:pPr>
        <w:spacing w:after="0"/>
      </w:pPr>
      <w:r>
        <w:rPr>
          <w:rFonts w:ascii="Arial" w:hAnsi="Arial"/>
        </w:rPr>
        <w:t>Yeah, I feel like that could play a part.</w:t>
      </w:r>
    </w:p>
    <w:p w14:paraId="12126446" w14:textId="77777777" w:rsidR="000D24BC" w:rsidRDefault="000D24BC">
      <w:pPr>
        <w:spacing w:after="0"/>
      </w:pPr>
    </w:p>
    <w:p w14:paraId="669D8C65" w14:textId="77777777" w:rsidR="000D24BC" w:rsidRDefault="00082537">
      <w:pPr>
        <w:spacing w:after="0"/>
      </w:pPr>
      <w:r>
        <w:rPr>
          <w:rFonts w:ascii="Arial" w:hAnsi="Arial"/>
          <w:b/>
        </w:rPr>
        <w:t xml:space="preserve">Interviewer E:  </w:t>
      </w:r>
      <w:r>
        <w:rPr>
          <w:rFonts w:ascii="Arial" w:hAnsi="Arial"/>
          <w:color w:val="5D7284"/>
        </w:rPr>
        <w:t>07:36</w:t>
      </w:r>
    </w:p>
    <w:p w14:paraId="451FFD05" w14:textId="77777777" w:rsidR="000D24BC" w:rsidRDefault="00082537">
      <w:pPr>
        <w:spacing w:after="0"/>
      </w:pPr>
      <w:r>
        <w:rPr>
          <w:rFonts w:ascii="Arial" w:hAnsi="Arial"/>
        </w:rPr>
        <w:t>You can just put that right there, okay and now for the last one. I have the green saltwater and the yellow freshwater so if I put the green saltwater here and the yellow freshwater here and lifted this dividing wall, how would that look after one minute All right, so what about this one?</w:t>
      </w:r>
    </w:p>
    <w:p w14:paraId="773A8C18" w14:textId="77777777" w:rsidR="000D24BC" w:rsidRDefault="000D24BC">
      <w:pPr>
        <w:spacing w:after="0"/>
      </w:pPr>
    </w:p>
    <w:p w14:paraId="1C1D6869" w14:textId="77777777" w:rsidR="000D24BC" w:rsidRDefault="00082537">
      <w:pPr>
        <w:spacing w:after="0"/>
      </w:pPr>
      <w:r>
        <w:rPr>
          <w:rFonts w:ascii="Arial" w:hAnsi="Arial"/>
          <w:b/>
        </w:rPr>
        <w:t xml:space="preserve">Participant#31:  </w:t>
      </w:r>
      <w:r>
        <w:rPr>
          <w:rFonts w:ascii="Arial" w:hAnsi="Arial"/>
          <w:color w:val="5D7284"/>
        </w:rPr>
        <w:t>10:18</w:t>
      </w:r>
    </w:p>
    <w:p w14:paraId="2F3B4901" w14:textId="77777777" w:rsidR="000D24BC" w:rsidRDefault="00082537">
      <w:pPr>
        <w:spacing w:after="0"/>
      </w:pPr>
      <w:r>
        <w:rPr>
          <w:rFonts w:ascii="Arial" w:hAnsi="Arial"/>
        </w:rPr>
        <w:t>It looks likes they other ones was going to mix just that didn't the reason why I put green would take over because there's like salt in it compared to like fresh water. So I feel like the salt water would like overlap with like the yellow freshwater.</w:t>
      </w:r>
    </w:p>
    <w:p w14:paraId="106C826F" w14:textId="77777777" w:rsidR="000D24BC" w:rsidRDefault="000D24BC">
      <w:pPr>
        <w:spacing w:after="0"/>
      </w:pPr>
    </w:p>
    <w:p w14:paraId="2DD49259" w14:textId="77777777" w:rsidR="000D24BC" w:rsidRDefault="00082537">
      <w:pPr>
        <w:spacing w:after="0"/>
      </w:pPr>
      <w:r>
        <w:rPr>
          <w:rFonts w:ascii="Arial" w:hAnsi="Arial"/>
          <w:b/>
        </w:rPr>
        <w:t xml:space="preserve">Interviewer E:  </w:t>
      </w:r>
      <w:r>
        <w:rPr>
          <w:rFonts w:ascii="Arial" w:hAnsi="Arial"/>
          <w:color w:val="5D7284"/>
        </w:rPr>
        <w:t>10:31</w:t>
      </w:r>
    </w:p>
    <w:p w14:paraId="4EFF38BF" w14:textId="126AB481" w:rsidR="000D24BC" w:rsidRDefault="1E029F58">
      <w:pPr>
        <w:spacing w:after="0"/>
      </w:pPr>
      <w:r w:rsidRPr="183D4D0E">
        <w:rPr>
          <w:rFonts w:ascii="Arial" w:hAnsi="Arial"/>
        </w:rPr>
        <w:t>So,</w:t>
      </w:r>
      <w:r w:rsidR="00082537" w:rsidRPr="183D4D0E">
        <w:rPr>
          <w:rFonts w:ascii="Arial" w:hAnsi="Arial"/>
        </w:rPr>
        <w:t xml:space="preserve"> there will still have some yellow inside of it, but the green would overwhelm the yellow so we're see like green and yellow streaks kind of throughout it?</w:t>
      </w:r>
    </w:p>
    <w:p w14:paraId="3030DE1D" w14:textId="77777777" w:rsidR="000D24BC" w:rsidRDefault="000D24BC">
      <w:pPr>
        <w:spacing w:after="0"/>
      </w:pPr>
    </w:p>
    <w:p w14:paraId="5DC5D97F" w14:textId="77777777" w:rsidR="000D24BC" w:rsidRDefault="00082537">
      <w:pPr>
        <w:spacing w:after="0"/>
      </w:pPr>
      <w:r>
        <w:rPr>
          <w:rFonts w:ascii="Arial" w:hAnsi="Arial"/>
          <w:b/>
        </w:rPr>
        <w:t xml:space="preserve">Participant#31:  </w:t>
      </w:r>
      <w:r>
        <w:rPr>
          <w:rFonts w:ascii="Arial" w:hAnsi="Arial"/>
          <w:color w:val="5D7284"/>
        </w:rPr>
        <w:t>10:40</w:t>
      </w:r>
    </w:p>
    <w:p w14:paraId="0A35CA9C" w14:textId="77777777" w:rsidR="000D24BC" w:rsidRDefault="00082537">
      <w:pPr>
        <w:spacing w:after="0"/>
      </w:pPr>
      <w:r>
        <w:rPr>
          <w:rFonts w:ascii="Arial" w:hAnsi="Arial"/>
        </w:rPr>
        <w:t>Yeah or something like that.</w:t>
      </w:r>
    </w:p>
    <w:p w14:paraId="4CAA849C" w14:textId="77777777" w:rsidR="000D24BC" w:rsidRDefault="000D24BC">
      <w:pPr>
        <w:spacing w:after="0"/>
      </w:pPr>
    </w:p>
    <w:p w14:paraId="44AE2884" w14:textId="77777777" w:rsidR="000D24BC" w:rsidRDefault="00082537">
      <w:pPr>
        <w:spacing w:after="0"/>
      </w:pPr>
      <w:r>
        <w:rPr>
          <w:rFonts w:ascii="Arial" w:hAnsi="Arial"/>
          <w:b/>
        </w:rPr>
        <w:t xml:space="preserve">Interviewer E:  </w:t>
      </w:r>
      <w:r>
        <w:rPr>
          <w:rFonts w:ascii="Arial" w:hAnsi="Arial"/>
          <w:color w:val="5D7284"/>
        </w:rPr>
        <w:t>10:42</w:t>
      </w:r>
    </w:p>
    <w:p w14:paraId="6855339B" w14:textId="77777777" w:rsidR="000D24BC" w:rsidRDefault="00082537">
      <w:pPr>
        <w:spacing w:after="0"/>
      </w:pPr>
      <w:r>
        <w:rPr>
          <w:rFonts w:ascii="Arial" w:hAnsi="Arial"/>
        </w:rPr>
        <w:t>Okay, okay, and is this and this is in this time it's more of a property of it being salt water versus fresh water as opposed to two different dye colors. Okay. All right. So now what I'm going to do is I'm actually going to show you what really does happen so I'm gonna get my timer.</w:t>
      </w:r>
    </w:p>
    <w:p w14:paraId="27A9B17A" w14:textId="77777777" w:rsidR="000D24BC" w:rsidRDefault="000D24BC">
      <w:pPr>
        <w:spacing w:after="0"/>
      </w:pPr>
    </w:p>
    <w:p w14:paraId="340A6BF0" w14:textId="77777777" w:rsidR="000D24BC" w:rsidRDefault="00082537">
      <w:pPr>
        <w:spacing w:after="0"/>
      </w:pPr>
      <w:r>
        <w:rPr>
          <w:rFonts w:ascii="Arial" w:hAnsi="Arial"/>
          <w:b/>
        </w:rPr>
        <w:t xml:space="preserve">Participant#31:  </w:t>
      </w:r>
      <w:r>
        <w:rPr>
          <w:rFonts w:ascii="Arial" w:hAnsi="Arial"/>
          <w:color w:val="5D7284"/>
        </w:rPr>
        <w:t>11:01</w:t>
      </w:r>
    </w:p>
    <w:p w14:paraId="0EDBAF21" w14:textId="77777777" w:rsidR="000D24BC" w:rsidRDefault="00082537">
      <w:pPr>
        <w:spacing w:after="0"/>
      </w:pPr>
      <w:r>
        <w:rPr>
          <w:rFonts w:ascii="Arial" w:hAnsi="Arial"/>
        </w:rPr>
        <w:t>Yeah for one minute.</w:t>
      </w:r>
    </w:p>
    <w:p w14:paraId="1CDA4FC5" w14:textId="77777777" w:rsidR="000D24BC" w:rsidRDefault="000D24BC">
      <w:pPr>
        <w:spacing w:after="0"/>
      </w:pPr>
    </w:p>
    <w:p w14:paraId="7E32F6AE" w14:textId="77777777" w:rsidR="000D24BC" w:rsidRDefault="00082537">
      <w:pPr>
        <w:spacing w:after="0"/>
      </w:pPr>
      <w:r>
        <w:rPr>
          <w:rFonts w:ascii="Arial" w:hAnsi="Arial"/>
          <w:b/>
        </w:rPr>
        <w:t xml:space="preserve">Interviewer E:  </w:t>
      </w:r>
      <w:r>
        <w:rPr>
          <w:rFonts w:ascii="Arial" w:hAnsi="Arial"/>
          <w:color w:val="5D7284"/>
        </w:rPr>
        <w:t>11:04</w:t>
      </w:r>
    </w:p>
    <w:p w14:paraId="042E614F" w14:textId="77777777" w:rsidR="000D24BC" w:rsidRDefault="00082537">
      <w:pPr>
        <w:spacing w:after="0"/>
      </w:pPr>
      <w:r>
        <w:rPr>
          <w:rFonts w:ascii="Arial" w:hAnsi="Arial"/>
        </w:rPr>
        <w:t>Yep, and for so what I'm going to do is I'm important I'm going to lift the wall and then I'm gonna start the timer and then once one minute has completed has been completed we're going to talk a little about it we're gonna do this was your first prediction I'm just going to put it in front of you since the hot and cold water we're going to start the timer remove that and go all right so a minute has past so how did this surprise you at all?</w:t>
      </w:r>
    </w:p>
    <w:p w14:paraId="0257BCFD" w14:textId="77777777" w:rsidR="000D24BC" w:rsidRDefault="000D24BC">
      <w:pPr>
        <w:spacing w:after="0"/>
      </w:pPr>
    </w:p>
    <w:p w14:paraId="7AF9EC9B" w14:textId="77777777" w:rsidR="000D24BC" w:rsidRDefault="00082537">
      <w:pPr>
        <w:spacing w:after="0"/>
      </w:pPr>
      <w:r>
        <w:rPr>
          <w:rFonts w:ascii="Arial" w:hAnsi="Arial"/>
          <w:b/>
        </w:rPr>
        <w:t xml:space="preserve">Participant#31:  </w:t>
      </w:r>
      <w:r>
        <w:rPr>
          <w:rFonts w:ascii="Arial" w:hAnsi="Arial"/>
          <w:color w:val="5D7284"/>
        </w:rPr>
        <w:t>12:46</w:t>
      </w:r>
    </w:p>
    <w:p w14:paraId="60F6E714" w14:textId="77777777" w:rsidR="000D24BC" w:rsidRDefault="00082537">
      <w:pPr>
        <w:spacing w:after="0"/>
      </w:pPr>
      <w:r>
        <w:rPr>
          <w:rFonts w:ascii="Arial" w:hAnsi="Arial"/>
        </w:rPr>
        <w:t>A little bit. It kind of did surprise me. I thought they would come together but no, it's still really blue I kind of a little right that theres  gonna be a little purple in it mixing together but it did kind of surprise me because they completely overlapped or something like that.</w:t>
      </w:r>
    </w:p>
    <w:p w14:paraId="7B0BC2E7" w14:textId="77777777" w:rsidR="000D24BC" w:rsidRDefault="000D24BC">
      <w:pPr>
        <w:spacing w:after="0"/>
      </w:pPr>
    </w:p>
    <w:p w14:paraId="0D41138E" w14:textId="77777777" w:rsidR="000D24BC" w:rsidRDefault="00082537">
      <w:pPr>
        <w:spacing w:after="0"/>
      </w:pPr>
      <w:r>
        <w:rPr>
          <w:rFonts w:ascii="Arial" w:hAnsi="Arial"/>
          <w:b/>
        </w:rPr>
        <w:t xml:space="preserve">Interviewer E:  </w:t>
      </w:r>
      <w:r>
        <w:rPr>
          <w:rFonts w:ascii="Arial" w:hAnsi="Arial"/>
          <w:color w:val="5D7284"/>
        </w:rPr>
        <w:t>13:01</w:t>
      </w:r>
    </w:p>
    <w:p w14:paraId="1497D6D3" w14:textId="77777777" w:rsidR="000D24BC" w:rsidRDefault="00082537">
      <w:pPr>
        <w:spacing w:after="0"/>
      </w:pPr>
      <w:r>
        <w:rPr>
          <w:rFonts w:ascii="Arial" w:hAnsi="Arial"/>
        </w:rPr>
        <w:t>Right? And do you think that's because of her property of the water or the dye?</w:t>
      </w:r>
    </w:p>
    <w:p w14:paraId="201924E3" w14:textId="77777777" w:rsidR="000D24BC" w:rsidRDefault="000D24BC">
      <w:pPr>
        <w:spacing w:after="0"/>
      </w:pPr>
    </w:p>
    <w:p w14:paraId="7FA8CFD5" w14:textId="77777777" w:rsidR="000D24BC" w:rsidRDefault="00082537">
      <w:pPr>
        <w:spacing w:after="0"/>
      </w:pPr>
      <w:r>
        <w:rPr>
          <w:rFonts w:ascii="Arial" w:hAnsi="Arial"/>
          <w:b/>
        </w:rPr>
        <w:t xml:space="preserve">Participant#31:  </w:t>
      </w:r>
      <w:r>
        <w:rPr>
          <w:rFonts w:ascii="Arial" w:hAnsi="Arial"/>
          <w:color w:val="5D7284"/>
        </w:rPr>
        <w:t>13:06</w:t>
      </w:r>
    </w:p>
    <w:p w14:paraId="0A3A2780" w14:textId="77777777" w:rsidR="000D24BC" w:rsidRDefault="00082537">
      <w:pPr>
        <w:spacing w:after="0"/>
      </w:pPr>
      <w:r>
        <w:rPr>
          <w:rFonts w:ascii="Arial" w:hAnsi="Arial"/>
        </w:rPr>
        <w:t>It probably is to I guess think about it I think it's like the prop. I think it's like the temperature I guess and preventing them like a property of water like that preventing them from coming together ones warm and ones cold.</w:t>
      </w:r>
    </w:p>
    <w:p w14:paraId="740A1C68" w14:textId="77777777" w:rsidR="000D24BC" w:rsidRDefault="000D24BC">
      <w:pPr>
        <w:spacing w:after="0"/>
      </w:pPr>
    </w:p>
    <w:p w14:paraId="42F0C9DA" w14:textId="77777777" w:rsidR="000D24BC" w:rsidRDefault="00082537">
      <w:pPr>
        <w:spacing w:after="0"/>
      </w:pPr>
      <w:r>
        <w:rPr>
          <w:rFonts w:ascii="Arial" w:hAnsi="Arial"/>
          <w:b/>
        </w:rPr>
        <w:t xml:space="preserve">Interviewer E:  </w:t>
      </w:r>
      <w:r>
        <w:rPr>
          <w:rFonts w:ascii="Arial" w:hAnsi="Arial"/>
          <w:color w:val="5D7284"/>
        </w:rPr>
        <w:t>13:20</w:t>
      </w:r>
    </w:p>
    <w:p w14:paraId="2A7C84A4" w14:textId="77777777" w:rsidR="000D24BC" w:rsidRDefault="00082537">
      <w:pPr>
        <w:spacing w:after="0"/>
      </w:pPr>
      <w:r>
        <w:rPr>
          <w:rFonts w:ascii="Arial" w:hAnsi="Arial"/>
        </w:rPr>
        <w:t xml:space="preserve">Yeah, if you still if you feel the side you still feel like this is a little cooler and then this is warmer. So it made these two stratifying layers and with a little bit of mixing in the middle so there is a little bit of </w:t>
      </w:r>
      <w:r>
        <w:rPr>
          <w:rFonts w:ascii="Arial" w:hAnsi="Arial"/>
        </w:rPr>
        <w:lastRenderedPageBreak/>
        <w:t>purple is does this remind you of anything this stratification between cold water and warm water does anything come to mind?</w:t>
      </w:r>
    </w:p>
    <w:p w14:paraId="05F95642" w14:textId="77777777" w:rsidR="000D24BC" w:rsidRDefault="000D24BC">
      <w:pPr>
        <w:spacing w:after="0"/>
      </w:pPr>
    </w:p>
    <w:p w14:paraId="496ECAD0" w14:textId="77777777" w:rsidR="000D24BC" w:rsidRDefault="00082537">
      <w:pPr>
        <w:spacing w:after="0"/>
      </w:pPr>
      <w:r>
        <w:rPr>
          <w:rFonts w:ascii="Arial" w:hAnsi="Arial"/>
          <w:b/>
        </w:rPr>
        <w:t xml:space="preserve">Participant#31:  </w:t>
      </w:r>
      <w:r>
        <w:rPr>
          <w:rFonts w:ascii="Arial" w:hAnsi="Arial"/>
          <w:color w:val="5D7284"/>
        </w:rPr>
        <w:t>13:43</w:t>
      </w:r>
    </w:p>
    <w:p w14:paraId="3A67672D" w14:textId="77777777" w:rsidR="000D24BC" w:rsidRDefault="00082537">
      <w:pPr>
        <w:spacing w:after="0"/>
      </w:pPr>
      <w:r>
        <w:rPr>
          <w:rFonts w:ascii="Arial" w:hAnsi="Arial"/>
        </w:rPr>
        <w:t>I guess a sink to some degree by you only put like hot water and cold water. But that's probably when you think about it.</w:t>
      </w:r>
    </w:p>
    <w:p w14:paraId="2BEE0C7B" w14:textId="77777777" w:rsidR="000D24BC" w:rsidRDefault="000D24BC">
      <w:pPr>
        <w:spacing w:after="0"/>
      </w:pPr>
    </w:p>
    <w:p w14:paraId="66618A12" w14:textId="77777777" w:rsidR="000D24BC" w:rsidRDefault="00082537">
      <w:pPr>
        <w:spacing w:after="0"/>
      </w:pPr>
      <w:r>
        <w:rPr>
          <w:rFonts w:ascii="Arial" w:hAnsi="Arial"/>
          <w:b/>
        </w:rPr>
        <w:t xml:space="preserve">Interviewer E:  </w:t>
      </w:r>
      <w:r>
        <w:rPr>
          <w:rFonts w:ascii="Arial" w:hAnsi="Arial"/>
          <w:color w:val="5D7284"/>
        </w:rPr>
        <w:t>13:52</w:t>
      </w:r>
    </w:p>
    <w:p w14:paraId="46FAC801" w14:textId="77777777" w:rsidR="000D24BC" w:rsidRDefault="00082537">
      <w:pPr>
        <w:spacing w:after="0"/>
      </w:pPr>
      <w:r>
        <w:rPr>
          <w:rFonts w:ascii="Arial" w:hAnsi="Arial"/>
        </w:rPr>
        <w:t xml:space="preserve">So we're gonna go in the same order and the next one we're going to do is the same temperate ones. Right so same thing, I'm going to pour them in here right and All right, so it's been a minute so does this surprise you at all? </w:t>
      </w:r>
    </w:p>
    <w:p w14:paraId="1DD7A4AF" w14:textId="77777777" w:rsidR="000D24BC" w:rsidRDefault="000D24BC">
      <w:pPr>
        <w:spacing w:after="0"/>
      </w:pPr>
    </w:p>
    <w:p w14:paraId="74D58AA3" w14:textId="77777777" w:rsidR="000D24BC" w:rsidRDefault="00082537">
      <w:pPr>
        <w:spacing w:after="0"/>
      </w:pPr>
      <w:r>
        <w:rPr>
          <w:rFonts w:ascii="Arial" w:hAnsi="Arial"/>
          <w:b/>
        </w:rPr>
        <w:t xml:space="preserve">Participant#31:  </w:t>
      </w:r>
      <w:r>
        <w:rPr>
          <w:rFonts w:ascii="Arial" w:hAnsi="Arial"/>
          <w:color w:val="5D7284"/>
        </w:rPr>
        <w:t>15:41</w:t>
      </w:r>
    </w:p>
    <w:p w14:paraId="3F3490D7" w14:textId="77777777" w:rsidR="000D24BC" w:rsidRDefault="00082537">
      <w:pPr>
        <w:spacing w:after="0"/>
      </w:pPr>
      <w:r>
        <w:rPr>
          <w:rFonts w:ascii="Arial" w:hAnsi="Arial"/>
        </w:rPr>
        <w:t xml:space="preserve">Not really. </w:t>
      </w:r>
    </w:p>
    <w:p w14:paraId="5EA56B16" w14:textId="77777777" w:rsidR="000D24BC" w:rsidRDefault="000D24BC">
      <w:pPr>
        <w:spacing w:after="0"/>
      </w:pPr>
    </w:p>
    <w:p w14:paraId="0B0A02D0" w14:textId="77777777" w:rsidR="000D24BC" w:rsidRDefault="00082537">
      <w:pPr>
        <w:spacing w:after="0"/>
      </w:pPr>
      <w:r>
        <w:rPr>
          <w:rFonts w:ascii="Arial" w:hAnsi="Arial"/>
          <w:b/>
        </w:rPr>
        <w:t xml:space="preserve">Interviewer E:  </w:t>
      </w:r>
      <w:r>
        <w:rPr>
          <w:rFonts w:ascii="Arial" w:hAnsi="Arial"/>
          <w:color w:val="5D7284"/>
        </w:rPr>
        <w:t>15:42</w:t>
      </w:r>
    </w:p>
    <w:p w14:paraId="1A1A948C" w14:textId="77777777" w:rsidR="000D24BC" w:rsidRDefault="00082537">
      <w:pPr>
        <w:spacing w:after="0"/>
      </w:pPr>
      <w:r>
        <w:rPr>
          <w:rFonts w:ascii="Arial" w:hAnsi="Arial"/>
        </w:rPr>
        <w:t>So it's sort of what you had predicted originally that there will be a fairly good amount of mixing between the two. Did you think it was going to be as far as timewise on your you have it completely mixed after one after one minute and this isn't as mixed as that? Would you say that you underestimated the rate in which you would mix?</w:t>
      </w:r>
    </w:p>
    <w:p w14:paraId="08C16E11" w14:textId="77777777" w:rsidR="000D24BC" w:rsidRDefault="000D24BC">
      <w:pPr>
        <w:spacing w:after="0"/>
      </w:pPr>
    </w:p>
    <w:p w14:paraId="7FA84648" w14:textId="77777777" w:rsidR="000D24BC" w:rsidRDefault="00082537">
      <w:pPr>
        <w:spacing w:after="0"/>
      </w:pPr>
      <w:r>
        <w:rPr>
          <w:rFonts w:ascii="Arial" w:hAnsi="Arial"/>
          <w:b/>
        </w:rPr>
        <w:t xml:space="preserve">Participant#31:  </w:t>
      </w:r>
      <w:r>
        <w:rPr>
          <w:rFonts w:ascii="Arial" w:hAnsi="Arial"/>
          <w:color w:val="5D7284"/>
        </w:rPr>
        <w:t>16:05</w:t>
      </w:r>
    </w:p>
    <w:p w14:paraId="759D3CA0" w14:textId="77777777" w:rsidR="000D24BC" w:rsidRDefault="00082537">
      <w:pPr>
        <w:spacing w:after="0"/>
      </w:pPr>
      <w:r>
        <w:rPr>
          <w:rFonts w:ascii="Arial" w:hAnsi="Arial"/>
        </w:rPr>
        <w:t>Oh a little on like well, I'd like I kind of knew the blue was gonna take over because the red is a little more dyed but I kind of didnt know it would be mostly covered it up in blue like this but I  still have it like mostly covered in blue because I feel like that's what's going to take over the most.</w:t>
      </w:r>
    </w:p>
    <w:p w14:paraId="2C2BCBB9" w14:textId="77777777" w:rsidR="000D24BC" w:rsidRDefault="000D24BC">
      <w:pPr>
        <w:spacing w:after="0"/>
      </w:pPr>
    </w:p>
    <w:p w14:paraId="27334CF4" w14:textId="77777777" w:rsidR="000D24BC" w:rsidRDefault="00082537">
      <w:pPr>
        <w:spacing w:after="0"/>
      </w:pPr>
      <w:r>
        <w:rPr>
          <w:rFonts w:ascii="Arial" w:hAnsi="Arial"/>
          <w:b/>
        </w:rPr>
        <w:t xml:space="preserve">Interviewer E:  </w:t>
      </w:r>
      <w:r>
        <w:rPr>
          <w:rFonts w:ascii="Arial" w:hAnsi="Arial"/>
          <w:color w:val="5D7284"/>
        </w:rPr>
        <w:t>16:22</w:t>
      </w:r>
    </w:p>
    <w:p w14:paraId="761BF0D3" w14:textId="77777777" w:rsidR="000D24BC" w:rsidRDefault="00082537">
      <w:pPr>
        <w:spacing w:after="0"/>
      </w:pPr>
      <w:r>
        <w:rPr>
          <w:rFonts w:ascii="Arial" w:hAnsi="Arial"/>
        </w:rPr>
        <w:t>Okay, so now that you've seen that there's a bit of a difference between the temperature water and the non temperature water the temperature water created two distinctive layers at what point in time or if you could give me a guess how long do you think it would take those two distinctive layers and the hot and cold water to completely mix and turn into what you initially predicted?</w:t>
      </w:r>
    </w:p>
    <w:p w14:paraId="28F2B3BB" w14:textId="77777777" w:rsidR="000D24BC" w:rsidRDefault="000D24BC">
      <w:pPr>
        <w:spacing w:after="0"/>
      </w:pPr>
    </w:p>
    <w:p w14:paraId="01E5E820" w14:textId="77777777" w:rsidR="000D24BC" w:rsidRDefault="00082537">
      <w:pPr>
        <w:spacing w:after="0"/>
      </w:pPr>
      <w:r>
        <w:rPr>
          <w:rFonts w:ascii="Arial" w:hAnsi="Arial"/>
          <w:b/>
        </w:rPr>
        <w:t xml:space="preserve">Participant#31:  </w:t>
      </w:r>
      <w:r>
        <w:rPr>
          <w:rFonts w:ascii="Arial" w:hAnsi="Arial"/>
          <w:color w:val="5D7284"/>
        </w:rPr>
        <w:t>16:49</w:t>
      </w:r>
    </w:p>
    <w:p w14:paraId="6C06C945" w14:textId="77777777" w:rsidR="000D24BC" w:rsidRDefault="00082537">
      <w:pPr>
        <w:spacing w:after="0"/>
      </w:pPr>
      <w:r>
        <w:rPr>
          <w:rFonts w:ascii="Arial" w:hAnsi="Arial"/>
        </w:rPr>
        <w:t>Probably like 10 minutes.</w:t>
      </w:r>
    </w:p>
    <w:p w14:paraId="5B645E5E" w14:textId="77777777" w:rsidR="000D24BC" w:rsidRDefault="000D24BC">
      <w:pPr>
        <w:spacing w:after="0"/>
      </w:pPr>
    </w:p>
    <w:p w14:paraId="3485281F" w14:textId="77777777" w:rsidR="000D24BC" w:rsidRDefault="00082537">
      <w:pPr>
        <w:spacing w:after="0"/>
      </w:pPr>
      <w:r>
        <w:rPr>
          <w:rFonts w:ascii="Arial" w:hAnsi="Arial"/>
          <w:b/>
        </w:rPr>
        <w:t xml:space="preserve">Interviewer E:  </w:t>
      </w:r>
      <w:r>
        <w:rPr>
          <w:rFonts w:ascii="Arial" w:hAnsi="Arial"/>
          <w:color w:val="5D7284"/>
        </w:rPr>
        <w:t>16:51</w:t>
      </w:r>
    </w:p>
    <w:p w14:paraId="7360FD48" w14:textId="77777777" w:rsidR="000D24BC" w:rsidRDefault="00082537">
      <w:pPr>
        <w:spacing w:after="0"/>
      </w:pPr>
      <w:r>
        <w:rPr>
          <w:rFonts w:ascii="Arial" w:hAnsi="Arial"/>
        </w:rPr>
        <w:t>10 minutes would or would not would the temperatures or would the temperatures not be the same at that point?</w:t>
      </w:r>
    </w:p>
    <w:p w14:paraId="6AE1B30E" w14:textId="77777777" w:rsidR="000D24BC" w:rsidRDefault="000D24BC">
      <w:pPr>
        <w:spacing w:after="0"/>
      </w:pPr>
    </w:p>
    <w:p w14:paraId="6F9F22AF" w14:textId="77777777" w:rsidR="000D24BC" w:rsidRDefault="00082537">
      <w:pPr>
        <w:spacing w:after="0"/>
      </w:pPr>
      <w:r>
        <w:rPr>
          <w:rFonts w:ascii="Arial" w:hAnsi="Arial"/>
          <w:b/>
        </w:rPr>
        <w:t xml:space="preserve">Participant#31:  </w:t>
      </w:r>
      <w:r>
        <w:rPr>
          <w:rFonts w:ascii="Arial" w:hAnsi="Arial"/>
          <w:color w:val="5D7284"/>
        </w:rPr>
        <w:t>17:00</w:t>
      </w:r>
    </w:p>
    <w:p w14:paraId="4702847E" w14:textId="77777777" w:rsidR="000D24BC" w:rsidRDefault="00082537">
      <w:pPr>
        <w:spacing w:after="0"/>
      </w:pPr>
      <w:r>
        <w:rPr>
          <w:rFonts w:ascii="Arial" w:hAnsi="Arial"/>
        </w:rPr>
        <w:t>Still think if they mixed it will kind of be like in the middle this is cus all these won't get any colder or get any warmer I think it's gonna be like in the middle.</w:t>
      </w:r>
    </w:p>
    <w:p w14:paraId="46A1A56C" w14:textId="77777777" w:rsidR="000D24BC" w:rsidRDefault="000D24BC">
      <w:pPr>
        <w:spacing w:after="0"/>
      </w:pPr>
    </w:p>
    <w:p w14:paraId="4253FD4C" w14:textId="77777777" w:rsidR="000D24BC" w:rsidRDefault="00082537">
      <w:pPr>
        <w:spacing w:after="0"/>
      </w:pPr>
      <w:r>
        <w:rPr>
          <w:rFonts w:ascii="Arial" w:hAnsi="Arial"/>
          <w:b/>
        </w:rPr>
        <w:t xml:space="preserve">Interviewer E:  </w:t>
      </w:r>
      <w:r>
        <w:rPr>
          <w:rFonts w:ascii="Arial" w:hAnsi="Arial"/>
          <w:color w:val="5D7284"/>
        </w:rPr>
        <w:t>17:10</w:t>
      </w:r>
    </w:p>
    <w:p w14:paraId="2B291704" w14:textId="11237562" w:rsidR="000D24BC" w:rsidRDefault="00082537">
      <w:pPr>
        <w:spacing w:after="0"/>
      </w:pPr>
      <w:r w:rsidRPr="183D4D0E">
        <w:rPr>
          <w:rFonts w:ascii="Arial" w:hAnsi="Arial"/>
        </w:rPr>
        <w:lastRenderedPageBreak/>
        <w:t xml:space="preserve">Okay, and what about this do you think what timeframe. How long do you think the </w:t>
      </w:r>
      <w:r w:rsidR="336BE40E" w:rsidRPr="183D4D0E">
        <w:rPr>
          <w:rFonts w:ascii="Arial" w:hAnsi="Arial"/>
        </w:rPr>
        <w:t>water</w:t>
      </w:r>
      <w:r w:rsidRPr="183D4D0E">
        <w:rPr>
          <w:rFonts w:ascii="Arial" w:hAnsi="Arial"/>
        </w:rPr>
        <w:t xml:space="preserve"> will take me for it's also completely purple?</w:t>
      </w:r>
    </w:p>
    <w:p w14:paraId="6264B617" w14:textId="77777777" w:rsidR="000D24BC" w:rsidRDefault="000D24BC">
      <w:pPr>
        <w:spacing w:after="0"/>
      </w:pPr>
    </w:p>
    <w:p w14:paraId="4CAA6EB1" w14:textId="77777777" w:rsidR="000D24BC" w:rsidRDefault="00082537">
      <w:pPr>
        <w:spacing w:after="0"/>
      </w:pPr>
      <w:r>
        <w:rPr>
          <w:rFonts w:ascii="Arial" w:hAnsi="Arial"/>
          <w:b/>
        </w:rPr>
        <w:t xml:space="preserve">Participant#31:  </w:t>
      </w:r>
      <w:r>
        <w:rPr>
          <w:rFonts w:ascii="Arial" w:hAnsi="Arial"/>
          <w:color w:val="5D7284"/>
        </w:rPr>
        <w:t>17:19</w:t>
      </w:r>
    </w:p>
    <w:p w14:paraId="41654A14" w14:textId="77777777" w:rsidR="000D24BC" w:rsidRDefault="00082537">
      <w:pPr>
        <w:spacing w:after="0"/>
      </w:pPr>
      <w:r>
        <w:rPr>
          <w:rFonts w:ascii="Arial" w:hAnsi="Arial"/>
        </w:rPr>
        <w:t>I'll say like.</w:t>
      </w:r>
    </w:p>
    <w:p w14:paraId="65D7A992" w14:textId="77777777" w:rsidR="000D24BC" w:rsidRDefault="000D24BC">
      <w:pPr>
        <w:spacing w:after="0"/>
      </w:pPr>
    </w:p>
    <w:p w14:paraId="1D912ABF" w14:textId="77777777" w:rsidR="000D24BC" w:rsidRDefault="00082537">
      <w:pPr>
        <w:spacing w:after="0"/>
      </w:pPr>
      <w:r>
        <w:rPr>
          <w:rFonts w:ascii="Arial" w:hAnsi="Arial"/>
          <w:b/>
        </w:rPr>
        <w:t xml:space="preserve">Interviewer E:  </w:t>
      </w:r>
      <w:r>
        <w:rPr>
          <w:rFonts w:ascii="Arial" w:hAnsi="Arial"/>
          <w:color w:val="5D7284"/>
        </w:rPr>
        <w:t>17:20</w:t>
      </w:r>
    </w:p>
    <w:p w14:paraId="652199A8" w14:textId="77777777" w:rsidR="000D24BC" w:rsidRDefault="00082537">
      <w:pPr>
        <w:spacing w:after="0"/>
      </w:pPr>
      <w:r>
        <w:rPr>
          <w:rFonts w:ascii="Arial" w:hAnsi="Arial"/>
        </w:rPr>
        <w:t>Or more like what you had drawn.</w:t>
      </w:r>
    </w:p>
    <w:p w14:paraId="5510ABAE" w14:textId="77777777" w:rsidR="000D24BC" w:rsidRDefault="000D24BC">
      <w:pPr>
        <w:spacing w:after="0"/>
      </w:pPr>
    </w:p>
    <w:p w14:paraId="7B971064" w14:textId="77777777" w:rsidR="000D24BC" w:rsidRDefault="00082537">
      <w:pPr>
        <w:spacing w:after="0"/>
      </w:pPr>
      <w:r>
        <w:rPr>
          <w:rFonts w:ascii="Arial" w:hAnsi="Arial"/>
          <w:b/>
        </w:rPr>
        <w:t xml:space="preserve">Participant#31:  </w:t>
      </w:r>
      <w:r>
        <w:rPr>
          <w:rFonts w:ascii="Arial" w:hAnsi="Arial"/>
          <w:color w:val="5D7284"/>
        </w:rPr>
        <w:t>17:22</w:t>
      </w:r>
    </w:p>
    <w:p w14:paraId="6D5CD8E4" w14:textId="77777777" w:rsidR="000D24BC" w:rsidRDefault="00082537">
      <w:pPr>
        <w:spacing w:after="0"/>
      </w:pPr>
      <w:r>
        <w:rPr>
          <w:rFonts w:ascii="Arial" w:hAnsi="Arial"/>
        </w:rPr>
        <w:t>Probably like five minutes.</w:t>
      </w:r>
    </w:p>
    <w:p w14:paraId="1DF999BE" w14:textId="77777777" w:rsidR="000D24BC" w:rsidRDefault="000D24BC">
      <w:pPr>
        <w:spacing w:after="0"/>
      </w:pPr>
    </w:p>
    <w:p w14:paraId="0B8BCBB1" w14:textId="77777777" w:rsidR="000D24BC" w:rsidRDefault="00082537">
      <w:pPr>
        <w:spacing w:after="0"/>
      </w:pPr>
      <w:r>
        <w:rPr>
          <w:rFonts w:ascii="Arial" w:hAnsi="Arial"/>
          <w:b/>
        </w:rPr>
        <w:t xml:space="preserve">Interviewer E:  </w:t>
      </w:r>
      <w:r>
        <w:rPr>
          <w:rFonts w:ascii="Arial" w:hAnsi="Arial"/>
          <w:color w:val="5D7284"/>
        </w:rPr>
        <w:t>17:23</w:t>
      </w:r>
    </w:p>
    <w:p w14:paraId="0D120B96" w14:textId="77777777" w:rsidR="000D24BC" w:rsidRDefault="00082537">
      <w:pPr>
        <w:spacing w:after="0"/>
      </w:pPr>
      <w:r>
        <w:rPr>
          <w:rFonts w:ascii="Arial" w:hAnsi="Arial"/>
        </w:rPr>
        <w:t>In five minutes frrom now. Okay, so as far as this stuff is concerned, this tank business rectangular tank business so this is going to be our last rectangle tank demonstration or physical demonstration is the saltwater versus the freshwater so go ahead and pour it in as best I can alright now we have our saltwater and freshwater and start. So it's been a minute so did this surprise you?</w:t>
      </w:r>
    </w:p>
    <w:p w14:paraId="08533B82" w14:textId="77777777" w:rsidR="000D24BC" w:rsidRDefault="000D24BC">
      <w:pPr>
        <w:spacing w:after="0"/>
      </w:pPr>
    </w:p>
    <w:p w14:paraId="7C1E9EAC" w14:textId="77777777" w:rsidR="000D24BC" w:rsidRDefault="00082537">
      <w:pPr>
        <w:spacing w:after="0"/>
      </w:pPr>
      <w:r>
        <w:rPr>
          <w:rFonts w:ascii="Arial" w:hAnsi="Arial"/>
          <w:b/>
        </w:rPr>
        <w:t xml:space="preserve">Participant#31:  </w:t>
      </w:r>
      <w:r>
        <w:rPr>
          <w:rFonts w:ascii="Arial" w:hAnsi="Arial"/>
          <w:color w:val="5D7284"/>
        </w:rPr>
        <w:t>19:20</w:t>
      </w:r>
    </w:p>
    <w:p w14:paraId="3DBA3262" w14:textId="77777777" w:rsidR="000D24BC" w:rsidRDefault="00082537">
      <w:pPr>
        <w:spacing w:after="0"/>
      </w:pPr>
      <w:r>
        <w:rPr>
          <w:rFonts w:ascii="Arial" w:hAnsi="Arial"/>
        </w:rPr>
        <w:t>Not really.</w:t>
      </w:r>
    </w:p>
    <w:p w14:paraId="2B2BA3DB" w14:textId="77777777" w:rsidR="000D24BC" w:rsidRDefault="000D24BC">
      <w:pPr>
        <w:spacing w:after="0"/>
      </w:pPr>
    </w:p>
    <w:p w14:paraId="4439E29F" w14:textId="77777777" w:rsidR="000D24BC" w:rsidRDefault="00082537">
      <w:pPr>
        <w:spacing w:after="0"/>
      </w:pPr>
      <w:r>
        <w:rPr>
          <w:rFonts w:ascii="Arial" w:hAnsi="Arial"/>
          <w:b/>
        </w:rPr>
        <w:t xml:space="preserve">Interviewer E:  </w:t>
      </w:r>
      <w:r>
        <w:rPr>
          <w:rFonts w:ascii="Arial" w:hAnsi="Arial"/>
          <w:color w:val="5D7284"/>
        </w:rPr>
        <w:t>19:21</w:t>
      </w:r>
    </w:p>
    <w:p w14:paraId="7BB7D456" w14:textId="77777777" w:rsidR="000D24BC" w:rsidRDefault="00082537">
      <w:pPr>
        <w:spacing w:after="0"/>
      </w:pPr>
      <w:r>
        <w:rPr>
          <w:rFonts w:ascii="Arial" w:hAnsi="Arial"/>
        </w:rPr>
        <w:t>It didn't is it because you assumed that maybe it would. So I think originally told me that this was a property of. Do you still think this is the property of the saltwater or do you think this is a dye property?</w:t>
      </w:r>
    </w:p>
    <w:p w14:paraId="5659DAA1" w14:textId="77777777" w:rsidR="000D24BC" w:rsidRDefault="000D24BC">
      <w:pPr>
        <w:spacing w:after="0"/>
      </w:pPr>
    </w:p>
    <w:p w14:paraId="50254833" w14:textId="77777777" w:rsidR="000D24BC" w:rsidRDefault="00082537">
      <w:pPr>
        <w:spacing w:after="0"/>
      </w:pPr>
      <w:r>
        <w:rPr>
          <w:rFonts w:ascii="Arial" w:hAnsi="Arial"/>
          <w:b/>
        </w:rPr>
        <w:t xml:space="preserve">Participant#31:  </w:t>
      </w:r>
      <w:r>
        <w:rPr>
          <w:rFonts w:ascii="Arial" w:hAnsi="Arial"/>
          <w:color w:val="5D7284"/>
        </w:rPr>
        <w:t>19:36</w:t>
      </w:r>
    </w:p>
    <w:p w14:paraId="414FB414" w14:textId="77777777" w:rsidR="000D24BC" w:rsidRDefault="00082537">
      <w:pPr>
        <w:spacing w:after="0"/>
      </w:pPr>
      <w:r>
        <w:rPr>
          <w:rFonts w:ascii="Arial" w:hAnsi="Arial"/>
        </w:rPr>
        <w:t>I feel like it's probably more or so of the saltwater, but it's probably the same dye property its just. I feel like with the saltwater like a you'll have more force then like then like regular water, freshwater.</w:t>
      </w:r>
    </w:p>
    <w:p w14:paraId="29BC3E28" w14:textId="77777777" w:rsidR="000D24BC" w:rsidRDefault="000D24BC">
      <w:pPr>
        <w:spacing w:after="0"/>
      </w:pPr>
    </w:p>
    <w:p w14:paraId="35A944AC" w14:textId="77777777" w:rsidR="000D24BC" w:rsidRDefault="00082537">
      <w:pPr>
        <w:spacing w:after="0"/>
      </w:pPr>
      <w:r>
        <w:rPr>
          <w:rFonts w:ascii="Arial" w:hAnsi="Arial"/>
          <w:b/>
        </w:rPr>
        <w:t xml:space="preserve">Interviewer E:  </w:t>
      </w:r>
      <w:r>
        <w:rPr>
          <w:rFonts w:ascii="Arial" w:hAnsi="Arial"/>
          <w:color w:val="5D7284"/>
        </w:rPr>
        <w:t>19:52</w:t>
      </w:r>
    </w:p>
    <w:p w14:paraId="39BC408B" w14:textId="77777777" w:rsidR="000D24BC" w:rsidRDefault="00082537">
      <w:pPr>
        <w:spacing w:after="0"/>
      </w:pPr>
      <w:r>
        <w:rPr>
          <w:rFonts w:ascii="Arial" w:hAnsi="Arial"/>
        </w:rPr>
        <w:t>And does this remind you of anything?</w:t>
      </w:r>
    </w:p>
    <w:p w14:paraId="0604E7F8" w14:textId="77777777" w:rsidR="000D24BC" w:rsidRDefault="000D24BC">
      <w:pPr>
        <w:spacing w:after="0"/>
      </w:pPr>
    </w:p>
    <w:p w14:paraId="0543D5E9" w14:textId="77777777" w:rsidR="000D24BC" w:rsidRDefault="00082537">
      <w:pPr>
        <w:spacing w:after="0"/>
      </w:pPr>
      <w:r>
        <w:rPr>
          <w:rFonts w:ascii="Arial" w:hAnsi="Arial"/>
          <w:b/>
        </w:rPr>
        <w:t xml:space="preserve">Participant#31:  </w:t>
      </w:r>
      <w:r>
        <w:rPr>
          <w:rFonts w:ascii="Arial" w:hAnsi="Arial"/>
          <w:color w:val="5D7284"/>
        </w:rPr>
        <w:t>19:55</w:t>
      </w:r>
    </w:p>
    <w:p w14:paraId="167203B2" w14:textId="77777777" w:rsidR="000D24BC" w:rsidRDefault="00082537">
      <w:pPr>
        <w:spacing w:after="0"/>
      </w:pPr>
      <w:r>
        <w:rPr>
          <w:rFonts w:ascii="Arial" w:hAnsi="Arial"/>
        </w:rPr>
        <w:t>It question, it reminds me of a question a question I took on a quiz, I dont know I should go in depth with it or no.</w:t>
      </w:r>
    </w:p>
    <w:p w14:paraId="2F04720C" w14:textId="77777777" w:rsidR="000D24BC" w:rsidRDefault="000D24BC">
      <w:pPr>
        <w:spacing w:after="0"/>
      </w:pPr>
    </w:p>
    <w:p w14:paraId="5897FA8B" w14:textId="77777777" w:rsidR="000D24BC" w:rsidRDefault="00082537">
      <w:pPr>
        <w:spacing w:after="0"/>
      </w:pPr>
      <w:r>
        <w:rPr>
          <w:rFonts w:ascii="Arial" w:hAnsi="Arial"/>
          <w:b/>
        </w:rPr>
        <w:t xml:space="preserve">Interviewer E:  </w:t>
      </w:r>
      <w:r>
        <w:rPr>
          <w:rFonts w:ascii="Arial" w:hAnsi="Arial"/>
          <w:color w:val="5D7284"/>
        </w:rPr>
        <w:t>20:01</w:t>
      </w:r>
    </w:p>
    <w:p w14:paraId="59738B93" w14:textId="77777777" w:rsidR="000D24BC" w:rsidRDefault="00082537">
      <w:pPr>
        <w:spacing w:after="0"/>
      </w:pPr>
      <w:r>
        <w:rPr>
          <w:rFonts w:ascii="Arial" w:hAnsi="Arial"/>
        </w:rPr>
        <w:t xml:space="preserve">No, go ahead and let me know </w:t>
      </w:r>
    </w:p>
    <w:p w14:paraId="40BE6184" w14:textId="77777777" w:rsidR="000D24BC" w:rsidRDefault="000D24BC">
      <w:pPr>
        <w:spacing w:after="0"/>
      </w:pPr>
    </w:p>
    <w:p w14:paraId="62AFD9FF" w14:textId="77777777" w:rsidR="000D24BC" w:rsidRDefault="00082537">
      <w:pPr>
        <w:spacing w:after="0"/>
      </w:pPr>
      <w:r>
        <w:rPr>
          <w:rFonts w:ascii="Arial" w:hAnsi="Arial"/>
          <w:b/>
        </w:rPr>
        <w:t xml:space="preserve">Participant#31:  </w:t>
      </w:r>
      <w:r>
        <w:rPr>
          <w:rFonts w:ascii="Arial" w:hAnsi="Arial"/>
          <w:color w:val="5D7284"/>
        </w:rPr>
        <w:t>20:02</w:t>
      </w:r>
    </w:p>
    <w:p w14:paraId="0F4AEBB3" w14:textId="77777777" w:rsidR="000D24BC" w:rsidRDefault="00082537">
      <w:pPr>
        <w:spacing w:after="0"/>
      </w:pPr>
      <w:r>
        <w:rPr>
          <w:rFonts w:ascii="Arial" w:hAnsi="Arial"/>
        </w:rPr>
        <w:t>It about like, they say ask me about the egg, like fresh water is always like at the bottom is in the bottle of water. But were they in the salt water it was like floating.</w:t>
      </w:r>
    </w:p>
    <w:p w14:paraId="4840E042" w14:textId="77777777" w:rsidR="000D24BC" w:rsidRDefault="000D24BC">
      <w:pPr>
        <w:spacing w:after="0"/>
      </w:pPr>
    </w:p>
    <w:p w14:paraId="7BE82096" w14:textId="77777777" w:rsidR="000D24BC" w:rsidRDefault="00082537">
      <w:pPr>
        <w:spacing w:after="0"/>
      </w:pPr>
      <w:r>
        <w:rPr>
          <w:rFonts w:ascii="Arial" w:hAnsi="Arial"/>
          <w:b/>
        </w:rPr>
        <w:t xml:space="preserve">Interviewer E:  </w:t>
      </w:r>
      <w:r>
        <w:rPr>
          <w:rFonts w:ascii="Arial" w:hAnsi="Arial"/>
          <w:color w:val="5D7284"/>
        </w:rPr>
        <w:t>20:13</w:t>
      </w:r>
    </w:p>
    <w:p w14:paraId="133707D1" w14:textId="5AEAC054" w:rsidR="000D24BC" w:rsidRDefault="00082537">
      <w:pPr>
        <w:spacing w:after="0"/>
      </w:pPr>
      <w:r w:rsidRPr="183D4D0E">
        <w:rPr>
          <w:rFonts w:ascii="Arial" w:hAnsi="Arial"/>
        </w:rPr>
        <w:lastRenderedPageBreak/>
        <w:t xml:space="preserve">Oh yeah, yeah, for sure for sure. </w:t>
      </w:r>
      <w:r w:rsidR="1ADDB72A" w:rsidRPr="183D4D0E">
        <w:rPr>
          <w:rFonts w:ascii="Arial" w:hAnsi="Arial"/>
        </w:rPr>
        <w:t>So,</w:t>
      </w:r>
      <w:r w:rsidRPr="183D4D0E">
        <w:rPr>
          <w:rFonts w:ascii="Arial" w:hAnsi="Arial"/>
        </w:rPr>
        <w:t xml:space="preserve"> you would say like, because this freshwater is mixing with saltwater, the freshwater is floating, okay,</w:t>
      </w:r>
    </w:p>
    <w:p w14:paraId="41339100" w14:textId="77777777" w:rsidR="000D24BC" w:rsidRDefault="000D24BC">
      <w:pPr>
        <w:spacing w:after="0"/>
      </w:pPr>
    </w:p>
    <w:p w14:paraId="724E900D" w14:textId="77777777" w:rsidR="000D24BC" w:rsidRDefault="00082537">
      <w:pPr>
        <w:spacing w:after="0"/>
      </w:pPr>
      <w:r>
        <w:rPr>
          <w:rFonts w:ascii="Arial" w:hAnsi="Arial"/>
          <w:b/>
        </w:rPr>
        <w:t xml:space="preserve">Participant#31:  </w:t>
      </w:r>
      <w:r>
        <w:rPr>
          <w:rFonts w:ascii="Arial" w:hAnsi="Arial"/>
          <w:color w:val="5D7284"/>
        </w:rPr>
        <w:t>20:23</w:t>
      </w:r>
    </w:p>
    <w:p w14:paraId="4AF947DF" w14:textId="40FE0A80" w:rsidR="000D24BC" w:rsidRDefault="00082537">
      <w:pPr>
        <w:spacing w:after="0"/>
      </w:pPr>
      <w:r w:rsidRPr="183D4D0E">
        <w:rPr>
          <w:rFonts w:ascii="Arial" w:hAnsi="Arial"/>
        </w:rPr>
        <w:t xml:space="preserve">Yeah and feel like it's </w:t>
      </w:r>
      <w:r w:rsidR="1BFDC723" w:rsidRPr="183D4D0E">
        <w:rPr>
          <w:rFonts w:ascii="Arial" w:hAnsi="Arial"/>
        </w:rPr>
        <w:t>gonna</w:t>
      </w:r>
      <w:r w:rsidRPr="183D4D0E">
        <w:rPr>
          <w:rFonts w:ascii="Arial" w:hAnsi="Arial"/>
        </w:rPr>
        <w:t xml:space="preserve"> be saltwater have bought forced in freshwater is going to exert more force upon it like regular freshwater.</w:t>
      </w:r>
    </w:p>
    <w:p w14:paraId="5847074F" w14:textId="77777777" w:rsidR="000D24BC" w:rsidRDefault="000D24BC">
      <w:pPr>
        <w:spacing w:after="0"/>
      </w:pPr>
    </w:p>
    <w:p w14:paraId="37F03E9C" w14:textId="77777777" w:rsidR="000D24BC" w:rsidRDefault="00082537">
      <w:pPr>
        <w:spacing w:after="0"/>
      </w:pPr>
      <w:r>
        <w:rPr>
          <w:rFonts w:ascii="Arial" w:hAnsi="Arial"/>
          <w:b/>
        </w:rPr>
        <w:t xml:space="preserve">Interviewer E:  </w:t>
      </w:r>
      <w:r>
        <w:rPr>
          <w:rFonts w:ascii="Arial" w:hAnsi="Arial"/>
          <w:color w:val="5D7284"/>
        </w:rPr>
        <w:t>20:34</w:t>
      </w:r>
    </w:p>
    <w:p w14:paraId="169EC981" w14:textId="77777777" w:rsidR="000D24BC" w:rsidRDefault="00082537">
      <w:pPr>
        <w:spacing w:after="0"/>
      </w:pPr>
      <w:r>
        <w:rPr>
          <w:rFonts w:ascii="Arial" w:hAnsi="Arial"/>
        </w:rPr>
        <w:t>And if you could give me a timeframe of how long do you think, if it will mix? Or if it won't mix? How long would you say that would be?</w:t>
      </w:r>
    </w:p>
    <w:p w14:paraId="64A523BE" w14:textId="77777777" w:rsidR="000D24BC" w:rsidRDefault="000D24BC">
      <w:pPr>
        <w:spacing w:after="0"/>
      </w:pPr>
    </w:p>
    <w:p w14:paraId="2E590D9C" w14:textId="77777777" w:rsidR="000D24BC" w:rsidRDefault="00082537">
      <w:pPr>
        <w:spacing w:after="0"/>
      </w:pPr>
      <w:r>
        <w:rPr>
          <w:rFonts w:ascii="Arial" w:hAnsi="Arial"/>
          <w:b/>
        </w:rPr>
        <w:t xml:space="preserve">Participant#31:  </w:t>
      </w:r>
      <w:r>
        <w:rPr>
          <w:rFonts w:ascii="Arial" w:hAnsi="Arial"/>
          <w:color w:val="5D7284"/>
        </w:rPr>
        <w:t>20:46</w:t>
      </w:r>
    </w:p>
    <w:p w14:paraId="296BEE7E" w14:textId="77777777" w:rsidR="000D24BC" w:rsidRDefault="00082537">
      <w:pPr>
        <w:spacing w:after="0"/>
      </w:pPr>
      <w:r>
        <w:rPr>
          <w:rFonts w:ascii="Arial" w:hAnsi="Arial"/>
        </w:rPr>
        <w:t>Probably same as last one, five minutes?</w:t>
      </w:r>
    </w:p>
    <w:p w14:paraId="2CA922EE" w14:textId="77777777" w:rsidR="000D24BC" w:rsidRDefault="000D24BC">
      <w:pPr>
        <w:spacing w:after="0"/>
      </w:pPr>
    </w:p>
    <w:p w14:paraId="6FADBF0D" w14:textId="77777777" w:rsidR="000D24BC" w:rsidRDefault="00082537">
      <w:pPr>
        <w:spacing w:after="0"/>
      </w:pPr>
      <w:r>
        <w:rPr>
          <w:rFonts w:ascii="Arial" w:hAnsi="Arial"/>
          <w:b/>
        </w:rPr>
        <w:t xml:space="preserve">Interviewer E:  </w:t>
      </w:r>
      <w:r>
        <w:rPr>
          <w:rFonts w:ascii="Arial" w:hAnsi="Arial"/>
          <w:color w:val="5D7284"/>
        </w:rPr>
        <w:t>20:49</w:t>
      </w:r>
    </w:p>
    <w:p w14:paraId="77875792" w14:textId="77777777" w:rsidR="000D24BC" w:rsidRDefault="00082537">
      <w:pPr>
        <w:spacing w:after="0"/>
      </w:pPr>
      <w:r>
        <w:rPr>
          <w:rFonts w:ascii="Arial" w:hAnsi="Arial"/>
        </w:rPr>
        <w:t>About five minutes. So take five minutes for both of these to mix together. And in that five minutes. Will it look more like what you had drawn?</w:t>
      </w:r>
    </w:p>
    <w:p w14:paraId="1E377400" w14:textId="77777777" w:rsidR="000D24BC" w:rsidRDefault="000D24BC">
      <w:pPr>
        <w:spacing w:after="0"/>
      </w:pPr>
    </w:p>
    <w:p w14:paraId="5069F67F" w14:textId="77777777" w:rsidR="000D24BC" w:rsidRDefault="00082537">
      <w:pPr>
        <w:spacing w:after="0"/>
      </w:pPr>
      <w:r>
        <w:rPr>
          <w:rFonts w:ascii="Arial" w:hAnsi="Arial"/>
          <w:b/>
        </w:rPr>
        <w:t xml:space="preserve">Participant#31:  </w:t>
      </w:r>
      <w:r>
        <w:rPr>
          <w:rFonts w:ascii="Arial" w:hAnsi="Arial"/>
          <w:color w:val="5D7284"/>
        </w:rPr>
        <w:t>20:57</w:t>
      </w:r>
    </w:p>
    <w:p w14:paraId="0C223F74" w14:textId="77777777" w:rsidR="000D24BC" w:rsidRDefault="00082537">
      <w:pPr>
        <w:spacing w:after="0"/>
      </w:pPr>
      <w:r>
        <w:rPr>
          <w:rFonts w:ascii="Arial" w:hAnsi="Arial"/>
        </w:rPr>
        <w:t>Well, yeah, well, kinda like that. Probably a little fleet is gone. This one's gonna be overlapping can be completely green, and they'll be gone. Okay.</w:t>
      </w:r>
    </w:p>
    <w:p w14:paraId="18E90C66" w14:textId="77777777" w:rsidR="000D24BC" w:rsidRDefault="000D24BC">
      <w:pPr>
        <w:spacing w:after="0"/>
      </w:pPr>
    </w:p>
    <w:p w14:paraId="3F8D74EE" w14:textId="77777777" w:rsidR="000D24BC" w:rsidRDefault="00082537">
      <w:pPr>
        <w:spacing w:after="0"/>
      </w:pPr>
      <w:r>
        <w:rPr>
          <w:rFonts w:ascii="Arial" w:hAnsi="Arial"/>
          <w:b/>
        </w:rPr>
        <w:t xml:space="preserve">Interviewer E:  </w:t>
      </w:r>
      <w:r>
        <w:rPr>
          <w:rFonts w:ascii="Arial" w:hAnsi="Arial"/>
          <w:color w:val="5D7284"/>
        </w:rPr>
        <w:t>21:07</w:t>
      </w:r>
    </w:p>
    <w:p w14:paraId="30CB9A11" w14:textId="77777777" w:rsidR="000D24BC" w:rsidRDefault="00082537">
      <w:pPr>
        <w:spacing w:after="0"/>
      </w:pPr>
      <w:r>
        <w:rPr>
          <w:rFonts w:ascii="Arial" w:hAnsi="Arial"/>
        </w:rPr>
        <w:t>Because it will be all at that point saltwater, yeah. All right. So now I have more of like a thought experiment for you fairly similar to what we did here, just that I can't really show you because I'm not really able to recreate it. If I had another rectangle tank, and I put it in front of you, and I had some Jell-O that I had dyed blue, and the Jell-O is really cool. It's been maybe sitting in a fridge, and I have another Jell-O that I dyed red. That's a little warmer. It's been sitting out for a little while, right? So we have a contrasting temperature between the two. We have a little bit of warm Jell-O. A little cool Jell-O. And I took those Jell-O's and I put them in the rectangular tank and I removed the dividing wall. What do you think after a minute, how would that look? And you can show me with your hands if it helps.</w:t>
      </w:r>
    </w:p>
    <w:p w14:paraId="0DE23C38" w14:textId="77777777" w:rsidR="000D24BC" w:rsidRDefault="000D24BC">
      <w:pPr>
        <w:spacing w:after="0"/>
      </w:pPr>
    </w:p>
    <w:p w14:paraId="3B2CF31B" w14:textId="77777777" w:rsidR="000D24BC" w:rsidRDefault="00082537">
      <w:pPr>
        <w:spacing w:after="0"/>
      </w:pPr>
      <w:r>
        <w:rPr>
          <w:rFonts w:ascii="Arial" w:hAnsi="Arial"/>
          <w:b/>
        </w:rPr>
        <w:t xml:space="preserve">Participant#31:  </w:t>
      </w:r>
      <w:r>
        <w:rPr>
          <w:rFonts w:ascii="Arial" w:hAnsi="Arial"/>
          <w:color w:val="5D7284"/>
        </w:rPr>
        <w:t>22:04</w:t>
      </w:r>
    </w:p>
    <w:p w14:paraId="46772694" w14:textId="77777777" w:rsidR="000D24BC" w:rsidRDefault="00082537">
      <w:pPr>
        <w:spacing w:after="0"/>
      </w:pPr>
      <w:r>
        <w:rPr>
          <w:rFonts w:ascii="Arial" w:hAnsi="Arial"/>
        </w:rPr>
        <w:t>Like you put the warm and cold Jell-O. I feel like with that it's gonna be like mixed it's gonna be like mixed like, gonna be shook all around like, like, all over the tank.</w:t>
      </w:r>
    </w:p>
    <w:p w14:paraId="640FD873" w14:textId="77777777" w:rsidR="000D24BC" w:rsidRDefault="000D24BC">
      <w:pPr>
        <w:spacing w:after="0"/>
      </w:pPr>
    </w:p>
    <w:p w14:paraId="4EEFA811" w14:textId="77777777" w:rsidR="000D24BC" w:rsidRDefault="00082537">
      <w:pPr>
        <w:spacing w:after="0"/>
      </w:pPr>
      <w:r>
        <w:rPr>
          <w:rFonts w:ascii="Arial" w:hAnsi="Arial"/>
          <w:b/>
        </w:rPr>
        <w:t xml:space="preserve">Interviewer E:  </w:t>
      </w:r>
      <w:r>
        <w:rPr>
          <w:rFonts w:ascii="Arial" w:hAnsi="Arial"/>
          <w:color w:val="5D7284"/>
        </w:rPr>
        <w:t>22:16</w:t>
      </w:r>
    </w:p>
    <w:p w14:paraId="5B0F6A6B" w14:textId="77777777" w:rsidR="000D24BC" w:rsidRDefault="00082537">
      <w:pPr>
        <w:spacing w:after="0"/>
      </w:pPr>
      <w:r>
        <w:rPr>
          <w:rFonts w:ascii="Arial" w:hAnsi="Arial"/>
        </w:rPr>
        <w:t>Like it's gonna mush together.</w:t>
      </w:r>
    </w:p>
    <w:p w14:paraId="79726754" w14:textId="77777777" w:rsidR="000D24BC" w:rsidRDefault="000D24BC">
      <w:pPr>
        <w:spacing w:after="0"/>
      </w:pPr>
    </w:p>
    <w:p w14:paraId="34F30743" w14:textId="77777777" w:rsidR="000D24BC" w:rsidRDefault="00082537">
      <w:pPr>
        <w:spacing w:after="0"/>
      </w:pPr>
      <w:r>
        <w:rPr>
          <w:rFonts w:ascii="Arial" w:hAnsi="Arial"/>
          <w:b/>
        </w:rPr>
        <w:t xml:space="preserve">Participant#31:  </w:t>
      </w:r>
      <w:r>
        <w:rPr>
          <w:rFonts w:ascii="Arial" w:hAnsi="Arial"/>
          <w:color w:val="5D7284"/>
        </w:rPr>
        <w:t>22:19</w:t>
      </w:r>
    </w:p>
    <w:p w14:paraId="6A6A7805" w14:textId="77777777" w:rsidR="000D24BC" w:rsidRDefault="00082537">
      <w:pPr>
        <w:spacing w:after="0"/>
      </w:pPr>
      <w:r>
        <w:rPr>
          <w:rFonts w:ascii="Arial" w:hAnsi="Arial"/>
        </w:rPr>
        <w:t>Like mix like all over the tank.</w:t>
      </w:r>
    </w:p>
    <w:p w14:paraId="118B3A20" w14:textId="77777777" w:rsidR="000D24BC" w:rsidRDefault="000D24BC">
      <w:pPr>
        <w:spacing w:after="0"/>
      </w:pPr>
    </w:p>
    <w:p w14:paraId="25419D17" w14:textId="77777777" w:rsidR="000D24BC" w:rsidRDefault="00082537">
      <w:pPr>
        <w:spacing w:after="0"/>
      </w:pPr>
      <w:r>
        <w:rPr>
          <w:rFonts w:ascii="Arial" w:hAnsi="Arial"/>
          <w:b/>
        </w:rPr>
        <w:t xml:space="preserve">Interviewer E:  </w:t>
      </w:r>
      <w:r>
        <w:rPr>
          <w:rFonts w:ascii="Arial" w:hAnsi="Arial"/>
          <w:color w:val="5D7284"/>
        </w:rPr>
        <w:t>22:22</w:t>
      </w:r>
    </w:p>
    <w:p w14:paraId="61344F6C" w14:textId="77777777" w:rsidR="000D24BC" w:rsidRDefault="00082537">
      <w:pPr>
        <w:spacing w:after="0"/>
      </w:pPr>
      <w:r>
        <w:rPr>
          <w:rFonts w:ascii="Arial" w:hAnsi="Arial"/>
        </w:rPr>
        <w:lastRenderedPageBreak/>
        <w:t>Yeah, but it won't necessarily combine or will it combine? Like, would there be a change of color? Whether it be purple? Or will it just stay red and blue?</w:t>
      </w:r>
    </w:p>
    <w:p w14:paraId="2ED7DACC" w14:textId="77777777" w:rsidR="000D24BC" w:rsidRDefault="000D24BC">
      <w:pPr>
        <w:spacing w:after="0"/>
      </w:pPr>
    </w:p>
    <w:p w14:paraId="29F1818D" w14:textId="77777777" w:rsidR="000D24BC" w:rsidRDefault="00082537">
      <w:pPr>
        <w:spacing w:after="0"/>
      </w:pPr>
      <w:r>
        <w:rPr>
          <w:rFonts w:ascii="Arial" w:hAnsi="Arial"/>
          <w:b/>
        </w:rPr>
        <w:t xml:space="preserve">Participant#31:  </w:t>
      </w:r>
      <w:r>
        <w:rPr>
          <w:rFonts w:ascii="Arial" w:hAnsi="Arial"/>
          <w:color w:val="5D7284"/>
        </w:rPr>
        <w:t>22:30</w:t>
      </w:r>
    </w:p>
    <w:p w14:paraId="3103D5F7" w14:textId="77777777" w:rsidR="000D24BC" w:rsidRDefault="00082537">
      <w:pPr>
        <w:spacing w:after="0"/>
      </w:pPr>
      <w:r>
        <w:rPr>
          <w:rFonts w:ascii="Arial" w:hAnsi="Arial"/>
        </w:rPr>
        <w:t>There's still gonna be purple. Like, at least in between it probably gives me like I say like 10 to 15 minutes. It may combine to a completely purple.</w:t>
      </w:r>
    </w:p>
    <w:p w14:paraId="7B34331A" w14:textId="77777777" w:rsidR="000D24BC" w:rsidRDefault="000D24BC">
      <w:pPr>
        <w:spacing w:after="0"/>
      </w:pPr>
    </w:p>
    <w:p w14:paraId="1C996C80" w14:textId="77777777" w:rsidR="000D24BC" w:rsidRDefault="00082537">
      <w:pPr>
        <w:spacing w:after="0"/>
      </w:pPr>
      <w:r>
        <w:rPr>
          <w:rFonts w:ascii="Arial" w:hAnsi="Arial"/>
          <w:b/>
        </w:rPr>
        <w:t xml:space="preserve">Interviewer E:  </w:t>
      </w:r>
      <w:r>
        <w:rPr>
          <w:rFonts w:ascii="Arial" w:hAnsi="Arial"/>
          <w:color w:val="5D7284"/>
        </w:rPr>
        <w:t>22:39</w:t>
      </w:r>
    </w:p>
    <w:p w14:paraId="44E42E4F" w14:textId="77777777" w:rsidR="000D24BC" w:rsidRDefault="00082537">
      <w:pPr>
        <w:spacing w:after="0"/>
      </w:pPr>
      <w:r>
        <w:rPr>
          <w:rFonts w:ascii="Arial" w:hAnsi="Arial"/>
        </w:rPr>
        <w:t>Okay, so 10-15 minutes at all turn purple. Is this because the jell O's have reached the same temperature? Or is this for some other reason? Like why is it that they've combined in turn purple.</w:t>
      </w:r>
    </w:p>
    <w:p w14:paraId="00D1754E" w14:textId="77777777" w:rsidR="000D24BC" w:rsidRDefault="000D24BC">
      <w:pPr>
        <w:spacing w:after="0"/>
      </w:pPr>
    </w:p>
    <w:p w14:paraId="7E8DD453" w14:textId="77777777" w:rsidR="000D24BC" w:rsidRDefault="00082537">
      <w:pPr>
        <w:spacing w:after="0"/>
      </w:pPr>
      <w:r>
        <w:rPr>
          <w:rFonts w:ascii="Arial" w:hAnsi="Arial"/>
          <w:b/>
        </w:rPr>
        <w:t xml:space="preserve">Participant#31:  </w:t>
      </w:r>
      <w:r>
        <w:rPr>
          <w:rFonts w:ascii="Arial" w:hAnsi="Arial"/>
          <w:color w:val="5D7284"/>
        </w:rPr>
        <w:t>22:52</w:t>
      </w:r>
    </w:p>
    <w:p w14:paraId="22176DB0" w14:textId="77777777" w:rsidR="000D24BC" w:rsidRDefault="00082537">
      <w:pPr>
        <w:spacing w:after="0"/>
      </w:pPr>
      <w:r>
        <w:rPr>
          <w:rFonts w:ascii="Arial" w:hAnsi="Arial"/>
        </w:rPr>
        <w:t>Maybe because they probably that's probably at least reached the same temperature that's when it can go purple.</w:t>
      </w:r>
    </w:p>
    <w:p w14:paraId="77D7CFC7" w14:textId="77777777" w:rsidR="000D24BC" w:rsidRDefault="000D24BC">
      <w:pPr>
        <w:spacing w:after="0"/>
      </w:pPr>
    </w:p>
    <w:p w14:paraId="2D4AF324" w14:textId="77777777" w:rsidR="000D24BC" w:rsidRDefault="00082537">
      <w:pPr>
        <w:spacing w:after="0"/>
      </w:pPr>
      <w:r>
        <w:rPr>
          <w:rFonts w:ascii="Arial" w:hAnsi="Arial"/>
          <w:b/>
        </w:rPr>
        <w:t xml:space="preserve">Interviewer E:  </w:t>
      </w:r>
      <w:r>
        <w:rPr>
          <w:rFonts w:ascii="Arial" w:hAnsi="Arial"/>
          <w:color w:val="5D7284"/>
        </w:rPr>
        <w:t>22:57</w:t>
      </w:r>
    </w:p>
    <w:p w14:paraId="2F5E6A7F" w14:textId="77777777" w:rsidR="000D24BC" w:rsidRDefault="00082537">
      <w:pPr>
        <w:spacing w:after="0"/>
      </w:pPr>
      <w:r>
        <w:rPr>
          <w:rFonts w:ascii="Arial" w:hAnsi="Arial"/>
        </w:rPr>
        <w:t>Okay, and that would take 10 to 15 minutes oh, ready. So for our next do I actually did a time lapse video of all three of those during a certain amount of time and I condensed it down into a time lapse video so I'm going to show you each of those videos I'm going to show you what they look like after certain amount of time alright, sorry, I have a privacy screen so it's hard for other people to see you to do to do. Alright, so we're gonna go in order the first one I'm showing you is the cold versus hot water reaction and basically I condensed it down to a 33 second video so this is 33 seconds all right, so 33 seconds time lapse video. Did that surprise you at all? How would make mixed or how?</w:t>
      </w:r>
    </w:p>
    <w:p w14:paraId="54284960" w14:textId="77777777" w:rsidR="000D24BC" w:rsidRDefault="000D24BC">
      <w:pPr>
        <w:spacing w:after="0"/>
      </w:pPr>
    </w:p>
    <w:p w14:paraId="2893CD68" w14:textId="77777777" w:rsidR="000D24BC" w:rsidRDefault="00082537">
      <w:pPr>
        <w:spacing w:after="0"/>
      </w:pPr>
      <w:r>
        <w:rPr>
          <w:rFonts w:ascii="Arial" w:hAnsi="Arial"/>
          <w:b/>
        </w:rPr>
        <w:t xml:space="preserve">Participant#31:  </w:t>
      </w:r>
      <w:r>
        <w:rPr>
          <w:rFonts w:ascii="Arial" w:hAnsi="Arial"/>
          <w:color w:val="5D7284"/>
        </w:rPr>
        <w:t>24:51</w:t>
      </w:r>
    </w:p>
    <w:p w14:paraId="493BC6FA" w14:textId="77777777" w:rsidR="000D24BC" w:rsidRDefault="00082537">
      <w:pPr>
        <w:spacing w:after="0"/>
      </w:pPr>
      <w:r>
        <w:rPr>
          <w:rFonts w:ascii="Arial" w:hAnsi="Arial"/>
        </w:rPr>
        <w:t>Um a little, I thought it's gonna be like form to a purple with since this is the way or is this red or it's it's red. Okay. is gonna be purple. Like, I was surprised that the cold water took over, which is a blue surprise is mostly fulfilled by blue. and little red.</w:t>
      </w:r>
    </w:p>
    <w:p w14:paraId="154D4781" w14:textId="77777777" w:rsidR="000D24BC" w:rsidRDefault="000D24BC">
      <w:pPr>
        <w:spacing w:after="0"/>
      </w:pPr>
    </w:p>
    <w:p w14:paraId="50BCDBCE" w14:textId="77777777" w:rsidR="000D24BC" w:rsidRDefault="00082537">
      <w:pPr>
        <w:spacing w:after="0"/>
      </w:pPr>
      <w:r>
        <w:rPr>
          <w:rFonts w:ascii="Arial" w:hAnsi="Arial"/>
          <w:b/>
        </w:rPr>
        <w:t xml:space="preserve">Interviewer E:  </w:t>
      </w:r>
      <w:r>
        <w:rPr>
          <w:rFonts w:ascii="Arial" w:hAnsi="Arial"/>
          <w:color w:val="5D7284"/>
        </w:rPr>
        <w:t>25:11</w:t>
      </w:r>
    </w:p>
    <w:p w14:paraId="784953A9" w14:textId="77777777" w:rsidR="000D24BC" w:rsidRDefault="00082537">
      <w:pPr>
        <w:spacing w:after="0"/>
      </w:pPr>
      <w:r>
        <w:rPr>
          <w:rFonts w:ascii="Arial" w:hAnsi="Arial"/>
        </w:rPr>
        <w:t>Right, yeah, it might be a little bit of the dye maybe being more into the other, but it did end up mixing so what you had initially drew was that it would mix it's just that the timeframes a little different right? If you could tell me how long you think 33 seconds of time lapses in real life. How long would you say it took me to record this video?</w:t>
      </w:r>
    </w:p>
    <w:p w14:paraId="301B74D4" w14:textId="77777777" w:rsidR="000D24BC" w:rsidRDefault="000D24BC">
      <w:pPr>
        <w:spacing w:after="0"/>
      </w:pPr>
    </w:p>
    <w:p w14:paraId="285DBB37" w14:textId="77777777" w:rsidR="000D24BC" w:rsidRDefault="00082537">
      <w:pPr>
        <w:spacing w:after="0"/>
      </w:pPr>
      <w:r>
        <w:rPr>
          <w:rFonts w:ascii="Arial" w:hAnsi="Arial"/>
          <w:b/>
        </w:rPr>
        <w:t xml:space="preserve">Participant#31:  </w:t>
      </w:r>
      <w:r>
        <w:rPr>
          <w:rFonts w:ascii="Arial" w:hAnsi="Arial"/>
          <w:color w:val="5D7284"/>
        </w:rPr>
        <w:t>25:34</w:t>
      </w:r>
    </w:p>
    <w:p w14:paraId="2EE3EA6C" w14:textId="77777777" w:rsidR="000D24BC" w:rsidRDefault="00082537">
      <w:pPr>
        <w:spacing w:after="0"/>
      </w:pPr>
      <w:r>
        <w:rPr>
          <w:rFonts w:ascii="Arial" w:hAnsi="Arial"/>
        </w:rPr>
        <w:t>It took you 30 minutes.</w:t>
      </w:r>
    </w:p>
    <w:p w14:paraId="78A508F9" w14:textId="77777777" w:rsidR="000D24BC" w:rsidRDefault="000D24BC">
      <w:pPr>
        <w:spacing w:after="0"/>
      </w:pPr>
    </w:p>
    <w:p w14:paraId="6E562D31" w14:textId="77777777" w:rsidR="000D24BC" w:rsidRDefault="00082537">
      <w:pPr>
        <w:spacing w:after="0"/>
      </w:pPr>
      <w:r>
        <w:rPr>
          <w:rFonts w:ascii="Arial" w:hAnsi="Arial"/>
          <w:b/>
        </w:rPr>
        <w:t xml:space="preserve">Interviewer E:  </w:t>
      </w:r>
      <w:r>
        <w:rPr>
          <w:rFonts w:ascii="Arial" w:hAnsi="Arial"/>
          <w:color w:val="5D7284"/>
        </w:rPr>
        <w:t>25:38</w:t>
      </w:r>
    </w:p>
    <w:p w14:paraId="7B10B0DA" w14:textId="77777777" w:rsidR="000D24BC" w:rsidRDefault="00082537">
      <w:pPr>
        <w:spacing w:after="0"/>
      </w:pPr>
      <w:r>
        <w:rPr>
          <w:rFonts w:ascii="Arial" w:hAnsi="Arial"/>
        </w:rPr>
        <w:t>30 minutes close but an hour so this was a this took this took pretty much so it took about an hour for to mix um, I think you said maybe 15 minutes before so yeah, I think you know, it's just really a time thing because you assume that it would take 15 minutes for to eternal purple. But in reality it takes about an hour.</w:t>
      </w:r>
    </w:p>
    <w:p w14:paraId="4A5D855E" w14:textId="77777777" w:rsidR="000D24BC" w:rsidRDefault="000D24BC">
      <w:pPr>
        <w:spacing w:after="0"/>
      </w:pPr>
    </w:p>
    <w:p w14:paraId="00D24FD4" w14:textId="77777777" w:rsidR="000D24BC" w:rsidRDefault="00082537">
      <w:pPr>
        <w:spacing w:after="0"/>
      </w:pPr>
      <w:r>
        <w:rPr>
          <w:rFonts w:ascii="Arial" w:hAnsi="Arial"/>
          <w:b/>
        </w:rPr>
        <w:lastRenderedPageBreak/>
        <w:t xml:space="preserve">Participant#31:  </w:t>
      </w:r>
      <w:r>
        <w:rPr>
          <w:rFonts w:ascii="Arial" w:hAnsi="Arial"/>
          <w:color w:val="5D7284"/>
        </w:rPr>
        <w:t>25:58</w:t>
      </w:r>
    </w:p>
    <w:p w14:paraId="1F4D21FA" w14:textId="77777777" w:rsidR="000D24BC" w:rsidRDefault="00082537">
      <w:pPr>
        <w:spacing w:after="0"/>
      </w:pPr>
      <w:r>
        <w:rPr>
          <w:rFonts w:ascii="Arial" w:hAnsi="Arial"/>
        </w:rPr>
        <w:t>Oh I didn't know that.</w:t>
      </w:r>
    </w:p>
    <w:p w14:paraId="6D1D42DE" w14:textId="77777777" w:rsidR="000D24BC" w:rsidRDefault="000D24BC">
      <w:pPr>
        <w:spacing w:after="0"/>
      </w:pPr>
    </w:p>
    <w:p w14:paraId="169B3C32" w14:textId="77777777" w:rsidR="000D24BC" w:rsidRDefault="00082537">
      <w:pPr>
        <w:spacing w:after="0"/>
      </w:pPr>
      <w:r>
        <w:rPr>
          <w:rFonts w:ascii="Arial" w:hAnsi="Arial"/>
          <w:b/>
        </w:rPr>
        <w:t xml:space="preserve">Interviewer E:  </w:t>
      </w:r>
      <w:r>
        <w:rPr>
          <w:rFonts w:ascii="Arial" w:hAnsi="Arial"/>
          <w:color w:val="5D7284"/>
        </w:rPr>
        <w:t>25:59</w:t>
      </w:r>
    </w:p>
    <w:p w14:paraId="5C60F77F" w14:textId="77777777" w:rsidR="000D24BC" w:rsidRDefault="00082537">
      <w:pPr>
        <w:spacing w:after="0"/>
      </w:pPr>
      <w:r>
        <w:rPr>
          <w:rFonts w:ascii="Arial" w:hAnsi="Arial"/>
        </w:rPr>
        <w:t xml:space="preserve">Yeah. So you're right about how you know and mixing together just the timeframe Alright, so now we are going to do the same temperature waters this one is condensed into a 39 second video and. Right so we've hit our 32nd at 39 second mark so Did that surprise you at all than anything in there? You know sparked your interest like oh, that's kind of cool. I didn't think that was gonna happen. </w:t>
      </w:r>
    </w:p>
    <w:p w14:paraId="0F0398DC" w14:textId="77777777" w:rsidR="000D24BC" w:rsidRDefault="000D24BC">
      <w:pPr>
        <w:spacing w:after="0"/>
      </w:pPr>
    </w:p>
    <w:p w14:paraId="180BDB9C" w14:textId="77777777" w:rsidR="000D24BC" w:rsidRDefault="00082537">
      <w:pPr>
        <w:spacing w:after="0"/>
      </w:pPr>
      <w:r>
        <w:rPr>
          <w:rFonts w:ascii="Arial" w:hAnsi="Arial"/>
          <w:b/>
        </w:rPr>
        <w:t xml:space="preserve">Participant#31:  </w:t>
      </w:r>
      <w:r>
        <w:rPr>
          <w:rFonts w:ascii="Arial" w:hAnsi="Arial"/>
          <w:color w:val="5D7284"/>
        </w:rPr>
        <w:t>27:06</w:t>
      </w:r>
    </w:p>
    <w:p w14:paraId="19F49F2E" w14:textId="77777777" w:rsidR="000D24BC" w:rsidRDefault="00082537">
      <w:pPr>
        <w:spacing w:after="0"/>
      </w:pPr>
      <w:r>
        <w:rPr>
          <w:rFonts w:ascii="Arial" w:hAnsi="Arial"/>
        </w:rPr>
        <w:t>Well, what really surprised me is like getting the time but I don't be five minutes we look right here in real life time. It took like 20 minutes before it fully mixed. I know it probably took like an hour and 20 but I feel like here, it looked like it took 20-30 minutes to fully mixed.</w:t>
      </w:r>
    </w:p>
    <w:p w14:paraId="588B6154" w14:textId="77777777" w:rsidR="000D24BC" w:rsidRDefault="000D24BC">
      <w:pPr>
        <w:spacing w:after="0"/>
      </w:pPr>
    </w:p>
    <w:p w14:paraId="7621C780" w14:textId="77777777" w:rsidR="000D24BC" w:rsidRDefault="00082537">
      <w:pPr>
        <w:spacing w:after="0"/>
      </w:pPr>
      <w:r>
        <w:rPr>
          <w:rFonts w:ascii="Arial" w:hAnsi="Arial"/>
          <w:b/>
        </w:rPr>
        <w:t xml:space="preserve">Interviewer E:  </w:t>
      </w:r>
      <w:r>
        <w:rPr>
          <w:rFonts w:ascii="Arial" w:hAnsi="Arial"/>
          <w:color w:val="5D7284"/>
        </w:rPr>
        <w:t>27:22</w:t>
      </w:r>
    </w:p>
    <w:p w14:paraId="08EF8099" w14:textId="77777777" w:rsidR="000D24BC" w:rsidRDefault="00082537">
      <w:pPr>
        <w:spacing w:after="0"/>
      </w:pPr>
      <w:r>
        <w:rPr>
          <w:rFonts w:ascii="Arial" w:hAnsi="Arial"/>
        </w:rPr>
        <w:t>Yeah, so yeah, about 40 So it took about an hour it took about an hour but you're right in the sense that it probably fully mixed maybe around that 30-25 30 minute mark so Yeah, exactly. Um so we have one more video and that is our salt water versus freshwater and so I'm gonna stop it there. Um, this was condensed to a 39 second video and how long would you say that is?</w:t>
      </w:r>
    </w:p>
    <w:p w14:paraId="6725343D" w14:textId="77777777" w:rsidR="000D24BC" w:rsidRDefault="000D24BC">
      <w:pPr>
        <w:spacing w:after="0"/>
      </w:pPr>
    </w:p>
    <w:p w14:paraId="1951ED04" w14:textId="77777777" w:rsidR="000D24BC" w:rsidRDefault="00082537">
      <w:pPr>
        <w:spacing w:after="0"/>
      </w:pPr>
      <w:r>
        <w:rPr>
          <w:rFonts w:ascii="Arial" w:hAnsi="Arial"/>
          <w:b/>
        </w:rPr>
        <w:t xml:space="preserve">Participant#31:  </w:t>
      </w:r>
      <w:r>
        <w:rPr>
          <w:rFonts w:ascii="Arial" w:hAnsi="Arial"/>
          <w:color w:val="5D7284"/>
        </w:rPr>
        <w:t>28:03</w:t>
      </w:r>
    </w:p>
    <w:p w14:paraId="76FE78A8" w14:textId="77777777" w:rsidR="000D24BC" w:rsidRDefault="00082537">
      <w:pPr>
        <w:spacing w:after="0"/>
      </w:pPr>
      <w:r>
        <w:rPr>
          <w:rFonts w:ascii="Arial" w:hAnsi="Arial"/>
        </w:rPr>
        <w:t>Probably like an hour in 10 minutes?</w:t>
      </w:r>
    </w:p>
    <w:p w14:paraId="1B67CCCE" w14:textId="77777777" w:rsidR="000D24BC" w:rsidRDefault="000D24BC">
      <w:pPr>
        <w:spacing w:after="0"/>
      </w:pPr>
    </w:p>
    <w:p w14:paraId="7828B367" w14:textId="77777777" w:rsidR="000D24BC" w:rsidRDefault="00082537">
      <w:pPr>
        <w:spacing w:after="0"/>
      </w:pPr>
      <w:r>
        <w:rPr>
          <w:rFonts w:ascii="Arial" w:hAnsi="Arial"/>
          <w:b/>
        </w:rPr>
        <w:t xml:space="preserve">Interviewer E:  </w:t>
      </w:r>
      <w:r>
        <w:rPr>
          <w:rFonts w:ascii="Arial" w:hAnsi="Arial"/>
          <w:color w:val="5D7284"/>
        </w:rPr>
        <w:t>28:06</w:t>
      </w:r>
    </w:p>
    <w:p w14:paraId="4C777BF1" w14:textId="77777777" w:rsidR="000D24BC" w:rsidRDefault="00082537">
      <w:pPr>
        <w:spacing w:after="0"/>
      </w:pPr>
      <w:r>
        <w:rPr>
          <w:rFonts w:ascii="Arial" w:hAnsi="Arial"/>
        </w:rPr>
        <w:t>Yeah, about an hour thought it was an hour five. So yeah, you're really close. Um, so basically the reason I paused it at seven seconds is because it basically stays like this for the whole hour and five minutes it doesn't move it just stays exactly like this stratified now after seeing the video and knowing that it still is the same after an hour, do you think it will mix or do you think it will not mix.</w:t>
      </w:r>
    </w:p>
    <w:p w14:paraId="1EDA9A41" w14:textId="77777777" w:rsidR="000D24BC" w:rsidRDefault="000D24BC">
      <w:pPr>
        <w:spacing w:after="0"/>
      </w:pPr>
    </w:p>
    <w:p w14:paraId="435C70F3" w14:textId="77777777" w:rsidR="000D24BC" w:rsidRDefault="00082537">
      <w:pPr>
        <w:spacing w:after="0"/>
      </w:pPr>
      <w:r>
        <w:rPr>
          <w:rFonts w:ascii="Arial" w:hAnsi="Arial"/>
          <w:b/>
        </w:rPr>
        <w:t xml:space="preserve">Participant#31:  </w:t>
      </w:r>
      <w:r>
        <w:rPr>
          <w:rFonts w:ascii="Arial" w:hAnsi="Arial"/>
          <w:color w:val="5D7284"/>
        </w:rPr>
        <w:t>28:31</w:t>
      </w:r>
    </w:p>
    <w:p w14:paraId="4C66031A" w14:textId="77777777" w:rsidR="000D24BC" w:rsidRDefault="00082537">
      <w:pPr>
        <w:spacing w:after="0"/>
      </w:pPr>
      <w:r>
        <w:rPr>
          <w:rFonts w:ascii="Arial" w:hAnsi="Arial"/>
        </w:rPr>
        <w:t>If it stays the same for I dont think it will mix? You know, thinking a mix.</w:t>
      </w:r>
    </w:p>
    <w:p w14:paraId="0091DAB6" w14:textId="77777777" w:rsidR="000D24BC" w:rsidRDefault="000D24BC">
      <w:pPr>
        <w:spacing w:after="0"/>
      </w:pPr>
    </w:p>
    <w:p w14:paraId="7680188F" w14:textId="77777777" w:rsidR="000D24BC" w:rsidRDefault="00082537">
      <w:pPr>
        <w:spacing w:after="0"/>
      </w:pPr>
      <w:r>
        <w:rPr>
          <w:rFonts w:ascii="Arial" w:hAnsi="Arial"/>
          <w:b/>
        </w:rPr>
        <w:t xml:space="preserve">Interviewer E:  </w:t>
      </w:r>
      <w:r>
        <w:rPr>
          <w:rFonts w:ascii="Arial" w:hAnsi="Arial"/>
          <w:color w:val="5D7284"/>
        </w:rPr>
        <w:t>28:34</w:t>
      </w:r>
    </w:p>
    <w:p w14:paraId="2B3B18BE" w14:textId="77777777" w:rsidR="000D24BC" w:rsidRDefault="00082537">
      <w:pPr>
        <w:spacing w:after="0"/>
      </w:pPr>
      <w:r>
        <w:rPr>
          <w:rFonts w:ascii="Arial" w:hAnsi="Arial"/>
        </w:rPr>
        <w:t>You don't think itll mix? What do you think I could do to it to make it look like what you had originally drawn?</w:t>
      </w:r>
    </w:p>
    <w:p w14:paraId="1530FA88" w14:textId="77777777" w:rsidR="000D24BC" w:rsidRDefault="000D24BC">
      <w:pPr>
        <w:spacing w:after="0"/>
      </w:pPr>
    </w:p>
    <w:p w14:paraId="1307EE27" w14:textId="77777777" w:rsidR="000D24BC" w:rsidRDefault="00082537">
      <w:pPr>
        <w:spacing w:after="0"/>
      </w:pPr>
      <w:r>
        <w:rPr>
          <w:rFonts w:ascii="Arial" w:hAnsi="Arial"/>
          <w:b/>
        </w:rPr>
        <w:t xml:space="preserve">Participant#31:  </w:t>
      </w:r>
      <w:r>
        <w:rPr>
          <w:rFonts w:ascii="Arial" w:hAnsi="Arial"/>
          <w:color w:val="5D7284"/>
        </w:rPr>
        <w:t>28:39</w:t>
      </w:r>
    </w:p>
    <w:p w14:paraId="3248113B" w14:textId="77777777" w:rsidR="000D24BC" w:rsidRDefault="00082537">
      <w:pPr>
        <w:spacing w:after="0"/>
      </w:pPr>
      <w:r>
        <w:rPr>
          <w:rFonts w:ascii="Arial" w:hAnsi="Arial"/>
        </w:rPr>
        <w:t xml:space="preserve">I'll say like, put a stick in it. </w:t>
      </w:r>
    </w:p>
    <w:p w14:paraId="11C9CDB7" w14:textId="77777777" w:rsidR="000D24BC" w:rsidRDefault="000D24BC">
      <w:pPr>
        <w:spacing w:after="0"/>
      </w:pPr>
    </w:p>
    <w:p w14:paraId="05E5B1B0" w14:textId="77777777" w:rsidR="000D24BC" w:rsidRDefault="00082537">
      <w:pPr>
        <w:spacing w:after="0"/>
      </w:pPr>
      <w:r>
        <w:rPr>
          <w:rFonts w:ascii="Arial" w:hAnsi="Arial"/>
          <w:b/>
        </w:rPr>
        <w:t xml:space="preserve">Interviewer E:  </w:t>
      </w:r>
      <w:r>
        <w:rPr>
          <w:rFonts w:ascii="Arial" w:hAnsi="Arial"/>
          <w:color w:val="5D7284"/>
        </w:rPr>
        <w:t>28:41</w:t>
      </w:r>
    </w:p>
    <w:p w14:paraId="57DE55FF" w14:textId="77777777" w:rsidR="000D24BC" w:rsidRDefault="00082537">
      <w:pPr>
        <w:spacing w:after="0"/>
      </w:pPr>
      <w:r>
        <w:rPr>
          <w:rFonts w:ascii="Arial" w:hAnsi="Arial"/>
        </w:rPr>
        <w:t xml:space="preserve">Like physically mix it? </w:t>
      </w:r>
    </w:p>
    <w:p w14:paraId="07960629" w14:textId="77777777" w:rsidR="000D24BC" w:rsidRDefault="000D24BC">
      <w:pPr>
        <w:spacing w:after="0"/>
      </w:pPr>
    </w:p>
    <w:p w14:paraId="2177034D" w14:textId="77777777" w:rsidR="000D24BC" w:rsidRDefault="00082537">
      <w:pPr>
        <w:spacing w:after="0"/>
      </w:pPr>
      <w:r>
        <w:rPr>
          <w:rFonts w:ascii="Arial" w:hAnsi="Arial"/>
          <w:b/>
        </w:rPr>
        <w:t xml:space="preserve">Participant#31:  </w:t>
      </w:r>
      <w:r>
        <w:rPr>
          <w:rFonts w:ascii="Arial" w:hAnsi="Arial"/>
          <w:color w:val="5D7284"/>
        </w:rPr>
        <w:t>28:42</w:t>
      </w:r>
    </w:p>
    <w:p w14:paraId="6DC6617C" w14:textId="77777777" w:rsidR="000D24BC" w:rsidRDefault="00082537">
      <w:pPr>
        <w:spacing w:after="0"/>
      </w:pPr>
      <w:r>
        <w:rPr>
          <w:rFonts w:ascii="Arial" w:hAnsi="Arial"/>
        </w:rPr>
        <w:t>Yeah. Physically messy. That's probably the only way you can do it.</w:t>
      </w:r>
    </w:p>
    <w:p w14:paraId="6E96BAF2" w14:textId="77777777" w:rsidR="000D24BC" w:rsidRDefault="000D24BC">
      <w:pPr>
        <w:spacing w:after="0"/>
      </w:pPr>
    </w:p>
    <w:p w14:paraId="278EBB25" w14:textId="77777777" w:rsidR="000D24BC" w:rsidRDefault="00082537">
      <w:pPr>
        <w:spacing w:after="0"/>
      </w:pPr>
      <w:r>
        <w:rPr>
          <w:rFonts w:ascii="Arial" w:hAnsi="Arial"/>
          <w:b/>
        </w:rPr>
        <w:t xml:space="preserve">Interviewer E:  </w:t>
      </w:r>
      <w:r>
        <w:rPr>
          <w:rFonts w:ascii="Arial" w:hAnsi="Arial"/>
          <w:color w:val="5D7284"/>
        </w:rPr>
        <w:t>28:46</w:t>
      </w:r>
    </w:p>
    <w:p w14:paraId="29AE3D34" w14:textId="77777777" w:rsidR="000D24BC" w:rsidRDefault="00082537">
      <w:pPr>
        <w:spacing w:after="0"/>
      </w:pPr>
      <w:r>
        <w:rPr>
          <w:rFonts w:ascii="Arial" w:hAnsi="Arial"/>
        </w:rPr>
        <w:t>Okay, I think so too. Yeah, there's, um, one time I came in here in the morning and this one of these with the salt and freshwater were left out and it was still stratified the next morning so it had been like that for a while. All right, so now we're gonna do with circular tanks. I want to draw your attention to this, this tank right here. So this tank has been sitting here for for a while now and it hasn't really had any stimulus so nothing has really been hitting it bumping into it. It's still tank of water. Okay. And now I'm gonna show you this. So this is potassium per magnate. It is a tiny little black crystal. And when you drop it into water, it has a special property. One it sinks down to the bottom but as it's sinking it leaves a dyed purple Trilby. Find it. So you can see exactly the path that crystal has fallen. Okay? They're super literal. They're super literal and adorable, and they're nice and shiny. But that's pretty much what they look like you'd need a microscope to really see them. So what I'm gonna do is I'm going to take some of this, and I'm going to drop it in this steel tank, and I want you to see how it looks in just normal conditions it's pretty cool, huh? Yep. So just like I said, I dropped it in, and the crystals sank down to the bottom and it left a trail behind it. And I'm sure you can see where I'm going to go with this. We have this giant tank over here. So this tank hasn't been sitting still, like this tank has this tank has been moving probably for about an hour an hour and a half now. Whereas this has not been. So what I'm going to do is I'm going to take some of this potassium per magnate and I'm going to drop it into that spinning table, it's rotating. But I'm also going to drop a drop of normal food colored dye inside that tank as well because what you see happening in this tank once I drop this in there, it's not a property of this dye. And it's not a property of the food dye either. Okay, it's a property of what's going on here it's okay so before I do that I want you to draw me a picture of what you think this potassium per magnate in the food dye is going to look like when I first drop it in this is a view from above like I'm taking a camera shot and that's the view from the side like I'm keeping a camera shot so a still motion picture if you will. Are you tired?</w:t>
      </w:r>
    </w:p>
    <w:p w14:paraId="1C6EC7AA" w14:textId="77777777" w:rsidR="000D24BC" w:rsidRDefault="000D24BC">
      <w:pPr>
        <w:spacing w:after="0"/>
      </w:pPr>
    </w:p>
    <w:p w14:paraId="60EE7B14" w14:textId="77777777" w:rsidR="000D24BC" w:rsidRDefault="00082537">
      <w:pPr>
        <w:spacing w:after="0"/>
      </w:pPr>
      <w:r>
        <w:rPr>
          <w:rFonts w:ascii="Arial" w:hAnsi="Arial"/>
          <w:b/>
        </w:rPr>
        <w:t xml:space="preserve">Participant#31:  </w:t>
      </w:r>
      <w:r>
        <w:rPr>
          <w:rFonts w:ascii="Arial" w:hAnsi="Arial"/>
          <w:color w:val="5D7284"/>
        </w:rPr>
        <w:t>33:43</w:t>
      </w:r>
    </w:p>
    <w:p w14:paraId="37F4A28E" w14:textId="77777777" w:rsidR="000D24BC" w:rsidRDefault="00082537">
      <w:pPr>
        <w:spacing w:after="0"/>
      </w:pPr>
      <w:r>
        <w:rPr>
          <w:rFonts w:ascii="Arial" w:hAnsi="Arial"/>
        </w:rPr>
        <w:t>More nine o'clock in the morning because I like lab and all that inept. Does guy go to my two o'clock or so he's got out there.</w:t>
      </w:r>
    </w:p>
    <w:p w14:paraId="3F0CF7D4" w14:textId="77777777" w:rsidR="000D24BC" w:rsidRDefault="000D24BC">
      <w:pPr>
        <w:spacing w:after="0"/>
      </w:pPr>
    </w:p>
    <w:p w14:paraId="6F8C5C79" w14:textId="77777777" w:rsidR="000D24BC" w:rsidRDefault="00082537">
      <w:pPr>
        <w:spacing w:after="0"/>
      </w:pPr>
      <w:r>
        <w:rPr>
          <w:rFonts w:ascii="Arial" w:hAnsi="Arial"/>
          <w:b/>
        </w:rPr>
        <w:t xml:space="preserve">Interviewer E:  </w:t>
      </w:r>
      <w:r>
        <w:rPr>
          <w:rFonts w:ascii="Arial" w:hAnsi="Arial"/>
          <w:color w:val="5D7284"/>
        </w:rPr>
        <w:t>33:51</w:t>
      </w:r>
    </w:p>
    <w:p w14:paraId="76C493B3" w14:textId="77777777" w:rsidR="000D24BC" w:rsidRDefault="00082537">
      <w:pPr>
        <w:spacing w:after="0"/>
      </w:pPr>
      <w:r>
        <w:rPr>
          <w:rFonts w:ascii="Arial" w:hAnsi="Arial"/>
        </w:rPr>
        <w:t xml:space="preserve">Right or your freshman. </w:t>
      </w:r>
    </w:p>
    <w:p w14:paraId="6E634312" w14:textId="77777777" w:rsidR="000D24BC" w:rsidRDefault="000D24BC">
      <w:pPr>
        <w:spacing w:after="0"/>
      </w:pPr>
    </w:p>
    <w:p w14:paraId="7110EBEB" w14:textId="77777777" w:rsidR="000D24BC" w:rsidRDefault="00082537">
      <w:pPr>
        <w:spacing w:after="0"/>
      </w:pPr>
      <w:r>
        <w:rPr>
          <w:rFonts w:ascii="Arial" w:hAnsi="Arial"/>
          <w:b/>
        </w:rPr>
        <w:t xml:space="preserve">Participant#31:  </w:t>
      </w:r>
      <w:r>
        <w:rPr>
          <w:rFonts w:ascii="Arial" w:hAnsi="Arial"/>
          <w:color w:val="5D7284"/>
        </w:rPr>
        <w:t>33:53</w:t>
      </w:r>
    </w:p>
    <w:p w14:paraId="3137833E" w14:textId="77777777" w:rsidR="000D24BC" w:rsidRDefault="00082537">
      <w:pPr>
        <w:spacing w:after="0"/>
      </w:pPr>
      <w:r>
        <w:rPr>
          <w:rFonts w:ascii="Arial" w:hAnsi="Arial"/>
        </w:rPr>
        <w:t>Junior. Junior? You You're a student here or?</w:t>
      </w:r>
    </w:p>
    <w:p w14:paraId="39B2B884" w14:textId="77777777" w:rsidR="000D24BC" w:rsidRDefault="000D24BC">
      <w:pPr>
        <w:spacing w:after="0"/>
      </w:pPr>
    </w:p>
    <w:p w14:paraId="185D7560" w14:textId="77777777" w:rsidR="000D24BC" w:rsidRDefault="00082537">
      <w:pPr>
        <w:spacing w:after="0"/>
      </w:pPr>
      <w:r>
        <w:rPr>
          <w:rFonts w:ascii="Arial" w:hAnsi="Arial"/>
          <w:b/>
        </w:rPr>
        <w:t xml:space="preserve">Interviewer E:  </w:t>
      </w:r>
      <w:r>
        <w:rPr>
          <w:rFonts w:ascii="Arial" w:hAnsi="Arial"/>
          <w:color w:val="5D7284"/>
        </w:rPr>
        <w:t>33:57</w:t>
      </w:r>
    </w:p>
    <w:p w14:paraId="546C9A0C" w14:textId="77777777" w:rsidR="000D24BC" w:rsidRDefault="00082537">
      <w:pPr>
        <w:spacing w:after="0"/>
      </w:pPr>
      <w:r>
        <w:rPr>
          <w:rFonts w:ascii="Arial" w:hAnsi="Arial"/>
        </w:rPr>
        <w:t>Yeah, I'm a student here. I'm a graduate student, a research assistant to Dr. McNeil What's your major?</w:t>
      </w:r>
    </w:p>
    <w:p w14:paraId="655EA4B6" w14:textId="77777777" w:rsidR="000D24BC" w:rsidRDefault="000D24BC">
      <w:pPr>
        <w:spacing w:after="0"/>
      </w:pPr>
    </w:p>
    <w:p w14:paraId="7AE1B899" w14:textId="77777777" w:rsidR="000D24BC" w:rsidRDefault="00082537">
      <w:pPr>
        <w:spacing w:after="0"/>
      </w:pPr>
      <w:r>
        <w:rPr>
          <w:rFonts w:ascii="Arial" w:hAnsi="Arial"/>
          <w:b/>
        </w:rPr>
        <w:t xml:space="preserve">Participant#31:  </w:t>
      </w:r>
      <w:r>
        <w:rPr>
          <w:rFonts w:ascii="Arial" w:hAnsi="Arial"/>
          <w:color w:val="5D7284"/>
        </w:rPr>
        <w:t>34:09</w:t>
      </w:r>
    </w:p>
    <w:p w14:paraId="4073C7A8" w14:textId="77777777" w:rsidR="000D24BC" w:rsidRDefault="00082537">
      <w:pPr>
        <w:spacing w:after="0"/>
      </w:pPr>
      <w:r>
        <w:rPr>
          <w:rFonts w:ascii="Arial" w:hAnsi="Arial"/>
        </w:rPr>
        <w:t>Initially physics but I changed to geology?</w:t>
      </w:r>
    </w:p>
    <w:p w14:paraId="34BF5E76" w14:textId="77777777" w:rsidR="000D24BC" w:rsidRDefault="000D24BC">
      <w:pPr>
        <w:spacing w:after="0"/>
      </w:pPr>
    </w:p>
    <w:p w14:paraId="2C9793F5" w14:textId="77777777" w:rsidR="000D24BC" w:rsidRDefault="00082537">
      <w:pPr>
        <w:spacing w:after="0"/>
      </w:pPr>
      <w:r>
        <w:rPr>
          <w:rFonts w:ascii="Arial" w:hAnsi="Arial"/>
          <w:b/>
        </w:rPr>
        <w:t xml:space="preserve">Interviewer E:  </w:t>
      </w:r>
      <w:r>
        <w:rPr>
          <w:rFonts w:ascii="Arial" w:hAnsi="Arial"/>
          <w:color w:val="5D7284"/>
        </w:rPr>
        <w:t>34:12</w:t>
      </w:r>
    </w:p>
    <w:p w14:paraId="4E13F598" w14:textId="77777777" w:rsidR="000D24BC" w:rsidRDefault="00082537">
      <w:pPr>
        <w:spacing w:after="0"/>
      </w:pPr>
      <w:r>
        <w:rPr>
          <w:rFonts w:ascii="Arial" w:hAnsi="Arial"/>
        </w:rPr>
        <w:t>Oh, really? Yeah. Okay, cool. I'm a geology major, actually.</w:t>
      </w:r>
    </w:p>
    <w:p w14:paraId="6EC1AF05" w14:textId="77777777" w:rsidR="000D24BC" w:rsidRDefault="000D24BC">
      <w:pPr>
        <w:spacing w:after="0"/>
      </w:pPr>
    </w:p>
    <w:p w14:paraId="176434C0" w14:textId="77777777" w:rsidR="000D24BC" w:rsidRDefault="00082537">
      <w:pPr>
        <w:spacing w:after="0"/>
      </w:pPr>
      <w:r>
        <w:rPr>
          <w:rFonts w:ascii="Arial" w:hAnsi="Arial"/>
          <w:b/>
        </w:rPr>
        <w:t xml:space="preserve">Participant#31:  </w:t>
      </w:r>
      <w:r>
        <w:rPr>
          <w:rFonts w:ascii="Arial" w:hAnsi="Arial"/>
          <w:color w:val="5D7284"/>
        </w:rPr>
        <w:t>34:16</w:t>
      </w:r>
    </w:p>
    <w:p w14:paraId="7A486CCF" w14:textId="77777777" w:rsidR="000D24BC" w:rsidRDefault="00082537">
      <w:pPr>
        <w:spacing w:after="0"/>
      </w:pPr>
      <w:r>
        <w:rPr>
          <w:rFonts w:ascii="Arial" w:hAnsi="Arial"/>
        </w:rPr>
        <w:t>Nice. How is Geology like?</w:t>
      </w:r>
    </w:p>
    <w:p w14:paraId="478330D8" w14:textId="77777777" w:rsidR="000D24BC" w:rsidRDefault="000D24BC">
      <w:pPr>
        <w:spacing w:after="0"/>
      </w:pPr>
    </w:p>
    <w:p w14:paraId="0EF59AAD" w14:textId="77777777" w:rsidR="000D24BC" w:rsidRDefault="00082537">
      <w:pPr>
        <w:spacing w:after="0"/>
      </w:pPr>
      <w:r>
        <w:rPr>
          <w:rFonts w:ascii="Arial" w:hAnsi="Arial"/>
          <w:b/>
        </w:rPr>
        <w:t xml:space="preserve">Interviewer E:  </w:t>
      </w:r>
      <w:r>
        <w:rPr>
          <w:rFonts w:ascii="Arial" w:hAnsi="Arial"/>
          <w:color w:val="5D7284"/>
        </w:rPr>
        <w:t>34:19</w:t>
      </w:r>
    </w:p>
    <w:p w14:paraId="7F3B87E8" w14:textId="77777777" w:rsidR="000D24BC" w:rsidRDefault="00082537">
      <w:pPr>
        <w:spacing w:after="0"/>
      </w:pPr>
      <w:r>
        <w:rPr>
          <w:rFonts w:ascii="Arial" w:hAnsi="Arial"/>
        </w:rPr>
        <w:t xml:space="preserve">It's, um, it's fun. It's fun. Some of the classes can be very challenging. And you're gonna have to, you know, study a lot, and there will be a little bit of physics. So you're getting a little bit of that, but not as much as an actual physics major. Yeah, yeah. It's the professors are all very, very nice. And they're very understanding. </w:t>
      </w:r>
    </w:p>
    <w:p w14:paraId="29D9BDCD" w14:textId="77777777" w:rsidR="000D24BC" w:rsidRDefault="000D24BC">
      <w:pPr>
        <w:spacing w:after="0"/>
      </w:pPr>
    </w:p>
    <w:p w14:paraId="21533851" w14:textId="77777777" w:rsidR="000D24BC" w:rsidRDefault="00082537">
      <w:pPr>
        <w:spacing w:after="0"/>
      </w:pPr>
      <w:r>
        <w:rPr>
          <w:rFonts w:ascii="Arial" w:hAnsi="Arial"/>
          <w:b/>
        </w:rPr>
        <w:t xml:space="preserve">Participant#31:  </w:t>
      </w:r>
      <w:r>
        <w:rPr>
          <w:rFonts w:ascii="Arial" w:hAnsi="Arial"/>
          <w:color w:val="5D7284"/>
        </w:rPr>
        <w:t>34:43</w:t>
      </w:r>
    </w:p>
    <w:p w14:paraId="10A442E9" w14:textId="77777777" w:rsidR="000D24BC" w:rsidRDefault="00082537">
      <w:pPr>
        <w:spacing w:after="0"/>
      </w:pPr>
      <w:r>
        <w:rPr>
          <w:rFonts w:ascii="Arial" w:hAnsi="Arial"/>
        </w:rPr>
        <w:t>Also, it's planetary geology. Is it kids or help me like planetary geology, let's say underplays and all that.</w:t>
      </w:r>
    </w:p>
    <w:p w14:paraId="08A7A310" w14:textId="77777777" w:rsidR="000D24BC" w:rsidRDefault="000D24BC">
      <w:pPr>
        <w:spacing w:after="0"/>
      </w:pPr>
    </w:p>
    <w:p w14:paraId="22275C0E" w14:textId="77777777" w:rsidR="000D24BC" w:rsidRDefault="00082537">
      <w:pPr>
        <w:spacing w:after="0"/>
      </w:pPr>
      <w:r>
        <w:rPr>
          <w:rFonts w:ascii="Arial" w:hAnsi="Arial"/>
          <w:b/>
        </w:rPr>
        <w:t xml:space="preserve">Interviewer E:  </w:t>
      </w:r>
      <w:r>
        <w:rPr>
          <w:rFonts w:ascii="Arial" w:hAnsi="Arial"/>
          <w:color w:val="5D7284"/>
        </w:rPr>
        <w:t>34:50</w:t>
      </w:r>
    </w:p>
    <w:p w14:paraId="5B034440" w14:textId="77777777" w:rsidR="000D24BC" w:rsidRDefault="00082537">
      <w:pPr>
        <w:spacing w:after="0"/>
      </w:pPr>
      <w:r>
        <w:rPr>
          <w:rFonts w:ascii="Arial" w:hAnsi="Arial"/>
        </w:rPr>
        <w:t>So in planetary astronomy, geology, oh, planetary geology? Yeah, you will um, you will get to study other planets. The internal aspects of the planets, the external aspects of the planets, um, some of which goes into how they were created and all that kind of fun stuff. It's I think it's a good class. I will warn you though, since you, it seems like you may not be too crazy about physics anymore. It's very heavy in the physics portion, because the professor who teaches it is a physics professor. So he talks a lot more about the physics aspect, then probably just like the rock geology part, so you're gonna get a little bit of both, but it's a little bias there because the physics professors teaching it, and usually they don't really know too much about geology.</w:t>
      </w:r>
    </w:p>
    <w:p w14:paraId="275E29D0" w14:textId="77777777" w:rsidR="000D24BC" w:rsidRDefault="000D24BC">
      <w:pPr>
        <w:spacing w:after="0"/>
      </w:pPr>
    </w:p>
    <w:p w14:paraId="6276CCE1" w14:textId="77777777" w:rsidR="000D24BC" w:rsidRDefault="00082537">
      <w:pPr>
        <w:spacing w:after="0"/>
      </w:pPr>
      <w:r>
        <w:rPr>
          <w:rFonts w:ascii="Arial" w:hAnsi="Arial"/>
          <w:b/>
        </w:rPr>
        <w:t xml:space="preserve">Participant#31:  </w:t>
      </w:r>
      <w:r>
        <w:rPr>
          <w:rFonts w:ascii="Arial" w:hAnsi="Arial"/>
          <w:color w:val="5D7284"/>
        </w:rPr>
        <w:t>35:50</w:t>
      </w:r>
    </w:p>
    <w:p w14:paraId="029EB60C" w14:textId="77777777" w:rsidR="000D24BC" w:rsidRDefault="00082537">
      <w:pPr>
        <w:spacing w:after="0"/>
      </w:pPr>
      <w:r>
        <w:rPr>
          <w:rFonts w:ascii="Arial" w:hAnsi="Arial"/>
        </w:rPr>
        <w:t>Oh, that's wack a class here or?</w:t>
      </w:r>
    </w:p>
    <w:p w14:paraId="1DBAA9D3" w14:textId="77777777" w:rsidR="000D24BC" w:rsidRDefault="000D24BC">
      <w:pPr>
        <w:spacing w:after="0"/>
      </w:pPr>
    </w:p>
    <w:p w14:paraId="1D11D7BA" w14:textId="77777777" w:rsidR="000D24BC" w:rsidRDefault="00082537">
      <w:pPr>
        <w:spacing w:after="0"/>
      </w:pPr>
      <w:r>
        <w:rPr>
          <w:rFonts w:ascii="Arial" w:hAnsi="Arial"/>
          <w:b/>
        </w:rPr>
        <w:t xml:space="preserve">Interviewer E:  </w:t>
      </w:r>
      <w:r>
        <w:rPr>
          <w:rFonts w:ascii="Arial" w:hAnsi="Arial"/>
          <w:color w:val="5D7284"/>
        </w:rPr>
        <w:t>35:53</w:t>
      </w:r>
    </w:p>
    <w:p w14:paraId="508DBD68" w14:textId="77777777" w:rsidR="000D24BC" w:rsidRDefault="00082537">
      <w:pPr>
        <w:spacing w:after="0"/>
      </w:pPr>
      <w:r>
        <w:rPr>
          <w:rFonts w:ascii="Arial" w:hAnsi="Arial"/>
        </w:rPr>
        <w:t>Yeah, it's the class here.</w:t>
      </w:r>
    </w:p>
    <w:p w14:paraId="68A81984" w14:textId="77777777" w:rsidR="000D24BC" w:rsidRDefault="000D24BC">
      <w:pPr>
        <w:spacing w:after="0"/>
      </w:pPr>
    </w:p>
    <w:p w14:paraId="13E7DBE2" w14:textId="77777777" w:rsidR="000D24BC" w:rsidRDefault="00082537">
      <w:pPr>
        <w:spacing w:after="0"/>
      </w:pPr>
      <w:r>
        <w:rPr>
          <w:rFonts w:ascii="Arial" w:hAnsi="Arial"/>
          <w:b/>
        </w:rPr>
        <w:t xml:space="preserve">Participant#31:  </w:t>
      </w:r>
      <w:r>
        <w:rPr>
          <w:rFonts w:ascii="Arial" w:hAnsi="Arial"/>
          <w:color w:val="5D7284"/>
        </w:rPr>
        <w:t>35:54</w:t>
      </w:r>
    </w:p>
    <w:p w14:paraId="40EB3B67" w14:textId="77777777" w:rsidR="000D24BC" w:rsidRDefault="00082537">
      <w:pPr>
        <w:spacing w:after="0"/>
      </w:pPr>
      <w:r>
        <w:rPr>
          <w:rFonts w:ascii="Arial" w:hAnsi="Arial"/>
        </w:rPr>
        <w:t>Oh, is it part of my it is a part of my electives or so.</w:t>
      </w:r>
    </w:p>
    <w:p w14:paraId="1B52B124" w14:textId="77777777" w:rsidR="000D24BC" w:rsidRDefault="000D24BC">
      <w:pPr>
        <w:spacing w:after="0"/>
      </w:pPr>
    </w:p>
    <w:p w14:paraId="4E6279EF" w14:textId="77777777" w:rsidR="000D24BC" w:rsidRDefault="00082537">
      <w:pPr>
        <w:spacing w:after="0"/>
      </w:pPr>
      <w:r>
        <w:rPr>
          <w:rFonts w:ascii="Arial" w:hAnsi="Arial"/>
          <w:b/>
        </w:rPr>
        <w:t xml:space="preserve">Interviewer E:  </w:t>
      </w:r>
      <w:r>
        <w:rPr>
          <w:rFonts w:ascii="Arial" w:hAnsi="Arial"/>
          <w:color w:val="5D7284"/>
        </w:rPr>
        <w:t>35:57</w:t>
      </w:r>
    </w:p>
    <w:p w14:paraId="32ECA715" w14:textId="77777777" w:rsidR="000D24BC" w:rsidRDefault="00082537">
      <w:pPr>
        <w:spacing w:after="0"/>
      </w:pPr>
      <w:r>
        <w:rPr>
          <w:rFonts w:ascii="Arial" w:hAnsi="Arial"/>
        </w:rPr>
        <w:t>I think you can I think it can be an elective. Yeah. Yeah. If I remember, I took it and I think I took it as an elective. Okay, so we're just gonna like physics classes required. Right? Um, to take planetary geology? No, not that I know of. Yeah, I don't remember. I don't think so. I think maybe geology 121 So you might need geology 121</w:t>
      </w:r>
    </w:p>
    <w:p w14:paraId="3BD2A1A1" w14:textId="77777777" w:rsidR="000D24BC" w:rsidRDefault="000D24BC">
      <w:pPr>
        <w:spacing w:after="0"/>
      </w:pPr>
    </w:p>
    <w:p w14:paraId="1A8F5E87" w14:textId="77777777" w:rsidR="000D24BC" w:rsidRDefault="00082537">
      <w:pPr>
        <w:spacing w:after="0"/>
      </w:pPr>
      <w:r>
        <w:rPr>
          <w:rFonts w:ascii="Arial" w:hAnsi="Arial"/>
          <w:b/>
        </w:rPr>
        <w:t xml:space="preserve">Participant#31:  </w:t>
      </w:r>
      <w:r>
        <w:rPr>
          <w:rFonts w:ascii="Arial" w:hAnsi="Arial"/>
          <w:color w:val="5D7284"/>
        </w:rPr>
        <w:t>36:23</w:t>
      </w:r>
    </w:p>
    <w:p w14:paraId="092A2DFF" w14:textId="77777777" w:rsidR="000D24BC" w:rsidRDefault="00082537">
      <w:pPr>
        <w:spacing w:after="0"/>
      </w:pPr>
      <w:r>
        <w:rPr>
          <w:rFonts w:ascii="Arial" w:hAnsi="Arial"/>
        </w:rPr>
        <w:t>you have currently I'm doing that right now.</w:t>
      </w:r>
    </w:p>
    <w:p w14:paraId="32335805" w14:textId="77777777" w:rsidR="000D24BC" w:rsidRDefault="000D24BC">
      <w:pPr>
        <w:spacing w:after="0"/>
      </w:pPr>
    </w:p>
    <w:p w14:paraId="76C47D1F" w14:textId="77777777" w:rsidR="000D24BC" w:rsidRDefault="00082537">
      <w:pPr>
        <w:spacing w:after="0"/>
      </w:pPr>
      <w:r>
        <w:rPr>
          <w:rFonts w:ascii="Arial" w:hAnsi="Arial"/>
          <w:b/>
        </w:rPr>
        <w:t xml:space="preserve">Interviewer E:  </w:t>
      </w:r>
      <w:r>
        <w:rPr>
          <w:rFonts w:ascii="Arial" w:hAnsi="Arial"/>
          <w:color w:val="5D7284"/>
        </w:rPr>
        <w:t>36:24</w:t>
      </w:r>
    </w:p>
    <w:p w14:paraId="6B010F23" w14:textId="77777777" w:rsidR="000D24BC" w:rsidRDefault="00082537">
      <w:pPr>
        <w:spacing w:after="0"/>
      </w:pPr>
      <w:r>
        <w:rPr>
          <w:rFonts w:ascii="Arial" w:hAnsi="Arial"/>
        </w:rPr>
        <w:t>Yeah. Who is your professor? Perkins Hawkins Hasa.</w:t>
      </w:r>
    </w:p>
    <w:p w14:paraId="22AE9BBE" w14:textId="77777777" w:rsidR="000D24BC" w:rsidRDefault="000D24BC">
      <w:pPr>
        <w:spacing w:after="0"/>
      </w:pPr>
    </w:p>
    <w:p w14:paraId="1F997C67" w14:textId="77777777" w:rsidR="000D24BC" w:rsidRDefault="00082537">
      <w:pPr>
        <w:spacing w:after="0"/>
      </w:pPr>
      <w:r>
        <w:rPr>
          <w:rFonts w:ascii="Arial" w:hAnsi="Arial"/>
          <w:b/>
        </w:rPr>
        <w:lastRenderedPageBreak/>
        <w:t xml:space="preserve">Participant#31:  </w:t>
      </w:r>
      <w:r>
        <w:rPr>
          <w:rFonts w:ascii="Arial" w:hAnsi="Arial"/>
          <w:color w:val="5D7284"/>
        </w:rPr>
        <w:t>36:29</w:t>
      </w:r>
    </w:p>
    <w:p w14:paraId="5E462D9E" w14:textId="77777777" w:rsidR="000D24BC" w:rsidRDefault="00082537">
      <w:pPr>
        <w:spacing w:after="0"/>
      </w:pPr>
      <w:r>
        <w:rPr>
          <w:rFonts w:ascii="Arial" w:hAnsi="Arial"/>
        </w:rPr>
        <w:t>It was like Casey or something?</w:t>
      </w:r>
    </w:p>
    <w:p w14:paraId="4550FB10" w14:textId="77777777" w:rsidR="000D24BC" w:rsidRDefault="000D24BC">
      <w:pPr>
        <w:spacing w:after="0"/>
      </w:pPr>
    </w:p>
    <w:p w14:paraId="4EBC6788" w14:textId="77777777" w:rsidR="000D24BC" w:rsidRDefault="00082537">
      <w:pPr>
        <w:spacing w:after="0"/>
      </w:pPr>
      <w:r>
        <w:rPr>
          <w:rFonts w:ascii="Arial" w:hAnsi="Arial"/>
          <w:b/>
        </w:rPr>
        <w:t xml:space="preserve">Interviewer E:  </w:t>
      </w:r>
      <w:r>
        <w:rPr>
          <w:rFonts w:ascii="Arial" w:hAnsi="Arial"/>
          <w:color w:val="5D7284"/>
        </w:rPr>
        <w:t>36:32</w:t>
      </w:r>
    </w:p>
    <w:p w14:paraId="2CDCBAA1" w14:textId="77777777" w:rsidR="000D24BC" w:rsidRDefault="00082537">
      <w:pPr>
        <w:spacing w:after="0"/>
      </w:pPr>
      <w:r>
        <w:rPr>
          <w:rFonts w:ascii="Arial" w:hAnsi="Arial"/>
        </w:rPr>
        <w:t xml:space="preserve">Oh, Dr. Casey, woman. </w:t>
      </w:r>
    </w:p>
    <w:p w14:paraId="2AF06D62" w14:textId="77777777" w:rsidR="000D24BC" w:rsidRDefault="000D24BC">
      <w:pPr>
        <w:spacing w:after="0"/>
      </w:pPr>
    </w:p>
    <w:p w14:paraId="64A11999" w14:textId="77777777" w:rsidR="000D24BC" w:rsidRDefault="00082537">
      <w:pPr>
        <w:spacing w:after="0"/>
      </w:pPr>
      <w:r>
        <w:rPr>
          <w:rFonts w:ascii="Arial" w:hAnsi="Arial"/>
          <w:b/>
        </w:rPr>
        <w:t xml:space="preserve">Participant#31:  </w:t>
      </w:r>
      <w:r>
        <w:rPr>
          <w:rFonts w:ascii="Arial" w:hAnsi="Arial"/>
          <w:color w:val="5D7284"/>
        </w:rPr>
        <w:t>36:33</w:t>
      </w:r>
    </w:p>
    <w:p w14:paraId="135FE9FC" w14:textId="77777777" w:rsidR="000D24BC" w:rsidRDefault="00082537">
      <w:pPr>
        <w:spacing w:after="0"/>
      </w:pPr>
      <w:r>
        <w:rPr>
          <w:rFonts w:ascii="Arial" w:hAnsi="Arial"/>
        </w:rPr>
        <w:t>Yeah, woman I see her I'm her her 9-11 o'clock class on Tuesday and Thursdays.</w:t>
      </w:r>
    </w:p>
    <w:p w14:paraId="61A0357F" w14:textId="77777777" w:rsidR="000D24BC" w:rsidRDefault="000D24BC">
      <w:pPr>
        <w:spacing w:after="0"/>
      </w:pPr>
    </w:p>
    <w:p w14:paraId="5A3137E1" w14:textId="77777777" w:rsidR="000D24BC" w:rsidRDefault="00082537">
      <w:pPr>
        <w:spacing w:after="0"/>
      </w:pPr>
      <w:r>
        <w:rPr>
          <w:rFonts w:ascii="Arial" w:hAnsi="Arial"/>
          <w:b/>
        </w:rPr>
        <w:t xml:space="preserve">Interviewer E:  </w:t>
      </w:r>
      <w:r>
        <w:rPr>
          <w:rFonts w:ascii="Arial" w:hAnsi="Arial"/>
          <w:color w:val="5D7284"/>
        </w:rPr>
        <w:t>36:39</w:t>
      </w:r>
    </w:p>
    <w:p w14:paraId="2D399E69" w14:textId="77777777" w:rsidR="000D24BC" w:rsidRDefault="00082537">
      <w:pPr>
        <w:spacing w:after="0"/>
      </w:pPr>
      <w:r>
        <w:rPr>
          <w:rFonts w:ascii="Arial" w:hAnsi="Arial"/>
        </w:rPr>
        <w:t>Lab and lecture.</w:t>
      </w:r>
    </w:p>
    <w:p w14:paraId="167EFCA9" w14:textId="77777777" w:rsidR="000D24BC" w:rsidRDefault="000D24BC">
      <w:pPr>
        <w:spacing w:after="0"/>
      </w:pPr>
    </w:p>
    <w:p w14:paraId="20AFA30F" w14:textId="77777777" w:rsidR="000D24BC" w:rsidRDefault="00082537">
      <w:pPr>
        <w:spacing w:after="0"/>
      </w:pPr>
      <w:r>
        <w:rPr>
          <w:rFonts w:ascii="Arial" w:hAnsi="Arial"/>
          <w:b/>
        </w:rPr>
        <w:t xml:space="preserve">Participant#31:  </w:t>
      </w:r>
      <w:r>
        <w:rPr>
          <w:rFonts w:ascii="Arial" w:hAnsi="Arial"/>
          <w:color w:val="5D7284"/>
        </w:rPr>
        <w:t>36:41</w:t>
      </w:r>
    </w:p>
    <w:p w14:paraId="0D0F2AC1" w14:textId="77777777" w:rsidR="000D24BC" w:rsidRDefault="00082537">
      <w:pPr>
        <w:spacing w:after="0"/>
      </w:pPr>
      <w:r>
        <w:rPr>
          <w:rFonts w:ascii="Arial" w:hAnsi="Arial"/>
        </w:rPr>
        <w:t>Just lecture? Who's your lab? Just lecture. Whoa, forgot the name. They James? James. He's a professor.</w:t>
      </w:r>
    </w:p>
    <w:p w14:paraId="19E7D959" w14:textId="77777777" w:rsidR="000D24BC" w:rsidRDefault="000D24BC">
      <w:pPr>
        <w:spacing w:after="0"/>
      </w:pPr>
    </w:p>
    <w:p w14:paraId="6E89FDC0" w14:textId="77777777" w:rsidR="000D24BC" w:rsidRDefault="00082537">
      <w:pPr>
        <w:spacing w:after="0"/>
      </w:pPr>
      <w:r>
        <w:rPr>
          <w:rFonts w:ascii="Arial" w:hAnsi="Arial"/>
          <w:b/>
        </w:rPr>
        <w:t xml:space="preserve">Interviewer E:  </w:t>
      </w:r>
      <w:r>
        <w:rPr>
          <w:rFonts w:ascii="Arial" w:hAnsi="Arial"/>
          <w:color w:val="5D7284"/>
        </w:rPr>
        <w:t>36:53</w:t>
      </w:r>
    </w:p>
    <w:p w14:paraId="3ED8A776" w14:textId="77777777" w:rsidR="000D24BC" w:rsidRDefault="00082537">
      <w:pPr>
        <w:spacing w:after="0"/>
      </w:pPr>
      <w:r>
        <w:rPr>
          <w:rFonts w:ascii="Arial" w:hAnsi="Arial"/>
        </w:rPr>
        <w:t>Young guy or older?</w:t>
      </w:r>
    </w:p>
    <w:p w14:paraId="189D2553" w14:textId="77777777" w:rsidR="000D24BC" w:rsidRDefault="000D24BC">
      <w:pPr>
        <w:spacing w:after="0"/>
      </w:pPr>
    </w:p>
    <w:p w14:paraId="5FAD9141" w14:textId="77777777" w:rsidR="000D24BC" w:rsidRDefault="00082537">
      <w:pPr>
        <w:spacing w:after="0"/>
      </w:pPr>
      <w:r>
        <w:rPr>
          <w:rFonts w:ascii="Arial" w:hAnsi="Arial"/>
          <w:b/>
        </w:rPr>
        <w:t xml:space="preserve">Participant#31:  </w:t>
      </w:r>
      <w:r>
        <w:rPr>
          <w:rFonts w:ascii="Arial" w:hAnsi="Arial"/>
          <w:color w:val="5D7284"/>
        </w:rPr>
        <w:t>36:54</w:t>
      </w:r>
    </w:p>
    <w:p w14:paraId="20AA5BFB" w14:textId="77777777" w:rsidR="000D24BC" w:rsidRDefault="00082537">
      <w:pPr>
        <w:spacing w:after="0"/>
      </w:pPr>
      <w:r>
        <w:rPr>
          <w:rFonts w:ascii="Arial" w:hAnsi="Arial"/>
        </w:rPr>
        <w:t>Probably? Probably a little older.</w:t>
      </w:r>
    </w:p>
    <w:p w14:paraId="42977F34" w14:textId="77777777" w:rsidR="000D24BC" w:rsidRDefault="000D24BC">
      <w:pPr>
        <w:spacing w:after="0"/>
      </w:pPr>
    </w:p>
    <w:p w14:paraId="48F7D19F" w14:textId="77777777" w:rsidR="000D24BC" w:rsidRDefault="00082537">
      <w:pPr>
        <w:spacing w:after="0"/>
      </w:pPr>
      <w:r>
        <w:rPr>
          <w:rFonts w:ascii="Arial" w:hAnsi="Arial"/>
          <w:b/>
        </w:rPr>
        <w:t xml:space="preserve">Interviewer E:  </w:t>
      </w:r>
      <w:r>
        <w:rPr>
          <w:rFonts w:ascii="Arial" w:hAnsi="Arial"/>
          <w:color w:val="5D7284"/>
        </w:rPr>
        <w:t>36:57</w:t>
      </w:r>
    </w:p>
    <w:p w14:paraId="66319188" w14:textId="77777777" w:rsidR="000D24BC" w:rsidRDefault="00082537">
      <w:pPr>
        <w:spacing w:after="0"/>
      </w:pPr>
      <w:r>
        <w:rPr>
          <w:rFonts w:ascii="Arial" w:hAnsi="Arial"/>
        </w:rPr>
        <w:t xml:space="preserve">Mr. or Dr. </w:t>
      </w:r>
    </w:p>
    <w:p w14:paraId="16A90745" w14:textId="77777777" w:rsidR="000D24BC" w:rsidRDefault="000D24BC">
      <w:pPr>
        <w:spacing w:after="0"/>
      </w:pPr>
    </w:p>
    <w:p w14:paraId="6D889504" w14:textId="77777777" w:rsidR="000D24BC" w:rsidRDefault="00082537">
      <w:pPr>
        <w:spacing w:after="0"/>
      </w:pPr>
      <w:r>
        <w:rPr>
          <w:rFonts w:ascii="Arial" w:hAnsi="Arial"/>
          <w:b/>
        </w:rPr>
        <w:t xml:space="preserve">Participant#31:  </w:t>
      </w:r>
      <w:r>
        <w:rPr>
          <w:rFonts w:ascii="Arial" w:hAnsi="Arial"/>
          <w:color w:val="5D7284"/>
        </w:rPr>
        <w:t>36:58</w:t>
      </w:r>
    </w:p>
    <w:p w14:paraId="2BC9A813" w14:textId="77777777" w:rsidR="000D24BC" w:rsidRDefault="00082537">
      <w:pPr>
        <w:spacing w:after="0"/>
      </w:pPr>
      <w:r>
        <w:rPr>
          <w:rFonts w:ascii="Arial" w:hAnsi="Arial"/>
        </w:rPr>
        <w:t>Dr. lab professors are all doctor.</w:t>
      </w:r>
    </w:p>
    <w:p w14:paraId="7241B0D9" w14:textId="77777777" w:rsidR="000D24BC" w:rsidRDefault="000D24BC">
      <w:pPr>
        <w:spacing w:after="0"/>
      </w:pPr>
    </w:p>
    <w:p w14:paraId="5D2A6DC4" w14:textId="77777777" w:rsidR="000D24BC" w:rsidRDefault="00082537">
      <w:pPr>
        <w:spacing w:after="0"/>
      </w:pPr>
      <w:r>
        <w:rPr>
          <w:rFonts w:ascii="Arial" w:hAnsi="Arial"/>
          <w:b/>
        </w:rPr>
        <w:t xml:space="preserve">Interviewer E:  </w:t>
      </w:r>
      <w:r>
        <w:rPr>
          <w:rFonts w:ascii="Arial" w:hAnsi="Arial"/>
          <w:color w:val="5D7284"/>
        </w:rPr>
        <w:t>37:02</w:t>
      </w:r>
    </w:p>
    <w:p w14:paraId="3FC1D87C" w14:textId="77777777" w:rsidR="000D24BC" w:rsidRDefault="00082537">
      <w:pPr>
        <w:spacing w:after="0"/>
      </w:pPr>
      <w:r>
        <w:rPr>
          <w:rFonts w:ascii="Arial" w:hAnsi="Arial"/>
        </w:rPr>
        <w:t>No. So not all the lab teachers or doctors? A lot of them are graduate students like me trying to make some extra money. Oh, yeah. So some of them are actually Mr. But they won't usually correct you because? Well, I mean, like I said, if it's an older guy, it's probably a doctor, but if he's younger, it actually might be. Alright, so can you explain to me what you have going on in this picture?</w:t>
      </w:r>
    </w:p>
    <w:p w14:paraId="0A9AF68D" w14:textId="77777777" w:rsidR="000D24BC" w:rsidRDefault="000D24BC">
      <w:pPr>
        <w:spacing w:after="0"/>
      </w:pPr>
    </w:p>
    <w:p w14:paraId="75F1291B" w14:textId="77777777" w:rsidR="000D24BC" w:rsidRDefault="00082537">
      <w:pPr>
        <w:spacing w:after="0"/>
      </w:pPr>
      <w:r>
        <w:rPr>
          <w:rFonts w:ascii="Arial" w:hAnsi="Arial"/>
          <w:b/>
        </w:rPr>
        <w:t xml:space="preserve">Participant#31:  </w:t>
      </w:r>
      <w:r>
        <w:rPr>
          <w:rFonts w:ascii="Arial" w:hAnsi="Arial"/>
          <w:color w:val="5D7284"/>
        </w:rPr>
        <w:t>37:26</w:t>
      </w:r>
    </w:p>
    <w:p w14:paraId="3FC2DF41" w14:textId="77777777" w:rsidR="000D24BC" w:rsidRDefault="00082537">
      <w:pPr>
        <w:spacing w:after="0"/>
      </w:pPr>
      <w:r>
        <w:rPr>
          <w:rFonts w:ascii="Arial" w:hAnsi="Arial"/>
        </w:rPr>
        <w:t>Yeah, I feel like the dye will take over and become all Pinkish or so.</w:t>
      </w:r>
    </w:p>
    <w:p w14:paraId="31FB906A" w14:textId="77777777" w:rsidR="000D24BC" w:rsidRDefault="000D24BC">
      <w:pPr>
        <w:spacing w:after="0"/>
      </w:pPr>
    </w:p>
    <w:p w14:paraId="1ADFF725" w14:textId="77777777" w:rsidR="000D24BC" w:rsidRDefault="00082537">
      <w:pPr>
        <w:spacing w:after="0"/>
      </w:pPr>
      <w:r>
        <w:rPr>
          <w:rFonts w:ascii="Arial" w:hAnsi="Arial"/>
          <w:b/>
        </w:rPr>
        <w:t xml:space="preserve">Interviewer E:  </w:t>
      </w:r>
      <w:r>
        <w:rPr>
          <w:rFonts w:ascii="Arial" w:hAnsi="Arial"/>
          <w:color w:val="5D7284"/>
        </w:rPr>
        <w:t>37:31</w:t>
      </w:r>
    </w:p>
    <w:p w14:paraId="1D19089B" w14:textId="77777777" w:rsidR="000D24BC" w:rsidRDefault="00082537">
      <w:pPr>
        <w:spacing w:after="0"/>
      </w:pPr>
      <w:r>
        <w:rPr>
          <w:rFonts w:ascii="Arial" w:hAnsi="Arial"/>
        </w:rPr>
        <w:t>Okay, so the dye is throughout the throughout the whole entire tank. I noticed you use these little circular little curly Q's. What's that all about one of those indicating?</w:t>
      </w:r>
    </w:p>
    <w:p w14:paraId="646BE4B1" w14:textId="77777777" w:rsidR="000D24BC" w:rsidRDefault="000D24BC">
      <w:pPr>
        <w:spacing w:after="0"/>
      </w:pPr>
    </w:p>
    <w:p w14:paraId="1A3157F5" w14:textId="77777777" w:rsidR="000D24BC" w:rsidRDefault="00082537">
      <w:pPr>
        <w:spacing w:after="0"/>
      </w:pPr>
      <w:r>
        <w:rPr>
          <w:rFonts w:ascii="Arial" w:hAnsi="Arial"/>
          <w:b/>
        </w:rPr>
        <w:t xml:space="preserve">Participant#31:  </w:t>
      </w:r>
      <w:r>
        <w:rPr>
          <w:rFonts w:ascii="Arial" w:hAnsi="Arial"/>
          <w:color w:val="5D7284"/>
        </w:rPr>
        <w:t>37:44</w:t>
      </w:r>
    </w:p>
    <w:p w14:paraId="72081CEE" w14:textId="77777777" w:rsidR="000D24BC" w:rsidRDefault="00082537">
      <w:pPr>
        <w:spacing w:after="0"/>
      </w:pPr>
      <w:r>
        <w:rPr>
          <w:rFonts w:ascii="Arial" w:hAnsi="Arial"/>
        </w:rPr>
        <w:t>I feel like well it's nothing but the only thing I feel is could be to dye as I spin it into going go into circles, so.</w:t>
      </w:r>
    </w:p>
    <w:p w14:paraId="3C4AC8E1" w14:textId="77777777" w:rsidR="000D24BC" w:rsidRDefault="000D24BC">
      <w:pPr>
        <w:spacing w:after="0"/>
      </w:pPr>
    </w:p>
    <w:p w14:paraId="1C09214E" w14:textId="77777777" w:rsidR="000D24BC" w:rsidRDefault="00082537">
      <w:pPr>
        <w:spacing w:after="0"/>
      </w:pPr>
      <w:r>
        <w:rPr>
          <w:rFonts w:ascii="Arial" w:hAnsi="Arial"/>
          <w:b/>
        </w:rPr>
        <w:t xml:space="preserve">Interviewer E:  </w:t>
      </w:r>
      <w:r>
        <w:rPr>
          <w:rFonts w:ascii="Arial" w:hAnsi="Arial"/>
          <w:color w:val="5D7284"/>
        </w:rPr>
        <w:t>37:50</w:t>
      </w:r>
    </w:p>
    <w:p w14:paraId="254F5E57" w14:textId="77777777" w:rsidR="000D24BC" w:rsidRDefault="00082537">
      <w:pPr>
        <w:spacing w:after="0"/>
      </w:pPr>
      <w:r>
        <w:rPr>
          <w:rFonts w:ascii="Arial" w:hAnsi="Arial"/>
        </w:rPr>
        <w:t>Okay, so the dye they're spinning in little circles and it's kind of mixing throughout the whole thing.</w:t>
      </w:r>
    </w:p>
    <w:p w14:paraId="70E30180" w14:textId="77777777" w:rsidR="000D24BC" w:rsidRDefault="000D24BC">
      <w:pPr>
        <w:spacing w:after="0"/>
      </w:pPr>
    </w:p>
    <w:p w14:paraId="4FBD79CB" w14:textId="77777777" w:rsidR="000D24BC" w:rsidRDefault="00082537">
      <w:pPr>
        <w:spacing w:after="0"/>
      </w:pPr>
      <w:r>
        <w:rPr>
          <w:rFonts w:ascii="Arial" w:hAnsi="Arial"/>
          <w:b/>
        </w:rPr>
        <w:t xml:space="preserve">Participant#31:  </w:t>
      </w:r>
      <w:r>
        <w:rPr>
          <w:rFonts w:ascii="Arial" w:hAnsi="Arial"/>
          <w:color w:val="5D7284"/>
        </w:rPr>
        <w:t>37:56</w:t>
      </w:r>
    </w:p>
    <w:p w14:paraId="32F648F9" w14:textId="77777777" w:rsidR="000D24BC" w:rsidRDefault="00082537">
      <w:pPr>
        <w:spacing w:after="0"/>
      </w:pPr>
      <w:r>
        <w:rPr>
          <w:rFonts w:ascii="Arial" w:hAnsi="Arial"/>
        </w:rPr>
        <w:t>Because it's all moving.</w:t>
      </w:r>
    </w:p>
    <w:p w14:paraId="2D5A4556" w14:textId="77777777" w:rsidR="000D24BC" w:rsidRDefault="000D24BC">
      <w:pPr>
        <w:spacing w:after="0"/>
      </w:pPr>
    </w:p>
    <w:p w14:paraId="7B22B5A7" w14:textId="77777777" w:rsidR="000D24BC" w:rsidRDefault="00082537">
      <w:pPr>
        <w:spacing w:after="0"/>
      </w:pPr>
      <w:r>
        <w:rPr>
          <w:rFonts w:ascii="Arial" w:hAnsi="Arial"/>
          <w:b/>
        </w:rPr>
        <w:t xml:space="preserve">Interviewer E:  </w:t>
      </w:r>
      <w:r>
        <w:rPr>
          <w:rFonts w:ascii="Arial" w:hAnsi="Arial"/>
          <w:color w:val="5D7284"/>
        </w:rPr>
        <w:t>37:58</w:t>
      </w:r>
    </w:p>
    <w:p w14:paraId="7D9FB775" w14:textId="77777777" w:rsidR="000D24BC" w:rsidRDefault="00082537">
      <w:pPr>
        <w:spacing w:after="0"/>
      </w:pPr>
      <w:r>
        <w:rPr>
          <w:rFonts w:ascii="Arial" w:hAnsi="Arial"/>
        </w:rPr>
        <w:t>Okay, is there anything that this tank reminds you of that made you come up with this prediction some kind of memory or?</w:t>
      </w:r>
    </w:p>
    <w:p w14:paraId="734E0401" w14:textId="77777777" w:rsidR="000D24BC" w:rsidRDefault="000D24BC">
      <w:pPr>
        <w:spacing w:after="0"/>
      </w:pPr>
    </w:p>
    <w:p w14:paraId="12FC87FD" w14:textId="77777777" w:rsidR="000D24BC" w:rsidRDefault="00082537">
      <w:pPr>
        <w:spacing w:after="0"/>
      </w:pPr>
      <w:r>
        <w:rPr>
          <w:rFonts w:ascii="Arial" w:hAnsi="Arial"/>
          <w:b/>
        </w:rPr>
        <w:t xml:space="preserve">Participant#31:  </w:t>
      </w:r>
      <w:r>
        <w:rPr>
          <w:rFonts w:ascii="Arial" w:hAnsi="Arial"/>
          <w:color w:val="5D7284"/>
        </w:rPr>
        <w:t>38:09</w:t>
      </w:r>
    </w:p>
    <w:p w14:paraId="7CF99E7E" w14:textId="77777777" w:rsidR="000D24BC" w:rsidRDefault="00082537">
      <w:pPr>
        <w:spacing w:after="0"/>
      </w:pPr>
      <w:r>
        <w:rPr>
          <w:rFonts w:ascii="Arial" w:hAnsi="Arial"/>
        </w:rPr>
        <w:t>Mm I dont know about memories, I just notice that sometimes was tough like emotionally like it were like just the all move around.</w:t>
      </w:r>
    </w:p>
    <w:p w14:paraId="0F4240B6" w14:textId="77777777" w:rsidR="000D24BC" w:rsidRDefault="000D24BC">
      <w:pPr>
        <w:spacing w:after="0"/>
      </w:pPr>
    </w:p>
    <w:p w14:paraId="7BB94009" w14:textId="77777777" w:rsidR="000D24BC" w:rsidRDefault="00082537">
      <w:pPr>
        <w:spacing w:after="0"/>
      </w:pPr>
      <w:r>
        <w:rPr>
          <w:rFonts w:ascii="Arial" w:hAnsi="Arial"/>
          <w:b/>
        </w:rPr>
        <w:t xml:space="preserve">Interviewer E:  </w:t>
      </w:r>
      <w:r>
        <w:rPr>
          <w:rFonts w:ascii="Arial" w:hAnsi="Arial"/>
          <w:color w:val="5D7284"/>
        </w:rPr>
        <w:t>38:18</w:t>
      </w:r>
    </w:p>
    <w:p w14:paraId="0CDA82C6" w14:textId="77777777" w:rsidR="000D24BC" w:rsidRDefault="00082537">
      <w:pPr>
        <w:spacing w:after="0"/>
      </w:pPr>
      <w:r>
        <w:rPr>
          <w:rFonts w:ascii="Arial" w:hAnsi="Arial"/>
        </w:rPr>
        <w:t>Alright, so let's find out and let me keep my timer close so I can do that. What's on here it's hard not to get this stuff wet. You get wet it's ruins make the other color blue just because I want there to be some kind of contrast between the two. So first I'm going to draw the the guy in the middle and our mic over here and start in one minute. You Three, two. All right, so obviously, it's a little different than when you initially predicted. Um, did this surprise you?</w:t>
      </w:r>
    </w:p>
    <w:p w14:paraId="35D78FD1" w14:textId="77777777" w:rsidR="000D24BC" w:rsidRDefault="000D24BC">
      <w:pPr>
        <w:spacing w:after="0"/>
      </w:pPr>
    </w:p>
    <w:p w14:paraId="29B50D02" w14:textId="77777777" w:rsidR="000D24BC" w:rsidRDefault="00082537">
      <w:pPr>
        <w:spacing w:after="0"/>
      </w:pPr>
      <w:r>
        <w:rPr>
          <w:rFonts w:ascii="Arial" w:hAnsi="Arial"/>
          <w:b/>
        </w:rPr>
        <w:t xml:space="preserve">Participant#31:  </w:t>
      </w:r>
      <w:r>
        <w:rPr>
          <w:rFonts w:ascii="Arial" w:hAnsi="Arial"/>
          <w:color w:val="5D7284"/>
        </w:rPr>
        <w:t>40:29</w:t>
      </w:r>
    </w:p>
    <w:p w14:paraId="21C0D587" w14:textId="77777777" w:rsidR="000D24BC" w:rsidRDefault="00082537">
      <w:pPr>
        <w:spacing w:after="0"/>
      </w:pPr>
      <w:r>
        <w:rPr>
          <w:rFonts w:ascii="Arial" w:hAnsi="Arial"/>
        </w:rPr>
        <w:t>Well, it did. But don't be surprised to say this blue dye in there.</w:t>
      </w:r>
    </w:p>
    <w:p w14:paraId="7DCC60AD" w14:textId="77777777" w:rsidR="000D24BC" w:rsidRDefault="000D24BC">
      <w:pPr>
        <w:spacing w:after="0"/>
      </w:pPr>
    </w:p>
    <w:p w14:paraId="24A5B560" w14:textId="77777777" w:rsidR="000D24BC" w:rsidRDefault="00082537">
      <w:pPr>
        <w:spacing w:after="0"/>
      </w:pPr>
      <w:r>
        <w:rPr>
          <w:rFonts w:ascii="Arial" w:hAnsi="Arial"/>
          <w:b/>
        </w:rPr>
        <w:t xml:space="preserve">Interviewer E:  </w:t>
      </w:r>
      <w:r>
        <w:rPr>
          <w:rFonts w:ascii="Arial" w:hAnsi="Arial"/>
          <w:color w:val="5D7284"/>
        </w:rPr>
        <w:t>40:34</w:t>
      </w:r>
    </w:p>
    <w:p w14:paraId="042BE657" w14:textId="77777777" w:rsidR="000D24BC" w:rsidRDefault="00082537">
      <w:pPr>
        <w:spacing w:after="0"/>
      </w:pPr>
      <w:r>
        <w:rPr>
          <w:rFonts w:ascii="Arial" w:hAnsi="Arial"/>
        </w:rPr>
        <w:t>Well, what would it kind of so to me, it looks like the potassium per magnate and the blue dye are doing the same exact thing. What would you say that same exact thing is?</w:t>
      </w:r>
    </w:p>
    <w:p w14:paraId="23304F81" w14:textId="77777777" w:rsidR="000D24BC" w:rsidRDefault="000D24BC">
      <w:pPr>
        <w:spacing w:after="0"/>
      </w:pPr>
    </w:p>
    <w:p w14:paraId="0F66CEAC" w14:textId="77777777" w:rsidR="000D24BC" w:rsidRDefault="00082537">
      <w:pPr>
        <w:spacing w:after="0"/>
      </w:pPr>
      <w:r>
        <w:rPr>
          <w:rFonts w:ascii="Arial" w:hAnsi="Arial"/>
          <w:b/>
        </w:rPr>
        <w:t xml:space="preserve">Participant#31:  </w:t>
      </w:r>
      <w:r>
        <w:rPr>
          <w:rFonts w:ascii="Arial" w:hAnsi="Arial"/>
          <w:color w:val="5D7284"/>
        </w:rPr>
        <w:t>40:48</w:t>
      </w:r>
    </w:p>
    <w:p w14:paraId="761368E9" w14:textId="77777777" w:rsidR="000D24BC" w:rsidRDefault="00082537">
      <w:pPr>
        <w:spacing w:after="0"/>
      </w:pPr>
      <w:r>
        <w:rPr>
          <w:rFonts w:ascii="Arial" w:hAnsi="Arial"/>
        </w:rPr>
        <w:t>They're both, like, slowly covering up like the tank, like, I see like lines.</w:t>
      </w:r>
    </w:p>
    <w:p w14:paraId="61AC96F9" w14:textId="77777777" w:rsidR="000D24BC" w:rsidRDefault="000D24BC">
      <w:pPr>
        <w:spacing w:after="0"/>
      </w:pPr>
    </w:p>
    <w:p w14:paraId="3528B0B0" w14:textId="77777777" w:rsidR="000D24BC" w:rsidRDefault="00082537">
      <w:pPr>
        <w:spacing w:after="0"/>
      </w:pPr>
      <w:r>
        <w:rPr>
          <w:rFonts w:ascii="Arial" w:hAnsi="Arial"/>
          <w:b/>
        </w:rPr>
        <w:t xml:space="preserve">Interviewer E:  </w:t>
      </w:r>
      <w:r>
        <w:rPr>
          <w:rFonts w:ascii="Arial" w:hAnsi="Arial"/>
          <w:color w:val="5D7284"/>
        </w:rPr>
        <w:t>40:54</w:t>
      </w:r>
    </w:p>
    <w:p w14:paraId="750F2ECB" w14:textId="77777777" w:rsidR="000D24BC" w:rsidRDefault="00082537">
      <w:pPr>
        <w:spacing w:after="0"/>
      </w:pPr>
      <w:r>
        <w:rPr>
          <w:rFonts w:ascii="Arial" w:hAnsi="Arial"/>
        </w:rPr>
        <w:t>Lines, like little columns.</w:t>
      </w:r>
    </w:p>
    <w:p w14:paraId="6283204C" w14:textId="77777777" w:rsidR="000D24BC" w:rsidRDefault="000D24BC">
      <w:pPr>
        <w:spacing w:after="0"/>
      </w:pPr>
    </w:p>
    <w:p w14:paraId="5B7AFBDE" w14:textId="77777777" w:rsidR="000D24BC" w:rsidRDefault="00082537">
      <w:pPr>
        <w:spacing w:after="0"/>
      </w:pPr>
      <w:r>
        <w:rPr>
          <w:rFonts w:ascii="Arial" w:hAnsi="Arial"/>
          <w:b/>
        </w:rPr>
        <w:t xml:space="preserve">Participant#31:  </w:t>
      </w:r>
      <w:r>
        <w:rPr>
          <w:rFonts w:ascii="Arial" w:hAnsi="Arial"/>
          <w:color w:val="5D7284"/>
        </w:rPr>
        <w:t>40:56</w:t>
      </w:r>
    </w:p>
    <w:p w14:paraId="181D61F2" w14:textId="77777777" w:rsidR="000D24BC" w:rsidRDefault="00082537">
      <w:pPr>
        <w:spacing w:after="0"/>
      </w:pPr>
      <w:r>
        <w:rPr>
          <w:rFonts w:ascii="Arial" w:hAnsi="Arial"/>
        </w:rPr>
        <w:t>Yeah, like this, uh, you know, that's like connecting like the top and bottom of the water.</w:t>
      </w:r>
    </w:p>
    <w:p w14:paraId="3A4342C7" w14:textId="77777777" w:rsidR="000D24BC" w:rsidRDefault="000D24BC">
      <w:pPr>
        <w:spacing w:after="0"/>
      </w:pPr>
    </w:p>
    <w:p w14:paraId="4165992B" w14:textId="77777777" w:rsidR="000D24BC" w:rsidRDefault="00082537">
      <w:pPr>
        <w:spacing w:after="0"/>
      </w:pPr>
      <w:r>
        <w:rPr>
          <w:rFonts w:ascii="Arial" w:hAnsi="Arial"/>
          <w:b/>
        </w:rPr>
        <w:t xml:space="preserve">Interviewer E:  </w:t>
      </w:r>
      <w:r>
        <w:rPr>
          <w:rFonts w:ascii="Arial" w:hAnsi="Arial"/>
          <w:color w:val="5D7284"/>
        </w:rPr>
        <w:t>41:04</w:t>
      </w:r>
    </w:p>
    <w:p w14:paraId="71B1EE65" w14:textId="686BF5FC" w:rsidR="000D24BC" w:rsidRDefault="00082537">
      <w:pPr>
        <w:spacing w:after="0"/>
      </w:pPr>
      <w:r w:rsidRPr="21F887E1">
        <w:rPr>
          <w:rFonts w:ascii="Arial" w:hAnsi="Arial"/>
        </w:rPr>
        <w:t>If you could put a gues</w:t>
      </w:r>
      <w:r w:rsidR="75FD047E" w:rsidRPr="21F887E1">
        <w:rPr>
          <w:rFonts w:ascii="Arial" w:hAnsi="Arial"/>
        </w:rPr>
        <w:t>s</w:t>
      </w:r>
      <w:r w:rsidRPr="21F887E1">
        <w:rPr>
          <w:rFonts w:ascii="Arial" w:hAnsi="Arial"/>
        </w:rPr>
        <w:t xml:space="preserve"> to it, and say what's causing the dye to stand vertically up, right? Like how it is? What would you say?</w:t>
      </w:r>
    </w:p>
    <w:p w14:paraId="5213887C" w14:textId="77777777" w:rsidR="000D24BC" w:rsidRDefault="000D24BC">
      <w:pPr>
        <w:spacing w:after="0"/>
      </w:pPr>
    </w:p>
    <w:p w14:paraId="5267D72F" w14:textId="77777777" w:rsidR="000D24BC" w:rsidRDefault="00082537">
      <w:pPr>
        <w:spacing w:after="0"/>
      </w:pPr>
      <w:r>
        <w:rPr>
          <w:rFonts w:ascii="Arial" w:hAnsi="Arial"/>
          <w:b/>
        </w:rPr>
        <w:t xml:space="preserve">Participant#31:  </w:t>
      </w:r>
      <w:r>
        <w:rPr>
          <w:rFonts w:ascii="Arial" w:hAnsi="Arial"/>
          <w:color w:val="5D7284"/>
        </w:rPr>
        <w:t>41:12</w:t>
      </w:r>
    </w:p>
    <w:p w14:paraId="74B7139E" w14:textId="16CEED2C" w:rsidR="000D24BC" w:rsidRDefault="00082537">
      <w:pPr>
        <w:spacing w:after="0"/>
      </w:pPr>
      <w:r w:rsidRPr="21F887E1">
        <w:rPr>
          <w:rFonts w:ascii="Arial" w:hAnsi="Arial"/>
        </w:rPr>
        <w:lastRenderedPageBreak/>
        <w:t>I</w:t>
      </w:r>
      <w:r w:rsidR="4574D43D" w:rsidRPr="21F887E1">
        <w:rPr>
          <w:rFonts w:ascii="Arial" w:hAnsi="Arial"/>
        </w:rPr>
        <w:t xml:space="preserve"> would say</w:t>
      </w:r>
      <w:r w:rsidRPr="21F887E1">
        <w:rPr>
          <w:rFonts w:ascii="Arial" w:hAnsi="Arial"/>
        </w:rPr>
        <w:t xml:space="preserve"> that it's because of the motion that it causes it to stand. Like, especially like a little </w:t>
      </w:r>
      <w:r w:rsidR="5D4E39E2" w:rsidRPr="21F887E1">
        <w:rPr>
          <w:rFonts w:ascii="Arial" w:hAnsi="Arial"/>
        </w:rPr>
        <w:t>longer</w:t>
      </w:r>
      <w:r w:rsidRPr="21F887E1">
        <w:rPr>
          <w:rFonts w:ascii="Arial" w:hAnsi="Arial"/>
        </w:rPr>
        <w:t xml:space="preserve"> </w:t>
      </w:r>
      <w:r w:rsidR="726B5C4A" w:rsidRPr="21F887E1">
        <w:rPr>
          <w:rFonts w:ascii="Arial" w:hAnsi="Arial"/>
        </w:rPr>
        <w:t xml:space="preserve">because it </w:t>
      </w:r>
      <w:r w:rsidRPr="21F887E1">
        <w:rPr>
          <w:rFonts w:ascii="Arial" w:hAnsi="Arial"/>
        </w:rPr>
        <w:t>like it was still.</w:t>
      </w:r>
    </w:p>
    <w:p w14:paraId="2E7883AB" w14:textId="77777777" w:rsidR="000D24BC" w:rsidRDefault="000D24BC">
      <w:pPr>
        <w:spacing w:after="0"/>
      </w:pPr>
    </w:p>
    <w:p w14:paraId="606006EB" w14:textId="77777777" w:rsidR="000D24BC" w:rsidRDefault="00082537">
      <w:pPr>
        <w:spacing w:after="0"/>
      </w:pPr>
      <w:r>
        <w:rPr>
          <w:rFonts w:ascii="Arial" w:hAnsi="Arial"/>
          <w:b/>
        </w:rPr>
        <w:t xml:space="preserve">Interviewer E:  </w:t>
      </w:r>
      <w:r>
        <w:rPr>
          <w:rFonts w:ascii="Arial" w:hAnsi="Arial"/>
          <w:color w:val="5D7284"/>
        </w:rPr>
        <w:t>41:23</w:t>
      </w:r>
    </w:p>
    <w:p w14:paraId="5EF6505E" w14:textId="77777777" w:rsidR="000D24BC" w:rsidRDefault="00082537">
      <w:pPr>
        <w:spacing w:after="0"/>
      </w:pPr>
      <w:r>
        <w:rPr>
          <w:rFonts w:ascii="Arial" w:hAnsi="Arial"/>
        </w:rPr>
        <w:t>So the motion of what?</w:t>
      </w:r>
    </w:p>
    <w:p w14:paraId="2A760EAD" w14:textId="77777777" w:rsidR="000D24BC" w:rsidRDefault="000D24BC">
      <w:pPr>
        <w:spacing w:after="0"/>
      </w:pPr>
    </w:p>
    <w:p w14:paraId="0E1DC53D" w14:textId="77777777" w:rsidR="000D24BC" w:rsidRDefault="00082537">
      <w:pPr>
        <w:spacing w:after="0"/>
      </w:pPr>
      <w:r>
        <w:rPr>
          <w:rFonts w:ascii="Arial" w:hAnsi="Arial"/>
          <w:b/>
        </w:rPr>
        <w:t xml:space="preserve">Participant#31:  </w:t>
      </w:r>
      <w:r>
        <w:rPr>
          <w:rFonts w:ascii="Arial" w:hAnsi="Arial"/>
          <w:color w:val="5D7284"/>
        </w:rPr>
        <w:t>41:27</w:t>
      </w:r>
    </w:p>
    <w:p w14:paraId="27246617" w14:textId="0C5F8D5E" w:rsidR="000D24BC" w:rsidRDefault="00082537">
      <w:pPr>
        <w:spacing w:after="0"/>
      </w:pPr>
      <w:r w:rsidRPr="21F887E1">
        <w:rPr>
          <w:rFonts w:ascii="Arial" w:hAnsi="Arial"/>
        </w:rPr>
        <w:t xml:space="preserve"> of the tank </w:t>
      </w:r>
    </w:p>
    <w:p w14:paraId="3A6D4B49" w14:textId="77777777" w:rsidR="000D24BC" w:rsidRDefault="000D24BC">
      <w:pPr>
        <w:spacing w:after="0"/>
      </w:pPr>
    </w:p>
    <w:p w14:paraId="0DEDFB93" w14:textId="77777777" w:rsidR="000D24BC" w:rsidRDefault="00082537">
      <w:pPr>
        <w:spacing w:after="0"/>
      </w:pPr>
      <w:r>
        <w:rPr>
          <w:rFonts w:ascii="Arial" w:hAnsi="Arial"/>
          <w:b/>
        </w:rPr>
        <w:t xml:space="preserve">Interviewer E:  </w:t>
      </w:r>
      <w:r>
        <w:rPr>
          <w:rFonts w:ascii="Arial" w:hAnsi="Arial"/>
          <w:color w:val="5D7284"/>
        </w:rPr>
        <w:t>41:29</w:t>
      </w:r>
    </w:p>
    <w:p w14:paraId="7DD8F7E3" w14:textId="77777777" w:rsidR="000D24BC" w:rsidRDefault="00082537">
      <w:pPr>
        <w:spacing w:after="0"/>
      </w:pPr>
      <w:r>
        <w:rPr>
          <w:rFonts w:ascii="Arial" w:hAnsi="Arial"/>
        </w:rPr>
        <w:t>Of the tank? and not the water?</w:t>
      </w:r>
    </w:p>
    <w:p w14:paraId="07AAB63B" w14:textId="77777777" w:rsidR="000D24BC" w:rsidRDefault="000D24BC">
      <w:pPr>
        <w:spacing w:after="0"/>
      </w:pPr>
    </w:p>
    <w:p w14:paraId="3B1DA52A" w14:textId="77777777" w:rsidR="000D24BC" w:rsidRDefault="00082537">
      <w:pPr>
        <w:spacing w:after="0"/>
      </w:pPr>
      <w:r>
        <w:rPr>
          <w:rFonts w:ascii="Arial" w:hAnsi="Arial"/>
          <w:b/>
        </w:rPr>
        <w:t xml:space="preserve">Participant#31:  </w:t>
      </w:r>
      <w:r>
        <w:rPr>
          <w:rFonts w:ascii="Arial" w:hAnsi="Arial"/>
          <w:color w:val="5D7284"/>
        </w:rPr>
        <w:t>41:31</w:t>
      </w:r>
    </w:p>
    <w:p w14:paraId="7B560AC8" w14:textId="305A2BC7" w:rsidR="000D24BC" w:rsidRDefault="00082537">
      <w:pPr>
        <w:spacing w:after="0"/>
      </w:pPr>
      <w:r w:rsidRPr="21F887E1">
        <w:rPr>
          <w:rFonts w:ascii="Arial" w:hAnsi="Arial"/>
        </w:rPr>
        <w:t>and the water to like, the</w:t>
      </w:r>
      <w:r w:rsidR="3700DED8" w:rsidRPr="21F887E1">
        <w:rPr>
          <w:rFonts w:ascii="Arial" w:hAnsi="Arial"/>
        </w:rPr>
        <w:t xml:space="preserve"> </w:t>
      </w:r>
      <w:r w:rsidRPr="21F887E1">
        <w:rPr>
          <w:rFonts w:ascii="Arial" w:hAnsi="Arial"/>
        </w:rPr>
        <w:t xml:space="preserve">tank </w:t>
      </w:r>
      <w:r w:rsidR="61B1CD16" w:rsidRPr="21F887E1">
        <w:rPr>
          <w:rFonts w:ascii="Arial" w:hAnsi="Arial"/>
        </w:rPr>
        <w:t xml:space="preserve">includes </w:t>
      </w:r>
      <w:r w:rsidRPr="21F887E1">
        <w:rPr>
          <w:rFonts w:ascii="Arial" w:hAnsi="Arial"/>
        </w:rPr>
        <w:t>the water.</w:t>
      </w:r>
    </w:p>
    <w:p w14:paraId="2EE88249" w14:textId="77777777" w:rsidR="000D24BC" w:rsidRDefault="000D24BC">
      <w:pPr>
        <w:spacing w:after="0"/>
      </w:pPr>
    </w:p>
    <w:p w14:paraId="28DAE617" w14:textId="77777777" w:rsidR="000D24BC" w:rsidRDefault="00082537">
      <w:pPr>
        <w:spacing w:after="0"/>
      </w:pPr>
      <w:r>
        <w:rPr>
          <w:rFonts w:ascii="Arial" w:hAnsi="Arial"/>
          <w:b/>
        </w:rPr>
        <w:t xml:space="preserve">Interviewer E:  </w:t>
      </w:r>
      <w:r>
        <w:rPr>
          <w:rFonts w:ascii="Arial" w:hAnsi="Arial"/>
          <w:color w:val="5D7284"/>
        </w:rPr>
        <w:t>41:36</w:t>
      </w:r>
    </w:p>
    <w:p w14:paraId="70B9C357" w14:textId="77777777" w:rsidR="000D24BC" w:rsidRDefault="00082537">
      <w:pPr>
        <w:spacing w:after="0"/>
      </w:pPr>
      <w:r>
        <w:rPr>
          <w:rFonts w:ascii="Arial" w:hAnsi="Arial"/>
        </w:rPr>
        <w:t>Okay, is the water moving?</w:t>
      </w:r>
    </w:p>
    <w:p w14:paraId="2187C948" w14:textId="77777777" w:rsidR="000D24BC" w:rsidRDefault="000D24BC">
      <w:pPr>
        <w:spacing w:after="0"/>
      </w:pPr>
    </w:p>
    <w:p w14:paraId="71419F8D" w14:textId="77777777" w:rsidR="000D24BC" w:rsidRDefault="00082537">
      <w:pPr>
        <w:spacing w:after="0"/>
      </w:pPr>
      <w:r>
        <w:rPr>
          <w:rFonts w:ascii="Arial" w:hAnsi="Arial"/>
          <w:b/>
        </w:rPr>
        <w:t xml:space="preserve">Participant#31:  </w:t>
      </w:r>
      <w:r>
        <w:rPr>
          <w:rFonts w:ascii="Arial" w:hAnsi="Arial"/>
          <w:color w:val="5D7284"/>
        </w:rPr>
        <w:t>41:39</w:t>
      </w:r>
    </w:p>
    <w:p w14:paraId="7D92E09A" w14:textId="77777777" w:rsidR="000D24BC" w:rsidRDefault="00082537">
      <w:pPr>
        <w:spacing w:after="0"/>
      </w:pPr>
      <w:r>
        <w:rPr>
          <w:rFonts w:ascii="Arial" w:hAnsi="Arial"/>
        </w:rPr>
        <w:t>Well, the water is being spin around like it's moving but not on its own when we because of the tank.</w:t>
      </w:r>
    </w:p>
    <w:p w14:paraId="06BF61DE" w14:textId="77777777" w:rsidR="000D24BC" w:rsidRDefault="000D24BC">
      <w:pPr>
        <w:spacing w:after="0"/>
      </w:pPr>
    </w:p>
    <w:p w14:paraId="771A471B" w14:textId="77777777" w:rsidR="000D24BC" w:rsidRDefault="00082537">
      <w:pPr>
        <w:spacing w:after="0"/>
      </w:pPr>
      <w:r>
        <w:rPr>
          <w:rFonts w:ascii="Arial" w:hAnsi="Arial"/>
          <w:b/>
        </w:rPr>
        <w:t xml:space="preserve">Interviewer E:  </w:t>
      </w:r>
      <w:r>
        <w:rPr>
          <w:rFonts w:ascii="Arial" w:hAnsi="Arial"/>
          <w:color w:val="5D7284"/>
        </w:rPr>
        <w:t>41:47</w:t>
      </w:r>
    </w:p>
    <w:p w14:paraId="4626BF42" w14:textId="77777777" w:rsidR="000D24BC" w:rsidRDefault="00082537">
      <w:pPr>
        <w:spacing w:after="0"/>
      </w:pPr>
      <w:r>
        <w:rPr>
          <w:rFonts w:ascii="Arial" w:hAnsi="Arial"/>
        </w:rPr>
        <w:t xml:space="preserve">So is it moving at the same rate as the tank? Or is it not moving? Or is it moving at a different rate than the tank itself? </w:t>
      </w:r>
    </w:p>
    <w:p w14:paraId="578428C2" w14:textId="77777777" w:rsidR="000D24BC" w:rsidRDefault="000D24BC">
      <w:pPr>
        <w:spacing w:after="0"/>
      </w:pPr>
    </w:p>
    <w:p w14:paraId="041C75E5" w14:textId="77777777" w:rsidR="000D24BC" w:rsidRDefault="00082537">
      <w:pPr>
        <w:spacing w:after="0"/>
      </w:pPr>
      <w:r>
        <w:rPr>
          <w:rFonts w:ascii="Arial" w:hAnsi="Arial"/>
          <w:b/>
        </w:rPr>
        <w:t xml:space="preserve">Participant#31:  </w:t>
      </w:r>
      <w:r>
        <w:rPr>
          <w:rFonts w:ascii="Arial" w:hAnsi="Arial"/>
          <w:color w:val="5D7284"/>
        </w:rPr>
        <w:t>41:55</w:t>
      </w:r>
    </w:p>
    <w:p w14:paraId="52E37662" w14:textId="77777777" w:rsidR="000D24BC" w:rsidRDefault="00082537">
      <w:pPr>
        <w:spacing w:after="0"/>
      </w:pPr>
      <w:r>
        <w:rPr>
          <w:rFonts w:ascii="Arial" w:hAnsi="Arial"/>
        </w:rPr>
        <w:t>Just move at the same rate.</w:t>
      </w:r>
    </w:p>
    <w:p w14:paraId="7B415D2C" w14:textId="77777777" w:rsidR="000D24BC" w:rsidRDefault="000D24BC">
      <w:pPr>
        <w:spacing w:after="0"/>
      </w:pPr>
    </w:p>
    <w:p w14:paraId="15A05D71" w14:textId="77777777" w:rsidR="000D24BC" w:rsidRDefault="00082537">
      <w:pPr>
        <w:spacing w:after="0"/>
      </w:pPr>
      <w:r>
        <w:rPr>
          <w:rFonts w:ascii="Arial" w:hAnsi="Arial"/>
          <w:b/>
        </w:rPr>
        <w:t xml:space="preserve">Interviewer E:  </w:t>
      </w:r>
      <w:r>
        <w:rPr>
          <w:rFonts w:ascii="Arial" w:hAnsi="Arial"/>
          <w:color w:val="5D7284"/>
        </w:rPr>
        <w:t>41:56</w:t>
      </w:r>
    </w:p>
    <w:p w14:paraId="442D86A7" w14:textId="77777777" w:rsidR="000D24BC" w:rsidRDefault="00082537">
      <w:pPr>
        <w:spacing w:after="0"/>
      </w:pPr>
      <w:r>
        <w:rPr>
          <w:rFonts w:ascii="Arial" w:hAnsi="Arial"/>
        </w:rPr>
        <w:t>At the same rate? And why do you think that the water is now moving at the same rate as the tank.</w:t>
      </w:r>
    </w:p>
    <w:p w14:paraId="21937CE7" w14:textId="77777777" w:rsidR="000D24BC" w:rsidRDefault="000D24BC">
      <w:pPr>
        <w:spacing w:after="0"/>
      </w:pPr>
    </w:p>
    <w:p w14:paraId="322B614B" w14:textId="77777777" w:rsidR="000D24BC" w:rsidRDefault="00082537">
      <w:pPr>
        <w:spacing w:after="0"/>
      </w:pPr>
      <w:r>
        <w:rPr>
          <w:rFonts w:ascii="Arial" w:hAnsi="Arial"/>
          <w:b/>
        </w:rPr>
        <w:t xml:space="preserve">Participant#31:  </w:t>
      </w:r>
      <w:r>
        <w:rPr>
          <w:rFonts w:ascii="Arial" w:hAnsi="Arial"/>
          <w:color w:val="5D7284"/>
        </w:rPr>
        <w:t>42:03</w:t>
      </w:r>
    </w:p>
    <w:p w14:paraId="454036A3" w14:textId="77777777" w:rsidR="000D24BC" w:rsidRDefault="00082537">
      <w:pPr>
        <w:spacing w:after="0"/>
      </w:pPr>
      <w:r>
        <w:rPr>
          <w:rFonts w:ascii="Arial" w:hAnsi="Arial"/>
        </w:rPr>
        <w:t>Because the tank is like carring out, like as far as like spinning the water around so like, the water can't go any slower or faste because as long as to take moves, water moves.</w:t>
      </w:r>
    </w:p>
    <w:p w14:paraId="4B7CF47D" w14:textId="77777777" w:rsidR="000D24BC" w:rsidRDefault="000D24BC">
      <w:pPr>
        <w:spacing w:after="0"/>
      </w:pPr>
    </w:p>
    <w:p w14:paraId="13BC411F" w14:textId="77777777" w:rsidR="000D24BC" w:rsidRDefault="00082537">
      <w:pPr>
        <w:spacing w:after="0"/>
      </w:pPr>
      <w:r>
        <w:rPr>
          <w:rFonts w:ascii="Arial" w:hAnsi="Arial"/>
          <w:b/>
        </w:rPr>
        <w:t xml:space="preserve">Interviewer E:  </w:t>
      </w:r>
      <w:r>
        <w:rPr>
          <w:rFonts w:ascii="Arial" w:hAnsi="Arial"/>
          <w:color w:val="5D7284"/>
        </w:rPr>
        <w:t>42:14</w:t>
      </w:r>
    </w:p>
    <w:p w14:paraId="381AF058" w14:textId="77777777" w:rsidR="000D24BC" w:rsidRDefault="00082537">
      <w:pPr>
        <w:spacing w:after="0"/>
      </w:pPr>
      <w:r>
        <w:rPr>
          <w:rFonts w:ascii="Arial" w:hAnsi="Arial"/>
        </w:rPr>
        <w:t>Okay. So in a sense, the water can only really go as fast as the tank allows it to go. So the tank was going fast. The water would go fast. If it was going slow, the water would go slow. And do you think the timeframe of it spinning? Like I said, it's been spinning for about like an hour and a half? Do you think that has anything to do with what's going on?</w:t>
      </w:r>
    </w:p>
    <w:p w14:paraId="7C832EA4" w14:textId="77777777" w:rsidR="000D24BC" w:rsidRDefault="000D24BC">
      <w:pPr>
        <w:spacing w:after="0"/>
      </w:pPr>
    </w:p>
    <w:p w14:paraId="4FA13F24" w14:textId="77777777" w:rsidR="000D24BC" w:rsidRDefault="00082537">
      <w:pPr>
        <w:spacing w:after="0"/>
      </w:pPr>
      <w:r>
        <w:rPr>
          <w:rFonts w:ascii="Arial" w:hAnsi="Arial"/>
          <w:b/>
        </w:rPr>
        <w:t xml:space="preserve">Participant#31:  </w:t>
      </w:r>
      <w:r>
        <w:rPr>
          <w:rFonts w:ascii="Arial" w:hAnsi="Arial"/>
          <w:color w:val="5D7284"/>
        </w:rPr>
        <w:t>42:36</w:t>
      </w:r>
    </w:p>
    <w:p w14:paraId="780021C4" w14:textId="77777777" w:rsidR="000D24BC" w:rsidRDefault="00082537">
      <w:pPr>
        <w:spacing w:after="0"/>
      </w:pPr>
      <w:r>
        <w:rPr>
          <w:rFonts w:ascii="Arial" w:hAnsi="Arial"/>
        </w:rPr>
        <w:t xml:space="preserve">Well, if its spinning for an hour and a half I guess it well, yeah, I guess it could do something with it. Because I I feel like if it is not spinning a little less do it'll be it won't be as covered as it is </w:t>
      </w:r>
      <w:r>
        <w:rPr>
          <w:rFonts w:ascii="Arial" w:hAnsi="Arial"/>
          <w:highlight w:val="yellow"/>
        </w:rPr>
        <w:t xml:space="preserve">now. Because </w:t>
      </w:r>
      <w:r>
        <w:rPr>
          <w:rFonts w:ascii="Arial" w:hAnsi="Arial"/>
          <w:highlight w:val="yellow"/>
        </w:rPr>
        <w:lastRenderedPageBreak/>
        <w:t>I feel like the tank moving around like it causes like, have a stick out more just every have a built enough time for force to travel like a lot of force.</w:t>
      </w:r>
      <w:r>
        <w:rPr>
          <w:rFonts w:ascii="Arial" w:hAnsi="Arial"/>
        </w:rPr>
        <w:t xml:space="preserve"> </w:t>
      </w:r>
    </w:p>
    <w:p w14:paraId="381C464D" w14:textId="77777777" w:rsidR="000D24BC" w:rsidRDefault="000D24BC">
      <w:pPr>
        <w:spacing w:after="0"/>
      </w:pPr>
    </w:p>
    <w:p w14:paraId="2FC1D99B" w14:textId="77777777" w:rsidR="000D24BC" w:rsidRDefault="00082537">
      <w:pPr>
        <w:spacing w:after="0"/>
      </w:pPr>
      <w:r>
        <w:rPr>
          <w:rFonts w:ascii="Arial" w:hAnsi="Arial"/>
          <w:b/>
        </w:rPr>
        <w:t xml:space="preserve">Interviewer E:  </w:t>
      </w:r>
      <w:r>
        <w:rPr>
          <w:rFonts w:ascii="Arial" w:hAnsi="Arial"/>
          <w:color w:val="5D7284"/>
        </w:rPr>
        <w:t>43:02</w:t>
      </w:r>
    </w:p>
    <w:p w14:paraId="3AC5DCC9" w14:textId="77777777" w:rsidR="000D24BC" w:rsidRDefault="00082537">
      <w:pPr>
        <w:spacing w:after="0"/>
      </w:pPr>
      <w:r>
        <w:rPr>
          <w:rFonts w:ascii="Arial" w:hAnsi="Arial"/>
        </w:rPr>
        <w:t>Okay, so the so the tank moving at a certain for a certain amount of time is allowing the water to get to a certain force?</w:t>
      </w:r>
    </w:p>
    <w:p w14:paraId="53B3DDD0" w14:textId="77777777" w:rsidR="000D24BC" w:rsidRDefault="000D24BC">
      <w:pPr>
        <w:spacing w:after="0"/>
      </w:pPr>
    </w:p>
    <w:p w14:paraId="365169C0" w14:textId="77777777" w:rsidR="000D24BC" w:rsidRDefault="00082537">
      <w:pPr>
        <w:spacing w:after="0"/>
      </w:pPr>
      <w:r>
        <w:rPr>
          <w:rFonts w:ascii="Arial" w:hAnsi="Arial"/>
          <w:b/>
        </w:rPr>
        <w:t xml:space="preserve">Participant#31:  </w:t>
      </w:r>
      <w:r>
        <w:rPr>
          <w:rFonts w:ascii="Arial" w:hAnsi="Arial"/>
          <w:color w:val="5D7284"/>
        </w:rPr>
        <w:t>43:16</w:t>
      </w:r>
    </w:p>
    <w:p w14:paraId="6C52C7E2" w14:textId="77777777" w:rsidR="000D24BC" w:rsidRDefault="00082537">
      <w:pPr>
        <w:spacing w:after="0"/>
      </w:pPr>
      <w:r>
        <w:rPr>
          <w:rFonts w:ascii="Arial" w:hAnsi="Arial"/>
        </w:rPr>
        <w:t xml:space="preserve">I guess. </w:t>
      </w:r>
    </w:p>
    <w:p w14:paraId="3ECB20D6" w14:textId="77777777" w:rsidR="000D24BC" w:rsidRDefault="000D24BC">
      <w:pPr>
        <w:spacing w:after="0"/>
      </w:pPr>
    </w:p>
    <w:p w14:paraId="11B795A0" w14:textId="77777777" w:rsidR="000D24BC" w:rsidRDefault="00082537">
      <w:pPr>
        <w:spacing w:after="0"/>
      </w:pPr>
      <w:r>
        <w:rPr>
          <w:rFonts w:ascii="Arial" w:hAnsi="Arial"/>
          <w:b/>
        </w:rPr>
        <w:t xml:space="preserve">Interviewer E:  </w:t>
      </w:r>
      <w:r>
        <w:rPr>
          <w:rFonts w:ascii="Arial" w:hAnsi="Arial"/>
          <w:color w:val="5D7284"/>
        </w:rPr>
        <w:t>43:18</w:t>
      </w:r>
    </w:p>
    <w:p w14:paraId="4AF3D379" w14:textId="77777777" w:rsidR="000D24BC" w:rsidRDefault="00082537">
      <w:pPr>
        <w:spacing w:after="0"/>
      </w:pPr>
      <w:r>
        <w:rPr>
          <w:rFonts w:ascii="Arial" w:hAnsi="Arial"/>
          <w:highlight w:val="yellow"/>
        </w:rPr>
        <w:t>I'm trying I'm trying to understand, you know, um, okay, so if what do you think I would have to do to this tank to get it to look like</w:t>
      </w:r>
      <w:r>
        <w:rPr>
          <w:rFonts w:ascii="Arial" w:hAnsi="Arial"/>
        </w:rPr>
        <w:t xml:space="preserve"> what you had drawn?</w:t>
      </w:r>
    </w:p>
    <w:p w14:paraId="07049337" w14:textId="77777777" w:rsidR="000D24BC" w:rsidRDefault="000D24BC">
      <w:pPr>
        <w:spacing w:after="0"/>
      </w:pPr>
    </w:p>
    <w:p w14:paraId="559058AE" w14:textId="77777777" w:rsidR="000D24BC" w:rsidRDefault="00082537">
      <w:pPr>
        <w:spacing w:after="0"/>
      </w:pPr>
      <w:r>
        <w:rPr>
          <w:rFonts w:ascii="Arial" w:hAnsi="Arial"/>
          <w:b/>
        </w:rPr>
        <w:t xml:space="preserve">Participant#31:  </w:t>
      </w:r>
      <w:r>
        <w:rPr>
          <w:rFonts w:ascii="Arial" w:hAnsi="Arial"/>
          <w:color w:val="5D7284"/>
        </w:rPr>
        <w:t>43:32</w:t>
      </w:r>
    </w:p>
    <w:p w14:paraId="1DA6F1CA" w14:textId="258B867F" w:rsidR="000D24BC" w:rsidRDefault="00082537">
      <w:pPr>
        <w:spacing w:after="0"/>
      </w:pPr>
      <w:r w:rsidRPr="21F887E1">
        <w:rPr>
          <w:rFonts w:ascii="Arial" w:hAnsi="Arial"/>
        </w:rPr>
        <w:t>Well, I f</w:t>
      </w:r>
      <w:r w:rsidR="4F9D25A1" w:rsidRPr="21F887E1">
        <w:rPr>
          <w:rFonts w:ascii="Arial" w:hAnsi="Arial"/>
        </w:rPr>
        <w:t>eel like</w:t>
      </w:r>
      <w:r w:rsidRPr="21F887E1">
        <w:rPr>
          <w:rFonts w:ascii="Arial" w:hAnsi="Arial"/>
        </w:rPr>
        <w:t xml:space="preserve"> like the best way w</w:t>
      </w:r>
      <w:r w:rsidR="6321F02D" w:rsidRPr="21F887E1">
        <w:rPr>
          <w:rFonts w:ascii="Arial" w:hAnsi="Arial"/>
        </w:rPr>
        <w:t xml:space="preserve">ould be to </w:t>
      </w:r>
      <w:r w:rsidRPr="21F887E1">
        <w:rPr>
          <w:rFonts w:ascii="Arial" w:hAnsi="Arial"/>
        </w:rPr>
        <w:t>speed up I guess.</w:t>
      </w:r>
    </w:p>
    <w:p w14:paraId="28969F69" w14:textId="77777777" w:rsidR="000D24BC" w:rsidRDefault="000D24BC">
      <w:pPr>
        <w:spacing w:after="0"/>
      </w:pPr>
    </w:p>
    <w:p w14:paraId="356E4E7F" w14:textId="77777777" w:rsidR="000D24BC" w:rsidRDefault="00082537">
      <w:pPr>
        <w:spacing w:after="0"/>
      </w:pPr>
      <w:r>
        <w:rPr>
          <w:rFonts w:ascii="Arial" w:hAnsi="Arial"/>
          <w:b/>
        </w:rPr>
        <w:t xml:space="preserve">Interviewer E:  </w:t>
      </w:r>
      <w:r>
        <w:rPr>
          <w:rFonts w:ascii="Arial" w:hAnsi="Arial"/>
          <w:color w:val="5D7284"/>
        </w:rPr>
        <w:t>43:38</w:t>
      </w:r>
    </w:p>
    <w:p w14:paraId="63C61F53" w14:textId="77777777" w:rsidR="000D24BC" w:rsidRDefault="00082537">
      <w:pPr>
        <w:spacing w:after="0"/>
      </w:pPr>
      <w:r>
        <w:rPr>
          <w:rFonts w:ascii="Arial" w:hAnsi="Arial"/>
        </w:rPr>
        <w:t>Speed if up. What about if I slowed it down?</w:t>
      </w:r>
    </w:p>
    <w:p w14:paraId="42AC8E0A" w14:textId="77777777" w:rsidR="000D24BC" w:rsidRDefault="000D24BC">
      <w:pPr>
        <w:spacing w:after="0"/>
      </w:pPr>
    </w:p>
    <w:p w14:paraId="70D1FC22" w14:textId="77777777" w:rsidR="000D24BC" w:rsidRDefault="00082537">
      <w:pPr>
        <w:spacing w:after="0"/>
      </w:pPr>
      <w:r>
        <w:rPr>
          <w:rFonts w:ascii="Arial" w:hAnsi="Arial"/>
          <w:b/>
        </w:rPr>
        <w:t xml:space="preserve">Participant#31:  </w:t>
      </w:r>
      <w:r>
        <w:rPr>
          <w:rFonts w:ascii="Arial" w:hAnsi="Arial"/>
          <w:color w:val="5D7284"/>
        </w:rPr>
        <w:t>43:40</w:t>
      </w:r>
    </w:p>
    <w:p w14:paraId="42C290C6" w14:textId="77777777" w:rsidR="000D24BC" w:rsidRDefault="00082537">
      <w:pPr>
        <w:spacing w:after="0"/>
      </w:pPr>
      <w:r>
        <w:rPr>
          <w:rFonts w:ascii="Arial" w:hAnsi="Arial"/>
        </w:rPr>
        <w:t xml:space="preserve">If you slow it down? As you know, I </w:t>
      </w:r>
      <w:r>
        <w:rPr>
          <w:rFonts w:ascii="Arial" w:hAnsi="Arial"/>
          <w:highlight w:val="yellow"/>
        </w:rPr>
        <w:t>think it's all the way around. Like I think if you speed it up it is gonna</w:t>
      </w:r>
      <w:r>
        <w:rPr>
          <w:rFonts w:ascii="Arial" w:hAnsi="Arial"/>
        </w:rPr>
        <w:t xml:space="preserve"> be less brave. So it's probably going to cover up a bit more.</w:t>
      </w:r>
    </w:p>
    <w:p w14:paraId="3D38CF7A" w14:textId="77777777" w:rsidR="000D24BC" w:rsidRDefault="000D24BC">
      <w:pPr>
        <w:spacing w:after="0"/>
      </w:pPr>
    </w:p>
    <w:p w14:paraId="477C431A" w14:textId="77777777" w:rsidR="000D24BC" w:rsidRDefault="00082537">
      <w:pPr>
        <w:spacing w:after="0"/>
      </w:pPr>
      <w:r>
        <w:rPr>
          <w:rFonts w:ascii="Arial" w:hAnsi="Arial"/>
          <w:b/>
        </w:rPr>
        <w:t xml:space="preserve">Interviewer E:  </w:t>
      </w:r>
      <w:r>
        <w:rPr>
          <w:rFonts w:ascii="Arial" w:hAnsi="Arial"/>
          <w:color w:val="5D7284"/>
        </w:rPr>
        <w:t>43:49</w:t>
      </w:r>
    </w:p>
    <w:p w14:paraId="052716BD" w14:textId="77777777" w:rsidR="000D24BC" w:rsidRDefault="00082537">
      <w:pPr>
        <w:spacing w:after="0"/>
      </w:pPr>
      <w:r>
        <w:rPr>
          <w:rFonts w:ascii="Arial" w:hAnsi="Arial"/>
        </w:rPr>
        <w:t>Okay, so if I slow it down, it'll look more like what you did.</w:t>
      </w:r>
    </w:p>
    <w:p w14:paraId="479FFF6A" w14:textId="77777777" w:rsidR="000D24BC" w:rsidRDefault="000D24BC">
      <w:pPr>
        <w:spacing w:after="0"/>
      </w:pPr>
    </w:p>
    <w:p w14:paraId="60166C88" w14:textId="77777777" w:rsidR="000D24BC" w:rsidRDefault="00082537">
      <w:pPr>
        <w:spacing w:after="0"/>
      </w:pPr>
      <w:r>
        <w:rPr>
          <w:rFonts w:ascii="Arial" w:hAnsi="Arial"/>
          <w:b/>
        </w:rPr>
        <w:t xml:space="preserve">Participant#31:  </w:t>
      </w:r>
      <w:r>
        <w:rPr>
          <w:rFonts w:ascii="Arial" w:hAnsi="Arial"/>
          <w:color w:val="5D7284"/>
        </w:rPr>
        <w:t>43:53</w:t>
      </w:r>
    </w:p>
    <w:p w14:paraId="574E943E" w14:textId="77777777" w:rsidR="000D24BC" w:rsidRDefault="00082537">
      <w:pPr>
        <w:spacing w:after="0"/>
      </w:pPr>
      <w:r>
        <w:rPr>
          <w:rFonts w:ascii="Arial" w:hAnsi="Arial"/>
        </w:rPr>
        <w:t xml:space="preserve"> Yep. Yep. </w:t>
      </w:r>
    </w:p>
    <w:p w14:paraId="7C99EB82" w14:textId="77777777" w:rsidR="000D24BC" w:rsidRDefault="000D24BC">
      <w:pPr>
        <w:spacing w:after="0"/>
      </w:pPr>
    </w:p>
    <w:p w14:paraId="37ECC407" w14:textId="77777777" w:rsidR="000D24BC" w:rsidRDefault="00082537">
      <w:pPr>
        <w:spacing w:after="0"/>
      </w:pPr>
      <w:r>
        <w:rPr>
          <w:rFonts w:ascii="Arial" w:hAnsi="Arial"/>
          <w:b/>
        </w:rPr>
        <w:t xml:space="preserve">Interviewer E:  </w:t>
      </w:r>
      <w:r>
        <w:rPr>
          <w:rFonts w:ascii="Arial" w:hAnsi="Arial"/>
          <w:color w:val="5D7284"/>
        </w:rPr>
        <w:t>43:55</w:t>
      </w:r>
    </w:p>
    <w:p w14:paraId="1129064E" w14:textId="77777777" w:rsidR="000D24BC" w:rsidRDefault="00082537">
      <w:pPr>
        <w:spacing w:after="0"/>
      </w:pPr>
      <w:r>
        <w:rPr>
          <w:rFonts w:ascii="Arial" w:hAnsi="Arial"/>
        </w:rPr>
        <w:t xml:space="preserve">And if I speed it up, it'll stay like that. </w:t>
      </w:r>
    </w:p>
    <w:p w14:paraId="6DE395EE" w14:textId="77777777" w:rsidR="000D24BC" w:rsidRDefault="000D24BC">
      <w:pPr>
        <w:spacing w:after="0"/>
      </w:pPr>
    </w:p>
    <w:p w14:paraId="4EFBC31F" w14:textId="77777777" w:rsidR="000D24BC" w:rsidRDefault="00082537">
      <w:pPr>
        <w:spacing w:after="0"/>
      </w:pPr>
      <w:r>
        <w:rPr>
          <w:rFonts w:ascii="Arial" w:hAnsi="Arial"/>
          <w:b/>
        </w:rPr>
        <w:t xml:space="preserve">Participant#31:  </w:t>
      </w:r>
      <w:r>
        <w:rPr>
          <w:rFonts w:ascii="Arial" w:hAnsi="Arial"/>
          <w:color w:val="5D7284"/>
        </w:rPr>
        <w:t>43:57</w:t>
      </w:r>
    </w:p>
    <w:p w14:paraId="2B795940" w14:textId="77777777" w:rsidR="000D24BC" w:rsidRDefault="00082537">
      <w:pPr>
        <w:spacing w:after="0"/>
      </w:pPr>
      <w:r>
        <w:rPr>
          <w:rFonts w:ascii="Arial" w:hAnsi="Arial"/>
        </w:rPr>
        <w:t>Yeah.</w:t>
      </w:r>
    </w:p>
    <w:p w14:paraId="6961AFAF" w14:textId="77777777" w:rsidR="000D24BC" w:rsidRDefault="000D24BC">
      <w:pPr>
        <w:spacing w:after="0"/>
      </w:pPr>
    </w:p>
    <w:p w14:paraId="639DB8B2" w14:textId="77777777" w:rsidR="000D24BC" w:rsidRDefault="00082537">
      <w:pPr>
        <w:spacing w:after="0"/>
      </w:pPr>
      <w:r>
        <w:rPr>
          <w:rFonts w:ascii="Arial" w:hAnsi="Arial"/>
          <w:b/>
        </w:rPr>
        <w:t xml:space="preserve">Interviewer E:  </w:t>
      </w:r>
      <w:r>
        <w:rPr>
          <w:rFonts w:ascii="Arial" w:hAnsi="Arial"/>
          <w:color w:val="5D7284"/>
        </w:rPr>
        <w:t>43:57</w:t>
      </w:r>
    </w:p>
    <w:p w14:paraId="34C362A0" w14:textId="77777777" w:rsidR="000D24BC" w:rsidRDefault="00082537">
      <w:pPr>
        <w:spacing w:after="0"/>
      </w:pPr>
      <w:r>
        <w:rPr>
          <w:rFonts w:ascii="Arial" w:hAnsi="Arial"/>
        </w:rPr>
        <w:t>How it is now?</w:t>
      </w:r>
    </w:p>
    <w:p w14:paraId="46AB656C" w14:textId="77777777" w:rsidR="000D24BC" w:rsidRDefault="000D24BC">
      <w:pPr>
        <w:spacing w:after="0"/>
      </w:pPr>
    </w:p>
    <w:p w14:paraId="385EBD25" w14:textId="77777777" w:rsidR="000D24BC" w:rsidRDefault="00082537">
      <w:pPr>
        <w:spacing w:after="0"/>
      </w:pPr>
      <w:r>
        <w:rPr>
          <w:rFonts w:ascii="Arial" w:hAnsi="Arial"/>
          <w:b/>
        </w:rPr>
        <w:t xml:space="preserve">Participant#31:  </w:t>
      </w:r>
      <w:r>
        <w:rPr>
          <w:rFonts w:ascii="Arial" w:hAnsi="Arial"/>
          <w:color w:val="5D7284"/>
        </w:rPr>
        <w:t>43:58</w:t>
      </w:r>
    </w:p>
    <w:p w14:paraId="258B1746" w14:textId="77777777" w:rsidR="000D24BC" w:rsidRDefault="00082537">
      <w:pPr>
        <w:spacing w:after="0"/>
      </w:pPr>
      <w:r>
        <w:rPr>
          <w:rFonts w:ascii="Arial" w:hAnsi="Arial"/>
        </w:rPr>
        <w:t>yep. Probably.</w:t>
      </w:r>
    </w:p>
    <w:p w14:paraId="6408A24F" w14:textId="77777777" w:rsidR="000D24BC" w:rsidRDefault="000D24BC">
      <w:pPr>
        <w:spacing w:after="0"/>
      </w:pPr>
    </w:p>
    <w:p w14:paraId="3A478E49" w14:textId="77777777" w:rsidR="000D24BC" w:rsidRDefault="00082537">
      <w:pPr>
        <w:spacing w:after="0"/>
      </w:pPr>
      <w:r>
        <w:rPr>
          <w:rFonts w:ascii="Arial" w:hAnsi="Arial"/>
          <w:b/>
        </w:rPr>
        <w:t xml:space="preserve">Interviewer E:  </w:t>
      </w:r>
      <w:r>
        <w:rPr>
          <w:rFonts w:ascii="Arial" w:hAnsi="Arial"/>
          <w:color w:val="5D7284"/>
        </w:rPr>
        <w:t>44:00</w:t>
      </w:r>
    </w:p>
    <w:p w14:paraId="662A5B56" w14:textId="77777777" w:rsidR="000D24BC" w:rsidRDefault="00082537">
      <w:pPr>
        <w:spacing w:after="0"/>
      </w:pPr>
      <w:r>
        <w:rPr>
          <w:rFonts w:ascii="Arial" w:hAnsi="Arial"/>
        </w:rPr>
        <w:lastRenderedPageBreak/>
        <w:t>It wouldn't look like this. It will stay vertical columns. Okay, so before it's completely, completely not there anymore. What I want you to do is draw your last prediction, which is just your not a prediction but more so just draw me what you see now. Okay, okay. Yeah, feel free to stand up. Look at it however you want to, alright, now I have a question What do you think will happen to it if I just stopped the tank right now?</w:t>
      </w:r>
    </w:p>
    <w:p w14:paraId="01FEE3C3" w14:textId="77777777" w:rsidR="000D24BC" w:rsidRDefault="000D24BC">
      <w:pPr>
        <w:spacing w:after="0"/>
      </w:pPr>
    </w:p>
    <w:p w14:paraId="2A746A6F" w14:textId="77777777" w:rsidR="000D24BC" w:rsidRDefault="00082537">
      <w:pPr>
        <w:spacing w:after="0"/>
      </w:pPr>
      <w:r>
        <w:rPr>
          <w:rFonts w:ascii="Arial" w:hAnsi="Arial"/>
          <w:b/>
        </w:rPr>
        <w:t xml:space="preserve">Participant#31:  </w:t>
      </w:r>
      <w:r>
        <w:rPr>
          <w:rFonts w:ascii="Arial" w:hAnsi="Arial"/>
          <w:color w:val="5D7284"/>
        </w:rPr>
        <w:t>46:33</w:t>
      </w:r>
    </w:p>
    <w:p w14:paraId="4F23FFD0" w14:textId="77777777" w:rsidR="000D24BC" w:rsidRDefault="00082537">
      <w:pPr>
        <w:spacing w:after="0"/>
      </w:pPr>
      <w:r>
        <w:rPr>
          <w:rFonts w:ascii="Arial" w:hAnsi="Arial"/>
        </w:rPr>
        <w:t>It's probably gonna fill up.</w:t>
      </w:r>
    </w:p>
    <w:p w14:paraId="3319B717" w14:textId="77777777" w:rsidR="000D24BC" w:rsidRDefault="000D24BC">
      <w:pPr>
        <w:spacing w:after="0"/>
      </w:pPr>
    </w:p>
    <w:p w14:paraId="7C91AFBD" w14:textId="77777777" w:rsidR="000D24BC" w:rsidRDefault="00082537">
      <w:pPr>
        <w:spacing w:after="0"/>
      </w:pPr>
      <w:r>
        <w:rPr>
          <w:rFonts w:ascii="Arial" w:hAnsi="Arial"/>
          <w:b/>
        </w:rPr>
        <w:t xml:space="preserve">Interviewer E:  </w:t>
      </w:r>
      <w:r>
        <w:rPr>
          <w:rFonts w:ascii="Arial" w:hAnsi="Arial"/>
          <w:color w:val="5D7284"/>
        </w:rPr>
        <w:t>46:36</w:t>
      </w:r>
    </w:p>
    <w:p w14:paraId="7C0FE350" w14:textId="77777777" w:rsidR="000D24BC" w:rsidRDefault="00082537">
      <w:pPr>
        <w:spacing w:after="0"/>
      </w:pPr>
      <w:r>
        <w:rPr>
          <w:rFonts w:ascii="Arial" w:hAnsi="Arial"/>
        </w:rPr>
        <w:t>What do you mean by it? What do you mean by fill up?</w:t>
      </w:r>
    </w:p>
    <w:p w14:paraId="0890656F" w14:textId="77777777" w:rsidR="000D24BC" w:rsidRDefault="000D24BC">
      <w:pPr>
        <w:spacing w:after="0"/>
      </w:pPr>
    </w:p>
    <w:p w14:paraId="2690000F" w14:textId="77777777" w:rsidR="000D24BC" w:rsidRDefault="00082537">
      <w:pPr>
        <w:spacing w:after="0"/>
      </w:pPr>
      <w:r>
        <w:rPr>
          <w:rFonts w:ascii="Arial" w:hAnsi="Arial"/>
          <w:b/>
        </w:rPr>
        <w:t xml:space="preserve">Participant#31:  </w:t>
      </w:r>
      <w:r>
        <w:rPr>
          <w:rFonts w:ascii="Arial" w:hAnsi="Arial"/>
          <w:color w:val="5D7284"/>
        </w:rPr>
        <w:t>46:38</w:t>
      </w:r>
    </w:p>
    <w:p w14:paraId="7D5F03C8" w14:textId="77777777" w:rsidR="000D24BC" w:rsidRDefault="00082537">
      <w:pPr>
        <w:spacing w:after="0"/>
      </w:pPr>
      <w:r>
        <w:rPr>
          <w:rFonts w:ascii="Arial" w:hAnsi="Arial"/>
        </w:rPr>
        <w:t>Like it's probably going to start combining just you if you stop it.</w:t>
      </w:r>
    </w:p>
    <w:p w14:paraId="412102AC" w14:textId="77777777" w:rsidR="000D24BC" w:rsidRDefault="000D24BC">
      <w:pPr>
        <w:spacing w:after="0"/>
      </w:pPr>
    </w:p>
    <w:p w14:paraId="2A70536E" w14:textId="77777777" w:rsidR="000D24BC" w:rsidRDefault="00082537">
      <w:pPr>
        <w:spacing w:after="0"/>
      </w:pPr>
      <w:r>
        <w:rPr>
          <w:rFonts w:ascii="Arial" w:hAnsi="Arial"/>
          <w:b/>
        </w:rPr>
        <w:t xml:space="preserve">Interviewer E:  </w:t>
      </w:r>
      <w:r>
        <w:rPr>
          <w:rFonts w:ascii="Arial" w:hAnsi="Arial"/>
          <w:color w:val="5D7284"/>
        </w:rPr>
        <w:t>46:42</w:t>
      </w:r>
    </w:p>
    <w:p w14:paraId="323D7FB9" w14:textId="77777777" w:rsidR="000D24BC" w:rsidRDefault="00082537">
      <w:pPr>
        <w:spacing w:after="0"/>
      </w:pPr>
      <w:r>
        <w:rPr>
          <w:rFonts w:ascii="Arial" w:hAnsi="Arial"/>
        </w:rPr>
        <w:t>As in the colors.</w:t>
      </w:r>
    </w:p>
    <w:p w14:paraId="7C59B119" w14:textId="77777777" w:rsidR="000D24BC" w:rsidRDefault="000D24BC">
      <w:pPr>
        <w:spacing w:after="0"/>
      </w:pPr>
    </w:p>
    <w:p w14:paraId="17EC0492" w14:textId="77777777" w:rsidR="000D24BC" w:rsidRDefault="00082537">
      <w:pPr>
        <w:spacing w:after="0"/>
      </w:pPr>
      <w:r>
        <w:rPr>
          <w:rFonts w:ascii="Arial" w:hAnsi="Arial"/>
          <w:b/>
        </w:rPr>
        <w:t xml:space="preserve">Participant#31:  </w:t>
      </w:r>
      <w:r>
        <w:rPr>
          <w:rFonts w:ascii="Arial" w:hAnsi="Arial"/>
          <w:color w:val="5D7284"/>
        </w:rPr>
        <w:t>46:43</w:t>
      </w:r>
    </w:p>
    <w:p w14:paraId="54780B83" w14:textId="77777777" w:rsidR="000D24BC" w:rsidRDefault="00082537">
      <w:pPr>
        <w:spacing w:after="0"/>
      </w:pPr>
      <w:r>
        <w:rPr>
          <w:rFonts w:ascii="Arial" w:hAnsi="Arial"/>
        </w:rPr>
        <w:t>I am talking about the colors.</w:t>
      </w:r>
    </w:p>
    <w:p w14:paraId="1C5E7C74" w14:textId="77777777" w:rsidR="000D24BC" w:rsidRDefault="000D24BC">
      <w:pPr>
        <w:spacing w:after="0"/>
      </w:pPr>
    </w:p>
    <w:p w14:paraId="6FD93C23" w14:textId="77777777" w:rsidR="000D24BC" w:rsidRDefault="00082537">
      <w:pPr>
        <w:spacing w:after="0"/>
      </w:pPr>
      <w:r>
        <w:rPr>
          <w:rFonts w:ascii="Arial" w:hAnsi="Arial"/>
          <w:b/>
        </w:rPr>
        <w:t xml:space="preserve">Interviewer E:  </w:t>
      </w:r>
      <w:r>
        <w:rPr>
          <w:rFonts w:ascii="Arial" w:hAnsi="Arial"/>
          <w:color w:val="5D7284"/>
        </w:rPr>
        <w:t>46:45</w:t>
      </w:r>
    </w:p>
    <w:p w14:paraId="7BE50E49" w14:textId="77777777" w:rsidR="000D24BC" w:rsidRDefault="00082537">
      <w:pPr>
        <w:spacing w:after="0"/>
      </w:pPr>
      <w:r>
        <w:rPr>
          <w:rFonts w:ascii="Arial" w:hAnsi="Arial"/>
        </w:rPr>
        <w:t>The colors, okay, well it's what as a whole so looking at the blue and the pink as a whole what do you think will happen to those vertical columns if I stopped the tank right now?</w:t>
      </w:r>
    </w:p>
    <w:p w14:paraId="1D62053A" w14:textId="77777777" w:rsidR="000D24BC" w:rsidRDefault="000D24BC">
      <w:pPr>
        <w:spacing w:after="0"/>
      </w:pPr>
    </w:p>
    <w:p w14:paraId="546F3B8A" w14:textId="77777777" w:rsidR="000D24BC" w:rsidRDefault="00082537">
      <w:pPr>
        <w:spacing w:after="0"/>
      </w:pPr>
      <w:r>
        <w:rPr>
          <w:rFonts w:ascii="Arial" w:hAnsi="Arial"/>
          <w:b/>
        </w:rPr>
        <w:t xml:space="preserve">Participant#31:  </w:t>
      </w:r>
      <w:r>
        <w:rPr>
          <w:rFonts w:ascii="Arial" w:hAnsi="Arial"/>
          <w:color w:val="5D7284"/>
        </w:rPr>
        <w:t>46:56</w:t>
      </w:r>
    </w:p>
    <w:p w14:paraId="4A4C032F" w14:textId="1622EE25" w:rsidR="000D24BC" w:rsidRDefault="00082537" w:rsidP="21F887E1">
      <w:pPr>
        <w:spacing w:after="0"/>
        <w:rPr>
          <w:rFonts w:ascii="Arial" w:hAnsi="Arial"/>
        </w:rPr>
      </w:pPr>
      <w:r w:rsidRPr="21F887E1">
        <w:rPr>
          <w:rFonts w:ascii="Arial" w:hAnsi="Arial"/>
        </w:rPr>
        <w:t xml:space="preserve">You wont those vertical columns going to once you stopped with the vertical columns, </w:t>
      </w:r>
      <w:r w:rsidR="257073E6" w:rsidRPr="21F887E1">
        <w:rPr>
          <w:rFonts w:ascii="Arial" w:hAnsi="Arial"/>
        </w:rPr>
        <w:t>wi</w:t>
      </w:r>
      <w:r w:rsidRPr="21F887E1">
        <w:rPr>
          <w:rFonts w:ascii="Arial" w:hAnsi="Arial"/>
        </w:rPr>
        <w:t xml:space="preserve">ll just stop will just break apart they spread all over the water. </w:t>
      </w:r>
    </w:p>
    <w:p w14:paraId="61230B0C" w14:textId="77777777" w:rsidR="000D24BC" w:rsidRDefault="000D24BC">
      <w:pPr>
        <w:spacing w:after="0"/>
      </w:pPr>
    </w:p>
    <w:p w14:paraId="186BB78F" w14:textId="77777777" w:rsidR="000D24BC" w:rsidRDefault="00082537">
      <w:pPr>
        <w:spacing w:after="0"/>
      </w:pPr>
      <w:r>
        <w:rPr>
          <w:rFonts w:ascii="Arial" w:hAnsi="Arial"/>
          <w:b/>
        </w:rPr>
        <w:t xml:space="preserve">Interviewer E:  </w:t>
      </w:r>
      <w:r>
        <w:rPr>
          <w:rFonts w:ascii="Arial" w:hAnsi="Arial"/>
          <w:color w:val="5D7284"/>
        </w:rPr>
        <w:t>47:03</w:t>
      </w:r>
    </w:p>
    <w:p w14:paraId="776DA783" w14:textId="77777777" w:rsidR="000D24BC" w:rsidRDefault="00082537">
      <w:pPr>
        <w:spacing w:after="0"/>
      </w:pPr>
      <w:r>
        <w:rPr>
          <w:rFonts w:ascii="Arial" w:hAnsi="Arial"/>
        </w:rPr>
        <w:t>Okay, okay, and do you think what can I do to this tank to get swirls? Like how could I get something like these little swirls that you drew here like this?</w:t>
      </w:r>
    </w:p>
    <w:p w14:paraId="44C04021" w14:textId="77777777" w:rsidR="000D24BC" w:rsidRDefault="000D24BC">
      <w:pPr>
        <w:spacing w:after="0"/>
      </w:pPr>
    </w:p>
    <w:p w14:paraId="1E690F47" w14:textId="77777777" w:rsidR="000D24BC" w:rsidRDefault="00082537">
      <w:pPr>
        <w:spacing w:after="0"/>
      </w:pPr>
      <w:r>
        <w:rPr>
          <w:rFonts w:ascii="Arial" w:hAnsi="Arial"/>
          <w:b/>
        </w:rPr>
        <w:t xml:space="preserve">Participant#31:  </w:t>
      </w:r>
      <w:r>
        <w:rPr>
          <w:rFonts w:ascii="Arial" w:hAnsi="Arial"/>
          <w:color w:val="5D7284"/>
        </w:rPr>
        <w:t>47:21</w:t>
      </w:r>
    </w:p>
    <w:p w14:paraId="3F7BCFBD" w14:textId="77777777" w:rsidR="000D24BC" w:rsidRDefault="00082537">
      <w:pPr>
        <w:spacing w:after="0"/>
      </w:pPr>
      <w:r>
        <w:rPr>
          <w:rFonts w:ascii="Arial" w:hAnsi="Arial"/>
        </w:rPr>
        <w:t>I feel like the swirl was like, I guess like once you speed it up and then stop it right away.</w:t>
      </w:r>
    </w:p>
    <w:p w14:paraId="0BDD614D" w14:textId="77777777" w:rsidR="000D24BC" w:rsidRDefault="000D24BC">
      <w:pPr>
        <w:spacing w:after="0"/>
      </w:pPr>
    </w:p>
    <w:p w14:paraId="46EA8011" w14:textId="77777777" w:rsidR="000D24BC" w:rsidRDefault="00082537">
      <w:pPr>
        <w:spacing w:after="0"/>
      </w:pPr>
      <w:r>
        <w:rPr>
          <w:rFonts w:ascii="Arial" w:hAnsi="Arial"/>
          <w:b/>
        </w:rPr>
        <w:t xml:space="preserve">Interviewer E:  </w:t>
      </w:r>
      <w:r>
        <w:rPr>
          <w:rFonts w:ascii="Arial" w:hAnsi="Arial"/>
          <w:color w:val="5D7284"/>
        </w:rPr>
        <w:t>47:27</w:t>
      </w:r>
    </w:p>
    <w:p w14:paraId="2D3FF5C0" w14:textId="77777777" w:rsidR="000D24BC" w:rsidRDefault="00082537">
      <w:pPr>
        <w:spacing w:after="0"/>
      </w:pPr>
      <w:r>
        <w:rPr>
          <w:rFonts w:ascii="Arial" w:hAnsi="Arial"/>
        </w:rPr>
        <w:t>Okay, so speed it up and then stop it and then it will swirl. Okay. So, is there anything that this reminds you of?</w:t>
      </w:r>
    </w:p>
    <w:p w14:paraId="09C39DF8" w14:textId="77777777" w:rsidR="000D24BC" w:rsidRDefault="000D24BC">
      <w:pPr>
        <w:spacing w:after="0"/>
      </w:pPr>
    </w:p>
    <w:p w14:paraId="308FF70E" w14:textId="77777777" w:rsidR="000D24BC" w:rsidRDefault="00082537">
      <w:pPr>
        <w:spacing w:after="0"/>
      </w:pPr>
      <w:r>
        <w:rPr>
          <w:rFonts w:ascii="Arial" w:hAnsi="Arial"/>
          <w:b/>
        </w:rPr>
        <w:t xml:space="preserve">Participant#31:  </w:t>
      </w:r>
      <w:r>
        <w:rPr>
          <w:rFonts w:ascii="Arial" w:hAnsi="Arial"/>
          <w:color w:val="5D7284"/>
        </w:rPr>
        <w:t>47:41</w:t>
      </w:r>
    </w:p>
    <w:p w14:paraId="1E05A443" w14:textId="77777777" w:rsidR="000D24BC" w:rsidRDefault="00082537">
      <w:pPr>
        <w:spacing w:after="0"/>
      </w:pPr>
      <w:r>
        <w:rPr>
          <w:rFonts w:ascii="Arial" w:hAnsi="Arial"/>
        </w:rPr>
        <w:t>But I did a top color minds like most Chinese symbols more particularly the ying and yand symbol.</w:t>
      </w:r>
    </w:p>
    <w:p w14:paraId="597B5F74" w14:textId="77777777" w:rsidR="000D24BC" w:rsidRDefault="000D24BC">
      <w:pPr>
        <w:spacing w:after="0"/>
      </w:pPr>
    </w:p>
    <w:p w14:paraId="6D09B90F" w14:textId="77777777" w:rsidR="000D24BC" w:rsidRDefault="00082537">
      <w:pPr>
        <w:spacing w:after="0"/>
      </w:pPr>
      <w:r>
        <w:rPr>
          <w:rFonts w:ascii="Arial" w:hAnsi="Arial"/>
          <w:b/>
        </w:rPr>
        <w:t xml:space="preserve">Interviewer E:  </w:t>
      </w:r>
      <w:r>
        <w:rPr>
          <w:rFonts w:ascii="Arial" w:hAnsi="Arial"/>
          <w:color w:val="5D7284"/>
        </w:rPr>
        <w:t>47:46</w:t>
      </w:r>
    </w:p>
    <w:p w14:paraId="290D5F13" w14:textId="77777777" w:rsidR="000D24BC" w:rsidRDefault="00082537">
      <w:pPr>
        <w:spacing w:after="0"/>
      </w:pPr>
      <w:r>
        <w:rPr>
          <w:rFonts w:ascii="Arial" w:hAnsi="Arial"/>
        </w:rPr>
        <w:lastRenderedPageBreak/>
        <w:t>The ying and yang symbol? Okay.</w:t>
      </w:r>
    </w:p>
    <w:p w14:paraId="010521AA" w14:textId="77777777" w:rsidR="000D24BC" w:rsidRDefault="000D24BC">
      <w:pPr>
        <w:spacing w:after="0"/>
      </w:pPr>
    </w:p>
    <w:p w14:paraId="3CE92E5B" w14:textId="77777777" w:rsidR="000D24BC" w:rsidRDefault="00082537">
      <w:pPr>
        <w:spacing w:after="0"/>
      </w:pPr>
      <w:r>
        <w:rPr>
          <w:rFonts w:ascii="Arial" w:hAnsi="Arial"/>
          <w:b/>
        </w:rPr>
        <w:t xml:space="preserve">Participant#31:  </w:t>
      </w:r>
      <w:r>
        <w:rPr>
          <w:rFonts w:ascii="Arial" w:hAnsi="Arial"/>
          <w:color w:val="5D7284"/>
        </w:rPr>
        <w:t>47:47</w:t>
      </w:r>
    </w:p>
    <w:p w14:paraId="58A42A5B" w14:textId="77777777" w:rsidR="000D24BC" w:rsidRDefault="00082537">
      <w:pPr>
        <w:spacing w:after="0"/>
      </w:pPr>
      <w:r>
        <w:rPr>
          <w:rFonts w:ascii="Arial" w:hAnsi="Arial"/>
        </w:rPr>
        <w:t xml:space="preserve"> Yes, yeah. At least on top.</w:t>
      </w:r>
    </w:p>
    <w:p w14:paraId="2CF9CD6F" w14:textId="77777777" w:rsidR="000D24BC" w:rsidRDefault="000D24BC">
      <w:pPr>
        <w:spacing w:after="0"/>
      </w:pPr>
    </w:p>
    <w:p w14:paraId="064AF624" w14:textId="77777777" w:rsidR="000D24BC" w:rsidRDefault="00082537">
      <w:pPr>
        <w:spacing w:after="0"/>
      </w:pPr>
      <w:r>
        <w:rPr>
          <w:rFonts w:ascii="Arial" w:hAnsi="Arial"/>
          <w:b/>
        </w:rPr>
        <w:t xml:space="preserve">Interviewer E:  </w:t>
      </w:r>
      <w:r>
        <w:rPr>
          <w:rFonts w:ascii="Arial" w:hAnsi="Arial"/>
          <w:color w:val="5D7284"/>
        </w:rPr>
        <w:t>47:50</w:t>
      </w:r>
    </w:p>
    <w:p w14:paraId="04D17C41" w14:textId="77777777" w:rsidR="000D24BC" w:rsidRDefault="00082537">
      <w:pPr>
        <w:spacing w:after="0"/>
      </w:pPr>
      <w:r>
        <w:rPr>
          <w:rFonts w:ascii="Arial" w:hAnsi="Arial"/>
        </w:rPr>
        <w:t xml:space="preserve"> Okay. </w:t>
      </w:r>
    </w:p>
    <w:p w14:paraId="73986D6D" w14:textId="77777777" w:rsidR="000D24BC" w:rsidRDefault="000D24BC">
      <w:pPr>
        <w:spacing w:after="0"/>
      </w:pPr>
    </w:p>
    <w:p w14:paraId="39AAE80F" w14:textId="77777777" w:rsidR="000D24BC" w:rsidRDefault="00082537">
      <w:pPr>
        <w:spacing w:after="0"/>
      </w:pPr>
      <w:r>
        <w:rPr>
          <w:rFonts w:ascii="Arial" w:hAnsi="Arial"/>
          <w:b/>
        </w:rPr>
        <w:t xml:space="preserve">Participant#31:  </w:t>
      </w:r>
      <w:r>
        <w:rPr>
          <w:rFonts w:ascii="Arial" w:hAnsi="Arial"/>
          <w:color w:val="5D7284"/>
        </w:rPr>
        <w:t>47:50</w:t>
      </w:r>
    </w:p>
    <w:p w14:paraId="6C954BDB" w14:textId="77777777" w:rsidR="000D24BC" w:rsidRDefault="00082537">
      <w:pPr>
        <w:spacing w:after="0"/>
      </w:pPr>
      <w:r>
        <w:rPr>
          <w:rFonts w:ascii="Arial" w:hAnsi="Arial"/>
        </w:rPr>
        <w:t>I guess the bottom would be like smoker effects like I see like during wars like TV soap movies, mobile games, particularly in anime sometimes. There's like smoke and you see colorful, you know, the light green is all that like doing wars.</w:t>
      </w:r>
    </w:p>
    <w:p w14:paraId="368C0A8B" w14:textId="77777777" w:rsidR="000D24BC" w:rsidRDefault="000D24BC">
      <w:pPr>
        <w:spacing w:after="0"/>
      </w:pPr>
    </w:p>
    <w:p w14:paraId="357D453F" w14:textId="77777777" w:rsidR="000D24BC" w:rsidRDefault="00082537">
      <w:pPr>
        <w:spacing w:after="0"/>
      </w:pPr>
      <w:r>
        <w:rPr>
          <w:rFonts w:ascii="Arial" w:hAnsi="Arial"/>
          <w:b/>
        </w:rPr>
        <w:t xml:space="preserve">Interviewer E:  </w:t>
      </w:r>
      <w:r>
        <w:rPr>
          <w:rFonts w:ascii="Arial" w:hAnsi="Arial"/>
          <w:color w:val="5D7284"/>
        </w:rPr>
        <w:t>48:07</w:t>
      </w:r>
    </w:p>
    <w:p w14:paraId="21D6580E" w14:textId="77777777" w:rsidR="000D24BC" w:rsidRDefault="00082537">
      <w:pPr>
        <w:spacing w:after="0"/>
      </w:pPr>
      <w:r>
        <w:rPr>
          <w:rFonts w:ascii="Arial" w:hAnsi="Arial"/>
        </w:rPr>
        <w:t xml:space="preserve">You said like in an anime. </w:t>
      </w:r>
    </w:p>
    <w:p w14:paraId="36FCE694" w14:textId="77777777" w:rsidR="000D24BC" w:rsidRDefault="000D24BC">
      <w:pPr>
        <w:spacing w:after="0"/>
      </w:pPr>
    </w:p>
    <w:p w14:paraId="1F269F46" w14:textId="77777777" w:rsidR="000D24BC" w:rsidRDefault="00082537">
      <w:pPr>
        <w:spacing w:after="0"/>
      </w:pPr>
      <w:r>
        <w:rPr>
          <w:rFonts w:ascii="Arial" w:hAnsi="Arial"/>
          <w:b/>
        </w:rPr>
        <w:t xml:space="preserve">Participant#31:  </w:t>
      </w:r>
      <w:r>
        <w:rPr>
          <w:rFonts w:ascii="Arial" w:hAnsi="Arial"/>
          <w:color w:val="5D7284"/>
        </w:rPr>
        <w:t>48:08</w:t>
      </w:r>
    </w:p>
    <w:p w14:paraId="27B8FC4D" w14:textId="77777777" w:rsidR="000D24BC" w:rsidRDefault="00082537">
      <w:pPr>
        <w:spacing w:after="0"/>
      </w:pPr>
      <w:r>
        <w:rPr>
          <w:rFonts w:ascii="Arial" w:hAnsi="Arial"/>
        </w:rPr>
        <w:t>Yeah, yeah, real games particularly like smoke bombs being used.</w:t>
      </w:r>
    </w:p>
    <w:p w14:paraId="7EB3CE77" w14:textId="77777777" w:rsidR="000D24BC" w:rsidRDefault="000D24BC">
      <w:pPr>
        <w:spacing w:after="0"/>
      </w:pPr>
    </w:p>
    <w:p w14:paraId="5304A9C9" w14:textId="77777777" w:rsidR="000D24BC" w:rsidRDefault="00082537">
      <w:pPr>
        <w:spacing w:after="0"/>
      </w:pPr>
      <w:r>
        <w:rPr>
          <w:rFonts w:ascii="Arial" w:hAnsi="Arial"/>
          <w:b/>
        </w:rPr>
        <w:t xml:space="preserve">Interviewer E:  </w:t>
      </w:r>
      <w:r>
        <w:rPr>
          <w:rFonts w:ascii="Arial" w:hAnsi="Arial"/>
          <w:color w:val="5D7284"/>
        </w:rPr>
        <w:t>48:12</w:t>
      </w:r>
    </w:p>
    <w:p w14:paraId="74F255EA" w14:textId="77777777" w:rsidR="000D24BC" w:rsidRDefault="00082537">
      <w:pPr>
        <w:spacing w:after="0"/>
      </w:pPr>
      <w:r>
        <w:rPr>
          <w:rFonts w:ascii="Arial" w:hAnsi="Arial"/>
        </w:rPr>
        <w:t>Oh, okay. So like your playing. I don't know Call of Duty and you're throwing a smoke bomb in a room. And that's like kind of what the cloud would generally look.</w:t>
      </w:r>
    </w:p>
    <w:p w14:paraId="0FD6E04E" w14:textId="77777777" w:rsidR="000D24BC" w:rsidRDefault="000D24BC">
      <w:pPr>
        <w:spacing w:after="0"/>
      </w:pPr>
    </w:p>
    <w:p w14:paraId="4167D233" w14:textId="77777777" w:rsidR="000D24BC" w:rsidRDefault="00082537">
      <w:pPr>
        <w:spacing w:after="0"/>
      </w:pPr>
      <w:r>
        <w:rPr>
          <w:rFonts w:ascii="Arial" w:hAnsi="Arial"/>
          <w:b/>
        </w:rPr>
        <w:t xml:space="preserve">Participant#31:  </w:t>
      </w:r>
      <w:r>
        <w:rPr>
          <w:rFonts w:ascii="Arial" w:hAnsi="Arial"/>
          <w:color w:val="5D7284"/>
        </w:rPr>
        <w:t>48:22</w:t>
      </w:r>
    </w:p>
    <w:p w14:paraId="46F7BB67" w14:textId="77777777" w:rsidR="000D24BC" w:rsidRDefault="00082537">
      <w:pPr>
        <w:spacing w:after="0"/>
      </w:pPr>
      <w:r>
        <w:rPr>
          <w:rFonts w:ascii="Arial" w:hAnsi="Arial"/>
        </w:rPr>
        <w:t>Yeah or like more particularly water come from jets.</w:t>
      </w:r>
    </w:p>
    <w:p w14:paraId="28DD4632" w14:textId="77777777" w:rsidR="000D24BC" w:rsidRDefault="000D24BC">
      <w:pPr>
        <w:spacing w:after="0"/>
      </w:pPr>
    </w:p>
    <w:p w14:paraId="4BDAB598" w14:textId="77777777" w:rsidR="000D24BC" w:rsidRDefault="00082537">
      <w:pPr>
        <w:spacing w:after="0"/>
      </w:pPr>
      <w:r>
        <w:rPr>
          <w:rFonts w:ascii="Arial" w:hAnsi="Arial"/>
          <w:b/>
        </w:rPr>
        <w:t xml:space="preserve">Interviewer E:  </w:t>
      </w:r>
      <w:r>
        <w:rPr>
          <w:rFonts w:ascii="Arial" w:hAnsi="Arial"/>
          <w:color w:val="5D7284"/>
        </w:rPr>
        <w:t>48:25</w:t>
      </w:r>
    </w:p>
    <w:p w14:paraId="2075625C" w14:textId="77777777" w:rsidR="000D24BC" w:rsidRDefault="00082537">
      <w:pPr>
        <w:spacing w:after="0"/>
      </w:pPr>
      <w:r>
        <w:rPr>
          <w:rFonts w:ascii="Arial" w:hAnsi="Arial"/>
        </w:rPr>
        <w:t xml:space="preserve">Oh, like a Jets a jet ski? </w:t>
      </w:r>
    </w:p>
    <w:p w14:paraId="524B2A9A" w14:textId="77777777" w:rsidR="000D24BC" w:rsidRDefault="000D24BC">
      <w:pPr>
        <w:spacing w:after="0"/>
      </w:pPr>
    </w:p>
    <w:p w14:paraId="28AE4537" w14:textId="77777777" w:rsidR="000D24BC" w:rsidRDefault="00082537">
      <w:pPr>
        <w:spacing w:after="0"/>
      </w:pPr>
      <w:r>
        <w:rPr>
          <w:rFonts w:ascii="Arial" w:hAnsi="Arial"/>
          <w:b/>
        </w:rPr>
        <w:t xml:space="preserve">Participant#31:  </w:t>
      </w:r>
      <w:r>
        <w:rPr>
          <w:rFonts w:ascii="Arial" w:hAnsi="Arial"/>
          <w:color w:val="5D7284"/>
        </w:rPr>
        <w:t>48:27</w:t>
      </w:r>
    </w:p>
    <w:p w14:paraId="40A21EB4" w14:textId="77777777" w:rsidR="000D24BC" w:rsidRDefault="00082537">
      <w:pPr>
        <w:spacing w:after="0"/>
      </w:pPr>
      <w:r>
        <w:rPr>
          <w:rFonts w:ascii="Arial" w:hAnsi="Arial"/>
        </w:rPr>
        <w:t xml:space="preserve">Yeah, jet ski. </w:t>
      </w:r>
    </w:p>
    <w:p w14:paraId="2680C36C" w14:textId="77777777" w:rsidR="000D24BC" w:rsidRDefault="000D24BC">
      <w:pPr>
        <w:spacing w:after="0"/>
      </w:pPr>
    </w:p>
    <w:p w14:paraId="34D5CC85" w14:textId="77777777" w:rsidR="000D24BC" w:rsidRDefault="00082537">
      <w:pPr>
        <w:spacing w:after="0"/>
      </w:pPr>
      <w:r>
        <w:rPr>
          <w:rFonts w:ascii="Arial" w:hAnsi="Arial"/>
          <w:b/>
        </w:rPr>
        <w:t xml:space="preserve">Interviewer E:  </w:t>
      </w:r>
      <w:r>
        <w:rPr>
          <w:rFonts w:ascii="Arial" w:hAnsi="Arial"/>
          <w:color w:val="5D7284"/>
        </w:rPr>
        <w:t>48:28</w:t>
      </w:r>
    </w:p>
    <w:p w14:paraId="0913CC55" w14:textId="77777777" w:rsidR="000D24BC" w:rsidRDefault="00082537">
      <w:pPr>
        <w:spacing w:after="0"/>
      </w:pPr>
      <w:r>
        <w:rPr>
          <w:rFonts w:ascii="Arial" w:hAnsi="Arial"/>
        </w:rPr>
        <w:t xml:space="preserve">Like behind it. </w:t>
      </w:r>
    </w:p>
    <w:p w14:paraId="57928D54" w14:textId="77777777" w:rsidR="000D24BC" w:rsidRDefault="000D24BC">
      <w:pPr>
        <w:spacing w:after="0"/>
      </w:pPr>
    </w:p>
    <w:p w14:paraId="2C44AF0D" w14:textId="77777777" w:rsidR="000D24BC" w:rsidRDefault="00082537">
      <w:pPr>
        <w:spacing w:after="0"/>
      </w:pPr>
      <w:r>
        <w:rPr>
          <w:rFonts w:ascii="Arial" w:hAnsi="Arial"/>
          <w:b/>
        </w:rPr>
        <w:t xml:space="preserve">Participant#31:  </w:t>
      </w:r>
      <w:r>
        <w:rPr>
          <w:rFonts w:ascii="Arial" w:hAnsi="Arial"/>
          <w:color w:val="5D7284"/>
        </w:rPr>
        <w:t>48:29</w:t>
      </w:r>
    </w:p>
    <w:p w14:paraId="61FC4FE6" w14:textId="77777777" w:rsidR="000D24BC" w:rsidRDefault="00082537">
      <w:pPr>
        <w:spacing w:after="0"/>
      </w:pPr>
      <w:r>
        <w:rPr>
          <w:rFonts w:ascii="Arial" w:hAnsi="Arial"/>
        </w:rPr>
        <w:t>Yeah, where it shoots.</w:t>
      </w:r>
    </w:p>
    <w:p w14:paraId="27922404" w14:textId="77777777" w:rsidR="000D24BC" w:rsidRDefault="000D24BC">
      <w:pPr>
        <w:spacing w:after="0"/>
      </w:pPr>
    </w:p>
    <w:p w14:paraId="2C7C71CA" w14:textId="77777777" w:rsidR="000D24BC" w:rsidRDefault="00082537">
      <w:pPr>
        <w:spacing w:after="0"/>
      </w:pPr>
      <w:r>
        <w:rPr>
          <w:rFonts w:ascii="Arial" w:hAnsi="Arial"/>
          <w:b/>
        </w:rPr>
        <w:t xml:space="preserve">Interviewer E:  </w:t>
      </w:r>
      <w:r>
        <w:rPr>
          <w:rFonts w:ascii="Arial" w:hAnsi="Arial"/>
          <w:color w:val="5D7284"/>
        </w:rPr>
        <w:t>48:31</w:t>
      </w:r>
    </w:p>
    <w:p w14:paraId="3D261F09" w14:textId="77777777" w:rsidR="000D24BC" w:rsidRDefault="00082537">
      <w:pPr>
        <w:spacing w:after="0"/>
      </w:pPr>
      <w:r>
        <w:rPr>
          <w:rFonts w:ascii="Arial" w:hAnsi="Arial"/>
        </w:rPr>
        <w:t>Okay, okay. You said suits?</w:t>
      </w:r>
    </w:p>
    <w:p w14:paraId="7A816F23" w14:textId="77777777" w:rsidR="000D24BC" w:rsidRDefault="000D24BC">
      <w:pPr>
        <w:spacing w:after="0"/>
      </w:pPr>
    </w:p>
    <w:p w14:paraId="52918DDF" w14:textId="77777777" w:rsidR="000D24BC" w:rsidRDefault="00082537">
      <w:pPr>
        <w:spacing w:after="0"/>
      </w:pPr>
      <w:r>
        <w:rPr>
          <w:rFonts w:ascii="Arial" w:hAnsi="Arial"/>
          <w:b/>
        </w:rPr>
        <w:t xml:space="preserve">Participant#31:  </w:t>
      </w:r>
      <w:r>
        <w:rPr>
          <w:rFonts w:ascii="Arial" w:hAnsi="Arial"/>
          <w:color w:val="5D7284"/>
        </w:rPr>
        <w:t>48:34</w:t>
      </w:r>
    </w:p>
    <w:p w14:paraId="34FC7D1A" w14:textId="77777777" w:rsidR="000D24BC" w:rsidRDefault="00082537">
      <w:pPr>
        <w:spacing w:after="0"/>
      </w:pPr>
      <w:r>
        <w:rPr>
          <w:rFonts w:ascii="Arial" w:hAnsi="Arial"/>
        </w:rPr>
        <w:t xml:space="preserve"> Shoot.</w:t>
      </w:r>
    </w:p>
    <w:p w14:paraId="55582729" w14:textId="77777777" w:rsidR="000D24BC" w:rsidRDefault="000D24BC">
      <w:pPr>
        <w:spacing w:after="0"/>
      </w:pPr>
    </w:p>
    <w:p w14:paraId="31E32C22" w14:textId="77777777" w:rsidR="000D24BC" w:rsidRDefault="00082537">
      <w:pPr>
        <w:spacing w:after="0"/>
      </w:pPr>
      <w:r>
        <w:rPr>
          <w:rFonts w:ascii="Arial" w:hAnsi="Arial"/>
          <w:b/>
        </w:rPr>
        <w:lastRenderedPageBreak/>
        <w:t xml:space="preserve">Interviewer E:  </w:t>
      </w:r>
      <w:r>
        <w:rPr>
          <w:rFonts w:ascii="Arial" w:hAnsi="Arial"/>
          <w:color w:val="5D7284"/>
        </w:rPr>
        <w:t>48:35</w:t>
      </w:r>
    </w:p>
    <w:p w14:paraId="7320DED4" w14:textId="77777777" w:rsidR="000D24BC" w:rsidRDefault="00082537">
      <w:pPr>
        <w:spacing w:after="0"/>
      </w:pPr>
      <w:r>
        <w:rPr>
          <w:rFonts w:ascii="Arial" w:hAnsi="Arial"/>
        </w:rPr>
        <w:t xml:space="preserve">Shoots. Okay. All right. So we still we have a couple more things. We're almost done here. Um, now I'm actually going to stop it so you can see what happens when it just abruptly stops. Okay, ready? </w:t>
      </w:r>
    </w:p>
    <w:p w14:paraId="4F1159FC" w14:textId="77777777" w:rsidR="000D24BC" w:rsidRDefault="000D24BC">
      <w:pPr>
        <w:spacing w:after="0"/>
      </w:pPr>
    </w:p>
    <w:p w14:paraId="67B5F2D5" w14:textId="77777777" w:rsidR="000D24BC" w:rsidRDefault="00082537">
      <w:pPr>
        <w:spacing w:after="0"/>
      </w:pPr>
      <w:r>
        <w:rPr>
          <w:rFonts w:ascii="Arial" w:hAnsi="Arial"/>
          <w:b/>
        </w:rPr>
        <w:t xml:space="preserve">Participant#31:  </w:t>
      </w:r>
      <w:r>
        <w:rPr>
          <w:rFonts w:ascii="Arial" w:hAnsi="Arial"/>
          <w:color w:val="5D7284"/>
        </w:rPr>
        <w:t>48:49</w:t>
      </w:r>
    </w:p>
    <w:p w14:paraId="4A31D0DC" w14:textId="77777777" w:rsidR="000D24BC" w:rsidRDefault="00082537">
      <w:pPr>
        <w:spacing w:after="0"/>
      </w:pPr>
      <w:r>
        <w:rPr>
          <w:rFonts w:ascii="Arial" w:hAnsi="Arial"/>
        </w:rPr>
        <w:t xml:space="preserve">Yep. </w:t>
      </w:r>
    </w:p>
    <w:p w14:paraId="74266EF2" w14:textId="77777777" w:rsidR="000D24BC" w:rsidRDefault="000D24BC">
      <w:pPr>
        <w:spacing w:after="0"/>
      </w:pPr>
    </w:p>
    <w:p w14:paraId="017B30C1" w14:textId="77777777" w:rsidR="000D24BC" w:rsidRDefault="00082537">
      <w:pPr>
        <w:spacing w:after="0"/>
      </w:pPr>
      <w:r>
        <w:rPr>
          <w:rFonts w:ascii="Arial" w:hAnsi="Arial"/>
          <w:b/>
        </w:rPr>
        <w:t xml:space="preserve">Interviewer E:  </w:t>
      </w:r>
      <w:r>
        <w:rPr>
          <w:rFonts w:ascii="Arial" w:hAnsi="Arial"/>
          <w:color w:val="5D7284"/>
        </w:rPr>
        <w:t>48:57</w:t>
      </w:r>
    </w:p>
    <w:p w14:paraId="6E0A12BC" w14:textId="77777777" w:rsidR="000D24BC" w:rsidRDefault="00082537">
      <w:pPr>
        <w:spacing w:after="0"/>
      </w:pPr>
      <w:r>
        <w:rPr>
          <w:rFonts w:ascii="Arial" w:hAnsi="Arial"/>
        </w:rPr>
        <w:t>So is that a little surprising? Or is that kind of what you thought was gonna happen?</w:t>
      </w:r>
    </w:p>
    <w:p w14:paraId="137DA01A" w14:textId="77777777" w:rsidR="000D24BC" w:rsidRDefault="000D24BC">
      <w:pPr>
        <w:spacing w:after="0"/>
      </w:pPr>
    </w:p>
    <w:p w14:paraId="5573B061" w14:textId="77777777" w:rsidR="000D24BC" w:rsidRDefault="00082537">
      <w:pPr>
        <w:spacing w:after="0"/>
      </w:pPr>
      <w:r>
        <w:rPr>
          <w:rFonts w:ascii="Arial" w:hAnsi="Arial"/>
          <w:b/>
        </w:rPr>
        <w:t xml:space="preserve">Participant#31:  </w:t>
      </w:r>
      <w:r>
        <w:rPr>
          <w:rFonts w:ascii="Arial" w:hAnsi="Arial"/>
          <w:color w:val="5D7284"/>
        </w:rPr>
        <w:t>49:03</w:t>
      </w:r>
    </w:p>
    <w:p w14:paraId="52425626" w14:textId="77777777" w:rsidR="000D24BC" w:rsidRDefault="00082537">
      <w:pPr>
        <w:spacing w:after="0"/>
      </w:pPr>
      <w:r>
        <w:rPr>
          <w:rFonts w:ascii="Arial" w:hAnsi="Arial"/>
        </w:rPr>
        <w:t>Like, why don't we have like the way it's gonna spread out and they fill all the tank.</w:t>
      </w:r>
    </w:p>
    <w:p w14:paraId="55EFD2A2" w14:textId="77777777" w:rsidR="000D24BC" w:rsidRDefault="000D24BC">
      <w:pPr>
        <w:spacing w:after="0"/>
      </w:pPr>
    </w:p>
    <w:p w14:paraId="6C708117" w14:textId="77777777" w:rsidR="000D24BC" w:rsidRDefault="00082537">
      <w:pPr>
        <w:spacing w:after="0"/>
      </w:pPr>
      <w:r>
        <w:rPr>
          <w:rFonts w:ascii="Arial" w:hAnsi="Arial"/>
          <w:b/>
        </w:rPr>
        <w:t xml:space="preserve">Interviewer E:  </w:t>
      </w:r>
      <w:r>
        <w:rPr>
          <w:rFonts w:ascii="Arial" w:hAnsi="Arial"/>
          <w:color w:val="5D7284"/>
        </w:rPr>
        <w:t>49:08</w:t>
      </w:r>
    </w:p>
    <w:p w14:paraId="3315534E" w14:textId="77777777" w:rsidR="000D24BC" w:rsidRDefault="00082537">
      <w:pPr>
        <w:spacing w:after="0"/>
      </w:pPr>
      <w:r>
        <w:rPr>
          <w:rFonts w:ascii="Arial" w:hAnsi="Arial"/>
        </w:rPr>
        <w:t>Like when it's slows down a bit, what is it doing right now?</w:t>
      </w:r>
    </w:p>
    <w:p w14:paraId="5429AC3B" w14:textId="77777777" w:rsidR="000D24BC" w:rsidRDefault="000D24BC">
      <w:pPr>
        <w:spacing w:after="0"/>
      </w:pPr>
    </w:p>
    <w:p w14:paraId="5DC1258E" w14:textId="77777777" w:rsidR="000D24BC" w:rsidRDefault="00082537">
      <w:pPr>
        <w:spacing w:after="0"/>
      </w:pPr>
      <w:r>
        <w:rPr>
          <w:rFonts w:ascii="Arial" w:hAnsi="Arial"/>
          <w:b/>
        </w:rPr>
        <w:t xml:space="preserve">Participant#31:  </w:t>
      </w:r>
      <w:r>
        <w:rPr>
          <w:rFonts w:ascii="Arial" w:hAnsi="Arial"/>
          <w:color w:val="5D7284"/>
        </w:rPr>
        <w:t>49:13</w:t>
      </w:r>
    </w:p>
    <w:p w14:paraId="55CA956C" w14:textId="77777777" w:rsidR="000D24BC" w:rsidRDefault="00082537">
      <w:pPr>
        <w:spacing w:after="0"/>
      </w:pPr>
      <w:r>
        <w:rPr>
          <w:rFonts w:ascii="Arial" w:hAnsi="Arial"/>
        </w:rPr>
        <w:t>Right now is like combining.</w:t>
      </w:r>
    </w:p>
    <w:p w14:paraId="57D32C18" w14:textId="77777777" w:rsidR="000D24BC" w:rsidRDefault="000D24BC">
      <w:pPr>
        <w:spacing w:after="0"/>
      </w:pPr>
    </w:p>
    <w:p w14:paraId="5B4F8915" w14:textId="77777777" w:rsidR="000D24BC" w:rsidRDefault="00082537">
      <w:pPr>
        <w:spacing w:after="0"/>
      </w:pPr>
      <w:r>
        <w:rPr>
          <w:rFonts w:ascii="Arial" w:hAnsi="Arial"/>
          <w:b/>
        </w:rPr>
        <w:t xml:space="preserve">Interviewer E:  </w:t>
      </w:r>
      <w:r>
        <w:rPr>
          <w:rFonts w:ascii="Arial" w:hAnsi="Arial"/>
          <w:color w:val="5D7284"/>
        </w:rPr>
        <w:t>49:16</w:t>
      </w:r>
    </w:p>
    <w:p w14:paraId="154AC7D8" w14:textId="77777777" w:rsidR="000D24BC" w:rsidRDefault="00082537">
      <w:pPr>
        <w:spacing w:after="0"/>
      </w:pPr>
      <w:r>
        <w:rPr>
          <w:rFonts w:ascii="Arial" w:hAnsi="Arial"/>
        </w:rPr>
        <w:t>How is it combining?</w:t>
      </w:r>
    </w:p>
    <w:p w14:paraId="70E15B71" w14:textId="77777777" w:rsidR="000D24BC" w:rsidRDefault="000D24BC">
      <w:pPr>
        <w:spacing w:after="0"/>
      </w:pPr>
    </w:p>
    <w:p w14:paraId="107E042D" w14:textId="77777777" w:rsidR="000D24BC" w:rsidRDefault="00082537">
      <w:pPr>
        <w:spacing w:after="0"/>
      </w:pPr>
      <w:r>
        <w:rPr>
          <w:rFonts w:ascii="Arial" w:hAnsi="Arial"/>
          <w:b/>
        </w:rPr>
        <w:t xml:space="preserve">Participant#31:  </w:t>
      </w:r>
      <w:r>
        <w:rPr>
          <w:rFonts w:ascii="Arial" w:hAnsi="Arial"/>
          <w:color w:val="5D7284"/>
        </w:rPr>
        <w:t>49:18</w:t>
      </w:r>
    </w:p>
    <w:p w14:paraId="4D72EB11" w14:textId="77777777" w:rsidR="000D24BC" w:rsidRDefault="00082537">
      <w:pPr>
        <w:spacing w:after="0"/>
      </w:pPr>
      <w:r>
        <w:rPr>
          <w:rFonts w:ascii="Arial" w:hAnsi="Arial"/>
        </w:rPr>
        <w:t>Like its still spinning but it also is combined because I noticed to get closer to each other.</w:t>
      </w:r>
    </w:p>
    <w:p w14:paraId="4CB0D845" w14:textId="77777777" w:rsidR="000D24BC" w:rsidRDefault="000D24BC">
      <w:pPr>
        <w:spacing w:after="0"/>
      </w:pPr>
    </w:p>
    <w:p w14:paraId="3765BAE4" w14:textId="77777777" w:rsidR="000D24BC" w:rsidRDefault="00082537">
      <w:pPr>
        <w:spacing w:after="0"/>
      </w:pPr>
      <w:r>
        <w:rPr>
          <w:rFonts w:ascii="Arial" w:hAnsi="Arial"/>
          <w:b/>
        </w:rPr>
        <w:t xml:space="preserve">Interviewer E:  </w:t>
      </w:r>
      <w:r>
        <w:rPr>
          <w:rFonts w:ascii="Arial" w:hAnsi="Arial"/>
          <w:color w:val="5D7284"/>
        </w:rPr>
        <w:t>49:23</w:t>
      </w:r>
    </w:p>
    <w:p w14:paraId="54BF7EEA" w14:textId="77777777" w:rsidR="000D24BC" w:rsidRDefault="00082537">
      <w:pPr>
        <w:spacing w:after="0"/>
      </w:pPr>
      <w:r>
        <w:rPr>
          <w:rFonts w:ascii="Arial" w:hAnsi="Arial"/>
        </w:rPr>
        <w:t>So you're saying the dyes getting closer, more compact to each other?</w:t>
      </w:r>
    </w:p>
    <w:p w14:paraId="5174B8CA" w14:textId="77777777" w:rsidR="000D24BC" w:rsidRDefault="000D24BC">
      <w:pPr>
        <w:spacing w:after="0"/>
      </w:pPr>
    </w:p>
    <w:p w14:paraId="05E1F8CD" w14:textId="77777777" w:rsidR="000D24BC" w:rsidRDefault="00082537">
      <w:pPr>
        <w:spacing w:after="0"/>
      </w:pPr>
      <w:r>
        <w:rPr>
          <w:rFonts w:ascii="Arial" w:hAnsi="Arial"/>
          <w:b/>
        </w:rPr>
        <w:t xml:space="preserve">Participant#31:  </w:t>
      </w:r>
      <w:r>
        <w:rPr>
          <w:rFonts w:ascii="Arial" w:hAnsi="Arial"/>
          <w:color w:val="5D7284"/>
        </w:rPr>
        <w:t>49:27</w:t>
      </w:r>
    </w:p>
    <w:p w14:paraId="491274AA" w14:textId="77777777" w:rsidR="000D24BC" w:rsidRDefault="00082537">
      <w:pPr>
        <w:spacing w:after="0"/>
      </w:pPr>
      <w:r>
        <w:rPr>
          <w:rFonts w:ascii="Arial" w:hAnsi="Arial"/>
        </w:rPr>
        <w:t>Yeah, so it looks like.</w:t>
      </w:r>
    </w:p>
    <w:p w14:paraId="64126D54" w14:textId="77777777" w:rsidR="000D24BC" w:rsidRDefault="000D24BC">
      <w:pPr>
        <w:spacing w:after="0"/>
      </w:pPr>
    </w:p>
    <w:p w14:paraId="31F92BF9" w14:textId="77777777" w:rsidR="000D24BC" w:rsidRDefault="00082537">
      <w:pPr>
        <w:spacing w:after="0"/>
      </w:pPr>
      <w:r>
        <w:rPr>
          <w:rFonts w:ascii="Arial" w:hAnsi="Arial"/>
          <w:b/>
        </w:rPr>
        <w:t xml:space="preserve">Interviewer E:  </w:t>
      </w:r>
      <w:r>
        <w:rPr>
          <w:rFonts w:ascii="Arial" w:hAnsi="Arial"/>
          <w:color w:val="5D7284"/>
        </w:rPr>
        <w:t>49:28</w:t>
      </w:r>
    </w:p>
    <w:p w14:paraId="3F18BDFB" w14:textId="77777777" w:rsidR="000D24BC" w:rsidRDefault="00082537">
      <w:pPr>
        <w:spacing w:after="0"/>
      </w:pPr>
      <w:r>
        <w:rPr>
          <w:rFonts w:ascii="Arial" w:hAnsi="Arial"/>
        </w:rPr>
        <w:t>It and is it swirling? Yeah, so swirling. Where is it swirling towards?</w:t>
      </w:r>
    </w:p>
    <w:p w14:paraId="333D2DCF" w14:textId="77777777" w:rsidR="000D24BC" w:rsidRDefault="000D24BC">
      <w:pPr>
        <w:spacing w:after="0"/>
      </w:pPr>
    </w:p>
    <w:p w14:paraId="4D13400E" w14:textId="77777777" w:rsidR="000D24BC" w:rsidRDefault="00082537">
      <w:pPr>
        <w:spacing w:after="0"/>
      </w:pPr>
      <w:r>
        <w:rPr>
          <w:rFonts w:ascii="Arial" w:hAnsi="Arial"/>
          <w:b/>
        </w:rPr>
        <w:t xml:space="preserve">Participant#31:  </w:t>
      </w:r>
      <w:r>
        <w:rPr>
          <w:rFonts w:ascii="Arial" w:hAnsi="Arial"/>
          <w:color w:val="5D7284"/>
        </w:rPr>
        <w:t>49:35</w:t>
      </w:r>
    </w:p>
    <w:p w14:paraId="768D3B77" w14:textId="77777777" w:rsidR="000D24BC" w:rsidRDefault="00082537">
      <w:pPr>
        <w:spacing w:after="0"/>
      </w:pPr>
      <w:r>
        <w:rPr>
          <w:rFonts w:ascii="Arial" w:hAnsi="Arial"/>
        </w:rPr>
        <w:t>Yes, either combine and spread over the water.</w:t>
      </w:r>
    </w:p>
    <w:p w14:paraId="232F3107" w14:textId="77777777" w:rsidR="000D24BC" w:rsidRDefault="000D24BC">
      <w:pPr>
        <w:spacing w:after="0"/>
      </w:pPr>
    </w:p>
    <w:p w14:paraId="6478A97D" w14:textId="77777777" w:rsidR="000D24BC" w:rsidRDefault="00082537">
      <w:pPr>
        <w:spacing w:after="0"/>
      </w:pPr>
      <w:r>
        <w:rPr>
          <w:rFonts w:ascii="Arial" w:hAnsi="Arial"/>
          <w:b/>
        </w:rPr>
        <w:t xml:space="preserve">Interviewer E:  </w:t>
      </w:r>
      <w:r>
        <w:rPr>
          <w:rFonts w:ascii="Arial" w:hAnsi="Arial"/>
          <w:color w:val="5D7284"/>
        </w:rPr>
        <w:t>49:39</w:t>
      </w:r>
    </w:p>
    <w:p w14:paraId="040B1959" w14:textId="77777777" w:rsidR="000D24BC" w:rsidRDefault="00082537">
      <w:pPr>
        <w:spacing w:after="0"/>
      </w:pPr>
      <w:r>
        <w:rPr>
          <w:rFonts w:ascii="Arial" w:hAnsi="Arial"/>
        </w:rPr>
        <w:t xml:space="preserve">Yeah. Okay. So my next question for you are it's more like also a demonstration but you don't have to predict any or draw anything at least. So this is a lazy Susan. They spin these are some bbs some Metal BB pellets. This is a llego contraption that has an engine on it and it's bends like this. And this is some Jell-O. It has no flavor. It has no taste. It's still a little cool from sitting in the fridge, some plain, some plain old Jell-O. So basically, in a perfect reality, I would have been able to get these beads to be super hot like red hot. And then I would drop them in this Jell-O. And they would go straight down to the </w:t>
      </w:r>
      <w:r>
        <w:rPr>
          <w:rFonts w:ascii="Arial" w:hAnsi="Arial"/>
        </w:rPr>
        <w:lastRenderedPageBreak/>
        <w:t>bottom because there's so hot and Jell-O was just so semi solid. It's so Jell-O. Now, if if I could do that, while it was spinning, I dropped these two balls, these two flaming hot balls in there. And they went straight down to the bottom. Tell me how do you think the trail would look? You can click the button if you want.</w:t>
      </w:r>
    </w:p>
    <w:p w14:paraId="38D82541" w14:textId="77777777" w:rsidR="000D24BC" w:rsidRDefault="000D24BC">
      <w:pPr>
        <w:spacing w:after="0"/>
      </w:pPr>
    </w:p>
    <w:p w14:paraId="5719F1BF" w14:textId="77777777" w:rsidR="000D24BC" w:rsidRDefault="00082537">
      <w:pPr>
        <w:spacing w:after="0"/>
      </w:pPr>
      <w:r>
        <w:rPr>
          <w:rFonts w:ascii="Arial" w:hAnsi="Arial"/>
          <w:b/>
        </w:rPr>
        <w:t xml:space="preserve">Participant#31:  </w:t>
      </w:r>
      <w:r>
        <w:rPr>
          <w:rFonts w:ascii="Arial" w:hAnsi="Arial"/>
          <w:color w:val="5D7284"/>
        </w:rPr>
        <w:t>50:58</w:t>
      </w:r>
    </w:p>
    <w:p w14:paraId="195C2300" w14:textId="77777777" w:rsidR="000D24BC" w:rsidRDefault="00082537">
      <w:pPr>
        <w:spacing w:after="0"/>
      </w:pPr>
      <w:r>
        <w:rPr>
          <w:rFonts w:ascii="Arial" w:hAnsi="Arial"/>
        </w:rPr>
        <w:t xml:space="preserve">Wait are you talking like the water?. </w:t>
      </w:r>
    </w:p>
    <w:p w14:paraId="7EB77F14" w14:textId="77777777" w:rsidR="000D24BC" w:rsidRDefault="000D24BC">
      <w:pPr>
        <w:spacing w:after="0"/>
      </w:pPr>
    </w:p>
    <w:p w14:paraId="6093186D" w14:textId="77777777" w:rsidR="000D24BC" w:rsidRDefault="00082537">
      <w:pPr>
        <w:spacing w:after="0"/>
      </w:pPr>
      <w:r>
        <w:rPr>
          <w:rFonts w:ascii="Arial" w:hAnsi="Arial"/>
          <w:b/>
        </w:rPr>
        <w:t xml:space="preserve">Interviewer E:  </w:t>
      </w:r>
      <w:r>
        <w:rPr>
          <w:rFonts w:ascii="Arial" w:hAnsi="Arial"/>
          <w:color w:val="5D7284"/>
        </w:rPr>
        <w:t>51:02</w:t>
      </w:r>
    </w:p>
    <w:p w14:paraId="061CF8AD" w14:textId="77777777" w:rsidR="000D24BC" w:rsidRDefault="00082537">
      <w:pPr>
        <w:spacing w:after="0"/>
      </w:pPr>
      <w:r>
        <w:rPr>
          <w:rFonts w:ascii="Arial" w:hAnsi="Arial"/>
        </w:rPr>
        <w:t>How do you think the trail so as this hot bead goes all the way to the bottom? While it's spinning? How do you think the trail that the beads leaves behind is going to look? Is it going to go to the right to the left? Is it going to go straight down? Or?</w:t>
      </w:r>
    </w:p>
    <w:p w14:paraId="207CA79E" w14:textId="77777777" w:rsidR="000D24BC" w:rsidRDefault="000D24BC">
      <w:pPr>
        <w:spacing w:after="0"/>
      </w:pPr>
    </w:p>
    <w:p w14:paraId="693716A9" w14:textId="77777777" w:rsidR="000D24BC" w:rsidRDefault="00082537">
      <w:pPr>
        <w:spacing w:after="0"/>
      </w:pPr>
      <w:r>
        <w:rPr>
          <w:rFonts w:ascii="Arial" w:hAnsi="Arial"/>
          <w:b/>
        </w:rPr>
        <w:t xml:space="preserve">Participant#31:  </w:t>
      </w:r>
      <w:r>
        <w:rPr>
          <w:rFonts w:ascii="Arial" w:hAnsi="Arial"/>
          <w:color w:val="5D7284"/>
        </w:rPr>
        <w:t>51:19</w:t>
      </w:r>
    </w:p>
    <w:p w14:paraId="016D4F6E" w14:textId="77777777" w:rsidR="000D24BC" w:rsidRDefault="00082537">
      <w:pPr>
        <w:spacing w:after="0"/>
      </w:pPr>
      <w:r>
        <w:rPr>
          <w:rFonts w:ascii="Arial" w:hAnsi="Arial"/>
        </w:rPr>
        <w:t>I guess it'll go a little bit more to the right?</w:t>
      </w:r>
    </w:p>
    <w:p w14:paraId="598CD001" w14:textId="77777777" w:rsidR="000D24BC" w:rsidRDefault="000D24BC">
      <w:pPr>
        <w:spacing w:after="0"/>
      </w:pPr>
    </w:p>
    <w:p w14:paraId="0A14942E" w14:textId="77777777" w:rsidR="000D24BC" w:rsidRDefault="00082537">
      <w:pPr>
        <w:spacing w:after="0"/>
      </w:pPr>
      <w:r>
        <w:rPr>
          <w:rFonts w:ascii="Arial" w:hAnsi="Arial"/>
          <w:b/>
        </w:rPr>
        <w:t xml:space="preserve">Interviewer E:  </w:t>
      </w:r>
      <w:r>
        <w:rPr>
          <w:rFonts w:ascii="Arial" w:hAnsi="Arial"/>
          <w:color w:val="5D7284"/>
        </w:rPr>
        <w:t>51:22</w:t>
      </w:r>
    </w:p>
    <w:p w14:paraId="5285512C" w14:textId="77777777" w:rsidR="000D24BC" w:rsidRDefault="00082537">
      <w:pPr>
        <w:spacing w:after="0"/>
      </w:pPr>
      <w:r>
        <w:rPr>
          <w:rFonts w:ascii="Arial" w:hAnsi="Arial"/>
        </w:rPr>
        <w:t xml:space="preserve">You think it's gonna go to the right of the tank? </w:t>
      </w:r>
    </w:p>
    <w:p w14:paraId="5F87E21E" w14:textId="77777777" w:rsidR="000D24BC" w:rsidRDefault="000D24BC">
      <w:pPr>
        <w:spacing w:after="0"/>
      </w:pPr>
    </w:p>
    <w:p w14:paraId="7AFA90A1" w14:textId="77777777" w:rsidR="000D24BC" w:rsidRDefault="00082537">
      <w:pPr>
        <w:spacing w:after="0"/>
      </w:pPr>
      <w:r>
        <w:rPr>
          <w:rFonts w:ascii="Arial" w:hAnsi="Arial"/>
          <w:b/>
        </w:rPr>
        <w:t xml:space="preserve">Participant#31:  </w:t>
      </w:r>
      <w:r>
        <w:rPr>
          <w:rFonts w:ascii="Arial" w:hAnsi="Arial"/>
          <w:color w:val="5D7284"/>
        </w:rPr>
        <w:t>51:25</w:t>
      </w:r>
    </w:p>
    <w:p w14:paraId="798B7ABA" w14:textId="77777777" w:rsidR="000D24BC" w:rsidRDefault="00082537">
      <w:pPr>
        <w:spacing w:after="0"/>
      </w:pPr>
      <w:r>
        <w:rPr>
          <w:rFonts w:ascii="Arial" w:hAnsi="Arial"/>
        </w:rPr>
        <w:t>Like it depends on what side you're on. So even if right from here, go to the right from back as we aim from down back there, you're gonna go to your left.</w:t>
      </w:r>
    </w:p>
    <w:p w14:paraId="76F036B7" w14:textId="77777777" w:rsidR="000D24BC" w:rsidRDefault="000D24BC">
      <w:pPr>
        <w:spacing w:after="0"/>
      </w:pPr>
    </w:p>
    <w:p w14:paraId="78700223" w14:textId="77777777" w:rsidR="000D24BC" w:rsidRDefault="00082537">
      <w:pPr>
        <w:spacing w:after="0"/>
      </w:pPr>
      <w:r>
        <w:rPr>
          <w:rFonts w:ascii="Arial" w:hAnsi="Arial"/>
          <w:b/>
        </w:rPr>
        <w:t xml:space="preserve">Interviewer E:  </w:t>
      </w:r>
      <w:r>
        <w:rPr>
          <w:rFonts w:ascii="Arial" w:hAnsi="Arial"/>
          <w:color w:val="5D7284"/>
        </w:rPr>
        <w:t>51:34</w:t>
      </w:r>
    </w:p>
    <w:p w14:paraId="7C0EFC10" w14:textId="77777777" w:rsidR="000D24BC" w:rsidRDefault="00082537">
      <w:pPr>
        <w:spacing w:after="0"/>
      </w:pPr>
      <w:r>
        <w:rPr>
          <w:rFonts w:ascii="Arial" w:hAnsi="Arial"/>
        </w:rPr>
        <w:t xml:space="preserve">Okay, so let's say for example that these beads since it is closer to you. It's going to go towards me, towards you, and then this speed that's furthest from you is going to go towards you. </w:t>
      </w:r>
    </w:p>
    <w:p w14:paraId="65E8DBAF" w14:textId="77777777" w:rsidR="000D24BC" w:rsidRDefault="000D24BC">
      <w:pPr>
        <w:spacing w:after="0"/>
      </w:pPr>
    </w:p>
    <w:p w14:paraId="3140BBBD" w14:textId="77777777" w:rsidR="000D24BC" w:rsidRDefault="00082537">
      <w:pPr>
        <w:spacing w:after="0"/>
      </w:pPr>
      <w:r>
        <w:rPr>
          <w:rFonts w:ascii="Arial" w:hAnsi="Arial"/>
          <w:b/>
        </w:rPr>
        <w:t xml:space="preserve">Participant#31:  </w:t>
      </w:r>
      <w:r>
        <w:rPr>
          <w:rFonts w:ascii="Arial" w:hAnsi="Arial"/>
          <w:color w:val="5D7284"/>
        </w:rPr>
        <w:t>51:49</w:t>
      </w:r>
    </w:p>
    <w:p w14:paraId="1B6F2278" w14:textId="77777777" w:rsidR="000D24BC" w:rsidRDefault="00082537">
      <w:pPr>
        <w:spacing w:after="0"/>
      </w:pPr>
      <w:r>
        <w:rPr>
          <w:rFonts w:ascii="Arial" w:hAnsi="Arial"/>
        </w:rPr>
        <w:t xml:space="preserve">Probably. </w:t>
      </w:r>
    </w:p>
    <w:p w14:paraId="118A2326" w14:textId="77777777" w:rsidR="000D24BC" w:rsidRDefault="000D24BC">
      <w:pPr>
        <w:spacing w:after="0"/>
      </w:pPr>
    </w:p>
    <w:p w14:paraId="7B731C34" w14:textId="77777777" w:rsidR="000D24BC" w:rsidRDefault="00082537">
      <w:pPr>
        <w:spacing w:after="0"/>
      </w:pPr>
      <w:r>
        <w:rPr>
          <w:rFonts w:ascii="Arial" w:hAnsi="Arial"/>
          <w:b/>
        </w:rPr>
        <w:t xml:space="preserve">Interviewer E:  </w:t>
      </w:r>
      <w:r>
        <w:rPr>
          <w:rFonts w:ascii="Arial" w:hAnsi="Arial"/>
          <w:color w:val="5D7284"/>
        </w:rPr>
        <w:t>51:51</w:t>
      </w:r>
    </w:p>
    <w:p w14:paraId="0A0DE7F6" w14:textId="77777777" w:rsidR="000D24BC" w:rsidRDefault="00082537">
      <w:pPr>
        <w:spacing w:after="0"/>
      </w:pPr>
      <w:r>
        <w:rPr>
          <w:rFonts w:ascii="Arial" w:hAnsi="Arial"/>
        </w:rPr>
        <w:t>Okay and is it going to be in a straight kind of line?</w:t>
      </w:r>
    </w:p>
    <w:p w14:paraId="52887F97" w14:textId="77777777" w:rsidR="000D24BC" w:rsidRDefault="000D24BC">
      <w:pPr>
        <w:spacing w:after="0"/>
      </w:pPr>
    </w:p>
    <w:p w14:paraId="599398AC" w14:textId="77777777" w:rsidR="000D24BC" w:rsidRDefault="00082537">
      <w:pPr>
        <w:spacing w:after="0"/>
      </w:pPr>
      <w:r>
        <w:rPr>
          <w:rFonts w:ascii="Arial" w:hAnsi="Arial"/>
          <w:b/>
        </w:rPr>
        <w:t xml:space="preserve">Participant#31:  </w:t>
      </w:r>
      <w:r>
        <w:rPr>
          <w:rFonts w:ascii="Arial" w:hAnsi="Arial"/>
          <w:color w:val="5D7284"/>
        </w:rPr>
        <w:t>51:55</w:t>
      </w:r>
    </w:p>
    <w:p w14:paraId="0E54F001" w14:textId="77777777" w:rsidR="000D24BC" w:rsidRDefault="00082537">
      <w:pPr>
        <w:spacing w:after="0"/>
      </w:pPr>
      <w:r>
        <w:rPr>
          <w:rFonts w:ascii="Arial" w:hAnsi="Arial"/>
        </w:rPr>
        <w:t>Nah, actually now that I really think about it. No, it is going to switch sides. Like if its going like right here. I'm assuming it's gonna go like to the right. If its back there it's gonna go to the right from that side.</w:t>
      </w:r>
    </w:p>
    <w:p w14:paraId="6B8810F4" w14:textId="77777777" w:rsidR="000D24BC" w:rsidRDefault="000D24BC">
      <w:pPr>
        <w:spacing w:after="0"/>
      </w:pPr>
    </w:p>
    <w:p w14:paraId="5DFF627D" w14:textId="77777777" w:rsidR="000D24BC" w:rsidRDefault="00082537">
      <w:pPr>
        <w:spacing w:after="0"/>
      </w:pPr>
      <w:r>
        <w:rPr>
          <w:rFonts w:ascii="Arial" w:hAnsi="Arial"/>
          <w:b/>
        </w:rPr>
        <w:t xml:space="preserve">Interviewer E:  </w:t>
      </w:r>
      <w:r>
        <w:rPr>
          <w:rFonts w:ascii="Arial" w:hAnsi="Arial"/>
          <w:color w:val="5D7284"/>
        </w:rPr>
        <w:t>52:04</w:t>
      </w:r>
    </w:p>
    <w:p w14:paraId="29724D5F" w14:textId="77777777" w:rsidR="000D24BC" w:rsidRDefault="00082537">
      <w:pPr>
        <w:spacing w:after="0"/>
      </w:pPr>
      <w:r>
        <w:rPr>
          <w:rFonts w:ascii="Arial" w:hAnsi="Arial"/>
        </w:rPr>
        <w:t>Okay, okay. Now, let's say that. Do you know what a record is? I don't know how old you are. How old are you?</w:t>
      </w:r>
    </w:p>
    <w:p w14:paraId="210F07EF" w14:textId="77777777" w:rsidR="000D24BC" w:rsidRDefault="000D24BC">
      <w:pPr>
        <w:spacing w:after="0"/>
      </w:pPr>
    </w:p>
    <w:p w14:paraId="58B02E2B" w14:textId="77777777" w:rsidR="000D24BC" w:rsidRDefault="00082537">
      <w:pPr>
        <w:spacing w:after="0"/>
      </w:pPr>
      <w:r>
        <w:rPr>
          <w:rFonts w:ascii="Arial" w:hAnsi="Arial"/>
          <w:b/>
        </w:rPr>
        <w:t xml:space="preserve">Participant#31:  </w:t>
      </w:r>
      <w:r>
        <w:rPr>
          <w:rFonts w:ascii="Arial" w:hAnsi="Arial"/>
          <w:color w:val="5D7284"/>
        </w:rPr>
        <w:t>52:12</w:t>
      </w:r>
    </w:p>
    <w:p w14:paraId="79E8195C" w14:textId="77777777" w:rsidR="000D24BC" w:rsidRDefault="00082537">
      <w:pPr>
        <w:spacing w:after="0"/>
      </w:pPr>
      <w:r>
        <w:rPr>
          <w:rFonts w:ascii="Arial" w:hAnsi="Arial"/>
        </w:rPr>
        <w:t>Like you mean music record.</w:t>
      </w:r>
    </w:p>
    <w:p w14:paraId="5821D448" w14:textId="77777777" w:rsidR="000D24BC" w:rsidRDefault="000D24BC">
      <w:pPr>
        <w:spacing w:after="0"/>
      </w:pPr>
    </w:p>
    <w:p w14:paraId="24D9C3B9" w14:textId="77777777" w:rsidR="000D24BC" w:rsidRDefault="00082537">
      <w:pPr>
        <w:spacing w:after="0"/>
      </w:pPr>
      <w:r>
        <w:rPr>
          <w:rFonts w:ascii="Arial" w:hAnsi="Arial"/>
          <w:b/>
        </w:rPr>
        <w:t xml:space="preserve">Interviewer E:  </w:t>
      </w:r>
      <w:r>
        <w:rPr>
          <w:rFonts w:ascii="Arial" w:hAnsi="Arial"/>
          <w:color w:val="5D7284"/>
        </w:rPr>
        <w:t>52:13</w:t>
      </w:r>
    </w:p>
    <w:p w14:paraId="51364375" w14:textId="77777777" w:rsidR="000D24BC" w:rsidRDefault="00082537">
      <w:pPr>
        <w:spacing w:after="0"/>
      </w:pPr>
      <w:r>
        <w:rPr>
          <w:rFonts w:ascii="Arial" w:hAnsi="Arial"/>
        </w:rPr>
        <w:t>Yeah. Do you know what a record is?</w:t>
      </w:r>
    </w:p>
    <w:p w14:paraId="29C6C2A3" w14:textId="77777777" w:rsidR="000D24BC" w:rsidRDefault="000D24BC">
      <w:pPr>
        <w:spacing w:after="0"/>
      </w:pPr>
    </w:p>
    <w:p w14:paraId="4925A69B" w14:textId="77777777" w:rsidR="000D24BC" w:rsidRDefault="00082537">
      <w:pPr>
        <w:spacing w:after="0"/>
      </w:pPr>
      <w:r>
        <w:rPr>
          <w:rFonts w:ascii="Arial" w:hAnsi="Arial"/>
          <w:b/>
        </w:rPr>
        <w:t xml:space="preserve">Participant#31:  </w:t>
      </w:r>
      <w:r>
        <w:rPr>
          <w:rFonts w:ascii="Arial" w:hAnsi="Arial"/>
          <w:color w:val="5D7284"/>
        </w:rPr>
        <w:t>52:15</w:t>
      </w:r>
    </w:p>
    <w:p w14:paraId="44755569" w14:textId="77777777" w:rsidR="000D24BC" w:rsidRDefault="00082537">
      <w:pPr>
        <w:spacing w:after="0"/>
      </w:pPr>
      <w:r>
        <w:rPr>
          <w:rFonts w:ascii="Arial" w:hAnsi="Arial"/>
        </w:rPr>
        <w:t xml:space="preserve"> Yeah.</w:t>
      </w:r>
    </w:p>
    <w:p w14:paraId="645A7376" w14:textId="77777777" w:rsidR="000D24BC" w:rsidRDefault="000D24BC">
      <w:pPr>
        <w:spacing w:after="0"/>
      </w:pPr>
    </w:p>
    <w:p w14:paraId="7D0C594B" w14:textId="77777777" w:rsidR="000D24BC" w:rsidRDefault="00082537">
      <w:pPr>
        <w:spacing w:after="0"/>
      </w:pPr>
      <w:r>
        <w:rPr>
          <w:rFonts w:ascii="Arial" w:hAnsi="Arial"/>
          <w:b/>
        </w:rPr>
        <w:t xml:space="preserve">Interviewer E:  </w:t>
      </w:r>
      <w:r>
        <w:rPr>
          <w:rFonts w:ascii="Arial" w:hAnsi="Arial"/>
          <w:color w:val="5D7284"/>
        </w:rPr>
        <w:t>52:15</w:t>
      </w:r>
    </w:p>
    <w:p w14:paraId="5DCA93DF" w14:textId="77777777" w:rsidR="000D24BC" w:rsidRDefault="00082537">
      <w:pPr>
        <w:spacing w:after="0"/>
      </w:pPr>
      <w:r>
        <w:rPr>
          <w:rFonts w:ascii="Arial" w:hAnsi="Arial"/>
        </w:rPr>
        <w:t xml:space="preserve">You sure. </w:t>
      </w:r>
    </w:p>
    <w:p w14:paraId="3F97B4FE" w14:textId="77777777" w:rsidR="000D24BC" w:rsidRDefault="000D24BC">
      <w:pPr>
        <w:spacing w:after="0"/>
      </w:pPr>
    </w:p>
    <w:p w14:paraId="3A074C17" w14:textId="77777777" w:rsidR="000D24BC" w:rsidRDefault="00082537">
      <w:pPr>
        <w:spacing w:after="0"/>
      </w:pPr>
      <w:r>
        <w:rPr>
          <w:rFonts w:ascii="Arial" w:hAnsi="Arial"/>
          <w:b/>
        </w:rPr>
        <w:t xml:space="preserve">Participant#31:  </w:t>
      </w:r>
      <w:r>
        <w:rPr>
          <w:rFonts w:ascii="Arial" w:hAnsi="Arial"/>
          <w:color w:val="5D7284"/>
        </w:rPr>
        <w:t>52:16</w:t>
      </w:r>
    </w:p>
    <w:p w14:paraId="44FEE3B3" w14:textId="77777777" w:rsidR="000D24BC" w:rsidRDefault="00082537">
      <w:pPr>
        <w:spacing w:after="0"/>
      </w:pPr>
      <w:r>
        <w:rPr>
          <w:rFonts w:ascii="Arial" w:hAnsi="Arial"/>
        </w:rPr>
        <w:t>Like a music like.</w:t>
      </w:r>
    </w:p>
    <w:p w14:paraId="01721F99" w14:textId="77777777" w:rsidR="000D24BC" w:rsidRDefault="000D24BC">
      <w:pPr>
        <w:spacing w:after="0"/>
      </w:pPr>
    </w:p>
    <w:p w14:paraId="1232F4B2" w14:textId="77777777" w:rsidR="000D24BC" w:rsidRDefault="00082537">
      <w:pPr>
        <w:spacing w:after="0"/>
      </w:pPr>
      <w:r>
        <w:rPr>
          <w:rFonts w:ascii="Arial" w:hAnsi="Arial"/>
          <w:b/>
        </w:rPr>
        <w:t xml:space="preserve">Interviewer E:  </w:t>
      </w:r>
      <w:r>
        <w:rPr>
          <w:rFonts w:ascii="Arial" w:hAnsi="Arial"/>
          <w:color w:val="5D7284"/>
        </w:rPr>
        <w:t>52:17</w:t>
      </w:r>
    </w:p>
    <w:p w14:paraId="47E20869" w14:textId="77777777" w:rsidR="000D24BC" w:rsidRDefault="00082537">
      <w:pPr>
        <w:spacing w:after="0"/>
      </w:pPr>
      <w:r>
        <w:rPr>
          <w:rFonts w:ascii="Arial" w:hAnsi="Arial"/>
        </w:rPr>
        <w:t>Yeah, like the vinyl records. Okay, good. I'm some people might be too young for it. But so let's say I had a record and I took like, 20 of them and I stacked them up, right. And let's say it was about this thickness of rack records is because this bowl is and I took it and I turned it into metal. So now we have a metal cylinder. Okay, and I put it on Lazy Susan. I obviously can't drop any beads on it. Because the beads aren't gonna go. Even if they're really hot. They're not gonna go through the metal. But I can drop some acid on it. Some acid would do the trick, right? Yeah. So I'm going to take acid and I'm going to drop it on top of the metal cylinder while it's spinning, like the jello. What kind of trail Do you think the acid is going to leave? How will how is the trail gonna look?</w:t>
      </w:r>
    </w:p>
    <w:p w14:paraId="45698EE1" w14:textId="77777777" w:rsidR="000D24BC" w:rsidRDefault="000D24BC">
      <w:pPr>
        <w:spacing w:after="0"/>
      </w:pPr>
    </w:p>
    <w:p w14:paraId="7D9B3117" w14:textId="77777777" w:rsidR="000D24BC" w:rsidRDefault="00082537">
      <w:pPr>
        <w:spacing w:after="0"/>
      </w:pPr>
      <w:r>
        <w:rPr>
          <w:rFonts w:ascii="Arial" w:hAnsi="Arial"/>
          <w:b/>
        </w:rPr>
        <w:t xml:space="preserve">Participant#31:  </w:t>
      </w:r>
      <w:r>
        <w:rPr>
          <w:rFonts w:ascii="Arial" w:hAnsi="Arial"/>
          <w:color w:val="5D7284"/>
        </w:rPr>
        <w:t>53:07</w:t>
      </w:r>
    </w:p>
    <w:p w14:paraId="45B73A03" w14:textId="77777777" w:rsidR="000D24BC" w:rsidRDefault="00082537">
      <w:pPr>
        <w:spacing w:after="0"/>
      </w:pPr>
      <w:r>
        <w:rPr>
          <w:rFonts w:ascii="Arial" w:hAnsi="Arial"/>
        </w:rPr>
        <w:t>I think it's going to spin around like the trail is going to, actually if it's going to spin around like you see small like thing.</w:t>
      </w:r>
    </w:p>
    <w:p w14:paraId="21396C45" w14:textId="77777777" w:rsidR="000D24BC" w:rsidRDefault="000D24BC">
      <w:pPr>
        <w:spacing w:after="0"/>
      </w:pPr>
    </w:p>
    <w:p w14:paraId="32FB4B1D" w14:textId="77777777" w:rsidR="000D24BC" w:rsidRDefault="00082537">
      <w:pPr>
        <w:spacing w:after="0"/>
      </w:pPr>
      <w:r>
        <w:rPr>
          <w:rFonts w:ascii="Arial" w:hAnsi="Arial"/>
          <w:b/>
        </w:rPr>
        <w:t xml:space="preserve">Interviewer E:  </w:t>
      </w:r>
      <w:r>
        <w:rPr>
          <w:rFonts w:ascii="Arial" w:hAnsi="Arial"/>
          <w:color w:val="5D7284"/>
        </w:rPr>
        <w:t>53:14</w:t>
      </w:r>
    </w:p>
    <w:p w14:paraId="6D7D6C47" w14:textId="77777777" w:rsidR="000D24BC" w:rsidRDefault="00082537">
      <w:pPr>
        <w:spacing w:after="0"/>
      </w:pPr>
      <w:r>
        <w:rPr>
          <w:rFonts w:ascii="Arial" w:hAnsi="Arial"/>
        </w:rPr>
        <w:t>Like follow the rotation, like kind of just going down like this?</w:t>
      </w:r>
    </w:p>
    <w:p w14:paraId="7FAFCA56" w14:textId="77777777" w:rsidR="000D24BC" w:rsidRDefault="000D24BC">
      <w:pPr>
        <w:spacing w:after="0"/>
      </w:pPr>
    </w:p>
    <w:p w14:paraId="15F250B0" w14:textId="77777777" w:rsidR="000D24BC" w:rsidRDefault="00082537">
      <w:pPr>
        <w:spacing w:after="0"/>
      </w:pPr>
      <w:r>
        <w:rPr>
          <w:rFonts w:ascii="Arial" w:hAnsi="Arial"/>
          <w:b/>
        </w:rPr>
        <w:t xml:space="preserve">Participant#31:  </w:t>
      </w:r>
      <w:r>
        <w:rPr>
          <w:rFonts w:ascii="Arial" w:hAnsi="Arial"/>
          <w:color w:val="5D7284"/>
        </w:rPr>
        <w:t>53:18</w:t>
      </w:r>
    </w:p>
    <w:p w14:paraId="0C0E24C4" w14:textId="77777777" w:rsidR="000D24BC" w:rsidRDefault="00082537">
      <w:pPr>
        <w:spacing w:after="0"/>
      </w:pPr>
      <w:r>
        <w:rPr>
          <w:rFonts w:ascii="Arial" w:hAnsi="Arial"/>
        </w:rPr>
        <w:t xml:space="preserve"> Yep. </w:t>
      </w:r>
    </w:p>
    <w:p w14:paraId="15A528DB" w14:textId="77777777" w:rsidR="000D24BC" w:rsidRDefault="000D24BC">
      <w:pPr>
        <w:spacing w:after="0"/>
      </w:pPr>
    </w:p>
    <w:p w14:paraId="7C1D0F21" w14:textId="77777777" w:rsidR="000D24BC" w:rsidRDefault="00082537">
      <w:pPr>
        <w:spacing w:after="0"/>
      </w:pPr>
      <w:r>
        <w:rPr>
          <w:rFonts w:ascii="Arial" w:hAnsi="Arial"/>
          <w:b/>
        </w:rPr>
        <w:t xml:space="preserve">Interviewer E:  </w:t>
      </w:r>
      <w:r>
        <w:rPr>
          <w:rFonts w:ascii="Arial" w:hAnsi="Arial"/>
          <w:color w:val="5D7284"/>
        </w:rPr>
        <w:t>53:18</w:t>
      </w:r>
    </w:p>
    <w:p w14:paraId="01DA6053" w14:textId="77777777" w:rsidR="000D24BC" w:rsidRDefault="00082537">
      <w:pPr>
        <w:spacing w:after="0"/>
      </w:pPr>
      <w:r>
        <w:rPr>
          <w:rFonts w:ascii="Arial" w:hAnsi="Arial"/>
        </w:rPr>
        <w:t>Okay. And can you show me with your hands if you wouldn't mind.</w:t>
      </w:r>
    </w:p>
    <w:p w14:paraId="31AE02E1" w14:textId="77777777" w:rsidR="000D24BC" w:rsidRDefault="000D24BC">
      <w:pPr>
        <w:spacing w:after="0"/>
      </w:pPr>
    </w:p>
    <w:p w14:paraId="7BB14A74" w14:textId="77777777" w:rsidR="000D24BC" w:rsidRDefault="00082537">
      <w:pPr>
        <w:spacing w:after="0"/>
      </w:pPr>
      <w:r>
        <w:rPr>
          <w:rFonts w:ascii="Arial" w:hAnsi="Arial"/>
          <w:b/>
        </w:rPr>
        <w:t xml:space="preserve">Participant#31:  </w:t>
      </w:r>
      <w:r>
        <w:rPr>
          <w:rFonts w:ascii="Arial" w:hAnsi="Arial"/>
          <w:color w:val="5D7284"/>
        </w:rPr>
        <w:t>53:22</w:t>
      </w:r>
    </w:p>
    <w:p w14:paraId="5B823761" w14:textId="77777777" w:rsidR="000D24BC" w:rsidRDefault="00082537">
      <w:pPr>
        <w:spacing w:after="0"/>
      </w:pPr>
      <w:r>
        <w:rPr>
          <w:rFonts w:ascii="Arial" w:hAnsi="Arial"/>
        </w:rPr>
        <w:t>Its probably like.</w:t>
      </w:r>
    </w:p>
    <w:p w14:paraId="2D936C04" w14:textId="77777777" w:rsidR="000D24BC" w:rsidRDefault="000D24BC">
      <w:pPr>
        <w:spacing w:after="0"/>
      </w:pPr>
    </w:p>
    <w:p w14:paraId="0BA39EE3" w14:textId="77777777" w:rsidR="000D24BC" w:rsidRDefault="00082537">
      <w:pPr>
        <w:spacing w:after="0"/>
      </w:pPr>
      <w:r>
        <w:rPr>
          <w:rFonts w:ascii="Arial" w:hAnsi="Arial"/>
          <w:b/>
        </w:rPr>
        <w:t xml:space="preserve">Interviewer E:  </w:t>
      </w:r>
      <w:r>
        <w:rPr>
          <w:rFonts w:ascii="Arial" w:hAnsi="Arial"/>
          <w:color w:val="5D7284"/>
        </w:rPr>
        <w:t>53:24</w:t>
      </w:r>
    </w:p>
    <w:p w14:paraId="1F131E3E" w14:textId="77777777" w:rsidR="000D24BC" w:rsidRDefault="00082537">
      <w:pPr>
        <w:spacing w:after="0"/>
      </w:pPr>
      <w:r>
        <w:rPr>
          <w:rFonts w:ascii="Arial" w:hAnsi="Arial"/>
        </w:rPr>
        <w:t>Like that. Okay.</w:t>
      </w:r>
    </w:p>
    <w:p w14:paraId="3B7BF7B5" w14:textId="77777777" w:rsidR="000D24BC" w:rsidRDefault="000D24BC">
      <w:pPr>
        <w:spacing w:after="0"/>
      </w:pPr>
    </w:p>
    <w:p w14:paraId="1DDAA3A9" w14:textId="77777777" w:rsidR="000D24BC" w:rsidRDefault="00082537">
      <w:pPr>
        <w:spacing w:after="0"/>
      </w:pPr>
      <w:r>
        <w:rPr>
          <w:rFonts w:ascii="Arial" w:hAnsi="Arial"/>
          <w:b/>
        </w:rPr>
        <w:t xml:space="preserve">Participant#31:  </w:t>
      </w:r>
      <w:r>
        <w:rPr>
          <w:rFonts w:ascii="Arial" w:hAnsi="Arial"/>
          <w:color w:val="5D7284"/>
        </w:rPr>
        <w:t>53:25</w:t>
      </w:r>
    </w:p>
    <w:p w14:paraId="67C55A1E" w14:textId="77777777" w:rsidR="000D24BC" w:rsidRDefault="00082537">
      <w:pPr>
        <w:spacing w:after="0"/>
      </w:pPr>
      <w:r>
        <w:rPr>
          <w:rFonts w:ascii="Arial" w:hAnsi="Arial"/>
        </w:rPr>
        <w:t>Yeah, from your side.</w:t>
      </w:r>
    </w:p>
    <w:p w14:paraId="191F14EE" w14:textId="77777777" w:rsidR="000D24BC" w:rsidRDefault="000D24BC">
      <w:pPr>
        <w:spacing w:after="0"/>
      </w:pPr>
    </w:p>
    <w:p w14:paraId="5872B4BE" w14:textId="77777777" w:rsidR="000D24BC" w:rsidRDefault="00082537">
      <w:pPr>
        <w:spacing w:after="0"/>
      </w:pPr>
      <w:r>
        <w:rPr>
          <w:rFonts w:ascii="Arial" w:hAnsi="Arial"/>
          <w:b/>
        </w:rPr>
        <w:t xml:space="preserve">Interviewer E:  </w:t>
      </w:r>
      <w:r>
        <w:rPr>
          <w:rFonts w:ascii="Arial" w:hAnsi="Arial"/>
          <w:color w:val="5D7284"/>
        </w:rPr>
        <w:t>53:26</w:t>
      </w:r>
    </w:p>
    <w:p w14:paraId="438CC566" w14:textId="77777777" w:rsidR="000D24BC" w:rsidRDefault="00082537">
      <w:pPr>
        <w:spacing w:after="0"/>
      </w:pPr>
      <w:r>
        <w:rPr>
          <w:rFonts w:ascii="Arial" w:hAnsi="Arial"/>
        </w:rPr>
        <w:t>Okay, and why do you think that just because of the rotation, or?</w:t>
      </w:r>
    </w:p>
    <w:p w14:paraId="0A7DB4DF" w14:textId="77777777" w:rsidR="000D24BC" w:rsidRDefault="000D24BC">
      <w:pPr>
        <w:spacing w:after="0"/>
      </w:pPr>
    </w:p>
    <w:p w14:paraId="1390882F" w14:textId="77777777" w:rsidR="000D24BC" w:rsidRDefault="00082537">
      <w:pPr>
        <w:spacing w:after="0"/>
      </w:pPr>
      <w:r>
        <w:rPr>
          <w:rFonts w:ascii="Arial" w:hAnsi="Arial"/>
          <w:b/>
        </w:rPr>
        <w:t xml:space="preserve">Participant#31:  </w:t>
      </w:r>
      <w:r>
        <w:rPr>
          <w:rFonts w:ascii="Arial" w:hAnsi="Arial"/>
          <w:color w:val="5D7284"/>
        </w:rPr>
        <w:t>53:31</w:t>
      </w:r>
    </w:p>
    <w:p w14:paraId="2AC53D41" w14:textId="77777777" w:rsidR="000D24BC" w:rsidRDefault="00082537">
      <w:pPr>
        <w:spacing w:after="0"/>
      </w:pPr>
      <w:r>
        <w:rPr>
          <w:rFonts w:ascii="Arial" w:hAnsi="Arial"/>
        </w:rPr>
        <w:t>Maybe because of the rotation in the fact that its always going to cover the tank.</w:t>
      </w:r>
    </w:p>
    <w:p w14:paraId="6BCBB9B5" w14:textId="77777777" w:rsidR="000D24BC" w:rsidRDefault="000D24BC">
      <w:pPr>
        <w:spacing w:after="0"/>
      </w:pPr>
    </w:p>
    <w:p w14:paraId="01A03F75" w14:textId="77777777" w:rsidR="000D24BC" w:rsidRDefault="00082537">
      <w:pPr>
        <w:spacing w:after="0"/>
      </w:pPr>
      <w:r>
        <w:rPr>
          <w:rFonts w:ascii="Arial" w:hAnsi="Arial"/>
          <w:b/>
        </w:rPr>
        <w:t xml:space="preserve">Interviewer E:  </w:t>
      </w:r>
      <w:r>
        <w:rPr>
          <w:rFonts w:ascii="Arial" w:hAnsi="Arial"/>
          <w:color w:val="5D7284"/>
        </w:rPr>
        <w:t>53:35</w:t>
      </w:r>
    </w:p>
    <w:p w14:paraId="7BAF11CA" w14:textId="77777777" w:rsidR="000D24BC" w:rsidRDefault="00082537">
      <w:pPr>
        <w:spacing w:after="0"/>
      </w:pPr>
      <w:r>
        <w:rPr>
          <w:rFonts w:ascii="Arial" w:hAnsi="Arial"/>
        </w:rPr>
        <w:t>Okay and so I have one more scenario. Before we move to our last thing for today. This last scenario, let's say I had a pot and I took the pot and I put it on top of this, and I put soil in the pot, and then I put a seed in the soil, and I let this beautiful plant grow. While it's in rotation, how do you think the roots are going to look like?</w:t>
      </w:r>
    </w:p>
    <w:p w14:paraId="064A6B9F" w14:textId="77777777" w:rsidR="000D24BC" w:rsidRDefault="000D24BC">
      <w:pPr>
        <w:spacing w:after="0"/>
      </w:pPr>
    </w:p>
    <w:p w14:paraId="700F6DBA" w14:textId="77777777" w:rsidR="000D24BC" w:rsidRDefault="00082537">
      <w:pPr>
        <w:spacing w:after="0"/>
      </w:pPr>
      <w:r>
        <w:rPr>
          <w:rFonts w:ascii="Arial" w:hAnsi="Arial"/>
          <w:b/>
        </w:rPr>
        <w:t xml:space="preserve">Participant#31:  </w:t>
      </w:r>
      <w:r>
        <w:rPr>
          <w:rFonts w:ascii="Arial" w:hAnsi="Arial"/>
          <w:color w:val="5D7284"/>
        </w:rPr>
        <w:t>54:00</w:t>
      </w:r>
    </w:p>
    <w:p w14:paraId="1AF176E7" w14:textId="77777777" w:rsidR="000D24BC" w:rsidRDefault="00082537">
      <w:pPr>
        <w:spacing w:after="0"/>
      </w:pPr>
      <w:r>
        <w:rPr>
          <w:rFonts w:ascii="Arial" w:hAnsi="Arial"/>
        </w:rPr>
        <w:t>I think the roots like while your doing it is probably going to be a little large. I guess.</w:t>
      </w:r>
    </w:p>
    <w:p w14:paraId="3C6B38D6" w14:textId="77777777" w:rsidR="000D24BC" w:rsidRDefault="000D24BC">
      <w:pPr>
        <w:spacing w:after="0"/>
      </w:pPr>
    </w:p>
    <w:p w14:paraId="78703711" w14:textId="77777777" w:rsidR="000D24BC" w:rsidRDefault="00082537">
      <w:pPr>
        <w:spacing w:after="0"/>
      </w:pPr>
      <w:r>
        <w:rPr>
          <w:rFonts w:ascii="Arial" w:hAnsi="Arial"/>
          <w:b/>
        </w:rPr>
        <w:t xml:space="preserve">Interviewer E:  </w:t>
      </w:r>
      <w:r>
        <w:rPr>
          <w:rFonts w:ascii="Arial" w:hAnsi="Arial"/>
          <w:color w:val="5D7284"/>
        </w:rPr>
        <w:t>54:04</w:t>
      </w:r>
    </w:p>
    <w:p w14:paraId="03FD7267" w14:textId="77777777" w:rsidR="000D24BC" w:rsidRDefault="00082537">
      <w:pPr>
        <w:spacing w:after="0"/>
      </w:pPr>
      <w:r>
        <w:rPr>
          <w:rFonts w:ascii="Arial" w:hAnsi="Arial"/>
        </w:rPr>
        <w:t>Like you think they're going to be like thicker, like thicker roots.</w:t>
      </w:r>
    </w:p>
    <w:p w14:paraId="2D1A8A33" w14:textId="77777777" w:rsidR="000D24BC" w:rsidRDefault="000D24BC">
      <w:pPr>
        <w:spacing w:after="0"/>
      </w:pPr>
    </w:p>
    <w:p w14:paraId="6E348384" w14:textId="77777777" w:rsidR="000D24BC" w:rsidRDefault="00082537">
      <w:pPr>
        <w:spacing w:after="0"/>
      </w:pPr>
      <w:r>
        <w:rPr>
          <w:rFonts w:ascii="Arial" w:hAnsi="Arial"/>
          <w:b/>
        </w:rPr>
        <w:t xml:space="preserve">Participant#31:  </w:t>
      </w:r>
      <w:r>
        <w:rPr>
          <w:rFonts w:ascii="Arial" w:hAnsi="Arial"/>
          <w:color w:val="5D7284"/>
        </w:rPr>
        <w:t>54:07</w:t>
      </w:r>
    </w:p>
    <w:p w14:paraId="6FA6599C" w14:textId="77777777" w:rsidR="000D24BC" w:rsidRDefault="00082537">
      <w:pPr>
        <w:spacing w:after="0"/>
      </w:pPr>
      <w:r>
        <w:rPr>
          <w:rFonts w:ascii="Arial" w:hAnsi="Arial"/>
        </w:rPr>
        <w:t>Probably because he put seeds and salt on it. I feel like the salt helps cleanse or they kill plants.</w:t>
      </w:r>
    </w:p>
    <w:p w14:paraId="5BC89CD9" w14:textId="77777777" w:rsidR="000D24BC" w:rsidRDefault="000D24BC">
      <w:pPr>
        <w:spacing w:after="0"/>
      </w:pPr>
    </w:p>
    <w:p w14:paraId="3A360F51" w14:textId="77777777" w:rsidR="000D24BC" w:rsidRDefault="00082537">
      <w:pPr>
        <w:spacing w:after="0"/>
      </w:pPr>
      <w:r>
        <w:rPr>
          <w:rFonts w:ascii="Arial" w:hAnsi="Arial"/>
          <w:b/>
        </w:rPr>
        <w:t xml:space="preserve">Interviewer E:  </w:t>
      </w:r>
      <w:r>
        <w:rPr>
          <w:rFonts w:ascii="Arial" w:hAnsi="Arial"/>
          <w:color w:val="5D7284"/>
        </w:rPr>
        <w:t>54:14</w:t>
      </w:r>
    </w:p>
    <w:p w14:paraId="46F67223" w14:textId="77777777" w:rsidR="000D24BC" w:rsidRDefault="00082537">
      <w:pPr>
        <w:spacing w:after="0"/>
      </w:pPr>
      <w:r>
        <w:rPr>
          <w:rFonts w:ascii="Arial" w:hAnsi="Arial"/>
        </w:rPr>
        <w:t>Um, I'm not really sure.</w:t>
      </w:r>
    </w:p>
    <w:p w14:paraId="77858F24" w14:textId="77777777" w:rsidR="000D24BC" w:rsidRDefault="000D24BC">
      <w:pPr>
        <w:spacing w:after="0"/>
      </w:pPr>
    </w:p>
    <w:p w14:paraId="59D13D88" w14:textId="77777777" w:rsidR="000D24BC" w:rsidRDefault="00082537">
      <w:pPr>
        <w:spacing w:after="0"/>
      </w:pPr>
      <w:r>
        <w:rPr>
          <w:rFonts w:ascii="Arial" w:hAnsi="Arial"/>
          <w:b/>
        </w:rPr>
        <w:t xml:space="preserve">Participant#31:  </w:t>
      </w:r>
      <w:r>
        <w:rPr>
          <w:rFonts w:ascii="Arial" w:hAnsi="Arial"/>
          <w:color w:val="5D7284"/>
        </w:rPr>
        <w:t>54:16</w:t>
      </w:r>
    </w:p>
    <w:p w14:paraId="4B3261FF" w14:textId="77777777" w:rsidR="000D24BC" w:rsidRDefault="00082537">
      <w:pPr>
        <w:spacing w:after="0"/>
      </w:pPr>
      <w:r>
        <w:rPr>
          <w:rFonts w:ascii="Arial" w:hAnsi="Arial"/>
        </w:rPr>
        <w:t>I've probably increased growths, I guess. I don't know.</w:t>
      </w:r>
    </w:p>
    <w:p w14:paraId="66E65A70" w14:textId="77777777" w:rsidR="000D24BC" w:rsidRDefault="000D24BC">
      <w:pPr>
        <w:spacing w:after="0"/>
      </w:pPr>
    </w:p>
    <w:p w14:paraId="2E285C9F" w14:textId="77777777" w:rsidR="000D24BC" w:rsidRDefault="00082537">
      <w:pPr>
        <w:spacing w:after="0"/>
      </w:pPr>
      <w:r>
        <w:rPr>
          <w:rFonts w:ascii="Arial" w:hAnsi="Arial"/>
          <w:b/>
        </w:rPr>
        <w:t xml:space="preserve">Interviewer E:  </w:t>
      </w:r>
      <w:r>
        <w:rPr>
          <w:rFonts w:ascii="Arial" w:hAnsi="Arial"/>
          <w:color w:val="5D7284"/>
        </w:rPr>
        <w:t>54:20</w:t>
      </w:r>
    </w:p>
    <w:p w14:paraId="5D7602BF" w14:textId="77777777" w:rsidR="000D24BC" w:rsidRDefault="00082537">
      <w:pPr>
        <w:spacing w:after="0"/>
      </w:pPr>
      <w:r>
        <w:rPr>
          <w:rFonts w:ascii="Arial" w:hAnsi="Arial"/>
        </w:rPr>
        <w:t>Okay, so you're saying that if we have a pot, if we have soil, we put a seed on it and we put salt on it while it's spinning. The roots are gonna get thicker?</w:t>
      </w:r>
    </w:p>
    <w:p w14:paraId="13544211" w14:textId="77777777" w:rsidR="000D24BC" w:rsidRDefault="000D24BC">
      <w:pPr>
        <w:spacing w:after="0"/>
      </w:pPr>
    </w:p>
    <w:p w14:paraId="22773023" w14:textId="77777777" w:rsidR="000D24BC" w:rsidRDefault="00082537">
      <w:pPr>
        <w:spacing w:after="0"/>
      </w:pPr>
      <w:r>
        <w:rPr>
          <w:rFonts w:ascii="Arial" w:hAnsi="Arial"/>
          <w:b/>
        </w:rPr>
        <w:t xml:space="preserve">Participant#31:  </w:t>
      </w:r>
      <w:r>
        <w:rPr>
          <w:rFonts w:ascii="Arial" w:hAnsi="Arial"/>
          <w:color w:val="5D7284"/>
        </w:rPr>
        <w:t>54:29</w:t>
      </w:r>
    </w:p>
    <w:p w14:paraId="517E7DC3" w14:textId="77777777" w:rsidR="000D24BC" w:rsidRDefault="00082537">
      <w:pPr>
        <w:spacing w:after="0"/>
      </w:pPr>
      <w:r>
        <w:rPr>
          <w:rFonts w:ascii="Arial" w:hAnsi="Arial"/>
        </w:rPr>
        <w:t>Yeah well maybe.</w:t>
      </w:r>
    </w:p>
    <w:p w14:paraId="7CAB93E1" w14:textId="77777777" w:rsidR="000D24BC" w:rsidRDefault="000D24BC">
      <w:pPr>
        <w:spacing w:after="0"/>
      </w:pPr>
    </w:p>
    <w:p w14:paraId="5D550A1C" w14:textId="77777777" w:rsidR="000D24BC" w:rsidRDefault="00082537">
      <w:pPr>
        <w:spacing w:after="0"/>
      </w:pPr>
      <w:r>
        <w:rPr>
          <w:rFonts w:ascii="Arial" w:hAnsi="Arial"/>
          <w:b/>
        </w:rPr>
        <w:t xml:space="preserve">Interviewer E:  </w:t>
      </w:r>
      <w:r>
        <w:rPr>
          <w:rFonts w:ascii="Arial" w:hAnsi="Arial"/>
          <w:color w:val="5D7284"/>
        </w:rPr>
        <w:t>54:30</w:t>
      </w:r>
    </w:p>
    <w:p w14:paraId="2271B941" w14:textId="77777777" w:rsidR="000D24BC" w:rsidRDefault="00082537">
      <w:pPr>
        <w:spacing w:after="0"/>
      </w:pPr>
      <w:r>
        <w:rPr>
          <w:rFonts w:ascii="Arial" w:hAnsi="Arial"/>
        </w:rPr>
        <w:t>Okay, what about the pattern of the roots? Are there going to be straight curly? Are they going to be diagonal they're going to be?</w:t>
      </w:r>
    </w:p>
    <w:p w14:paraId="7FDCA75C" w14:textId="77777777" w:rsidR="000D24BC" w:rsidRDefault="000D24BC">
      <w:pPr>
        <w:spacing w:after="0"/>
      </w:pPr>
    </w:p>
    <w:p w14:paraId="4F0D6FD4" w14:textId="77777777" w:rsidR="000D24BC" w:rsidRDefault="00082537">
      <w:pPr>
        <w:spacing w:after="0"/>
      </w:pPr>
      <w:r>
        <w:rPr>
          <w:rFonts w:ascii="Arial" w:hAnsi="Arial"/>
          <w:b/>
        </w:rPr>
        <w:t xml:space="preserve">Participant#31:  </w:t>
      </w:r>
      <w:r>
        <w:rPr>
          <w:rFonts w:ascii="Arial" w:hAnsi="Arial"/>
          <w:color w:val="5D7284"/>
        </w:rPr>
        <w:t>54:38</w:t>
      </w:r>
    </w:p>
    <w:p w14:paraId="5187F826" w14:textId="77777777" w:rsidR="000D24BC" w:rsidRDefault="00082537">
      <w:pPr>
        <w:spacing w:after="0"/>
      </w:pPr>
      <w:r>
        <w:rPr>
          <w:rFonts w:ascii="Arial" w:hAnsi="Arial"/>
        </w:rPr>
        <w:t>Like, even though it'd be gonna take you're probably gonna make it like, mess kind of mess up the roots of being became a little curly.</w:t>
      </w:r>
    </w:p>
    <w:p w14:paraId="6847A55D" w14:textId="77777777" w:rsidR="000D24BC" w:rsidRDefault="000D24BC">
      <w:pPr>
        <w:spacing w:after="0"/>
      </w:pPr>
    </w:p>
    <w:p w14:paraId="1F9FDFA4" w14:textId="77777777" w:rsidR="000D24BC" w:rsidRDefault="00082537">
      <w:pPr>
        <w:spacing w:after="0"/>
      </w:pPr>
      <w:r>
        <w:rPr>
          <w:rFonts w:ascii="Arial" w:hAnsi="Arial"/>
          <w:b/>
        </w:rPr>
        <w:t xml:space="preserve">Interviewer E:  </w:t>
      </w:r>
      <w:r>
        <w:rPr>
          <w:rFonts w:ascii="Arial" w:hAnsi="Arial"/>
          <w:color w:val="5D7284"/>
        </w:rPr>
        <w:t>54:45</w:t>
      </w:r>
    </w:p>
    <w:p w14:paraId="53535DE9" w14:textId="77777777" w:rsidR="000D24BC" w:rsidRDefault="00082537">
      <w:pPr>
        <w:spacing w:after="0"/>
      </w:pPr>
      <w:r>
        <w:rPr>
          <w:rFonts w:ascii="Arial" w:hAnsi="Arial"/>
        </w:rPr>
        <w:lastRenderedPageBreak/>
        <w:t>Okay, so the roots are going to be like curling, so thick and curling. Yeah. Okay. And what about the top of the tree? What is the top of the tree gonna look like?</w:t>
      </w:r>
    </w:p>
    <w:p w14:paraId="40468A7D" w14:textId="77777777" w:rsidR="000D24BC" w:rsidRDefault="000D24BC">
      <w:pPr>
        <w:spacing w:after="0"/>
      </w:pPr>
    </w:p>
    <w:p w14:paraId="6D3BA4E4" w14:textId="77777777" w:rsidR="000D24BC" w:rsidRDefault="00082537">
      <w:pPr>
        <w:spacing w:after="0"/>
      </w:pPr>
      <w:r>
        <w:rPr>
          <w:rFonts w:ascii="Arial" w:hAnsi="Arial"/>
          <w:b/>
        </w:rPr>
        <w:t xml:space="preserve">Participant#31:  </w:t>
      </w:r>
      <w:r>
        <w:rPr>
          <w:rFonts w:ascii="Arial" w:hAnsi="Arial"/>
          <w:color w:val="5D7284"/>
        </w:rPr>
        <w:t>54:54</w:t>
      </w:r>
    </w:p>
    <w:p w14:paraId="2431A39C" w14:textId="77777777" w:rsidR="000D24BC" w:rsidRDefault="00082537">
      <w:pPr>
        <w:spacing w:after="0"/>
      </w:pPr>
      <w:r>
        <w:rPr>
          <w:rFonts w:ascii="Arial" w:hAnsi="Arial"/>
        </w:rPr>
        <w:t>Well, I don't know. It's it's a strange question. Probably gonna be okay. It's normal</w:t>
      </w:r>
    </w:p>
    <w:p w14:paraId="1F5E56FD" w14:textId="77777777" w:rsidR="000D24BC" w:rsidRDefault="000D24BC">
      <w:pPr>
        <w:spacing w:after="0"/>
      </w:pPr>
    </w:p>
    <w:p w14:paraId="013BEE0C" w14:textId="77777777" w:rsidR="000D24BC" w:rsidRDefault="00082537">
      <w:pPr>
        <w:spacing w:after="0"/>
      </w:pPr>
      <w:r>
        <w:rPr>
          <w:rFonts w:ascii="Arial" w:hAnsi="Arial"/>
          <w:b/>
        </w:rPr>
        <w:t xml:space="preserve">Interviewer E:  </w:t>
      </w:r>
      <w:r>
        <w:rPr>
          <w:rFonts w:ascii="Arial" w:hAnsi="Arial"/>
          <w:color w:val="5D7284"/>
        </w:rPr>
        <w:t>55:01</w:t>
      </w:r>
    </w:p>
    <w:p w14:paraId="7327F66F" w14:textId="77777777" w:rsidR="000D24BC" w:rsidRDefault="00082537">
      <w:pPr>
        <w:spacing w:after="0"/>
      </w:pPr>
      <w:r>
        <w:rPr>
          <w:rFonts w:ascii="Arial" w:hAnsi="Arial"/>
        </w:rPr>
        <w:t>Just like a normal didn't the tree pattern is called like a dindratic pattern so it's gonna have that normal dindratic look like veins or something. Okay. And why do you think it's gonna look normal?</w:t>
      </w:r>
    </w:p>
    <w:p w14:paraId="5F25E361" w14:textId="77777777" w:rsidR="000D24BC" w:rsidRDefault="000D24BC">
      <w:pPr>
        <w:spacing w:after="0"/>
      </w:pPr>
    </w:p>
    <w:p w14:paraId="4B90EA90" w14:textId="77777777" w:rsidR="000D24BC" w:rsidRDefault="00082537">
      <w:pPr>
        <w:spacing w:after="0"/>
      </w:pPr>
      <w:r>
        <w:rPr>
          <w:rFonts w:ascii="Arial" w:hAnsi="Arial"/>
          <w:b/>
        </w:rPr>
        <w:t xml:space="preserve">Participant#31:  </w:t>
      </w:r>
      <w:r>
        <w:rPr>
          <w:rFonts w:ascii="Arial" w:hAnsi="Arial"/>
          <w:color w:val="5D7284"/>
        </w:rPr>
        <w:t>55:17</w:t>
      </w:r>
    </w:p>
    <w:p w14:paraId="1183667D" w14:textId="77777777" w:rsidR="000D24BC" w:rsidRDefault="00082537">
      <w:pPr>
        <w:spacing w:after="0"/>
      </w:pPr>
      <w:r>
        <w:rPr>
          <w:rFonts w:ascii="Arial" w:hAnsi="Arial"/>
        </w:rPr>
        <w:t>Oh no, how was probably like, I think it probably is gonna end because it wont effect the top, it's gonna affect the roots.</w:t>
      </w:r>
    </w:p>
    <w:p w14:paraId="78FF8A85" w14:textId="77777777" w:rsidR="000D24BC" w:rsidRDefault="000D24BC">
      <w:pPr>
        <w:spacing w:after="0"/>
      </w:pPr>
    </w:p>
    <w:p w14:paraId="7E720A99" w14:textId="77777777" w:rsidR="000D24BC" w:rsidRDefault="00082537">
      <w:pPr>
        <w:spacing w:after="0"/>
      </w:pPr>
      <w:r>
        <w:rPr>
          <w:rFonts w:ascii="Arial" w:hAnsi="Arial"/>
          <w:b/>
        </w:rPr>
        <w:t xml:space="preserve">Interviewer E:  </w:t>
      </w:r>
      <w:r>
        <w:rPr>
          <w:rFonts w:ascii="Arial" w:hAnsi="Arial"/>
          <w:color w:val="5D7284"/>
        </w:rPr>
        <w:t>55:23</w:t>
      </w:r>
    </w:p>
    <w:p w14:paraId="780D7A34" w14:textId="77777777" w:rsidR="000D24BC" w:rsidRDefault="00082537">
      <w:pPr>
        <w:spacing w:after="0"/>
      </w:pPr>
      <w:r>
        <w:rPr>
          <w:rFonts w:ascii="Arial" w:hAnsi="Arial"/>
        </w:rPr>
        <w:t>It's just going to affect the roots.</w:t>
      </w:r>
    </w:p>
    <w:p w14:paraId="38160903" w14:textId="77777777" w:rsidR="000D24BC" w:rsidRDefault="000D24BC">
      <w:pPr>
        <w:spacing w:after="0"/>
      </w:pPr>
    </w:p>
    <w:p w14:paraId="40649620" w14:textId="77777777" w:rsidR="000D24BC" w:rsidRDefault="00082537">
      <w:pPr>
        <w:spacing w:after="0"/>
      </w:pPr>
      <w:r>
        <w:rPr>
          <w:rFonts w:ascii="Arial" w:hAnsi="Arial"/>
          <w:b/>
        </w:rPr>
        <w:t xml:space="preserve">Participant#31:  </w:t>
      </w:r>
      <w:r>
        <w:rPr>
          <w:rFonts w:ascii="Arial" w:hAnsi="Arial"/>
          <w:color w:val="5D7284"/>
        </w:rPr>
        <w:t>55:25</w:t>
      </w:r>
    </w:p>
    <w:p w14:paraId="6DE021E3" w14:textId="77777777" w:rsidR="000D24BC" w:rsidRDefault="00082537">
      <w:pPr>
        <w:spacing w:after="0"/>
      </w:pPr>
      <w:r>
        <w:rPr>
          <w:rFonts w:ascii="Arial" w:hAnsi="Arial"/>
        </w:rPr>
        <w:t xml:space="preserve">Yes. </w:t>
      </w:r>
    </w:p>
    <w:p w14:paraId="4A81009E" w14:textId="77777777" w:rsidR="000D24BC" w:rsidRDefault="000D24BC">
      <w:pPr>
        <w:spacing w:after="0"/>
      </w:pPr>
    </w:p>
    <w:p w14:paraId="520190AD" w14:textId="77777777" w:rsidR="000D24BC" w:rsidRDefault="00082537">
      <w:pPr>
        <w:spacing w:after="0"/>
      </w:pPr>
      <w:r>
        <w:rPr>
          <w:rFonts w:ascii="Arial" w:hAnsi="Arial"/>
          <w:b/>
        </w:rPr>
        <w:t xml:space="preserve">Interviewer E:  </w:t>
      </w:r>
      <w:r>
        <w:rPr>
          <w:rFonts w:ascii="Arial" w:hAnsi="Arial"/>
          <w:color w:val="5D7284"/>
        </w:rPr>
        <w:t>55:25</w:t>
      </w:r>
    </w:p>
    <w:p w14:paraId="2118308A" w14:textId="77777777" w:rsidR="000D24BC" w:rsidRDefault="00082537">
      <w:pPr>
        <w:spacing w:after="0"/>
      </w:pPr>
      <w:r>
        <w:rPr>
          <w:rFonts w:ascii="Arial" w:hAnsi="Arial"/>
        </w:rPr>
        <w:t xml:space="preserve">Because it's under dirt. All right, so our last we're going to do for like our last little five minutes is I have these little fishies I have some fish that sink all the way to the bottom and I have fish that float on top of water. So I'm going to put them into this tank or put one that'll sink there when that'll float here. </w:t>
      </w:r>
    </w:p>
    <w:p w14:paraId="380AE2FE" w14:textId="77777777" w:rsidR="000D24BC" w:rsidRDefault="000D24BC">
      <w:pPr>
        <w:spacing w:after="0"/>
      </w:pPr>
    </w:p>
    <w:p w14:paraId="14B30158" w14:textId="77777777" w:rsidR="000D24BC" w:rsidRDefault="00082537">
      <w:pPr>
        <w:spacing w:after="0"/>
      </w:pPr>
      <w:r>
        <w:rPr>
          <w:rFonts w:ascii="Arial" w:hAnsi="Arial"/>
          <w:b/>
        </w:rPr>
        <w:t xml:space="preserve">Participant#31:  </w:t>
      </w:r>
      <w:r>
        <w:rPr>
          <w:rFonts w:ascii="Arial" w:hAnsi="Arial"/>
          <w:color w:val="5D7284"/>
        </w:rPr>
        <w:t>55:51</w:t>
      </w:r>
    </w:p>
    <w:p w14:paraId="324742FE" w14:textId="77777777" w:rsidR="000D24BC" w:rsidRDefault="00082537">
      <w:pPr>
        <w:spacing w:after="0"/>
      </w:pPr>
      <w:r>
        <w:rPr>
          <w:rFonts w:ascii="Arial" w:hAnsi="Arial"/>
        </w:rPr>
        <w:t>Are they like toy fish.</w:t>
      </w:r>
    </w:p>
    <w:p w14:paraId="72E1E2B0" w14:textId="77777777" w:rsidR="000D24BC" w:rsidRDefault="000D24BC">
      <w:pPr>
        <w:spacing w:after="0"/>
      </w:pPr>
    </w:p>
    <w:p w14:paraId="5EC260AA" w14:textId="77777777" w:rsidR="000D24BC" w:rsidRDefault="00082537">
      <w:pPr>
        <w:spacing w:after="0"/>
      </w:pPr>
      <w:r>
        <w:rPr>
          <w:rFonts w:ascii="Arial" w:hAnsi="Arial"/>
          <w:b/>
        </w:rPr>
        <w:t xml:space="preserve">Interviewer E:  </w:t>
      </w:r>
      <w:r>
        <w:rPr>
          <w:rFonts w:ascii="Arial" w:hAnsi="Arial"/>
          <w:color w:val="5D7284"/>
        </w:rPr>
        <w:t>55:52</w:t>
      </w:r>
    </w:p>
    <w:p w14:paraId="620334CB" w14:textId="77777777" w:rsidR="000D24BC" w:rsidRDefault="00082537">
      <w:pPr>
        <w:spacing w:after="0"/>
      </w:pPr>
      <w:r>
        <w:rPr>
          <w:rFonts w:ascii="Arial" w:hAnsi="Arial"/>
        </w:rPr>
        <w:t>Yeah, they're like little toy fishies one floater in here, and then one sinking there. So we have two sinking fish. And we have two floating fish. And as opposed to when you first came in here when you first came in here, this tank had been rotating for about an hour, right? But now I'm starting to take just from a complete stoped position. Okay. How do you think the sink is? How do you think the sinking fish is going to react to me turning on this tank? And how do you think the floating fish is going to react?</w:t>
      </w:r>
    </w:p>
    <w:p w14:paraId="300D4430" w14:textId="77777777" w:rsidR="000D24BC" w:rsidRDefault="000D24BC">
      <w:pPr>
        <w:spacing w:after="0"/>
      </w:pPr>
    </w:p>
    <w:p w14:paraId="07FDA342" w14:textId="77777777" w:rsidR="000D24BC" w:rsidRDefault="00082537">
      <w:pPr>
        <w:spacing w:after="0"/>
      </w:pPr>
      <w:r>
        <w:rPr>
          <w:rFonts w:ascii="Arial" w:hAnsi="Arial"/>
          <w:b/>
        </w:rPr>
        <w:t xml:space="preserve">Participant#31:  </w:t>
      </w:r>
      <w:r>
        <w:rPr>
          <w:rFonts w:ascii="Arial" w:hAnsi="Arial"/>
          <w:color w:val="5D7284"/>
        </w:rPr>
        <w:t>56:24</w:t>
      </w:r>
    </w:p>
    <w:p w14:paraId="286CC8D6" w14:textId="77777777" w:rsidR="000D24BC" w:rsidRDefault="00082537">
      <w:pPr>
        <w:spacing w:after="0"/>
      </w:pPr>
      <w:r>
        <w:rPr>
          <w:rFonts w:ascii="Arial" w:hAnsi="Arial"/>
        </w:rPr>
        <w:t>I think floater fish is going are going to spin within the tank? The sinking fish If it's probably going to float up a bit.</w:t>
      </w:r>
    </w:p>
    <w:p w14:paraId="70617382" w14:textId="77777777" w:rsidR="000D24BC" w:rsidRDefault="000D24BC">
      <w:pPr>
        <w:spacing w:after="0"/>
      </w:pPr>
    </w:p>
    <w:p w14:paraId="65994426" w14:textId="77777777" w:rsidR="000D24BC" w:rsidRDefault="00082537">
      <w:pPr>
        <w:spacing w:after="0"/>
      </w:pPr>
      <w:r>
        <w:rPr>
          <w:rFonts w:ascii="Arial" w:hAnsi="Arial"/>
          <w:b/>
        </w:rPr>
        <w:t xml:space="preserve">Interviewer E:  </w:t>
      </w:r>
      <w:r>
        <w:rPr>
          <w:rFonts w:ascii="Arial" w:hAnsi="Arial"/>
          <w:color w:val="5D7284"/>
        </w:rPr>
        <w:t>56:28</w:t>
      </w:r>
    </w:p>
    <w:p w14:paraId="43D864A9" w14:textId="77777777" w:rsidR="000D24BC" w:rsidRDefault="00082537">
      <w:pPr>
        <w:spacing w:after="0"/>
      </w:pPr>
      <w:r>
        <w:rPr>
          <w:rFonts w:ascii="Arial" w:hAnsi="Arial"/>
        </w:rPr>
        <w:t>So you said the sinking fish are going to float up?</w:t>
      </w:r>
    </w:p>
    <w:p w14:paraId="5F9A6EBA" w14:textId="77777777" w:rsidR="000D24BC" w:rsidRDefault="000D24BC">
      <w:pPr>
        <w:spacing w:after="0"/>
      </w:pPr>
    </w:p>
    <w:p w14:paraId="4296AC6A" w14:textId="77777777" w:rsidR="000D24BC" w:rsidRDefault="00082537">
      <w:pPr>
        <w:spacing w:after="0"/>
      </w:pPr>
      <w:r>
        <w:rPr>
          <w:rFonts w:ascii="Arial" w:hAnsi="Arial"/>
          <w:b/>
        </w:rPr>
        <w:t xml:space="preserve">Participant#31:  </w:t>
      </w:r>
      <w:r>
        <w:rPr>
          <w:rFonts w:ascii="Arial" w:hAnsi="Arial"/>
          <w:color w:val="5D7284"/>
        </w:rPr>
        <w:t>56:32</w:t>
      </w:r>
    </w:p>
    <w:p w14:paraId="296125FE" w14:textId="77777777" w:rsidR="000D24BC" w:rsidRDefault="00082537">
      <w:pPr>
        <w:spacing w:after="0"/>
      </w:pPr>
      <w:r>
        <w:rPr>
          <w:rFonts w:ascii="Arial" w:hAnsi="Arial"/>
        </w:rPr>
        <w:t xml:space="preserve">Yeah, just a little bit. </w:t>
      </w:r>
    </w:p>
    <w:p w14:paraId="0EFB3FB1" w14:textId="77777777" w:rsidR="000D24BC" w:rsidRDefault="000D24BC">
      <w:pPr>
        <w:spacing w:after="0"/>
      </w:pPr>
    </w:p>
    <w:p w14:paraId="57C7288A" w14:textId="77777777" w:rsidR="000D24BC" w:rsidRDefault="00082537">
      <w:pPr>
        <w:spacing w:after="0"/>
      </w:pPr>
      <w:r>
        <w:rPr>
          <w:rFonts w:ascii="Arial" w:hAnsi="Arial"/>
          <w:b/>
        </w:rPr>
        <w:t xml:space="preserve">Interviewer E:  </w:t>
      </w:r>
      <w:r>
        <w:rPr>
          <w:rFonts w:ascii="Arial" w:hAnsi="Arial"/>
          <w:color w:val="5D7284"/>
        </w:rPr>
        <w:t>56:33</w:t>
      </w:r>
    </w:p>
    <w:p w14:paraId="0E6B1BAA" w14:textId="77777777" w:rsidR="000D24BC" w:rsidRDefault="00082537">
      <w:pPr>
        <w:spacing w:after="0"/>
      </w:pPr>
      <w:r>
        <w:rPr>
          <w:rFonts w:ascii="Arial" w:hAnsi="Arial"/>
        </w:rPr>
        <w:t xml:space="preserve">Just a little bit? </w:t>
      </w:r>
    </w:p>
    <w:p w14:paraId="3E1100F4" w14:textId="77777777" w:rsidR="000D24BC" w:rsidRDefault="000D24BC">
      <w:pPr>
        <w:spacing w:after="0"/>
      </w:pPr>
    </w:p>
    <w:p w14:paraId="2D5E7353" w14:textId="77777777" w:rsidR="000D24BC" w:rsidRDefault="00082537">
      <w:pPr>
        <w:spacing w:after="0"/>
      </w:pPr>
      <w:r>
        <w:rPr>
          <w:rFonts w:ascii="Arial" w:hAnsi="Arial"/>
          <w:b/>
        </w:rPr>
        <w:t xml:space="preserve">Participant#31:  </w:t>
      </w:r>
      <w:r>
        <w:rPr>
          <w:rFonts w:ascii="Arial" w:hAnsi="Arial"/>
          <w:color w:val="5D7284"/>
        </w:rPr>
        <w:t>56:34</w:t>
      </w:r>
    </w:p>
    <w:p w14:paraId="1B7AF319" w14:textId="77777777" w:rsidR="000D24BC" w:rsidRDefault="00082537">
      <w:pPr>
        <w:spacing w:after="0"/>
      </w:pPr>
      <w:r>
        <w:rPr>
          <w:rFonts w:ascii="Arial" w:hAnsi="Arial"/>
        </w:rPr>
        <w:t xml:space="preserve">Yeah,. they probably would. </w:t>
      </w:r>
    </w:p>
    <w:p w14:paraId="56CCC58C" w14:textId="77777777" w:rsidR="000D24BC" w:rsidRDefault="000D24BC">
      <w:pPr>
        <w:spacing w:after="0"/>
      </w:pPr>
    </w:p>
    <w:p w14:paraId="08C35FEF" w14:textId="77777777" w:rsidR="000D24BC" w:rsidRDefault="00082537">
      <w:pPr>
        <w:spacing w:after="0"/>
      </w:pPr>
      <w:r>
        <w:rPr>
          <w:rFonts w:ascii="Arial" w:hAnsi="Arial"/>
          <w:b/>
        </w:rPr>
        <w:t xml:space="preserve">Interviewer E:  </w:t>
      </w:r>
      <w:r>
        <w:rPr>
          <w:rFonts w:ascii="Arial" w:hAnsi="Arial"/>
          <w:color w:val="5D7284"/>
        </w:rPr>
        <w:t>56:35</w:t>
      </w:r>
    </w:p>
    <w:p w14:paraId="4A43FFA8" w14:textId="77777777" w:rsidR="000D24BC" w:rsidRDefault="00082537">
      <w:pPr>
        <w:spacing w:after="0"/>
      </w:pPr>
      <w:r>
        <w:rPr>
          <w:rFonts w:ascii="Arial" w:hAnsi="Arial"/>
        </w:rPr>
        <w:t>Why?</w:t>
      </w:r>
    </w:p>
    <w:p w14:paraId="2DB3B3D6" w14:textId="77777777" w:rsidR="000D24BC" w:rsidRDefault="000D24BC">
      <w:pPr>
        <w:spacing w:after="0"/>
      </w:pPr>
    </w:p>
    <w:p w14:paraId="6206F07B" w14:textId="77777777" w:rsidR="000D24BC" w:rsidRDefault="00082537">
      <w:pPr>
        <w:spacing w:after="0"/>
      </w:pPr>
      <w:r>
        <w:rPr>
          <w:rFonts w:ascii="Arial" w:hAnsi="Arial"/>
          <w:b/>
        </w:rPr>
        <w:t xml:space="preserve">Participant#31:  </w:t>
      </w:r>
      <w:r>
        <w:rPr>
          <w:rFonts w:ascii="Arial" w:hAnsi="Arial"/>
          <w:color w:val="5D7284"/>
        </w:rPr>
        <w:t>56:35</w:t>
      </w:r>
    </w:p>
    <w:p w14:paraId="3F44936C" w14:textId="77777777" w:rsidR="000D24BC" w:rsidRDefault="00082537">
      <w:pPr>
        <w:spacing w:after="0"/>
      </w:pPr>
      <w:r>
        <w:rPr>
          <w:rFonts w:ascii="Arial" w:hAnsi="Arial"/>
        </w:rPr>
        <w:t>Because the speed will carry it up top.</w:t>
      </w:r>
    </w:p>
    <w:p w14:paraId="44D86FEC" w14:textId="77777777" w:rsidR="000D24BC" w:rsidRDefault="000D24BC">
      <w:pPr>
        <w:spacing w:after="0"/>
      </w:pPr>
    </w:p>
    <w:p w14:paraId="3E4A9AD5" w14:textId="77777777" w:rsidR="000D24BC" w:rsidRDefault="00082537">
      <w:pPr>
        <w:spacing w:after="0"/>
      </w:pPr>
      <w:r>
        <w:rPr>
          <w:rFonts w:ascii="Arial" w:hAnsi="Arial"/>
          <w:b/>
        </w:rPr>
        <w:t xml:space="preserve">Interviewer E:  </w:t>
      </w:r>
      <w:r>
        <w:rPr>
          <w:rFonts w:ascii="Arial" w:hAnsi="Arial"/>
          <w:color w:val="5D7284"/>
        </w:rPr>
        <w:t>56:38</w:t>
      </w:r>
    </w:p>
    <w:p w14:paraId="4F22BF03" w14:textId="77777777" w:rsidR="000D24BC" w:rsidRDefault="00082537">
      <w:pPr>
        <w:spacing w:after="0"/>
      </w:pPr>
      <w:r>
        <w:rPr>
          <w:rFonts w:ascii="Arial" w:hAnsi="Arial"/>
        </w:rPr>
        <w:t>So you think like the motion is going to force the fish upwards?</w:t>
      </w:r>
    </w:p>
    <w:p w14:paraId="0306A392" w14:textId="77777777" w:rsidR="000D24BC" w:rsidRDefault="000D24BC">
      <w:pPr>
        <w:spacing w:after="0"/>
      </w:pPr>
    </w:p>
    <w:p w14:paraId="30BDC479" w14:textId="77777777" w:rsidR="000D24BC" w:rsidRDefault="00082537">
      <w:pPr>
        <w:spacing w:after="0"/>
      </w:pPr>
      <w:r>
        <w:rPr>
          <w:rFonts w:ascii="Arial" w:hAnsi="Arial"/>
          <w:b/>
        </w:rPr>
        <w:t xml:space="preserve">Participant#31:  </w:t>
      </w:r>
      <w:r>
        <w:rPr>
          <w:rFonts w:ascii="Arial" w:hAnsi="Arial"/>
          <w:color w:val="5D7284"/>
        </w:rPr>
        <w:t>56:44</w:t>
      </w:r>
    </w:p>
    <w:p w14:paraId="7B2724C8" w14:textId="77777777" w:rsidR="000D24BC" w:rsidRDefault="00082537">
      <w:pPr>
        <w:spacing w:after="0"/>
      </w:pPr>
      <w:r>
        <w:rPr>
          <w:rFonts w:ascii="Arial" w:hAnsi="Arial"/>
        </w:rPr>
        <w:t>Well, well, that's it, I feel like if its fast enough it would, but I feel like in this sort of speed then no and no it will just push it forward.</w:t>
      </w:r>
    </w:p>
    <w:p w14:paraId="27BB00CC" w14:textId="77777777" w:rsidR="000D24BC" w:rsidRDefault="000D24BC">
      <w:pPr>
        <w:spacing w:after="0"/>
      </w:pPr>
    </w:p>
    <w:p w14:paraId="4C1A5A6A" w14:textId="77777777" w:rsidR="000D24BC" w:rsidRDefault="00082537">
      <w:pPr>
        <w:spacing w:after="0"/>
      </w:pPr>
      <w:r>
        <w:rPr>
          <w:rFonts w:ascii="Arial" w:hAnsi="Arial"/>
          <w:b/>
        </w:rPr>
        <w:t xml:space="preserve">Interviewer E:  </w:t>
      </w:r>
      <w:r>
        <w:rPr>
          <w:rFonts w:ascii="Arial" w:hAnsi="Arial"/>
          <w:color w:val="5D7284"/>
        </w:rPr>
        <w:t>56:54</w:t>
      </w:r>
    </w:p>
    <w:p w14:paraId="2A0B7937" w14:textId="77777777" w:rsidR="000D24BC" w:rsidRDefault="00082537">
      <w:pPr>
        <w:spacing w:after="0"/>
      </w:pPr>
      <w:r>
        <w:rPr>
          <w:rFonts w:ascii="Arial" w:hAnsi="Arial"/>
        </w:rPr>
        <w:t>So if it's fast enough, it'll make them float a little bit. But if it's not fast enough, they're just going to move or they're going to move with in the same direction that the tank is spinning or they're gonna move in the opposite direction.</w:t>
      </w:r>
    </w:p>
    <w:p w14:paraId="1535EB41" w14:textId="77777777" w:rsidR="000D24BC" w:rsidRDefault="000D24BC">
      <w:pPr>
        <w:spacing w:after="0"/>
      </w:pPr>
    </w:p>
    <w:p w14:paraId="508EDFE6" w14:textId="77777777" w:rsidR="000D24BC" w:rsidRDefault="00082537">
      <w:pPr>
        <w:spacing w:after="0"/>
      </w:pPr>
      <w:r>
        <w:rPr>
          <w:rFonts w:ascii="Arial" w:hAnsi="Arial"/>
          <w:b/>
        </w:rPr>
        <w:t xml:space="preserve">Participant#31:  </w:t>
      </w:r>
      <w:r>
        <w:rPr>
          <w:rFonts w:ascii="Arial" w:hAnsi="Arial"/>
          <w:color w:val="5D7284"/>
        </w:rPr>
        <w:t>57:05</w:t>
      </w:r>
    </w:p>
    <w:p w14:paraId="143058BE" w14:textId="77777777" w:rsidR="000D24BC" w:rsidRDefault="00082537">
      <w:pPr>
        <w:spacing w:after="0"/>
      </w:pPr>
      <w:r>
        <w:rPr>
          <w:rFonts w:ascii="Arial" w:hAnsi="Arial"/>
        </w:rPr>
        <w:t>He's going the same direction.</w:t>
      </w:r>
    </w:p>
    <w:p w14:paraId="1DC930DD" w14:textId="77777777" w:rsidR="000D24BC" w:rsidRDefault="000D24BC">
      <w:pPr>
        <w:spacing w:after="0"/>
      </w:pPr>
    </w:p>
    <w:p w14:paraId="4A645ED5" w14:textId="77777777" w:rsidR="000D24BC" w:rsidRDefault="00082537">
      <w:pPr>
        <w:spacing w:after="0"/>
      </w:pPr>
      <w:r>
        <w:rPr>
          <w:rFonts w:ascii="Arial" w:hAnsi="Arial"/>
          <w:b/>
        </w:rPr>
        <w:t xml:space="preserve">Interviewer E:  </w:t>
      </w:r>
      <w:r>
        <w:rPr>
          <w:rFonts w:ascii="Arial" w:hAnsi="Arial"/>
          <w:color w:val="5D7284"/>
        </w:rPr>
        <w:t>57:07</w:t>
      </w:r>
    </w:p>
    <w:p w14:paraId="0796F556" w14:textId="77777777" w:rsidR="000D24BC" w:rsidRDefault="00082537">
      <w:pPr>
        <w:spacing w:after="0"/>
      </w:pPr>
      <w:r>
        <w:rPr>
          <w:rFonts w:ascii="Arial" w:hAnsi="Arial"/>
        </w:rPr>
        <w:t>In the same direction. What about the flooding of fish? What are they going to do?</w:t>
      </w:r>
    </w:p>
    <w:p w14:paraId="454EA38E" w14:textId="77777777" w:rsidR="000D24BC" w:rsidRDefault="000D24BC">
      <w:pPr>
        <w:spacing w:after="0"/>
      </w:pPr>
    </w:p>
    <w:p w14:paraId="74E56B14" w14:textId="77777777" w:rsidR="000D24BC" w:rsidRDefault="00082537">
      <w:pPr>
        <w:spacing w:after="0"/>
      </w:pPr>
      <w:r>
        <w:rPr>
          <w:rFonts w:ascii="Arial" w:hAnsi="Arial"/>
          <w:b/>
        </w:rPr>
        <w:t xml:space="preserve">Participant#31:  </w:t>
      </w:r>
      <w:r>
        <w:rPr>
          <w:rFonts w:ascii="Arial" w:hAnsi="Arial"/>
          <w:color w:val="5D7284"/>
        </w:rPr>
        <w:t>57:10</w:t>
      </w:r>
    </w:p>
    <w:p w14:paraId="2049DF12" w14:textId="77777777" w:rsidR="000D24BC" w:rsidRDefault="00082537">
      <w:pPr>
        <w:spacing w:after="0"/>
      </w:pPr>
      <w:r>
        <w:rPr>
          <w:rFonts w:ascii="Arial" w:hAnsi="Arial"/>
        </w:rPr>
        <w:t>There probably move it and in the same direction as well.</w:t>
      </w:r>
    </w:p>
    <w:p w14:paraId="4CFF724E" w14:textId="77777777" w:rsidR="000D24BC" w:rsidRDefault="000D24BC">
      <w:pPr>
        <w:spacing w:after="0"/>
      </w:pPr>
    </w:p>
    <w:p w14:paraId="7ED10016" w14:textId="77777777" w:rsidR="000D24BC" w:rsidRDefault="00082537">
      <w:pPr>
        <w:spacing w:after="0"/>
      </w:pPr>
      <w:r>
        <w:rPr>
          <w:rFonts w:ascii="Arial" w:hAnsi="Arial"/>
          <w:b/>
        </w:rPr>
        <w:t xml:space="preserve">Interviewer E:  </w:t>
      </w:r>
      <w:r>
        <w:rPr>
          <w:rFonts w:ascii="Arial" w:hAnsi="Arial"/>
          <w:color w:val="5D7284"/>
        </w:rPr>
        <w:t>57:13</w:t>
      </w:r>
    </w:p>
    <w:p w14:paraId="32FD3F75" w14:textId="77777777" w:rsidR="000D24BC" w:rsidRDefault="00082537">
      <w:pPr>
        <w:spacing w:after="0"/>
      </w:pPr>
      <w:r>
        <w:rPr>
          <w:rFonts w:ascii="Arial" w:hAnsi="Arial"/>
        </w:rPr>
        <w:t xml:space="preserve">They're going to move in the same direction. Okay, well we're gonna find out. So, is that a little surprising compared to what you first initially thought was gonna happen? </w:t>
      </w:r>
    </w:p>
    <w:p w14:paraId="387841E6" w14:textId="77777777" w:rsidR="000D24BC" w:rsidRDefault="000D24BC">
      <w:pPr>
        <w:spacing w:after="0"/>
      </w:pPr>
    </w:p>
    <w:p w14:paraId="7884D896" w14:textId="77777777" w:rsidR="000D24BC" w:rsidRDefault="00082537">
      <w:pPr>
        <w:spacing w:after="0"/>
      </w:pPr>
      <w:r>
        <w:rPr>
          <w:rFonts w:ascii="Arial" w:hAnsi="Arial"/>
          <w:b/>
        </w:rPr>
        <w:t xml:space="preserve">Participant#31:  </w:t>
      </w:r>
      <w:r>
        <w:rPr>
          <w:rFonts w:ascii="Arial" w:hAnsi="Arial"/>
          <w:color w:val="5D7284"/>
        </w:rPr>
        <w:t>57:35</w:t>
      </w:r>
    </w:p>
    <w:p w14:paraId="1B75F000" w14:textId="77777777" w:rsidR="000D24BC" w:rsidRDefault="00082537">
      <w:pPr>
        <w:spacing w:after="0"/>
      </w:pPr>
      <w:r>
        <w:rPr>
          <w:rFonts w:ascii="Arial" w:hAnsi="Arial"/>
        </w:rPr>
        <w:t>Yup.</w:t>
      </w:r>
    </w:p>
    <w:p w14:paraId="1684ED12" w14:textId="77777777" w:rsidR="000D24BC" w:rsidRDefault="000D24BC">
      <w:pPr>
        <w:spacing w:after="0"/>
      </w:pPr>
    </w:p>
    <w:p w14:paraId="04878071" w14:textId="77777777" w:rsidR="000D24BC" w:rsidRDefault="00082537">
      <w:pPr>
        <w:spacing w:after="0"/>
      </w:pPr>
      <w:r>
        <w:rPr>
          <w:rFonts w:ascii="Arial" w:hAnsi="Arial"/>
          <w:b/>
        </w:rPr>
        <w:t xml:space="preserve">Interviewer E:  </w:t>
      </w:r>
      <w:r>
        <w:rPr>
          <w:rFonts w:ascii="Arial" w:hAnsi="Arial"/>
          <w:color w:val="5D7284"/>
        </w:rPr>
        <w:t>57:35</w:t>
      </w:r>
    </w:p>
    <w:p w14:paraId="5D572BAB" w14:textId="77777777" w:rsidR="000D24BC" w:rsidRDefault="00082537">
      <w:pPr>
        <w:spacing w:after="0"/>
      </w:pPr>
      <w:r>
        <w:rPr>
          <w:rFonts w:ascii="Arial" w:hAnsi="Arial"/>
        </w:rPr>
        <w:t>So what are the fish on the bottom actually doing?</w:t>
      </w:r>
    </w:p>
    <w:p w14:paraId="743316EF" w14:textId="77777777" w:rsidR="000D24BC" w:rsidRDefault="000D24BC">
      <w:pPr>
        <w:spacing w:after="0"/>
      </w:pPr>
    </w:p>
    <w:p w14:paraId="6703CA87" w14:textId="77777777" w:rsidR="000D24BC" w:rsidRDefault="00082537">
      <w:pPr>
        <w:spacing w:after="0"/>
      </w:pPr>
      <w:r>
        <w:rPr>
          <w:rFonts w:ascii="Arial" w:hAnsi="Arial"/>
          <w:b/>
        </w:rPr>
        <w:lastRenderedPageBreak/>
        <w:t xml:space="preserve">Participant#31:  </w:t>
      </w:r>
      <w:r>
        <w:rPr>
          <w:rFonts w:ascii="Arial" w:hAnsi="Arial"/>
          <w:color w:val="5D7284"/>
        </w:rPr>
        <w:t>57:38</w:t>
      </w:r>
    </w:p>
    <w:p w14:paraId="177D990D" w14:textId="77777777" w:rsidR="000D24BC" w:rsidRDefault="00082537">
      <w:pPr>
        <w:spacing w:after="0"/>
      </w:pPr>
      <w:r>
        <w:rPr>
          <w:rFonts w:ascii="Arial" w:hAnsi="Arial"/>
        </w:rPr>
        <w:t>There's still they're not moving at all.</w:t>
      </w:r>
    </w:p>
    <w:p w14:paraId="486552CD" w14:textId="77777777" w:rsidR="000D24BC" w:rsidRDefault="000D24BC">
      <w:pPr>
        <w:spacing w:after="0"/>
      </w:pPr>
    </w:p>
    <w:p w14:paraId="72265C75" w14:textId="77777777" w:rsidR="000D24BC" w:rsidRDefault="00082537">
      <w:pPr>
        <w:spacing w:after="0"/>
      </w:pPr>
      <w:r>
        <w:rPr>
          <w:rFonts w:ascii="Arial" w:hAnsi="Arial"/>
          <w:b/>
        </w:rPr>
        <w:t xml:space="preserve">Interviewer E:  </w:t>
      </w:r>
      <w:r>
        <w:rPr>
          <w:rFonts w:ascii="Arial" w:hAnsi="Arial"/>
          <w:color w:val="5D7284"/>
        </w:rPr>
        <w:t>57:40</w:t>
      </w:r>
    </w:p>
    <w:p w14:paraId="44B5FA7A" w14:textId="77777777" w:rsidR="000D24BC" w:rsidRDefault="00082537">
      <w:pPr>
        <w:spacing w:after="0"/>
      </w:pPr>
      <w:r>
        <w:rPr>
          <w:rFonts w:ascii="Arial" w:hAnsi="Arial"/>
        </w:rPr>
        <w:t>So, you said they're not moving? Well, I mean, is the tank moving?</w:t>
      </w:r>
    </w:p>
    <w:p w14:paraId="1456EB78" w14:textId="77777777" w:rsidR="000D24BC" w:rsidRDefault="000D24BC">
      <w:pPr>
        <w:spacing w:after="0"/>
      </w:pPr>
    </w:p>
    <w:p w14:paraId="65942991" w14:textId="77777777" w:rsidR="000D24BC" w:rsidRDefault="00082537">
      <w:pPr>
        <w:spacing w:after="0"/>
      </w:pPr>
      <w:r>
        <w:rPr>
          <w:rFonts w:ascii="Arial" w:hAnsi="Arial"/>
          <w:b/>
        </w:rPr>
        <w:t xml:space="preserve">Participant#31:  </w:t>
      </w:r>
      <w:r>
        <w:rPr>
          <w:rFonts w:ascii="Arial" w:hAnsi="Arial"/>
          <w:color w:val="5D7284"/>
        </w:rPr>
        <w:t>57:44</w:t>
      </w:r>
    </w:p>
    <w:p w14:paraId="000B8AC1" w14:textId="77777777" w:rsidR="000D24BC" w:rsidRDefault="00082537">
      <w:pPr>
        <w:spacing w:after="0"/>
      </w:pPr>
      <w:r>
        <w:rPr>
          <w:rFonts w:ascii="Arial" w:hAnsi="Arial"/>
        </w:rPr>
        <w:t>Well, yes. Moving or moving? Instead, they're being carried by a tank.</w:t>
      </w:r>
    </w:p>
    <w:p w14:paraId="55D6B0E1" w14:textId="77777777" w:rsidR="000D24BC" w:rsidRDefault="000D24BC">
      <w:pPr>
        <w:spacing w:after="0"/>
      </w:pPr>
    </w:p>
    <w:p w14:paraId="284C8C5F" w14:textId="77777777" w:rsidR="000D24BC" w:rsidRDefault="00082537">
      <w:pPr>
        <w:spacing w:after="0"/>
      </w:pPr>
      <w:r>
        <w:rPr>
          <w:rFonts w:ascii="Arial" w:hAnsi="Arial"/>
          <w:b/>
        </w:rPr>
        <w:t xml:space="preserve">Interviewer E:  </w:t>
      </w:r>
      <w:r>
        <w:rPr>
          <w:rFonts w:ascii="Arial" w:hAnsi="Arial"/>
          <w:color w:val="5D7284"/>
        </w:rPr>
        <w:t>57:49</w:t>
      </w:r>
    </w:p>
    <w:p w14:paraId="1BB1D774" w14:textId="77777777" w:rsidR="000D24BC" w:rsidRDefault="00082537">
      <w:pPr>
        <w:spacing w:after="0"/>
      </w:pPr>
      <w:r>
        <w:rPr>
          <w:rFonts w:ascii="Arial" w:hAnsi="Arial"/>
        </w:rPr>
        <w:t>So So not necessarily that there it's are you talking about like maybe the orientation of the the fish? So is the orientation of the fishes? Is it following the tank? Or?</w:t>
      </w:r>
    </w:p>
    <w:p w14:paraId="10A346CC" w14:textId="77777777" w:rsidR="000D24BC" w:rsidRDefault="000D24BC">
      <w:pPr>
        <w:spacing w:after="0"/>
      </w:pPr>
    </w:p>
    <w:p w14:paraId="62DFC8CA" w14:textId="77777777" w:rsidR="000D24BC" w:rsidRDefault="00082537">
      <w:pPr>
        <w:spacing w:after="0"/>
      </w:pPr>
      <w:r>
        <w:rPr>
          <w:rFonts w:ascii="Arial" w:hAnsi="Arial"/>
          <w:b/>
        </w:rPr>
        <w:t xml:space="preserve">Participant#31:  </w:t>
      </w:r>
      <w:r>
        <w:rPr>
          <w:rFonts w:ascii="Arial" w:hAnsi="Arial"/>
          <w:color w:val="5D7284"/>
        </w:rPr>
        <w:t>58:05</w:t>
      </w:r>
    </w:p>
    <w:p w14:paraId="3E26CE91" w14:textId="77777777" w:rsidR="000D24BC" w:rsidRDefault="00082537">
      <w:pPr>
        <w:spacing w:after="0"/>
      </w:pPr>
      <w:r>
        <w:rPr>
          <w:rFonts w:ascii="Arial" w:hAnsi="Arial"/>
        </w:rPr>
        <w:t>It's yeah, it looks like it is following the tank.</w:t>
      </w:r>
    </w:p>
    <w:p w14:paraId="71CF5AB4" w14:textId="77777777" w:rsidR="000D24BC" w:rsidRDefault="000D24BC">
      <w:pPr>
        <w:spacing w:after="0"/>
      </w:pPr>
    </w:p>
    <w:p w14:paraId="3AD796EA" w14:textId="77777777" w:rsidR="000D24BC" w:rsidRDefault="00082537">
      <w:pPr>
        <w:spacing w:after="0"/>
      </w:pPr>
      <w:r>
        <w:rPr>
          <w:rFonts w:ascii="Arial" w:hAnsi="Arial"/>
          <w:b/>
        </w:rPr>
        <w:t xml:space="preserve">Interviewer E:  </w:t>
      </w:r>
      <w:r>
        <w:rPr>
          <w:rFonts w:ascii="Arial" w:hAnsi="Arial"/>
          <w:color w:val="5D7284"/>
        </w:rPr>
        <w:t>58:07</w:t>
      </w:r>
    </w:p>
    <w:p w14:paraId="7BC55BA8" w14:textId="77777777" w:rsidR="000D24BC" w:rsidRDefault="00082537">
      <w:pPr>
        <w:spacing w:after="0"/>
      </w:pPr>
      <w:r>
        <w:rPr>
          <w:rFonts w:ascii="Arial" w:hAnsi="Arial"/>
        </w:rPr>
        <w:t>So, you said it looks like its following the tank? Thet guy the little sinker on this guy on the outskirts. He kinda started right here like a little further in the middle, but he kind of moved. Did you see that? No you didn't see him get pushed out to the side.</w:t>
      </w:r>
    </w:p>
    <w:p w14:paraId="5D5A3544" w14:textId="77777777" w:rsidR="000D24BC" w:rsidRDefault="000D24BC">
      <w:pPr>
        <w:spacing w:after="0"/>
      </w:pPr>
    </w:p>
    <w:p w14:paraId="68BA477E" w14:textId="77777777" w:rsidR="000D24BC" w:rsidRDefault="00082537">
      <w:pPr>
        <w:spacing w:after="0"/>
      </w:pPr>
      <w:r>
        <w:rPr>
          <w:rFonts w:ascii="Arial" w:hAnsi="Arial"/>
          <w:b/>
        </w:rPr>
        <w:t xml:space="preserve">Participant#31:  </w:t>
      </w:r>
      <w:r>
        <w:rPr>
          <w:rFonts w:ascii="Arial" w:hAnsi="Arial"/>
          <w:color w:val="5D7284"/>
        </w:rPr>
        <w:t>58:22</w:t>
      </w:r>
    </w:p>
    <w:p w14:paraId="4D55AC27" w14:textId="77777777" w:rsidR="000D24BC" w:rsidRDefault="00082537">
      <w:pPr>
        <w:spacing w:after="0"/>
      </w:pPr>
      <w:r>
        <w:rPr>
          <w:rFonts w:ascii="Arial" w:hAnsi="Arial"/>
        </w:rPr>
        <w:t>Probably because I was sitting over there and I couldnt see a clear angle. That's why.</w:t>
      </w:r>
    </w:p>
    <w:p w14:paraId="6ABA25EA" w14:textId="77777777" w:rsidR="000D24BC" w:rsidRDefault="000D24BC">
      <w:pPr>
        <w:spacing w:after="0"/>
      </w:pPr>
    </w:p>
    <w:p w14:paraId="024D625F" w14:textId="77777777" w:rsidR="000D24BC" w:rsidRDefault="00082537">
      <w:pPr>
        <w:spacing w:after="0"/>
      </w:pPr>
      <w:r>
        <w:rPr>
          <w:rFonts w:ascii="Arial" w:hAnsi="Arial"/>
          <w:b/>
        </w:rPr>
        <w:t xml:space="preserve">Interviewer E:  </w:t>
      </w:r>
      <w:r>
        <w:rPr>
          <w:rFonts w:ascii="Arial" w:hAnsi="Arial"/>
          <w:color w:val="5D7284"/>
        </w:rPr>
        <w:t>58:26</w:t>
      </w:r>
    </w:p>
    <w:p w14:paraId="6DC37A40" w14:textId="77777777" w:rsidR="000D24BC" w:rsidRDefault="00082537">
      <w:pPr>
        <w:spacing w:after="0"/>
      </w:pPr>
      <w:r>
        <w:rPr>
          <w:rFonts w:ascii="Arial" w:hAnsi="Arial"/>
        </w:rPr>
        <w:t>Okay, and what are the fish on the top doing?</w:t>
      </w:r>
    </w:p>
    <w:p w14:paraId="7F35DBBD" w14:textId="77777777" w:rsidR="000D24BC" w:rsidRDefault="000D24BC">
      <w:pPr>
        <w:spacing w:after="0"/>
      </w:pPr>
    </w:p>
    <w:p w14:paraId="503BE768" w14:textId="77777777" w:rsidR="000D24BC" w:rsidRDefault="00082537">
      <w:pPr>
        <w:spacing w:after="0"/>
      </w:pPr>
      <w:r>
        <w:rPr>
          <w:rFonts w:ascii="Arial" w:hAnsi="Arial"/>
          <w:b/>
        </w:rPr>
        <w:t xml:space="preserve">Participant#31:  </w:t>
      </w:r>
      <w:r>
        <w:rPr>
          <w:rFonts w:ascii="Arial" w:hAnsi="Arial"/>
          <w:color w:val="5D7284"/>
        </w:rPr>
        <w:t>58:29</w:t>
      </w:r>
    </w:p>
    <w:p w14:paraId="25296377" w14:textId="77777777" w:rsidR="000D24BC" w:rsidRDefault="00082537">
      <w:pPr>
        <w:spacing w:after="0"/>
      </w:pPr>
      <w:r>
        <w:rPr>
          <w:rFonts w:ascii="Arial" w:hAnsi="Arial"/>
        </w:rPr>
        <w:t>They're look like they're moving away like away from it like the opposite.</w:t>
      </w:r>
    </w:p>
    <w:p w14:paraId="3FD9882C" w14:textId="77777777" w:rsidR="000D24BC" w:rsidRDefault="000D24BC">
      <w:pPr>
        <w:spacing w:after="0"/>
      </w:pPr>
    </w:p>
    <w:p w14:paraId="1749E5D1" w14:textId="77777777" w:rsidR="000D24BC" w:rsidRDefault="00082537">
      <w:pPr>
        <w:spacing w:after="0"/>
      </w:pPr>
      <w:r>
        <w:rPr>
          <w:rFonts w:ascii="Arial" w:hAnsi="Arial"/>
          <w:b/>
        </w:rPr>
        <w:t xml:space="preserve">Interviewer E:  </w:t>
      </w:r>
      <w:r>
        <w:rPr>
          <w:rFonts w:ascii="Arial" w:hAnsi="Arial"/>
          <w:color w:val="5D7284"/>
        </w:rPr>
        <w:t>58:33</w:t>
      </w:r>
    </w:p>
    <w:p w14:paraId="090230A3" w14:textId="77777777" w:rsidR="000D24BC" w:rsidRDefault="00082537">
      <w:pPr>
        <w:spacing w:after="0"/>
      </w:pPr>
      <w:r>
        <w:rPr>
          <w:rFonts w:ascii="Arial" w:hAnsi="Arial"/>
        </w:rPr>
        <w:t>Are they moving?</w:t>
      </w:r>
    </w:p>
    <w:p w14:paraId="3410890D" w14:textId="77777777" w:rsidR="000D24BC" w:rsidRDefault="000D24BC">
      <w:pPr>
        <w:spacing w:after="0"/>
      </w:pPr>
    </w:p>
    <w:p w14:paraId="79667529" w14:textId="77777777" w:rsidR="000D24BC" w:rsidRDefault="00082537">
      <w:pPr>
        <w:spacing w:after="0"/>
      </w:pPr>
      <w:r>
        <w:rPr>
          <w:rFonts w:ascii="Arial" w:hAnsi="Arial"/>
          <w:b/>
        </w:rPr>
        <w:t xml:space="preserve">Participant#31:  </w:t>
      </w:r>
      <w:r>
        <w:rPr>
          <w:rFonts w:ascii="Arial" w:hAnsi="Arial"/>
          <w:color w:val="5D7284"/>
        </w:rPr>
        <w:t>58:34</w:t>
      </w:r>
    </w:p>
    <w:p w14:paraId="6AA9A3FF" w14:textId="77777777" w:rsidR="000D24BC" w:rsidRDefault="00082537">
      <w:pPr>
        <w:spacing w:after="0"/>
      </w:pPr>
      <w:r>
        <w:rPr>
          <w:rFonts w:ascii="Arial" w:hAnsi="Arial"/>
        </w:rPr>
        <w:t xml:space="preserve"> Well, no they float slow in an opposite direction.</w:t>
      </w:r>
    </w:p>
    <w:p w14:paraId="09056274" w14:textId="77777777" w:rsidR="000D24BC" w:rsidRDefault="000D24BC">
      <w:pPr>
        <w:spacing w:after="0"/>
      </w:pPr>
    </w:p>
    <w:p w14:paraId="2E9EB670" w14:textId="77777777" w:rsidR="000D24BC" w:rsidRDefault="00082537">
      <w:pPr>
        <w:spacing w:after="0"/>
      </w:pPr>
      <w:r>
        <w:rPr>
          <w:rFonts w:ascii="Arial" w:hAnsi="Arial"/>
          <w:b/>
        </w:rPr>
        <w:t xml:space="preserve">Interviewer E:  </w:t>
      </w:r>
      <w:r>
        <w:rPr>
          <w:rFonts w:ascii="Arial" w:hAnsi="Arial"/>
          <w:color w:val="5D7284"/>
        </w:rPr>
        <w:t>58:39</w:t>
      </w:r>
    </w:p>
    <w:p w14:paraId="19C9A64E" w14:textId="77777777" w:rsidR="000D24BC" w:rsidRDefault="00082537">
      <w:pPr>
        <w:spacing w:after="0"/>
      </w:pPr>
      <w:r>
        <w:rPr>
          <w:rFonts w:ascii="Arial" w:hAnsi="Arial"/>
        </w:rPr>
        <w:t>Right or the fish on the top being influenced by the water or the motion of the tank?</w:t>
      </w:r>
    </w:p>
    <w:p w14:paraId="67FDB9FA" w14:textId="77777777" w:rsidR="000D24BC" w:rsidRDefault="000D24BC">
      <w:pPr>
        <w:spacing w:after="0"/>
      </w:pPr>
    </w:p>
    <w:p w14:paraId="0BD49C24" w14:textId="77777777" w:rsidR="000D24BC" w:rsidRDefault="00082537">
      <w:pPr>
        <w:spacing w:after="0"/>
      </w:pPr>
      <w:r>
        <w:rPr>
          <w:rFonts w:ascii="Arial" w:hAnsi="Arial"/>
          <w:b/>
        </w:rPr>
        <w:t xml:space="preserve">Participant#31:  </w:t>
      </w:r>
      <w:r>
        <w:rPr>
          <w:rFonts w:ascii="Arial" w:hAnsi="Arial"/>
          <w:color w:val="5D7284"/>
        </w:rPr>
        <w:t>58:43</w:t>
      </w:r>
    </w:p>
    <w:p w14:paraId="7676CF44" w14:textId="77777777" w:rsidR="000D24BC" w:rsidRDefault="00082537">
      <w:pPr>
        <w:spacing w:after="0"/>
      </w:pPr>
      <w:r>
        <w:rPr>
          <w:rFonts w:ascii="Arial" w:hAnsi="Arial"/>
        </w:rPr>
        <w:t>by the water. By the water is a water moving? Well, yeah, but the tank is that looks like the water up top the water are having a forced from the power if the tank for some reason.</w:t>
      </w:r>
    </w:p>
    <w:p w14:paraId="46FA5AC4" w14:textId="77777777" w:rsidR="000D24BC" w:rsidRDefault="000D24BC">
      <w:pPr>
        <w:spacing w:after="0"/>
      </w:pPr>
    </w:p>
    <w:p w14:paraId="0D78DCCF" w14:textId="77777777" w:rsidR="000D24BC" w:rsidRDefault="00082537">
      <w:pPr>
        <w:spacing w:after="0"/>
      </w:pPr>
      <w:r>
        <w:rPr>
          <w:rFonts w:ascii="Arial" w:hAnsi="Arial"/>
          <w:b/>
        </w:rPr>
        <w:t xml:space="preserve">Interviewer E:  </w:t>
      </w:r>
      <w:r>
        <w:rPr>
          <w:rFonts w:ascii="Arial" w:hAnsi="Arial"/>
          <w:color w:val="5D7284"/>
        </w:rPr>
        <w:t>58:54</w:t>
      </w:r>
    </w:p>
    <w:p w14:paraId="70BBAF3D" w14:textId="77777777" w:rsidR="000D24BC" w:rsidRDefault="00082537">
      <w:pPr>
        <w:spacing w:after="0"/>
      </w:pPr>
      <w:r>
        <w:rPr>
          <w:rFonts w:ascii="Arial" w:hAnsi="Arial"/>
        </w:rPr>
        <w:lastRenderedPageBreak/>
        <w:t xml:space="preserve">And which is moving faster than the fish sinkers or the floaters? </w:t>
      </w:r>
    </w:p>
    <w:p w14:paraId="6B3EA048" w14:textId="77777777" w:rsidR="000D24BC" w:rsidRDefault="000D24BC">
      <w:pPr>
        <w:spacing w:after="0"/>
      </w:pPr>
    </w:p>
    <w:p w14:paraId="5C97E45D" w14:textId="77777777" w:rsidR="000D24BC" w:rsidRDefault="00082537">
      <w:pPr>
        <w:spacing w:after="0"/>
      </w:pPr>
      <w:r>
        <w:rPr>
          <w:rFonts w:ascii="Arial" w:hAnsi="Arial"/>
          <w:b/>
        </w:rPr>
        <w:t xml:space="preserve">Participant#31:  </w:t>
      </w:r>
      <w:r>
        <w:rPr>
          <w:rFonts w:ascii="Arial" w:hAnsi="Arial"/>
          <w:color w:val="5D7284"/>
        </w:rPr>
        <w:t>59:03</w:t>
      </w:r>
    </w:p>
    <w:p w14:paraId="4A20A784" w14:textId="77777777" w:rsidR="000D24BC" w:rsidRDefault="00082537">
      <w:pPr>
        <w:spacing w:after="0"/>
      </w:pPr>
      <w:r>
        <w:rPr>
          <w:rFonts w:ascii="Arial" w:hAnsi="Arial"/>
        </w:rPr>
        <w:t>Let's see here it looks like the sinkers are moving faster.</w:t>
      </w:r>
    </w:p>
    <w:p w14:paraId="61C743B9" w14:textId="77777777" w:rsidR="000D24BC" w:rsidRDefault="000D24BC">
      <w:pPr>
        <w:spacing w:after="0"/>
      </w:pPr>
    </w:p>
    <w:p w14:paraId="347E0911" w14:textId="77777777" w:rsidR="000D24BC" w:rsidRDefault="00082537">
      <w:pPr>
        <w:spacing w:after="0"/>
      </w:pPr>
      <w:r>
        <w:rPr>
          <w:rFonts w:ascii="Arial" w:hAnsi="Arial"/>
          <w:b/>
        </w:rPr>
        <w:t xml:space="preserve">Interviewer E:  </w:t>
      </w:r>
      <w:r>
        <w:rPr>
          <w:rFonts w:ascii="Arial" w:hAnsi="Arial"/>
          <w:color w:val="5D7284"/>
        </w:rPr>
        <w:t>59:05</w:t>
      </w:r>
    </w:p>
    <w:p w14:paraId="622EAA7D" w14:textId="77777777" w:rsidR="000D24BC" w:rsidRDefault="00082537">
      <w:pPr>
        <w:spacing w:after="0"/>
      </w:pPr>
      <w:r>
        <w:rPr>
          <w:rFonts w:ascii="Arial" w:hAnsi="Arial"/>
        </w:rPr>
        <w:t>Yeah, I think so. It looks like they're running laps around the floaters running laps is are the ones in the middle they don't seem to have moved too much right. So what do you think it is that pushed this fish all the way out here but allowed for these fish that are in the center just kind of stay in the center they didn't get pushed?</w:t>
      </w:r>
    </w:p>
    <w:p w14:paraId="334F6B08" w14:textId="77777777" w:rsidR="000D24BC" w:rsidRDefault="000D24BC">
      <w:pPr>
        <w:spacing w:after="0"/>
      </w:pPr>
    </w:p>
    <w:p w14:paraId="08C9E1C9" w14:textId="77777777" w:rsidR="000D24BC" w:rsidRDefault="00082537">
      <w:pPr>
        <w:spacing w:after="0"/>
      </w:pPr>
      <w:r>
        <w:rPr>
          <w:rFonts w:ascii="Arial" w:hAnsi="Arial"/>
          <w:b/>
        </w:rPr>
        <w:t xml:space="preserve">Participant#31:  </w:t>
      </w:r>
      <w:r>
        <w:rPr>
          <w:rFonts w:ascii="Arial" w:hAnsi="Arial"/>
          <w:color w:val="5D7284"/>
        </w:rPr>
        <w:t>59:24</w:t>
      </w:r>
    </w:p>
    <w:p w14:paraId="43E78142" w14:textId="77777777" w:rsidR="000D24BC" w:rsidRDefault="00082537">
      <w:pPr>
        <w:spacing w:after="0"/>
      </w:pPr>
      <w:r>
        <w:rPr>
          <w:rFonts w:ascii="Arial" w:hAnsi="Arial"/>
        </w:rPr>
        <w:t>I guess because it was touching this?</w:t>
      </w:r>
    </w:p>
    <w:p w14:paraId="2356A562" w14:textId="77777777" w:rsidR="000D24BC" w:rsidRDefault="000D24BC">
      <w:pPr>
        <w:spacing w:after="0"/>
      </w:pPr>
    </w:p>
    <w:p w14:paraId="4E13635D" w14:textId="77777777" w:rsidR="000D24BC" w:rsidRDefault="00082537">
      <w:pPr>
        <w:spacing w:after="0"/>
      </w:pPr>
      <w:r>
        <w:rPr>
          <w:rFonts w:ascii="Arial" w:hAnsi="Arial"/>
          <w:b/>
        </w:rPr>
        <w:t xml:space="preserve">Interviewer E:  </w:t>
      </w:r>
      <w:r>
        <w:rPr>
          <w:rFonts w:ascii="Arial" w:hAnsi="Arial"/>
          <w:color w:val="5D7284"/>
        </w:rPr>
        <w:t>59:27</w:t>
      </w:r>
    </w:p>
    <w:p w14:paraId="58D7BA8E" w14:textId="77777777" w:rsidR="000D24BC" w:rsidRDefault="00082537">
      <w:pPr>
        <w:spacing w:after="0"/>
      </w:pPr>
      <w:r>
        <w:rPr>
          <w:rFonts w:ascii="Arial" w:hAnsi="Arial"/>
        </w:rPr>
        <w:t>Oh because it's touching the bottom of the tank?</w:t>
      </w:r>
    </w:p>
    <w:p w14:paraId="671CB645" w14:textId="77777777" w:rsidR="000D24BC" w:rsidRDefault="000D24BC">
      <w:pPr>
        <w:spacing w:after="0"/>
      </w:pPr>
    </w:p>
    <w:p w14:paraId="5389695B" w14:textId="77777777" w:rsidR="000D24BC" w:rsidRDefault="00082537">
      <w:pPr>
        <w:spacing w:after="0"/>
      </w:pPr>
      <w:r>
        <w:rPr>
          <w:rFonts w:ascii="Arial" w:hAnsi="Arial"/>
          <w:b/>
        </w:rPr>
        <w:t xml:space="preserve">Participant#31:  </w:t>
      </w:r>
      <w:r>
        <w:rPr>
          <w:rFonts w:ascii="Arial" w:hAnsi="Arial"/>
          <w:color w:val="5D7284"/>
        </w:rPr>
        <w:t>59:29</w:t>
      </w:r>
    </w:p>
    <w:p w14:paraId="599B9E4D" w14:textId="77777777" w:rsidR="000D24BC" w:rsidRDefault="00082537">
      <w:pPr>
        <w:spacing w:after="0"/>
      </w:pPr>
      <w:r>
        <w:rPr>
          <w:rFonts w:ascii="Arial" w:hAnsi="Arial"/>
        </w:rPr>
        <w:t>Yeah the tank by the fish is is only touching the water is in a tank but it is touching the water.</w:t>
      </w:r>
    </w:p>
    <w:p w14:paraId="4214CC6F" w14:textId="77777777" w:rsidR="000D24BC" w:rsidRDefault="000D24BC">
      <w:pPr>
        <w:spacing w:after="0"/>
      </w:pPr>
    </w:p>
    <w:p w14:paraId="32F39DB6" w14:textId="77777777" w:rsidR="000D24BC" w:rsidRDefault="00082537">
      <w:pPr>
        <w:spacing w:after="0"/>
      </w:pPr>
      <w:r>
        <w:rPr>
          <w:rFonts w:ascii="Arial" w:hAnsi="Arial"/>
          <w:b/>
        </w:rPr>
        <w:t xml:space="preserve">Interviewer E:  </w:t>
      </w:r>
      <w:r>
        <w:rPr>
          <w:rFonts w:ascii="Arial" w:hAnsi="Arial"/>
          <w:color w:val="5D7284"/>
        </w:rPr>
        <w:t>59:35</w:t>
      </w:r>
    </w:p>
    <w:p w14:paraId="46F60B5C" w14:textId="77777777" w:rsidR="000D24BC" w:rsidRDefault="00082537">
      <w:pPr>
        <w:spacing w:after="0"/>
      </w:pPr>
      <w:r>
        <w:rPr>
          <w:rFonts w:ascii="Arial" w:hAnsi="Arial"/>
        </w:rPr>
        <w:t>Okay. And so would you are these fish did did they move at all? Like at all? I guess the whole time. Did you see them move?</w:t>
      </w:r>
    </w:p>
    <w:p w14:paraId="681EA3C2" w14:textId="77777777" w:rsidR="000D24BC" w:rsidRDefault="000D24BC">
      <w:pPr>
        <w:spacing w:after="0"/>
      </w:pPr>
    </w:p>
    <w:p w14:paraId="7A7D336C" w14:textId="77777777" w:rsidR="000D24BC" w:rsidRDefault="00082537">
      <w:pPr>
        <w:spacing w:after="0"/>
      </w:pPr>
      <w:r>
        <w:rPr>
          <w:rFonts w:ascii="Arial" w:hAnsi="Arial"/>
          <w:b/>
        </w:rPr>
        <w:t xml:space="preserve">Participant#31:  </w:t>
      </w:r>
      <w:r>
        <w:rPr>
          <w:rFonts w:ascii="Arial" w:hAnsi="Arial"/>
          <w:color w:val="5D7284"/>
        </w:rPr>
        <w:t>59:42</w:t>
      </w:r>
    </w:p>
    <w:p w14:paraId="302AB04B" w14:textId="77777777" w:rsidR="000D24BC" w:rsidRDefault="00082537">
      <w:pPr>
        <w:spacing w:after="0"/>
      </w:pPr>
      <w:r>
        <w:rPr>
          <w:rFonts w:ascii="Arial" w:hAnsi="Arial"/>
        </w:rPr>
        <w:t>Okay, I guess I did kinda see them move at first but after that they stopped moving.</w:t>
      </w:r>
    </w:p>
    <w:p w14:paraId="70BA0309" w14:textId="77777777" w:rsidR="000D24BC" w:rsidRDefault="000D24BC">
      <w:pPr>
        <w:spacing w:after="0"/>
      </w:pPr>
    </w:p>
    <w:p w14:paraId="2B136FA6" w14:textId="77777777" w:rsidR="000D24BC" w:rsidRDefault="00082537">
      <w:pPr>
        <w:spacing w:after="0"/>
      </w:pPr>
      <w:r>
        <w:rPr>
          <w:rFonts w:ascii="Arial" w:hAnsi="Arial"/>
          <w:b/>
        </w:rPr>
        <w:t xml:space="preserve">Interviewer E:  </w:t>
      </w:r>
      <w:r>
        <w:rPr>
          <w:rFonts w:ascii="Arial" w:hAnsi="Arial"/>
          <w:color w:val="5D7284"/>
        </w:rPr>
        <w:t>59:46</w:t>
      </w:r>
    </w:p>
    <w:p w14:paraId="23AF050E" w14:textId="77777777" w:rsidR="000D24BC" w:rsidRDefault="00082537">
      <w:pPr>
        <w:spacing w:after="0"/>
      </w:pPr>
      <w:r>
        <w:rPr>
          <w:rFonts w:ascii="Arial" w:hAnsi="Arial"/>
        </w:rPr>
        <w:t>Okay, so as far as you're concerned, are they completely stationary?</w:t>
      </w:r>
    </w:p>
    <w:p w14:paraId="0C61A415" w14:textId="77777777" w:rsidR="000D24BC" w:rsidRDefault="000D24BC">
      <w:pPr>
        <w:spacing w:after="0"/>
      </w:pPr>
    </w:p>
    <w:p w14:paraId="18E083BC" w14:textId="77777777" w:rsidR="000D24BC" w:rsidRDefault="00082537">
      <w:pPr>
        <w:spacing w:after="0"/>
      </w:pPr>
      <w:r>
        <w:rPr>
          <w:rFonts w:ascii="Arial" w:hAnsi="Arial"/>
          <w:b/>
        </w:rPr>
        <w:t xml:space="preserve">Participant#31:  </w:t>
      </w:r>
      <w:r>
        <w:rPr>
          <w:rFonts w:ascii="Arial" w:hAnsi="Arial"/>
          <w:color w:val="5D7284"/>
        </w:rPr>
        <w:t>59:53</w:t>
      </w:r>
    </w:p>
    <w:p w14:paraId="782A8F6C" w14:textId="77777777" w:rsidR="000D24BC" w:rsidRDefault="00082537">
      <w:pPr>
        <w:spacing w:after="0"/>
      </w:pPr>
      <w:r>
        <w:rPr>
          <w:rFonts w:ascii="Arial" w:hAnsi="Arial"/>
        </w:rPr>
        <w:t>No they definietly arent stationary,</w:t>
      </w:r>
    </w:p>
    <w:p w14:paraId="13CD110E" w14:textId="77777777" w:rsidR="000D24BC" w:rsidRDefault="000D24BC">
      <w:pPr>
        <w:spacing w:after="0"/>
      </w:pPr>
    </w:p>
    <w:p w14:paraId="3D141270" w14:textId="77777777" w:rsidR="000D24BC" w:rsidRDefault="00082537">
      <w:pPr>
        <w:spacing w:after="0"/>
      </w:pPr>
      <w:r>
        <w:rPr>
          <w:rFonts w:ascii="Arial" w:hAnsi="Arial"/>
          <w:b/>
        </w:rPr>
        <w:t xml:space="preserve">Interviewer E:  </w:t>
      </w:r>
      <w:r>
        <w:rPr>
          <w:rFonts w:ascii="Arial" w:hAnsi="Arial"/>
          <w:color w:val="5D7284"/>
        </w:rPr>
        <w:t>59:55</w:t>
      </w:r>
    </w:p>
    <w:p w14:paraId="4614300C" w14:textId="77777777" w:rsidR="000D24BC" w:rsidRDefault="00082537">
      <w:pPr>
        <w:spacing w:after="0"/>
      </w:pPr>
      <w:r>
        <w:rPr>
          <w:rFonts w:ascii="Arial" w:hAnsi="Arial"/>
        </w:rPr>
        <w:t>Has the orientation of the fish changed at all by orientation? I mean like, I'm this is my fish head and I'm like, the fish head is like moving you know what I mean? Like, I'm not moving my body my my position, but like my orientation is moving</w:t>
      </w:r>
    </w:p>
    <w:p w14:paraId="0F8422A4" w14:textId="77777777" w:rsidR="000D24BC" w:rsidRDefault="000D24BC">
      <w:pPr>
        <w:spacing w:after="0"/>
      </w:pPr>
    </w:p>
    <w:p w14:paraId="5B319EBB" w14:textId="77777777" w:rsidR="000D24BC" w:rsidRDefault="00082537">
      <w:pPr>
        <w:spacing w:after="0"/>
      </w:pPr>
      <w:r>
        <w:rPr>
          <w:rFonts w:ascii="Arial" w:hAnsi="Arial"/>
          <w:b/>
        </w:rPr>
        <w:t xml:space="preserve">Participant#31:  </w:t>
      </w:r>
      <w:r>
        <w:rPr>
          <w:rFonts w:ascii="Arial" w:hAnsi="Arial"/>
          <w:color w:val="5D7284"/>
        </w:rPr>
        <w:t>1:00:12</w:t>
      </w:r>
    </w:p>
    <w:p w14:paraId="19A34BC5" w14:textId="77777777" w:rsidR="000D24BC" w:rsidRDefault="00082537">
      <w:pPr>
        <w:spacing w:after="0"/>
      </w:pPr>
      <w:r>
        <w:rPr>
          <w:rFonts w:ascii="Arial" w:hAnsi="Arial"/>
        </w:rPr>
        <w:t xml:space="preserve">towards these problems. (no idea) </w:t>
      </w:r>
    </w:p>
    <w:p w14:paraId="289E8442" w14:textId="77777777" w:rsidR="000D24BC" w:rsidRDefault="000D24BC">
      <w:pPr>
        <w:spacing w:after="0"/>
      </w:pPr>
    </w:p>
    <w:p w14:paraId="64449A96" w14:textId="77777777" w:rsidR="000D24BC" w:rsidRDefault="00082537">
      <w:pPr>
        <w:spacing w:after="0"/>
      </w:pPr>
      <w:r>
        <w:rPr>
          <w:rFonts w:ascii="Arial" w:hAnsi="Arial"/>
          <w:b/>
        </w:rPr>
        <w:t xml:space="preserve">Interviewer E:  </w:t>
      </w:r>
      <w:r>
        <w:rPr>
          <w:rFonts w:ascii="Arial" w:hAnsi="Arial"/>
          <w:color w:val="5D7284"/>
        </w:rPr>
        <w:t>1:00:14</w:t>
      </w:r>
    </w:p>
    <w:p w14:paraId="36EB58B1" w14:textId="77777777" w:rsidR="000D24BC" w:rsidRDefault="00082537">
      <w:pPr>
        <w:spacing w:after="0"/>
      </w:pPr>
      <w:r>
        <w:rPr>
          <w:rFonts w:ascii="Arial" w:hAnsi="Arial"/>
        </w:rPr>
        <w:t xml:space="preserve">So by moving do you mean like so I'm a fish right now. So this is moving right? So this is me moving around. So this right here is my orientation right? So am I is my orientation different? Or is my </w:t>
      </w:r>
      <w:r>
        <w:rPr>
          <w:rFonts w:ascii="Arial" w:hAnsi="Arial"/>
        </w:rPr>
        <w:lastRenderedPageBreak/>
        <w:t>movement that you're tasting is different my rotation so is orientation following the tank or the water? The water? The water? And what about the fish on the bottom? What's their orientation following? Okay, all right, well, I think that is all I have for you today. I am going to stop the actually one more question. What do you think will happen to the fish if I completely stop the tank right now? They're gonna start moving. Let's find out is that a little surprising? That little guy over there just loves to move around. Why do you think that happened?</w:t>
      </w:r>
    </w:p>
    <w:p w14:paraId="7DB63CDD" w14:textId="77777777" w:rsidR="000D24BC" w:rsidRDefault="000D24BC">
      <w:pPr>
        <w:spacing w:after="0"/>
      </w:pPr>
    </w:p>
    <w:p w14:paraId="5349DDD3" w14:textId="77777777" w:rsidR="000D24BC" w:rsidRDefault="00082537">
      <w:pPr>
        <w:spacing w:after="0"/>
      </w:pPr>
      <w:r>
        <w:rPr>
          <w:rFonts w:ascii="Arial" w:hAnsi="Arial"/>
          <w:b/>
        </w:rPr>
        <w:t xml:space="preserve">Participant#31:  </w:t>
      </w:r>
      <w:r>
        <w:rPr>
          <w:rFonts w:ascii="Arial" w:hAnsi="Arial"/>
          <w:color w:val="5D7284"/>
        </w:rPr>
        <w:t>1:01:13</w:t>
      </w:r>
    </w:p>
    <w:p w14:paraId="53CFC4F0" w14:textId="77777777" w:rsidR="000D24BC" w:rsidRDefault="00082537">
      <w:pPr>
        <w:spacing w:after="0"/>
      </w:pPr>
      <w:r>
        <w:rPr>
          <w:rFonts w:ascii="Arial" w:hAnsi="Arial"/>
        </w:rPr>
        <w:t>it will take force. That's why it was once it stopped. So abrupt. They can't move in. Okay, so it's more than others something is.</w:t>
      </w:r>
    </w:p>
    <w:p w14:paraId="64C30A7F" w14:textId="77777777" w:rsidR="000D24BC" w:rsidRDefault="000D24BC">
      <w:pPr>
        <w:spacing w:after="0"/>
      </w:pPr>
    </w:p>
    <w:p w14:paraId="297685C7" w14:textId="77777777" w:rsidR="000D24BC" w:rsidRDefault="00082537">
      <w:pPr>
        <w:spacing w:after="0"/>
      </w:pPr>
      <w:r>
        <w:rPr>
          <w:rFonts w:ascii="Arial" w:hAnsi="Arial"/>
          <w:b/>
        </w:rPr>
        <w:t xml:space="preserve">Interviewer E:  </w:t>
      </w:r>
      <w:r>
        <w:rPr>
          <w:rFonts w:ascii="Arial" w:hAnsi="Arial"/>
          <w:color w:val="5D7284"/>
        </w:rPr>
        <w:t>1:01:23</w:t>
      </w:r>
    </w:p>
    <w:p w14:paraId="42F6DC63" w14:textId="77777777" w:rsidR="000D24BC" w:rsidRDefault="00082537">
      <w:pPr>
        <w:spacing w:after="0"/>
      </w:pPr>
      <w:r>
        <w:rPr>
          <w:rFonts w:ascii="Arial" w:hAnsi="Arial"/>
        </w:rPr>
        <w:t>Right. Okay. All right. Well, yeah, that's it.</w:t>
      </w:r>
    </w:p>
    <w:sectPr w:rsidR="000D24BC"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E93D8E" w14:textId="77777777" w:rsidR="00BE0B87" w:rsidRDefault="00BE0B87">
      <w:pPr>
        <w:spacing w:after="0" w:line="240" w:lineRule="auto"/>
      </w:pPr>
      <w:r>
        <w:separator/>
      </w:r>
    </w:p>
  </w:endnote>
  <w:endnote w:type="continuationSeparator" w:id="0">
    <w:p w14:paraId="37736AB1" w14:textId="77777777" w:rsidR="00BE0B87" w:rsidRDefault="00BE0B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715271"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65746AE0"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3E350B8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4F2EDC7"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3698B7CC"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82DC6"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FE2382" w14:textId="77777777" w:rsidR="00BE0B87" w:rsidRDefault="00BE0B87">
      <w:pPr>
        <w:spacing w:after="0" w:line="240" w:lineRule="auto"/>
      </w:pPr>
      <w:r>
        <w:separator/>
      </w:r>
    </w:p>
  </w:footnote>
  <w:footnote w:type="continuationSeparator" w:id="0">
    <w:p w14:paraId="5F537CBF" w14:textId="77777777" w:rsidR="00BE0B87" w:rsidRDefault="00BE0B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6128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29F7E"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B9CE09"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864901330">
    <w:abstractNumId w:val="8"/>
  </w:num>
  <w:num w:numId="2" w16cid:durableId="207381901">
    <w:abstractNumId w:val="6"/>
  </w:num>
  <w:num w:numId="3" w16cid:durableId="11076737">
    <w:abstractNumId w:val="5"/>
  </w:num>
  <w:num w:numId="4" w16cid:durableId="1183935593">
    <w:abstractNumId w:val="4"/>
  </w:num>
  <w:num w:numId="5" w16cid:durableId="1507944303">
    <w:abstractNumId w:val="7"/>
  </w:num>
  <w:num w:numId="6" w16cid:durableId="1277520316">
    <w:abstractNumId w:val="3"/>
  </w:num>
  <w:num w:numId="7" w16cid:durableId="1238830672">
    <w:abstractNumId w:val="2"/>
  </w:num>
  <w:num w:numId="8" w16cid:durableId="1348486544">
    <w:abstractNumId w:val="1"/>
  </w:num>
  <w:num w:numId="9" w16cid:durableId="6036534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082537"/>
    <w:rsid w:val="000D24BC"/>
    <w:rsid w:val="001216B9"/>
    <w:rsid w:val="0015074B"/>
    <w:rsid w:val="0029639D"/>
    <w:rsid w:val="00326F90"/>
    <w:rsid w:val="004A641F"/>
    <w:rsid w:val="004B593C"/>
    <w:rsid w:val="006E2A8C"/>
    <w:rsid w:val="007749AF"/>
    <w:rsid w:val="0077763F"/>
    <w:rsid w:val="00794EBC"/>
    <w:rsid w:val="00930F33"/>
    <w:rsid w:val="009C3AF0"/>
    <w:rsid w:val="00A12EE5"/>
    <w:rsid w:val="00AA1D8D"/>
    <w:rsid w:val="00B47730"/>
    <w:rsid w:val="00BA4C2B"/>
    <w:rsid w:val="00BD0140"/>
    <w:rsid w:val="00BE0B87"/>
    <w:rsid w:val="00C24502"/>
    <w:rsid w:val="00CB0664"/>
    <w:rsid w:val="00D57E81"/>
    <w:rsid w:val="00ED3244"/>
    <w:rsid w:val="00F67964"/>
    <w:rsid w:val="00FC693F"/>
    <w:rsid w:val="09F23FFC"/>
    <w:rsid w:val="0CB2534E"/>
    <w:rsid w:val="11753387"/>
    <w:rsid w:val="183D4D0E"/>
    <w:rsid w:val="188AEEE2"/>
    <w:rsid w:val="1ADDB72A"/>
    <w:rsid w:val="1BFDC723"/>
    <w:rsid w:val="1C9DCBAF"/>
    <w:rsid w:val="1E029F58"/>
    <w:rsid w:val="21523FE0"/>
    <w:rsid w:val="21F887E1"/>
    <w:rsid w:val="23563AD0"/>
    <w:rsid w:val="257073E6"/>
    <w:rsid w:val="260C88A6"/>
    <w:rsid w:val="27A85907"/>
    <w:rsid w:val="336BE40E"/>
    <w:rsid w:val="3700DED8"/>
    <w:rsid w:val="41C3C748"/>
    <w:rsid w:val="42311CB6"/>
    <w:rsid w:val="4574D43D"/>
    <w:rsid w:val="4C07F1D6"/>
    <w:rsid w:val="4F9D25A1"/>
    <w:rsid w:val="5D4E39E2"/>
    <w:rsid w:val="61B1CD16"/>
    <w:rsid w:val="6321F02D"/>
    <w:rsid w:val="71C91CC6"/>
    <w:rsid w:val="726B5C4A"/>
    <w:rsid w:val="75FD047E"/>
    <w:rsid w:val="7888717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0ADA6CB"/>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C0C4195C-AFD9-4D99-B851-98021FE2F6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6400F6-1BFB-4B27-8CDF-4B85AE9A092E}">
  <ds:schemaRefs>
    <ds:schemaRef ds:uri="http://schemas.microsoft.com/sharepoint/v3/contenttype/forms"/>
  </ds:schemaRefs>
</ds:datastoreItem>
</file>

<file path=customXml/itemProps4.xml><?xml version="1.0" encoding="utf-8"?>
<ds:datastoreItem xmlns:ds="http://schemas.openxmlformats.org/officeDocument/2006/customXml" ds:itemID="{315C5FFE-C2E0-4A42-BC87-B5F688ABCD74}">
  <ds:schemaRefs>
    <ds:schemaRef ds:uri="http://schemas.microsoft.com/office/2006/documentManagement/types"/>
    <ds:schemaRef ds:uri="http://www.w3.org/XML/1998/namespace"/>
    <ds:schemaRef ds:uri="http://schemas.microsoft.com/sharepoint/v3"/>
    <ds:schemaRef ds:uri="http://purl.org/dc/terms/"/>
    <ds:schemaRef ds:uri="http://schemas.microsoft.com/office/2006/metadata/properties"/>
    <ds:schemaRef ds:uri="http://purl.org/dc/elements/1.1/"/>
    <ds:schemaRef ds:uri="5b1983e9-55b4-4f9e-a196-30376d2238aa"/>
    <ds:schemaRef ds:uri="http://schemas.microsoft.com/office/infopath/2007/PartnerControls"/>
    <ds:schemaRef ds:uri="http://purl.org/dc/dcmitype/"/>
    <ds:schemaRef ds:uri="http://schemas.openxmlformats.org/package/2006/metadata/core-properties"/>
    <ds:schemaRef ds:uri="eeef5ad7-d6de-419e-9305-cd9bdd8d89a9"/>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6709</Words>
  <Characters>38242</Characters>
  <Application>Microsoft Office Word</Application>
  <DocSecurity>4</DocSecurity>
  <Lines>318</Lines>
  <Paragraphs>89</Paragraphs>
  <ScaleCrop>false</ScaleCrop>
  <Manager/>
  <Company/>
  <LinksUpToDate>false</LinksUpToDate>
  <CharactersWithSpaces>44862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2024-05-21T16:17:00Z</dcterms:created>
  <dcterms:modified xsi:type="dcterms:W3CDTF">2024-05-21T16:17:00Z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