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46D61C" w14:textId="0719B0C0" w:rsidR="00930F33" w:rsidRDefault="00930F33">
      <w:pPr>
        <w:spacing w:after="0"/>
        <w:rPr>
          <w:lang w:eastAsia="zh-CN"/>
        </w:rPr>
      </w:pPr>
    </w:p>
    <w:p w14:paraId="1797249D" w14:textId="77777777" w:rsidR="0062080A" w:rsidRDefault="00D92C70">
      <w:r>
        <w:rPr>
          <w:rFonts w:ascii="Arial" w:hAnsi="Arial"/>
          <w:sz w:val="48"/>
        </w:rPr>
        <w:t>Participant #6 Audio</w:t>
      </w:r>
    </w:p>
    <w:p w14:paraId="587F5C80" w14:textId="77777777" w:rsidR="0062080A" w:rsidRDefault="00D92C70">
      <w:r>
        <w:rPr>
          <w:rFonts w:ascii="Arial" w:hAnsi="Arial"/>
          <w:color w:val="4F6880"/>
        </w:rPr>
        <w:t>Thu, Nov 16, 2023 11:31AM • 36:35</w:t>
      </w:r>
    </w:p>
    <w:p w14:paraId="7790211C" w14:textId="77777777" w:rsidR="0062080A" w:rsidRDefault="00D92C70">
      <w:pPr>
        <w:spacing w:before="440" w:after="0"/>
      </w:pPr>
      <w:r>
        <w:rPr>
          <w:rFonts w:ascii="Arial" w:hAnsi="Arial"/>
          <w:b/>
          <w:color w:val="4F6880"/>
        </w:rPr>
        <w:t>SUMMARY KEYWORDS</w:t>
      </w:r>
    </w:p>
    <w:p w14:paraId="7BFAD362" w14:textId="77777777" w:rsidR="0062080A" w:rsidRDefault="00D92C70">
      <w:r>
        <w:rPr>
          <w:rFonts w:ascii="Arial" w:hAnsi="Arial"/>
          <w:color w:val="4F6880"/>
        </w:rPr>
        <w:t>jell, water, tank, bottom, put, spinning, turn, rotating, dye, top, feel, bbs, moving, slowed, blue, trail, minute, purple, guess, fish</w:t>
      </w:r>
    </w:p>
    <w:p w14:paraId="63CD2F8A" w14:textId="77777777" w:rsidR="0062080A" w:rsidRDefault="00D92C70">
      <w:pPr>
        <w:spacing w:before="440" w:after="0"/>
      </w:pPr>
      <w:r>
        <w:rPr>
          <w:rFonts w:ascii="Arial" w:hAnsi="Arial"/>
          <w:b/>
          <w:color w:val="4F6880"/>
        </w:rPr>
        <w:t>SPEAKERS</w:t>
      </w:r>
    </w:p>
    <w:p w14:paraId="11B50244" w14:textId="77777777" w:rsidR="0062080A" w:rsidRDefault="00D92C70">
      <w:r>
        <w:rPr>
          <w:rFonts w:ascii="Arial" w:hAnsi="Arial"/>
          <w:color w:val="4F6880"/>
        </w:rPr>
        <w:t>Interviewer P:, Participant#6:</w:t>
      </w:r>
    </w:p>
    <w:p w14:paraId="672A6659" w14:textId="77777777" w:rsidR="0062080A" w:rsidRDefault="0062080A">
      <w:pPr>
        <w:spacing w:after="0"/>
      </w:pPr>
    </w:p>
    <w:p w14:paraId="505E8E4C" w14:textId="77777777" w:rsidR="0062080A" w:rsidRDefault="00D92C70">
      <w:pPr>
        <w:spacing w:after="0"/>
      </w:pPr>
      <w:r>
        <w:rPr>
          <w:rFonts w:ascii="Arial" w:hAnsi="Arial"/>
          <w:b/>
        </w:rPr>
        <w:t xml:space="preserve">Interviewer P:  </w:t>
      </w:r>
      <w:r>
        <w:rPr>
          <w:rFonts w:ascii="Arial" w:hAnsi="Arial"/>
          <w:color w:val="5D7284"/>
        </w:rPr>
        <w:t>00:01</w:t>
      </w:r>
    </w:p>
    <w:p w14:paraId="377260B4" w14:textId="77777777" w:rsidR="0062080A" w:rsidRDefault="00D92C70">
      <w:pPr>
        <w:spacing w:after="0"/>
      </w:pPr>
      <w:r>
        <w:rPr>
          <w:rFonts w:ascii="Arial" w:hAnsi="Arial"/>
        </w:rPr>
        <w:t xml:space="preserve">Okay, so this is participant number six. All right, so I have these two pitchers of water, red and blue and the red is warm and the blue is cold, you can feel the sides.  Okay, so the colors, go with the temperature red for warm blue for cold. And so I have this tank with a dividing wall. And in a minute, what I'll do is for red in one side and blue and the other side, and then I'll remove the wall so that they pull it out so that the two water masses will combine. And so what I'm going to ask you to do is </w:t>
      </w:r>
      <w:r>
        <w:rPr>
          <w:rFonts w:ascii="Arial" w:hAnsi="Arial"/>
        </w:rPr>
        <w:t>make a bit of a prediction about what you think the water will look like. But after a full minute, so I'll pull it out. I'll put the timer on we'll let it sit for a minute. And then what I'm asking is What do you think it will look like and to demonstrate that I'm going to ask you to sketch it and so here please sketch how you think the take will work. One minute after the dividing wall is removed, and we have colored pencils here so you can use whatever colors you want to show me what you think it will loo</w:t>
      </w:r>
      <w:r>
        <w:rPr>
          <w:rFonts w:ascii="Arial" w:hAnsi="Arial"/>
        </w:rPr>
        <w:t xml:space="preserve">k like. </w:t>
      </w:r>
    </w:p>
    <w:p w14:paraId="0A37501D" w14:textId="77777777" w:rsidR="0062080A" w:rsidRDefault="0062080A">
      <w:pPr>
        <w:spacing w:after="0"/>
      </w:pPr>
    </w:p>
    <w:p w14:paraId="63CDEC18" w14:textId="77777777" w:rsidR="0062080A" w:rsidRDefault="00D92C70">
      <w:pPr>
        <w:spacing w:after="0"/>
      </w:pPr>
      <w:r>
        <w:rPr>
          <w:rFonts w:ascii="Arial" w:hAnsi="Arial"/>
          <w:b/>
        </w:rPr>
        <w:t xml:space="preserve">Participant#6:  </w:t>
      </w:r>
      <w:r>
        <w:rPr>
          <w:rFonts w:ascii="Arial" w:hAnsi="Arial"/>
          <w:color w:val="5D7284"/>
        </w:rPr>
        <w:t>00:18</w:t>
      </w:r>
    </w:p>
    <w:p w14:paraId="3185765C" w14:textId="77777777" w:rsidR="0062080A" w:rsidRDefault="00D92C70">
      <w:pPr>
        <w:spacing w:after="0"/>
      </w:pPr>
      <w:r>
        <w:rPr>
          <w:rFonts w:ascii="Arial" w:hAnsi="Arial"/>
        </w:rPr>
        <w:t>Okay?  Okay.</w:t>
      </w:r>
    </w:p>
    <w:p w14:paraId="5DAB6C7B" w14:textId="77777777" w:rsidR="0062080A" w:rsidRDefault="0062080A">
      <w:pPr>
        <w:spacing w:after="0"/>
      </w:pPr>
    </w:p>
    <w:p w14:paraId="2F2F8C44" w14:textId="77777777" w:rsidR="0062080A" w:rsidRDefault="00D92C70">
      <w:pPr>
        <w:spacing w:after="0"/>
      </w:pPr>
      <w:r>
        <w:rPr>
          <w:rFonts w:ascii="Arial" w:hAnsi="Arial"/>
          <w:b/>
        </w:rPr>
        <w:t xml:space="preserve">Interviewer P:  </w:t>
      </w:r>
      <w:r>
        <w:rPr>
          <w:rFonts w:ascii="Arial" w:hAnsi="Arial"/>
          <w:color w:val="5D7284"/>
        </w:rPr>
        <w:t>01:54</w:t>
      </w:r>
    </w:p>
    <w:p w14:paraId="213E07BA" w14:textId="77777777" w:rsidR="0062080A" w:rsidRDefault="00D92C70">
      <w:pPr>
        <w:spacing w:after="0"/>
      </w:pPr>
      <w:r>
        <w:rPr>
          <w:rFonts w:ascii="Arial" w:hAnsi="Arial"/>
        </w:rPr>
        <w:t>Okay, can you tell me about it's pretty simple, but can you tell me about your sketch?</w:t>
      </w:r>
    </w:p>
    <w:p w14:paraId="02EB378F" w14:textId="77777777" w:rsidR="0062080A" w:rsidRDefault="0062080A">
      <w:pPr>
        <w:spacing w:after="0"/>
      </w:pPr>
    </w:p>
    <w:p w14:paraId="0AFB3D42" w14:textId="77777777" w:rsidR="0062080A" w:rsidRDefault="00D92C70">
      <w:pPr>
        <w:spacing w:after="0"/>
      </w:pPr>
      <w:r>
        <w:rPr>
          <w:rFonts w:ascii="Arial" w:hAnsi="Arial"/>
          <w:b/>
        </w:rPr>
        <w:t xml:space="preserve">Participant#6:  </w:t>
      </w:r>
      <w:r>
        <w:rPr>
          <w:rFonts w:ascii="Arial" w:hAnsi="Arial"/>
          <w:color w:val="5D7284"/>
        </w:rPr>
        <w:t>01:59</w:t>
      </w:r>
    </w:p>
    <w:p w14:paraId="09105993" w14:textId="77777777" w:rsidR="0062080A" w:rsidRDefault="00D92C70">
      <w:pPr>
        <w:spacing w:after="0"/>
      </w:pPr>
      <w:r>
        <w:rPr>
          <w:rFonts w:ascii="Arial" w:hAnsi="Arial"/>
        </w:rPr>
        <w:t xml:space="preserve">I think It's gonna </w:t>
      </w:r>
      <w:r>
        <w:rPr>
          <w:rFonts w:ascii="Arial" w:hAnsi="Arial"/>
        </w:rPr>
        <w:t>mix the colors together and make purple.</w:t>
      </w:r>
    </w:p>
    <w:p w14:paraId="6A05A809" w14:textId="77777777" w:rsidR="0062080A" w:rsidRDefault="0062080A">
      <w:pPr>
        <w:spacing w:after="0"/>
      </w:pPr>
    </w:p>
    <w:p w14:paraId="77B67CF3" w14:textId="77777777" w:rsidR="0062080A" w:rsidRDefault="00D92C70">
      <w:pPr>
        <w:spacing w:after="0"/>
      </w:pPr>
      <w:r>
        <w:rPr>
          <w:rFonts w:ascii="Arial" w:hAnsi="Arial"/>
          <w:b/>
        </w:rPr>
        <w:t xml:space="preserve">Interviewer P:  </w:t>
      </w:r>
      <w:r>
        <w:rPr>
          <w:rFonts w:ascii="Arial" w:hAnsi="Arial"/>
          <w:color w:val="5D7284"/>
        </w:rPr>
        <w:t>02:03</w:t>
      </w:r>
    </w:p>
    <w:p w14:paraId="6726140C" w14:textId="77777777" w:rsidR="0062080A" w:rsidRDefault="00D92C70">
      <w:pPr>
        <w:spacing w:after="0"/>
      </w:pPr>
      <w:r>
        <w:rPr>
          <w:rFonts w:ascii="Arial" w:hAnsi="Arial"/>
        </w:rPr>
        <w:t>Yeah, since red and blue make purple. Okay, and then one other question is when I moved the wall and the water um, do you think the water will move when I take the wall out?</w:t>
      </w:r>
    </w:p>
    <w:p w14:paraId="5A39BBE3" w14:textId="77777777" w:rsidR="0062080A" w:rsidRDefault="0062080A">
      <w:pPr>
        <w:spacing w:after="0"/>
      </w:pPr>
    </w:p>
    <w:p w14:paraId="460B7490" w14:textId="77777777" w:rsidR="0062080A" w:rsidRDefault="00D92C70">
      <w:pPr>
        <w:spacing w:after="0"/>
      </w:pPr>
      <w:r>
        <w:rPr>
          <w:rFonts w:ascii="Arial" w:hAnsi="Arial"/>
          <w:b/>
        </w:rPr>
        <w:t xml:space="preserve">Participant#6:  </w:t>
      </w:r>
      <w:r>
        <w:rPr>
          <w:rFonts w:ascii="Arial" w:hAnsi="Arial"/>
          <w:color w:val="5D7284"/>
        </w:rPr>
        <w:t>02:17</w:t>
      </w:r>
    </w:p>
    <w:p w14:paraId="74BF407D" w14:textId="77777777" w:rsidR="0062080A" w:rsidRDefault="00D92C70">
      <w:pPr>
        <w:spacing w:after="0"/>
      </w:pPr>
      <w:r>
        <w:rPr>
          <w:rFonts w:ascii="Arial" w:hAnsi="Arial"/>
        </w:rPr>
        <w:t>What do you mean like like?</w:t>
      </w:r>
    </w:p>
    <w:p w14:paraId="41C8F396" w14:textId="77777777" w:rsidR="0062080A" w:rsidRDefault="0062080A">
      <w:pPr>
        <w:spacing w:after="0"/>
      </w:pPr>
    </w:p>
    <w:p w14:paraId="063907B2" w14:textId="77777777" w:rsidR="0062080A" w:rsidRDefault="00D92C70">
      <w:pPr>
        <w:spacing w:after="0"/>
      </w:pPr>
      <w:r>
        <w:rPr>
          <w:rFonts w:ascii="Arial" w:hAnsi="Arial"/>
          <w:b/>
        </w:rPr>
        <w:t xml:space="preserve">Interviewer P:  </w:t>
      </w:r>
      <w:r>
        <w:rPr>
          <w:rFonts w:ascii="Arial" w:hAnsi="Arial"/>
          <w:color w:val="5D7284"/>
        </w:rPr>
        <w:t>02:19</w:t>
      </w:r>
    </w:p>
    <w:p w14:paraId="25F6BD00" w14:textId="77777777" w:rsidR="0062080A" w:rsidRDefault="00D92C70">
      <w:pPr>
        <w:spacing w:after="0"/>
      </w:pPr>
      <w:r>
        <w:rPr>
          <w:rFonts w:ascii="Arial" w:hAnsi="Arial"/>
        </w:rPr>
        <w:lastRenderedPageBreak/>
        <w:t>Will it stay here and just kind of gradually seep purple from the middle or do you think that the two water masses will move it away?</w:t>
      </w:r>
    </w:p>
    <w:p w14:paraId="72A3D3EC" w14:textId="77777777" w:rsidR="0062080A" w:rsidRDefault="0062080A">
      <w:pPr>
        <w:spacing w:after="0"/>
      </w:pPr>
    </w:p>
    <w:p w14:paraId="4499D26A" w14:textId="77777777" w:rsidR="0062080A" w:rsidRDefault="00D92C70">
      <w:pPr>
        <w:spacing w:after="0"/>
      </w:pPr>
      <w:r>
        <w:rPr>
          <w:rFonts w:ascii="Arial" w:hAnsi="Arial"/>
          <w:b/>
        </w:rPr>
        <w:t xml:space="preserve">Participant#6:  </w:t>
      </w:r>
      <w:r>
        <w:rPr>
          <w:rFonts w:ascii="Arial" w:hAnsi="Arial"/>
          <w:color w:val="5D7284"/>
        </w:rPr>
        <w:t>02:31</w:t>
      </w:r>
    </w:p>
    <w:p w14:paraId="4FA232E3" w14:textId="77777777" w:rsidR="0062080A" w:rsidRDefault="00D92C70">
      <w:pPr>
        <w:spacing w:after="0"/>
      </w:pPr>
      <w:r>
        <w:rPr>
          <w:rFonts w:ascii="Arial" w:hAnsi="Arial"/>
        </w:rPr>
        <w:t xml:space="preserve">I think it'll be like some purple kind of beginning in the middle. </w:t>
      </w:r>
    </w:p>
    <w:p w14:paraId="0D0B940D" w14:textId="77777777" w:rsidR="0062080A" w:rsidRDefault="0062080A">
      <w:pPr>
        <w:spacing w:after="0"/>
      </w:pPr>
    </w:p>
    <w:p w14:paraId="7A589E28" w14:textId="77777777" w:rsidR="0062080A" w:rsidRDefault="00D92C70">
      <w:pPr>
        <w:spacing w:after="0"/>
      </w:pPr>
      <w:r>
        <w:rPr>
          <w:rFonts w:ascii="Arial" w:hAnsi="Arial"/>
          <w:b/>
        </w:rPr>
        <w:t xml:space="preserve">Interviewer P:  </w:t>
      </w:r>
      <w:r>
        <w:rPr>
          <w:rFonts w:ascii="Arial" w:hAnsi="Arial"/>
          <w:color w:val="5D7284"/>
        </w:rPr>
        <w:t>02:34</w:t>
      </w:r>
    </w:p>
    <w:p w14:paraId="298ADB15" w14:textId="77777777" w:rsidR="0062080A" w:rsidRDefault="00D92C70">
      <w:pPr>
        <w:spacing w:after="0"/>
      </w:pPr>
      <w:r>
        <w:rPr>
          <w:rFonts w:ascii="Arial" w:hAnsi="Arial"/>
        </w:rPr>
        <w:t>Okay, so what I'm hearing is that the water will they'll stay on both sides and then purple will kind of grow from the middle is that what you're thinking? Okay, I'll take this because sometimes I don't work very smoothly just to minimize, get the timer.</w:t>
      </w:r>
    </w:p>
    <w:p w14:paraId="0E27B00A" w14:textId="77777777" w:rsidR="0062080A" w:rsidRDefault="0062080A">
      <w:pPr>
        <w:spacing w:after="0"/>
      </w:pPr>
    </w:p>
    <w:p w14:paraId="575EB3A9" w14:textId="77777777" w:rsidR="0062080A" w:rsidRDefault="00D92C70">
      <w:pPr>
        <w:spacing w:after="0"/>
      </w:pPr>
      <w:r>
        <w:rPr>
          <w:rFonts w:ascii="Arial" w:hAnsi="Arial"/>
          <w:b/>
        </w:rPr>
        <w:t xml:space="preserve">Participant#6:  </w:t>
      </w:r>
      <w:r>
        <w:rPr>
          <w:rFonts w:ascii="Arial" w:hAnsi="Arial"/>
          <w:color w:val="5D7284"/>
        </w:rPr>
        <w:t>03:47</w:t>
      </w:r>
    </w:p>
    <w:p w14:paraId="5A05B019" w14:textId="77777777" w:rsidR="0062080A" w:rsidRDefault="00D92C70">
      <w:pPr>
        <w:spacing w:after="0"/>
      </w:pPr>
      <w:r>
        <w:rPr>
          <w:rFonts w:ascii="Arial" w:hAnsi="Arial"/>
        </w:rPr>
        <w:t>That's so pretty.</w:t>
      </w:r>
    </w:p>
    <w:p w14:paraId="60061E4C" w14:textId="77777777" w:rsidR="0062080A" w:rsidRDefault="0062080A">
      <w:pPr>
        <w:spacing w:after="0"/>
      </w:pPr>
    </w:p>
    <w:p w14:paraId="174852BA" w14:textId="77777777" w:rsidR="0062080A" w:rsidRDefault="00D92C70">
      <w:pPr>
        <w:spacing w:after="0"/>
      </w:pPr>
      <w:r>
        <w:rPr>
          <w:rFonts w:ascii="Arial" w:hAnsi="Arial"/>
          <w:b/>
        </w:rPr>
        <w:t xml:space="preserve">Interviewer P:  </w:t>
      </w:r>
      <w:r>
        <w:rPr>
          <w:rFonts w:ascii="Arial" w:hAnsi="Arial"/>
          <w:color w:val="5D7284"/>
        </w:rPr>
        <w:t>03:50</w:t>
      </w:r>
    </w:p>
    <w:p w14:paraId="4A69D573" w14:textId="77777777" w:rsidR="0062080A" w:rsidRDefault="00D92C70">
      <w:pPr>
        <w:spacing w:after="0"/>
      </w:pPr>
      <w:r>
        <w:rPr>
          <w:rFonts w:ascii="Arial" w:hAnsi="Arial"/>
        </w:rPr>
        <w:t>Yeah, the colors are pretty I think it would also be pretty as a purple.</w:t>
      </w:r>
    </w:p>
    <w:p w14:paraId="44EAFD9C" w14:textId="77777777" w:rsidR="0062080A" w:rsidRDefault="0062080A">
      <w:pPr>
        <w:spacing w:after="0"/>
      </w:pPr>
    </w:p>
    <w:p w14:paraId="714D67B6" w14:textId="77777777" w:rsidR="0062080A" w:rsidRDefault="00D92C70">
      <w:pPr>
        <w:spacing w:after="0"/>
      </w:pPr>
      <w:r>
        <w:rPr>
          <w:rFonts w:ascii="Arial" w:hAnsi="Arial"/>
          <w:b/>
        </w:rPr>
        <w:t xml:space="preserve">Participant#6:  </w:t>
      </w:r>
      <w:r>
        <w:rPr>
          <w:rFonts w:ascii="Arial" w:hAnsi="Arial"/>
          <w:color w:val="5D7284"/>
        </w:rPr>
        <w:t>03:54</w:t>
      </w:r>
    </w:p>
    <w:p w14:paraId="1D73AD05" w14:textId="77777777" w:rsidR="0062080A" w:rsidRDefault="00D92C70">
      <w:pPr>
        <w:spacing w:after="0"/>
      </w:pPr>
      <w:r>
        <w:rPr>
          <w:rFonts w:ascii="Arial" w:hAnsi="Arial"/>
        </w:rPr>
        <w:t>So the cold stays down and the hot stays up.</w:t>
      </w:r>
    </w:p>
    <w:p w14:paraId="4B94D5A5" w14:textId="77777777" w:rsidR="0062080A" w:rsidRDefault="0062080A">
      <w:pPr>
        <w:spacing w:after="0"/>
      </w:pPr>
    </w:p>
    <w:p w14:paraId="49D6CE8C" w14:textId="77777777" w:rsidR="0062080A" w:rsidRDefault="00D92C70">
      <w:pPr>
        <w:spacing w:after="0"/>
      </w:pPr>
      <w:r>
        <w:rPr>
          <w:rFonts w:ascii="Arial" w:hAnsi="Arial"/>
          <w:b/>
        </w:rPr>
        <w:t xml:space="preserve">Interviewer P:  </w:t>
      </w:r>
      <w:r>
        <w:rPr>
          <w:rFonts w:ascii="Arial" w:hAnsi="Arial"/>
          <w:color w:val="5D7284"/>
        </w:rPr>
        <w:t>03:59</w:t>
      </w:r>
    </w:p>
    <w:p w14:paraId="258AC9DD" w14:textId="77777777" w:rsidR="0062080A" w:rsidRDefault="00D92C70">
      <w:pPr>
        <w:spacing w:after="0"/>
      </w:pPr>
      <w:r>
        <w:rPr>
          <w:rFonts w:ascii="Arial" w:hAnsi="Arial"/>
        </w:rPr>
        <w:t xml:space="preserve">Alright, so that's a minute so I take it that surprised you? </w:t>
      </w:r>
    </w:p>
    <w:p w14:paraId="3DEEC669" w14:textId="77777777" w:rsidR="0062080A" w:rsidRDefault="0062080A">
      <w:pPr>
        <w:spacing w:after="0"/>
      </w:pPr>
    </w:p>
    <w:p w14:paraId="59749843" w14:textId="77777777" w:rsidR="0062080A" w:rsidRDefault="00D92C70">
      <w:pPr>
        <w:spacing w:after="0"/>
      </w:pPr>
      <w:r>
        <w:rPr>
          <w:rFonts w:ascii="Arial" w:hAnsi="Arial"/>
          <w:b/>
        </w:rPr>
        <w:t xml:space="preserve">Participant#6:  </w:t>
      </w:r>
      <w:r>
        <w:rPr>
          <w:rFonts w:ascii="Arial" w:hAnsi="Arial"/>
          <w:color w:val="5D7284"/>
        </w:rPr>
        <w:t>04:04</w:t>
      </w:r>
    </w:p>
    <w:p w14:paraId="6A176A6C" w14:textId="77777777" w:rsidR="0062080A" w:rsidRDefault="00D92C70">
      <w:pPr>
        <w:spacing w:after="0"/>
      </w:pPr>
      <w:r>
        <w:rPr>
          <w:rFonts w:ascii="Arial" w:hAnsi="Arial"/>
        </w:rPr>
        <w:t>Yeah.</w:t>
      </w:r>
    </w:p>
    <w:p w14:paraId="3656B9AB" w14:textId="77777777" w:rsidR="0062080A" w:rsidRDefault="0062080A">
      <w:pPr>
        <w:spacing w:after="0"/>
      </w:pPr>
    </w:p>
    <w:p w14:paraId="27890809" w14:textId="77777777" w:rsidR="0062080A" w:rsidRDefault="00D92C70">
      <w:pPr>
        <w:spacing w:after="0"/>
      </w:pPr>
      <w:r>
        <w:rPr>
          <w:rFonts w:ascii="Arial" w:hAnsi="Arial"/>
          <w:b/>
        </w:rPr>
        <w:t xml:space="preserve">Interviewer P:  </w:t>
      </w:r>
      <w:r>
        <w:rPr>
          <w:rFonts w:ascii="Arial" w:hAnsi="Arial"/>
          <w:color w:val="5D7284"/>
        </w:rPr>
        <w:t>04:05</w:t>
      </w:r>
    </w:p>
    <w:p w14:paraId="5556F849" w14:textId="77777777" w:rsidR="0062080A" w:rsidRDefault="00D92C70">
      <w:pPr>
        <w:spacing w:after="0"/>
      </w:pPr>
      <w:r>
        <w:rPr>
          <w:rFonts w:ascii="Arial" w:hAnsi="Arial"/>
        </w:rPr>
        <w:t>And what Tell me a little bit about that.</w:t>
      </w:r>
    </w:p>
    <w:p w14:paraId="45FB0818" w14:textId="77777777" w:rsidR="0062080A" w:rsidRDefault="0062080A">
      <w:pPr>
        <w:spacing w:after="0"/>
      </w:pPr>
    </w:p>
    <w:p w14:paraId="745CDC58" w14:textId="77777777" w:rsidR="0062080A" w:rsidRDefault="00D92C70">
      <w:pPr>
        <w:spacing w:after="0"/>
      </w:pPr>
      <w:r>
        <w:rPr>
          <w:rFonts w:ascii="Arial" w:hAnsi="Arial"/>
          <w:b/>
        </w:rPr>
        <w:t xml:space="preserve">Participant#6:  </w:t>
      </w:r>
      <w:r>
        <w:rPr>
          <w:rFonts w:ascii="Arial" w:hAnsi="Arial"/>
          <w:color w:val="5D7284"/>
        </w:rPr>
        <w:t>04:08</w:t>
      </w:r>
    </w:p>
    <w:p w14:paraId="3761EA3B" w14:textId="77777777" w:rsidR="0062080A" w:rsidRDefault="00D92C70">
      <w:pPr>
        <w:spacing w:after="0"/>
      </w:pPr>
      <w:r>
        <w:rPr>
          <w:rFonts w:ascii="Arial" w:hAnsi="Arial"/>
        </w:rPr>
        <w:t xml:space="preserve">I thought I swore it went like in a circle and then it kind of just went out like this like it's like a ombreish kind of thing. </w:t>
      </w:r>
      <w:r>
        <w:rPr>
          <w:rFonts w:ascii="Arial" w:hAnsi="Arial"/>
          <w:highlight w:val="yellow"/>
        </w:rPr>
        <w:t>Yeah, I didn't expect</w:t>
      </w:r>
      <w:r>
        <w:rPr>
          <w:rFonts w:ascii="Arial" w:hAnsi="Arial"/>
        </w:rPr>
        <w:t xml:space="preserve"> that. I thought it was gonna be purple.</w:t>
      </w:r>
    </w:p>
    <w:p w14:paraId="049F31CB" w14:textId="77777777" w:rsidR="0062080A" w:rsidRDefault="0062080A">
      <w:pPr>
        <w:spacing w:after="0"/>
      </w:pPr>
    </w:p>
    <w:p w14:paraId="389B8D39" w14:textId="77777777" w:rsidR="0062080A" w:rsidRDefault="00D92C70">
      <w:pPr>
        <w:spacing w:after="0"/>
      </w:pPr>
      <w:r>
        <w:rPr>
          <w:rFonts w:ascii="Arial" w:hAnsi="Arial"/>
          <w:b/>
        </w:rPr>
        <w:t xml:space="preserve">Interviewer P:  </w:t>
      </w:r>
      <w:r>
        <w:rPr>
          <w:rFonts w:ascii="Arial" w:hAnsi="Arial"/>
          <w:color w:val="5D7284"/>
        </w:rPr>
        <w:t>04:21</w:t>
      </w:r>
    </w:p>
    <w:p w14:paraId="57A430A0" w14:textId="77777777" w:rsidR="0062080A" w:rsidRDefault="00D92C70">
      <w:pPr>
        <w:spacing w:after="0"/>
      </w:pPr>
      <w:r>
        <w:rPr>
          <w:rFonts w:ascii="Arial" w:hAnsi="Arial"/>
          <w:highlight w:val="yellow"/>
        </w:rPr>
        <w:t>Do you think that if we left it long enough that</w:t>
      </w:r>
      <w:r>
        <w:rPr>
          <w:rFonts w:ascii="Arial" w:hAnsi="Arial"/>
        </w:rPr>
        <w:t xml:space="preserve"> would turn purple?</w:t>
      </w:r>
    </w:p>
    <w:p w14:paraId="53128261" w14:textId="77777777" w:rsidR="0062080A" w:rsidRDefault="0062080A">
      <w:pPr>
        <w:spacing w:after="0"/>
      </w:pPr>
    </w:p>
    <w:p w14:paraId="07940CBB" w14:textId="77777777" w:rsidR="0062080A" w:rsidRDefault="00D92C70">
      <w:pPr>
        <w:spacing w:after="0"/>
      </w:pPr>
      <w:r>
        <w:rPr>
          <w:rFonts w:ascii="Arial" w:hAnsi="Arial"/>
          <w:b/>
        </w:rPr>
        <w:t xml:space="preserve">Participant#6:  </w:t>
      </w:r>
      <w:r>
        <w:rPr>
          <w:rFonts w:ascii="Arial" w:hAnsi="Arial"/>
          <w:color w:val="5D7284"/>
        </w:rPr>
        <w:t>04:28</w:t>
      </w:r>
    </w:p>
    <w:p w14:paraId="7C51293F" w14:textId="77777777" w:rsidR="0062080A" w:rsidRDefault="00D92C70">
      <w:pPr>
        <w:spacing w:after="0"/>
      </w:pPr>
      <w:r>
        <w:rPr>
          <w:rFonts w:ascii="Arial" w:hAnsi="Arial"/>
        </w:rPr>
        <w:t>I guess at a certain point the hot water would cool. And then maybe that they would turn purple I guess I think it would after a while.</w:t>
      </w:r>
    </w:p>
    <w:p w14:paraId="62486C05" w14:textId="77777777" w:rsidR="0062080A" w:rsidRDefault="0062080A">
      <w:pPr>
        <w:spacing w:after="0"/>
      </w:pPr>
    </w:p>
    <w:p w14:paraId="67F1713B" w14:textId="77777777" w:rsidR="0062080A" w:rsidRDefault="00D92C70">
      <w:pPr>
        <w:spacing w:after="0"/>
      </w:pPr>
      <w:r>
        <w:rPr>
          <w:rFonts w:ascii="Arial" w:hAnsi="Arial"/>
          <w:b/>
        </w:rPr>
        <w:t xml:space="preserve">Interviewer P:  </w:t>
      </w:r>
      <w:r>
        <w:rPr>
          <w:rFonts w:ascii="Arial" w:hAnsi="Arial"/>
          <w:color w:val="5D7284"/>
        </w:rPr>
        <w:t>04:42</w:t>
      </w:r>
    </w:p>
    <w:p w14:paraId="59280EA0" w14:textId="77777777" w:rsidR="0062080A" w:rsidRDefault="00D92C70">
      <w:pPr>
        <w:spacing w:after="0"/>
      </w:pPr>
      <w:r>
        <w:rPr>
          <w:rFonts w:ascii="Arial" w:hAnsi="Arial"/>
        </w:rPr>
        <w:t>Yeah. And so any ideas on how long that might take?</w:t>
      </w:r>
    </w:p>
    <w:p w14:paraId="4101652C" w14:textId="77777777" w:rsidR="0062080A" w:rsidRDefault="0062080A">
      <w:pPr>
        <w:spacing w:after="0"/>
      </w:pPr>
    </w:p>
    <w:p w14:paraId="1F1D17E2" w14:textId="77777777" w:rsidR="0062080A" w:rsidRDefault="00D92C70">
      <w:pPr>
        <w:spacing w:after="0"/>
      </w:pPr>
      <w:r>
        <w:rPr>
          <w:rFonts w:ascii="Arial" w:hAnsi="Arial"/>
          <w:b/>
        </w:rPr>
        <w:t xml:space="preserve">Participant#6:  </w:t>
      </w:r>
      <w:r>
        <w:rPr>
          <w:rFonts w:ascii="Arial" w:hAnsi="Arial"/>
          <w:color w:val="5D7284"/>
        </w:rPr>
        <w:t>04:49</w:t>
      </w:r>
    </w:p>
    <w:p w14:paraId="60C90D7D" w14:textId="77777777" w:rsidR="0062080A" w:rsidRDefault="00D92C70">
      <w:pPr>
        <w:spacing w:after="0"/>
      </w:pPr>
      <w:r>
        <w:rPr>
          <w:rFonts w:ascii="Arial" w:hAnsi="Arial"/>
        </w:rPr>
        <w:lastRenderedPageBreak/>
        <w:t>I dont know, maybe like two minutes, three minutes.</w:t>
      </w:r>
    </w:p>
    <w:p w14:paraId="4B99056E" w14:textId="77777777" w:rsidR="0062080A" w:rsidRDefault="0062080A">
      <w:pPr>
        <w:spacing w:after="0"/>
      </w:pPr>
    </w:p>
    <w:p w14:paraId="0060CA28" w14:textId="77777777" w:rsidR="0062080A" w:rsidRDefault="00D92C70">
      <w:pPr>
        <w:spacing w:after="0"/>
      </w:pPr>
      <w:r>
        <w:rPr>
          <w:rFonts w:ascii="Arial" w:hAnsi="Arial"/>
          <w:b/>
        </w:rPr>
        <w:t xml:space="preserve">Interviewer P:  </w:t>
      </w:r>
      <w:r>
        <w:rPr>
          <w:rFonts w:ascii="Arial" w:hAnsi="Arial"/>
          <w:color w:val="5D7284"/>
        </w:rPr>
        <w:t>04:58</w:t>
      </w:r>
    </w:p>
    <w:p w14:paraId="67B3EE10" w14:textId="77777777" w:rsidR="0062080A" w:rsidRDefault="00D92C70">
      <w:pPr>
        <w:spacing w:after="0"/>
      </w:pPr>
      <w:r>
        <w:rPr>
          <w:rFonts w:ascii="Arial" w:hAnsi="Arial"/>
        </w:rPr>
        <w:t xml:space="preserve"> Okay. </w:t>
      </w:r>
    </w:p>
    <w:p w14:paraId="1299C43A" w14:textId="77777777" w:rsidR="0062080A" w:rsidRDefault="0062080A">
      <w:pPr>
        <w:spacing w:after="0"/>
      </w:pPr>
    </w:p>
    <w:p w14:paraId="2147E237" w14:textId="77777777" w:rsidR="0062080A" w:rsidRDefault="00D92C70">
      <w:pPr>
        <w:spacing w:after="0"/>
      </w:pPr>
      <w:r>
        <w:rPr>
          <w:rFonts w:ascii="Arial" w:hAnsi="Arial"/>
          <w:b/>
        </w:rPr>
        <w:t xml:space="preserve">Participant#6:  </w:t>
      </w:r>
      <w:r>
        <w:rPr>
          <w:rFonts w:ascii="Arial" w:hAnsi="Arial"/>
          <w:color w:val="5D7284"/>
        </w:rPr>
        <w:t>04:59</w:t>
      </w:r>
    </w:p>
    <w:p w14:paraId="445AE874" w14:textId="77777777" w:rsidR="0062080A" w:rsidRDefault="00D92C70">
      <w:pPr>
        <w:spacing w:after="0"/>
      </w:pPr>
      <w:r>
        <w:rPr>
          <w:rFonts w:ascii="Arial" w:hAnsi="Arial"/>
        </w:rPr>
        <w:t xml:space="preserve">Yeah. </w:t>
      </w:r>
    </w:p>
    <w:p w14:paraId="4DDBEF00" w14:textId="77777777" w:rsidR="0062080A" w:rsidRDefault="0062080A">
      <w:pPr>
        <w:spacing w:after="0"/>
      </w:pPr>
    </w:p>
    <w:p w14:paraId="63529945" w14:textId="77777777" w:rsidR="0062080A" w:rsidRDefault="00D92C70">
      <w:pPr>
        <w:spacing w:after="0"/>
      </w:pPr>
      <w:r>
        <w:rPr>
          <w:rFonts w:ascii="Arial" w:hAnsi="Arial"/>
          <w:b/>
        </w:rPr>
        <w:t xml:space="preserve">Interviewer P:  </w:t>
      </w:r>
      <w:r>
        <w:rPr>
          <w:rFonts w:ascii="Arial" w:hAnsi="Arial"/>
          <w:color w:val="5D7284"/>
        </w:rPr>
        <w:t>04:59</w:t>
      </w:r>
    </w:p>
    <w:p w14:paraId="04C676DA" w14:textId="77777777" w:rsidR="0062080A" w:rsidRDefault="00D92C70">
      <w:pPr>
        <w:spacing w:after="0"/>
      </w:pPr>
      <w:r>
        <w:rPr>
          <w:rFonts w:ascii="Arial" w:hAnsi="Arial"/>
        </w:rPr>
        <w:t xml:space="preserve">Yeah, so in that amount of time it would turn purple. So Erika who's been emailing you she did a time lapse video of this and now I'll share it </w:t>
      </w:r>
      <w:r>
        <w:rPr>
          <w:rFonts w:ascii="Arial" w:hAnsi="Arial"/>
        </w:rPr>
        <w:t>with you. Not very good with the cursor with my left hand.</w:t>
      </w:r>
    </w:p>
    <w:p w14:paraId="3461D779" w14:textId="77777777" w:rsidR="0062080A" w:rsidRDefault="0062080A">
      <w:pPr>
        <w:spacing w:after="0"/>
      </w:pPr>
    </w:p>
    <w:p w14:paraId="505FA5EA" w14:textId="77777777" w:rsidR="0062080A" w:rsidRDefault="00D92C70">
      <w:pPr>
        <w:spacing w:after="0"/>
      </w:pPr>
      <w:r>
        <w:rPr>
          <w:rFonts w:ascii="Arial" w:hAnsi="Arial"/>
          <w:b/>
        </w:rPr>
        <w:t xml:space="preserve">Participant#6:  </w:t>
      </w:r>
      <w:r>
        <w:rPr>
          <w:rFonts w:ascii="Arial" w:hAnsi="Arial"/>
          <w:color w:val="5D7284"/>
        </w:rPr>
        <w:t>06:14</w:t>
      </w:r>
    </w:p>
    <w:p w14:paraId="655964ED" w14:textId="77777777" w:rsidR="0062080A" w:rsidRDefault="00D92C70">
      <w:pPr>
        <w:spacing w:after="0"/>
      </w:pPr>
      <w:r>
        <w:rPr>
          <w:rFonts w:ascii="Arial" w:hAnsi="Arial"/>
        </w:rPr>
        <w:t>The blues kind of like taking over.</w:t>
      </w:r>
    </w:p>
    <w:p w14:paraId="3CF2D8B6" w14:textId="77777777" w:rsidR="0062080A" w:rsidRDefault="0062080A">
      <w:pPr>
        <w:spacing w:after="0"/>
      </w:pPr>
    </w:p>
    <w:p w14:paraId="46AAFE43" w14:textId="77777777" w:rsidR="0062080A" w:rsidRDefault="00D92C70">
      <w:pPr>
        <w:spacing w:after="0"/>
      </w:pPr>
      <w:r>
        <w:rPr>
          <w:rFonts w:ascii="Arial" w:hAnsi="Arial"/>
          <w:b/>
        </w:rPr>
        <w:t xml:space="preserve">Interviewer P:  </w:t>
      </w:r>
      <w:r>
        <w:rPr>
          <w:rFonts w:ascii="Arial" w:hAnsi="Arial"/>
          <w:color w:val="5D7284"/>
        </w:rPr>
        <w:t>06:18</w:t>
      </w:r>
    </w:p>
    <w:p w14:paraId="564B9F88" w14:textId="77777777" w:rsidR="0062080A" w:rsidRDefault="00D92C70">
      <w:pPr>
        <w:spacing w:after="0"/>
      </w:pPr>
      <w:r>
        <w:rPr>
          <w:rFonts w:ascii="Arial" w:hAnsi="Arial"/>
        </w:rPr>
        <w:t>So anything surprising or interesting?</w:t>
      </w:r>
    </w:p>
    <w:p w14:paraId="0FB78278" w14:textId="77777777" w:rsidR="0062080A" w:rsidRDefault="0062080A">
      <w:pPr>
        <w:spacing w:after="0"/>
      </w:pPr>
    </w:p>
    <w:p w14:paraId="2E8ABA7C" w14:textId="77777777" w:rsidR="0062080A" w:rsidRDefault="00D92C70">
      <w:pPr>
        <w:spacing w:after="0"/>
      </w:pPr>
      <w:r>
        <w:rPr>
          <w:rFonts w:ascii="Arial" w:hAnsi="Arial"/>
          <w:b/>
        </w:rPr>
        <w:t xml:space="preserve">Participant#6:  </w:t>
      </w:r>
      <w:r>
        <w:rPr>
          <w:rFonts w:ascii="Arial" w:hAnsi="Arial"/>
          <w:color w:val="5D7284"/>
        </w:rPr>
        <w:t>06:20</w:t>
      </w:r>
    </w:p>
    <w:p w14:paraId="0FDCF873" w14:textId="77777777" w:rsidR="0062080A" w:rsidRDefault="00D92C70">
      <w:pPr>
        <w:spacing w:after="0"/>
      </w:pPr>
      <w:r>
        <w:rPr>
          <w:rFonts w:ascii="Arial" w:hAnsi="Arial"/>
        </w:rPr>
        <w:t>No, I mean, like I think it was like the cold kind of coming into like the hot and it's turning into like one color. So I can I guess how many minutes was that?</w:t>
      </w:r>
    </w:p>
    <w:p w14:paraId="1FC39945" w14:textId="77777777" w:rsidR="0062080A" w:rsidRDefault="0062080A">
      <w:pPr>
        <w:spacing w:after="0"/>
      </w:pPr>
    </w:p>
    <w:p w14:paraId="7F09DDC1" w14:textId="77777777" w:rsidR="0062080A" w:rsidRDefault="00D92C70">
      <w:pPr>
        <w:spacing w:after="0"/>
      </w:pPr>
      <w:r>
        <w:rPr>
          <w:rFonts w:ascii="Arial" w:hAnsi="Arial"/>
          <w:b/>
        </w:rPr>
        <w:t xml:space="preserve">Interviewer P:  </w:t>
      </w:r>
      <w:r>
        <w:rPr>
          <w:rFonts w:ascii="Arial" w:hAnsi="Arial"/>
          <w:color w:val="5D7284"/>
        </w:rPr>
        <w:t>06:32</w:t>
      </w:r>
    </w:p>
    <w:p w14:paraId="477415AB" w14:textId="77777777" w:rsidR="0062080A" w:rsidRDefault="00D92C70">
      <w:pPr>
        <w:spacing w:after="0"/>
      </w:pPr>
      <w:r>
        <w:rPr>
          <w:rFonts w:ascii="Arial" w:hAnsi="Arial"/>
        </w:rPr>
        <w:t xml:space="preserve">So that's what I'm going to ask you. So it's it's boiled down to 33 seconds. Okay, so any ideas of what the original time </w:t>
      </w:r>
      <w:r>
        <w:rPr>
          <w:rFonts w:ascii="Arial" w:hAnsi="Arial"/>
        </w:rPr>
        <w:t>is?</w:t>
      </w:r>
    </w:p>
    <w:p w14:paraId="0562CB0E" w14:textId="77777777" w:rsidR="0062080A" w:rsidRDefault="0062080A">
      <w:pPr>
        <w:spacing w:after="0"/>
      </w:pPr>
    </w:p>
    <w:p w14:paraId="0F188D4A" w14:textId="77777777" w:rsidR="0062080A" w:rsidRDefault="00D92C70">
      <w:pPr>
        <w:spacing w:after="0"/>
      </w:pPr>
      <w:r>
        <w:rPr>
          <w:rFonts w:ascii="Arial" w:hAnsi="Arial"/>
          <w:b/>
        </w:rPr>
        <w:t xml:space="preserve">Participant#6:  </w:t>
      </w:r>
      <w:r>
        <w:rPr>
          <w:rFonts w:ascii="Arial" w:hAnsi="Arial"/>
          <w:color w:val="5D7284"/>
        </w:rPr>
        <w:t>06:41</w:t>
      </w:r>
    </w:p>
    <w:p w14:paraId="0281B6DF" w14:textId="77777777" w:rsidR="0062080A" w:rsidRDefault="00D92C70">
      <w:pPr>
        <w:spacing w:after="0"/>
      </w:pPr>
      <w:r>
        <w:rPr>
          <w:rFonts w:ascii="Arial" w:hAnsi="Arial"/>
        </w:rPr>
        <w:t>I'm gonna still say like, three or five minutes, like three to five.</w:t>
      </w:r>
    </w:p>
    <w:p w14:paraId="34CE0A41" w14:textId="77777777" w:rsidR="0062080A" w:rsidRDefault="0062080A">
      <w:pPr>
        <w:spacing w:after="0"/>
      </w:pPr>
    </w:p>
    <w:p w14:paraId="51F49576" w14:textId="77777777" w:rsidR="0062080A" w:rsidRDefault="00D92C70">
      <w:pPr>
        <w:spacing w:after="0"/>
      </w:pPr>
      <w:r>
        <w:rPr>
          <w:rFonts w:ascii="Arial" w:hAnsi="Arial"/>
          <w:b/>
        </w:rPr>
        <w:t xml:space="preserve">Interviewer P:  </w:t>
      </w:r>
      <w:r>
        <w:rPr>
          <w:rFonts w:ascii="Arial" w:hAnsi="Arial"/>
          <w:color w:val="5D7284"/>
        </w:rPr>
        <w:t>06:46</w:t>
      </w:r>
    </w:p>
    <w:p w14:paraId="1188302A" w14:textId="77777777" w:rsidR="0062080A" w:rsidRDefault="00D92C70">
      <w:pPr>
        <w:spacing w:after="0"/>
      </w:pPr>
      <w:r>
        <w:rPr>
          <w:rFonts w:ascii="Arial" w:hAnsi="Arial"/>
        </w:rPr>
        <w:t>It's an hour an.</w:t>
      </w:r>
    </w:p>
    <w:p w14:paraId="62EBF3C5" w14:textId="77777777" w:rsidR="0062080A" w:rsidRDefault="0062080A">
      <w:pPr>
        <w:spacing w:after="0"/>
      </w:pPr>
    </w:p>
    <w:p w14:paraId="3050E902" w14:textId="77777777" w:rsidR="0062080A" w:rsidRDefault="00D92C70">
      <w:pPr>
        <w:spacing w:after="0"/>
      </w:pPr>
      <w:r>
        <w:rPr>
          <w:rFonts w:ascii="Arial" w:hAnsi="Arial"/>
          <w:b/>
        </w:rPr>
        <w:t xml:space="preserve">Participant#6:  </w:t>
      </w:r>
      <w:r>
        <w:rPr>
          <w:rFonts w:ascii="Arial" w:hAnsi="Arial"/>
          <w:color w:val="5D7284"/>
        </w:rPr>
        <w:t>06:47</w:t>
      </w:r>
    </w:p>
    <w:p w14:paraId="2618D057" w14:textId="77777777" w:rsidR="0062080A" w:rsidRDefault="00D92C70">
      <w:pPr>
        <w:spacing w:after="0"/>
      </w:pPr>
      <w:r>
        <w:rPr>
          <w:rFonts w:ascii="Arial" w:hAnsi="Arial"/>
        </w:rPr>
        <w:t>An hour? Wow, my gosh, I didn't even expect that.</w:t>
      </w:r>
    </w:p>
    <w:p w14:paraId="6D98A12B" w14:textId="77777777" w:rsidR="0062080A" w:rsidRDefault="0062080A">
      <w:pPr>
        <w:spacing w:after="0"/>
      </w:pPr>
    </w:p>
    <w:p w14:paraId="10369CBE" w14:textId="77777777" w:rsidR="0062080A" w:rsidRDefault="00D92C70">
      <w:pPr>
        <w:spacing w:after="0"/>
      </w:pPr>
      <w:r>
        <w:rPr>
          <w:rFonts w:ascii="Arial" w:hAnsi="Arial"/>
          <w:b/>
        </w:rPr>
        <w:t xml:space="preserve">Interviewer P:  </w:t>
      </w:r>
      <w:r>
        <w:rPr>
          <w:rFonts w:ascii="Arial" w:hAnsi="Arial"/>
          <w:color w:val="5D7284"/>
        </w:rPr>
        <w:t>06:53</w:t>
      </w:r>
    </w:p>
    <w:p w14:paraId="7BC59F45" w14:textId="77777777" w:rsidR="0062080A" w:rsidRDefault="00D92C70">
      <w:pPr>
        <w:spacing w:after="0"/>
      </w:pPr>
      <w:r>
        <w:rPr>
          <w:rFonts w:ascii="Arial" w:hAnsi="Arial"/>
        </w:rPr>
        <w:t>Yeah, yeah. And it still. I'm kind of like looking at it now. And I'm like.</w:t>
      </w:r>
    </w:p>
    <w:p w14:paraId="2946DB82" w14:textId="77777777" w:rsidR="0062080A" w:rsidRDefault="0062080A">
      <w:pPr>
        <w:spacing w:after="0"/>
      </w:pPr>
    </w:p>
    <w:p w14:paraId="69DD7D07" w14:textId="77777777" w:rsidR="0062080A" w:rsidRDefault="00D92C70">
      <w:pPr>
        <w:spacing w:after="0"/>
      </w:pPr>
      <w:r>
        <w:rPr>
          <w:rFonts w:ascii="Arial" w:hAnsi="Arial"/>
          <w:b/>
        </w:rPr>
        <w:t xml:space="preserve">Participant#6:  </w:t>
      </w:r>
      <w:r>
        <w:rPr>
          <w:rFonts w:ascii="Arial" w:hAnsi="Arial"/>
          <w:color w:val="5D7284"/>
        </w:rPr>
        <w:t>06:57</w:t>
      </w:r>
    </w:p>
    <w:p w14:paraId="61C2A442" w14:textId="77777777" w:rsidR="0062080A" w:rsidRDefault="00D92C70">
      <w:pPr>
        <w:spacing w:after="0"/>
      </w:pPr>
      <w:r>
        <w:rPr>
          <w:rFonts w:ascii="Arial" w:hAnsi="Arial"/>
        </w:rPr>
        <w:t>Yeah.  It been like three minutes, and it hasn't even like started seeping?</w:t>
      </w:r>
    </w:p>
    <w:p w14:paraId="5997CC1D" w14:textId="77777777" w:rsidR="0062080A" w:rsidRDefault="0062080A">
      <w:pPr>
        <w:spacing w:after="0"/>
      </w:pPr>
    </w:p>
    <w:p w14:paraId="3C5ACD98" w14:textId="77777777" w:rsidR="0062080A" w:rsidRDefault="00D92C70">
      <w:pPr>
        <w:spacing w:after="0"/>
      </w:pPr>
      <w:r>
        <w:rPr>
          <w:rFonts w:ascii="Arial" w:hAnsi="Arial"/>
          <w:b/>
        </w:rPr>
        <w:t xml:space="preserve">Interviewer P:  </w:t>
      </w:r>
      <w:r>
        <w:rPr>
          <w:rFonts w:ascii="Arial" w:hAnsi="Arial"/>
          <w:color w:val="5D7284"/>
        </w:rPr>
        <w:t>07:01</w:t>
      </w:r>
    </w:p>
    <w:p w14:paraId="7512A683" w14:textId="77777777" w:rsidR="0062080A" w:rsidRDefault="00D92C70">
      <w:pPr>
        <w:spacing w:after="0"/>
      </w:pPr>
      <w:r>
        <w:rPr>
          <w:rFonts w:ascii="Arial" w:hAnsi="Arial"/>
        </w:rPr>
        <w:lastRenderedPageBreak/>
        <w:t xml:space="preserve">Yeah, so we've been focusing on the color. What about like the </w:t>
      </w:r>
      <w:r>
        <w:rPr>
          <w:rFonts w:ascii="Arial" w:hAnsi="Arial"/>
        </w:rPr>
        <w:t>temperature? How long do you think it would take to reach the same temperature throughout? Like if we you can feel it here. It's still warm on the top and cold on the bottom.</w:t>
      </w:r>
    </w:p>
    <w:p w14:paraId="110FFD37" w14:textId="77777777" w:rsidR="0062080A" w:rsidRDefault="0062080A">
      <w:pPr>
        <w:spacing w:after="0"/>
      </w:pPr>
    </w:p>
    <w:p w14:paraId="69448D50" w14:textId="77777777" w:rsidR="0062080A" w:rsidRDefault="00D92C70">
      <w:pPr>
        <w:spacing w:after="0"/>
      </w:pPr>
      <w:r>
        <w:rPr>
          <w:rFonts w:ascii="Arial" w:hAnsi="Arial"/>
          <w:b/>
        </w:rPr>
        <w:t xml:space="preserve">Participant#6:  </w:t>
      </w:r>
      <w:r>
        <w:rPr>
          <w:rFonts w:ascii="Arial" w:hAnsi="Arial"/>
          <w:color w:val="5D7284"/>
        </w:rPr>
        <w:t>07:16</w:t>
      </w:r>
    </w:p>
    <w:p w14:paraId="7A5AFF61" w14:textId="77777777" w:rsidR="0062080A" w:rsidRDefault="00D92C70">
      <w:pPr>
        <w:spacing w:after="0"/>
      </w:pPr>
      <w:r>
        <w:rPr>
          <w:rFonts w:ascii="Arial" w:hAnsi="Arial"/>
        </w:rPr>
        <w:t>Yeah, we can see like an hour since the video showed an hour, wow that is cool.</w:t>
      </w:r>
    </w:p>
    <w:p w14:paraId="6B699379" w14:textId="77777777" w:rsidR="0062080A" w:rsidRDefault="0062080A">
      <w:pPr>
        <w:spacing w:after="0"/>
      </w:pPr>
    </w:p>
    <w:p w14:paraId="372E67CA" w14:textId="77777777" w:rsidR="0062080A" w:rsidRDefault="00D92C70">
      <w:pPr>
        <w:spacing w:after="0"/>
      </w:pPr>
      <w:r>
        <w:rPr>
          <w:rFonts w:ascii="Arial" w:hAnsi="Arial"/>
          <w:b/>
        </w:rPr>
        <w:t xml:space="preserve">Interviewer P:  </w:t>
      </w:r>
      <w:r>
        <w:rPr>
          <w:rFonts w:ascii="Arial" w:hAnsi="Arial"/>
          <w:color w:val="5D7284"/>
        </w:rPr>
        <w:t>07:23</w:t>
      </w:r>
    </w:p>
    <w:p w14:paraId="67111CDF" w14:textId="77777777" w:rsidR="0062080A" w:rsidRDefault="00D92C70">
      <w:pPr>
        <w:spacing w:after="0"/>
      </w:pPr>
      <w:r>
        <w:rPr>
          <w:rFonts w:ascii="Arial" w:hAnsi="Arial"/>
        </w:rPr>
        <w:t>And yet, it's still not really. I mean, I can still make out. I mean, it's definitely, yeah, some of the red and some of the blue. Yeah. All right. So that's that. And I have two things I'm going to ask you about that I'm not going to demonstrate. So I call them well, just actually, one. I'll call it a thought experiment because we're just thinking through it. So imagine if, instead of water that I put on both sides, I put Jell-O like red, Jell-O, and blue Jell-O with the dividing wall. And of course, you k</w:t>
      </w:r>
      <w:r>
        <w:rPr>
          <w:rFonts w:ascii="Arial" w:hAnsi="Arial"/>
        </w:rPr>
        <w:t>now, Jell-O, I'm not going to be able to get as extreme of a temperature difference, but I could probably get like 30 or 40 degrees, because I don't know, just above freezing would be like, say 40 degrees, and the Jell-O would be really cold, but it wouldn't be frozen. And I could probably have some other Jell-O. That's like 70 without it turning mushy. So if if I had Jell-O like that warm Jell-O and cold Jell-O on either side, and I pulled the dividing wall out. Again, this is just a thought experiment. Wh</w:t>
      </w:r>
      <w:r>
        <w:rPr>
          <w:rFonts w:ascii="Arial" w:hAnsi="Arial"/>
        </w:rPr>
        <w:t>at do you think would happen?</w:t>
      </w:r>
    </w:p>
    <w:p w14:paraId="3FE9F23F" w14:textId="77777777" w:rsidR="0062080A" w:rsidRDefault="0062080A">
      <w:pPr>
        <w:spacing w:after="0"/>
      </w:pPr>
    </w:p>
    <w:p w14:paraId="27599F64" w14:textId="77777777" w:rsidR="0062080A" w:rsidRDefault="00D92C70">
      <w:pPr>
        <w:spacing w:after="0"/>
      </w:pPr>
      <w:r>
        <w:rPr>
          <w:rFonts w:ascii="Arial" w:hAnsi="Arial"/>
          <w:b/>
        </w:rPr>
        <w:t xml:space="preserve">Participant#6:  </w:t>
      </w:r>
      <w:r>
        <w:rPr>
          <w:rFonts w:ascii="Arial" w:hAnsi="Arial"/>
          <w:color w:val="5D7284"/>
        </w:rPr>
        <w:t>08:37</w:t>
      </w:r>
    </w:p>
    <w:p w14:paraId="05EC9209" w14:textId="77777777" w:rsidR="0062080A" w:rsidRDefault="00D92C70">
      <w:pPr>
        <w:spacing w:after="0"/>
      </w:pPr>
      <w:r>
        <w:rPr>
          <w:rFonts w:ascii="Arial" w:hAnsi="Arial"/>
        </w:rPr>
        <w:t xml:space="preserve">I don't think they would mix and I think since it's like harder. </w:t>
      </w:r>
    </w:p>
    <w:p w14:paraId="1F72F646" w14:textId="77777777" w:rsidR="0062080A" w:rsidRDefault="0062080A">
      <w:pPr>
        <w:spacing w:after="0"/>
      </w:pPr>
    </w:p>
    <w:p w14:paraId="2C7C2242" w14:textId="77777777" w:rsidR="0062080A" w:rsidRDefault="00D92C70">
      <w:pPr>
        <w:spacing w:after="0"/>
      </w:pPr>
      <w:r>
        <w:rPr>
          <w:rFonts w:ascii="Arial" w:hAnsi="Arial"/>
          <w:b/>
        </w:rPr>
        <w:t xml:space="preserve">Interviewer P:  </w:t>
      </w:r>
      <w:r>
        <w:rPr>
          <w:rFonts w:ascii="Arial" w:hAnsi="Arial"/>
          <w:color w:val="5D7284"/>
        </w:rPr>
        <w:t>08:40</w:t>
      </w:r>
    </w:p>
    <w:p w14:paraId="04CBB7C9" w14:textId="77777777" w:rsidR="0062080A" w:rsidRDefault="00D92C70">
      <w:pPr>
        <w:spacing w:after="0"/>
      </w:pPr>
      <w:r>
        <w:rPr>
          <w:rFonts w:ascii="Arial" w:hAnsi="Arial"/>
        </w:rPr>
        <w:t>Yeah.</w:t>
      </w:r>
    </w:p>
    <w:p w14:paraId="08CE6F91" w14:textId="77777777" w:rsidR="0062080A" w:rsidRDefault="0062080A">
      <w:pPr>
        <w:spacing w:after="0"/>
      </w:pPr>
    </w:p>
    <w:p w14:paraId="00D8F09A" w14:textId="77777777" w:rsidR="0062080A" w:rsidRDefault="00D92C70">
      <w:pPr>
        <w:spacing w:after="0"/>
      </w:pPr>
      <w:r>
        <w:rPr>
          <w:rFonts w:ascii="Arial" w:hAnsi="Arial"/>
          <w:b/>
        </w:rPr>
        <w:t xml:space="preserve">Participant#6:  </w:t>
      </w:r>
      <w:r>
        <w:rPr>
          <w:rFonts w:ascii="Arial" w:hAnsi="Arial"/>
          <w:color w:val="5D7284"/>
        </w:rPr>
        <w:t>08:40</w:t>
      </w:r>
    </w:p>
    <w:p w14:paraId="1A854BC6" w14:textId="77777777" w:rsidR="0062080A" w:rsidRDefault="00D92C70">
      <w:pPr>
        <w:spacing w:after="0"/>
      </w:pPr>
      <w:r>
        <w:rPr>
          <w:rFonts w:ascii="Arial" w:hAnsi="Arial"/>
        </w:rPr>
        <w:t xml:space="preserve">They're not liquid. </w:t>
      </w:r>
    </w:p>
    <w:p w14:paraId="61CDCEAD" w14:textId="77777777" w:rsidR="0062080A" w:rsidRDefault="0062080A">
      <w:pPr>
        <w:spacing w:after="0"/>
      </w:pPr>
    </w:p>
    <w:p w14:paraId="23157B75" w14:textId="77777777" w:rsidR="0062080A" w:rsidRDefault="00D92C70">
      <w:pPr>
        <w:spacing w:after="0"/>
      </w:pPr>
      <w:r>
        <w:rPr>
          <w:rFonts w:ascii="Arial" w:hAnsi="Arial"/>
          <w:b/>
        </w:rPr>
        <w:t xml:space="preserve">Interviewer P:  </w:t>
      </w:r>
      <w:r>
        <w:rPr>
          <w:rFonts w:ascii="Arial" w:hAnsi="Arial"/>
          <w:color w:val="5D7284"/>
        </w:rPr>
        <w:t>08:41</w:t>
      </w:r>
    </w:p>
    <w:p w14:paraId="116C4F3C" w14:textId="77777777" w:rsidR="0062080A" w:rsidRDefault="00D92C70">
      <w:pPr>
        <w:spacing w:after="0"/>
      </w:pPr>
      <w:r>
        <w:rPr>
          <w:rFonts w:ascii="Arial" w:hAnsi="Arial"/>
        </w:rPr>
        <w:t>Yeah. So they would just sit there. Yeah. And so based on that, I'm guessing you wouldn't think that it would turn purple. And do you think that they would eventually like become the same temperature?</w:t>
      </w:r>
    </w:p>
    <w:p w14:paraId="6BB9E253" w14:textId="77777777" w:rsidR="0062080A" w:rsidRDefault="0062080A">
      <w:pPr>
        <w:spacing w:after="0"/>
      </w:pPr>
    </w:p>
    <w:p w14:paraId="292FE257" w14:textId="77777777" w:rsidR="0062080A" w:rsidRDefault="00D92C70">
      <w:pPr>
        <w:spacing w:after="0"/>
      </w:pPr>
      <w:r>
        <w:rPr>
          <w:rFonts w:ascii="Arial" w:hAnsi="Arial"/>
          <w:b/>
        </w:rPr>
        <w:t xml:space="preserve">Participant#6:  </w:t>
      </w:r>
      <w:r>
        <w:rPr>
          <w:rFonts w:ascii="Arial" w:hAnsi="Arial"/>
          <w:color w:val="5D7284"/>
        </w:rPr>
        <w:t>09:03</w:t>
      </w:r>
    </w:p>
    <w:p w14:paraId="4F7A457B" w14:textId="77777777" w:rsidR="0062080A" w:rsidRDefault="00D92C70">
      <w:pPr>
        <w:spacing w:after="0"/>
      </w:pPr>
      <w:r>
        <w:rPr>
          <w:rFonts w:ascii="Arial" w:hAnsi="Arial"/>
        </w:rPr>
        <w:t>Probably I think so. I mean, I probably would turn like room temperature. But yeah, are they like touching?</w:t>
      </w:r>
    </w:p>
    <w:p w14:paraId="23DE523C" w14:textId="77777777" w:rsidR="0062080A" w:rsidRDefault="0062080A">
      <w:pPr>
        <w:spacing w:after="0"/>
      </w:pPr>
    </w:p>
    <w:p w14:paraId="7AD47434" w14:textId="77777777" w:rsidR="0062080A" w:rsidRDefault="00D92C70">
      <w:pPr>
        <w:spacing w:after="0"/>
      </w:pPr>
      <w:r>
        <w:rPr>
          <w:rFonts w:ascii="Arial" w:hAnsi="Arial"/>
          <w:b/>
        </w:rPr>
        <w:t xml:space="preserve">Interviewer P:  </w:t>
      </w:r>
      <w:r>
        <w:rPr>
          <w:rFonts w:ascii="Arial" w:hAnsi="Arial"/>
          <w:color w:val="5D7284"/>
        </w:rPr>
        <w:t>09:12</w:t>
      </w:r>
    </w:p>
    <w:p w14:paraId="240765CE" w14:textId="77777777" w:rsidR="0062080A" w:rsidRDefault="00D92C70">
      <w:pPr>
        <w:spacing w:after="0"/>
      </w:pPr>
      <w:r>
        <w:rPr>
          <w:rFonts w:ascii="Arial" w:hAnsi="Arial"/>
        </w:rPr>
        <w:t xml:space="preserve">Yeah. So they would be touching after I took the wall out. </w:t>
      </w:r>
    </w:p>
    <w:p w14:paraId="52E56223" w14:textId="77777777" w:rsidR="0062080A" w:rsidRDefault="0062080A">
      <w:pPr>
        <w:spacing w:after="0"/>
      </w:pPr>
    </w:p>
    <w:p w14:paraId="7C0A48E5" w14:textId="77777777" w:rsidR="0062080A" w:rsidRDefault="00D92C70">
      <w:pPr>
        <w:spacing w:after="0"/>
      </w:pPr>
      <w:r>
        <w:rPr>
          <w:rFonts w:ascii="Arial" w:hAnsi="Arial"/>
          <w:b/>
        </w:rPr>
        <w:t xml:space="preserve">Participant#6:  </w:t>
      </w:r>
      <w:r>
        <w:rPr>
          <w:rFonts w:ascii="Arial" w:hAnsi="Arial"/>
          <w:color w:val="5D7284"/>
        </w:rPr>
        <w:t>09:15</w:t>
      </w:r>
    </w:p>
    <w:p w14:paraId="710CBF10" w14:textId="77777777" w:rsidR="0062080A" w:rsidRDefault="00D92C70">
      <w:pPr>
        <w:spacing w:after="0"/>
      </w:pPr>
      <w:r>
        <w:rPr>
          <w:rFonts w:ascii="Arial" w:hAnsi="Arial"/>
        </w:rPr>
        <w:t>Okay.</w:t>
      </w:r>
    </w:p>
    <w:p w14:paraId="07547A01" w14:textId="77777777" w:rsidR="0062080A" w:rsidRDefault="0062080A">
      <w:pPr>
        <w:spacing w:after="0"/>
      </w:pPr>
    </w:p>
    <w:p w14:paraId="2E662BCA" w14:textId="77777777" w:rsidR="0062080A" w:rsidRDefault="00D92C70">
      <w:pPr>
        <w:spacing w:after="0"/>
      </w:pPr>
      <w:r>
        <w:rPr>
          <w:rFonts w:ascii="Arial" w:hAnsi="Arial"/>
          <w:b/>
        </w:rPr>
        <w:t xml:space="preserve">Interviewer P:  </w:t>
      </w:r>
      <w:r>
        <w:rPr>
          <w:rFonts w:ascii="Arial" w:hAnsi="Arial"/>
          <w:color w:val="5D7284"/>
        </w:rPr>
        <w:t>09:15</w:t>
      </w:r>
    </w:p>
    <w:p w14:paraId="7245530D" w14:textId="77777777" w:rsidR="0062080A" w:rsidRDefault="00D92C70">
      <w:pPr>
        <w:spacing w:after="0"/>
      </w:pPr>
      <w:r>
        <w:rPr>
          <w:rFonts w:ascii="Arial" w:hAnsi="Arial"/>
        </w:rPr>
        <w:t xml:space="preserve">But they would be touching along </w:t>
      </w:r>
      <w:r>
        <w:rPr>
          <w:rFonts w:ascii="Arial" w:hAnsi="Arial"/>
        </w:rPr>
        <w:t>this.</w:t>
      </w:r>
    </w:p>
    <w:p w14:paraId="5043CB0F" w14:textId="77777777" w:rsidR="0062080A" w:rsidRDefault="0062080A">
      <w:pPr>
        <w:spacing w:after="0"/>
      </w:pPr>
    </w:p>
    <w:p w14:paraId="7A92490C" w14:textId="77777777" w:rsidR="0062080A" w:rsidRDefault="00D92C70">
      <w:pPr>
        <w:spacing w:after="0"/>
      </w:pPr>
      <w:r>
        <w:rPr>
          <w:rFonts w:ascii="Arial" w:hAnsi="Arial"/>
          <w:b/>
        </w:rPr>
        <w:t xml:space="preserve">Participant#6:  </w:t>
      </w:r>
      <w:r>
        <w:rPr>
          <w:rFonts w:ascii="Arial" w:hAnsi="Arial"/>
          <w:color w:val="5D7284"/>
        </w:rPr>
        <w:t>09:20</w:t>
      </w:r>
    </w:p>
    <w:p w14:paraId="2C11E567" w14:textId="77777777" w:rsidR="0062080A" w:rsidRDefault="00D92C70">
      <w:pPr>
        <w:spacing w:after="0"/>
      </w:pPr>
      <w:r>
        <w:rPr>
          <w:rFonts w:ascii="Arial" w:hAnsi="Arial"/>
        </w:rPr>
        <w:t xml:space="preserve">Maybe like towards the middle again, like some little purple might come out because like of the touching and the different temperatures, but yeah, I feel like it would take like hours for that to like, come into the same temperature. </w:t>
      </w:r>
    </w:p>
    <w:p w14:paraId="07459315" w14:textId="77777777" w:rsidR="0062080A" w:rsidRDefault="0062080A">
      <w:pPr>
        <w:spacing w:after="0"/>
      </w:pPr>
    </w:p>
    <w:p w14:paraId="264C7CCE" w14:textId="77777777" w:rsidR="0062080A" w:rsidRDefault="00D92C70">
      <w:pPr>
        <w:spacing w:after="0"/>
      </w:pPr>
      <w:r>
        <w:rPr>
          <w:rFonts w:ascii="Arial" w:hAnsi="Arial"/>
          <w:b/>
        </w:rPr>
        <w:t xml:space="preserve">Interviewer P:  </w:t>
      </w:r>
      <w:r>
        <w:rPr>
          <w:rFonts w:ascii="Arial" w:hAnsi="Arial"/>
          <w:color w:val="5D7284"/>
        </w:rPr>
        <w:t>09:33</w:t>
      </w:r>
    </w:p>
    <w:p w14:paraId="0B161324" w14:textId="77777777" w:rsidR="0062080A" w:rsidRDefault="00D92C70">
      <w:pPr>
        <w:spacing w:after="0"/>
      </w:pPr>
      <w:r>
        <w:rPr>
          <w:rFonts w:ascii="Arial" w:hAnsi="Arial"/>
        </w:rPr>
        <w:t xml:space="preserve">Yeah, okay, cool. So put this back in and we're going to do something different it's always very tricky, not to spill. Yay. So I have this cylinder here and I have it over here, just because if I put it on the table, it </w:t>
      </w:r>
      <w:r>
        <w:rPr>
          <w:rFonts w:ascii="Arial" w:hAnsi="Arial"/>
        </w:rPr>
        <w:t>would get jiggled by us being here at the table. And I'm trying to keep it just still. I'm going to use that cylinder of Stillwater in a minute. So I have this substance, it's called potassium per manganese. And it's a dye, but Oh, and it was all up in the cap. Oh, there we go. It's like somebody turned this upside down or something. So you can see it's not like food coloring, because it's not a liquid. It's a solid dye. And since it's a solid, I'm going to put it in that water but when I put it in the wate</w:t>
      </w:r>
      <w:r>
        <w:rPr>
          <w:rFonts w:ascii="Arial" w:hAnsi="Arial"/>
        </w:rPr>
        <w:t>r, it will sink to the bottom because the solid crystals are more dense than the water so it'll just sink. But as it sinks, it also dyes the water so it colors the water on its way down. So I just want to show you what that looks like. And this still tank of water. So that's it looks like jellyfish doesn't it. Okay, so I showed you that because you can probably see where we're going with this behind you there's a tank of water and it's spinning and I've had this spinning for probably an hour. And so what I'</w:t>
      </w:r>
      <w:r>
        <w:rPr>
          <w:rFonts w:ascii="Arial" w:hAnsi="Arial"/>
        </w:rPr>
        <w:t xml:space="preserve">m going to do now is the same thing I wanted you to see what it looks like there, because the next step is to drop it into the spinning tank. And same thing I'm going to ask you to make a prediction of what you think it will look like in the spinning tank a minute after we drop it in Yeah, just like what the other so. Okay, so I'm gonna ask you to draw twice two views, one from above, and one from the side. And so and to draw it as if it's like a picture with a camera, like not in motion but a single point </w:t>
      </w:r>
      <w:r>
        <w:rPr>
          <w:rFonts w:ascii="Arial" w:hAnsi="Arial"/>
        </w:rPr>
        <w:t>in time. So it's as if I took a camera and I took it from up here and then I came down here to the side. Okay, so again colored pencils are there and you're predicting what it will look like about a minute after I drop it in</w:t>
      </w:r>
    </w:p>
    <w:p w14:paraId="6537F28F" w14:textId="77777777" w:rsidR="0062080A" w:rsidRDefault="0062080A">
      <w:pPr>
        <w:spacing w:after="0"/>
      </w:pPr>
    </w:p>
    <w:p w14:paraId="07742F84" w14:textId="77777777" w:rsidR="0062080A" w:rsidRDefault="00D92C70">
      <w:pPr>
        <w:spacing w:after="0"/>
      </w:pPr>
      <w:r>
        <w:rPr>
          <w:rFonts w:ascii="Arial" w:hAnsi="Arial"/>
          <w:b/>
        </w:rPr>
        <w:t xml:space="preserve">Participant#6:  </w:t>
      </w:r>
      <w:r>
        <w:rPr>
          <w:rFonts w:ascii="Arial" w:hAnsi="Arial"/>
          <w:color w:val="5D7284"/>
        </w:rPr>
        <w:t>13:06</w:t>
      </w:r>
    </w:p>
    <w:p w14:paraId="0DED3943" w14:textId="77777777" w:rsidR="0062080A" w:rsidRDefault="00D92C70">
      <w:pPr>
        <w:spacing w:after="0"/>
      </w:pPr>
      <w:r>
        <w:rPr>
          <w:rFonts w:ascii="Arial" w:hAnsi="Arial"/>
        </w:rPr>
        <w:t xml:space="preserve">So you're gonna drop it like four kind of thing. </w:t>
      </w:r>
    </w:p>
    <w:p w14:paraId="6DFB9E20" w14:textId="77777777" w:rsidR="0062080A" w:rsidRDefault="0062080A">
      <w:pPr>
        <w:spacing w:after="0"/>
      </w:pPr>
    </w:p>
    <w:p w14:paraId="78831E77" w14:textId="77777777" w:rsidR="0062080A" w:rsidRDefault="00D92C70">
      <w:pPr>
        <w:spacing w:after="0"/>
      </w:pPr>
      <w:r>
        <w:rPr>
          <w:rFonts w:ascii="Arial" w:hAnsi="Arial"/>
          <w:b/>
        </w:rPr>
        <w:t xml:space="preserve">Interviewer P:  </w:t>
      </w:r>
      <w:r>
        <w:rPr>
          <w:rFonts w:ascii="Arial" w:hAnsi="Arial"/>
          <w:color w:val="5D7284"/>
        </w:rPr>
        <w:t>13:16</w:t>
      </w:r>
    </w:p>
    <w:p w14:paraId="01A7E69F" w14:textId="77777777" w:rsidR="0062080A" w:rsidRDefault="00D92C70">
      <w:pPr>
        <w:spacing w:after="0"/>
      </w:pPr>
      <w:r>
        <w:rPr>
          <w:rFonts w:ascii="Arial" w:hAnsi="Arial"/>
        </w:rPr>
        <w:t>Kind of yeah the same way that I did there except kind of scaled up so maybe more like five or six just because that's bigger but I'll put some on the side and some in the middle.</w:t>
      </w:r>
    </w:p>
    <w:p w14:paraId="70DF9E56" w14:textId="77777777" w:rsidR="0062080A" w:rsidRDefault="0062080A">
      <w:pPr>
        <w:spacing w:after="0"/>
      </w:pPr>
    </w:p>
    <w:p w14:paraId="1FF2574F" w14:textId="77777777" w:rsidR="0062080A" w:rsidRDefault="00D92C70">
      <w:pPr>
        <w:spacing w:after="0"/>
      </w:pPr>
      <w:r>
        <w:rPr>
          <w:rFonts w:ascii="Arial" w:hAnsi="Arial"/>
          <w:b/>
        </w:rPr>
        <w:t xml:space="preserve">Participant#6:  </w:t>
      </w:r>
      <w:r>
        <w:rPr>
          <w:rFonts w:ascii="Arial" w:hAnsi="Arial"/>
          <w:color w:val="5D7284"/>
        </w:rPr>
        <w:t>13:58</w:t>
      </w:r>
    </w:p>
    <w:p w14:paraId="3ED60624" w14:textId="77777777" w:rsidR="0062080A" w:rsidRDefault="00D92C70">
      <w:pPr>
        <w:spacing w:after="0"/>
      </w:pPr>
      <w:r>
        <w:rPr>
          <w:rFonts w:ascii="Arial" w:hAnsi="Arial"/>
        </w:rPr>
        <w:t>It's like jellyfish.</w:t>
      </w:r>
    </w:p>
    <w:p w14:paraId="44E871BC" w14:textId="77777777" w:rsidR="0062080A" w:rsidRDefault="0062080A">
      <w:pPr>
        <w:spacing w:after="0"/>
      </w:pPr>
    </w:p>
    <w:p w14:paraId="11950D5A" w14:textId="77777777" w:rsidR="0062080A" w:rsidRDefault="00D92C70">
      <w:pPr>
        <w:spacing w:after="0"/>
      </w:pPr>
      <w:r>
        <w:rPr>
          <w:rFonts w:ascii="Arial" w:hAnsi="Arial"/>
          <w:b/>
        </w:rPr>
        <w:t xml:space="preserve">Interviewer P:  </w:t>
      </w:r>
      <w:r>
        <w:rPr>
          <w:rFonts w:ascii="Arial" w:hAnsi="Arial"/>
          <w:color w:val="5D7284"/>
        </w:rPr>
        <w:t>14:28</w:t>
      </w:r>
    </w:p>
    <w:p w14:paraId="2B5A4EE0" w14:textId="77777777" w:rsidR="0062080A" w:rsidRDefault="00D92C70">
      <w:pPr>
        <w:spacing w:after="0"/>
      </w:pPr>
      <w:r>
        <w:rPr>
          <w:rFonts w:ascii="Arial" w:hAnsi="Arial"/>
        </w:rPr>
        <w:t>Okay, so can you tell me about your sketch?</w:t>
      </w:r>
    </w:p>
    <w:p w14:paraId="144A5D23" w14:textId="77777777" w:rsidR="0062080A" w:rsidRDefault="0062080A">
      <w:pPr>
        <w:spacing w:after="0"/>
      </w:pPr>
    </w:p>
    <w:p w14:paraId="38CD9DFE" w14:textId="77777777" w:rsidR="0062080A" w:rsidRDefault="00D92C70">
      <w:pPr>
        <w:spacing w:after="0"/>
      </w:pPr>
      <w:r>
        <w:rPr>
          <w:rFonts w:ascii="Arial" w:hAnsi="Arial"/>
          <w:b/>
        </w:rPr>
        <w:t xml:space="preserve">Participant#6:  </w:t>
      </w:r>
      <w:r>
        <w:rPr>
          <w:rFonts w:ascii="Arial" w:hAnsi="Arial"/>
          <w:color w:val="5D7284"/>
        </w:rPr>
        <w:t>14:31</w:t>
      </w:r>
    </w:p>
    <w:p w14:paraId="0FF34D27" w14:textId="77777777" w:rsidR="0062080A" w:rsidRDefault="00D92C70">
      <w:pPr>
        <w:spacing w:after="0"/>
      </w:pPr>
      <w:r>
        <w:rPr>
          <w:rFonts w:ascii="Arial" w:hAnsi="Arial"/>
        </w:rPr>
        <w:t xml:space="preserve">So I think when like you drop it, the motion is gonna kind of make a trail so it's like spinning kind of like if you're mixing itbut yeah, it's like these little kind of tails kind of coming off. </w:t>
      </w:r>
    </w:p>
    <w:p w14:paraId="738610EB" w14:textId="77777777" w:rsidR="0062080A" w:rsidRDefault="0062080A">
      <w:pPr>
        <w:spacing w:after="0"/>
      </w:pPr>
    </w:p>
    <w:p w14:paraId="6B021C73" w14:textId="77777777" w:rsidR="0062080A" w:rsidRDefault="00D92C70">
      <w:pPr>
        <w:spacing w:after="0"/>
      </w:pPr>
      <w:r>
        <w:rPr>
          <w:rFonts w:ascii="Arial" w:hAnsi="Arial"/>
          <w:b/>
        </w:rPr>
        <w:lastRenderedPageBreak/>
        <w:t xml:space="preserve">Interviewer P:  </w:t>
      </w:r>
      <w:r>
        <w:rPr>
          <w:rFonts w:ascii="Arial" w:hAnsi="Arial"/>
          <w:color w:val="5D7284"/>
        </w:rPr>
        <w:t>14:45</w:t>
      </w:r>
    </w:p>
    <w:p w14:paraId="7B0FB71C" w14:textId="77777777" w:rsidR="0062080A" w:rsidRDefault="00D92C70">
      <w:pPr>
        <w:spacing w:after="0"/>
      </w:pPr>
      <w:r>
        <w:rPr>
          <w:rFonts w:ascii="Arial" w:hAnsi="Arial"/>
        </w:rPr>
        <w:t xml:space="preserve">Okay. </w:t>
      </w:r>
    </w:p>
    <w:p w14:paraId="637805D2" w14:textId="77777777" w:rsidR="0062080A" w:rsidRDefault="0062080A">
      <w:pPr>
        <w:spacing w:after="0"/>
      </w:pPr>
    </w:p>
    <w:p w14:paraId="424F042C" w14:textId="77777777" w:rsidR="0062080A" w:rsidRDefault="00D92C70">
      <w:pPr>
        <w:spacing w:after="0"/>
      </w:pPr>
      <w:r>
        <w:rPr>
          <w:rFonts w:ascii="Arial" w:hAnsi="Arial"/>
          <w:b/>
        </w:rPr>
        <w:t xml:space="preserve">Participant#6:  </w:t>
      </w:r>
      <w:r>
        <w:rPr>
          <w:rFonts w:ascii="Arial" w:hAnsi="Arial"/>
          <w:color w:val="5D7284"/>
        </w:rPr>
        <w:t>14:46</w:t>
      </w:r>
    </w:p>
    <w:p w14:paraId="566EACA4" w14:textId="77777777" w:rsidR="0062080A" w:rsidRDefault="00D92C70">
      <w:pPr>
        <w:spacing w:after="0"/>
      </w:pPr>
      <w:r>
        <w:rPr>
          <w:rFonts w:ascii="Arial" w:hAnsi="Arial"/>
        </w:rPr>
        <w:t>And then yeah, the same thing. It's kind of do you see it from the side view.</w:t>
      </w:r>
    </w:p>
    <w:p w14:paraId="463F29E8" w14:textId="77777777" w:rsidR="0062080A" w:rsidRDefault="0062080A">
      <w:pPr>
        <w:spacing w:after="0"/>
      </w:pPr>
    </w:p>
    <w:p w14:paraId="2139BA34" w14:textId="77777777" w:rsidR="0062080A" w:rsidRDefault="00D92C70">
      <w:pPr>
        <w:spacing w:after="0"/>
      </w:pPr>
      <w:r>
        <w:rPr>
          <w:rFonts w:ascii="Arial" w:hAnsi="Arial"/>
          <w:b/>
        </w:rPr>
        <w:t xml:space="preserve">Interviewer P:  </w:t>
      </w:r>
      <w:r>
        <w:rPr>
          <w:rFonts w:ascii="Arial" w:hAnsi="Arial"/>
          <w:color w:val="5D7284"/>
        </w:rPr>
        <w:t>14:52</w:t>
      </w:r>
    </w:p>
    <w:p w14:paraId="0C9BFB0B" w14:textId="77777777" w:rsidR="0062080A" w:rsidRDefault="00D92C70">
      <w:pPr>
        <w:spacing w:after="0"/>
      </w:pPr>
      <w:r>
        <w:rPr>
          <w:rFonts w:ascii="Arial" w:hAnsi="Arial"/>
        </w:rPr>
        <w:t xml:space="preserve">So are these on the bottom or in </w:t>
      </w:r>
      <w:r>
        <w:rPr>
          <w:rFonts w:ascii="Arial" w:hAnsi="Arial"/>
        </w:rPr>
        <w:t>the water column or floating at the top?</w:t>
      </w:r>
    </w:p>
    <w:p w14:paraId="3B7B4B86" w14:textId="77777777" w:rsidR="0062080A" w:rsidRDefault="0062080A">
      <w:pPr>
        <w:spacing w:after="0"/>
      </w:pPr>
    </w:p>
    <w:p w14:paraId="047B7506" w14:textId="77777777" w:rsidR="0062080A" w:rsidRDefault="00D92C70">
      <w:pPr>
        <w:spacing w:after="0"/>
      </w:pPr>
      <w:r>
        <w:rPr>
          <w:rFonts w:ascii="Arial" w:hAnsi="Arial"/>
          <w:b/>
        </w:rPr>
        <w:t xml:space="preserve">Participant#6:  </w:t>
      </w:r>
      <w:r>
        <w:rPr>
          <w:rFonts w:ascii="Arial" w:hAnsi="Arial"/>
          <w:color w:val="5D7284"/>
        </w:rPr>
        <w:t>14:58</w:t>
      </w:r>
    </w:p>
    <w:p w14:paraId="696FC3CB" w14:textId="77777777" w:rsidR="0062080A" w:rsidRDefault="00D92C70">
      <w:pPr>
        <w:spacing w:after="0"/>
      </w:pPr>
      <w:r>
        <w:rPr>
          <w:rFonts w:ascii="Arial" w:hAnsi="Arial"/>
        </w:rPr>
        <w:t>There at the bottom.</w:t>
      </w:r>
    </w:p>
    <w:p w14:paraId="3A0FF5F2" w14:textId="77777777" w:rsidR="0062080A" w:rsidRDefault="0062080A">
      <w:pPr>
        <w:spacing w:after="0"/>
      </w:pPr>
    </w:p>
    <w:p w14:paraId="398CA683" w14:textId="77777777" w:rsidR="0062080A" w:rsidRDefault="00D92C70">
      <w:pPr>
        <w:spacing w:after="0"/>
      </w:pPr>
      <w:r>
        <w:rPr>
          <w:rFonts w:ascii="Arial" w:hAnsi="Arial"/>
          <w:b/>
        </w:rPr>
        <w:t xml:space="preserve">Interviewer P:  </w:t>
      </w:r>
      <w:r>
        <w:rPr>
          <w:rFonts w:ascii="Arial" w:hAnsi="Arial"/>
          <w:color w:val="5D7284"/>
        </w:rPr>
        <w:t>14:59</w:t>
      </w:r>
    </w:p>
    <w:p w14:paraId="2FF1364A" w14:textId="77777777" w:rsidR="0062080A" w:rsidRDefault="00D92C70">
      <w:pPr>
        <w:spacing w:after="0"/>
      </w:pPr>
      <w:r>
        <w:rPr>
          <w:rFonts w:ascii="Arial" w:hAnsi="Arial"/>
        </w:rPr>
        <w:t>Okay so, so what we're seeing from above here is what this is on the bottom.</w:t>
      </w:r>
    </w:p>
    <w:p w14:paraId="5630AD66" w14:textId="77777777" w:rsidR="0062080A" w:rsidRDefault="0062080A">
      <w:pPr>
        <w:spacing w:after="0"/>
      </w:pPr>
    </w:p>
    <w:p w14:paraId="72208262" w14:textId="77777777" w:rsidR="0062080A" w:rsidRDefault="00D92C70">
      <w:pPr>
        <w:spacing w:after="0"/>
      </w:pPr>
      <w:r>
        <w:rPr>
          <w:rFonts w:ascii="Arial" w:hAnsi="Arial"/>
          <w:b/>
        </w:rPr>
        <w:t xml:space="preserve">Participant#6:  </w:t>
      </w:r>
      <w:r>
        <w:rPr>
          <w:rFonts w:ascii="Arial" w:hAnsi="Arial"/>
          <w:color w:val="5D7284"/>
        </w:rPr>
        <w:t>15:05</w:t>
      </w:r>
    </w:p>
    <w:p w14:paraId="201CF39D" w14:textId="77777777" w:rsidR="0062080A" w:rsidRDefault="00D92C70">
      <w:pPr>
        <w:spacing w:after="0"/>
      </w:pPr>
      <w:r>
        <w:rPr>
          <w:rFonts w:ascii="Arial" w:hAnsi="Arial"/>
        </w:rPr>
        <w:t xml:space="preserve">Yeah. </w:t>
      </w:r>
    </w:p>
    <w:p w14:paraId="61829076" w14:textId="77777777" w:rsidR="0062080A" w:rsidRDefault="0062080A">
      <w:pPr>
        <w:spacing w:after="0"/>
      </w:pPr>
    </w:p>
    <w:p w14:paraId="7D2720DC" w14:textId="77777777" w:rsidR="0062080A" w:rsidRDefault="00D92C70">
      <w:pPr>
        <w:spacing w:after="0"/>
      </w:pPr>
      <w:r>
        <w:rPr>
          <w:rFonts w:ascii="Arial" w:hAnsi="Arial"/>
          <w:b/>
        </w:rPr>
        <w:t xml:space="preserve">Interviewer P:  </w:t>
      </w:r>
      <w:r>
        <w:rPr>
          <w:rFonts w:ascii="Arial" w:hAnsi="Arial"/>
          <w:color w:val="5D7284"/>
        </w:rPr>
        <w:t>15:05</w:t>
      </w:r>
    </w:p>
    <w:p w14:paraId="76471E8F" w14:textId="77777777" w:rsidR="0062080A" w:rsidRDefault="00D92C70">
      <w:pPr>
        <w:spacing w:after="0"/>
      </w:pPr>
      <w:r>
        <w:rPr>
          <w:rFonts w:ascii="Arial" w:hAnsi="Arial"/>
        </w:rPr>
        <w:t>With these kind of like tails or sure Yeah, yeah, that helps. Okay, so let's do it we're full of surprises here.</w:t>
      </w:r>
    </w:p>
    <w:p w14:paraId="2BA226A1" w14:textId="77777777" w:rsidR="0062080A" w:rsidRDefault="0062080A">
      <w:pPr>
        <w:spacing w:after="0"/>
      </w:pPr>
    </w:p>
    <w:p w14:paraId="7444CE67" w14:textId="77777777" w:rsidR="0062080A" w:rsidRDefault="00D92C70">
      <w:pPr>
        <w:spacing w:after="0"/>
      </w:pPr>
      <w:r>
        <w:rPr>
          <w:rFonts w:ascii="Arial" w:hAnsi="Arial"/>
          <w:b/>
        </w:rPr>
        <w:t xml:space="preserve">Participant#6:  </w:t>
      </w:r>
      <w:r>
        <w:rPr>
          <w:rFonts w:ascii="Arial" w:hAnsi="Arial"/>
          <w:color w:val="5D7284"/>
        </w:rPr>
        <w:t>15:40</w:t>
      </w:r>
    </w:p>
    <w:p w14:paraId="7BE6B4DA" w14:textId="3D12E820" w:rsidR="0062080A" w:rsidRDefault="34E9669B" w:rsidP="5B8D0453">
      <w:pPr>
        <w:spacing w:after="0"/>
        <w:rPr>
          <w:rFonts w:ascii="Arial" w:hAnsi="Arial"/>
        </w:rPr>
      </w:pPr>
      <w:r w:rsidRPr="5B8D0453">
        <w:rPr>
          <w:rFonts w:ascii="Arial" w:hAnsi="Arial"/>
        </w:rPr>
        <w:t>What?</w:t>
      </w:r>
      <w:r w:rsidR="08E52D60" w:rsidRPr="5B8D0453">
        <w:rPr>
          <w:rFonts w:ascii="Arial" w:hAnsi="Arial"/>
        </w:rPr>
        <w:t xml:space="preserve"> I love it I like that it's so cool.</w:t>
      </w:r>
      <w:r w:rsidR="39B1A637" w:rsidRPr="5B8D0453">
        <w:rPr>
          <w:rFonts w:ascii="Arial" w:hAnsi="Arial"/>
        </w:rPr>
        <w:t xml:space="preserve"> So, for the most part it stays in the same (gestures like a column).</w:t>
      </w:r>
    </w:p>
    <w:p w14:paraId="17AD93B2" w14:textId="77777777" w:rsidR="0062080A" w:rsidRDefault="0062080A">
      <w:pPr>
        <w:spacing w:after="0"/>
      </w:pPr>
    </w:p>
    <w:p w14:paraId="451DB6E7" w14:textId="77777777" w:rsidR="0062080A" w:rsidRDefault="00D92C70">
      <w:pPr>
        <w:spacing w:after="0"/>
      </w:pPr>
      <w:r>
        <w:rPr>
          <w:rFonts w:ascii="Arial" w:hAnsi="Arial"/>
          <w:b/>
        </w:rPr>
        <w:t xml:space="preserve">Interviewer P:  </w:t>
      </w:r>
      <w:r>
        <w:rPr>
          <w:rFonts w:ascii="Arial" w:hAnsi="Arial"/>
          <w:color w:val="5D7284"/>
        </w:rPr>
        <w:t>16:20</w:t>
      </w:r>
    </w:p>
    <w:p w14:paraId="49C58A33" w14:textId="77777777" w:rsidR="0062080A" w:rsidRDefault="00D92C70">
      <w:pPr>
        <w:spacing w:after="0"/>
      </w:pPr>
      <w:r>
        <w:rPr>
          <w:rFonts w:ascii="Arial" w:hAnsi="Arial"/>
        </w:rPr>
        <w:t xml:space="preserve">Isn't that cool? </w:t>
      </w:r>
    </w:p>
    <w:p w14:paraId="0DE4B5B7" w14:textId="77777777" w:rsidR="0062080A" w:rsidRDefault="0062080A">
      <w:pPr>
        <w:spacing w:after="0"/>
      </w:pPr>
    </w:p>
    <w:p w14:paraId="599289DA" w14:textId="77777777" w:rsidR="0062080A" w:rsidRDefault="00D92C70">
      <w:pPr>
        <w:spacing w:after="0"/>
      </w:pPr>
      <w:r>
        <w:rPr>
          <w:rFonts w:ascii="Arial" w:hAnsi="Arial"/>
          <w:b/>
        </w:rPr>
        <w:t xml:space="preserve">Participant#6:  </w:t>
      </w:r>
      <w:r>
        <w:rPr>
          <w:rFonts w:ascii="Arial" w:hAnsi="Arial"/>
          <w:color w:val="5D7284"/>
        </w:rPr>
        <w:t>16:22</w:t>
      </w:r>
    </w:p>
    <w:p w14:paraId="39924282" w14:textId="77777777" w:rsidR="0062080A" w:rsidRDefault="00D92C70">
      <w:pPr>
        <w:spacing w:after="0"/>
      </w:pPr>
      <w:r>
        <w:rPr>
          <w:rFonts w:ascii="Arial" w:hAnsi="Arial"/>
        </w:rPr>
        <w:t>Yeah.</w:t>
      </w:r>
    </w:p>
    <w:p w14:paraId="66204FF1" w14:textId="77777777" w:rsidR="0062080A" w:rsidRDefault="0062080A">
      <w:pPr>
        <w:spacing w:after="0"/>
      </w:pPr>
    </w:p>
    <w:p w14:paraId="7F06F376" w14:textId="77777777" w:rsidR="0062080A" w:rsidRDefault="00D92C70">
      <w:pPr>
        <w:spacing w:after="0"/>
      </w:pPr>
      <w:r>
        <w:rPr>
          <w:rFonts w:ascii="Arial" w:hAnsi="Arial"/>
          <w:b/>
        </w:rPr>
        <w:t xml:space="preserve">Interviewer P:  </w:t>
      </w:r>
      <w:r>
        <w:rPr>
          <w:rFonts w:ascii="Arial" w:hAnsi="Arial"/>
          <w:color w:val="5D7284"/>
        </w:rPr>
        <w:t>16:23</w:t>
      </w:r>
    </w:p>
    <w:p w14:paraId="4AF016E7" w14:textId="77777777" w:rsidR="0062080A" w:rsidRDefault="00D92C70">
      <w:pPr>
        <w:spacing w:after="0"/>
      </w:pPr>
      <w:r>
        <w:rPr>
          <w:rFonts w:ascii="Arial" w:hAnsi="Arial"/>
        </w:rPr>
        <w:t xml:space="preserve">All right, can I ask you to draw again like how it actually looks? I like it. Alright, so can you tell me what you did to this sketch to make it different from </w:t>
      </w:r>
      <w:r>
        <w:rPr>
          <w:rFonts w:ascii="Arial" w:hAnsi="Arial"/>
        </w:rPr>
        <w:t>this one? To correct it to what it actually looks like?</w:t>
      </w:r>
    </w:p>
    <w:p w14:paraId="2DBF0D7D" w14:textId="77777777" w:rsidR="0062080A" w:rsidRDefault="0062080A">
      <w:pPr>
        <w:spacing w:after="0"/>
      </w:pPr>
    </w:p>
    <w:p w14:paraId="1B4ABD32" w14:textId="77777777" w:rsidR="0062080A" w:rsidRDefault="00D92C70">
      <w:pPr>
        <w:spacing w:after="0"/>
      </w:pPr>
      <w:r>
        <w:rPr>
          <w:rFonts w:ascii="Arial" w:hAnsi="Arial"/>
          <w:b/>
        </w:rPr>
        <w:t xml:space="preserve">Participant#6:  </w:t>
      </w:r>
      <w:r>
        <w:rPr>
          <w:rFonts w:ascii="Arial" w:hAnsi="Arial"/>
          <w:color w:val="5D7284"/>
        </w:rPr>
        <w:t>17:44</w:t>
      </w:r>
    </w:p>
    <w:p w14:paraId="7D19CC94" w14:textId="77777777" w:rsidR="0062080A" w:rsidRDefault="00D92C70">
      <w:pPr>
        <w:spacing w:after="0"/>
      </w:pPr>
      <w:r>
        <w:rPr>
          <w:rFonts w:ascii="Arial" w:hAnsi="Arial"/>
        </w:rPr>
        <w:t>So, I felt like the potassium actually stayed more on like the top and like kind of trickled down of like the water line. And then for this it didn't like kind of go the way I thought it would like with the powder kind of leaving a trail behind it just went straight down and like just a little puddle of potassium on the top.</w:t>
      </w:r>
    </w:p>
    <w:p w14:paraId="6B62F1B3" w14:textId="77777777" w:rsidR="0062080A" w:rsidRDefault="0062080A">
      <w:pPr>
        <w:spacing w:after="0"/>
      </w:pPr>
    </w:p>
    <w:p w14:paraId="2ABA5FF2" w14:textId="77777777" w:rsidR="0062080A" w:rsidRDefault="00D92C70">
      <w:pPr>
        <w:spacing w:after="0"/>
      </w:pPr>
      <w:r>
        <w:rPr>
          <w:rFonts w:ascii="Arial" w:hAnsi="Arial"/>
          <w:b/>
        </w:rPr>
        <w:t xml:space="preserve">Interviewer P:  </w:t>
      </w:r>
      <w:r>
        <w:rPr>
          <w:rFonts w:ascii="Arial" w:hAnsi="Arial"/>
          <w:color w:val="5D7284"/>
        </w:rPr>
        <w:t>18:07</w:t>
      </w:r>
    </w:p>
    <w:p w14:paraId="3CA79F47" w14:textId="77777777" w:rsidR="0062080A" w:rsidRDefault="00D92C70">
      <w:pPr>
        <w:spacing w:after="0"/>
      </w:pPr>
      <w:r>
        <w:rPr>
          <w:rFonts w:ascii="Arial" w:hAnsi="Arial"/>
        </w:rPr>
        <w:t>So it didn't make these trail.</w:t>
      </w:r>
    </w:p>
    <w:p w14:paraId="02F2C34E" w14:textId="77777777" w:rsidR="0062080A" w:rsidRDefault="0062080A">
      <w:pPr>
        <w:spacing w:after="0"/>
      </w:pPr>
    </w:p>
    <w:p w14:paraId="41EF6A97" w14:textId="77777777" w:rsidR="0062080A" w:rsidRDefault="00D92C70">
      <w:pPr>
        <w:spacing w:after="0"/>
      </w:pPr>
      <w:r>
        <w:rPr>
          <w:rFonts w:ascii="Arial" w:hAnsi="Arial"/>
          <w:b/>
        </w:rPr>
        <w:t xml:space="preserve">Participant#6:  </w:t>
      </w:r>
      <w:r>
        <w:rPr>
          <w:rFonts w:ascii="Arial" w:hAnsi="Arial"/>
          <w:color w:val="5D7284"/>
        </w:rPr>
        <w:t>18:09</w:t>
      </w:r>
    </w:p>
    <w:p w14:paraId="66D95703" w14:textId="77777777" w:rsidR="0062080A" w:rsidRDefault="00D92C70">
      <w:pPr>
        <w:spacing w:after="0"/>
      </w:pPr>
      <w:r>
        <w:rPr>
          <w:rFonts w:ascii="Arial" w:hAnsi="Arial"/>
        </w:rPr>
        <w:lastRenderedPageBreak/>
        <w:t>Yeah, like I thought it would be like mixing kind of but I guess not.</w:t>
      </w:r>
    </w:p>
    <w:p w14:paraId="680A4E5D" w14:textId="77777777" w:rsidR="0062080A" w:rsidRDefault="0062080A">
      <w:pPr>
        <w:spacing w:after="0"/>
      </w:pPr>
    </w:p>
    <w:p w14:paraId="109CB3FA" w14:textId="77777777" w:rsidR="0062080A" w:rsidRDefault="00D92C70">
      <w:pPr>
        <w:spacing w:after="0"/>
      </w:pPr>
      <w:r>
        <w:rPr>
          <w:rFonts w:ascii="Arial" w:hAnsi="Arial"/>
          <w:b/>
        </w:rPr>
        <w:t xml:space="preserve">Interviewer P:  </w:t>
      </w:r>
      <w:r>
        <w:rPr>
          <w:rFonts w:ascii="Arial" w:hAnsi="Arial"/>
          <w:color w:val="5D7284"/>
        </w:rPr>
        <w:t>18:13</w:t>
      </w:r>
    </w:p>
    <w:p w14:paraId="668FED3A" w14:textId="77777777" w:rsidR="0062080A" w:rsidRDefault="00D92C70">
      <w:pPr>
        <w:spacing w:after="0"/>
      </w:pPr>
      <w:r>
        <w:rPr>
          <w:rFonts w:ascii="Arial" w:hAnsi="Arial"/>
        </w:rPr>
        <w:t>Yeah, it's just kind of standing there. So do you have any ideas about like, why it's just standing there?</w:t>
      </w:r>
    </w:p>
    <w:p w14:paraId="19219836" w14:textId="77777777" w:rsidR="0062080A" w:rsidRDefault="0062080A">
      <w:pPr>
        <w:spacing w:after="0"/>
      </w:pPr>
    </w:p>
    <w:p w14:paraId="4C880287" w14:textId="77777777" w:rsidR="0062080A" w:rsidRDefault="00D92C70">
      <w:pPr>
        <w:spacing w:after="0"/>
      </w:pPr>
      <w:r>
        <w:rPr>
          <w:rFonts w:ascii="Arial" w:hAnsi="Arial"/>
          <w:b/>
        </w:rPr>
        <w:t xml:space="preserve">Participant#6:  </w:t>
      </w:r>
      <w:r>
        <w:rPr>
          <w:rFonts w:ascii="Arial" w:hAnsi="Arial"/>
          <w:color w:val="5D7284"/>
        </w:rPr>
        <w:t>18:24</w:t>
      </w:r>
    </w:p>
    <w:p w14:paraId="61CFCBB6" w14:textId="77777777" w:rsidR="0062080A" w:rsidRDefault="00D92C70">
      <w:pPr>
        <w:spacing w:after="0"/>
      </w:pPr>
      <w:r>
        <w:rPr>
          <w:rFonts w:ascii="Arial" w:hAnsi="Arial"/>
        </w:rPr>
        <w:t>I guess because it's still like still like flat. It is like moving but I don't know I guess it's not really like on an angle or anything like that. I think it's like the water is still like like a flat level. If that makes sense. But it's kind of like doing it now on the bottom, that I see now.</w:t>
      </w:r>
    </w:p>
    <w:p w14:paraId="296FEF7D" w14:textId="77777777" w:rsidR="0062080A" w:rsidRDefault="0062080A">
      <w:pPr>
        <w:spacing w:after="0"/>
      </w:pPr>
    </w:p>
    <w:p w14:paraId="4475B088" w14:textId="77777777" w:rsidR="0062080A" w:rsidRDefault="00D92C70">
      <w:pPr>
        <w:spacing w:after="0"/>
      </w:pPr>
      <w:r>
        <w:rPr>
          <w:rFonts w:ascii="Arial" w:hAnsi="Arial"/>
          <w:b/>
        </w:rPr>
        <w:t xml:space="preserve">Interviewer P:  </w:t>
      </w:r>
      <w:r>
        <w:rPr>
          <w:rFonts w:ascii="Arial" w:hAnsi="Arial"/>
          <w:color w:val="5D7284"/>
        </w:rPr>
        <w:t>18:49</w:t>
      </w:r>
    </w:p>
    <w:p w14:paraId="17F0E682" w14:textId="77777777" w:rsidR="0062080A" w:rsidRDefault="00D92C70">
      <w:pPr>
        <w:spacing w:after="0"/>
      </w:pPr>
      <w:r>
        <w:rPr>
          <w:rFonts w:ascii="Arial" w:hAnsi="Arial"/>
        </w:rPr>
        <w:t>On the bottom.</w:t>
      </w:r>
    </w:p>
    <w:p w14:paraId="7194DBDC" w14:textId="77777777" w:rsidR="0062080A" w:rsidRDefault="0062080A">
      <w:pPr>
        <w:spacing w:after="0"/>
      </w:pPr>
    </w:p>
    <w:p w14:paraId="638F0589" w14:textId="77777777" w:rsidR="0062080A" w:rsidRDefault="00D92C70">
      <w:pPr>
        <w:spacing w:after="0"/>
      </w:pPr>
      <w:r>
        <w:rPr>
          <w:rFonts w:ascii="Arial" w:hAnsi="Arial"/>
          <w:b/>
        </w:rPr>
        <w:t xml:space="preserve">Participant#6:  </w:t>
      </w:r>
      <w:r>
        <w:rPr>
          <w:rFonts w:ascii="Arial" w:hAnsi="Arial"/>
          <w:color w:val="5D7284"/>
        </w:rPr>
        <w:t>18:49</w:t>
      </w:r>
    </w:p>
    <w:p w14:paraId="77F63F8F" w14:textId="77777777" w:rsidR="0062080A" w:rsidRDefault="00D92C70">
      <w:pPr>
        <w:spacing w:after="0"/>
      </w:pPr>
      <w:r>
        <w:rPr>
          <w:rFonts w:ascii="Arial" w:hAnsi="Arial"/>
        </w:rPr>
        <w:t>Yeah so I kind of like goes down and trickles down.</w:t>
      </w:r>
    </w:p>
    <w:p w14:paraId="769D0D3C" w14:textId="77777777" w:rsidR="0062080A" w:rsidRDefault="0062080A">
      <w:pPr>
        <w:spacing w:after="0"/>
      </w:pPr>
    </w:p>
    <w:p w14:paraId="59E291D7" w14:textId="77777777" w:rsidR="0062080A" w:rsidRDefault="00D92C70">
      <w:pPr>
        <w:spacing w:after="0"/>
      </w:pPr>
      <w:r>
        <w:rPr>
          <w:rFonts w:ascii="Arial" w:hAnsi="Arial"/>
          <w:b/>
        </w:rPr>
        <w:t xml:space="preserve">Interviewer P:  </w:t>
      </w:r>
      <w:r>
        <w:rPr>
          <w:rFonts w:ascii="Arial" w:hAnsi="Arial"/>
          <w:color w:val="5D7284"/>
        </w:rPr>
        <w:t>18:56</w:t>
      </w:r>
    </w:p>
    <w:p w14:paraId="78FAB33D" w14:textId="77777777" w:rsidR="0062080A" w:rsidRDefault="00D92C70">
      <w:pPr>
        <w:spacing w:after="0"/>
      </w:pPr>
      <w:r>
        <w:rPr>
          <w:rFonts w:ascii="Arial" w:hAnsi="Arial"/>
        </w:rPr>
        <w:t>And so when you say the water is flat do you mean like the surface across the top is flat instead of the surface being kind of at an angle? And that is why they didn't trail originally like you thought.</w:t>
      </w:r>
    </w:p>
    <w:p w14:paraId="54CD245A" w14:textId="77777777" w:rsidR="0062080A" w:rsidRDefault="0062080A">
      <w:pPr>
        <w:spacing w:after="0"/>
      </w:pPr>
    </w:p>
    <w:p w14:paraId="64C051B4" w14:textId="77777777" w:rsidR="0062080A" w:rsidRDefault="00D92C70">
      <w:pPr>
        <w:spacing w:after="0"/>
      </w:pPr>
      <w:r>
        <w:rPr>
          <w:rFonts w:ascii="Arial" w:hAnsi="Arial"/>
          <w:b/>
        </w:rPr>
        <w:t xml:space="preserve">Participant#6:  </w:t>
      </w:r>
      <w:r>
        <w:rPr>
          <w:rFonts w:ascii="Arial" w:hAnsi="Arial"/>
          <w:color w:val="5D7284"/>
        </w:rPr>
        <w:t>19:17</w:t>
      </w:r>
    </w:p>
    <w:p w14:paraId="02806D05" w14:textId="77777777" w:rsidR="0062080A" w:rsidRDefault="00D92C70">
      <w:pPr>
        <w:spacing w:after="0"/>
      </w:pPr>
      <w:r>
        <w:rPr>
          <w:rFonts w:ascii="Arial" w:hAnsi="Arial"/>
        </w:rPr>
        <w:t xml:space="preserve">Yeah, so it's not like the waters moving. Because like if it was I feel like if it was kind of going like in a whirlpool then it would but yeah, it's like flat. It's kind of like that one. It's just this is the thing that is moving. </w:t>
      </w:r>
    </w:p>
    <w:p w14:paraId="1231BE67" w14:textId="77777777" w:rsidR="0062080A" w:rsidRDefault="0062080A">
      <w:pPr>
        <w:spacing w:after="0"/>
      </w:pPr>
    </w:p>
    <w:p w14:paraId="17D9D031" w14:textId="77777777" w:rsidR="0062080A" w:rsidRDefault="00D92C70">
      <w:pPr>
        <w:spacing w:after="0"/>
      </w:pPr>
      <w:r>
        <w:rPr>
          <w:rFonts w:ascii="Arial" w:hAnsi="Arial"/>
          <w:b/>
        </w:rPr>
        <w:t xml:space="preserve">Interviewer P:  </w:t>
      </w:r>
      <w:r>
        <w:rPr>
          <w:rFonts w:ascii="Arial" w:hAnsi="Arial"/>
          <w:color w:val="5D7284"/>
        </w:rPr>
        <w:t>19:31</w:t>
      </w:r>
    </w:p>
    <w:p w14:paraId="772D593B" w14:textId="77777777" w:rsidR="0062080A" w:rsidRDefault="00D92C70">
      <w:pPr>
        <w:spacing w:after="0"/>
      </w:pPr>
      <w:r>
        <w:rPr>
          <w:rFonts w:ascii="Arial" w:hAnsi="Arial"/>
        </w:rPr>
        <w:t xml:space="preserve">Do you think that the water is like that one with the the tank moving around it? </w:t>
      </w:r>
    </w:p>
    <w:p w14:paraId="36FEB5B0" w14:textId="77777777" w:rsidR="0062080A" w:rsidRDefault="0062080A">
      <w:pPr>
        <w:spacing w:after="0"/>
      </w:pPr>
    </w:p>
    <w:p w14:paraId="3AF9794A" w14:textId="77777777" w:rsidR="0062080A" w:rsidRDefault="00D92C70">
      <w:pPr>
        <w:spacing w:after="0"/>
      </w:pPr>
      <w:r>
        <w:rPr>
          <w:rFonts w:ascii="Arial" w:hAnsi="Arial"/>
          <w:b/>
        </w:rPr>
        <w:t xml:space="preserve">Participant#6:  </w:t>
      </w:r>
      <w:r>
        <w:rPr>
          <w:rFonts w:ascii="Arial" w:hAnsi="Arial"/>
          <w:color w:val="5D7284"/>
        </w:rPr>
        <w:t>19:43</w:t>
      </w:r>
    </w:p>
    <w:p w14:paraId="125D6269" w14:textId="77777777" w:rsidR="0062080A" w:rsidRDefault="00D92C70">
      <w:pPr>
        <w:spacing w:after="0"/>
      </w:pPr>
      <w:r>
        <w:rPr>
          <w:rFonts w:ascii="Arial" w:hAnsi="Arial"/>
        </w:rPr>
        <w:t xml:space="preserve">Yeah. </w:t>
      </w:r>
    </w:p>
    <w:p w14:paraId="30D7AA69" w14:textId="77777777" w:rsidR="0062080A" w:rsidRDefault="0062080A">
      <w:pPr>
        <w:spacing w:after="0"/>
      </w:pPr>
    </w:p>
    <w:p w14:paraId="58EAEFBF" w14:textId="77777777" w:rsidR="0062080A" w:rsidRDefault="00D92C70">
      <w:pPr>
        <w:spacing w:after="0"/>
      </w:pPr>
      <w:r>
        <w:rPr>
          <w:rFonts w:ascii="Arial" w:hAnsi="Arial"/>
          <w:b/>
        </w:rPr>
        <w:t xml:space="preserve">Interviewer P:  </w:t>
      </w:r>
      <w:r>
        <w:rPr>
          <w:rFonts w:ascii="Arial" w:hAnsi="Arial"/>
          <w:color w:val="5D7284"/>
        </w:rPr>
        <w:t>19:45</w:t>
      </w:r>
    </w:p>
    <w:p w14:paraId="01566F90" w14:textId="77777777" w:rsidR="0062080A" w:rsidRDefault="00D92C70">
      <w:pPr>
        <w:spacing w:after="0"/>
      </w:pPr>
      <w:r>
        <w:rPr>
          <w:rFonts w:ascii="Arial" w:hAnsi="Arial"/>
        </w:rPr>
        <w:t xml:space="preserve">And so what do you think that is </w:t>
      </w:r>
      <w:r>
        <w:rPr>
          <w:rFonts w:ascii="Arial" w:hAnsi="Arial"/>
        </w:rPr>
        <w:t>holding those columns up like these?</w:t>
      </w:r>
    </w:p>
    <w:p w14:paraId="7196D064" w14:textId="77777777" w:rsidR="0062080A" w:rsidRDefault="0062080A">
      <w:pPr>
        <w:spacing w:after="0"/>
      </w:pPr>
    </w:p>
    <w:p w14:paraId="201CD83C" w14:textId="77777777" w:rsidR="0062080A" w:rsidRDefault="00D92C70">
      <w:pPr>
        <w:spacing w:after="0"/>
      </w:pPr>
      <w:r>
        <w:rPr>
          <w:rFonts w:ascii="Arial" w:hAnsi="Arial"/>
          <w:b/>
        </w:rPr>
        <w:t xml:space="preserve">Participant#6:  </w:t>
      </w:r>
      <w:r>
        <w:rPr>
          <w:rFonts w:ascii="Arial" w:hAnsi="Arial"/>
          <w:color w:val="5D7284"/>
        </w:rPr>
        <w:t>19:58</w:t>
      </w:r>
    </w:p>
    <w:p w14:paraId="64C3D3CC" w14:textId="77777777" w:rsidR="0062080A" w:rsidRDefault="00D92C70">
      <w:pPr>
        <w:spacing w:after="0"/>
      </w:pPr>
      <w:r>
        <w:rPr>
          <w:rFonts w:ascii="Arial" w:hAnsi="Arial"/>
        </w:rPr>
        <w:t xml:space="preserve">Oh, I dont know I guess something with density with the water? </w:t>
      </w:r>
    </w:p>
    <w:p w14:paraId="34FF1C98" w14:textId="77777777" w:rsidR="0062080A" w:rsidRDefault="0062080A">
      <w:pPr>
        <w:spacing w:after="0"/>
      </w:pPr>
    </w:p>
    <w:p w14:paraId="54968BCD" w14:textId="77777777" w:rsidR="0062080A" w:rsidRDefault="00D92C70">
      <w:pPr>
        <w:spacing w:after="0"/>
      </w:pPr>
      <w:r>
        <w:rPr>
          <w:rFonts w:ascii="Arial" w:hAnsi="Arial"/>
          <w:b/>
        </w:rPr>
        <w:t xml:space="preserve">Interviewer P:  </w:t>
      </w:r>
      <w:r>
        <w:rPr>
          <w:rFonts w:ascii="Arial" w:hAnsi="Arial"/>
          <w:color w:val="5D7284"/>
        </w:rPr>
        <w:t>20:09</w:t>
      </w:r>
    </w:p>
    <w:p w14:paraId="183A0ADC" w14:textId="77777777" w:rsidR="0062080A" w:rsidRDefault="00D92C70">
      <w:pPr>
        <w:spacing w:after="0"/>
      </w:pPr>
      <w:r>
        <w:rPr>
          <w:rFonts w:ascii="Arial" w:hAnsi="Arial"/>
        </w:rPr>
        <w:t xml:space="preserve">Yeah because it's interesting in the still one It lost that and it's, it's beginning to Yeah, but here and </w:t>
      </w:r>
      <w:r>
        <w:rPr>
          <w:rFonts w:ascii="Arial" w:hAnsi="Arial"/>
        </w:rPr>
        <w:t>of course that's been doing that for a little while, but here we can still make out the distinct like columns of dye and they're still just kind of like standing their.</w:t>
      </w:r>
    </w:p>
    <w:p w14:paraId="6D072C0D" w14:textId="77777777" w:rsidR="0062080A" w:rsidRDefault="0062080A">
      <w:pPr>
        <w:spacing w:after="0"/>
      </w:pPr>
    </w:p>
    <w:p w14:paraId="23407DD3" w14:textId="77777777" w:rsidR="0062080A" w:rsidRDefault="00D92C70">
      <w:pPr>
        <w:spacing w:after="0"/>
      </w:pPr>
      <w:r>
        <w:rPr>
          <w:rFonts w:ascii="Arial" w:hAnsi="Arial"/>
          <w:b/>
        </w:rPr>
        <w:t xml:space="preserve">Participant#6:  </w:t>
      </w:r>
      <w:r>
        <w:rPr>
          <w:rFonts w:ascii="Arial" w:hAnsi="Arial"/>
          <w:color w:val="5D7284"/>
        </w:rPr>
        <w:t>20:32</w:t>
      </w:r>
    </w:p>
    <w:p w14:paraId="01B037DD" w14:textId="77777777" w:rsidR="0062080A" w:rsidRDefault="00D92C70">
      <w:pPr>
        <w:spacing w:after="0"/>
      </w:pPr>
      <w:r>
        <w:rPr>
          <w:rFonts w:ascii="Arial" w:hAnsi="Arial"/>
        </w:rPr>
        <w:lastRenderedPageBreak/>
        <w:t>Oh so thats the motion coming from that to do that yeah, cuz I see that now but I'm guessing through more time, it'll just kind of start like looking at like more.</w:t>
      </w:r>
    </w:p>
    <w:p w14:paraId="48A21919" w14:textId="77777777" w:rsidR="0062080A" w:rsidRDefault="0062080A">
      <w:pPr>
        <w:spacing w:after="0"/>
      </w:pPr>
    </w:p>
    <w:p w14:paraId="048B36B0" w14:textId="77777777" w:rsidR="0062080A" w:rsidRDefault="00D92C70">
      <w:pPr>
        <w:spacing w:after="0"/>
      </w:pPr>
      <w:r>
        <w:rPr>
          <w:rFonts w:ascii="Arial" w:hAnsi="Arial"/>
          <w:b/>
        </w:rPr>
        <w:t xml:space="preserve">Interviewer P:  </w:t>
      </w:r>
      <w:r>
        <w:rPr>
          <w:rFonts w:ascii="Arial" w:hAnsi="Arial"/>
          <w:color w:val="5D7284"/>
        </w:rPr>
        <w:t>20:47</w:t>
      </w:r>
    </w:p>
    <w:p w14:paraId="2091F81F" w14:textId="77777777" w:rsidR="0062080A" w:rsidRDefault="00D92C70">
      <w:pPr>
        <w:spacing w:after="0"/>
      </w:pPr>
      <w:r>
        <w:rPr>
          <w:rFonts w:ascii="Arial" w:hAnsi="Arial"/>
        </w:rPr>
        <w:t>That was my question is do you think if it spins forever, like do you think it would make these trails. Do you think it would dilute out like that?</w:t>
      </w:r>
    </w:p>
    <w:p w14:paraId="6BD18F9B" w14:textId="77777777" w:rsidR="0062080A" w:rsidRDefault="0062080A">
      <w:pPr>
        <w:spacing w:after="0"/>
      </w:pPr>
    </w:p>
    <w:p w14:paraId="0B93B117" w14:textId="77777777" w:rsidR="0062080A" w:rsidRDefault="00D92C70">
      <w:pPr>
        <w:spacing w:after="0"/>
      </w:pPr>
      <w:r>
        <w:rPr>
          <w:rFonts w:ascii="Arial" w:hAnsi="Arial"/>
          <w:b/>
        </w:rPr>
        <w:t xml:space="preserve">Participant#6:  </w:t>
      </w:r>
      <w:r>
        <w:rPr>
          <w:rFonts w:ascii="Arial" w:hAnsi="Arial"/>
          <w:color w:val="5D7284"/>
        </w:rPr>
        <w:t>20:56</w:t>
      </w:r>
    </w:p>
    <w:p w14:paraId="5641269A" w14:textId="77777777" w:rsidR="0062080A" w:rsidRDefault="00D92C70">
      <w:pPr>
        <w:spacing w:after="0"/>
      </w:pPr>
      <w:r>
        <w:rPr>
          <w:rFonts w:ascii="Arial" w:hAnsi="Arial"/>
        </w:rPr>
        <w:t>I see the trails kind of spinning now on the bottom.</w:t>
      </w:r>
    </w:p>
    <w:p w14:paraId="238601FE" w14:textId="77777777" w:rsidR="0062080A" w:rsidRDefault="0062080A">
      <w:pPr>
        <w:spacing w:after="0"/>
      </w:pPr>
    </w:p>
    <w:p w14:paraId="32D675ED" w14:textId="77777777" w:rsidR="0062080A" w:rsidRDefault="00D92C70">
      <w:pPr>
        <w:spacing w:after="0"/>
      </w:pPr>
      <w:r>
        <w:rPr>
          <w:rFonts w:ascii="Arial" w:hAnsi="Arial"/>
          <w:b/>
        </w:rPr>
        <w:t xml:space="preserve">Interviewer P:  </w:t>
      </w:r>
      <w:r>
        <w:rPr>
          <w:rFonts w:ascii="Arial" w:hAnsi="Arial"/>
          <w:color w:val="5D7284"/>
        </w:rPr>
        <w:t>21:01</w:t>
      </w:r>
    </w:p>
    <w:p w14:paraId="447C8676" w14:textId="77777777" w:rsidR="0062080A" w:rsidRDefault="00D92C70">
      <w:pPr>
        <w:spacing w:after="0"/>
      </w:pPr>
      <w:r>
        <w:rPr>
          <w:rFonts w:ascii="Arial" w:hAnsi="Arial"/>
        </w:rPr>
        <w:t>Spinning now yeah.</w:t>
      </w:r>
    </w:p>
    <w:p w14:paraId="0F3CABC7" w14:textId="77777777" w:rsidR="0062080A" w:rsidRDefault="0062080A">
      <w:pPr>
        <w:spacing w:after="0"/>
      </w:pPr>
    </w:p>
    <w:p w14:paraId="1BFCC763" w14:textId="77777777" w:rsidR="0062080A" w:rsidRDefault="00D92C70">
      <w:pPr>
        <w:spacing w:after="0"/>
      </w:pPr>
      <w:r>
        <w:rPr>
          <w:rFonts w:ascii="Arial" w:hAnsi="Arial"/>
          <w:b/>
        </w:rPr>
        <w:t xml:space="preserve">Participant#6:  </w:t>
      </w:r>
      <w:r>
        <w:rPr>
          <w:rFonts w:ascii="Arial" w:hAnsi="Arial"/>
          <w:color w:val="5D7284"/>
        </w:rPr>
        <w:t>21:02</w:t>
      </w:r>
    </w:p>
    <w:p w14:paraId="74DB6335" w14:textId="77777777" w:rsidR="0062080A" w:rsidRDefault="00D92C70">
      <w:pPr>
        <w:spacing w:after="0"/>
      </w:pPr>
      <w:r>
        <w:rPr>
          <w:rFonts w:ascii="Arial" w:hAnsi="Arial"/>
        </w:rPr>
        <w:t xml:space="preserve">But yeah, I think like with more time maybe like an hour or so like it'll just kind of dilute </w:t>
      </w:r>
      <w:r>
        <w:rPr>
          <w:rFonts w:ascii="Arial" w:hAnsi="Arial"/>
        </w:rPr>
        <w:t>like that.</w:t>
      </w:r>
    </w:p>
    <w:p w14:paraId="5B08B5D1" w14:textId="77777777" w:rsidR="0062080A" w:rsidRDefault="0062080A">
      <w:pPr>
        <w:spacing w:after="0"/>
      </w:pPr>
    </w:p>
    <w:p w14:paraId="01B6F34E" w14:textId="77777777" w:rsidR="0062080A" w:rsidRDefault="00D92C70">
      <w:pPr>
        <w:spacing w:after="0"/>
      </w:pPr>
      <w:r>
        <w:rPr>
          <w:rFonts w:ascii="Arial" w:hAnsi="Arial"/>
          <w:b/>
        </w:rPr>
        <w:t xml:space="preserve">Interviewer P:  </w:t>
      </w:r>
      <w:r>
        <w:rPr>
          <w:rFonts w:ascii="Arial" w:hAnsi="Arial"/>
          <w:color w:val="5D7284"/>
        </w:rPr>
        <w:t>21:08</w:t>
      </w:r>
    </w:p>
    <w:p w14:paraId="7BE1DBF0" w14:textId="77777777" w:rsidR="0062080A" w:rsidRDefault="00D92C70">
      <w:pPr>
        <w:spacing w:after="0"/>
      </w:pPr>
      <w:r>
        <w:rPr>
          <w:rFonts w:ascii="Arial" w:hAnsi="Arial"/>
        </w:rPr>
        <w:t>If we left it spinning?</w:t>
      </w:r>
    </w:p>
    <w:p w14:paraId="16DEB4AB" w14:textId="77777777" w:rsidR="0062080A" w:rsidRDefault="0062080A">
      <w:pPr>
        <w:spacing w:after="0"/>
      </w:pPr>
    </w:p>
    <w:p w14:paraId="354E0503" w14:textId="77777777" w:rsidR="0062080A" w:rsidRDefault="00D92C70">
      <w:pPr>
        <w:spacing w:after="0"/>
      </w:pPr>
      <w:r>
        <w:rPr>
          <w:rFonts w:ascii="Arial" w:hAnsi="Arial"/>
          <w:b/>
        </w:rPr>
        <w:t xml:space="preserve">Participant#6:  </w:t>
      </w:r>
      <w:r>
        <w:rPr>
          <w:rFonts w:ascii="Arial" w:hAnsi="Arial"/>
          <w:color w:val="5D7284"/>
        </w:rPr>
        <w:t>21:14</w:t>
      </w:r>
    </w:p>
    <w:p w14:paraId="132303D1" w14:textId="77777777" w:rsidR="0062080A" w:rsidRDefault="00D92C70">
      <w:pPr>
        <w:spacing w:after="0"/>
      </w:pPr>
      <w:r>
        <w:rPr>
          <w:rFonts w:ascii="Arial" w:hAnsi="Arial"/>
        </w:rPr>
        <w:t>Yeah.</w:t>
      </w:r>
    </w:p>
    <w:p w14:paraId="0AD9C6F4" w14:textId="77777777" w:rsidR="0062080A" w:rsidRDefault="0062080A">
      <w:pPr>
        <w:spacing w:after="0"/>
      </w:pPr>
    </w:p>
    <w:p w14:paraId="72D8BABC" w14:textId="77777777" w:rsidR="0062080A" w:rsidRDefault="00D92C70">
      <w:pPr>
        <w:spacing w:after="0"/>
      </w:pPr>
      <w:r>
        <w:rPr>
          <w:rFonts w:ascii="Arial" w:hAnsi="Arial"/>
          <w:b/>
        </w:rPr>
        <w:t xml:space="preserve">Interviewer P:  </w:t>
      </w:r>
      <w:r>
        <w:rPr>
          <w:rFonts w:ascii="Arial" w:hAnsi="Arial"/>
          <w:color w:val="5D7284"/>
        </w:rPr>
        <w:t>21:15</w:t>
      </w:r>
    </w:p>
    <w:p w14:paraId="3ED74009" w14:textId="77777777" w:rsidR="0062080A" w:rsidRDefault="00D92C70">
      <w:pPr>
        <w:spacing w:after="0"/>
      </w:pPr>
      <w:r>
        <w:rPr>
          <w:rFonts w:ascii="Arial" w:hAnsi="Arial"/>
        </w:rPr>
        <w:t>Is there anything that you think we can do to speed that up or to make it look more like your original drawing?</w:t>
      </w:r>
    </w:p>
    <w:p w14:paraId="4B1F511A" w14:textId="77777777" w:rsidR="0062080A" w:rsidRDefault="0062080A">
      <w:pPr>
        <w:spacing w:after="0"/>
      </w:pPr>
    </w:p>
    <w:p w14:paraId="6989BB30" w14:textId="77777777" w:rsidR="0062080A" w:rsidRDefault="00D92C70">
      <w:pPr>
        <w:spacing w:after="0"/>
      </w:pPr>
      <w:r>
        <w:rPr>
          <w:rFonts w:ascii="Arial" w:hAnsi="Arial"/>
          <w:b/>
        </w:rPr>
        <w:t xml:space="preserve">Participant#6:  </w:t>
      </w:r>
      <w:r>
        <w:rPr>
          <w:rFonts w:ascii="Arial" w:hAnsi="Arial"/>
          <w:color w:val="5D7284"/>
        </w:rPr>
        <w:t>21:28</w:t>
      </w:r>
    </w:p>
    <w:p w14:paraId="7E0B87B5" w14:textId="77777777" w:rsidR="0062080A" w:rsidRDefault="00D92C70">
      <w:pPr>
        <w:spacing w:after="0"/>
      </w:pPr>
      <w:r>
        <w:rPr>
          <w:rFonts w:ascii="Arial" w:hAnsi="Arial"/>
        </w:rPr>
        <w:t xml:space="preserve">Maybe, I dont know maybe speeding the rotator. </w:t>
      </w:r>
    </w:p>
    <w:p w14:paraId="65F9C3DC" w14:textId="77777777" w:rsidR="0062080A" w:rsidRDefault="0062080A">
      <w:pPr>
        <w:spacing w:after="0"/>
      </w:pPr>
    </w:p>
    <w:p w14:paraId="1415B226" w14:textId="77777777" w:rsidR="0062080A" w:rsidRDefault="00D92C70">
      <w:pPr>
        <w:spacing w:after="0"/>
      </w:pPr>
      <w:r>
        <w:rPr>
          <w:rFonts w:ascii="Arial" w:hAnsi="Arial"/>
          <w:b/>
        </w:rPr>
        <w:t xml:space="preserve">Interviewer P:  </w:t>
      </w:r>
      <w:r>
        <w:rPr>
          <w:rFonts w:ascii="Arial" w:hAnsi="Arial"/>
          <w:color w:val="5D7284"/>
        </w:rPr>
        <w:t>21:34</w:t>
      </w:r>
    </w:p>
    <w:p w14:paraId="4B050C3E" w14:textId="77777777" w:rsidR="0062080A" w:rsidRDefault="00D92C70">
      <w:pPr>
        <w:spacing w:after="0"/>
      </w:pPr>
      <w:r>
        <w:rPr>
          <w:rFonts w:ascii="Arial" w:hAnsi="Arial"/>
        </w:rPr>
        <w:t>Speeding it up? Yeah. I have it at its top speed I could slow it down.</w:t>
      </w:r>
    </w:p>
    <w:p w14:paraId="5023141B" w14:textId="77777777" w:rsidR="0062080A" w:rsidRDefault="0062080A">
      <w:pPr>
        <w:spacing w:after="0"/>
      </w:pPr>
    </w:p>
    <w:p w14:paraId="3F081876" w14:textId="77777777" w:rsidR="0062080A" w:rsidRDefault="00D92C70">
      <w:pPr>
        <w:spacing w:after="0"/>
      </w:pPr>
      <w:r>
        <w:rPr>
          <w:rFonts w:ascii="Arial" w:hAnsi="Arial"/>
          <w:b/>
        </w:rPr>
        <w:t xml:space="preserve">Participant#6:  </w:t>
      </w:r>
      <w:r>
        <w:rPr>
          <w:rFonts w:ascii="Arial" w:hAnsi="Arial"/>
          <w:color w:val="5D7284"/>
        </w:rPr>
        <w:t>21:40</w:t>
      </w:r>
    </w:p>
    <w:p w14:paraId="0EE65F62" w14:textId="77777777" w:rsidR="0062080A" w:rsidRDefault="00D92C70">
      <w:pPr>
        <w:spacing w:after="0"/>
      </w:pPr>
      <w:r>
        <w:rPr>
          <w:rFonts w:ascii="Arial" w:hAnsi="Arial"/>
        </w:rPr>
        <w:t>Ok, I mean, I feel like slowing it down will dilute it like that.</w:t>
      </w:r>
    </w:p>
    <w:p w14:paraId="1F3B1409" w14:textId="77777777" w:rsidR="0062080A" w:rsidRDefault="0062080A">
      <w:pPr>
        <w:spacing w:after="0"/>
      </w:pPr>
    </w:p>
    <w:p w14:paraId="518AD295" w14:textId="77777777" w:rsidR="0062080A" w:rsidRDefault="00D92C70">
      <w:pPr>
        <w:spacing w:after="0"/>
      </w:pPr>
      <w:r>
        <w:rPr>
          <w:rFonts w:ascii="Arial" w:hAnsi="Arial"/>
          <w:b/>
        </w:rPr>
        <w:t xml:space="preserve">Interviewer P:  </w:t>
      </w:r>
      <w:r>
        <w:rPr>
          <w:rFonts w:ascii="Arial" w:hAnsi="Arial"/>
          <w:color w:val="5D7284"/>
        </w:rPr>
        <w:t>21:44</w:t>
      </w:r>
    </w:p>
    <w:p w14:paraId="0E911F21" w14:textId="77777777" w:rsidR="0062080A" w:rsidRDefault="00D92C70">
      <w:pPr>
        <w:spacing w:after="0"/>
      </w:pPr>
      <w:r>
        <w:rPr>
          <w:rFonts w:ascii="Arial" w:hAnsi="Arial"/>
        </w:rPr>
        <w:t>Okay.</w:t>
      </w:r>
    </w:p>
    <w:p w14:paraId="562C75D1" w14:textId="77777777" w:rsidR="0062080A" w:rsidRDefault="0062080A">
      <w:pPr>
        <w:spacing w:after="0"/>
      </w:pPr>
    </w:p>
    <w:p w14:paraId="75ED0F05" w14:textId="77777777" w:rsidR="0062080A" w:rsidRDefault="00D92C70">
      <w:pPr>
        <w:spacing w:after="0"/>
      </w:pPr>
      <w:r>
        <w:rPr>
          <w:rFonts w:ascii="Arial" w:hAnsi="Arial"/>
          <w:b/>
        </w:rPr>
        <w:t xml:space="preserve">Participant#6:  </w:t>
      </w:r>
      <w:r>
        <w:rPr>
          <w:rFonts w:ascii="Arial" w:hAnsi="Arial"/>
          <w:color w:val="5D7284"/>
        </w:rPr>
        <w:t>21:45</w:t>
      </w:r>
    </w:p>
    <w:p w14:paraId="71B18AA1" w14:textId="77777777" w:rsidR="0062080A" w:rsidRDefault="00D92C70">
      <w:pPr>
        <w:spacing w:after="0"/>
      </w:pPr>
      <w:r>
        <w:rPr>
          <w:rFonts w:ascii="Arial" w:hAnsi="Arial"/>
        </w:rPr>
        <w:t>Lets try it. Oh wow awesome that's kind of doing like the trail like a spider.</w:t>
      </w:r>
    </w:p>
    <w:p w14:paraId="664355AD" w14:textId="77777777" w:rsidR="0062080A" w:rsidRDefault="0062080A">
      <w:pPr>
        <w:spacing w:after="0"/>
      </w:pPr>
    </w:p>
    <w:p w14:paraId="10C7FEE9" w14:textId="77777777" w:rsidR="0062080A" w:rsidRDefault="00D92C70">
      <w:pPr>
        <w:spacing w:after="0"/>
      </w:pPr>
      <w:r>
        <w:rPr>
          <w:rFonts w:ascii="Arial" w:hAnsi="Arial"/>
          <w:b/>
        </w:rPr>
        <w:t xml:space="preserve">Interviewer P:  </w:t>
      </w:r>
      <w:r>
        <w:rPr>
          <w:rFonts w:ascii="Arial" w:hAnsi="Arial"/>
          <w:color w:val="5D7284"/>
        </w:rPr>
        <w:t>22:18</w:t>
      </w:r>
    </w:p>
    <w:p w14:paraId="60A39869" w14:textId="77777777" w:rsidR="0062080A" w:rsidRDefault="00D92C70">
      <w:pPr>
        <w:spacing w:after="0"/>
      </w:pPr>
      <w:r>
        <w:rPr>
          <w:rFonts w:ascii="Arial" w:hAnsi="Arial"/>
        </w:rPr>
        <w:t>Kind of like what you originally thought. Yeah.</w:t>
      </w:r>
    </w:p>
    <w:p w14:paraId="1A965116" w14:textId="77777777" w:rsidR="0062080A" w:rsidRDefault="0062080A">
      <w:pPr>
        <w:spacing w:after="0"/>
      </w:pPr>
    </w:p>
    <w:p w14:paraId="2AEAA94A" w14:textId="77777777" w:rsidR="0062080A" w:rsidRDefault="00D92C70">
      <w:pPr>
        <w:spacing w:after="0"/>
      </w:pPr>
      <w:r>
        <w:rPr>
          <w:rFonts w:ascii="Arial" w:hAnsi="Arial"/>
          <w:b/>
        </w:rPr>
        <w:lastRenderedPageBreak/>
        <w:t xml:space="preserve">Participant#6:  </w:t>
      </w:r>
      <w:r>
        <w:rPr>
          <w:rFonts w:ascii="Arial" w:hAnsi="Arial"/>
          <w:color w:val="5D7284"/>
        </w:rPr>
        <w:t>22:23</w:t>
      </w:r>
    </w:p>
    <w:p w14:paraId="4E9A720B" w14:textId="77777777" w:rsidR="0062080A" w:rsidRDefault="00D92C70">
      <w:pPr>
        <w:spacing w:after="0"/>
      </w:pPr>
      <w:r>
        <w:rPr>
          <w:rFonts w:ascii="Arial" w:hAnsi="Arial"/>
        </w:rPr>
        <w:t xml:space="preserve">Now it's kind of like mixing. </w:t>
      </w:r>
    </w:p>
    <w:p w14:paraId="7DF4E37C" w14:textId="77777777" w:rsidR="0062080A" w:rsidRDefault="0062080A">
      <w:pPr>
        <w:spacing w:after="0"/>
      </w:pPr>
    </w:p>
    <w:p w14:paraId="740FBFD5" w14:textId="77777777" w:rsidR="0062080A" w:rsidRDefault="00D92C70">
      <w:pPr>
        <w:spacing w:after="0"/>
      </w:pPr>
      <w:r>
        <w:rPr>
          <w:rFonts w:ascii="Arial" w:hAnsi="Arial"/>
          <w:b/>
        </w:rPr>
        <w:t xml:space="preserve">Interviewer P:  </w:t>
      </w:r>
      <w:r>
        <w:rPr>
          <w:rFonts w:ascii="Arial" w:hAnsi="Arial"/>
          <w:color w:val="5D7284"/>
        </w:rPr>
        <w:t>22:24</w:t>
      </w:r>
    </w:p>
    <w:p w14:paraId="5B6EAEE9" w14:textId="77777777" w:rsidR="0062080A" w:rsidRDefault="00D92C70">
      <w:pPr>
        <w:spacing w:after="0"/>
      </w:pPr>
      <w:r>
        <w:rPr>
          <w:rFonts w:ascii="Arial" w:hAnsi="Arial"/>
        </w:rPr>
        <w:t xml:space="preserve">Yeah, so I </w:t>
      </w:r>
      <w:r>
        <w:rPr>
          <w:rFonts w:ascii="Arial" w:hAnsi="Arial"/>
        </w:rPr>
        <w:t>wonder what slowing down did to cause it to move like that instead of.</w:t>
      </w:r>
    </w:p>
    <w:p w14:paraId="44FB30F8" w14:textId="77777777" w:rsidR="0062080A" w:rsidRDefault="0062080A">
      <w:pPr>
        <w:spacing w:after="0"/>
      </w:pPr>
    </w:p>
    <w:p w14:paraId="6FE031A6" w14:textId="77777777" w:rsidR="0062080A" w:rsidRDefault="00D92C70">
      <w:pPr>
        <w:spacing w:after="0"/>
      </w:pPr>
      <w:r>
        <w:rPr>
          <w:rFonts w:ascii="Arial" w:hAnsi="Arial"/>
          <w:b/>
        </w:rPr>
        <w:t xml:space="preserve">Participant#6:  </w:t>
      </w:r>
      <w:r>
        <w:rPr>
          <w:rFonts w:ascii="Arial" w:hAnsi="Arial"/>
          <w:color w:val="5D7284"/>
        </w:rPr>
        <w:t>22:36</w:t>
      </w:r>
    </w:p>
    <w:p w14:paraId="6604EA51" w14:textId="77777777" w:rsidR="0062080A" w:rsidRDefault="00D92C70">
      <w:pPr>
        <w:spacing w:after="0"/>
      </w:pPr>
      <w:r>
        <w:rPr>
          <w:rFonts w:ascii="Arial" w:hAnsi="Arial"/>
        </w:rPr>
        <w:t>Like, stopping it like the water was still it's still like in motion. So now it's like moving it around in there.</w:t>
      </w:r>
    </w:p>
    <w:p w14:paraId="1DA6542E" w14:textId="77777777" w:rsidR="0062080A" w:rsidRDefault="0062080A">
      <w:pPr>
        <w:spacing w:after="0"/>
      </w:pPr>
    </w:p>
    <w:p w14:paraId="154C010B" w14:textId="77777777" w:rsidR="0062080A" w:rsidRDefault="00D92C70">
      <w:pPr>
        <w:spacing w:after="0"/>
      </w:pPr>
      <w:r>
        <w:rPr>
          <w:rFonts w:ascii="Arial" w:hAnsi="Arial"/>
          <w:b/>
        </w:rPr>
        <w:t xml:space="preserve">Interviewer P:  </w:t>
      </w:r>
      <w:r>
        <w:rPr>
          <w:rFonts w:ascii="Arial" w:hAnsi="Arial"/>
          <w:color w:val="5D7284"/>
        </w:rPr>
        <w:t>22:43</w:t>
      </w:r>
    </w:p>
    <w:p w14:paraId="580D904B" w14:textId="77777777" w:rsidR="0062080A" w:rsidRDefault="00D92C70">
      <w:pPr>
        <w:spacing w:after="0"/>
      </w:pPr>
      <w:r>
        <w:rPr>
          <w:rFonts w:ascii="Arial" w:hAnsi="Arial"/>
        </w:rPr>
        <w:t xml:space="preserve">Yeah. So just for </w:t>
      </w:r>
      <w:r>
        <w:rPr>
          <w:rFonts w:ascii="Arial" w:hAnsi="Arial"/>
        </w:rPr>
        <w:t>clarity originally you mentioned that the water was like the one in the still container and it was the tank that was moving around it and then more recently, you mentioned the water moving. So was that a change when I slowed it down that that got the water moving then or was it moving the entire time?</w:t>
      </w:r>
    </w:p>
    <w:p w14:paraId="3041E394" w14:textId="77777777" w:rsidR="0062080A" w:rsidRDefault="0062080A">
      <w:pPr>
        <w:spacing w:after="0"/>
      </w:pPr>
    </w:p>
    <w:p w14:paraId="516F5C34" w14:textId="77777777" w:rsidR="0062080A" w:rsidRDefault="00D92C70">
      <w:pPr>
        <w:spacing w:after="0"/>
      </w:pPr>
      <w:r>
        <w:rPr>
          <w:rFonts w:ascii="Arial" w:hAnsi="Arial"/>
          <w:b/>
        </w:rPr>
        <w:t xml:space="preserve">Participant#6:  </w:t>
      </w:r>
      <w:r>
        <w:rPr>
          <w:rFonts w:ascii="Arial" w:hAnsi="Arial"/>
          <w:color w:val="5D7284"/>
        </w:rPr>
        <w:t>23:16</w:t>
      </w:r>
    </w:p>
    <w:p w14:paraId="1B2A6C09" w14:textId="77777777" w:rsidR="0062080A" w:rsidRDefault="00D92C70">
      <w:pPr>
        <w:spacing w:after="0"/>
      </w:pPr>
      <w:r>
        <w:rPr>
          <w:rFonts w:ascii="Arial" w:hAnsi="Arial"/>
        </w:rPr>
        <w:t>I'm thinking it was moving the entire time. Yeah, but like when I was moving it didn't seem like because like it stayed still so it was playing like my tricks but yeah, I'm guessing the water was moving the entire time.</w:t>
      </w:r>
    </w:p>
    <w:p w14:paraId="722B00AE" w14:textId="77777777" w:rsidR="0062080A" w:rsidRDefault="0062080A">
      <w:pPr>
        <w:spacing w:after="0"/>
      </w:pPr>
    </w:p>
    <w:p w14:paraId="3E6EC2CD" w14:textId="77777777" w:rsidR="0062080A" w:rsidRDefault="00D92C70">
      <w:pPr>
        <w:spacing w:after="0"/>
      </w:pPr>
      <w:r>
        <w:rPr>
          <w:rFonts w:ascii="Arial" w:hAnsi="Arial"/>
          <w:b/>
        </w:rPr>
        <w:t xml:space="preserve">Interviewer P:  </w:t>
      </w:r>
      <w:r>
        <w:rPr>
          <w:rFonts w:ascii="Arial" w:hAnsi="Arial"/>
          <w:color w:val="5D7284"/>
        </w:rPr>
        <w:t>23:33</w:t>
      </w:r>
    </w:p>
    <w:p w14:paraId="4BB74DAC" w14:textId="77777777" w:rsidR="0062080A" w:rsidRDefault="00D92C70">
      <w:pPr>
        <w:spacing w:after="0"/>
      </w:pPr>
      <w:r>
        <w:rPr>
          <w:rFonts w:ascii="Arial" w:hAnsi="Arial"/>
        </w:rPr>
        <w:t>Yeah. And so moving How do you think?</w:t>
      </w:r>
    </w:p>
    <w:p w14:paraId="42C6D796" w14:textId="77777777" w:rsidR="0062080A" w:rsidRDefault="0062080A">
      <w:pPr>
        <w:spacing w:after="0"/>
      </w:pPr>
    </w:p>
    <w:p w14:paraId="7B72A117" w14:textId="77777777" w:rsidR="0062080A" w:rsidRDefault="00D92C70">
      <w:pPr>
        <w:spacing w:after="0"/>
      </w:pPr>
      <w:r>
        <w:rPr>
          <w:rFonts w:ascii="Arial" w:hAnsi="Arial"/>
          <w:b/>
        </w:rPr>
        <w:t xml:space="preserve">Participant#6:  </w:t>
      </w:r>
      <w:r>
        <w:rPr>
          <w:rFonts w:ascii="Arial" w:hAnsi="Arial"/>
          <w:color w:val="5D7284"/>
        </w:rPr>
        <w:t>23:36</w:t>
      </w:r>
    </w:p>
    <w:p w14:paraId="4E4EC4D1" w14:textId="77777777" w:rsidR="0062080A" w:rsidRDefault="00D92C70">
      <w:pPr>
        <w:spacing w:after="0"/>
      </w:pPr>
      <w:r>
        <w:rPr>
          <w:rFonts w:ascii="Arial" w:hAnsi="Arial"/>
        </w:rPr>
        <w:t xml:space="preserve">Kind of how it was like with the this rotator and like just going around like that? </w:t>
      </w:r>
    </w:p>
    <w:p w14:paraId="6E1831B3" w14:textId="77777777" w:rsidR="0062080A" w:rsidRDefault="0062080A">
      <w:pPr>
        <w:spacing w:after="0"/>
      </w:pPr>
    </w:p>
    <w:p w14:paraId="049572FB" w14:textId="77777777" w:rsidR="0062080A" w:rsidRDefault="00D92C70">
      <w:pPr>
        <w:spacing w:after="0"/>
      </w:pPr>
      <w:r>
        <w:rPr>
          <w:rFonts w:ascii="Arial" w:hAnsi="Arial"/>
          <w:b/>
        </w:rPr>
        <w:t xml:space="preserve">Interviewer P:  </w:t>
      </w:r>
      <w:r>
        <w:rPr>
          <w:rFonts w:ascii="Arial" w:hAnsi="Arial"/>
          <w:color w:val="5D7284"/>
        </w:rPr>
        <w:t>23:43</w:t>
      </w:r>
    </w:p>
    <w:p w14:paraId="2EB4FABD" w14:textId="77777777" w:rsidR="0062080A" w:rsidRDefault="00D92C70">
      <w:pPr>
        <w:spacing w:after="0"/>
      </w:pPr>
      <w:r>
        <w:rPr>
          <w:rFonts w:ascii="Arial" w:hAnsi="Arial"/>
        </w:rPr>
        <w:t>Yeah</w:t>
      </w:r>
    </w:p>
    <w:p w14:paraId="54E11D2A" w14:textId="77777777" w:rsidR="0062080A" w:rsidRDefault="0062080A">
      <w:pPr>
        <w:spacing w:after="0"/>
      </w:pPr>
    </w:p>
    <w:p w14:paraId="21FCC476" w14:textId="77777777" w:rsidR="0062080A" w:rsidRDefault="00D92C70">
      <w:pPr>
        <w:spacing w:after="0"/>
      </w:pPr>
      <w:r>
        <w:rPr>
          <w:rFonts w:ascii="Arial" w:hAnsi="Arial"/>
          <w:b/>
        </w:rPr>
        <w:t xml:space="preserve">Participant#6:  </w:t>
      </w:r>
      <w:r>
        <w:rPr>
          <w:rFonts w:ascii="Arial" w:hAnsi="Arial"/>
          <w:color w:val="5D7284"/>
        </w:rPr>
        <w:t>23:43</w:t>
      </w:r>
    </w:p>
    <w:p w14:paraId="36154917" w14:textId="77777777" w:rsidR="0062080A" w:rsidRDefault="00D92C70">
      <w:pPr>
        <w:spacing w:after="0"/>
      </w:pPr>
      <w:r>
        <w:rPr>
          <w:rFonts w:ascii="Arial" w:hAnsi="Arial"/>
        </w:rPr>
        <w:t>But I guess it was kind of going the same speed as the rotator that's why it seemed like it was still.</w:t>
      </w:r>
    </w:p>
    <w:p w14:paraId="31126E5D" w14:textId="77777777" w:rsidR="0062080A" w:rsidRDefault="0062080A">
      <w:pPr>
        <w:spacing w:after="0"/>
      </w:pPr>
    </w:p>
    <w:p w14:paraId="47B225F7" w14:textId="77777777" w:rsidR="0062080A" w:rsidRDefault="00D92C70">
      <w:pPr>
        <w:spacing w:after="0"/>
      </w:pPr>
      <w:r>
        <w:rPr>
          <w:rFonts w:ascii="Arial" w:hAnsi="Arial"/>
          <w:b/>
        </w:rPr>
        <w:t xml:space="preserve">Interviewer P:  </w:t>
      </w:r>
      <w:r>
        <w:rPr>
          <w:rFonts w:ascii="Arial" w:hAnsi="Arial"/>
          <w:color w:val="5D7284"/>
        </w:rPr>
        <w:t>23:49</w:t>
      </w:r>
    </w:p>
    <w:p w14:paraId="317D8CDC" w14:textId="77777777" w:rsidR="0062080A" w:rsidRDefault="00D92C70">
      <w:pPr>
        <w:spacing w:after="0"/>
      </w:pPr>
      <w:r>
        <w:rPr>
          <w:rFonts w:ascii="Arial" w:hAnsi="Arial"/>
        </w:rPr>
        <w:t xml:space="preserve">Got it, Okay. Mine checks. All right. So like the last one, I'm going to move to a semi thought experiment to a total thought experiment. So mentioned Jell-O in the last one. We have the tank with Jell-O. So yeah, so it's just a clear gelatin this lazy Susan, so I can put it on the Lazy Susan and this is just not very great working but sufficient Lego motor that'll turn the table. What do you think will happen to the Jell-O when it starts? </w:t>
      </w:r>
    </w:p>
    <w:p w14:paraId="2DE403A5" w14:textId="77777777" w:rsidR="0062080A" w:rsidRDefault="0062080A">
      <w:pPr>
        <w:spacing w:after="0"/>
      </w:pPr>
    </w:p>
    <w:p w14:paraId="58921FB2" w14:textId="77777777" w:rsidR="0062080A" w:rsidRDefault="00D92C70">
      <w:pPr>
        <w:spacing w:after="0"/>
      </w:pPr>
      <w:r>
        <w:rPr>
          <w:rFonts w:ascii="Arial" w:hAnsi="Arial"/>
          <w:b/>
        </w:rPr>
        <w:t xml:space="preserve">Participant#6:  </w:t>
      </w:r>
      <w:r>
        <w:rPr>
          <w:rFonts w:ascii="Arial" w:hAnsi="Arial"/>
          <w:color w:val="5D7284"/>
        </w:rPr>
        <w:t>24:44</w:t>
      </w:r>
    </w:p>
    <w:p w14:paraId="0BE90A49" w14:textId="77777777" w:rsidR="0062080A" w:rsidRDefault="00D92C70">
      <w:pPr>
        <w:spacing w:after="0"/>
      </w:pPr>
      <w:r>
        <w:rPr>
          <w:rFonts w:ascii="Arial" w:hAnsi="Arial"/>
        </w:rPr>
        <w:t>That I think will stay still.</w:t>
      </w:r>
    </w:p>
    <w:p w14:paraId="62431CDC" w14:textId="77777777" w:rsidR="0062080A" w:rsidRDefault="0062080A">
      <w:pPr>
        <w:spacing w:after="0"/>
      </w:pPr>
    </w:p>
    <w:p w14:paraId="707A834F" w14:textId="77777777" w:rsidR="0062080A" w:rsidRDefault="00D92C70">
      <w:pPr>
        <w:spacing w:after="0"/>
      </w:pPr>
      <w:r>
        <w:rPr>
          <w:rFonts w:ascii="Arial" w:hAnsi="Arial"/>
          <w:b/>
        </w:rPr>
        <w:t xml:space="preserve">Interviewer P:  </w:t>
      </w:r>
      <w:r>
        <w:rPr>
          <w:rFonts w:ascii="Arial" w:hAnsi="Arial"/>
          <w:color w:val="5D7284"/>
        </w:rPr>
        <w:t>24:45</w:t>
      </w:r>
    </w:p>
    <w:p w14:paraId="27CCCB82" w14:textId="77777777" w:rsidR="0062080A" w:rsidRDefault="00D92C70">
      <w:pPr>
        <w:spacing w:after="0"/>
      </w:pPr>
      <w:r>
        <w:rPr>
          <w:rFonts w:ascii="Arial" w:hAnsi="Arial"/>
        </w:rPr>
        <w:t>Okay pretty much what you expected?</w:t>
      </w:r>
    </w:p>
    <w:p w14:paraId="49E398E2" w14:textId="77777777" w:rsidR="0062080A" w:rsidRDefault="0062080A">
      <w:pPr>
        <w:spacing w:after="0"/>
      </w:pPr>
    </w:p>
    <w:p w14:paraId="4BD514A7" w14:textId="77777777" w:rsidR="0062080A" w:rsidRDefault="00D92C70">
      <w:pPr>
        <w:spacing w:after="0"/>
      </w:pPr>
      <w:r>
        <w:rPr>
          <w:rFonts w:ascii="Arial" w:hAnsi="Arial"/>
          <w:b/>
        </w:rPr>
        <w:t xml:space="preserve">Participant#6:  </w:t>
      </w:r>
      <w:r>
        <w:rPr>
          <w:rFonts w:ascii="Arial" w:hAnsi="Arial"/>
          <w:color w:val="5D7284"/>
        </w:rPr>
        <w:t>24:55</w:t>
      </w:r>
    </w:p>
    <w:p w14:paraId="62053ABC" w14:textId="77777777" w:rsidR="0062080A" w:rsidRDefault="00D92C70">
      <w:pPr>
        <w:spacing w:after="0"/>
      </w:pPr>
      <w:r>
        <w:rPr>
          <w:rFonts w:ascii="Arial" w:hAnsi="Arial"/>
        </w:rPr>
        <w:t>Yeah.</w:t>
      </w:r>
    </w:p>
    <w:p w14:paraId="16287F21" w14:textId="77777777" w:rsidR="0062080A" w:rsidRDefault="0062080A">
      <w:pPr>
        <w:spacing w:after="0"/>
      </w:pPr>
    </w:p>
    <w:p w14:paraId="5218C3E1" w14:textId="77777777" w:rsidR="0062080A" w:rsidRDefault="00D92C70">
      <w:pPr>
        <w:spacing w:after="0"/>
      </w:pPr>
      <w:r>
        <w:rPr>
          <w:rFonts w:ascii="Arial" w:hAnsi="Arial"/>
          <w:b/>
        </w:rPr>
        <w:t xml:space="preserve">Interviewer P:  </w:t>
      </w:r>
      <w:r>
        <w:rPr>
          <w:rFonts w:ascii="Arial" w:hAnsi="Arial"/>
          <w:color w:val="5D7284"/>
        </w:rPr>
        <w:t>24:57</w:t>
      </w:r>
    </w:p>
    <w:p w14:paraId="2AF5F23A" w14:textId="77777777" w:rsidR="0062080A" w:rsidRDefault="00D92C70">
      <w:pPr>
        <w:spacing w:after="0"/>
      </w:pPr>
      <w:r>
        <w:rPr>
          <w:rFonts w:ascii="Arial" w:hAnsi="Arial"/>
        </w:rPr>
        <w:t xml:space="preserve">So this is where it gets to be a </w:t>
      </w:r>
      <w:r>
        <w:rPr>
          <w:rFonts w:ascii="Arial" w:hAnsi="Arial"/>
        </w:rPr>
        <w:t>little bit of a thought experiment. So you saw me get these two BBs. And if I put the BBs on top of the Jell-O, they just sit on top. What I would like to do is get them to sink all the way to the bottom. I'm still working on that. So either because they're heavy enough, or maybe hot enough that they can board. So my question is, if those BBs were heavy enough or hot enough that they could bore all the way through to the bottom, like the crystal dye did in low water. Can you describe what kind of a path you</w:t>
      </w:r>
      <w:r>
        <w:rPr>
          <w:rFonts w:ascii="Arial" w:hAnsi="Arial"/>
        </w:rPr>
        <w:t>'d think that they would make? As they made their way to the bottom in this rotating tank of Jell-O.</w:t>
      </w:r>
    </w:p>
    <w:p w14:paraId="5BE93A62" w14:textId="77777777" w:rsidR="0062080A" w:rsidRDefault="0062080A">
      <w:pPr>
        <w:spacing w:after="0"/>
      </w:pPr>
    </w:p>
    <w:p w14:paraId="14CB83B5" w14:textId="77777777" w:rsidR="0062080A" w:rsidRDefault="00D92C70">
      <w:pPr>
        <w:spacing w:after="0"/>
      </w:pPr>
      <w:r>
        <w:rPr>
          <w:rFonts w:ascii="Arial" w:hAnsi="Arial"/>
          <w:b/>
        </w:rPr>
        <w:t xml:space="preserve">Participant#6:  </w:t>
      </w:r>
      <w:r>
        <w:rPr>
          <w:rFonts w:ascii="Arial" w:hAnsi="Arial"/>
          <w:color w:val="5D7284"/>
        </w:rPr>
        <w:t>25:45</w:t>
      </w:r>
    </w:p>
    <w:p w14:paraId="1CCB845F" w14:textId="77777777" w:rsidR="0062080A" w:rsidRDefault="00D92C70">
      <w:pPr>
        <w:spacing w:after="0"/>
      </w:pPr>
      <w:r>
        <w:rPr>
          <w:rFonts w:ascii="Arial" w:hAnsi="Arial"/>
        </w:rPr>
        <w:t>A path? I think if it was hot enough, I feel like it would go straight down. Like it wouldn't make like any curves. It was just kind of like through probably, like a curve or something. But I feel like it would still go like, straight down.</w:t>
      </w:r>
    </w:p>
    <w:p w14:paraId="384BA73E" w14:textId="77777777" w:rsidR="0062080A" w:rsidRDefault="0062080A">
      <w:pPr>
        <w:spacing w:after="0"/>
      </w:pPr>
    </w:p>
    <w:p w14:paraId="7CE505F2" w14:textId="77777777" w:rsidR="0062080A" w:rsidRDefault="00D92C70">
      <w:pPr>
        <w:spacing w:after="0"/>
      </w:pPr>
      <w:r>
        <w:rPr>
          <w:rFonts w:ascii="Arial" w:hAnsi="Arial"/>
          <w:b/>
        </w:rPr>
        <w:t xml:space="preserve">Interviewer P:  </w:t>
      </w:r>
      <w:r>
        <w:rPr>
          <w:rFonts w:ascii="Arial" w:hAnsi="Arial"/>
          <w:color w:val="5D7284"/>
        </w:rPr>
        <w:t>26:10</w:t>
      </w:r>
    </w:p>
    <w:p w14:paraId="3DB564A5" w14:textId="77777777" w:rsidR="0062080A" w:rsidRDefault="00D92C70">
      <w:pPr>
        <w:spacing w:after="0"/>
      </w:pPr>
      <w:r>
        <w:rPr>
          <w:rFonts w:ascii="Arial" w:hAnsi="Arial"/>
        </w:rPr>
        <w:t>So when you say straight down, kind of like just like that. Okay? All right. So now another thought experiment. If instead of that Jell-O, let's say it's like, a metal disc, like kind of like a record on a turntable, except it has some thickness. All right, um, so we're doing the same thing. We're trying to get something to like, bore down through it, right. And acid will eat through a metal. So if I like continuously dropped acid on a spinning solid cylinder, and the acid eat its way down to the bottom, li</w:t>
      </w:r>
      <w:r>
        <w:rPr>
          <w:rFonts w:ascii="Arial" w:hAnsi="Arial"/>
        </w:rPr>
        <w:t xml:space="preserve">ke that crystal dye sunk to the bottom or like these BBs we're imagining would sink to the bottom. So what kind of a path do you think that acid would take as it ate through a, you know, a metal cylinder that was rotating? </w:t>
      </w:r>
    </w:p>
    <w:p w14:paraId="34B3F2EB" w14:textId="77777777" w:rsidR="0062080A" w:rsidRDefault="0062080A">
      <w:pPr>
        <w:spacing w:after="0"/>
      </w:pPr>
    </w:p>
    <w:p w14:paraId="3B08FAEF" w14:textId="77777777" w:rsidR="0062080A" w:rsidRDefault="00D92C70">
      <w:pPr>
        <w:spacing w:after="0"/>
      </w:pPr>
      <w:r>
        <w:rPr>
          <w:rFonts w:ascii="Arial" w:hAnsi="Arial"/>
          <w:b/>
        </w:rPr>
        <w:t xml:space="preserve">Participant#6:  </w:t>
      </w:r>
      <w:r>
        <w:rPr>
          <w:rFonts w:ascii="Arial" w:hAnsi="Arial"/>
          <w:color w:val="5D7284"/>
        </w:rPr>
        <w:t>27:05</w:t>
      </w:r>
    </w:p>
    <w:p w14:paraId="3132BD5A" w14:textId="77777777" w:rsidR="0062080A" w:rsidRDefault="00D92C70">
      <w:pPr>
        <w:spacing w:after="0"/>
      </w:pPr>
      <w:r>
        <w:rPr>
          <w:rFonts w:ascii="Arial" w:hAnsi="Arial"/>
        </w:rPr>
        <w:t>So, it was rotating?</w:t>
      </w:r>
    </w:p>
    <w:p w14:paraId="7D34F5C7" w14:textId="77777777" w:rsidR="0062080A" w:rsidRDefault="0062080A">
      <w:pPr>
        <w:spacing w:after="0"/>
      </w:pPr>
    </w:p>
    <w:p w14:paraId="2790BB12" w14:textId="77777777" w:rsidR="0062080A" w:rsidRDefault="00D92C70">
      <w:pPr>
        <w:spacing w:after="0"/>
      </w:pPr>
      <w:r>
        <w:rPr>
          <w:rFonts w:ascii="Arial" w:hAnsi="Arial"/>
          <w:b/>
        </w:rPr>
        <w:t xml:space="preserve">Interviewer P:  </w:t>
      </w:r>
      <w:r>
        <w:rPr>
          <w:rFonts w:ascii="Arial" w:hAnsi="Arial"/>
          <w:color w:val="5D7284"/>
        </w:rPr>
        <w:t>27:05</w:t>
      </w:r>
    </w:p>
    <w:p w14:paraId="17742F92" w14:textId="77777777" w:rsidR="0062080A" w:rsidRDefault="00D92C70">
      <w:pPr>
        <w:spacing w:after="0"/>
      </w:pPr>
      <w:r>
        <w:rPr>
          <w:rFonts w:ascii="Arial" w:hAnsi="Arial"/>
        </w:rPr>
        <w:t>Yeah.</w:t>
      </w:r>
    </w:p>
    <w:p w14:paraId="0B4020A7" w14:textId="77777777" w:rsidR="0062080A" w:rsidRDefault="0062080A">
      <w:pPr>
        <w:spacing w:after="0"/>
      </w:pPr>
    </w:p>
    <w:p w14:paraId="59E93193" w14:textId="77777777" w:rsidR="0062080A" w:rsidRDefault="00D92C70">
      <w:pPr>
        <w:spacing w:after="0"/>
      </w:pPr>
      <w:r>
        <w:rPr>
          <w:rFonts w:ascii="Arial" w:hAnsi="Arial"/>
          <w:b/>
        </w:rPr>
        <w:t xml:space="preserve">Participant#6:  </w:t>
      </w:r>
      <w:r>
        <w:rPr>
          <w:rFonts w:ascii="Arial" w:hAnsi="Arial"/>
          <w:color w:val="5D7284"/>
        </w:rPr>
        <w:t>27:08</w:t>
      </w:r>
    </w:p>
    <w:p w14:paraId="5C94E9E3" w14:textId="77777777" w:rsidR="0062080A" w:rsidRDefault="00D92C70">
      <w:pPr>
        <w:spacing w:after="0"/>
      </w:pPr>
      <w:r>
        <w:rPr>
          <w:rFonts w:ascii="Arial" w:hAnsi="Arial"/>
        </w:rPr>
        <w:t>Now I think it's different because like, I feel like if it's rotating, but it was still thing, that it wouldn't make kind of like a line ish, depending on how it's turning.</w:t>
      </w:r>
    </w:p>
    <w:p w14:paraId="1D7B270A" w14:textId="77777777" w:rsidR="0062080A" w:rsidRDefault="0062080A">
      <w:pPr>
        <w:spacing w:after="0"/>
      </w:pPr>
    </w:p>
    <w:p w14:paraId="44085174" w14:textId="77777777" w:rsidR="0062080A" w:rsidRDefault="00D92C70">
      <w:pPr>
        <w:spacing w:after="0"/>
      </w:pPr>
      <w:r>
        <w:rPr>
          <w:rFonts w:ascii="Arial" w:hAnsi="Arial"/>
          <w:b/>
        </w:rPr>
        <w:t xml:space="preserve">Interviewer P:  </w:t>
      </w:r>
      <w:r>
        <w:rPr>
          <w:rFonts w:ascii="Arial" w:hAnsi="Arial"/>
          <w:color w:val="5D7284"/>
        </w:rPr>
        <w:t>27:21</w:t>
      </w:r>
    </w:p>
    <w:p w14:paraId="58ED26B6" w14:textId="77777777" w:rsidR="0062080A" w:rsidRDefault="00D92C70">
      <w:pPr>
        <w:spacing w:after="0"/>
      </w:pPr>
      <w:r>
        <w:rPr>
          <w:rFonts w:ascii="Arial" w:hAnsi="Arial"/>
        </w:rPr>
        <w:t>So, it would make like a curved line.</w:t>
      </w:r>
    </w:p>
    <w:p w14:paraId="4F904CB7" w14:textId="77777777" w:rsidR="0062080A" w:rsidRDefault="0062080A">
      <w:pPr>
        <w:spacing w:after="0"/>
      </w:pPr>
    </w:p>
    <w:p w14:paraId="3E9AE090" w14:textId="77777777" w:rsidR="0062080A" w:rsidRDefault="00D92C70">
      <w:pPr>
        <w:spacing w:after="0"/>
      </w:pPr>
      <w:r>
        <w:rPr>
          <w:rFonts w:ascii="Arial" w:hAnsi="Arial"/>
          <w:b/>
        </w:rPr>
        <w:t xml:space="preserve">Participant#6:  </w:t>
      </w:r>
      <w:r>
        <w:rPr>
          <w:rFonts w:ascii="Arial" w:hAnsi="Arial"/>
          <w:color w:val="5D7284"/>
        </w:rPr>
        <w:t>27:24</w:t>
      </w:r>
    </w:p>
    <w:p w14:paraId="7720AAA5" w14:textId="77777777" w:rsidR="0062080A" w:rsidRDefault="00D92C70">
      <w:pPr>
        <w:spacing w:after="0"/>
      </w:pPr>
      <w:r>
        <w:rPr>
          <w:rFonts w:ascii="Arial" w:hAnsi="Arial"/>
        </w:rPr>
        <w:t xml:space="preserve">Yeah like a path since it's like solid and it's not like water. Oh, this is like hard. But yeah, I think I'm gonna go with that. I think I mean, I think it's gonna make like, kind of like a line. </w:t>
      </w:r>
    </w:p>
    <w:p w14:paraId="06971CD3" w14:textId="77777777" w:rsidR="0062080A" w:rsidRDefault="0062080A">
      <w:pPr>
        <w:spacing w:after="0"/>
      </w:pPr>
    </w:p>
    <w:p w14:paraId="14621610" w14:textId="77777777" w:rsidR="0062080A" w:rsidRDefault="00D92C70">
      <w:pPr>
        <w:spacing w:after="0"/>
      </w:pPr>
      <w:r>
        <w:rPr>
          <w:rFonts w:ascii="Arial" w:hAnsi="Arial"/>
          <w:b/>
        </w:rPr>
        <w:lastRenderedPageBreak/>
        <w:t xml:space="preserve">Interviewer P:  </w:t>
      </w:r>
      <w:r>
        <w:rPr>
          <w:rFonts w:ascii="Arial" w:hAnsi="Arial"/>
          <w:color w:val="5D7284"/>
        </w:rPr>
        <w:t>27:38</w:t>
      </w:r>
    </w:p>
    <w:p w14:paraId="234596CF" w14:textId="77777777" w:rsidR="0062080A" w:rsidRDefault="00D92C70">
      <w:pPr>
        <w:spacing w:after="0"/>
      </w:pPr>
      <w:r>
        <w:rPr>
          <w:rFonts w:ascii="Arial" w:hAnsi="Arial"/>
        </w:rPr>
        <w:t xml:space="preserve">Yeah. </w:t>
      </w:r>
    </w:p>
    <w:p w14:paraId="2A1F701D" w14:textId="77777777" w:rsidR="0062080A" w:rsidRDefault="0062080A">
      <w:pPr>
        <w:spacing w:after="0"/>
      </w:pPr>
    </w:p>
    <w:p w14:paraId="246BD0D7" w14:textId="77777777" w:rsidR="0062080A" w:rsidRDefault="00D92C70">
      <w:pPr>
        <w:spacing w:after="0"/>
      </w:pPr>
      <w:r>
        <w:rPr>
          <w:rFonts w:ascii="Arial" w:hAnsi="Arial"/>
          <w:b/>
        </w:rPr>
        <w:t xml:space="preserve">Participant#6:  </w:t>
      </w:r>
      <w:r>
        <w:rPr>
          <w:rFonts w:ascii="Arial" w:hAnsi="Arial"/>
          <w:color w:val="5D7284"/>
        </w:rPr>
        <w:t>27:38</w:t>
      </w:r>
    </w:p>
    <w:p w14:paraId="12BE2CFA" w14:textId="77777777" w:rsidR="0062080A" w:rsidRDefault="00D92C70">
      <w:pPr>
        <w:spacing w:after="0"/>
      </w:pPr>
      <w:r>
        <w:rPr>
          <w:rFonts w:ascii="Arial" w:hAnsi="Arial"/>
        </w:rPr>
        <w:t>If it's turning.</w:t>
      </w:r>
    </w:p>
    <w:p w14:paraId="03EFCA41" w14:textId="77777777" w:rsidR="0062080A" w:rsidRDefault="0062080A">
      <w:pPr>
        <w:spacing w:after="0"/>
      </w:pPr>
    </w:p>
    <w:p w14:paraId="75F012F4" w14:textId="77777777" w:rsidR="0062080A" w:rsidRDefault="00D92C70">
      <w:pPr>
        <w:spacing w:after="0"/>
      </w:pPr>
      <w:r>
        <w:rPr>
          <w:rFonts w:ascii="Arial" w:hAnsi="Arial"/>
          <w:b/>
        </w:rPr>
        <w:t xml:space="preserve">Interviewer P:  </w:t>
      </w:r>
      <w:r>
        <w:rPr>
          <w:rFonts w:ascii="Arial" w:hAnsi="Arial"/>
          <w:color w:val="5D7284"/>
        </w:rPr>
        <w:t>27:39</w:t>
      </w:r>
    </w:p>
    <w:p w14:paraId="7E343FC5" w14:textId="77777777" w:rsidR="0062080A" w:rsidRDefault="00D92C70">
      <w:pPr>
        <w:spacing w:after="0"/>
      </w:pPr>
      <w:r>
        <w:rPr>
          <w:rFonts w:ascii="Arial" w:hAnsi="Arial"/>
        </w:rPr>
        <w:t xml:space="preserve">Yeah, and so does that change what you think about this? </w:t>
      </w:r>
    </w:p>
    <w:p w14:paraId="5F96A722" w14:textId="77777777" w:rsidR="0062080A" w:rsidRDefault="0062080A">
      <w:pPr>
        <w:spacing w:after="0"/>
      </w:pPr>
    </w:p>
    <w:p w14:paraId="5591C715" w14:textId="77777777" w:rsidR="0062080A" w:rsidRDefault="00D92C70">
      <w:pPr>
        <w:spacing w:after="0"/>
      </w:pPr>
      <w:r>
        <w:rPr>
          <w:rFonts w:ascii="Arial" w:hAnsi="Arial"/>
          <w:b/>
        </w:rPr>
        <w:t xml:space="preserve">Participant#6:  </w:t>
      </w:r>
      <w:r>
        <w:rPr>
          <w:rFonts w:ascii="Arial" w:hAnsi="Arial"/>
          <w:color w:val="5D7284"/>
        </w:rPr>
        <w:t>27:41</w:t>
      </w:r>
    </w:p>
    <w:p w14:paraId="4B4369D2" w14:textId="77777777" w:rsidR="0062080A" w:rsidRDefault="00D92C70">
      <w:pPr>
        <w:spacing w:after="0"/>
      </w:pPr>
      <w:r>
        <w:rPr>
          <w:rFonts w:ascii="Arial" w:hAnsi="Arial"/>
        </w:rPr>
        <w:t xml:space="preserve">Yeah. </w:t>
      </w:r>
    </w:p>
    <w:p w14:paraId="5B95CD12" w14:textId="77777777" w:rsidR="0062080A" w:rsidRDefault="0062080A">
      <w:pPr>
        <w:spacing w:after="0"/>
      </w:pPr>
    </w:p>
    <w:p w14:paraId="60F53DEE" w14:textId="77777777" w:rsidR="0062080A" w:rsidRDefault="00D92C70">
      <w:pPr>
        <w:spacing w:after="0"/>
      </w:pPr>
      <w:r>
        <w:rPr>
          <w:rFonts w:ascii="Arial" w:hAnsi="Arial"/>
          <w:b/>
        </w:rPr>
        <w:t xml:space="preserve">Interviewer P:  </w:t>
      </w:r>
      <w:r>
        <w:rPr>
          <w:rFonts w:ascii="Arial" w:hAnsi="Arial"/>
          <w:color w:val="5D7284"/>
        </w:rPr>
        <w:t>27:42</w:t>
      </w:r>
    </w:p>
    <w:p w14:paraId="68A6635D" w14:textId="77777777" w:rsidR="0062080A" w:rsidRDefault="00D92C70">
      <w:pPr>
        <w:spacing w:after="0"/>
      </w:pPr>
      <w:r>
        <w:rPr>
          <w:rFonts w:ascii="Arial" w:hAnsi="Arial"/>
        </w:rPr>
        <w:t>So, you think that this would not go straight up and down like this, then?</w:t>
      </w:r>
    </w:p>
    <w:p w14:paraId="5220BBB2" w14:textId="77777777" w:rsidR="0062080A" w:rsidRDefault="0062080A">
      <w:pPr>
        <w:spacing w:after="0"/>
      </w:pPr>
    </w:p>
    <w:p w14:paraId="66FE9C2B" w14:textId="77777777" w:rsidR="0062080A" w:rsidRDefault="00D92C70">
      <w:pPr>
        <w:spacing w:after="0"/>
      </w:pPr>
      <w:r>
        <w:rPr>
          <w:rFonts w:ascii="Arial" w:hAnsi="Arial"/>
          <w:b/>
        </w:rPr>
        <w:t xml:space="preserve">Participant#6:  </w:t>
      </w:r>
      <w:r>
        <w:rPr>
          <w:rFonts w:ascii="Arial" w:hAnsi="Arial"/>
          <w:color w:val="5D7284"/>
        </w:rPr>
        <w:t>27:47</w:t>
      </w:r>
    </w:p>
    <w:p w14:paraId="46CCD838" w14:textId="77777777" w:rsidR="0062080A" w:rsidRDefault="00D92C70">
      <w:pPr>
        <w:spacing w:after="0"/>
      </w:pPr>
      <w:r>
        <w:rPr>
          <w:rFonts w:ascii="Arial" w:hAnsi="Arial"/>
        </w:rPr>
        <w:t>I think it would go to go kind of likea line there. Yeah, cuz I forget that. It's like turning.</w:t>
      </w:r>
    </w:p>
    <w:p w14:paraId="13CB595B" w14:textId="77777777" w:rsidR="0062080A" w:rsidRDefault="0062080A">
      <w:pPr>
        <w:spacing w:after="0"/>
      </w:pPr>
    </w:p>
    <w:p w14:paraId="4634A72C" w14:textId="77777777" w:rsidR="0062080A" w:rsidRDefault="00D92C70">
      <w:pPr>
        <w:spacing w:after="0"/>
      </w:pPr>
      <w:r>
        <w:rPr>
          <w:rFonts w:ascii="Arial" w:hAnsi="Arial"/>
          <w:b/>
        </w:rPr>
        <w:t xml:space="preserve">Interviewer P:  </w:t>
      </w:r>
      <w:r>
        <w:rPr>
          <w:rFonts w:ascii="Arial" w:hAnsi="Arial"/>
          <w:color w:val="5D7284"/>
        </w:rPr>
        <w:t>27:50</w:t>
      </w:r>
    </w:p>
    <w:p w14:paraId="7647D9D8" w14:textId="77777777" w:rsidR="0062080A" w:rsidRDefault="00D92C70">
      <w:pPr>
        <w:spacing w:after="0"/>
      </w:pPr>
      <w:r>
        <w:rPr>
          <w:rFonts w:ascii="Arial" w:hAnsi="Arial"/>
        </w:rPr>
        <w:t>Yeah. And, okay, one more. So this one's really silly. So let's say I have like a big planter full of soil. And I have that on a turntable and I put a seed in there, that's going to grow a plant, but this plant is going to spend its entire life growing, while spinning around. And so let's say it's pretty fast growing plants. So within a week, it's grown into its plant self, it's put down roots and it's, you know, grown and it's leafed out. So now it has some leaves. But all this time that it's been growing,</w:t>
      </w:r>
      <w:r>
        <w:rPr>
          <w:rFonts w:ascii="Arial" w:hAnsi="Arial"/>
        </w:rPr>
        <w:t xml:space="preserve"> it's been spinning. So what are your thoughts on what the roots might be like?</w:t>
      </w:r>
    </w:p>
    <w:p w14:paraId="6D9C8D39" w14:textId="77777777" w:rsidR="0062080A" w:rsidRDefault="0062080A">
      <w:pPr>
        <w:spacing w:after="0"/>
      </w:pPr>
    </w:p>
    <w:p w14:paraId="12D0C120" w14:textId="77777777" w:rsidR="0062080A" w:rsidRDefault="00D92C70">
      <w:pPr>
        <w:spacing w:after="0"/>
      </w:pPr>
      <w:r>
        <w:rPr>
          <w:rFonts w:ascii="Arial" w:hAnsi="Arial"/>
          <w:b/>
        </w:rPr>
        <w:t xml:space="preserve">Participant#6:  </w:t>
      </w:r>
      <w:r>
        <w:rPr>
          <w:rFonts w:ascii="Arial" w:hAnsi="Arial"/>
          <w:color w:val="5D7284"/>
        </w:rPr>
        <w:t>28:34</w:t>
      </w:r>
    </w:p>
    <w:p w14:paraId="6A0268C4" w14:textId="77777777" w:rsidR="0062080A" w:rsidRDefault="00D92C70">
      <w:pPr>
        <w:spacing w:after="0"/>
      </w:pPr>
      <w:r>
        <w:rPr>
          <w:rFonts w:ascii="Arial" w:hAnsi="Arial"/>
        </w:rPr>
        <w:t>These are great questions. I think it'll like, if it's spinning its entire life. I feel like it's gonna probably be a little slanted. Okay, like to a curve kind of thing.</w:t>
      </w:r>
    </w:p>
    <w:p w14:paraId="675E05EE" w14:textId="77777777" w:rsidR="0062080A" w:rsidRDefault="0062080A">
      <w:pPr>
        <w:spacing w:after="0"/>
      </w:pPr>
    </w:p>
    <w:p w14:paraId="69FF6EFB" w14:textId="77777777" w:rsidR="0062080A" w:rsidRDefault="00D92C70">
      <w:pPr>
        <w:spacing w:after="0"/>
      </w:pPr>
      <w:r>
        <w:rPr>
          <w:rFonts w:ascii="Arial" w:hAnsi="Arial"/>
          <w:b/>
        </w:rPr>
        <w:t xml:space="preserve">Interviewer P:  </w:t>
      </w:r>
      <w:r>
        <w:rPr>
          <w:rFonts w:ascii="Arial" w:hAnsi="Arial"/>
          <w:color w:val="5D7284"/>
        </w:rPr>
        <w:t>28:46</w:t>
      </w:r>
    </w:p>
    <w:p w14:paraId="60D3A36D" w14:textId="77777777" w:rsidR="0062080A" w:rsidRDefault="00D92C70">
      <w:pPr>
        <w:spacing w:after="0"/>
      </w:pPr>
      <w:r>
        <w:rPr>
          <w:rFonts w:ascii="Arial" w:hAnsi="Arial"/>
        </w:rPr>
        <w:t xml:space="preserve">The roots. And any thoughts on like, the top of the plant? How it might </w:t>
      </w:r>
      <w:r>
        <w:rPr>
          <w:rFonts w:ascii="Arial" w:hAnsi="Arial"/>
        </w:rPr>
        <w:t>grow?</w:t>
      </w:r>
    </w:p>
    <w:p w14:paraId="2FC17F8B" w14:textId="77777777" w:rsidR="0062080A" w:rsidRDefault="0062080A">
      <w:pPr>
        <w:spacing w:after="0"/>
      </w:pPr>
    </w:p>
    <w:p w14:paraId="4782B258" w14:textId="77777777" w:rsidR="0062080A" w:rsidRDefault="00D92C70">
      <w:pPr>
        <w:spacing w:after="0"/>
      </w:pPr>
      <w:r>
        <w:rPr>
          <w:rFonts w:ascii="Arial" w:hAnsi="Arial"/>
          <w:b/>
        </w:rPr>
        <w:t xml:space="preserve">Participant#6:  </w:t>
      </w:r>
      <w:r>
        <w:rPr>
          <w:rFonts w:ascii="Arial" w:hAnsi="Arial"/>
          <w:color w:val="5D7284"/>
        </w:rPr>
        <w:t>28:56</w:t>
      </w:r>
    </w:p>
    <w:p w14:paraId="04B3E3E0" w14:textId="77777777" w:rsidR="0062080A" w:rsidRDefault="00D92C70">
      <w:pPr>
        <w:spacing w:after="0"/>
      </w:pPr>
      <w:r>
        <w:rPr>
          <w:rFonts w:ascii="Arial" w:hAnsi="Arial"/>
        </w:rPr>
        <w:t>I think it's gonna be ish straight. I mean, maybe there's a curve, but it's not like to to, like noticeable. It's kind of a little bit slanted.</w:t>
      </w:r>
    </w:p>
    <w:p w14:paraId="0A4F7224" w14:textId="77777777" w:rsidR="0062080A" w:rsidRDefault="0062080A">
      <w:pPr>
        <w:spacing w:after="0"/>
      </w:pPr>
    </w:p>
    <w:p w14:paraId="72305FEB" w14:textId="77777777" w:rsidR="0062080A" w:rsidRDefault="00D92C70">
      <w:pPr>
        <w:spacing w:after="0"/>
      </w:pPr>
      <w:r>
        <w:rPr>
          <w:rFonts w:ascii="Arial" w:hAnsi="Arial"/>
          <w:b/>
        </w:rPr>
        <w:t xml:space="preserve">Interviewer P:  </w:t>
      </w:r>
      <w:r>
        <w:rPr>
          <w:rFonts w:ascii="Arial" w:hAnsi="Arial"/>
          <w:color w:val="5D7284"/>
        </w:rPr>
        <w:t>29:08</w:t>
      </w:r>
    </w:p>
    <w:p w14:paraId="21C26025" w14:textId="77777777" w:rsidR="0062080A" w:rsidRDefault="00D92C70">
      <w:pPr>
        <w:spacing w:after="0"/>
      </w:pPr>
      <w:r>
        <w:rPr>
          <w:rFonts w:ascii="Arial" w:hAnsi="Arial"/>
        </w:rPr>
        <w:t>Yeah, okay. Great answers. So, final demonstration. I have some fish here. And so we're going to add some fish to that tank and some of these fish float, and some of them will sink, so I'll just kind of scattered them around. Alright, so this is a little bit different from what I originally did with the dye because as I mentioned, with the dye, I had had this tank rotating for an hour before you came in and now we're starting it from still so little difference in senario, but that's what I'm going to do and</w:t>
      </w:r>
      <w:r>
        <w:rPr>
          <w:rFonts w:ascii="Arial" w:hAnsi="Arial"/>
        </w:rPr>
        <w:t xml:space="preserve"> and </w:t>
      </w:r>
      <w:r>
        <w:rPr>
          <w:rFonts w:ascii="Arial" w:hAnsi="Arial"/>
        </w:rPr>
        <w:lastRenderedPageBreak/>
        <w:t>these fish will be in it. So when I started up spinning it as fast as it was originally spinning, what do you think that fish will do?</w:t>
      </w:r>
    </w:p>
    <w:p w14:paraId="5AE48A43" w14:textId="77777777" w:rsidR="0062080A" w:rsidRDefault="0062080A">
      <w:pPr>
        <w:spacing w:after="0"/>
      </w:pPr>
    </w:p>
    <w:p w14:paraId="5C254DA7" w14:textId="77777777" w:rsidR="0062080A" w:rsidRDefault="00D92C70">
      <w:pPr>
        <w:spacing w:after="0"/>
      </w:pPr>
      <w:r>
        <w:rPr>
          <w:rFonts w:ascii="Arial" w:hAnsi="Arial"/>
          <w:b/>
        </w:rPr>
        <w:t xml:space="preserve">Participant#6:  </w:t>
      </w:r>
      <w:r>
        <w:rPr>
          <w:rFonts w:ascii="Arial" w:hAnsi="Arial"/>
          <w:color w:val="5D7284"/>
        </w:rPr>
        <w:t>30:14</w:t>
      </w:r>
    </w:p>
    <w:p w14:paraId="37516EE6" w14:textId="77777777" w:rsidR="0062080A" w:rsidRDefault="00D92C70">
      <w:pPr>
        <w:spacing w:after="0"/>
      </w:pPr>
      <w:r>
        <w:rPr>
          <w:rFonts w:ascii="Arial" w:hAnsi="Arial"/>
        </w:rPr>
        <w:t>I think they would still be on the same. Like the floating fish or just all the fish in general?</w:t>
      </w:r>
    </w:p>
    <w:p w14:paraId="50F40DEB" w14:textId="77777777" w:rsidR="0062080A" w:rsidRDefault="0062080A">
      <w:pPr>
        <w:spacing w:after="0"/>
      </w:pPr>
    </w:p>
    <w:p w14:paraId="330BCACB" w14:textId="77777777" w:rsidR="0062080A" w:rsidRDefault="00D92C70">
      <w:pPr>
        <w:spacing w:after="0"/>
      </w:pPr>
      <w:r>
        <w:rPr>
          <w:rFonts w:ascii="Arial" w:hAnsi="Arial"/>
          <w:b/>
        </w:rPr>
        <w:t xml:space="preserve">Interviewer P:  </w:t>
      </w:r>
      <w:r>
        <w:rPr>
          <w:rFonts w:ascii="Arial" w:hAnsi="Arial"/>
          <w:color w:val="5D7284"/>
        </w:rPr>
        <w:t>30:19</w:t>
      </w:r>
    </w:p>
    <w:p w14:paraId="0A663D72" w14:textId="77777777" w:rsidR="0062080A" w:rsidRDefault="00D92C70">
      <w:pPr>
        <w:spacing w:after="0"/>
      </w:pPr>
      <w:r>
        <w:rPr>
          <w:rFonts w:ascii="Arial" w:hAnsi="Arial"/>
        </w:rPr>
        <w:t>Let's talk about them separately. So we can, what do you think the floating fish will do?</w:t>
      </w:r>
    </w:p>
    <w:p w14:paraId="77A52294" w14:textId="77777777" w:rsidR="0062080A" w:rsidRDefault="0062080A">
      <w:pPr>
        <w:spacing w:after="0"/>
      </w:pPr>
    </w:p>
    <w:p w14:paraId="59D6B0DF" w14:textId="77777777" w:rsidR="0062080A" w:rsidRDefault="00D92C70">
      <w:pPr>
        <w:spacing w:after="0"/>
      </w:pPr>
      <w:r>
        <w:rPr>
          <w:rFonts w:ascii="Arial" w:hAnsi="Arial"/>
          <w:b/>
        </w:rPr>
        <w:t xml:space="preserve">Participant#6:  </w:t>
      </w:r>
      <w:r>
        <w:rPr>
          <w:rFonts w:ascii="Arial" w:hAnsi="Arial"/>
          <w:color w:val="5D7284"/>
        </w:rPr>
        <w:t>30:25</w:t>
      </w:r>
    </w:p>
    <w:p w14:paraId="1F14BD17" w14:textId="77777777" w:rsidR="0062080A" w:rsidRDefault="00D92C70">
      <w:pPr>
        <w:spacing w:after="0"/>
      </w:pPr>
      <w:r>
        <w:rPr>
          <w:rFonts w:ascii="Arial" w:hAnsi="Arial"/>
        </w:rPr>
        <w:t xml:space="preserve">I think that they would probably go with the water since it was always moving. But I think like the ones on the bottom would just stay still. </w:t>
      </w:r>
    </w:p>
    <w:p w14:paraId="007DCDA8" w14:textId="77777777" w:rsidR="0062080A" w:rsidRDefault="0062080A">
      <w:pPr>
        <w:spacing w:after="0"/>
      </w:pPr>
    </w:p>
    <w:p w14:paraId="5D71293D" w14:textId="77777777" w:rsidR="0062080A" w:rsidRDefault="00D92C70">
      <w:pPr>
        <w:spacing w:after="0"/>
      </w:pPr>
      <w:r>
        <w:rPr>
          <w:rFonts w:ascii="Arial" w:hAnsi="Arial"/>
          <w:b/>
        </w:rPr>
        <w:t xml:space="preserve">Interviewer P:  </w:t>
      </w:r>
      <w:r>
        <w:rPr>
          <w:rFonts w:ascii="Arial" w:hAnsi="Arial"/>
          <w:color w:val="5D7284"/>
        </w:rPr>
        <w:t>30:34</w:t>
      </w:r>
    </w:p>
    <w:p w14:paraId="012652DB" w14:textId="77777777" w:rsidR="0062080A" w:rsidRDefault="00D92C70">
      <w:pPr>
        <w:spacing w:after="0"/>
      </w:pPr>
      <w:r>
        <w:rPr>
          <w:rFonts w:ascii="Arial" w:hAnsi="Arial"/>
        </w:rPr>
        <w:t xml:space="preserve">Okay, and so the ones on the bottom are gonna stay put. And that tank will start like rotating under them. </w:t>
      </w:r>
    </w:p>
    <w:p w14:paraId="450EA2D7" w14:textId="77777777" w:rsidR="0062080A" w:rsidRDefault="0062080A">
      <w:pPr>
        <w:spacing w:after="0"/>
      </w:pPr>
    </w:p>
    <w:p w14:paraId="2B2FC882" w14:textId="77777777" w:rsidR="0062080A" w:rsidRDefault="00D92C70">
      <w:pPr>
        <w:spacing w:after="0"/>
      </w:pPr>
      <w:r>
        <w:rPr>
          <w:rFonts w:ascii="Arial" w:hAnsi="Arial"/>
          <w:b/>
        </w:rPr>
        <w:t xml:space="preserve">Participant#6:  </w:t>
      </w:r>
      <w:r>
        <w:rPr>
          <w:rFonts w:ascii="Arial" w:hAnsi="Arial"/>
          <w:color w:val="5D7284"/>
        </w:rPr>
        <w:t>30:41</w:t>
      </w:r>
    </w:p>
    <w:p w14:paraId="28BC751B" w14:textId="77777777" w:rsidR="0062080A" w:rsidRDefault="00D92C70">
      <w:pPr>
        <w:spacing w:after="0"/>
      </w:pPr>
      <w:r>
        <w:rPr>
          <w:rFonts w:ascii="Arial" w:hAnsi="Arial"/>
        </w:rPr>
        <w:t xml:space="preserve">Yeah. </w:t>
      </w:r>
    </w:p>
    <w:p w14:paraId="3DD355C9" w14:textId="77777777" w:rsidR="0062080A" w:rsidRDefault="0062080A">
      <w:pPr>
        <w:spacing w:after="0"/>
      </w:pPr>
    </w:p>
    <w:p w14:paraId="716970B7" w14:textId="77777777" w:rsidR="0062080A" w:rsidRDefault="00D92C70">
      <w:pPr>
        <w:spacing w:after="0"/>
      </w:pPr>
      <w:r>
        <w:rPr>
          <w:rFonts w:ascii="Arial" w:hAnsi="Arial"/>
          <w:b/>
        </w:rPr>
        <w:t xml:space="preserve">Interviewer P:  </w:t>
      </w:r>
      <w:r>
        <w:rPr>
          <w:rFonts w:ascii="Arial" w:hAnsi="Arial"/>
          <w:color w:val="5D7284"/>
        </w:rPr>
        <w:t>30:42</w:t>
      </w:r>
    </w:p>
    <w:p w14:paraId="54D49F8E" w14:textId="77777777" w:rsidR="0062080A" w:rsidRDefault="00D92C70">
      <w:pPr>
        <w:spacing w:after="0"/>
      </w:pPr>
      <w:r>
        <w:rPr>
          <w:rFonts w:ascii="Arial" w:hAnsi="Arial"/>
        </w:rPr>
        <w:t>And the ones on the top are gonna start rotating with the tank. Got it? Okay. Let's see what happens.</w:t>
      </w:r>
    </w:p>
    <w:p w14:paraId="1A81F0B1" w14:textId="77777777" w:rsidR="0062080A" w:rsidRDefault="0062080A">
      <w:pPr>
        <w:spacing w:after="0"/>
      </w:pPr>
    </w:p>
    <w:p w14:paraId="53424056" w14:textId="77777777" w:rsidR="0062080A" w:rsidRDefault="00D92C70">
      <w:pPr>
        <w:spacing w:after="0"/>
      </w:pPr>
      <w:r>
        <w:rPr>
          <w:rFonts w:ascii="Arial" w:hAnsi="Arial"/>
          <w:b/>
        </w:rPr>
        <w:t xml:space="preserve">Participant#6:  </w:t>
      </w:r>
      <w:r>
        <w:rPr>
          <w:rFonts w:ascii="Arial" w:hAnsi="Arial"/>
          <w:color w:val="5D7284"/>
        </w:rPr>
        <w:t>30:55</w:t>
      </w:r>
    </w:p>
    <w:p w14:paraId="0060578C" w14:textId="77777777" w:rsidR="0062080A" w:rsidRDefault="00D92C70">
      <w:pPr>
        <w:spacing w:after="0"/>
      </w:pPr>
      <w:r>
        <w:rPr>
          <w:rFonts w:ascii="Arial" w:hAnsi="Arial"/>
        </w:rPr>
        <w:t>Really think I should, always go with my second idea.</w:t>
      </w:r>
    </w:p>
    <w:p w14:paraId="717AAFBA" w14:textId="77777777" w:rsidR="0062080A" w:rsidRDefault="0062080A">
      <w:pPr>
        <w:spacing w:after="0"/>
      </w:pPr>
    </w:p>
    <w:p w14:paraId="3557E80D" w14:textId="77777777" w:rsidR="0062080A" w:rsidRDefault="00D92C70">
      <w:pPr>
        <w:spacing w:after="0"/>
      </w:pPr>
      <w:r>
        <w:rPr>
          <w:rFonts w:ascii="Arial" w:hAnsi="Arial"/>
          <w:b/>
        </w:rPr>
        <w:t xml:space="preserve">Interviewer P:  </w:t>
      </w:r>
      <w:r>
        <w:rPr>
          <w:rFonts w:ascii="Arial" w:hAnsi="Arial"/>
          <w:color w:val="5D7284"/>
        </w:rPr>
        <w:t>30:58</w:t>
      </w:r>
    </w:p>
    <w:p w14:paraId="2D3596BC" w14:textId="77777777" w:rsidR="0062080A" w:rsidRDefault="00D92C70">
      <w:pPr>
        <w:spacing w:after="0"/>
      </w:pPr>
      <w:r>
        <w:rPr>
          <w:rFonts w:ascii="Arial" w:hAnsi="Arial"/>
        </w:rPr>
        <w:t xml:space="preserve">So what's happening? </w:t>
      </w:r>
    </w:p>
    <w:p w14:paraId="56EE48EE" w14:textId="77777777" w:rsidR="0062080A" w:rsidRDefault="0062080A">
      <w:pPr>
        <w:spacing w:after="0"/>
      </w:pPr>
    </w:p>
    <w:p w14:paraId="7B39510E" w14:textId="77777777" w:rsidR="0062080A" w:rsidRDefault="00D92C70">
      <w:pPr>
        <w:spacing w:after="0"/>
      </w:pPr>
      <w:r>
        <w:rPr>
          <w:rFonts w:ascii="Arial" w:hAnsi="Arial"/>
          <w:b/>
        </w:rPr>
        <w:t xml:space="preserve">Participant#6:  </w:t>
      </w:r>
      <w:r>
        <w:rPr>
          <w:rFonts w:ascii="Arial" w:hAnsi="Arial"/>
          <w:color w:val="5D7284"/>
        </w:rPr>
        <w:t>31:00</w:t>
      </w:r>
    </w:p>
    <w:p w14:paraId="19FCBA4E" w14:textId="77777777" w:rsidR="0062080A" w:rsidRDefault="00D92C70">
      <w:pPr>
        <w:spacing w:after="0"/>
      </w:pPr>
      <w:r>
        <w:rPr>
          <w:rFonts w:ascii="Arial" w:hAnsi="Arial"/>
        </w:rPr>
        <w:t xml:space="preserve">The ones in like the bottom are staying there. And the ones on the top are going with a tank, but it's in a </w:t>
      </w:r>
      <w:r>
        <w:rPr>
          <w:rFonts w:ascii="Arial" w:hAnsi="Arial"/>
        </w:rPr>
        <w:t>different direction. I feel like.</w:t>
      </w:r>
    </w:p>
    <w:p w14:paraId="2908EB2C" w14:textId="77777777" w:rsidR="0062080A" w:rsidRDefault="0062080A">
      <w:pPr>
        <w:spacing w:after="0"/>
      </w:pPr>
    </w:p>
    <w:p w14:paraId="5167D2C7" w14:textId="77777777" w:rsidR="0062080A" w:rsidRDefault="00D92C70">
      <w:pPr>
        <w:spacing w:after="0"/>
      </w:pPr>
      <w:r>
        <w:rPr>
          <w:rFonts w:ascii="Arial" w:hAnsi="Arial"/>
          <w:b/>
        </w:rPr>
        <w:t xml:space="preserve">Interviewer P:  </w:t>
      </w:r>
      <w:r>
        <w:rPr>
          <w:rFonts w:ascii="Arial" w:hAnsi="Arial"/>
          <w:color w:val="5D7284"/>
        </w:rPr>
        <w:t>31:12</w:t>
      </w:r>
    </w:p>
    <w:p w14:paraId="2E4F3095" w14:textId="77777777" w:rsidR="0062080A" w:rsidRDefault="00D92C70">
      <w:pPr>
        <w:spacing w:after="0"/>
      </w:pPr>
      <w:r>
        <w:rPr>
          <w:rFonts w:ascii="Arial" w:hAnsi="Arial"/>
        </w:rPr>
        <w:t>Okay so keep your eye on that black fish right there. On the bottom. The one with the green strip. Is it rotating?</w:t>
      </w:r>
    </w:p>
    <w:p w14:paraId="121FD38A" w14:textId="77777777" w:rsidR="0062080A" w:rsidRDefault="0062080A">
      <w:pPr>
        <w:spacing w:after="0"/>
      </w:pPr>
    </w:p>
    <w:p w14:paraId="074860E0" w14:textId="77777777" w:rsidR="0062080A" w:rsidRDefault="00D92C70">
      <w:pPr>
        <w:spacing w:after="0"/>
      </w:pPr>
      <w:r>
        <w:rPr>
          <w:rFonts w:ascii="Arial" w:hAnsi="Arial"/>
          <w:b/>
        </w:rPr>
        <w:t xml:space="preserve">Participant#6:  </w:t>
      </w:r>
      <w:r>
        <w:rPr>
          <w:rFonts w:ascii="Arial" w:hAnsi="Arial"/>
          <w:color w:val="5D7284"/>
        </w:rPr>
        <w:t>31:22</w:t>
      </w:r>
    </w:p>
    <w:p w14:paraId="14975BF5" w14:textId="77777777" w:rsidR="0062080A" w:rsidRDefault="00D92C70">
      <w:pPr>
        <w:spacing w:after="0"/>
      </w:pPr>
      <w:r>
        <w:rPr>
          <w:rFonts w:ascii="Arial" w:hAnsi="Arial"/>
        </w:rPr>
        <w:t>Yes. Or? No? Because it's same with the tank. I think it's same still with a but the tank is rotating.</w:t>
      </w:r>
    </w:p>
    <w:p w14:paraId="1FE2DD96" w14:textId="77777777" w:rsidR="0062080A" w:rsidRDefault="0062080A">
      <w:pPr>
        <w:spacing w:after="0"/>
      </w:pPr>
    </w:p>
    <w:p w14:paraId="58E6E8C2" w14:textId="77777777" w:rsidR="0062080A" w:rsidRDefault="00D92C70">
      <w:pPr>
        <w:spacing w:after="0"/>
      </w:pPr>
      <w:r>
        <w:rPr>
          <w:rFonts w:ascii="Arial" w:hAnsi="Arial"/>
          <w:b/>
        </w:rPr>
        <w:t xml:space="preserve">Interviewer P:  </w:t>
      </w:r>
      <w:r>
        <w:rPr>
          <w:rFonts w:ascii="Arial" w:hAnsi="Arial"/>
          <w:color w:val="5D7284"/>
        </w:rPr>
        <w:t>31:32</w:t>
      </w:r>
    </w:p>
    <w:p w14:paraId="30BFE34E" w14:textId="77777777" w:rsidR="0062080A" w:rsidRDefault="00D92C70">
      <w:pPr>
        <w:spacing w:after="0"/>
      </w:pPr>
      <w:r>
        <w:rPr>
          <w:rFonts w:ascii="Arial" w:hAnsi="Arial"/>
        </w:rPr>
        <w:t xml:space="preserve">So is it rotating with the tank? Or is it still in the tank is rotated under it? </w:t>
      </w:r>
    </w:p>
    <w:p w14:paraId="27357532" w14:textId="77777777" w:rsidR="0062080A" w:rsidRDefault="0062080A">
      <w:pPr>
        <w:spacing w:after="0"/>
      </w:pPr>
    </w:p>
    <w:p w14:paraId="09060ED5" w14:textId="77777777" w:rsidR="0062080A" w:rsidRDefault="00D92C70">
      <w:pPr>
        <w:spacing w:after="0"/>
      </w:pPr>
      <w:r>
        <w:rPr>
          <w:rFonts w:ascii="Arial" w:hAnsi="Arial"/>
          <w:b/>
        </w:rPr>
        <w:t xml:space="preserve">Participant#6:  </w:t>
      </w:r>
      <w:r>
        <w:rPr>
          <w:rFonts w:ascii="Arial" w:hAnsi="Arial"/>
          <w:color w:val="5D7284"/>
        </w:rPr>
        <w:t>31:35</w:t>
      </w:r>
    </w:p>
    <w:p w14:paraId="4BB42161" w14:textId="77777777" w:rsidR="0062080A" w:rsidRDefault="00D92C70">
      <w:pPr>
        <w:spacing w:after="0"/>
      </w:pPr>
      <w:r>
        <w:rPr>
          <w:rFonts w:ascii="Arial" w:hAnsi="Arial"/>
        </w:rPr>
        <w:lastRenderedPageBreak/>
        <w:t>It's rotating with the tank.</w:t>
      </w:r>
    </w:p>
    <w:p w14:paraId="07F023C8" w14:textId="77777777" w:rsidR="0062080A" w:rsidRDefault="0062080A">
      <w:pPr>
        <w:spacing w:after="0"/>
      </w:pPr>
    </w:p>
    <w:p w14:paraId="31C3A5FB" w14:textId="77777777" w:rsidR="0062080A" w:rsidRDefault="00D92C70">
      <w:pPr>
        <w:spacing w:after="0"/>
      </w:pPr>
      <w:r>
        <w:rPr>
          <w:rFonts w:ascii="Arial" w:hAnsi="Arial"/>
          <w:b/>
        </w:rPr>
        <w:t xml:space="preserve">Interviewer P:  </w:t>
      </w:r>
      <w:r>
        <w:rPr>
          <w:rFonts w:ascii="Arial" w:hAnsi="Arial"/>
          <w:color w:val="5D7284"/>
        </w:rPr>
        <w:t>31:45</w:t>
      </w:r>
    </w:p>
    <w:p w14:paraId="2BBDE2CB" w14:textId="77777777" w:rsidR="0062080A" w:rsidRDefault="00D92C70">
      <w:pPr>
        <w:spacing w:after="0"/>
      </w:pPr>
      <w:r>
        <w:rPr>
          <w:rFonts w:ascii="Arial" w:hAnsi="Arial"/>
        </w:rPr>
        <w:t>Okay, so if that one is rotating with the tank, compare that one to this little blue fish that's floating is the little blue fish that's floating over there rotating.</w:t>
      </w:r>
    </w:p>
    <w:p w14:paraId="4BDB5498" w14:textId="77777777" w:rsidR="0062080A" w:rsidRDefault="0062080A">
      <w:pPr>
        <w:spacing w:after="0"/>
      </w:pPr>
    </w:p>
    <w:p w14:paraId="72E1A076" w14:textId="77777777" w:rsidR="0062080A" w:rsidRDefault="00D92C70">
      <w:pPr>
        <w:spacing w:after="0"/>
      </w:pPr>
      <w:r>
        <w:rPr>
          <w:rFonts w:ascii="Arial" w:hAnsi="Arial"/>
          <w:b/>
        </w:rPr>
        <w:t xml:space="preserve">Participant#6:  </w:t>
      </w:r>
      <w:r>
        <w:rPr>
          <w:rFonts w:ascii="Arial" w:hAnsi="Arial"/>
          <w:color w:val="5D7284"/>
        </w:rPr>
        <w:t>31:55</w:t>
      </w:r>
    </w:p>
    <w:p w14:paraId="55FE0432" w14:textId="77777777" w:rsidR="0062080A" w:rsidRDefault="00D92C70">
      <w:pPr>
        <w:spacing w:after="0"/>
      </w:pPr>
      <w:r>
        <w:rPr>
          <w:rFonts w:ascii="Arial" w:hAnsi="Arial"/>
        </w:rPr>
        <w:t xml:space="preserve">It's rotating with the water not with a tank. </w:t>
      </w:r>
    </w:p>
    <w:p w14:paraId="2916C19D" w14:textId="77777777" w:rsidR="0062080A" w:rsidRDefault="0062080A">
      <w:pPr>
        <w:spacing w:after="0"/>
      </w:pPr>
    </w:p>
    <w:p w14:paraId="405754DF" w14:textId="77777777" w:rsidR="0062080A" w:rsidRDefault="00D92C70">
      <w:pPr>
        <w:spacing w:after="0"/>
      </w:pPr>
      <w:r>
        <w:rPr>
          <w:rFonts w:ascii="Arial" w:hAnsi="Arial"/>
          <w:b/>
        </w:rPr>
        <w:t xml:space="preserve">Interviewer P:  </w:t>
      </w:r>
      <w:r>
        <w:rPr>
          <w:rFonts w:ascii="Arial" w:hAnsi="Arial"/>
          <w:color w:val="5D7284"/>
        </w:rPr>
        <w:t>31:58</w:t>
      </w:r>
    </w:p>
    <w:p w14:paraId="310D0650" w14:textId="77777777" w:rsidR="0062080A" w:rsidRDefault="00D92C70">
      <w:pPr>
        <w:spacing w:after="0"/>
      </w:pPr>
      <w:r>
        <w:rPr>
          <w:rFonts w:ascii="Arial" w:hAnsi="Arial"/>
        </w:rPr>
        <w:t>Okay and so how is the water rotating differently than that tank?</w:t>
      </w:r>
    </w:p>
    <w:p w14:paraId="74869460" w14:textId="77777777" w:rsidR="0062080A" w:rsidRDefault="0062080A">
      <w:pPr>
        <w:spacing w:after="0"/>
      </w:pPr>
    </w:p>
    <w:p w14:paraId="3B3EBB6D" w14:textId="77777777" w:rsidR="0062080A" w:rsidRDefault="00D92C70">
      <w:pPr>
        <w:spacing w:after="0"/>
      </w:pPr>
      <w:r>
        <w:rPr>
          <w:rFonts w:ascii="Arial" w:hAnsi="Arial"/>
          <w:b/>
        </w:rPr>
        <w:t xml:space="preserve">Participant#6:  </w:t>
      </w:r>
      <w:r>
        <w:rPr>
          <w:rFonts w:ascii="Arial" w:hAnsi="Arial"/>
          <w:color w:val="5D7284"/>
        </w:rPr>
        <w:t>32:05</w:t>
      </w:r>
    </w:p>
    <w:p w14:paraId="6915C0CE" w14:textId="77777777" w:rsidR="0062080A" w:rsidRDefault="00D92C70">
      <w:pPr>
        <w:spacing w:after="0"/>
      </w:pPr>
      <w:r>
        <w:rPr>
          <w:rFonts w:ascii="Arial" w:hAnsi="Arial"/>
        </w:rPr>
        <w:t xml:space="preserve">Because I guess at a certain point, like you said with you having it on for an hour before I got here, like the water will catch up to the same speed. But right now it's kind of slowly </w:t>
      </w:r>
      <w:r>
        <w:rPr>
          <w:rFonts w:ascii="Arial" w:hAnsi="Arial"/>
        </w:rPr>
        <w:t>getting there. So it's the waters kind of rotating slowly starts rotating with the water.</w:t>
      </w:r>
    </w:p>
    <w:p w14:paraId="187F57B8" w14:textId="77777777" w:rsidR="0062080A" w:rsidRDefault="0062080A">
      <w:pPr>
        <w:spacing w:after="0"/>
      </w:pPr>
    </w:p>
    <w:p w14:paraId="154F5AA2" w14:textId="77777777" w:rsidR="0062080A" w:rsidRDefault="00D92C70">
      <w:pPr>
        <w:spacing w:after="0"/>
      </w:pPr>
      <w:r>
        <w:rPr>
          <w:rFonts w:ascii="Arial" w:hAnsi="Arial"/>
          <w:b/>
        </w:rPr>
        <w:t xml:space="preserve">Interviewer P:  </w:t>
      </w:r>
      <w:r>
        <w:rPr>
          <w:rFonts w:ascii="Arial" w:hAnsi="Arial"/>
          <w:color w:val="5D7284"/>
        </w:rPr>
        <w:t>32:24</w:t>
      </w:r>
    </w:p>
    <w:p w14:paraId="3B17CD47" w14:textId="77777777" w:rsidR="0062080A" w:rsidRDefault="00D92C70">
      <w:pPr>
        <w:spacing w:after="0"/>
      </w:pPr>
      <w:r>
        <w:rPr>
          <w:rFonts w:ascii="Arial" w:hAnsi="Arial"/>
        </w:rPr>
        <w:t xml:space="preserve">Okay, at a speed different than the rotation of the chain. Got it. That make sense. So with time do you think everything will catch up? Yes. So we can watch it for a few minutes. And I guess I'm kind of keeping my eyes still on that blackish blue one with the green stripe. And if these guys who are floating, are eventually going to start rotating with the tank, then we can kind of watch the two and I would say the one on the bottom is like lapping all these guys. Right? </w:t>
      </w:r>
    </w:p>
    <w:p w14:paraId="54738AF4" w14:textId="77777777" w:rsidR="0062080A" w:rsidRDefault="0062080A">
      <w:pPr>
        <w:spacing w:after="0"/>
      </w:pPr>
    </w:p>
    <w:p w14:paraId="49A53A9A" w14:textId="77777777" w:rsidR="0062080A" w:rsidRDefault="00D92C70">
      <w:pPr>
        <w:spacing w:after="0"/>
      </w:pPr>
      <w:r>
        <w:rPr>
          <w:rFonts w:ascii="Arial" w:hAnsi="Arial"/>
          <w:b/>
        </w:rPr>
        <w:t xml:space="preserve">Participant#6:  </w:t>
      </w:r>
      <w:r>
        <w:rPr>
          <w:rFonts w:ascii="Arial" w:hAnsi="Arial"/>
          <w:color w:val="5D7284"/>
        </w:rPr>
        <w:t>32:58</w:t>
      </w:r>
    </w:p>
    <w:p w14:paraId="1D9376F6" w14:textId="77777777" w:rsidR="0062080A" w:rsidRDefault="00D92C70">
      <w:pPr>
        <w:spacing w:after="0"/>
      </w:pPr>
      <w:r>
        <w:rPr>
          <w:rFonts w:ascii="Arial" w:hAnsi="Arial"/>
        </w:rPr>
        <w:t xml:space="preserve">Yeah. </w:t>
      </w:r>
    </w:p>
    <w:p w14:paraId="46ABBD8F" w14:textId="77777777" w:rsidR="0062080A" w:rsidRDefault="0062080A">
      <w:pPr>
        <w:spacing w:after="0"/>
      </w:pPr>
    </w:p>
    <w:p w14:paraId="4F3F001C" w14:textId="77777777" w:rsidR="0062080A" w:rsidRDefault="00D92C70">
      <w:pPr>
        <w:spacing w:after="0"/>
      </w:pPr>
      <w:r>
        <w:rPr>
          <w:rFonts w:ascii="Arial" w:hAnsi="Arial"/>
          <w:b/>
        </w:rPr>
        <w:t xml:space="preserve">Interviewer P:  </w:t>
      </w:r>
      <w:r>
        <w:rPr>
          <w:rFonts w:ascii="Arial" w:hAnsi="Arial"/>
          <w:color w:val="5D7284"/>
        </w:rPr>
        <w:t>32:58</w:t>
      </w:r>
    </w:p>
    <w:p w14:paraId="392BA2EF" w14:textId="77777777" w:rsidR="0062080A" w:rsidRDefault="00D92C70">
      <w:pPr>
        <w:spacing w:after="0"/>
      </w:pPr>
      <w:r>
        <w:rPr>
          <w:rFonts w:ascii="Arial" w:hAnsi="Arial"/>
        </w:rPr>
        <w:t xml:space="preserve">Yeah, cuz that one's going a lot faster. </w:t>
      </w:r>
    </w:p>
    <w:p w14:paraId="06BBA33E" w14:textId="77777777" w:rsidR="0062080A" w:rsidRDefault="0062080A">
      <w:pPr>
        <w:spacing w:after="0"/>
      </w:pPr>
    </w:p>
    <w:p w14:paraId="132FECCD" w14:textId="77777777" w:rsidR="0062080A" w:rsidRDefault="00D92C70">
      <w:pPr>
        <w:spacing w:after="0"/>
      </w:pPr>
      <w:r>
        <w:rPr>
          <w:rFonts w:ascii="Arial" w:hAnsi="Arial"/>
          <w:b/>
        </w:rPr>
        <w:t xml:space="preserve">Participant#6:  </w:t>
      </w:r>
      <w:r>
        <w:rPr>
          <w:rFonts w:ascii="Arial" w:hAnsi="Arial"/>
          <w:color w:val="5D7284"/>
        </w:rPr>
        <w:t>33:02</w:t>
      </w:r>
    </w:p>
    <w:p w14:paraId="3667149F" w14:textId="77777777" w:rsidR="0062080A" w:rsidRDefault="00D92C70">
      <w:pPr>
        <w:spacing w:after="0"/>
      </w:pPr>
      <w:r>
        <w:rPr>
          <w:rFonts w:ascii="Arial" w:hAnsi="Arial"/>
        </w:rPr>
        <w:t xml:space="preserve">Yeah. </w:t>
      </w:r>
    </w:p>
    <w:p w14:paraId="464FCBC1" w14:textId="77777777" w:rsidR="0062080A" w:rsidRDefault="0062080A">
      <w:pPr>
        <w:spacing w:after="0"/>
      </w:pPr>
    </w:p>
    <w:p w14:paraId="2C7D588E" w14:textId="77777777" w:rsidR="0062080A" w:rsidRDefault="00D92C70">
      <w:pPr>
        <w:spacing w:after="0"/>
      </w:pPr>
      <w:r>
        <w:rPr>
          <w:rFonts w:ascii="Arial" w:hAnsi="Arial"/>
          <w:b/>
        </w:rPr>
        <w:t xml:space="preserve">Interviewer P:  </w:t>
      </w:r>
      <w:r>
        <w:rPr>
          <w:rFonts w:ascii="Arial" w:hAnsi="Arial"/>
          <w:color w:val="5D7284"/>
        </w:rPr>
        <w:t>33:03</w:t>
      </w:r>
    </w:p>
    <w:p w14:paraId="60608FF1" w14:textId="77777777" w:rsidR="0062080A" w:rsidRDefault="00D92C70">
      <w:pPr>
        <w:spacing w:after="0"/>
      </w:pPr>
      <w:r>
        <w:rPr>
          <w:rFonts w:ascii="Arial" w:hAnsi="Arial"/>
        </w:rPr>
        <w:t xml:space="preserve">So now if we watch these two yellow ones with green stripes, do they look like they're kind of getting in the groove and go on with the tank? </w:t>
      </w:r>
    </w:p>
    <w:p w14:paraId="5C8C6B09" w14:textId="77777777" w:rsidR="0062080A" w:rsidRDefault="0062080A">
      <w:pPr>
        <w:spacing w:after="0"/>
      </w:pPr>
    </w:p>
    <w:p w14:paraId="060F42FA" w14:textId="77777777" w:rsidR="0062080A" w:rsidRDefault="00D92C70">
      <w:pPr>
        <w:spacing w:after="0"/>
      </w:pPr>
      <w:r>
        <w:rPr>
          <w:rFonts w:ascii="Arial" w:hAnsi="Arial"/>
          <w:b/>
        </w:rPr>
        <w:t xml:space="preserve">Participant#6:  </w:t>
      </w:r>
      <w:r>
        <w:rPr>
          <w:rFonts w:ascii="Arial" w:hAnsi="Arial"/>
          <w:color w:val="5D7284"/>
        </w:rPr>
        <w:t>33:15</w:t>
      </w:r>
    </w:p>
    <w:p w14:paraId="0768009E" w14:textId="77777777" w:rsidR="0062080A" w:rsidRDefault="00D92C70">
      <w:pPr>
        <w:spacing w:after="0"/>
      </w:pPr>
      <w:r>
        <w:rPr>
          <w:rFonts w:ascii="Arial" w:hAnsi="Arial"/>
        </w:rPr>
        <w:t>Yeah.</w:t>
      </w:r>
    </w:p>
    <w:p w14:paraId="3382A365" w14:textId="77777777" w:rsidR="0062080A" w:rsidRDefault="0062080A">
      <w:pPr>
        <w:spacing w:after="0"/>
      </w:pPr>
    </w:p>
    <w:p w14:paraId="74A8A2FF" w14:textId="77777777" w:rsidR="0062080A" w:rsidRDefault="00D92C70">
      <w:pPr>
        <w:spacing w:after="0"/>
      </w:pPr>
      <w:r>
        <w:rPr>
          <w:rFonts w:ascii="Arial" w:hAnsi="Arial"/>
          <w:b/>
        </w:rPr>
        <w:t xml:space="preserve">Interviewer P:  </w:t>
      </w:r>
      <w:r>
        <w:rPr>
          <w:rFonts w:ascii="Arial" w:hAnsi="Arial"/>
          <w:color w:val="5D7284"/>
        </w:rPr>
        <w:t>33:16</w:t>
      </w:r>
    </w:p>
    <w:p w14:paraId="7A4FFBC1" w14:textId="77777777" w:rsidR="0062080A" w:rsidRDefault="00D92C70">
      <w:pPr>
        <w:spacing w:after="0"/>
      </w:pPr>
      <w:r>
        <w:rPr>
          <w:rFonts w:ascii="Arial" w:hAnsi="Arial"/>
        </w:rPr>
        <w:t>But still not as fast as that blue one. Because Is it still lapping them its going to catch up to them again. So why do you think the ones on the bottom and the ones on the top are moving differently at different rates?</w:t>
      </w:r>
    </w:p>
    <w:p w14:paraId="5C71F136" w14:textId="77777777" w:rsidR="0062080A" w:rsidRDefault="0062080A">
      <w:pPr>
        <w:spacing w:after="0"/>
      </w:pPr>
    </w:p>
    <w:p w14:paraId="2D528D69" w14:textId="77777777" w:rsidR="0062080A" w:rsidRDefault="00D92C70">
      <w:pPr>
        <w:spacing w:after="0"/>
      </w:pPr>
      <w:r>
        <w:rPr>
          <w:rFonts w:ascii="Arial" w:hAnsi="Arial"/>
          <w:b/>
        </w:rPr>
        <w:t xml:space="preserve">Participant#6:  </w:t>
      </w:r>
      <w:r>
        <w:rPr>
          <w:rFonts w:ascii="Arial" w:hAnsi="Arial"/>
          <w:color w:val="5D7284"/>
        </w:rPr>
        <w:t>33:32</w:t>
      </w:r>
    </w:p>
    <w:p w14:paraId="6FBDE236" w14:textId="77777777" w:rsidR="0062080A" w:rsidRDefault="00D92C70">
      <w:pPr>
        <w:spacing w:after="0"/>
      </w:pPr>
      <w:r>
        <w:rPr>
          <w:rFonts w:ascii="Arial" w:hAnsi="Arial"/>
        </w:rPr>
        <w:t xml:space="preserve">I think the ones on the bottom are more dense than the top that's why their not floating and I guess </w:t>
      </w:r>
      <w:r>
        <w:rPr>
          <w:rFonts w:ascii="Arial" w:hAnsi="Arial"/>
        </w:rPr>
        <w:t>since those are less dense they kind of go more with the direction that the waters still trying to flow in.</w:t>
      </w:r>
    </w:p>
    <w:p w14:paraId="62199465" w14:textId="77777777" w:rsidR="0062080A" w:rsidRDefault="0062080A">
      <w:pPr>
        <w:spacing w:after="0"/>
      </w:pPr>
    </w:p>
    <w:p w14:paraId="320EE5A0" w14:textId="77777777" w:rsidR="0062080A" w:rsidRDefault="00D92C70">
      <w:pPr>
        <w:spacing w:after="0"/>
      </w:pPr>
      <w:r>
        <w:rPr>
          <w:rFonts w:ascii="Arial" w:hAnsi="Arial"/>
          <w:b/>
        </w:rPr>
        <w:t xml:space="preserve">Interviewer P:  </w:t>
      </w:r>
      <w:r>
        <w:rPr>
          <w:rFonts w:ascii="Arial" w:hAnsi="Arial"/>
          <w:color w:val="5D7284"/>
        </w:rPr>
        <w:t>33:59</w:t>
      </w:r>
    </w:p>
    <w:p w14:paraId="61FD08EB" w14:textId="77777777" w:rsidR="0062080A" w:rsidRDefault="00D92C70">
      <w:pPr>
        <w:spacing w:after="0"/>
      </w:pPr>
      <w:r>
        <w:rPr>
          <w:rFonts w:ascii="Arial" w:hAnsi="Arial"/>
        </w:rPr>
        <w:t>Yeah, I think so too, because I'm kind of watching like the little yellow seahorse on the bottom. I compare it to some of the ones on the top it's still lapping them but not as fast as those and so and so perhaps they are catching up.</w:t>
      </w:r>
    </w:p>
    <w:p w14:paraId="0DA123B1" w14:textId="77777777" w:rsidR="0062080A" w:rsidRDefault="0062080A">
      <w:pPr>
        <w:spacing w:after="0"/>
      </w:pPr>
    </w:p>
    <w:p w14:paraId="4E96F3D8" w14:textId="77777777" w:rsidR="0062080A" w:rsidRDefault="00D92C70">
      <w:pPr>
        <w:spacing w:after="0"/>
      </w:pPr>
      <w:r>
        <w:rPr>
          <w:rFonts w:ascii="Arial" w:hAnsi="Arial"/>
          <w:b/>
        </w:rPr>
        <w:t xml:space="preserve">Participant#6:  </w:t>
      </w:r>
      <w:r>
        <w:rPr>
          <w:rFonts w:ascii="Arial" w:hAnsi="Arial"/>
          <w:color w:val="5D7284"/>
        </w:rPr>
        <w:t>34:31</w:t>
      </w:r>
    </w:p>
    <w:p w14:paraId="0B9FDFA0" w14:textId="77777777" w:rsidR="0062080A" w:rsidRDefault="00D92C70">
      <w:pPr>
        <w:spacing w:after="0"/>
      </w:pPr>
      <w:r>
        <w:rPr>
          <w:rFonts w:ascii="Arial" w:hAnsi="Arial"/>
        </w:rPr>
        <w:t xml:space="preserve">Yeah. </w:t>
      </w:r>
    </w:p>
    <w:p w14:paraId="4C4CEA3D" w14:textId="77777777" w:rsidR="0062080A" w:rsidRDefault="0062080A">
      <w:pPr>
        <w:spacing w:after="0"/>
      </w:pPr>
    </w:p>
    <w:p w14:paraId="29573ABD" w14:textId="77777777" w:rsidR="0062080A" w:rsidRDefault="00D92C70">
      <w:pPr>
        <w:spacing w:after="0"/>
      </w:pPr>
      <w:r>
        <w:rPr>
          <w:rFonts w:ascii="Arial" w:hAnsi="Arial"/>
          <w:b/>
        </w:rPr>
        <w:t xml:space="preserve">Interviewer P:  </w:t>
      </w:r>
      <w:r>
        <w:rPr>
          <w:rFonts w:ascii="Arial" w:hAnsi="Arial"/>
          <w:color w:val="5D7284"/>
        </w:rPr>
        <w:t>34:32</w:t>
      </w:r>
    </w:p>
    <w:p w14:paraId="7353B7EA" w14:textId="77777777" w:rsidR="0062080A" w:rsidRDefault="00D92C70">
      <w:pPr>
        <w:spacing w:after="0"/>
      </w:pPr>
      <w:r>
        <w:rPr>
          <w:rFonts w:ascii="Arial" w:hAnsi="Arial"/>
        </w:rPr>
        <w:t xml:space="preserve">So what do you think will happen if I turn the tank off suddenly like last time I </w:t>
      </w:r>
      <w:r>
        <w:rPr>
          <w:rFonts w:ascii="Arial" w:hAnsi="Arial"/>
        </w:rPr>
        <w:t>slowed it down? What if I just shut it off and keep this standstill?</w:t>
      </w:r>
    </w:p>
    <w:p w14:paraId="50895670" w14:textId="77777777" w:rsidR="0062080A" w:rsidRDefault="0062080A">
      <w:pPr>
        <w:spacing w:after="0"/>
      </w:pPr>
    </w:p>
    <w:p w14:paraId="2F4060D0" w14:textId="77777777" w:rsidR="0062080A" w:rsidRDefault="00D92C70">
      <w:pPr>
        <w:spacing w:after="0"/>
      </w:pPr>
      <w:r>
        <w:rPr>
          <w:rFonts w:ascii="Arial" w:hAnsi="Arial"/>
          <w:b/>
        </w:rPr>
        <w:t xml:space="preserve">Participant#6:  </w:t>
      </w:r>
      <w:r>
        <w:rPr>
          <w:rFonts w:ascii="Arial" w:hAnsi="Arial"/>
          <w:color w:val="5D7284"/>
        </w:rPr>
        <w:t>34:43</w:t>
      </w:r>
    </w:p>
    <w:p w14:paraId="6C6BC298" w14:textId="77777777" w:rsidR="0062080A" w:rsidRDefault="00D92C70">
      <w:pPr>
        <w:spacing w:after="0"/>
      </w:pPr>
      <w:r>
        <w:rPr>
          <w:rFonts w:ascii="Arial" w:hAnsi="Arial"/>
        </w:rPr>
        <w:t xml:space="preserve">I think the ones I think they're all gonna probably move like even the ones on the bottom. Again, I'll probably kind of like push with the water. </w:t>
      </w:r>
    </w:p>
    <w:p w14:paraId="38C1F859" w14:textId="77777777" w:rsidR="0062080A" w:rsidRDefault="0062080A">
      <w:pPr>
        <w:spacing w:after="0"/>
      </w:pPr>
    </w:p>
    <w:p w14:paraId="016FCE96" w14:textId="77777777" w:rsidR="0062080A" w:rsidRDefault="00D92C70">
      <w:pPr>
        <w:spacing w:after="0"/>
      </w:pPr>
      <w:r>
        <w:rPr>
          <w:rFonts w:ascii="Arial" w:hAnsi="Arial"/>
          <w:b/>
        </w:rPr>
        <w:t xml:space="preserve">Interviewer P:  </w:t>
      </w:r>
      <w:r>
        <w:rPr>
          <w:rFonts w:ascii="Arial" w:hAnsi="Arial"/>
          <w:color w:val="5D7284"/>
        </w:rPr>
        <w:t>34:55</w:t>
      </w:r>
    </w:p>
    <w:p w14:paraId="22EA6FB4" w14:textId="77777777" w:rsidR="0062080A" w:rsidRDefault="00D92C70">
      <w:pPr>
        <w:spacing w:after="0"/>
      </w:pPr>
      <w:r>
        <w:rPr>
          <w:rFonts w:ascii="Arial" w:hAnsi="Arial"/>
        </w:rPr>
        <w:t xml:space="preserve">Will they still rotate? </w:t>
      </w:r>
    </w:p>
    <w:p w14:paraId="0C8FE7CE" w14:textId="77777777" w:rsidR="0062080A" w:rsidRDefault="0062080A">
      <w:pPr>
        <w:spacing w:after="0"/>
      </w:pPr>
    </w:p>
    <w:p w14:paraId="57162257" w14:textId="77777777" w:rsidR="0062080A" w:rsidRDefault="00D92C70">
      <w:pPr>
        <w:spacing w:after="0"/>
      </w:pPr>
      <w:r>
        <w:rPr>
          <w:rFonts w:ascii="Arial" w:hAnsi="Arial"/>
          <w:b/>
        </w:rPr>
        <w:t xml:space="preserve">Participant#6:  </w:t>
      </w:r>
      <w:r>
        <w:rPr>
          <w:rFonts w:ascii="Arial" w:hAnsi="Arial"/>
          <w:color w:val="5D7284"/>
        </w:rPr>
        <w:t>34:56</w:t>
      </w:r>
    </w:p>
    <w:p w14:paraId="27856C24" w14:textId="77777777" w:rsidR="0062080A" w:rsidRDefault="00D92C70">
      <w:pPr>
        <w:spacing w:after="0"/>
      </w:pPr>
      <w:r>
        <w:rPr>
          <w:rFonts w:ascii="Arial" w:hAnsi="Arial"/>
        </w:rPr>
        <w:t>Yeah, I feel like the ones on the top are probably gonna rotate much faster then the ones on the bottom.</w:t>
      </w:r>
    </w:p>
    <w:p w14:paraId="41004F19" w14:textId="77777777" w:rsidR="0062080A" w:rsidRDefault="0062080A">
      <w:pPr>
        <w:spacing w:after="0"/>
      </w:pPr>
    </w:p>
    <w:p w14:paraId="72C70ACD" w14:textId="77777777" w:rsidR="0062080A" w:rsidRDefault="00D92C70">
      <w:pPr>
        <w:spacing w:after="0"/>
      </w:pPr>
      <w:r>
        <w:rPr>
          <w:rFonts w:ascii="Arial" w:hAnsi="Arial"/>
          <w:b/>
        </w:rPr>
        <w:t xml:space="preserve">Interviewer P:  </w:t>
      </w:r>
      <w:r>
        <w:rPr>
          <w:rFonts w:ascii="Arial" w:hAnsi="Arial"/>
          <w:color w:val="5D7284"/>
        </w:rPr>
        <w:t>35:01</w:t>
      </w:r>
    </w:p>
    <w:p w14:paraId="2BC5F687" w14:textId="77777777" w:rsidR="0062080A" w:rsidRDefault="00D92C70">
      <w:pPr>
        <w:spacing w:after="0"/>
      </w:pPr>
      <w:r>
        <w:rPr>
          <w:rFonts w:ascii="Arial" w:hAnsi="Arial"/>
        </w:rPr>
        <w:t>And why do you think that?</w:t>
      </w:r>
    </w:p>
    <w:p w14:paraId="67C0C651" w14:textId="77777777" w:rsidR="0062080A" w:rsidRDefault="0062080A">
      <w:pPr>
        <w:spacing w:after="0"/>
      </w:pPr>
    </w:p>
    <w:p w14:paraId="34A1727E" w14:textId="77777777" w:rsidR="0062080A" w:rsidRDefault="00D92C70">
      <w:pPr>
        <w:spacing w:after="0"/>
      </w:pPr>
      <w:r>
        <w:rPr>
          <w:rFonts w:ascii="Arial" w:hAnsi="Arial"/>
          <w:b/>
        </w:rPr>
        <w:t xml:space="preserve">Participant#6:  </w:t>
      </w:r>
      <w:r>
        <w:rPr>
          <w:rFonts w:ascii="Arial" w:hAnsi="Arial"/>
          <w:color w:val="5D7284"/>
        </w:rPr>
        <w:t>35:03</w:t>
      </w:r>
    </w:p>
    <w:p w14:paraId="3E3F6011" w14:textId="77777777" w:rsidR="0062080A" w:rsidRDefault="00D92C70">
      <w:pPr>
        <w:spacing w:after="0"/>
      </w:pPr>
      <w:r>
        <w:rPr>
          <w:rFonts w:ascii="Arial" w:hAnsi="Arial"/>
        </w:rPr>
        <w:t>Because of the density thing again, like I feel like since they're less dense and they're floating, they have more like, the water has a kind of more control over the direction while the ones on the bottom are more heavier. So it's gonna take like much more force but they'll still like kind of like move a little the ones on the bottom.</w:t>
      </w:r>
    </w:p>
    <w:p w14:paraId="308D56CC" w14:textId="77777777" w:rsidR="0062080A" w:rsidRDefault="0062080A">
      <w:pPr>
        <w:spacing w:after="0"/>
      </w:pPr>
    </w:p>
    <w:p w14:paraId="4156884B" w14:textId="77777777" w:rsidR="0062080A" w:rsidRDefault="00D92C70">
      <w:pPr>
        <w:spacing w:after="0"/>
      </w:pPr>
      <w:r>
        <w:rPr>
          <w:rFonts w:ascii="Arial" w:hAnsi="Arial"/>
          <w:b/>
        </w:rPr>
        <w:t xml:space="preserve">Interviewer P:  </w:t>
      </w:r>
      <w:r>
        <w:rPr>
          <w:rFonts w:ascii="Arial" w:hAnsi="Arial"/>
          <w:color w:val="5D7284"/>
        </w:rPr>
        <w:t>35:27</w:t>
      </w:r>
    </w:p>
    <w:p w14:paraId="46461CB6" w14:textId="77777777" w:rsidR="0062080A" w:rsidRDefault="00D92C70">
      <w:pPr>
        <w:spacing w:after="0"/>
      </w:pPr>
      <w:r>
        <w:rPr>
          <w:rFonts w:ascii="Arial" w:hAnsi="Arial"/>
        </w:rPr>
        <w:t xml:space="preserve">Would you say they're kind of all caught up now? </w:t>
      </w:r>
    </w:p>
    <w:p w14:paraId="797E50C6" w14:textId="77777777" w:rsidR="0062080A" w:rsidRDefault="0062080A">
      <w:pPr>
        <w:spacing w:after="0"/>
      </w:pPr>
    </w:p>
    <w:p w14:paraId="7736E941" w14:textId="77777777" w:rsidR="0062080A" w:rsidRDefault="00D92C70">
      <w:pPr>
        <w:spacing w:after="0"/>
      </w:pPr>
      <w:r>
        <w:rPr>
          <w:rFonts w:ascii="Arial" w:hAnsi="Arial"/>
          <w:b/>
        </w:rPr>
        <w:t xml:space="preserve">Participant#6:  </w:t>
      </w:r>
      <w:r>
        <w:rPr>
          <w:rFonts w:ascii="Arial" w:hAnsi="Arial"/>
          <w:color w:val="5D7284"/>
        </w:rPr>
        <w:t>35:30</w:t>
      </w:r>
    </w:p>
    <w:p w14:paraId="2640EE7A" w14:textId="77777777" w:rsidR="0062080A" w:rsidRDefault="00D92C70">
      <w:pPr>
        <w:spacing w:after="0"/>
      </w:pPr>
      <w:r>
        <w:rPr>
          <w:rFonts w:ascii="Arial" w:hAnsi="Arial"/>
        </w:rPr>
        <w:t>Yeah, I think so. So yeah like, I dont know if those are the ones, yeah their the ones on the bottom, so that some of them are kind of moving, but the ones on the top are going like much faster.</w:t>
      </w:r>
    </w:p>
    <w:p w14:paraId="7B04FA47" w14:textId="77777777" w:rsidR="0062080A" w:rsidRDefault="0062080A">
      <w:pPr>
        <w:spacing w:after="0"/>
      </w:pPr>
    </w:p>
    <w:p w14:paraId="2407A2E5" w14:textId="77777777" w:rsidR="0062080A" w:rsidRDefault="00D92C70">
      <w:pPr>
        <w:spacing w:after="0"/>
      </w:pPr>
      <w:r>
        <w:rPr>
          <w:rFonts w:ascii="Arial" w:hAnsi="Arial"/>
          <w:b/>
        </w:rPr>
        <w:lastRenderedPageBreak/>
        <w:t xml:space="preserve">Interviewer P:  </w:t>
      </w:r>
      <w:r>
        <w:rPr>
          <w:rFonts w:ascii="Arial" w:hAnsi="Arial"/>
          <w:color w:val="5D7284"/>
        </w:rPr>
        <w:t>35:31</w:t>
      </w:r>
    </w:p>
    <w:p w14:paraId="2AECCD8D" w14:textId="77777777" w:rsidR="0062080A" w:rsidRDefault="00D92C70">
      <w:pPr>
        <w:spacing w:after="0"/>
      </w:pPr>
      <w:r>
        <w:rPr>
          <w:rFonts w:ascii="Arial" w:hAnsi="Arial"/>
        </w:rPr>
        <w:t xml:space="preserve">Something's for two and it's funny those two jabbing it, Alright, well let's turn it off and see what happens. So Is that surprising? </w:t>
      </w:r>
    </w:p>
    <w:p w14:paraId="568C698B" w14:textId="77777777" w:rsidR="0062080A" w:rsidRDefault="0062080A">
      <w:pPr>
        <w:spacing w:after="0"/>
      </w:pPr>
    </w:p>
    <w:p w14:paraId="36494578" w14:textId="77777777" w:rsidR="0062080A" w:rsidRDefault="00D92C70">
      <w:pPr>
        <w:spacing w:after="0"/>
      </w:pPr>
      <w:r>
        <w:rPr>
          <w:rFonts w:ascii="Arial" w:hAnsi="Arial"/>
          <w:b/>
        </w:rPr>
        <w:t xml:space="preserve">Participant#6:  </w:t>
      </w:r>
      <w:r>
        <w:rPr>
          <w:rFonts w:ascii="Arial" w:hAnsi="Arial"/>
          <w:color w:val="5D7284"/>
        </w:rPr>
        <w:t>36:03</w:t>
      </w:r>
    </w:p>
    <w:p w14:paraId="6B35D3AA" w14:textId="77777777" w:rsidR="0062080A" w:rsidRDefault="00D92C70">
      <w:pPr>
        <w:spacing w:after="0"/>
      </w:pPr>
      <w:r>
        <w:rPr>
          <w:rFonts w:ascii="Arial" w:hAnsi="Arial"/>
        </w:rPr>
        <w:t xml:space="preserve">No, I think I got that one. Yeah. </w:t>
      </w:r>
    </w:p>
    <w:p w14:paraId="1A939487" w14:textId="77777777" w:rsidR="0062080A" w:rsidRDefault="0062080A">
      <w:pPr>
        <w:spacing w:after="0"/>
      </w:pPr>
    </w:p>
    <w:p w14:paraId="195EB721" w14:textId="77777777" w:rsidR="0062080A" w:rsidRDefault="00D92C70">
      <w:pPr>
        <w:spacing w:after="0"/>
      </w:pPr>
      <w:r>
        <w:rPr>
          <w:rFonts w:ascii="Arial" w:hAnsi="Arial"/>
          <w:b/>
        </w:rPr>
        <w:t xml:space="preserve">Interviewer P:  </w:t>
      </w:r>
      <w:r>
        <w:rPr>
          <w:rFonts w:ascii="Arial" w:hAnsi="Arial"/>
          <w:color w:val="5D7284"/>
        </w:rPr>
        <w:t>36:06</w:t>
      </w:r>
    </w:p>
    <w:p w14:paraId="6B1138B0" w14:textId="77777777" w:rsidR="0062080A" w:rsidRDefault="00D92C70">
      <w:pPr>
        <w:spacing w:after="0"/>
      </w:pPr>
      <w:r>
        <w:rPr>
          <w:rFonts w:ascii="Arial" w:hAnsi="Arial"/>
        </w:rPr>
        <w:t>I think so too.</w:t>
      </w:r>
    </w:p>
    <w:p w14:paraId="6AA258D8" w14:textId="77777777" w:rsidR="0062080A" w:rsidRDefault="0062080A">
      <w:pPr>
        <w:spacing w:after="0"/>
      </w:pPr>
    </w:p>
    <w:p w14:paraId="14137C3C" w14:textId="77777777" w:rsidR="0062080A" w:rsidRDefault="00D92C70">
      <w:pPr>
        <w:spacing w:after="0"/>
      </w:pPr>
      <w:r>
        <w:rPr>
          <w:rFonts w:ascii="Arial" w:hAnsi="Arial"/>
          <w:b/>
        </w:rPr>
        <w:t xml:space="preserve">Participant#6:  </w:t>
      </w:r>
      <w:r>
        <w:rPr>
          <w:rFonts w:ascii="Arial" w:hAnsi="Arial"/>
          <w:color w:val="5D7284"/>
        </w:rPr>
        <w:t>36:09</w:t>
      </w:r>
    </w:p>
    <w:p w14:paraId="39D4E3E4" w14:textId="77777777" w:rsidR="0062080A" w:rsidRDefault="00D92C70">
      <w:pPr>
        <w:spacing w:after="0"/>
      </w:pPr>
      <w:r>
        <w:rPr>
          <w:rFonts w:ascii="Arial" w:hAnsi="Arial"/>
        </w:rPr>
        <w:t xml:space="preserve">I feel like as kids we used to make like whirlpools and like poles so I remember some kind of stuff about this. </w:t>
      </w:r>
    </w:p>
    <w:p w14:paraId="6FFBD3EC" w14:textId="77777777" w:rsidR="0062080A" w:rsidRDefault="0062080A">
      <w:pPr>
        <w:spacing w:after="0"/>
      </w:pPr>
    </w:p>
    <w:p w14:paraId="7120B9AF" w14:textId="77777777" w:rsidR="0062080A" w:rsidRDefault="00D92C70">
      <w:pPr>
        <w:spacing w:after="0"/>
      </w:pPr>
      <w:r>
        <w:rPr>
          <w:rFonts w:ascii="Arial" w:hAnsi="Arial"/>
          <w:b/>
        </w:rPr>
        <w:t xml:space="preserve">Interviewer P:  </w:t>
      </w:r>
      <w:r>
        <w:rPr>
          <w:rFonts w:ascii="Arial" w:hAnsi="Arial"/>
          <w:color w:val="5D7284"/>
        </w:rPr>
        <w:t>36:14</w:t>
      </w:r>
    </w:p>
    <w:p w14:paraId="2CC95C40" w14:textId="77777777" w:rsidR="0062080A" w:rsidRDefault="00D92C70">
      <w:pPr>
        <w:spacing w:after="0"/>
      </w:pPr>
      <w:r>
        <w:rPr>
          <w:rFonts w:ascii="Arial" w:hAnsi="Arial"/>
        </w:rPr>
        <w:t>Got it. Yeah, yeah, that's a good that's a good comparison. And I'm glad you said that. Alright, I'm gonna stop that video and the recorder.</w:t>
      </w:r>
    </w:p>
    <w:sectPr w:rsidR="0062080A" w:rsidSect="001216B9">
      <w:headerReference w:type="even" r:id="rId11"/>
      <w:headerReference w:type="default" r:id="rId12"/>
      <w:footerReference w:type="even" r:id="rId13"/>
      <w:footerReference w:type="default" r:id="rId14"/>
      <w:headerReference w:type="first" r:id="rId15"/>
      <w:footerReference w:type="first" r:id="rId16"/>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1FEF6E" w14:textId="77777777" w:rsidR="00ED3244" w:rsidRDefault="00ED3244">
      <w:pPr>
        <w:spacing w:after="0" w:line="240" w:lineRule="auto"/>
      </w:pPr>
      <w:r>
        <w:separator/>
      </w:r>
    </w:p>
  </w:endnote>
  <w:endnote w:type="continuationSeparator" w:id="0">
    <w:p w14:paraId="32C8662D" w14:textId="77777777" w:rsidR="00ED3244" w:rsidRDefault="00ED3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5B49F2F0" w14:textId="0D664EC5"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7BA4339" w14:textId="3F160B4F"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0DD35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14BB7FC" w14:textId="3CBEBC9E"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A7AEB9B" w14:textId="37CC26BC"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6D5F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8FD58C" w14:textId="77777777" w:rsidR="00ED3244" w:rsidRDefault="00ED3244">
      <w:pPr>
        <w:spacing w:after="0" w:line="240" w:lineRule="auto"/>
      </w:pPr>
      <w:r>
        <w:separator/>
      </w:r>
    </w:p>
  </w:footnote>
  <w:footnote w:type="continuationSeparator" w:id="0">
    <w:p w14:paraId="4B6704BD" w14:textId="77777777" w:rsidR="00ED3244" w:rsidRDefault="00ED32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B25ED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039F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962272"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165823022">
    <w:abstractNumId w:val="8"/>
  </w:num>
  <w:num w:numId="2" w16cid:durableId="1152212552">
    <w:abstractNumId w:val="6"/>
  </w:num>
  <w:num w:numId="3" w16cid:durableId="338116402">
    <w:abstractNumId w:val="5"/>
  </w:num>
  <w:num w:numId="4" w16cid:durableId="1398168876">
    <w:abstractNumId w:val="4"/>
  </w:num>
  <w:num w:numId="5" w16cid:durableId="957879248">
    <w:abstractNumId w:val="7"/>
  </w:num>
  <w:num w:numId="6" w16cid:durableId="594631897">
    <w:abstractNumId w:val="3"/>
  </w:num>
  <w:num w:numId="7" w16cid:durableId="261886475">
    <w:abstractNumId w:val="2"/>
  </w:num>
  <w:num w:numId="8" w16cid:durableId="1385325200">
    <w:abstractNumId w:val="1"/>
  </w:num>
  <w:num w:numId="9" w16cid:durableId="214651029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4A641F"/>
    <w:rsid w:val="004B593C"/>
    <w:rsid w:val="0062080A"/>
    <w:rsid w:val="006E2A8C"/>
    <w:rsid w:val="007749AF"/>
    <w:rsid w:val="00794EBC"/>
    <w:rsid w:val="00930F33"/>
    <w:rsid w:val="009C3AF0"/>
    <w:rsid w:val="00A12EE5"/>
    <w:rsid w:val="00AA1D8D"/>
    <w:rsid w:val="00B47730"/>
    <w:rsid w:val="00BA4C2B"/>
    <w:rsid w:val="00BD0140"/>
    <w:rsid w:val="00C24502"/>
    <w:rsid w:val="00CB0664"/>
    <w:rsid w:val="00D57E81"/>
    <w:rsid w:val="00D92C70"/>
    <w:rsid w:val="00ED3244"/>
    <w:rsid w:val="00FC693F"/>
    <w:rsid w:val="08E52D60"/>
    <w:rsid w:val="13F08F0F"/>
    <w:rsid w:val="34E9669B"/>
    <w:rsid w:val="39B1A637"/>
    <w:rsid w:val="5B8D045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7488BA5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customXml/itemProps2.xml><?xml version="1.0" encoding="utf-8"?>
<ds:datastoreItem xmlns:ds="http://schemas.openxmlformats.org/officeDocument/2006/customXml" ds:itemID="{9BB49B95-3975-4672-923C-35985333E8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D5D0169-44F4-43FB-B524-0566CC07C6C6}">
  <ds:schemaRefs>
    <ds:schemaRef ds:uri="http://schemas.microsoft.com/sharepoint/v3/contenttype/forms"/>
  </ds:schemaRefs>
</ds:datastoreItem>
</file>

<file path=customXml/itemProps4.xml><?xml version="1.0" encoding="utf-8"?>
<ds:datastoreItem xmlns:ds="http://schemas.openxmlformats.org/officeDocument/2006/customXml" ds:itemID="{DC2628A0-3A01-48E7-9AA3-E23B37C40BB3}">
  <ds:schemaRefs>
    <ds:schemaRef ds:uri="http://purl.org/dc/elements/1.1/"/>
    <ds:schemaRef ds:uri="http://www.w3.org/XML/1998/namespace"/>
    <ds:schemaRef ds:uri="http://purl.org/dc/terms/"/>
    <ds:schemaRef ds:uri="http://schemas.microsoft.com/office/infopath/2007/PartnerControls"/>
    <ds:schemaRef ds:uri="http://schemas.microsoft.com/sharepoint/v3"/>
    <ds:schemaRef ds:uri="http://schemas.microsoft.com/office/2006/documentManagement/types"/>
    <ds:schemaRef ds:uri="http://purl.org/dc/dcmitype/"/>
    <ds:schemaRef ds:uri="http://schemas.microsoft.com/office/2006/metadata/properties"/>
    <ds:schemaRef ds:uri="http://schemas.openxmlformats.org/package/2006/metadata/core-properties"/>
    <ds:schemaRef ds:uri="eeef5ad7-d6de-419e-9305-cd9bdd8d89a9"/>
    <ds:schemaRef ds:uri="5b1983e9-55b4-4f9e-a196-30376d2238a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3800</Words>
  <Characters>21664</Characters>
  <Application>Microsoft Office Word</Application>
  <DocSecurity>4</DocSecurity>
  <Lines>180</Lines>
  <Paragraphs>50</Paragraphs>
  <ScaleCrop>false</ScaleCrop>
  <Manager/>
  <Company/>
  <LinksUpToDate>false</LinksUpToDate>
  <CharactersWithSpaces>25414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Zukowski, Adam</cp:lastModifiedBy>
  <cp:revision>2</cp:revision>
  <dcterms:created xsi:type="dcterms:W3CDTF">2024-05-21T16:07:00Z</dcterms:created>
  <dcterms:modified xsi:type="dcterms:W3CDTF">2024-05-21T16:07:00Z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