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EC802" w14:textId="77777777" w:rsidR="00930F33" w:rsidRDefault="00930F33">
      <w:pPr>
        <w:spacing w:after="0"/>
        <w:rPr>
          <w:lang w:eastAsia="zh-CN"/>
        </w:rPr>
      </w:pPr>
    </w:p>
    <w:p w14:paraId="23ABD649" w14:textId="77777777" w:rsidR="005C7435" w:rsidRDefault="00043F3A">
      <w:r>
        <w:rPr>
          <w:rFonts w:ascii="Arial" w:hAnsi="Arial"/>
          <w:sz w:val="48"/>
        </w:rPr>
        <w:t>Participant #2</w:t>
      </w:r>
    </w:p>
    <w:p w14:paraId="12487508" w14:textId="7A427FFF" w:rsidR="005C7435" w:rsidRDefault="00043F3A">
      <w:r>
        <w:rPr>
          <w:rFonts w:ascii="Arial" w:hAnsi="Arial"/>
          <w:color w:val="4F6880"/>
        </w:rPr>
        <w:t xml:space="preserve">Fri, Jan 19, </w:t>
      </w:r>
      <w:r w:rsidR="003261F9">
        <w:rPr>
          <w:rFonts w:ascii="Arial" w:hAnsi="Arial"/>
          <w:color w:val="4F6880"/>
        </w:rPr>
        <w:t>2024,</w:t>
      </w:r>
      <w:r>
        <w:rPr>
          <w:rFonts w:ascii="Arial" w:hAnsi="Arial"/>
          <w:color w:val="4F6880"/>
        </w:rPr>
        <w:t xml:space="preserve"> 11:17AM • 41:03</w:t>
      </w:r>
    </w:p>
    <w:p w14:paraId="00BE6477" w14:textId="77777777" w:rsidR="005C7435" w:rsidRDefault="00043F3A">
      <w:pPr>
        <w:spacing w:before="440" w:after="0"/>
      </w:pPr>
      <w:r>
        <w:rPr>
          <w:rFonts w:ascii="Arial" w:hAnsi="Arial"/>
          <w:b/>
          <w:color w:val="4F6880"/>
        </w:rPr>
        <w:t>SUMMARY KEYWORDS</w:t>
      </w:r>
    </w:p>
    <w:p w14:paraId="2320D152" w14:textId="1427751C" w:rsidR="005C7435" w:rsidRDefault="00043F3A">
      <w:r>
        <w:rPr>
          <w:rFonts w:ascii="Arial" w:hAnsi="Arial"/>
          <w:color w:val="4F6880"/>
        </w:rPr>
        <w:t xml:space="preserve">water, bottom, moving, rotating, purple, tank, drop, tornado, dye, circle, time lapse video, sketch, top, staying, standstill, tendrils, lapping, thinking, colors, </w:t>
      </w:r>
      <w:r w:rsidR="003261F9">
        <w:rPr>
          <w:rFonts w:ascii="Arial" w:hAnsi="Arial"/>
          <w:color w:val="4F6880"/>
        </w:rPr>
        <w:t>temperature.</w:t>
      </w:r>
    </w:p>
    <w:p w14:paraId="3D0AF116" w14:textId="77777777" w:rsidR="005C7435" w:rsidRDefault="00043F3A">
      <w:pPr>
        <w:spacing w:before="440" w:after="0"/>
      </w:pPr>
      <w:r>
        <w:rPr>
          <w:rFonts w:ascii="Arial" w:hAnsi="Arial"/>
          <w:b/>
          <w:color w:val="4F6880"/>
        </w:rPr>
        <w:t>SPEAKERS</w:t>
      </w:r>
    </w:p>
    <w:p w14:paraId="67CFA41B" w14:textId="32607771" w:rsidR="005C7435" w:rsidRDefault="00043F3A">
      <w:r>
        <w:rPr>
          <w:rFonts w:ascii="Arial" w:hAnsi="Arial"/>
          <w:color w:val="4F6880"/>
        </w:rPr>
        <w:t>Participant #</w:t>
      </w:r>
      <w:r w:rsidR="003261F9">
        <w:rPr>
          <w:rFonts w:ascii="Arial" w:hAnsi="Arial"/>
          <w:color w:val="4F6880"/>
        </w:rPr>
        <w:t>2:</w:t>
      </w:r>
      <w:r>
        <w:rPr>
          <w:rFonts w:ascii="Arial" w:hAnsi="Arial"/>
          <w:color w:val="4F6880"/>
        </w:rPr>
        <w:t xml:space="preserve"> Interviewer P:</w:t>
      </w:r>
    </w:p>
    <w:p w14:paraId="23D79081" w14:textId="77777777" w:rsidR="005C7435" w:rsidRDefault="005C7435">
      <w:pPr>
        <w:spacing w:after="0"/>
      </w:pPr>
    </w:p>
    <w:p w14:paraId="1FCF5F89" w14:textId="77777777" w:rsidR="005C7435" w:rsidRDefault="00043F3A">
      <w:pPr>
        <w:spacing w:after="0"/>
      </w:pPr>
      <w:r>
        <w:rPr>
          <w:rFonts w:ascii="Arial" w:hAnsi="Arial"/>
          <w:b/>
        </w:rPr>
        <w:t xml:space="preserve">Interviewer P:  </w:t>
      </w:r>
      <w:r>
        <w:rPr>
          <w:rFonts w:ascii="Arial" w:hAnsi="Arial"/>
          <w:color w:val="5D7284"/>
        </w:rPr>
        <w:t>00:01</w:t>
      </w:r>
    </w:p>
    <w:p w14:paraId="7190C6DC" w14:textId="3C1E1214" w:rsidR="005C7435" w:rsidRDefault="00043F3A">
      <w:pPr>
        <w:spacing w:after="0"/>
      </w:pPr>
      <w:r>
        <w:rPr>
          <w:rFonts w:ascii="Arial" w:hAnsi="Arial"/>
        </w:rPr>
        <w:t xml:space="preserve">Okay, so this is participant number two. All right. </w:t>
      </w:r>
      <w:r w:rsidR="003261F9">
        <w:rPr>
          <w:rFonts w:ascii="Arial" w:hAnsi="Arial"/>
        </w:rPr>
        <w:t>So,</w:t>
      </w:r>
      <w:r>
        <w:rPr>
          <w:rFonts w:ascii="Arial" w:hAnsi="Arial"/>
        </w:rPr>
        <w:t xml:space="preserve"> what I'm gonna do is a little demonstration here with hot and cold water. </w:t>
      </w:r>
      <w:r w:rsidR="003261F9">
        <w:rPr>
          <w:rFonts w:ascii="Arial" w:hAnsi="Arial"/>
        </w:rPr>
        <w:t>So,</w:t>
      </w:r>
      <w:r>
        <w:rPr>
          <w:rFonts w:ascii="Arial" w:hAnsi="Arial"/>
        </w:rPr>
        <w:t xml:space="preserve"> you can see that there's a temperature difference. </w:t>
      </w:r>
      <w:r w:rsidR="003261F9">
        <w:rPr>
          <w:rFonts w:ascii="Arial" w:hAnsi="Arial"/>
        </w:rPr>
        <w:t>So,</w:t>
      </w:r>
      <w:r>
        <w:rPr>
          <w:rFonts w:ascii="Arial" w:hAnsi="Arial"/>
        </w:rPr>
        <w:t xml:space="preserve"> the colors kind of match what you would expect the temperature, red is high, and blue is cold. And </w:t>
      </w:r>
      <w:r w:rsidR="003261F9">
        <w:rPr>
          <w:rFonts w:ascii="Arial" w:hAnsi="Arial"/>
        </w:rPr>
        <w:t>so,</w:t>
      </w:r>
      <w:r>
        <w:rPr>
          <w:rFonts w:ascii="Arial" w:hAnsi="Arial"/>
        </w:rPr>
        <w:t xml:space="preserve"> I have this tank here with the dividing wall. And what I'm going to do is order them simultaneously into each side. So red warm over here, blue cold over here, that tank is a little bit leaky, and it's dividing completely hold them back. That's why I do it together. </w:t>
      </w:r>
      <w:r w:rsidR="003261F9">
        <w:rPr>
          <w:rFonts w:ascii="Arial" w:hAnsi="Arial"/>
        </w:rPr>
        <w:t>So,</w:t>
      </w:r>
      <w:r>
        <w:rPr>
          <w:rFonts w:ascii="Arial" w:hAnsi="Arial"/>
        </w:rPr>
        <w:t xml:space="preserve"> o</w:t>
      </w:r>
      <w:r>
        <w:rPr>
          <w:rFonts w:ascii="Arial" w:hAnsi="Arial"/>
        </w:rPr>
        <w:t xml:space="preserve">nce I pour it, then I will remove the dividing wall and two waters will have an opportunity to do whatever they do. </w:t>
      </w:r>
      <w:r w:rsidR="003261F9">
        <w:rPr>
          <w:rFonts w:ascii="Arial" w:hAnsi="Arial"/>
        </w:rPr>
        <w:t>So,</w:t>
      </w:r>
      <w:r>
        <w:rPr>
          <w:rFonts w:ascii="Arial" w:hAnsi="Arial"/>
        </w:rPr>
        <w:t xml:space="preserve"> what I would like to ask you to do is kind of make a prediction of what you think the water will look like after two minutes, or I'm sorry, after one minute, I was thinking participant number two, and putting that in here. That's why I said two thank you, but not one. And so we have some colored pencils here you can use whatever colors you want. And please sketch how you think the tank wil</w:t>
      </w:r>
      <w:r>
        <w:rPr>
          <w:rFonts w:ascii="Arial" w:hAnsi="Arial"/>
        </w:rPr>
        <w:t>l look one minute after the dividing wall is removed.</w:t>
      </w:r>
    </w:p>
    <w:p w14:paraId="5A29D9AF" w14:textId="77777777" w:rsidR="005C7435" w:rsidRDefault="005C7435">
      <w:pPr>
        <w:spacing w:after="0"/>
      </w:pPr>
    </w:p>
    <w:p w14:paraId="129100D8" w14:textId="77777777" w:rsidR="005C7435" w:rsidRDefault="00043F3A">
      <w:pPr>
        <w:spacing w:after="0"/>
      </w:pPr>
      <w:r>
        <w:rPr>
          <w:rFonts w:ascii="Arial" w:hAnsi="Arial"/>
          <w:b/>
        </w:rPr>
        <w:t xml:space="preserve">Participant #2:  </w:t>
      </w:r>
      <w:r>
        <w:rPr>
          <w:rFonts w:ascii="Arial" w:hAnsi="Arial"/>
          <w:color w:val="5D7284"/>
        </w:rPr>
        <w:t>01:29</w:t>
      </w:r>
    </w:p>
    <w:p w14:paraId="5FDA1205" w14:textId="77777777" w:rsidR="005C7435" w:rsidRDefault="00043F3A">
      <w:pPr>
        <w:spacing w:after="0"/>
      </w:pPr>
      <w:r>
        <w:rPr>
          <w:rFonts w:ascii="Arial" w:hAnsi="Arial"/>
        </w:rPr>
        <w:t>I can do that.</w:t>
      </w:r>
    </w:p>
    <w:p w14:paraId="4BF22275" w14:textId="77777777" w:rsidR="005C7435" w:rsidRDefault="005C7435">
      <w:pPr>
        <w:spacing w:after="0"/>
      </w:pPr>
    </w:p>
    <w:p w14:paraId="2320B7C6" w14:textId="77777777" w:rsidR="005C7435" w:rsidRDefault="00043F3A">
      <w:pPr>
        <w:spacing w:after="0"/>
      </w:pPr>
      <w:r>
        <w:rPr>
          <w:rFonts w:ascii="Arial" w:hAnsi="Arial"/>
          <w:b/>
        </w:rPr>
        <w:t xml:space="preserve">Interviewer P:  </w:t>
      </w:r>
      <w:r>
        <w:rPr>
          <w:rFonts w:ascii="Arial" w:hAnsi="Arial"/>
          <w:color w:val="5D7284"/>
        </w:rPr>
        <w:t>01:32</w:t>
      </w:r>
    </w:p>
    <w:p w14:paraId="3936F588" w14:textId="77777777" w:rsidR="005C7435" w:rsidRDefault="00043F3A">
      <w:pPr>
        <w:spacing w:after="0"/>
      </w:pPr>
      <w:r>
        <w:rPr>
          <w:rFonts w:ascii="Arial" w:hAnsi="Arial"/>
        </w:rPr>
        <w:t>Okay, great.</w:t>
      </w:r>
    </w:p>
    <w:p w14:paraId="0C762AA4" w14:textId="77777777" w:rsidR="005C7435" w:rsidRDefault="005C7435">
      <w:pPr>
        <w:spacing w:after="0"/>
      </w:pPr>
    </w:p>
    <w:p w14:paraId="2C4E8CF4" w14:textId="77777777" w:rsidR="005C7435" w:rsidRDefault="00043F3A">
      <w:pPr>
        <w:spacing w:after="0"/>
      </w:pPr>
      <w:r>
        <w:rPr>
          <w:rFonts w:ascii="Arial" w:hAnsi="Arial"/>
          <w:b/>
        </w:rPr>
        <w:t xml:space="preserve">Participant #2:  </w:t>
      </w:r>
      <w:r>
        <w:rPr>
          <w:rFonts w:ascii="Arial" w:hAnsi="Arial"/>
          <w:color w:val="5D7284"/>
        </w:rPr>
        <w:t>01:57</w:t>
      </w:r>
    </w:p>
    <w:p w14:paraId="5C822908" w14:textId="77777777" w:rsidR="005C7435" w:rsidRDefault="00043F3A">
      <w:pPr>
        <w:spacing w:after="0"/>
      </w:pPr>
      <w:r>
        <w:rPr>
          <w:rFonts w:ascii="Arial" w:hAnsi="Arial"/>
        </w:rPr>
        <w:t>Do you need more specifics?</w:t>
      </w:r>
    </w:p>
    <w:p w14:paraId="086D012F" w14:textId="77777777" w:rsidR="005C7435" w:rsidRDefault="005C7435">
      <w:pPr>
        <w:spacing w:after="0"/>
      </w:pPr>
    </w:p>
    <w:p w14:paraId="58D3236B" w14:textId="77777777" w:rsidR="005C7435" w:rsidRDefault="00043F3A">
      <w:pPr>
        <w:spacing w:after="0"/>
      </w:pPr>
      <w:r>
        <w:rPr>
          <w:rFonts w:ascii="Arial" w:hAnsi="Arial"/>
          <w:b/>
        </w:rPr>
        <w:t xml:space="preserve">Interviewer P:  </w:t>
      </w:r>
      <w:r>
        <w:rPr>
          <w:rFonts w:ascii="Arial" w:hAnsi="Arial"/>
          <w:color w:val="5D7284"/>
        </w:rPr>
        <w:t>01:59</w:t>
      </w:r>
    </w:p>
    <w:p w14:paraId="37029451" w14:textId="77777777" w:rsidR="005C7435" w:rsidRDefault="00043F3A">
      <w:pPr>
        <w:spacing w:after="0"/>
      </w:pPr>
      <w:r>
        <w:rPr>
          <w:rFonts w:ascii="Arial" w:hAnsi="Arial"/>
        </w:rPr>
        <w:t xml:space="preserve">Is that it? </w:t>
      </w:r>
    </w:p>
    <w:p w14:paraId="7900B619" w14:textId="77777777" w:rsidR="005C7435" w:rsidRDefault="005C7435">
      <w:pPr>
        <w:spacing w:after="0"/>
      </w:pPr>
    </w:p>
    <w:p w14:paraId="2B56D2A5" w14:textId="77777777" w:rsidR="005C7435" w:rsidRDefault="00043F3A">
      <w:pPr>
        <w:spacing w:after="0"/>
      </w:pPr>
      <w:r>
        <w:rPr>
          <w:rFonts w:ascii="Arial" w:hAnsi="Arial"/>
          <w:b/>
        </w:rPr>
        <w:t xml:space="preserve">Participant #2:  </w:t>
      </w:r>
      <w:r>
        <w:rPr>
          <w:rFonts w:ascii="Arial" w:hAnsi="Arial"/>
          <w:color w:val="5D7284"/>
        </w:rPr>
        <w:t>02:00</w:t>
      </w:r>
    </w:p>
    <w:p w14:paraId="3CDBDDA2" w14:textId="77777777" w:rsidR="005C7435" w:rsidRDefault="00043F3A">
      <w:pPr>
        <w:spacing w:after="0"/>
      </w:pPr>
      <w:r>
        <w:rPr>
          <w:rFonts w:ascii="Arial" w:hAnsi="Arial"/>
        </w:rPr>
        <w:t xml:space="preserve">Yeah. </w:t>
      </w:r>
    </w:p>
    <w:p w14:paraId="59D25396" w14:textId="77777777" w:rsidR="005C7435" w:rsidRDefault="005C7435">
      <w:pPr>
        <w:spacing w:after="0"/>
      </w:pPr>
    </w:p>
    <w:p w14:paraId="74DD831F" w14:textId="77777777" w:rsidR="005C7435" w:rsidRDefault="00043F3A">
      <w:pPr>
        <w:spacing w:after="0"/>
      </w:pPr>
      <w:r>
        <w:rPr>
          <w:rFonts w:ascii="Arial" w:hAnsi="Arial"/>
          <w:b/>
        </w:rPr>
        <w:t xml:space="preserve">Interviewer P:  </w:t>
      </w:r>
      <w:r>
        <w:rPr>
          <w:rFonts w:ascii="Arial" w:hAnsi="Arial"/>
          <w:color w:val="5D7284"/>
        </w:rPr>
        <w:t>02:01</w:t>
      </w:r>
    </w:p>
    <w:p w14:paraId="70FC3019" w14:textId="77777777" w:rsidR="005C7435" w:rsidRDefault="00043F3A">
      <w:pPr>
        <w:spacing w:after="0"/>
      </w:pPr>
      <w:r>
        <w:rPr>
          <w:rFonts w:ascii="Arial" w:hAnsi="Arial"/>
        </w:rPr>
        <w:lastRenderedPageBreak/>
        <w:t>Okay. So, tell me about it.</w:t>
      </w:r>
    </w:p>
    <w:p w14:paraId="15CE283E" w14:textId="77777777" w:rsidR="005C7435" w:rsidRDefault="005C7435">
      <w:pPr>
        <w:spacing w:after="0"/>
      </w:pPr>
    </w:p>
    <w:p w14:paraId="20EAA16D" w14:textId="77777777" w:rsidR="005C7435" w:rsidRDefault="00043F3A">
      <w:pPr>
        <w:spacing w:after="0"/>
      </w:pPr>
      <w:r>
        <w:rPr>
          <w:rFonts w:ascii="Arial" w:hAnsi="Arial"/>
          <w:b/>
        </w:rPr>
        <w:t xml:space="preserve">Participant #2:  </w:t>
      </w:r>
      <w:r>
        <w:rPr>
          <w:rFonts w:ascii="Arial" w:hAnsi="Arial"/>
          <w:color w:val="5D7284"/>
        </w:rPr>
        <w:t>02:04</w:t>
      </w:r>
    </w:p>
    <w:p w14:paraId="643F9056" w14:textId="1929529C" w:rsidR="005C7435" w:rsidRDefault="00043F3A">
      <w:pPr>
        <w:spacing w:after="0"/>
      </w:pPr>
      <w:r>
        <w:rPr>
          <w:rFonts w:ascii="Arial" w:hAnsi="Arial"/>
        </w:rPr>
        <w:t xml:space="preserve">Okay, so I indicated it purple just because of the colors. Yeah. And I don't, I think it'll just be warm so I don't think I wasn't going to indicate like, heat or anything, just because they would mix together. And instead of it being like warm, water and cold water, it would just be like </w:t>
      </w:r>
      <w:r w:rsidR="003261F9">
        <w:rPr>
          <w:rFonts w:ascii="Arial" w:hAnsi="Arial"/>
        </w:rPr>
        <w:t>lukewarm</w:t>
      </w:r>
      <w:r>
        <w:rPr>
          <w:rFonts w:ascii="Arial" w:hAnsi="Arial"/>
        </w:rPr>
        <w:t>.</w:t>
      </w:r>
    </w:p>
    <w:p w14:paraId="759126DB" w14:textId="77777777" w:rsidR="005C7435" w:rsidRDefault="005C7435">
      <w:pPr>
        <w:spacing w:after="0"/>
      </w:pPr>
    </w:p>
    <w:p w14:paraId="5C8C83D0" w14:textId="77777777" w:rsidR="005C7435" w:rsidRDefault="00043F3A">
      <w:pPr>
        <w:spacing w:after="0"/>
      </w:pPr>
      <w:r>
        <w:rPr>
          <w:rFonts w:ascii="Arial" w:hAnsi="Arial"/>
          <w:b/>
        </w:rPr>
        <w:t xml:space="preserve">Interviewer P:  </w:t>
      </w:r>
      <w:r>
        <w:rPr>
          <w:rFonts w:ascii="Arial" w:hAnsi="Arial"/>
          <w:color w:val="5D7284"/>
        </w:rPr>
        <w:t>02:20</w:t>
      </w:r>
    </w:p>
    <w:p w14:paraId="15A99DC1" w14:textId="0319B8A7" w:rsidR="005C7435" w:rsidRDefault="00043F3A">
      <w:pPr>
        <w:spacing w:after="0"/>
      </w:pPr>
      <w:r>
        <w:rPr>
          <w:rFonts w:ascii="Arial" w:hAnsi="Arial"/>
        </w:rPr>
        <w:t xml:space="preserve">Okay so, alright. And </w:t>
      </w:r>
      <w:r w:rsidR="003261F9">
        <w:rPr>
          <w:rFonts w:ascii="Arial" w:hAnsi="Arial"/>
        </w:rPr>
        <w:t>so,</w:t>
      </w:r>
      <w:r>
        <w:rPr>
          <w:rFonts w:ascii="Arial" w:hAnsi="Arial"/>
        </w:rPr>
        <w:t xml:space="preserve"> since they are going to start out red and blue and ultimately become, purple they're going to have to combine or move in some way. Can you tell me and maybe you want to use your hands, to show me like, how do you think that the two different colored waters are going to move one side and move? Remove the dividing wall?</w:t>
      </w:r>
    </w:p>
    <w:p w14:paraId="2715AAC4" w14:textId="77777777" w:rsidR="005C7435" w:rsidRDefault="005C7435">
      <w:pPr>
        <w:spacing w:after="0"/>
      </w:pPr>
    </w:p>
    <w:p w14:paraId="0544D6C8" w14:textId="77777777" w:rsidR="005C7435" w:rsidRDefault="00043F3A">
      <w:pPr>
        <w:spacing w:after="0"/>
      </w:pPr>
      <w:r>
        <w:rPr>
          <w:rFonts w:ascii="Arial" w:hAnsi="Arial"/>
          <w:b/>
        </w:rPr>
        <w:t xml:space="preserve">Participant #2:  </w:t>
      </w:r>
      <w:r>
        <w:rPr>
          <w:rFonts w:ascii="Arial" w:hAnsi="Arial"/>
          <w:color w:val="5D7284"/>
        </w:rPr>
        <w:t>02:44</w:t>
      </w:r>
    </w:p>
    <w:p w14:paraId="3CF06543" w14:textId="77777777" w:rsidR="005C7435" w:rsidRDefault="00043F3A">
      <w:pPr>
        <w:spacing w:after="0"/>
      </w:pPr>
      <w:r>
        <w:rPr>
          <w:rFonts w:ascii="Arial" w:hAnsi="Arial"/>
        </w:rPr>
        <w:t>They'll collide together. Right?</w:t>
      </w:r>
    </w:p>
    <w:p w14:paraId="6D69946D" w14:textId="77777777" w:rsidR="005C7435" w:rsidRDefault="005C7435">
      <w:pPr>
        <w:spacing w:after="0"/>
      </w:pPr>
    </w:p>
    <w:p w14:paraId="067018AE" w14:textId="77777777" w:rsidR="005C7435" w:rsidRDefault="00043F3A">
      <w:pPr>
        <w:spacing w:after="0"/>
      </w:pPr>
      <w:r>
        <w:rPr>
          <w:rFonts w:ascii="Arial" w:hAnsi="Arial"/>
          <w:b/>
        </w:rPr>
        <w:t xml:space="preserve">Interviewer P:  </w:t>
      </w:r>
      <w:r>
        <w:rPr>
          <w:rFonts w:ascii="Arial" w:hAnsi="Arial"/>
          <w:color w:val="5D7284"/>
        </w:rPr>
        <w:t>02:46</w:t>
      </w:r>
    </w:p>
    <w:p w14:paraId="156F8116" w14:textId="6F06F079" w:rsidR="005C7435" w:rsidRDefault="00043F3A">
      <w:pPr>
        <w:spacing w:after="0"/>
      </w:pPr>
      <w:r>
        <w:rPr>
          <w:rFonts w:ascii="Arial" w:hAnsi="Arial"/>
        </w:rPr>
        <w:t xml:space="preserve">Just like, </w:t>
      </w:r>
      <w:r w:rsidR="003261F9">
        <w:rPr>
          <w:rFonts w:ascii="Arial" w:hAnsi="Arial"/>
        </w:rPr>
        <w:t>kind of</w:t>
      </w:r>
      <w:r>
        <w:rPr>
          <w:rFonts w:ascii="Arial" w:hAnsi="Arial"/>
        </w:rPr>
        <w:t xml:space="preserve"> like that?</w:t>
      </w:r>
    </w:p>
    <w:p w14:paraId="71B7F378" w14:textId="77777777" w:rsidR="005C7435" w:rsidRDefault="005C7435">
      <w:pPr>
        <w:spacing w:after="0"/>
      </w:pPr>
    </w:p>
    <w:p w14:paraId="39043190" w14:textId="77777777" w:rsidR="005C7435" w:rsidRDefault="00043F3A">
      <w:pPr>
        <w:spacing w:after="0"/>
      </w:pPr>
      <w:r>
        <w:rPr>
          <w:rFonts w:ascii="Arial" w:hAnsi="Arial"/>
          <w:b/>
        </w:rPr>
        <w:t xml:space="preserve">Participant #2:  </w:t>
      </w:r>
      <w:r>
        <w:rPr>
          <w:rFonts w:ascii="Arial" w:hAnsi="Arial"/>
          <w:color w:val="5D7284"/>
        </w:rPr>
        <w:t>02:48</w:t>
      </w:r>
    </w:p>
    <w:p w14:paraId="70EE3B99" w14:textId="77777777" w:rsidR="005C7435" w:rsidRDefault="00043F3A">
      <w:pPr>
        <w:spacing w:after="0"/>
      </w:pPr>
      <w:r>
        <w:rPr>
          <w:rFonts w:ascii="Arial" w:hAnsi="Arial"/>
        </w:rPr>
        <w:t>Yeah, and it'll probably go into one and then the like, move back and forth like a little wave.</w:t>
      </w:r>
    </w:p>
    <w:p w14:paraId="7E71580F" w14:textId="77777777" w:rsidR="005C7435" w:rsidRDefault="005C7435">
      <w:pPr>
        <w:spacing w:after="0"/>
      </w:pPr>
    </w:p>
    <w:p w14:paraId="5D4C44D6" w14:textId="77777777" w:rsidR="005C7435" w:rsidRDefault="00043F3A">
      <w:pPr>
        <w:spacing w:after="0"/>
      </w:pPr>
      <w:r>
        <w:rPr>
          <w:rFonts w:ascii="Arial" w:hAnsi="Arial"/>
          <w:b/>
        </w:rPr>
        <w:t xml:space="preserve">Interviewer P:  </w:t>
      </w:r>
      <w:r>
        <w:rPr>
          <w:rFonts w:ascii="Arial" w:hAnsi="Arial"/>
          <w:color w:val="5D7284"/>
        </w:rPr>
        <w:t>02:54</w:t>
      </w:r>
    </w:p>
    <w:p w14:paraId="51F9BCA7" w14:textId="38CF674F" w:rsidR="005C7435" w:rsidRDefault="00043F3A">
      <w:pPr>
        <w:spacing w:after="0"/>
      </w:pPr>
      <w:r>
        <w:rPr>
          <w:rFonts w:ascii="Arial" w:hAnsi="Arial"/>
        </w:rPr>
        <w:t xml:space="preserve">No, that's cool. Okay, so let's go ahead and do this. And then sometimes I get a little bit slopy and I'm also going to time it for a minute because we said for a </w:t>
      </w:r>
      <w:r w:rsidR="003261F9">
        <w:rPr>
          <w:rFonts w:ascii="Arial" w:hAnsi="Arial"/>
        </w:rPr>
        <w:t>minute,</w:t>
      </w:r>
      <w:r>
        <w:rPr>
          <w:rFonts w:ascii="Arial" w:hAnsi="Arial"/>
        </w:rPr>
        <w:t xml:space="preserve"> so we'll just see what it looks like after that amount of time.</w:t>
      </w:r>
    </w:p>
    <w:p w14:paraId="74C7369F" w14:textId="77777777" w:rsidR="005C7435" w:rsidRDefault="005C7435">
      <w:pPr>
        <w:spacing w:after="0"/>
      </w:pPr>
    </w:p>
    <w:p w14:paraId="19875771" w14:textId="77777777" w:rsidR="005C7435" w:rsidRDefault="00043F3A">
      <w:pPr>
        <w:spacing w:after="0"/>
      </w:pPr>
      <w:r>
        <w:rPr>
          <w:rFonts w:ascii="Arial" w:hAnsi="Arial"/>
          <w:b/>
        </w:rPr>
        <w:t xml:space="preserve">Participant #2:  </w:t>
      </w:r>
      <w:r>
        <w:rPr>
          <w:rFonts w:ascii="Arial" w:hAnsi="Arial"/>
          <w:color w:val="5D7284"/>
        </w:rPr>
        <w:t>04:24</w:t>
      </w:r>
    </w:p>
    <w:p w14:paraId="78325041" w14:textId="07BB17F2" w:rsidR="005C7435" w:rsidRDefault="00043F3A">
      <w:pPr>
        <w:spacing w:after="0"/>
      </w:pPr>
      <w:r>
        <w:rPr>
          <w:rFonts w:ascii="Arial" w:hAnsi="Arial"/>
        </w:rPr>
        <w:t>Okay, I was really wrong here.</w:t>
      </w:r>
      <w:r w:rsidR="003261F9">
        <w:rPr>
          <w:rFonts w:ascii="Arial" w:hAnsi="Arial"/>
        </w:rPr>
        <w:t xml:space="preserve"> </w:t>
      </w:r>
      <w:r>
        <w:rPr>
          <w:rFonts w:ascii="Arial" w:hAnsi="Arial"/>
        </w:rPr>
        <w:t xml:space="preserve">That's so interesting. It's like in the middle like they want to mix the other. But like they just can't. That's so awesome. </w:t>
      </w:r>
    </w:p>
    <w:p w14:paraId="3D3DD562" w14:textId="77777777" w:rsidR="005C7435" w:rsidRDefault="005C7435">
      <w:pPr>
        <w:spacing w:after="0"/>
      </w:pPr>
    </w:p>
    <w:p w14:paraId="082FEF8A" w14:textId="77777777" w:rsidR="005C7435" w:rsidRDefault="00043F3A">
      <w:pPr>
        <w:spacing w:after="0"/>
      </w:pPr>
      <w:r>
        <w:rPr>
          <w:rFonts w:ascii="Arial" w:hAnsi="Arial"/>
          <w:b/>
        </w:rPr>
        <w:t xml:space="preserve">Interviewer P:  </w:t>
      </w:r>
      <w:r>
        <w:rPr>
          <w:rFonts w:ascii="Arial" w:hAnsi="Arial"/>
          <w:color w:val="5D7284"/>
        </w:rPr>
        <w:t>04:40</w:t>
      </w:r>
    </w:p>
    <w:p w14:paraId="320539EE" w14:textId="77777777" w:rsidR="005C7435" w:rsidRDefault="00043F3A">
      <w:pPr>
        <w:spacing w:after="0"/>
      </w:pPr>
      <w:r>
        <w:rPr>
          <w:rFonts w:ascii="Arial" w:hAnsi="Arial"/>
        </w:rPr>
        <w:t>So that's surprising.</w:t>
      </w:r>
    </w:p>
    <w:p w14:paraId="0D8C2D2A" w14:textId="77777777" w:rsidR="005C7435" w:rsidRDefault="005C7435">
      <w:pPr>
        <w:spacing w:after="0"/>
      </w:pPr>
    </w:p>
    <w:p w14:paraId="55AD6598" w14:textId="77777777" w:rsidR="005C7435" w:rsidRDefault="00043F3A">
      <w:pPr>
        <w:spacing w:after="0"/>
      </w:pPr>
      <w:r>
        <w:rPr>
          <w:rFonts w:ascii="Arial" w:hAnsi="Arial"/>
          <w:b/>
        </w:rPr>
        <w:t xml:space="preserve">Participant #2:  </w:t>
      </w:r>
      <w:r>
        <w:rPr>
          <w:rFonts w:ascii="Arial" w:hAnsi="Arial"/>
          <w:color w:val="5D7284"/>
        </w:rPr>
        <w:t>04:41</w:t>
      </w:r>
    </w:p>
    <w:p w14:paraId="781F610A" w14:textId="36C78B90" w:rsidR="005C7435" w:rsidRDefault="003261F9">
      <w:pPr>
        <w:spacing w:after="0"/>
      </w:pPr>
      <w:r>
        <w:rPr>
          <w:rFonts w:ascii="Arial" w:hAnsi="Arial"/>
        </w:rPr>
        <w:t xml:space="preserve">Yeah, so that's, I wouldn't even guess that. Wow. That's really interesting. </w:t>
      </w:r>
    </w:p>
    <w:p w14:paraId="66DAC141" w14:textId="77777777" w:rsidR="005C7435" w:rsidRDefault="005C7435">
      <w:pPr>
        <w:spacing w:after="0"/>
      </w:pPr>
    </w:p>
    <w:p w14:paraId="7134C7C8" w14:textId="77777777" w:rsidR="005C7435" w:rsidRDefault="00043F3A">
      <w:pPr>
        <w:spacing w:after="0"/>
      </w:pPr>
      <w:r>
        <w:rPr>
          <w:rFonts w:ascii="Arial" w:hAnsi="Arial"/>
          <w:b/>
        </w:rPr>
        <w:t xml:space="preserve">Interviewer P:  </w:t>
      </w:r>
      <w:r>
        <w:rPr>
          <w:rFonts w:ascii="Arial" w:hAnsi="Arial"/>
          <w:color w:val="5D7284"/>
        </w:rPr>
        <w:t>04:49</w:t>
      </w:r>
    </w:p>
    <w:p w14:paraId="10E13673" w14:textId="77777777" w:rsidR="005C7435" w:rsidRDefault="00043F3A">
      <w:pPr>
        <w:spacing w:after="0"/>
      </w:pPr>
      <w:r>
        <w:rPr>
          <w:rFonts w:ascii="Arial" w:hAnsi="Arial"/>
        </w:rPr>
        <w:t xml:space="preserve">So, can you describe how it did move? What did it move that way that you thought it would? </w:t>
      </w:r>
    </w:p>
    <w:p w14:paraId="2AF297BF" w14:textId="77777777" w:rsidR="005C7435" w:rsidRDefault="005C7435">
      <w:pPr>
        <w:spacing w:after="0"/>
      </w:pPr>
    </w:p>
    <w:p w14:paraId="37B4362E" w14:textId="77777777" w:rsidR="005C7435" w:rsidRDefault="00043F3A">
      <w:pPr>
        <w:spacing w:after="0"/>
      </w:pPr>
      <w:r>
        <w:rPr>
          <w:rFonts w:ascii="Arial" w:hAnsi="Arial"/>
          <w:b/>
        </w:rPr>
        <w:t xml:space="preserve">Participant #2:  </w:t>
      </w:r>
      <w:r>
        <w:rPr>
          <w:rFonts w:ascii="Arial" w:hAnsi="Arial"/>
          <w:color w:val="5D7284"/>
        </w:rPr>
        <w:t>04:56</w:t>
      </w:r>
    </w:p>
    <w:p w14:paraId="178F5A9B" w14:textId="1C6D4041" w:rsidR="005C7435" w:rsidRDefault="00043F3A">
      <w:pPr>
        <w:spacing w:after="0"/>
      </w:pPr>
      <w:r>
        <w:rPr>
          <w:rFonts w:ascii="Arial" w:hAnsi="Arial"/>
        </w:rPr>
        <w:t xml:space="preserve">So, soon as they collided the cold water, pushed itself under the hot water and now they're just like completely separate like they just moved </w:t>
      </w:r>
      <w:r w:rsidR="003261F9">
        <w:rPr>
          <w:rFonts w:ascii="Arial" w:hAnsi="Arial"/>
        </w:rPr>
        <w:t>from this</w:t>
      </w:r>
      <w:r>
        <w:rPr>
          <w:rFonts w:ascii="Arial" w:hAnsi="Arial"/>
        </w:rPr>
        <w:t xml:space="preserve"> to this.</w:t>
      </w:r>
    </w:p>
    <w:p w14:paraId="7193A241" w14:textId="77777777" w:rsidR="005C7435" w:rsidRDefault="005C7435">
      <w:pPr>
        <w:spacing w:after="0"/>
      </w:pPr>
    </w:p>
    <w:p w14:paraId="47C48F6C" w14:textId="77777777" w:rsidR="005C7435" w:rsidRDefault="00043F3A">
      <w:pPr>
        <w:spacing w:after="0"/>
      </w:pPr>
      <w:r>
        <w:rPr>
          <w:rFonts w:ascii="Arial" w:hAnsi="Arial"/>
          <w:b/>
        </w:rPr>
        <w:lastRenderedPageBreak/>
        <w:t xml:space="preserve">Interviewer P:  </w:t>
      </w:r>
      <w:r>
        <w:rPr>
          <w:rFonts w:ascii="Arial" w:hAnsi="Arial"/>
          <w:color w:val="5D7284"/>
        </w:rPr>
        <w:t>05:12</w:t>
      </w:r>
    </w:p>
    <w:p w14:paraId="5ABF0D28" w14:textId="77777777" w:rsidR="005C7435" w:rsidRDefault="00043F3A">
      <w:pPr>
        <w:spacing w:after="0"/>
      </w:pPr>
      <w:r>
        <w:rPr>
          <w:rFonts w:ascii="Arial" w:hAnsi="Arial"/>
        </w:rPr>
        <w:t>Without physical between them.</w:t>
      </w:r>
    </w:p>
    <w:p w14:paraId="6E689916" w14:textId="77777777" w:rsidR="005C7435" w:rsidRDefault="005C7435">
      <w:pPr>
        <w:spacing w:after="0"/>
      </w:pPr>
    </w:p>
    <w:p w14:paraId="3DC5CDDD" w14:textId="77777777" w:rsidR="005C7435" w:rsidRDefault="00043F3A">
      <w:pPr>
        <w:spacing w:after="0"/>
      </w:pPr>
      <w:r>
        <w:rPr>
          <w:rFonts w:ascii="Arial" w:hAnsi="Arial"/>
          <w:b/>
        </w:rPr>
        <w:t xml:space="preserve">Participant #2:  </w:t>
      </w:r>
      <w:r>
        <w:rPr>
          <w:rFonts w:ascii="Arial" w:hAnsi="Arial"/>
          <w:color w:val="5D7284"/>
        </w:rPr>
        <w:t>05:14</w:t>
      </w:r>
    </w:p>
    <w:p w14:paraId="68776E46" w14:textId="77777777" w:rsidR="005C7435" w:rsidRDefault="00043F3A">
      <w:pPr>
        <w:spacing w:after="0"/>
      </w:pPr>
      <w:r>
        <w:rPr>
          <w:rFonts w:ascii="Arial" w:hAnsi="Arial"/>
        </w:rPr>
        <w:t>Yeah, wow, I'm shocked.</w:t>
      </w:r>
    </w:p>
    <w:p w14:paraId="48CE6F36" w14:textId="77777777" w:rsidR="005C7435" w:rsidRDefault="005C7435">
      <w:pPr>
        <w:spacing w:after="0"/>
      </w:pPr>
    </w:p>
    <w:p w14:paraId="328D4728" w14:textId="77777777" w:rsidR="005C7435" w:rsidRDefault="00043F3A">
      <w:pPr>
        <w:spacing w:after="0"/>
      </w:pPr>
      <w:r>
        <w:rPr>
          <w:rFonts w:ascii="Arial" w:hAnsi="Arial"/>
          <w:b/>
        </w:rPr>
        <w:t xml:space="preserve">Interviewer P:  </w:t>
      </w:r>
      <w:r>
        <w:rPr>
          <w:rFonts w:ascii="Arial" w:hAnsi="Arial"/>
          <w:color w:val="5D7284"/>
        </w:rPr>
        <w:t>05:20</w:t>
      </w:r>
    </w:p>
    <w:p w14:paraId="70EF8984" w14:textId="61826FEA" w:rsidR="005C7435" w:rsidRDefault="00043F3A">
      <w:pPr>
        <w:spacing w:after="0"/>
      </w:pPr>
      <w:r>
        <w:rPr>
          <w:rFonts w:ascii="Arial" w:hAnsi="Arial"/>
        </w:rPr>
        <w:t xml:space="preserve">And </w:t>
      </w:r>
      <w:r w:rsidR="003261F9">
        <w:rPr>
          <w:rFonts w:ascii="Arial" w:hAnsi="Arial"/>
        </w:rPr>
        <w:t>so,</w:t>
      </w:r>
      <w:r>
        <w:rPr>
          <w:rFonts w:ascii="Arial" w:hAnsi="Arial"/>
        </w:rPr>
        <w:t xml:space="preserve"> do you think that it will ever look like that?</w:t>
      </w:r>
    </w:p>
    <w:p w14:paraId="307B91CD" w14:textId="77777777" w:rsidR="005C7435" w:rsidRDefault="005C7435">
      <w:pPr>
        <w:spacing w:after="0"/>
      </w:pPr>
    </w:p>
    <w:p w14:paraId="0F954143" w14:textId="77777777" w:rsidR="005C7435" w:rsidRDefault="00043F3A">
      <w:pPr>
        <w:spacing w:after="0"/>
      </w:pPr>
      <w:r>
        <w:rPr>
          <w:rFonts w:ascii="Arial" w:hAnsi="Arial"/>
          <w:b/>
        </w:rPr>
        <w:t xml:space="preserve">Participant #2:  </w:t>
      </w:r>
      <w:r>
        <w:rPr>
          <w:rFonts w:ascii="Arial" w:hAnsi="Arial"/>
          <w:color w:val="5D7284"/>
        </w:rPr>
        <w:t>05:27</w:t>
      </w:r>
    </w:p>
    <w:p w14:paraId="6BF56E5F" w14:textId="1D37423B" w:rsidR="005C7435" w:rsidRDefault="00043F3A">
      <w:pPr>
        <w:spacing w:after="0"/>
      </w:pPr>
      <w:r>
        <w:rPr>
          <w:rFonts w:ascii="Arial" w:hAnsi="Arial"/>
        </w:rPr>
        <w:t xml:space="preserve">Yes because if the temperature changes like the become one temperature I think maybe I don't think they'll ever be I don't know they might become purple at some point but, I feel like once </w:t>
      </w:r>
      <w:r w:rsidR="003261F9">
        <w:rPr>
          <w:rFonts w:ascii="Arial" w:hAnsi="Arial"/>
        </w:rPr>
        <w:t>they</w:t>
      </w:r>
      <w:r>
        <w:rPr>
          <w:rFonts w:ascii="Arial" w:hAnsi="Arial"/>
        </w:rPr>
        <w:t xml:space="preserve"> get both to the same temperature they will maybe, I don't know.</w:t>
      </w:r>
    </w:p>
    <w:p w14:paraId="419813D8" w14:textId="77777777" w:rsidR="005C7435" w:rsidRDefault="005C7435">
      <w:pPr>
        <w:spacing w:after="0"/>
      </w:pPr>
    </w:p>
    <w:p w14:paraId="023E1D83" w14:textId="77777777" w:rsidR="005C7435" w:rsidRDefault="00043F3A">
      <w:pPr>
        <w:spacing w:after="0"/>
      </w:pPr>
      <w:r>
        <w:rPr>
          <w:rFonts w:ascii="Arial" w:hAnsi="Arial"/>
          <w:b/>
        </w:rPr>
        <w:t xml:space="preserve">Interviewer P:  </w:t>
      </w:r>
      <w:r>
        <w:rPr>
          <w:rFonts w:ascii="Arial" w:hAnsi="Arial"/>
          <w:color w:val="5D7284"/>
        </w:rPr>
        <w:t>05:49</w:t>
      </w:r>
    </w:p>
    <w:p w14:paraId="23FEEE7A" w14:textId="77777777" w:rsidR="005C7435" w:rsidRDefault="00043F3A">
      <w:pPr>
        <w:spacing w:after="0"/>
      </w:pPr>
      <w:r>
        <w:rPr>
          <w:rFonts w:ascii="Arial" w:hAnsi="Arial"/>
        </w:rPr>
        <w:t>And if that happened about how long do you think that it would take?</w:t>
      </w:r>
    </w:p>
    <w:p w14:paraId="060F8788" w14:textId="77777777" w:rsidR="005C7435" w:rsidRDefault="005C7435">
      <w:pPr>
        <w:spacing w:after="0"/>
      </w:pPr>
    </w:p>
    <w:p w14:paraId="1CCF2248" w14:textId="77777777" w:rsidR="005C7435" w:rsidRDefault="00043F3A">
      <w:pPr>
        <w:spacing w:after="0"/>
      </w:pPr>
      <w:r>
        <w:rPr>
          <w:rFonts w:ascii="Arial" w:hAnsi="Arial"/>
          <w:b/>
        </w:rPr>
        <w:t xml:space="preserve">Participant #2:  </w:t>
      </w:r>
      <w:r>
        <w:rPr>
          <w:rFonts w:ascii="Arial" w:hAnsi="Arial"/>
          <w:color w:val="5D7284"/>
        </w:rPr>
        <w:t>05:53</w:t>
      </w:r>
    </w:p>
    <w:p w14:paraId="5162EEA2" w14:textId="77777777" w:rsidR="005C7435" w:rsidRDefault="00043F3A">
      <w:pPr>
        <w:spacing w:after="0"/>
      </w:pPr>
      <w:r>
        <w:rPr>
          <w:rFonts w:ascii="Arial" w:hAnsi="Arial"/>
        </w:rPr>
        <w:t>A couple hours. Yeah.</w:t>
      </w:r>
    </w:p>
    <w:p w14:paraId="5B69ABD2" w14:textId="77777777" w:rsidR="005C7435" w:rsidRDefault="005C7435">
      <w:pPr>
        <w:spacing w:after="0"/>
      </w:pPr>
    </w:p>
    <w:p w14:paraId="7FF17180" w14:textId="77777777" w:rsidR="005C7435" w:rsidRDefault="00043F3A">
      <w:pPr>
        <w:spacing w:after="0"/>
      </w:pPr>
      <w:r>
        <w:rPr>
          <w:rFonts w:ascii="Arial" w:hAnsi="Arial"/>
          <w:b/>
        </w:rPr>
        <w:t xml:space="preserve">Interviewer P:  </w:t>
      </w:r>
      <w:r>
        <w:rPr>
          <w:rFonts w:ascii="Arial" w:hAnsi="Arial"/>
          <w:color w:val="5D7284"/>
        </w:rPr>
        <w:t>06:02</w:t>
      </w:r>
    </w:p>
    <w:p w14:paraId="6C9C3003" w14:textId="77777777" w:rsidR="005C7435" w:rsidRDefault="00043F3A">
      <w:pPr>
        <w:spacing w:after="0"/>
      </w:pPr>
      <w:r>
        <w:rPr>
          <w:rFonts w:ascii="Arial" w:hAnsi="Arial"/>
        </w:rPr>
        <w:t xml:space="preserve">All right so my </w:t>
      </w:r>
      <w:r>
        <w:rPr>
          <w:rFonts w:ascii="Arial" w:hAnsi="Arial"/>
        </w:rPr>
        <w:t>research assistant Erika, that you emailed but she last week she made a video a time lapse video of this let me move it over here. I'm not blocking that video. And she did it for an hour.</w:t>
      </w:r>
    </w:p>
    <w:p w14:paraId="3EEACE50" w14:textId="77777777" w:rsidR="005C7435" w:rsidRDefault="005C7435">
      <w:pPr>
        <w:spacing w:after="0"/>
      </w:pPr>
    </w:p>
    <w:p w14:paraId="50F9AA34" w14:textId="77777777" w:rsidR="005C7435" w:rsidRDefault="00043F3A">
      <w:pPr>
        <w:spacing w:after="0"/>
      </w:pPr>
      <w:r>
        <w:rPr>
          <w:rFonts w:ascii="Arial" w:hAnsi="Arial"/>
          <w:b/>
        </w:rPr>
        <w:t xml:space="preserve">Participant #2:  </w:t>
      </w:r>
      <w:r>
        <w:rPr>
          <w:rFonts w:ascii="Arial" w:hAnsi="Arial"/>
          <w:color w:val="5D7284"/>
        </w:rPr>
        <w:t>06:22</w:t>
      </w:r>
    </w:p>
    <w:p w14:paraId="15037040" w14:textId="77777777" w:rsidR="005C7435" w:rsidRDefault="00043F3A">
      <w:pPr>
        <w:spacing w:after="0"/>
      </w:pPr>
      <w:r>
        <w:rPr>
          <w:rFonts w:ascii="Arial" w:hAnsi="Arial"/>
        </w:rPr>
        <w:t>She left it for an hour, okay.</w:t>
      </w:r>
    </w:p>
    <w:p w14:paraId="3FF5F52E" w14:textId="77777777" w:rsidR="005C7435" w:rsidRDefault="005C7435">
      <w:pPr>
        <w:spacing w:after="0"/>
      </w:pPr>
    </w:p>
    <w:p w14:paraId="59CBCCD0" w14:textId="77777777" w:rsidR="005C7435" w:rsidRDefault="00043F3A">
      <w:pPr>
        <w:spacing w:after="0"/>
      </w:pPr>
      <w:r>
        <w:rPr>
          <w:rFonts w:ascii="Arial" w:hAnsi="Arial"/>
          <w:b/>
        </w:rPr>
        <w:t xml:space="preserve">Interviewer P:  </w:t>
      </w:r>
      <w:r>
        <w:rPr>
          <w:rFonts w:ascii="Arial" w:hAnsi="Arial"/>
          <w:color w:val="5D7284"/>
        </w:rPr>
        <w:t>06:23</w:t>
      </w:r>
    </w:p>
    <w:p w14:paraId="7A7D1F00" w14:textId="18A242EA" w:rsidR="005C7435" w:rsidRDefault="00043F3A">
      <w:pPr>
        <w:spacing w:after="0"/>
      </w:pPr>
      <w:r>
        <w:rPr>
          <w:rFonts w:ascii="Arial" w:hAnsi="Arial"/>
        </w:rPr>
        <w:t xml:space="preserve">She left it for an hour and did a time lapse video and then she so this is an hour in 33 seconds. Stop it. </w:t>
      </w:r>
      <w:r w:rsidR="003261F9">
        <w:rPr>
          <w:rFonts w:ascii="Arial" w:hAnsi="Arial"/>
        </w:rPr>
        <w:t>So,</w:t>
      </w:r>
      <w:r>
        <w:rPr>
          <w:rFonts w:ascii="Arial" w:hAnsi="Arial"/>
        </w:rPr>
        <w:t xml:space="preserve"> does that surprise you?</w:t>
      </w:r>
    </w:p>
    <w:p w14:paraId="2D1B423B" w14:textId="77777777" w:rsidR="005C7435" w:rsidRDefault="005C7435">
      <w:pPr>
        <w:spacing w:after="0"/>
      </w:pPr>
    </w:p>
    <w:p w14:paraId="09C8953F" w14:textId="77777777" w:rsidR="005C7435" w:rsidRDefault="00043F3A">
      <w:pPr>
        <w:spacing w:after="0"/>
      </w:pPr>
      <w:r>
        <w:rPr>
          <w:rFonts w:ascii="Arial" w:hAnsi="Arial"/>
          <w:b/>
        </w:rPr>
        <w:t xml:space="preserve">Participant #2:  </w:t>
      </w:r>
      <w:r>
        <w:rPr>
          <w:rFonts w:ascii="Arial" w:hAnsi="Arial"/>
          <w:color w:val="5D7284"/>
        </w:rPr>
        <w:t>07:21</w:t>
      </w:r>
    </w:p>
    <w:p w14:paraId="6F12541F" w14:textId="77777777" w:rsidR="005C7435" w:rsidRDefault="00043F3A">
      <w:pPr>
        <w:spacing w:after="0"/>
      </w:pPr>
      <w:r>
        <w:rPr>
          <w:rFonts w:ascii="Arial" w:hAnsi="Arial"/>
        </w:rPr>
        <w:t>No. Interestingly enough like it doesn't I think maybe it the blue. Maybe it's just the color that like overpowers that like the blue overpowers the orange. I don't know. That's that's interesting, too.</w:t>
      </w:r>
    </w:p>
    <w:p w14:paraId="2D3218FB" w14:textId="77777777" w:rsidR="005C7435" w:rsidRDefault="005C7435">
      <w:pPr>
        <w:spacing w:after="0"/>
      </w:pPr>
    </w:p>
    <w:p w14:paraId="75F5286D" w14:textId="77777777" w:rsidR="005C7435" w:rsidRDefault="00043F3A">
      <w:pPr>
        <w:spacing w:after="0"/>
      </w:pPr>
      <w:r>
        <w:rPr>
          <w:rFonts w:ascii="Arial" w:hAnsi="Arial"/>
          <w:b/>
        </w:rPr>
        <w:t xml:space="preserve">Interviewer P:  </w:t>
      </w:r>
      <w:r>
        <w:rPr>
          <w:rFonts w:ascii="Arial" w:hAnsi="Arial"/>
          <w:color w:val="5D7284"/>
        </w:rPr>
        <w:t>07:44</w:t>
      </w:r>
    </w:p>
    <w:p w14:paraId="591CD63B" w14:textId="77777777" w:rsidR="005C7435" w:rsidRDefault="00043F3A">
      <w:pPr>
        <w:spacing w:after="0"/>
      </w:pPr>
      <w:r>
        <w:rPr>
          <w:rFonts w:ascii="Arial" w:hAnsi="Arial"/>
        </w:rPr>
        <w:t>Does it ever really turn purple?</w:t>
      </w:r>
    </w:p>
    <w:p w14:paraId="42538035" w14:textId="77777777" w:rsidR="005C7435" w:rsidRDefault="005C7435">
      <w:pPr>
        <w:spacing w:after="0"/>
      </w:pPr>
    </w:p>
    <w:p w14:paraId="186A44E0" w14:textId="77777777" w:rsidR="005C7435" w:rsidRDefault="00043F3A">
      <w:pPr>
        <w:spacing w:after="0"/>
      </w:pPr>
      <w:r>
        <w:rPr>
          <w:rFonts w:ascii="Arial" w:hAnsi="Arial"/>
          <w:b/>
        </w:rPr>
        <w:t xml:space="preserve">Participant #2:  </w:t>
      </w:r>
      <w:r>
        <w:rPr>
          <w:rFonts w:ascii="Arial" w:hAnsi="Arial"/>
          <w:color w:val="5D7284"/>
        </w:rPr>
        <w:t>07:46</w:t>
      </w:r>
    </w:p>
    <w:p w14:paraId="3FE11420" w14:textId="77777777" w:rsidR="005C7435" w:rsidRDefault="00043F3A">
      <w:pPr>
        <w:spacing w:after="0"/>
      </w:pPr>
      <w:r>
        <w:rPr>
          <w:rFonts w:ascii="Arial" w:hAnsi="Arial"/>
        </w:rPr>
        <w:t>No. It just like a big gray moves in some parts?</w:t>
      </w:r>
    </w:p>
    <w:p w14:paraId="38CDE5CB" w14:textId="77777777" w:rsidR="005C7435" w:rsidRDefault="005C7435">
      <w:pPr>
        <w:spacing w:after="0"/>
      </w:pPr>
    </w:p>
    <w:p w14:paraId="4DF5723D" w14:textId="77777777" w:rsidR="005C7435" w:rsidRDefault="00043F3A">
      <w:pPr>
        <w:spacing w:after="0"/>
      </w:pPr>
      <w:r>
        <w:rPr>
          <w:rFonts w:ascii="Arial" w:hAnsi="Arial"/>
          <w:b/>
        </w:rPr>
        <w:t xml:space="preserve">Interviewer P:  </w:t>
      </w:r>
      <w:r>
        <w:rPr>
          <w:rFonts w:ascii="Arial" w:hAnsi="Arial"/>
          <w:color w:val="5D7284"/>
        </w:rPr>
        <w:t>07:55</w:t>
      </w:r>
    </w:p>
    <w:p w14:paraId="5C2C71AA" w14:textId="77777777" w:rsidR="005C7435" w:rsidRDefault="00043F3A">
      <w:pPr>
        <w:spacing w:after="0"/>
      </w:pPr>
      <w:r>
        <w:rPr>
          <w:rFonts w:ascii="Arial" w:hAnsi="Arial"/>
        </w:rPr>
        <w:t>And what about how it's moving or mixing?</w:t>
      </w:r>
    </w:p>
    <w:p w14:paraId="301168FD" w14:textId="77777777" w:rsidR="005C7435" w:rsidRDefault="005C7435">
      <w:pPr>
        <w:spacing w:after="0"/>
      </w:pPr>
    </w:p>
    <w:p w14:paraId="26F590C5" w14:textId="77777777" w:rsidR="005C7435" w:rsidRDefault="00043F3A">
      <w:pPr>
        <w:spacing w:after="0"/>
      </w:pPr>
      <w:r>
        <w:rPr>
          <w:rFonts w:ascii="Arial" w:hAnsi="Arial"/>
          <w:b/>
        </w:rPr>
        <w:lastRenderedPageBreak/>
        <w:t xml:space="preserve">Participant #2:  </w:t>
      </w:r>
      <w:r>
        <w:rPr>
          <w:rFonts w:ascii="Arial" w:hAnsi="Arial"/>
          <w:color w:val="5D7284"/>
        </w:rPr>
        <w:t>07:59</w:t>
      </w:r>
    </w:p>
    <w:p w14:paraId="35BFADC2" w14:textId="77777777" w:rsidR="005C7435" w:rsidRDefault="00043F3A">
      <w:pPr>
        <w:spacing w:after="0"/>
      </w:pPr>
      <w:r>
        <w:rPr>
          <w:rFonts w:ascii="Arial" w:hAnsi="Arial"/>
        </w:rPr>
        <w:t xml:space="preserve">Yeah. Yeah, I don't know what that is. I don't know what causes that. </w:t>
      </w:r>
    </w:p>
    <w:p w14:paraId="1579BD4D" w14:textId="77777777" w:rsidR="005C7435" w:rsidRDefault="005C7435">
      <w:pPr>
        <w:spacing w:after="0"/>
      </w:pPr>
    </w:p>
    <w:p w14:paraId="7A5FF3EF" w14:textId="77777777" w:rsidR="005C7435" w:rsidRDefault="00043F3A">
      <w:pPr>
        <w:spacing w:after="0"/>
      </w:pPr>
      <w:r>
        <w:rPr>
          <w:rFonts w:ascii="Arial" w:hAnsi="Arial"/>
          <w:b/>
        </w:rPr>
        <w:t xml:space="preserve">Interviewer P:  </w:t>
      </w:r>
      <w:r>
        <w:rPr>
          <w:rFonts w:ascii="Arial" w:hAnsi="Arial"/>
          <w:color w:val="5D7284"/>
        </w:rPr>
        <w:t>08:08</w:t>
      </w:r>
    </w:p>
    <w:p w14:paraId="4E1E042C" w14:textId="77777777" w:rsidR="005C7435" w:rsidRDefault="00043F3A">
      <w:pPr>
        <w:spacing w:after="0"/>
      </w:pPr>
      <w:r>
        <w:rPr>
          <w:rFonts w:ascii="Arial" w:hAnsi="Arial"/>
        </w:rPr>
        <w:t>Can you describe it?</w:t>
      </w:r>
    </w:p>
    <w:p w14:paraId="7092D87C" w14:textId="77777777" w:rsidR="005C7435" w:rsidRDefault="005C7435">
      <w:pPr>
        <w:spacing w:after="0"/>
      </w:pPr>
    </w:p>
    <w:p w14:paraId="4C87F858" w14:textId="77777777" w:rsidR="005C7435" w:rsidRDefault="00043F3A">
      <w:pPr>
        <w:spacing w:after="0"/>
      </w:pPr>
      <w:r>
        <w:rPr>
          <w:rFonts w:ascii="Arial" w:hAnsi="Arial"/>
          <w:b/>
        </w:rPr>
        <w:t xml:space="preserve">Participant #2:  </w:t>
      </w:r>
      <w:r>
        <w:rPr>
          <w:rFonts w:ascii="Arial" w:hAnsi="Arial"/>
          <w:color w:val="5D7284"/>
        </w:rPr>
        <w:t>08:10</w:t>
      </w:r>
    </w:p>
    <w:p w14:paraId="174F2602" w14:textId="73FBFDD8" w:rsidR="005C7435" w:rsidRDefault="00043F3A">
      <w:pPr>
        <w:spacing w:after="0"/>
      </w:pPr>
      <w:r>
        <w:rPr>
          <w:rFonts w:ascii="Arial" w:hAnsi="Arial"/>
        </w:rPr>
        <w:t xml:space="preserve">It's like, like, like stringy like stringy I guess and how it like wants to pull up. I couldn't tell you how that happens. </w:t>
      </w:r>
      <w:r w:rsidR="003261F9">
        <w:rPr>
          <w:rFonts w:ascii="Arial" w:hAnsi="Arial"/>
        </w:rPr>
        <w:t>But</w:t>
      </w:r>
      <w:r>
        <w:rPr>
          <w:rFonts w:ascii="Arial" w:hAnsi="Arial"/>
        </w:rPr>
        <w:t xml:space="preserve"> it's cool.</w:t>
      </w:r>
    </w:p>
    <w:p w14:paraId="5271CCA1" w14:textId="77777777" w:rsidR="005C7435" w:rsidRDefault="005C7435">
      <w:pPr>
        <w:spacing w:after="0"/>
      </w:pPr>
    </w:p>
    <w:p w14:paraId="72C41547" w14:textId="77777777" w:rsidR="005C7435" w:rsidRDefault="00043F3A">
      <w:pPr>
        <w:spacing w:after="0"/>
      </w:pPr>
      <w:r>
        <w:rPr>
          <w:rFonts w:ascii="Arial" w:hAnsi="Arial"/>
          <w:b/>
        </w:rPr>
        <w:t xml:space="preserve">Interviewer P:  </w:t>
      </w:r>
      <w:r>
        <w:rPr>
          <w:rFonts w:ascii="Arial" w:hAnsi="Arial"/>
          <w:color w:val="5D7284"/>
        </w:rPr>
        <w:t>08:27</w:t>
      </w:r>
    </w:p>
    <w:p w14:paraId="677127FF" w14:textId="77777777" w:rsidR="005C7435" w:rsidRDefault="00043F3A">
      <w:pPr>
        <w:spacing w:after="0"/>
      </w:pPr>
      <w:r>
        <w:rPr>
          <w:rFonts w:ascii="Arial" w:hAnsi="Arial"/>
        </w:rPr>
        <w:t>And it's not what to expect.</w:t>
      </w:r>
    </w:p>
    <w:p w14:paraId="7B184E5B" w14:textId="77777777" w:rsidR="005C7435" w:rsidRDefault="005C7435">
      <w:pPr>
        <w:spacing w:after="0"/>
      </w:pPr>
    </w:p>
    <w:p w14:paraId="6E82E866" w14:textId="77777777" w:rsidR="005C7435" w:rsidRDefault="00043F3A">
      <w:pPr>
        <w:spacing w:after="0"/>
      </w:pPr>
      <w:r>
        <w:rPr>
          <w:rFonts w:ascii="Arial" w:hAnsi="Arial"/>
          <w:b/>
        </w:rPr>
        <w:t xml:space="preserve">Participant #2:  </w:t>
      </w:r>
      <w:r>
        <w:rPr>
          <w:rFonts w:ascii="Arial" w:hAnsi="Arial"/>
          <w:color w:val="5D7284"/>
        </w:rPr>
        <w:t>08:28</w:t>
      </w:r>
    </w:p>
    <w:p w14:paraId="2F1A8E1D" w14:textId="77777777" w:rsidR="005C7435" w:rsidRDefault="00043F3A">
      <w:pPr>
        <w:spacing w:after="0"/>
      </w:pPr>
      <w:r>
        <w:rPr>
          <w:rFonts w:ascii="Arial" w:hAnsi="Arial"/>
        </w:rPr>
        <w:t>No, I was just thinking that they would just casually mixed together but not like that.</w:t>
      </w:r>
    </w:p>
    <w:p w14:paraId="28CAA828" w14:textId="77777777" w:rsidR="005C7435" w:rsidRDefault="005C7435">
      <w:pPr>
        <w:spacing w:after="0"/>
      </w:pPr>
    </w:p>
    <w:p w14:paraId="01A1D429" w14:textId="77777777" w:rsidR="005C7435" w:rsidRDefault="00043F3A">
      <w:pPr>
        <w:spacing w:after="0"/>
      </w:pPr>
      <w:r>
        <w:rPr>
          <w:rFonts w:ascii="Arial" w:hAnsi="Arial"/>
          <w:b/>
        </w:rPr>
        <w:t xml:space="preserve">Interviewer P:  </w:t>
      </w:r>
      <w:r>
        <w:rPr>
          <w:rFonts w:ascii="Arial" w:hAnsi="Arial"/>
          <w:color w:val="5D7284"/>
        </w:rPr>
        <w:t>08:34</w:t>
      </w:r>
    </w:p>
    <w:p w14:paraId="3854E344" w14:textId="3D390CE2" w:rsidR="005C7435" w:rsidRDefault="00043F3A">
      <w:pPr>
        <w:spacing w:after="0"/>
      </w:pPr>
      <w:r>
        <w:rPr>
          <w:rFonts w:ascii="Arial" w:hAnsi="Arial"/>
        </w:rPr>
        <w:t xml:space="preserve">Yeah, ok next demonstration, I'll just move this over here and try not to disturb it. Alright, so I'm not going to move that because if I do, it's going to disturb it. Okay, that's probably getting a little disturbed, because we're touching the table. But anyway, it's just a tank of water as you can see. </w:t>
      </w:r>
      <w:r w:rsidR="003261F9">
        <w:rPr>
          <w:rFonts w:ascii="Arial" w:hAnsi="Arial"/>
        </w:rPr>
        <w:t>So,</w:t>
      </w:r>
      <w:r>
        <w:rPr>
          <w:rFonts w:ascii="Arial" w:hAnsi="Arial"/>
        </w:rPr>
        <w:t xml:space="preserve"> I have this, it's called potassium permanganate. And it is a crystal dye. And so here I can show you. </w:t>
      </w:r>
      <w:r w:rsidR="003261F9">
        <w:rPr>
          <w:rFonts w:ascii="Arial" w:hAnsi="Arial"/>
        </w:rPr>
        <w:t>So,</w:t>
      </w:r>
      <w:r>
        <w:rPr>
          <w:rFonts w:ascii="Arial" w:hAnsi="Arial"/>
        </w:rPr>
        <w:t xml:space="preserve"> it's a solid and because it's more dense than water, when I drop it in the water, it will sink. But it also dyes the water and so it's kind of neat because where it dyes the water then that's kind of like an indicator and we can follow the water there. And </w:t>
      </w:r>
      <w:r w:rsidR="003261F9">
        <w:rPr>
          <w:rFonts w:ascii="Arial" w:hAnsi="Arial"/>
        </w:rPr>
        <w:t>so,</w:t>
      </w:r>
      <w:r>
        <w:rPr>
          <w:rFonts w:ascii="Arial" w:hAnsi="Arial"/>
        </w:rPr>
        <w:t xml:space="preserve"> it shows us how the water is moving. If it is </w:t>
      </w:r>
      <w:r w:rsidR="003261F9">
        <w:rPr>
          <w:rFonts w:ascii="Arial" w:hAnsi="Arial"/>
        </w:rPr>
        <w:t>moving. And</w:t>
      </w:r>
      <w:r>
        <w:rPr>
          <w:rFonts w:ascii="Arial" w:hAnsi="Arial"/>
        </w:rPr>
        <w:t xml:space="preserve"> also how this may or may not disperse through the water.</w:t>
      </w:r>
    </w:p>
    <w:p w14:paraId="2B9F6E4A" w14:textId="77777777" w:rsidR="005C7435" w:rsidRDefault="005C7435">
      <w:pPr>
        <w:spacing w:after="0"/>
      </w:pPr>
    </w:p>
    <w:p w14:paraId="1E56CFDF" w14:textId="77777777" w:rsidR="005C7435" w:rsidRDefault="00043F3A">
      <w:pPr>
        <w:spacing w:after="0"/>
      </w:pPr>
      <w:r>
        <w:rPr>
          <w:rFonts w:ascii="Arial" w:hAnsi="Arial"/>
          <w:b/>
        </w:rPr>
        <w:t xml:space="preserve">Participant #2:  </w:t>
      </w:r>
      <w:r>
        <w:rPr>
          <w:rFonts w:ascii="Arial" w:hAnsi="Arial"/>
          <w:color w:val="5D7284"/>
        </w:rPr>
        <w:t>09:53</w:t>
      </w:r>
    </w:p>
    <w:p w14:paraId="03716054" w14:textId="77777777" w:rsidR="005C7435" w:rsidRDefault="00043F3A">
      <w:pPr>
        <w:spacing w:after="0"/>
      </w:pPr>
      <w:r>
        <w:rPr>
          <w:rFonts w:ascii="Arial" w:hAnsi="Arial"/>
        </w:rPr>
        <w:t>Okay.</w:t>
      </w:r>
    </w:p>
    <w:p w14:paraId="2F89207A" w14:textId="77777777" w:rsidR="005C7435" w:rsidRDefault="005C7435">
      <w:pPr>
        <w:spacing w:after="0"/>
      </w:pPr>
    </w:p>
    <w:p w14:paraId="3AAFB75F" w14:textId="77777777" w:rsidR="005C7435" w:rsidRDefault="00043F3A">
      <w:pPr>
        <w:spacing w:after="0"/>
      </w:pPr>
      <w:r>
        <w:rPr>
          <w:rFonts w:ascii="Arial" w:hAnsi="Arial"/>
          <w:b/>
        </w:rPr>
        <w:t xml:space="preserve">Interviewer P:  </w:t>
      </w:r>
      <w:r>
        <w:rPr>
          <w:rFonts w:ascii="Arial" w:hAnsi="Arial"/>
          <w:color w:val="5D7284"/>
        </w:rPr>
        <w:t>09:54</w:t>
      </w:r>
    </w:p>
    <w:p w14:paraId="021A8332" w14:textId="6C78A7FA" w:rsidR="005C7435" w:rsidRDefault="003261F9">
      <w:pPr>
        <w:spacing w:after="0"/>
      </w:pPr>
      <w:r>
        <w:rPr>
          <w:rFonts w:ascii="Arial" w:hAnsi="Arial"/>
        </w:rPr>
        <w:t>So, I'm gonna drop a little bit in here just to show you what it looks like in this still tank. Anything surprise you about that?</w:t>
      </w:r>
    </w:p>
    <w:p w14:paraId="4E27B3CF" w14:textId="77777777" w:rsidR="005C7435" w:rsidRDefault="005C7435">
      <w:pPr>
        <w:spacing w:after="0"/>
      </w:pPr>
    </w:p>
    <w:p w14:paraId="6429F134" w14:textId="77777777" w:rsidR="005C7435" w:rsidRDefault="00043F3A">
      <w:pPr>
        <w:spacing w:after="0"/>
      </w:pPr>
      <w:r>
        <w:rPr>
          <w:rFonts w:ascii="Arial" w:hAnsi="Arial"/>
          <w:b/>
        </w:rPr>
        <w:t xml:space="preserve">Participant #2:  </w:t>
      </w:r>
      <w:r>
        <w:rPr>
          <w:rFonts w:ascii="Arial" w:hAnsi="Arial"/>
          <w:color w:val="5D7284"/>
        </w:rPr>
        <w:t>10:23</w:t>
      </w:r>
    </w:p>
    <w:p w14:paraId="3817430A" w14:textId="4C84066F" w:rsidR="005C7435" w:rsidRDefault="00043F3A">
      <w:pPr>
        <w:spacing w:after="0"/>
      </w:pPr>
      <w:r>
        <w:rPr>
          <w:rFonts w:ascii="Arial" w:hAnsi="Arial"/>
        </w:rPr>
        <w:t xml:space="preserve">Look like a </w:t>
      </w:r>
      <w:r w:rsidR="003261F9">
        <w:rPr>
          <w:rFonts w:ascii="Arial" w:hAnsi="Arial"/>
        </w:rPr>
        <w:t>J</w:t>
      </w:r>
      <w:r>
        <w:rPr>
          <w:rFonts w:ascii="Arial" w:hAnsi="Arial"/>
        </w:rPr>
        <w:t>ellyfish. It's interesting that like it's still connected. Like the top, there's like little, like tentacles that still connect to like the bottom. Hm, reminds me of that one experiment where you put like dish soap on the top and then like a water and you like, put something else on it and it like disperses.</w:t>
      </w:r>
    </w:p>
    <w:p w14:paraId="6F73A6BB" w14:textId="77777777" w:rsidR="005C7435" w:rsidRDefault="005C7435">
      <w:pPr>
        <w:spacing w:after="0"/>
      </w:pPr>
    </w:p>
    <w:p w14:paraId="42D03471" w14:textId="77777777" w:rsidR="005C7435" w:rsidRDefault="00043F3A">
      <w:pPr>
        <w:spacing w:after="0"/>
      </w:pPr>
      <w:r>
        <w:rPr>
          <w:rFonts w:ascii="Arial" w:hAnsi="Arial"/>
          <w:b/>
        </w:rPr>
        <w:t xml:space="preserve">Interviewer P:  </w:t>
      </w:r>
      <w:r>
        <w:rPr>
          <w:rFonts w:ascii="Arial" w:hAnsi="Arial"/>
          <w:color w:val="5D7284"/>
        </w:rPr>
        <w:t>10:58</w:t>
      </w:r>
    </w:p>
    <w:p w14:paraId="4878AB17" w14:textId="6D36962D" w:rsidR="005C7435" w:rsidRDefault="00043F3A">
      <w:pPr>
        <w:spacing w:after="0"/>
      </w:pPr>
      <w:r>
        <w:rPr>
          <w:rFonts w:ascii="Arial" w:hAnsi="Arial"/>
        </w:rPr>
        <w:t xml:space="preserve">Well anyway, the reason that I wanted to show you that is because you probably notice there a bit rotating tank behind you. And </w:t>
      </w:r>
      <w:r w:rsidR="003261F9">
        <w:rPr>
          <w:rFonts w:ascii="Arial" w:hAnsi="Arial"/>
        </w:rPr>
        <w:t>so,</w:t>
      </w:r>
      <w:r>
        <w:rPr>
          <w:rFonts w:ascii="Arial" w:hAnsi="Arial"/>
        </w:rPr>
        <w:t xml:space="preserve"> I'm going to do the same thing there. </w:t>
      </w:r>
      <w:r w:rsidR="003261F9">
        <w:rPr>
          <w:rFonts w:ascii="Arial" w:hAnsi="Arial"/>
        </w:rPr>
        <w:t>So,</w:t>
      </w:r>
      <w:r>
        <w:rPr>
          <w:rFonts w:ascii="Arial" w:hAnsi="Arial"/>
        </w:rPr>
        <w:t xml:space="preserve"> this is how this guy behaves, in just a still tank of water. Now the tank behind you I had, I started it out, probably 15 minutes or so before you got here. So now it's been doing its thing for at least 25 minutes, or half an hour. And I'm going to do the same thing with the dye crystals and drop them into that tank, just like I dropped </w:t>
      </w:r>
      <w:r>
        <w:rPr>
          <w:rFonts w:ascii="Arial" w:hAnsi="Arial"/>
        </w:rPr>
        <w:lastRenderedPageBreak/>
        <w:t>them into this tank. And again, I'm going to ask you to make some predictions and sketch them. So, here we have two views of yo</w:t>
      </w:r>
      <w:r>
        <w:rPr>
          <w:rFonts w:ascii="Arial" w:hAnsi="Arial"/>
        </w:rPr>
        <w:t>u from above and the view from this site. And what I want you to sketch is kind of like if you were camera right so you're not showing movement, but it's kind of like if you were over here and you went.</w:t>
      </w:r>
    </w:p>
    <w:p w14:paraId="58487B9A" w14:textId="77777777" w:rsidR="005C7435" w:rsidRDefault="005C7435">
      <w:pPr>
        <w:spacing w:after="0"/>
      </w:pPr>
    </w:p>
    <w:p w14:paraId="6FBAB283" w14:textId="77777777" w:rsidR="005C7435" w:rsidRDefault="00043F3A">
      <w:pPr>
        <w:spacing w:after="0"/>
      </w:pPr>
      <w:r>
        <w:rPr>
          <w:rFonts w:ascii="Arial" w:hAnsi="Arial"/>
          <w:b/>
        </w:rPr>
        <w:t xml:space="preserve">Participant #2:  </w:t>
      </w:r>
      <w:r>
        <w:rPr>
          <w:rFonts w:ascii="Arial" w:hAnsi="Arial"/>
          <w:color w:val="5D7284"/>
        </w:rPr>
        <w:t>12:03</w:t>
      </w:r>
    </w:p>
    <w:p w14:paraId="685F372F" w14:textId="77777777" w:rsidR="005C7435" w:rsidRDefault="00043F3A">
      <w:pPr>
        <w:spacing w:after="0"/>
      </w:pPr>
      <w:r>
        <w:rPr>
          <w:rFonts w:ascii="Arial" w:hAnsi="Arial"/>
        </w:rPr>
        <w:t>Yeah.</w:t>
      </w:r>
    </w:p>
    <w:p w14:paraId="27D4FFFC" w14:textId="77777777" w:rsidR="005C7435" w:rsidRDefault="005C7435">
      <w:pPr>
        <w:spacing w:after="0"/>
      </w:pPr>
    </w:p>
    <w:p w14:paraId="316D2E54" w14:textId="77777777" w:rsidR="005C7435" w:rsidRDefault="00043F3A">
      <w:pPr>
        <w:spacing w:after="0"/>
      </w:pPr>
      <w:r>
        <w:rPr>
          <w:rFonts w:ascii="Arial" w:hAnsi="Arial"/>
          <w:b/>
        </w:rPr>
        <w:t xml:space="preserve">Interviewer P:  </w:t>
      </w:r>
      <w:r>
        <w:rPr>
          <w:rFonts w:ascii="Arial" w:hAnsi="Arial"/>
          <w:color w:val="5D7284"/>
        </w:rPr>
        <w:t>12:03</w:t>
      </w:r>
    </w:p>
    <w:p w14:paraId="449726CE" w14:textId="77777777" w:rsidR="005C7435" w:rsidRDefault="00043F3A">
      <w:pPr>
        <w:spacing w:after="0"/>
      </w:pPr>
      <w:r>
        <w:rPr>
          <w:rFonts w:ascii="Arial" w:hAnsi="Arial"/>
        </w:rPr>
        <w:t>And then you came down here and went.</w:t>
      </w:r>
    </w:p>
    <w:p w14:paraId="75B881F4" w14:textId="77777777" w:rsidR="005C7435" w:rsidRDefault="005C7435">
      <w:pPr>
        <w:spacing w:after="0"/>
      </w:pPr>
    </w:p>
    <w:p w14:paraId="425E54AB" w14:textId="77777777" w:rsidR="005C7435" w:rsidRDefault="00043F3A">
      <w:pPr>
        <w:spacing w:after="0"/>
      </w:pPr>
      <w:r>
        <w:rPr>
          <w:rFonts w:ascii="Arial" w:hAnsi="Arial"/>
          <w:b/>
        </w:rPr>
        <w:t xml:space="preserve">Participant #2:  </w:t>
      </w:r>
      <w:r>
        <w:rPr>
          <w:rFonts w:ascii="Arial" w:hAnsi="Arial"/>
          <w:color w:val="5D7284"/>
        </w:rPr>
        <w:t>12:06</w:t>
      </w:r>
    </w:p>
    <w:p w14:paraId="37E2F4AB" w14:textId="77777777" w:rsidR="005C7435" w:rsidRDefault="00043F3A">
      <w:pPr>
        <w:spacing w:after="0"/>
      </w:pPr>
      <w:r>
        <w:rPr>
          <w:rFonts w:ascii="Arial" w:hAnsi="Arial"/>
        </w:rPr>
        <w:t xml:space="preserve">Okay, I think I can do that. </w:t>
      </w:r>
    </w:p>
    <w:p w14:paraId="18D12814" w14:textId="77777777" w:rsidR="005C7435" w:rsidRDefault="005C7435">
      <w:pPr>
        <w:spacing w:after="0"/>
      </w:pPr>
    </w:p>
    <w:p w14:paraId="2AFB4695" w14:textId="77777777" w:rsidR="005C7435" w:rsidRDefault="00043F3A">
      <w:pPr>
        <w:spacing w:after="0"/>
      </w:pPr>
      <w:r>
        <w:rPr>
          <w:rFonts w:ascii="Arial" w:hAnsi="Arial"/>
          <w:b/>
        </w:rPr>
        <w:t xml:space="preserve">Interviewer P:  </w:t>
      </w:r>
      <w:r>
        <w:rPr>
          <w:rFonts w:ascii="Arial" w:hAnsi="Arial"/>
          <w:color w:val="5D7284"/>
        </w:rPr>
        <w:t>12:07</w:t>
      </w:r>
    </w:p>
    <w:p w14:paraId="04CF8844" w14:textId="11E54FE5" w:rsidR="005C7435" w:rsidRDefault="00043F3A">
      <w:pPr>
        <w:spacing w:after="0"/>
      </w:pPr>
      <w:r>
        <w:rPr>
          <w:rFonts w:ascii="Arial" w:hAnsi="Arial"/>
        </w:rPr>
        <w:t xml:space="preserve">All right. And </w:t>
      </w:r>
      <w:r w:rsidR="003261F9">
        <w:rPr>
          <w:rFonts w:ascii="Arial" w:hAnsi="Arial"/>
        </w:rPr>
        <w:t>so,</w:t>
      </w:r>
      <w:r>
        <w:rPr>
          <w:rFonts w:ascii="Arial" w:hAnsi="Arial"/>
        </w:rPr>
        <w:t xml:space="preserve"> what I want you to do is what you think predict it will look like a minute after I drop it same thing as the tank. </w:t>
      </w:r>
      <w:r w:rsidR="003261F9">
        <w:rPr>
          <w:rFonts w:ascii="Arial" w:hAnsi="Arial"/>
        </w:rPr>
        <w:t>So,</w:t>
      </w:r>
      <w:r>
        <w:rPr>
          <w:rFonts w:ascii="Arial" w:hAnsi="Arial"/>
        </w:rPr>
        <w:t xml:space="preserve"> sketch how you think the purple crystal dye will look a minute after it's dropped in the rotating tank should represent a single point of time as if you took a picture with a camera one of you from above about any one of you from this side you can take your time and think about it.</w:t>
      </w:r>
    </w:p>
    <w:p w14:paraId="28AB4CC8" w14:textId="77777777" w:rsidR="005C7435" w:rsidRDefault="005C7435">
      <w:pPr>
        <w:spacing w:after="0"/>
      </w:pPr>
    </w:p>
    <w:p w14:paraId="4EAD5159" w14:textId="77777777" w:rsidR="005C7435" w:rsidRDefault="00043F3A">
      <w:pPr>
        <w:spacing w:after="0"/>
      </w:pPr>
      <w:r>
        <w:rPr>
          <w:rFonts w:ascii="Arial" w:hAnsi="Arial"/>
          <w:b/>
        </w:rPr>
        <w:t xml:space="preserve">Participant #2:  </w:t>
      </w:r>
      <w:r>
        <w:rPr>
          <w:rFonts w:ascii="Arial" w:hAnsi="Arial"/>
          <w:color w:val="5D7284"/>
        </w:rPr>
        <w:t>12:39</w:t>
      </w:r>
    </w:p>
    <w:p w14:paraId="6A16A21D" w14:textId="4732516E" w:rsidR="005C7435" w:rsidRDefault="00043F3A">
      <w:pPr>
        <w:spacing w:after="0"/>
      </w:pPr>
      <w:r>
        <w:rPr>
          <w:rFonts w:ascii="Arial" w:hAnsi="Arial"/>
        </w:rPr>
        <w:t xml:space="preserve">This is after a </w:t>
      </w:r>
      <w:r w:rsidR="003261F9">
        <w:rPr>
          <w:rFonts w:ascii="Arial" w:hAnsi="Arial"/>
        </w:rPr>
        <w:t>minute,</w:t>
      </w:r>
      <w:r>
        <w:rPr>
          <w:rFonts w:ascii="Arial" w:hAnsi="Arial"/>
        </w:rPr>
        <w:t xml:space="preserve"> right?</w:t>
      </w:r>
    </w:p>
    <w:p w14:paraId="01562A20" w14:textId="77777777" w:rsidR="005C7435" w:rsidRDefault="005C7435">
      <w:pPr>
        <w:spacing w:after="0"/>
      </w:pPr>
    </w:p>
    <w:p w14:paraId="619ABD34" w14:textId="77777777" w:rsidR="005C7435" w:rsidRDefault="00043F3A">
      <w:pPr>
        <w:spacing w:after="0"/>
      </w:pPr>
      <w:r>
        <w:rPr>
          <w:rFonts w:ascii="Arial" w:hAnsi="Arial"/>
          <w:b/>
        </w:rPr>
        <w:t xml:space="preserve">Interviewer P:  </w:t>
      </w:r>
      <w:r>
        <w:rPr>
          <w:rFonts w:ascii="Arial" w:hAnsi="Arial"/>
          <w:color w:val="5D7284"/>
        </w:rPr>
        <w:t>13:05</w:t>
      </w:r>
    </w:p>
    <w:p w14:paraId="08595AD9" w14:textId="77777777" w:rsidR="005C7435" w:rsidRDefault="00043F3A">
      <w:pPr>
        <w:spacing w:after="0"/>
      </w:pPr>
      <w:r>
        <w:rPr>
          <w:rFonts w:ascii="Arial" w:hAnsi="Arial"/>
        </w:rPr>
        <w:t>Yeah.</w:t>
      </w:r>
    </w:p>
    <w:p w14:paraId="66FEE56F" w14:textId="77777777" w:rsidR="005C7435" w:rsidRDefault="005C7435">
      <w:pPr>
        <w:spacing w:after="0"/>
      </w:pPr>
    </w:p>
    <w:p w14:paraId="5BB4D2C7" w14:textId="77777777" w:rsidR="005C7435" w:rsidRDefault="00043F3A">
      <w:pPr>
        <w:spacing w:after="0"/>
      </w:pPr>
      <w:r>
        <w:rPr>
          <w:rFonts w:ascii="Arial" w:hAnsi="Arial"/>
          <w:b/>
        </w:rPr>
        <w:t xml:space="preserve">Participant #2:  </w:t>
      </w:r>
      <w:r>
        <w:rPr>
          <w:rFonts w:ascii="Arial" w:hAnsi="Arial"/>
          <w:color w:val="5D7284"/>
        </w:rPr>
        <w:t>13:50</w:t>
      </w:r>
    </w:p>
    <w:p w14:paraId="4306F502" w14:textId="77777777" w:rsidR="005C7435" w:rsidRDefault="00043F3A">
      <w:pPr>
        <w:spacing w:after="0"/>
      </w:pPr>
      <w:r>
        <w:rPr>
          <w:rFonts w:ascii="Arial" w:hAnsi="Arial"/>
        </w:rPr>
        <w:t>I'm going to describe this to you right.</w:t>
      </w:r>
    </w:p>
    <w:p w14:paraId="7CF229F6" w14:textId="77777777" w:rsidR="005C7435" w:rsidRDefault="005C7435">
      <w:pPr>
        <w:spacing w:after="0"/>
      </w:pPr>
    </w:p>
    <w:p w14:paraId="7140B335" w14:textId="77777777" w:rsidR="005C7435" w:rsidRDefault="00043F3A">
      <w:pPr>
        <w:spacing w:after="0"/>
      </w:pPr>
      <w:r>
        <w:rPr>
          <w:rFonts w:ascii="Arial" w:hAnsi="Arial"/>
          <w:b/>
        </w:rPr>
        <w:t xml:space="preserve">Interviewer P:  </w:t>
      </w:r>
      <w:r>
        <w:rPr>
          <w:rFonts w:ascii="Arial" w:hAnsi="Arial"/>
          <w:color w:val="5D7284"/>
        </w:rPr>
        <w:t>13:52</w:t>
      </w:r>
    </w:p>
    <w:p w14:paraId="5A27E739" w14:textId="77777777" w:rsidR="005C7435" w:rsidRDefault="00043F3A">
      <w:pPr>
        <w:spacing w:after="0"/>
      </w:pPr>
      <w:r>
        <w:rPr>
          <w:rFonts w:ascii="Arial" w:hAnsi="Arial"/>
        </w:rPr>
        <w:t>And I'm capturing it all up here so you're good.</w:t>
      </w:r>
    </w:p>
    <w:p w14:paraId="47DE4FFF" w14:textId="77777777" w:rsidR="005C7435" w:rsidRDefault="005C7435">
      <w:pPr>
        <w:spacing w:after="0"/>
      </w:pPr>
    </w:p>
    <w:p w14:paraId="36AFBEC2" w14:textId="77777777" w:rsidR="005C7435" w:rsidRDefault="00043F3A">
      <w:pPr>
        <w:spacing w:after="0"/>
      </w:pPr>
      <w:r>
        <w:rPr>
          <w:rFonts w:ascii="Arial" w:hAnsi="Arial"/>
          <w:b/>
        </w:rPr>
        <w:t xml:space="preserve">Participant #2:  </w:t>
      </w:r>
      <w:r>
        <w:rPr>
          <w:rFonts w:ascii="Arial" w:hAnsi="Arial"/>
          <w:color w:val="5D7284"/>
        </w:rPr>
        <w:t>14:00</w:t>
      </w:r>
    </w:p>
    <w:p w14:paraId="0F35D925" w14:textId="77777777" w:rsidR="005C7435" w:rsidRDefault="00043F3A">
      <w:pPr>
        <w:spacing w:after="0"/>
      </w:pPr>
      <w:r>
        <w:rPr>
          <w:rFonts w:ascii="Arial" w:hAnsi="Arial"/>
        </w:rPr>
        <w:t>Because this might be a little confusing where my head is at.</w:t>
      </w:r>
    </w:p>
    <w:p w14:paraId="1FD80A8E" w14:textId="77777777" w:rsidR="005C7435" w:rsidRDefault="005C7435">
      <w:pPr>
        <w:spacing w:after="0"/>
      </w:pPr>
    </w:p>
    <w:p w14:paraId="3E19A036" w14:textId="77777777" w:rsidR="005C7435" w:rsidRDefault="00043F3A">
      <w:pPr>
        <w:spacing w:after="0"/>
      </w:pPr>
      <w:r>
        <w:rPr>
          <w:rFonts w:ascii="Arial" w:hAnsi="Arial"/>
          <w:b/>
        </w:rPr>
        <w:t xml:space="preserve">Interviewer P:  </w:t>
      </w:r>
      <w:r>
        <w:rPr>
          <w:rFonts w:ascii="Arial" w:hAnsi="Arial"/>
          <w:color w:val="5D7284"/>
        </w:rPr>
        <w:t>15:14</w:t>
      </w:r>
    </w:p>
    <w:p w14:paraId="7823FB0D" w14:textId="77777777" w:rsidR="005C7435" w:rsidRDefault="00043F3A">
      <w:pPr>
        <w:spacing w:after="0"/>
      </w:pPr>
      <w:r>
        <w:rPr>
          <w:rFonts w:ascii="Arial" w:hAnsi="Arial"/>
        </w:rPr>
        <w:t xml:space="preserve">Okay, so tell me about it. </w:t>
      </w:r>
    </w:p>
    <w:p w14:paraId="17630DD9" w14:textId="77777777" w:rsidR="005C7435" w:rsidRDefault="005C7435">
      <w:pPr>
        <w:spacing w:after="0"/>
      </w:pPr>
    </w:p>
    <w:p w14:paraId="4E16F581" w14:textId="77777777" w:rsidR="005C7435" w:rsidRDefault="00043F3A">
      <w:pPr>
        <w:spacing w:after="0"/>
      </w:pPr>
      <w:r>
        <w:rPr>
          <w:rFonts w:ascii="Arial" w:hAnsi="Arial"/>
          <w:b/>
        </w:rPr>
        <w:t xml:space="preserve">Participant #2:  </w:t>
      </w:r>
      <w:r>
        <w:rPr>
          <w:rFonts w:ascii="Arial" w:hAnsi="Arial"/>
          <w:color w:val="5D7284"/>
        </w:rPr>
        <w:t>15:16</w:t>
      </w:r>
    </w:p>
    <w:p w14:paraId="61D52E21" w14:textId="5A51D40C" w:rsidR="005C7435" w:rsidRDefault="00043F3A">
      <w:pPr>
        <w:spacing w:after="0"/>
      </w:pPr>
      <w:r>
        <w:rPr>
          <w:rFonts w:ascii="Arial" w:hAnsi="Arial"/>
        </w:rPr>
        <w:t xml:space="preserve">Okay. So as soon as you dropped it in, like, little </w:t>
      </w:r>
      <w:r w:rsidR="003261F9">
        <w:rPr>
          <w:rFonts w:ascii="Arial" w:hAnsi="Arial"/>
        </w:rPr>
        <w:t>tentacle</w:t>
      </w:r>
      <w:r>
        <w:rPr>
          <w:rFonts w:ascii="Arial" w:hAnsi="Arial"/>
        </w:rPr>
        <w:t xml:space="preserve"> thing, or whatever that's called, it stayed in one place. However, the bottom, like, distributed. </w:t>
      </w:r>
      <w:r w:rsidR="003261F9">
        <w:rPr>
          <w:rFonts w:ascii="Arial" w:hAnsi="Arial"/>
        </w:rPr>
        <w:t>So,</w:t>
      </w:r>
      <w:r>
        <w:rPr>
          <w:rFonts w:ascii="Arial" w:hAnsi="Arial"/>
        </w:rPr>
        <w:t xml:space="preserve"> I'm thinking that since it's moving, it's where you drop it, it'll stay there. And then since it's moving, were like at the bottom here, it goes all over the place. I think it'll go along like the sides. Just because of the motion that scaling in it might push itself out, like </w:t>
      </w:r>
      <w:r>
        <w:rPr>
          <w:rFonts w:ascii="Arial" w:hAnsi="Arial"/>
        </w:rPr>
        <w:lastRenderedPageBreak/>
        <w:t>along, the outside, like, where you drop it, they'll stay, but then eventually, it'll move out like in here and that's a side angle</w:t>
      </w:r>
      <w:r>
        <w:rPr>
          <w:rFonts w:ascii="Arial" w:hAnsi="Arial"/>
        </w:rPr>
        <w:t>.</w:t>
      </w:r>
    </w:p>
    <w:p w14:paraId="4A5780C7" w14:textId="77777777" w:rsidR="005C7435" w:rsidRDefault="005C7435">
      <w:pPr>
        <w:spacing w:after="0"/>
      </w:pPr>
    </w:p>
    <w:p w14:paraId="19F43580" w14:textId="77777777" w:rsidR="005C7435" w:rsidRDefault="00043F3A">
      <w:pPr>
        <w:spacing w:after="0"/>
      </w:pPr>
      <w:r>
        <w:rPr>
          <w:rFonts w:ascii="Arial" w:hAnsi="Arial"/>
          <w:b/>
        </w:rPr>
        <w:t xml:space="preserve">Interviewer P:  </w:t>
      </w:r>
      <w:r>
        <w:rPr>
          <w:rFonts w:ascii="Arial" w:hAnsi="Arial"/>
          <w:color w:val="5D7284"/>
        </w:rPr>
        <w:t>16:10</w:t>
      </w:r>
    </w:p>
    <w:p w14:paraId="48B535DC" w14:textId="77777777" w:rsidR="005C7435" w:rsidRDefault="00043F3A">
      <w:pPr>
        <w:spacing w:after="0"/>
      </w:pPr>
      <w:r>
        <w:rPr>
          <w:rFonts w:ascii="Arial" w:hAnsi="Arial"/>
        </w:rPr>
        <w:t>So let me get this right. So, this is where I dropped it.</w:t>
      </w:r>
    </w:p>
    <w:p w14:paraId="6AE001E6" w14:textId="77777777" w:rsidR="005C7435" w:rsidRDefault="005C7435">
      <w:pPr>
        <w:spacing w:after="0"/>
      </w:pPr>
    </w:p>
    <w:p w14:paraId="2EB5D19D" w14:textId="77777777" w:rsidR="005C7435" w:rsidRDefault="00043F3A">
      <w:pPr>
        <w:spacing w:after="0"/>
      </w:pPr>
      <w:r>
        <w:rPr>
          <w:rFonts w:ascii="Arial" w:hAnsi="Arial"/>
          <w:b/>
        </w:rPr>
        <w:t xml:space="preserve">Participant #2:  </w:t>
      </w:r>
      <w:r>
        <w:rPr>
          <w:rFonts w:ascii="Arial" w:hAnsi="Arial"/>
          <w:color w:val="5D7284"/>
        </w:rPr>
        <w:t>16:13</w:t>
      </w:r>
    </w:p>
    <w:p w14:paraId="10372DA9" w14:textId="77777777" w:rsidR="005C7435" w:rsidRDefault="00043F3A">
      <w:pPr>
        <w:spacing w:after="0"/>
      </w:pPr>
      <w:r>
        <w:rPr>
          <w:rFonts w:ascii="Arial" w:hAnsi="Arial"/>
        </w:rPr>
        <w:t xml:space="preserve">Yes. </w:t>
      </w:r>
    </w:p>
    <w:p w14:paraId="2FDF53A9" w14:textId="77777777" w:rsidR="005C7435" w:rsidRDefault="005C7435">
      <w:pPr>
        <w:spacing w:after="0"/>
      </w:pPr>
    </w:p>
    <w:p w14:paraId="259934C4" w14:textId="77777777" w:rsidR="005C7435" w:rsidRDefault="00043F3A">
      <w:pPr>
        <w:spacing w:after="0"/>
      </w:pPr>
      <w:r>
        <w:rPr>
          <w:rFonts w:ascii="Arial" w:hAnsi="Arial"/>
          <w:b/>
        </w:rPr>
        <w:t xml:space="preserve">Interviewer P:  </w:t>
      </w:r>
      <w:r>
        <w:rPr>
          <w:rFonts w:ascii="Arial" w:hAnsi="Arial"/>
          <w:color w:val="5D7284"/>
        </w:rPr>
        <w:t>16:14</w:t>
      </w:r>
    </w:p>
    <w:p w14:paraId="018A09CA" w14:textId="77777777" w:rsidR="005C7435" w:rsidRDefault="00043F3A">
      <w:pPr>
        <w:spacing w:after="0"/>
      </w:pPr>
      <w:r>
        <w:rPr>
          <w:rFonts w:ascii="Arial" w:hAnsi="Arial"/>
        </w:rPr>
        <w:t>And it will.</w:t>
      </w:r>
    </w:p>
    <w:p w14:paraId="27A641E8" w14:textId="77777777" w:rsidR="005C7435" w:rsidRDefault="005C7435">
      <w:pPr>
        <w:spacing w:after="0"/>
      </w:pPr>
    </w:p>
    <w:p w14:paraId="303B2B9D" w14:textId="77777777" w:rsidR="005C7435" w:rsidRDefault="00043F3A">
      <w:pPr>
        <w:spacing w:after="0"/>
      </w:pPr>
      <w:r>
        <w:rPr>
          <w:rFonts w:ascii="Arial" w:hAnsi="Arial"/>
          <w:b/>
        </w:rPr>
        <w:t xml:space="preserve">Participant #2:  </w:t>
      </w:r>
      <w:r>
        <w:rPr>
          <w:rFonts w:ascii="Arial" w:hAnsi="Arial"/>
          <w:color w:val="5D7284"/>
        </w:rPr>
        <w:t>16:16</w:t>
      </w:r>
    </w:p>
    <w:p w14:paraId="6904EC34" w14:textId="77777777" w:rsidR="005C7435" w:rsidRDefault="00043F3A">
      <w:pPr>
        <w:spacing w:after="0"/>
      </w:pPr>
      <w:r>
        <w:rPr>
          <w:rFonts w:ascii="Arial" w:hAnsi="Arial"/>
        </w:rPr>
        <w:t xml:space="preserve">Move out. </w:t>
      </w:r>
    </w:p>
    <w:p w14:paraId="7CE677FE" w14:textId="77777777" w:rsidR="005C7435" w:rsidRDefault="005C7435">
      <w:pPr>
        <w:spacing w:after="0"/>
      </w:pPr>
    </w:p>
    <w:p w14:paraId="30963F7D" w14:textId="77777777" w:rsidR="005C7435" w:rsidRDefault="00043F3A">
      <w:pPr>
        <w:spacing w:after="0"/>
      </w:pPr>
      <w:r>
        <w:rPr>
          <w:rFonts w:ascii="Arial" w:hAnsi="Arial"/>
          <w:b/>
        </w:rPr>
        <w:t xml:space="preserve">Interviewer P:  </w:t>
      </w:r>
      <w:r>
        <w:rPr>
          <w:rFonts w:ascii="Arial" w:hAnsi="Arial"/>
          <w:color w:val="5D7284"/>
        </w:rPr>
        <w:t>16:17</w:t>
      </w:r>
    </w:p>
    <w:p w14:paraId="0F0E6DC3" w14:textId="23BDA3D9" w:rsidR="005C7435" w:rsidRDefault="00043F3A">
      <w:pPr>
        <w:spacing w:after="0"/>
      </w:pPr>
      <w:r>
        <w:rPr>
          <w:rFonts w:ascii="Arial" w:hAnsi="Arial"/>
        </w:rPr>
        <w:t xml:space="preserve">Okay, so, so they kind of like the ride at the </w:t>
      </w:r>
      <w:r w:rsidR="003261F9">
        <w:rPr>
          <w:rFonts w:ascii="Arial" w:hAnsi="Arial"/>
        </w:rPr>
        <w:t>amusement</w:t>
      </w:r>
      <w:r>
        <w:rPr>
          <w:rFonts w:ascii="Arial" w:hAnsi="Arial"/>
        </w:rPr>
        <w:t xml:space="preserve"> park. </w:t>
      </w:r>
    </w:p>
    <w:p w14:paraId="37959307" w14:textId="77777777" w:rsidR="005C7435" w:rsidRDefault="005C7435">
      <w:pPr>
        <w:spacing w:after="0"/>
      </w:pPr>
    </w:p>
    <w:p w14:paraId="00364E6F" w14:textId="77777777" w:rsidR="005C7435" w:rsidRDefault="00043F3A">
      <w:pPr>
        <w:spacing w:after="0"/>
      </w:pPr>
      <w:r>
        <w:rPr>
          <w:rFonts w:ascii="Arial" w:hAnsi="Arial"/>
          <w:b/>
        </w:rPr>
        <w:t xml:space="preserve">Participant #2:  </w:t>
      </w:r>
      <w:r>
        <w:rPr>
          <w:rFonts w:ascii="Arial" w:hAnsi="Arial"/>
          <w:color w:val="5D7284"/>
        </w:rPr>
        <w:t>16:20</w:t>
      </w:r>
    </w:p>
    <w:p w14:paraId="3E6BB877" w14:textId="6B672177" w:rsidR="005C7435" w:rsidRDefault="00043F3A">
      <w:pPr>
        <w:spacing w:after="0"/>
      </w:pPr>
      <w:r>
        <w:rPr>
          <w:rFonts w:ascii="Arial" w:hAnsi="Arial"/>
        </w:rPr>
        <w:t xml:space="preserve">Yeah, yes, that's what I'm thinking. I don't know if that's right. </w:t>
      </w:r>
      <w:r w:rsidR="003261F9">
        <w:rPr>
          <w:rFonts w:ascii="Arial" w:hAnsi="Arial"/>
        </w:rPr>
        <w:t>But</w:t>
      </w:r>
      <w:r>
        <w:rPr>
          <w:rFonts w:ascii="Arial" w:hAnsi="Arial"/>
        </w:rPr>
        <w:t xml:space="preserve"> that</w:t>
      </w:r>
      <w:r w:rsidR="003261F9">
        <w:rPr>
          <w:rFonts w:ascii="Arial" w:hAnsi="Arial"/>
        </w:rPr>
        <w:t>’</w:t>
      </w:r>
      <w:r>
        <w:rPr>
          <w:rFonts w:ascii="Arial" w:hAnsi="Arial"/>
        </w:rPr>
        <w:t>s just what I'm thinking.</w:t>
      </w:r>
    </w:p>
    <w:p w14:paraId="4590734A" w14:textId="77777777" w:rsidR="005C7435" w:rsidRDefault="005C7435">
      <w:pPr>
        <w:spacing w:after="0"/>
      </w:pPr>
    </w:p>
    <w:p w14:paraId="51A3BFBD" w14:textId="77777777" w:rsidR="005C7435" w:rsidRDefault="00043F3A">
      <w:pPr>
        <w:spacing w:after="0"/>
      </w:pPr>
      <w:r>
        <w:rPr>
          <w:rFonts w:ascii="Arial" w:hAnsi="Arial"/>
          <w:b/>
        </w:rPr>
        <w:t xml:space="preserve">Interviewer P:  </w:t>
      </w:r>
      <w:r>
        <w:rPr>
          <w:rFonts w:ascii="Arial" w:hAnsi="Arial"/>
          <w:color w:val="5D7284"/>
        </w:rPr>
        <w:t>16:27</w:t>
      </w:r>
    </w:p>
    <w:p w14:paraId="11FF980B" w14:textId="33D3E1C5" w:rsidR="005C7435" w:rsidRDefault="00043F3A">
      <w:pPr>
        <w:spacing w:after="0"/>
      </w:pPr>
      <w:r>
        <w:rPr>
          <w:rFonts w:ascii="Arial" w:hAnsi="Arial"/>
        </w:rPr>
        <w:t xml:space="preserve">Okay, so like so it will kind of like drop down and then on the bottom, move out to the side. And </w:t>
      </w:r>
      <w:r w:rsidR="003261F9">
        <w:rPr>
          <w:rFonts w:ascii="Arial" w:hAnsi="Arial"/>
        </w:rPr>
        <w:t>so,</w:t>
      </w:r>
      <w:r>
        <w:rPr>
          <w:rFonts w:ascii="Arial" w:hAnsi="Arial"/>
        </w:rPr>
        <w:t xml:space="preserve"> then what are we looking at here?</w:t>
      </w:r>
    </w:p>
    <w:p w14:paraId="1578A46E" w14:textId="77777777" w:rsidR="005C7435" w:rsidRDefault="005C7435">
      <w:pPr>
        <w:spacing w:after="0"/>
      </w:pPr>
    </w:p>
    <w:p w14:paraId="5048DFE9" w14:textId="77777777" w:rsidR="005C7435" w:rsidRDefault="00043F3A">
      <w:pPr>
        <w:spacing w:after="0"/>
      </w:pPr>
      <w:r>
        <w:rPr>
          <w:rFonts w:ascii="Arial" w:hAnsi="Arial"/>
          <w:b/>
        </w:rPr>
        <w:t xml:space="preserve">Participant #2:  </w:t>
      </w:r>
      <w:r>
        <w:rPr>
          <w:rFonts w:ascii="Arial" w:hAnsi="Arial"/>
          <w:color w:val="5D7284"/>
        </w:rPr>
        <w:t>16:37</w:t>
      </w:r>
    </w:p>
    <w:p w14:paraId="16C2C038" w14:textId="77777777" w:rsidR="005C7435" w:rsidRDefault="00043F3A">
      <w:pPr>
        <w:spacing w:after="0"/>
      </w:pPr>
      <w:r>
        <w:rPr>
          <w:rFonts w:ascii="Arial" w:hAnsi="Arial"/>
        </w:rPr>
        <w:t>How they were like, I keep calling then tendrils.</w:t>
      </w:r>
    </w:p>
    <w:p w14:paraId="4854DE43" w14:textId="77777777" w:rsidR="005C7435" w:rsidRDefault="005C7435">
      <w:pPr>
        <w:spacing w:after="0"/>
      </w:pPr>
    </w:p>
    <w:p w14:paraId="7ADF99D6" w14:textId="77777777" w:rsidR="005C7435" w:rsidRDefault="00043F3A">
      <w:pPr>
        <w:spacing w:after="0"/>
      </w:pPr>
      <w:r>
        <w:rPr>
          <w:rFonts w:ascii="Arial" w:hAnsi="Arial"/>
          <w:b/>
        </w:rPr>
        <w:t xml:space="preserve">Interviewer P:  </w:t>
      </w:r>
      <w:r>
        <w:rPr>
          <w:rFonts w:ascii="Arial" w:hAnsi="Arial"/>
          <w:color w:val="5D7284"/>
        </w:rPr>
        <w:t>16:41</w:t>
      </w:r>
    </w:p>
    <w:p w14:paraId="6F1D9D5A" w14:textId="28ABE13F" w:rsidR="005C7435" w:rsidRDefault="003261F9">
      <w:pPr>
        <w:spacing w:after="0"/>
      </w:pPr>
      <w:r>
        <w:rPr>
          <w:rFonts w:ascii="Arial" w:hAnsi="Arial"/>
        </w:rPr>
        <w:t>That’s okay that’s that's what they look like.</w:t>
      </w:r>
    </w:p>
    <w:p w14:paraId="5E2A7437" w14:textId="77777777" w:rsidR="005C7435" w:rsidRDefault="005C7435">
      <w:pPr>
        <w:spacing w:after="0"/>
      </w:pPr>
    </w:p>
    <w:p w14:paraId="1DB938D3" w14:textId="77777777" w:rsidR="005C7435" w:rsidRDefault="00043F3A">
      <w:pPr>
        <w:spacing w:after="0"/>
      </w:pPr>
      <w:r>
        <w:rPr>
          <w:rFonts w:ascii="Arial" w:hAnsi="Arial"/>
          <w:b/>
        </w:rPr>
        <w:t xml:space="preserve">Participant #2:  </w:t>
      </w:r>
      <w:r>
        <w:rPr>
          <w:rFonts w:ascii="Arial" w:hAnsi="Arial"/>
          <w:color w:val="5D7284"/>
        </w:rPr>
        <w:t>16:43</w:t>
      </w:r>
    </w:p>
    <w:p w14:paraId="65C5BE22" w14:textId="77777777" w:rsidR="005C7435" w:rsidRDefault="00043F3A">
      <w:pPr>
        <w:spacing w:after="0"/>
      </w:pPr>
      <w:r>
        <w:rPr>
          <w:rFonts w:ascii="Arial" w:hAnsi="Arial"/>
        </w:rPr>
        <w:t xml:space="preserve">Yeah, we'll stay connected to it for I </w:t>
      </w:r>
      <w:r>
        <w:rPr>
          <w:rFonts w:ascii="Arial" w:hAnsi="Arial"/>
        </w:rPr>
        <w:t>don't know how long but they'll still be connected to the liquid at the bottom and as it moves outwards, then they'll like form into it as well you yeah, I really described that.</w:t>
      </w:r>
    </w:p>
    <w:p w14:paraId="6E1C0321" w14:textId="77777777" w:rsidR="005C7435" w:rsidRDefault="005C7435">
      <w:pPr>
        <w:spacing w:after="0"/>
      </w:pPr>
    </w:p>
    <w:p w14:paraId="43B0EE97" w14:textId="77777777" w:rsidR="005C7435" w:rsidRDefault="00043F3A">
      <w:pPr>
        <w:spacing w:after="0"/>
      </w:pPr>
      <w:r>
        <w:rPr>
          <w:rFonts w:ascii="Arial" w:hAnsi="Arial"/>
          <w:b/>
        </w:rPr>
        <w:t xml:space="preserve">Interviewer P:  </w:t>
      </w:r>
      <w:r>
        <w:rPr>
          <w:rFonts w:ascii="Arial" w:hAnsi="Arial"/>
          <w:color w:val="5D7284"/>
        </w:rPr>
        <w:t>17:10</w:t>
      </w:r>
    </w:p>
    <w:p w14:paraId="75BDFC61" w14:textId="77777777" w:rsidR="005C7435" w:rsidRDefault="00043F3A">
      <w:pPr>
        <w:spacing w:after="0"/>
      </w:pPr>
      <w:r>
        <w:rPr>
          <w:rFonts w:ascii="Arial" w:hAnsi="Arial"/>
        </w:rPr>
        <w:t>No, no, no, I get it so it's it's like you'll still have the tentacles staying.</w:t>
      </w:r>
    </w:p>
    <w:p w14:paraId="14881A2A" w14:textId="77777777" w:rsidR="005C7435" w:rsidRDefault="005C7435">
      <w:pPr>
        <w:spacing w:after="0"/>
      </w:pPr>
    </w:p>
    <w:p w14:paraId="44607993" w14:textId="77777777" w:rsidR="005C7435" w:rsidRDefault="00043F3A">
      <w:pPr>
        <w:spacing w:after="0"/>
      </w:pPr>
      <w:r>
        <w:rPr>
          <w:rFonts w:ascii="Arial" w:hAnsi="Arial"/>
          <w:b/>
        </w:rPr>
        <w:t xml:space="preserve">Participant #2:  </w:t>
      </w:r>
      <w:r>
        <w:rPr>
          <w:rFonts w:ascii="Arial" w:hAnsi="Arial"/>
          <w:color w:val="5D7284"/>
        </w:rPr>
        <w:t>17:16</w:t>
      </w:r>
    </w:p>
    <w:p w14:paraId="4424DEB5" w14:textId="77777777" w:rsidR="005C7435" w:rsidRDefault="00043F3A">
      <w:pPr>
        <w:spacing w:after="0"/>
      </w:pPr>
      <w:r>
        <w:rPr>
          <w:rFonts w:ascii="Arial" w:hAnsi="Arial"/>
        </w:rPr>
        <w:t>Yes. Yes.</w:t>
      </w:r>
    </w:p>
    <w:p w14:paraId="5580AB95" w14:textId="77777777" w:rsidR="005C7435" w:rsidRDefault="005C7435">
      <w:pPr>
        <w:spacing w:after="0"/>
      </w:pPr>
    </w:p>
    <w:p w14:paraId="44434733" w14:textId="77777777" w:rsidR="005C7435" w:rsidRDefault="00043F3A">
      <w:pPr>
        <w:spacing w:after="0"/>
      </w:pPr>
      <w:r>
        <w:rPr>
          <w:rFonts w:ascii="Arial" w:hAnsi="Arial"/>
          <w:b/>
        </w:rPr>
        <w:t xml:space="preserve">Interviewer P:  </w:t>
      </w:r>
      <w:r>
        <w:rPr>
          <w:rFonts w:ascii="Arial" w:hAnsi="Arial"/>
          <w:color w:val="5D7284"/>
        </w:rPr>
        <w:t>17:17</w:t>
      </w:r>
    </w:p>
    <w:p w14:paraId="640F41B9" w14:textId="77777777" w:rsidR="005C7435" w:rsidRDefault="00043F3A">
      <w:pPr>
        <w:spacing w:after="0"/>
      </w:pPr>
      <w:r>
        <w:rPr>
          <w:rFonts w:ascii="Arial" w:hAnsi="Arial"/>
        </w:rPr>
        <w:t xml:space="preserve"> But along the bottom they're going to move out.</w:t>
      </w:r>
    </w:p>
    <w:p w14:paraId="38593A03" w14:textId="77777777" w:rsidR="005C7435" w:rsidRDefault="005C7435">
      <w:pPr>
        <w:spacing w:after="0"/>
      </w:pPr>
    </w:p>
    <w:p w14:paraId="52135CD5" w14:textId="77777777" w:rsidR="005C7435" w:rsidRDefault="00043F3A">
      <w:pPr>
        <w:spacing w:after="0"/>
      </w:pPr>
      <w:r>
        <w:rPr>
          <w:rFonts w:ascii="Arial" w:hAnsi="Arial"/>
          <w:b/>
        </w:rPr>
        <w:lastRenderedPageBreak/>
        <w:t xml:space="preserve">Participant #2:  </w:t>
      </w:r>
      <w:r>
        <w:rPr>
          <w:rFonts w:ascii="Arial" w:hAnsi="Arial"/>
          <w:color w:val="5D7284"/>
        </w:rPr>
        <w:t>17:19</w:t>
      </w:r>
    </w:p>
    <w:p w14:paraId="4BDD25C1" w14:textId="77777777" w:rsidR="005C7435" w:rsidRDefault="00043F3A">
      <w:pPr>
        <w:spacing w:after="0"/>
      </w:pPr>
      <w:r>
        <w:rPr>
          <w:rFonts w:ascii="Arial" w:hAnsi="Arial"/>
        </w:rPr>
        <w:t xml:space="preserve">Yeah. Okay. </w:t>
      </w:r>
    </w:p>
    <w:p w14:paraId="7DFE36CD" w14:textId="77777777" w:rsidR="005C7435" w:rsidRDefault="005C7435">
      <w:pPr>
        <w:spacing w:after="0"/>
      </w:pPr>
    </w:p>
    <w:p w14:paraId="1C894093" w14:textId="77777777" w:rsidR="005C7435" w:rsidRDefault="00043F3A">
      <w:pPr>
        <w:spacing w:after="0"/>
      </w:pPr>
      <w:r>
        <w:rPr>
          <w:rFonts w:ascii="Arial" w:hAnsi="Arial"/>
          <w:b/>
        </w:rPr>
        <w:t xml:space="preserve">Interviewer P:  </w:t>
      </w:r>
      <w:r>
        <w:rPr>
          <w:rFonts w:ascii="Arial" w:hAnsi="Arial"/>
          <w:color w:val="5D7284"/>
        </w:rPr>
        <w:t>17:21</w:t>
      </w:r>
    </w:p>
    <w:p w14:paraId="587F02AB" w14:textId="713A9FAD" w:rsidR="005C7435" w:rsidRDefault="00043F3A">
      <w:pPr>
        <w:spacing w:after="0"/>
      </w:pPr>
      <w:r>
        <w:rPr>
          <w:rFonts w:ascii="Arial" w:hAnsi="Arial"/>
        </w:rPr>
        <w:t xml:space="preserve">All right. Well, let's do it, and see what </w:t>
      </w:r>
      <w:r w:rsidR="003261F9">
        <w:rPr>
          <w:rFonts w:ascii="Arial" w:hAnsi="Arial"/>
        </w:rPr>
        <w:t>happens</w:t>
      </w:r>
      <w:r>
        <w:rPr>
          <w:rFonts w:ascii="Arial" w:hAnsi="Arial"/>
        </w:rPr>
        <w:t>.</w:t>
      </w:r>
    </w:p>
    <w:p w14:paraId="1B964DF6" w14:textId="77777777" w:rsidR="005C7435" w:rsidRDefault="005C7435">
      <w:pPr>
        <w:spacing w:after="0"/>
      </w:pPr>
    </w:p>
    <w:p w14:paraId="7039A929" w14:textId="77777777" w:rsidR="005C7435" w:rsidRDefault="00043F3A">
      <w:pPr>
        <w:spacing w:after="0"/>
      </w:pPr>
      <w:r>
        <w:rPr>
          <w:rFonts w:ascii="Arial" w:hAnsi="Arial"/>
          <w:b/>
        </w:rPr>
        <w:t xml:space="preserve">Participant #2:  </w:t>
      </w:r>
      <w:r>
        <w:rPr>
          <w:rFonts w:ascii="Arial" w:hAnsi="Arial"/>
          <w:color w:val="5D7284"/>
        </w:rPr>
        <w:t>17:23</w:t>
      </w:r>
    </w:p>
    <w:p w14:paraId="6F1B7F14" w14:textId="77777777" w:rsidR="005C7435" w:rsidRDefault="00043F3A">
      <w:pPr>
        <w:spacing w:after="0"/>
      </w:pPr>
      <w:r>
        <w:rPr>
          <w:rFonts w:ascii="Arial" w:hAnsi="Arial"/>
        </w:rPr>
        <w:t>I think I'm gonna be really wrong again.</w:t>
      </w:r>
    </w:p>
    <w:p w14:paraId="0CE725C5" w14:textId="77777777" w:rsidR="005C7435" w:rsidRDefault="005C7435">
      <w:pPr>
        <w:spacing w:after="0"/>
      </w:pPr>
    </w:p>
    <w:p w14:paraId="1AA0A1A7" w14:textId="77777777" w:rsidR="005C7435" w:rsidRDefault="00043F3A">
      <w:pPr>
        <w:spacing w:after="0"/>
      </w:pPr>
      <w:r>
        <w:rPr>
          <w:rFonts w:ascii="Arial" w:hAnsi="Arial"/>
          <w:b/>
        </w:rPr>
        <w:t xml:space="preserve">Interviewer P:  </w:t>
      </w:r>
      <w:r>
        <w:rPr>
          <w:rFonts w:ascii="Arial" w:hAnsi="Arial"/>
          <w:color w:val="5D7284"/>
        </w:rPr>
        <w:t>18:53</w:t>
      </w:r>
    </w:p>
    <w:p w14:paraId="1F664828" w14:textId="77777777" w:rsidR="005C7435" w:rsidRDefault="00043F3A">
      <w:pPr>
        <w:spacing w:after="0"/>
      </w:pPr>
      <w:r>
        <w:rPr>
          <w:rFonts w:ascii="Arial" w:hAnsi="Arial"/>
        </w:rPr>
        <w:t>All right, so that's a minute.</w:t>
      </w:r>
    </w:p>
    <w:p w14:paraId="31EADAC2" w14:textId="77777777" w:rsidR="005C7435" w:rsidRDefault="005C7435">
      <w:pPr>
        <w:spacing w:after="0"/>
      </w:pPr>
    </w:p>
    <w:p w14:paraId="19D70F1C" w14:textId="77777777" w:rsidR="005C7435" w:rsidRDefault="00043F3A">
      <w:pPr>
        <w:spacing w:after="0"/>
      </w:pPr>
      <w:r>
        <w:rPr>
          <w:rFonts w:ascii="Arial" w:hAnsi="Arial"/>
          <w:b/>
        </w:rPr>
        <w:t xml:space="preserve">Participant #2:  </w:t>
      </w:r>
      <w:r>
        <w:rPr>
          <w:rFonts w:ascii="Arial" w:hAnsi="Arial"/>
          <w:color w:val="5D7284"/>
        </w:rPr>
        <w:t>18:57</w:t>
      </w:r>
    </w:p>
    <w:p w14:paraId="6A6B5559" w14:textId="77777777" w:rsidR="005C7435" w:rsidRDefault="00043F3A">
      <w:pPr>
        <w:spacing w:after="0"/>
      </w:pPr>
      <w:r>
        <w:rPr>
          <w:rFonts w:ascii="Arial" w:hAnsi="Arial"/>
        </w:rPr>
        <w:t>I was really wrong again.</w:t>
      </w:r>
    </w:p>
    <w:p w14:paraId="32B62FAB" w14:textId="77777777" w:rsidR="005C7435" w:rsidRDefault="005C7435">
      <w:pPr>
        <w:spacing w:after="0"/>
      </w:pPr>
    </w:p>
    <w:p w14:paraId="124F8206" w14:textId="77777777" w:rsidR="005C7435" w:rsidRDefault="00043F3A">
      <w:pPr>
        <w:spacing w:after="0"/>
      </w:pPr>
      <w:r>
        <w:rPr>
          <w:rFonts w:ascii="Arial" w:hAnsi="Arial"/>
          <w:b/>
        </w:rPr>
        <w:t xml:space="preserve">Interviewer P:  </w:t>
      </w:r>
      <w:r>
        <w:rPr>
          <w:rFonts w:ascii="Arial" w:hAnsi="Arial"/>
          <w:color w:val="5D7284"/>
        </w:rPr>
        <w:t>19:02</w:t>
      </w:r>
    </w:p>
    <w:p w14:paraId="0F3BDDED" w14:textId="100FD065" w:rsidR="005C7435" w:rsidRDefault="003261F9">
      <w:pPr>
        <w:spacing w:after="0"/>
      </w:pPr>
      <w:r>
        <w:rPr>
          <w:rFonts w:ascii="Arial" w:hAnsi="Arial"/>
        </w:rPr>
        <w:t>So, what do you think? Tell me what surprises you.</w:t>
      </w:r>
    </w:p>
    <w:p w14:paraId="06BD73FD" w14:textId="77777777" w:rsidR="005C7435" w:rsidRDefault="005C7435">
      <w:pPr>
        <w:spacing w:after="0"/>
      </w:pPr>
    </w:p>
    <w:p w14:paraId="2D176ECD" w14:textId="77777777" w:rsidR="005C7435" w:rsidRDefault="00043F3A">
      <w:pPr>
        <w:spacing w:after="0"/>
      </w:pPr>
      <w:r>
        <w:rPr>
          <w:rFonts w:ascii="Arial" w:hAnsi="Arial"/>
          <w:b/>
        </w:rPr>
        <w:t xml:space="preserve">Participant #2:  </w:t>
      </w:r>
      <w:r>
        <w:rPr>
          <w:rFonts w:ascii="Arial" w:hAnsi="Arial"/>
          <w:color w:val="5D7284"/>
        </w:rPr>
        <w:t>19:04</w:t>
      </w:r>
    </w:p>
    <w:p w14:paraId="770289A8" w14:textId="77777777" w:rsidR="005C7435" w:rsidRDefault="00043F3A">
      <w:pPr>
        <w:spacing w:after="0"/>
      </w:pPr>
      <w:r>
        <w:rPr>
          <w:rFonts w:ascii="Arial" w:hAnsi="Arial"/>
        </w:rPr>
        <w:t>Okay, so instead of it like, fanning out as much as it did over here, they're kind of staying in a smaller space, like where you dropped them. And they're kind of making little like, tornadoes as if that's.</w:t>
      </w:r>
    </w:p>
    <w:p w14:paraId="3767F468" w14:textId="77777777" w:rsidR="005C7435" w:rsidRDefault="005C7435">
      <w:pPr>
        <w:spacing w:after="0"/>
      </w:pPr>
    </w:p>
    <w:p w14:paraId="2A1815B8" w14:textId="77777777" w:rsidR="005C7435" w:rsidRDefault="00043F3A">
      <w:pPr>
        <w:spacing w:after="0"/>
      </w:pPr>
      <w:r>
        <w:rPr>
          <w:rFonts w:ascii="Arial" w:hAnsi="Arial"/>
          <w:b/>
        </w:rPr>
        <w:t xml:space="preserve">Interviewer P:  </w:t>
      </w:r>
      <w:r>
        <w:rPr>
          <w:rFonts w:ascii="Arial" w:hAnsi="Arial"/>
          <w:color w:val="5D7284"/>
        </w:rPr>
        <w:t>19:22</w:t>
      </w:r>
    </w:p>
    <w:p w14:paraId="790608CF" w14:textId="0E3EF92F" w:rsidR="005C7435" w:rsidRDefault="00043F3A">
      <w:pPr>
        <w:spacing w:after="0"/>
      </w:pPr>
      <w:r>
        <w:rPr>
          <w:rFonts w:ascii="Arial" w:hAnsi="Arial"/>
        </w:rPr>
        <w:t>Yeah, and you can get like, kind of a side</w:t>
      </w:r>
      <w:r w:rsidR="003261F9">
        <w:rPr>
          <w:rFonts w:ascii="Arial" w:hAnsi="Arial"/>
        </w:rPr>
        <w:t>...,</w:t>
      </w:r>
      <w:r>
        <w:rPr>
          <w:rFonts w:ascii="Arial" w:hAnsi="Arial"/>
        </w:rPr>
        <w:t xml:space="preserve"> like a side down the top view you can look both ways.</w:t>
      </w:r>
    </w:p>
    <w:p w14:paraId="778CECA6" w14:textId="77777777" w:rsidR="005C7435" w:rsidRDefault="005C7435">
      <w:pPr>
        <w:spacing w:after="0"/>
      </w:pPr>
    </w:p>
    <w:p w14:paraId="745F9B75" w14:textId="77777777" w:rsidR="005C7435" w:rsidRDefault="00043F3A">
      <w:pPr>
        <w:spacing w:after="0"/>
      </w:pPr>
      <w:r>
        <w:rPr>
          <w:rFonts w:ascii="Arial" w:hAnsi="Arial"/>
          <w:b/>
        </w:rPr>
        <w:t xml:space="preserve">Participant #2:  </w:t>
      </w:r>
      <w:r>
        <w:rPr>
          <w:rFonts w:ascii="Arial" w:hAnsi="Arial"/>
          <w:color w:val="5D7284"/>
        </w:rPr>
        <w:t>19:30</w:t>
      </w:r>
    </w:p>
    <w:p w14:paraId="12DBBAC9" w14:textId="77777777" w:rsidR="005C7435" w:rsidRDefault="00043F3A">
      <w:pPr>
        <w:spacing w:after="0"/>
      </w:pPr>
      <w:r>
        <w:rPr>
          <w:rFonts w:ascii="Arial" w:hAnsi="Arial"/>
        </w:rPr>
        <w:t>And instead of them being like, thin, like stringy, like lines, they're thicker now. And they're like wrapping around themselves.</w:t>
      </w:r>
    </w:p>
    <w:p w14:paraId="12997E6C" w14:textId="77777777" w:rsidR="005C7435" w:rsidRDefault="005C7435">
      <w:pPr>
        <w:spacing w:after="0"/>
      </w:pPr>
    </w:p>
    <w:p w14:paraId="2593C110" w14:textId="77777777" w:rsidR="005C7435" w:rsidRDefault="00043F3A">
      <w:pPr>
        <w:spacing w:after="0"/>
      </w:pPr>
      <w:r>
        <w:rPr>
          <w:rFonts w:ascii="Arial" w:hAnsi="Arial"/>
          <w:b/>
        </w:rPr>
        <w:t xml:space="preserve">Interviewer P:  </w:t>
      </w:r>
      <w:r>
        <w:rPr>
          <w:rFonts w:ascii="Arial" w:hAnsi="Arial"/>
          <w:color w:val="5D7284"/>
        </w:rPr>
        <w:t>19:44</w:t>
      </w:r>
    </w:p>
    <w:p w14:paraId="306255C2" w14:textId="01859FA1" w:rsidR="005C7435" w:rsidRDefault="003261F9">
      <w:pPr>
        <w:spacing w:after="0"/>
      </w:pPr>
      <w:r>
        <w:rPr>
          <w:rFonts w:ascii="Arial" w:hAnsi="Arial"/>
        </w:rPr>
        <w:t>So, tell me about the tornado part.</w:t>
      </w:r>
    </w:p>
    <w:p w14:paraId="4780D03D" w14:textId="77777777" w:rsidR="005C7435" w:rsidRDefault="005C7435">
      <w:pPr>
        <w:spacing w:after="0"/>
      </w:pPr>
    </w:p>
    <w:p w14:paraId="33C1890E" w14:textId="77777777" w:rsidR="005C7435" w:rsidRDefault="00043F3A">
      <w:pPr>
        <w:spacing w:after="0"/>
      </w:pPr>
      <w:r>
        <w:rPr>
          <w:rFonts w:ascii="Arial" w:hAnsi="Arial"/>
          <w:b/>
        </w:rPr>
        <w:t xml:space="preserve">Participant #2:  </w:t>
      </w:r>
      <w:r>
        <w:rPr>
          <w:rFonts w:ascii="Arial" w:hAnsi="Arial"/>
          <w:color w:val="5D7284"/>
        </w:rPr>
        <w:t>19:46</w:t>
      </w:r>
    </w:p>
    <w:p w14:paraId="22B3B036" w14:textId="7E498BCC" w:rsidR="005C7435" w:rsidRDefault="003261F9">
      <w:pPr>
        <w:spacing w:after="0"/>
      </w:pPr>
      <w:r>
        <w:rPr>
          <w:rFonts w:ascii="Arial" w:hAnsi="Arial"/>
        </w:rPr>
        <w:t>So, I'm assuming since it's rotating like this, that they're like. Like it's moving around itself. So it's starting like like tornado effect. Like, I don't know how that happens, but.</w:t>
      </w:r>
    </w:p>
    <w:p w14:paraId="627BBE17" w14:textId="77777777" w:rsidR="005C7435" w:rsidRDefault="005C7435">
      <w:pPr>
        <w:spacing w:after="0"/>
      </w:pPr>
    </w:p>
    <w:p w14:paraId="40385438" w14:textId="77777777" w:rsidR="005C7435" w:rsidRDefault="00043F3A">
      <w:pPr>
        <w:spacing w:after="0"/>
      </w:pPr>
      <w:r>
        <w:rPr>
          <w:rFonts w:ascii="Arial" w:hAnsi="Arial"/>
          <w:b/>
        </w:rPr>
        <w:t xml:space="preserve">Interviewer P:  </w:t>
      </w:r>
      <w:r>
        <w:rPr>
          <w:rFonts w:ascii="Arial" w:hAnsi="Arial"/>
          <w:color w:val="5D7284"/>
        </w:rPr>
        <w:t>20:06</w:t>
      </w:r>
    </w:p>
    <w:p w14:paraId="4C03B658" w14:textId="185DD991" w:rsidR="005C7435" w:rsidRDefault="00043F3A">
      <w:pPr>
        <w:spacing w:after="0"/>
      </w:pPr>
      <w:r>
        <w:rPr>
          <w:rFonts w:ascii="Arial" w:hAnsi="Arial"/>
        </w:rPr>
        <w:t xml:space="preserve">Tell me like what you mean by a tornado effect? Like the purple things that we were calling </w:t>
      </w:r>
      <w:r w:rsidR="003261F9">
        <w:rPr>
          <w:rFonts w:ascii="Arial" w:hAnsi="Arial"/>
        </w:rPr>
        <w:t>tentacles.</w:t>
      </w:r>
      <w:r>
        <w:rPr>
          <w:rFonts w:ascii="Arial" w:hAnsi="Arial"/>
        </w:rPr>
        <w:t xml:space="preserve"> Are they themselves moving like a tornado?</w:t>
      </w:r>
    </w:p>
    <w:p w14:paraId="45772B2E" w14:textId="77777777" w:rsidR="005C7435" w:rsidRDefault="005C7435">
      <w:pPr>
        <w:spacing w:after="0"/>
      </w:pPr>
    </w:p>
    <w:p w14:paraId="07C05C0E" w14:textId="77777777" w:rsidR="005C7435" w:rsidRDefault="00043F3A">
      <w:pPr>
        <w:spacing w:after="0"/>
      </w:pPr>
      <w:r>
        <w:rPr>
          <w:rFonts w:ascii="Arial" w:hAnsi="Arial"/>
          <w:b/>
        </w:rPr>
        <w:t xml:space="preserve">Participant #2:  </w:t>
      </w:r>
      <w:r>
        <w:rPr>
          <w:rFonts w:ascii="Arial" w:hAnsi="Arial"/>
          <w:color w:val="5D7284"/>
        </w:rPr>
        <w:t>20:20</w:t>
      </w:r>
    </w:p>
    <w:p w14:paraId="79983E7A" w14:textId="77777777" w:rsidR="005C7435" w:rsidRDefault="00043F3A">
      <w:pPr>
        <w:spacing w:after="0"/>
      </w:pPr>
      <w:r>
        <w:rPr>
          <w:rFonts w:ascii="Arial" w:hAnsi="Arial"/>
        </w:rPr>
        <w:t>No, they just look like like they've just formed that shape.</w:t>
      </w:r>
    </w:p>
    <w:p w14:paraId="60A1D3C4" w14:textId="77777777" w:rsidR="005C7435" w:rsidRDefault="005C7435">
      <w:pPr>
        <w:spacing w:after="0"/>
      </w:pPr>
    </w:p>
    <w:p w14:paraId="3B45F360" w14:textId="77777777" w:rsidR="005C7435" w:rsidRDefault="00043F3A">
      <w:pPr>
        <w:spacing w:after="0"/>
      </w:pPr>
      <w:r>
        <w:rPr>
          <w:rFonts w:ascii="Arial" w:hAnsi="Arial"/>
          <w:b/>
        </w:rPr>
        <w:t xml:space="preserve">Interviewer P:  </w:t>
      </w:r>
      <w:r>
        <w:rPr>
          <w:rFonts w:ascii="Arial" w:hAnsi="Arial"/>
          <w:color w:val="5D7284"/>
        </w:rPr>
        <w:t>20:25</w:t>
      </w:r>
    </w:p>
    <w:p w14:paraId="0596764E" w14:textId="64FDDEA4" w:rsidR="005C7435" w:rsidRDefault="00043F3A">
      <w:pPr>
        <w:spacing w:after="0"/>
      </w:pPr>
      <w:r>
        <w:rPr>
          <w:rFonts w:ascii="Arial" w:hAnsi="Arial"/>
        </w:rPr>
        <w:lastRenderedPageBreak/>
        <w:t xml:space="preserve">The shape, okay, and that shape </w:t>
      </w:r>
      <w:r w:rsidR="003261F9">
        <w:rPr>
          <w:rFonts w:ascii="Arial" w:hAnsi="Arial"/>
        </w:rPr>
        <w:t>is.</w:t>
      </w:r>
    </w:p>
    <w:p w14:paraId="78454C4C" w14:textId="77777777" w:rsidR="005C7435" w:rsidRDefault="005C7435">
      <w:pPr>
        <w:spacing w:after="0"/>
      </w:pPr>
    </w:p>
    <w:p w14:paraId="158D0822" w14:textId="77777777" w:rsidR="005C7435" w:rsidRDefault="00043F3A">
      <w:pPr>
        <w:spacing w:after="0"/>
      </w:pPr>
      <w:r>
        <w:rPr>
          <w:rFonts w:ascii="Arial" w:hAnsi="Arial"/>
          <w:b/>
        </w:rPr>
        <w:t xml:space="preserve">Participant #2:  </w:t>
      </w:r>
      <w:r>
        <w:rPr>
          <w:rFonts w:ascii="Arial" w:hAnsi="Arial"/>
          <w:color w:val="5D7284"/>
        </w:rPr>
        <w:t>20:28</w:t>
      </w:r>
    </w:p>
    <w:p w14:paraId="5E7DB1E1" w14:textId="77777777" w:rsidR="005C7435" w:rsidRDefault="00043F3A">
      <w:pPr>
        <w:spacing w:after="0"/>
      </w:pPr>
      <w:r>
        <w:rPr>
          <w:rFonts w:ascii="Arial" w:hAnsi="Arial"/>
        </w:rPr>
        <w:t>Like a spiral.</w:t>
      </w:r>
    </w:p>
    <w:p w14:paraId="171DE10E" w14:textId="77777777" w:rsidR="005C7435" w:rsidRDefault="005C7435">
      <w:pPr>
        <w:spacing w:after="0"/>
      </w:pPr>
    </w:p>
    <w:p w14:paraId="704F812B" w14:textId="77777777" w:rsidR="005C7435" w:rsidRDefault="00043F3A">
      <w:pPr>
        <w:spacing w:after="0"/>
      </w:pPr>
      <w:r>
        <w:rPr>
          <w:rFonts w:ascii="Arial" w:hAnsi="Arial"/>
          <w:b/>
        </w:rPr>
        <w:t xml:space="preserve">Interviewer P:  </w:t>
      </w:r>
      <w:r>
        <w:rPr>
          <w:rFonts w:ascii="Arial" w:hAnsi="Arial"/>
          <w:color w:val="5D7284"/>
        </w:rPr>
        <w:t>20:29</w:t>
      </w:r>
    </w:p>
    <w:p w14:paraId="351B3978" w14:textId="0B0E1FE4" w:rsidR="005C7435" w:rsidRDefault="00043F3A">
      <w:pPr>
        <w:spacing w:after="0"/>
      </w:pPr>
      <w:r>
        <w:rPr>
          <w:rFonts w:ascii="Arial" w:hAnsi="Arial"/>
        </w:rPr>
        <w:t xml:space="preserve">Okay, so are they actually </w:t>
      </w:r>
      <w:r w:rsidR="003261F9">
        <w:rPr>
          <w:rFonts w:ascii="Arial" w:hAnsi="Arial"/>
        </w:rPr>
        <w:t>spiraling</w:t>
      </w:r>
      <w:r>
        <w:rPr>
          <w:rFonts w:ascii="Arial" w:hAnsi="Arial"/>
        </w:rPr>
        <w:t>?</w:t>
      </w:r>
    </w:p>
    <w:p w14:paraId="70788B2E" w14:textId="77777777" w:rsidR="005C7435" w:rsidRDefault="005C7435">
      <w:pPr>
        <w:spacing w:after="0"/>
      </w:pPr>
    </w:p>
    <w:p w14:paraId="5B8054B4" w14:textId="77777777" w:rsidR="005C7435" w:rsidRDefault="00043F3A">
      <w:pPr>
        <w:spacing w:after="0"/>
      </w:pPr>
      <w:r>
        <w:rPr>
          <w:rFonts w:ascii="Arial" w:hAnsi="Arial"/>
          <w:b/>
        </w:rPr>
        <w:t xml:space="preserve">Participant #2:  </w:t>
      </w:r>
      <w:r>
        <w:rPr>
          <w:rFonts w:ascii="Arial" w:hAnsi="Arial"/>
          <w:color w:val="5D7284"/>
        </w:rPr>
        <w:t>20:31</w:t>
      </w:r>
    </w:p>
    <w:p w14:paraId="653E53EE" w14:textId="77777777" w:rsidR="005C7435" w:rsidRDefault="00043F3A">
      <w:pPr>
        <w:spacing w:after="0"/>
      </w:pPr>
      <w:r>
        <w:rPr>
          <w:rFonts w:ascii="Arial" w:hAnsi="Arial"/>
        </w:rPr>
        <w:t xml:space="preserve">No, that is so </w:t>
      </w:r>
      <w:r>
        <w:rPr>
          <w:rFonts w:ascii="Arial" w:hAnsi="Arial"/>
        </w:rPr>
        <w:t>crazy.</w:t>
      </w:r>
    </w:p>
    <w:p w14:paraId="2326C9CC" w14:textId="77777777" w:rsidR="005C7435" w:rsidRDefault="005C7435">
      <w:pPr>
        <w:spacing w:after="0"/>
      </w:pPr>
    </w:p>
    <w:p w14:paraId="22186603" w14:textId="77777777" w:rsidR="005C7435" w:rsidRDefault="00043F3A">
      <w:pPr>
        <w:spacing w:after="0"/>
      </w:pPr>
      <w:r>
        <w:rPr>
          <w:rFonts w:ascii="Arial" w:hAnsi="Arial"/>
          <w:b/>
        </w:rPr>
        <w:t xml:space="preserve">Interviewer P:  </w:t>
      </w:r>
      <w:r>
        <w:rPr>
          <w:rFonts w:ascii="Arial" w:hAnsi="Arial"/>
          <w:color w:val="5D7284"/>
        </w:rPr>
        <w:t>20:33</w:t>
      </w:r>
    </w:p>
    <w:p w14:paraId="1D0E3ED5" w14:textId="77777777" w:rsidR="005C7435" w:rsidRDefault="00043F3A">
      <w:pPr>
        <w:spacing w:after="0"/>
      </w:pPr>
      <w:r>
        <w:rPr>
          <w:rFonts w:ascii="Arial" w:hAnsi="Arial"/>
        </w:rPr>
        <w:t>Okay so when you say a spiral shape can you tell me what that is.</w:t>
      </w:r>
    </w:p>
    <w:p w14:paraId="468D3EA1" w14:textId="77777777" w:rsidR="005C7435" w:rsidRDefault="005C7435">
      <w:pPr>
        <w:spacing w:after="0"/>
      </w:pPr>
    </w:p>
    <w:p w14:paraId="33A88ABE" w14:textId="77777777" w:rsidR="005C7435" w:rsidRDefault="00043F3A">
      <w:pPr>
        <w:spacing w:after="0"/>
      </w:pPr>
      <w:r>
        <w:rPr>
          <w:rFonts w:ascii="Arial" w:hAnsi="Arial"/>
          <w:b/>
        </w:rPr>
        <w:t xml:space="preserve">Participant #2:  </w:t>
      </w:r>
      <w:r>
        <w:rPr>
          <w:rFonts w:ascii="Arial" w:hAnsi="Arial"/>
          <w:color w:val="5D7284"/>
        </w:rPr>
        <w:t>20:43</w:t>
      </w:r>
    </w:p>
    <w:p w14:paraId="63DF7636" w14:textId="77777777" w:rsidR="005C7435" w:rsidRDefault="00043F3A">
      <w:pPr>
        <w:spacing w:after="0"/>
      </w:pPr>
      <w:r>
        <w:rPr>
          <w:rFonts w:ascii="Arial" w:hAnsi="Arial"/>
        </w:rPr>
        <w:t>Um like, like this is the only word that's popping into my head like a like a slinky.</w:t>
      </w:r>
    </w:p>
    <w:p w14:paraId="0EC6D1A2" w14:textId="77777777" w:rsidR="005C7435" w:rsidRDefault="005C7435">
      <w:pPr>
        <w:spacing w:after="0"/>
      </w:pPr>
    </w:p>
    <w:p w14:paraId="7C64E96C" w14:textId="77777777" w:rsidR="005C7435" w:rsidRDefault="00043F3A">
      <w:pPr>
        <w:spacing w:after="0"/>
      </w:pPr>
      <w:r>
        <w:rPr>
          <w:rFonts w:ascii="Arial" w:hAnsi="Arial"/>
          <w:b/>
        </w:rPr>
        <w:t xml:space="preserve">Interviewer P:  </w:t>
      </w:r>
      <w:r>
        <w:rPr>
          <w:rFonts w:ascii="Arial" w:hAnsi="Arial"/>
          <w:color w:val="5D7284"/>
        </w:rPr>
        <w:t>20:52</w:t>
      </w:r>
    </w:p>
    <w:p w14:paraId="465BCF91" w14:textId="77777777" w:rsidR="005C7435" w:rsidRDefault="00043F3A">
      <w:pPr>
        <w:spacing w:after="0"/>
      </w:pPr>
      <w:r>
        <w:rPr>
          <w:rFonts w:ascii="Arial" w:hAnsi="Arial"/>
        </w:rPr>
        <w:t>Okay.</w:t>
      </w:r>
    </w:p>
    <w:p w14:paraId="4B36C6C4" w14:textId="77777777" w:rsidR="005C7435" w:rsidRDefault="005C7435">
      <w:pPr>
        <w:spacing w:after="0"/>
      </w:pPr>
    </w:p>
    <w:p w14:paraId="0F7425EC" w14:textId="77777777" w:rsidR="005C7435" w:rsidRDefault="00043F3A">
      <w:pPr>
        <w:spacing w:after="0"/>
      </w:pPr>
      <w:r>
        <w:rPr>
          <w:rFonts w:ascii="Arial" w:hAnsi="Arial"/>
          <w:b/>
        </w:rPr>
        <w:t xml:space="preserve">Participant #2:  </w:t>
      </w:r>
      <w:r>
        <w:rPr>
          <w:rFonts w:ascii="Arial" w:hAnsi="Arial"/>
          <w:color w:val="5D7284"/>
        </w:rPr>
        <w:t>20:53</w:t>
      </w:r>
    </w:p>
    <w:p w14:paraId="75DF849B" w14:textId="77777777" w:rsidR="005C7435" w:rsidRDefault="00043F3A">
      <w:pPr>
        <w:spacing w:after="0"/>
      </w:pPr>
      <w:r>
        <w:rPr>
          <w:rFonts w:ascii="Arial" w:hAnsi="Arial"/>
        </w:rPr>
        <w:t>Type thing.</w:t>
      </w:r>
    </w:p>
    <w:p w14:paraId="1AEF1F27" w14:textId="77777777" w:rsidR="005C7435" w:rsidRDefault="005C7435">
      <w:pPr>
        <w:spacing w:after="0"/>
      </w:pPr>
    </w:p>
    <w:p w14:paraId="628AE3C6" w14:textId="77777777" w:rsidR="005C7435" w:rsidRDefault="00043F3A">
      <w:pPr>
        <w:spacing w:after="0"/>
      </w:pPr>
      <w:r>
        <w:rPr>
          <w:rFonts w:ascii="Arial" w:hAnsi="Arial"/>
          <w:b/>
        </w:rPr>
        <w:t xml:space="preserve">Interviewer P:  </w:t>
      </w:r>
      <w:r>
        <w:rPr>
          <w:rFonts w:ascii="Arial" w:hAnsi="Arial"/>
          <w:color w:val="5D7284"/>
        </w:rPr>
        <w:t>20:54</w:t>
      </w:r>
    </w:p>
    <w:p w14:paraId="0550FD26" w14:textId="77777777" w:rsidR="005C7435" w:rsidRDefault="00043F3A">
      <w:pPr>
        <w:spacing w:after="0"/>
      </w:pPr>
      <w:r>
        <w:rPr>
          <w:rFonts w:ascii="Arial" w:hAnsi="Arial"/>
        </w:rPr>
        <w:t>Perfect perfect.</w:t>
      </w:r>
    </w:p>
    <w:p w14:paraId="0F0C4298" w14:textId="77777777" w:rsidR="005C7435" w:rsidRDefault="005C7435">
      <w:pPr>
        <w:spacing w:after="0"/>
      </w:pPr>
    </w:p>
    <w:p w14:paraId="64638600" w14:textId="77777777" w:rsidR="005C7435" w:rsidRDefault="00043F3A">
      <w:pPr>
        <w:spacing w:after="0"/>
      </w:pPr>
      <w:r>
        <w:rPr>
          <w:rFonts w:ascii="Arial" w:hAnsi="Arial"/>
          <w:b/>
        </w:rPr>
        <w:t xml:space="preserve">Participant #2:  </w:t>
      </w:r>
      <w:r>
        <w:rPr>
          <w:rFonts w:ascii="Arial" w:hAnsi="Arial"/>
          <w:color w:val="5D7284"/>
        </w:rPr>
        <w:t>20:59</w:t>
      </w:r>
    </w:p>
    <w:p w14:paraId="5918A476" w14:textId="77777777" w:rsidR="005C7435" w:rsidRDefault="00043F3A">
      <w:pPr>
        <w:spacing w:after="0"/>
      </w:pPr>
      <w:r>
        <w:rPr>
          <w:rFonts w:ascii="Arial" w:hAnsi="Arial"/>
        </w:rPr>
        <w:t>See but now they're like it's moving out a little bit more but it's not as fast as this one was sitting still.</w:t>
      </w:r>
    </w:p>
    <w:p w14:paraId="216A2361" w14:textId="77777777" w:rsidR="005C7435" w:rsidRDefault="005C7435">
      <w:pPr>
        <w:spacing w:after="0"/>
      </w:pPr>
    </w:p>
    <w:p w14:paraId="7FDBF1EA" w14:textId="77777777" w:rsidR="005C7435" w:rsidRDefault="00043F3A">
      <w:pPr>
        <w:spacing w:after="0"/>
      </w:pPr>
      <w:r>
        <w:rPr>
          <w:rFonts w:ascii="Arial" w:hAnsi="Arial"/>
          <w:b/>
        </w:rPr>
        <w:t xml:space="preserve">Interviewer P:  </w:t>
      </w:r>
      <w:r>
        <w:rPr>
          <w:rFonts w:ascii="Arial" w:hAnsi="Arial"/>
          <w:color w:val="5D7284"/>
        </w:rPr>
        <w:t>21:05</w:t>
      </w:r>
    </w:p>
    <w:p w14:paraId="33DC8842" w14:textId="77777777" w:rsidR="005C7435" w:rsidRDefault="00043F3A">
      <w:pPr>
        <w:spacing w:after="0"/>
      </w:pPr>
      <w:r>
        <w:rPr>
          <w:rFonts w:ascii="Arial" w:hAnsi="Arial"/>
        </w:rPr>
        <w:t>Yeah, yeah so what do you think might be holding it up holding those up? Tornado or slinky type things that you said.</w:t>
      </w:r>
    </w:p>
    <w:p w14:paraId="2E64152F" w14:textId="77777777" w:rsidR="005C7435" w:rsidRDefault="005C7435">
      <w:pPr>
        <w:spacing w:after="0"/>
      </w:pPr>
    </w:p>
    <w:p w14:paraId="508D714F" w14:textId="77777777" w:rsidR="005C7435" w:rsidRDefault="00043F3A">
      <w:pPr>
        <w:spacing w:after="0"/>
      </w:pPr>
      <w:r>
        <w:rPr>
          <w:rFonts w:ascii="Arial" w:hAnsi="Arial"/>
          <w:b/>
        </w:rPr>
        <w:t xml:space="preserve">Participant #2:  </w:t>
      </w:r>
      <w:r>
        <w:rPr>
          <w:rFonts w:ascii="Arial" w:hAnsi="Arial"/>
          <w:color w:val="5D7284"/>
        </w:rPr>
        <w:t>21:18</w:t>
      </w:r>
    </w:p>
    <w:p w14:paraId="5D40B73E" w14:textId="77777777" w:rsidR="005C7435" w:rsidRDefault="00043F3A">
      <w:pPr>
        <w:spacing w:after="0"/>
      </w:pPr>
      <w:r>
        <w:rPr>
          <w:rFonts w:ascii="Arial" w:hAnsi="Arial"/>
        </w:rPr>
        <w:t>It must be something that like the water.</w:t>
      </w:r>
    </w:p>
    <w:p w14:paraId="16C2B3AC" w14:textId="77777777" w:rsidR="005C7435" w:rsidRDefault="005C7435">
      <w:pPr>
        <w:spacing w:after="0"/>
      </w:pPr>
    </w:p>
    <w:p w14:paraId="46738169" w14:textId="77777777" w:rsidR="005C7435" w:rsidRDefault="00043F3A">
      <w:pPr>
        <w:spacing w:after="0"/>
      </w:pPr>
      <w:r>
        <w:rPr>
          <w:rFonts w:ascii="Arial" w:hAnsi="Arial"/>
          <w:b/>
        </w:rPr>
        <w:t xml:space="preserve">Interviewer P:  </w:t>
      </w:r>
      <w:r>
        <w:rPr>
          <w:rFonts w:ascii="Arial" w:hAnsi="Arial"/>
          <w:color w:val="5D7284"/>
        </w:rPr>
        <w:t>21:23</w:t>
      </w:r>
    </w:p>
    <w:p w14:paraId="58386E43" w14:textId="77777777" w:rsidR="005C7435" w:rsidRDefault="00043F3A">
      <w:pPr>
        <w:spacing w:after="0"/>
      </w:pPr>
      <w:r>
        <w:rPr>
          <w:rFonts w:ascii="Arial" w:hAnsi="Arial"/>
        </w:rPr>
        <w:t>What might it be about the water that is holding them up like that?</w:t>
      </w:r>
    </w:p>
    <w:p w14:paraId="07EAE75F" w14:textId="77777777" w:rsidR="005C7435" w:rsidRDefault="005C7435">
      <w:pPr>
        <w:spacing w:after="0"/>
      </w:pPr>
    </w:p>
    <w:p w14:paraId="59BAD19F" w14:textId="77777777" w:rsidR="005C7435" w:rsidRDefault="00043F3A">
      <w:pPr>
        <w:spacing w:after="0"/>
      </w:pPr>
      <w:r>
        <w:rPr>
          <w:rFonts w:ascii="Arial" w:hAnsi="Arial"/>
          <w:b/>
        </w:rPr>
        <w:t xml:space="preserve">Participant #2:  </w:t>
      </w:r>
      <w:r>
        <w:rPr>
          <w:rFonts w:ascii="Arial" w:hAnsi="Arial"/>
          <w:color w:val="5D7284"/>
        </w:rPr>
        <w:t>21:30</w:t>
      </w:r>
    </w:p>
    <w:p w14:paraId="6F089DBF" w14:textId="77777777" w:rsidR="005C7435" w:rsidRDefault="00043F3A">
      <w:pPr>
        <w:spacing w:after="0"/>
      </w:pPr>
      <w:r>
        <w:rPr>
          <w:rFonts w:ascii="Arial" w:hAnsi="Arial"/>
        </w:rPr>
        <w:t>Is it salt water?</w:t>
      </w:r>
    </w:p>
    <w:p w14:paraId="38989230" w14:textId="77777777" w:rsidR="005C7435" w:rsidRDefault="005C7435">
      <w:pPr>
        <w:spacing w:after="0"/>
      </w:pPr>
    </w:p>
    <w:p w14:paraId="502D0132" w14:textId="77777777" w:rsidR="005C7435" w:rsidRDefault="00043F3A">
      <w:pPr>
        <w:spacing w:after="0"/>
      </w:pPr>
      <w:r>
        <w:rPr>
          <w:rFonts w:ascii="Arial" w:hAnsi="Arial"/>
          <w:b/>
        </w:rPr>
        <w:t xml:space="preserve">Interviewer P:  </w:t>
      </w:r>
      <w:r>
        <w:rPr>
          <w:rFonts w:ascii="Arial" w:hAnsi="Arial"/>
          <w:color w:val="5D7284"/>
        </w:rPr>
        <w:t>21:32</w:t>
      </w:r>
    </w:p>
    <w:p w14:paraId="6993B91F" w14:textId="77777777" w:rsidR="005C7435" w:rsidRDefault="00043F3A">
      <w:pPr>
        <w:spacing w:after="0"/>
      </w:pPr>
      <w:r>
        <w:rPr>
          <w:rFonts w:ascii="Arial" w:hAnsi="Arial"/>
        </w:rPr>
        <w:t>It's not salt water.</w:t>
      </w:r>
    </w:p>
    <w:p w14:paraId="6331D1EC" w14:textId="77777777" w:rsidR="005C7435" w:rsidRDefault="005C7435">
      <w:pPr>
        <w:spacing w:after="0"/>
      </w:pPr>
    </w:p>
    <w:p w14:paraId="094F27A6" w14:textId="77777777" w:rsidR="005C7435" w:rsidRDefault="00043F3A">
      <w:pPr>
        <w:spacing w:after="0"/>
      </w:pPr>
      <w:r>
        <w:rPr>
          <w:rFonts w:ascii="Arial" w:hAnsi="Arial"/>
          <w:b/>
        </w:rPr>
        <w:t xml:space="preserve">Participant #2:  </w:t>
      </w:r>
      <w:r>
        <w:rPr>
          <w:rFonts w:ascii="Arial" w:hAnsi="Arial"/>
          <w:color w:val="5D7284"/>
        </w:rPr>
        <w:t>21:33</w:t>
      </w:r>
    </w:p>
    <w:p w14:paraId="3CB0C7C6" w14:textId="77777777" w:rsidR="005C7435" w:rsidRDefault="00043F3A">
      <w:pPr>
        <w:spacing w:after="0"/>
      </w:pPr>
      <w:r>
        <w:rPr>
          <w:rFonts w:ascii="Arial" w:hAnsi="Arial"/>
        </w:rPr>
        <w:t xml:space="preserve">It's just regular. </w:t>
      </w:r>
    </w:p>
    <w:p w14:paraId="64ECC0CF" w14:textId="77777777" w:rsidR="005C7435" w:rsidRDefault="005C7435">
      <w:pPr>
        <w:spacing w:after="0"/>
      </w:pPr>
    </w:p>
    <w:p w14:paraId="69ADA2C8" w14:textId="77777777" w:rsidR="005C7435" w:rsidRDefault="00043F3A">
      <w:pPr>
        <w:spacing w:after="0"/>
      </w:pPr>
      <w:r>
        <w:rPr>
          <w:rFonts w:ascii="Arial" w:hAnsi="Arial"/>
          <w:b/>
        </w:rPr>
        <w:t xml:space="preserve">Interviewer P:  </w:t>
      </w:r>
      <w:r>
        <w:rPr>
          <w:rFonts w:ascii="Arial" w:hAnsi="Arial"/>
          <w:color w:val="5D7284"/>
        </w:rPr>
        <w:t>21:34</w:t>
      </w:r>
    </w:p>
    <w:p w14:paraId="454ACDD7" w14:textId="77777777" w:rsidR="005C7435" w:rsidRDefault="00043F3A">
      <w:pPr>
        <w:spacing w:after="0"/>
      </w:pPr>
      <w:r>
        <w:rPr>
          <w:rFonts w:ascii="Arial" w:hAnsi="Arial"/>
        </w:rPr>
        <w:t>It's regular water that's a good thought though.</w:t>
      </w:r>
    </w:p>
    <w:p w14:paraId="61C77C42" w14:textId="77777777" w:rsidR="005C7435" w:rsidRDefault="005C7435">
      <w:pPr>
        <w:spacing w:after="0"/>
      </w:pPr>
    </w:p>
    <w:p w14:paraId="3CF6D0EF" w14:textId="77777777" w:rsidR="005C7435" w:rsidRDefault="00043F3A">
      <w:pPr>
        <w:spacing w:after="0"/>
      </w:pPr>
      <w:r>
        <w:rPr>
          <w:rFonts w:ascii="Arial" w:hAnsi="Arial"/>
          <w:b/>
        </w:rPr>
        <w:t xml:space="preserve">Participant #2:  </w:t>
      </w:r>
      <w:r>
        <w:rPr>
          <w:rFonts w:ascii="Arial" w:hAnsi="Arial"/>
          <w:color w:val="5D7284"/>
        </w:rPr>
        <w:t>21:39</w:t>
      </w:r>
    </w:p>
    <w:p w14:paraId="63BA3C4F" w14:textId="78B5847F" w:rsidR="005C7435" w:rsidRDefault="00043F3A">
      <w:pPr>
        <w:spacing w:after="0"/>
      </w:pPr>
      <w:r>
        <w:rPr>
          <w:rFonts w:ascii="Arial" w:hAnsi="Arial"/>
        </w:rPr>
        <w:t xml:space="preserve">I just remembered it from the </w:t>
      </w:r>
      <w:r w:rsidR="003261F9">
        <w:rPr>
          <w:rFonts w:ascii="Arial" w:hAnsi="Arial"/>
        </w:rPr>
        <w:t>questionnaire</w:t>
      </w:r>
      <w:r>
        <w:rPr>
          <w:rFonts w:ascii="Arial" w:hAnsi="Arial"/>
        </w:rPr>
        <w:t>.</w:t>
      </w:r>
    </w:p>
    <w:p w14:paraId="7AA89A95" w14:textId="77777777" w:rsidR="005C7435" w:rsidRDefault="005C7435">
      <w:pPr>
        <w:spacing w:after="0"/>
      </w:pPr>
    </w:p>
    <w:p w14:paraId="313F37F2" w14:textId="77777777" w:rsidR="005C7435" w:rsidRDefault="00043F3A">
      <w:pPr>
        <w:spacing w:after="0"/>
      </w:pPr>
      <w:r>
        <w:rPr>
          <w:rFonts w:ascii="Arial" w:hAnsi="Arial"/>
          <w:b/>
        </w:rPr>
        <w:t xml:space="preserve">Interviewer P:  </w:t>
      </w:r>
      <w:r>
        <w:rPr>
          <w:rFonts w:ascii="Arial" w:hAnsi="Arial"/>
          <w:color w:val="5D7284"/>
        </w:rPr>
        <w:t>21:42</w:t>
      </w:r>
    </w:p>
    <w:p w14:paraId="61521574" w14:textId="77777777" w:rsidR="005C7435" w:rsidRDefault="00043F3A">
      <w:pPr>
        <w:spacing w:after="0"/>
      </w:pPr>
      <w:r>
        <w:rPr>
          <w:rFonts w:ascii="Arial" w:hAnsi="Arial"/>
        </w:rPr>
        <w:t>Yeah, that's that's good.</w:t>
      </w:r>
    </w:p>
    <w:p w14:paraId="250DFB7A" w14:textId="77777777" w:rsidR="005C7435" w:rsidRDefault="005C7435">
      <w:pPr>
        <w:spacing w:after="0"/>
      </w:pPr>
    </w:p>
    <w:p w14:paraId="24754639" w14:textId="77777777" w:rsidR="005C7435" w:rsidRDefault="00043F3A">
      <w:pPr>
        <w:spacing w:after="0"/>
      </w:pPr>
      <w:r>
        <w:rPr>
          <w:rFonts w:ascii="Arial" w:hAnsi="Arial"/>
          <w:b/>
        </w:rPr>
        <w:t xml:space="preserve">Participant #2:  </w:t>
      </w:r>
      <w:r>
        <w:rPr>
          <w:rFonts w:ascii="Arial" w:hAnsi="Arial"/>
          <w:color w:val="5D7284"/>
        </w:rPr>
        <w:t>21:47</w:t>
      </w:r>
    </w:p>
    <w:p w14:paraId="4213B673" w14:textId="0B1563F7" w:rsidR="005C7435" w:rsidRDefault="00043F3A">
      <w:pPr>
        <w:spacing w:after="0"/>
      </w:pPr>
      <w:r>
        <w:rPr>
          <w:rFonts w:ascii="Arial" w:hAnsi="Arial"/>
        </w:rPr>
        <w:t xml:space="preserve">Um I don't know, see, but it's also interesting like the water doesn't seem to be like it doesn't look like it's moving like it just looks </w:t>
      </w:r>
      <w:r w:rsidR="003261F9">
        <w:rPr>
          <w:rFonts w:ascii="Arial" w:hAnsi="Arial"/>
        </w:rPr>
        <w:t>standstill,</w:t>
      </w:r>
      <w:r>
        <w:rPr>
          <w:rFonts w:ascii="Arial" w:hAnsi="Arial"/>
        </w:rPr>
        <w:t xml:space="preserve"> but this is rotating. I am not sure.</w:t>
      </w:r>
    </w:p>
    <w:p w14:paraId="094B2708" w14:textId="77777777" w:rsidR="005C7435" w:rsidRDefault="005C7435">
      <w:pPr>
        <w:spacing w:after="0"/>
      </w:pPr>
    </w:p>
    <w:p w14:paraId="23251BCD" w14:textId="77777777" w:rsidR="005C7435" w:rsidRDefault="00043F3A">
      <w:pPr>
        <w:spacing w:after="0"/>
      </w:pPr>
      <w:r>
        <w:rPr>
          <w:rFonts w:ascii="Arial" w:hAnsi="Arial"/>
          <w:b/>
        </w:rPr>
        <w:t xml:space="preserve">Interviewer P:  </w:t>
      </w:r>
      <w:r>
        <w:rPr>
          <w:rFonts w:ascii="Arial" w:hAnsi="Arial"/>
          <w:color w:val="5D7284"/>
        </w:rPr>
        <w:t>22:13</w:t>
      </w:r>
    </w:p>
    <w:p w14:paraId="61A83C4C" w14:textId="77777777" w:rsidR="005C7435" w:rsidRDefault="00043F3A">
      <w:pPr>
        <w:spacing w:after="0"/>
      </w:pPr>
      <w:r>
        <w:rPr>
          <w:rFonts w:ascii="Arial" w:hAnsi="Arial"/>
        </w:rPr>
        <w:t>Do you think the waters moving?</w:t>
      </w:r>
    </w:p>
    <w:p w14:paraId="0E1E0BA0" w14:textId="77777777" w:rsidR="005C7435" w:rsidRDefault="005C7435">
      <w:pPr>
        <w:spacing w:after="0"/>
      </w:pPr>
    </w:p>
    <w:p w14:paraId="31B0AEB3" w14:textId="77777777" w:rsidR="005C7435" w:rsidRDefault="00043F3A">
      <w:pPr>
        <w:spacing w:after="0"/>
      </w:pPr>
      <w:r>
        <w:rPr>
          <w:rFonts w:ascii="Arial" w:hAnsi="Arial"/>
          <w:b/>
        </w:rPr>
        <w:t xml:space="preserve">Participant #2:  </w:t>
      </w:r>
      <w:r>
        <w:rPr>
          <w:rFonts w:ascii="Arial" w:hAnsi="Arial"/>
          <w:color w:val="5D7284"/>
        </w:rPr>
        <w:t>22:16</w:t>
      </w:r>
    </w:p>
    <w:p w14:paraId="622ADDFF" w14:textId="77777777" w:rsidR="005C7435" w:rsidRDefault="00043F3A">
      <w:pPr>
        <w:spacing w:after="0"/>
      </w:pPr>
      <w:r>
        <w:rPr>
          <w:rFonts w:ascii="Arial" w:hAnsi="Arial"/>
        </w:rPr>
        <w:t>I mean yes well yeah but the way that it's spinning it's look standstill.</w:t>
      </w:r>
    </w:p>
    <w:p w14:paraId="219358BB" w14:textId="77777777" w:rsidR="005C7435" w:rsidRDefault="005C7435">
      <w:pPr>
        <w:spacing w:after="0"/>
      </w:pPr>
    </w:p>
    <w:p w14:paraId="2CBFB049" w14:textId="77777777" w:rsidR="005C7435" w:rsidRDefault="00043F3A">
      <w:pPr>
        <w:spacing w:after="0"/>
      </w:pPr>
      <w:r>
        <w:rPr>
          <w:rFonts w:ascii="Arial" w:hAnsi="Arial"/>
          <w:b/>
        </w:rPr>
        <w:t xml:space="preserve">Interviewer P:  </w:t>
      </w:r>
      <w:r>
        <w:rPr>
          <w:rFonts w:ascii="Arial" w:hAnsi="Arial"/>
          <w:color w:val="5D7284"/>
        </w:rPr>
        <w:t>22:31</w:t>
      </w:r>
    </w:p>
    <w:p w14:paraId="50DABCC1" w14:textId="77777777" w:rsidR="005C7435" w:rsidRDefault="00043F3A">
      <w:pPr>
        <w:spacing w:after="0"/>
      </w:pPr>
      <w:r>
        <w:rPr>
          <w:rFonts w:ascii="Arial" w:hAnsi="Arial"/>
        </w:rPr>
        <w:t xml:space="preserve">Do you think there's anything that we could do to make it </w:t>
      </w:r>
      <w:r>
        <w:rPr>
          <w:rFonts w:ascii="Arial" w:hAnsi="Arial"/>
        </w:rPr>
        <w:t>look like what you sketched?</w:t>
      </w:r>
    </w:p>
    <w:p w14:paraId="728828F4" w14:textId="77777777" w:rsidR="005C7435" w:rsidRDefault="005C7435">
      <w:pPr>
        <w:spacing w:after="0"/>
      </w:pPr>
    </w:p>
    <w:p w14:paraId="6C98079B" w14:textId="77777777" w:rsidR="005C7435" w:rsidRDefault="00043F3A">
      <w:pPr>
        <w:spacing w:after="0"/>
      </w:pPr>
      <w:r>
        <w:rPr>
          <w:rFonts w:ascii="Arial" w:hAnsi="Arial"/>
          <w:b/>
        </w:rPr>
        <w:t xml:space="preserve">Participant #2:  </w:t>
      </w:r>
      <w:r>
        <w:rPr>
          <w:rFonts w:ascii="Arial" w:hAnsi="Arial"/>
          <w:color w:val="5D7284"/>
        </w:rPr>
        <w:t>22:36</w:t>
      </w:r>
    </w:p>
    <w:p w14:paraId="1F68C5F6" w14:textId="39FBE43C" w:rsidR="005C7435" w:rsidRDefault="003261F9">
      <w:pPr>
        <w:spacing w:after="0"/>
      </w:pPr>
      <w:r>
        <w:rPr>
          <w:rFonts w:ascii="Arial" w:hAnsi="Arial"/>
        </w:rPr>
        <w:t>If you put maybe like something in it and like like I'm thinking of like putting your finger in it and like making it look like what I had.</w:t>
      </w:r>
    </w:p>
    <w:p w14:paraId="117F4390" w14:textId="77777777" w:rsidR="005C7435" w:rsidRDefault="005C7435">
      <w:pPr>
        <w:spacing w:after="0"/>
      </w:pPr>
    </w:p>
    <w:p w14:paraId="5A4FB2F1" w14:textId="77777777" w:rsidR="005C7435" w:rsidRDefault="00043F3A">
      <w:pPr>
        <w:spacing w:after="0"/>
      </w:pPr>
      <w:r>
        <w:rPr>
          <w:rFonts w:ascii="Arial" w:hAnsi="Arial"/>
          <w:b/>
        </w:rPr>
        <w:t xml:space="preserve">Interviewer P:  </w:t>
      </w:r>
      <w:r>
        <w:rPr>
          <w:rFonts w:ascii="Arial" w:hAnsi="Arial"/>
          <w:color w:val="5D7284"/>
        </w:rPr>
        <w:t>22:49</w:t>
      </w:r>
    </w:p>
    <w:p w14:paraId="3E90BA44" w14:textId="77777777" w:rsidR="005C7435" w:rsidRDefault="00043F3A">
      <w:pPr>
        <w:spacing w:after="0"/>
      </w:pPr>
      <w:r>
        <w:rPr>
          <w:rFonts w:ascii="Arial" w:hAnsi="Arial"/>
        </w:rPr>
        <w:t xml:space="preserve">By doing what? </w:t>
      </w:r>
    </w:p>
    <w:p w14:paraId="5146A010" w14:textId="77777777" w:rsidR="005C7435" w:rsidRDefault="005C7435">
      <w:pPr>
        <w:spacing w:after="0"/>
      </w:pPr>
    </w:p>
    <w:p w14:paraId="1D776C18" w14:textId="77777777" w:rsidR="005C7435" w:rsidRDefault="00043F3A">
      <w:pPr>
        <w:spacing w:after="0"/>
      </w:pPr>
      <w:r>
        <w:rPr>
          <w:rFonts w:ascii="Arial" w:hAnsi="Arial"/>
          <w:b/>
        </w:rPr>
        <w:t xml:space="preserve">Participant #2:  </w:t>
      </w:r>
      <w:r>
        <w:rPr>
          <w:rFonts w:ascii="Arial" w:hAnsi="Arial"/>
          <w:color w:val="5D7284"/>
        </w:rPr>
        <w:t>22:51</w:t>
      </w:r>
    </w:p>
    <w:p w14:paraId="097A85E0" w14:textId="77777777" w:rsidR="005C7435" w:rsidRDefault="00043F3A">
      <w:pPr>
        <w:spacing w:after="0"/>
      </w:pPr>
      <w:r>
        <w:rPr>
          <w:rFonts w:ascii="Arial" w:hAnsi="Arial"/>
        </w:rPr>
        <w:t>Like I'm thinking of like putting your hand in and like doing like a sweep like at the bottom or something.</w:t>
      </w:r>
    </w:p>
    <w:p w14:paraId="3C6E9BD8" w14:textId="77777777" w:rsidR="005C7435" w:rsidRDefault="005C7435">
      <w:pPr>
        <w:spacing w:after="0"/>
      </w:pPr>
    </w:p>
    <w:p w14:paraId="7A5D9385" w14:textId="77777777" w:rsidR="005C7435" w:rsidRDefault="00043F3A">
      <w:pPr>
        <w:spacing w:after="0"/>
      </w:pPr>
      <w:r>
        <w:rPr>
          <w:rFonts w:ascii="Arial" w:hAnsi="Arial"/>
          <w:b/>
        </w:rPr>
        <w:t xml:space="preserve">Interviewer P:  </w:t>
      </w:r>
      <w:r>
        <w:rPr>
          <w:rFonts w:ascii="Arial" w:hAnsi="Arial"/>
          <w:color w:val="5D7284"/>
        </w:rPr>
        <w:t>23:09</w:t>
      </w:r>
    </w:p>
    <w:p w14:paraId="72F13E4A" w14:textId="48F32B14" w:rsidR="005C7435" w:rsidRDefault="00043F3A">
      <w:pPr>
        <w:spacing w:after="0"/>
      </w:pPr>
      <w:r>
        <w:rPr>
          <w:rFonts w:ascii="Arial" w:hAnsi="Arial"/>
        </w:rPr>
        <w:t xml:space="preserve">Do you think if I looked at spending long enough it might eventually look like that or disperse and become like light </w:t>
      </w:r>
      <w:r w:rsidR="003261F9">
        <w:rPr>
          <w:rFonts w:ascii="Arial" w:hAnsi="Arial"/>
        </w:rPr>
        <w:t>purple ish</w:t>
      </w:r>
      <w:r>
        <w:rPr>
          <w:rFonts w:ascii="Arial" w:hAnsi="Arial"/>
        </w:rPr>
        <w:t>.</w:t>
      </w:r>
    </w:p>
    <w:p w14:paraId="2BEF8928" w14:textId="77777777" w:rsidR="005C7435" w:rsidRDefault="005C7435">
      <w:pPr>
        <w:spacing w:after="0"/>
      </w:pPr>
    </w:p>
    <w:p w14:paraId="1F6D8924" w14:textId="77777777" w:rsidR="005C7435" w:rsidRDefault="00043F3A">
      <w:pPr>
        <w:spacing w:after="0"/>
      </w:pPr>
      <w:r>
        <w:rPr>
          <w:rFonts w:ascii="Arial" w:hAnsi="Arial"/>
          <w:b/>
        </w:rPr>
        <w:t xml:space="preserve">Participant #2:  </w:t>
      </w:r>
      <w:r>
        <w:rPr>
          <w:rFonts w:ascii="Arial" w:hAnsi="Arial"/>
          <w:color w:val="5D7284"/>
        </w:rPr>
        <w:t>23:20</w:t>
      </w:r>
    </w:p>
    <w:p w14:paraId="4832FA1A" w14:textId="77777777" w:rsidR="005C7435" w:rsidRDefault="00043F3A">
      <w:pPr>
        <w:spacing w:after="0"/>
      </w:pPr>
      <w:r>
        <w:rPr>
          <w:rFonts w:ascii="Arial" w:hAnsi="Arial"/>
        </w:rPr>
        <w:t>I think so. But I think that it would probably still have some of these like little lines like it wouldn't be as like it wouldn't dye like the whole.</w:t>
      </w:r>
    </w:p>
    <w:p w14:paraId="66B190FC" w14:textId="77777777" w:rsidR="005C7435" w:rsidRDefault="005C7435">
      <w:pPr>
        <w:spacing w:after="0"/>
      </w:pPr>
    </w:p>
    <w:p w14:paraId="4513EFB5" w14:textId="77777777" w:rsidR="005C7435" w:rsidRDefault="00043F3A">
      <w:pPr>
        <w:spacing w:after="0"/>
      </w:pPr>
      <w:r>
        <w:rPr>
          <w:rFonts w:ascii="Arial" w:hAnsi="Arial"/>
          <w:b/>
        </w:rPr>
        <w:lastRenderedPageBreak/>
        <w:t xml:space="preserve">Interviewer P:  </w:t>
      </w:r>
      <w:r>
        <w:rPr>
          <w:rFonts w:ascii="Arial" w:hAnsi="Arial"/>
          <w:color w:val="5D7284"/>
        </w:rPr>
        <w:t>23:36</w:t>
      </w:r>
    </w:p>
    <w:p w14:paraId="28DFDCA1" w14:textId="77777777" w:rsidR="005C7435" w:rsidRDefault="00043F3A">
      <w:pPr>
        <w:spacing w:after="0"/>
      </w:pPr>
      <w:r>
        <w:rPr>
          <w:rFonts w:ascii="Arial" w:hAnsi="Arial"/>
        </w:rPr>
        <w:t xml:space="preserve"> Yeah.</w:t>
      </w:r>
    </w:p>
    <w:p w14:paraId="2F1FD937" w14:textId="77777777" w:rsidR="005C7435" w:rsidRDefault="005C7435">
      <w:pPr>
        <w:spacing w:after="0"/>
      </w:pPr>
    </w:p>
    <w:p w14:paraId="73DCECD1" w14:textId="77777777" w:rsidR="005C7435" w:rsidRDefault="00043F3A">
      <w:pPr>
        <w:spacing w:after="0"/>
      </w:pPr>
      <w:r>
        <w:rPr>
          <w:rFonts w:ascii="Arial" w:hAnsi="Arial"/>
          <w:b/>
        </w:rPr>
        <w:t xml:space="preserve">Participant #2:  </w:t>
      </w:r>
      <w:r>
        <w:rPr>
          <w:rFonts w:ascii="Arial" w:hAnsi="Arial"/>
          <w:color w:val="5D7284"/>
        </w:rPr>
        <w:t>23:36</w:t>
      </w:r>
    </w:p>
    <w:p w14:paraId="7D7605F5" w14:textId="77777777" w:rsidR="005C7435" w:rsidRDefault="00043F3A">
      <w:pPr>
        <w:spacing w:after="0"/>
      </w:pPr>
      <w:r>
        <w:rPr>
          <w:rFonts w:ascii="Arial" w:hAnsi="Arial"/>
        </w:rPr>
        <w:t>Does that makes sense?</w:t>
      </w:r>
    </w:p>
    <w:p w14:paraId="33CF87C2" w14:textId="77777777" w:rsidR="005C7435" w:rsidRDefault="005C7435">
      <w:pPr>
        <w:spacing w:after="0"/>
      </w:pPr>
    </w:p>
    <w:p w14:paraId="3B97EBC7" w14:textId="77777777" w:rsidR="005C7435" w:rsidRDefault="00043F3A">
      <w:pPr>
        <w:spacing w:after="0"/>
      </w:pPr>
      <w:r>
        <w:rPr>
          <w:rFonts w:ascii="Arial" w:hAnsi="Arial"/>
          <w:b/>
        </w:rPr>
        <w:t xml:space="preserve">Interviewer P:  </w:t>
      </w:r>
      <w:r>
        <w:rPr>
          <w:rFonts w:ascii="Arial" w:hAnsi="Arial"/>
          <w:color w:val="5D7284"/>
        </w:rPr>
        <w:t>23:37</w:t>
      </w:r>
    </w:p>
    <w:p w14:paraId="4E3D0403" w14:textId="77777777" w:rsidR="005C7435" w:rsidRDefault="00043F3A">
      <w:pPr>
        <w:spacing w:after="0"/>
      </w:pPr>
      <w:r>
        <w:rPr>
          <w:rFonts w:ascii="Arial" w:hAnsi="Arial"/>
        </w:rPr>
        <w:t xml:space="preserve">The tendrils aren't there anymore in this one. </w:t>
      </w:r>
    </w:p>
    <w:p w14:paraId="15CFD550" w14:textId="77777777" w:rsidR="005C7435" w:rsidRDefault="005C7435">
      <w:pPr>
        <w:spacing w:after="0"/>
      </w:pPr>
    </w:p>
    <w:p w14:paraId="613718F4" w14:textId="77777777" w:rsidR="005C7435" w:rsidRDefault="00043F3A">
      <w:pPr>
        <w:spacing w:after="0"/>
      </w:pPr>
      <w:r>
        <w:rPr>
          <w:rFonts w:ascii="Arial" w:hAnsi="Arial"/>
          <w:b/>
        </w:rPr>
        <w:t xml:space="preserve">Participant #2:  </w:t>
      </w:r>
      <w:r>
        <w:rPr>
          <w:rFonts w:ascii="Arial" w:hAnsi="Arial"/>
          <w:color w:val="5D7284"/>
        </w:rPr>
        <w:t>23:40</w:t>
      </w:r>
    </w:p>
    <w:p w14:paraId="19C54001" w14:textId="77777777" w:rsidR="005C7435" w:rsidRDefault="00043F3A">
      <w:pPr>
        <w:spacing w:after="0"/>
      </w:pPr>
      <w:r>
        <w:rPr>
          <w:rFonts w:ascii="Arial" w:hAnsi="Arial"/>
        </w:rPr>
        <w:t>Yeah.</w:t>
      </w:r>
    </w:p>
    <w:p w14:paraId="3F352767" w14:textId="77777777" w:rsidR="005C7435" w:rsidRDefault="005C7435">
      <w:pPr>
        <w:spacing w:after="0"/>
      </w:pPr>
    </w:p>
    <w:p w14:paraId="7535675E" w14:textId="77777777" w:rsidR="005C7435" w:rsidRDefault="00043F3A">
      <w:pPr>
        <w:spacing w:after="0"/>
      </w:pPr>
      <w:r>
        <w:rPr>
          <w:rFonts w:ascii="Arial" w:hAnsi="Arial"/>
          <w:b/>
        </w:rPr>
        <w:t xml:space="preserve">Interviewer P:  </w:t>
      </w:r>
      <w:r>
        <w:rPr>
          <w:rFonts w:ascii="Arial" w:hAnsi="Arial"/>
          <w:color w:val="5D7284"/>
        </w:rPr>
        <w:t>23:40</w:t>
      </w:r>
    </w:p>
    <w:p w14:paraId="1CCB6FE5" w14:textId="77777777" w:rsidR="005C7435" w:rsidRDefault="00043F3A">
      <w:pPr>
        <w:spacing w:after="0"/>
      </w:pPr>
      <w:r>
        <w:rPr>
          <w:rFonts w:ascii="Arial" w:hAnsi="Arial"/>
        </w:rPr>
        <w:t>But they're definitely still there in this one.</w:t>
      </w:r>
    </w:p>
    <w:p w14:paraId="43906980" w14:textId="77777777" w:rsidR="005C7435" w:rsidRDefault="005C7435">
      <w:pPr>
        <w:spacing w:after="0"/>
      </w:pPr>
    </w:p>
    <w:p w14:paraId="162C2E04" w14:textId="77777777" w:rsidR="005C7435" w:rsidRDefault="00043F3A">
      <w:pPr>
        <w:spacing w:after="0"/>
      </w:pPr>
      <w:r>
        <w:rPr>
          <w:rFonts w:ascii="Arial" w:hAnsi="Arial"/>
          <w:b/>
        </w:rPr>
        <w:t xml:space="preserve">Participant #2:  </w:t>
      </w:r>
      <w:r>
        <w:rPr>
          <w:rFonts w:ascii="Arial" w:hAnsi="Arial"/>
          <w:color w:val="5D7284"/>
        </w:rPr>
        <w:t>23:43</w:t>
      </w:r>
    </w:p>
    <w:p w14:paraId="37EE131D" w14:textId="77777777" w:rsidR="005C7435" w:rsidRDefault="00043F3A">
      <w:pPr>
        <w:spacing w:after="0"/>
      </w:pPr>
      <w:r>
        <w:rPr>
          <w:rFonts w:ascii="Arial" w:hAnsi="Arial"/>
        </w:rPr>
        <w:t xml:space="preserve">Yeah. </w:t>
      </w:r>
    </w:p>
    <w:p w14:paraId="43601A33" w14:textId="77777777" w:rsidR="005C7435" w:rsidRDefault="005C7435">
      <w:pPr>
        <w:spacing w:after="0"/>
      </w:pPr>
    </w:p>
    <w:p w14:paraId="58D9E820" w14:textId="77777777" w:rsidR="005C7435" w:rsidRDefault="00043F3A">
      <w:pPr>
        <w:spacing w:after="0"/>
      </w:pPr>
      <w:r>
        <w:rPr>
          <w:rFonts w:ascii="Arial" w:hAnsi="Arial"/>
          <w:b/>
        </w:rPr>
        <w:t xml:space="preserve">Interviewer P:  </w:t>
      </w:r>
      <w:r>
        <w:rPr>
          <w:rFonts w:ascii="Arial" w:hAnsi="Arial"/>
          <w:color w:val="5D7284"/>
        </w:rPr>
        <w:t>23:43</w:t>
      </w:r>
    </w:p>
    <w:p w14:paraId="3AAAE60C" w14:textId="12583423" w:rsidR="005C7435" w:rsidRDefault="00043F3A">
      <w:pPr>
        <w:spacing w:after="0"/>
      </w:pPr>
      <w:r>
        <w:rPr>
          <w:rFonts w:ascii="Arial" w:hAnsi="Arial"/>
        </w:rPr>
        <w:t xml:space="preserve">Which brings us back to the question, </w:t>
      </w:r>
      <w:r w:rsidR="003261F9">
        <w:rPr>
          <w:rFonts w:ascii="Arial" w:hAnsi="Arial"/>
        </w:rPr>
        <w:t>what’s</w:t>
      </w:r>
      <w:r>
        <w:rPr>
          <w:rFonts w:ascii="Arial" w:hAnsi="Arial"/>
        </w:rPr>
        <w:t xml:space="preserve"> holding them up so that they don't spread out.</w:t>
      </w:r>
    </w:p>
    <w:p w14:paraId="49482CB5" w14:textId="77777777" w:rsidR="005C7435" w:rsidRDefault="005C7435">
      <w:pPr>
        <w:spacing w:after="0"/>
      </w:pPr>
    </w:p>
    <w:p w14:paraId="70E7E721" w14:textId="77777777" w:rsidR="005C7435" w:rsidRDefault="00043F3A">
      <w:pPr>
        <w:spacing w:after="0"/>
      </w:pPr>
      <w:r>
        <w:rPr>
          <w:rFonts w:ascii="Arial" w:hAnsi="Arial"/>
          <w:b/>
        </w:rPr>
        <w:t xml:space="preserve">Participant #2:  </w:t>
      </w:r>
      <w:r>
        <w:rPr>
          <w:rFonts w:ascii="Arial" w:hAnsi="Arial"/>
          <w:color w:val="5D7284"/>
        </w:rPr>
        <w:t>23:48</w:t>
      </w:r>
    </w:p>
    <w:p w14:paraId="0B9AD2DB" w14:textId="77777777" w:rsidR="005C7435" w:rsidRDefault="00043F3A">
      <w:pPr>
        <w:spacing w:after="0"/>
      </w:pPr>
      <w:r>
        <w:rPr>
          <w:rFonts w:ascii="Arial" w:hAnsi="Arial"/>
        </w:rPr>
        <w:t>I think maybe they were in there again for like a few hours it would probably look similar to that.</w:t>
      </w:r>
    </w:p>
    <w:p w14:paraId="4D97C465" w14:textId="77777777" w:rsidR="005C7435" w:rsidRDefault="005C7435">
      <w:pPr>
        <w:spacing w:after="0"/>
      </w:pPr>
    </w:p>
    <w:p w14:paraId="5256304E" w14:textId="77777777" w:rsidR="005C7435" w:rsidRDefault="00043F3A">
      <w:pPr>
        <w:spacing w:after="0"/>
      </w:pPr>
      <w:r>
        <w:rPr>
          <w:rFonts w:ascii="Arial" w:hAnsi="Arial"/>
          <w:b/>
        </w:rPr>
        <w:t xml:space="preserve">Interviewer P:  </w:t>
      </w:r>
      <w:r>
        <w:rPr>
          <w:rFonts w:ascii="Arial" w:hAnsi="Arial"/>
          <w:color w:val="5D7284"/>
        </w:rPr>
        <w:t>24:13</w:t>
      </w:r>
    </w:p>
    <w:p w14:paraId="4F880377" w14:textId="77777777" w:rsidR="005C7435" w:rsidRDefault="00043F3A">
      <w:pPr>
        <w:spacing w:after="0"/>
      </w:pPr>
      <w:r>
        <w:rPr>
          <w:rFonts w:ascii="Arial" w:hAnsi="Arial"/>
        </w:rPr>
        <w:t>We can do what you said I'm gonna do it because I don't want to hit your hand you want just like mix or to swipe it.</w:t>
      </w:r>
    </w:p>
    <w:p w14:paraId="2FF9D1FC" w14:textId="77777777" w:rsidR="005C7435" w:rsidRDefault="005C7435">
      <w:pPr>
        <w:spacing w:after="0"/>
      </w:pPr>
    </w:p>
    <w:p w14:paraId="1DF97DA7" w14:textId="77777777" w:rsidR="005C7435" w:rsidRDefault="00043F3A">
      <w:pPr>
        <w:spacing w:after="0"/>
      </w:pPr>
      <w:r>
        <w:rPr>
          <w:rFonts w:ascii="Arial" w:hAnsi="Arial"/>
          <w:b/>
        </w:rPr>
        <w:t xml:space="preserve">Participant #2:  </w:t>
      </w:r>
      <w:r>
        <w:rPr>
          <w:rFonts w:ascii="Arial" w:hAnsi="Arial"/>
          <w:color w:val="5D7284"/>
        </w:rPr>
        <w:t>24:23</w:t>
      </w:r>
    </w:p>
    <w:p w14:paraId="07561FA0" w14:textId="77777777" w:rsidR="005C7435" w:rsidRDefault="00043F3A">
      <w:pPr>
        <w:spacing w:after="0"/>
      </w:pPr>
      <w:r>
        <w:rPr>
          <w:rFonts w:ascii="Arial" w:hAnsi="Arial"/>
        </w:rPr>
        <w:t>Sweep. See there's still few but they're kind of fading out.</w:t>
      </w:r>
    </w:p>
    <w:p w14:paraId="0E07FA32" w14:textId="77777777" w:rsidR="005C7435" w:rsidRDefault="005C7435">
      <w:pPr>
        <w:spacing w:after="0"/>
      </w:pPr>
    </w:p>
    <w:p w14:paraId="63160510" w14:textId="77777777" w:rsidR="005C7435" w:rsidRDefault="00043F3A">
      <w:pPr>
        <w:spacing w:after="0"/>
      </w:pPr>
      <w:r>
        <w:rPr>
          <w:rFonts w:ascii="Arial" w:hAnsi="Arial"/>
          <w:b/>
        </w:rPr>
        <w:t xml:space="preserve">Interviewer P:  </w:t>
      </w:r>
      <w:r>
        <w:rPr>
          <w:rFonts w:ascii="Arial" w:hAnsi="Arial"/>
          <w:color w:val="5D7284"/>
        </w:rPr>
        <w:t>24:45</w:t>
      </w:r>
    </w:p>
    <w:p w14:paraId="5ECD19CB" w14:textId="77777777" w:rsidR="005C7435" w:rsidRDefault="00043F3A">
      <w:pPr>
        <w:spacing w:after="0"/>
      </w:pPr>
      <w:r>
        <w:rPr>
          <w:rFonts w:ascii="Arial" w:hAnsi="Arial"/>
        </w:rPr>
        <w:t>What if we turned it off? Yeah, okay, so I'm gonna turn it off completely and see how it moves to the outside like you predicted.</w:t>
      </w:r>
    </w:p>
    <w:p w14:paraId="7D63588F" w14:textId="77777777" w:rsidR="005C7435" w:rsidRDefault="005C7435">
      <w:pPr>
        <w:spacing w:after="0"/>
      </w:pPr>
    </w:p>
    <w:p w14:paraId="674961A7" w14:textId="77777777" w:rsidR="005C7435" w:rsidRDefault="00043F3A">
      <w:pPr>
        <w:spacing w:after="0"/>
      </w:pPr>
      <w:r>
        <w:rPr>
          <w:rFonts w:ascii="Arial" w:hAnsi="Arial"/>
          <w:b/>
        </w:rPr>
        <w:t xml:space="preserve">Participant #2:  </w:t>
      </w:r>
      <w:r>
        <w:rPr>
          <w:rFonts w:ascii="Arial" w:hAnsi="Arial"/>
          <w:color w:val="5D7284"/>
        </w:rPr>
        <w:t>25:16</w:t>
      </w:r>
    </w:p>
    <w:p w14:paraId="05343FAE" w14:textId="77777777" w:rsidR="005C7435" w:rsidRDefault="00043F3A">
      <w:pPr>
        <w:spacing w:after="0"/>
      </w:pPr>
      <w:r>
        <w:rPr>
          <w:rFonts w:ascii="Arial" w:hAnsi="Arial"/>
        </w:rPr>
        <w:t xml:space="preserve">Not so much. No, I don't think so. </w:t>
      </w:r>
    </w:p>
    <w:p w14:paraId="407B9AED" w14:textId="77777777" w:rsidR="005C7435" w:rsidRDefault="005C7435">
      <w:pPr>
        <w:spacing w:after="0"/>
      </w:pPr>
    </w:p>
    <w:p w14:paraId="60F35016" w14:textId="77777777" w:rsidR="005C7435" w:rsidRDefault="00043F3A">
      <w:pPr>
        <w:spacing w:after="0"/>
      </w:pPr>
      <w:r>
        <w:rPr>
          <w:rFonts w:ascii="Arial" w:hAnsi="Arial"/>
          <w:b/>
        </w:rPr>
        <w:t xml:space="preserve">Interviewer P:  </w:t>
      </w:r>
      <w:r>
        <w:rPr>
          <w:rFonts w:ascii="Arial" w:hAnsi="Arial"/>
          <w:color w:val="5D7284"/>
        </w:rPr>
        <w:t>25:20</w:t>
      </w:r>
    </w:p>
    <w:p w14:paraId="71543B99" w14:textId="77777777" w:rsidR="005C7435" w:rsidRDefault="00043F3A">
      <w:pPr>
        <w:spacing w:after="0"/>
      </w:pPr>
      <w:r>
        <w:rPr>
          <w:rFonts w:ascii="Arial" w:hAnsi="Arial"/>
        </w:rPr>
        <w:t>So</w:t>
      </w:r>
      <w:r>
        <w:rPr>
          <w:rFonts w:ascii="Arial" w:hAnsi="Arial"/>
        </w:rPr>
        <w:t xml:space="preserve"> as the water moving now?</w:t>
      </w:r>
    </w:p>
    <w:p w14:paraId="477F5418" w14:textId="77777777" w:rsidR="005C7435" w:rsidRDefault="005C7435">
      <w:pPr>
        <w:spacing w:after="0"/>
      </w:pPr>
    </w:p>
    <w:p w14:paraId="7AC9EBC4" w14:textId="77777777" w:rsidR="005C7435" w:rsidRDefault="00043F3A">
      <w:pPr>
        <w:spacing w:after="0"/>
      </w:pPr>
      <w:r>
        <w:rPr>
          <w:rFonts w:ascii="Arial" w:hAnsi="Arial"/>
          <w:b/>
        </w:rPr>
        <w:t xml:space="preserve">Participant #2:  </w:t>
      </w:r>
      <w:r>
        <w:rPr>
          <w:rFonts w:ascii="Arial" w:hAnsi="Arial"/>
          <w:color w:val="5D7284"/>
        </w:rPr>
        <w:t>25:22</w:t>
      </w:r>
    </w:p>
    <w:p w14:paraId="2F66B03F" w14:textId="77777777" w:rsidR="005C7435" w:rsidRDefault="00043F3A">
      <w:pPr>
        <w:spacing w:after="0"/>
      </w:pPr>
      <w:r>
        <w:rPr>
          <w:rFonts w:ascii="Arial" w:hAnsi="Arial"/>
        </w:rPr>
        <w:t>Yes.</w:t>
      </w:r>
    </w:p>
    <w:p w14:paraId="118425E6" w14:textId="77777777" w:rsidR="005C7435" w:rsidRDefault="005C7435">
      <w:pPr>
        <w:spacing w:after="0"/>
      </w:pPr>
    </w:p>
    <w:p w14:paraId="15AEA733" w14:textId="77777777" w:rsidR="005C7435" w:rsidRDefault="00043F3A">
      <w:pPr>
        <w:spacing w:after="0"/>
      </w:pPr>
      <w:r>
        <w:rPr>
          <w:rFonts w:ascii="Arial" w:hAnsi="Arial"/>
          <w:b/>
        </w:rPr>
        <w:lastRenderedPageBreak/>
        <w:t xml:space="preserve">Interviewer P:  </w:t>
      </w:r>
      <w:r>
        <w:rPr>
          <w:rFonts w:ascii="Arial" w:hAnsi="Arial"/>
          <w:color w:val="5D7284"/>
        </w:rPr>
        <w:t>25:30</w:t>
      </w:r>
    </w:p>
    <w:p w14:paraId="6850FD4E" w14:textId="00AEF312" w:rsidR="005C7435" w:rsidRDefault="00043F3A">
      <w:pPr>
        <w:spacing w:after="0"/>
      </w:pPr>
      <w:r>
        <w:rPr>
          <w:rFonts w:ascii="Arial" w:hAnsi="Arial"/>
        </w:rPr>
        <w:t xml:space="preserve">Can you tell me a little bit about how it's moving now? </w:t>
      </w:r>
      <w:r w:rsidR="003261F9">
        <w:rPr>
          <w:rFonts w:ascii="Arial" w:hAnsi="Arial"/>
        </w:rPr>
        <w:t>So,</w:t>
      </w:r>
      <w:r>
        <w:rPr>
          <w:rFonts w:ascii="Arial" w:hAnsi="Arial"/>
        </w:rPr>
        <w:t xml:space="preserve"> it's moving now. And it's not. The tank is off. But it wasn't </w:t>
      </w:r>
      <w:r w:rsidR="003261F9">
        <w:rPr>
          <w:rFonts w:ascii="Arial" w:hAnsi="Arial"/>
        </w:rPr>
        <w:t>moving,</w:t>
      </w:r>
      <w:r>
        <w:rPr>
          <w:rFonts w:ascii="Arial" w:hAnsi="Arial"/>
        </w:rPr>
        <w:t xml:space="preserve"> and the tank was on.</w:t>
      </w:r>
    </w:p>
    <w:p w14:paraId="061298DE" w14:textId="77777777" w:rsidR="005C7435" w:rsidRDefault="005C7435">
      <w:pPr>
        <w:spacing w:after="0"/>
      </w:pPr>
    </w:p>
    <w:p w14:paraId="127F35F9" w14:textId="77777777" w:rsidR="005C7435" w:rsidRDefault="00043F3A">
      <w:pPr>
        <w:spacing w:after="0"/>
      </w:pPr>
      <w:r>
        <w:rPr>
          <w:rFonts w:ascii="Arial" w:hAnsi="Arial"/>
          <w:b/>
        </w:rPr>
        <w:t xml:space="preserve">Participant #2:  </w:t>
      </w:r>
      <w:r>
        <w:rPr>
          <w:rFonts w:ascii="Arial" w:hAnsi="Arial"/>
          <w:color w:val="5D7284"/>
        </w:rPr>
        <w:t>25:41</w:t>
      </w:r>
    </w:p>
    <w:p w14:paraId="35464336" w14:textId="77777777" w:rsidR="005C7435" w:rsidRDefault="00043F3A">
      <w:pPr>
        <w:spacing w:after="0"/>
      </w:pPr>
      <w:r>
        <w:rPr>
          <w:rFonts w:ascii="Arial" w:hAnsi="Arial"/>
        </w:rPr>
        <w:t xml:space="preserve">Yeah so, I think the like when it moves like that, the water pushes up against like the saw. Or like it goes towards the like outside of the circle, just because of the way that it moves. And then when it stops it like I want to say like another like tornado effect where it like circles around makes up a whirlpool. </w:t>
      </w:r>
    </w:p>
    <w:p w14:paraId="638D3978" w14:textId="77777777" w:rsidR="005C7435" w:rsidRDefault="005C7435">
      <w:pPr>
        <w:spacing w:after="0"/>
      </w:pPr>
    </w:p>
    <w:p w14:paraId="3BE29C0B" w14:textId="77777777" w:rsidR="005C7435" w:rsidRDefault="00043F3A">
      <w:pPr>
        <w:spacing w:after="0"/>
      </w:pPr>
      <w:r>
        <w:rPr>
          <w:rFonts w:ascii="Arial" w:hAnsi="Arial"/>
          <w:b/>
        </w:rPr>
        <w:t xml:space="preserve">Interviewer P:  </w:t>
      </w:r>
      <w:r>
        <w:rPr>
          <w:rFonts w:ascii="Arial" w:hAnsi="Arial"/>
          <w:color w:val="5D7284"/>
        </w:rPr>
        <w:t>26:08</w:t>
      </w:r>
    </w:p>
    <w:p w14:paraId="7F89179A" w14:textId="77777777" w:rsidR="005C7435" w:rsidRDefault="00043F3A">
      <w:pPr>
        <w:spacing w:after="0"/>
      </w:pPr>
      <w:r>
        <w:rPr>
          <w:rFonts w:ascii="Arial" w:hAnsi="Arial"/>
        </w:rPr>
        <w:t xml:space="preserve">Got it? </w:t>
      </w:r>
    </w:p>
    <w:p w14:paraId="495B6555" w14:textId="77777777" w:rsidR="005C7435" w:rsidRDefault="005C7435">
      <w:pPr>
        <w:spacing w:after="0"/>
      </w:pPr>
    </w:p>
    <w:p w14:paraId="524B476B" w14:textId="77777777" w:rsidR="005C7435" w:rsidRDefault="00043F3A">
      <w:pPr>
        <w:spacing w:after="0"/>
      </w:pPr>
      <w:r>
        <w:rPr>
          <w:rFonts w:ascii="Arial" w:hAnsi="Arial"/>
          <w:b/>
        </w:rPr>
        <w:t xml:space="preserve">Participant #2:  </w:t>
      </w:r>
      <w:r>
        <w:rPr>
          <w:rFonts w:ascii="Arial" w:hAnsi="Arial"/>
          <w:color w:val="5D7284"/>
        </w:rPr>
        <w:t>26:09</w:t>
      </w:r>
    </w:p>
    <w:p w14:paraId="2CFFB009" w14:textId="77777777" w:rsidR="005C7435" w:rsidRDefault="00043F3A">
      <w:pPr>
        <w:spacing w:after="0"/>
      </w:pPr>
      <w:r>
        <w:rPr>
          <w:rFonts w:ascii="Arial" w:hAnsi="Arial"/>
        </w:rPr>
        <w:t>That's a good one. But then it'll eventually like, stop and then be still like that, yeah.</w:t>
      </w:r>
    </w:p>
    <w:p w14:paraId="68110CC7" w14:textId="77777777" w:rsidR="005C7435" w:rsidRDefault="005C7435">
      <w:pPr>
        <w:spacing w:after="0"/>
      </w:pPr>
    </w:p>
    <w:p w14:paraId="71242161" w14:textId="77777777" w:rsidR="005C7435" w:rsidRDefault="00043F3A">
      <w:pPr>
        <w:spacing w:after="0"/>
      </w:pPr>
      <w:r>
        <w:rPr>
          <w:rFonts w:ascii="Arial" w:hAnsi="Arial"/>
          <w:b/>
        </w:rPr>
        <w:t xml:space="preserve">Interviewer P:  </w:t>
      </w:r>
      <w:r>
        <w:rPr>
          <w:rFonts w:ascii="Arial" w:hAnsi="Arial"/>
          <w:color w:val="5D7284"/>
        </w:rPr>
        <w:t>26:22</w:t>
      </w:r>
    </w:p>
    <w:p w14:paraId="12218672" w14:textId="77777777" w:rsidR="005C7435" w:rsidRDefault="00043F3A">
      <w:pPr>
        <w:spacing w:after="0"/>
      </w:pPr>
      <w:r>
        <w:rPr>
          <w:rFonts w:ascii="Arial" w:hAnsi="Arial"/>
        </w:rPr>
        <w:t>Alright, so I have a couple more questions, and then we'll try something else with it. I'm gonna see what time it is. 1:44 Okay. Okay, so I have a question. What if I had a big tank that instead of water it was filled with Jell-O?</w:t>
      </w:r>
    </w:p>
    <w:p w14:paraId="2B2F6ECD" w14:textId="77777777" w:rsidR="005C7435" w:rsidRDefault="005C7435">
      <w:pPr>
        <w:spacing w:after="0"/>
      </w:pPr>
    </w:p>
    <w:p w14:paraId="55BA6877" w14:textId="77777777" w:rsidR="005C7435" w:rsidRDefault="00043F3A">
      <w:pPr>
        <w:spacing w:after="0"/>
      </w:pPr>
      <w:r>
        <w:rPr>
          <w:rFonts w:ascii="Arial" w:hAnsi="Arial"/>
          <w:b/>
        </w:rPr>
        <w:t xml:space="preserve">Participant #2:  </w:t>
      </w:r>
      <w:r>
        <w:rPr>
          <w:rFonts w:ascii="Arial" w:hAnsi="Arial"/>
          <w:color w:val="5D7284"/>
        </w:rPr>
        <w:t>26:38</w:t>
      </w:r>
    </w:p>
    <w:p w14:paraId="6B468DB2" w14:textId="77777777" w:rsidR="005C7435" w:rsidRDefault="00043F3A">
      <w:pPr>
        <w:spacing w:after="0"/>
      </w:pPr>
      <w:r>
        <w:rPr>
          <w:rFonts w:ascii="Arial" w:hAnsi="Arial"/>
        </w:rPr>
        <w:t>And put that in it?</w:t>
      </w:r>
    </w:p>
    <w:p w14:paraId="0CB6D828" w14:textId="77777777" w:rsidR="005C7435" w:rsidRDefault="005C7435">
      <w:pPr>
        <w:spacing w:after="0"/>
      </w:pPr>
    </w:p>
    <w:p w14:paraId="5D8F3EFC" w14:textId="77777777" w:rsidR="005C7435" w:rsidRDefault="00043F3A">
      <w:pPr>
        <w:spacing w:after="0"/>
      </w:pPr>
      <w:r>
        <w:rPr>
          <w:rFonts w:ascii="Arial" w:hAnsi="Arial"/>
          <w:b/>
        </w:rPr>
        <w:t xml:space="preserve">Interviewer P:  </w:t>
      </w:r>
      <w:r>
        <w:rPr>
          <w:rFonts w:ascii="Arial" w:hAnsi="Arial"/>
          <w:color w:val="5D7284"/>
        </w:rPr>
        <w:t>26:40</w:t>
      </w:r>
    </w:p>
    <w:p w14:paraId="5B703C30" w14:textId="77777777" w:rsidR="005C7435" w:rsidRDefault="00043F3A">
      <w:pPr>
        <w:spacing w:after="0"/>
      </w:pPr>
      <w:r>
        <w:rPr>
          <w:rFonts w:ascii="Arial" w:hAnsi="Arial"/>
        </w:rPr>
        <w:t xml:space="preserve">No, I think that would just sit on top. </w:t>
      </w:r>
    </w:p>
    <w:p w14:paraId="7BC1D3D4" w14:textId="77777777" w:rsidR="005C7435" w:rsidRDefault="005C7435">
      <w:pPr>
        <w:spacing w:after="0"/>
      </w:pPr>
    </w:p>
    <w:p w14:paraId="55E8566A" w14:textId="77777777" w:rsidR="005C7435" w:rsidRDefault="00043F3A">
      <w:pPr>
        <w:spacing w:after="0"/>
      </w:pPr>
      <w:r>
        <w:rPr>
          <w:rFonts w:ascii="Arial" w:hAnsi="Arial"/>
          <w:b/>
        </w:rPr>
        <w:t xml:space="preserve">Participant #2:  </w:t>
      </w:r>
      <w:r>
        <w:rPr>
          <w:rFonts w:ascii="Arial" w:hAnsi="Arial"/>
          <w:color w:val="5D7284"/>
        </w:rPr>
        <w:t>26:42</w:t>
      </w:r>
    </w:p>
    <w:p w14:paraId="4D47F7A6" w14:textId="77777777" w:rsidR="005C7435" w:rsidRDefault="00043F3A">
      <w:pPr>
        <w:spacing w:after="0"/>
      </w:pPr>
      <w:r>
        <w:rPr>
          <w:rFonts w:ascii="Arial" w:hAnsi="Arial"/>
        </w:rPr>
        <w:t>It probably will, yeah.</w:t>
      </w:r>
    </w:p>
    <w:p w14:paraId="5CF47EA8" w14:textId="77777777" w:rsidR="005C7435" w:rsidRDefault="005C7435">
      <w:pPr>
        <w:spacing w:after="0"/>
      </w:pPr>
    </w:p>
    <w:p w14:paraId="2AABEDB1" w14:textId="77777777" w:rsidR="005C7435" w:rsidRDefault="00043F3A">
      <w:pPr>
        <w:spacing w:after="0"/>
      </w:pPr>
      <w:r>
        <w:rPr>
          <w:rFonts w:ascii="Arial" w:hAnsi="Arial"/>
          <w:b/>
        </w:rPr>
        <w:t xml:space="preserve">Interviewer P:  </w:t>
      </w:r>
      <w:r>
        <w:rPr>
          <w:rFonts w:ascii="Arial" w:hAnsi="Arial"/>
          <w:color w:val="5D7284"/>
        </w:rPr>
        <w:t>26:43</w:t>
      </w:r>
    </w:p>
    <w:p w14:paraId="20CA600B" w14:textId="309A13A4" w:rsidR="005C7435" w:rsidRDefault="00043F3A">
      <w:pPr>
        <w:spacing w:after="0"/>
      </w:pPr>
      <w:r>
        <w:rPr>
          <w:rFonts w:ascii="Arial" w:hAnsi="Arial"/>
        </w:rPr>
        <w:t xml:space="preserve">Yeah, let's say that I put something in it that would like sink to the bottom, like maybe like something like a little metal ball that's heavy enough to kind of slowly make its way to the bottom. So now I've got a huge tank of </w:t>
      </w:r>
      <w:r w:rsidR="003261F9">
        <w:rPr>
          <w:rFonts w:ascii="Arial" w:hAnsi="Arial"/>
        </w:rPr>
        <w:t>Jell-O</w:t>
      </w:r>
      <w:r>
        <w:rPr>
          <w:rFonts w:ascii="Arial" w:hAnsi="Arial"/>
        </w:rPr>
        <w:t>. It's it's been rotating for a long time. And I put the heavy weighted ball in it. What kind of a path do you think it would bore through the Jell-O? If the Jell-O itself is rotating?</w:t>
      </w:r>
    </w:p>
    <w:p w14:paraId="0ED33714" w14:textId="77777777" w:rsidR="005C7435" w:rsidRDefault="005C7435">
      <w:pPr>
        <w:spacing w:after="0"/>
      </w:pPr>
    </w:p>
    <w:p w14:paraId="57F4ACC4" w14:textId="77777777" w:rsidR="005C7435" w:rsidRDefault="00043F3A">
      <w:pPr>
        <w:spacing w:after="0"/>
      </w:pPr>
      <w:r>
        <w:rPr>
          <w:rFonts w:ascii="Arial" w:hAnsi="Arial"/>
          <w:b/>
        </w:rPr>
        <w:t xml:space="preserve">Participant #2:  </w:t>
      </w:r>
      <w:r>
        <w:rPr>
          <w:rFonts w:ascii="Arial" w:hAnsi="Arial"/>
          <w:color w:val="5D7284"/>
        </w:rPr>
        <w:t>27:12</w:t>
      </w:r>
    </w:p>
    <w:p w14:paraId="6094C560" w14:textId="77777777" w:rsidR="005C7435" w:rsidRDefault="00043F3A">
      <w:pPr>
        <w:spacing w:after="0"/>
      </w:pPr>
      <w:r>
        <w:rPr>
          <w:rFonts w:ascii="Arial" w:hAnsi="Arial"/>
        </w:rPr>
        <w:t>Yeah. Maybe like a not anything big, but maybe like a little zigzag pattern until it got to the bottom? And then it would probably it might make a little like indent around itself at the bottom? Yeah, I don't think it would go like super far. Yeah, unless it was going really fast. Maybe.</w:t>
      </w:r>
    </w:p>
    <w:p w14:paraId="4664DC7A" w14:textId="77777777" w:rsidR="005C7435" w:rsidRDefault="005C7435">
      <w:pPr>
        <w:spacing w:after="0"/>
      </w:pPr>
    </w:p>
    <w:p w14:paraId="266AFDAD" w14:textId="77777777" w:rsidR="005C7435" w:rsidRDefault="00043F3A">
      <w:pPr>
        <w:spacing w:after="0"/>
      </w:pPr>
      <w:r>
        <w:rPr>
          <w:rFonts w:ascii="Arial" w:hAnsi="Arial"/>
          <w:b/>
        </w:rPr>
        <w:t xml:space="preserve">Interviewer P:  </w:t>
      </w:r>
      <w:r>
        <w:rPr>
          <w:rFonts w:ascii="Arial" w:hAnsi="Arial"/>
          <w:color w:val="5D7284"/>
        </w:rPr>
        <w:t>27:30</w:t>
      </w:r>
    </w:p>
    <w:p w14:paraId="7192A904" w14:textId="77777777" w:rsidR="005C7435" w:rsidRDefault="00043F3A">
      <w:pPr>
        <w:spacing w:after="0"/>
      </w:pPr>
      <w:r>
        <w:rPr>
          <w:rFonts w:ascii="Arial" w:hAnsi="Arial"/>
        </w:rPr>
        <w:t xml:space="preserve">Okay, so next is what if I had like a big cylinder of like, lead. It's rotating, and or brass or something? And I have some kind of acid that's gonna eat it. And because you can't drop something solid through a </w:t>
      </w:r>
      <w:r>
        <w:rPr>
          <w:rFonts w:ascii="Arial" w:hAnsi="Arial"/>
        </w:rPr>
        <w:lastRenderedPageBreak/>
        <w:t>solid. So now I have this acid that's going to eat through brass, or lead. As it's rotating, what kind of a path do you think that would make? I think maybe it would make I don't know how strong the acid is. Let's say each through it in an hour.</w:t>
      </w:r>
    </w:p>
    <w:p w14:paraId="226AF01F" w14:textId="77777777" w:rsidR="005C7435" w:rsidRDefault="005C7435">
      <w:pPr>
        <w:spacing w:after="0"/>
      </w:pPr>
    </w:p>
    <w:p w14:paraId="7B8A9DDD" w14:textId="77777777" w:rsidR="005C7435" w:rsidRDefault="00043F3A">
      <w:pPr>
        <w:spacing w:after="0"/>
      </w:pPr>
      <w:r>
        <w:rPr>
          <w:rFonts w:ascii="Arial" w:hAnsi="Arial"/>
          <w:b/>
        </w:rPr>
        <w:t xml:space="preserve">Participant #2:  </w:t>
      </w:r>
      <w:r>
        <w:rPr>
          <w:rFonts w:ascii="Arial" w:hAnsi="Arial"/>
          <w:color w:val="5D7284"/>
        </w:rPr>
        <w:t>28:10</w:t>
      </w:r>
    </w:p>
    <w:p w14:paraId="0FD727DE" w14:textId="7E4F308B" w:rsidR="005C7435" w:rsidRDefault="00043F3A">
      <w:pPr>
        <w:spacing w:after="0"/>
      </w:pPr>
      <w:r>
        <w:rPr>
          <w:rFonts w:ascii="Arial" w:hAnsi="Arial"/>
        </w:rPr>
        <w:t xml:space="preserve">Okay, then I think it would have probably a similar effect of like a </w:t>
      </w:r>
      <w:r w:rsidR="003261F9">
        <w:rPr>
          <w:rFonts w:ascii="Arial" w:hAnsi="Arial"/>
        </w:rPr>
        <w:t>zigzagged</w:t>
      </w:r>
      <w:r>
        <w:rPr>
          <w:rFonts w:ascii="Arial" w:hAnsi="Arial"/>
        </w:rPr>
        <w:t xml:space="preserve"> pattern. And then when it got to the </w:t>
      </w:r>
      <w:r w:rsidR="003261F9">
        <w:rPr>
          <w:rFonts w:ascii="Arial" w:hAnsi="Arial"/>
        </w:rPr>
        <w:t>bottom,</w:t>
      </w:r>
      <w:r>
        <w:rPr>
          <w:rFonts w:ascii="Arial" w:hAnsi="Arial"/>
        </w:rPr>
        <w:t xml:space="preserve"> I want to say that it would like go out pretty fast, it would make a little pathway at the bottom and like eat through the lead or brass or whatever, at a quick pace because of the rotation.</w:t>
      </w:r>
    </w:p>
    <w:p w14:paraId="4C21176F" w14:textId="77777777" w:rsidR="005C7435" w:rsidRDefault="005C7435">
      <w:pPr>
        <w:spacing w:after="0"/>
      </w:pPr>
    </w:p>
    <w:p w14:paraId="2C8CE879" w14:textId="77777777" w:rsidR="005C7435" w:rsidRDefault="00043F3A">
      <w:pPr>
        <w:spacing w:after="0"/>
      </w:pPr>
      <w:r>
        <w:rPr>
          <w:rFonts w:ascii="Arial" w:hAnsi="Arial"/>
          <w:b/>
        </w:rPr>
        <w:t xml:space="preserve">Interviewer P:  </w:t>
      </w:r>
      <w:r>
        <w:rPr>
          <w:rFonts w:ascii="Arial" w:hAnsi="Arial"/>
          <w:color w:val="5D7284"/>
        </w:rPr>
        <w:t>28:40</w:t>
      </w:r>
    </w:p>
    <w:p w14:paraId="34BF3A0E" w14:textId="77777777" w:rsidR="005C7435" w:rsidRDefault="00043F3A">
      <w:pPr>
        <w:spacing w:after="0"/>
      </w:pPr>
      <w:r>
        <w:rPr>
          <w:rFonts w:ascii="Arial" w:hAnsi="Arial"/>
        </w:rPr>
        <w:t xml:space="preserve">So it would it would zigzag to the bottom and then start to go sideways. </w:t>
      </w:r>
    </w:p>
    <w:p w14:paraId="27230B98" w14:textId="77777777" w:rsidR="005C7435" w:rsidRDefault="005C7435">
      <w:pPr>
        <w:spacing w:after="0"/>
      </w:pPr>
    </w:p>
    <w:p w14:paraId="06809E43" w14:textId="77777777" w:rsidR="005C7435" w:rsidRDefault="00043F3A">
      <w:pPr>
        <w:spacing w:after="0"/>
      </w:pPr>
      <w:r>
        <w:rPr>
          <w:rFonts w:ascii="Arial" w:hAnsi="Arial"/>
          <w:b/>
        </w:rPr>
        <w:t xml:space="preserve">Participant #2:  </w:t>
      </w:r>
      <w:r>
        <w:rPr>
          <w:rFonts w:ascii="Arial" w:hAnsi="Arial"/>
          <w:color w:val="5D7284"/>
        </w:rPr>
        <w:t>28:44</w:t>
      </w:r>
    </w:p>
    <w:p w14:paraId="0F44343A" w14:textId="77777777" w:rsidR="005C7435" w:rsidRDefault="00043F3A">
      <w:pPr>
        <w:spacing w:after="0"/>
      </w:pPr>
      <w:r>
        <w:rPr>
          <w:rFonts w:ascii="Arial" w:hAnsi="Arial"/>
        </w:rPr>
        <w:t>Yeah,</w:t>
      </w:r>
    </w:p>
    <w:p w14:paraId="46945E46" w14:textId="77777777" w:rsidR="005C7435" w:rsidRDefault="005C7435">
      <w:pPr>
        <w:spacing w:after="0"/>
      </w:pPr>
    </w:p>
    <w:p w14:paraId="44F18F07" w14:textId="77777777" w:rsidR="005C7435" w:rsidRDefault="00043F3A">
      <w:pPr>
        <w:spacing w:after="0"/>
      </w:pPr>
      <w:r>
        <w:rPr>
          <w:rFonts w:ascii="Arial" w:hAnsi="Arial"/>
          <w:b/>
        </w:rPr>
        <w:t xml:space="preserve">Interviewer P:  </w:t>
      </w:r>
      <w:r>
        <w:rPr>
          <w:rFonts w:ascii="Arial" w:hAnsi="Arial"/>
          <w:color w:val="5D7284"/>
        </w:rPr>
        <w:t>28:45</w:t>
      </w:r>
    </w:p>
    <w:p w14:paraId="0208D318" w14:textId="77777777" w:rsidR="005C7435" w:rsidRDefault="00043F3A">
      <w:pPr>
        <w:spacing w:after="0"/>
      </w:pPr>
      <w:r>
        <w:rPr>
          <w:rFonts w:ascii="Arial" w:hAnsi="Arial"/>
        </w:rPr>
        <w:t xml:space="preserve">Okay, and one more quest. </w:t>
      </w:r>
    </w:p>
    <w:p w14:paraId="2796E123" w14:textId="77777777" w:rsidR="005C7435" w:rsidRDefault="005C7435">
      <w:pPr>
        <w:spacing w:after="0"/>
      </w:pPr>
    </w:p>
    <w:p w14:paraId="6247D601" w14:textId="77777777" w:rsidR="005C7435" w:rsidRDefault="00043F3A">
      <w:pPr>
        <w:spacing w:after="0"/>
      </w:pPr>
      <w:r>
        <w:rPr>
          <w:rFonts w:ascii="Arial" w:hAnsi="Arial"/>
          <w:b/>
        </w:rPr>
        <w:t xml:space="preserve">Participant #2:  </w:t>
      </w:r>
      <w:r>
        <w:rPr>
          <w:rFonts w:ascii="Arial" w:hAnsi="Arial"/>
          <w:color w:val="5D7284"/>
        </w:rPr>
        <w:t>28:48</w:t>
      </w:r>
    </w:p>
    <w:p w14:paraId="78E9D07B" w14:textId="77777777" w:rsidR="005C7435" w:rsidRDefault="00043F3A">
      <w:pPr>
        <w:spacing w:after="0"/>
      </w:pPr>
      <w:r>
        <w:rPr>
          <w:rFonts w:ascii="Arial" w:hAnsi="Arial"/>
        </w:rPr>
        <w:t>Okay.</w:t>
      </w:r>
    </w:p>
    <w:p w14:paraId="3CF00302" w14:textId="77777777" w:rsidR="005C7435" w:rsidRDefault="005C7435">
      <w:pPr>
        <w:spacing w:after="0"/>
      </w:pPr>
    </w:p>
    <w:p w14:paraId="5EB03506" w14:textId="77777777" w:rsidR="005C7435" w:rsidRDefault="00043F3A">
      <w:pPr>
        <w:spacing w:after="0"/>
      </w:pPr>
      <w:r>
        <w:rPr>
          <w:rFonts w:ascii="Arial" w:hAnsi="Arial"/>
          <w:b/>
        </w:rPr>
        <w:t xml:space="preserve">Interviewer P:  </w:t>
      </w:r>
      <w:r>
        <w:rPr>
          <w:rFonts w:ascii="Arial" w:hAnsi="Arial"/>
          <w:color w:val="5D7284"/>
        </w:rPr>
        <w:t>28:48</w:t>
      </w:r>
    </w:p>
    <w:p w14:paraId="28EF0418" w14:textId="666D7FA8" w:rsidR="005C7435" w:rsidRDefault="003261F9">
      <w:pPr>
        <w:spacing w:after="0"/>
      </w:pPr>
      <w:r>
        <w:rPr>
          <w:rFonts w:ascii="Arial" w:hAnsi="Arial"/>
        </w:rPr>
        <w:t xml:space="preserve">So, what if we had like a big plant on a rotating table. No, a big pot of soil on the table and a seed that would be a plant. </w:t>
      </w:r>
    </w:p>
    <w:p w14:paraId="747CC92F" w14:textId="77777777" w:rsidR="005C7435" w:rsidRDefault="005C7435">
      <w:pPr>
        <w:spacing w:after="0"/>
      </w:pPr>
    </w:p>
    <w:p w14:paraId="723F0050" w14:textId="77777777" w:rsidR="005C7435" w:rsidRDefault="00043F3A">
      <w:pPr>
        <w:spacing w:after="0"/>
      </w:pPr>
      <w:r>
        <w:rPr>
          <w:rFonts w:ascii="Arial" w:hAnsi="Arial"/>
          <w:b/>
        </w:rPr>
        <w:t xml:space="preserve">Participant #2:  </w:t>
      </w:r>
      <w:r>
        <w:rPr>
          <w:rFonts w:ascii="Arial" w:hAnsi="Arial"/>
          <w:color w:val="5D7284"/>
        </w:rPr>
        <w:t>28:58</w:t>
      </w:r>
    </w:p>
    <w:p w14:paraId="75FC0102" w14:textId="77777777" w:rsidR="005C7435" w:rsidRDefault="00043F3A">
      <w:pPr>
        <w:spacing w:after="0"/>
      </w:pPr>
      <w:r>
        <w:rPr>
          <w:rFonts w:ascii="Arial" w:hAnsi="Arial"/>
        </w:rPr>
        <w:t>Okay.</w:t>
      </w:r>
    </w:p>
    <w:p w14:paraId="5FBFA4FB" w14:textId="77777777" w:rsidR="005C7435" w:rsidRDefault="005C7435">
      <w:pPr>
        <w:spacing w:after="0"/>
      </w:pPr>
    </w:p>
    <w:p w14:paraId="562929BE" w14:textId="77777777" w:rsidR="005C7435" w:rsidRDefault="00043F3A">
      <w:pPr>
        <w:spacing w:after="0"/>
      </w:pPr>
      <w:r>
        <w:rPr>
          <w:rFonts w:ascii="Arial" w:hAnsi="Arial"/>
          <w:b/>
        </w:rPr>
        <w:t xml:space="preserve">Interviewer P:  </w:t>
      </w:r>
      <w:r>
        <w:rPr>
          <w:rFonts w:ascii="Arial" w:hAnsi="Arial"/>
          <w:color w:val="5D7284"/>
        </w:rPr>
        <w:t>28:58</w:t>
      </w:r>
    </w:p>
    <w:p w14:paraId="043341D5" w14:textId="125CABD2" w:rsidR="005C7435" w:rsidRDefault="00043F3A">
      <w:pPr>
        <w:spacing w:after="0"/>
      </w:pPr>
      <w:r>
        <w:rPr>
          <w:rFonts w:ascii="Arial" w:hAnsi="Arial"/>
        </w:rPr>
        <w:t xml:space="preserve">So now it's growing and rotating pot of soil. </w:t>
      </w:r>
      <w:r w:rsidR="003261F9">
        <w:rPr>
          <w:rFonts w:ascii="Arial" w:hAnsi="Arial"/>
        </w:rPr>
        <w:t>So,</w:t>
      </w:r>
      <w:r>
        <w:rPr>
          <w:rFonts w:ascii="Arial" w:hAnsi="Arial"/>
        </w:rPr>
        <w:t xml:space="preserve"> over the course of a couple of weeks, it puts down roots. </w:t>
      </w:r>
    </w:p>
    <w:p w14:paraId="3D7139C2" w14:textId="77777777" w:rsidR="005C7435" w:rsidRDefault="005C7435">
      <w:pPr>
        <w:spacing w:after="0"/>
      </w:pPr>
    </w:p>
    <w:p w14:paraId="3BC195DA" w14:textId="77777777" w:rsidR="005C7435" w:rsidRDefault="00043F3A">
      <w:pPr>
        <w:spacing w:after="0"/>
      </w:pPr>
      <w:r>
        <w:rPr>
          <w:rFonts w:ascii="Arial" w:hAnsi="Arial"/>
          <w:b/>
        </w:rPr>
        <w:t xml:space="preserve">Participant #2:  </w:t>
      </w:r>
      <w:r>
        <w:rPr>
          <w:rFonts w:ascii="Arial" w:hAnsi="Arial"/>
          <w:color w:val="5D7284"/>
        </w:rPr>
        <w:t>29:07</w:t>
      </w:r>
    </w:p>
    <w:p w14:paraId="0C9EA5E3" w14:textId="77777777" w:rsidR="005C7435" w:rsidRDefault="00043F3A">
      <w:pPr>
        <w:spacing w:after="0"/>
      </w:pPr>
      <w:r>
        <w:rPr>
          <w:rFonts w:ascii="Arial" w:hAnsi="Arial"/>
        </w:rPr>
        <w:t xml:space="preserve">Okay. </w:t>
      </w:r>
    </w:p>
    <w:p w14:paraId="3D4EB933" w14:textId="77777777" w:rsidR="005C7435" w:rsidRDefault="005C7435">
      <w:pPr>
        <w:spacing w:after="0"/>
      </w:pPr>
    </w:p>
    <w:p w14:paraId="1023BB2A" w14:textId="77777777" w:rsidR="005C7435" w:rsidRDefault="00043F3A">
      <w:pPr>
        <w:spacing w:after="0"/>
      </w:pPr>
      <w:r>
        <w:rPr>
          <w:rFonts w:ascii="Arial" w:hAnsi="Arial"/>
          <w:b/>
        </w:rPr>
        <w:t xml:space="preserve">Interviewer P:  </w:t>
      </w:r>
      <w:r>
        <w:rPr>
          <w:rFonts w:ascii="Arial" w:hAnsi="Arial"/>
          <w:color w:val="5D7284"/>
        </w:rPr>
        <w:t>29:09</w:t>
      </w:r>
    </w:p>
    <w:p w14:paraId="45CFE15F" w14:textId="77777777" w:rsidR="005C7435" w:rsidRDefault="00043F3A">
      <w:pPr>
        <w:spacing w:after="0"/>
      </w:pPr>
      <w:r>
        <w:rPr>
          <w:rFonts w:ascii="Arial" w:hAnsi="Arial"/>
        </w:rPr>
        <w:t>What would the roots look like?</w:t>
      </w:r>
    </w:p>
    <w:p w14:paraId="5305CC4F" w14:textId="77777777" w:rsidR="005C7435" w:rsidRDefault="005C7435">
      <w:pPr>
        <w:spacing w:after="0"/>
      </w:pPr>
    </w:p>
    <w:p w14:paraId="207BC187" w14:textId="77777777" w:rsidR="005C7435" w:rsidRDefault="00043F3A">
      <w:pPr>
        <w:spacing w:after="0"/>
      </w:pPr>
      <w:r>
        <w:rPr>
          <w:rFonts w:ascii="Arial" w:hAnsi="Arial"/>
          <w:b/>
        </w:rPr>
        <w:t xml:space="preserve">Participant #2:  </w:t>
      </w:r>
      <w:r>
        <w:rPr>
          <w:rFonts w:ascii="Arial" w:hAnsi="Arial"/>
          <w:color w:val="5D7284"/>
        </w:rPr>
        <w:t>29:14</w:t>
      </w:r>
    </w:p>
    <w:p w14:paraId="46BC0ED1" w14:textId="77777777" w:rsidR="005C7435" w:rsidRDefault="00043F3A">
      <w:pPr>
        <w:spacing w:after="0"/>
      </w:pPr>
      <w:r>
        <w:rPr>
          <w:rFonts w:ascii="Arial" w:hAnsi="Arial"/>
        </w:rPr>
        <w:t xml:space="preserve">I just want to say that they will probably look normal like how like they normally just like, fan out. </w:t>
      </w:r>
    </w:p>
    <w:p w14:paraId="3791394C" w14:textId="77777777" w:rsidR="005C7435" w:rsidRDefault="005C7435">
      <w:pPr>
        <w:spacing w:after="0"/>
      </w:pPr>
    </w:p>
    <w:p w14:paraId="594FFC7D" w14:textId="77777777" w:rsidR="005C7435" w:rsidRDefault="00043F3A">
      <w:pPr>
        <w:spacing w:after="0"/>
      </w:pPr>
      <w:r>
        <w:rPr>
          <w:rFonts w:ascii="Arial" w:hAnsi="Arial"/>
          <w:b/>
        </w:rPr>
        <w:t xml:space="preserve">Interviewer P:  </w:t>
      </w:r>
      <w:r>
        <w:rPr>
          <w:rFonts w:ascii="Arial" w:hAnsi="Arial"/>
          <w:color w:val="5D7284"/>
        </w:rPr>
        <w:t>29:20</w:t>
      </w:r>
    </w:p>
    <w:p w14:paraId="6C96261E" w14:textId="77777777" w:rsidR="005C7435" w:rsidRDefault="00043F3A">
      <w:pPr>
        <w:spacing w:after="0"/>
      </w:pPr>
      <w:r>
        <w:rPr>
          <w:rFonts w:ascii="Arial" w:hAnsi="Arial"/>
        </w:rPr>
        <w:t xml:space="preserve">Yeah. </w:t>
      </w:r>
    </w:p>
    <w:p w14:paraId="57413D84" w14:textId="77777777" w:rsidR="005C7435" w:rsidRDefault="005C7435">
      <w:pPr>
        <w:spacing w:after="0"/>
      </w:pPr>
    </w:p>
    <w:p w14:paraId="7CE1CB17" w14:textId="77777777" w:rsidR="005C7435" w:rsidRDefault="00043F3A">
      <w:pPr>
        <w:spacing w:after="0"/>
      </w:pPr>
      <w:r>
        <w:rPr>
          <w:rFonts w:ascii="Arial" w:hAnsi="Arial"/>
          <w:b/>
        </w:rPr>
        <w:lastRenderedPageBreak/>
        <w:t xml:space="preserve">Participant #2:  </w:t>
      </w:r>
      <w:r>
        <w:rPr>
          <w:rFonts w:ascii="Arial" w:hAnsi="Arial"/>
          <w:color w:val="5D7284"/>
        </w:rPr>
        <w:t>29:20</w:t>
      </w:r>
    </w:p>
    <w:p w14:paraId="7D391EE6" w14:textId="77777777" w:rsidR="005C7435" w:rsidRDefault="00043F3A">
      <w:pPr>
        <w:spacing w:after="0"/>
      </w:pPr>
      <w:r>
        <w:rPr>
          <w:rFonts w:ascii="Arial" w:hAnsi="Arial"/>
        </w:rPr>
        <w:t xml:space="preserve">And like any kind of direction that they want. </w:t>
      </w:r>
    </w:p>
    <w:p w14:paraId="13634CD4" w14:textId="77777777" w:rsidR="005C7435" w:rsidRDefault="005C7435">
      <w:pPr>
        <w:spacing w:after="0"/>
      </w:pPr>
    </w:p>
    <w:p w14:paraId="63870A73" w14:textId="77777777" w:rsidR="005C7435" w:rsidRDefault="00043F3A">
      <w:pPr>
        <w:spacing w:after="0"/>
      </w:pPr>
      <w:r>
        <w:rPr>
          <w:rFonts w:ascii="Arial" w:hAnsi="Arial"/>
          <w:b/>
        </w:rPr>
        <w:t xml:space="preserve">Interviewer P:  </w:t>
      </w:r>
      <w:r>
        <w:rPr>
          <w:rFonts w:ascii="Arial" w:hAnsi="Arial"/>
          <w:color w:val="5D7284"/>
        </w:rPr>
        <w:t>29:22</w:t>
      </w:r>
    </w:p>
    <w:p w14:paraId="4EA8C8C6" w14:textId="77777777" w:rsidR="005C7435" w:rsidRDefault="00043F3A">
      <w:pPr>
        <w:spacing w:after="0"/>
      </w:pPr>
      <w:r>
        <w:rPr>
          <w:rFonts w:ascii="Arial" w:hAnsi="Arial"/>
        </w:rPr>
        <w:t>Yeah.</w:t>
      </w:r>
    </w:p>
    <w:p w14:paraId="3C2B3C75" w14:textId="77777777" w:rsidR="005C7435" w:rsidRDefault="005C7435">
      <w:pPr>
        <w:spacing w:after="0"/>
      </w:pPr>
    </w:p>
    <w:p w14:paraId="61BB16E3" w14:textId="77777777" w:rsidR="005C7435" w:rsidRDefault="00043F3A">
      <w:pPr>
        <w:spacing w:after="0"/>
      </w:pPr>
      <w:r>
        <w:rPr>
          <w:rFonts w:ascii="Arial" w:hAnsi="Arial"/>
          <w:b/>
        </w:rPr>
        <w:t xml:space="preserve">Participant #2:  </w:t>
      </w:r>
      <w:r>
        <w:rPr>
          <w:rFonts w:ascii="Arial" w:hAnsi="Arial"/>
          <w:color w:val="5D7284"/>
        </w:rPr>
        <w:t>29:23</w:t>
      </w:r>
    </w:p>
    <w:p w14:paraId="616A001E" w14:textId="77777777" w:rsidR="005C7435" w:rsidRDefault="00043F3A">
      <w:pPr>
        <w:spacing w:after="0"/>
      </w:pPr>
      <w:r>
        <w:rPr>
          <w:rFonts w:ascii="Arial" w:hAnsi="Arial"/>
        </w:rPr>
        <w:t xml:space="preserve">That's what I would say. </w:t>
      </w:r>
    </w:p>
    <w:p w14:paraId="3A937031" w14:textId="77777777" w:rsidR="005C7435" w:rsidRDefault="005C7435">
      <w:pPr>
        <w:spacing w:after="0"/>
      </w:pPr>
    </w:p>
    <w:p w14:paraId="4543D3DA" w14:textId="77777777" w:rsidR="005C7435" w:rsidRDefault="00043F3A">
      <w:pPr>
        <w:spacing w:after="0"/>
      </w:pPr>
      <w:r>
        <w:rPr>
          <w:rFonts w:ascii="Arial" w:hAnsi="Arial"/>
          <w:b/>
        </w:rPr>
        <w:t xml:space="preserve">Interviewer P:  </w:t>
      </w:r>
      <w:r>
        <w:rPr>
          <w:rFonts w:ascii="Arial" w:hAnsi="Arial"/>
          <w:color w:val="5D7284"/>
        </w:rPr>
        <w:t>29:24</w:t>
      </w:r>
    </w:p>
    <w:p w14:paraId="56233A0B" w14:textId="4F8052F2" w:rsidR="005C7435" w:rsidRDefault="00043F3A">
      <w:pPr>
        <w:spacing w:after="0"/>
      </w:pPr>
      <w:r>
        <w:rPr>
          <w:rFonts w:ascii="Arial" w:hAnsi="Arial"/>
        </w:rPr>
        <w:t xml:space="preserve">Yeah. All right, so we have a little bit of extra time. So I'm going to throw </w:t>
      </w:r>
      <w:r w:rsidR="003261F9">
        <w:rPr>
          <w:rFonts w:ascii="Arial" w:hAnsi="Arial"/>
        </w:rPr>
        <w:t>some...</w:t>
      </w:r>
    </w:p>
    <w:p w14:paraId="2076AEC2" w14:textId="77777777" w:rsidR="005C7435" w:rsidRDefault="005C7435">
      <w:pPr>
        <w:spacing w:after="0"/>
      </w:pPr>
    </w:p>
    <w:p w14:paraId="041B1E80" w14:textId="77777777" w:rsidR="005C7435" w:rsidRDefault="00043F3A">
      <w:pPr>
        <w:spacing w:after="0"/>
      </w:pPr>
      <w:r>
        <w:rPr>
          <w:rFonts w:ascii="Arial" w:hAnsi="Arial"/>
          <w:b/>
        </w:rPr>
        <w:t xml:space="preserve">Participant #2:  </w:t>
      </w:r>
      <w:r>
        <w:rPr>
          <w:rFonts w:ascii="Arial" w:hAnsi="Arial"/>
          <w:color w:val="5D7284"/>
        </w:rPr>
        <w:t>29:31</w:t>
      </w:r>
    </w:p>
    <w:p w14:paraId="1F6DB5B2" w14:textId="77777777" w:rsidR="005C7435" w:rsidRDefault="00043F3A">
      <w:pPr>
        <w:spacing w:after="0"/>
      </w:pPr>
      <w:r>
        <w:rPr>
          <w:rFonts w:ascii="Arial" w:hAnsi="Arial"/>
        </w:rPr>
        <w:t>Fill it up with Jell-O.</w:t>
      </w:r>
    </w:p>
    <w:p w14:paraId="4EE0330C" w14:textId="77777777" w:rsidR="005C7435" w:rsidRDefault="005C7435">
      <w:pPr>
        <w:spacing w:after="0"/>
      </w:pPr>
    </w:p>
    <w:p w14:paraId="0A1334D8" w14:textId="77777777" w:rsidR="005C7435" w:rsidRDefault="00043F3A">
      <w:pPr>
        <w:spacing w:after="0"/>
      </w:pPr>
      <w:r>
        <w:rPr>
          <w:rFonts w:ascii="Arial" w:hAnsi="Arial"/>
          <w:b/>
        </w:rPr>
        <w:t xml:space="preserve">Interviewer P:  </w:t>
      </w:r>
      <w:r>
        <w:rPr>
          <w:rFonts w:ascii="Arial" w:hAnsi="Arial"/>
          <w:color w:val="5D7284"/>
        </w:rPr>
        <w:t>29:32</w:t>
      </w:r>
    </w:p>
    <w:p w14:paraId="1DDF0203" w14:textId="044460DD" w:rsidR="005C7435" w:rsidRDefault="00043F3A">
      <w:pPr>
        <w:spacing w:after="0"/>
      </w:pPr>
      <w:r>
        <w:rPr>
          <w:rFonts w:ascii="Arial" w:hAnsi="Arial"/>
        </w:rPr>
        <w:t xml:space="preserve">I'm going to put some of these um fish in here. And some of them will sink and I </w:t>
      </w:r>
      <w:r w:rsidR="003261F9">
        <w:rPr>
          <w:rFonts w:ascii="Arial" w:hAnsi="Arial"/>
        </w:rPr>
        <w:t>think,</w:t>
      </w:r>
      <w:r>
        <w:rPr>
          <w:rFonts w:ascii="Arial" w:hAnsi="Arial"/>
        </w:rPr>
        <w:t xml:space="preserve"> and some should float. Is it going to sink or floater? </w:t>
      </w:r>
      <w:r w:rsidR="003261F9">
        <w:rPr>
          <w:rFonts w:ascii="Arial" w:hAnsi="Arial"/>
        </w:rPr>
        <w:t>So,</w:t>
      </w:r>
      <w:r>
        <w:rPr>
          <w:rFonts w:ascii="Arial" w:hAnsi="Arial"/>
        </w:rPr>
        <w:t xml:space="preserve"> when I get it rotating, what we're going to notice is the motion of the fish, but not just the motion of the fish like collectively but also relative to each other, like if they're moving faster or slower to each other. Right so let's get this going so what do you notice already?</w:t>
      </w:r>
    </w:p>
    <w:p w14:paraId="0F5CE1C5" w14:textId="77777777" w:rsidR="005C7435" w:rsidRDefault="005C7435">
      <w:pPr>
        <w:spacing w:after="0"/>
      </w:pPr>
    </w:p>
    <w:p w14:paraId="794DEA46" w14:textId="77777777" w:rsidR="005C7435" w:rsidRDefault="00043F3A">
      <w:pPr>
        <w:spacing w:after="0"/>
      </w:pPr>
      <w:r>
        <w:rPr>
          <w:rFonts w:ascii="Arial" w:hAnsi="Arial"/>
          <w:b/>
        </w:rPr>
        <w:t xml:space="preserve">Participant #2:  </w:t>
      </w:r>
      <w:r>
        <w:rPr>
          <w:rFonts w:ascii="Arial" w:hAnsi="Arial"/>
          <w:color w:val="5D7284"/>
        </w:rPr>
        <w:t>30:37</w:t>
      </w:r>
    </w:p>
    <w:p w14:paraId="3D2189F9" w14:textId="7CA21D00" w:rsidR="005C7435" w:rsidRDefault="00043F3A">
      <w:pPr>
        <w:spacing w:after="0"/>
      </w:pPr>
      <w:r>
        <w:rPr>
          <w:rFonts w:ascii="Arial" w:hAnsi="Arial"/>
        </w:rPr>
        <w:t xml:space="preserve">That the ones floating are kind of like staying in the same spot that they were place maybe moving like a little slow and the one at the bottom are kind of moving all over the place. But on the </w:t>
      </w:r>
      <w:r w:rsidR="003261F9">
        <w:rPr>
          <w:rFonts w:ascii="Arial" w:hAnsi="Arial"/>
        </w:rPr>
        <w:t>outside,</w:t>
      </w:r>
      <w:r>
        <w:rPr>
          <w:rFonts w:ascii="Arial" w:hAnsi="Arial"/>
        </w:rPr>
        <w:t xml:space="preserve"> they're moving like kind of fast or they're just moving but the ones in the middle are also kind of at a standstill.</w:t>
      </w:r>
    </w:p>
    <w:p w14:paraId="4AB6E9C0" w14:textId="77777777" w:rsidR="005C7435" w:rsidRDefault="005C7435">
      <w:pPr>
        <w:spacing w:after="0"/>
      </w:pPr>
    </w:p>
    <w:p w14:paraId="663251D9" w14:textId="77777777" w:rsidR="005C7435" w:rsidRDefault="00043F3A">
      <w:pPr>
        <w:spacing w:after="0"/>
      </w:pPr>
      <w:r>
        <w:rPr>
          <w:rFonts w:ascii="Arial" w:hAnsi="Arial"/>
          <w:b/>
        </w:rPr>
        <w:t xml:space="preserve">Interviewer P:  </w:t>
      </w:r>
      <w:r>
        <w:rPr>
          <w:rFonts w:ascii="Arial" w:hAnsi="Arial"/>
          <w:color w:val="5D7284"/>
        </w:rPr>
        <w:t>31:15</w:t>
      </w:r>
    </w:p>
    <w:p w14:paraId="337AEFA3" w14:textId="77777777" w:rsidR="005C7435" w:rsidRDefault="00043F3A">
      <w:pPr>
        <w:spacing w:after="0"/>
      </w:pPr>
      <w:r>
        <w:rPr>
          <w:rFonts w:ascii="Arial" w:hAnsi="Arial"/>
        </w:rPr>
        <w:t xml:space="preserve">So this orange one here is is that one at a standstill? </w:t>
      </w:r>
    </w:p>
    <w:p w14:paraId="0E481915" w14:textId="77777777" w:rsidR="005C7435" w:rsidRDefault="005C7435">
      <w:pPr>
        <w:spacing w:after="0"/>
      </w:pPr>
    </w:p>
    <w:p w14:paraId="7EF6FE6F" w14:textId="77777777" w:rsidR="005C7435" w:rsidRDefault="00043F3A">
      <w:pPr>
        <w:spacing w:after="0"/>
      </w:pPr>
      <w:r>
        <w:rPr>
          <w:rFonts w:ascii="Arial" w:hAnsi="Arial"/>
          <w:b/>
        </w:rPr>
        <w:t xml:space="preserve">Participant #2:  </w:t>
      </w:r>
      <w:r>
        <w:rPr>
          <w:rFonts w:ascii="Arial" w:hAnsi="Arial"/>
          <w:color w:val="5D7284"/>
        </w:rPr>
        <w:t>31:19</w:t>
      </w:r>
    </w:p>
    <w:p w14:paraId="648BF749" w14:textId="77777777" w:rsidR="005C7435" w:rsidRDefault="00043F3A">
      <w:pPr>
        <w:spacing w:after="0"/>
      </w:pPr>
      <w:r>
        <w:rPr>
          <w:rFonts w:ascii="Arial" w:hAnsi="Arial"/>
        </w:rPr>
        <w:t>Yes.</w:t>
      </w:r>
    </w:p>
    <w:p w14:paraId="689A9B3C" w14:textId="77777777" w:rsidR="005C7435" w:rsidRDefault="005C7435">
      <w:pPr>
        <w:spacing w:after="0"/>
      </w:pPr>
    </w:p>
    <w:p w14:paraId="0E424655" w14:textId="77777777" w:rsidR="005C7435" w:rsidRDefault="00043F3A">
      <w:pPr>
        <w:spacing w:after="0"/>
      </w:pPr>
      <w:r>
        <w:rPr>
          <w:rFonts w:ascii="Arial" w:hAnsi="Arial"/>
          <w:b/>
        </w:rPr>
        <w:t xml:space="preserve">Interviewer P:  </w:t>
      </w:r>
      <w:r>
        <w:rPr>
          <w:rFonts w:ascii="Arial" w:hAnsi="Arial"/>
          <w:color w:val="5D7284"/>
        </w:rPr>
        <w:t>31:20</w:t>
      </w:r>
    </w:p>
    <w:p w14:paraId="1F90F62F" w14:textId="77777777" w:rsidR="005C7435" w:rsidRDefault="00043F3A">
      <w:pPr>
        <w:spacing w:after="0"/>
      </w:pPr>
      <w:r>
        <w:rPr>
          <w:rFonts w:ascii="Arial" w:hAnsi="Arial"/>
        </w:rPr>
        <w:t>I mean isn't like if I follow it with my fingers isn't it going in a circle?</w:t>
      </w:r>
    </w:p>
    <w:p w14:paraId="1741319C" w14:textId="77777777" w:rsidR="005C7435" w:rsidRDefault="005C7435">
      <w:pPr>
        <w:spacing w:after="0"/>
      </w:pPr>
    </w:p>
    <w:p w14:paraId="3B18DA8E" w14:textId="77777777" w:rsidR="005C7435" w:rsidRDefault="00043F3A">
      <w:pPr>
        <w:spacing w:after="0"/>
      </w:pPr>
      <w:r>
        <w:rPr>
          <w:rFonts w:ascii="Arial" w:hAnsi="Arial"/>
          <w:b/>
        </w:rPr>
        <w:t xml:space="preserve">Participant #2:  </w:t>
      </w:r>
      <w:r>
        <w:rPr>
          <w:rFonts w:ascii="Arial" w:hAnsi="Arial"/>
          <w:color w:val="5D7284"/>
        </w:rPr>
        <w:t>31:25</w:t>
      </w:r>
    </w:p>
    <w:p w14:paraId="43854BDB" w14:textId="77777777" w:rsidR="005C7435" w:rsidRDefault="00043F3A">
      <w:pPr>
        <w:spacing w:after="0"/>
      </w:pPr>
      <w:r>
        <w:rPr>
          <w:rFonts w:ascii="Arial" w:hAnsi="Arial"/>
        </w:rPr>
        <w:t>Yeah, I think that's just the rotation of the machine going in a circle and he's just in the same place.</w:t>
      </w:r>
    </w:p>
    <w:p w14:paraId="6BBBFB54" w14:textId="77777777" w:rsidR="005C7435" w:rsidRDefault="005C7435">
      <w:pPr>
        <w:spacing w:after="0"/>
      </w:pPr>
    </w:p>
    <w:p w14:paraId="25A5BF80" w14:textId="77777777" w:rsidR="005C7435" w:rsidRDefault="00043F3A">
      <w:pPr>
        <w:spacing w:after="0"/>
      </w:pPr>
      <w:r>
        <w:rPr>
          <w:rFonts w:ascii="Arial" w:hAnsi="Arial"/>
          <w:b/>
        </w:rPr>
        <w:t xml:space="preserve">Interviewer P:  </w:t>
      </w:r>
      <w:r>
        <w:rPr>
          <w:rFonts w:ascii="Arial" w:hAnsi="Arial"/>
          <w:color w:val="5D7284"/>
        </w:rPr>
        <w:t>31:33</w:t>
      </w:r>
    </w:p>
    <w:p w14:paraId="62B0603F" w14:textId="77777777" w:rsidR="005C7435" w:rsidRDefault="00043F3A">
      <w:pPr>
        <w:spacing w:after="0"/>
      </w:pPr>
      <w:r>
        <w:rPr>
          <w:rFonts w:ascii="Arial" w:hAnsi="Arial"/>
        </w:rPr>
        <w:t>Yeah, relative to the machine.</w:t>
      </w:r>
    </w:p>
    <w:p w14:paraId="23694D6B" w14:textId="77777777" w:rsidR="005C7435" w:rsidRDefault="005C7435">
      <w:pPr>
        <w:spacing w:after="0"/>
      </w:pPr>
    </w:p>
    <w:p w14:paraId="19CBD75E" w14:textId="77777777" w:rsidR="005C7435" w:rsidRDefault="00043F3A">
      <w:pPr>
        <w:spacing w:after="0"/>
      </w:pPr>
      <w:r>
        <w:rPr>
          <w:rFonts w:ascii="Arial" w:hAnsi="Arial"/>
          <w:b/>
        </w:rPr>
        <w:t xml:space="preserve">Participant #2:  </w:t>
      </w:r>
      <w:r>
        <w:rPr>
          <w:rFonts w:ascii="Arial" w:hAnsi="Arial"/>
          <w:color w:val="5D7284"/>
        </w:rPr>
        <w:t>31:37</w:t>
      </w:r>
    </w:p>
    <w:p w14:paraId="3C11EE4A" w14:textId="77777777" w:rsidR="005C7435" w:rsidRDefault="00043F3A">
      <w:pPr>
        <w:spacing w:after="0"/>
      </w:pPr>
      <w:r>
        <w:rPr>
          <w:rFonts w:ascii="Arial" w:hAnsi="Arial"/>
        </w:rPr>
        <w:t>Yes.</w:t>
      </w:r>
    </w:p>
    <w:p w14:paraId="16EF6F1E" w14:textId="77777777" w:rsidR="005C7435" w:rsidRDefault="005C7435">
      <w:pPr>
        <w:spacing w:after="0"/>
      </w:pPr>
    </w:p>
    <w:p w14:paraId="7A868A64" w14:textId="77777777" w:rsidR="005C7435" w:rsidRDefault="00043F3A">
      <w:pPr>
        <w:spacing w:after="0"/>
      </w:pPr>
      <w:r>
        <w:rPr>
          <w:rFonts w:ascii="Arial" w:hAnsi="Arial"/>
          <w:b/>
        </w:rPr>
        <w:lastRenderedPageBreak/>
        <w:t xml:space="preserve">Interviewer P:  </w:t>
      </w:r>
      <w:r>
        <w:rPr>
          <w:rFonts w:ascii="Arial" w:hAnsi="Arial"/>
          <w:color w:val="5D7284"/>
        </w:rPr>
        <w:t>31:38</w:t>
      </w:r>
    </w:p>
    <w:p w14:paraId="16781CE3" w14:textId="77777777" w:rsidR="005C7435" w:rsidRDefault="00043F3A">
      <w:pPr>
        <w:spacing w:after="0"/>
      </w:pPr>
      <w:r>
        <w:rPr>
          <w:rFonts w:ascii="Arial" w:hAnsi="Arial"/>
        </w:rPr>
        <w:t>But he is but if I followed him with my chair that would trace the circle.</w:t>
      </w:r>
    </w:p>
    <w:p w14:paraId="18F8DC00" w14:textId="77777777" w:rsidR="005C7435" w:rsidRDefault="005C7435">
      <w:pPr>
        <w:spacing w:after="0"/>
      </w:pPr>
    </w:p>
    <w:p w14:paraId="1E1CB3EF" w14:textId="77777777" w:rsidR="005C7435" w:rsidRDefault="00043F3A">
      <w:pPr>
        <w:spacing w:after="0"/>
      </w:pPr>
      <w:r>
        <w:rPr>
          <w:rFonts w:ascii="Arial" w:hAnsi="Arial"/>
          <w:b/>
        </w:rPr>
        <w:t xml:space="preserve">Participant #2:  </w:t>
      </w:r>
      <w:r>
        <w:rPr>
          <w:rFonts w:ascii="Arial" w:hAnsi="Arial"/>
          <w:color w:val="5D7284"/>
        </w:rPr>
        <w:t>31:41</w:t>
      </w:r>
    </w:p>
    <w:p w14:paraId="4E2F99B0" w14:textId="77777777" w:rsidR="005C7435" w:rsidRDefault="00043F3A">
      <w:pPr>
        <w:spacing w:after="0"/>
      </w:pPr>
      <w:r>
        <w:rPr>
          <w:rFonts w:ascii="Arial" w:hAnsi="Arial"/>
        </w:rPr>
        <w:t xml:space="preserve"> Yeah.</w:t>
      </w:r>
    </w:p>
    <w:p w14:paraId="1327C1D1" w14:textId="77777777" w:rsidR="005C7435" w:rsidRDefault="005C7435">
      <w:pPr>
        <w:spacing w:after="0"/>
      </w:pPr>
    </w:p>
    <w:p w14:paraId="77433056" w14:textId="77777777" w:rsidR="005C7435" w:rsidRDefault="00043F3A">
      <w:pPr>
        <w:spacing w:after="0"/>
      </w:pPr>
      <w:r>
        <w:rPr>
          <w:rFonts w:ascii="Arial" w:hAnsi="Arial"/>
          <w:b/>
        </w:rPr>
        <w:t xml:space="preserve">Interviewer P:  </w:t>
      </w:r>
      <w:r>
        <w:rPr>
          <w:rFonts w:ascii="Arial" w:hAnsi="Arial"/>
          <w:color w:val="5D7284"/>
        </w:rPr>
        <w:t>31:42</w:t>
      </w:r>
    </w:p>
    <w:p w14:paraId="67A24308" w14:textId="77777777" w:rsidR="005C7435" w:rsidRDefault="00043F3A">
      <w:pPr>
        <w:spacing w:after="0"/>
      </w:pPr>
      <w:r>
        <w:rPr>
          <w:rFonts w:ascii="Arial" w:hAnsi="Arial"/>
        </w:rPr>
        <w:t>And what are these guys up here doing?</w:t>
      </w:r>
    </w:p>
    <w:p w14:paraId="56F28A68" w14:textId="77777777" w:rsidR="005C7435" w:rsidRDefault="005C7435">
      <w:pPr>
        <w:spacing w:after="0"/>
      </w:pPr>
    </w:p>
    <w:p w14:paraId="31B4A554" w14:textId="77777777" w:rsidR="005C7435" w:rsidRDefault="00043F3A">
      <w:pPr>
        <w:spacing w:after="0"/>
      </w:pPr>
      <w:r>
        <w:rPr>
          <w:rFonts w:ascii="Arial" w:hAnsi="Arial"/>
          <w:b/>
        </w:rPr>
        <w:t xml:space="preserve">Participant #2:  </w:t>
      </w:r>
      <w:r>
        <w:rPr>
          <w:rFonts w:ascii="Arial" w:hAnsi="Arial"/>
          <w:color w:val="5D7284"/>
        </w:rPr>
        <w:t>31:45</w:t>
      </w:r>
    </w:p>
    <w:p w14:paraId="7A37506B" w14:textId="77777777" w:rsidR="005C7435" w:rsidRDefault="00043F3A">
      <w:pPr>
        <w:spacing w:after="0"/>
      </w:pPr>
      <w:r>
        <w:rPr>
          <w:rFonts w:ascii="Arial" w:hAnsi="Arial"/>
        </w:rPr>
        <w:t>They're also standing still.</w:t>
      </w:r>
    </w:p>
    <w:p w14:paraId="37150EF5" w14:textId="77777777" w:rsidR="005C7435" w:rsidRDefault="005C7435">
      <w:pPr>
        <w:spacing w:after="0"/>
      </w:pPr>
    </w:p>
    <w:p w14:paraId="3DEBB109" w14:textId="77777777" w:rsidR="005C7435" w:rsidRDefault="00043F3A">
      <w:pPr>
        <w:spacing w:after="0"/>
      </w:pPr>
      <w:r>
        <w:rPr>
          <w:rFonts w:ascii="Arial" w:hAnsi="Arial"/>
          <w:b/>
        </w:rPr>
        <w:t xml:space="preserve">Interviewer P:  </w:t>
      </w:r>
      <w:r>
        <w:rPr>
          <w:rFonts w:ascii="Arial" w:hAnsi="Arial"/>
          <w:color w:val="5D7284"/>
        </w:rPr>
        <w:t>31:48</w:t>
      </w:r>
    </w:p>
    <w:p w14:paraId="15F36C8E" w14:textId="77777777" w:rsidR="005C7435" w:rsidRDefault="00043F3A">
      <w:pPr>
        <w:spacing w:after="0"/>
      </w:pPr>
      <w:r>
        <w:rPr>
          <w:rFonts w:ascii="Arial" w:hAnsi="Arial"/>
        </w:rPr>
        <w:t>I mean, are they going in a circle like the orange one at the bottom?</w:t>
      </w:r>
    </w:p>
    <w:p w14:paraId="36984599" w14:textId="77777777" w:rsidR="005C7435" w:rsidRDefault="005C7435">
      <w:pPr>
        <w:spacing w:after="0"/>
      </w:pPr>
    </w:p>
    <w:p w14:paraId="0AB2D966" w14:textId="77777777" w:rsidR="005C7435" w:rsidRDefault="00043F3A">
      <w:pPr>
        <w:spacing w:after="0"/>
      </w:pPr>
      <w:r>
        <w:rPr>
          <w:rFonts w:ascii="Arial" w:hAnsi="Arial"/>
          <w:b/>
        </w:rPr>
        <w:t xml:space="preserve">Participant #2:  </w:t>
      </w:r>
      <w:r>
        <w:rPr>
          <w:rFonts w:ascii="Arial" w:hAnsi="Arial"/>
          <w:color w:val="5D7284"/>
        </w:rPr>
        <w:t>31:52</w:t>
      </w:r>
    </w:p>
    <w:p w14:paraId="0A4AD73B" w14:textId="77777777" w:rsidR="005C7435" w:rsidRDefault="00043F3A">
      <w:pPr>
        <w:spacing w:after="0"/>
      </w:pPr>
      <w:r>
        <w:rPr>
          <w:rFonts w:ascii="Arial" w:hAnsi="Arial"/>
        </w:rPr>
        <w:t>No, they're kind of just floating around yeah.</w:t>
      </w:r>
    </w:p>
    <w:p w14:paraId="742F963F" w14:textId="77777777" w:rsidR="005C7435" w:rsidRDefault="005C7435">
      <w:pPr>
        <w:spacing w:after="0"/>
      </w:pPr>
    </w:p>
    <w:p w14:paraId="60A3E858" w14:textId="77777777" w:rsidR="005C7435" w:rsidRDefault="00043F3A">
      <w:pPr>
        <w:spacing w:after="0"/>
      </w:pPr>
      <w:r>
        <w:rPr>
          <w:rFonts w:ascii="Arial" w:hAnsi="Arial"/>
          <w:b/>
        </w:rPr>
        <w:t xml:space="preserve">Interviewer P:  </w:t>
      </w:r>
      <w:r>
        <w:rPr>
          <w:rFonts w:ascii="Arial" w:hAnsi="Arial"/>
          <w:color w:val="5D7284"/>
        </w:rPr>
        <w:t>31:55</w:t>
      </w:r>
    </w:p>
    <w:p w14:paraId="0B1562BF" w14:textId="77777777" w:rsidR="005C7435" w:rsidRDefault="00043F3A">
      <w:pPr>
        <w:spacing w:after="0"/>
      </w:pPr>
      <w:r>
        <w:rPr>
          <w:rFonts w:ascii="Arial" w:hAnsi="Arial"/>
        </w:rPr>
        <w:t>And any ideas why that might be?</w:t>
      </w:r>
    </w:p>
    <w:p w14:paraId="4E79E6A5" w14:textId="77777777" w:rsidR="005C7435" w:rsidRDefault="005C7435">
      <w:pPr>
        <w:spacing w:after="0"/>
      </w:pPr>
    </w:p>
    <w:p w14:paraId="359216B1" w14:textId="77777777" w:rsidR="005C7435" w:rsidRDefault="00043F3A">
      <w:pPr>
        <w:spacing w:after="0"/>
      </w:pPr>
      <w:r>
        <w:rPr>
          <w:rFonts w:ascii="Arial" w:hAnsi="Arial"/>
          <w:b/>
        </w:rPr>
        <w:t xml:space="preserve">Participant #2:  </w:t>
      </w:r>
      <w:r>
        <w:rPr>
          <w:rFonts w:ascii="Arial" w:hAnsi="Arial"/>
          <w:color w:val="5D7284"/>
        </w:rPr>
        <w:t>32:00</w:t>
      </w:r>
    </w:p>
    <w:p w14:paraId="407D5A78" w14:textId="658840E2" w:rsidR="005C7435" w:rsidRDefault="00043F3A">
      <w:pPr>
        <w:spacing w:after="0"/>
      </w:pPr>
      <w:r>
        <w:rPr>
          <w:rFonts w:ascii="Arial" w:hAnsi="Arial"/>
        </w:rPr>
        <w:t xml:space="preserve">Maybe because there's a little bit of movement in the water. I don't know it seems like some of them are on the outside and then now's it's moving they're like coming closer to the </w:t>
      </w:r>
      <w:r w:rsidR="003261F9">
        <w:rPr>
          <w:rFonts w:ascii="Arial" w:hAnsi="Arial"/>
        </w:rPr>
        <w:t>middle,</w:t>
      </w:r>
      <w:r>
        <w:rPr>
          <w:rFonts w:ascii="Arial" w:hAnsi="Arial"/>
        </w:rPr>
        <w:t xml:space="preserve"> so I don't know why that but.</w:t>
      </w:r>
    </w:p>
    <w:p w14:paraId="24048317" w14:textId="77777777" w:rsidR="005C7435" w:rsidRDefault="005C7435">
      <w:pPr>
        <w:spacing w:after="0"/>
      </w:pPr>
    </w:p>
    <w:p w14:paraId="5C25C67F" w14:textId="77777777" w:rsidR="005C7435" w:rsidRDefault="00043F3A">
      <w:pPr>
        <w:spacing w:after="0"/>
      </w:pPr>
      <w:r>
        <w:rPr>
          <w:rFonts w:ascii="Arial" w:hAnsi="Arial"/>
          <w:b/>
        </w:rPr>
        <w:t xml:space="preserve">Interviewer P:  </w:t>
      </w:r>
      <w:r>
        <w:rPr>
          <w:rFonts w:ascii="Arial" w:hAnsi="Arial"/>
          <w:color w:val="5D7284"/>
        </w:rPr>
        <w:t>32:28</w:t>
      </w:r>
    </w:p>
    <w:p w14:paraId="303CD85E" w14:textId="7B2E3770" w:rsidR="005C7435" w:rsidRDefault="003261F9">
      <w:pPr>
        <w:spacing w:after="0"/>
      </w:pPr>
      <w:r>
        <w:rPr>
          <w:rFonts w:ascii="Arial" w:hAnsi="Arial"/>
        </w:rPr>
        <w:t>So, keep your eyes on that green one with the string... this one.</w:t>
      </w:r>
    </w:p>
    <w:p w14:paraId="29456D02" w14:textId="77777777" w:rsidR="005C7435" w:rsidRDefault="005C7435">
      <w:pPr>
        <w:spacing w:after="0"/>
      </w:pPr>
    </w:p>
    <w:p w14:paraId="6773BDEA" w14:textId="77777777" w:rsidR="005C7435" w:rsidRDefault="00043F3A">
      <w:pPr>
        <w:spacing w:after="0"/>
      </w:pPr>
      <w:r>
        <w:rPr>
          <w:rFonts w:ascii="Arial" w:hAnsi="Arial"/>
          <w:b/>
        </w:rPr>
        <w:t xml:space="preserve">Participant #2:  </w:t>
      </w:r>
      <w:r>
        <w:rPr>
          <w:rFonts w:ascii="Arial" w:hAnsi="Arial"/>
          <w:color w:val="5D7284"/>
        </w:rPr>
        <w:t>32:39</w:t>
      </w:r>
    </w:p>
    <w:p w14:paraId="5E49B231" w14:textId="77777777" w:rsidR="005C7435" w:rsidRDefault="00043F3A">
      <w:pPr>
        <w:spacing w:after="0"/>
      </w:pPr>
      <w:r>
        <w:rPr>
          <w:rFonts w:ascii="Arial" w:hAnsi="Arial"/>
        </w:rPr>
        <w:t>Okay.</w:t>
      </w:r>
    </w:p>
    <w:p w14:paraId="4C45E920" w14:textId="77777777" w:rsidR="005C7435" w:rsidRDefault="005C7435">
      <w:pPr>
        <w:spacing w:after="0"/>
      </w:pPr>
    </w:p>
    <w:p w14:paraId="310D5CF9" w14:textId="77777777" w:rsidR="005C7435" w:rsidRDefault="00043F3A">
      <w:pPr>
        <w:spacing w:after="0"/>
      </w:pPr>
      <w:r>
        <w:rPr>
          <w:rFonts w:ascii="Arial" w:hAnsi="Arial"/>
          <w:b/>
        </w:rPr>
        <w:t xml:space="preserve">Interviewer P:  </w:t>
      </w:r>
      <w:r>
        <w:rPr>
          <w:rFonts w:ascii="Arial" w:hAnsi="Arial"/>
          <w:color w:val="5D7284"/>
        </w:rPr>
        <w:t>32:46</w:t>
      </w:r>
    </w:p>
    <w:p w14:paraId="68B488F5" w14:textId="77777777" w:rsidR="005C7435" w:rsidRDefault="00043F3A">
      <w:pPr>
        <w:spacing w:after="0"/>
      </w:pPr>
      <w:r>
        <w:rPr>
          <w:rFonts w:ascii="Arial" w:hAnsi="Arial"/>
        </w:rPr>
        <w:t>Like he's starting to circle.</w:t>
      </w:r>
    </w:p>
    <w:p w14:paraId="70F70A4C" w14:textId="77777777" w:rsidR="005C7435" w:rsidRDefault="005C7435">
      <w:pPr>
        <w:spacing w:after="0"/>
      </w:pPr>
    </w:p>
    <w:p w14:paraId="50530A02" w14:textId="77777777" w:rsidR="005C7435" w:rsidRDefault="00043F3A">
      <w:pPr>
        <w:spacing w:after="0"/>
      </w:pPr>
      <w:r>
        <w:rPr>
          <w:rFonts w:ascii="Arial" w:hAnsi="Arial"/>
          <w:b/>
        </w:rPr>
        <w:t xml:space="preserve">Participant #2:  </w:t>
      </w:r>
      <w:r>
        <w:rPr>
          <w:rFonts w:ascii="Arial" w:hAnsi="Arial"/>
          <w:color w:val="5D7284"/>
        </w:rPr>
        <w:t>32:48</w:t>
      </w:r>
    </w:p>
    <w:p w14:paraId="1CB3C712" w14:textId="77777777" w:rsidR="005C7435" w:rsidRDefault="00043F3A">
      <w:pPr>
        <w:spacing w:after="0"/>
      </w:pPr>
      <w:r>
        <w:rPr>
          <w:rFonts w:ascii="Arial" w:hAnsi="Arial"/>
        </w:rPr>
        <w:t>Yeah.</w:t>
      </w:r>
    </w:p>
    <w:p w14:paraId="37E8B6EF" w14:textId="77777777" w:rsidR="005C7435" w:rsidRDefault="005C7435">
      <w:pPr>
        <w:spacing w:after="0"/>
      </w:pPr>
    </w:p>
    <w:p w14:paraId="75BECDE8" w14:textId="77777777" w:rsidR="005C7435" w:rsidRDefault="00043F3A">
      <w:pPr>
        <w:spacing w:after="0"/>
      </w:pPr>
      <w:r>
        <w:rPr>
          <w:rFonts w:ascii="Arial" w:hAnsi="Arial"/>
          <w:b/>
        </w:rPr>
        <w:t xml:space="preserve">Interviewer P:  </w:t>
      </w:r>
      <w:r>
        <w:rPr>
          <w:rFonts w:ascii="Arial" w:hAnsi="Arial"/>
          <w:color w:val="5D7284"/>
        </w:rPr>
        <w:t>32:53</w:t>
      </w:r>
    </w:p>
    <w:p w14:paraId="33EE2A61" w14:textId="77777777" w:rsidR="005C7435" w:rsidRDefault="00043F3A">
      <w:pPr>
        <w:spacing w:after="0"/>
      </w:pPr>
      <w:r>
        <w:rPr>
          <w:rFonts w:ascii="Arial" w:hAnsi="Arial"/>
        </w:rPr>
        <w:t xml:space="preserve">And so now he's but he's still not going as fast as like the ones on the bottom look the red ones passing them up. </w:t>
      </w:r>
    </w:p>
    <w:p w14:paraId="52DC90B2" w14:textId="77777777" w:rsidR="005C7435" w:rsidRDefault="005C7435">
      <w:pPr>
        <w:spacing w:after="0"/>
      </w:pPr>
    </w:p>
    <w:p w14:paraId="72A7E51D" w14:textId="77777777" w:rsidR="005C7435" w:rsidRDefault="00043F3A">
      <w:pPr>
        <w:spacing w:after="0"/>
      </w:pPr>
      <w:r>
        <w:rPr>
          <w:rFonts w:ascii="Arial" w:hAnsi="Arial"/>
          <w:b/>
        </w:rPr>
        <w:t xml:space="preserve">Participant #2:  </w:t>
      </w:r>
      <w:r>
        <w:rPr>
          <w:rFonts w:ascii="Arial" w:hAnsi="Arial"/>
          <w:color w:val="5D7284"/>
        </w:rPr>
        <w:t>32:59</w:t>
      </w:r>
    </w:p>
    <w:p w14:paraId="2E0D6B51" w14:textId="77777777" w:rsidR="005C7435" w:rsidRDefault="00043F3A">
      <w:pPr>
        <w:spacing w:after="0"/>
      </w:pPr>
      <w:r>
        <w:rPr>
          <w:rFonts w:ascii="Arial" w:hAnsi="Arial"/>
        </w:rPr>
        <w:t>Yeah.</w:t>
      </w:r>
    </w:p>
    <w:p w14:paraId="53DADDEA" w14:textId="77777777" w:rsidR="005C7435" w:rsidRDefault="005C7435">
      <w:pPr>
        <w:spacing w:after="0"/>
      </w:pPr>
    </w:p>
    <w:p w14:paraId="0E802B88" w14:textId="77777777" w:rsidR="005C7435" w:rsidRDefault="00043F3A">
      <w:pPr>
        <w:spacing w:after="0"/>
      </w:pPr>
      <w:r>
        <w:rPr>
          <w:rFonts w:ascii="Arial" w:hAnsi="Arial"/>
          <w:b/>
        </w:rPr>
        <w:t xml:space="preserve">Interviewer P:  </w:t>
      </w:r>
      <w:r>
        <w:rPr>
          <w:rFonts w:ascii="Arial" w:hAnsi="Arial"/>
          <w:color w:val="5D7284"/>
        </w:rPr>
        <w:t>33:00</w:t>
      </w:r>
    </w:p>
    <w:p w14:paraId="6612CBDB" w14:textId="77777777" w:rsidR="005C7435" w:rsidRDefault="00043F3A">
      <w:pPr>
        <w:spacing w:after="0"/>
      </w:pPr>
      <w:r>
        <w:rPr>
          <w:rFonts w:ascii="Arial" w:hAnsi="Arial"/>
        </w:rPr>
        <w:t>And now the orange ones gonna pass him up.</w:t>
      </w:r>
    </w:p>
    <w:p w14:paraId="7A238D63" w14:textId="77777777" w:rsidR="005C7435" w:rsidRDefault="005C7435">
      <w:pPr>
        <w:spacing w:after="0"/>
      </w:pPr>
    </w:p>
    <w:p w14:paraId="40F40055" w14:textId="77777777" w:rsidR="005C7435" w:rsidRDefault="00043F3A">
      <w:pPr>
        <w:spacing w:after="0"/>
      </w:pPr>
      <w:r>
        <w:rPr>
          <w:rFonts w:ascii="Arial" w:hAnsi="Arial"/>
          <w:b/>
        </w:rPr>
        <w:t xml:space="preserve">Participant #2:  </w:t>
      </w:r>
      <w:r>
        <w:rPr>
          <w:rFonts w:ascii="Arial" w:hAnsi="Arial"/>
          <w:color w:val="5D7284"/>
        </w:rPr>
        <w:t>33:06</w:t>
      </w:r>
    </w:p>
    <w:p w14:paraId="6BBD8FF9" w14:textId="77777777" w:rsidR="005C7435" w:rsidRDefault="00043F3A">
      <w:pPr>
        <w:spacing w:after="0"/>
      </w:pPr>
      <w:r>
        <w:rPr>
          <w:rFonts w:ascii="Arial" w:hAnsi="Arial"/>
        </w:rPr>
        <w:t>See now it looks like the ones at the bottom like along the sides here aren't moving.</w:t>
      </w:r>
    </w:p>
    <w:p w14:paraId="62492E27" w14:textId="77777777" w:rsidR="005C7435" w:rsidRDefault="005C7435">
      <w:pPr>
        <w:spacing w:after="0"/>
      </w:pPr>
    </w:p>
    <w:p w14:paraId="2C7C812F" w14:textId="77777777" w:rsidR="005C7435" w:rsidRDefault="00043F3A">
      <w:pPr>
        <w:spacing w:after="0"/>
      </w:pPr>
      <w:r>
        <w:rPr>
          <w:rFonts w:ascii="Arial" w:hAnsi="Arial"/>
          <w:b/>
        </w:rPr>
        <w:t xml:space="preserve">Interviewer P:  </w:t>
      </w:r>
      <w:r>
        <w:rPr>
          <w:rFonts w:ascii="Arial" w:hAnsi="Arial"/>
          <w:color w:val="5D7284"/>
        </w:rPr>
        <w:t>33:14</w:t>
      </w:r>
    </w:p>
    <w:p w14:paraId="3F74BAF2" w14:textId="4592A85B" w:rsidR="005C7435" w:rsidRDefault="003261F9">
      <w:pPr>
        <w:spacing w:after="0"/>
      </w:pPr>
      <w:r>
        <w:rPr>
          <w:rFonts w:ascii="Arial" w:hAnsi="Arial"/>
        </w:rPr>
        <w:t xml:space="preserve">Well, there cir there going in circles. </w:t>
      </w:r>
    </w:p>
    <w:p w14:paraId="7C34ABB4" w14:textId="77777777" w:rsidR="005C7435" w:rsidRDefault="005C7435">
      <w:pPr>
        <w:spacing w:after="0"/>
      </w:pPr>
    </w:p>
    <w:p w14:paraId="0BAC17C6" w14:textId="77777777" w:rsidR="005C7435" w:rsidRDefault="00043F3A">
      <w:pPr>
        <w:spacing w:after="0"/>
      </w:pPr>
      <w:r>
        <w:rPr>
          <w:rFonts w:ascii="Arial" w:hAnsi="Arial"/>
          <w:b/>
        </w:rPr>
        <w:t xml:space="preserve">Participant #2:  </w:t>
      </w:r>
      <w:r>
        <w:rPr>
          <w:rFonts w:ascii="Arial" w:hAnsi="Arial"/>
          <w:color w:val="5D7284"/>
        </w:rPr>
        <w:t>33:15</w:t>
      </w:r>
    </w:p>
    <w:p w14:paraId="6418B250" w14:textId="2D0C5665" w:rsidR="005C7435" w:rsidRDefault="00043F3A">
      <w:pPr>
        <w:spacing w:after="0"/>
      </w:pPr>
      <w:r>
        <w:rPr>
          <w:rFonts w:ascii="Arial" w:hAnsi="Arial"/>
        </w:rPr>
        <w:t xml:space="preserve">Yeah. Oh, yeah. I meant like moving like more or </w:t>
      </w:r>
      <w:r w:rsidR="003261F9">
        <w:rPr>
          <w:rFonts w:ascii="Arial" w:hAnsi="Arial"/>
        </w:rPr>
        <w:t>swimming</w:t>
      </w:r>
      <w:r>
        <w:rPr>
          <w:rFonts w:ascii="Arial" w:hAnsi="Arial"/>
        </w:rPr>
        <w:t>.</w:t>
      </w:r>
    </w:p>
    <w:p w14:paraId="227D876C" w14:textId="77777777" w:rsidR="005C7435" w:rsidRDefault="005C7435">
      <w:pPr>
        <w:spacing w:after="0"/>
      </w:pPr>
    </w:p>
    <w:p w14:paraId="44C10457" w14:textId="77777777" w:rsidR="005C7435" w:rsidRDefault="00043F3A">
      <w:pPr>
        <w:spacing w:after="0"/>
      </w:pPr>
      <w:r>
        <w:rPr>
          <w:rFonts w:ascii="Arial" w:hAnsi="Arial"/>
          <w:b/>
        </w:rPr>
        <w:t xml:space="preserve">Interviewer P:  </w:t>
      </w:r>
      <w:r>
        <w:rPr>
          <w:rFonts w:ascii="Arial" w:hAnsi="Arial"/>
          <w:color w:val="5D7284"/>
        </w:rPr>
        <w:t>33:21</w:t>
      </w:r>
    </w:p>
    <w:p w14:paraId="3BD049BC" w14:textId="77777777" w:rsidR="005C7435" w:rsidRDefault="00043F3A">
      <w:pPr>
        <w:spacing w:after="0"/>
      </w:pPr>
      <w:r>
        <w:rPr>
          <w:rFonts w:ascii="Arial" w:hAnsi="Arial"/>
        </w:rPr>
        <w:t>They're not swimming.</w:t>
      </w:r>
    </w:p>
    <w:p w14:paraId="40A979C1" w14:textId="77777777" w:rsidR="005C7435" w:rsidRDefault="005C7435">
      <w:pPr>
        <w:spacing w:after="0"/>
      </w:pPr>
    </w:p>
    <w:p w14:paraId="40B0AD64" w14:textId="77777777" w:rsidR="005C7435" w:rsidRDefault="00043F3A">
      <w:pPr>
        <w:spacing w:after="0"/>
      </w:pPr>
      <w:r>
        <w:rPr>
          <w:rFonts w:ascii="Arial" w:hAnsi="Arial"/>
          <w:b/>
        </w:rPr>
        <w:t xml:space="preserve">Participant #2:  </w:t>
      </w:r>
      <w:r>
        <w:rPr>
          <w:rFonts w:ascii="Arial" w:hAnsi="Arial"/>
          <w:color w:val="5D7284"/>
        </w:rPr>
        <w:t>33:22</w:t>
      </w:r>
    </w:p>
    <w:p w14:paraId="54F8ABB8" w14:textId="77777777" w:rsidR="005C7435" w:rsidRDefault="00043F3A">
      <w:pPr>
        <w:spacing w:after="0"/>
      </w:pPr>
      <w:r>
        <w:rPr>
          <w:rFonts w:ascii="Arial" w:hAnsi="Arial"/>
        </w:rPr>
        <w:t>Yeah.</w:t>
      </w:r>
    </w:p>
    <w:p w14:paraId="62E09C3D" w14:textId="77777777" w:rsidR="005C7435" w:rsidRDefault="005C7435">
      <w:pPr>
        <w:spacing w:after="0"/>
      </w:pPr>
    </w:p>
    <w:p w14:paraId="5DD6CDAA" w14:textId="77777777" w:rsidR="005C7435" w:rsidRDefault="00043F3A">
      <w:pPr>
        <w:spacing w:after="0"/>
      </w:pPr>
      <w:r>
        <w:rPr>
          <w:rFonts w:ascii="Arial" w:hAnsi="Arial"/>
          <w:b/>
        </w:rPr>
        <w:t xml:space="preserve">Interviewer P:  </w:t>
      </w:r>
      <w:r>
        <w:rPr>
          <w:rFonts w:ascii="Arial" w:hAnsi="Arial"/>
          <w:color w:val="5D7284"/>
        </w:rPr>
        <w:t>33:22</w:t>
      </w:r>
    </w:p>
    <w:p w14:paraId="149CD61E" w14:textId="487B7119" w:rsidR="005C7435" w:rsidRDefault="00043F3A">
      <w:pPr>
        <w:spacing w:after="0"/>
      </w:pPr>
      <w:r>
        <w:rPr>
          <w:rFonts w:ascii="Arial" w:hAnsi="Arial"/>
        </w:rPr>
        <w:t xml:space="preserve">They're just kind of dead. Just give it some time and see now like I said, we stopped it I had it rotating for like 30 minutes before you came in here, see if we can get it to where the guys on the top can keep up with the guys on the bottom. Because already I think that there's the </w:t>
      </w:r>
      <w:r w:rsidR="003261F9">
        <w:rPr>
          <w:rFonts w:ascii="Arial" w:hAnsi="Arial"/>
        </w:rPr>
        <w:t>one,</w:t>
      </w:r>
      <w:r>
        <w:rPr>
          <w:rFonts w:ascii="Arial" w:hAnsi="Arial"/>
        </w:rPr>
        <w:t xml:space="preserve"> we're looking at and compared to that green one on the </w:t>
      </w:r>
      <w:r w:rsidR="003261F9">
        <w:rPr>
          <w:rFonts w:ascii="Arial" w:hAnsi="Arial"/>
        </w:rPr>
        <w:t>bottom</w:t>
      </w:r>
      <w:r>
        <w:rPr>
          <w:rFonts w:ascii="Arial" w:hAnsi="Arial"/>
        </w:rPr>
        <w:t xml:space="preserve">, which use to be whipping around underneath it, it seems like maybe they're not able to do that as </w:t>
      </w:r>
      <w:r w:rsidR="003261F9">
        <w:rPr>
          <w:rFonts w:ascii="Arial" w:hAnsi="Arial"/>
        </w:rPr>
        <w:t>quickly</w:t>
      </w:r>
      <w:r>
        <w:rPr>
          <w:rFonts w:ascii="Arial" w:hAnsi="Arial"/>
        </w:rPr>
        <w:t xml:space="preserve"> anymore. So here comes the green one underneath the string one. Okay so as an example of that green one the bottom here.</w:t>
      </w:r>
    </w:p>
    <w:p w14:paraId="5FCEEAD4" w14:textId="77777777" w:rsidR="005C7435" w:rsidRDefault="005C7435">
      <w:pPr>
        <w:spacing w:after="0"/>
      </w:pPr>
    </w:p>
    <w:p w14:paraId="2013AE1F" w14:textId="77777777" w:rsidR="005C7435" w:rsidRDefault="00043F3A">
      <w:pPr>
        <w:spacing w:after="0"/>
      </w:pPr>
      <w:r>
        <w:rPr>
          <w:rFonts w:ascii="Arial" w:hAnsi="Arial"/>
          <w:b/>
        </w:rPr>
        <w:t xml:space="preserve">Participant #2:  </w:t>
      </w:r>
      <w:r>
        <w:rPr>
          <w:rFonts w:ascii="Arial" w:hAnsi="Arial"/>
          <w:color w:val="5D7284"/>
        </w:rPr>
        <w:t>35:18</w:t>
      </w:r>
    </w:p>
    <w:p w14:paraId="2E0B8C57" w14:textId="77777777" w:rsidR="005C7435" w:rsidRDefault="00043F3A">
      <w:pPr>
        <w:spacing w:after="0"/>
      </w:pPr>
      <w:r>
        <w:rPr>
          <w:rFonts w:ascii="Arial" w:hAnsi="Arial"/>
        </w:rPr>
        <w:t>Yeah.</w:t>
      </w:r>
    </w:p>
    <w:p w14:paraId="0C13BE79" w14:textId="77777777" w:rsidR="005C7435" w:rsidRDefault="005C7435">
      <w:pPr>
        <w:spacing w:after="0"/>
      </w:pPr>
    </w:p>
    <w:p w14:paraId="6C7EEBC4" w14:textId="77777777" w:rsidR="005C7435" w:rsidRDefault="00043F3A">
      <w:pPr>
        <w:spacing w:after="0"/>
      </w:pPr>
      <w:r>
        <w:rPr>
          <w:rFonts w:ascii="Arial" w:hAnsi="Arial"/>
          <w:b/>
        </w:rPr>
        <w:t xml:space="preserve">Interviewer P:  </w:t>
      </w:r>
      <w:r>
        <w:rPr>
          <w:rFonts w:ascii="Arial" w:hAnsi="Arial"/>
          <w:color w:val="5D7284"/>
        </w:rPr>
        <w:t>35:19</w:t>
      </w:r>
    </w:p>
    <w:p w14:paraId="5C27A6CD" w14:textId="77777777" w:rsidR="005C7435" w:rsidRDefault="00043F3A">
      <w:pPr>
        <w:spacing w:after="0"/>
      </w:pPr>
      <w:r>
        <w:rPr>
          <w:rFonts w:ascii="Arial" w:hAnsi="Arial"/>
        </w:rPr>
        <w:t xml:space="preserve">Right here, okay so he's gonna catch up to the string green one on the top but now he's passing him up. </w:t>
      </w:r>
    </w:p>
    <w:p w14:paraId="7836F630" w14:textId="77777777" w:rsidR="005C7435" w:rsidRDefault="005C7435">
      <w:pPr>
        <w:spacing w:after="0"/>
      </w:pPr>
    </w:p>
    <w:p w14:paraId="6F8F88F8" w14:textId="77777777" w:rsidR="005C7435" w:rsidRDefault="00043F3A">
      <w:pPr>
        <w:spacing w:after="0"/>
      </w:pPr>
      <w:r>
        <w:rPr>
          <w:rFonts w:ascii="Arial" w:hAnsi="Arial"/>
          <w:b/>
        </w:rPr>
        <w:t xml:space="preserve">Participant #2:  </w:t>
      </w:r>
      <w:r>
        <w:rPr>
          <w:rFonts w:ascii="Arial" w:hAnsi="Arial"/>
          <w:color w:val="5D7284"/>
        </w:rPr>
        <w:t>35:29</w:t>
      </w:r>
    </w:p>
    <w:p w14:paraId="708683C2" w14:textId="77777777" w:rsidR="005C7435" w:rsidRDefault="00043F3A">
      <w:pPr>
        <w:spacing w:after="0"/>
      </w:pPr>
      <w:r>
        <w:rPr>
          <w:rFonts w:ascii="Arial" w:hAnsi="Arial"/>
        </w:rPr>
        <w:t>Yeah.</w:t>
      </w:r>
    </w:p>
    <w:p w14:paraId="73799871" w14:textId="77777777" w:rsidR="005C7435" w:rsidRDefault="005C7435">
      <w:pPr>
        <w:spacing w:after="0"/>
      </w:pPr>
    </w:p>
    <w:p w14:paraId="1ADA27B5" w14:textId="77777777" w:rsidR="005C7435" w:rsidRDefault="00043F3A">
      <w:pPr>
        <w:spacing w:after="0"/>
      </w:pPr>
      <w:r>
        <w:rPr>
          <w:rFonts w:ascii="Arial" w:hAnsi="Arial"/>
          <w:b/>
        </w:rPr>
        <w:t xml:space="preserve">Interviewer P:  </w:t>
      </w:r>
      <w:r>
        <w:rPr>
          <w:rFonts w:ascii="Arial" w:hAnsi="Arial"/>
          <w:color w:val="5D7284"/>
        </w:rPr>
        <w:t>35:29</w:t>
      </w:r>
    </w:p>
    <w:p w14:paraId="3E31F996" w14:textId="615AE970" w:rsidR="005C7435" w:rsidRDefault="00043F3A">
      <w:pPr>
        <w:spacing w:after="0"/>
      </w:pPr>
      <w:r>
        <w:rPr>
          <w:rFonts w:ascii="Arial" w:hAnsi="Arial"/>
        </w:rPr>
        <w:t xml:space="preserve">But not as fast as he was. </w:t>
      </w:r>
      <w:r w:rsidR="003261F9">
        <w:rPr>
          <w:rFonts w:ascii="Arial" w:hAnsi="Arial"/>
        </w:rPr>
        <w:t>So,</w:t>
      </w:r>
      <w:r>
        <w:rPr>
          <w:rFonts w:ascii="Arial" w:hAnsi="Arial"/>
        </w:rPr>
        <w:t xml:space="preserve"> any thoughts on what's happening with the water here as it's turning like how it might be different now.</w:t>
      </w:r>
    </w:p>
    <w:p w14:paraId="1E40B720" w14:textId="77777777" w:rsidR="005C7435" w:rsidRDefault="005C7435">
      <w:pPr>
        <w:spacing w:after="0"/>
      </w:pPr>
    </w:p>
    <w:p w14:paraId="33BE12FA" w14:textId="77777777" w:rsidR="005C7435" w:rsidRDefault="00043F3A">
      <w:pPr>
        <w:spacing w:after="0"/>
      </w:pPr>
      <w:r>
        <w:rPr>
          <w:rFonts w:ascii="Arial" w:hAnsi="Arial"/>
          <w:b/>
        </w:rPr>
        <w:t xml:space="preserve">Participant #2:  </w:t>
      </w:r>
      <w:r>
        <w:rPr>
          <w:rFonts w:ascii="Arial" w:hAnsi="Arial"/>
          <w:color w:val="5D7284"/>
        </w:rPr>
        <w:t>36:26</w:t>
      </w:r>
    </w:p>
    <w:p w14:paraId="1DEADE2F" w14:textId="77777777" w:rsidR="005C7435" w:rsidRDefault="00043F3A">
      <w:pPr>
        <w:spacing w:after="0"/>
      </w:pPr>
      <w:r>
        <w:rPr>
          <w:rFonts w:ascii="Arial" w:hAnsi="Arial"/>
        </w:rPr>
        <w:t>Yeah.</w:t>
      </w:r>
    </w:p>
    <w:p w14:paraId="565A70FD" w14:textId="77777777" w:rsidR="005C7435" w:rsidRDefault="005C7435">
      <w:pPr>
        <w:spacing w:after="0"/>
      </w:pPr>
    </w:p>
    <w:p w14:paraId="66AD716D" w14:textId="77777777" w:rsidR="005C7435" w:rsidRDefault="00043F3A">
      <w:pPr>
        <w:spacing w:after="0"/>
      </w:pPr>
      <w:r>
        <w:rPr>
          <w:rFonts w:ascii="Arial" w:hAnsi="Arial"/>
          <w:b/>
        </w:rPr>
        <w:lastRenderedPageBreak/>
        <w:t xml:space="preserve">Interviewer P:  </w:t>
      </w:r>
      <w:r>
        <w:rPr>
          <w:rFonts w:ascii="Arial" w:hAnsi="Arial"/>
          <w:color w:val="5D7284"/>
        </w:rPr>
        <w:t>36:26</w:t>
      </w:r>
    </w:p>
    <w:p w14:paraId="26E5426F" w14:textId="77777777" w:rsidR="005C7435" w:rsidRDefault="00043F3A">
      <w:pPr>
        <w:spacing w:after="0"/>
      </w:pPr>
      <w:r>
        <w:rPr>
          <w:rFonts w:ascii="Arial" w:hAnsi="Arial"/>
        </w:rPr>
        <w:t>Then when I first like turned it on.</w:t>
      </w:r>
    </w:p>
    <w:p w14:paraId="44325C03" w14:textId="77777777" w:rsidR="005C7435" w:rsidRDefault="005C7435">
      <w:pPr>
        <w:spacing w:after="0"/>
      </w:pPr>
    </w:p>
    <w:p w14:paraId="5B00C810" w14:textId="77777777" w:rsidR="005C7435" w:rsidRDefault="00043F3A">
      <w:pPr>
        <w:spacing w:after="0"/>
      </w:pPr>
      <w:r>
        <w:rPr>
          <w:rFonts w:ascii="Arial" w:hAnsi="Arial"/>
          <w:b/>
        </w:rPr>
        <w:t xml:space="preserve">Participant #2:  </w:t>
      </w:r>
      <w:r>
        <w:rPr>
          <w:rFonts w:ascii="Arial" w:hAnsi="Arial"/>
          <w:color w:val="5D7284"/>
        </w:rPr>
        <w:t>36:28</w:t>
      </w:r>
    </w:p>
    <w:p w14:paraId="4807FA02" w14:textId="77777777" w:rsidR="005C7435" w:rsidRDefault="00043F3A">
      <w:pPr>
        <w:spacing w:after="0"/>
      </w:pPr>
      <w:r>
        <w:rPr>
          <w:rFonts w:ascii="Arial" w:hAnsi="Arial"/>
        </w:rPr>
        <w:t xml:space="preserve">Yeah. I think like I want to say that it's trying to push these out but like they don't want to go out like to the outside. </w:t>
      </w:r>
    </w:p>
    <w:p w14:paraId="750F03A7" w14:textId="77777777" w:rsidR="005C7435" w:rsidRDefault="005C7435">
      <w:pPr>
        <w:spacing w:after="0"/>
      </w:pPr>
    </w:p>
    <w:p w14:paraId="5C0C1135" w14:textId="77777777" w:rsidR="005C7435" w:rsidRDefault="00043F3A">
      <w:pPr>
        <w:spacing w:after="0"/>
      </w:pPr>
      <w:r>
        <w:rPr>
          <w:rFonts w:ascii="Arial" w:hAnsi="Arial"/>
          <w:b/>
        </w:rPr>
        <w:t xml:space="preserve">Interviewer P:  </w:t>
      </w:r>
      <w:r>
        <w:rPr>
          <w:rFonts w:ascii="Arial" w:hAnsi="Arial"/>
          <w:color w:val="5D7284"/>
        </w:rPr>
        <w:t>36:51</w:t>
      </w:r>
    </w:p>
    <w:p w14:paraId="55FCFB8A" w14:textId="4225B4A3" w:rsidR="005C7435" w:rsidRDefault="00043F3A">
      <w:pPr>
        <w:spacing w:after="0"/>
      </w:pPr>
      <w:r>
        <w:rPr>
          <w:rFonts w:ascii="Arial" w:hAnsi="Arial"/>
        </w:rPr>
        <w:t xml:space="preserve">Some of them are in the outside, these guys are staying on the bottom. And the ones on the bottom are not lapping them like you know what I mean so yeah. Ideas on why they're no no longer like lapping </w:t>
      </w:r>
      <w:r w:rsidR="003261F9">
        <w:rPr>
          <w:rFonts w:ascii="Arial" w:hAnsi="Arial"/>
        </w:rPr>
        <w:t>them.</w:t>
      </w:r>
    </w:p>
    <w:p w14:paraId="654ABC71" w14:textId="77777777" w:rsidR="005C7435" w:rsidRDefault="005C7435">
      <w:pPr>
        <w:spacing w:after="0"/>
      </w:pPr>
    </w:p>
    <w:p w14:paraId="7F2C16AF" w14:textId="77777777" w:rsidR="005C7435" w:rsidRDefault="00043F3A">
      <w:pPr>
        <w:spacing w:after="0"/>
      </w:pPr>
      <w:r>
        <w:rPr>
          <w:rFonts w:ascii="Arial" w:hAnsi="Arial"/>
          <w:b/>
        </w:rPr>
        <w:t xml:space="preserve">Participant #2:  </w:t>
      </w:r>
      <w:r>
        <w:rPr>
          <w:rFonts w:ascii="Arial" w:hAnsi="Arial"/>
          <w:color w:val="5D7284"/>
        </w:rPr>
        <w:t>37:14</w:t>
      </w:r>
    </w:p>
    <w:p w14:paraId="596F3D65" w14:textId="77777777" w:rsidR="005C7435" w:rsidRDefault="00043F3A">
      <w:pPr>
        <w:spacing w:after="0"/>
      </w:pPr>
      <w:r>
        <w:rPr>
          <w:rFonts w:ascii="Arial" w:hAnsi="Arial"/>
        </w:rPr>
        <w:t>Maybe this might sound silly maybe they've gotten used to like the motion.</w:t>
      </w:r>
    </w:p>
    <w:p w14:paraId="1B933545" w14:textId="77777777" w:rsidR="005C7435" w:rsidRDefault="005C7435">
      <w:pPr>
        <w:spacing w:after="0"/>
      </w:pPr>
    </w:p>
    <w:p w14:paraId="796F48EB" w14:textId="77777777" w:rsidR="005C7435" w:rsidRDefault="00043F3A">
      <w:pPr>
        <w:spacing w:after="0"/>
      </w:pPr>
      <w:r>
        <w:rPr>
          <w:rFonts w:ascii="Arial" w:hAnsi="Arial"/>
          <w:b/>
        </w:rPr>
        <w:t xml:space="preserve">Interviewer P:  </w:t>
      </w:r>
      <w:r>
        <w:rPr>
          <w:rFonts w:ascii="Arial" w:hAnsi="Arial"/>
          <w:color w:val="5D7284"/>
        </w:rPr>
        <w:t>37:24</w:t>
      </w:r>
    </w:p>
    <w:p w14:paraId="3D4D49B2" w14:textId="045846F4" w:rsidR="005C7435" w:rsidRDefault="00043F3A">
      <w:pPr>
        <w:spacing w:after="0"/>
      </w:pPr>
      <w:r>
        <w:rPr>
          <w:rFonts w:ascii="Arial" w:hAnsi="Arial"/>
        </w:rPr>
        <w:t xml:space="preserve">And </w:t>
      </w:r>
      <w:r w:rsidR="003261F9">
        <w:rPr>
          <w:rFonts w:ascii="Arial" w:hAnsi="Arial"/>
        </w:rPr>
        <w:t>so,</w:t>
      </w:r>
      <w:r>
        <w:rPr>
          <w:rFonts w:ascii="Arial" w:hAnsi="Arial"/>
        </w:rPr>
        <w:t xml:space="preserve"> what we're getting used to the motion look like?</w:t>
      </w:r>
    </w:p>
    <w:p w14:paraId="591101E9" w14:textId="77777777" w:rsidR="005C7435" w:rsidRDefault="005C7435">
      <w:pPr>
        <w:spacing w:after="0"/>
      </w:pPr>
    </w:p>
    <w:p w14:paraId="7C833616" w14:textId="77777777" w:rsidR="005C7435" w:rsidRDefault="00043F3A">
      <w:pPr>
        <w:spacing w:after="0"/>
      </w:pPr>
      <w:r>
        <w:rPr>
          <w:rFonts w:ascii="Arial" w:hAnsi="Arial"/>
          <w:b/>
        </w:rPr>
        <w:t xml:space="preserve">Participant #2:  </w:t>
      </w:r>
      <w:r>
        <w:rPr>
          <w:rFonts w:ascii="Arial" w:hAnsi="Arial"/>
          <w:color w:val="5D7284"/>
        </w:rPr>
        <w:t>37:31</w:t>
      </w:r>
    </w:p>
    <w:p w14:paraId="50BEE027" w14:textId="280A15C5" w:rsidR="005C7435" w:rsidRDefault="00043F3A">
      <w:pPr>
        <w:spacing w:after="0"/>
      </w:pPr>
      <w:r>
        <w:rPr>
          <w:rFonts w:ascii="Arial" w:hAnsi="Arial"/>
        </w:rPr>
        <w:t xml:space="preserve">But like have like grounding </w:t>
      </w:r>
      <w:r w:rsidR="003261F9">
        <w:rPr>
          <w:rFonts w:ascii="Arial" w:hAnsi="Arial"/>
        </w:rPr>
        <w:t>themselves,</w:t>
      </w:r>
      <w:r>
        <w:rPr>
          <w:rFonts w:ascii="Arial" w:hAnsi="Arial"/>
        </w:rPr>
        <w:t xml:space="preserve"> I guess.</w:t>
      </w:r>
    </w:p>
    <w:p w14:paraId="45AA233E" w14:textId="77777777" w:rsidR="005C7435" w:rsidRDefault="005C7435">
      <w:pPr>
        <w:spacing w:after="0"/>
      </w:pPr>
    </w:p>
    <w:p w14:paraId="2B16CAA8" w14:textId="77777777" w:rsidR="005C7435" w:rsidRDefault="00043F3A">
      <w:pPr>
        <w:spacing w:after="0"/>
      </w:pPr>
      <w:r>
        <w:rPr>
          <w:rFonts w:ascii="Arial" w:hAnsi="Arial"/>
          <w:b/>
        </w:rPr>
        <w:t xml:space="preserve">Interviewer P:  </w:t>
      </w:r>
      <w:r>
        <w:rPr>
          <w:rFonts w:ascii="Arial" w:hAnsi="Arial"/>
          <w:color w:val="5D7284"/>
        </w:rPr>
        <w:t>37:37</w:t>
      </w:r>
    </w:p>
    <w:p w14:paraId="24694D4C" w14:textId="77777777" w:rsidR="005C7435" w:rsidRDefault="00043F3A">
      <w:pPr>
        <w:spacing w:after="0"/>
      </w:pPr>
      <w:r>
        <w:rPr>
          <w:rFonts w:ascii="Arial" w:hAnsi="Arial"/>
        </w:rPr>
        <w:t>The ones on the bottom or the top?</w:t>
      </w:r>
    </w:p>
    <w:p w14:paraId="76C73446" w14:textId="77777777" w:rsidR="005C7435" w:rsidRDefault="005C7435">
      <w:pPr>
        <w:spacing w:after="0"/>
      </w:pPr>
    </w:p>
    <w:p w14:paraId="532D4F33" w14:textId="77777777" w:rsidR="005C7435" w:rsidRDefault="00043F3A">
      <w:pPr>
        <w:spacing w:after="0"/>
      </w:pPr>
      <w:r>
        <w:rPr>
          <w:rFonts w:ascii="Arial" w:hAnsi="Arial"/>
          <w:b/>
        </w:rPr>
        <w:t xml:space="preserve">Participant #2:  </w:t>
      </w:r>
      <w:r>
        <w:rPr>
          <w:rFonts w:ascii="Arial" w:hAnsi="Arial"/>
          <w:color w:val="5D7284"/>
        </w:rPr>
        <w:t>37:38</w:t>
      </w:r>
    </w:p>
    <w:p w14:paraId="0C44356A" w14:textId="77777777" w:rsidR="005C7435" w:rsidRDefault="00043F3A">
      <w:pPr>
        <w:spacing w:after="0"/>
      </w:pPr>
      <w:r>
        <w:rPr>
          <w:rFonts w:ascii="Arial" w:hAnsi="Arial"/>
        </w:rPr>
        <w:t>The ones on the bottom.</w:t>
      </w:r>
    </w:p>
    <w:p w14:paraId="2FC1EDD7" w14:textId="77777777" w:rsidR="005C7435" w:rsidRDefault="005C7435">
      <w:pPr>
        <w:spacing w:after="0"/>
      </w:pPr>
    </w:p>
    <w:p w14:paraId="3DCE0BC6" w14:textId="77777777" w:rsidR="005C7435" w:rsidRDefault="00043F3A">
      <w:pPr>
        <w:spacing w:after="0"/>
      </w:pPr>
      <w:r>
        <w:rPr>
          <w:rFonts w:ascii="Arial" w:hAnsi="Arial"/>
          <w:b/>
        </w:rPr>
        <w:t xml:space="preserve">Interviewer P:  </w:t>
      </w:r>
      <w:r>
        <w:rPr>
          <w:rFonts w:ascii="Arial" w:hAnsi="Arial"/>
          <w:color w:val="5D7284"/>
        </w:rPr>
        <w:t>37:40</w:t>
      </w:r>
    </w:p>
    <w:p w14:paraId="24A68D63" w14:textId="77777777" w:rsidR="005C7435" w:rsidRDefault="00043F3A">
      <w:pPr>
        <w:spacing w:after="0"/>
      </w:pPr>
      <w:r>
        <w:rPr>
          <w:rFonts w:ascii="Arial" w:hAnsi="Arial"/>
        </w:rPr>
        <w:t xml:space="preserve">And what are the ones on the top? </w:t>
      </w:r>
    </w:p>
    <w:p w14:paraId="248ADC5E" w14:textId="77777777" w:rsidR="005C7435" w:rsidRDefault="005C7435">
      <w:pPr>
        <w:spacing w:after="0"/>
      </w:pPr>
    </w:p>
    <w:p w14:paraId="7E34CDF9" w14:textId="77777777" w:rsidR="005C7435" w:rsidRDefault="00043F3A">
      <w:pPr>
        <w:spacing w:after="0"/>
      </w:pPr>
      <w:r>
        <w:rPr>
          <w:rFonts w:ascii="Arial" w:hAnsi="Arial"/>
          <w:b/>
        </w:rPr>
        <w:t xml:space="preserve">Participant #2:  </w:t>
      </w:r>
      <w:r>
        <w:rPr>
          <w:rFonts w:ascii="Arial" w:hAnsi="Arial"/>
          <w:color w:val="5D7284"/>
        </w:rPr>
        <w:t>37:44</w:t>
      </w:r>
    </w:p>
    <w:p w14:paraId="4ACEC2C4" w14:textId="77777777" w:rsidR="005C7435" w:rsidRDefault="00043F3A">
      <w:pPr>
        <w:spacing w:after="0"/>
      </w:pPr>
      <w:r>
        <w:rPr>
          <w:rFonts w:ascii="Arial" w:hAnsi="Arial"/>
        </w:rPr>
        <w:t>They're like they're kind of like constantly moving a little bit and like just going around themselves maybe it's because there's no word for them for them to ground.</w:t>
      </w:r>
    </w:p>
    <w:p w14:paraId="7912B609" w14:textId="77777777" w:rsidR="005C7435" w:rsidRDefault="005C7435">
      <w:pPr>
        <w:spacing w:after="0"/>
      </w:pPr>
    </w:p>
    <w:p w14:paraId="5DDE797E" w14:textId="77777777" w:rsidR="005C7435" w:rsidRDefault="00043F3A">
      <w:pPr>
        <w:spacing w:after="0"/>
      </w:pPr>
      <w:r>
        <w:rPr>
          <w:rFonts w:ascii="Arial" w:hAnsi="Arial"/>
          <w:b/>
        </w:rPr>
        <w:t xml:space="preserve">Interviewer P:  </w:t>
      </w:r>
      <w:r>
        <w:rPr>
          <w:rFonts w:ascii="Arial" w:hAnsi="Arial"/>
          <w:color w:val="5D7284"/>
        </w:rPr>
        <w:t>38:03</w:t>
      </w:r>
    </w:p>
    <w:p w14:paraId="3AE7CB23" w14:textId="77777777" w:rsidR="005C7435" w:rsidRDefault="00043F3A">
      <w:pPr>
        <w:spacing w:after="0"/>
      </w:pPr>
      <w:r>
        <w:rPr>
          <w:rFonts w:ascii="Arial" w:hAnsi="Arial"/>
        </w:rPr>
        <w:t>Yeah, because see now if we look at the yellow or the orange one and the red one remember how the red one was like lapping.</w:t>
      </w:r>
    </w:p>
    <w:p w14:paraId="6968DAEC" w14:textId="77777777" w:rsidR="005C7435" w:rsidRDefault="005C7435">
      <w:pPr>
        <w:spacing w:after="0"/>
      </w:pPr>
    </w:p>
    <w:p w14:paraId="76A38E6F" w14:textId="77777777" w:rsidR="005C7435" w:rsidRDefault="00043F3A">
      <w:pPr>
        <w:spacing w:after="0"/>
      </w:pPr>
      <w:r>
        <w:rPr>
          <w:rFonts w:ascii="Arial" w:hAnsi="Arial"/>
          <w:b/>
        </w:rPr>
        <w:t xml:space="preserve">Participant #2:  </w:t>
      </w:r>
      <w:r>
        <w:rPr>
          <w:rFonts w:ascii="Arial" w:hAnsi="Arial"/>
          <w:color w:val="5D7284"/>
        </w:rPr>
        <w:t>38:10</w:t>
      </w:r>
    </w:p>
    <w:p w14:paraId="7B9C3E71" w14:textId="77777777" w:rsidR="005C7435" w:rsidRDefault="00043F3A">
      <w:pPr>
        <w:spacing w:after="0"/>
      </w:pPr>
      <w:r>
        <w:rPr>
          <w:rFonts w:ascii="Arial" w:hAnsi="Arial"/>
        </w:rPr>
        <w:t>Yeah.</w:t>
      </w:r>
    </w:p>
    <w:p w14:paraId="34147A80" w14:textId="77777777" w:rsidR="005C7435" w:rsidRDefault="005C7435">
      <w:pPr>
        <w:spacing w:after="0"/>
      </w:pPr>
    </w:p>
    <w:p w14:paraId="10AC474F" w14:textId="77777777" w:rsidR="005C7435" w:rsidRDefault="00043F3A">
      <w:pPr>
        <w:spacing w:after="0"/>
      </w:pPr>
      <w:r>
        <w:rPr>
          <w:rFonts w:ascii="Arial" w:hAnsi="Arial"/>
          <w:b/>
        </w:rPr>
        <w:t xml:space="preserve">Interviewer P:  </w:t>
      </w:r>
      <w:r>
        <w:rPr>
          <w:rFonts w:ascii="Arial" w:hAnsi="Arial"/>
          <w:color w:val="5D7284"/>
        </w:rPr>
        <w:t>38:11</w:t>
      </w:r>
    </w:p>
    <w:p w14:paraId="3C386E20" w14:textId="77777777" w:rsidR="005C7435" w:rsidRDefault="00043F3A">
      <w:pPr>
        <w:spacing w:after="0"/>
      </w:pPr>
      <w:r>
        <w:rPr>
          <w:rFonts w:ascii="Arial" w:hAnsi="Arial"/>
        </w:rPr>
        <w:t>And now he's not.</w:t>
      </w:r>
    </w:p>
    <w:p w14:paraId="5BE5A5F4" w14:textId="77777777" w:rsidR="005C7435" w:rsidRDefault="005C7435">
      <w:pPr>
        <w:spacing w:after="0"/>
      </w:pPr>
    </w:p>
    <w:p w14:paraId="141C63CD" w14:textId="77777777" w:rsidR="005C7435" w:rsidRDefault="00043F3A">
      <w:pPr>
        <w:spacing w:after="0"/>
      </w:pPr>
      <w:r>
        <w:rPr>
          <w:rFonts w:ascii="Arial" w:hAnsi="Arial"/>
          <w:b/>
        </w:rPr>
        <w:lastRenderedPageBreak/>
        <w:t xml:space="preserve">Participant #2:  </w:t>
      </w:r>
      <w:r>
        <w:rPr>
          <w:rFonts w:ascii="Arial" w:hAnsi="Arial"/>
          <w:color w:val="5D7284"/>
        </w:rPr>
        <w:t>38:12</w:t>
      </w:r>
    </w:p>
    <w:p w14:paraId="202D6101" w14:textId="77777777" w:rsidR="005C7435" w:rsidRDefault="00043F3A">
      <w:pPr>
        <w:spacing w:after="0"/>
      </w:pPr>
      <w:r>
        <w:rPr>
          <w:rFonts w:ascii="Arial" w:hAnsi="Arial"/>
        </w:rPr>
        <w:t xml:space="preserve">Yeah, yeah. </w:t>
      </w:r>
    </w:p>
    <w:p w14:paraId="07EF1951" w14:textId="77777777" w:rsidR="005C7435" w:rsidRDefault="005C7435">
      <w:pPr>
        <w:spacing w:after="0"/>
      </w:pPr>
    </w:p>
    <w:p w14:paraId="7AAAE382" w14:textId="77777777" w:rsidR="005C7435" w:rsidRDefault="00043F3A">
      <w:pPr>
        <w:spacing w:after="0"/>
      </w:pPr>
      <w:r>
        <w:rPr>
          <w:rFonts w:ascii="Arial" w:hAnsi="Arial"/>
          <w:b/>
        </w:rPr>
        <w:t xml:space="preserve">Interviewer P:  </w:t>
      </w:r>
      <w:r>
        <w:rPr>
          <w:rFonts w:ascii="Arial" w:hAnsi="Arial"/>
          <w:color w:val="5D7284"/>
        </w:rPr>
        <w:t>38:16</w:t>
      </w:r>
    </w:p>
    <w:p w14:paraId="08E6DD14" w14:textId="77777777" w:rsidR="005C7435" w:rsidRDefault="00043F3A">
      <w:pPr>
        <w:spacing w:after="0"/>
      </w:pPr>
      <w:r>
        <w:rPr>
          <w:rFonts w:ascii="Arial" w:hAnsi="Arial"/>
        </w:rPr>
        <w:t xml:space="preserve">What do </w:t>
      </w:r>
      <w:r>
        <w:rPr>
          <w:rFonts w:ascii="Arial" w:hAnsi="Arial"/>
        </w:rPr>
        <w:t>you think would happen if I turned it off?</w:t>
      </w:r>
    </w:p>
    <w:p w14:paraId="1BBBFC7E" w14:textId="77777777" w:rsidR="005C7435" w:rsidRDefault="005C7435">
      <w:pPr>
        <w:spacing w:after="0"/>
      </w:pPr>
    </w:p>
    <w:p w14:paraId="15D23868" w14:textId="77777777" w:rsidR="005C7435" w:rsidRDefault="00043F3A">
      <w:pPr>
        <w:spacing w:after="0"/>
      </w:pPr>
      <w:r>
        <w:rPr>
          <w:rFonts w:ascii="Arial" w:hAnsi="Arial"/>
          <w:b/>
        </w:rPr>
        <w:t xml:space="preserve">Participant #2:  </w:t>
      </w:r>
      <w:r>
        <w:rPr>
          <w:rFonts w:ascii="Arial" w:hAnsi="Arial"/>
          <w:color w:val="5D7284"/>
        </w:rPr>
        <w:t>38:21</w:t>
      </w:r>
    </w:p>
    <w:p w14:paraId="3CCA9DF6" w14:textId="77777777" w:rsidR="005C7435" w:rsidRDefault="00043F3A">
      <w:pPr>
        <w:spacing w:after="0"/>
      </w:pPr>
      <w:r>
        <w:rPr>
          <w:rFonts w:ascii="Arial" w:hAnsi="Arial"/>
        </w:rPr>
        <w:t xml:space="preserve">Maybe the bottom will start to move again. Just because it would like, I don't know. </w:t>
      </w:r>
    </w:p>
    <w:p w14:paraId="441AB857" w14:textId="77777777" w:rsidR="005C7435" w:rsidRDefault="005C7435">
      <w:pPr>
        <w:spacing w:after="0"/>
      </w:pPr>
    </w:p>
    <w:p w14:paraId="501EB081" w14:textId="77777777" w:rsidR="005C7435" w:rsidRDefault="00043F3A">
      <w:pPr>
        <w:spacing w:after="0"/>
      </w:pPr>
      <w:r>
        <w:rPr>
          <w:rFonts w:ascii="Arial" w:hAnsi="Arial"/>
          <w:b/>
        </w:rPr>
        <w:t xml:space="preserve">Interviewer P:  </w:t>
      </w:r>
      <w:r>
        <w:rPr>
          <w:rFonts w:ascii="Arial" w:hAnsi="Arial"/>
          <w:color w:val="5D7284"/>
        </w:rPr>
        <w:t>38:29</w:t>
      </w:r>
    </w:p>
    <w:p w14:paraId="446628F8" w14:textId="77777777" w:rsidR="005C7435" w:rsidRDefault="00043F3A">
      <w:pPr>
        <w:spacing w:after="0"/>
      </w:pPr>
      <w:r>
        <w:rPr>
          <w:rFonts w:ascii="Arial" w:hAnsi="Arial"/>
        </w:rPr>
        <w:t>Would the top ones?</w:t>
      </w:r>
    </w:p>
    <w:p w14:paraId="1E3E7F59" w14:textId="77777777" w:rsidR="005C7435" w:rsidRDefault="005C7435">
      <w:pPr>
        <w:spacing w:after="0"/>
      </w:pPr>
    </w:p>
    <w:p w14:paraId="5EA83739" w14:textId="77777777" w:rsidR="005C7435" w:rsidRDefault="00043F3A">
      <w:pPr>
        <w:spacing w:after="0"/>
      </w:pPr>
      <w:r>
        <w:rPr>
          <w:rFonts w:ascii="Arial" w:hAnsi="Arial"/>
          <w:b/>
        </w:rPr>
        <w:t xml:space="preserve">Participant #2:  </w:t>
      </w:r>
      <w:r>
        <w:rPr>
          <w:rFonts w:ascii="Arial" w:hAnsi="Arial"/>
          <w:color w:val="5D7284"/>
        </w:rPr>
        <w:t>38:31</w:t>
      </w:r>
    </w:p>
    <w:p w14:paraId="765B60E4" w14:textId="77777777" w:rsidR="005C7435" w:rsidRDefault="00043F3A">
      <w:pPr>
        <w:spacing w:after="0"/>
      </w:pPr>
      <w:r>
        <w:rPr>
          <w:rFonts w:ascii="Arial" w:hAnsi="Arial"/>
        </w:rPr>
        <w:t>I think the top they I think they would all move.</w:t>
      </w:r>
    </w:p>
    <w:p w14:paraId="2AA10D34" w14:textId="77777777" w:rsidR="005C7435" w:rsidRDefault="005C7435">
      <w:pPr>
        <w:spacing w:after="0"/>
      </w:pPr>
    </w:p>
    <w:p w14:paraId="7F845FD3" w14:textId="77777777" w:rsidR="005C7435" w:rsidRDefault="00043F3A">
      <w:pPr>
        <w:spacing w:after="0"/>
      </w:pPr>
      <w:r>
        <w:rPr>
          <w:rFonts w:ascii="Arial" w:hAnsi="Arial"/>
          <w:b/>
        </w:rPr>
        <w:t xml:space="preserve">Interviewer P:  </w:t>
      </w:r>
      <w:r>
        <w:rPr>
          <w:rFonts w:ascii="Arial" w:hAnsi="Arial"/>
          <w:color w:val="5D7284"/>
        </w:rPr>
        <w:t>38:33</w:t>
      </w:r>
    </w:p>
    <w:p w14:paraId="145D1CFD" w14:textId="77777777" w:rsidR="005C7435" w:rsidRDefault="00043F3A">
      <w:pPr>
        <w:spacing w:after="0"/>
      </w:pPr>
      <w:r>
        <w:rPr>
          <w:rFonts w:ascii="Arial" w:hAnsi="Arial"/>
        </w:rPr>
        <w:t>They would all move?</w:t>
      </w:r>
    </w:p>
    <w:p w14:paraId="532DC8A3" w14:textId="77777777" w:rsidR="005C7435" w:rsidRDefault="005C7435">
      <w:pPr>
        <w:spacing w:after="0"/>
      </w:pPr>
    </w:p>
    <w:p w14:paraId="1E76EDEF" w14:textId="77777777" w:rsidR="005C7435" w:rsidRDefault="00043F3A">
      <w:pPr>
        <w:spacing w:after="0"/>
      </w:pPr>
      <w:r>
        <w:rPr>
          <w:rFonts w:ascii="Arial" w:hAnsi="Arial"/>
          <w:b/>
        </w:rPr>
        <w:t xml:space="preserve">Participant #2:  </w:t>
      </w:r>
      <w:r>
        <w:rPr>
          <w:rFonts w:ascii="Arial" w:hAnsi="Arial"/>
          <w:color w:val="5D7284"/>
        </w:rPr>
        <w:t>38:34</w:t>
      </w:r>
    </w:p>
    <w:p w14:paraId="53929FB2" w14:textId="77777777" w:rsidR="005C7435" w:rsidRDefault="00043F3A">
      <w:pPr>
        <w:spacing w:after="0"/>
      </w:pPr>
      <w:r>
        <w:rPr>
          <w:rFonts w:ascii="Arial" w:hAnsi="Arial"/>
        </w:rPr>
        <w:t>Yeah.</w:t>
      </w:r>
    </w:p>
    <w:p w14:paraId="3B056082" w14:textId="77777777" w:rsidR="005C7435" w:rsidRDefault="005C7435">
      <w:pPr>
        <w:spacing w:after="0"/>
      </w:pPr>
    </w:p>
    <w:p w14:paraId="585423D5" w14:textId="77777777" w:rsidR="005C7435" w:rsidRDefault="00043F3A">
      <w:pPr>
        <w:spacing w:after="0"/>
      </w:pPr>
      <w:r>
        <w:rPr>
          <w:rFonts w:ascii="Arial" w:hAnsi="Arial"/>
          <w:b/>
        </w:rPr>
        <w:t xml:space="preserve">Interviewer P:  </w:t>
      </w:r>
      <w:r>
        <w:rPr>
          <w:rFonts w:ascii="Arial" w:hAnsi="Arial"/>
          <w:color w:val="5D7284"/>
        </w:rPr>
        <w:t>38:34</w:t>
      </w:r>
    </w:p>
    <w:p w14:paraId="2EEF7C98" w14:textId="77777777" w:rsidR="005C7435" w:rsidRDefault="00043F3A">
      <w:pPr>
        <w:spacing w:after="0"/>
      </w:pPr>
      <w:r>
        <w:rPr>
          <w:rFonts w:ascii="Arial" w:hAnsi="Arial"/>
        </w:rPr>
        <w:t>Okay and how would they move?</w:t>
      </w:r>
    </w:p>
    <w:p w14:paraId="348BA15F" w14:textId="77777777" w:rsidR="005C7435" w:rsidRDefault="005C7435">
      <w:pPr>
        <w:spacing w:after="0"/>
      </w:pPr>
    </w:p>
    <w:p w14:paraId="6BBA7E4B" w14:textId="77777777" w:rsidR="005C7435" w:rsidRDefault="00043F3A">
      <w:pPr>
        <w:spacing w:after="0"/>
      </w:pPr>
      <w:r>
        <w:rPr>
          <w:rFonts w:ascii="Arial" w:hAnsi="Arial"/>
          <w:b/>
        </w:rPr>
        <w:t xml:space="preserve">Participant #2:  </w:t>
      </w:r>
      <w:r>
        <w:rPr>
          <w:rFonts w:ascii="Arial" w:hAnsi="Arial"/>
          <w:color w:val="5D7284"/>
        </w:rPr>
        <w:t>38:40</w:t>
      </w:r>
    </w:p>
    <w:p w14:paraId="6C8BF9B5" w14:textId="585295F5" w:rsidR="005C7435" w:rsidRDefault="00043F3A">
      <w:pPr>
        <w:spacing w:after="0"/>
      </w:pPr>
      <w:r>
        <w:rPr>
          <w:rFonts w:ascii="Arial" w:hAnsi="Arial"/>
        </w:rPr>
        <w:t xml:space="preserve">So, I think and if it </w:t>
      </w:r>
      <w:r w:rsidR="003261F9">
        <w:rPr>
          <w:rFonts w:ascii="Arial" w:hAnsi="Arial"/>
        </w:rPr>
        <w:t>stopped,</w:t>
      </w:r>
      <w:r>
        <w:rPr>
          <w:rFonts w:ascii="Arial" w:hAnsi="Arial"/>
        </w:rPr>
        <w:t xml:space="preserve"> they would go like the opposite way that they're going now. </w:t>
      </w:r>
      <w:r w:rsidR="003261F9">
        <w:rPr>
          <w:rFonts w:ascii="Arial" w:hAnsi="Arial"/>
        </w:rPr>
        <w:t>So,</w:t>
      </w:r>
      <w:r>
        <w:rPr>
          <w:rFonts w:ascii="Arial" w:hAnsi="Arial"/>
        </w:rPr>
        <w:t xml:space="preserve"> like the ones on the top would start moving counterclockwise and then ones on the ground.  Counterclockwise I think they were all maybe go counterclockwise now that I'm looking at it.</w:t>
      </w:r>
    </w:p>
    <w:p w14:paraId="50F77556" w14:textId="77777777" w:rsidR="005C7435" w:rsidRDefault="005C7435">
      <w:pPr>
        <w:spacing w:after="0"/>
      </w:pPr>
    </w:p>
    <w:p w14:paraId="405D4354" w14:textId="77777777" w:rsidR="005C7435" w:rsidRDefault="00043F3A">
      <w:pPr>
        <w:spacing w:after="0"/>
      </w:pPr>
      <w:r>
        <w:rPr>
          <w:rFonts w:ascii="Arial" w:hAnsi="Arial"/>
          <w:b/>
        </w:rPr>
        <w:t xml:space="preserve">Interviewer P:  </w:t>
      </w:r>
      <w:r>
        <w:rPr>
          <w:rFonts w:ascii="Arial" w:hAnsi="Arial"/>
          <w:color w:val="5D7284"/>
        </w:rPr>
        <w:t>39:05</w:t>
      </w:r>
    </w:p>
    <w:p w14:paraId="54ECB43F" w14:textId="77777777" w:rsidR="005C7435" w:rsidRDefault="00043F3A">
      <w:pPr>
        <w:spacing w:after="0"/>
      </w:pPr>
      <w:r>
        <w:rPr>
          <w:rFonts w:ascii="Arial" w:hAnsi="Arial"/>
        </w:rPr>
        <w:t>Okay so they're going to start going backwards.</w:t>
      </w:r>
    </w:p>
    <w:p w14:paraId="17CBC0B6" w14:textId="77777777" w:rsidR="005C7435" w:rsidRDefault="005C7435">
      <w:pPr>
        <w:spacing w:after="0"/>
      </w:pPr>
    </w:p>
    <w:p w14:paraId="7EACC833" w14:textId="77777777" w:rsidR="005C7435" w:rsidRDefault="00043F3A">
      <w:pPr>
        <w:spacing w:after="0"/>
      </w:pPr>
      <w:r>
        <w:rPr>
          <w:rFonts w:ascii="Arial" w:hAnsi="Arial"/>
          <w:b/>
        </w:rPr>
        <w:t xml:space="preserve">Participant #2:  </w:t>
      </w:r>
      <w:r>
        <w:rPr>
          <w:rFonts w:ascii="Arial" w:hAnsi="Arial"/>
          <w:color w:val="5D7284"/>
        </w:rPr>
        <w:t>39:07</w:t>
      </w:r>
    </w:p>
    <w:p w14:paraId="458954AC" w14:textId="77777777" w:rsidR="005C7435" w:rsidRDefault="00043F3A">
      <w:pPr>
        <w:spacing w:after="0"/>
      </w:pPr>
      <w:r>
        <w:rPr>
          <w:rFonts w:ascii="Arial" w:hAnsi="Arial"/>
        </w:rPr>
        <w:t xml:space="preserve">Yeah. </w:t>
      </w:r>
    </w:p>
    <w:p w14:paraId="408225F9" w14:textId="77777777" w:rsidR="005C7435" w:rsidRDefault="005C7435">
      <w:pPr>
        <w:spacing w:after="0"/>
      </w:pPr>
    </w:p>
    <w:p w14:paraId="5BF792FA" w14:textId="77777777" w:rsidR="005C7435" w:rsidRDefault="00043F3A">
      <w:pPr>
        <w:spacing w:after="0"/>
      </w:pPr>
      <w:r>
        <w:rPr>
          <w:rFonts w:ascii="Arial" w:hAnsi="Arial"/>
          <w:b/>
        </w:rPr>
        <w:t xml:space="preserve">Interviewer P:  </w:t>
      </w:r>
      <w:r>
        <w:rPr>
          <w:rFonts w:ascii="Arial" w:hAnsi="Arial"/>
          <w:color w:val="5D7284"/>
        </w:rPr>
        <w:t>39:07</w:t>
      </w:r>
    </w:p>
    <w:p w14:paraId="43CE72A3" w14:textId="77777777" w:rsidR="005C7435" w:rsidRDefault="00043F3A">
      <w:pPr>
        <w:spacing w:after="0"/>
      </w:pPr>
      <w:r>
        <w:rPr>
          <w:rFonts w:ascii="Arial" w:hAnsi="Arial"/>
        </w:rPr>
        <w:t>To what they're doing now.</w:t>
      </w:r>
    </w:p>
    <w:p w14:paraId="6210ADAE" w14:textId="77777777" w:rsidR="005C7435" w:rsidRDefault="005C7435">
      <w:pPr>
        <w:spacing w:after="0"/>
      </w:pPr>
    </w:p>
    <w:p w14:paraId="34E3DD94" w14:textId="77777777" w:rsidR="005C7435" w:rsidRDefault="00043F3A">
      <w:pPr>
        <w:spacing w:after="0"/>
      </w:pPr>
      <w:r>
        <w:rPr>
          <w:rFonts w:ascii="Arial" w:hAnsi="Arial"/>
          <w:b/>
        </w:rPr>
        <w:t xml:space="preserve">Participant #2:  </w:t>
      </w:r>
      <w:r>
        <w:rPr>
          <w:rFonts w:ascii="Arial" w:hAnsi="Arial"/>
          <w:color w:val="5D7284"/>
        </w:rPr>
        <w:t>39:20</w:t>
      </w:r>
    </w:p>
    <w:p w14:paraId="24B849CA" w14:textId="526F4843" w:rsidR="005C7435" w:rsidRDefault="00043F3A">
      <w:pPr>
        <w:spacing w:after="0"/>
      </w:pPr>
      <w:r>
        <w:rPr>
          <w:rFonts w:ascii="Arial" w:hAnsi="Arial"/>
        </w:rPr>
        <w:t xml:space="preserve">...It's going to go </w:t>
      </w:r>
      <w:r w:rsidR="003261F9">
        <w:rPr>
          <w:rFonts w:ascii="Arial" w:hAnsi="Arial"/>
        </w:rPr>
        <w:t>clockwise.</w:t>
      </w:r>
    </w:p>
    <w:p w14:paraId="4CF387C0" w14:textId="77777777" w:rsidR="005C7435" w:rsidRDefault="005C7435">
      <w:pPr>
        <w:spacing w:after="0"/>
      </w:pPr>
    </w:p>
    <w:p w14:paraId="35ABA186" w14:textId="77777777" w:rsidR="005C7435" w:rsidRDefault="00043F3A">
      <w:pPr>
        <w:spacing w:after="0"/>
      </w:pPr>
      <w:r>
        <w:rPr>
          <w:rFonts w:ascii="Arial" w:hAnsi="Arial"/>
          <w:b/>
        </w:rPr>
        <w:t xml:space="preserve">Interviewer P:  </w:t>
      </w:r>
      <w:r>
        <w:rPr>
          <w:rFonts w:ascii="Arial" w:hAnsi="Arial"/>
          <w:color w:val="5D7284"/>
        </w:rPr>
        <w:t>39:25</w:t>
      </w:r>
    </w:p>
    <w:p w14:paraId="1460642E" w14:textId="77777777" w:rsidR="005C7435" w:rsidRDefault="00043F3A">
      <w:pPr>
        <w:spacing w:after="0"/>
      </w:pPr>
      <w:r>
        <w:rPr>
          <w:rFonts w:ascii="Arial" w:hAnsi="Arial"/>
        </w:rPr>
        <w:t>Did you notice that all the fish from the outside came into the middle.</w:t>
      </w:r>
    </w:p>
    <w:p w14:paraId="50EFEBA9" w14:textId="77777777" w:rsidR="005C7435" w:rsidRDefault="005C7435">
      <w:pPr>
        <w:spacing w:after="0"/>
      </w:pPr>
    </w:p>
    <w:p w14:paraId="1F30A004" w14:textId="77777777" w:rsidR="005C7435" w:rsidRDefault="00043F3A">
      <w:pPr>
        <w:spacing w:after="0"/>
      </w:pPr>
      <w:r>
        <w:rPr>
          <w:rFonts w:ascii="Arial" w:hAnsi="Arial"/>
          <w:b/>
        </w:rPr>
        <w:lastRenderedPageBreak/>
        <w:t xml:space="preserve">Participant #2:  </w:t>
      </w:r>
      <w:r>
        <w:rPr>
          <w:rFonts w:ascii="Arial" w:hAnsi="Arial"/>
          <w:color w:val="5D7284"/>
        </w:rPr>
        <w:t>39:28</w:t>
      </w:r>
    </w:p>
    <w:p w14:paraId="27778954" w14:textId="77777777" w:rsidR="005C7435" w:rsidRDefault="00043F3A">
      <w:pPr>
        <w:spacing w:after="0"/>
      </w:pPr>
      <w:r>
        <w:rPr>
          <w:rFonts w:ascii="Arial" w:hAnsi="Arial"/>
        </w:rPr>
        <w:t>Yeah.</w:t>
      </w:r>
    </w:p>
    <w:p w14:paraId="2FDC271F" w14:textId="77777777" w:rsidR="005C7435" w:rsidRDefault="005C7435">
      <w:pPr>
        <w:spacing w:after="0"/>
      </w:pPr>
    </w:p>
    <w:p w14:paraId="2BD58E4E" w14:textId="77777777" w:rsidR="005C7435" w:rsidRDefault="00043F3A">
      <w:pPr>
        <w:spacing w:after="0"/>
      </w:pPr>
      <w:r>
        <w:rPr>
          <w:rFonts w:ascii="Arial" w:hAnsi="Arial"/>
          <w:b/>
        </w:rPr>
        <w:t xml:space="preserve">Interviewer P:  </w:t>
      </w:r>
      <w:r>
        <w:rPr>
          <w:rFonts w:ascii="Arial" w:hAnsi="Arial"/>
          <w:color w:val="5D7284"/>
        </w:rPr>
        <w:t>39:29</w:t>
      </w:r>
    </w:p>
    <w:p w14:paraId="3AC10919" w14:textId="77777777" w:rsidR="005C7435" w:rsidRDefault="00043F3A">
      <w:pPr>
        <w:spacing w:after="0"/>
      </w:pPr>
      <w:r>
        <w:rPr>
          <w:rFonts w:ascii="Arial" w:hAnsi="Arial"/>
        </w:rPr>
        <w:t>The ones on the bottom aren't moving except for that little purple one.</w:t>
      </w:r>
    </w:p>
    <w:p w14:paraId="1A86D7DB" w14:textId="77777777" w:rsidR="005C7435" w:rsidRDefault="005C7435">
      <w:pPr>
        <w:spacing w:after="0"/>
      </w:pPr>
    </w:p>
    <w:p w14:paraId="4213A2E2" w14:textId="77777777" w:rsidR="005C7435" w:rsidRDefault="00043F3A">
      <w:pPr>
        <w:spacing w:after="0"/>
      </w:pPr>
      <w:r>
        <w:rPr>
          <w:rFonts w:ascii="Arial" w:hAnsi="Arial"/>
          <w:b/>
        </w:rPr>
        <w:t xml:space="preserve">Participant #2:  </w:t>
      </w:r>
      <w:r>
        <w:rPr>
          <w:rFonts w:ascii="Arial" w:hAnsi="Arial"/>
          <w:color w:val="5D7284"/>
        </w:rPr>
        <w:t>39:41</w:t>
      </w:r>
    </w:p>
    <w:p w14:paraId="065C8608" w14:textId="77777777" w:rsidR="005C7435" w:rsidRDefault="00043F3A">
      <w:pPr>
        <w:spacing w:after="0"/>
      </w:pPr>
      <w:r>
        <w:rPr>
          <w:rFonts w:ascii="Arial" w:hAnsi="Arial"/>
        </w:rPr>
        <w:t>Yeah.</w:t>
      </w:r>
    </w:p>
    <w:p w14:paraId="268E90CA" w14:textId="77777777" w:rsidR="005C7435" w:rsidRDefault="005C7435">
      <w:pPr>
        <w:spacing w:after="0"/>
      </w:pPr>
    </w:p>
    <w:p w14:paraId="46554B7B" w14:textId="77777777" w:rsidR="005C7435" w:rsidRDefault="00043F3A">
      <w:pPr>
        <w:spacing w:after="0"/>
      </w:pPr>
      <w:r>
        <w:rPr>
          <w:rFonts w:ascii="Arial" w:hAnsi="Arial"/>
          <w:b/>
        </w:rPr>
        <w:t xml:space="preserve">Interviewer P:  </w:t>
      </w:r>
      <w:r>
        <w:rPr>
          <w:rFonts w:ascii="Arial" w:hAnsi="Arial"/>
          <w:color w:val="5D7284"/>
        </w:rPr>
        <w:t>39:41</w:t>
      </w:r>
    </w:p>
    <w:p w14:paraId="513D8D11" w14:textId="73118361" w:rsidR="005C7435" w:rsidRDefault="00043F3A">
      <w:pPr>
        <w:spacing w:after="0"/>
      </w:pPr>
      <w:r>
        <w:rPr>
          <w:rFonts w:ascii="Arial" w:hAnsi="Arial"/>
        </w:rPr>
        <w:t xml:space="preserve">Scooching to the middle and the ones at the top are doing </w:t>
      </w:r>
      <w:r w:rsidR="003261F9">
        <w:rPr>
          <w:rFonts w:ascii="Arial" w:hAnsi="Arial"/>
        </w:rPr>
        <w:t>their</w:t>
      </w:r>
      <w:r>
        <w:rPr>
          <w:rFonts w:ascii="Arial" w:hAnsi="Arial"/>
        </w:rPr>
        <w:t xml:space="preserve"> thing they're going clockwise. Any thoughts on that?</w:t>
      </w:r>
    </w:p>
    <w:p w14:paraId="4159A7C8" w14:textId="77777777" w:rsidR="005C7435" w:rsidRDefault="005C7435">
      <w:pPr>
        <w:spacing w:after="0"/>
      </w:pPr>
    </w:p>
    <w:p w14:paraId="27867EFF" w14:textId="77777777" w:rsidR="005C7435" w:rsidRDefault="00043F3A">
      <w:pPr>
        <w:spacing w:after="0"/>
      </w:pPr>
      <w:r>
        <w:rPr>
          <w:rFonts w:ascii="Arial" w:hAnsi="Arial"/>
          <w:b/>
        </w:rPr>
        <w:t xml:space="preserve">Participant #2:  </w:t>
      </w:r>
      <w:r>
        <w:rPr>
          <w:rFonts w:ascii="Arial" w:hAnsi="Arial"/>
          <w:color w:val="5D7284"/>
        </w:rPr>
        <w:t>39:52</w:t>
      </w:r>
    </w:p>
    <w:p w14:paraId="6DC2C038" w14:textId="5B5D38ED" w:rsidR="005C7435" w:rsidRDefault="00043F3A">
      <w:pPr>
        <w:spacing w:after="0"/>
      </w:pPr>
      <w:r>
        <w:rPr>
          <w:rFonts w:ascii="Arial" w:hAnsi="Arial"/>
        </w:rPr>
        <w:t xml:space="preserve">I don't know why they came to the middle that I don't know but again that's probably them being like having something grounding them at the bottom makes them like stop but at the top they're like there's no way nowhere for them to stop or like stop </w:t>
      </w:r>
      <w:r w:rsidR="003261F9">
        <w:rPr>
          <w:rFonts w:ascii="Arial" w:hAnsi="Arial"/>
        </w:rPr>
        <w:t>on,</w:t>
      </w:r>
      <w:r>
        <w:rPr>
          <w:rFonts w:ascii="Arial" w:hAnsi="Arial"/>
        </w:rPr>
        <w:t xml:space="preserve"> so they just keep going until it.</w:t>
      </w:r>
    </w:p>
    <w:p w14:paraId="63551E66" w14:textId="77777777" w:rsidR="005C7435" w:rsidRDefault="005C7435">
      <w:pPr>
        <w:spacing w:after="0"/>
      </w:pPr>
    </w:p>
    <w:p w14:paraId="537C2B36" w14:textId="77777777" w:rsidR="005C7435" w:rsidRDefault="00043F3A">
      <w:pPr>
        <w:spacing w:after="0"/>
      </w:pPr>
      <w:r>
        <w:rPr>
          <w:rFonts w:ascii="Arial" w:hAnsi="Arial"/>
          <w:b/>
        </w:rPr>
        <w:t xml:space="preserve">Interviewer P:  </w:t>
      </w:r>
      <w:r>
        <w:rPr>
          <w:rFonts w:ascii="Arial" w:hAnsi="Arial"/>
          <w:color w:val="5D7284"/>
        </w:rPr>
        <w:t>40:29</w:t>
      </w:r>
    </w:p>
    <w:p w14:paraId="5D928FA1" w14:textId="77777777" w:rsidR="005C7435" w:rsidRDefault="00043F3A">
      <w:pPr>
        <w:spacing w:after="0"/>
      </w:pPr>
      <w:r>
        <w:rPr>
          <w:rFonts w:ascii="Arial" w:hAnsi="Arial"/>
        </w:rPr>
        <w:t>how do you is the water moving do you think?</w:t>
      </w:r>
    </w:p>
    <w:p w14:paraId="5A9D0B99" w14:textId="77777777" w:rsidR="005C7435" w:rsidRDefault="005C7435">
      <w:pPr>
        <w:spacing w:after="0"/>
      </w:pPr>
    </w:p>
    <w:p w14:paraId="55D2CCF0" w14:textId="77777777" w:rsidR="005C7435" w:rsidRDefault="00043F3A">
      <w:pPr>
        <w:spacing w:after="0"/>
      </w:pPr>
      <w:r>
        <w:rPr>
          <w:rFonts w:ascii="Arial" w:hAnsi="Arial"/>
          <w:b/>
        </w:rPr>
        <w:t xml:space="preserve">Participant #2:  </w:t>
      </w:r>
      <w:r>
        <w:rPr>
          <w:rFonts w:ascii="Arial" w:hAnsi="Arial"/>
          <w:color w:val="5D7284"/>
        </w:rPr>
        <w:t>40:33</w:t>
      </w:r>
    </w:p>
    <w:p w14:paraId="130D03A8" w14:textId="77777777" w:rsidR="005C7435" w:rsidRDefault="00043F3A">
      <w:pPr>
        <w:spacing w:after="0"/>
      </w:pPr>
      <w:r>
        <w:rPr>
          <w:rFonts w:ascii="Arial" w:hAnsi="Arial"/>
        </w:rPr>
        <w:t>No, they're.</w:t>
      </w:r>
    </w:p>
    <w:p w14:paraId="75521028" w14:textId="77777777" w:rsidR="005C7435" w:rsidRDefault="005C7435">
      <w:pPr>
        <w:spacing w:after="0"/>
      </w:pPr>
    </w:p>
    <w:p w14:paraId="6842BD59" w14:textId="77777777" w:rsidR="005C7435" w:rsidRDefault="00043F3A">
      <w:pPr>
        <w:spacing w:after="0"/>
      </w:pPr>
      <w:r>
        <w:rPr>
          <w:rFonts w:ascii="Arial" w:hAnsi="Arial"/>
          <w:b/>
        </w:rPr>
        <w:t xml:space="preserve">Interviewer P:  </w:t>
      </w:r>
      <w:r>
        <w:rPr>
          <w:rFonts w:ascii="Arial" w:hAnsi="Arial"/>
          <w:color w:val="5D7284"/>
        </w:rPr>
        <w:t>40:36</w:t>
      </w:r>
    </w:p>
    <w:p w14:paraId="6366F20C" w14:textId="1759ACE0" w:rsidR="005C7435" w:rsidRDefault="003261F9">
      <w:pPr>
        <w:spacing w:after="0"/>
      </w:pPr>
      <w:r>
        <w:rPr>
          <w:rFonts w:ascii="Arial" w:hAnsi="Arial"/>
        </w:rPr>
        <w:t>So, the fish are moving in the water is now still.</w:t>
      </w:r>
    </w:p>
    <w:p w14:paraId="7F6093B7" w14:textId="77777777" w:rsidR="005C7435" w:rsidRDefault="005C7435">
      <w:pPr>
        <w:spacing w:after="0"/>
      </w:pPr>
    </w:p>
    <w:p w14:paraId="370FE01F" w14:textId="77777777" w:rsidR="005C7435" w:rsidRDefault="00043F3A">
      <w:pPr>
        <w:spacing w:after="0"/>
      </w:pPr>
      <w:r>
        <w:rPr>
          <w:rFonts w:ascii="Arial" w:hAnsi="Arial"/>
          <w:b/>
        </w:rPr>
        <w:t xml:space="preserve">Participant #2:  </w:t>
      </w:r>
      <w:r>
        <w:rPr>
          <w:rFonts w:ascii="Arial" w:hAnsi="Arial"/>
          <w:color w:val="5D7284"/>
        </w:rPr>
        <w:t>40:39</w:t>
      </w:r>
    </w:p>
    <w:p w14:paraId="7715DCDA" w14:textId="77777777" w:rsidR="005C7435" w:rsidRDefault="00043F3A">
      <w:pPr>
        <w:spacing w:after="0"/>
      </w:pPr>
      <w:r>
        <w:rPr>
          <w:rFonts w:ascii="Arial" w:hAnsi="Arial"/>
        </w:rPr>
        <w:t>Yeah. I mean not exactly still but.</w:t>
      </w:r>
    </w:p>
    <w:p w14:paraId="1CC67E00" w14:textId="77777777" w:rsidR="005C7435" w:rsidRDefault="005C7435">
      <w:pPr>
        <w:spacing w:after="0"/>
      </w:pPr>
    </w:p>
    <w:p w14:paraId="05DC8192" w14:textId="77777777" w:rsidR="005C7435" w:rsidRDefault="00043F3A">
      <w:pPr>
        <w:spacing w:after="0"/>
      </w:pPr>
      <w:r>
        <w:rPr>
          <w:rFonts w:ascii="Arial" w:hAnsi="Arial"/>
          <w:b/>
        </w:rPr>
        <w:t xml:space="preserve">Interviewer P:  </w:t>
      </w:r>
      <w:r>
        <w:rPr>
          <w:rFonts w:ascii="Arial" w:hAnsi="Arial"/>
          <w:color w:val="5D7284"/>
        </w:rPr>
        <w:t>40:46</w:t>
      </w:r>
    </w:p>
    <w:p w14:paraId="77638106" w14:textId="77777777" w:rsidR="005C7435" w:rsidRDefault="00043F3A">
      <w:pPr>
        <w:spacing w:after="0"/>
      </w:pPr>
      <w:r>
        <w:rPr>
          <w:rFonts w:ascii="Arial" w:hAnsi="Arial"/>
        </w:rPr>
        <w:t>What is not exactly still?</w:t>
      </w:r>
    </w:p>
    <w:p w14:paraId="3F59ABDB" w14:textId="77777777" w:rsidR="005C7435" w:rsidRDefault="005C7435">
      <w:pPr>
        <w:spacing w:after="0"/>
      </w:pPr>
    </w:p>
    <w:p w14:paraId="6E22C0F4" w14:textId="77777777" w:rsidR="005C7435" w:rsidRDefault="00043F3A">
      <w:pPr>
        <w:spacing w:after="0"/>
      </w:pPr>
      <w:r>
        <w:rPr>
          <w:rFonts w:ascii="Arial" w:hAnsi="Arial"/>
          <w:b/>
        </w:rPr>
        <w:t xml:space="preserve">Participant #2:  </w:t>
      </w:r>
      <w:r>
        <w:rPr>
          <w:rFonts w:ascii="Arial" w:hAnsi="Arial"/>
          <w:color w:val="5D7284"/>
        </w:rPr>
        <w:t>40:48</w:t>
      </w:r>
    </w:p>
    <w:p w14:paraId="46514D06" w14:textId="77777777" w:rsidR="005C7435" w:rsidRDefault="00043F3A">
      <w:pPr>
        <w:spacing w:after="0"/>
      </w:pPr>
      <w:r>
        <w:rPr>
          <w:rFonts w:ascii="Arial" w:hAnsi="Arial"/>
        </w:rPr>
        <w:t>There's probably still a little bit of.</w:t>
      </w:r>
    </w:p>
    <w:p w14:paraId="3804A6BD" w14:textId="77777777" w:rsidR="005C7435" w:rsidRDefault="005C7435">
      <w:pPr>
        <w:spacing w:after="0"/>
      </w:pPr>
    </w:p>
    <w:p w14:paraId="257D660C" w14:textId="77777777" w:rsidR="005C7435" w:rsidRDefault="00043F3A">
      <w:pPr>
        <w:spacing w:after="0"/>
      </w:pPr>
      <w:r>
        <w:rPr>
          <w:rFonts w:ascii="Arial" w:hAnsi="Arial"/>
          <w:b/>
        </w:rPr>
        <w:t xml:space="preserve">Interviewer P:  </w:t>
      </w:r>
      <w:r>
        <w:rPr>
          <w:rFonts w:ascii="Arial" w:hAnsi="Arial"/>
          <w:color w:val="5D7284"/>
        </w:rPr>
        <w:t>40:49</w:t>
      </w:r>
    </w:p>
    <w:p w14:paraId="56C0957A" w14:textId="77777777" w:rsidR="005C7435" w:rsidRDefault="00043F3A">
      <w:pPr>
        <w:spacing w:after="0"/>
      </w:pPr>
      <w:r>
        <w:rPr>
          <w:rFonts w:ascii="Arial" w:hAnsi="Arial"/>
        </w:rPr>
        <w:t>Jiggle?</w:t>
      </w:r>
    </w:p>
    <w:p w14:paraId="35334F39" w14:textId="77777777" w:rsidR="005C7435" w:rsidRDefault="005C7435">
      <w:pPr>
        <w:spacing w:after="0"/>
      </w:pPr>
    </w:p>
    <w:p w14:paraId="0C7318C0" w14:textId="77777777" w:rsidR="005C7435" w:rsidRDefault="00043F3A">
      <w:pPr>
        <w:spacing w:after="0"/>
      </w:pPr>
      <w:r>
        <w:rPr>
          <w:rFonts w:ascii="Arial" w:hAnsi="Arial"/>
          <w:b/>
        </w:rPr>
        <w:t xml:space="preserve">Participant #2:  </w:t>
      </w:r>
      <w:r>
        <w:rPr>
          <w:rFonts w:ascii="Arial" w:hAnsi="Arial"/>
          <w:color w:val="5D7284"/>
        </w:rPr>
        <w:t>40:50</w:t>
      </w:r>
    </w:p>
    <w:p w14:paraId="36892577" w14:textId="77777777" w:rsidR="005C7435" w:rsidRDefault="00043F3A">
      <w:pPr>
        <w:spacing w:after="0"/>
      </w:pPr>
      <w:r>
        <w:rPr>
          <w:rFonts w:ascii="Arial" w:hAnsi="Arial"/>
        </w:rPr>
        <w:t>Yeah.</w:t>
      </w:r>
    </w:p>
    <w:p w14:paraId="466F040C" w14:textId="77777777" w:rsidR="005C7435" w:rsidRDefault="005C7435">
      <w:pPr>
        <w:spacing w:after="0"/>
      </w:pPr>
    </w:p>
    <w:p w14:paraId="2BFB1495" w14:textId="77777777" w:rsidR="005C7435" w:rsidRDefault="00043F3A">
      <w:pPr>
        <w:spacing w:after="0"/>
      </w:pPr>
      <w:r>
        <w:rPr>
          <w:rFonts w:ascii="Arial" w:hAnsi="Arial"/>
          <w:b/>
        </w:rPr>
        <w:t xml:space="preserve">Interviewer P:  </w:t>
      </w:r>
      <w:r>
        <w:rPr>
          <w:rFonts w:ascii="Arial" w:hAnsi="Arial"/>
          <w:color w:val="5D7284"/>
        </w:rPr>
        <w:t>40:50</w:t>
      </w:r>
    </w:p>
    <w:p w14:paraId="5A5151E6" w14:textId="77777777" w:rsidR="005C7435" w:rsidRDefault="00043F3A">
      <w:pPr>
        <w:spacing w:after="0"/>
      </w:pPr>
      <w:r>
        <w:rPr>
          <w:rFonts w:ascii="Arial" w:hAnsi="Arial"/>
        </w:rPr>
        <w:t>Okay. Got it. Awesome. I'm gonna turn this off. I think we got enough time.</w:t>
      </w:r>
    </w:p>
    <w:sectPr w:rsidR="005C7435" w:rsidSect="00190383">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1300B" w14:textId="77777777" w:rsidR="00190383" w:rsidRDefault="00190383">
      <w:pPr>
        <w:spacing w:after="0" w:line="240" w:lineRule="auto"/>
      </w:pPr>
      <w:r>
        <w:separator/>
      </w:r>
    </w:p>
  </w:endnote>
  <w:endnote w:type="continuationSeparator" w:id="0">
    <w:p w14:paraId="52EFAC11" w14:textId="77777777" w:rsidR="00190383" w:rsidRDefault="001903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18783569"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56A5C36D"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4714F9"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3C45899A"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52BCA320"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14FAD"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6EA3E7" w14:textId="77777777" w:rsidR="00190383" w:rsidRDefault="00190383">
      <w:pPr>
        <w:spacing w:after="0" w:line="240" w:lineRule="auto"/>
      </w:pPr>
      <w:r>
        <w:separator/>
      </w:r>
    </w:p>
  </w:footnote>
  <w:footnote w:type="continuationSeparator" w:id="0">
    <w:p w14:paraId="54A59EDC" w14:textId="77777777" w:rsidR="00190383" w:rsidRDefault="001903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04FD9"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6A61CB"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75DE8A"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762725011">
    <w:abstractNumId w:val="8"/>
  </w:num>
  <w:num w:numId="2" w16cid:durableId="1844197620">
    <w:abstractNumId w:val="6"/>
  </w:num>
  <w:num w:numId="3" w16cid:durableId="1281691939">
    <w:abstractNumId w:val="5"/>
  </w:num>
  <w:num w:numId="4" w16cid:durableId="2038264924">
    <w:abstractNumId w:val="4"/>
  </w:num>
  <w:num w:numId="5" w16cid:durableId="1125849109">
    <w:abstractNumId w:val="7"/>
  </w:num>
  <w:num w:numId="6" w16cid:durableId="1689913207">
    <w:abstractNumId w:val="3"/>
  </w:num>
  <w:num w:numId="7" w16cid:durableId="150485636">
    <w:abstractNumId w:val="2"/>
  </w:num>
  <w:num w:numId="8" w16cid:durableId="1755933850">
    <w:abstractNumId w:val="1"/>
  </w:num>
  <w:num w:numId="9" w16cid:durableId="2493190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43F3A"/>
    <w:rsid w:val="00050A6B"/>
    <w:rsid w:val="0006063C"/>
    <w:rsid w:val="00066610"/>
    <w:rsid w:val="001216B9"/>
    <w:rsid w:val="0015074B"/>
    <w:rsid w:val="00190383"/>
    <w:rsid w:val="0029639D"/>
    <w:rsid w:val="003261F9"/>
    <w:rsid w:val="00326F90"/>
    <w:rsid w:val="004A641F"/>
    <w:rsid w:val="004B593C"/>
    <w:rsid w:val="005C7435"/>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89A3117"/>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F4DB11BF-4BFD-4F2B-870F-B333207B9F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B0344E-B1D3-47F7-AE14-1DAA2BAB025E}">
  <ds:schemaRefs>
    <ds:schemaRef ds:uri="http://schemas.microsoft.com/sharepoint/v3/contenttype/forms"/>
  </ds:schemaRefs>
</ds:datastoreItem>
</file>

<file path=customXml/itemProps4.xml><?xml version="1.0" encoding="utf-8"?>
<ds:datastoreItem xmlns:ds="http://schemas.openxmlformats.org/officeDocument/2006/customXml" ds:itemID="{EF687E25-3FBB-4908-AED3-0E28CD55C91F}">
  <ds:schemaRefs>
    <ds:schemaRef ds:uri="http://schemas.microsoft.com/office/2006/documentManagement/types"/>
    <ds:schemaRef ds:uri="http://purl.org/dc/elements/1.1/"/>
    <ds:schemaRef ds:uri="http://purl.org/dc/dcmitype/"/>
    <ds:schemaRef ds:uri="http://schemas.microsoft.com/office/2006/metadata/properties"/>
    <ds:schemaRef ds:uri="eeef5ad7-d6de-419e-9305-cd9bdd8d89a9"/>
    <ds:schemaRef ds:uri="http://schemas.microsoft.com/office/infopath/2007/PartnerControls"/>
    <ds:schemaRef ds:uri="http://purl.org/dc/terms/"/>
    <ds:schemaRef ds:uri="http://schemas.openxmlformats.org/package/2006/metadata/core-properties"/>
    <ds:schemaRef ds:uri="5b1983e9-55b4-4f9e-a196-30376d2238aa"/>
    <ds:schemaRef ds:uri="http://schemas.microsoft.com/sharepoint/v3"/>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18</Pages>
  <Words>3878</Words>
  <Characters>22109</Characters>
  <Application>Microsoft Office Word</Application>
  <DocSecurity>4</DocSecurity>
  <Lines>184</Lines>
  <Paragraphs>51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25936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2024-05-21T15:49:00Z</dcterms:created>
  <dcterms:modified xsi:type="dcterms:W3CDTF">2024-05-21T15:49:00Z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