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060CA1" w14:textId="77777777" w:rsidR="00930F33" w:rsidRDefault="00930F33">
      <w:pPr>
        <w:spacing w:after="0"/>
        <w:rPr>
          <w:lang w:eastAsia="zh-CN"/>
        </w:rPr>
      </w:pPr>
    </w:p>
    <w:p w14:paraId="0A1F4E9D" w14:textId="77777777" w:rsidR="005D1ABA" w:rsidRDefault="00307550">
      <w:r>
        <w:rPr>
          <w:rFonts w:ascii="Arial" w:hAnsi="Arial"/>
          <w:sz w:val="48"/>
        </w:rPr>
        <w:t>Participant #33</w:t>
      </w:r>
    </w:p>
    <w:p w14:paraId="6E179381" w14:textId="4FB4CA36" w:rsidR="005D1ABA" w:rsidRDefault="00307550">
      <w:r>
        <w:rPr>
          <w:rFonts w:ascii="Arial" w:hAnsi="Arial"/>
          <w:color w:val="4F6880"/>
        </w:rPr>
        <w:t xml:space="preserve">Mon, Apr 01, </w:t>
      </w:r>
      <w:r w:rsidR="003274A5">
        <w:rPr>
          <w:rFonts w:ascii="Arial" w:hAnsi="Arial"/>
          <w:color w:val="4F6880"/>
        </w:rPr>
        <w:t>2024,</w:t>
      </w:r>
      <w:r>
        <w:rPr>
          <w:rFonts w:ascii="Arial" w:hAnsi="Arial"/>
          <w:color w:val="4F6880"/>
        </w:rPr>
        <w:t xml:space="preserve"> 10:56AM • 36:28</w:t>
      </w:r>
    </w:p>
    <w:p w14:paraId="1982BE17" w14:textId="77777777" w:rsidR="005D1ABA" w:rsidRDefault="00307550">
      <w:pPr>
        <w:spacing w:before="440" w:after="0"/>
      </w:pPr>
      <w:r>
        <w:rPr>
          <w:rFonts w:ascii="Arial" w:hAnsi="Arial"/>
          <w:b/>
          <w:color w:val="4F6880"/>
        </w:rPr>
        <w:t>SUMMARY KEYWORDS</w:t>
      </w:r>
    </w:p>
    <w:p w14:paraId="47C3465B" w14:textId="73A05B42" w:rsidR="005D1ABA" w:rsidRDefault="00307550">
      <w:r>
        <w:rPr>
          <w:rFonts w:ascii="Arial" w:hAnsi="Arial"/>
          <w:color w:val="4F6880"/>
        </w:rPr>
        <w:t xml:space="preserve">mix, freshwater, water, minutes, saltwater, bay, color, temperature, stay, </w:t>
      </w:r>
      <w:r w:rsidR="003274A5">
        <w:rPr>
          <w:rFonts w:ascii="Arial" w:hAnsi="Arial"/>
          <w:color w:val="4F6880"/>
        </w:rPr>
        <w:t>Chesapeake Bay</w:t>
      </w:r>
      <w:r>
        <w:rPr>
          <w:rFonts w:ascii="Arial" w:hAnsi="Arial"/>
          <w:color w:val="4F6880"/>
        </w:rPr>
        <w:t xml:space="preserve">, stir, movement, rotating, predicting, sense, imaginary, tank, salt, salty, </w:t>
      </w:r>
      <w:r w:rsidR="003274A5">
        <w:rPr>
          <w:rFonts w:ascii="Arial" w:hAnsi="Arial"/>
          <w:color w:val="4F6880"/>
        </w:rPr>
        <w:t>find.</w:t>
      </w:r>
    </w:p>
    <w:p w14:paraId="296EEE45" w14:textId="77777777" w:rsidR="005D1ABA" w:rsidRDefault="00307550">
      <w:pPr>
        <w:spacing w:before="440" w:after="0"/>
      </w:pPr>
      <w:r>
        <w:rPr>
          <w:rFonts w:ascii="Arial" w:hAnsi="Arial"/>
          <w:b/>
          <w:color w:val="4F6880"/>
        </w:rPr>
        <w:t>SPEAKERS</w:t>
      </w:r>
    </w:p>
    <w:p w14:paraId="1FB7A569" w14:textId="3030D3FD" w:rsidR="005D1ABA" w:rsidRDefault="00307550">
      <w:r>
        <w:rPr>
          <w:rFonts w:ascii="Arial" w:hAnsi="Arial"/>
          <w:color w:val="4F6880"/>
        </w:rPr>
        <w:t xml:space="preserve">Interviewer </w:t>
      </w:r>
      <w:r w:rsidR="003274A5">
        <w:rPr>
          <w:rFonts w:ascii="Arial" w:hAnsi="Arial"/>
          <w:color w:val="4F6880"/>
        </w:rPr>
        <w:t>E:</w:t>
      </w:r>
      <w:r>
        <w:rPr>
          <w:rFonts w:ascii="Arial" w:hAnsi="Arial"/>
          <w:color w:val="4F6880"/>
        </w:rPr>
        <w:t xml:space="preserve"> Participant #33, Interviewer P:</w:t>
      </w:r>
    </w:p>
    <w:p w14:paraId="6351668A" w14:textId="77777777" w:rsidR="005D1ABA" w:rsidRDefault="005D1ABA">
      <w:pPr>
        <w:spacing w:after="0"/>
      </w:pPr>
    </w:p>
    <w:p w14:paraId="44D79B38" w14:textId="77777777" w:rsidR="005D1ABA" w:rsidRDefault="00307550">
      <w:pPr>
        <w:spacing w:after="0"/>
      </w:pPr>
      <w:r>
        <w:rPr>
          <w:rFonts w:ascii="Arial" w:hAnsi="Arial"/>
          <w:b/>
        </w:rPr>
        <w:t xml:space="preserve">Interviewer P:  </w:t>
      </w:r>
      <w:r>
        <w:rPr>
          <w:rFonts w:ascii="Arial" w:hAnsi="Arial"/>
          <w:color w:val="5D7284"/>
        </w:rPr>
        <w:t>00:05</w:t>
      </w:r>
    </w:p>
    <w:p w14:paraId="1E6A7A14" w14:textId="77777777" w:rsidR="005D1ABA" w:rsidRDefault="00307550">
      <w:pPr>
        <w:spacing w:after="0"/>
      </w:pPr>
      <w:r>
        <w:rPr>
          <w:rFonts w:ascii="Arial" w:hAnsi="Arial"/>
        </w:rPr>
        <w:t>We have multiple recording devices. Alright, so this is participant number 33. Okay, so you've noticed we have this big rotating tank. And it's been rotating for, like 30 minutes now.</w:t>
      </w:r>
    </w:p>
    <w:p w14:paraId="75DA16B9" w14:textId="77777777" w:rsidR="005D1ABA" w:rsidRDefault="005D1ABA">
      <w:pPr>
        <w:spacing w:after="0"/>
      </w:pPr>
    </w:p>
    <w:p w14:paraId="4AA69FA8" w14:textId="77777777" w:rsidR="005D1ABA" w:rsidRDefault="00307550">
      <w:pPr>
        <w:spacing w:after="0"/>
      </w:pPr>
      <w:r>
        <w:rPr>
          <w:rFonts w:ascii="Arial" w:hAnsi="Arial"/>
          <w:b/>
        </w:rPr>
        <w:t xml:space="preserve">Interviewer E:  </w:t>
      </w:r>
      <w:r>
        <w:rPr>
          <w:rFonts w:ascii="Arial" w:hAnsi="Arial"/>
          <w:color w:val="5D7284"/>
        </w:rPr>
        <w:t>00:28</w:t>
      </w:r>
    </w:p>
    <w:p w14:paraId="7547D1CF" w14:textId="77777777" w:rsidR="005D1ABA" w:rsidRDefault="00307550">
      <w:pPr>
        <w:spacing w:after="0"/>
      </w:pPr>
      <w:r>
        <w:rPr>
          <w:rFonts w:ascii="Arial" w:hAnsi="Arial"/>
        </w:rPr>
        <w:t xml:space="preserve">Yeah. </w:t>
      </w:r>
    </w:p>
    <w:p w14:paraId="5F48F3F9" w14:textId="77777777" w:rsidR="005D1ABA" w:rsidRDefault="005D1ABA">
      <w:pPr>
        <w:spacing w:after="0"/>
      </w:pPr>
    </w:p>
    <w:p w14:paraId="0CC48861" w14:textId="77777777" w:rsidR="005D1ABA" w:rsidRDefault="00307550">
      <w:pPr>
        <w:spacing w:after="0"/>
      </w:pPr>
      <w:r>
        <w:rPr>
          <w:rFonts w:ascii="Arial" w:hAnsi="Arial"/>
          <w:b/>
        </w:rPr>
        <w:t xml:space="preserve">Interviewer P:  </w:t>
      </w:r>
      <w:r>
        <w:rPr>
          <w:rFonts w:ascii="Arial" w:hAnsi="Arial"/>
          <w:color w:val="5D7284"/>
        </w:rPr>
        <w:t>00:29</w:t>
      </w:r>
    </w:p>
    <w:p w14:paraId="6AB09A72" w14:textId="63190EA0" w:rsidR="005D1ABA" w:rsidRDefault="003274A5">
      <w:pPr>
        <w:spacing w:after="0"/>
      </w:pPr>
      <w:r>
        <w:rPr>
          <w:rFonts w:ascii="Arial" w:hAnsi="Arial"/>
        </w:rPr>
        <w:t>So, it's we've just had it spinning and going for a long time. And so, imagine that I have a tank identical to and it sitting right here and it's not rotating. So, we're going to imagine one is real, one's imaginary. So, we have a non-rotating, and a rotating. So, I am in a minute going to put some blue color in there. It is, just like you would use for eggs or whatever. Just regular food color. And I'm gonna drop it in both colors, red and blue. Like that four drops each boop, boop, boop, boop, boop, boop, boop. And then I'm gonna take this, it's not a spoon, but it's a stick, and just kind of gently stir it like that. Okay, so can you predict for me, what you think will happen in the non-rotating tank, and the rotating tank.</w:t>
      </w:r>
    </w:p>
    <w:p w14:paraId="142203DF" w14:textId="77777777" w:rsidR="005D1ABA" w:rsidRDefault="005D1ABA">
      <w:pPr>
        <w:spacing w:after="0"/>
      </w:pPr>
    </w:p>
    <w:p w14:paraId="77FB5089" w14:textId="0D7DCA6F" w:rsidR="005D1ABA" w:rsidRDefault="00307550">
      <w:pPr>
        <w:spacing w:after="0"/>
      </w:pPr>
      <w:r>
        <w:rPr>
          <w:rFonts w:ascii="Arial" w:hAnsi="Arial"/>
          <w:b/>
        </w:rPr>
        <w:t>Participant #</w:t>
      </w:r>
      <w:r w:rsidR="003274A5">
        <w:rPr>
          <w:rFonts w:ascii="Arial" w:hAnsi="Arial"/>
          <w:b/>
        </w:rPr>
        <w:t>33 01:36</w:t>
      </w:r>
    </w:p>
    <w:p w14:paraId="7F4D7F64" w14:textId="7F6A96AB" w:rsidR="005D1ABA" w:rsidRDefault="00307550">
      <w:pPr>
        <w:spacing w:after="0"/>
      </w:pPr>
      <w:r>
        <w:rPr>
          <w:rFonts w:ascii="Arial" w:hAnsi="Arial"/>
        </w:rPr>
        <w:t xml:space="preserve">I think that the rotating tank will mix faster because there's movement. The </w:t>
      </w:r>
      <w:r w:rsidR="003274A5">
        <w:rPr>
          <w:rFonts w:ascii="Arial" w:hAnsi="Arial"/>
        </w:rPr>
        <w:t>non-rotating</w:t>
      </w:r>
      <w:r>
        <w:rPr>
          <w:rFonts w:ascii="Arial" w:hAnsi="Arial"/>
        </w:rPr>
        <w:t xml:space="preserve"> it will take a little bit longer because the drops don't have immediate movement. When they go into the water. They're just kind of there. And until they have something to disperse. The I don't know, the droplet then it won't mix as well as in a rotating tank.</w:t>
      </w:r>
    </w:p>
    <w:p w14:paraId="5B1D279F" w14:textId="77777777" w:rsidR="005D1ABA" w:rsidRDefault="005D1ABA">
      <w:pPr>
        <w:spacing w:after="0"/>
      </w:pPr>
    </w:p>
    <w:p w14:paraId="0885E831" w14:textId="77777777" w:rsidR="005D1ABA" w:rsidRDefault="00307550">
      <w:pPr>
        <w:spacing w:after="0"/>
      </w:pPr>
      <w:r>
        <w:rPr>
          <w:rFonts w:ascii="Arial" w:hAnsi="Arial"/>
          <w:b/>
        </w:rPr>
        <w:t xml:space="preserve">Interviewer P:  </w:t>
      </w:r>
      <w:r>
        <w:rPr>
          <w:rFonts w:ascii="Arial" w:hAnsi="Arial"/>
          <w:color w:val="5D7284"/>
        </w:rPr>
        <w:t>02:01</w:t>
      </w:r>
    </w:p>
    <w:p w14:paraId="142942B8" w14:textId="601CCDB1" w:rsidR="005D1ABA" w:rsidRDefault="00307550">
      <w:pPr>
        <w:spacing w:after="0"/>
      </w:pPr>
      <w:r>
        <w:rPr>
          <w:rFonts w:ascii="Arial" w:hAnsi="Arial"/>
        </w:rPr>
        <w:t xml:space="preserve">And </w:t>
      </w:r>
      <w:r w:rsidR="003274A5">
        <w:rPr>
          <w:rFonts w:ascii="Arial" w:hAnsi="Arial"/>
        </w:rPr>
        <w:t>so,</w:t>
      </w:r>
      <w:r>
        <w:rPr>
          <w:rFonts w:ascii="Arial" w:hAnsi="Arial"/>
        </w:rPr>
        <w:t xml:space="preserve"> when you say it will mix, can you explain a little bit about what that will be?</w:t>
      </w:r>
    </w:p>
    <w:p w14:paraId="0DF1590D" w14:textId="77777777" w:rsidR="005D1ABA" w:rsidRDefault="005D1ABA">
      <w:pPr>
        <w:spacing w:after="0"/>
      </w:pPr>
    </w:p>
    <w:p w14:paraId="7EF1F0C8" w14:textId="6607AED5" w:rsidR="005D1ABA" w:rsidRDefault="00307550">
      <w:pPr>
        <w:spacing w:after="0"/>
      </w:pPr>
      <w:r>
        <w:rPr>
          <w:rFonts w:ascii="Arial" w:hAnsi="Arial"/>
          <w:b/>
        </w:rPr>
        <w:t>Participant #</w:t>
      </w:r>
      <w:r w:rsidR="003274A5">
        <w:rPr>
          <w:rFonts w:ascii="Arial" w:hAnsi="Arial"/>
          <w:b/>
        </w:rPr>
        <w:t>33 02:07</w:t>
      </w:r>
    </w:p>
    <w:p w14:paraId="22AF172D" w14:textId="77777777" w:rsidR="005D1ABA" w:rsidRDefault="00307550">
      <w:pPr>
        <w:spacing w:after="0"/>
      </w:pPr>
      <w:r>
        <w:rPr>
          <w:rFonts w:ascii="Arial" w:hAnsi="Arial"/>
        </w:rPr>
        <w:t>Yeah, so by mix, I mean that the color will disperse even more evenly into the water and also that the colors themselves will combine. Probably just because it's mixing in a large, large tank.</w:t>
      </w:r>
    </w:p>
    <w:p w14:paraId="3218F031" w14:textId="77777777" w:rsidR="005D1ABA" w:rsidRDefault="005D1ABA">
      <w:pPr>
        <w:spacing w:after="0"/>
      </w:pPr>
    </w:p>
    <w:p w14:paraId="01C34F49" w14:textId="77777777" w:rsidR="005D1ABA" w:rsidRDefault="00307550">
      <w:pPr>
        <w:spacing w:after="0"/>
      </w:pPr>
      <w:r>
        <w:rPr>
          <w:rFonts w:ascii="Arial" w:hAnsi="Arial"/>
          <w:b/>
        </w:rPr>
        <w:lastRenderedPageBreak/>
        <w:t xml:space="preserve">Interviewer P:  </w:t>
      </w:r>
      <w:r>
        <w:rPr>
          <w:rFonts w:ascii="Arial" w:hAnsi="Arial"/>
          <w:color w:val="5D7284"/>
        </w:rPr>
        <w:t>02:23</w:t>
      </w:r>
    </w:p>
    <w:p w14:paraId="3CC561EF" w14:textId="7A88FF31" w:rsidR="005D1ABA" w:rsidRDefault="00307550">
      <w:pPr>
        <w:spacing w:after="0"/>
      </w:pPr>
      <w:r>
        <w:rPr>
          <w:rFonts w:ascii="Arial" w:hAnsi="Arial"/>
        </w:rPr>
        <w:t xml:space="preserve">Yeah okay, so since this one is imaginary. I actually did this beforehand, and video recorded it. </w:t>
      </w:r>
      <w:r w:rsidR="003274A5">
        <w:rPr>
          <w:rFonts w:ascii="Arial" w:hAnsi="Arial"/>
        </w:rPr>
        <w:t>So,</w:t>
      </w:r>
      <w:r>
        <w:rPr>
          <w:rFonts w:ascii="Arial" w:hAnsi="Arial"/>
        </w:rPr>
        <w:t xml:space="preserve"> I'm going to show you a tape of the imaginary one and then we'll actually do it in this one. Can you see that, okay, there isn't a glare? </w:t>
      </w:r>
    </w:p>
    <w:p w14:paraId="7B4AF36D" w14:textId="77777777" w:rsidR="005D1ABA" w:rsidRDefault="005D1ABA">
      <w:pPr>
        <w:spacing w:after="0"/>
      </w:pPr>
    </w:p>
    <w:p w14:paraId="05699922" w14:textId="4947323C" w:rsidR="005D1ABA" w:rsidRDefault="00307550">
      <w:pPr>
        <w:spacing w:after="0"/>
      </w:pPr>
      <w:r>
        <w:rPr>
          <w:rFonts w:ascii="Arial" w:hAnsi="Arial"/>
          <w:b/>
        </w:rPr>
        <w:t>Participant #</w:t>
      </w:r>
      <w:r w:rsidR="003274A5">
        <w:rPr>
          <w:rFonts w:ascii="Arial" w:hAnsi="Arial"/>
          <w:b/>
        </w:rPr>
        <w:t>33 02:51</w:t>
      </w:r>
    </w:p>
    <w:p w14:paraId="3F245C7B" w14:textId="77777777" w:rsidR="005D1ABA" w:rsidRDefault="00307550">
      <w:pPr>
        <w:spacing w:after="0"/>
      </w:pPr>
      <w:r>
        <w:rPr>
          <w:rFonts w:ascii="Arial" w:hAnsi="Arial"/>
        </w:rPr>
        <w:t xml:space="preserve">Nope. </w:t>
      </w:r>
    </w:p>
    <w:p w14:paraId="70FCBE30" w14:textId="77777777" w:rsidR="005D1ABA" w:rsidRDefault="005D1ABA">
      <w:pPr>
        <w:spacing w:after="0"/>
      </w:pPr>
    </w:p>
    <w:p w14:paraId="2B1919AC" w14:textId="77777777" w:rsidR="005D1ABA" w:rsidRDefault="00307550">
      <w:pPr>
        <w:spacing w:after="0"/>
      </w:pPr>
      <w:r>
        <w:rPr>
          <w:rFonts w:ascii="Arial" w:hAnsi="Arial"/>
          <w:b/>
        </w:rPr>
        <w:t xml:space="preserve">Interviewer P:  </w:t>
      </w:r>
      <w:r>
        <w:rPr>
          <w:rFonts w:ascii="Arial" w:hAnsi="Arial"/>
          <w:color w:val="5D7284"/>
        </w:rPr>
        <w:t>02:52</w:t>
      </w:r>
    </w:p>
    <w:p w14:paraId="7CFA940D" w14:textId="77777777" w:rsidR="005D1ABA" w:rsidRDefault="00307550">
      <w:pPr>
        <w:spacing w:after="0"/>
      </w:pPr>
      <w:r>
        <w:rPr>
          <w:rFonts w:ascii="Arial" w:hAnsi="Arial"/>
        </w:rPr>
        <w:t>Okay. So that's me dropping it in. Giving it a quick little stir and then I let it go for a minute. Which I can kind of speed it up for you. Okay, so there, I'm at about 1:18. So, was there anything about that, that you found surprising?</w:t>
      </w:r>
    </w:p>
    <w:p w14:paraId="340EBC3F" w14:textId="77777777" w:rsidR="005D1ABA" w:rsidRDefault="005D1ABA">
      <w:pPr>
        <w:spacing w:after="0"/>
      </w:pPr>
    </w:p>
    <w:p w14:paraId="34588A97" w14:textId="5FE633D3" w:rsidR="005D1ABA" w:rsidRDefault="00307550">
      <w:pPr>
        <w:spacing w:after="0"/>
      </w:pPr>
      <w:r>
        <w:rPr>
          <w:rFonts w:ascii="Arial" w:hAnsi="Arial"/>
          <w:b/>
        </w:rPr>
        <w:t>Participant #</w:t>
      </w:r>
      <w:r w:rsidR="003274A5">
        <w:rPr>
          <w:rFonts w:ascii="Arial" w:hAnsi="Arial"/>
          <w:b/>
        </w:rPr>
        <w:t>33 03:45</w:t>
      </w:r>
    </w:p>
    <w:p w14:paraId="43C98431" w14:textId="77777777" w:rsidR="005D1ABA" w:rsidRDefault="00307550">
      <w:pPr>
        <w:spacing w:after="0"/>
      </w:pPr>
      <w:r>
        <w:rPr>
          <w:rFonts w:ascii="Arial" w:hAnsi="Arial"/>
        </w:rPr>
        <w:t>Um, not really. I would say I feel like that's kind of what I would expect to happen with just still water using droplets of color. And then how they like stayed the same. And then once you started to mix, they'd started to disperse more and come together like with the water. So that made that makes sense to me.</w:t>
      </w:r>
    </w:p>
    <w:p w14:paraId="24E134A1" w14:textId="77777777" w:rsidR="005D1ABA" w:rsidRDefault="005D1ABA">
      <w:pPr>
        <w:spacing w:after="0"/>
      </w:pPr>
    </w:p>
    <w:p w14:paraId="6EACBC62" w14:textId="77777777" w:rsidR="005D1ABA" w:rsidRDefault="00307550">
      <w:pPr>
        <w:spacing w:after="0"/>
      </w:pPr>
      <w:r>
        <w:rPr>
          <w:rFonts w:ascii="Arial" w:hAnsi="Arial"/>
          <w:b/>
        </w:rPr>
        <w:t xml:space="preserve">Interviewer P:  </w:t>
      </w:r>
      <w:r>
        <w:rPr>
          <w:rFonts w:ascii="Arial" w:hAnsi="Arial"/>
          <w:color w:val="5D7284"/>
        </w:rPr>
        <w:t>04:07</w:t>
      </w:r>
    </w:p>
    <w:p w14:paraId="73C3E8C5" w14:textId="2D8B7E82" w:rsidR="005D1ABA" w:rsidRDefault="00307550">
      <w:pPr>
        <w:spacing w:after="0"/>
      </w:pPr>
      <w:r>
        <w:rPr>
          <w:rFonts w:ascii="Arial" w:hAnsi="Arial"/>
        </w:rPr>
        <w:t xml:space="preserve">Yeah okay. All right. </w:t>
      </w:r>
      <w:r w:rsidR="003274A5">
        <w:rPr>
          <w:rFonts w:ascii="Arial" w:hAnsi="Arial"/>
        </w:rPr>
        <w:t>So,</w:t>
      </w:r>
      <w:r>
        <w:rPr>
          <w:rFonts w:ascii="Arial" w:hAnsi="Arial"/>
        </w:rPr>
        <w:t xml:space="preserve"> let's do it over here. What I'm gonna do first is I just put a little drop up, this is dish. In here, I did the same thing with the other one. Because I don't know if you know that water has like surface tension. And so sometimes the dye kind of just like hangs out on the top because of the surface tension. </w:t>
      </w:r>
      <w:r w:rsidR="003274A5">
        <w:rPr>
          <w:rFonts w:ascii="Arial" w:hAnsi="Arial"/>
        </w:rPr>
        <w:t>So,</w:t>
      </w:r>
      <w:r>
        <w:rPr>
          <w:rFonts w:ascii="Arial" w:hAnsi="Arial"/>
        </w:rPr>
        <w:t xml:space="preserve"> by adding the soap, it actually breaks up that surface tension. And the dye doesn't tend to like hanging out on the top. It will sink to the bottom like you saw in that one. All right. Do this, s</w:t>
      </w:r>
      <w:r>
        <w:rPr>
          <w:rFonts w:ascii="Arial" w:hAnsi="Arial"/>
        </w:rPr>
        <w:t>o before I've stirred up does anything surprise you so far?</w:t>
      </w:r>
    </w:p>
    <w:p w14:paraId="3DC5C06F" w14:textId="77777777" w:rsidR="005D1ABA" w:rsidRDefault="005D1ABA">
      <w:pPr>
        <w:spacing w:after="0"/>
      </w:pPr>
    </w:p>
    <w:p w14:paraId="66742755" w14:textId="77777777" w:rsidR="005D1ABA" w:rsidRDefault="00307550">
      <w:pPr>
        <w:spacing w:after="0"/>
      </w:pPr>
      <w:r>
        <w:rPr>
          <w:rFonts w:ascii="Arial" w:hAnsi="Arial"/>
          <w:b/>
        </w:rPr>
        <w:t xml:space="preserve">Participant #33  </w:t>
      </w:r>
      <w:r>
        <w:rPr>
          <w:rFonts w:ascii="Arial" w:hAnsi="Arial"/>
          <w:color w:val="5D7284"/>
        </w:rPr>
        <w:t>05:34</w:t>
      </w:r>
    </w:p>
    <w:p w14:paraId="1115CCE3" w14:textId="4D01ECDF" w:rsidR="005D1ABA" w:rsidRDefault="00307550">
      <w:pPr>
        <w:spacing w:after="0"/>
      </w:pPr>
      <w:r>
        <w:rPr>
          <w:rFonts w:ascii="Arial" w:hAnsi="Arial"/>
        </w:rPr>
        <w:t xml:space="preserve">No, because I wasn't really thinking about the fact that the, it's all moving. </w:t>
      </w:r>
      <w:r w:rsidR="003274A5">
        <w:rPr>
          <w:rFonts w:ascii="Arial" w:hAnsi="Arial"/>
        </w:rPr>
        <w:t>So,</w:t>
      </w:r>
      <w:r>
        <w:rPr>
          <w:rFonts w:ascii="Arial" w:hAnsi="Arial"/>
        </w:rPr>
        <w:t xml:space="preserve"> it makes sense to me now, why the droplets aren't moving as much and why they're staying stationary. But before, I definitely did not think that that would happen. </w:t>
      </w:r>
    </w:p>
    <w:p w14:paraId="0C61CE40" w14:textId="77777777" w:rsidR="005D1ABA" w:rsidRDefault="005D1ABA">
      <w:pPr>
        <w:spacing w:after="0"/>
      </w:pPr>
    </w:p>
    <w:p w14:paraId="1F32200E" w14:textId="77777777" w:rsidR="005D1ABA" w:rsidRDefault="00307550">
      <w:pPr>
        <w:spacing w:after="0"/>
      </w:pPr>
      <w:r>
        <w:rPr>
          <w:rFonts w:ascii="Arial" w:hAnsi="Arial"/>
          <w:b/>
        </w:rPr>
        <w:t xml:space="preserve">Interviewer P:  </w:t>
      </w:r>
      <w:r>
        <w:rPr>
          <w:rFonts w:ascii="Arial" w:hAnsi="Arial"/>
          <w:color w:val="5D7284"/>
        </w:rPr>
        <w:t>05:53</w:t>
      </w:r>
    </w:p>
    <w:p w14:paraId="61047268" w14:textId="3681467E" w:rsidR="005D1ABA" w:rsidRDefault="003274A5">
      <w:pPr>
        <w:spacing w:after="0"/>
      </w:pPr>
      <w:r>
        <w:rPr>
          <w:rFonts w:ascii="Arial" w:hAnsi="Arial"/>
        </w:rPr>
        <w:t>Yeah, so when you say it makes sense why they're stationary? Can you tell me about that.</w:t>
      </w:r>
    </w:p>
    <w:p w14:paraId="02A5D7E7" w14:textId="77777777" w:rsidR="005D1ABA" w:rsidRDefault="005D1ABA">
      <w:pPr>
        <w:spacing w:after="0"/>
      </w:pPr>
    </w:p>
    <w:p w14:paraId="2F585D69" w14:textId="77777777" w:rsidR="005D1ABA" w:rsidRDefault="00307550">
      <w:pPr>
        <w:spacing w:after="0"/>
      </w:pPr>
      <w:r>
        <w:rPr>
          <w:rFonts w:ascii="Arial" w:hAnsi="Arial"/>
          <w:b/>
        </w:rPr>
        <w:t xml:space="preserve">Participant #33  </w:t>
      </w:r>
      <w:r>
        <w:rPr>
          <w:rFonts w:ascii="Arial" w:hAnsi="Arial"/>
          <w:color w:val="5D7284"/>
        </w:rPr>
        <w:t>05:57</w:t>
      </w:r>
    </w:p>
    <w:p w14:paraId="6C044A3A" w14:textId="77777777" w:rsidR="005D1ABA" w:rsidRDefault="00307550">
      <w:pPr>
        <w:spacing w:after="0"/>
      </w:pPr>
      <w:r>
        <w:rPr>
          <w:rFonts w:ascii="Arial" w:hAnsi="Arial"/>
        </w:rPr>
        <w:t>Um, just because every part of the contraption, including the water is moving. So just, you know, basic physics it should stay the same, because it's all moving. Even just adding a droplet shouldn't move that, I guess.</w:t>
      </w:r>
    </w:p>
    <w:p w14:paraId="7BA0960B" w14:textId="77777777" w:rsidR="005D1ABA" w:rsidRDefault="005D1ABA">
      <w:pPr>
        <w:spacing w:after="0"/>
      </w:pPr>
    </w:p>
    <w:p w14:paraId="5AA91151" w14:textId="77777777" w:rsidR="005D1ABA" w:rsidRDefault="00307550">
      <w:pPr>
        <w:spacing w:after="0"/>
      </w:pPr>
      <w:r>
        <w:rPr>
          <w:rFonts w:ascii="Arial" w:hAnsi="Arial"/>
          <w:b/>
        </w:rPr>
        <w:t xml:space="preserve">Interviewer P:  </w:t>
      </w:r>
      <w:r>
        <w:rPr>
          <w:rFonts w:ascii="Arial" w:hAnsi="Arial"/>
          <w:color w:val="5D7284"/>
        </w:rPr>
        <w:t>06:15</w:t>
      </w:r>
    </w:p>
    <w:p w14:paraId="230A2ADE" w14:textId="167C90AA" w:rsidR="005D1ABA" w:rsidRDefault="003274A5">
      <w:pPr>
        <w:spacing w:after="0"/>
      </w:pPr>
      <w:r>
        <w:rPr>
          <w:rFonts w:ascii="Arial" w:hAnsi="Arial"/>
        </w:rPr>
        <w:t>So, what about when I mix it like I did on there?</w:t>
      </w:r>
    </w:p>
    <w:p w14:paraId="581B4357" w14:textId="77777777" w:rsidR="005D1ABA" w:rsidRDefault="005D1ABA">
      <w:pPr>
        <w:spacing w:after="0"/>
      </w:pPr>
    </w:p>
    <w:p w14:paraId="28F33F64" w14:textId="77777777" w:rsidR="005D1ABA" w:rsidRDefault="00307550">
      <w:pPr>
        <w:spacing w:after="0"/>
      </w:pPr>
      <w:r>
        <w:rPr>
          <w:rFonts w:ascii="Arial" w:hAnsi="Arial"/>
          <w:b/>
        </w:rPr>
        <w:t xml:space="preserve">Participant #33  </w:t>
      </w:r>
      <w:r>
        <w:rPr>
          <w:rFonts w:ascii="Arial" w:hAnsi="Arial"/>
          <w:color w:val="5D7284"/>
        </w:rPr>
        <w:t>06:20</w:t>
      </w:r>
    </w:p>
    <w:p w14:paraId="16D3B08E" w14:textId="14AB3888" w:rsidR="005D1ABA" w:rsidRDefault="00307550">
      <w:pPr>
        <w:spacing w:after="0"/>
      </w:pPr>
      <w:r>
        <w:rPr>
          <w:rFonts w:ascii="Arial" w:hAnsi="Arial"/>
        </w:rPr>
        <w:lastRenderedPageBreak/>
        <w:t xml:space="preserve">I think that it'll start to mix a little better than the other one, because it's moving. And if the waters kind of, I guess, still sort of right now. </w:t>
      </w:r>
      <w:r w:rsidR="003274A5">
        <w:rPr>
          <w:rFonts w:ascii="Arial" w:hAnsi="Arial"/>
        </w:rPr>
        <w:t>So,</w:t>
      </w:r>
      <w:r>
        <w:rPr>
          <w:rFonts w:ascii="Arial" w:hAnsi="Arial"/>
        </w:rPr>
        <w:t xml:space="preserve"> when you start to move it because of the rotation, I think maybe it'll mix better.</w:t>
      </w:r>
    </w:p>
    <w:p w14:paraId="5228E72A" w14:textId="77777777" w:rsidR="005D1ABA" w:rsidRDefault="005D1ABA">
      <w:pPr>
        <w:spacing w:after="0"/>
      </w:pPr>
    </w:p>
    <w:p w14:paraId="06391D37" w14:textId="77777777" w:rsidR="005D1ABA" w:rsidRDefault="00307550">
      <w:pPr>
        <w:spacing w:after="0"/>
      </w:pPr>
      <w:r>
        <w:rPr>
          <w:rFonts w:ascii="Arial" w:hAnsi="Arial"/>
          <w:b/>
        </w:rPr>
        <w:t xml:space="preserve">Interviewer P:  </w:t>
      </w:r>
      <w:r>
        <w:rPr>
          <w:rFonts w:ascii="Arial" w:hAnsi="Arial"/>
          <w:color w:val="5D7284"/>
        </w:rPr>
        <w:t>06:34</w:t>
      </w:r>
    </w:p>
    <w:p w14:paraId="58226A1F" w14:textId="5EAAA8EF" w:rsidR="005D1ABA" w:rsidRDefault="00307550">
      <w:pPr>
        <w:spacing w:after="0"/>
      </w:pPr>
      <w:r>
        <w:rPr>
          <w:rFonts w:ascii="Arial" w:hAnsi="Arial"/>
        </w:rPr>
        <w:t xml:space="preserve">Now I gotta get my hand in there before it smacks me. Okay, that one little. One little more. You can go ahead and stand up if you want to. </w:t>
      </w:r>
      <w:r w:rsidR="003274A5">
        <w:rPr>
          <w:rFonts w:ascii="Arial" w:hAnsi="Arial"/>
        </w:rPr>
        <w:t>So,</w:t>
      </w:r>
      <w:r>
        <w:rPr>
          <w:rFonts w:ascii="Arial" w:hAnsi="Arial"/>
        </w:rPr>
        <w:t xml:space="preserve"> does that surprise you?</w:t>
      </w:r>
    </w:p>
    <w:p w14:paraId="3B4E085F" w14:textId="77777777" w:rsidR="005D1ABA" w:rsidRDefault="005D1ABA">
      <w:pPr>
        <w:spacing w:after="0"/>
      </w:pPr>
    </w:p>
    <w:p w14:paraId="3BA3E793" w14:textId="77777777" w:rsidR="005D1ABA" w:rsidRDefault="00307550">
      <w:pPr>
        <w:spacing w:after="0"/>
      </w:pPr>
      <w:r>
        <w:rPr>
          <w:rFonts w:ascii="Arial" w:hAnsi="Arial"/>
          <w:b/>
        </w:rPr>
        <w:t xml:space="preserve">Participant #33  </w:t>
      </w:r>
      <w:r>
        <w:rPr>
          <w:rFonts w:ascii="Arial" w:hAnsi="Arial"/>
          <w:color w:val="5D7284"/>
        </w:rPr>
        <w:t>07:11</w:t>
      </w:r>
    </w:p>
    <w:p w14:paraId="19F7BBAF" w14:textId="77777777" w:rsidR="005D1ABA" w:rsidRDefault="00307550">
      <w:pPr>
        <w:spacing w:after="0"/>
      </w:pPr>
      <w:r>
        <w:rPr>
          <w:rFonts w:ascii="Arial" w:hAnsi="Arial"/>
        </w:rPr>
        <w:t>Yeah. I would not have expected that. That's pretty cool. I've never seen that before.</w:t>
      </w:r>
    </w:p>
    <w:p w14:paraId="4FE7F4C7" w14:textId="77777777" w:rsidR="005D1ABA" w:rsidRDefault="005D1ABA">
      <w:pPr>
        <w:spacing w:after="0"/>
      </w:pPr>
    </w:p>
    <w:p w14:paraId="10A645B8" w14:textId="77777777" w:rsidR="005D1ABA" w:rsidRDefault="00307550">
      <w:pPr>
        <w:spacing w:after="0"/>
      </w:pPr>
      <w:r>
        <w:rPr>
          <w:rFonts w:ascii="Arial" w:hAnsi="Arial"/>
          <w:b/>
        </w:rPr>
        <w:t xml:space="preserve">Interviewer P:  </w:t>
      </w:r>
      <w:r>
        <w:rPr>
          <w:rFonts w:ascii="Arial" w:hAnsi="Arial"/>
          <w:color w:val="5D7284"/>
        </w:rPr>
        <w:t>07:24</w:t>
      </w:r>
    </w:p>
    <w:p w14:paraId="55CD6C00" w14:textId="0BAA485C" w:rsidR="005D1ABA" w:rsidRDefault="003274A5">
      <w:pPr>
        <w:spacing w:after="0"/>
      </w:pPr>
      <w:r>
        <w:rPr>
          <w:rFonts w:ascii="Arial" w:hAnsi="Arial"/>
        </w:rPr>
        <w:t>So, what do you find surprising about it?</w:t>
      </w:r>
    </w:p>
    <w:p w14:paraId="44B512C4" w14:textId="77777777" w:rsidR="005D1ABA" w:rsidRDefault="005D1ABA">
      <w:pPr>
        <w:spacing w:after="0"/>
      </w:pPr>
    </w:p>
    <w:p w14:paraId="719DD014" w14:textId="77777777" w:rsidR="005D1ABA" w:rsidRDefault="00307550">
      <w:pPr>
        <w:spacing w:after="0"/>
      </w:pPr>
      <w:r>
        <w:rPr>
          <w:rFonts w:ascii="Arial" w:hAnsi="Arial"/>
          <w:b/>
        </w:rPr>
        <w:t xml:space="preserve">Participant #33  </w:t>
      </w:r>
      <w:r>
        <w:rPr>
          <w:rFonts w:ascii="Arial" w:hAnsi="Arial"/>
          <w:color w:val="5D7284"/>
        </w:rPr>
        <w:t>07:27</w:t>
      </w:r>
    </w:p>
    <w:p w14:paraId="4E44782A" w14:textId="77777777" w:rsidR="005D1ABA" w:rsidRDefault="00307550">
      <w:pPr>
        <w:spacing w:after="0"/>
      </w:pPr>
      <w:r>
        <w:rPr>
          <w:rFonts w:ascii="Arial" w:hAnsi="Arial"/>
        </w:rPr>
        <w:t>That it's kind of keeping like a spiral type of movement from when you stirred all of the colors kind of keeping in keeping to the place where it was when you first made a first couple of movements in the water. And it's not really mixing except for in one tiny spot where there's like a little spiral.</w:t>
      </w:r>
    </w:p>
    <w:p w14:paraId="33C2C87D" w14:textId="77777777" w:rsidR="005D1ABA" w:rsidRDefault="005D1ABA">
      <w:pPr>
        <w:spacing w:after="0"/>
      </w:pPr>
    </w:p>
    <w:p w14:paraId="52922618" w14:textId="77777777" w:rsidR="005D1ABA" w:rsidRDefault="00307550">
      <w:pPr>
        <w:spacing w:after="0"/>
      </w:pPr>
      <w:r>
        <w:rPr>
          <w:rFonts w:ascii="Arial" w:hAnsi="Arial"/>
          <w:b/>
        </w:rPr>
        <w:t xml:space="preserve">Interviewer P:  </w:t>
      </w:r>
      <w:r>
        <w:rPr>
          <w:rFonts w:ascii="Arial" w:hAnsi="Arial"/>
          <w:color w:val="5D7284"/>
        </w:rPr>
        <w:t>07:52</w:t>
      </w:r>
    </w:p>
    <w:p w14:paraId="4BCC59E2" w14:textId="77777777" w:rsidR="005D1ABA" w:rsidRDefault="00307550">
      <w:pPr>
        <w:spacing w:after="0"/>
      </w:pPr>
      <w:r>
        <w:rPr>
          <w:rFonts w:ascii="Arial" w:hAnsi="Arial"/>
        </w:rPr>
        <w:t>Is it mixing where there is that spike, see the red and blue.</w:t>
      </w:r>
    </w:p>
    <w:p w14:paraId="79A113E8" w14:textId="77777777" w:rsidR="005D1ABA" w:rsidRDefault="005D1ABA">
      <w:pPr>
        <w:spacing w:after="0"/>
      </w:pPr>
    </w:p>
    <w:p w14:paraId="33859F32" w14:textId="77777777" w:rsidR="005D1ABA" w:rsidRDefault="00307550">
      <w:pPr>
        <w:spacing w:after="0"/>
      </w:pPr>
      <w:r>
        <w:rPr>
          <w:rFonts w:ascii="Arial" w:hAnsi="Arial"/>
          <w:b/>
        </w:rPr>
        <w:t xml:space="preserve">Participant #33  </w:t>
      </w:r>
      <w:r>
        <w:rPr>
          <w:rFonts w:ascii="Arial" w:hAnsi="Arial"/>
          <w:color w:val="5D7284"/>
        </w:rPr>
        <w:t>07:55</w:t>
      </w:r>
    </w:p>
    <w:p w14:paraId="28391B01" w14:textId="79C340B7" w:rsidR="005D1ABA" w:rsidRDefault="00307550">
      <w:pPr>
        <w:spacing w:after="0"/>
      </w:pPr>
      <w:r>
        <w:rPr>
          <w:rFonts w:ascii="Arial" w:hAnsi="Arial"/>
        </w:rPr>
        <w:t xml:space="preserve">A little bit. Yeah, just like a tiny bit of like a </w:t>
      </w:r>
      <w:r w:rsidR="003274A5">
        <w:rPr>
          <w:rFonts w:ascii="Arial" w:hAnsi="Arial"/>
        </w:rPr>
        <w:t>purply</w:t>
      </w:r>
      <w:r>
        <w:rPr>
          <w:rFonts w:ascii="Arial" w:hAnsi="Arial"/>
        </w:rPr>
        <w:t xml:space="preserve"> kind of color.</w:t>
      </w:r>
    </w:p>
    <w:p w14:paraId="31CDC709" w14:textId="77777777" w:rsidR="005D1ABA" w:rsidRDefault="005D1ABA">
      <w:pPr>
        <w:spacing w:after="0"/>
      </w:pPr>
    </w:p>
    <w:p w14:paraId="3E597DA9" w14:textId="77777777" w:rsidR="005D1ABA" w:rsidRDefault="00307550">
      <w:pPr>
        <w:spacing w:after="0"/>
      </w:pPr>
      <w:r>
        <w:rPr>
          <w:rFonts w:ascii="Arial" w:hAnsi="Arial"/>
          <w:b/>
        </w:rPr>
        <w:t xml:space="preserve">Interviewer P:  </w:t>
      </w:r>
      <w:r>
        <w:rPr>
          <w:rFonts w:ascii="Arial" w:hAnsi="Arial"/>
          <w:color w:val="5D7284"/>
        </w:rPr>
        <w:t>08:01</w:t>
      </w:r>
    </w:p>
    <w:p w14:paraId="0A368AA0" w14:textId="77777777" w:rsidR="005D1ABA" w:rsidRDefault="00307550">
      <w:pPr>
        <w:spacing w:after="0"/>
      </w:pPr>
      <w:r>
        <w:rPr>
          <w:rFonts w:ascii="Arial" w:hAnsi="Arial"/>
        </w:rPr>
        <w:t>Like, oh, like a.</w:t>
      </w:r>
    </w:p>
    <w:p w14:paraId="6970C183" w14:textId="77777777" w:rsidR="005D1ABA" w:rsidRDefault="005D1ABA">
      <w:pPr>
        <w:spacing w:after="0"/>
      </w:pPr>
    </w:p>
    <w:p w14:paraId="25BCB0EF" w14:textId="77777777" w:rsidR="005D1ABA" w:rsidRDefault="00307550">
      <w:pPr>
        <w:spacing w:after="0"/>
      </w:pPr>
      <w:r>
        <w:rPr>
          <w:rFonts w:ascii="Arial" w:hAnsi="Arial"/>
          <w:b/>
        </w:rPr>
        <w:t xml:space="preserve">Participant #33  </w:t>
      </w:r>
      <w:r>
        <w:rPr>
          <w:rFonts w:ascii="Arial" w:hAnsi="Arial"/>
          <w:color w:val="5D7284"/>
        </w:rPr>
        <w:t>08:03</w:t>
      </w:r>
    </w:p>
    <w:p w14:paraId="52DC7B58" w14:textId="77777777" w:rsidR="005D1ABA" w:rsidRDefault="00307550">
      <w:pPr>
        <w:spacing w:after="0"/>
      </w:pPr>
      <w:r>
        <w:rPr>
          <w:rFonts w:ascii="Arial" w:hAnsi="Arial"/>
        </w:rPr>
        <w:t>Like a little tornado.</w:t>
      </w:r>
    </w:p>
    <w:p w14:paraId="6F74B37C" w14:textId="77777777" w:rsidR="005D1ABA" w:rsidRDefault="005D1ABA">
      <w:pPr>
        <w:spacing w:after="0"/>
      </w:pPr>
    </w:p>
    <w:p w14:paraId="6B16980D" w14:textId="77777777" w:rsidR="005D1ABA" w:rsidRDefault="00307550">
      <w:pPr>
        <w:spacing w:after="0"/>
      </w:pPr>
      <w:r>
        <w:rPr>
          <w:rFonts w:ascii="Arial" w:hAnsi="Arial"/>
          <w:b/>
        </w:rPr>
        <w:t xml:space="preserve">Interviewer P:  </w:t>
      </w:r>
      <w:r>
        <w:rPr>
          <w:rFonts w:ascii="Arial" w:hAnsi="Arial"/>
          <w:color w:val="5D7284"/>
        </w:rPr>
        <w:t>08:04</w:t>
      </w:r>
    </w:p>
    <w:p w14:paraId="5CD41C3D" w14:textId="5296A869" w:rsidR="005D1ABA" w:rsidRDefault="00307550">
      <w:pPr>
        <w:spacing w:after="0"/>
      </w:pPr>
      <w:r>
        <w:rPr>
          <w:rFonts w:ascii="Arial" w:hAnsi="Arial"/>
        </w:rPr>
        <w:t>It's like that a</w:t>
      </w:r>
      <w:r w:rsidR="003274A5">
        <w:rPr>
          <w:rFonts w:ascii="Arial" w:hAnsi="Arial"/>
        </w:rPr>
        <w:t xml:space="preserve"> </w:t>
      </w:r>
      <w:r>
        <w:rPr>
          <w:rFonts w:ascii="Arial" w:hAnsi="Arial"/>
        </w:rPr>
        <w:t xml:space="preserve">yeah, it's like a roll. If you look here, like </w:t>
      </w:r>
      <w:r>
        <w:rPr>
          <w:rFonts w:ascii="Arial" w:hAnsi="Arial"/>
        </w:rPr>
        <w:t>even.</w:t>
      </w:r>
    </w:p>
    <w:p w14:paraId="504C3131" w14:textId="77777777" w:rsidR="005D1ABA" w:rsidRDefault="005D1ABA">
      <w:pPr>
        <w:spacing w:after="0"/>
      </w:pPr>
    </w:p>
    <w:p w14:paraId="16080742" w14:textId="77777777" w:rsidR="005D1ABA" w:rsidRDefault="00307550">
      <w:pPr>
        <w:spacing w:after="0"/>
      </w:pPr>
      <w:r>
        <w:rPr>
          <w:rFonts w:ascii="Arial" w:hAnsi="Arial"/>
          <w:b/>
        </w:rPr>
        <w:t xml:space="preserve">Participant #33  </w:t>
      </w:r>
      <w:r>
        <w:rPr>
          <w:rFonts w:ascii="Arial" w:hAnsi="Arial"/>
          <w:color w:val="5D7284"/>
        </w:rPr>
        <w:t>08:10</w:t>
      </w:r>
    </w:p>
    <w:p w14:paraId="4D0B3C61" w14:textId="77777777" w:rsidR="005D1ABA" w:rsidRDefault="00307550">
      <w:pPr>
        <w:spacing w:after="0"/>
      </w:pPr>
      <w:r>
        <w:rPr>
          <w:rFonts w:ascii="Arial" w:hAnsi="Arial"/>
        </w:rPr>
        <w:t>Like a nice little croissant? I don't know. That's weird.</w:t>
      </w:r>
    </w:p>
    <w:p w14:paraId="43182111" w14:textId="77777777" w:rsidR="005D1ABA" w:rsidRDefault="005D1ABA">
      <w:pPr>
        <w:spacing w:after="0"/>
      </w:pPr>
    </w:p>
    <w:p w14:paraId="0FB95C20" w14:textId="77777777" w:rsidR="005D1ABA" w:rsidRDefault="00307550">
      <w:pPr>
        <w:spacing w:after="0"/>
      </w:pPr>
      <w:r>
        <w:rPr>
          <w:rFonts w:ascii="Arial" w:hAnsi="Arial"/>
          <w:b/>
        </w:rPr>
        <w:t xml:space="preserve">Interviewer P:  </w:t>
      </w:r>
      <w:r>
        <w:rPr>
          <w:rFonts w:ascii="Arial" w:hAnsi="Arial"/>
          <w:color w:val="5D7284"/>
        </w:rPr>
        <w:t>08:19</w:t>
      </w:r>
    </w:p>
    <w:p w14:paraId="550FEE06" w14:textId="76467775" w:rsidR="005D1ABA" w:rsidRDefault="003274A5">
      <w:pPr>
        <w:spacing w:after="0"/>
      </w:pPr>
      <w:r>
        <w:rPr>
          <w:rFonts w:ascii="Arial" w:hAnsi="Arial"/>
        </w:rPr>
        <w:t>So, do you have any? Like, can you think of any explanation for the lack of mixing here compared to the mixing over there?</w:t>
      </w:r>
    </w:p>
    <w:p w14:paraId="5F2B3112" w14:textId="77777777" w:rsidR="005D1ABA" w:rsidRDefault="005D1ABA">
      <w:pPr>
        <w:spacing w:after="0"/>
      </w:pPr>
    </w:p>
    <w:p w14:paraId="17067807" w14:textId="77777777" w:rsidR="005D1ABA" w:rsidRDefault="00307550">
      <w:pPr>
        <w:spacing w:after="0"/>
      </w:pPr>
      <w:r>
        <w:rPr>
          <w:rFonts w:ascii="Arial" w:hAnsi="Arial"/>
          <w:b/>
        </w:rPr>
        <w:t xml:space="preserve">Participant #33  </w:t>
      </w:r>
      <w:r>
        <w:rPr>
          <w:rFonts w:ascii="Arial" w:hAnsi="Arial"/>
          <w:color w:val="5D7284"/>
        </w:rPr>
        <w:t>08:33</w:t>
      </w:r>
    </w:p>
    <w:p w14:paraId="6E375B03" w14:textId="77777777" w:rsidR="005D1ABA" w:rsidRDefault="00307550">
      <w:pPr>
        <w:spacing w:after="0"/>
      </w:pPr>
      <w:r>
        <w:rPr>
          <w:rFonts w:ascii="Arial" w:hAnsi="Arial"/>
        </w:rPr>
        <w:lastRenderedPageBreak/>
        <w:t>Maybe the movement just kind of again, like the contraptions moving so everything in is moving. I'm just surprised that stirring the water didn't disrupt it a little more. I'm not really sure how I would explain that or describe that or something. I'm not really sure.</w:t>
      </w:r>
    </w:p>
    <w:p w14:paraId="5CAB8450" w14:textId="77777777" w:rsidR="005D1ABA" w:rsidRDefault="005D1ABA">
      <w:pPr>
        <w:spacing w:after="0"/>
      </w:pPr>
    </w:p>
    <w:p w14:paraId="3AFFE56D" w14:textId="77777777" w:rsidR="005D1ABA" w:rsidRDefault="00307550">
      <w:pPr>
        <w:spacing w:after="0"/>
      </w:pPr>
      <w:r>
        <w:rPr>
          <w:rFonts w:ascii="Arial" w:hAnsi="Arial"/>
          <w:b/>
        </w:rPr>
        <w:t xml:space="preserve">Interviewer P:  </w:t>
      </w:r>
      <w:r>
        <w:rPr>
          <w:rFonts w:ascii="Arial" w:hAnsi="Arial"/>
          <w:color w:val="5D7284"/>
        </w:rPr>
        <w:t>09:02</w:t>
      </w:r>
    </w:p>
    <w:p w14:paraId="061163D0" w14:textId="77777777" w:rsidR="005D1ABA" w:rsidRDefault="00307550">
      <w:pPr>
        <w:spacing w:after="0"/>
      </w:pPr>
      <w:r>
        <w:rPr>
          <w:rFonts w:ascii="Arial" w:hAnsi="Arial"/>
        </w:rPr>
        <w:t>Okay, we are going to switch over to Erika is going to pick it up from here.</w:t>
      </w:r>
    </w:p>
    <w:p w14:paraId="642ED48A" w14:textId="77777777" w:rsidR="005D1ABA" w:rsidRDefault="005D1ABA">
      <w:pPr>
        <w:spacing w:after="0"/>
      </w:pPr>
    </w:p>
    <w:p w14:paraId="739C91E3" w14:textId="77777777" w:rsidR="005D1ABA" w:rsidRDefault="00307550">
      <w:pPr>
        <w:spacing w:after="0"/>
      </w:pPr>
      <w:r>
        <w:rPr>
          <w:rFonts w:ascii="Arial" w:hAnsi="Arial"/>
          <w:b/>
        </w:rPr>
        <w:t xml:space="preserve">Interviewer E:  </w:t>
      </w:r>
      <w:r>
        <w:rPr>
          <w:rFonts w:ascii="Arial" w:hAnsi="Arial"/>
          <w:color w:val="5D7284"/>
        </w:rPr>
        <w:t>09:16</w:t>
      </w:r>
    </w:p>
    <w:p w14:paraId="5895B6E9" w14:textId="620FE6E5" w:rsidR="005D1ABA" w:rsidRDefault="00307550">
      <w:pPr>
        <w:spacing w:after="0"/>
      </w:pPr>
      <w:r>
        <w:rPr>
          <w:rFonts w:ascii="Arial" w:hAnsi="Arial"/>
        </w:rPr>
        <w:t xml:space="preserve">Okay, so first I want to show you these two pitchers right here. This one is red and this one is blue. The red is hot. And the blue is cold if you want you can feel the sides. And but, okay, and here we have yellow and green. They're not see through, so you can look but they're the same exact temperature. The only difference is that yellow was freshwater and the green has salt in it. </w:t>
      </w:r>
      <w:r w:rsidR="003274A5">
        <w:rPr>
          <w:rFonts w:ascii="Arial" w:hAnsi="Arial"/>
        </w:rPr>
        <w:t>So,</w:t>
      </w:r>
      <w:r>
        <w:rPr>
          <w:rFonts w:ascii="Arial" w:hAnsi="Arial"/>
        </w:rPr>
        <w:t xml:space="preserve"> it's salty water. </w:t>
      </w:r>
      <w:r w:rsidR="003274A5">
        <w:rPr>
          <w:rFonts w:ascii="Arial" w:hAnsi="Arial"/>
        </w:rPr>
        <w:t>So,</w:t>
      </w:r>
      <w:r>
        <w:rPr>
          <w:rFonts w:ascii="Arial" w:hAnsi="Arial"/>
        </w:rPr>
        <w:t xml:space="preserve"> this right here tank, basically what I'm going to do is I'm going to take one of these two pairs, and I'm going to pour them on one side and one on the other. And I'm going to lift this dividing wall. And then we're going to wait a minute to see what it's going to look like. But first I want to get some predictions of what you think it's going to look like.</w:t>
      </w:r>
    </w:p>
    <w:p w14:paraId="0296F5D2" w14:textId="77777777" w:rsidR="005D1ABA" w:rsidRDefault="005D1ABA">
      <w:pPr>
        <w:spacing w:after="0"/>
      </w:pPr>
    </w:p>
    <w:p w14:paraId="74611F5A" w14:textId="77777777" w:rsidR="005D1ABA" w:rsidRDefault="00307550">
      <w:pPr>
        <w:spacing w:after="0"/>
      </w:pPr>
      <w:r>
        <w:rPr>
          <w:rFonts w:ascii="Arial" w:hAnsi="Arial"/>
          <w:b/>
        </w:rPr>
        <w:t xml:space="preserve">Interviewer P:  </w:t>
      </w:r>
      <w:r>
        <w:rPr>
          <w:rFonts w:ascii="Arial" w:hAnsi="Arial"/>
          <w:color w:val="5D7284"/>
        </w:rPr>
        <w:t>10:41</w:t>
      </w:r>
    </w:p>
    <w:p w14:paraId="4CFCA407" w14:textId="1B2B7894" w:rsidR="005D1ABA" w:rsidRDefault="003274A5">
      <w:pPr>
        <w:spacing w:after="0"/>
      </w:pPr>
      <w:r>
        <w:rPr>
          <w:rFonts w:ascii="Arial" w:hAnsi="Arial"/>
        </w:rPr>
        <w:t>So, you want to ask her if go okay. I'm okay. So do you. Would you say that eventually they're going to become like, one water mass, like same color, same temperature throughout like if we start with red and blue?</w:t>
      </w:r>
    </w:p>
    <w:p w14:paraId="132D7357" w14:textId="77777777" w:rsidR="005D1ABA" w:rsidRDefault="005D1ABA">
      <w:pPr>
        <w:spacing w:after="0"/>
      </w:pPr>
    </w:p>
    <w:p w14:paraId="51AE9F6E" w14:textId="77777777" w:rsidR="005D1ABA" w:rsidRDefault="00307550">
      <w:pPr>
        <w:spacing w:after="0"/>
      </w:pPr>
      <w:r>
        <w:rPr>
          <w:rFonts w:ascii="Arial" w:hAnsi="Arial"/>
          <w:b/>
        </w:rPr>
        <w:t xml:space="preserve">Participant #33  </w:t>
      </w:r>
      <w:r>
        <w:rPr>
          <w:rFonts w:ascii="Arial" w:hAnsi="Arial"/>
          <w:color w:val="5D7284"/>
        </w:rPr>
        <w:t>11:05</w:t>
      </w:r>
    </w:p>
    <w:p w14:paraId="33271C19" w14:textId="77777777" w:rsidR="005D1ABA" w:rsidRDefault="00307550">
      <w:pPr>
        <w:spacing w:after="0"/>
      </w:pPr>
      <w:r>
        <w:rPr>
          <w:rFonts w:ascii="Arial" w:hAnsi="Arial"/>
        </w:rPr>
        <w:t>For the red and blue. Yes, I would like to say yes.</w:t>
      </w:r>
    </w:p>
    <w:p w14:paraId="7E6DBC73" w14:textId="77777777" w:rsidR="005D1ABA" w:rsidRDefault="005D1ABA">
      <w:pPr>
        <w:spacing w:after="0"/>
      </w:pPr>
    </w:p>
    <w:p w14:paraId="52E39205" w14:textId="77777777" w:rsidR="005D1ABA" w:rsidRDefault="00307550">
      <w:pPr>
        <w:spacing w:after="0"/>
      </w:pPr>
      <w:r>
        <w:rPr>
          <w:rFonts w:ascii="Arial" w:hAnsi="Arial"/>
          <w:b/>
        </w:rPr>
        <w:t xml:space="preserve">Interviewer P:  </w:t>
      </w:r>
      <w:r>
        <w:rPr>
          <w:rFonts w:ascii="Arial" w:hAnsi="Arial"/>
          <w:color w:val="5D7284"/>
        </w:rPr>
        <w:t>11:11</w:t>
      </w:r>
    </w:p>
    <w:p w14:paraId="7F65A899" w14:textId="77777777" w:rsidR="005D1ABA" w:rsidRDefault="00307550">
      <w:pPr>
        <w:spacing w:after="0"/>
      </w:pPr>
      <w:r>
        <w:rPr>
          <w:rFonts w:ascii="Arial" w:hAnsi="Arial"/>
        </w:rPr>
        <w:t xml:space="preserve">Okay, so eventually like </w:t>
      </w:r>
      <w:r>
        <w:rPr>
          <w:rFonts w:ascii="Arial" w:hAnsi="Arial"/>
        </w:rPr>
        <w:t>there'll become the same temperature.</w:t>
      </w:r>
    </w:p>
    <w:p w14:paraId="7A01ED2A" w14:textId="77777777" w:rsidR="005D1ABA" w:rsidRDefault="005D1ABA">
      <w:pPr>
        <w:spacing w:after="0"/>
      </w:pPr>
    </w:p>
    <w:p w14:paraId="36F46091" w14:textId="77777777" w:rsidR="005D1ABA" w:rsidRDefault="00307550">
      <w:pPr>
        <w:spacing w:after="0"/>
      </w:pPr>
      <w:r>
        <w:rPr>
          <w:rFonts w:ascii="Arial" w:hAnsi="Arial"/>
          <w:b/>
        </w:rPr>
        <w:t xml:space="preserve">Participant #33  </w:t>
      </w:r>
      <w:r>
        <w:rPr>
          <w:rFonts w:ascii="Arial" w:hAnsi="Arial"/>
          <w:color w:val="5D7284"/>
        </w:rPr>
        <w:t>11:14</w:t>
      </w:r>
    </w:p>
    <w:p w14:paraId="58295B56" w14:textId="77777777" w:rsidR="005D1ABA" w:rsidRDefault="00307550">
      <w:pPr>
        <w:spacing w:after="0"/>
      </w:pPr>
      <w:r>
        <w:rPr>
          <w:rFonts w:ascii="Arial" w:hAnsi="Arial"/>
        </w:rPr>
        <w:t xml:space="preserve"> Yeah, I would say so. </w:t>
      </w:r>
    </w:p>
    <w:p w14:paraId="45A1E914" w14:textId="77777777" w:rsidR="005D1ABA" w:rsidRDefault="005D1ABA">
      <w:pPr>
        <w:spacing w:after="0"/>
      </w:pPr>
    </w:p>
    <w:p w14:paraId="6F778140" w14:textId="77777777" w:rsidR="005D1ABA" w:rsidRDefault="00307550">
      <w:pPr>
        <w:spacing w:after="0"/>
      </w:pPr>
      <w:r>
        <w:rPr>
          <w:rFonts w:ascii="Arial" w:hAnsi="Arial"/>
          <w:b/>
        </w:rPr>
        <w:t xml:space="preserve">Interviewer P:  </w:t>
      </w:r>
      <w:r>
        <w:rPr>
          <w:rFonts w:ascii="Arial" w:hAnsi="Arial"/>
          <w:color w:val="5D7284"/>
        </w:rPr>
        <w:t>11:16</w:t>
      </w:r>
    </w:p>
    <w:p w14:paraId="56A65E0C" w14:textId="77777777" w:rsidR="005D1ABA" w:rsidRDefault="00307550">
      <w:pPr>
        <w:spacing w:after="0"/>
      </w:pPr>
      <w:r>
        <w:rPr>
          <w:rFonts w:ascii="Arial" w:hAnsi="Arial"/>
        </w:rPr>
        <w:t>And how long do you think that will take?</w:t>
      </w:r>
    </w:p>
    <w:p w14:paraId="4772DE7B" w14:textId="77777777" w:rsidR="005D1ABA" w:rsidRDefault="005D1ABA">
      <w:pPr>
        <w:spacing w:after="0"/>
      </w:pPr>
    </w:p>
    <w:p w14:paraId="1CCDF2A5" w14:textId="77777777" w:rsidR="005D1ABA" w:rsidRDefault="00307550">
      <w:pPr>
        <w:spacing w:after="0"/>
      </w:pPr>
      <w:r>
        <w:rPr>
          <w:rFonts w:ascii="Arial" w:hAnsi="Arial"/>
          <w:b/>
        </w:rPr>
        <w:t xml:space="preserve">Participant #33  </w:t>
      </w:r>
      <w:r>
        <w:rPr>
          <w:rFonts w:ascii="Arial" w:hAnsi="Arial"/>
          <w:color w:val="5D7284"/>
        </w:rPr>
        <w:t>11:22</w:t>
      </w:r>
    </w:p>
    <w:p w14:paraId="23E2753E" w14:textId="77777777" w:rsidR="005D1ABA" w:rsidRDefault="00307550">
      <w:pPr>
        <w:spacing w:after="0"/>
      </w:pPr>
      <w:r>
        <w:rPr>
          <w:rFonts w:ascii="Arial" w:hAnsi="Arial"/>
        </w:rPr>
        <w:t>A couple minutes maybe maybe like maybe like 10 minutes to settle at like an actual even temperature. Yeah, I would say maybe 10.</w:t>
      </w:r>
    </w:p>
    <w:p w14:paraId="41B88212" w14:textId="77777777" w:rsidR="005D1ABA" w:rsidRDefault="005D1ABA">
      <w:pPr>
        <w:spacing w:after="0"/>
      </w:pPr>
    </w:p>
    <w:p w14:paraId="5E62CF5E" w14:textId="77777777" w:rsidR="005D1ABA" w:rsidRDefault="00307550">
      <w:pPr>
        <w:spacing w:after="0"/>
      </w:pPr>
      <w:r>
        <w:rPr>
          <w:rFonts w:ascii="Arial" w:hAnsi="Arial"/>
          <w:b/>
        </w:rPr>
        <w:t xml:space="preserve">Interviewer P:  </w:t>
      </w:r>
      <w:r>
        <w:rPr>
          <w:rFonts w:ascii="Arial" w:hAnsi="Arial"/>
          <w:color w:val="5D7284"/>
        </w:rPr>
        <w:t>11:51</w:t>
      </w:r>
    </w:p>
    <w:p w14:paraId="0FBA3965" w14:textId="77777777" w:rsidR="005D1ABA" w:rsidRDefault="00307550">
      <w:pPr>
        <w:spacing w:after="0"/>
      </w:pPr>
      <w:r>
        <w:rPr>
          <w:rFonts w:ascii="Arial" w:hAnsi="Arial"/>
        </w:rPr>
        <w:t>Three, six.</w:t>
      </w:r>
    </w:p>
    <w:p w14:paraId="76388EE9" w14:textId="77777777" w:rsidR="005D1ABA" w:rsidRDefault="005D1ABA">
      <w:pPr>
        <w:spacing w:after="0"/>
      </w:pPr>
    </w:p>
    <w:p w14:paraId="72CF7BD3" w14:textId="77777777" w:rsidR="005D1ABA" w:rsidRDefault="00307550">
      <w:pPr>
        <w:spacing w:after="0"/>
      </w:pPr>
      <w:r>
        <w:rPr>
          <w:rFonts w:ascii="Arial" w:hAnsi="Arial"/>
          <w:b/>
        </w:rPr>
        <w:t xml:space="preserve">Interviewer E:  </w:t>
      </w:r>
      <w:r>
        <w:rPr>
          <w:rFonts w:ascii="Arial" w:hAnsi="Arial"/>
          <w:color w:val="5D7284"/>
        </w:rPr>
        <w:t>11:54</w:t>
      </w:r>
    </w:p>
    <w:p w14:paraId="1CCE3F2C" w14:textId="5018BD9E" w:rsidR="005D1ABA" w:rsidRDefault="00307550">
      <w:pPr>
        <w:spacing w:after="0"/>
      </w:pPr>
      <w:r>
        <w:rPr>
          <w:rFonts w:ascii="Arial" w:hAnsi="Arial"/>
        </w:rPr>
        <w:t xml:space="preserve">All right. </w:t>
      </w:r>
      <w:r w:rsidR="003274A5">
        <w:rPr>
          <w:rFonts w:ascii="Arial" w:hAnsi="Arial"/>
        </w:rPr>
        <w:t>So,</w:t>
      </w:r>
      <w:r>
        <w:rPr>
          <w:rFonts w:ascii="Arial" w:hAnsi="Arial"/>
        </w:rPr>
        <w:t xml:space="preserve"> what we would like you to do is sketch what you think the tank is going to look like during these intervals of time that at zero seconds, three.</w:t>
      </w:r>
    </w:p>
    <w:p w14:paraId="2F5A35A8" w14:textId="77777777" w:rsidR="005D1ABA" w:rsidRDefault="005D1ABA">
      <w:pPr>
        <w:spacing w:after="0"/>
      </w:pPr>
    </w:p>
    <w:p w14:paraId="32C92A20" w14:textId="77777777" w:rsidR="005D1ABA" w:rsidRDefault="00307550">
      <w:pPr>
        <w:spacing w:after="0"/>
      </w:pPr>
      <w:r>
        <w:rPr>
          <w:rFonts w:ascii="Arial" w:hAnsi="Arial"/>
          <w:b/>
        </w:rPr>
        <w:t xml:space="preserve">Interviewer P:  </w:t>
      </w:r>
      <w:r>
        <w:rPr>
          <w:rFonts w:ascii="Arial" w:hAnsi="Arial"/>
          <w:color w:val="5D7284"/>
        </w:rPr>
        <w:t>12:03</w:t>
      </w:r>
    </w:p>
    <w:p w14:paraId="6A61DB06" w14:textId="6BC82578" w:rsidR="005D1ABA" w:rsidRDefault="003274A5">
      <w:pPr>
        <w:spacing w:after="0"/>
      </w:pPr>
      <w:r>
        <w:rPr>
          <w:rFonts w:ascii="Arial" w:hAnsi="Arial"/>
        </w:rPr>
        <w:t>So, this would be it's actually not zero it's immediately yeah, like I.</w:t>
      </w:r>
    </w:p>
    <w:p w14:paraId="471C675F" w14:textId="77777777" w:rsidR="005D1ABA" w:rsidRDefault="005D1ABA">
      <w:pPr>
        <w:spacing w:after="0"/>
      </w:pPr>
    </w:p>
    <w:p w14:paraId="27B67A76" w14:textId="77777777" w:rsidR="005D1ABA" w:rsidRDefault="00307550">
      <w:pPr>
        <w:spacing w:after="0"/>
      </w:pPr>
      <w:r>
        <w:rPr>
          <w:rFonts w:ascii="Arial" w:hAnsi="Arial"/>
          <w:b/>
        </w:rPr>
        <w:t xml:space="preserve">Interviewer E:  </w:t>
      </w:r>
      <w:r>
        <w:rPr>
          <w:rFonts w:ascii="Arial" w:hAnsi="Arial"/>
          <w:color w:val="5D7284"/>
        </w:rPr>
        <w:t>12:09</w:t>
      </w:r>
    </w:p>
    <w:p w14:paraId="1E84B744" w14:textId="6E2C941C" w:rsidR="005D1ABA" w:rsidRDefault="003274A5">
      <w:pPr>
        <w:spacing w:after="0"/>
      </w:pPr>
      <w:r>
        <w:rPr>
          <w:rFonts w:ascii="Arial" w:hAnsi="Arial"/>
        </w:rPr>
        <w:t>So, I have color pencils. So far, it's picking it up I've seen a few mistakes but once we turn it off, it'll correct a bit and then go back in and see.</w:t>
      </w:r>
    </w:p>
    <w:p w14:paraId="64778098" w14:textId="77777777" w:rsidR="005D1ABA" w:rsidRDefault="005D1ABA">
      <w:pPr>
        <w:spacing w:after="0"/>
      </w:pPr>
    </w:p>
    <w:p w14:paraId="578D3FB4" w14:textId="77777777" w:rsidR="005D1ABA" w:rsidRDefault="00307550">
      <w:pPr>
        <w:spacing w:after="0"/>
      </w:pPr>
      <w:r>
        <w:rPr>
          <w:rFonts w:ascii="Arial" w:hAnsi="Arial"/>
          <w:b/>
        </w:rPr>
        <w:t xml:space="preserve">Interviewer P:  </w:t>
      </w:r>
      <w:r>
        <w:rPr>
          <w:rFonts w:ascii="Arial" w:hAnsi="Arial"/>
          <w:color w:val="5D7284"/>
        </w:rPr>
        <w:t>15:07</w:t>
      </w:r>
    </w:p>
    <w:p w14:paraId="60D1B93A" w14:textId="309BBBC7" w:rsidR="005D1ABA" w:rsidRDefault="00307550">
      <w:pPr>
        <w:spacing w:after="0"/>
      </w:pPr>
      <w:r>
        <w:rPr>
          <w:rFonts w:ascii="Arial" w:hAnsi="Arial"/>
        </w:rPr>
        <w:t xml:space="preserve">I don't wanna say </w:t>
      </w:r>
      <w:r w:rsidR="003274A5">
        <w:rPr>
          <w:rFonts w:ascii="Arial" w:hAnsi="Arial"/>
        </w:rPr>
        <w:t>anything</w:t>
      </w:r>
      <w:r>
        <w:rPr>
          <w:rFonts w:ascii="Arial" w:hAnsi="Arial"/>
        </w:rPr>
        <w:t>. I was talking about. Beautiful.</w:t>
      </w:r>
    </w:p>
    <w:p w14:paraId="68BBC1EE" w14:textId="77777777" w:rsidR="005D1ABA" w:rsidRDefault="005D1ABA">
      <w:pPr>
        <w:spacing w:after="0"/>
      </w:pPr>
    </w:p>
    <w:p w14:paraId="060BBBD4" w14:textId="77777777" w:rsidR="005D1ABA" w:rsidRDefault="00307550">
      <w:pPr>
        <w:spacing w:after="0"/>
      </w:pPr>
      <w:r>
        <w:rPr>
          <w:rFonts w:ascii="Arial" w:hAnsi="Arial"/>
          <w:b/>
        </w:rPr>
        <w:t xml:space="preserve">Participant #33  </w:t>
      </w:r>
      <w:r>
        <w:rPr>
          <w:rFonts w:ascii="Arial" w:hAnsi="Arial"/>
          <w:color w:val="5D7284"/>
        </w:rPr>
        <w:t>15:55</w:t>
      </w:r>
    </w:p>
    <w:p w14:paraId="0B316ADE" w14:textId="77777777" w:rsidR="005D1ABA" w:rsidRDefault="00307550">
      <w:pPr>
        <w:spacing w:after="0"/>
      </w:pPr>
      <w:r>
        <w:rPr>
          <w:rFonts w:ascii="Arial" w:hAnsi="Arial"/>
        </w:rPr>
        <w:t xml:space="preserve">Oh, thanks. </w:t>
      </w:r>
    </w:p>
    <w:p w14:paraId="01DD78A1" w14:textId="77777777" w:rsidR="005D1ABA" w:rsidRDefault="005D1ABA">
      <w:pPr>
        <w:spacing w:after="0"/>
      </w:pPr>
    </w:p>
    <w:p w14:paraId="286971E3" w14:textId="77777777" w:rsidR="005D1ABA" w:rsidRDefault="00307550">
      <w:pPr>
        <w:spacing w:after="0"/>
      </w:pPr>
      <w:r>
        <w:rPr>
          <w:rFonts w:ascii="Arial" w:hAnsi="Arial"/>
          <w:b/>
        </w:rPr>
        <w:t xml:space="preserve">Interviewer E:  </w:t>
      </w:r>
      <w:r>
        <w:rPr>
          <w:rFonts w:ascii="Arial" w:hAnsi="Arial"/>
          <w:color w:val="5D7284"/>
        </w:rPr>
        <w:t>15:57</w:t>
      </w:r>
    </w:p>
    <w:p w14:paraId="7042CA2F" w14:textId="77777777" w:rsidR="005D1ABA" w:rsidRDefault="00307550">
      <w:pPr>
        <w:spacing w:after="0"/>
      </w:pPr>
      <w:r>
        <w:rPr>
          <w:rFonts w:ascii="Arial" w:hAnsi="Arial"/>
        </w:rPr>
        <w:t xml:space="preserve">Okay, can you explain what's going on here? </w:t>
      </w:r>
    </w:p>
    <w:p w14:paraId="4D53712C" w14:textId="77777777" w:rsidR="005D1ABA" w:rsidRDefault="005D1ABA">
      <w:pPr>
        <w:spacing w:after="0"/>
      </w:pPr>
    </w:p>
    <w:p w14:paraId="152987D1" w14:textId="77777777" w:rsidR="005D1ABA" w:rsidRDefault="00307550">
      <w:pPr>
        <w:spacing w:after="0"/>
      </w:pPr>
      <w:r>
        <w:rPr>
          <w:rFonts w:ascii="Arial" w:hAnsi="Arial"/>
          <w:b/>
        </w:rPr>
        <w:t xml:space="preserve">Participant #33  </w:t>
      </w:r>
      <w:r>
        <w:rPr>
          <w:rFonts w:ascii="Arial" w:hAnsi="Arial"/>
          <w:color w:val="5D7284"/>
        </w:rPr>
        <w:t>15:59</w:t>
      </w:r>
    </w:p>
    <w:p w14:paraId="754C26CD" w14:textId="76EC8BD2" w:rsidR="005D1ABA" w:rsidRDefault="003274A5">
      <w:pPr>
        <w:spacing w:after="0"/>
      </w:pPr>
      <w:r>
        <w:rPr>
          <w:rFonts w:ascii="Arial" w:hAnsi="Arial"/>
        </w:rPr>
        <w:t>Yeah, so basically, for immediately after removing the wall, I am kind of predicting that the colors will kind of look like they're mixing, like there will be an immediate coming together of the colors, but I don't think that they will immediately merge together. So that's why, after three minutes I have that they're kind of starting to merge together more. Six, they're really starting to merge together more informed, like more of a purple in the middle, and then 10 is kind of a more complete, but maybe the outsides are still a little bit left with the original colors. At least that's kind of what I would think. Is because after like 10 minutes, I would assume that the temperature would start to kind of go to like a baseline.</w:t>
      </w:r>
    </w:p>
    <w:p w14:paraId="05798A6D" w14:textId="77777777" w:rsidR="005D1ABA" w:rsidRDefault="005D1ABA">
      <w:pPr>
        <w:spacing w:after="0"/>
      </w:pPr>
    </w:p>
    <w:p w14:paraId="22C02621" w14:textId="77777777" w:rsidR="005D1ABA" w:rsidRDefault="00307550">
      <w:pPr>
        <w:spacing w:after="0"/>
      </w:pPr>
      <w:r>
        <w:rPr>
          <w:rFonts w:ascii="Arial" w:hAnsi="Arial"/>
          <w:b/>
        </w:rPr>
        <w:t xml:space="preserve">Interviewer E:  </w:t>
      </w:r>
      <w:r>
        <w:rPr>
          <w:rFonts w:ascii="Arial" w:hAnsi="Arial"/>
          <w:color w:val="5D7284"/>
        </w:rPr>
        <w:t>16:53</w:t>
      </w:r>
    </w:p>
    <w:p w14:paraId="4083921C" w14:textId="77777777" w:rsidR="005D1ABA" w:rsidRDefault="00307550">
      <w:pPr>
        <w:spacing w:after="0"/>
      </w:pPr>
      <w:r>
        <w:rPr>
          <w:rFonts w:ascii="Arial" w:hAnsi="Arial"/>
        </w:rPr>
        <w:t xml:space="preserve">Okay, is there any memory or previous knowledge that you have that made you make these sketches the way you did? </w:t>
      </w:r>
    </w:p>
    <w:p w14:paraId="12891903" w14:textId="77777777" w:rsidR="005D1ABA" w:rsidRDefault="005D1ABA">
      <w:pPr>
        <w:spacing w:after="0"/>
      </w:pPr>
    </w:p>
    <w:p w14:paraId="30913D97" w14:textId="77777777" w:rsidR="005D1ABA" w:rsidRDefault="00307550">
      <w:pPr>
        <w:spacing w:after="0"/>
      </w:pPr>
      <w:r>
        <w:rPr>
          <w:rFonts w:ascii="Arial" w:hAnsi="Arial"/>
          <w:b/>
        </w:rPr>
        <w:t xml:space="preserve">Participant #33  </w:t>
      </w:r>
      <w:r>
        <w:rPr>
          <w:rFonts w:ascii="Arial" w:hAnsi="Arial"/>
          <w:color w:val="5D7284"/>
        </w:rPr>
        <w:t>17:01</w:t>
      </w:r>
    </w:p>
    <w:p w14:paraId="4EF497DB" w14:textId="77C5BDD4" w:rsidR="005D1ABA" w:rsidRDefault="00307550">
      <w:pPr>
        <w:spacing w:after="0"/>
      </w:pPr>
      <w:r>
        <w:rPr>
          <w:rFonts w:ascii="Arial" w:hAnsi="Arial"/>
        </w:rPr>
        <w:t xml:space="preserve">Um just like random science class experiments, I suppose. Just like things that I've seen about water the way that water works. I was a bio major here with psychology </w:t>
      </w:r>
      <w:r w:rsidR="003274A5">
        <w:rPr>
          <w:rFonts w:ascii="Arial" w:hAnsi="Arial"/>
        </w:rPr>
        <w:t>formerly,</w:t>
      </w:r>
      <w:r>
        <w:rPr>
          <w:rFonts w:ascii="Arial" w:hAnsi="Arial"/>
        </w:rPr>
        <w:t xml:space="preserve"> so I have very minimal background in sciences. Yeah, I don't know I'm just kind of going with what I think is gonna kind of happen realistically.</w:t>
      </w:r>
    </w:p>
    <w:p w14:paraId="187289C6" w14:textId="77777777" w:rsidR="005D1ABA" w:rsidRDefault="005D1ABA">
      <w:pPr>
        <w:spacing w:after="0"/>
      </w:pPr>
    </w:p>
    <w:p w14:paraId="7D1C22E7" w14:textId="77777777" w:rsidR="005D1ABA" w:rsidRDefault="00307550">
      <w:pPr>
        <w:spacing w:after="0"/>
      </w:pPr>
      <w:r>
        <w:rPr>
          <w:rFonts w:ascii="Arial" w:hAnsi="Arial"/>
          <w:b/>
        </w:rPr>
        <w:t xml:space="preserve">Interviewer E:  </w:t>
      </w:r>
      <w:r>
        <w:rPr>
          <w:rFonts w:ascii="Arial" w:hAnsi="Arial"/>
          <w:color w:val="5D7284"/>
        </w:rPr>
        <w:t>17:34</w:t>
      </w:r>
    </w:p>
    <w:p w14:paraId="3B73FE0A" w14:textId="77777777" w:rsidR="005D1ABA" w:rsidRDefault="00307550">
      <w:pPr>
        <w:spacing w:after="0"/>
      </w:pPr>
      <w:r>
        <w:rPr>
          <w:rFonts w:ascii="Arial" w:hAnsi="Arial"/>
        </w:rPr>
        <w:t>Okay, so these things are kind of small, but imagine if we had like an Olympic size pool and we and we said we were going to do the same thing. Would you change how your sketches look? Or what you think would happen?</w:t>
      </w:r>
    </w:p>
    <w:p w14:paraId="6BE5A4B7" w14:textId="77777777" w:rsidR="005D1ABA" w:rsidRDefault="005D1ABA">
      <w:pPr>
        <w:spacing w:after="0"/>
      </w:pPr>
    </w:p>
    <w:p w14:paraId="63ECED93" w14:textId="77777777" w:rsidR="005D1ABA" w:rsidRDefault="00307550">
      <w:pPr>
        <w:spacing w:after="0"/>
      </w:pPr>
      <w:r>
        <w:rPr>
          <w:rFonts w:ascii="Arial" w:hAnsi="Arial"/>
          <w:b/>
        </w:rPr>
        <w:t xml:space="preserve">Participant #33  </w:t>
      </w:r>
      <w:r>
        <w:rPr>
          <w:rFonts w:ascii="Arial" w:hAnsi="Arial"/>
          <w:color w:val="5D7284"/>
        </w:rPr>
        <w:t>17:51</w:t>
      </w:r>
    </w:p>
    <w:p w14:paraId="13630C3A" w14:textId="77777777" w:rsidR="005D1ABA" w:rsidRDefault="00307550">
      <w:pPr>
        <w:spacing w:after="0"/>
      </w:pPr>
      <w:r>
        <w:rPr>
          <w:rFonts w:ascii="Arial" w:hAnsi="Arial"/>
        </w:rPr>
        <w:lastRenderedPageBreak/>
        <w:t>I don't think so. Honestly, maybe it might be a little bit slower just because of the amount of water that it takes to fill in a Olympic sized swimming pool I would say maybe the color dispersion would take a little longer.</w:t>
      </w:r>
    </w:p>
    <w:p w14:paraId="59D8CF28" w14:textId="77777777" w:rsidR="005D1ABA" w:rsidRDefault="005D1ABA">
      <w:pPr>
        <w:spacing w:after="0"/>
      </w:pPr>
    </w:p>
    <w:p w14:paraId="6D90134F" w14:textId="77777777" w:rsidR="005D1ABA" w:rsidRDefault="00307550">
      <w:pPr>
        <w:spacing w:after="0"/>
      </w:pPr>
      <w:r>
        <w:rPr>
          <w:rFonts w:ascii="Arial" w:hAnsi="Arial"/>
          <w:b/>
        </w:rPr>
        <w:t xml:space="preserve">Interviewer E:  </w:t>
      </w:r>
      <w:r>
        <w:rPr>
          <w:rFonts w:ascii="Arial" w:hAnsi="Arial"/>
          <w:color w:val="5D7284"/>
        </w:rPr>
        <w:t>18:15</w:t>
      </w:r>
    </w:p>
    <w:p w14:paraId="4B41BF7A" w14:textId="77777777" w:rsidR="005D1ABA" w:rsidRDefault="00307550">
      <w:pPr>
        <w:spacing w:after="0"/>
      </w:pPr>
      <w:r>
        <w:rPr>
          <w:rFonts w:ascii="Arial" w:hAnsi="Arial"/>
        </w:rPr>
        <w:t>Okay.</w:t>
      </w:r>
    </w:p>
    <w:p w14:paraId="345B75E0" w14:textId="77777777" w:rsidR="005D1ABA" w:rsidRDefault="005D1ABA">
      <w:pPr>
        <w:spacing w:after="0"/>
      </w:pPr>
    </w:p>
    <w:p w14:paraId="33C5E1F3" w14:textId="77777777" w:rsidR="005D1ABA" w:rsidRDefault="00307550">
      <w:pPr>
        <w:spacing w:after="0"/>
      </w:pPr>
      <w:r>
        <w:rPr>
          <w:rFonts w:ascii="Arial" w:hAnsi="Arial"/>
          <w:b/>
        </w:rPr>
        <w:t xml:space="preserve">Participant #33  </w:t>
      </w:r>
      <w:r>
        <w:rPr>
          <w:rFonts w:ascii="Arial" w:hAnsi="Arial"/>
          <w:color w:val="5D7284"/>
        </w:rPr>
        <w:t>18:17</w:t>
      </w:r>
    </w:p>
    <w:p w14:paraId="4979FD5F" w14:textId="66705EE7" w:rsidR="005D1ABA" w:rsidRDefault="00307550">
      <w:pPr>
        <w:spacing w:after="0"/>
      </w:pPr>
      <w:r>
        <w:rPr>
          <w:rFonts w:ascii="Arial" w:hAnsi="Arial"/>
        </w:rPr>
        <w:t xml:space="preserve">I don't know I'm scared I want to be right so </w:t>
      </w:r>
      <w:r w:rsidR="003274A5">
        <w:rPr>
          <w:rFonts w:ascii="Arial" w:hAnsi="Arial"/>
        </w:rPr>
        <w:t>bad,</w:t>
      </w:r>
      <w:r>
        <w:rPr>
          <w:rFonts w:ascii="Arial" w:hAnsi="Arial"/>
        </w:rPr>
        <w:t xml:space="preserve"> but I know I know I'm not gonna be probably and I'm okay with </w:t>
      </w:r>
      <w:r w:rsidR="003274A5">
        <w:rPr>
          <w:rFonts w:ascii="Arial" w:hAnsi="Arial"/>
        </w:rPr>
        <w:t>that,</w:t>
      </w:r>
      <w:r>
        <w:rPr>
          <w:rFonts w:ascii="Arial" w:hAnsi="Arial"/>
        </w:rPr>
        <w:t xml:space="preserve"> but I want to be very badly.</w:t>
      </w:r>
    </w:p>
    <w:p w14:paraId="67F9F409" w14:textId="77777777" w:rsidR="005D1ABA" w:rsidRDefault="005D1ABA">
      <w:pPr>
        <w:spacing w:after="0"/>
      </w:pPr>
    </w:p>
    <w:p w14:paraId="7B13E4E4" w14:textId="77777777" w:rsidR="005D1ABA" w:rsidRDefault="00307550">
      <w:pPr>
        <w:spacing w:after="0"/>
      </w:pPr>
      <w:r>
        <w:rPr>
          <w:rFonts w:ascii="Arial" w:hAnsi="Arial"/>
          <w:b/>
        </w:rPr>
        <w:t xml:space="preserve">Interviewer E:  </w:t>
      </w:r>
      <w:r>
        <w:rPr>
          <w:rFonts w:ascii="Arial" w:hAnsi="Arial"/>
          <w:color w:val="5D7284"/>
        </w:rPr>
        <w:t>18:28</w:t>
      </w:r>
    </w:p>
    <w:p w14:paraId="4541070C" w14:textId="666CB1B9" w:rsidR="005D1ABA" w:rsidRDefault="003274A5">
      <w:pPr>
        <w:spacing w:after="0"/>
      </w:pPr>
      <w:r>
        <w:rPr>
          <w:rFonts w:ascii="Arial" w:hAnsi="Arial"/>
        </w:rPr>
        <w:t>Well, your see what happens so the next is how long do you think it would take. Or what do you think the how long do you think it would take for the saltwater and freshwater to combine?</w:t>
      </w:r>
    </w:p>
    <w:p w14:paraId="6AB839BD" w14:textId="77777777" w:rsidR="005D1ABA" w:rsidRDefault="005D1ABA">
      <w:pPr>
        <w:spacing w:after="0"/>
      </w:pPr>
    </w:p>
    <w:p w14:paraId="388BF475" w14:textId="77777777" w:rsidR="005D1ABA" w:rsidRDefault="00307550">
      <w:pPr>
        <w:spacing w:after="0"/>
      </w:pPr>
      <w:r>
        <w:rPr>
          <w:rFonts w:ascii="Arial" w:hAnsi="Arial"/>
          <w:b/>
        </w:rPr>
        <w:t xml:space="preserve">Participant #33  </w:t>
      </w:r>
      <w:r>
        <w:rPr>
          <w:rFonts w:ascii="Arial" w:hAnsi="Arial"/>
          <w:color w:val="5D7284"/>
        </w:rPr>
        <w:t>18:44</w:t>
      </w:r>
    </w:p>
    <w:p w14:paraId="6C2DFC73" w14:textId="5A37F9CE" w:rsidR="005D1ABA" w:rsidRDefault="00307550">
      <w:pPr>
        <w:spacing w:after="0"/>
      </w:pPr>
      <w:r>
        <w:rPr>
          <w:rFonts w:ascii="Arial" w:hAnsi="Arial"/>
        </w:rPr>
        <w:t xml:space="preserve">I think that it'll take a longer amount of time. Maybe like closer to 20 minutes? I'm not sure. </w:t>
      </w:r>
      <w:r w:rsidR="003274A5">
        <w:rPr>
          <w:rFonts w:ascii="Arial" w:hAnsi="Arial"/>
        </w:rPr>
        <w:t>So,</w:t>
      </w:r>
      <w:r>
        <w:rPr>
          <w:rFonts w:ascii="Arial" w:hAnsi="Arial"/>
        </w:rPr>
        <w:t xml:space="preserve"> I'll say 20 minutes but that was my first thought I'll just say that.</w:t>
      </w:r>
    </w:p>
    <w:p w14:paraId="3B3AC0B6" w14:textId="77777777" w:rsidR="005D1ABA" w:rsidRDefault="005D1ABA">
      <w:pPr>
        <w:spacing w:after="0"/>
      </w:pPr>
    </w:p>
    <w:p w14:paraId="57FFE666" w14:textId="77777777" w:rsidR="005D1ABA" w:rsidRDefault="00307550">
      <w:pPr>
        <w:spacing w:after="0"/>
      </w:pPr>
      <w:r>
        <w:rPr>
          <w:rFonts w:ascii="Arial" w:hAnsi="Arial"/>
          <w:b/>
        </w:rPr>
        <w:t xml:space="preserve">Interviewer P:  </w:t>
      </w:r>
      <w:r>
        <w:rPr>
          <w:rFonts w:ascii="Arial" w:hAnsi="Arial"/>
          <w:color w:val="5D7284"/>
        </w:rPr>
        <w:t>19:11</w:t>
      </w:r>
    </w:p>
    <w:p w14:paraId="0F36C08F" w14:textId="6AF8BB28" w:rsidR="005D1ABA" w:rsidRDefault="00307550">
      <w:pPr>
        <w:spacing w:after="0"/>
      </w:pPr>
      <w:r>
        <w:rPr>
          <w:rFonts w:ascii="Arial" w:hAnsi="Arial"/>
        </w:rPr>
        <w:t xml:space="preserve">seven, </w:t>
      </w:r>
      <w:r w:rsidR="003274A5">
        <w:rPr>
          <w:rFonts w:ascii="Arial" w:hAnsi="Arial"/>
        </w:rPr>
        <w:t>fourteen</w:t>
      </w:r>
      <w:r>
        <w:rPr>
          <w:rFonts w:ascii="Arial" w:hAnsi="Arial"/>
        </w:rPr>
        <w:t>.</w:t>
      </w:r>
    </w:p>
    <w:p w14:paraId="4285D7D6" w14:textId="77777777" w:rsidR="005D1ABA" w:rsidRDefault="005D1ABA">
      <w:pPr>
        <w:spacing w:after="0"/>
      </w:pPr>
    </w:p>
    <w:p w14:paraId="23B5F4D3" w14:textId="77777777" w:rsidR="005D1ABA" w:rsidRDefault="00307550">
      <w:pPr>
        <w:spacing w:after="0"/>
      </w:pPr>
      <w:r>
        <w:rPr>
          <w:rFonts w:ascii="Arial" w:hAnsi="Arial"/>
          <w:b/>
        </w:rPr>
        <w:t xml:space="preserve">Participant #33  </w:t>
      </w:r>
      <w:r>
        <w:rPr>
          <w:rFonts w:ascii="Arial" w:hAnsi="Arial"/>
          <w:color w:val="5D7284"/>
        </w:rPr>
        <w:t>22:37</w:t>
      </w:r>
    </w:p>
    <w:p w14:paraId="167E1274" w14:textId="77777777" w:rsidR="005D1ABA" w:rsidRDefault="00307550">
      <w:pPr>
        <w:spacing w:after="0"/>
      </w:pPr>
      <w:r>
        <w:rPr>
          <w:rFonts w:ascii="Arial" w:hAnsi="Arial"/>
        </w:rPr>
        <w:t xml:space="preserve">All right you go. </w:t>
      </w:r>
    </w:p>
    <w:p w14:paraId="7D96B0C6" w14:textId="77777777" w:rsidR="005D1ABA" w:rsidRDefault="005D1ABA">
      <w:pPr>
        <w:spacing w:after="0"/>
      </w:pPr>
    </w:p>
    <w:p w14:paraId="19088475" w14:textId="77777777" w:rsidR="005D1ABA" w:rsidRDefault="00307550">
      <w:pPr>
        <w:spacing w:after="0"/>
      </w:pPr>
      <w:r>
        <w:rPr>
          <w:rFonts w:ascii="Arial" w:hAnsi="Arial"/>
          <w:b/>
        </w:rPr>
        <w:t xml:space="preserve">Interviewer E:  </w:t>
      </w:r>
      <w:r>
        <w:rPr>
          <w:rFonts w:ascii="Arial" w:hAnsi="Arial"/>
          <w:color w:val="5D7284"/>
        </w:rPr>
        <w:t>22:38</w:t>
      </w:r>
    </w:p>
    <w:p w14:paraId="76CE3EF6" w14:textId="77777777" w:rsidR="005D1ABA" w:rsidRDefault="00307550">
      <w:pPr>
        <w:spacing w:after="0"/>
      </w:pPr>
      <w:r>
        <w:rPr>
          <w:rFonts w:ascii="Arial" w:hAnsi="Arial"/>
        </w:rPr>
        <w:t>So can you explain to me what you have. What your predictions are?</w:t>
      </w:r>
    </w:p>
    <w:p w14:paraId="615267FD" w14:textId="77777777" w:rsidR="005D1ABA" w:rsidRDefault="005D1ABA">
      <w:pPr>
        <w:spacing w:after="0"/>
      </w:pPr>
    </w:p>
    <w:p w14:paraId="316C4215" w14:textId="77777777" w:rsidR="005D1ABA" w:rsidRDefault="00307550">
      <w:pPr>
        <w:spacing w:after="0"/>
      </w:pPr>
      <w:r>
        <w:rPr>
          <w:rFonts w:ascii="Arial" w:hAnsi="Arial"/>
          <w:b/>
        </w:rPr>
        <w:t xml:space="preserve">Participant #33  </w:t>
      </w:r>
      <w:r>
        <w:rPr>
          <w:rFonts w:ascii="Arial" w:hAnsi="Arial"/>
          <w:color w:val="5D7284"/>
        </w:rPr>
        <w:t>22:43</w:t>
      </w:r>
    </w:p>
    <w:p w14:paraId="212FEC0F" w14:textId="620F913D" w:rsidR="005D1ABA" w:rsidRDefault="00307550">
      <w:pPr>
        <w:spacing w:after="0"/>
      </w:pPr>
      <w:r>
        <w:rPr>
          <w:rFonts w:ascii="Arial" w:hAnsi="Arial"/>
        </w:rPr>
        <w:t xml:space="preserve">Of course, so I don't think that they'll immediately mix after removing the wall. I think they might start to slightly at seven minutes maybe slightly more at </w:t>
      </w:r>
      <w:r w:rsidR="003274A5">
        <w:rPr>
          <w:rFonts w:ascii="Arial" w:hAnsi="Arial"/>
        </w:rPr>
        <w:t>14.</w:t>
      </w:r>
      <w:r>
        <w:rPr>
          <w:rFonts w:ascii="Arial" w:hAnsi="Arial"/>
        </w:rPr>
        <w:t xml:space="preserve"> I don't know, I don't think that they're going to completely mix I don't know why I'm just gonna I'm gonna say I don't think they'll completely mix but I think that they'll start to more toward 20 minutes.</w:t>
      </w:r>
    </w:p>
    <w:p w14:paraId="467FB96A" w14:textId="77777777" w:rsidR="005D1ABA" w:rsidRDefault="005D1ABA">
      <w:pPr>
        <w:spacing w:after="0"/>
      </w:pPr>
    </w:p>
    <w:p w14:paraId="2CF8F9AA" w14:textId="77777777" w:rsidR="005D1ABA" w:rsidRDefault="00307550">
      <w:pPr>
        <w:spacing w:after="0"/>
      </w:pPr>
      <w:r>
        <w:rPr>
          <w:rFonts w:ascii="Arial" w:hAnsi="Arial"/>
          <w:b/>
        </w:rPr>
        <w:t xml:space="preserve">Interviewer E:  </w:t>
      </w:r>
      <w:r>
        <w:rPr>
          <w:rFonts w:ascii="Arial" w:hAnsi="Arial"/>
          <w:color w:val="5D7284"/>
        </w:rPr>
        <w:t>23:16</w:t>
      </w:r>
    </w:p>
    <w:p w14:paraId="668EC6A6" w14:textId="77777777" w:rsidR="005D1ABA" w:rsidRDefault="00307550">
      <w:pPr>
        <w:spacing w:after="0"/>
      </w:pPr>
      <w:r>
        <w:rPr>
          <w:rFonts w:ascii="Arial" w:hAnsi="Arial"/>
        </w:rPr>
        <w:t xml:space="preserve">Okay, okay. And do you did this bring up a memory or an experience in your mind that helped me make this prediction? </w:t>
      </w:r>
    </w:p>
    <w:p w14:paraId="0E67AA9F" w14:textId="77777777" w:rsidR="005D1ABA" w:rsidRDefault="005D1ABA">
      <w:pPr>
        <w:spacing w:after="0"/>
      </w:pPr>
    </w:p>
    <w:p w14:paraId="3A0940D9" w14:textId="77777777" w:rsidR="005D1ABA" w:rsidRDefault="00307550">
      <w:pPr>
        <w:spacing w:after="0"/>
      </w:pPr>
      <w:r>
        <w:rPr>
          <w:rFonts w:ascii="Arial" w:hAnsi="Arial"/>
          <w:b/>
        </w:rPr>
        <w:t xml:space="preserve">Participant #33  </w:t>
      </w:r>
      <w:r>
        <w:rPr>
          <w:rFonts w:ascii="Arial" w:hAnsi="Arial"/>
          <w:color w:val="5D7284"/>
        </w:rPr>
        <w:t>23:27</w:t>
      </w:r>
    </w:p>
    <w:p w14:paraId="10098952" w14:textId="77777777" w:rsidR="005D1ABA" w:rsidRDefault="00307550">
      <w:pPr>
        <w:spacing w:after="0"/>
      </w:pPr>
      <w:r>
        <w:rPr>
          <w:rFonts w:ascii="Arial" w:hAnsi="Arial"/>
        </w:rPr>
        <w:t>Um not a ton just that, like salinity matters for something I don't know, I learned about salinity a long time ago in studies about the Chesapeake Bay, but I, that's, I'm just gonna go with it.</w:t>
      </w:r>
    </w:p>
    <w:p w14:paraId="58E5C303" w14:textId="77777777" w:rsidR="005D1ABA" w:rsidRDefault="005D1ABA">
      <w:pPr>
        <w:spacing w:after="0"/>
      </w:pPr>
    </w:p>
    <w:p w14:paraId="01773B16" w14:textId="77777777" w:rsidR="005D1ABA" w:rsidRDefault="00307550">
      <w:pPr>
        <w:spacing w:after="0"/>
      </w:pPr>
      <w:r>
        <w:rPr>
          <w:rFonts w:ascii="Arial" w:hAnsi="Arial"/>
          <w:b/>
        </w:rPr>
        <w:t xml:space="preserve">Interviewer E:  </w:t>
      </w:r>
      <w:r>
        <w:rPr>
          <w:rFonts w:ascii="Arial" w:hAnsi="Arial"/>
          <w:color w:val="5D7284"/>
        </w:rPr>
        <w:t>23:49</w:t>
      </w:r>
    </w:p>
    <w:p w14:paraId="56226B2C" w14:textId="77777777" w:rsidR="005D1ABA" w:rsidRDefault="00307550">
      <w:pPr>
        <w:spacing w:after="0"/>
      </w:pPr>
      <w:r>
        <w:rPr>
          <w:rFonts w:ascii="Arial" w:hAnsi="Arial"/>
        </w:rPr>
        <w:lastRenderedPageBreak/>
        <w:t>Okay, and same thing if if we had an Olympic pool, and we put half freshwater half saltwater, and we lifted up a barrier in the middle of the Olympic pool.</w:t>
      </w:r>
    </w:p>
    <w:p w14:paraId="017648F6" w14:textId="77777777" w:rsidR="005D1ABA" w:rsidRDefault="005D1ABA">
      <w:pPr>
        <w:spacing w:after="0"/>
      </w:pPr>
    </w:p>
    <w:p w14:paraId="31D9B95E" w14:textId="77777777" w:rsidR="005D1ABA" w:rsidRDefault="00307550">
      <w:pPr>
        <w:spacing w:after="0"/>
      </w:pPr>
      <w:r>
        <w:rPr>
          <w:rFonts w:ascii="Arial" w:hAnsi="Arial"/>
          <w:b/>
        </w:rPr>
        <w:t xml:space="preserve">Participant #33  </w:t>
      </w:r>
      <w:r>
        <w:rPr>
          <w:rFonts w:ascii="Arial" w:hAnsi="Arial"/>
          <w:color w:val="5D7284"/>
        </w:rPr>
        <w:t>24:04</w:t>
      </w:r>
    </w:p>
    <w:p w14:paraId="08A9273D" w14:textId="77777777" w:rsidR="005D1ABA" w:rsidRDefault="00307550">
      <w:pPr>
        <w:spacing w:after="0"/>
      </w:pPr>
      <w:r>
        <w:rPr>
          <w:rFonts w:ascii="Arial" w:hAnsi="Arial"/>
        </w:rPr>
        <w:t>I don't know if it would mix. Because of the size of the like water. I don't know if it would mix completely unless you did it yourself.</w:t>
      </w:r>
    </w:p>
    <w:p w14:paraId="5C531734" w14:textId="77777777" w:rsidR="005D1ABA" w:rsidRDefault="005D1ABA">
      <w:pPr>
        <w:spacing w:after="0"/>
      </w:pPr>
    </w:p>
    <w:p w14:paraId="7AAE0562" w14:textId="77777777" w:rsidR="005D1ABA" w:rsidRDefault="00307550">
      <w:pPr>
        <w:spacing w:after="0"/>
      </w:pPr>
      <w:r>
        <w:rPr>
          <w:rFonts w:ascii="Arial" w:hAnsi="Arial"/>
          <w:b/>
        </w:rPr>
        <w:t xml:space="preserve">Interviewer P:  </w:t>
      </w:r>
      <w:r>
        <w:rPr>
          <w:rFonts w:ascii="Arial" w:hAnsi="Arial"/>
          <w:color w:val="5D7284"/>
        </w:rPr>
        <w:t>24:17</w:t>
      </w:r>
    </w:p>
    <w:p w14:paraId="011180E2" w14:textId="63F22EEA" w:rsidR="005D1ABA" w:rsidRDefault="00307550">
      <w:pPr>
        <w:spacing w:after="0"/>
      </w:pPr>
      <w:r>
        <w:rPr>
          <w:rFonts w:ascii="Arial" w:hAnsi="Arial"/>
        </w:rPr>
        <w:t xml:space="preserve">But, oh, like compared to the Chesapeake Bay, since you said that you </w:t>
      </w:r>
      <w:r w:rsidR="003274A5">
        <w:rPr>
          <w:rFonts w:ascii="Arial" w:hAnsi="Arial"/>
        </w:rPr>
        <w:t>learned.</w:t>
      </w:r>
    </w:p>
    <w:p w14:paraId="178A1062" w14:textId="77777777" w:rsidR="005D1ABA" w:rsidRDefault="005D1ABA">
      <w:pPr>
        <w:spacing w:after="0"/>
      </w:pPr>
    </w:p>
    <w:p w14:paraId="26A32E82" w14:textId="77777777" w:rsidR="005D1ABA" w:rsidRDefault="00307550">
      <w:pPr>
        <w:spacing w:after="0"/>
      </w:pPr>
      <w:r>
        <w:rPr>
          <w:rFonts w:ascii="Arial" w:hAnsi="Arial"/>
          <w:b/>
        </w:rPr>
        <w:t xml:space="preserve">Participant #33  </w:t>
      </w:r>
      <w:r>
        <w:rPr>
          <w:rFonts w:ascii="Arial" w:hAnsi="Arial"/>
          <w:color w:val="5D7284"/>
        </w:rPr>
        <w:t>24:23</w:t>
      </w:r>
    </w:p>
    <w:p w14:paraId="5D3C0B54" w14:textId="5D5B7D01" w:rsidR="005D1ABA" w:rsidRDefault="00307550">
      <w:pPr>
        <w:spacing w:after="0"/>
      </w:pPr>
      <w:r>
        <w:rPr>
          <w:rFonts w:ascii="Arial" w:hAnsi="Arial"/>
        </w:rPr>
        <w:t xml:space="preserve">Well that's a little different, just because you find more salinity closer to the mouth of the bay, just because of the proximity to board the Atlantic Ocean and all of most of the freshwater that comes from the bay is going to be way more north, which is because of runoffs and coming off of the estuary, the northern part of the estuary, but they don't have a lot of spots except for like the middle that are completely mixed. It's because the levels just get it lower. </w:t>
      </w:r>
      <w:r w:rsidR="003274A5">
        <w:rPr>
          <w:rFonts w:ascii="Arial" w:hAnsi="Arial"/>
        </w:rPr>
        <w:t>So,</w:t>
      </w:r>
      <w:r>
        <w:rPr>
          <w:rFonts w:ascii="Arial" w:hAnsi="Arial"/>
        </w:rPr>
        <w:t xml:space="preserve"> it's brackish water. But the more north you go, you're not gonna find as many saltwater creatures and like, vice versa, the more south you go, you're gonna find way more saltwater creatures. And that's why sometimes sharks will like get into the bay, but they won't go super north because they can't handle it. But yeah, that's, that's my knowledge about that. </w:t>
      </w:r>
    </w:p>
    <w:p w14:paraId="638B6C65" w14:textId="77777777" w:rsidR="005D1ABA" w:rsidRDefault="005D1ABA">
      <w:pPr>
        <w:spacing w:after="0"/>
      </w:pPr>
    </w:p>
    <w:p w14:paraId="76CA3CE0" w14:textId="77777777" w:rsidR="005D1ABA" w:rsidRDefault="00307550">
      <w:pPr>
        <w:spacing w:after="0"/>
      </w:pPr>
      <w:r>
        <w:rPr>
          <w:rFonts w:ascii="Arial" w:hAnsi="Arial"/>
          <w:b/>
        </w:rPr>
        <w:t xml:space="preserve">Interviewer P:  </w:t>
      </w:r>
      <w:r>
        <w:rPr>
          <w:rFonts w:ascii="Arial" w:hAnsi="Arial"/>
          <w:color w:val="5D7284"/>
        </w:rPr>
        <w:t>25:24</w:t>
      </w:r>
    </w:p>
    <w:p w14:paraId="478E4394" w14:textId="3B559655" w:rsidR="005D1ABA" w:rsidRDefault="003274A5">
      <w:pPr>
        <w:spacing w:after="0"/>
      </w:pPr>
      <w:r>
        <w:rPr>
          <w:rFonts w:ascii="Arial" w:hAnsi="Arial"/>
        </w:rPr>
        <w:t>So, do you think in the bay that that because you said with the in a swimming pool, you didn't think it would mix? So, do you think in in the bay, it makes sense? Does it stay somewhat separate?</w:t>
      </w:r>
    </w:p>
    <w:p w14:paraId="37C35550" w14:textId="77777777" w:rsidR="005D1ABA" w:rsidRDefault="005D1ABA">
      <w:pPr>
        <w:spacing w:after="0"/>
      </w:pPr>
    </w:p>
    <w:p w14:paraId="5BACC204" w14:textId="77777777" w:rsidR="005D1ABA" w:rsidRDefault="00307550">
      <w:pPr>
        <w:spacing w:after="0"/>
      </w:pPr>
      <w:r>
        <w:rPr>
          <w:rFonts w:ascii="Arial" w:hAnsi="Arial"/>
          <w:b/>
        </w:rPr>
        <w:t xml:space="preserve">Participant #33  </w:t>
      </w:r>
      <w:r>
        <w:rPr>
          <w:rFonts w:ascii="Arial" w:hAnsi="Arial"/>
          <w:color w:val="5D7284"/>
        </w:rPr>
        <w:t>25:37</w:t>
      </w:r>
    </w:p>
    <w:p w14:paraId="0D9BF922" w14:textId="77777777" w:rsidR="005D1ABA" w:rsidRDefault="00307550">
      <w:pPr>
        <w:spacing w:after="0"/>
      </w:pPr>
      <w:r>
        <w:rPr>
          <w:rFonts w:ascii="Arial" w:hAnsi="Arial"/>
        </w:rPr>
        <w:t>I think that there are places where it makes sense, but I think that there are also a good amount where it stays separate. Because I mean, otherwise I don't think that it would be what it is. If if not for that just looking at like plants and animals that are going to be on completely different sides of the bay and like that a lot of that will have to do with the salt content of the water.</w:t>
      </w:r>
    </w:p>
    <w:p w14:paraId="33B1537C" w14:textId="77777777" w:rsidR="005D1ABA" w:rsidRDefault="005D1ABA">
      <w:pPr>
        <w:spacing w:after="0"/>
      </w:pPr>
    </w:p>
    <w:p w14:paraId="34DC967D" w14:textId="77777777" w:rsidR="005D1ABA" w:rsidRDefault="00307550">
      <w:pPr>
        <w:spacing w:after="0"/>
      </w:pPr>
      <w:r>
        <w:rPr>
          <w:rFonts w:ascii="Arial" w:hAnsi="Arial"/>
          <w:b/>
        </w:rPr>
        <w:t xml:space="preserve">Interviewer P:  </w:t>
      </w:r>
      <w:r>
        <w:rPr>
          <w:rFonts w:ascii="Arial" w:hAnsi="Arial"/>
          <w:color w:val="5D7284"/>
        </w:rPr>
        <w:t>26:11</w:t>
      </w:r>
    </w:p>
    <w:p w14:paraId="0D85F61B" w14:textId="2AF25222" w:rsidR="005D1ABA" w:rsidRDefault="003274A5">
      <w:pPr>
        <w:spacing w:after="0"/>
      </w:pPr>
      <w:r>
        <w:rPr>
          <w:rFonts w:ascii="Arial" w:hAnsi="Arial"/>
        </w:rPr>
        <w:t>So, to be clear, is this mixed?</w:t>
      </w:r>
    </w:p>
    <w:p w14:paraId="673F223A" w14:textId="77777777" w:rsidR="005D1ABA" w:rsidRDefault="005D1ABA">
      <w:pPr>
        <w:spacing w:after="0"/>
      </w:pPr>
    </w:p>
    <w:p w14:paraId="7C1102A7" w14:textId="77777777" w:rsidR="005D1ABA" w:rsidRDefault="00307550">
      <w:pPr>
        <w:spacing w:after="0"/>
      </w:pPr>
      <w:r>
        <w:rPr>
          <w:rFonts w:ascii="Arial" w:hAnsi="Arial"/>
          <w:b/>
        </w:rPr>
        <w:t xml:space="preserve">Participant #33  </w:t>
      </w:r>
      <w:r>
        <w:rPr>
          <w:rFonts w:ascii="Arial" w:hAnsi="Arial"/>
          <w:color w:val="5D7284"/>
        </w:rPr>
        <w:t>26:16</w:t>
      </w:r>
    </w:p>
    <w:p w14:paraId="339FBCFA" w14:textId="77777777" w:rsidR="005D1ABA" w:rsidRDefault="00307550">
      <w:pPr>
        <w:spacing w:after="0"/>
      </w:pPr>
      <w:r>
        <w:rPr>
          <w:rFonts w:ascii="Arial" w:hAnsi="Arial"/>
        </w:rPr>
        <w:t>I think that with a smaller amount of water that it'll start to mix a little more. But I think that an Olympic sized swimming pool unless you're actually doing the mixing yourself I don't I don't think that this would be as effective an experiment or maybe it would be more effective. I don't know.</w:t>
      </w:r>
    </w:p>
    <w:p w14:paraId="1221837D" w14:textId="77777777" w:rsidR="005D1ABA" w:rsidRDefault="005D1ABA">
      <w:pPr>
        <w:spacing w:after="0"/>
      </w:pPr>
    </w:p>
    <w:p w14:paraId="2ABDFC86" w14:textId="77777777" w:rsidR="005D1ABA" w:rsidRDefault="00307550">
      <w:pPr>
        <w:spacing w:after="0"/>
      </w:pPr>
      <w:r>
        <w:rPr>
          <w:rFonts w:ascii="Arial" w:hAnsi="Arial"/>
          <w:b/>
        </w:rPr>
        <w:t xml:space="preserve">Interviewer P:  </w:t>
      </w:r>
      <w:r>
        <w:rPr>
          <w:rFonts w:ascii="Arial" w:hAnsi="Arial"/>
          <w:color w:val="5D7284"/>
        </w:rPr>
        <w:t>26:39</w:t>
      </w:r>
    </w:p>
    <w:p w14:paraId="558D574D" w14:textId="77777777" w:rsidR="005D1ABA" w:rsidRDefault="00307550">
      <w:pPr>
        <w:spacing w:after="0"/>
      </w:pPr>
      <w:r>
        <w:rPr>
          <w:rFonts w:ascii="Arial" w:hAnsi="Arial"/>
        </w:rPr>
        <w:t>But you're predicting that size makes a difference? Yes. I believe that it does. I think it will.</w:t>
      </w:r>
    </w:p>
    <w:p w14:paraId="2A5B0EC6" w14:textId="77777777" w:rsidR="005D1ABA" w:rsidRDefault="005D1ABA">
      <w:pPr>
        <w:spacing w:after="0"/>
      </w:pPr>
    </w:p>
    <w:p w14:paraId="025287B1" w14:textId="77777777" w:rsidR="005D1ABA" w:rsidRDefault="00307550">
      <w:pPr>
        <w:spacing w:after="0"/>
      </w:pPr>
      <w:r>
        <w:rPr>
          <w:rFonts w:ascii="Arial" w:hAnsi="Arial"/>
          <w:b/>
        </w:rPr>
        <w:t xml:space="preserve">Interviewer E:  </w:t>
      </w:r>
      <w:r>
        <w:rPr>
          <w:rFonts w:ascii="Arial" w:hAnsi="Arial"/>
          <w:color w:val="5D7284"/>
        </w:rPr>
        <w:t>26:49</w:t>
      </w:r>
    </w:p>
    <w:p w14:paraId="332C48E6" w14:textId="61293B45" w:rsidR="005D1ABA" w:rsidRDefault="003274A5">
      <w:pPr>
        <w:spacing w:after="0"/>
      </w:pPr>
      <w:r>
        <w:rPr>
          <w:rFonts w:ascii="Arial" w:hAnsi="Arial"/>
        </w:rPr>
        <w:lastRenderedPageBreak/>
        <w:t>so, like if you're at the Chesapeake Bay and you can look inside of the water where that bit of saltwater from the mouth does meet like the freshwater coming from the northern part of the estuary like this is what it would look like?</w:t>
      </w:r>
    </w:p>
    <w:p w14:paraId="44F570DB" w14:textId="77777777" w:rsidR="005D1ABA" w:rsidRDefault="005D1ABA">
      <w:pPr>
        <w:spacing w:after="0"/>
      </w:pPr>
    </w:p>
    <w:p w14:paraId="16F74F1D" w14:textId="77777777" w:rsidR="005D1ABA" w:rsidRDefault="00307550">
      <w:pPr>
        <w:spacing w:after="0"/>
      </w:pPr>
      <w:r>
        <w:rPr>
          <w:rFonts w:ascii="Arial" w:hAnsi="Arial"/>
          <w:b/>
        </w:rPr>
        <w:t xml:space="preserve">Participant #33  </w:t>
      </w:r>
      <w:r>
        <w:rPr>
          <w:rFonts w:ascii="Arial" w:hAnsi="Arial"/>
          <w:color w:val="5D7284"/>
        </w:rPr>
        <w:t>27:02</w:t>
      </w:r>
    </w:p>
    <w:p w14:paraId="28A2BEF0" w14:textId="6924020B" w:rsidR="005D1ABA" w:rsidRDefault="00307550">
      <w:pPr>
        <w:spacing w:after="0"/>
      </w:pPr>
      <w:r>
        <w:rPr>
          <w:rFonts w:ascii="Arial" w:hAnsi="Arial"/>
        </w:rPr>
        <w:t xml:space="preserve">I if I had to guess I would say so. I personally don't swim in the bay or go I don't really go south to the south part of Bay that much so I don't know but if I if for some reason I was randomly scuba diving right where the waters met </w:t>
      </w:r>
      <w:r w:rsidR="003274A5">
        <w:rPr>
          <w:rFonts w:ascii="Arial" w:hAnsi="Arial"/>
        </w:rPr>
        <w:t>I</w:t>
      </w:r>
      <w:r>
        <w:rPr>
          <w:rFonts w:ascii="Arial" w:hAnsi="Arial"/>
        </w:rPr>
        <w:t xml:space="preserve"> </w:t>
      </w:r>
      <w:r w:rsidR="003274A5">
        <w:rPr>
          <w:rFonts w:ascii="Arial" w:hAnsi="Arial"/>
        </w:rPr>
        <w:t>I</w:t>
      </w:r>
      <w:r>
        <w:rPr>
          <w:rFonts w:ascii="Arial" w:hAnsi="Arial"/>
        </w:rPr>
        <w:t xml:space="preserve"> feel like maybe that's something of like what I would see I don't really know how you would see that but I don't really think that that matters right now.</w:t>
      </w:r>
    </w:p>
    <w:p w14:paraId="0683C7E5" w14:textId="77777777" w:rsidR="005D1ABA" w:rsidRDefault="005D1ABA">
      <w:pPr>
        <w:spacing w:after="0"/>
      </w:pPr>
    </w:p>
    <w:p w14:paraId="08985358" w14:textId="77777777" w:rsidR="005D1ABA" w:rsidRDefault="00307550">
      <w:pPr>
        <w:spacing w:after="0"/>
      </w:pPr>
      <w:r>
        <w:rPr>
          <w:rFonts w:ascii="Arial" w:hAnsi="Arial"/>
          <w:b/>
        </w:rPr>
        <w:t xml:space="preserve">Interviewer E:  </w:t>
      </w:r>
      <w:r>
        <w:rPr>
          <w:rFonts w:ascii="Arial" w:hAnsi="Arial"/>
          <w:color w:val="5D7284"/>
        </w:rPr>
        <w:t>27:36</w:t>
      </w:r>
    </w:p>
    <w:p w14:paraId="56C1FE74" w14:textId="77777777" w:rsidR="005D1ABA" w:rsidRDefault="00307550">
      <w:pPr>
        <w:spacing w:after="0"/>
      </w:pPr>
      <w:r>
        <w:rPr>
          <w:rFonts w:ascii="Arial" w:hAnsi="Arial"/>
        </w:rPr>
        <w:t>All right, so demonstration time.</w:t>
      </w:r>
    </w:p>
    <w:p w14:paraId="6B4B9DC7" w14:textId="77777777" w:rsidR="005D1ABA" w:rsidRDefault="005D1ABA">
      <w:pPr>
        <w:spacing w:after="0"/>
      </w:pPr>
    </w:p>
    <w:p w14:paraId="4EF0BBE0" w14:textId="77777777" w:rsidR="005D1ABA" w:rsidRDefault="00307550">
      <w:pPr>
        <w:spacing w:after="0"/>
      </w:pPr>
      <w:r>
        <w:rPr>
          <w:rFonts w:ascii="Arial" w:hAnsi="Arial"/>
          <w:b/>
        </w:rPr>
        <w:t xml:space="preserve">Interviewer P:  </w:t>
      </w:r>
      <w:r>
        <w:rPr>
          <w:rFonts w:ascii="Arial" w:hAnsi="Arial"/>
          <w:color w:val="5D7284"/>
        </w:rPr>
        <w:t>27:52</w:t>
      </w:r>
    </w:p>
    <w:p w14:paraId="04645F77" w14:textId="77777777" w:rsidR="005D1ABA" w:rsidRDefault="00307550">
      <w:pPr>
        <w:spacing w:after="0"/>
      </w:pPr>
      <w:r>
        <w:rPr>
          <w:rFonts w:ascii="Arial" w:hAnsi="Arial"/>
        </w:rPr>
        <w:t>Do you say you're scared?</w:t>
      </w:r>
    </w:p>
    <w:p w14:paraId="19AEF89A" w14:textId="77777777" w:rsidR="005D1ABA" w:rsidRDefault="005D1ABA">
      <w:pPr>
        <w:spacing w:after="0"/>
      </w:pPr>
    </w:p>
    <w:p w14:paraId="6883F167" w14:textId="77777777" w:rsidR="005D1ABA" w:rsidRDefault="00307550">
      <w:pPr>
        <w:spacing w:after="0"/>
      </w:pPr>
      <w:r>
        <w:rPr>
          <w:rFonts w:ascii="Arial" w:hAnsi="Arial"/>
          <w:b/>
        </w:rPr>
        <w:t xml:space="preserve">Participant #33  </w:t>
      </w:r>
      <w:r>
        <w:rPr>
          <w:rFonts w:ascii="Arial" w:hAnsi="Arial"/>
          <w:color w:val="5D7284"/>
        </w:rPr>
        <w:t>27:54</w:t>
      </w:r>
    </w:p>
    <w:p w14:paraId="28D0E4DF" w14:textId="77777777" w:rsidR="005D1ABA" w:rsidRDefault="00307550">
      <w:pPr>
        <w:spacing w:after="0"/>
      </w:pPr>
      <w:r>
        <w:rPr>
          <w:rFonts w:ascii="Arial" w:hAnsi="Arial"/>
        </w:rPr>
        <w:t>A little bit. Like I don't I don't I don't like being wrong. I will pay when I know very limited about this sort of thing.</w:t>
      </w:r>
    </w:p>
    <w:p w14:paraId="70E8FA6D" w14:textId="77777777" w:rsidR="005D1ABA" w:rsidRDefault="005D1ABA">
      <w:pPr>
        <w:spacing w:after="0"/>
      </w:pPr>
    </w:p>
    <w:p w14:paraId="34DC2960" w14:textId="77777777" w:rsidR="005D1ABA" w:rsidRDefault="00307550">
      <w:pPr>
        <w:spacing w:after="0"/>
      </w:pPr>
      <w:r>
        <w:rPr>
          <w:rFonts w:ascii="Arial" w:hAnsi="Arial"/>
          <w:b/>
        </w:rPr>
        <w:t xml:space="preserve">Interviewer E:  </w:t>
      </w:r>
      <w:r>
        <w:rPr>
          <w:rFonts w:ascii="Arial" w:hAnsi="Arial"/>
          <w:color w:val="5D7284"/>
        </w:rPr>
        <w:t>28:01</w:t>
      </w:r>
    </w:p>
    <w:p w14:paraId="7D2C126D" w14:textId="3888E737" w:rsidR="005D1ABA" w:rsidRDefault="00307550">
      <w:pPr>
        <w:spacing w:after="0"/>
      </w:pPr>
      <w:r>
        <w:rPr>
          <w:rFonts w:ascii="Arial" w:hAnsi="Arial"/>
        </w:rPr>
        <w:t xml:space="preserve">So were go in order </w:t>
      </w:r>
      <w:r w:rsidR="003274A5">
        <w:rPr>
          <w:rFonts w:ascii="Arial" w:hAnsi="Arial"/>
        </w:rPr>
        <w:t>Ima</w:t>
      </w:r>
      <w:r>
        <w:rPr>
          <w:rFonts w:ascii="Arial" w:hAnsi="Arial"/>
        </w:rPr>
        <w:t xml:space="preserve"> do the hot and cold water. And.</w:t>
      </w:r>
    </w:p>
    <w:p w14:paraId="1ECBD58A" w14:textId="77777777" w:rsidR="005D1ABA" w:rsidRDefault="005D1ABA">
      <w:pPr>
        <w:spacing w:after="0"/>
      </w:pPr>
    </w:p>
    <w:p w14:paraId="0CCBBEDE" w14:textId="77777777" w:rsidR="005D1ABA" w:rsidRDefault="00307550">
      <w:pPr>
        <w:spacing w:after="0"/>
      </w:pPr>
      <w:r>
        <w:rPr>
          <w:rFonts w:ascii="Arial" w:hAnsi="Arial"/>
          <w:b/>
        </w:rPr>
        <w:t xml:space="preserve">Participant #33  </w:t>
      </w:r>
      <w:r>
        <w:rPr>
          <w:rFonts w:ascii="Arial" w:hAnsi="Arial"/>
          <w:color w:val="5D7284"/>
        </w:rPr>
        <w:t>28:19</w:t>
      </w:r>
    </w:p>
    <w:p w14:paraId="7F65F2CE" w14:textId="77777777" w:rsidR="005D1ABA" w:rsidRDefault="00307550">
      <w:pPr>
        <w:spacing w:after="0"/>
      </w:pPr>
      <w:r>
        <w:rPr>
          <w:rFonts w:ascii="Arial" w:hAnsi="Arial"/>
        </w:rPr>
        <w:t>Woh.</w:t>
      </w:r>
    </w:p>
    <w:p w14:paraId="0520D6D4" w14:textId="77777777" w:rsidR="005D1ABA" w:rsidRDefault="005D1ABA">
      <w:pPr>
        <w:spacing w:after="0"/>
      </w:pPr>
    </w:p>
    <w:p w14:paraId="57DE3E95" w14:textId="77777777" w:rsidR="005D1ABA" w:rsidRDefault="00307550">
      <w:pPr>
        <w:spacing w:after="0"/>
      </w:pPr>
      <w:r>
        <w:rPr>
          <w:rFonts w:ascii="Arial" w:hAnsi="Arial"/>
          <w:b/>
        </w:rPr>
        <w:t xml:space="preserve">Interviewer E:  </w:t>
      </w:r>
      <w:r>
        <w:rPr>
          <w:rFonts w:ascii="Arial" w:hAnsi="Arial"/>
          <w:color w:val="5D7284"/>
        </w:rPr>
        <w:t>29:06</w:t>
      </w:r>
    </w:p>
    <w:p w14:paraId="0413C37B" w14:textId="77777777" w:rsidR="005D1ABA" w:rsidRDefault="00307550">
      <w:pPr>
        <w:spacing w:after="0"/>
      </w:pPr>
      <w:r>
        <w:rPr>
          <w:rFonts w:ascii="Arial" w:hAnsi="Arial"/>
        </w:rPr>
        <w:t>Alright, so we can't wait like 10 minutes necessarily but, does this surprise you at all?</w:t>
      </w:r>
    </w:p>
    <w:p w14:paraId="053F0800" w14:textId="77777777" w:rsidR="005D1ABA" w:rsidRDefault="005D1ABA">
      <w:pPr>
        <w:spacing w:after="0"/>
      </w:pPr>
    </w:p>
    <w:p w14:paraId="5E2291F5" w14:textId="77777777" w:rsidR="005D1ABA" w:rsidRDefault="00307550">
      <w:pPr>
        <w:spacing w:after="0"/>
      </w:pPr>
      <w:r>
        <w:rPr>
          <w:rFonts w:ascii="Arial" w:hAnsi="Arial"/>
          <w:b/>
        </w:rPr>
        <w:t xml:space="preserve">Participant #33  </w:t>
      </w:r>
      <w:r>
        <w:rPr>
          <w:rFonts w:ascii="Arial" w:hAnsi="Arial"/>
          <w:color w:val="5D7284"/>
        </w:rPr>
        <w:t>29:14</w:t>
      </w:r>
    </w:p>
    <w:p w14:paraId="6F46596A" w14:textId="26E9CC94" w:rsidR="005D1ABA" w:rsidRDefault="00307550">
      <w:pPr>
        <w:spacing w:after="0"/>
      </w:pPr>
      <w:r>
        <w:rPr>
          <w:rFonts w:ascii="Arial" w:hAnsi="Arial"/>
        </w:rPr>
        <w:t xml:space="preserve">Um, the way that it moves to kind of a half and a half, </w:t>
      </w:r>
      <w:r w:rsidR="003274A5">
        <w:rPr>
          <w:rFonts w:ascii="Arial" w:hAnsi="Arial"/>
        </w:rPr>
        <w:t>yes,</w:t>
      </w:r>
      <w:r>
        <w:rPr>
          <w:rFonts w:ascii="Arial" w:hAnsi="Arial"/>
        </w:rPr>
        <w:t xml:space="preserve"> I didn't expect it to go like one layer on top one layer on the bottom. But I guess it would make sense because I mean that </w:t>
      </w:r>
      <w:r w:rsidR="003274A5">
        <w:rPr>
          <w:rFonts w:ascii="Arial" w:hAnsi="Arial"/>
        </w:rPr>
        <w:t>your</w:t>
      </w:r>
      <w:r>
        <w:rPr>
          <w:rFonts w:ascii="Arial" w:hAnsi="Arial"/>
        </w:rPr>
        <w:t xml:space="preserve"> warmer water on top. I don't know something about it makes sense. I don't know how to describe it. But it's just very interesting.</w:t>
      </w:r>
    </w:p>
    <w:p w14:paraId="78E1298C" w14:textId="77777777" w:rsidR="005D1ABA" w:rsidRDefault="005D1ABA">
      <w:pPr>
        <w:spacing w:after="0"/>
      </w:pPr>
    </w:p>
    <w:p w14:paraId="7103CB3B" w14:textId="77777777" w:rsidR="005D1ABA" w:rsidRDefault="00307550">
      <w:pPr>
        <w:spacing w:after="0"/>
      </w:pPr>
      <w:r>
        <w:rPr>
          <w:rFonts w:ascii="Arial" w:hAnsi="Arial"/>
          <w:b/>
        </w:rPr>
        <w:t xml:space="preserve">Interviewer P:  </w:t>
      </w:r>
      <w:r>
        <w:rPr>
          <w:rFonts w:ascii="Arial" w:hAnsi="Arial"/>
          <w:color w:val="5D7284"/>
        </w:rPr>
        <w:t>29:44</w:t>
      </w:r>
    </w:p>
    <w:p w14:paraId="39987B83" w14:textId="77777777" w:rsidR="005D1ABA" w:rsidRDefault="00307550">
      <w:pPr>
        <w:spacing w:after="0"/>
      </w:pPr>
      <w:r>
        <w:rPr>
          <w:rFonts w:ascii="Arial" w:hAnsi="Arial"/>
        </w:rPr>
        <w:t>How is it different from what you predicted?</w:t>
      </w:r>
    </w:p>
    <w:p w14:paraId="29C72BC7" w14:textId="77777777" w:rsidR="005D1ABA" w:rsidRDefault="005D1ABA">
      <w:pPr>
        <w:spacing w:after="0"/>
      </w:pPr>
    </w:p>
    <w:p w14:paraId="58E74D4E" w14:textId="77777777" w:rsidR="005D1ABA" w:rsidRDefault="00307550">
      <w:pPr>
        <w:spacing w:after="0"/>
      </w:pPr>
      <w:r>
        <w:rPr>
          <w:rFonts w:ascii="Arial" w:hAnsi="Arial"/>
          <w:b/>
        </w:rPr>
        <w:t xml:space="preserve">Participant #33  </w:t>
      </w:r>
      <w:r>
        <w:rPr>
          <w:rFonts w:ascii="Arial" w:hAnsi="Arial"/>
          <w:color w:val="5D7284"/>
        </w:rPr>
        <w:t>29:48</w:t>
      </w:r>
    </w:p>
    <w:p w14:paraId="3C8D8546" w14:textId="5A548A32" w:rsidR="005D1ABA" w:rsidRDefault="00307550">
      <w:pPr>
        <w:spacing w:after="0"/>
      </w:pPr>
      <w:r>
        <w:rPr>
          <w:rFonts w:ascii="Arial" w:hAnsi="Arial"/>
        </w:rPr>
        <w:t xml:space="preserve">There it's different because even though they're separated it's they're separated horizontally instead of vertically in the kind of respective areas that they were put in like I thought they would be. </w:t>
      </w:r>
      <w:r w:rsidR="003274A5">
        <w:rPr>
          <w:rFonts w:ascii="Arial" w:hAnsi="Arial"/>
        </w:rPr>
        <w:t>So,</w:t>
      </w:r>
      <w:r>
        <w:rPr>
          <w:rFonts w:ascii="Arial" w:hAnsi="Arial"/>
        </w:rPr>
        <w:t xml:space="preserve"> I'm gonna count that as a win for myself. But just because they're not mixed yet but that I didn't I did not think that it was going to be layered like that. That's interesting.</w:t>
      </w:r>
    </w:p>
    <w:p w14:paraId="1C3EA367" w14:textId="77777777" w:rsidR="005D1ABA" w:rsidRDefault="005D1ABA">
      <w:pPr>
        <w:spacing w:after="0"/>
      </w:pPr>
    </w:p>
    <w:p w14:paraId="2A0F5925" w14:textId="77777777" w:rsidR="005D1ABA" w:rsidRDefault="00307550">
      <w:pPr>
        <w:spacing w:after="0"/>
      </w:pPr>
      <w:r>
        <w:rPr>
          <w:rFonts w:ascii="Arial" w:hAnsi="Arial"/>
          <w:b/>
        </w:rPr>
        <w:lastRenderedPageBreak/>
        <w:t xml:space="preserve">Interviewer E:  </w:t>
      </w:r>
      <w:r>
        <w:rPr>
          <w:rFonts w:ascii="Arial" w:hAnsi="Arial"/>
          <w:color w:val="5D7284"/>
        </w:rPr>
        <w:t>30:17</w:t>
      </w:r>
    </w:p>
    <w:p w14:paraId="29DBB928" w14:textId="77777777" w:rsidR="005D1ABA" w:rsidRDefault="00307550">
      <w:pPr>
        <w:spacing w:after="0"/>
      </w:pPr>
      <w:r>
        <w:rPr>
          <w:rFonts w:ascii="Arial" w:hAnsi="Arial"/>
        </w:rPr>
        <w:t>And would you say that it would still mix in 10 minutes or?</w:t>
      </w:r>
    </w:p>
    <w:p w14:paraId="6D5B0FC4" w14:textId="77777777" w:rsidR="005D1ABA" w:rsidRDefault="005D1ABA">
      <w:pPr>
        <w:spacing w:after="0"/>
      </w:pPr>
    </w:p>
    <w:p w14:paraId="5978C30B" w14:textId="77777777" w:rsidR="005D1ABA" w:rsidRDefault="00307550">
      <w:pPr>
        <w:spacing w:after="0"/>
      </w:pPr>
      <w:r>
        <w:rPr>
          <w:rFonts w:ascii="Arial" w:hAnsi="Arial"/>
          <w:b/>
        </w:rPr>
        <w:t xml:space="preserve">Participant #33  </w:t>
      </w:r>
      <w:r>
        <w:rPr>
          <w:rFonts w:ascii="Arial" w:hAnsi="Arial"/>
          <w:color w:val="5D7284"/>
        </w:rPr>
        <w:t>30:25</w:t>
      </w:r>
    </w:p>
    <w:p w14:paraId="08DF6BF8" w14:textId="77777777" w:rsidR="005D1ABA" w:rsidRDefault="00307550">
      <w:pPr>
        <w:spacing w:after="0"/>
      </w:pPr>
      <w:r>
        <w:rPr>
          <w:rFonts w:ascii="Arial" w:hAnsi="Arial"/>
        </w:rPr>
        <w:t>Maybe longer now that I'm looking at it, but I mean, I feel like eventually it has to mix once it gets to the same temperature. I feel like it would be a lot easier.</w:t>
      </w:r>
    </w:p>
    <w:p w14:paraId="7E3DBCF1" w14:textId="77777777" w:rsidR="005D1ABA" w:rsidRDefault="005D1ABA">
      <w:pPr>
        <w:spacing w:after="0"/>
      </w:pPr>
    </w:p>
    <w:p w14:paraId="21865E11" w14:textId="77777777" w:rsidR="005D1ABA" w:rsidRDefault="00307550">
      <w:pPr>
        <w:spacing w:after="0"/>
      </w:pPr>
      <w:r>
        <w:rPr>
          <w:rFonts w:ascii="Arial" w:hAnsi="Arial"/>
          <w:b/>
        </w:rPr>
        <w:t xml:space="preserve">Interviewer E:  </w:t>
      </w:r>
      <w:r>
        <w:rPr>
          <w:rFonts w:ascii="Arial" w:hAnsi="Arial"/>
          <w:color w:val="5D7284"/>
        </w:rPr>
        <w:t>30:41</w:t>
      </w:r>
    </w:p>
    <w:p w14:paraId="3AD37709" w14:textId="77777777" w:rsidR="005D1ABA" w:rsidRDefault="00307550">
      <w:pPr>
        <w:spacing w:after="0"/>
      </w:pPr>
      <w:r>
        <w:rPr>
          <w:rFonts w:ascii="Arial" w:hAnsi="Arial"/>
        </w:rPr>
        <w:t xml:space="preserve">And did you say you weren't quite sure why it's </w:t>
      </w:r>
      <w:r>
        <w:rPr>
          <w:rFonts w:ascii="Arial" w:hAnsi="Arial"/>
        </w:rPr>
        <w:t>like these are stratified the way that they are like any guesses as to why like red is on top and blue is on the bottom.</w:t>
      </w:r>
    </w:p>
    <w:p w14:paraId="5D8A6B56" w14:textId="77777777" w:rsidR="005D1ABA" w:rsidRDefault="005D1ABA">
      <w:pPr>
        <w:spacing w:after="0"/>
      </w:pPr>
    </w:p>
    <w:p w14:paraId="22449EA2" w14:textId="77777777" w:rsidR="005D1ABA" w:rsidRDefault="00307550">
      <w:pPr>
        <w:spacing w:after="0"/>
      </w:pPr>
      <w:r>
        <w:rPr>
          <w:rFonts w:ascii="Arial" w:hAnsi="Arial"/>
          <w:b/>
        </w:rPr>
        <w:t xml:space="preserve">Participant #33  </w:t>
      </w:r>
      <w:r>
        <w:rPr>
          <w:rFonts w:ascii="Arial" w:hAnsi="Arial"/>
          <w:color w:val="5D7284"/>
        </w:rPr>
        <w:t>30:54</w:t>
      </w:r>
    </w:p>
    <w:p w14:paraId="3D865EE7" w14:textId="4DB4E6C7" w:rsidR="005D1ABA" w:rsidRDefault="00307550">
      <w:pPr>
        <w:spacing w:after="0"/>
      </w:pPr>
      <w:r>
        <w:rPr>
          <w:rFonts w:ascii="Arial" w:hAnsi="Arial"/>
        </w:rPr>
        <w:t xml:space="preserve">Maybe because it's hotter, so more molecule movement. colder waters gonna be closer to ice than to water vapor. </w:t>
      </w:r>
      <w:r w:rsidR="003274A5">
        <w:rPr>
          <w:rFonts w:ascii="Arial" w:hAnsi="Arial"/>
        </w:rPr>
        <w:t>So,</w:t>
      </w:r>
      <w:r>
        <w:rPr>
          <w:rFonts w:ascii="Arial" w:hAnsi="Arial"/>
        </w:rPr>
        <w:t xml:space="preserve"> it's going to have less movement that would be my guess. And the hot water molecules are gonna want to stay together the </w:t>
      </w:r>
      <w:r w:rsidR="003274A5">
        <w:rPr>
          <w:rFonts w:ascii="Arial" w:hAnsi="Arial"/>
        </w:rPr>
        <w:t>cold-water</w:t>
      </w:r>
      <w:r>
        <w:rPr>
          <w:rFonts w:ascii="Arial" w:hAnsi="Arial"/>
        </w:rPr>
        <w:t xml:space="preserve"> molecules are gonna want to stay together. That would be my assumption after seeing this.</w:t>
      </w:r>
    </w:p>
    <w:p w14:paraId="66F3AAA5" w14:textId="77777777" w:rsidR="005D1ABA" w:rsidRDefault="005D1ABA">
      <w:pPr>
        <w:spacing w:after="0"/>
      </w:pPr>
    </w:p>
    <w:p w14:paraId="2CE656E8" w14:textId="77777777" w:rsidR="005D1ABA" w:rsidRDefault="00307550">
      <w:pPr>
        <w:spacing w:after="0"/>
      </w:pPr>
      <w:r>
        <w:rPr>
          <w:rFonts w:ascii="Arial" w:hAnsi="Arial"/>
          <w:b/>
        </w:rPr>
        <w:t xml:space="preserve">Interviewer E:  </w:t>
      </w:r>
      <w:r>
        <w:rPr>
          <w:rFonts w:ascii="Arial" w:hAnsi="Arial"/>
          <w:color w:val="5D7284"/>
        </w:rPr>
        <w:t>31:28</w:t>
      </w:r>
    </w:p>
    <w:p w14:paraId="1BA0C964" w14:textId="77777777" w:rsidR="005D1ABA" w:rsidRDefault="00307550">
      <w:pPr>
        <w:spacing w:after="0"/>
      </w:pPr>
      <w:r>
        <w:rPr>
          <w:rFonts w:ascii="Arial" w:hAnsi="Arial"/>
        </w:rPr>
        <w:t xml:space="preserve">All right, for the freshwater and our saltwater. </w:t>
      </w:r>
    </w:p>
    <w:p w14:paraId="025AC345" w14:textId="77777777" w:rsidR="005D1ABA" w:rsidRDefault="005D1ABA">
      <w:pPr>
        <w:spacing w:after="0"/>
      </w:pPr>
    </w:p>
    <w:p w14:paraId="6F01DB8C" w14:textId="77777777" w:rsidR="005D1ABA" w:rsidRDefault="00307550">
      <w:pPr>
        <w:spacing w:after="0"/>
      </w:pPr>
      <w:r>
        <w:rPr>
          <w:rFonts w:ascii="Arial" w:hAnsi="Arial"/>
          <w:b/>
        </w:rPr>
        <w:t xml:space="preserve">Participant #33  </w:t>
      </w:r>
      <w:r>
        <w:rPr>
          <w:rFonts w:ascii="Arial" w:hAnsi="Arial"/>
          <w:color w:val="5D7284"/>
        </w:rPr>
        <w:t>31:33</w:t>
      </w:r>
    </w:p>
    <w:p w14:paraId="35506D84" w14:textId="77777777" w:rsidR="005D1ABA" w:rsidRDefault="00307550">
      <w:pPr>
        <w:spacing w:after="0"/>
      </w:pPr>
      <w:r>
        <w:rPr>
          <w:rFonts w:ascii="Arial" w:hAnsi="Arial"/>
        </w:rPr>
        <w:t>So yellow is fresh?</w:t>
      </w:r>
    </w:p>
    <w:p w14:paraId="698641AF" w14:textId="77777777" w:rsidR="005D1ABA" w:rsidRDefault="005D1ABA">
      <w:pPr>
        <w:spacing w:after="0"/>
      </w:pPr>
    </w:p>
    <w:p w14:paraId="5E92C385" w14:textId="77777777" w:rsidR="005D1ABA" w:rsidRDefault="00307550">
      <w:pPr>
        <w:spacing w:after="0"/>
      </w:pPr>
      <w:r>
        <w:rPr>
          <w:rFonts w:ascii="Arial" w:hAnsi="Arial"/>
          <w:b/>
        </w:rPr>
        <w:t xml:space="preserve">Interviewer E:  </w:t>
      </w:r>
      <w:r>
        <w:rPr>
          <w:rFonts w:ascii="Arial" w:hAnsi="Arial"/>
          <w:color w:val="5D7284"/>
        </w:rPr>
        <w:t>31:36</w:t>
      </w:r>
    </w:p>
    <w:p w14:paraId="3F63A334" w14:textId="77777777" w:rsidR="005D1ABA" w:rsidRDefault="00307550">
      <w:pPr>
        <w:spacing w:after="0"/>
      </w:pPr>
      <w:r>
        <w:rPr>
          <w:rFonts w:ascii="Arial" w:hAnsi="Arial"/>
        </w:rPr>
        <w:t>Yellow is fresh and green is salty, here we go. Alright and.</w:t>
      </w:r>
    </w:p>
    <w:p w14:paraId="6C78CC38" w14:textId="77777777" w:rsidR="005D1ABA" w:rsidRDefault="005D1ABA">
      <w:pPr>
        <w:spacing w:after="0"/>
      </w:pPr>
    </w:p>
    <w:p w14:paraId="713F6160" w14:textId="77777777" w:rsidR="005D1ABA" w:rsidRDefault="00307550">
      <w:pPr>
        <w:spacing w:after="0"/>
      </w:pPr>
      <w:r>
        <w:rPr>
          <w:rFonts w:ascii="Arial" w:hAnsi="Arial"/>
          <w:b/>
        </w:rPr>
        <w:t xml:space="preserve">Participant #33  </w:t>
      </w:r>
      <w:r>
        <w:rPr>
          <w:rFonts w:ascii="Arial" w:hAnsi="Arial"/>
          <w:color w:val="5D7284"/>
        </w:rPr>
        <w:t>32:11</w:t>
      </w:r>
    </w:p>
    <w:p w14:paraId="27878268" w14:textId="77777777" w:rsidR="005D1ABA" w:rsidRDefault="00307550">
      <w:pPr>
        <w:spacing w:after="0"/>
      </w:pPr>
      <w:r>
        <w:rPr>
          <w:rFonts w:ascii="Arial" w:hAnsi="Arial"/>
        </w:rPr>
        <w:t>Right, I'm still counting this partially as a win for myself, because I did say it would be split. And salt water is more dense.</w:t>
      </w:r>
    </w:p>
    <w:p w14:paraId="14A2A43A" w14:textId="77777777" w:rsidR="005D1ABA" w:rsidRDefault="005D1ABA">
      <w:pPr>
        <w:spacing w:after="0"/>
      </w:pPr>
    </w:p>
    <w:p w14:paraId="3E8313BF" w14:textId="77777777" w:rsidR="005D1ABA" w:rsidRDefault="00307550">
      <w:pPr>
        <w:spacing w:after="0"/>
      </w:pPr>
      <w:r>
        <w:rPr>
          <w:rFonts w:ascii="Arial" w:hAnsi="Arial"/>
          <w:b/>
        </w:rPr>
        <w:t xml:space="preserve">Interviewer E:  </w:t>
      </w:r>
      <w:r>
        <w:rPr>
          <w:rFonts w:ascii="Arial" w:hAnsi="Arial"/>
          <w:color w:val="5D7284"/>
        </w:rPr>
        <w:t>32:21</w:t>
      </w:r>
    </w:p>
    <w:p w14:paraId="45995596" w14:textId="77777777" w:rsidR="005D1ABA" w:rsidRDefault="00307550">
      <w:pPr>
        <w:spacing w:after="0"/>
      </w:pPr>
      <w:r>
        <w:rPr>
          <w:rFonts w:ascii="Arial" w:hAnsi="Arial"/>
        </w:rPr>
        <w:t xml:space="preserve"> Yeah.</w:t>
      </w:r>
    </w:p>
    <w:p w14:paraId="2675351C" w14:textId="77777777" w:rsidR="005D1ABA" w:rsidRDefault="005D1ABA">
      <w:pPr>
        <w:spacing w:after="0"/>
      </w:pPr>
    </w:p>
    <w:p w14:paraId="79832FEF" w14:textId="77777777" w:rsidR="005D1ABA" w:rsidRDefault="00307550">
      <w:pPr>
        <w:spacing w:after="0"/>
      </w:pPr>
      <w:r>
        <w:rPr>
          <w:rFonts w:ascii="Arial" w:hAnsi="Arial"/>
          <w:b/>
        </w:rPr>
        <w:t xml:space="preserve">Participant #33  </w:t>
      </w:r>
      <w:r>
        <w:rPr>
          <w:rFonts w:ascii="Arial" w:hAnsi="Arial"/>
          <w:color w:val="5D7284"/>
        </w:rPr>
        <w:t>32:21</w:t>
      </w:r>
    </w:p>
    <w:p w14:paraId="38D2EFF1" w14:textId="77777777" w:rsidR="005D1ABA" w:rsidRDefault="00307550">
      <w:pPr>
        <w:spacing w:after="0"/>
      </w:pPr>
      <w:r>
        <w:rPr>
          <w:rFonts w:ascii="Arial" w:hAnsi="Arial"/>
        </w:rPr>
        <w:t>So that's why it's on the bottom.</w:t>
      </w:r>
    </w:p>
    <w:p w14:paraId="0F4BBDA8" w14:textId="77777777" w:rsidR="005D1ABA" w:rsidRDefault="005D1ABA">
      <w:pPr>
        <w:spacing w:after="0"/>
      </w:pPr>
    </w:p>
    <w:p w14:paraId="67B785FC" w14:textId="77777777" w:rsidR="005D1ABA" w:rsidRDefault="00307550">
      <w:pPr>
        <w:spacing w:after="0"/>
      </w:pPr>
      <w:r>
        <w:rPr>
          <w:rFonts w:ascii="Arial" w:hAnsi="Arial"/>
          <w:b/>
        </w:rPr>
        <w:t xml:space="preserve">Interviewer E:  </w:t>
      </w:r>
      <w:r>
        <w:rPr>
          <w:rFonts w:ascii="Arial" w:hAnsi="Arial"/>
          <w:color w:val="5D7284"/>
        </w:rPr>
        <w:t>32:23</w:t>
      </w:r>
    </w:p>
    <w:p w14:paraId="069BF7FB" w14:textId="132FB0C8" w:rsidR="005D1ABA" w:rsidRDefault="00307550">
      <w:pPr>
        <w:spacing w:after="0"/>
      </w:pPr>
      <w:r>
        <w:rPr>
          <w:rFonts w:ascii="Arial" w:hAnsi="Arial"/>
        </w:rPr>
        <w:t xml:space="preserve"> </w:t>
      </w:r>
      <w:r w:rsidR="003274A5">
        <w:rPr>
          <w:rFonts w:ascii="Arial" w:hAnsi="Arial"/>
        </w:rPr>
        <w:t>So,</w:t>
      </w:r>
      <w:r>
        <w:rPr>
          <w:rFonts w:ascii="Arial" w:hAnsi="Arial"/>
        </w:rPr>
        <w:t xml:space="preserve"> is this surprising to you then?</w:t>
      </w:r>
    </w:p>
    <w:p w14:paraId="28850D16" w14:textId="77777777" w:rsidR="005D1ABA" w:rsidRDefault="005D1ABA">
      <w:pPr>
        <w:spacing w:after="0"/>
      </w:pPr>
    </w:p>
    <w:p w14:paraId="1353C19D" w14:textId="77777777" w:rsidR="005D1ABA" w:rsidRDefault="00307550">
      <w:pPr>
        <w:spacing w:after="0"/>
      </w:pPr>
      <w:r>
        <w:rPr>
          <w:rFonts w:ascii="Arial" w:hAnsi="Arial"/>
          <w:b/>
        </w:rPr>
        <w:t xml:space="preserve">Participant #33  </w:t>
      </w:r>
      <w:r>
        <w:rPr>
          <w:rFonts w:ascii="Arial" w:hAnsi="Arial"/>
          <w:color w:val="5D7284"/>
        </w:rPr>
        <w:t>32:25</w:t>
      </w:r>
    </w:p>
    <w:p w14:paraId="0F37557E" w14:textId="77777777" w:rsidR="005D1ABA" w:rsidRDefault="00307550">
      <w:pPr>
        <w:spacing w:after="0"/>
      </w:pPr>
      <w:r>
        <w:rPr>
          <w:rFonts w:ascii="Arial" w:hAnsi="Arial"/>
        </w:rPr>
        <w:t xml:space="preserve">No </w:t>
      </w:r>
      <w:r>
        <w:rPr>
          <w:rFonts w:ascii="Arial" w:hAnsi="Arial"/>
        </w:rPr>
        <w:t>after like seeing it? Like it kind of clicks a little more.</w:t>
      </w:r>
    </w:p>
    <w:p w14:paraId="58D771C1" w14:textId="77777777" w:rsidR="005D1ABA" w:rsidRDefault="005D1ABA">
      <w:pPr>
        <w:spacing w:after="0"/>
      </w:pPr>
    </w:p>
    <w:p w14:paraId="5C33CEAE" w14:textId="77777777" w:rsidR="005D1ABA" w:rsidRDefault="00307550">
      <w:pPr>
        <w:spacing w:after="0"/>
      </w:pPr>
      <w:r>
        <w:rPr>
          <w:rFonts w:ascii="Arial" w:hAnsi="Arial"/>
          <w:b/>
        </w:rPr>
        <w:t xml:space="preserve">Interviewer E:  </w:t>
      </w:r>
      <w:r>
        <w:rPr>
          <w:rFonts w:ascii="Arial" w:hAnsi="Arial"/>
          <w:color w:val="5D7284"/>
        </w:rPr>
        <w:t>32:31</w:t>
      </w:r>
    </w:p>
    <w:p w14:paraId="4A8CD3AF" w14:textId="77777777" w:rsidR="005D1ABA" w:rsidRDefault="00307550">
      <w:pPr>
        <w:spacing w:after="0"/>
      </w:pPr>
      <w:r>
        <w:rPr>
          <w:rFonts w:ascii="Arial" w:hAnsi="Arial"/>
        </w:rPr>
        <w:t>Does this remind you of something?</w:t>
      </w:r>
    </w:p>
    <w:p w14:paraId="17A1BEB0" w14:textId="77777777" w:rsidR="005D1ABA" w:rsidRDefault="005D1ABA">
      <w:pPr>
        <w:spacing w:after="0"/>
      </w:pPr>
    </w:p>
    <w:p w14:paraId="331D1ECF" w14:textId="77777777" w:rsidR="005D1ABA" w:rsidRDefault="00307550">
      <w:pPr>
        <w:spacing w:after="0"/>
      </w:pPr>
      <w:r>
        <w:rPr>
          <w:rFonts w:ascii="Arial" w:hAnsi="Arial"/>
          <w:b/>
        </w:rPr>
        <w:t xml:space="preserve">Participant #33  </w:t>
      </w:r>
      <w:r>
        <w:rPr>
          <w:rFonts w:ascii="Arial" w:hAnsi="Arial"/>
          <w:color w:val="5D7284"/>
        </w:rPr>
        <w:t>32:35</w:t>
      </w:r>
    </w:p>
    <w:p w14:paraId="7F33BFDD" w14:textId="77777777" w:rsidR="005D1ABA" w:rsidRDefault="00307550">
      <w:pPr>
        <w:spacing w:after="0"/>
      </w:pPr>
      <w:r>
        <w:rPr>
          <w:rFonts w:ascii="Arial" w:hAnsi="Arial"/>
        </w:rPr>
        <w:t>That's like, Yes, but No,</w:t>
      </w:r>
    </w:p>
    <w:p w14:paraId="7F548B39" w14:textId="77777777" w:rsidR="005D1ABA" w:rsidRDefault="005D1ABA">
      <w:pPr>
        <w:spacing w:after="0"/>
      </w:pPr>
    </w:p>
    <w:p w14:paraId="696E1958" w14:textId="77777777" w:rsidR="005D1ABA" w:rsidRDefault="00307550">
      <w:pPr>
        <w:spacing w:after="0"/>
      </w:pPr>
      <w:r>
        <w:rPr>
          <w:rFonts w:ascii="Arial" w:hAnsi="Arial"/>
          <w:b/>
        </w:rPr>
        <w:t xml:space="preserve">Interviewer E:  </w:t>
      </w:r>
      <w:r>
        <w:rPr>
          <w:rFonts w:ascii="Arial" w:hAnsi="Arial"/>
          <w:color w:val="5D7284"/>
        </w:rPr>
        <w:t>32:40</w:t>
      </w:r>
    </w:p>
    <w:p w14:paraId="3FCF26C0" w14:textId="77777777" w:rsidR="005D1ABA" w:rsidRDefault="00307550">
      <w:pPr>
        <w:spacing w:after="0"/>
      </w:pPr>
      <w:r>
        <w:rPr>
          <w:rFonts w:ascii="Arial" w:hAnsi="Arial"/>
        </w:rPr>
        <w:t>Or like what's making it click?</w:t>
      </w:r>
    </w:p>
    <w:p w14:paraId="090E6F2B" w14:textId="77777777" w:rsidR="005D1ABA" w:rsidRDefault="005D1ABA">
      <w:pPr>
        <w:spacing w:after="0"/>
      </w:pPr>
    </w:p>
    <w:p w14:paraId="09CB68D1" w14:textId="77777777" w:rsidR="005D1ABA" w:rsidRDefault="00307550">
      <w:pPr>
        <w:spacing w:after="0"/>
      </w:pPr>
      <w:r>
        <w:rPr>
          <w:rFonts w:ascii="Arial" w:hAnsi="Arial"/>
          <w:b/>
        </w:rPr>
        <w:t xml:space="preserve">Participant #33  </w:t>
      </w:r>
      <w:r>
        <w:rPr>
          <w:rFonts w:ascii="Arial" w:hAnsi="Arial"/>
          <w:color w:val="5D7284"/>
        </w:rPr>
        <w:t>32:47</w:t>
      </w:r>
    </w:p>
    <w:p w14:paraId="5B80C323" w14:textId="21A95289" w:rsidR="005D1ABA" w:rsidRDefault="00307550">
      <w:pPr>
        <w:spacing w:after="0"/>
      </w:pPr>
      <w:r>
        <w:rPr>
          <w:rFonts w:ascii="Arial" w:hAnsi="Arial"/>
        </w:rPr>
        <w:t xml:space="preserve">Like, see if you can like see it. You can see the salt, like kind of going un. At least I maybe I'm maybe I'm tricking myself, and I can't. But I think that when the slot when the divider was pulled. It almost looked like you could see salty kind </w:t>
      </w:r>
      <w:r w:rsidR="003274A5">
        <w:rPr>
          <w:rFonts w:ascii="Arial" w:hAnsi="Arial"/>
        </w:rPr>
        <w:t>of aspect</w:t>
      </w:r>
      <w:r>
        <w:rPr>
          <w:rFonts w:ascii="Arial" w:hAnsi="Arial"/>
        </w:rPr>
        <w:t xml:space="preserve"> to the green water. While it was balancing out. I could be completely making that up. But that's what it looked like to me. So.</w:t>
      </w:r>
    </w:p>
    <w:p w14:paraId="75CAEBCE" w14:textId="77777777" w:rsidR="005D1ABA" w:rsidRDefault="005D1ABA">
      <w:pPr>
        <w:spacing w:after="0"/>
      </w:pPr>
    </w:p>
    <w:p w14:paraId="04C532BA" w14:textId="77777777" w:rsidR="005D1ABA" w:rsidRDefault="00307550">
      <w:pPr>
        <w:spacing w:after="0"/>
      </w:pPr>
      <w:r>
        <w:rPr>
          <w:rFonts w:ascii="Arial" w:hAnsi="Arial"/>
          <w:b/>
        </w:rPr>
        <w:t xml:space="preserve">Interviewer E:  </w:t>
      </w:r>
      <w:r>
        <w:rPr>
          <w:rFonts w:ascii="Arial" w:hAnsi="Arial"/>
          <w:color w:val="5D7284"/>
        </w:rPr>
        <w:t>33:19</w:t>
      </w:r>
    </w:p>
    <w:p w14:paraId="1C37CAD6" w14:textId="078D7834" w:rsidR="005D1ABA" w:rsidRDefault="00307550">
      <w:pPr>
        <w:spacing w:after="0"/>
      </w:pPr>
      <w:r>
        <w:rPr>
          <w:rFonts w:ascii="Arial" w:hAnsi="Arial"/>
        </w:rPr>
        <w:t xml:space="preserve">So well, how is this? How is this? Obviously different from what you </w:t>
      </w:r>
      <w:r w:rsidR="003274A5">
        <w:rPr>
          <w:rFonts w:ascii="Arial" w:hAnsi="Arial"/>
        </w:rPr>
        <w:t>had.</w:t>
      </w:r>
    </w:p>
    <w:p w14:paraId="236D2F3D" w14:textId="77777777" w:rsidR="005D1ABA" w:rsidRDefault="005D1ABA">
      <w:pPr>
        <w:spacing w:after="0"/>
      </w:pPr>
    </w:p>
    <w:p w14:paraId="2EB9F32E" w14:textId="77777777" w:rsidR="005D1ABA" w:rsidRDefault="00307550">
      <w:pPr>
        <w:spacing w:after="0"/>
      </w:pPr>
      <w:r>
        <w:rPr>
          <w:rFonts w:ascii="Arial" w:hAnsi="Arial"/>
          <w:b/>
        </w:rPr>
        <w:t xml:space="preserve">Participant #33  </w:t>
      </w:r>
      <w:r>
        <w:rPr>
          <w:rFonts w:ascii="Arial" w:hAnsi="Arial"/>
          <w:color w:val="5D7284"/>
        </w:rPr>
        <w:t>33:27</w:t>
      </w:r>
    </w:p>
    <w:p w14:paraId="2EB2F225" w14:textId="77777777" w:rsidR="005D1ABA" w:rsidRDefault="00307550">
      <w:pPr>
        <w:spacing w:after="0"/>
      </w:pPr>
      <w:r>
        <w:rPr>
          <w:rFonts w:ascii="Arial" w:hAnsi="Arial"/>
        </w:rPr>
        <w:t xml:space="preserve">Same Same sort of thing. </w:t>
      </w:r>
    </w:p>
    <w:p w14:paraId="22004564" w14:textId="77777777" w:rsidR="005D1ABA" w:rsidRDefault="005D1ABA">
      <w:pPr>
        <w:spacing w:after="0"/>
      </w:pPr>
    </w:p>
    <w:p w14:paraId="7F72DFE5" w14:textId="77777777" w:rsidR="005D1ABA" w:rsidRDefault="00307550">
      <w:pPr>
        <w:spacing w:after="0"/>
      </w:pPr>
      <w:r>
        <w:rPr>
          <w:rFonts w:ascii="Arial" w:hAnsi="Arial"/>
          <w:b/>
        </w:rPr>
        <w:t xml:space="preserve">Interviewer E:  </w:t>
      </w:r>
      <w:r>
        <w:rPr>
          <w:rFonts w:ascii="Arial" w:hAnsi="Arial"/>
          <w:color w:val="5D7284"/>
        </w:rPr>
        <w:t>33:29</w:t>
      </w:r>
    </w:p>
    <w:p w14:paraId="75045AD6" w14:textId="77777777" w:rsidR="005D1ABA" w:rsidRDefault="00307550">
      <w:pPr>
        <w:spacing w:after="0"/>
      </w:pPr>
      <w:r>
        <w:rPr>
          <w:rFonts w:ascii="Arial" w:hAnsi="Arial"/>
        </w:rPr>
        <w:t xml:space="preserve">Yeah. </w:t>
      </w:r>
    </w:p>
    <w:p w14:paraId="431DAD51" w14:textId="77777777" w:rsidR="005D1ABA" w:rsidRDefault="005D1ABA">
      <w:pPr>
        <w:spacing w:after="0"/>
      </w:pPr>
    </w:p>
    <w:p w14:paraId="648ED3B7" w14:textId="77777777" w:rsidR="005D1ABA" w:rsidRDefault="00307550">
      <w:pPr>
        <w:spacing w:after="0"/>
      </w:pPr>
      <w:r>
        <w:rPr>
          <w:rFonts w:ascii="Arial" w:hAnsi="Arial"/>
          <w:b/>
        </w:rPr>
        <w:t xml:space="preserve">Participant #33  </w:t>
      </w:r>
      <w:r>
        <w:rPr>
          <w:rFonts w:ascii="Arial" w:hAnsi="Arial"/>
          <w:color w:val="5D7284"/>
        </w:rPr>
        <w:t>33:29</w:t>
      </w:r>
    </w:p>
    <w:p w14:paraId="565D04C5" w14:textId="77777777" w:rsidR="005D1ABA" w:rsidRDefault="00307550">
      <w:pPr>
        <w:spacing w:after="0"/>
      </w:pPr>
      <w:r>
        <w:rPr>
          <w:rFonts w:ascii="Arial" w:hAnsi="Arial"/>
        </w:rPr>
        <w:t>Where the. It's not. It doesn't stay completely to, two sides.</w:t>
      </w:r>
    </w:p>
    <w:p w14:paraId="498CEBFB" w14:textId="77777777" w:rsidR="005D1ABA" w:rsidRDefault="005D1ABA">
      <w:pPr>
        <w:spacing w:after="0"/>
      </w:pPr>
    </w:p>
    <w:p w14:paraId="3E45E409" w14:textId="77777777" w:rsidR="005D1ABA" w:rsidRDefault="00307550">
      <w:pPr>
        <w:spacing w:after="0"/>
      </w:pPr>
      <w:r>
        <w:rPr>
          <w:rFonts w:ascii="Arial" w:hAnsi="Arial"/>
          <w:b/>
        </w:rPr>
        <w:t xml:space="preserve">Interviewer E:  </w:t>
      </w:r>
      <w:r>
        <w:rPr>
          <w:rFonts w:ascii="Arial" w:hAnsi="Arial"/>
          <w:color w:val="5D7284"/>
        </w:rPr>
        <w:t>33:43</w:t>
      </w:r>
    </w:p>
    <w:p w14:paraId="1A49FDAC" w14:textId="77777777" w:rsidR="005D1ABA" w:rsidRDefault="00307550">
      <w:pPr>
        <w:spacing w:after="0"/>
      </w:pPr>
      <w:r>
        <w:rPr>
          <w:rFonts w:ascii="Arial" w:hAnsi="Arial"/>
        </w:rPr>
        <w:t>What about the rate? Do you think the rate would be any different?</w:t>
      </w:r>
    </w:p>
    <w:p w14:paraId="23955F24" w14:textId="77777777" w:rsidR="005D1ABA" w:rsidRDefault="005D1ABA">
      <w:pPr>
        <w:spacing w:after="0"/>
      </w:pPr>
    </w:p>
    <w:p w14:paraId="346FAFA3" w14:textId="77777777" w:rsidR="005D1ABA" w:rsidRDefault="00307550">
      <w:pPr>
        <w:spacing w:after="0"/>
      </w:pPr>
      <w:r>
        <w:rPr>
          <w:rFonts w:ascii="Arial" w:hAnsi="Arial"/>
          <w:b/>
        </w:rPr>
        <w:t xml:space="preserve">Participant #33  </w:t>
      </w:r>
      <w:r>
        <w:rPr>
          <w:rFonts w:ascii="Arial" w:hAnsi="Arial"/>
          <w:color w:val="5D7284"/>
        </w:rPr>
        <w:t>33:47</w:t>
      </w:r>
    </w:p>
    <w:p w14:paraId="3BB1C599" w14:textId="77777777" w:rsidR="005D1ABA" w:rsidRDefault="00307550">
      <w:pPr>
        <w:spacing w:after="0"/>
      </w:pPr>
      <w:r>
        <w:rPr>
          <w:rFonts w:ascii="Arial" w:hAnsi="Arial"/>
        </w:rPr>
        <w:t>No, maybe longer. Just looking at it right now. Because well, if they're the same temperature. Yeah. Because if you're not mixing it, then how is the salt gonna disperse evenly throughout all of the water?</w:t>
      </w:r>
    </w:p>
    <w:p w14:paraId="2DF66011" w14:textId="77777777" w:rsidR="005D1ABA" w:rsidRDefault="005D1ABA">
      <w:pPr>
        <w:spacing w:after="0"/>
      </w:pPr>
    </w:p>
    <w:p w14:paraId="5FD02BB7" w14:textId="77777777" w:rsidR="005D1ABA" w:rsidRDefault="00307550">
      <w:pPr>
        <w:spacing w:after="0"/>
      </w:pPr>
      <w:r>
        <w:rPr>
          <w:rFonts w:ascii="Arial" w:hAnsi="Arial"/>
          <w:b/>
        </w:rPr>
        <w:t xml:space="preserve">Interviewer E:  </w:t>
      </w:r>
      <w:r>
        <w:rPr>
          <w:rFonts w:ascii="Arial" w:hAnsi="Arial"/>
          <w:color w:val="5D7284"/>
        </w:rPr>
        <w:t>34:04</w:t>
      </w:r>
    </w:p>
    <w:p w14:paraId="5029E685" w14:textId="77777777" w:rsidR="005D1ABA" w:rsidRDefault="00307550">
      <w:pPr>
        <w:spacing w:after="0"/>
      </w:pPr>
      <w:r>
        <w:rPr>
          <w:rFonts w:ascii="Arial" w:hAnsi="Arial"/>
        </w:rPr>
        <w:t>How long do you think it would take? If you had to guess?</w:t>
      </w:r>
    </w:p>
    <w:p w14:paraId="727D4A64" w14:textId="77777777" w:rsidR="005D1ABA" w:rsidRDefault="005D1ABA">
      <w:pPr>
        <w:spacing w:after="0"/>
      </w:pPr>
    </w:p>
    <w:p w14:paraId="4B9BC282" w14:textId="77777777" w:rsidR="005D1ABA" w:rsidRDefault="00307550">
      <w:pPr>
        <w:spacing w:after="0"/>
      </w:pPr>
      <w:r>
        <w:rPr>
          <w:rFonts w:ascii="Arial" w:hAnsi="Arial"/>
          <w:b/>
        </w:rPr>
        <w:t xml:space="preserve">Participant #33  </w:t>
      </w:r>
      <w:r>
        <w:rPr>
          <w:rFonts w:ascii="Arial" w:hAnsi="Arial"/>
          <w:color w:val="5D7284"/>
        </w:rPr>
        <w:t>34:06</w:t>
      </w:r>
    </w:p>
    <w:p w14:paraId="3181C986" w14:textId="77777777" w:rsidR="005D1ABA" w:rsidRDefault="00307550">
      <w:pPr>
        <w:spacing w:after="0"/>
      </w:pPr>
      <w:r>
        <w:rPr>
          <w:rFonts w:ascii="Arial" w:hAnsi="Arial"/>
        </w:rPr>
        <w:t>No stirring. I don't know. I'm tempted to say like maybe like, a couple hours. That just feels like a right number of minutes just seems too short. If you're not staring at if it's gonna stay completely still. So I would say like a couple hours, maybe like, two three hours. No clue, but that's where we're going.</w:t>
      </w:r>
    </w:p>
    <w:p w14:paraId="5B1CDA6B" w14:textId="77777777" w:rsidR="005D1ABA" w:rsidRDefault="005D1ABA">
      <w:pPr>
        <w:spacing w:after="0"/>
      </w:pPr>
    </w:p>
    <w:p w14:paraId="7CF4124F" w14:textId="77777777" w:rsidR="005D1ABA" w:rsidRDefault="00307550">
      <w:pPr>
        <w:spacing w:after="0"/>
      </w:pPr>
      <w:r>
        <w:rPr>
          <w:rFonts w:ascii="Arial" w:hAnsi="Arial"/>
          <w:b/>
        </w:rPr>
        <w:t xml:space="preserve">Interviewer P:  </w:t>
      </w:r>
      <w:r>
        <w:rPr>
          <w:rFonts w:ascii="Arial" w:hAnsi="Arial"/>
          <w:color w:val="5D7284"/>
        </w:rPr>
        <w:t>34:33</w:t>
      </w:r>
    </w:p>
    <w:p w14:paraId="3A6F5FEE" w14:textId="77777777" w:rsidR="005D1ABA" w:rsidRDefault="00307550">
      <w:pPr>
        <w:spacing w:after="0"/>
      </w:pPr>
      <w:r>
        <w:rPr>
          <w:rFonts w:ascii="Arial" w:hAnsi="Arial"/>
        </w:rPr>
        <w:t xml:space="preserve">But do you think this would happen in the Chesapeake Bay? </w:t>
      </w:r>
    </w:p>
    <w:p w14:paraId="5DBFF145" w14:textId="77777777" w:rsidR="005D1ABA" w:rsidRDefault="005D1ABA">
      <w:pPr>
        <w:spacing w:after="0"/>
      </w:pPr>
    </w:p>
    <w:p w14:paraId="2797CCAB" w14:textId="77777777" w:rsidR="005D1ABA" w:rsidRDefault="00307550">
      <w:pPr>
        <w:spacing w:after="0"/>
      </w:pPr>
      <w:r>
        <w:rPr>
          <w:rFonts w:ascii="Arial" w:hAnsi="Arial"/>
          <w:b/>
        </w:rPr>
        <w:t xml:space="preserve">Participant #33  </w:t>
      </w:r>
      <w:r>
        <w:rPr>
          <w:rFonts w:ascii="Arial" w:hAnsi="Arial"/>
          <w:color w:val="5D7284"/>
        </w:rPr>
        <w:t>34:40</w:t>
      </w:r>
    </w:p>
    <w:p w14:paraId="0593857B" w14:textId="77777777" w:rsidR="005D1ABA" w:rsidRDefault="00307550">
      <w:pPr>
        <w:spacing w:after="0"/>
      </w:pPr>
      <w:r>
        <w:rPr>
          <w:rFonts w:ascii="Arial" w:hAnsi="Arial"/>
        </w:rPr>
        <w:lastRenderedPageBreak/>
        <w:t>I don't. I guess I'd have to go see. I mean, I guess Yeah. Kind of the parts where there is a little more of a divide between saltier water and fresh water. Yeah, I just it would be interesting whether it is more like this because rainwater would sit on top which is freshwater. So that would make sense if it's kind of goes by layer. But again, I'd have to go see for myself it's interesting now.</w:t>
      </w:r>
    </w:p>
    <w:p w14:paraId="07746C7F" w14:textId="77777777" w:rsidR="005D1ABA" w:rsidRDefault="005D1ABA">
      <w:pPr>
        <w:spacing w:after="0"/>
      </w:pPr>
    </w:p>
    <w:p w14:paraId="1872E914" w14:textId="77777777" w:rsidR="005D1ABA" w:rsidRDefault="00307550">
      <w:pPr>
        <w:spacing w:after="0"/>
      </w:pPr>
      <w:r>
        <w:rPr>
          <w:rFonts w:ascii="Arial" w:hAnsi="Arial"/>
          <w:b/>
        </w:rPr>
        <w:t xml:space="preserve">Interviewer E:  </w:t>
      </w:r>
      <w:r>
        <w:rPr>
          <w:rFonts w:ascii="Arial" w:hAnsi="Arial"/>
          <w:color w:val="5D7284"/>
        </w:rPr>
        <w:t>35:24</w:t>
      </w:r>
    </w:p>
    <w:p w14:paraId="0B646CCD" w14:textId="234D8065" w:rsidR="005D1ABA" w:rsidRDefault="00307550">
      <w:pPr>
        <w:spacing w:after="0"/>
      </w:pPr>
      <w:r>
        <w:rPr>
          <w:rFonts w:ascii="Arial" w:hAnsi="Arial"/>
        </w:rPr>
        <w:t xml:space="preserve">Okay, so just kind of like random. </w:t>
      </w:r>
      <w:r w:rsidR="003274A5">
        <w:rPr>
          <w:rFonts w:ascii="Arial" w:hAnsi="Arial"/>
        </w:rPr>
        <w:t>So,</w:t>
      </w:r>
      <w:r>
        <w:rPr>
          <w:rFonts w:ascii="Arial" w:hAnsi="Arial"/>
        </w:rPr>
        <w:t xml:space="preserve"> if you did go swimming in the Chesapeake Bay, I guess like, and you were just swimming would you have to it would get saltier as you're swimming towards the ocean, right? But it would get saltier here if you swim down, right?</w:t>
      </w:r>
    </w:p>
    <w:p w14:paraId="26AEA15B" w14:textId="77777777" w:rsidR="005D1ABA" w:rsidRDefault="005D1ABA">
      <w:pPr>
        <w:spacing w:after="0"/>
      </w:pPr>
    </w:p>
    <w:p w14:paraId="1470F255" w14:textId="77777777" w:rsidR="005D1ABA" w:rsidRDefault="00307550">
      <w:pPr>
        <w:spacing w:after="0"/>
      </w:pPr>
      <w:r>
        <w:rPr>
          <w:rFonts w:ascii="Arial" w:hAnsi="Arial"/>
          <w:b/>
        </w:rPr>
        <w:t xml:space="preserve">Participant #33  </w:t>
      </w:r>
      <w:r>
        <w:rPr>
          <w:rFonts w:ascii="Arial" w:hAnsi="Arial"/>
          <w:color w:val="5D7284"/>
        </w:rPr>
        <w:t>35:39</w:t>
      </w:r>
    </w:p>
    <w:p w14:paraId="4C0D6B4A" w14:textId="77777777" w:rsidR="005D1ABA" w:rsidRDefault="00307550">
      <w:pPr>
        <w:spacing w:after="0"/>
      </w:pPr>
      <w:r>
        <w:rPr>
          <w:rFonts w:ascii="Arial" w:hAnsi="Arial"/>
        </w:rPr>
        <w:t>I guess. I mean, based on this, I guess you could say that. I think that it depends where it probably just depends where you are to location wise, because if you go really, really north, it's mainly just going to be freshwater based on the fact that it's all all of the water coming in from the north is going to be rainwater or ice that's like melted and traveled down streams, whatever, it's gonna be more all freshwater. It's so weird. It's crazy.</w:t>
      </w:r>
    </w:p>
    <w:sectPr w:rsidR="005D1ABA"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CD3E37" w14:textId="77777777" w:rsidR="006E3D03" w:rsidRDefault="006E3D03">
      <w:pPr>
        <w:spacing w:after="0" w:line="240" w:lineRule="auto"/>
      </w:pPr>
      <w:r>
        <w:separator/>
      </w:r>
    </w:p>
  </w:endnote>
  <w:endnote w:type="continuationSeparator" w:id="0">
    <w:p w14:paraId="417F88C3" w14:textId="77777777" w:rsidR="006E3D03" w:rsidRDefault="006E3D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2BEF91F8"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0BF9E47"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27D2B2"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0FE965C8"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07F27005"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1E651"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859D22" w14:textId="77777777" w:rsidR="006E3D03" w:rsidRDefault="006E3D03">
      <w:pPr>
        <w:spacing w:after="0" w:line="240" w:lineRule="auto"/>
      </w:pPr>
      <w:r>
        <w:separator/>
      </w:r>
    </w:p>
  </w:footnote>
  <w:footnote w:type="continuationSeparator" w:id="0">
    <w:p w14:paraId="525ECC93" w14:textId="77777777" w:rsidR="006E3D03" w:rsidRDefault="006E3D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F4B0F"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996ED"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00304"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680815757">
    <w:abstractNumId w:val="8"/>
  </w:num>
  <w:num w:numId="2" w16cid:durableId="1380082234">
    <w:abstractNumId w:val="6"/>
  </w:num>
  <w:num w:numId="3" w16cid:durableId="225185503">
    <w:abstractNumId w:val="5"/>
  </w:num>
  <w:num w:numId="4" w16cid:durableId="1270621317">
    <w:abstractNumId w:val="4"/>
  </w:num>
  <w:num w:numId="5" w16cid:durableId="227230400">
    <w:abstractNumId w:val="7"/>
  </w:num>
  <w:num w:numId="6" w16cid:durableId="1720862967">
    <w:abstractNumId w:val="3"/>
  </w:num>
  <w:num w:numId="7" w16cid:durableId="253979415">
    <w:abstractNumId w:val="2"/>
  </w:num>
  <w:num w:numId="8" w16cid:durableId="1230845046">
    <w:abstractNumId w:val="1"/>
  </w:num>
  <w:num w:numId="9" w16cid:durableId="9254595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07550"/>
    <w:rsid w:val="00326F90"/>
    <w:rsid w:val="003274A5"/>
    <w:rsid w:val="003622F2"/>
    <w:rsid w:val="004A641F"/>
    <w:rsid w:val="004B593C"/>
    <w:rsid w:val="005D1ABA"/>
    <w:rsid w:val="006E2A8C"/>
    <w:rsid w:val="006E3D03"/>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EB67EC5"/>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D51875C6-E8A4-4700-9819-F7AF7FFDE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B961E0-3156-4665-81F9-AA39AE3B2E35}">
  <ds:schemaRefs>
    <ds:schemaRef ds:uri="http://schemas.microsoft.com/sharepoint/v3/contenttype/forms"/>
  </ds:schemaRefs>
</ds:datastoreItem>
</file>

<file path=customXml/itemProps4.xml><?xml version="1.0" encoding="utf-8"?>
<ds:datastoreItem xmlns:ds="http://schemas.openxmlformats.org/officeDocument/2006/customXml" ds:itemID="{63455DBB-7269-4A3B-BF21-7D393F68A3CD}">
  <ds:schemaRefs>
    <ds:schemaRef ds:uri="http://purl.org/dc/terms/"/>
    <ds:schemaRef ds:uri="http://purl.org/dc/dcmitype/"/>
    <ds:schemaRef ds:uri="http://schemas.microsoft.com/office/2006/documentManagement/types"/>
    <ds:schemaRef ds:uri="http://schemas.openxmlformats.org/package/2006/metadata/core-properties"/>
    <ds:schemaRef ds:uri="http://schemas.microsoft.com/office/2006/metadata/properties"/>
    <ds:schemaRef ds:uri="5b1983e9-55b4-4f9e-a196-30376d2238aa"/>
    <ds:schemaRef ds:uri="http://purl.org/dc/elements/1.1/"/>
    <ds:schemaRef ds:uri="http://www.w3.org/XML/1998/namespace"/>
    <ds:schemaRef ds:uri="http://schemas.microsoft.com/office/infopath/2007/PartnerControls"/>
    <ds:schemaRef ds:uri="eeef5ad7-d6de-419e-9305-cd9bdd8d89a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3015</Words>
  <Characters>17192</Characters>
  <Application>Microsoft Office Word</Application>
  <DocSecurity>4</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20167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2024-05-21T15:57:00Z</dcterms:created>
  <dcterms:modified xsi:type="dcterms:W3CDTF">2024-05-21T15:57:00Z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