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B2CCFA" w14:textId="77777777" w:rsidR="00930F33" w:rsidRDefault="00930F33">
      <w:pPr>
        <w:spacing w:after="0"/>
        <w:rPr>
          <w:lang w:eastAsia="zh-CN"/>
        </w:rPr>
      </w:pPr>
    </w:p>
    <w:p w14:paraId="056E579C" w14:textId="77777777" w:rsidR="009854A5" w:rsidRDefault="009A672A">
      <w:r>
        <w:rPr>
          <w:rFonts w:ascii="Arial" w:hAnsi="Arial"/>
          <w:sz w:val="48"/>
        </w:rPr>
        <w:t>Participant #17 Audio</w:t>
      </w:r>
    </w:p>
    <w:p w14:paraId="7523A567" w14:textId="1F499C37" w:rsidR="009854A5" w:rsidRDefault="009A672A">
      <w:r>
        <w:rPr>
          <w:rFonts w:ascii="Arial" w:hAnsi="Arial"/>
          <w:color w:val="4F6880"/>
        </w:rPr>
        <w:t xml:space="preserve">Fri, Oct 27, </w:t>
      </w:r>
      <w:r w:rsidR="009957E8">
        <w:rPr>
          <w:rFonts w:ascii="Arial" w:hAnsi="Arial"/>
          <w:color w:val="4F6880"/>
        </w:rPr>
        <w:t>2023,</w:t>
      </w:r>
      <w:r>
        <w:rPr>
          <w:rFonts w:ascii="Arial" w:hAnsi="Arial"/>
          <w:color w:val="4F6880"/>
        </w:rPr>
        <w:t xml:space="preserve"> 9:12PM • 47:27</w:t>
      </w:r>
    </w:p>
    <w:p w14:paraId="738D6749" w14:textId="77777777" w:rsidR="009854A5" w:rsidRDefault="009A672A">
      <w:pPr>
        <w:spacing w:before="440" w:after="0"/>
      </w:pPr>
      <w:r>
        <w:rPr>
          <w:rFonts w:ascii="Arial" w:hAnsi="Arial"/>
          <w:b/>
          <w:color w:val="4F6880"/>
        </w:rPr>
        <w:t>SUMMARY KEYWORDS</w:t>
      </w:r>
    </w:p>
    <w:p w14:paraId="12C059ED" w14:textId="6F2A1F41" w:rsidR="009854A5" w:rsidRDefault="009A672A">
      <w:r>
        <w:rPr>
          <w:rFonts w:ascii="Arial" w:hAnsi="Arial"/>
          <w:color w:val="4F6880"/>
        </w:rPr>
        <w:t xml:space="preserve">rotating, stay, water, </w:t>
      </w:r>
      <w:r w:rsidR="00E8113B">
        <w:rPr>
          <w:rFonts w:ascii="Arial" w:hAnsi="Arial"/>
          <w:color w:val="4F6880"/>
        </w:rPr>
        <w:t>Jell-O</w:t>
      </w:r>
      <w:r>
        <w:rPr>
          <w:rFonts w:ascii="Arial" w:hAnsi="Arial"/>
          <w:color w:val="4F6880"/>
        </w:rPr>
        <w:t>, moving, feel, bottom, bit, temperature, spinning, top, prediction, happen, minute, purple, sketch, warm, blue, sink, dye</w:t>
      </w:r>
    </w:p>
    <w:p w14:paraId="78469D0E" w14:textId="77777777" w:rsidR="009854A5" w:rsidRDefault="009A672A">
      <w:pPr>
        <w:spacing w:before="440" w:after="0"/>
      </w:pPr>
      <w:r>
        <w:rPr>
          <w:rFonts w:ascii="Arial" w:hAnsi="Arial"/>
          <w:b/>
          <w:color w:val="4F6880"/>
        </w:rPr>
        <w:t>SPEAKERS</w:t>
      </w:r>
    </w:p>
    <w:p w14:paraId="4804189F" w14:textId="5347311F" w:rsidR="009854A5" w:rsidRDefault="009A672A">
      <w:r>
        <w:rPr>
          <w:rFonts w:ascii="Arial" w:hAnsi="Arial"/>
          <w:color w:val="4F6880"/>
        </w:rPr>
        <w:t>Participant #</w:t>
      </w:r>
      <w:r w:rsidR="00E8113B">
        <w:rPr>
          <w:rFonts w:ascii="Arial" w:hAnsi="Arial"/>
          <w:color w:val="4F6880"/>
        </w:rPr>
        <w:t>17:</w:t>
      </w:r>
      <w:r>
        <w:rPr>
          <w:rFonts w:ascii="Arial" w:hAnsi="Arial"/>
          <w:color w:val="4F6880"/>
        </w:rPr>
        <w:t xml:space="preserve"> Interviewer P:</w:t>
      </w:r>
    </w:p>
    <w:p w14:paraId="6031733C" w14:textId="77777777" w:rsidR="009854A5" w:rsidRDefault="009854A5">
      <w:pPr>
        <w:spacing w:after="0"/>
      </w:pPr>
    </w:p>
    <w:p w14:paraId="641EBF14" w14:textId="77777777" w:rsidR="009854A5" w:rsidRDefault="009A672A">
      <w:pPr>
        <w:spacing w:after="0"/>
      </w:pPr>
      <w:r>
        <w:rPr>
          <w:rFonts w:ascii="Arial" w:hAnsi="Arial"/>
          <w:b/>
        </w:rPr>
        <w:t xml:space="preserve">Interviewer P:  </w:t>
      </w:r>
      <w:r>
        <w:rPr>
          <w:rFonts w:ascii="Arial" w:hAnsi="Arial"/>
          <w:color w:val="5D7284"/>
        </w:rPr>
        <w:t>00:00</w:t>
      </w:r>
    </w:p>
    <w:p w14:paraId="0A954CE4" w14:textId="474DD6CA" w:rsidR="009854A5" w:rsidRDefault="009A672A">
      <w:pPr>
        <w:spacing w:after="0"/>
      </w:pPr>
      <w:r>
        <w:rPr>
          <w:rFonts w:ascii="Arial" w:hAnsi="Arial"/>
        </w:rPr>
        <w:t xml:space="preserve">Alright, so this is participant number 17. Alright, so here's what we're </w:t>
      </w:r>
      <w:r w:rsidR="00E8113B">
        <w:rPr>
          <w:rFonts w:ascii="Arial" w:hAnsi="Arial"/>
        </w:rPr>
        <w:t>goanna</w:t>
      </w:r>
      <w:r>
        <w:rPr>
          <w:rFonts w:ascii="Arial" w:hAnsi="Arial"/>
        </w:rPr>
        <w:t xml:space="preserve"> do, I have two pictures of water one is dyed red, and one is dyed blue. And there are two different temperatures, you can feel the side to verify that. So red is warm, Louis called as you might expect, and so I have this rectangular. And what I'm going to do in a bit is pour red on the side of blue on this side. </w:t>
      </w:r>
      <w:r w:rsidR="00E8113B">
        <w:rPr>
          <w:rFonts w:ascii="Arial" w:hAnsi="Arial"/>
        </w:rPr>
        <w:t>So,</w:t>
      </w:r>
      <w:r>
        <w:rPr>
          <w:rFonts w:ascii="Arial" w:hAnsi="Arial"/>
        </w:rPr>
        <w:t xml:space="preserve"> they'll be separated by this dividing wall, but then I'm going to remove the dividing wall and they'll have the opportunity to combine. </w:t>
      </w:r>
      <w:r w:rsidR="00E8113B">
        <w:rPr>
          <w:rFonts w:ascii="Arial" w:hAnsi="Arial"/>
        </w:rPr>
        <w:t>So,</w:t>
      </w:r>
      <w:r>
        <w:rPr>
          <w:rFonts w:ascii="Arial" w:hAnsi="Arial"/>
        </w:rPr>
        <w:t xml:space="preserve"> what I want you to think about and make a prediction for is what you think the water will look like one minute after I pulled out the divided. </w:t>
      </w:r>
      <w:r w:rsidR="00E8113B">
        <w:rPr>
          <w:rFonts w:ascii="Arial" w:hAnsi="Arial"/>
        </w:rPr>
        <w:t>So,</w:t>
      </w:r>
      <w:r>
        <w:rPr>
          <w:rFonts w:ascii="Arial" w:hAnsi="Arial"/>
        </w:rPr>
        <w:t xml:space="preserve"> to make that prediction, I'm going to ask you to sketch it. </w:t>
      </w:r>
      <w:r w:rsidR="00E8113B">
        <w:rPr>
          <w:rFonts w:ascii="Arial" w:hAnsi="Arial"/>
        </w:rPr>
        <w:t>So,</w:t>
      </w:r>
      <w:r>
        <w:rPr>
          <w:rFonts w:ascii="Arial" w:hAnsi="Arial"/>
        </w:rPr>
        <w:t xml:space="preserve"> we have all the colored pencils here that are available to us. So</w:t>
      </w:r>
      <w:r w:rsidR="00E8113B">
        <w:rPr>
          <w:rFonts w:ascii="Arial" w:hAnsi="Arial"/>
        </w:rPr>
        <w:t>,</w:t>
      </w:r>
      <w:r>
        <w:rPr>
          <w:rFonts w:ascii="Arial" w:hAnsi="Arial"/>
        </w:rPr>
        <w:t xml:space="preserve"> </w:t>
      </w:r>
      <w:r w:rsidR="00E8113B">
        <w:rPr>
          <w:rFonts w:ascii="Arial" w:hAnsi="Arial"/>
        </w:rPr>
        <w:t>actually, this</w:t>
      </w:r>
      <w:r>
        <w:rPr>
          <w:rFonts w:ascii="Arial" w:hAnsi="Arial"/>
        </w:rPr>
        <w:t xml:space="preserve"> one warm </w:t>
      </w:r>
      <w:r w:rsidR="00E8113B">
        <w:rPr>
          <w:rFonts w:ascii="Arial" w:hAnsi="Arial"/>
        </w:rPr>
        <w:t>water is</w:t>
      </w:r>
      <w:r>
        <w:rPr>
          <w:rFonts w:ascii="Arial" w:hAnsi="Arial"/>
        </w:rPr>
        <w:t xml:space="preserve"> dyed red, cold water is blue. </w:t>
      </w:r>
      <w:r w:rsidR="00E8113B">
        <w:rPr>
          <w:rFonts w:ascii="Arial" w:hAnsi="Arial"/>
        </w:rPr>
        <w:t>So,</w:t>
      </w:r>
      <w:r>
        <w:rPr>
          <w:rFonts w:ascii="Arial" w:hAnsi="Arial"/>
        </w:rPr>
        <w:t xml:space="preserve"> after I take the dividing wall out one minute later, what do you think it's </w:t>
      </w:r>
      <w:r w:rsidR="00E8113B">
        <w:rPr>
          <w:rFonts w:ascii="Arial" w:hAnsi="Arial"/>
        </w:rPr>
        <w:t>goanna</w:t>
      </w:r>
      <w:r>
        <w:rPr>
          <w:rFonts w:ascii="Arial" w:hAnsi="Arial"/>
        </w:rPr>
        <w:t xml:space="preserve"> look like</w:t>
      </w:r>
    </w:p>
    <w:p w14:paraId="1CB38C84" w14:textId="77777777" w:rsidR="009854A5" w:rsidRDefault="009854A5">
      <w:pPr>
        <w:spacing w:after="0"/>
      </w:pPr>
    </w:p>
    <w:p w14:paraId="2F225495" w14:textId="77777777" w:rsidR="009854A5" w:rsidRDefault="009A672A">
      <w:pPr>
        <w:spacing w:after="0"/>
      </w:pPr>
      <w:r>
        <w:rPr>
          <w:rFonts w:ascii="Arial" w:hAnsi="Arial"/>
          <w:b/>
        </w:rPr>
        <w:t xml:space="preserve">Participant #17:  </w:t>
      </w:r>
      <w:r>
        <w:rPr>
          <w:rFonts w:ascii="Arial" w:hAnsi="Arial"/>
          <w:color w:val="5D7284"/>
        </w:rPr>
        <w:t>01:16</w:t>
      </w:r>
    </w:p>
    <w:p w14:paraId="5313AD8C" w14:textId="77777777" w:rsidR="009854A5" w:rsidRDefault="009A672A">
      <w:pPr>
        <w:spacing w:after="0"/>
      </w:pPr>
      <w:r>
        <w:rPr>
          <w:rFonts w:ascii="Arial" w:hAnsi="Arial"/>
        </w:rPr>
        <w:t>doesn't matter like which side the colors report on?</w:t>
      </w:r>
    </w:p>
    <w:p w14:paraId="34F5B066" w14:textId="77777777" w:rsidR="009854A5" w:rsidRDefault="009854A5">
      <w:pPr>
        <w:spacing w:after="0"/>
      </w:pPr>
    </w:p>
    <w:p w14:paraId="507CF90B" w14:textId="77777777" w:rsidR="009854A5" w:rsidRDefault="009A672A">
      <w:pPr>
        <w:spacing w:after="0"/>
      </w:pPr>
      <w:r>
        <w:rPr>
          <w:rFonts w:ascii="Arial" w:hAnsi="Arial"/>
          <w:b/>
        </w:rPr>
        <w:t xml:space="preserve">Interviewer P:  </w:t>
      </w:r>
      <w:r>
        <w:rPr>
          <w:rFonts w:ascii="Arial" w:hAnsi="Arial"/>
          <w:color w:val="5D7284"/>
        </w:rPr>
        <w:t>01:20</w:t>
      </w:r>
    </w:p>
    <w:p w14:paraId="656AF97B" w14:textId="0642BB77" w:rsidR="009854A5" w:rsidRDefault="009A672A">
      <w:pPr>
        <w:spacing w:after="0"/>
      </w:pPr>
      <w:r>
        <w:rPr>
          <w:rFonts w:ascii="Arial" w:hAnsi="Arial"/>
        </w:rPr>
        <w:t>I'll put red here</w:t>
      </w:r>
      <w:r w:rsidR="00E8113B">
        <w:rPr>
          <w:rFonts w:ascii="Arial" w:hAnsi="Arial"/>
        </w:rPr>
        <w:t xml:space="preserve"> t</w:t>
      </w:r>
      <w:r>
        <w:rPr>
          <w:rFonts w:ascii="Arial" w:hAnsi="Arial"/>
        </w:rPr>
        <w:t>ell me about your sketch.</w:t>
      </w:r>
    </w:p>
    <w:p w14:paraId="53F1BF65" w14:textId="77777777" w:rsidR="009854A5" w:rsidRDefault="009854A5">
      <w:pPr>
        <w:spacing w:after="0"/>
      </w:pPr>
    </w:p>
    <w:p w14:paraId="7C486C1D" w14:textId="77777777" w:rsidR="009854A5" w:rsidRDefault="009A672A">
      <w:pPr>
        <w:spacing w:after="0"/>
      </w:pPr>
      <w:r>
        <w:rPr>
          <w:rFonts w:ascii="Arial" w:hAnsi="Arial"/>
          <w:b/>
        </w:rPr>
        <w:t xml:space="preserve">Participant #17:  </w:t>
      </w:r>
      <w:r>
        <w:rPr>
          <w:rFonts w:ascii="Arial" w:hAnsi="Arial"/>
          <w:color w:val="5D7284"/>
        </w:rPr>
        <w:t>02:17</w:t>
      </w:r>
    </w:p>
    <w:p w14:paraId="0168A05B" w14:textId="5A587A67" w:rsidR="009854A5" w:rsidRDefault="009A672A">
      <w:pPr>
        <w:spacing w:after="0"/>
      </w:pPr>
      <w:r>
        <w:rPr>
          <w:rFonts w:ascii="Arial" w:hAnsi="Arial"/>
        </w:rPr>
        <w:t xml:space="preserve">I mean, I've seen like in the past that when things only two different temperatures, it won't always </w:t>
      </w:r>
      <w:r w:rsidR="009957E8">
        <w:rPr>
          <w:rFonts w:ascii="Arial" w:hAnsi="Arial"/>
        </w:rPr>
        <w:t>mix,</w:t>
      </w:r>
      <w:r>
        <w:rPr>
          <w:rFonts w:ascii="Arial" w:hAnsi="Arial"/>
        </w:rPr>
        <w:t xml:space="preserve"> I guess. So that's I was thinking that it would still stay red on one side of wheeling the other seven, maybe, I'm not sure if it would be like completely just wouldn't mix at all, or maybe in the middle would like mix a little bit and be more purple. And the rest would stay like the two separate colors.</w:t>
      </w:r>
    </w:p>
    <w:p w14:paraId="25DC744A" w14:textId="77777777" w:rsidR="009854A5" w:rsidRDefault="009854A5">
      <w:pPr>
        <w:spacing w:after="0"/>
      </w:pPr>
    </w:p>
    <w:p w14:paraId="1565FB53" w14:textId="77777777" w:rsidR="009854A5" w:rsidRDefault="009A672A">
      <w:pPr>
        <w:spacing w:after="0"/>
      </w:pPr>
      <w:r>
        <w:rPr>
          <w:rFonts w:ascii="Arial" w:hAnsi="Arial"/>
          <w:b/>
        </w:rPr>
        <w:t xml:space="preserve">Interviewer P:  </w:t>
      </w:r>
      <w:r>
        <w:rPr>
          <w:rFonts w:ascii="Arial" w:hAnsi="Arial"/>
          <w:color w:val="5D7284"/>
        </w:rPr>
        <w:t>02:36</w:t>
      </w:r>
    </w:p>
    <w:p w14:paraId="0467663A" w14:textId="4A54442E" w:rsidR="009854A5" w:rsidRDefault="009A672A">
      <w:pPr>
        <w:spacing w:after="0"/>
      </w:pPr>
      <w:r>
        <w:rPr>
          <w:rFonts w:ascii="Arial" w:hAnsi="Arial"/>
        </w:rPr>
        <w:t xml:space="preserve">Okay. Sounds like a good prediction. I'm going to switch it up on you still have red and blue </w:t>
      </w:r>
      <w:r w:rsidR="00E8113B">
        <w:rPr>
          <w:rFonts w:ascii="Arial" w:hAnsi="Arial"/>
        </w:rPr>
        <w:t>water.</w:t>
      </w:r>
      <w:r>
        <w:rPr>
          <w:rFonts w:ascii="Arial" w:hAnsi="Arial"/>
        </w:rPr>
        <w:t xml:space="preserve"> This this time, they're the same temperatures you can feel besides to verify. And so how would that look after a minute? After I move the dividing </w:t>
      </w:r>
      <w:r w:rsidR="00E8113B">
        <w:rPr>
          <w:rFonts w:ascii="Arial" w:hAnsi="Arial"/>
        </w:rPr>
        <w:t>wall? I</w:t>
      </w:r>
      <w:r>
        <w:rPr>
          <w:rFonts w:ascii="Arial" w:hAnsi="Arial"/>
        </w:rPr>
        <w:t xml:space="preserve"> might that be </w:t>
      </w:r>
      <w:r w:rsidR="00E8113B">
        <w:rPr>
          <w:rFonts w:ascii="Arial" w:hAnsi="Arial"/>
        </w:rPr>
        <w:t>different.</w:t>
      </w:r>
      <w:r>
        <w:rPr>
          <w:rFonts w:ascii="Arial" w:hAnsi="Arial"/>
        </w:rPr>
        <w:t xml:space="preserve"> Or do you think it would look the </w:t>
      </w:r>
      <w:r>
        <w:rPr>
          <w:rFonts w:ascii="Arial" w:hAnsi="Arial"/>
        </w:rPr>
        <w:lastRenderedPageBreak/>
        <w:t>same?</w:t>
      </w:r>
      <w:r w:rsidR="00E8113B">
        <w:rPr>
          <w:rFonts w:ascii="Arial" w:hAnsi="Arial"/>
        </w:rPr>
        <w:t xml:space="preserve"> </w:t>
      </w:r>
      <w:r>
        <w:rPr>
          <w:rFonts w:ascii="Arial" w:hAnsi="Arial"/>
        </w:rPr>
        <w:t>Alright, so it looks like everything will be purple. Yeah. And do you think the water will move at all to make that purple? Or will it slowly seep or what do you think's going to happen?</w:t>
      </w:r>
    </w:p>
    <w:p w14:paraId="0DC96A58" w14:textId="77777777" w:rsidR="009854A5" w:rsidRDefault="009854A5">
      <w:pPr>
        <w:spacing w:after="0"/>
      </w:pPr>
    </w:p>
    <w:p w14:paraId="030174B2" w14:textId="77777777" w:rsidR="009854A5" w:rsidRDefault="009A672A">
      <w:pPr>
        <w:spacing w:after="0"/>
      </w:pPr>
      <w:r>
        <w:rPr>
          <w:rFonts w:ascii="Arial" w:hAnsi="Arial"/>
          <w:b/>
        </w:rPr>
        <w:t xml:space="preserve">Participant #17:  </w:t>
      </w:r>
      <w:r>
        <w:rPr>
          <w:rFonts w:ascii="Arial" w:hAnsi="Arial"/>
          <w:color w:val="5D7284"/>
        </w:rPr>
        <w:t>03:32</w:t>
      </w:r>
    </w:p>
    <w:p w14:paraId="69E68DC4" w14:textId="77777777" w:rsidR="009854A5" w:rsidRDefault="009A672A">
      <w:pPr>
        <w:spacing w:after="0"/>
      </w:pPr>
      <w:r>
        <w:rPr>
          <w:rFonts w:ascii="Arial" w:hAnsi="Arial"/>
        </w:rPr>
        <w:t>I think that like would it be like fast? Or like short?</w:t>
      </w:r>
    </w:p>
    <w:p w14:paraId="4CD98A22" w14:textId="77777777" w:rsidR="009854A5" w:rsidRDefault="009854A5">
      <w:pPr>
        <w:spacing w:after="0"/>
      </w:pPr>
    </w:p>
    <w:p w14:paraId="50951F0E" w14:textId="77777777" w:rsidR="009854A5" w:rsidRDefault="009A672A">
      <w:pPr>
        <w:spacing w:after="0"/>
      </w:pPr>
      <w:r>
        <w:rPr>
          <w:rFonts w:ascii="Arial" w:hAnsi="Arial"/>
          <w:b/>
        </w:rPr>
        <w:t xml:space="preserve">Interviewer P:  </w:t>
      </w:r>
      <w:r>
        <w:rPr>
          <w:rFonts w:ascii="Arial" w:hAnsi="Arial"/>
          <w:color w:val="5D7284"/>
        </w:rPr>
        <w:t>03:36</w:t>
      </w:r>
    </w:p>
    <w:p w14:paraId="03D53AB9" w14:textId="2B3A5338" w:rsidR="009854A5" w:rsidRDefault="009A672A">
      <w:pPr>
        <w:spacing w:after="0"/>
      </w:pPr>
      <w:r>
        <w:rPr>
          <w:rFonts w:ascii="Arial" w:hAnsi="Arial"/>
        </w:rPr>
        <w:t xml:space="preserve">Would it so hear clearly, it looks like they're trying to stay on their sides, same thing, or they </w:t>
      </w:r>
      <w:r w:rsidR="00E8113B">
        <w:rPr>
          <w:rFonts w:ascii="Arial" w:hAnsi="Arial"/>
        </w:rPr>
        <w:t>goanna</w:t>
      </w:r>
      <w:r>
        <w:rPr>
          <w:rFonts w:ascii="Arial" w:hAnsi="Arial"/>
        </w:rPr>
        <w:t>?</w:t>
      </w:r>
    </w:p>
    <w:p w14:paraId="263A8E7F" w14:textId="77777777" w:rsidR="009854A5" w:rsidRDefault="009854A5">
      <w:pPr>
        <w:spacing w:after="0"/>
      </w:pPr>
    </w:p>
    <w:p w14:paraId="2F7955F6" w14:textId="77777777" w:rsidR="009854A5" w:rsidRDefault="009A672A">
      <w:pPr>
        <w:spacing w:after="0"/>
      </w:pPr>
      <w:r>
        <w:rPr>
          <w:rFonts w:ascii="Arial" w:hAnsi="Arial"/>
          <w:b/>
        </w:rPr>
        <w:t xml:space="preserve">Participant #17:  </w:t>
      </w:r>
      <w:r>
        <w:rPr>
          <w:rFonts w:ascii="Arial" w:hAnsi="Arial"/>
          <w:color w:val="5D7284"/>
        </w:rPr>
        <w:t>03:44</w:t>
      </w:r>
    </w:p>
    <w:p w14:paraId="5CE37E34" w14:textId="77777777" w:rsidR="009854A5" w:rsidRDefault="009A672A">
      <w:pPr>
        <w:spacing w:after="0"/>
      </w:pPr>
      <w:r>
        <w:rPr>
          <w:rFonts w:ascii="Arial" w:hAnsi="Arial"/>
        </w:rPr>
        <w:t>I don't think it would take the full minute for all the colors to combine. But I think it would take like a second. But once they reach each other, I think it would kind of just solve for them together.</w:t>
      </w:r>
    </w:p>
    <w:p w14:paraId="1E6D87CE" w14:textId="77777777" w:rsidR="009854A5" w:rsidRDefault="009854A5">
      <w:pPr>
        <w:spacing w:after="0"/>
      </w:pPr>
    </w:p>
    <w:p w14:paraId="6AFFA76D" w14:textId="77777777" w:rsidR="009854A5" w:rsidRDefault="009A672A">
      <w:pPr>
        <w:spacing w:after="0"/>
      </w:pPr>
      <w:r>
        <w:rPr>
          <w:rFonts w:ascii="Arial" w:hAnsi="Arial"/>
          <w:b/>
        </w:rPr>
        <w:t xml:space="preserve">Interviewer P:  </w:t>
      </w:r>
      <w:r>
        <w:rPr>
          <w:rFonts w:ascii="Arial" w:hAnsi="Arial"/>
          <w:color w:val="5D7284"/>
        </w:rPr>
        <w:t>03:53</w:t>
      </w:r>
    </w:p>
    <w:p w14:paraId="6CC6E646" w14:textId="76C162E2" w:rsidR="009854A5" w:rsidRDefault="009A672A">
      <w:pPr>
        <w:spacing w:after="0"/>
      </w:pPr>
      <w:r>
        <w:rPr>
          <w:rFonts w:ascii="Arial" w:hAnsi="Arial"/>
        </w:rPr>
        <w:t xml:space="preserve">Yeah. </w:t>
      </w:r>
      <w:r w:rsidR="00E8113B">
        <w:rPr>
          <w:rFonts w:ascii="Arial" w:hAnsi="Arial"/>
        </w:rPr>
        <w:t>So,</w:t>
      </w:r>
      <w:r>
        <w:rPr>
          <w:rFonts w:ascii="Arial" w:hAnsi="Arial"/>
        </w:rPr>
        <w:t xml:space="preserve"> they are going to kind of like, move into each other. Yeah, what you're saying? Yeah, okay. All right. third scenario now is I have green and yellow water. And </w:t>
      </w:r>
      <w:r w:rsidR="00E8113B">
        <w:rPr>
          <w:rFonts w:ascii="Arial" w:hAnsi="Arial"/>
        </w:rPr>
        <w:t>so,</w:t>
      </w:r>
      <w:r>
        <w:rPr>
          <w:rFonts w:ascii="Arial" w:hAnsi="Arial"/>
        </w:rPr>
        <w:t xml:space="preserve"> you can feel besides, suppose they're also the same temperature. Here's how they're different. This one is salty. And this one is fresh. </w:t>
      </w:r>
      <w:r w:rsidR="00E8113B">
        <w:rPr>
          <w:rFonts w:ascii="Arial" w:hAnsi="Arial"/>
        </w:rPr>
        <w:t>So,</w:t>
      </w:r>
      <w:r>
        <w:rPr>
          <w:rFonts w:ascii="Arial" w:hAnsi="Arial"/>
        </w:rPr>
        <w:t xml:space="preserve"> we'll do the same thing and we'll put the green on the left and the yellow on the right. And I'll move the wall and what do you think that'll look like? A minute </w:t>
      </w:r>
      <w:r w:rsidR="00E8113B">
        <w:rPr>
          <w:rFonts w:ascii="Arial" w:hAnsi="Arial"/>
        </w:rPr>
        <w:t>later. They</w:t>
      </w:r>
      <w:r>
        <w:rPr>
          <w:rFonts w:ascii="Arial" w:hAnsi="Arial"/>
        </w:rPr>
        <w:t xml:space="preserve"> just will not mix. Alright, just stay. Yeah, got it. All right. </w:t>
      </w:r>
      <w:r w:rsidR="00E8113B">
        <w:rPr>
          <w:rFonts w:ascii="Arial" w:hAnsi="Arial"/>
        </w:rPr>
        <w:t>So,</w:t>
      </w:r>
      <w:r>
        <w:rPr>
          <w:rFonts w:ascii="Arial" w:hAnsi="Arial"/>
        </w:rPr>
        <w:t xml:space="preserve"> let's do this. And I'm </w:t>
      </w:r>
      <w:r w:rsidR="00E8113B">
        <w:rPr>
          <w:rFonts w:ascii="Arial" w:hAnsi="Arial"/>
        </w:rPr>
        <w:t>goanna</w:t>
      </w:r>
      <w:r>
        <w:rPr>
          <w:rFonts w:ascii="Arial" w:hAnsi="Arial"/>
        </w:rPr>
        <w:t xml:space="preserve"> go in the same order that I had you make your </w:t>
      </w:r>
      <w:r w:rsidR="00E8113B">
        <w:rPr>
          <w:rFonts w:ascii="Arial" w:hAnsi="Arial"/>
        </w:rPr>
        <w:t>prediction,</w:t>
      </w:r>
      <w:r>
        <w:rPr>
          <w:rFonts w:ascii="Arial" w:hAnsi="Arial"/>
        </w:rPr>
        <w:t xml:space="preserve"> so we'll start with warm and </w:t>
      </w:r>
      <w:r w:rsidR="00E8113B">
        <w:rPr>
          <w:rFonts w:ascii="Arial" w:hAnsi="Arial"/>
        </w:rPr>
        <w:t>cold what</w:t>
      </w:r>
      <w:r>
        <w:rPr>
          <w:rFonts w:ascii="Arial" w:hAnsi="Arial"/>
        </w:rPr>
        <w:t xml:space="preserve"> we thought was </w:t>
      </w:r>
      <w:r w:rsidR="00E8113B">
        <w:rPr>
          <w:rFonts w:ascii="Arial" w:hAnsi="Arial"/>
        </w:rPr>
        <w:t>goanna</w:t>
      </w:r>
      <w:r>
        <w:rPr>
          <w:rFonts w:ascii="Arial" w:hAnsi="Arial"/>
        </w:rPr>
        <w:t xml:space="preserve"> happen </w:t>
      </w:r>
      <w:r w:rsidR="00E8113B">
        <w:rPr>
          <w:rFonts w:ascii="Arial" w:hAnsi="Arial"/>
        </w:rPr>
        <w:t>there. I</w:t>
      </w:r>
      <w:r>
        <w:rPr>
          <w:rFonts w:ascii="Arial" w:hAnsi="Arial"/>
        </w:rPr>
        <w:t xml:space="preserve"> left my phone in my office so I'm generally timing in my head. I was </w:t>
      </w:r>
      <w:r w:rsidR="00E8113B">
        <w:rPr>
          <w:rFonts w:ascii="Arial" w:hAnsi="Arial"/>
        </w:rPr>
        <w:t>goanna</w:t>
      </w:r>
      <w:r>
        <w:rPr>
          <w:rFonts w:ascii="Arial" w:hAnsi="Arial"/>
        </w:rPr>
        <w:t xml:space="preserve"> use it on my computer there we </w:t>
      </w:r>
      <w:r w:rsidR="00E8113B">
        <w:rPr>
          <w:rFonts w:ascii="Arial" w:hAnsi="Arial"/>
        </w:rPr>
        <w:t>go. S</w:t>
      </w:r>
      <w:r>
        <w:rPr>
          <w:rFonts w:ascii="Arial" w:hAnsi="Arial"/>
        </w:rPr>
        <w:t>o</w:t>
      </w:r>
      <w:r w:rsidR="00E8113B">
        <w:rPr>
          <w:rFonts w:ascii="Arial" w:hAnsi="Arial"/>
        </w:rPr>
        <w:t>,</w:t>
      </w:r>
      <w:r>
        <w:rPr>
          <w:rFonts w:ascii="Arial" w:hAnsi="Arial"/>
        </w:rPr>
        <w:t xml:space="preserve"> </w:t>
      </w:r>
      <w:r w:rsidR="009957E8">
        <w:rPr>
          <w:rFonts w:ascii="Arial" w:hAnsi="Arial"/>
        </w:rPr>
        <w:t>is</w:t>
      </w:r>
      <w:r>
        <w:rPr>
          <w:rFonts w:ascii="Arial" w:hAnsi="Arial"/>
        </w:rPr>
        <w:t xml:space="preserve"> that surprising?</w:t>
      </w:r>
    </w:p>
    <w:p w14:paraId="257CF801" w14:textId="77777777" w:rsidR="009854A5" w:rsidRDefault="009854A5">
      <w:pPr>
        <w:spacing w:after="0"/>
      </w:pPr>
    </w:p>
    <w:p w14:paraId="4642F97B" w14:textId="77777777" w:rsidR="009854A5" w:rsidRDefault="009A672A">
      <w:pPr>
        <w:spacing w:after="0"/>
      </w:pPr>
      <w:r>
        <w:rPr>
          <w:rFonts w:ascii="Arial" w:hAnsi="Arial"/>
          <w:b/>
        </w:rPr>
        <w:t xml:space="preserve">Participant #17:  </w:t>
      </w:r>
      <w:r>
        <w:rPr>
          <w:rFonts w:ascii="Arial" w:hAnsi="Arial"/>
          <w:color w:val="5D7284"/>
        </w:rPr>
        <w:t>06:38</w:t>
      </w:r>
    </w:p>
    <w:p w14:paraId="1269C997" w14:textId="516E93CB" w:rsidR="009854A5" w:rsidRDefault="009A672A">
      <w:pPr>
        <w:spacing w:after="0"/>
      </w:pPr>
      <w:r>
        <w:rPr>
          <w:rFonts w:ascii="Arial" w:hAnsi="Arial"/>
        </w:rPr>
        <w:t>No, I think anything about that, because like he</w:t>
      </w:r>
      <w:r w:rsidR="00E8113B">
        <w:rPr>
          <w:rFonts w:ascii="Arial" w:hAnsi="Arial"/>
        </w:rPr>
        <w:t>at</w:t>
      </w:r>
      <w:r>
        <w:rPr>
          <w:rFonts w:ascii="Arial" w:hAnsi="Arial"/>
        </w:rPr>
        <w:t xml:space="preserve"> rises, obviously. </w:t>
      </w:r>
      <w:r w:rsidR="00E8113B">
        <w:rPr>
          <w:rFonts w:ascii="Arial" w:hAnsi="Arial"/>
        </w:rPr>
        <w:t>So,</w:t>
      </w:r>
      <w:r>
        <w:rPr>
          <w:rFonts w:ascii="Arial" w:hAnsi="Arial"/>
        </w:rPr>
        <w:t xml:space="preserve"> I didn't think about the fact I was only thinking like, oh, it wouldn't make that way instead of it. </w:t>
      </w:r>
      <w:r w:rsidR="00E8113B">
        <w:rPr>
          <w:rFonts w:ascii="Arial" w:hAnsi="Arial"/>
        </w:rPr>
        <w:t>Actually,</w:t>
      </w:r>
      <w:r>
        <w:rPr>
          <w:rFonts w:ascii="Arial" w:hAnsi="Arial"/>
        </w:rPr>
        <w:t xml:space="preserve"> just going on top. </w:t>
      </w:r>
      <w:r w:rsidR="00E8113B">
        <w:rPr>
          <w:rFonts w:ascii="Arial" w:hAnsi="Arial"/>
        </w:rPr>
        <w:t>So,</w:t>
      </w:r>
      <w:r>
        <w:rPr>
          <w:rFonts w:ascii="Arial" w:hAnsi="Arial"/>
        </w:rPr>
        <w:t xml:space="preserve"> I think it makes sense. But yeah, yeah.</w:t>
      </w:r>
    </w:p>
    <w:p w14:paraId="7F675A87" w14:textId="77777777" w:rsidR="009854A5" w:rsidRDefault="009854A5">
      <w:pPr>
        <w:spacing w:after="0"/>
      </w:pPr>
    </w:p>
    <w:p w14:paraId="3B08E17B" w14:textId="77777777" w:rsidR="009854A5" w:rsidRDefault="009A672A">
      <w:pPr>
        <w:spacing w:after="0"/>
      </w:pPr>
      <w:r>
        <w:rPr>
          <w:rFonts w:ascii="Arial" w:hAnsi="Arial"/>
          <w:b/>
        </w:rPr>
        <w:t xml:space="preserve">Interviewer P:  </w:t>
      </w:r>
      <w:r>
        <w:rPr>
          <w:rFonts w:ascii="Arial" w:hAnsi="Arial"/>
          <w:color w:val="5D7284"/>
        </w:rPr>
        <w:t>06:53</w:t>
      </w:r>
    </w:p>
    <w:p w14:paraId="5EBF0FDC" w14:textId="381B5B87" w:rsidR="009854A5" w:rsidRDefault="00E8113B">
      <w:pPr>
        <w:spacing w:after="0"/>
      </w:pPr>
      <w:r>
        <w:rPr>
          <w:rFonts w:ascii="Arial" w:hAnsi="Arial"/>
        </w:rPr>
        <w:t>So, it makes a pretty clearly defined layer. Yeah. And do you think there's a stay? Um,</w:t>
      </w:r>
    </w:p>
    <w:p w14:paraId="62D06581" w14:textId="77777777" w:rsidR="009854A5" w:rsidRDefault="009854A5">
      <w:pPr>
        <w:spacing w:after="0"/>
      </w:pPr>
    </w:p>
    <w:p w14:paraId="6FD2E5FE" w14:textId="77777777" w:rsidR="009854A5" w:rsidRDefault="009A672A">
      <w:pPr>
        <w:spacing w:after="0"/>
      </w:pPr>
      <w:r>
        <w:rPr>
          <w:rFonts w:ascii="Arial" w:hAnsi="Arial"/>
          <w:b/>
        </w:rPr>
        <w:t xml:space="preserve">Participant #17:  </w:t>
      </w:r>
      <w:r>
        <w:rPr>
          <w:rFonts w:ascii="Arial" w:hAnsi="Arial"/>
          <w:color w:val="5D7284"/>
        </w:rPr>
        <w:t>07:01</w:t>
      </w:r>
    </w:p>
    <w:p w14:paraId="08CE4334" w14:textId="5927520E" w:rsidR="009854A5" w:rsidRDefault="009A672A">
      <w:pPr>
        <w:spacing w:after="0"/>
      </w:pPr>
      <w:r>
        <w:rPr>
          <w:rFonts w:ascii="Arial" w:hAnsi="Arial"/>
        </w:rPr>
        <w:t xml:space="preserve">no, because at some point, like the cold water, I feel like it's also </w:t>
      </w:r>
      <w:r w:rsidR="00E8113B">
        <w:rPr>
          <w:rFonts w:ascii="Arial" w:hAnsi="Arial"/>
        </w:rPr>
        <w:t>goanna</w:t>
      </w:r>
      <w:r>
        <w:rPr>
          <w:rFonts w:ascii="Arial" w:hAnsi="Arial"/>
        </w:rPr>
        <w:t xml:space="preserve"> make the warm water colder and also just the room temperature air in general. </w:t>
      </w:r>
      <w:r w:rsidR="00E8113B">
        <w:rPr>
          <w:rFonts w:ascii="Arial" w:hAnsi="Arial"/>
        </w:rPr>
        <w:t>So,</w:t>
      </w:r>
      <w:r>
        <w:rPr>
          <w:rFonts w:ascii="Arial" w:hAnsi="Arial"/>
        </w:rPr>
        <w:t xml:space="preserve"> I feel like once the red water gets colder, and it's the same temperature that eventually will </w:t>
      </w:r>
      <w:r w:rsidR="00E8113B">
        <w:rPr>
          <w:rFonts w:ascii="Arial" w:hAnsi="Arial"/>
        </w:rPr>
        <w:t>mix.</w:t>
      </w:r>
    </w:p>
    <w:p w14:paraId="6BF4D404" w14:textId="77777777" w:rsidR="009854A5" w:rsidRDefault="009854A5">
      <w:pPr>
        <w:spacing w:after="0"/>
      </w:pPr>
    </w:p>
    <w:p w14:paraId="2A768B26" w14:textId="77777777" w:rsidR="009854A5" w:rsidRDefault="009A672A">
      <w:pPr>
        <w:spacing w:after="0"/>
      </w:pPr>
      <w:r>
        <w:rPr>
          <w:rFonts w:ascii="Arial" w:hAnsi="Arial"/>
          <w:b/>
        </w:rPr>
        <w:t xml:space="preserve">Interviewer P:  </w:t>
      </w:r>
      <w:r>
        <w:rPr>
          <w:rFonts w:ascii="Arial" w:hAnsi="Arial"/>
          <w:color w:val="5D7284"/>
        </w:rPr>
        <w:t>07:15</w:t>
      </w:r>
    </w:p>
    <w:p w14:paraId="20C507A6" w14:textId="437E201E" w:rsidR="009854A5" w:rsidRDefault="009A672A">
      <w:pPr>
        <w:spacing w:after="0"/>
      </w:pPr>
      <w:r>
        <w:rPr>
          <w:rFonts w:ascii="Arial" w:hAnsi="Arial"/>
        </w:rPr>
        <w:t xml:space="preserve">and how long do you think that'll </w:t>
      </w:r>
      <w:r w:rsidR="00E8113B">
        <w:rPr>
          <w:rFonts w:ascii="Arial" w:hAnsi="Arial"/>
        </w:rPr>
        <w:t>take and</w:t>
      </w:r>
      <w:r>
        <w:rPr>
          <w:rFonts w:ascii="Arial" w:hAnsi="Arial"/>
        </w:rPr>
        <w:t xml:space="preserve"> do you think it will turn purple? Like you?</w:t>
      </w:r>
    </w:p>
    <w:p w14:paraId="41C332C9" w14:textId="77777777" w:rsidR="009854A5" w:rsidRDefault="009854A5">
      <w:pPr>
        <w:spacing w:after="0"/>
      </w:pPr>
    </w:p>
    <w:p w14:paraId="78802DCC" w14:textId="77777777" w:rsidR="009854A5" w:rsidRDefault="009A672A">
      <w:pPr>
        <w:spacing w:after="0"/>
      </w:pPr>
      <w:r>
        <w:rPr>
          <w:rFonts w:ascii="Arial" w:hAnsi="Arial"/>
          <w:b/>
        </w:rPr>
        <w:t xml:space="preserve">Participant #17:  </w:t>
      </w:r>
      <w:r>
        <w:rPr>
          <w:rFonts w:ascii="Arial" w:hAnsi="Arial"/>
          <w:color w:val="5D7284"/>
        </w:rPr>
        <w:t>07:25</w:t>
      </w:r>
    </w:p>
    <w:p w14:paraId="6869D0B6" w14:textId="77777777" w:rsidR="009854A5" w:rsidRDefault="009A672A">
      <w:pPr>
        <w:spacing w:after="0"/>
      </w:pPr>
      <w:r>
        <w:rPr>
          <w:rFonts w:ascii="Arial" w:hAnsi="Arial"/>
        </w:rPr>
        <w:t>Um, yeah.</w:t>
      </w:r>
    </w:p>
    <w:p w14:paraId="3E78BBA5" w14:textId="77777777" w:rsidR="009854A5" w:rsidRDefault="009854A5">
      <w:pPr>
        <w:spacing w:after="0"/>
      </w:pPr>
    </w:p>
    <w:p w14:paraId="38C38780" w14:textId="77777777" w:rsidR="009854A5" w:rsidRDefault="009A672A">
      <w:pPr>
        <w:spacing w:after="0"/>
      </w:pPr>
      <w:r>
        <w:rPr>
          <w:rFonts w:ascii="Arial" w:hAnsi="Arial"/>
          <w:b/>
        </w:rPr>
        <w:t xml:space="preserve">Interviewer P:  </w:t>
      </w:r>
      <w:r>
        <w:rPr>
          <w:rFonts w:ascii="Arial" w:hAnsi="Arial"/>
          <w:color w:val="5D7284"/>
        </w:rPr>
        <w:t>07:27</w:t>
      </w:r>
    </w:p>
    <w:p w14:paraId="40321C2E" w14:textId="77777777" w:rsidR="009854A5" w:rsidRDefault="009A672A">
      <w:pPr>
        <w:spacing w:after="0"/>
      </w:pPr>
      <w:r>
        <w:rPr>
          <w:rFonts w:ascii="Arial" w:hAnsi="Arial"/>
        </w:rPr>
        <w:lastRenderedPageBreak/>
        <w:t>And at that point, would it be purple and also the same temperature?</w:t>
      </w:r>
    </w:p>
    <w:p w14:paraId="5D6FF304" w14:textId="77777777" w:rsidR="009854A5" w:rsidRDefault="009854A5">
      <w:pPr>
        <w:spacing w:after="0"/>
      </w:pPr>
    </w:p>
    <w:p w14:paraId="2ACAC648" w14:textId="77777777" w:rsidR="009854A5" w:rsidRDefault="009A672A">
      <w:pPr>
        <w:spacing w:after="0"/>
      </w:pPr>
      <w:r>
        <w:rPr>
          <w:rFonts w:ascii="Arial" w:hAnsi="Arial"/>
          <w:b/>
        </w:rPr>
        <w:t xml:space="preserve">Participant #17:  </w:t>
      </w:r>
      <w:r>
        <w:rPr>
          <w:rFonts w:ascii="Arial" w:hAnsi="Arial"/>
          <w:color w:val="5D7284"/>
        </w:rPr>
        <w:t>07:32</w:t>
      </w:r>
    </w:p>
    <w:p w14:paraId="40258C3A" w14:textId="77777777" w:rsidR="009854A5" w:rsidRDefault="009A672A">
      <w:pPr>
        <w:spacing w:after="0"/>
      </w:pPr>
      <w:r>
        <w:rPr>
          <w:rFonts w:ascii="Arial" w:hAnsi="Arial"/>
        </w:rPr>
        <w:t>I think so. Okay,</w:t>
      </w:r>
    </w:p>
    <w:p w14:paraId="7B815F43" w14:textId="77777777" w:rsidR="009854A5" w:rsidRDefault="009854A5">
      <w:pPr>
        <w:spacing w:after="0"/>
      </w:pPr>
    </w:p>
    <w:p w14:paraId="2D309782" w14:textId="77777777" w:rsidR="009854A5" w:rsidRDefault="009A672A">
      <w:pPr>
        <w:spacing w:after="0"/>
      </w:pPr>
      <w:r>
        <w:rPr>
          <w:rFonts w:ascii="Arial" w:hAnsi="Arial"/>
          <w:b/>
        </w:rPr>
        <w:t xml:space="preserve">Interviewer P:  </w:t>
      </w:r>
      <w:r>
        <w:rPr>
          <w:rFonts w:ascii="Arial" w:hAnsi="Arial"/>
          <w:color w:val="5D7284"/>
        </w:rPr>
        <w:t>07:34</w:t>
      </w:r>
    </w:p>
    <w:p w14:paraId="3C312DF8" w14:textId="32975855" w:rsidR="009854A5" w:rsidRDefault="00E8113B">
      <w:pPr>
        <w:spacing w:after="0"/>
      </w:pPr>
      <w:r>
        <w:rPr>
          <w:rFonts w:ascii="Arial" w:hAnsi="Arial"/>
        </w:rPr>
        <w:t>so, in about 10 minutes per ball same time Yeah. Interesting. You can you can feel and they're still warm and cold. OH, yeah. Okay, let's do the next one so next you made a prediction about Yeah, they were the same temperature Do you still go with this Yeah. Okay. What happens there, here we go. It’s like abstract act.</w:t>
      </w:r>
    </w:p>
    <w:p w14:paraId="77DBD53E" w14:textId="77777777" w:rsidR="009854A5" w:rsidRDefault="009854A5">
      <w:pPr>
        <w:spacing w:after="0"/>
      </w:pPr>
    </w:p>
    <w:p w14:paraId="47909F70" w14:textId="77777777" w:rsidR="009854A5" w:rsidRDefault="009A672A">
      <w:pPr>
        <w:spacing w:after="0"/>
      </w:pPr>
      <w:r>
        <w:rPr>
          <w:rFonts w:ascii="Arial" w:hAnsi="Arial"/>
          <w:b/>
        </w:rPr>
        <w:t xml:space="preserve">Interviewer P:  </w:t>
      </w:r>
      <w:r>
        <w:rPr>
          <w:rFonts w:ascii="Arial" w:hAnsi="Arial"/>
          <w:color w:val="5D7284"/>
        </w:rPr>
        <w:t>09:08</w:t>
      </w:r>
    </w:p>
    <w:p w14:paraId="12416588" w14:textId="0219CF98" w:rsidR="009854A5" w:rsidRDefault="00E8113B">
      <w:pPr>
        <w:spacing w:after="0"/>
      </w:pPr>
      <w:r>
        <w:rPr>
          <w:rFonts w:ascii="Arial" w:hAnsi="Arial"/>
        </w:rPr>
        <w:t>Yeah, so not quite this. What surprises you about that?</w:t>
      </w:r>
    </w:p>
    <w:p w14:paraId="71E0BDB6" w14:textId="77777777" w:rsidR="009854A5" w:rsidRDefault="009854A5">
      <w:pPr>
        <w:spacing w:after="0"/>
      </w:pPr>
    </w:p>
    <w:p w14:paraId="55DAEEDE" w14:textId="77777777" w:rsidR="009854A5" w:rsidRDefault="009A672A">
      <w:pPr>
        <w:spacing w:after="0"/>
      </w:pPr>
      <w:r>
        <w:rPr>
          <w:rFonts w:ascii="Arial" w:hAnsi="Arial"/>
          <w:b/>
        </w:rPr>
        <w:t xml:space="preserve">Participant #17:  </w:t>
      </w:r>
      <w:r>
        <w:rPr>
          <w:rFonts w:ascii="Arial" w:hAnsi="Arial"/>
          <w:color w:val="5D7284"/>
        </w:rPr>
        <w:t>09:14</w:t>
      </w:r>
    </w:p>
    <w:p w14:paraId="4B0AAF50" w14:textId="3D7EFA8E" w:rsidR="009854A5" w:rsidRDefault="009A672A">
      <w:pPr>
        <w:spacing w:after="0"/>
      </w:pPr>
      <w:r>
        <w:rPr>
          <w:rFonts w:ascii="Arial" w:hAnsi="Arial"/>
        </w:rPr>
        <w:t xml:space="preserve">I'm just surprised that like it wasn't mixing faster because like you could see it's like, it was like slowly over yeah. I thought it was just </w:t>
      </w:r>
      <w:r w:rsidR="00E8113B">
        <w:rPr>
          <w:rFonts w:ascii="Arial" w:hAnsi="Arial"/>
        </w:rPr>
        <w:t>goanna</w:t>
      </w:r>
      <w:r>
        <w:rPr>
          <w:rFonts w:ascii="Arial" w:hAnsi="Arial"/>
        </w:rPr>
        <w:t xml:space="preserve"> kind of like mix together faster. And like all kind of just go together. But you could still like you could see it moving still.</w:t>
      </w:r>
    </w:p>
    <w:p w14:paraId="73F462C8" w14:textId="77777777" w:rsidR="009854A5" w:rsidRDefault="009854A5">
      <w:pPr>
        <w:spacing w:after="0"/>
      </w:pPr>
    </w:p>
    <w:p w14:paraId="017E80E1" w14:textId="77777777" w:rsidR="009854A5" w:rsidRDefault="009A672A">
      <w:pPr>
        <w:spacing w:after="0"/>
      </w:pPr>
      <w:r>
        <w:rPr>
          <w:rFonts w:ascii="Arial" w:hAnsi="Arial"/>
          <w:b/>
        </w:rPr>
        <w:t xml:space="preserve">Interviewer P:  </w:t>
      </w:r>
      <w:r>
        <w:rPr>
          <w:rFonts w:ascii="Arial" w:hAnsi="Arial"/>
          <w:color w:val="5D7284"/>
        </w:rPr>
        <w:t>09:35</w:t>
      </w:r>
    </w:p>
    <w:p w14:paraId="6D22F2B4" w14:textId="4550DD6E" w:rsidR="009854A5" w:rsidRDefault="00E8113B">
      <w:pPr>
        <w:spacing w:after="0"/>
      </w:pPr>
      <w:r>
        <w:rPr>
          <w:rFonts w:ascii="Arial" w:hAnsi="Arial"/>
        </w:rPr>
        <w:t>There's some blue over here Yeah, it is. Do you see any purple yet?</w:t>
      </w:r>
    </w:p>
    <w:p w14:paraId="70C5E1B8" w14:textId="77777777" w:rsidR="009854A5" w:rsidRDefault="009854A5">
      <w:pPr>
        <w:spacing w:after="0"/>
      </w:pPr>
    </w:p>
    <w:p w14:paraId="72713EA9" w14:textId="77777777" w:rsidR="009854A5" w:rsidRDefault="009A672A">
      <w:pPr>
        <w:spacing w:after="0"/>
      </w:pPr>
      <w:r>
        <w:rPr>
          <w:rFonts w:ascii="Arial" w:hAnsi="Arial"/>
          <w:b/>
        </w:rPr>
        <w:t xml:space="preserve">Participant #17:  </w:t>
      </w:r>
      <w:r>
        <w:rPr>
          <w:rFonts w:ascii="Arial" w:hAnsi="Arial"/>
          <w:color w:val="5D7284"/>
        </w:rPr>
        <w:t>09:39</w:t>
      </w:r>
    </w:p>
    <w:p w14:paraId="7D7DCC1B" w14:textId="1D8A27DC" w:rsidR="009854A5" w:rsidRDefault="009A672A">
      <w:pPr>
        <w:spacing w:after="0"/>
      </w:pPr>
      <w:r>
        <w:rPr>
          <w:rFonts w:ascii="Arial" w:hAnsi="Arial"/>
        </w:rPr>
        <w:t xml:space="preserve">No. You could see like, darker like, we're the blues over there. But almost like kind of looks like it didn't actually mix and more just like there's </w:t>
      </w:r>
      <w:r w:rsidR="00E8113B">
        <w:rPr>
          <w:rFonts w:ascii="Arial" w:hAnsi="Arial"/>
        </w:rPr>
        <w:t>some blue</w:t>
      </w:r>
      <w:r>
        <w:rPr>
          <w:rFonts w:ascii="Arial" w:hAnsi="Arial"/>
        </w:rPr>
        <w:t xml:space="preserve"> just sitting over there.</w:t>
      </w:r>
    </w:p>
    <w:p w14:paraId="5E0C2B9B" w14:textId="77777777" w:rsidR="009854A5" w:rsidRDefault="009854A5">
      <w:pPr>
        <w:spacing w:after="0"/>
      </w:pPr>
    </w:p>
    <w:p w14:paraId="13F1C6A2" w14:textId="77777777" w:rsidR="009854A5" w:rsidRDefault="009A672A">
      <w:pPr>
        <w:spacing w:after="0"/>
      </w:pPr>
      <w:r>
        <w:rPr>
          <w:rFonts w:ascii="Arial" w:hAnsi="Arial"/>
          <w:b/>
        </w:rPr>
        <w:t xml:space="preserve">Interviewer P:  </w:t>
      </w:r>
      <w:r>
        <w:rPr>
          <w:rFonts w:ascii="Arial" w:hAnsi="Arial"/>
          <w:color w:val="5D7284"/>
        </w:rPr>
        <w:t>09:49</w:t>
      </w:r>
    </w:p>
    <w:p w14:paraId="3D5DE8DA" w14:textId="4D062C89" w:rsidR="009854A5" w:rsidRDefault="009A672A">
      <w:pPr>
        <w:spacing w:after="0"/>
      </w:pPr>
      <w:r>
        <w:rPr>
          <w:rFonts w:ascii="Arial" w:hAnsi="Arial"/>
        </w:rPr>
        <w:t xml:space="preserve">Do you think it'll eventually turn purple? </w:t>
      </w:r>
    </w:p>
    <w:p w14:paraId="56BACF48" w14:textId="77777777" w:rsidR="009854A5" w:rsidRDefault="009854A5">
      <w:pPr>
        <w:spacing w:after="0"/>
      </w:pPr>
    </w:p>
    <w:p w14:paraId="57AEE00F" w14:textId="77777777" w:rsidR="009854A5" w:rsidRDefault="009A672A">
      <w:pPr>
        <w:spacing w:after="0"/>
      </w:pPr>
      <w:r>
        <w:rPr>
          <w:rFonts w:ascii="Arial" w:hAnsi="Arial"/>
          <w:b/>
        </w:rPr>
        <w:t xml:space="preserve">Participant #17:  </w:t>
      </w:r>
      <w:r>
        <w:rPr>
          <w:rFonts w:ascii="Arial" w:hAnsi="Arial"/>
          <w:color w:val="5D7284"/>
        </w:rPr>
        <w:t>10:02</w:t>
      </w:r>
    </w:p>
    <w:p w14:paraId="6AD696A8" w14:textId="0F27CAE8" w:rsidR="009854A5" w:rsidRDefault="00E8113B">
      <w:pPr>
        <w:spacing w:after="0"/>
      </w:pPr>
      <w:r>
        <w:rPr>
          <w:rFonts w:ascii="Arial" w:hAnsi="Arial"/>
        </w:rPr>
        <w:t xml:space="preserve">I feel like eventually it would but the same time it's also kind of doing the same like a similar thing to the last one where it's just split looks like it's layer Yeah. With like more of it kind of dispersed to the bottom so you could see some of the bloom through the red. </w:t>
      </w:r>
    </w:p>
    <w:p w14:paraId="455EAADC" w14:textId="77777777" w:rsidR="009854A5" w:rsidRDefault="009854A5">
      <w:pPr>
        <w:spacing w:after="0"/>
      </w:pPr>
    </w:p>
    <w:p w14:paraId="5BCD8F1D" w14:textId="77777777" w:rsidR="009854A5" w:rsidRDefault="009A672A">
      <w:pPr>
        <w:spacing w:after="0"/>
      </w:pPr>
      <w:r>
        <w:rPr>
          <w:rFonts w:ascii="Arial" w:hAnsi="Arial"/>
          <w:b/>
        </w:rPr>
        <w:t xml:space="preserve">Interviewer P:  </w:t>
      </w:r>
      <w:r>
        <w:rPr>
          <w:rFonts w:ascii="Arial" w:hAnsi="Arial"/>
          <w:color w:val="5D7284"/>
        </w:rPr>
        <w:t>10:14</w:t>
      </w:r>
    </w:p>
    <w:p w14:paraId="77F83987" w14:textId="36637D89" w:rsidR="009854A5" w:rsidRDefault="00E8113B">
      <w:pPr>
        <w:spacing w:after="0"/>
      </w:pPr>
      <w:r>
        <w:rPr>
          <w:rFonts w:ascii="Arial" w:hAnsi="Arial"/>
        </w:rPr>
        <w:t>Year definitely there's more dispersion. Yeah. And I'm just kind of wondering if the blue is a tiny bit warmer than the red because of the way it yeah doing that. And I also think that maybe given with some time to see this, I'm sorry, I’m starting to kinda yeah, see how it's going? Like they are interesting how there's like these like mines Yeah. All right. So, let's check out salty and fresh water would you make any changes to your prediction? Though, okay all right, so again, green is salty, yellow is Fresh? So, is that surprising?</w:t>
      </w:r>
    </w:p>
    <w:p w14:paraId="08C3E2C3" w14:textId="77777777" w:rsidR="009854A5" w:rsidRDefault="009854A5">
      <w:pPr>
        <w:spacing w:after="0"/>
      </w:pPr>
    </w:p>
    <w:p w14:paraId="5DDF09E9" w14:textId="77777777" w:rsidR="009854A5" w:rsidRDefault="009A672A">
      <w:pPr>
        <w:spacing w:after="0"/>
      </w:pPr>
      <w:r>
        <w:rPr>
          <w:rFonts w:ascii="Arial" w:hAnsi="Arial"/>
          <w:b/>
        </w:rPr>
        <w:t xml:space="preserve">Participant #17:  </w:t>
      </w:r>
      <w:r>
        <w:rPr>
          <w:rFonts w:ascii="Arial" w:hAnsi="Arial"/>
          <w:color w:val="5D7284"/>
        </w:rPr>
        <w:t>12:15</w:t>
      </w:r>
    </w:p>
    <w:p w14:paraId="508C1CE4" w14:textId="77777777" w:rsidR="009854A5" w:rsidRDefault="009A672A">
      <w:pPr>
        <w:spacing w:after="0"/>
      </w:pPr>
      <w:r>
        <w:rPr>
          <w:rFonts w:ascii="Arial" w:hAnsi="Arial"/>
        </w:rPr>
        <w:lastRenderedPageBreak/>
        <w:t>Yeah. I mean, I guess it's like very similar to the first one. I'm not sure like, what the reasoning is, like, because the grain had the salt water, right? Yes. I'm not sure if it's like the density maybe just was like, bigger, so it's sunk down. But it's like a pretty clear cut.</w:t>
      </w:r>
    </w:p>
    <w:p w14:paraId="2A3D2A3A" w14:textId="77777777" w:rsidR="009854A5" w:rsidRDefault="009854A5">
      <w:pPr>
        <w:spacing w:after="0"/>
      </w:pPr>
    </w:p>
    <w:p w14:paraId="0789ACEB" w14:textId="77777777" w:rsidR="009854A5" w:rsidRDefault="009A672A">
      <w:pPr>
        <w:spacing w:after="0"/>
      </w:pPr>
      <w:r>
        <w:rPr>
          <w:rFonts w:ascii="Arial" w:hAnsi="Arial"/>
          <w:b/>
        </w:rPr>
        <w:t xml:space="preserve">Interviewer P:  </w:t>
      </w:r>
      <w:r>
        <w:rPr>
          <w:rFonts w:ascii="Arial" w:hAnsi="Arial"/>
          <w:color w:val="5D7284"/>
        </w:rPr>
        <w:t>12:38</w:t>
      </w:r>
    </w:p>
    <w:p w14:paraId="47BB6F8A" w14:textId="5719E359" w:rsidR="009854A5" w:rsidRDefault="009A672A">
      <w:pPr>
        <w:spacing w:after="0"/>
      </w:pPr>
      <w:r>
        <w:rPr>
          <w:rFonts w:ascii="Arial" w:hAnsi="Arial"/>
        </w:rPr>
        <w:t xml:space="preserve">Yeah. And not I mean, the line is pretty does Yeah, well, not a lot of </w:t>
      </w:r>
      <w:r w:rsidR="00E8113B">
        <w:rPr>
          <w:rFonts w:ascii="Arial" w:hAnsi="Arial"/>
        </w:rPr>
        <w:t>likes</w:t>
      </w:r>
      <w:r>
        <w:rPr>
          <w:rFonts w:ascii="Arial" w:hAnsi="Arial"/>
        </w:rPr>
        <w:t xml:space="preserve">, you know, whatever green and yellow would be like a light meter green. I guess. It's pretty. Yeah. </w:t>
      </w:r>
      <w:r w:rsidR="00E8113B">
        <w:rPr>
          <w:rFonts w:ascii="Arial" w:hAnsi="Arial"/>
        </w:rPr>
        <w:t>So,</w:t>
      </w:r>
      <w:r>
        <w:rPr>
          <w:rFonts w:ascii="Arial" w:hAnsi="Arial"/>
        </w:rPr>
        <w:t xml:space="preserve"> you said that it might have something to do with density? Yeah. Do you think these layers would stay like</w:t>
      </w:r>
      <w:r w:rsidR="00E8113B">
        <w:rPr>
          <w:rFonts w:ascii="Arial" w:hAnsi="Arial"/>
        </w:rPr>
        <w:t xml:space="preserve"> that?</w:t>
      </w:r>
    </w:p>
    <w:p w14:paraId="7CB2D580" w14:textId="77777777" w:rsidR="009854A5" w:rsidRDefault="009854A5">
      <w:pPr>
        <w:spacing w:after="0"/>
      </w:pPr>
    </w:p>
    <w:p w14:paraId="73B57D91" w14:textId="77777777" w:rsidR="009854A5" w:rsidRDefault="009A672A">
      <w:pPr>
        <w:spacing w:after="0"/>
      </w:pPr>
      <w:r>
        <w:rPr>
          <w:rFonts w:ascii="Arial" w:hAnsi="Arial"/>
          <w:b/>
        </w:rPr>
        <w:t xml:space="preserve">Participant #17:  </w:t>
      </w:r>
      <w:r>
        <w:rPr>
          <w:rFonts w:ascii="Arial" w:hAnsi="Arial"/>
          <w:color w:val="5D7284"/>
        </w:rPr>
        <w:t>13:01</w:t>
      </w:r>
    </w:p>
    <w:p w14:paraId="149F1D70" w14:textId="3BE19BE3" w:rsidR="009854A5" w:rsidRDefault="00E8113B">
      <w:pPr>
        <w:spacing w:after="0"/>
      </w:pPr>
      <w:r>
        <w:rPr>
          <w:rFonts w:ascii="Arial" w:hAnsi="Arial"/>
        </w:rPr>
        <w:t>Yeah, I feel like they would.</w:t>
      </w:r>
    </w:p>
    <w:p w14:paraId="37390B9C" w14:textId="77777777" w:rsidR="009854A5" w:rsidRDefault="009854A5">
      <w:pPr>
        <w:spacing w:after="0"/>
      </w:pPr>
    </w:p>
    <w:p w14:paraId="227F22CF" w14:textId="77777777" w:rsidR="009854A5" w:rsidRDefault="009A672A">
      <w:pPr>
        <w:spacing w:after="0"/>
      </w:pPr>
      <w:r>
        <w:rPr>
          <w:rFonts w:ascii="Arial" w:hAnsi="Arial"/>
          <w:b/>
        </w:rPr>
        <w:t xml:space="preserve">Interviewer P:  </w:t>
      </w:r>
      <w:r>
        <w:rPr>
          <w:rFonts w:ascii="Arial" w:hAnsi="Arial"/>
          <w:color w:val="5D7284"/>
        </w:rPr>
        <w:t>13:03</w:t>
      </w:r>
    </w:p>
    <w:p w14:paraId="02672F74" w14:textId="29D86D2C" w:rsidR="009854A5" w:rsidRDefault="00E8113B">
      <w:pPr>
        <w:spacing w:after="0"/>
      </w:pPr>
      <w:r>
        <w:rPr>
          <w:rFonts w:ascii="Arial" w:hAnsi="Arial"/>
        </w:rPr>
        <w:t>And tell me about them stain the way that they are whereas you said that the blue and red you thought would mix eventually.</w:t>
      </w:r>
    </w:p>
    <w:p w14:paraId="4B9416DC" w14:textId="77777777" w:rsidR="009854A5" w:rsidRDefault="009854A5">
      <w:pPr>
        <w:spacing w:after="0"/>
      </w:pPr>
    </w:p>
    <w:p w14:paraId="0B3DC5BA" w14:textId="77777777" w:rsidR="009854A5" w:rsidRDefault="009A672A">
      <w:pPr>
        <w:spacing w:after="0"/>
      </w:pPr>
      <w:r>
        <w:rPr>
          <w:rFonts w:ascii="Arial" w:hAnsi="Arial"/>
          <w:b/>
        </w:rPr>
        <w:t xml:space="preserve">Participant #17:  </w:t>
      </w:r>
      <w:r>
        <w:rPr>
          <w:rFonts w:ascii="Arial" w:hAnsi="Arial"/>
          <w:color w:val="5D7284"/>
        </w:rPr>
        <w:t>13:15</w:t>
      </w:r>
    </w:p>
    <w:p w14:paraId="5BD725D8" w14:textId="179FFBF8" w:rsidR="009854A5" w:rsidRDefault="009A672A">
      <w:pPr>
        <w:spacing w:after="0"/>
      </w:pPr>
      <w:r>
        <w:rPr>
          <w:rFonts w:ascii="Arial" w:hAnsi="Arial"/>
        </w:rPr>
        <w:t>Because since the blue and rubber like different temperatures I felt like at some point the temperature would change but this one has like the salt so I feel like the salt would stay in the water a lot longer than the temperature change. So yeah, I would</w:t>
      </w:r>
      <w:r w:rsidR="00F66E14">
        <w:rPr>
          <w:rFonts w:ascii="Arial" w:hAnsi="Arial"/>
        </w:rPr>
        <w:t xml:space="preserve"> say.</w:t>
      </w:r>
    </w:p>
    <w:p w14:paraId="67D3AEED" w14:textId="77777777" w:rsidR="009854A5" w:rsidRDefault="009854A5">
      <w:pPr>
        <w:spacing w:after="0"/>
      </w:pPr>
    </w:p>
    <w:p w14:paraId="10A2A1AF" w14:textId="77777777" w:rsidR="00F66E14" w:rsidRDefault="009A672A">
      <w:pPr>
        <w:spacing w:after="0"/>
      </w:pPr>
      <w:r>
        <w:rPr>
          <w:rFonts w:ascii="Arial" w:hAnsi="Arial"/>
          <w:b/>
        </w:rPr>
        <w:t xml:space="preserve">Interviewer P:  </w:t>
      </w:r>
      <w:r>
        <w:rPr>
          <w:rFonts w:ascii="Arial" w:hAnsi="Arial"/>
          <w:color w:val="5D7284"/>
        </w:rPr>
        <w:t>13:28</w:t>
      </w:r>
    </w:p>
    <w:p w14:paraId="4A95D4B3" w14:textId="49BC0EE6" w:rsidR="009854A5" w:rsidRDefault="009A672A">
      <w:pPr>
        <w:spacing w:after="0"/>
      </w:pPr>
      <w:r>
        <w:rPr>
          <w:rFonts w:ascii="Arial" w:hAnsi="Arial"/>
        </w:rPr>
        <w:t xml:space="preserve">Okay, so the salt would be less likely to kind of even itself Yeah, the water </w:t>
      </w:r>
      <w:r w:rsidR="009957E8">
        <w:rPr>
          <w:rFonts w:ascii="Arial" w:hAnsi="Arial"/>
        </w:rPr>
        <w:t>yeah.</w:t>
      </w:r>
    </w:p>
    <w:p w14:paraId="710DC159" w14:textId="77777777" w:rsidR="009854A5" w:rsidRDefault="009854A5">
      <w:pPr>
        <w:spacing w:after="0"/>
      </w:pPr>
    </w:p>
    <w:p w14:paraId="37BF69DF" w14:textId="77777777" w:rsidR="009854A5" w:rsidRDefault="009A672A">
      <w:pPr>
        <w:spacing w:after="0"/>
      </w:pPr>
      <w:r>
        <w:rPr>
          <w:rFonts w:ascii="Arial" w:hAnsi="Arial"/>
          <w:b/>
        </w:rPr>
        <w:t xml:space="preserve">Participant #17:  </w:t>
      </w:r>
      <w:r>
        <w:rPr>
          <w:rFonts w:ascii="Arial" w:hAnsi="Arial"/>
          <w:color w:val="5D7284"/>
        </w:rPr>
        <w:t>13:40</w:t>
      </w:r>
    </w:p>
    <w:p w14:paraId="454D5120" w14:textId="77777777" w:rsidR="009854A5" w:rsidRDefault="009A672A">
      <w:pPr>
        <w:spacing w:after="0"/>
      </w:pPr>
      <w:r>
        <w:rPr>
          <w:rFonts w:ascii="Arial" w:hAnsi="Arial"/>
        </w:rPr>
        <w:t>doesn't look like it's moving at all.</w:t>
      </w:r>
    </w:p>
    <w:p w14:paraId="422E0C8B" w14:textId="77777777" w:rsidR="009854A5" w:rsidRDefault="009854A5">
      <w:pPr>
        <w:spacing w:after="0"/>
      </w:pPr>
    </w:p>
    <w:p w14:paraId="7BA41B1E" w14:textId="77777777" w:rsidR="009854A5" w:rsidRDefault="009A672A">
      <w:pPr>
        <w:spacing w:after="0"/>
      </w:pPr>
      <w:r>
        <w:rPr>
          <w:rFonts w:ascii="Arial" w:hAnsi="Arial"/>
          <w:b/>
        </w:rPr>
        <w:t xml:space="preserve">Interviewer P:  </w:t>
      </w:r>
      <w:r>
        <w:rPr>
          <w:rFonts w:ascii="Arial" w:hAnsi="Arial"/>
          <w:color w:val="5D7284"/>
        </w:rPr>
        <w:t>13:44</w:t>
      </w:r>
    </w:p>
    <w:p w14:paraId="61B139F1" w14:textId="34428538" w:rsidR="009854A5" w:rsidRDefault="00F66E14">
      <w:pPr>
        <w:spacing w:after="0"/>
      </w:pPr>
      <w:r>
        <w:rPr>
          <w:rFonts w:ascii="Arial" w:hAnsi="Arial"/>
        </w:rPr>
        <w:t xml:space="preserve">Certainly, does it alright so we made some time lapse videos. I’m Erika he's been emailing </w:t>
      </w:r>
      <w:r w:rsidR="009957E8">
        <w:rPr>
          <w:rFonts w:ascii="Arial" w:hAnsi="Arial"/>
        </w:rPr>
        <w:t>with,</w:t>
      </w:r>
      <w:r>
        <w:rPr>
          <w:rFonts w:ascii="Arial" w:hAnsi="Arial"/>
        </w:rPr>
        <w:t xml:space="preserve"> so I wanted to share those with </w:t>
      </w:r>
      <w:r w:rsidR="009957E8">
        <w:rPr>
          <w:rFonts w:ascii="Arial" w:hAnsi="Arial"/>
        </w:rPr>
        <w:t>you,</w:t>
      </w:r>
      <w:r>
        <w:rPr>
          <w:rFonts w:ascii="Arial" w:hAnsi="Arial"/>
        </w:rPr>
        <w:t xml:space="preserve"> so I'll show you we'll do the same order that we did. </w:t>
      </w:r>
      <w:r w:rsidR="009957E8">
        <w:rPr>
          <w:rFonts w:ascii="Arial" w:hAnsi="Arial"/>
        </w:rPr>
        <w:t>So,</w:t>
      </w:r>
      <w:r>
        <w:rPr>
          <w:rFonts w:ascii="Arial" w:hAnsi="Arial"/>
        </w:rPr>
        <w:t xml:space="preserve"> the first one this is the hot and cold and it's condensed down to 33 seconds. Right Did you find anything surprising about that?</w:t>
      </w:r>
    </w:p>
    <w:p w14:paraId="6708CFE7" w14:textId="77777777" w:rsidR="009854A5" w:rsidRDefault="009854A5">
      <w:pPr>
        <w:spacing w:after="0"/>
      </w:pPr>
    </w:p>
    <w:p w14:paraId="581CCCB3" w14:textId="77777777" w:rsidR="009854A5" w:rsidRDefault="009A672A">
      <w:pPr>
        <w:spacing w:after="0"/>
      </w:pPr>
      <w:r>
        <w:rPr>
          <w:rFonts w:ascii="Arial" w:hAnsi="Arial"/>
          <w:b/>
        </w:rPr>
        <w:t xml:space="preserve">Participant #17:  </w:t>
      </w:r>
      <w:r>
        <w:rPr>
          <w:rFonts w:ascii="Arial" w:hAnsi="Arial"/>
          <w:color w:val="5D7284"/>
        </w:rPr>
        <w:t>15:07</w:t>
      </w:r>
    </w:p>
    <w:p w14:paraId="63E5CB90" w14:textId="0A9D0CEE" w:rsidR="009854A5" w:rsidRDefault="009A672A">
      <w:pPr>
        <w:spacing w:after="0"/>
      </w:pPr>
      <w:r>
        <w:rPr>
          <w:rFonts w:ascii="Arial" w:hAnsi="Arial"/>
        </w:rPr>
        <w:t xml:space="preserve">Um, I guess not because like I thought it was </w:t>
      </w:r>
      <w:r w:rsidR="00F66E14">
        <w:rPr>
          <w:rFonts w:ascii="Arial" w:hAnsi="Arial"/>
        </w:rPr>
        <w:t>goanna</w:t>
      </w:r>
      <w:r>
        <w:rPr>
          <w:rFonts w:ascii="Arial" w:hAnsi="Arial"/>
        </w:rPr>
        <w:t xml:space="preserve"> kind of all mixed together. But it was interesting like the way that it was kind of just like you could see the lines before it all like mix together instead of it all just kind of like come in one blob of like purple.</w:t>
      </w:r>
    </w:p>
    <w:p w14:paraId="01BF39AB" w14:textId="77777777" w:rsidR="009854A5" w:rsidRDefault="009854A5">
      <w:pPr>
        <w:spacing w:after="0"/>
      </w:pPr>
    </w:p>
    <w:p w14:paraId="20140D3F" w14:textId="77777777" w:rsidR="009854A5" w:rsidRDefault="009A672A">
      <w:pPr>
        <w:spacing w:after="0"/>
      </w:pPr>
      <w:r>
        <w:rPr>
          <w:rFonts w:ascii="Arial" w:hAnsi="Arial"/>
          <w:b/>
        </w:rPr>
        <w:t xml:space="preserve">Interviewer P:  </w:t>
      </w:r>
      <w:r>
        <w:rPr>
          <w:rFonts w:ascii="Arial" w:hAnsi="Arial"/>
          <w:color w:val="5D7284"/>
        </w:rPr>
        <w:t>15:24</w:t>
      </w:r>
    </w:p>
    <w:p w14:paraId="3C4CDF3D" w14:textId="77777777" w:rsidR="009854A5" w:rsidRDefault="009A672A">
      <w:pPr>
        <w:spacing w:after="0"/>
      </w:pPr>
      <w:r>
        <w:rPr>
          <w:rFonts w:ascii="Arial" w:hAnsi="Arial"/>
        </w:rPr>
        <w:t>Right? And it is pretty much the same color. But it never really did get purple.</w:t>
      </w:r>
    </w:p>
    <w:p w14:paraId="6C1CFE39" w14:textId="77777777" w:rsidR="009854A5" w:rsidRDefault="009854A5">
      <w:pPr>
        <w:spacing w:after="0"/>
      </w:pPr>
    </w:p>
    <w:p w14:paraId="2F51D375" w14:textId="77777777" w:rsidR="009854A5" w:rsidRDefault="009A672A">
      <w:pPr>
        <w:spacing w:after="0"/>
      </w:pPr>
      <w:r>
        <w:rPr>
          <w:rFonts w:ascii="Arial" w:hAnsi="Arial"/>
          <w:b/>
        </w:rPr>
        <w:t xml:space="preserve">Participant #17:  </w:t>
      </w:r>
      <w:r>
        <w:rPr>
          <w:rFonts w:ascii="Arial" w:hAnsi="Arial"/>
          <w:color w:val="5D7284"/>
        </w:rPr>
        <w:t>15:30</w:t>
      </w:r>
    </w:p>
    <w:p w14:paraId="712A07FE" w14:textId="77777777" w:rsidR="009854A5" w:rsidRDefault="009A672A">
      <w:pPr>
        <w:spacing w:after="0"/>
      </w:pPr>
      <w:r>
        <w:rPr>
          <w:rFonts w:ascii="Arial" w:hAnsi="Arial"/>
        </w:rPr>
        <w:t>Yeah, but you can see the reds.</w:t>
      </w:r>
    </w:p>
    <w:p w14:paraId="748188F7" w14:textId="77777777" w:rsidR="009854A5" w:rsidRDefault="009854A5">
      <w:pPr>
        <w:spacing w:after="0"/>
      </w:pPr>
    </w:p>
    <w:p w14:paraId="287068F0" w14:textId="77777777" w:rsidR="009854A5" w:rsidRDefault="009A672A">
      <w:pPr>
        <w:spacing w:after="0"/>
      </w:pPr>
      <w:r>
        <w:rPr>
          <w:rFonts w:ascii="Arial" w:hAnsi="Arial"/>
          <w:b/>
        </w:rPr>
        <w:lastRenderedPageBreak/>
        <w:t xml:space="preserve">Interviewer P:  </w:t>
      </w:r>
      <w:r>
        <w:rPr>
          <w:rFonts w:ascii="Arial" w:hAnsi="Arial"/>
          <w:color w:val="5D7284"/>
        </w:rPr>
        <w:t>15:33</w:t>
      </w:r>
    </w:p>
    <w:p w14:paraId="7B7686BE" w14:textId="46B09DB0" w:rsidR="009854A5" w:rsidRDefault="009A672A">
      <w:pPr>
        <w:spacing w:after="0"/>
      </w:pPr>
      <w:r>
        <w:rPr>
          <w:rFonts w:ascii="Arial" w:hAnsi="Arial"/>
        </w:rPr>
        <w:t>You can still that they still kind of are saying to some degrees separate</w:t>
      </w:r>
      <w:r w:rsidR="00F66E14">
        <w:rPr>
          <w:rFonts w:ascii="Arial" w:hAnsi="Arial"/>
        </w:rPr>
        <w:t xml:space="preserve"> y</w:t>
      </w:r>
      <w:r>
        <w:rPr>
          <w:rFonts w:ascii="Arial" w:hAnsi="Arial"/>
        </w:rPr>
        <w:t>eah, water masses,</w:t>
      </w:r>
    </w:p>
    <w:p w14:paraId="0D1C12C6" w14:textId="77777777" w:rsidR="009854A5" w:rsidRDefault="009854A5">
      <w:pPr>
        <w:spacing w:after="0"/>
      </w:pPr>
    </w:p>
    <w:p w14:paraId="0908F10D" w14:textId="77777777" w:rsidR="009854A5" w:rsidRDefault="009A672A">
      <w:pPr>
        <w:spacing w:after="0"/>
      </w:pPr>
      <w:r>
        <w:rPr>
          <w:rFonts w:ascii="Arial" w:hAnsi="Arial"/>
          <w:b/>
        </w:rPr>
        <w:t xml:space="preserve">Participant #17:  </w:t>
      </w:r>
      <w:r>
        <w:rPr>
          <w:rFonts w:ascii="Arial" w:hAnsi="Arial"/>
          <w:color w:val="5D7284"/>
        </w:rPr>
        <w:t>15:39</w:t>
      </w:r>
    </w:p>
    <w:p w14:paraId="37143F43" w14:textId="56FA65CC" w:rsidR="009854A5" w:rsidRDefault="009A672A">
      <w:pPr>
        <w:spacing w:after="0"/>
      </w:pPr>
      <w:r>
        <w:rPr>
          <w:rFonts w:ascii="Arial" w:hAnsi="Arial"/>
        </w:rPr>
        <w:t xml:space="preserve">it kind of seems like there's like three colors like it, you can see a little bit of purple. But you could still see a lot of the blue and the red. </w:t>
      </w:r>
    </w:p>
    <w:p w14:paraId="1ECBC861" w14:textId="77777777" w:rsidR="009854A5" w:rsidRDefault="009854A5">
      <w:pPr>
        <w:spacing w:after="0"/>
      </w:pPr>
    </w:p>
    <w:p w14:paraId="0AD2FF51" w14:textId="77777777" w:rsidR="009854A5" w:rsidRDefault="009A672A">
      <w:pPr>
        <w:spacing w:after="0"/>
      </w:pPr>
      <w:r>
        <w:rPr>
          <w:rFonts w:ascii="Arial" w:hAnsi="Arial"/>
          <w:b/>
        </w:rPr>
        <w:t xml:space="preserve">Interviewer P:  </w:t>
      </w:r>
      <w:r>
        <w:rPr>
          <w:rFonts w:ascii="Arial" w:hAnsi="Arial"/>
          <w:color w:val="5D7284"/>
        </w:rPr>
        <w:t>15:46</w:t>
      </w:r>
    </w:p>
    <w:p w14:paraId="5B99843E" w14:textId="041AE78D" w:rsidR="009854A5" w:rsidRDefault="00F66E14">
      <w:pPr>
        <w:spacing w:after="0"/>
      </w:pPr>
      <w:r>
        <w:rPr>
          <w:rFonts w:ascii="Arial" w:hAnsi="Arial"/>
        </w:rPr>
        <w:t>Totally, yeah, and I think it's cool how those little tendrils their way up and down as well. Do you want to take a guess at how much time this originally was that we shrunk down to 33 seconds?</w:t>
      </w:r>
    </w:p>
    <w:p w14:paraId="2B7312BF" w14:textId="77777777" w:rsidR="009854A5" w:rsidRDefault="009854A5">
      <w:pPr>
        <w:spacing w:after="0"/>
      </w:pPr>
    </w:p>
    <w:p w14:paraId="78A2E327" w14:textId="77777777" w:rsidR="009854A5" w:rsidRDefault="009A672A">
      <w:pPr>
        <w:spacing w:after="0"/>
      </w:pPr>
      <w:r>
        <w:rPr>
          <w:rFonts w:ascii="Arial" w:hAnsi="Arial"/>
          <w:b/>
        </w:rPr>
        <w:t xml:space="preserve">Participant #17:  </w:t>
      </w:r>
      <w:r>
        <w:rPr>
          <w:rFonts w:ascii="Arial" w:hAnsi="Arial"/>
          <w:color w:val="5D7284"/>
        </w:rPr>
        <w:t>15:57</w:t>
      </w:r>
    </w:p>
    <w:p w14:paraId="1BF15119" w14:textId="40858D20" w:rsidR="009854A5" w:rsidRDefault="009A672A">
      <w:pPr>
        <w:spacing w:after="0"/>
      </w:pPr>
      <w:r>
        <w:rPr>
          <w:rFonts w:ascii="Arial" w:hAnsi="Arial"/>
        </w:rPr>
        <w:t>I'd say like</w:t>
      </w:r>
      <w:r w:rsidR="00F66E14">
        <w:rPr>
          <w:rFonts w:ascii="Arial" w:hAnsi="Arial"/>
        </w:rPr>
        <w:t xml:space="preserve"> it’s an hour.</w:t>
      </w:r>
    </w:p>
    <w:p w14:paraId="13C0DE36" w14:textId="77777777" w:rsidR="009854A5" w:rsidRDefault="009854A5">
      <w:pPr>
        <w:spacing w:after="0"/>
      </w:pPr>
    </w:p>
    <w:p w14:paraId="691984F2" w14:textId="77777777" w:rsidR="009854A5" w:rsidRDefault="009A672A">
      <w:pPr>
        <w:spacing w:after="0"/>
      </w:pPr>
      <w:r>
        <w:rPr>
          <w:rFonts w:ascii="Arial" w:hAnsi="Arial"/>
          <w:b/>
        </w:rPr>
        <w:t xml:space="preserve">Interviewer P:  </w:t>
      </w:r>
      <w:r>
        <w:rPr>
          <w:rFonts w:ascii="Arial" w:hAnsi="Arial"/>
          <w:color w:val="5D7284"/>
        </w:rPr>
        <w:t>16:01</w:t>
      </w:r>
    </w:p>
    <w:p w14:paraId="130E351F" w14:textId="27BF1233" w:rsidR="009854A5" w:rsidRDefault="009A672A">
      <w:pPr>
        <w:spacing w:after="0"/>
      </w:pPr>
      <w:r>
        <w:rPr>
          <w:rFonts w:ascii="Arial" w:hAnsi="Arial"/>
        </w:rPr>
        <w:t>Okay</w:t>
      </w:r>
      <w:r w:rsidR="00F66E14">
        <w:rPr>
          <w:rFonts w:ascii="Arial" w:hAnsi="Arial"/>
        </w:rPr>
        <w:t xml:space="preserve"> y</w:t>
      </w:r>
      <w:r>
        <w:rPr>
          <w:rFonts w:ascii="Arial" w:hAnsi="Arial"/>
        </w:rPr>
        <w:t>eah. Is that surprising?</w:t>
      </w:r>
    </w:p>
    <w:p w14:paraId="2318ADBF" w14:textId="77777777" w:rsidR="009854A5" w:rsidRDefault="009854A5">
      <w:pPr>
        <w:spacing w:after="0"/>
      </w:pPr>
    </w:p>
    <w:p w14:paraId="04CE36CE" w14:textId="77777777" w:rsidR="009854A5" w:rsidRDefault="009A672A">
      <w:pPr>
        <w:spacing w:after="0"/>
      </w:pPr>
      <w:r>
        <w:rPr>
          <w:rFonts w:ascii="Arial" w:hAnsi="Arial"/>
          <w:b/>
        </w:rPr>
        <w:t xml:space="preserve">Participant #17:  </w:t>
      </w:r>
      <w:r>
        <w:rPr>
          <w:rFonts w:ascii="Arial" w:hAnsi="Arial"/>
          <w:color w:val="5D7284"/>
        </w:rPr>
        <w:t>16:05</w:t>
      </w:r>
    </w:p>
    <w:p w14:paraId="76193C13" w14:textId="28986CB5" w:rsidR="009854A5" w:rsidRDefault="009A672A">
      <w:pPr>
        <w:spacing w:after="0"/>
      </w:pPr>
      <w:r>
        <w:rPr>
          <w:rFonts w:ascii="Arial" w:hAnsi="Arial"/>
        </w:rPr>
        <w:t xml:space="preserve">I'm like, </w:t>
      </w:r>
      <w:r w:rsidR="00F66E14">
        <w:rPr>
          <w:rFonts w:ascii="Arial" w:hAnsi="Arial"/>
        </w:rPr>
        <w:t>yes</w:t>
      </w:r>
      <w:r>
        <w:rPr>
          <w:rFonts w:ascii="Arial" w:hAnsi="Arial"/>
        </w:rPr>
        <w:t>, I know. Because like, I wasn't expecting it. But I feel like it also makes sense at the same time. Yeah, yeah.</w:t>
      </w:r>
    </w:p>
    <w:p w14:paraId="41228A6E" w14:textId="77777777" w:rsidR="009854A5" w:rsidRDefault="009854A5">
      <w:pPr>
        <w:spacing w:after="0"/>
      </w:pPr>
    </w:p>
    <w:p w14:paraId="65257C98" w14:textId="77777777" w:rsidR="009854A5" w:rsidRDefault="009A672A">
      <w:pPr>
        <w:spacing w:after="0"/>
      </w:pPr>
      <w:r>
        <w:rPr>
          <w:rFonts w:ascii="Arial" w:hAnsi="Arial"/>
          <w:b/>
        </w:rPr>
        <w:t xml:space="preserve">Interviewer P:  </w:t>
      </w:r>
      <w:r>
        <w:rPr>
          <w:rFonts w:ascii="Arial" w:hAnsi="Arial"/>
          <w:color w:val="5D7284"/>
        </w:rPr>
        <w:t>16:13</w:t>
      </w:r>
    </w:p>
    <w:p w14:paraId="6A29BCDE" w14:textId="3D1D26C7" w:rsidR="009854A5" w:rsidRDefault="009A672A">
      <w:pPr>
        <w:spacing w:after="0"/>
      </w:pPr>
      <w:r>
        <w:rPr>
          <w:rFonts w:ascii="Arial" w:hAnsi="Arial"/>
        </w:rPr>
        <w:t xml:space="preserve">Okay. All right. So next one. And we did same temperature. And this is 40 seconds. So that's what that was like. And it pretty </w:t>
      </w:r>
      <w:r w:rsidR="00F66E14">
        <w:rPr>
          <w:rFonts w:ascii="Arial" w:hAnsi="Arial"/>
        </w:rPr>
        <w:t>quickly gets</w:t>
      </w:r>
      <w:r>
        <w:rPr>
          <w:rFonts w:ascii="Arial" w:hAnsi="Arial"/>
        </w:rPr>
        <w:t xml:space="preserve"> to this, which looks </w:t>
      </w:r>
      <w:r w:rsidR="00F66E14">
        <w:rPr>
          <w:rFonts w:ascii="Arial" w:hAnsi="Arial"/>
        </w:rPr>
        <w:t>like pretty</w:t>
      </w:r>
      <w:r>
        <w:rPr>
          <w:rFonts w:ascii="Arial" w:hAnsi="Arial"/>
        </w:rPr>
        <w:t xml:space="preserve"> much one solid hour. And we're not even halfway </w:t>
      </w:r>
      <w:r w:rsidR="00F66E14">
        <w:rPr>
          <w:rFonts w:ascii="Arial" w:hAnsi="Arial"/>
        </w:rPr>
        <w:t>through. And</w:t>
      </w:r>
      <w:r>
        <w:rPr>
          <w:rFonts w:ascii="Arial" w:hAnsi="Arial"/>
        </w:rPr>
        <w:t xml:space="preserve"> after that, it </w:t>
      </w:r>
      <w:r w:rsidR="00F66E14">
        <w:rPr>
          <w:rFonts w:ascii="Arial" w:hAnsi="Arial"/>
        </w:rPr>
        <w:t>really doesn’t</w:t>
      </w:r>
      <w:r>
        <w:rPr>
          <w:rFonts w:ascii="Arial" w:hAnsi="Arial"/>
        </w:rPr>
        <w:t xml:space="preserve"> change all that much. </w:t>
      </w:r>
      <w:r w:rsidR="00F66E14">
        <w:rPr>
          <w:rFonts w:ascii="Arial" w:hAnsi="Arial"/>
        </w:rPr>
        <w:t>So,</w:t>
      </w:r>
      <w:r>
        <w:rPr>
          <w:rFonts w:ascii="Arial" w:hAnsi="Arial"/>
        </w:rPr>
        <w:t xml:space="preserve"> I'm about halfway through, it's pretty much done its thing looks pretty much this. </w:t>
      </w:r>
      <w:r w:rsidR="00F66E14">
        <w:rPr>
          <w:rFonts w:ascii="Arial" w:hAnsi="Arial"/>
        </w:rPr>
        <w:t>So,</w:t>
      </w:r>
      <w:r>
        <w:rPr>
          <w:rFonts w:ascii="Arial" w:hAnsi="Arial"/>
        </w:rPr>
        <w:t xml:space="preserve"> this is an hour also. But it </w:t>
      </w:r>
      <w:r w:rsidR="00F66E14">
        <w:rPr>
          <w:rFonts w:ascii="Arial" w:hAnsi="Arial"/>
        </w:rPr>
        <w:t>definitely settled</w:t>
      </w:r>
      <w:r>
        <w:rPr>
          <w:rFonts w:ascii="Arial" w:hAnsi="Arial"/>
        </w:rPr>
        <w:t xml:space="preserve"> out. Yeah, much earlier. Yeah. </w:t>
      </w:r>
      <w:r w:rsidR="00F66E14">
        <w:rPr>
          <w:rFonts w:ascii="Arial" w:hAnsi="Arial"/>
        </w:rPr>
        <w:t>So,</w:t>
      </w:r>
      <w:r>
        <w:rPr>
          <w:rFonts w:ascii="Arial" w:hAnsi="Arial"/>
        </w:rPr>
        <w:t xml:space="preserve"> anything interesting there</w:t>
      </w:r>
      <w:r w:rsidR="00F66E14">
        <w:rPr>
          <w:rFonts w:ascii="Arial" w:hAnsi="Arial"/>
        </w:rPr>
        <w:t>.</w:t>
      </w:r>
    </w:p>
    <w:p w14:paraId="5E3F6ED5" w14:textId="77777777" w:rsidR="009854A5" w:rsidRDefault="009854A5">
      <w:pPr>
        <w:spacing w:after="0"/>
      </w:pPr>
    </w:p>
    <w:p w14:paraId="428BC795" w14:textId="77777777" w:rsidR="009854A5" w:rsidRDefault="009A672A">
      <w:pPr>
        <w:spacing w:after="0"/>
      </w:pPr>
      <w:r>
        <w:rPr>
          <w:rFonts w:ascii="Arial" w:hAnsi="Arial"/>
          <w:b/>
        </w:rPr>
        <w:t xml:space="preserve">Participant #17:  </w:t>
      </w:r>
      <w:r>
        <w:rPr>
          <w:rFonts w:ascii="Arial" w:hAnsi="Arial"/>
          <w:color w:val="5D7284"/>
        </w:rPr>
        <w:t>17:12</w:t>
      </w:r>
    </w:p>
    <w:p w14:paraId="07746FAE" w14:textId="77777777" w:rsidR="009854A5" w:rsidRDefault="009A672A">
      <w:pPr>
        <w:spacing w:after="0"/>
      </w:pPr>
      <w:r>
        <w:rPr>
          <w:rFonts w:ascii="Arial" w:hAnsi="Arial"/>
        </w:rPr>
        <w:t>I'm just that like, it's like it kind of just say blue, like the red kind of just disappeared, didn't really turn purple at all, I feel like and I think that,</w:t>
      </w:r>
    </w:p>
    <w:p w14:paraId="18ED23CE" w14:textId="77777777" w:rsidR="009854A5" w:rsidRDefault="009854A5">
      <w:pPr>
        <w:spacing w:after="0"/>
      </w:pPr>
    </w:p>
    <w:p w14:paraId="5C835526" w14:textId="77777777" w:rsidR="009854A5" w:rsidRDefault="009A672A">
      <w:pPr>
        <w:spacing w:after="0"/>
      </w:pPr>
      <w:r>
        <w:rPr>
          <w:rFonts w:ascii="Arial" w:hAnsi="Arial"/>
          <w:b/>
        </w:rPr>
        <w:t xml:space="preserve">Interviewer P:  </w:t>
      </w:r>
      <w:r>
        <w:rPr>
          <w:rFonts w:ascii="Arial" w:hAnsi="Arial"/>
          <w:color w:val="5D7284"/>
        </w:rPr>
        <w:t>17:21</w:t>
      </w:r>
    </w:p>
    <w:p w14:paraId="35667F4D" w14:textId="3153DF12" w:rsidR="009854A5" w:rsidRDefault="009A672A">
      <w:pPr>
        <w:spacing w:after="0"/>
      </w:pPr>
      <w:r>
        <w:rPr>
          <w:rFonts w:ascii="Arial" w:hAnsi="Arial"/>
        </w:rPr>
        <w:t xml:space="preserve">like you said, Eric and make these it may be to like how much she put in red dye or just, I assume there guys are made out of different things. One is a little more open </w:t>
      </w:r>
      <w:r w:rsidR="00F66E14">
        <w:rPr>
          <w:rFonts w:ascii="Arial" w:hAnsi="Arial"/>
        </w:rPr>
        <w:t>to whatever</w:t>
      </w:r>
      <w:r>
        <w:rPr>
          <w:rFonts w:ascii="Arial" w:hAnsi="Arial"/>
        </w:rPr>
        <w:t xml:space="preserve">. Okay, and then the final one is the salt, and freshwater. And I think what's interesting about this is it does that very quickly. And </w:t>
      </w:r>
      <w:r w:rsidR="00F66E14">
        <w:rPr>
          <w:rFonts w:ascii="Arial" w:hAnsi="Arial"/>
        </w:rPr>
        <w:t>then. And</w:t>
      </w:r>
      <w:r>
        <w:rPr>
          <w:rFonts w:ascii="Arial" w:hAnsi="Arial"/>
        </w:rPr>
        <w:t xml:space="preserve"> then it does nothing, nothing else. It just stays. So really early on. It's already separated. And then for the whole rest of the video. It just sits there. And in fact, I was with somebody about this time yesterday. And I left and Erica came in the morning to clean up. And </w:t>
      </w:r>
      <w:r w:rsidR="00F66E14">
        <w:rPr>
          <w:rFonts w:ascii="Arial" w:hAnsi="Arial"/>
        </w:rPr>
        <w:t>so,</w:t>
      </w:r>
      <w:r>
        <w:rPr>
          <w:rFonts w:ascii="Arial" w:hAnsi="Arial"/>
        </w:rPr>
        <w:t xml:space="preserve"> it was still sitting here and she said it was still separated. Yeah, which is what you say that would happen that it would it would just stay separate. Alright, so next I want to do a little bit of a thought experiment. So that means I'm not going to demonstrate it, we're just going to imagine. Okay, so we went going back to when we did the hot and cold water. </w:t>
      </w:r>
      <w:r w:rsidR="00F66E14">
        <w:rPr>
          <w:rFonts w:ascii="Arial" w:hAnsi="Arial"/>
        </w:rPr>
        <w:t>So,</w:t>
      </w:r>
      <w:r>
        <w:rPr>
          <w:rFonts w:ascii="Arial" w:hAnsi="Arial"/>
        </w:rPr>
        <w:t xml:space="preserve"> imagine that we did that again. But instead of hot and cold water or warm and cold water, we had warm and cold </w:t>
      </w:r>
      <w:r w:rsidR="00F66E14">
        <w:rPr>
          <w:rFonts w:ascii="Arial" w:hAnsi="Arial"/>
        </w:rPr>
        <w:t>Jell-O</w:t>
      </w:r>
      <w:r>
        <w:rPr>
          <w:rFonts w:ascii="Arial" w:hAnsi="Arial"/>
        </w:rPr>
        <w:t xml:space="preserve">. </w:t>
      </w:r>
      <w:r w:rsidR="00F66E14">
        <w:rPr>
          <w:rFonts w:ascii="Arial" w:hAnsi="Arial"/>
        </w:rPr>
        <w:t>So,</w:t>
      </w:r>
      <w:r>
        <w:rPr>
          <w:rFonts w:ascii="Arial" w:hAnsi="Arial"/>
        </w:rPr>
        <w:t xml:space="preserve"> we're not going to be able to get as much of a </w:t>
      </w:r>
      <w:r>
        <w:rPr>
          <w:rFonts w:ascii="Arial" w:hAnsi="Arial"/>
        </w:rPr>
        <w:lastRenderedPageBreak/>
        <w:t xml:space="preserve">temperature range because the </w:t>
      </w:r>
      <w:r w:rsidR="00F66E14">
        <w:rPr>
          <w:rFonts w:ascii="Arial" w:hAnsi="Arial"/>
        </w:rPr>
        <w:t>Jell-O</w:t>
      </w:r>
      <w:r>
        <w:rPr>
          <w:rFonts w:ascii="Arial" w:hAnsi="Arial"/>
        </w:rPr>
        <w:t xml:space="preserve"> would liquefy or freeze but we could probably get like 40 to 70 and it would still be </w:t>
      </w:r>
      <w:r w:rsidR="00F66E14">
        <w:rPr>
          <w:rFonts w:ascii="Arial" w:hAnsi="Arial"/>
        </w:rPr>
        <w:t>Jell-O</w:t>
      </w:r>
      <w:r>
        <w:rPr>
          <w:rFonts w:ascii="Arial" w:hAnsi="Arial"/>
        </w:rPr>
        <w:t xml:space="preserve">. </w:t>
      </w:r>
      <w:r w:rsidR="009957E8">
        <w:rPr>
          <w:rFonts w:ascii="Arial" w:hAnsi="Arial"/>
        </w:rPr>
        <w:t>So,</w:t>
      </w:r>
      <w:r>
        <w:rPr>
          <w:rFonts w:ascii="Arial" w:hAnsi="Arial"/>
        </w:rPr>
        <w:t xml:space="preserve"> 30 degree range. </w:t>
      </w:r>
      <w:r w:rsidR="00F66E14">
        <w:rPr>
          <w:rFonts w:ascii="Arial" w:hAnsi="Arial"/>
        </w:rPr>
        <w:t>So,</w:t>
      </w:r>
      <w:r>
        <w:rPr>
          <w:rFonts w:ascii="Arial" w:hAnsi="Arial"/>
        </w:rPr>
        <w:t xml:space="preserve"> we've got warm </w:t>
      </w:r>
      <w:r w:rsidR="00F66E14">
        <w:rPr>
          <w:rFonts w:ascii="Arial" w:hAnsi="Arial"/>
        </w:rPr>
        <w:t>Jell-O</w:t>
      </w:r>
      <w:r>
        <w:rPr>
          <w:rFonts w:ascii="Arial" w:hAnsi="Arial"/>
        </w:rPr>
        <w:t xml:space="preserve"> and cold </w:t>
      </w:r>
      <w:r w:rsidR="00F66E14">
        <w:rPr>
          <w:rFonts w:ascii="Arial" w:hAnsi="Arial"/>
        </w:rPr>
        <w:t>Jell-O</w:t>
      </w:r>
      <w:r>
        <w:rPr>
          <w:rFonts w:ascii="Arial" w:hAnsi="Arial"/>
        </w:rPr>
        <w:t>, and I removed the dividing wall. And what do you think will happen?</w:t>
      </w:r>
    </w:p>
    <w:p w14:paraId="382E8769" w14:textId="77777777" w:rsidR="009854A5" w:rsidRDefault="009854A5">
      <w:pPr>
        <w:spacing w:after="0"/>
      </w:pPr>
    </w:p>
    <w:p w14:paraId="6C0DAA33" w14:textId="77777777" w:rsidR="009854A5" w:rsidRDefault="009A672A">
      <w:pPr>
        <w:spacing w:after="0"/>
      </w:pPr>
      <w:r>
        <w:rPr>
          <w:rFonts w:ascii="Arial" w:hAnsi="Arial"/>
          <w:b/>
        </w:rPr>
        <w:t xml:space="preserve">Participant #17:  </w:t>
      </w:r>
      <w:r>
        <w:rPr>
          <w:rFonts w:ascii="Arial" w:hAnsi="Arial"/>
          <w:color w:val="5D7284"/>
        </w:rPr>
        <w:t>19:02</w:t>
      </w:r>
    </w:p>
    <w:p w14:paraId="6347454F" w14:textId="165198B2" w:rsidR="009854A5" w:rsidRDefault="009A672A">
      <w:pPr>
        <w:spacing w:after="0"/>
      </w:pPr>
      <w:r>
        <w:rPr>
          <w:rFonts w:ascii="Arial" w:hAnsi="Arial"/>
        </w:rPr>
        <w:t xml:space="preserve">That's a hard one. I feel like the only thing I'm thinking is like maybe like the warmer </w:t>
      </w:r>
      <w:r w:rsidR="00F66E14">
        <w:rPr>
          <w:rFonts w:ascii="Arial" w:hAnsi="Arial"/>
        </w:rPr>
        <w:t>Jell-O</w:t>
      </w:r>
      <w:r>
        <w:rPr>
          <w:rFonts w:ascii="Arial" w:hAnsi="Arial"/>
        </w:rPr>
        <w:t xml:space="preserve"> might like affect the cold </w:t>
      </w:r>
      <w:r w:rsidR="00F66E14">
        <w:rPr>
          <w:rFonts w:ascii="Arial" w:hAnsi="Arial"/>
        </w:rPr>
        <w:t>Jell-O</w:t>
      </w:r>
      <w:r>
        <w:rPr>
          <w:rFonts w:ascii="Arial" w:hAnsi="Arial"/>
        </w:rPr>
        <w:t xml:space="preserve"> cuz I feel like it wouldn't do anything. They're both two </w:t>
      </w:r>
      <w:r w:rsidR="00F66E14">
        <w:rPr>
          <w:rFonts w:ascii="Arial" w:hAnsi="Arial"/>
        </w:rPr>
        <w:t>solids</w:t>
      </w:r>
      <w:r>
        <w:rPr>
          <w:rFonts w:ascii="Arial" w:hAnsi="Arial"/>
        </w:rPr>
        <w:t xml:space="preserve">. </w:t>
      </w:r>
      <w:r w:rsidR="00F66E14">
        <w:rPr>
          <w:rFonts w:ascii="Arial" w:hAnsi="Arial"/>
        </w:rPr>
        <w:t>So,</w:t>
      </w:r>
      <w:r>
        <w:rPr>
          <w:rFonts w:ascii="Arial" w:hAnsi="Arial"/>
        </w:rPr>
        <w:t xml:space="preserve"> it went like really combined right away, but maybe over time, if it was like warm enough to melt the other. Sure, but I also feel like it might just stay the same and like nothing would happen just because it's also like a solid.</w:t>
      </w:r>
    </w:p>
    <w:p w14:paraId="403ADF5C" w14:textId="77777777" w:rsidR="009854A5" w:rsidRDefault="009854A5">
      <w:pPr>
        <w:spacing w:after="0"/>
      </w:pPr>
    </w:p>
    <w:p w14:paraId="2D97A956" w14:textId="77777777" w:rsidR="009854A5" w:rsidRDefault="009A672A">
      <w:pPr>
        <w:spacing w:after="0"/>
      </w:pPr>
      <w:r>
        <w:rPr>
          <w:rFonts w:ascii="Arial" w:hAnsi="Arial"/>
          <w:b/>
        </w:rPr>
        <w:t xml:space="preserve">Interviewer P:  </w:t>
      </w:r>
      <w:r>
        <w:rPr>
          <w:rFonts w:ascii="Arial" w:hAnsi="Arial"/>
          <w:color w:val="5D7284"/>
        </w:rPr>
        <w:t>19:27</w:t>
      </w:r>
    </w:p>
    <w:p w14:paraId="2E4804B6" w14:textId="13A61519" w:rsidR="009854A5" w:rsidRDefault="00F66E14">
      <w:pPr>
        <w:spacing w:after="0"/>
      </w:pPr>
      <w:r>
        <w:rPr>
          <w:rFonts w:ascii="Arial" w:hAnsi="Arial"/>
        </w:rPr>
        <w:t>So, do you think there'd be any movement like one on top of the other like the liquids?</w:t>
      </w:r>
    </w:p>
    <w:p w14:paraId="1BE98400" w14:textId="77777777" w:rsidR="009854A5" w:rsidRDefault="009854A5">
      <w:pPr>
        <w:spacing w:after="0"/>
      </w:pPr>
    </w:p>
    <w:p w14:paraId="6879AB38" w14:textId="77777777" w:rsidR="009854A5" w:rsidRDefault="009A672A">
      <w:pPr>
        <w:spacing w:after="0"/>
      </w:pPr>
      <w:r>
        <w:rPr>
          <w:rFonts w:ascii="Arial" w:hAnsi="Arial"/>
          <w:b/>
        </w:rPr>
        <w:t xml:space="preserve">Participant #17:  </w:t>
      </w:r>
      <w:r>
        <w:rPr>
          <w:rFonts w:ascii="Arial" w:hAnsi="Arial"/>
          <w:color w:val="5D7284"/>
        </w:rPr>
        <w:t>19:32</w:t>
      </w:r>
    </w:p>
    <w:p w14:paraId="1EAA7E87" w14:textId="14B0722F" w:rsidR="009854A5" w:rsidRDefault="009A672A">
      <w:pPr>
        <w:spacing w:after="0"/>
      </w:pPr>
      <w:r>
        <w:rPr>
          <w:rFonts w:ascii="Arial" w:hAnsi="Arial"/>
        </w:rPr>
        <w:t xml:space="preserve">Um I don't see how it </w:t>
      </w:r>
      <w:r w:rsidR="00F66E14">
        <w:rPr>
          <w:rFonts w:ascii="Arial" w:hAnsi="Arial"/>
        </w:rPr>
        <w:t>could.</w:t>
      </w:r>
    </w:p>
    <w:p w14:paraId="0DC4CC33" w14:textId="77777777" w:rsidR="009854A5" w:rsidRDefault="009854A5">
      <w:pPr>
        <w:spacing w:after="0"/>
      </w:pPr>
    </w:p>
    <w:p w14:paraId="51DA7B1F" w14:textId="77777777" w:rsidR="009854A5" w:rsidRDefault="009A672A">
      <w:pPr>
        <w:spacing w:after="0"/>
      </w:pPr>
      <w:r>
        <w:rPr>
          <w:rFonts w:ascii="Arial" w:hAnsi="Arial"/>
          <w:b/>
        </w:rPr>
        <w:t xml:space="preserve">Interviewer P:  </w:t>
      </w:r>
      <w:r>
        <w:rPr>
          <w:rFonts w:ascii="Arial" w:hAnsi="Arial"/>
          <w:color w:val="5D7284"/>
        </w:rPr>
        <w:t>19:37</w:t>
      </w:r>
    </w:p>
    <w:p w14:paraId="45B22FC0" w14:textId="6EC58B72" w:rsidR="009854A5" w:rsidRDefault="00F66E14">
      <w:pPr>
        <w:spacing w:after="0"/>
      </w:pPr>
      <w:r>
        <w:rPr>
          <w:rFonts w:ascii="Arial" w:hAnsi="Arial"/>
        </w:rPr>
        <w:t>And do you think eventually both the yellows will become equal in temperature? Yeah, yeah, I think that actually about how long do you think that would take?</w:t>
      </w:r>
    </w:p>
    <w:p w14:paraId="5FDEAA45" w14:textId="77777777" w:rsidR="009854A5" w:rsidRDefault="009854A5">
      <w:pPr>
        <w:spacing w:after="0"/>
      </w:pPr>
    </w:p>
    <w:p w14:paraId="7C370AE1" w14:textId="77777777" w:rsidR="009854A5" w:rsidRDefault="009A672A">
      <w:pPr>
        <w:spacing w:after="0"/>
      </w:pPr>
      <w:r>
        <w:rPr>
          <w:rFonts w:ascii="Arial" w:hAnsi="Arial"/>
          <w:b/>
        </w:rPr>
        <w:t xml:space="preserve">Participant #17:  </w:t>
      </w:r>
      <w:r>
        <w:rPr>
          <w:rFonts w:ascii="Arial" w:hAnsi="Arial"/>
          <w:color w:val="5D7284"/>
        </w:rPr>
        <w:t>19:46</w:t>
      </w:r>
    </w:p>
    <w:p w14:paraId="66A95691" w14:textId="77777777" w:rsidR="009854A5" w:rsidRDefault="009A672A">
      <w:pPr>
        <w:spacing w:after="0"/>
      </w:pPr>
      <w:r>
        <w:rPr>
          <w:rFonts w:ascii="Arial" w:hAnsi="Arial"/>
        </w:rPr>
        <w:t>I think that would take a while like a couple hours maybe like a day.</w:t>
      </w:r>
    </w:p>
    <w:p w14:paraId="096AEA0C" w14:textId="77777777" w:rsidR="009854A5" w:rsidRDefault="009854A5">
      <w:pPr>
        <w:spacing w:after="0"/>
      </w:pPr>
    </w:p>
    <w:p w14:paraId="65A17B04" w14:textId="77777777" w:rsidR="009854A5" w:rsidRDefault="009A672A">
      <w:pPr>
        <w:spacing w:after="0"/>
      </w:pPr>
      <w:r>
        <w:rPr>
          <w:rFonts w:ascii="Arial" w:hAnsi="Arial"/>
          <w:b/>
        </w:rPr>
        <w:t xml:space="preserve">Interviewer P:  </w:t>
      </w:r>
      <w:r>
        <w:rPr>
          <w:rFonts w:ascii="Arial" w:hAnsi="Arial"/>
          <w:color w:val="5D7284"/>
        </w:rPr>
        <w:t>19:50</w:t>
      </w:r>
    </w:p>
    <w:p w14:paraId="7EF92C2E" w14:textId="77777777" w:rsidR="009854A5" w:rsidRDefault="009A672A">
      <w:pPr>
        <w:spacing w:after="0"/>
      </w:pPr>
      <w:r>
        <w:rPr>
          <w:rFonts w:ascii="Arial" w:hAnsi="Arial"/>
        </w:rPr>
        <w:t>And they do you think they'd still stay where they are around at all.</w:t>
      </w:r>
    </w:p>
    <w:p w14:paraId="3820D7D9" w14:textId="77777777" w:rsidR="009854A5" w:rsidRDefault="009854A5">
      <w:pPr>
        <w:spacing w:after="0"/>
      </w:pPr>
    </w:p>
    <w:p w14:paraId="5F057254" w14:textId="77777777" w:rsidR="009854A5" w:rsidRDefault="009A672A">
      <w:pPr>
        <w:spacing w:after="0"/>
      </w:pPr>
      <w:r>
        <w:rPr>
          <w:rFonts w:ascii="Arial" w:hAnsi="Arial"/>
          <w:b/>
        </w:rPr>
        <w:t xml:space="preserve">Participant #17:  </w:t>
      </w:r>
      <w:r>
        <w:rPr>
          <w:rFonts w:ascii="Arial" w:hAnsi="Arial"/>
          <w:color w:val="5D7284"/>
        </w:rPr>
        <w:t>19:55</w:t>
      </w:r>
    </w:p>
    <w:p w14:paraId="6EFFD9D4" w14:textId="09CE6530" w:rsidR="009854A5" w:rsidRDefault="009A672A">
      <w:pPr>
        <w:spacing w:after="0"/>
      </w:pPr>
      <w:r>
        <w:rPr>
          <w:rFonts w:ascii="Arial" w:hAnsi="Arial"/>
        </w:rPr>
        <w:t xml:space="preserve">I feel like they might do the same thing as like the, if it like ever just kind of became liquid in like, the same time. Sure, I'd like to do the same thing as the water that had no temperature. What if it remained </w:t>
      </w:r>
      <w:r w:rsidR="00F66E14">
        <w:rPr>
          <w:rFonts w:ascii="Arial" w:hAnsi="Arial"/>
        </w:rPr>
        <w:t>Jell-O</w:t>
      </w:r>
      <w:r>
        <w:rPr>
          <w:rFonts w:ascii="Arial" w:hAnsi="Arial"/>
        </w:rPr>
        <w:t>? I feel like maybe it would stay the same and like kind of just infused itself with each other maybe, but like, the separate colors.</w:t>
      </w:r>
    </w:p>
    <w:p w14:paraId="685487A2" w14:textId="77777777" w:rsidR="009854A5" w:rsidRDefault="009854A5">
      <w:pPr>
        <w:spacing w:after="0"/>
      </w:pPr>
    </w:p>
    <w:p w14:paraId="0DE4482B" w14:textId="77777777" w:rsidR="009854A5" w:rsidRDefault="009A672A">
      <w:pPr>
        <w:spacing w:after="0"/>
      </w:pPr>
      <w:r>
        <w:rPr>
          <w:rFonts w:ascii="Arial" w:hAnsi="Arial"/>
          <w:b/>
        </w:rPr>
        <w:t xml:space="preserve">Interviewer P:  </w:t>
      </w:r>
      <w:r>
        <w:rPr>
          <w:rFonts w:ascii="Arial" w:hAnsi="Arial"/>
          <w:color w:val="5D7284"/>
        </w:rPr>
        <w:t>20:25</w:t>
      </w:r>
    </w:p>
    <w:p w14:paraId="09B145D5" w14:textId="146875FD" w:rsidR="009854A5" w:rsidRDefault="00F66E14">
      <w:pPr>
        <w:spacing w:after="0"/>
      </w:pPr>
      <w:r>
        <w:rPr>
          <w:rFonts w:ascii="Arial" w:hAnsi="Arial"/>
        </w:rPr>
        <w:t xml:space="preserve">So, by infused, would it stay </w:t>
      </w:r>
      <w:r w:rsidR="009957E8">
        <w:rPr>
          <w:rFonts w:ascii="Arial" w:hAnsi="Arial"/>
        </w:rPr>
        <w:t>separate,</w:t>
      </w:r>
      <w:r>
        <w:rPr>
          <w:rFonts w:ascii="Arial" w:hAnsi="Arial"/>
        </w:rPr>
        <w:t xml:space="preserve"> and the colors would stay? Or?</w:t>
      </w:r>
    </w:p>
    <w:p w14:paraId="70D0B64C" w14:textId="77777777" w:rsidR="009854A5" w:rsidRDefault="009854A5">
      <w:pPr>
        <w:spacing w:after="0"/>
      </w:pPr>
    </w:p>
    <w:p w14:paraId="11EE6B1D" w14:textId="77777777" w:rsidR="009854A5" w:rsidRDefault="009A672A">
      <w:pPr>
        <w:spacing w:after="0"/>
      </w:pPr>
      <w:r>
        <w:rPr>
          <w:rFonts w:ascii="Arial" w:hAnsi="Arial"/>
          <w:b/>
        </w:rPr>
        <w:t xml:space="preserve">Participant #17:  </w:t>
      </w:r>
      <w:r>
        <w:rPr>
          <w:rFonts w:ascii="Arial" w:hAnsi="Arial"/>
          <w:color w:val="5D7284"/>
        </w:rPr>
        <w:t>20:30</w:t>
      </w:r>
    </w:p>
    <w:p w14:paraId="028FE16D" w14:textId="77777777" w:rsidR="009854A5" w:rsidRDefault="009A672A">
      <w:pPr>
        <w:spacing w:after="0"/>
      </w:pPr>
      <w:r>
        <w:rPr>
          <w:rFonts w:ascii="Arial" w:hAnsi="Arial"/>
        </w:rPr>
        <w:t>Yeah, like it would just kind of attach itself to each other, but like the colors would status. Okay. Cool.</w:t>
      </w:r>
    </w:p>
    <w:p w14:paraId="64C7B450" w14:textId="77777777" w:rsidR="009854A5" w:rsidRDefault="009854A5">
      <w:pPr>
        <w:spacing w:after="0"/>
      </w:pPr>
    </w:p>
    <w:p w14:paraId="5C5D573A" w14:textId="77777777" w:rsidR="009854A5" w:rsidRDefault="009A672A">
      <w:pPr>
        <w:spacing w:after="0"/>
      </w:pPr>
      <w:r>
        <w:rPr>
          <w:rFonts w:ascii="Arial" w:hAnsi="Arial"/>
          <w:b/>
        </w:rPr>
        <w:t xml:space="preserve">Interviewer P:  </w:t>
      </w:r>
      <w:r>
        <w:rPr>
          <w:rFonts w:ascii="Arial" w:hAnsi="Arial"/>
          <w:color w:val="5D7284"/>
        </w:rPr>
        <w:t>20:37</w:t>
      </w:r>
    </w:p>
    <w:p w14:paraId="03E827B6" w14:textId="71ACD10E" w:rsidR="009854A5" w:rsidRDefault="009A672A">
      <w:pPr>
        <w:spacing w:after="0"/>
      </w:pPr>
      <w:r>
        <w:rPr>
          <w:rFonts w:ascii="Arial" w:hAnsi="Arial"/>
        </w:rPr>
        <w:t xml:space="preserve">All right, so we're </w:t>
      </w:r>
      <w:r w:rsidR="00F66E14">
        <w:rPr>
          <w:rFonts w:ascii="Arial" w:hAnsi="Arial"/>
        </w:rPr>
        <w:t>goanna</w:t>
      </w:r>
      <w:r>
        <w:rPr>
          <w:rFonts w:ascii="Arial" w:hAnsi="Arial"/>
        </w:rPr>
        <w:t xml:space="preserve"> switch it up a bit from rectangular tanks to circular ones like that one over there. And the reason I have it sitting over there is because if I put it on the table, we bump it Mitchells. And what I want is for it to be really still, because I'm </w:t>
      </w:r>
      <w:r w:rsidR="00F66E14">
        <w:rPr>
          <w:rFonts w:ascii="Arial" w:hAnsi="Arial"/>
        </w:rPr>
        <w:t>goanna</w:t>
      </w:r>
      <w:r>
        <w:rPr>
          <w:rFonts w:ascii="Arial" w:hAnsi="Arial"/>
        </w:rPr>
        <w:t xml:space="preserve"> show you what it looks like when I put some of this crystal diamond here. It's called potassium printing and eight, but it's just a dye. And as you can see, it's a solid so it will sink to the bottom </w:t>
      </w:r>
      <w:r w:rsidR="009957E8">
        <w:rPr>
          <w:rFonts w:ascii="Arial" w:hAnsi="Arial"/>
        </w:rPr>
        <w:t>and and</w:t>
      </w:r>
      <w:r>
        <w:rPr>
          <w:rFonts w:ascii="Arial" w:hAnsi="Arial"/>
        </w:rPr>
        <w:t xml:space="preserve"> dye the water as it goes down. </w:t>
      </w:r>
      <w:r w:rsidR="00F66E14">
        <w:rPr>
          <w:rFonts w:ascii="Arial" w:hAnsi="Arial"/>
        </w:rPr>
        <w:t>So,</w:t>
      </w:r>
      <w:r>
        <w:rPr>
          <w:rFonts w:ascii="Arial" w:hAnsi="Arial"/>
        </w:rPr>
        <w:t xml:space="preserve"> a little </w:t>
      </w:r>
      <w:r>
        <w:rPr>
          <w:rFonts w:ascii="Arial" w:hAnsi="Arial"/>
        </w:rPr>
        <w:lastRenderedPageBreak/>
        <w:t xml:space="preserve">bit different than food color. Which is liquid like we put on eggs, but same concept. </w:t>
      </w:r>
      <w:r w:rsidR="00F66E14">
        <w:rPr>
          <w:rFonts w:ascii="Arial" w:hAnsi="Arial"/>
        </w:rPr>
        <w:t>So,</w:t>
      </w:r>
      <w:r>
        <w:rPr>
          <w:rFonts w:ascii="Arial" w:hAnsi="Arial"/>
        </w:rPr>
        <w:t xml:space="preserve"> I want to show you what it looks like first and a cylinder of water that's just completely </w:t>
      </w:r>
      <w:r w:rsidR="00F66E14">
        <w:rPr>
          <w:rFonts w:ascii="Arial" w:hAnsi="Arial"/>
        </w:rPr>
        <w:t>stills show</w:t>
      </w:r>
      <w:r>
        <w:rPr>
          <w:rFonts w:ascii="Arial" w:hAnsi="Arial"/>
        </w:rPr>
        <w:t xml:space="preserve"> you what that looks like</w:t>
      </w:r>
      <w:r w:rsidR="00F66E14">
        <w:rPr>
          <w:rFonts w:ascii="Arial" w:hAnsi="Arial"/>
        </w:rPr>
        <w:t xml:space="preserve"> s</w:t>
      </w:r>
      <w:r>
        <w:rPr>
          <w:rFonts w:ascii="Arial" w:hAnsi="Arial"/>
        </w:rPr>
        <w:t>o what do you think?</w:t>
      </w:r>
    </w:p>
    <w:p w14:paraId="7C482A36" w14:textId="77777777" w:rsidR="009854A5" w:rsidRDefault="009854A5">
      <w:pPr>
        <w:spacing w:after="0"/>
      </w:pPr>
    </w:p>
    <w:p w14:paraId="77884330" w14:textId="77777777" w:rsidR="009854A5" w:rsidRDefault="009A672A">
      <w:pPr>
        <w:spacing w:after="0"/>
      </w:pPr>
      <w:r>
        <w:rPr>
          <w:rFonts w:ascii="Arial" w:hAnsi="Arial"/>
          <w:b/>
        </w:rPr>
        <w:t xml:space="preserve">Participant #17:  </w:t>
      </w:r>
      <w:r>
        <w:rPr>
          <w:rFonts w:ascii="Arial" w:hAnsi="Arial"/>
          <w:color w:val="5D7284"/>
        </w:rPr>
        <w:t>22:09</w:t>
      </w:r>
    </w:p>
    <w:p w14:paraId="41868618" w14:textId="77777777" w:rsidR="009854A5" w:rsidRDefault="009A672A">
      <w:pPr>
        <w:spacing w:after="0"/>
      </w:pPr>
      <w:r>
        <w:rPr>
          <w:rFonts w:ascii="Arial" w:hAnsi="Arial"/>
        </w:rPr>
        <w:t>I mean, it looks cool. It kind of just stays like in its own thing for a while until it sprawls out a little bit. Like you could see like the lines going from where you dropped it and then just go straight to the bottom. Yeah.</w:t>
      </w:r>
    </w:p>
    <w:p w14:paraId="60D311B8" w14:textId="77777777" w:rsidR="009854A5" w:rsidRDefault="009854A5">
      <w:pPr>
        <w:spacing w:after="0"/>
      </w:pPr>
    </w:p>
    <w:p w14:paraId="1C5BB93B" w14:textId="77777777" w:rsidR="009854A5" w:rsidRDefault="009A672A">
      <w:pPr>
        <w:spacing w:after="0"/>
      </w:pPr>
      <w:r>
        <w:rPr>
          <w:rFonts w:ascii="Arial" w:hAnsi="Arial"/>
          <w:b/>
        </w:rPr>
        <w:t xml:space="preserve">Interviewer P:  </w:t>
      </w:r>
      <w:r>
        <w:rPr>
          <w:rFonts w:ascii="Arial" w:hAnsi="Arial"/>
          <w:color w:val="5D7284"/>
        </w:rPr>
        <w:t>22:23</w:t>
      </w:r>
    </w:p>
    <w:p w14:paraId="05DDC9CE" w14:textId="6A75522F" w:rsidR="009854A5" w:rsidRDefault="009A672A">
      <w:pPr>
        <w:spacing w:after="0"/>
      </w:pPr>
      <w:r>
        <w:rPr>
          <w:rFonts w:ascii="Arial" w:hAnsi="Arial"/>
        </w:rPr>
        <w:t xml:space="preserve">Alright, so you can probably imagine where we're going with this is I </w:t>
      </w:r>
      <w:r w:rsidR="00F66E14">
        <w:rPr>
          <w:rFonts w:ascii="Arial" w:hAnsi="Arial"/>
        </w:rPr>
        <w:t>know</w:t>
      </w:r>
      <w:r>
        <w:rPr>
          <w:rFonts w:ascii="Arial" w:hAnsi="Arial"/>
        </w:rPr>
        <w:t xml:space="preserve"> you know what it looks like. And cylinder of water that's just sitting still. And so next we're </w:t>
      </w:r>
      <w:r w:rsidR="009957E8">
        <w:rPr>
          <w:rFonts w:ascii="Arial" w:hAnsi="Arial"/>
        </w:rPr>
        <w:t>goanna</w:t>
      </w:r>
      <w:r>
        <w:rPr>
          <w:rFonts w:ascii="Arial" w:hAnsi="Arial"/>
        </w:rPr>
        <w:t xml:space="preserve"> put it in that large rotating tank. And </w:t>
      </w:r>
      <w:r w:rsidR="00F66E14">
        <w:rPr>
          <w:rFonts w:ascii="Arial" w:hAnsi="Arial"/>
        </w:rPr>
        <w:t>so,</w:t>
      </w:r>
      <w:r>
        <w:rPr>
          <w:rFonts w:ascii="Arial" w:hAnsi="Arial"/>
        </w:rPr>
        <w:t xml:space="preserve"> I want you to again, think about and predict what that will look like if I put it in a tank of rotating water. And I've had that turned on for what time is it now I probably turned it around at 315. So about 45 minutes ago, it's been going so blank for you to work on. And it has two places to sketch. Because you're </w:t>
      </w:r>
      <w:r w:rsidR="00F66E14">
        <w:rPr>
          <w:rFonts w:ascii="Arial" w:hAnsi="Arial"/>
        </w:rPr>
        <w:t>goanna</w:t>
      </w:r>
      <w:r>
        <w:rPr>
          <w:rFonts w:ascii="Arial" w:hAnsi="Arial"/>
        </w:rPr>
        <w:t xml:space="preserve"> sketch this as like a single moment in time, like you took it with a camera so you're not showing motion, you're just showing like what you were catch with the camera a minute after I drop it in, and you're doing two views. </w:t>
      </w:r>
      <w:r w:rsidR="00F66E14">
        <w:rPr>
          <w:rFonts w:ascii="Arial" w:hAnsi="Arial"/>
        </w:rPr>
        <w:t>So,</w:t>
      </w:r>
      <w:r>
        <w:rPr>
          <w:rFonts w:ascii="Arial" w:hAnsi="Arial"/>
        </w:rPr>
        <w:t xml:space="preserve"> if you had your camera it's </w:t>
      </w:r>
      <w:r w:rsidR="00F66E14">
        <w:rPr>
          <w:rFonts w:ascii="Arial" w:hAnsi="Arial"/>
        </w:rPr>
        <w:t>goanna</w:t>
      </w:r>
      <w:r>
        <w:rPr>
          <w:rFonts w:ascii="Arial" w:hAnsi="Arial"/>
        </w:rPr>
        <w:t xml:space="preserve"> be a bird's eye view here. And then aside from aside like you're looking at it so yeah so go ahead and sketch what you think is </w:t>
      </w:r>
      <w:r w:rsidR="00F66E14">
        <w:rPr>
          <w:rFonts w:ascii="Arial" w:hAnsi="Arial"/>
        </w:rPr>
        <w:t>goanna</w:t>
      </w:r>
      <w:r>
        <w:rPr>
          <w:rFonts w:ascii="Arial" w:hAnsi="Arial"/>
        </w:rPr>
        <w:t xml:space="preserve"> happen there a minute after I drop it in</w:t>
      </w:r>
      <w:r w:rsidR="00F66E14">
        <w:rPr>
          <w:rFonts w:ascii="Arial" w:hAnsi="Arial"/>
        </w:rPr>
        <w:t xml:space="preserve"> </w:t>
      </w:r>
      <w:r>
        <w:rPr>
          <w:rFonts w:ascii="Arial" w:hAnsi="Arial"/>
        </w:rPr>
        <w:t>so tell me about that.</w:t>
      </w:r>
    </w:p>
    <w:p w14:paraId="28938E3F" w14:textId="77777777" w:rsidR="009854A5" w:rsidRDefault="009854A5">
      <w:pPr>
        <w:spacing w:after="0"/>
      </w:pPr>
    </w:p>
    <w:p w14:paraId="3FC4D962" w14:textId="77777777" w:rsidR="009854A5" w:rsidRDefault="009A672A">
      <w:pPr>
        <w:spacing w:after="0"/>
      </w:pPr>
      <w:r>
        <w:rPr>
          <w:rFonts w:ascii="Arial" w:hAnsi="Arial"/>
          <w:b/>
        </w:rPr>
        <w:t xml:space="preserve">Participant #17:  </w:t>
      </w:r>
      <w:r>
        <w:rPr>
          <w:rFonts w:ascii="Arial" w:hAnsi="Arial"/>
          <w:color w:val="5D7284"/>
        </w:rPr>
        <w:t>24:28</w:t>
      </w:r>
    </w:p>
    <w:p w14:paraId="7DD45DEA" w14:textId="16A83AC7" w:rsidR="009854A5" w:rsidRDefault="009A672A">
      <w:pPr>
        <w:spacing w:after="0"/>
      </w:pPr>
      <w:r w:rsidRPr="043832DF">
        <w:rPr>
          <w:rFonts w:ascii="Arial" w:hAnsi="Arial"/>
        </w:rPr>
        <w:t xml:space="preserve">So </w:t>
      </w:r>
      <w:r w:rsidR="00F66E14" w:rsidRPr="043832DF">
        <w:rPr>
          <w:rFonts w:ascii="Arial" w:hAnsi="Arial"/>
        </w:rPr>
        <w:t>usually,</w:t>
      </w:r>
      <w:r w:rsidRPr="043832DF">
        <w:rPr>
          <w:rFonts w:ascii="Arial" w:hAnsi="Arial"/>
        </w:rPr>
        <w:t xml:space="preserve"> I would have just said that it all could have or would have just went together, which still be the case but since I was wrong with the others and try to look at different approach that maybe like since it's spinning, it will still kind of stay like in its separate like clumps, but kind of following the motion of it. </w:t>
      </w:r>
      <w:r w:rsidR="00F66E14" w:rsidRPr="043832DF">
        <w:rPr>
          <w:rFonts w:ascii="Arial" w:hAnsi="Arial"/>
        </w:rPr>
        <w:t>So,</w:t>
      </w:r>
      <w:r w:rsidRPr="043832DF">
        <w:rPr>
          <w:rFonts w:ascii="Arial" w:hAnsi="Arial"/>
        </w:rPr>
        <w:t xml:space="preserve"> like it's kind of going to </w:t>
      </w:r>
      <w:r w:rsidR="0D7E3786" w:rsidRPr="043832DF">
        <w:rPr>
          <w:rFonts w:ascii="Arial" w:hAnsi="Arial"/>
        </w:rPr>
        <w:t xml:space="preserve">the center </w:t>
      </w:r>
      <w:r w:rsidRPr="043832DF">
        <w:rPr>
          <w:rFonts w:ascii="Arial" w:hAnsi="Arial"/>
        </w:rPr>
        <w:t>but kind of like going out. And like from the side I feel like you'll be able to see like the different layers and like the lines of it from like the spinning.</w:t>
      </w:r>
    </w:p>
    <w:p w14:paraId="5723C7A0" w14:textId="77777777" w:rsidR="009854A5" w:rsidRDefault="009854A5">
      <w:pPr>
        <w:spacing w:after="0"/>
      </w:pPr>
    </w:p>
    <w:p w14:paraId="12AE3B71" w14:textId="77777777" w:rsidR="009854A5" w:rsidRDefault="009A672A">
      <w:pPr>
        <w:spacing w:after="0"/>
      </w:pPr>
      <w:r>
        <w:rPr>
          <w:rFonts w:ascii="Arial" w:hAnsi="Arial"/>
          <w:b/>
        </w:rPr>
        <w:t xml:space="preserve">Interviewer P:  </w:t>
      </w:r>
      <w:r>
        <w:rPr>
          <w:rFonts w:ascii="Arial" w:hAnsi="Arial"/>
          <w:color w:val="5D7284"/>
        </w:rPr>
        <w:t>24:54</w:t>
      </w:r>
    </w:p>
    <w:p w14:paraId="412B0A42" w14:textId="6A1A3F6A" w:rsidR="009854A5" w:rsidRDefault="009A672A">
      <w:pPr>
        <w:spacing w:after="0"/>
      </w:pPr>
      <w:r>
        <w:rPr>
          <w:rFonts w:ascii="Arial" w:hAnsi="Arial"/>
        </w:rPr>
        <w:t xml:space="preserve">Yeah. </w:t>
      </w:r>
      <w:r w:rsidR="00F66E14">
        <w:rPr>
          <w:rFonts w:ascii="Arial" w:hAnsi="Arial"/>
        </w:rPr>
        <w:t>So,</w:t>
      </w:r>
      <w:r>
        <w:rPr>
          <w:rFonts w:ascii="Arial" w:hAnsi="Arial"/>
        </w:rPr>
        <w:t xml:space="preserve"> from the side here since you have the different layers with the lines from the </w:t>
      </w:r>
      <w:r w:rsidR="00F66E14">
        <w:rPr>
          <w:rFonts w:ascii="Arial" w:hAnsi="Arial"/>
        </w:rPr>
        <w:t>spinning,</w:t>
      </w:r>
      <w:r>
        <w:rPr>
          <w:rFonts w:ascii="Arial" w:hAnsi="Arial"/>
        </w:rPr>
        <w:t xml:space="preserve"> I'm thinking this top down view these are actually kind of like they're not all at the top and they're not all at the bottom Yeah, okay yeah got it all </w:t>
      </w:r>
      <w:r w:rsidR="00F66E14">
        <w:rPr>
          <w:rFonts w:ascii="Arial" w:hAnsi="Arial"/>
        </w:rPr>
        <w:t>right so</w:t>
      </w:r>
      <w:r>
        <w:rPr>
          <w:rFonts w:ascii="Arial" w:hAnsi="Arial"/>
        </w:rPr>
        <w:t xml:space="preserve"> see what this looks </w:t>
      </w:r>
      <w:r w:rsidR="00F66E14">
        <w:rPr>
          <w:rFonts w:ascii="Arial" w:hAnsi="Arial"/>
        </w:rPr>
        <w:t>like? So, what do you think?</w:t>
      </w:r>
    </w:p>
    <w:p w14:paraId="2B356643" w14:textId="77777777" w:rsidR="009854A5" w:rsidRDefault="009854A5">
      <w:pPr>
        <w:spacing w:after="0"/>
      </w:pPr>
    </w:p>
    <w:p w14:paraId="3AA0DB7A" w14:textId="77777777" w:rsidR="009854A5" w:rsidRDefault="009A672A">
      <w:pPr>
        <w:spacing w:after="0"/>
      </w:pPr>
      <w:r>
        <w:rPr>
          <w:rFonts w:ascii="Arial" w:hAnsi="Arial"/>
          <w:b/>
        </w:rPr>
        <w:t xml:space="preserve">Participant #17:  </w:t>
      </w:r>
      <w:r>
        <w:rPr>
          <w:rFonts w:ascii="Arial" w:hAnsi="Arial"/>
          <w:color w:val="5D7284"/>
        </w:rPr>
        <w:t>26:01</w:t>
      </w:r>
    </w:p>
    <w:p w14:paraId="4810A791" w14:textId="79E66A2E" w:rsidR="009854A5" w:rsidRDefault="00F66E14">
      <w:pPr>
        <w:spacing w:after="0"/>
      </w:pPr>
      <w:r>
        <w:rPr>
          <w:rFonts w:ascii="Arial" w:hAnsi="Arial"/>
        </w:rPr>
        <w:t>That’s interesting, it seems like it's staying in place like more just like going like vertical instead of like I thought it was goanna be more like a horizontal you can see it a little bit going but it could just be.</w:t>
      </w:r>
    </w:p>
    <w:p w14:paraId="41F9541F" w14:textId="77777777" w:rsidR="009854A5" w:rsidRDefault="009854A5">
      <w:pPr>
        <w:spacing w:after="0"/>
      </w:pPr>
    </w:p>
    <w:p w14:paraId="151CF910" w14:textId="77777777" w:rsidR="009854A5" w:rsidRDefault="009A672A">
      <w:pPr>
        <w:spacing w:after="0"/>
      </w:pPr>
      <w:r>
        <w:rPr>
          <w:rFonts w:ascii="Arial" w:hAnsi="Arial"/>
          <w:b/>
        </w:rPr>
        <w:t xml:space="preserve">Interviewer P:  </w:t>
      </w:r>
      <w:r>
        <w:rPr>
          <w:rFonts w:ascii="Arial" w:hAnsi="Arial"/>
          <w:color w:val="5D7284"/>
        </w:rPr>
        <w:t>26:17</w:t>
      </w:r>
    </w:p>
    <w:p w14:paraId="138B9F73" w14:textId="034D5B9E" w:rsidR="009854A5" w:rsidRDefault="009A672A">
      <w:pPr>
        <w:spacing w:after="0"/>
      </w:pPr>
      <w:r>
        <w:rPr>
          <w:rFonts w:ascii="Arial" w:hAnsi="Arial"/>
        </w:rPr>
        <w:t xml:space="preserve">Can I get you to sketch again and show me what it actually looks like? Yeah. </w:t>
      </w:r>
      <w:r w:rsidR="00F66E14">
        <w:rPr>
          <w:rFonts w:ascii="Arial" w:hAnsi="Arial"/>
        </w:rPr>
        <w:t>Again,</w:t>
      </w:r>
      <w:r>
        <w:rPr>
          <w:rFonts w:ascii="Arial" w:hAnsi="Arial"/>
        </w:rPr>
        <w:t xml:space="preserve"> top inside </w:t>
      </w:r>
      <w:r w:rsidR="00F66E14">
        <w:rPr>
          <w:rFonts w:ascii="Arial" w:hAnsi="Arial"/>
        </w:rPr>
        <w:t>view nice</w:t>
      </w:r>
      <w:r>
        <w:rPr>
          <w:rFonts w:ascii="Arial" w:hAnsi="Arial"/>
        </w:rPr>
        <w:t xml:space="preserve"> All right. </w:t>
      </w:r>
      <w:r w:rsidR="00F66E14">
        <w:rPr>
          <w:rFonts w:ascii="Arial" w:hAnsi="Arial"/>
        </w:rPr>
        <w:t>So,</w:t>
      </w:r>
      <w:r>
        <w:rPr>
          <w:rFonts w:ascii="Arial" w:hAnsi="Arial"/>
        </w:rPr>
        <w:t xml:space="preserve"> this one is clearly different. Yeah. Tell me about this because they're a little similar. Yeah, we have like the little blob there on the end.</w:t>
      </w:r>
    </w:p>
    <w:p w14:paraId="6E70C0F0" w14:textId="77777777" w:rsidR="009854A5" w:rsidRDefault="009854A5">
      <w:pPr>
        <w:spacing w:after="0"/>
      </w:pPr>
    </w:p>
    <w:p w14:paraId="76A69FEF" w14:textId="77777777" w:rsidR="009854A5" w:rsidRDefault="009A672A">
      <w:pPr>
        <w:spacing w:after="0"/>
      </w:pPr>
      <w:r>
        <w:rPr>
          <w:rFonts w:ascii="Arial" w:hAnsi="Arial"/>
          <w:b/>
        </w:rPr>
        <w:t xml:space="preserve">Participant #17:  </w:t>
      </w:r>
      <w:r>
        <w:rPr>
          <w:rFonts w:ascii="Arial" w:hAnsi="Arial"/>
          <w:color w:val="5D7284"/>
        </w:rPr>
        <w:t>27:32</w:t>
      </w:r>
    </w:p>
    <w:p w14:paraId="7152917A" w14:textId="777E3405" w:rsidR="009854A5" w:rsidRDefault="009A672A">
      <w:pPr>
        <w:spacing w:after="0"/>
      </w:pPr>
      <w:r>
        <w:rPr>
          <w:rFonts w:ascii="Arial" w:hAnsi="Arial"/>
        </w:rPr>
        <w:lastRenderedPageBreak/>
        <w:t>Yeah, I mean, yeah, these were very different. The top I feel like was still kind of similar. I thought maybe like it would stay like where you have the drops and like parts of it will kind of come off of it where it seems like it kind of equaled out a little bit more so you could still see like the length of it but it doesn't</w:t>
      </w:r>
      <w:r w:rsidR="00F66E14">
        <w:rPr>
          <w:rFonts w:ascii="Arial" w:hAnsi="Arial"/>
        </w:rPr>
        <w:t xml:space="preserve"> have like the clear like where you dropped it. Like you can't tell from like from just looking at the top, what point you really dropped it from just looking at the top. </w:t>
      </w:r>
    </w:p>
    <w:p w14:paraId="07A3E6B1" w14:textId="77777777" w:rsidR="009854A5" w:rsidRDefault="009854A5">
      <w:pPr>
        <w:spacing w:after="0"/>
      </w:pPr>
    </w:p>
    <w:p w14:paraId="35D5C109" w14:textId="77777777" w:rsidR="009854A5" w:rsidRDefault="009A672A">
      <w:pPr>
        <w:spacing w:after="0"/>
      </w:pPr>
      <w:r>
        <w:rPr>
          <w:rFonts w:ascii="Arial" w:hAnsi="Arial"/>
          <w:b/>
        </w:rPr>
        <w:t xml:space="preserve">Interviewer P:  </w:t>
      </w:r>
      <w:r>
        <w:rPr>
          <w:rFonts w:ascii="Arial" w:hAnsi="Arial"/>
          <w:color w:val="5D7284"/>
        </w:rPr>
        <w:t>27:50</w:t>
      </w:r>
    </w:p>
    <w:p w14:paraId="645B3A9A" w14:textId="1E77A0C8" w:rsidR="009854A5" w:rsidRDefault="00F66E14">
      <w:pPr>
        <w:spacing w:after="0"/>
      </w:pPr>
      <w:r>
        <w:rPr>
          <w:rFonts w:ascii="Arial" w:hAnsi="Arial"/>
        </w:rPr>
        <w:t>So, it’s interesting that there are these like columns that stick up.</w:t>
      </w:r>
      <w:r>
        <w:t xml:space="preserve"> </w:t>
      </w:r>
      <w:r>
        <w:rPr>
          <w:rFonts w:ascii="Arial" w:hAnsi="Arial"/>
        </w:rPr>
        <w:t xml:space="preserve">Do you have any thoughts about how that's working? </w:t>
      </w:r>
    </w:p>
    <w:p w14:paraId="1AE418F6" w14:textId="77777777" w:rsidR="009854A5" w:rsidRDefault="009854A5">
      <w:pPr>
        <w:spacing w:after="0"/>
      </w:pPr>
    </w:p>
    <w:p w14:paraId="3B9E683D" w14:textId="77777777" w:rsidR="009854A5" w:rsidRDefault="009A672A">
      <w:pPr>
        <w:spacing w:after="0"/>
      </w:pPr>
      <w:r>
        <w:rPr>
          <w:rFonts w:ascii="Arial" w:hAnsi="Arial"/>
          <w:b/>
        </w:rPr>
        <w:t xml:space="preserve">Participant #17:  </w:t>
      </w:r>
      <w:r>
        <w:rPr>
          <w:rFonts w:ascii="Arial" w:hAnsi="Arial"/>
          <w:color w:val="5D7284"/>
        </w:rPr>
        <w:t>28:17</w:t>
      </w:r>
    </w:p>
    <w:p w14:paraId="4711C1F4" w14:textId="1EEA6AE3" w:rsidR="009854A5" w:rsidRDefault="00D253A3">
      <w:pPr>
        <w:spacing w:after="0"/>
      </w:pPr>
      <w:r>
        <w:rPr>
          <w:rFonts w:ascii="Arial" w:hAnsi="Arial"/>
        </w:rPr>
        <w:t xml:space="preserve">Not really, I am trying to think of like, maybe because it's like, because it's spinning but the water's still staying still which I didn't think about that before but I'm like just realizing that now. </w:t>
      </w:r>
      <w:r w:rsidR="00F66E14">
        <w:rPr>
          <w:rFonts w:ascii="Arial" w:hAnsi="Arial"/>
        </w:rPr>
        <w:t>So,</w:t>
      </w:r>
      <w:r>
        <w:rPr>
          <w:rFonts w:ascii="Arial" w:hAnsi="Arial"/>
        </w:rPr>
        <w:t xml:space="preserve"> I'm not sure if that like has something to do with it. But I feel like it has to </w:t>
      </w:r>
      <w:r w:rsidR="00F66E14">
        <w:rPr>
          <w:rFonts w:ascii="Arial" w:hAnsi="Arial"/>
        </w:rPr>
        <w:t>maybe.</w:t>
      </w:r>
    </w:p>
    <w:p w14:paraId="0F4A86A9" w14:textId="77777777" w:rsidR="009854A5" w:rsidRDefault="009854A5">
      <w:pPr>
        <w:spacing w:after="0"/>
      </w:pPr>
    </w:p>
    <w:p w14:paraId="391CACC7" w14:textId="77777777" w:rsidR="009854A5" w:rsidRDefault="009A672A">
      <w:pPr>
        <w:spacing w:after="0"/>
      </w:pPr>
      <w:r>
        <w:rPr>
          <w:rFonts w:ascii="Arial" w:hAnsi="Arial"/>
          <w:b/>
        </w:rPr>
        <w:t xml:space="preserve">Interviewer P:  </w:t>
      </w:r>
      <w:r>
        <w:rPr>
          <w:rFonts w:ascii="Arial" w:hAnsi="Arial"/>
          <w:color w:val="5D7284"/>
        </w:rPr>
        <w:t>28:35</w:t>
      </w:r>
    </w:p>
    <w:p w14:paraId="1C1D2EA7" w14:textId="77777777" w:rsidR="009854A5" w:rsidRDefault="009A672A">
      <w:pPr>
        <w:spacing w:after="0"/>
      </w:pPr>
      <w:r>
        <w:rPr>
          <w:rFonts w:ascii="Arial" w:hAnsi="Arial"/>
        </w:rPr>
        <w:t>yeah, so tell me about what you mean by the water stain still.</w:t>
      </w:r>
    </w:p>
    <w:p w14:paraId="269386C6" w14:textId="77777777" w:rsidR="009854A5" w:rsidRDefault="009854A5">
      <w:pPr>
        <w:spacing w:after="0"/>
      </w:pPr>
    </w:p>
    <w:p w14:paraId="04A62610" w14:textId="77777777" w:rsidR="009854A5" w:rsidRDefault="009A672A">
      <w:pPr>
        <w:spacing w:after="0"/>
      </w:pPr>
      <w:r>
        <w:rPr>
          <w:rFonts w:ascii="Arial" w:hAnsi="Arial"/>
          <w:b/>
        </w:rPr>
        <w:t xml:space="preserve">Participant #17:  </w:t>
      </w:r>
      <w:r>
        <w:rPr>
          <w:rFonts w:ascii="Arial" w:hAnsi="Arial"/>
          <w:color w:val="5D7284"/>
        </w:rPr>
        <w:t>28:40</w:t>
      </w:r>
    </w:p>
    <w:p w14:paraId="750ED5E7" w14:textId="5841EE4C" w:rsidR="009854A5" w:rsidRDefault="009A672A">
      <w:pPr>
        <w:spacing w:after="0"/>
      </w:pPr>
      <w:r>
        <w:rPr>
          <w:rFonts w:ascii="Arial" w:hAnsi="Arial"/>
        </w:rPr>
        <w:t xml:space="preserve">Like it doesn't really seem like the water is like </w:t>
      </w:r>
      <w:r w:rsidR="00D253A3">
        <w:rPr>
          <w:rFonts w:ascii="Arial" w:hAnsi="Arial"/>
        </w:rPr>
        <w:t>actually really</w:t>
      </w:r>
      <w:r>
        <w:rPr>
          <w:rFonts w:ascii="Arial" w:hAnsi="Arial"/>
        </w:rPr>
        <w:t xml:space="preserve"> moving with it like the top of the water is like still there's no like ripples or like waves or like anything like that it's kind of just still water while the bottom of </w:t>
      </w:r>
      <w:r w:rsidR="00F66E14">
        <w:rPr>
          <w:rFonts w:ascii="Arial" w:hAnsi="Arial"/>
        </w:rPr>
        <w:t>its</w:t>
      </w:r>
      <w:r>
        <w:rPr>
          <w:rFonts w:ascii="Arial" w:hAnsi="Arial"/>
        </w:rPr>
        <w:t xml:space="preserve"> moving around.</w:t>
      </w:r>
    </w:p>
    <w:p w14:paraId="5530F18F" w14:textId="77777777" w:rsidR="009854A5" w:rsidRDefault="009854A5">
      <w:pPr>
        <w:spacing w:after="0"/>
      </w:pPr>
    </w:p>
    <w:p w14:paraId="51AFD157" w14:textId="77777777" w:rsidR="009854A5" w:rsidRDefault="009A672A">
      <w:pPr>
        <w:spacing w:after="0"/>
      </w:pPr>
      <w:r>
        <w:rPr>
          <w:rFonts w:ascii="Arial" w:hAnsi="Arial"/>
          <w:b/>
        </w:rPr>
        <w:t xml:space="preserve">Interviewer P:  </w:t>
      </w:r>
      <w:r>
        <w:rPr>
          <w:rFonts w:ascii="Arial" w:hAnsi="Arial"/>
          <w:color w:val="5D7284"/>
        </w:rPr>
        <w:t>28:54</w:t>
      </w:r>
    </w:p>
    <w:p w14:paraId="60FEE101" w14:textId="270BDA55" w:rsidR="009854A5" w:rsidRDefault="00F66E14">
      <w:pPr>
        <w:spacing w:after="0"/>
      </w:pPr>
      <w:r>
        <w:rPr>
          <w:rFonts w:ascii="Arial" w:hAnsi="Arial"/>
        </w:rPr>
        <w:t xml:space="preserve">So, when you say the bottom Do you mean the top of the water is still in the bottom of the water is </w:t>
      </w:r>
      <w:r w:rsidR="00D253A3">
        <w:rPr>
          <w:rFonts w:ascii="Arial" w:hAnsi="Arial"/>
        </w:rPr>
        <w:t>moving.</w:t>
      </w:r>
    </w:p>
    <w:p w14:paraId="2D0ABA82" w14:textId="77777777" w:rsidR="009854A5" w:rsidRDefault="009854A5">
      <w:pPr>
        <w:spacing w:after="0"/>
      </w:pPr>
    </w:p>
    <w:p w14:paraId="0FA1CA39" w14:textId="77777777" w:rsidR="009854A5" w:rsidRDefault="009A672A">
      <w:pPr>
        <w:spacing w:after="0"/>
      </w:pPr>
      <w:r>
        <w:rPr>
          <w:rFonts w:ascii="Arial" w:hAnsi="Arial"/>
          <w:b/>
        </w:rPr>
        <w:t xml:space="preserve">Participant #17:  </w:t>
      </w:r>
      <w:r>
        <w:rPr>
          <w:rFonts w:ascii="Arial" w:hAnsi="Arial"/>
          <w:color w:val="5D7284"/>
        </w:rPr>
        <w:t>29:00</w:t>
      </w:r>
    </w:p>
    <w:p w14:paraId="4CD79AA3" w14:textId="5CBFC4F2" w:rsidR="009854A5" w:rsidRDefault="00F66E14">
      <w:pPr>
        <w:spacing w:after="0"/>
      </w:pPr>
      <w:r>
        <w:rPr>
          <w:rFonts w:ascii="Arial" w:hAnsi="Arial"/>
        </w:rPr>
        <w:t>No, I just like the plastic piece that's it yeah</w:t>
      </w:r>
      <w:r w:rsidR="00D253A3">
        <w:rPr>
          <w:rFonts w:ascii="Arial" w:hAnsi="Arial"/>
        </w:rPr>
        <w:t>.</w:t>
      </w:r>
    </w:p>
    <w:p w14:paraId="06544652" w14:textId="77777777" w:rsidR="009854A5" w:rsidRDefault="009854A5">
      <w:pPr>
        <w:spacing w:after="0"/>
      </w:pPr>
    </w:p>
    <w:p w14:paraId="6A1A68DD" w14:textId="77777777" w:rsidR="009854A5" w:rsidRDefault="009A672A">
      <w:pPr>
        <w:spacing w:after="0"/>
      </w:pPr>
      <w:r>
        <w:rPr>
          <w:rFonts w:ascii="Arial" w:hAnsi="Arial"/>
          <w:b/>
        </w:rPr>
        <w:t xml:space="preserve">Interviewer P:  </w:t>
      </w:r>
      <w:r>
        <w:rPr>
          <w:rFonts w:ascii="Arial" w:hAnsi="Arial"/>
          <w:color w:val="5D7284"/>
        </w:rPr>
        <w:t>29:05</w:t>
      </w:r>
    </w:p>
    <w:p w14:paraId="1235E584" w14:textId="288D4CFD" w:rsidR="009854A5" w:rsidRDefault="00D253A3">
      <w:pPr>
        <w:spacing w:after="0"/>
      </w:pPr>
      <w:r>
        <w:rPr>
          <w:rFonts w:ascii="Arial" w:hAnsi="Arial"/>
        </w:rPr>
        <w:t>So, do you think that the water is still and the plastic the tank is spinning under and around it while the water stays in place? And so would that be the same situation as we have there with the water being still.</w:t>
      </w:r>
    </w:p>
    <w:p w14:paraId="38B2BCC4" w14:textId="77777777" w:rsidR="009854A5" w:rsidRDefault="009854A5">
      <w:pPr>
        <w:spacing w:after="0"/>
      </w:pPr>
    </w:p>
    <w:p w14:paraId="3C006D71" w14:textId="77777777" w:rsidR="009854A5" w:rsidRDefault="009A672A">
      <w:pPr>
        <w:spacing w:after="0"/>
      </w:pPr>
      <w:r>
        <w:rPr>
          <w:rFonts w:ascii="Arial" w:hAnsi="Arial"/>
          <w:b/>
        </w:rPr>
        <w:t xml:space="preserve">Participant #17:  </w:t>
      </w:r>
      <w:r>
        <w:rPr>
          <w:rFonts w:ascii="Arial" w:hAnsi="Arial"/>
          <w:color w:val="5D7284"/>
        </w:rPr>
        <w:t>29:30</w:t>
      </w:r>
    </w:p>
    <w:p w14:paraId="77735167" w14:textId="4F630385" w:rsidR="009854A5" w:rsidRDefault="00D253A3">
      <w:pPr>
        <w:spacing w:after="0"/>
      </w:pPr>
      <w:r>
        <w:rPr>
          <w:rFonts w:ascii="Arial" w:hAnsi="Arial"/>
        </w:rPr>
        <w:t>Yeah. No. now that's like hard to</w:t>
      </w:r>
      <w:r w:rsidR="00F66E14">
        <w:rPr>
          <w:rFonts w:ascii="Arial" w:hAnsi="Arial"/>
        </w:rPr>
        <w:t xml:space="preserve"> </w:t>
      </w:r>
      <w:r>
        <w:rPr>
          <w:rFonts w:ascii="Arial" w:hAnsi="Arial"/>
        </w:rPr>
        <w:t xml:space="preserve">I feel like it would be different from that because it also seems like it's having like a different outcome and like I don't understand how it works but I don't really know because like over time to get still see it moving more going with like the direction that it's spinning. It's also creating like a pattern to </w:t>
      </w:r>
      <w:r w:rsidR="00F66E14">
        <w:rPr>
          <w:rFonts w:ascii="Arial" w:hAnsi="Arial"/>
        </w:rPr>
        <w:t>yeah.</w:t>
      </w:r>
    </w:p>
    <w:p w14:paraId="1E06D5F4" w14:textId="77777777" w:rsidR="009854A5" w:rsidRDefault="009854A5">
      <w:pPr>
        <w:spacing w:after="0"/>
      </w:pPr>
    </w:p>
    <w:p w14:paraId="074ABCF3" w14:textId="77777777" w:rsidR="009854A5" w:rsidRDefault="009A672A">
      <w:pPr>
        <w:spacing w:after="0"/>
      </w:pPr>
      <w:r>
        <w:rPr>
          <w:rFonts w:ascii="Arial" w:hAnsi="Arial"/>
          <w:b/>
        </w:rPr>
        <w:t xml:space="preserve">Interviewer P:  </w:t>
      </w:r>
      <w:r>
        <w:rPr>
          <w:rFonts w:ascii="Arial" w:hAnsi="Arial"/>
          <w:color w:val="5D7284"/>
        </w:rPr>
        <w:t>30:00</w:t>
      </w:r>
    </w:p>
    <w:p w14:paraId="593F5872" w14:textId="77777777" w:rsidR="009854A5" w:rsidRDefault="009A672A">
      <w:pPr>
        <w:spacing w:after="0"/>
      </w:pPr>
      <w:r>
        <w:rPr>
          <w:rFonts w:ascii="Arial" w:hAnsi="Arial"/>
        </w:rPr>
        <w:t>They're all still standing up, though. Yeah, and over here it's not.</w:t>
      </w:r>
    </w:p>
    <w:p w14:paraId="6E30E0A8" w14:textId="77777777" w:rsidR="009854A5" w:rsidRDefault="009854A5">
      <w:pPr>
        <w:spacing w:after="0"/>
      </w:pPr>
    </w:p>
    <w:p w14:paraId="642785AA" w14:textId="77777777" w:rsidR="009854A5" w:rsidRDefault="009A672A">
      <w:pPr>
        <w:spacing w:after="0"/>
      </w:pPr>
      <w:r>
        <w:rPr>
          <w:rFonts w:ascii="Arial" w:hAnsi="Arial"/>
          <w:b/>
        </w:rPr>
        <w:lastRenderedPageBreak/>
        <w:t xml:space="preserve">Participant #17:  </w:t>
      </w:r>
      <w:r>
        <w:rPr>
          <w:rFonts w:ascii="Arial" w:hAnsi="Arial"/>
          <w:color w:val="5D7284"/>
        </w:rPr>
        <w:t>30:06</w:t>
      </w:r>
    </w:p>
    <w:p w14:paraId="5B3FB587" w14:textId="77777777" w:rsidR="009854A5" w:rsidRDefault="009A672A">
      <w:pPr>
        <w:spacing w:after="0"/>
      </w:pPr>
      <w:r>
        <w:rPr>
          <w:rFonts w:ascii="Arial" w:hAnsi="Arial"/>
        </w:rPr>
        <w:t>Yeah, I'm not exactly sure.</w:t>
      </w:r>
    </w:p>
    <w:p w14:paraId="3623F607" w14:textId="77777777" w:rsidR="009854A5" w:rsidRDefault="009854A5">
      <w:pPr>
        <w:spacing w:after="0"/>
      </w:pPr>
    </w:p>
    <w:p w14:paraId="1CA2394C" w14:textId="77777777" w:rsidR="009854A5" w:rsidRDefault="009A672A">
      <w:pPr>
        <w:spacing w:after="0"/>
      </w:pPr>
      <w:r>
        <w:rPr>
          <w:rFonts w:ascii="Arial" w:hAnsi="Arial"/>
          <w:b/>
        </w:rPr>
        <w:t xml:space="preserve">Interviewer P:  </w:t>
      </w:r>
      <w:r>
        <w:rPr>
          <w:rFonts w:ascii="Arial" w:hAnsi="Arial"/>
          <w:color w:val="5D7284"/>
        </w:rPr>
        <w:t>30:10</w:t>
      </w:r>
    </w:p>
    <w:p w14:paraId="167CC86B" w14:textId="3784F16F" w:rsidR="009854A5" w:rsidRDefault="009A672A">
      <w:pPr>
        <w:spacing w:after="0"/>
      </w:pPr>
      <w:r>
        <w:rPr>
          <w:rFonts w:ascii="Arial" w:hAnsi="Arial"/>
        </w:rPr>
        <w:t xml:space="preserve">Do you think that there's anything we could do to make it look like that? </w:t>
      </w:r>
    </w:p>
    <w:p w14:paraId="4C216000" w14:textId="77777777" w:rsidR="009854A5" w:rsidRDefault="009854A5">
      <w:pPr>
        <w:spacing w:after="0"/>
      </w:pPr>
    </w:p>
    <w:p w14:paraId="376CC381" w14:textId="77777777" w:rsidR="009854A5" w:rsidRDefault="009A672A">
      <w:pPr>
        <w:spacing w:after="0"/>
      </w:pPr>
      <w:r>
        <w:rPr>
          <w:rFonts w:ascii="Arial" w:hAnsi="Arial"/>
          <w:b/>
        </w:rPr>
        <w:t xml:space="preserve">Participant #17:  </w:t>
      </w:r>
      <w:r>
        <w:rPr>
          <w:rFonts w:ascii="Arial" w:hAnsi="Arial"/>
          <w:color w:val="5D7284"/>
        </w:rPr>
        <w:t>30:17</w:t>
      </w:r>
    </w:p>
    <w:p w14:paraId="62950E18" w14:textId="77777777" w:rsidR="009854A5" w:rsidRDefault="009A672A">
      <w:pPr>
        <w:spacing w:after="0"/>
      </w:pPr>
      <w:r>
        <w:rPr>
          <w:rFonts w:ascii="Arial" w:hAnsi="Arial"/>
        </w:rPr>
        <w:t>I feel like maybe if you were to like alternate directions like if you have it's been one way and then switch in like go the other way maybe are not exactly sure.</w:t>
      </w:r>
    </w:p>
    <w:p w14:paraId="0B4A8D95" w14:textId="77777777" w:rsidR="009854A5" w:rsidRDefault="009854A5">
      <w:pPr>
        <w:spacing w:after="0"/>
      </w:pPr>
    </w:p>
    <w:p w14:paraId="46263EF5" w14:textId="77777777" w:rsidR="009854A5" w:rsidRDefault="009A672A">
      <w:pPr>
        <w:spacing w:after="0"/>
      </w:pPr>
      <w:r>
        <w:rPr>
          <w:rFonts w:ascii="Arial" w:hAnsi="Arial"/>
          <w:b/>
        </w:rPr>
        <w:t xml:space="preserve">Interviewer P:  </w:t>
      </w:r>
      <w:r>
        <w:rPr>
          <w:rFonts w:ascii="Arial" w:hAnsi="Arial"/>
          <w:color w:val="5D7284"/>
        </w:rPr>
        <w:t>30:29</w:t>
      </w:r>
    </w:p>
    <w:p w14:paraId="444A0ED3" w14:textId="3E4FE4C9" w:rsidR="009854A5" w:rsidRDefault="009A672A">
      <w:pPr>
        <w:spacing w:after="0"/>
      </w:pPr>
      <w:r>
        <w:rPr>
          <w:rFonts w:ascii="Arial" w:hAnsi="Arial"/>
        </w:rPr>
        <w:t xml:space="preserve">Do you think if I like I told you about </w:t>
      </w:r>
      <w:r w:rsidR="00D253A3">
        <w:rPr>
          <w:rFonts w:ascii="Arial" w:hAnsi="Arial"/>
        </w:rPr>
        <w:t xml:space="preserve">Erika </w:t>
      </w:r>
      <w:r>
        <w:rPr>
          <w:rFonts w:ascii="Arial" w:hAnsi="Arial"/>
        </w:rPr>
        <w:t xml:space="preserve">coming in and finding </w:t>
      </w:r>
      <w:r w:rsidR="00D253A3">
        <w:rPr>
          <w:rFonts w:ascii="Arial" w:hAnsi="Arial"/>
        </w:rPr>
        <w:t xml:space="preserve">it </w:t>
      </w:r>
      <w:r>
        <w:rPr>
          <w:rFonts w:ascii="Arial" w:hAnsi="Arial"/>
        </w:rPr>
        <w:t xml:space="preserve">still like that? </w:t>
      </w:r>
      <w:r w:rsidR="00D253A3">
        <w:rPr>
          <w:rFonts w:ascii="Arial" w:hAnsi="Arial"/>
        </w:rPr>
        <w:t>So,</w:t>
      </w:r>
      <w:r>
        <w:rPr>
          <w:rFonts w:ascii="Arial" w:hAnsi="Arial"/>
        </w:rPr>
        <w:t xml:space="preserve"> if I left it on overnight, and she came in tomorrow, do you think it would still work like that? Or do you think that it if it would eventually do this if I let the letting go long enough?</w:t>
      </w:r>
    </w:p>
    <w:p w14:paraId="68279BFA" w14:textId="77777777" w:rsidR="009854A5" w:rsidRDefault="009854A5">
      <w:pPr>
        <w:spacing w:after="0"/>
      </w:pPr>
    </w:p>
    <w:p w14:paraId="5297B22A" w14:textId="77777777" w:rsidR="009854A5" w:rsidRDefault="009A672A">
      <w:pPr>
        <w:spacing w:after="0"/>
      </w:pPr>
      <w:r>
        <w:rPr>
          <w:rFonts w:ascii="Arial" w:hAnsi="Arial"/>
          <w:b/>
        </w:rPr>
        <w:t xml:space="preserve">Participant #17:  </w:t>
      </w:r>
      <w:r>
        <w:rPr>
          <w:rFonts w:ascii="Arial" w:hAnsi="Arial"/>
          <w:color w:val="5D7284"/>
        </w:rPr>
        <w:t>30:44</w:t>
      </w:r>
    </w:p>
    <w:p w14:paraId="209AE820" w14:textId="6E99A01D" w:rsidR="009854A5" w:rsidRDefault="009A672A">
      <w:pPr>
        <w:spacing w:after="0"/>
      </w:pPr>
      <w:r>
        <w:rPr>
          <w:rFonts w:ascii="Arial" w:hAnsi="Arial"/>
        </w:rPr>
        <w:t xml:space="preserve">I feel like it might still look like with like, an aspect of it going </w:t>
      </w:r>
      <w:r w:rsidR="00D253A3">
        <w:rPr>
          <w:rFonts w:ascii="Arial" w:hAnsi="Arial"/>
        </w:rPr>
        <w:t>vertical.</w:t>
      </w:r>
      <w:r>
        <w:rPr>
          <w:rFonts w:ascii="Arial" w:hAnsi="Arial"/>
        </w:rPr>
        <w:t xml:space="preserve"> Because it seems like it's been staying there but I think that it would look slightly different. I think, like the lines would still be more circular because as it keeps going, it's starting to spread out a little bit. But it seems like the columns are still kind of staying pretty strong. Yeah. </w:t>
      </w:r>
      <w:r w:rsidR="00D253A3">
        <w:rPr>
          <w:rFonts w:ascii="Arial" w:hAnsi="Arial"/>
        </w:rPr>
        <w:t>So,</w:t>
      </w:r>
      <w:r>
        <w:rPr>
          <w:rFonts w:ascii="Arial" w:hAnsi="Arial"/>
        </w:rPr>
        <w:t xml:space="preserve"> I think there's possibility that it might still be like that, </w:t>
      </w:r>
      <w:r w:rsidR="00D253A3">
        <w:rPr>
          <w:rFonts w:ascii="Arial" w:hAnsi="Arial"/>
        </w:rPr>
        <w:t>in the morning.</w:t>
      </w:r>
    </w:p>
    <w:p w14:paraId="71C7D88E" w14:textId="77777777" w:rsidR="009854A5" w:rsidRDefault="009854A5">
      <w:pPr>
        <w:spacing w:after="0"/>
      </w:pPr>
    </w:p>
    <w:p w14:paraId="1ACBC3FD" w14:textId="77777777" w:rsidR="009854A5" w:rsidRDefault="009A672A">
      <w:pPr>
        <w:spacing w:after="0"/>
      </w:pPr>
      <w:r>
        <w:rPr>
          <w:rFonts w:ascii="Arial" w:hAnsi="Arial"/>
          <w:b/>
        </w:rPr>
        <w:t xml:space="preserve">Interviewer P:  </w:t>
      </w:r>
      <w:r>
        <w:rPr>
          <w:rFonts w:ascii="Arial" w:hAnsi="Arial"/>
          <w:color w:val="5D7284"/>
        </w:rPr>
        <w:t>31:10</w:t>
      </w:r>
    </w:p>
    <w:p w14:paraId="162A72E4" w14:textId="5C889E09" w:rsidR="009854A5" w:rsidRDefault="009A672A">
      <w:pPr>
        <w:spacing w:after="0"/>
      </w:pPr>
      <w:r>
        <w:rPr>
          <w:rFonts w:ascii="Arial" w:hAnsi="Arial"/>
        </w:rPr>
        <w:t xml:space="preserve">And when you do this, did you base this on any like memory or experience that you've had in the past? </w:t>
      </w:r>
    </w:p>
    <w:p w14:paraId="75864E38" w14:textId="77777777" w:rsidR="009854A5" w:rsidRDefault="009854A5">
      <w:pPr>
        <w:spacing w:after="0"/>
      </w:pPr>
    </w:p>
    <w:p w14:paraId="3C73BFCB" w14:textId="77777777" w:rsidR="009854A5" w:rsidRDefault="009A672A">
      <w:pPr>
        <w:spacing w:after="0"/>
      </w:pPr>
      <w:r>
        <w:rPr>
          <w:rFonts w:ascii="Arial" w:hAnsi="Arial"/>
          <w:b/>
        </w:rPr>
        <w:t xml:space="preserve">Participant #17:  </w:t>
      </w:r>
      <w:r>
        <w:rPr>
          <w:rFonts w:ascii="Arial" w:hAnsi="Arial"/>
          <w:color w:val="5D7284"/>
        </w:rPr>
        <w:t>31:20</w:t>
      </w:r>
    </w:p>
    <w:p w14:paraId="3F91958E" w14:textId="31E51860" w:rsidR="009854A5" w:rsidRDefault="00D253A3">
      <w:pPr>
        <w:spacing w:after="0"/>
      </w:pPr>
      <w:r>
        <w:rPr>
          <w:rFonts w:ascii="Arial" w:hAnsi="Arial"/>
        </w:rPr>
        <w:t>Uhm not really I kind of just assumed that it was like what was going to happen, but I don't think I really have any, like experience or prior history with it.</w:t>
      </w:r>
    </w:p>
    <w:p w14:paraId="4F233503" w14:textId="77777777" w:rsidR="009854A5" w:rsidRDefault="009854A5">
      <w:pPr>
        <w:spacing w:after="0"/>
      </w:pPr>
    </w:p>
    <w:p w14:paraId="14B5986C" w14:textId="77777777" w:rsidR="009854A5" w:rsidRDefault="009A672A">
      <w:pPr>
        <w:spacing w:after="0"/>
      </w:pPr>
      <w:r>
        <w:rPr>
          <w:rFonts w:ascii="Arial" w:hAnsi="Arial"/>
          <w:b/>
        </w:rPr>
        <w:t xml:space="preserve">Interviewer P:  </w:t>
      </w:r>
      <w:r>
        <w:rPr>
          <w:rFonts w:ascii="Arial" w:hAnsi="Arial"/>
          <w:color w:val="5D7284"/>
        </w:rPr>
        <w:t>31:30</w:t>
      </w:r>
    </w:p>
    <w:p w14:paraId="15A52308" w14:textId="77777777" w:rsidR="009854A5" w:rsidRDefault="009A672A">
      <w:pPr>
        <w:spacing w:after="0"/>
      </w:pPr>
      <w:r>
        <w:rPr>
          <w:rFonts w:ascii="Arial" w:hAnsi="Arial"/>
        </w:rPr>
        <w:t>Or just any like experience with swimming pools or coffee cups or anything. Like did you rely on that?</w:t>
      </w:r>
    </w:p>
    <w:p w14:paraId="7B3D9B6E" w14:textId="77777777" w:rsidR="009854A5" w:rsidRDefault="009854A5">
      <w:pPr>
        <w:spacing w:after="0"/>
      </w:pPr>
    </w:p>
    <w:p w14:paraId="0580CDA4" w14:textId="77777777" w:rsidR="009854A5" w:rsidRDefault="009A672A">
      <w:pPr>
        <w:spacing w:after="0"/>
      </w:pPr>
      <w:r>
        <w:rPr>
          <w:rFonts w:ascii="Arial" w:hAnsi="Arial"/>
          <w:b/>
        </w:rPr>
        <w:t xml:space="preserve">Participant #17:  </w:t>
      </w:r>
      <w:r>
        <w:rPr>
          <w:rFonts w:ascii="Arial" w:hAnsi="Arial"/>
          <w:color w:val="5D7284"/>
        </w:rPr>
        <w:t>31:39</w:t>
      </w:r>
    </w:p>
    <w:p w14:paraId="395DB7AA" w14:textId="34C53581" w:rsidR="009854A5" w:rsidRDefault="009A672A">
      <w:pPr>
        <w:spacing w:after="0"/>
      </w:pPr>
      <w:r>
        <w:rPr>
          <w:rFonts w:ascii="Arial" w:hAnsi="Arial"/>
        </w:rPr>
        <w:t xml:space="preserve">Maybe a little </w:t>
      </w:r>
      <w:r w:rsidR="00D253A3">
        <w:rPr>
          <w:rFonts w:ascii="Arial" w:hAnsi="Arial"/>
        </w:rPr>
        <w:t xml:space="preserve">but </w:t>
      </w:r>
      <w:r>
        <w:rPr>
          <w:rFonts w:ascii="Arial" w:hAnsi="Arial"/>
        </w:rPr>
        <w:t>not like too much.</w:t>
      </w:r>
    </w:p>
    <w:p w14:paraId="5B5BB93E" w14:textId="77777777" w:rsidR="009854A5" w:rsidRDefault="009854A5">
      <w:pPr>
        <w:spacing w:after="0"/>
      </w:pPr>
    </w:p>
    <w:p w14:paraId="68DE5A1C" w14:textId="77777777" w:rsidR="009854A5" w:rsidRDefault="009A672A">
      <w:pPr>
        <w:spacing w:after="0"/>
      </w:pPr>
      <w:r>
        <w:rPr>
          <w:rFonts w:ascii="Arial" w:hAnsi="Arial"/>
          <w:b/>
        </w:rPr>
        <w:t xml:space="preserve">Interviewer P:  </w:t>
      </w:r>
      <w:r>
        <w:rPr>
          <w:rFonts w:ascii="Arial" w:hAnsi="Arial"/>
          <w:color w:val="5D7284"/>
        </w:rPr>
        <w:t>31:42</w:t>
      </w:r>
    </w:p>
    <w:p w14:paraId="3533D52A" w14:textId="0F9DAB0E" w:rsidR="009854A5" w:rsidRDefault="009A672A">
      <w:pPr>
        <w:spacing w:after="0"/>
      </w:pPr>
      <w:r>
        <w:rPr>
          <w:rFonts w:ascii="Arial" w:hAnsi="Arial"/>
        </w:rPr>
        <w:t xml:space="preserve">Yeah. Alright, so you think we can make it do that if I reverse it? </w:t>
      </w:r>
      <w:r w:rsidR="00D253A3">
        <w:rPr>
          <w:rFonts w:ascii="Arial" w:hAnsi="Arial"/>
        </w:rPr>
        <w:t xml:space="preserve">Alright well let’s see </w:t>
      </w:r>
      <w:r>
        <w:rPr>
          <w:rFonts w:ascii="Arial" w:hAnsi="Arial"/>
        </w:rPr>
        <w:t xml:space="preserve">because I can reverse it it's </w:t>
      </w:r>
      <w:r w:rsidR="00D253A3">
        <w:rPr>
          <w:rFonts w:ascii="Arial" w:hAnsi="Arial"/>
        </w:rPr>
        <w:t>goanna</w:t>
      </w:r>
      <w:r>
        <w:rPr>
          <w:rFonts w:ascii="Arial" w:hAnsi="Arial"/>
        </w:rPr>
        <w:t xml:space="preserve"> slow all the way down before it's reversed what's it doing as it slows down?</w:t>
      </w:r>
    </w:p>
    <w:p w14:paraId="208582CD" w14:textId="77777777" w:rsidR="009854A5" w:rsidRDefault="009854A5">
      <w:pPr>
        <w:spacing w:after="0"/>
      </w:pPr>
    </w:p>
    <w:p w14:paraId="3CF7C472" w14:textId="77777777" w:rsidR="009854A5" w:rsidRDefault="009A672A">
      <w:pPr>
        <w:spacing w:after="0"/>
      </w:pPr>
      <w:r>
        <w:rPr>
          <w:rFonts w:ascii="Arial" w:hAnsi="Arial"/>
          <w:b/>
        </w:rPr>
        <w:t xml:space="preserve">Participant #17:  </w:t>
      </w:r>
      <w:r>
        <w:rPr>
          <w:rFonts w:ascii="Arial" w:hAnsi="Arial"/>
          <w:color w:val="5D7284"/>
        </w:rPr>
        <w:t>32:28</w:t>
      </w:r>
    </w:p>
    <w:p w14:paraId="08381851" w14:textId="77777777" w:rsidR="009854A5" w:rsidRDefault="009A672A">
      <w:pPr>
        <w:spacing w:after="0"/>
      </w:pPr>
      <w:r>
        <w:rPr>
          <w:rFonts w:ascii="Arial" w:hAnsi="Arial"/>
        </w:rPr>
        <w:t>It looks like it's like dropping a little bit like it's not staying to the top anymore.</w:t>
      </w:r>
    </w:p>
    <w:p w14:paraId="6B09992A" w14:textId="77777777" w:rsidR="009854A5" w:rsidRDefault="009854A5">
      <w:pPr>
        <w:spacing w:after="0"/>
      </w:pPr>
    </w:p>
    <w:p w14:paraId="6A45D3DF" w14:textId="77777777" w:rsidR="009854A5" w:rsidRDefault="009A672A">
      <w:pPr>
        <w:spacing w:after="0"/>
      </w:pPr>
      <w:r>
        <w:rPr>
          <w:rFonts w:ascii="Arial" w:hAnsi="Arial"/>
          <w:b/>
        </w:rPr>
        <w:t xml:space="preserve">Interviewer P:  </w:t>
      </w:r>
      <w:r>
        <w:rPr>
          <w:rFonts w:ascii="Arial" w:hAnsi="Arial"/>
          <w:color w:val="5D7284"/>
        </w:rPr>
        <w:t>32:35</w:t>
      </w:r>
    </w:p>
    <w:p w14:paraId="13DDF658" w14:textId="77777777" w:rsidR="009854A5" w:rsidRDefault="009A672A">
      <w:pPr>
        <w:spacing w:after="0"/>
      </w:pPr>
      <w:r>
        <w:rPr>
          <w:rFonts w:ascii="Arial" w:hAnsi="Arial"/>
        </w:rPr>
        <w:t>Now how are they moving?</w:t>
      </w:r>
    </w:p>
    <w:p w14:paraId="454049C3" w14:textId="77777777" w:rsidR="009854A5" w:rsidRDefault="009854A5">
      <w:pPr>
        <w:spacing w:after="0"/>
      </w:pPr>
    </w:p>
    <w:p w14:paraId="4E5A95BB" w14:textId="77777777" w:rsidR="009854A5" w:rsidRDefault="009A672A">
      <w:pPr>
        <w:spacing w:after="0"/>
      </w:pPr>
      <w:r>
        <w:rPr>
          <w:rFonts w:ascii="Arial" w:hAnsi="Arial"/>
          <w:b/>
        </w:rPr>
        <w:t xml:space="preserve">Participant #17:  </w:t>
      </w:r>
      <w:r>
        <w:rPr>
          <w:rFonts w:ascii="Arial" w:hAnsi="Arial"/>
          <w:color w:val="5D7284"/>
        </w:rPr>
        <w:t>32:38</w:t>
      </w:r>
    </w:p>
    <w:p w14:paraId="042F0340" w14:textId="77777777" w:rsidR="009854A5" w:rsidRDefault="009A672A">
      <w:pPr>
        <w:spacing w:after="0"/>
      </w:pPr>
      <w:r>
        <w:rPr>
          <w:rFonts w:ascii="Arial" w:hAnsi="Arial"/>
        </w:rPr>
        <w:t>Now it's kind of just like going everywhere. It's also clumping together maybe.</w:t>
      </w:r>
    </w:p>
    <w:p w14:paraId="1A9C5956" w14:textId="77777777" w:rsidR="009854A5" w:rsidRDefault="009854A5">
      <w:pPr>
        <w:spacing w:after="0"/>
      </w:pPr>
    </w:p>
    <w:p w14:paraId="7B1BFCB9" w14:textId="77777777" w:rsidR="009854A5" w:rsidRDefault="009A672A">
      <w:pPr>
        <w:spacing w:after="0"/>
      </w:pPr>
      <w:r>
        <w:rPr>
          <w:rFonts w:ascii="Arial" w:hAnsi="Arial"/>
          <w:b/>
        </w:rPr>
        <w:t xml:space="preserve">Interviewer P:  </w:t>
      </w:r>
      <w:r>
        <w:rPr>
          <w:rFonts w:ascii="Arial" w:hAnsi="Arial"/>
          <w:color w:val="5D7284"/>
        </w:rPr>
        <w:t>32:43</w:t>
      </w:r>
    </w:p>
    <w:p w14:paraId="7BBB4628" w14:textId="4184C7C1" w:rsidR="009854A5" w:rsidRDefault="009A672A">
      <w:pPr>
        <w:spacing w:after="0"/>
      </w:pPr>
      <w:r>
        <w:rPr>
          <w:rFonts w:ascii="Arial" w:hAnsi="Arial"/>
        </w:rPr>
        <w:t xml:space="preserve">I think the waters moving now. </w:t>
      </w:r>
      <w:r w:rsidR="00D253A3">
        <w:rPr>
          <w:rFonts w:ascii="Arial" w:hAnsi="Arial"/>
        </w:rPr>
        <w:t>Oh,</w:t>
      </w:r>
      <w:r>
        <w:rPr>
          <w:rFonts w:ascii="Arial" w:hAnsi="Arial"/>
        </w:rPr>
        <w:t xml:space="preserve"> my is that looking more like your original </w:t>
      </w:r>
      <w:r w:rsidR="00D253A3">
        <w:rPr>
          <w:rFonts w:ascii="Arial" w:hAnsi="Arial"/>
        </w:rPr>
        <w:t>drawing.</w:t>
      </w:r>
    </w:p>
    <w:p w14:paraId="5A7F5D99" w14:textId="77777777" w:rsidR="009854A5" w:rsidRDefault="009854A5">
      <w:pPr>
        <w:spacing w:after="0"/>
      </w:pPr>
    </w:p>
    <w:p w14:paraId="6336942A" w14:textId="77777777" w:rsidR="009854A5" w:rsidRDefault="009A672A">
      <w:pPr>
        <w:spacing w:after="0"/>
      </w:pPr>
      <w:r>
        <w:rPr>
          <w:rFonts w:ascii="Arial" w:hAnsi="Arial"/>
          <w:b/>
        </w:rPr>
        <w:t xml:space="preserve">Participant #17:  </w:t>
      </w:r>
      <w:r>
        <w:rPr>
          <w:rFonts w:ascii="Arial" w:hAnsi="Arial"/>
          <w:color w:val="5D7284"/>
        </w:rPr>
        <w:t>32:59</w:t>
      </w:r>
    </w:p>
    <w:p w14:paraId="3FDF0A71" w14:textId="6EAE5EE5" w:rsidR="009854A5" w:rsidRDefault="00D253A3">
      <w:pPr>
        <w:spacing w:after="0"/>
      </w:pPr>
      <w:r>
        <w:rPr>
          <w:rFonts w:ascii="Arial" w:hAnsi="Arial"/>
        </w:rPr>
        <w:t>Yeah, No, no, it's kind of just like, it kind of all combined together except for the one, there’s that one. It kind of all looks like it’s about to combine.</w:t>
      </w:r>
    </w:p>
    <w:p w14:paraId="6AA05C34" w14:textId="77777777" w:rsidR="009854A5" w:rsidRDefault="009854A5">
      <w:pPr>
        <w:spacing w:after="0"/>
      </w:pPr>
    </w:p>
    <w:p w14:paraId="02500A51" w14:textId="77777777" w:rsidR="009854A5" w:rsidRDefault="009854A5">
      <w:pPr>
        <w:spacing w:after="0"/>
      </w:pPr>
    </w:p>
    <w:p w14:paraId="53A86A84" w14:textId="77777777" w:rsidR="009854A5" w:rsidRDefault="009A672A">
      <w:pPr>
        <w:spacing w:after="0"/>
      </w:pPr>
      <w:r>
        <w:rPr>
          <w:rFonts w:ascii="Arial" w:hAnsi="Arial"/>
          <w:b/>
        </w:rPr>
        <w:t xml:space="preserve">Participant #17:  </w:t>
      </w:r>
      <w:r>
        <w:rPr>
          <w:rFonts w:ascii="Arial" w:hAnsi="Arial"/>
          <w:color w:val="5D7284"/>
        </w:rPr>
        <w:t>33:06</w:t>
      </w:r>
    </w:p>
    <w:p w14:paraId="7F0B206B" w14:textId="63035ECF" w:rsidR="009854A5" w:rsidRDefault="009A672A">
      <w:pPr>
        <w:spacing w:after="0"/>
      </w:pPr>
      <w:r>
        <w:rPr>
          <w:rFonts w:ascii="Arial" w:hAnsi="Arial"/>
        </w:rPr>
        <w:t>Yeah, that kind of just combined it all together. Yeah.</w:t>
      </w:r>
    </w:p>
    <w:p w14:paraId="68E7B13D" w14:textId="77777777" w:rsidR="009854A5" w:rsidRDefault="009854A5">
      <w:pPr>
        <w:spacing w:after="0"/>
      </w:pPr>
    </w:p>
    <w:p w14:paraId="1B87617B" w14:textId="77777777" w:rsidR="009854A5" w:rsidRDefault="009A672A">
      <w:pPr>
        <w:spacing w:after="0"/>
      </w:pPr>
      <w:r>
        <w:rPr>
          <w:rFonts w:ascii="Arial" w:hAnsi="Arial"/>
          <w:b/>
        </w:rPr>
        <w:t xml:space="preserve">Interviewer P:  </w:t>
      </w:r>
      <w:r>
        <w:rPr>
          <w:rFonts w:ascii="Arial" w:hAnsi="Arial"/>
          <w:color w:val="5D7284"/>
        </w:rPr>
        <w:t>33:20</w:t>
      </w:r>
    </w:p>
    <w:p w14:paraId="33B369E0" w14:textId="3A04BE40" w:rsidR="009854A5" w:rsidRDefault="009A672A">
      <w:pPr>
        <w:spacing w:after="0"/>
      </w:pPr>
      <w:r>
        <w:rPr>
          <w:rFonts w:ascii="Arial" w:hAnsi="Arial"/>
        </w:rPr>
        <w:t xml:space="preserve">Interesting. All right, I'm </w:t>
      </w:r>
      <w:r w:rsidR="00D253A3">
        <w:rPr>
          <w:rFonts w:ascii="Arial" w:hAnsi="Arial"/>
        </w:rPr>
        <w:t>goanna</w:t>
      </w:r>
      <w:r>
        <w:rPr>
          <w:rFonts w:ascii="Arial" w:hAnsi="Arial"/>
        </w:rPr>
        <w:t xml:space="preserve"> give this a break let that just kind of settle. We're </w:t>
      </w:r>
      <w:r w:rsidR="00D253A3">
        <w:rPr>
          <w:rFonts w:ascii="Arial" w:hAnsi="Arial"/>
        </w:rPr>
        <w:t>goanna</w:t>
      </w:r>
      <w:r>
        <w:rPr>
          <w:rFonts w:ascii="Arial" w:hAnsi="Arial"/>
        </w:rPr>
        <w:t xml:space="preserve"> do kind of a thought experiment kind of a real demo. It's </w:t>
      </w:r>
      <w:r w:rsidR="00D253A3">
        <w:rPr>
          <w:rFonts w:ascii="Arial" w:hAnsi="Arial"/>
        </w:rPr>
        <w:t>goanna</w:t>
      </w:r>
      <w:r>
        <w:rPr>
          <w:rFonts w:ascii="Arial" w:hAnsi="Arial"/>
        </w:rPr>
        <w:t xml:space="preserve"> it's a real demo that's going to morph into a thought experiment. </w:t>
      </w:r>
      <w:r w:rsidR="00D253A3">
        <w:rPr>
          <w:rFonts w:ascii="Arial" w:hAnsi="Arial"/>
        </w:rPr>
        <w:t>So,</w:t>
      </w:r>
      <w:r>
        <w:rPr>
          <w:rFonts w:ascii="Arial" w:hAnsi="Arial"/>
        </w:rPr>
        <w:t xml:space="preserve"> I actually do have some </w:t>
      </w:r>
      <w:r w:rsidR="00D253A3">
        <w:rPr>
          <w:rFonts w:ascii="Arial" w:hAnsi="Arial"/>
        </w:rPr>
        <w:t>Jell-O</w:t>
      </w:r>
      <w:r>
        <w:rPr>
          <w:rFonts w:ascii="Arial" w:hAnsi="Arial"/>
        </w:rPr>
        <w:t xml:space="preserve"> out in a cylinder this turntable so this was fan can put this on here. And if I resemble my Legos, I this is a motor that I can use. Turn the </w:t>
      </w:r>
      <w:r w:rsidR="00D253A3">
        <w:rPr>
          <w:rFonts w:ascii="Arial" w:hAnsi="Arial"/>
        </w:rPr>
        <w:t>Jell-O</w:t>
      </w:r>
      <w:r>
        <w:rPr>
          <w:rFonts w:ascii="Arial" w:hAnsi="Arial"/>
        </w:rPr>
        <w:t xml:space="preserve"> just spin the </w:t>
      </w:r>
      <w:r w:rsidR="00D253A3">
        <w:rPr>
          <w:rFonts w:ascii="Arial" w:hAnsi="Arial"/>
        </w:rPr>
        <w:t>Jell-O</w:t>
      </w:r>
      <w:r>
        <w:rPr>
          <w:rFonts w:ascii="Arial" w:hAnsi="Arial"/>
        </w:rPr>
        <w:t xml:space="preserve"> and I had a little alright. Anything you think will happen whenever I start spinning the </w:t>
      </w:r>
      <w:r w:rsidR="00D253A3">
        <w:rPr>
          <w:rFonts w:ascii="Arial" w:hAnsi="Arial"/>
        </w:rPr>
        <w:t>Jell-O</w:t>
      </w:r>
      <w:r>
        <w:rPr>
          <w:rFonts w:ascii="Arial" w:hAnsi="Arial"/>
        </w:rPr>
        <w:t>?</w:t>
      </w:r>
    </w:p>
    <w:p w14:paraId="04F18714" w14:textId="77777777" w:rsidR="009854A5" w:rsidRDefault="009854A5">
      <w:pPr>
        <w:spacing w:after="0"/>
      </w:pPr>
    </w:p>
    <w:p w14:paraId="40D7AF6E" w14:textId="77777777" w:rsidR="009854A5" w:rsidRDefault="009A672A">
      <w:pPr>
        <w:spacing w:after="0"/>
      </w:pPr>
      <w:r>
        <w:rPr>
          <w:rFonts w:ascii="Arial" w:hAnsi="Arial"/>
          <w:b/>
        </w:rPr>
        <w:t xml:space="preserve">Participant #17:  </w:t>
      </w:r>
      <w:r>
        <w:rPr>
          <w:rFonts w:ascii="Arial" w:hAnsi="Arial"/>
          <w:color w:val="5D7284"/>
        </w:rPr>
        <w:t>34:22</w:t>
      </w:r>
    </w:p>
    <w:p w14:paraId="2D71EC66" w14:textId="49DEFC81" w:rsidR="009854A5" w:rsidRDefault="009A672A">
      <w:pPr>
        <w:spacing w:after="0"/>
      </w:pPr>
      <w:r>
        <w:rPr>
          <w:rFonts w:ascii="Arial" w:hAnsi="Arial"/>
        </w:rPr>
        <w:t xml:space="preserve">Um, well, how fast </w:t>
      </w:r>
      <w:r w:rsidR="00D253A3">
        <w:rPr>
          <w:rFonts w:ascii="Arial" w:hAnsi="Arial"/>
        </w:rPr>
        <w:t>does this spin? Is it like slow?</w:t>
      </w:r>
    </w:p>
    <w:p w14:paraId="0686CBF1" w14:textId="77777777" w:rsidR="009854A5" w:rsidRDefault="009854A5">
      <w:pPr>
        <w:spacing w:after="0"/>
      </w:pPr>
    </w:p>
    <w:p w14:paraId="7C4A8994" w14:textId="77777777" w:rsidR="009854A5" w:rsidRDefault="009A672A">
      <w:pPr>
        <w:spacing w:after="0"/>
      </w:pPr>
      <w:r>
        <w:rPr>
          <w:rFonts w:ascii="Arial" w:hAnsi="Arial"/>
          <w:b/>
        </w:rPr>
        <w:t xml:space="preserve">Interviewer P:  </w:t>
      </w:r>
      <w:r>
        <w:rPr>
          <w:rFonts w:ascii="Arial" w:hAnsi="Arial"/>
          <w:color w:val="5D7284"/>
        </w:rPr>
        <w:t>34:27</w:t>
      </w:r>
    </w:p>
    <w:p w14:paraId="7BF1CC51" w14:textId="1186785D" w:rsidR="00D253A3" w:rsidRDefault="00D253A3">
      <w:pPr>
        <w:spacing w:after="0"/>
        <w:rPr>
          <w:rFonts w:ascii="Arial" w:hAnsi="Arial"/>
        </w:rPr>
      </w:pPr>
      <w:r>
        <w:rPr>
          <w:rFonts w:ascii="Arial" w:hAnsi="Arial"/>
        </w:rPr>
        <w:t>Like that about Yeah.</w:t>
      </w:r>
    </w:p>
    <w:p w14:paraId="30FEDDBD" w14:textId="77777777" w:rsidR="00D253A3" w:rsidRDefault="00D253A3">
      <w:pPr>
        <w:spacing w:after="0"/>
        <w:rPr>
          <w:rFonts w:ascii="Arial" w:hAnsi="Arial"/>
        </w:rPr>
      </w:pPr>
    </w:p>
    <w:p w14:paraId="78D4AE80" w14:textId="08301B83" w:rsidR="00D253A3" w:rsidRPr="00D253A3" w:rsidRDefault="00D253A3">
      <w:pPr>
        <w:spacing w:after="0"/>
        <w:rPr>
          <w:rFonts w:ascii="Arial" w:hAnsi="Arial"/>
          <w:b/>
          <w:bCs/>
        </w:rPr>
      </w:pPr>
      <w:r w:rsidRPr="00D253A3">
        <w:rPr>
          <w:rFonts w:ascii="Arial" w:hAnsi="Arial"/>
          <w:b/>
          <w:bCs/>
        </w:rPr>
        <w:t>Participany#17:</w:t>
      </w:r>
    </w:p>
    <w:p w14:paraId="069D3961" w14:textId="77777777" w:rsidR="00D253A3" w:rsidRDefault="00D253A3">
      <w:pPr>
        <w:spacing w:after="0"/>
        <w:rPr>
          <w:rFonts w:ascii="Arial" w:hAnsi="Arial"/>
        </w:rPr>
      </w:pPr>
      <w:r>
        <w:rPr>
          <w:rFonts w:ascii="Arial" w:hAnsi="Arial"/>
        </w:rPr>
        <w:t xml:space="preserve">I don't think anything will happen. </w:t>
      </w:r>
    </w:p>
    <w:p w14:paraId="4D4D4AB1" w14:textId="77777777" w:rsidR="00D253A3" w:rsidRPr="00D253A3" w:rsidRDefault="00D253A3">
      <w:pPr>
        <w:spacing w:after="0"/>
        <w:rPr>
          <w:rFonts w:ascii="Arial" w:hAnsi="Arial"/>
          <w:b/>
          <w:bCs/>
        </w:rPr>
      </w:pPr>
    </w:p>
    <w:p w14:paraId="48168F12" w14:textId="39C10EC0" w:rsidR="00D253A3" w:rsidRPr="00D253A3" w:rsidRDefault="00D253A3">
      <w:pPr>
        <w:spacing w:after="0"/>
        <w:rPr>
          <w:rFonts w:ascii="Arial" w:hAnsi="Arial"/>
          <w:b/>
          <w:bCs/>
        </w:rPr>
      </w:pPr>
      <w:r w:rsidRPr="00D253A3">
        <w:rPr>
          <w:rFonts w:ascii="Arial" w:hAnsi="Arial"/>
          <w:b/>
          <w:bCs/>
        </w:rPr>
        <w:t>Interviewer P:</w:t>
      </w:r>
    </w:p>
    <w:p w14:paraId="528CF956" w14:textId="75F6E463" w:rsidR="009854A5" w:rsidRDefault="00D253A3">
      <w:pPr>
        <w:spacing w:after="0"/>
      </w:pPr>
      <w:r>
        <w:rPr>
          <w:rFonts w:ascii="Arial" w:hAnsi="Arial"/>
        </w:rPr>
        <w:t>I'd scale down. So, let's see okay, now here's where it morphs a little bit into a thought experiment because I have this little BB and what I would love to do is put this BB in this rotating Jell-O and have it dropped to the bottom just like the crystals. I did. Right? It doesn't it isn't that. So, this is where we morph into a thought experiment. So, imagine now that it was heavy enough or hot enough or something, so that it did go through the Jell-O and drops to the bottom. Yeah. What kind of a path do you think it would make on its way down? As the Jell-O is rotating?</w:t>
      </w:r>
    </w:p>
    <w:p w14:paraId="05463AC7" w14:textId="77777777" w:rsidR="009854A5" w:rsidRDefault="009854A5">
      <w:pPr>
        <w:spacing w:after="0"/>
      </w:pPr>
    </w:p>
    <w:p w14:paraId="7249924C" w14:textId="77777777" w:rsidR="009854A5" w:rsidRDefault="009A672A">
      <w:pPr>
        <w:spacing w:after="0"/>
      </w:pPr>
      <w:r>
        <w:rPr>
          <w:rFonts w:ascii="Arial" w:hAnsi="Arial"/>
          <w:b/>
        </w:rPr>
        <w:t xml:space="preserve">Participant #17:  </w:t>
      </w:r>
      <w:r>
        <w:rPr>
          <w:rFonts w:ascii="Arial" w:hAnsi="Arial"/>
          <w:color w:val="5D7284"/>
        </w:rPr>
        <w:t>35:18</w:t>
      </w:r>
    </w:p>
    <w:p w14:paraId="0B7E5BAF" w14:textId="77777777" w:rsidR="009854A5" w:rsidRDefault="009A672A">
      <w:pPr>
        <w:spacing w:after="0"/>
        <w:rPr>
          <w:rFonts w:ascii="Arial" w:hAnsi="Arial"/>
        </w:rPr>
      </w:pPr>
      <w:r>
        <w:rPr>
          <w:rFonts w:ascii="Arial" w:hAnsi="Arial"/>
        </w:rPr>
        <w:t>I feel like it would make like a circular almost like a spiral rotation going down like that, like you might be able to see like rings, almost kind of as an stone.</w:t>
      </w:r>
    </w:p>
    <w:p w14:paraId="1890F4D1" w14:textId="77777777" w:rsidR="00D253A3" w:rsidRDefault="00D253A3">
      <w:pPr>
        <w:spacing w:after="0"/>
      </w:pPr>
    </w:p>
    <w:p w14:paraId="098FF59C" w14:textId="77777777" w:rsidR="009854A5" w:rsidRDefault="009854A5">
      <w:pPr>
        <w:spacing w:after="0"/>
      </w:pPr>
    </w:p>
    <w:p w14:paraId="72CE1B84" w14:textId="77777777" w:rsidR="009854A5" w:rsidRDefault="009A672A">
      <w:pPr>
        <w:spacing w:after="0"/>
      </w:pPr>
      <w:r>
        <w:rPr>
          <w:rFonts w:ascii="Arial" w:hAnsi="Arial"/>
          <w:b/>
        </w:rPr>
        <w:lastRenderedPageBreak/>
        <w:t xml:space="preserve">Interviewer P:  </w:t>
      </w:r>
      <w:r>
        <w:rPr>
          <w:rFonts w:ascii="Arial" w:hAnsi="Arial"/>
          <w:color w:val="5D7284"/>
        </w:rPr>
        <w:t>35:27</w:t>
      </w:r>
    </w:p>
    <w:p w14:paraId="6802797B" w14:textId="6E2D4734" w:rsidR="009854A5" w:rsidRDefault="009A672A">
      <w:pPr>
        <w:spacing w:after="0"/>
      </w:pPr>
      <w:r>
        <w:rPr>
          <w:rFonts w:ascii="Arial" w:hAnsi="Arial"/>
        </w:rPr>
        <w:t xml:space="preserve">Yeah, that would be cool. I wish I could see it. Alright, so now, next step is instead of </w:t>
      </w:r>
      <w:r w:rsidR="009957E8">
        <w:rPr>
          <w:rFonts w:ascii="Arial" w:hAnsi="Arial"/>
        </w:rPr>
        <w:t>Jell-O</w:t>
      </w:r>
      <w:r>
        <w:rPr>
          <w:rFonts w:ascii="Arial" w:hAnsi="Arial"/>
        </w:rPr>
        <w:t xml:space="preserve">, let's say that this was a metal desk, like a record, but it's thick. All right. And so now I have like a metal disc in here that's rotating. And </w:t>
      </w:r>
      <w:r w:rsidR="00D253A3">
        <w:rPr>
          <w:rFonts w:ascii="Arial" w:hAnsi="Arial"/>
        </w:rPr>
        <w:t>certainly,</w:t>
      </w:r>
      <w:r>
        <w:rPr>
          <w:rFonts w:ascii="Arial" w:hAnsi="Arial"/>
        </w:rPr>
        <w:t xml:space="preserve"> my BB won't go through that. But acid each through metal, so I could potentially drip some acid on top. And it would kind of eat its way and do the same thing. Go down just like the crystal dye did. And just like we imagined them all did. So as the acid is going down through the metal disc, that is rotating, same thing, what kind of path do you think it would take?</w:t>
      </w:r>
    </w:p>
    <w:p w14:paraId="41FB5E7E" w14:textId="77777777" w:rsidR="009854A5" w:rsidRDefault="009854A5">
      <w:pPr>
        <w:spacing w:after="0"/>
      </w:pPr>
    </w:p>
    <w:p w14:paraId="6364D672" w14:textId="77777777" w:rsidR="009854A5" w:rsidRDefault="009A672A">
      <w:pPr>
        <w:spacing w:after="0"/>
      </w:pPr>
      <w:r>
        <w:rPr>
          <w:rFonts w:ascii="Arial" w:hAnsi="Arial"/>
          <w:b/>
        </w:rPr>
        <w:t xml:space="preserve">Participant #17:  </w:t>
      </w:r>
      <w:r>
        <w:rPr>
          <w:rFonts w:ascii="Arial" w:hAnsi="Arial"/>
          <w:color w:val="5D7284"/>
        </w:rPr>
        <w:t>36:10</w:t>
      </w:r>
    </w:p>
    <w:p w14:paraId="2E83C8FA" w14:textId="77777777" w:rsidR="009854A5" w:rsidRDefault="009A672A">
      <w:pPr>
        <w:spacing w:after="0"/>
      </w:pPr>
      <w:r>
        <w:rPr>
          <w:rFonts w:ascii="Arial" w:hAnsi="Arial"/>
        </w:rPr>
        <w:t>With the disc, like, be rotating in it as well already kind of stay in place? It</w:t>
      </w:r>
    </w:p>
    <w:p w14:paraId="10C1F870" w14:textId="77777777" w:rsidR="009854A5" w:rsidRDefault="009854A5">
      <w:pPr>
        <w:spacing w:after="0"/>
      </w:pPr>
    </w:p>
    <w:p w14:paraId="7C649D73" w14:textId="77777777" w:rsidR="009854A5" w:rsidRDefault="009A672A">
      <w:pPr>
        <w:spacing w:after="0"/>
      </w:pPr>
      <w:r>
        <w:rPr>
          <w:rFonts w:ascii="Arial" w:hAnsi="Arial"/>
          <w:b/>
        </w:rPr>
        <w:t xml:space="preserve">Interviewer P:  </w:t>
      </w:r>
      <w:r>
        <w:rPr>
          <w:rFonts w:ascii="Arial" w:hAnsi="Arial"/>
          <w:color w:val="5D7284"/>
        </w:rPr>
        <w:t>36:15</w:t>
      </w:r>
    </w:p>
    <w:p w14:paraId="3AF950E5" w14:textId="77777777" w:rsidR="009854A5" w:rsidRDefault="009A672A">
      <w:pPr>
        <w:spacing w:after="0"/>
      </w:pPr>
      <w:r>
        <w:rPr>
          <w:rFonts w:ascii="Arial" w:hAnsi="Arial"/>
        </w:rPr>
        <w:t>would be late. Okay. In fact, we wouldn't even need a container. Yeah, just put the disc on.</w:t>
      </w:r>
    </w:p>
    <w:p w14:paraId="09A12E4C" w14:textId="77777777" w:rsidR="009854A5" w:rsidRDefault="009854A5">
      <w:pPr>
        <w:spacing w:after="0"/>
      </w:pPr>
    </w:p>
    <w:p w14:paraId="0779C991" w14:textId="77777777" w:rsidR="009854A5" w:rsidRDefault="009A672A">
      <w:pPr>
        <w:spacing w:after="0"/>
      </w:pPr>
      <w:r>
        <w:rPr>
          <w:rFonts w:ascii="Arial" w:hAnsi="Arial"/>
          <w:b/>
        </w:rPr>
        <w:t xml:space="preserve">Participant #17:  </w:t>
      </w:r>
      <w:r>
        <w:rPr>
          <w:rFonts w:ascii="Arial" w:hAnsi="Arial"/>
          <w:color w:val="5D7284"/>
        </w:rPr>
        <w:t>36:21</w:t>
      </w:r>
    </w:p>
    <w:p w14:paraId="66367CBE" w14:textId="77777777" w:rsidR="009854A5" w:rsidRDefault="009A672A">
      <w:pPr>
        <w:spacing w:after="0"/>
      </w:pPr>
      <w:r>
        <w:rPr>
          <w:rFonts w:ascii="Arial" w:hAnsi="Arial"/>
        </w:rPr>
        <w:t>I feel like from from it moving. There's possibly without the SMI kind of like follow around like with the disk and kind of like burn a circle into it. I'm trying to picture like if it would go like just straight down or if it would like actually go around.</w:t>
      </w:r>
    </w:p>
    <w:p w14:paraId="535C6049" w14:textId="77777777" w:rsidR="009854A5" w:rsidRDefault="009854A5">
      <w:pPr>
        <w:spacing w:after="0"/>
      </w:pPr>
    </w:p>
    <w:p w14:paraId="19E6B381" w14:textId="77777777" w:rsidR="009854A5" w:rsidRDefault="009A672A">
      <w:pPr>
        <w:spacing w:after="0"/>
      </w:pPr>
      <w:r>
        <w:rPr>
          <w:rFonts w:ascii="Arial" w:hAnsi="Arial"/>
          <w:b/>
        </w:rPr>
        <w:t xml:space="preserve">Interviewer P:  </w:t>
      </w:r>
      <w:r>
        <w:rPr>
          <w:rFonts w:ascii="Arial" w:hAnsi="Arial"/>
          <w:color w:val="5D7284"/>
        </w:rPr>
        <w:t>36:38</w:t>
      </w:r>
    </w:p>
    <w:p w14:paraId="42810D51" w14:textId="77777777" w:rsidR="009854A5" w:rsidRDefault="009A672A">
      <w:pPr>
        <w:spacing w:after="0"/>
      </w:pPr>
      <w:r>
        <w:rPr>
          <w:rFonts w:ascii="Arial" w:hAnsi="Arial"/>
        </w:rPr>
        <w:t>Yeah, that's what I'm wondering. Yeah.</w:t>
      </w:r>
    </w:p>
    <w:p w14:paraId="6BE8B1C4" w14:textId="77777777" w:rsidR="009854A5" w:rsidRDefault="009854A5">
      <w:pPr>
        <w:spacing w:after="0"/>
      </w:pPr>
    </w:p>
    <w:p w14:paraId="58F8A822" w14:textId="77777777" w:rsidR="009854A5" w:rsidRDefault="009A672A">
      <w:pPr>
        <w:spacing w:after="0"/>
      </w:pPr>
      <w:r>
        <w:rPr>
          <w:rFonts w:ascii="Arial" w:hAnsi="Arial"/>
          <w:b/>
        </w:rPr>
        <w:t xml:space="preserve">Participant #17:  </w:t>
      </w:r>
      <w:r>
        <w:rPr>
          <w:rFonts w:ascii="Arial" w:hAnsi="Arial"/>
          <w:color w:val="5D7284"/>
        </w:rPr>
        <w:t>36:40</w:t>
      </w:r>
    </w:p>
    <w:p w14:paraId="56570AD3" w14:textId="77777777" w:rsidR="009854A5" w:rsidRDefault="009A672A">
      <w:pPr>
        <w:spacing w:after="0"/>
      </w:pPr>
      <w:r>
        <w:rPr>
          <w:rFonts w:ascii="Arial" w:hAnsi="Arial"/>
        </w:rPr>
        <w:t>I feel like maybe it would I feel like it might like kind of travel a little bit even if it doesn't make it like all the way around. I'm like in my kind of travel with the disc a little bit.</w:t>
      </w:r>
    </w:p>
    <w:p w14:paraId="64471EC3" w14:textId="77777777" w:rsidR="009854A5" w:rsidRDefault="009854A5">
      <w:pPr>
        <w:spacing w:after="0"/>
      </w:pPr>
    </w:p>
    <w:p w14:paraId="1773FE14" w14:textId="77777777" w:rsidR="009854A5" w:rsidRDefault="009A672A">
      <w:pPr>
        <w:spacing w:after="0"/>
      </w:pPr>
      <w:r>
        <w:rPr>
          <w:rFonts w:ascii="Arial" w:hAnsi="Arial"/>
          <w:b/>
        </w:rPr>
        <w:t xml:space="preserve">Interviewer P:  </w:t>
      </w:r>
      <w:r>
        <w:rPr>
          <w:rFonts w:ascii="Arial" w:hAnsi="Arial"/>
          <w:color w:val="5D7284"/>
        </w:rPr>
        <w:t>36:55</w:t>
      </w:r>
    </w:p>
    <w:p w14:paraId="57E6F392" w14:textId="6A609E3E" w:rsidR="009854A5" w:rsidRDefault="009A672A">
      <w:pPr>
        <w:spacing w:after="0"/>
      </w:pPr>
      <w:r>
        <w:rPr>
          <w:rFonts w:ascii="Arial" w:hAnsi="Arial"/>
        </w:rPr>
        <w:t xml:space="preserve">And </w:t>
      </w:r>
      <w:r w:rsidR="00D253A3">
        <w:rPr>
          <w:rFonts w:ascii="Arial" w:hAnsi="Arial"/>
        </w:rPr>
        <w:t>so,</w:t>
      </w:r>
      <w:r>
        <w:rPr>
          <w:rFonts w:ascii="Arial" w:hAnsi="Arial"/>
        </w:rPr>
        <w:t xml:space="preserve"> by travel, would it like go like this? Or would it be spiraling you think?</w:t>
      </w:r>
    </w:p>
    <w:p w14:paraId="521B0B9E" w14:textId="77777777" w:rsidR="009854A5" w:rsidRDefault="009854A5">
      <w:pPr>
        <w:spacing w:after="0"/>
      </w:pPr>
    </w:p>
    <w:p w14:paraId="72999598" w14:textId="77777777" w:rsidR="009854A5" w:rsidRDefault="009A672A">
      <w:pPr>
        <w:spacing w:after="0"/>
      </w:pPr>
      <w:r>
        <w:rPr>
          <w:rFonts w:ascii="Arial" w:hAnsi="Arial"/>
          <w:b/>
        </w:rPr>
        <w:t xml:space="preserve">Participant #17:  </w:t>
      </w:r>
      <w:r>
        <w:rPr>
          <w:rFonts w:ascii="Arial" w:hAnsi="Arial"/>
          <w:color w:val="5D7284"/>
        </w:rPr>
        <w:t>37:00</w:t>
      </w:r>
    </w:p>
    <w:p w14:paraId="090CE953" w14:textId="77777777" w:rsidR="009854A5" w:rsidRDefault="009A672A">
      <w:pPr>
        <w:spacing w:after="0"/>
      </w:pPr>
      <w:r>
        <w:rPr>
          <w:rFonts w:ascii="Arial" w:hAnsi="Arial"/>
        </w:rPr>
        <w:t>Um, I think like, kind of go like that. Okay. Cool. All right.</w:t>
      </w:r>
    </w:p>
    <w:p w14:paraId="4F5FC76E" w14:textId="77777777" w:rsidR="009854A5" w:rsidRDefault="009854A5">
      <w:pPr>
        <w:spacing w:after="0"/>
      </w:pPr>
    </w:p>
    <w:p w14:paraId="28729C3B" w14:textId="77777777" w:rsidR="009854A5" w:rsidRDefault="009A672A">
      <w:pPr>
        <w:spacing w:after="0"/>
      </w:pPr>
      <w:r>
        <w:rPr>
          <w:rFonts w:ascii="Arial" w:hAnsi="Arial"/>
          <w:b/>
        </w:rPr>
        <w:t xml:space="preserve">Interviewer P:  </w:t>
      </w:r>
      <w:r>
        <w:rPr>
          <w:rFonts w:ascii="Arial" w:hAnsi="Arial"/>
          <w:color w:val="5D7284"/>
        </w:rPr>
        <w:t>37:04</w:t>
      </w:r>
    </w:p>
    <w:p w14:paraId="4FE05208" w14:textId="77777777" w:rsidR="009854A5" w:rsidRDefault="009A672A">
      <w:pPr>
        <w:spacing w:after="0"/>
      </w:pPr>
      <w:r>
        <w:rPr>
          <w:rFonts w:ascii="Arial" w:hAnsi="Arial"/>
        </w:rPr>
        <w:t>Last silly thought experiment is, let's say I have a planter, like you would grow a plant and full of dirt. And now it's spinning, and I plant a seed in there. And it takes a couple of weeks, but it put down roots and it grows. And the whole time it's been growing its whole life, it's been constantly rotated about this pace. So now to grow and plant. What do you think the roots would look like?</w:t>
      </w:r>
    </w:p>
    <w:p w14:paraId="6BB7EB80" w14:textId="77777777" w:rsidR="009854A5" w:rsidRDefault="009854A5">
      <w:pPr>
        <w:spacing w:after="0"/>
      </w:pPr>
    </w:p>
    <w:p w14:paraId="09D26B3D" w14:textId="77777777" w:rsidR="009854A5" w:rsidRDefault="009A672A">
      <w:pPr>
        <w:spacing w:after="0"/>
      </w:pPr>
      <w:r>
        <w:rPr>
          <w:rFonts w:ascii="Arial" w:hAnsi="Arial"/>
          <w:b/>
        </w:rPr>
        <w:t xml:space="preserve">Participant #17:  </w:t>
      </w:r>
      <w:r>
        <w:rPr>
          <w:rFonts w:ascii="Arial" w:hAnsi="Arial"/>
          <w:color w:val="5D7284"/>
        </w:rPr>
        <w:t>37:27</w:t>
      </w:r>
    </w:p>
    <w:p w14:paraId="6868BFA0" w14:textId="77777777" w:rsidR="009854A5" w:rsidRDefault="009A672A">
      <w:pPr>
        <w:spacing w:after="0"/>
      </w:pPr>
      <w:r>
        <w:rPr>
          <w:rFonts w:ascii="Arial" w:hAnsi="Arial"/>
        </w:rPr>
        <w:t>I think the roots might be like, tangled up with each other a little bit and kind of like smiled around each other like almost like intertwined. I guess. That's what I could assume. Or it would just stay exactly the same. But yeah, I feel like I could possibly kind of intertwine.</w:t>
      </w:r>
    </w:p>
    <w:p w14:paraId="158C4D5F" w14:textId="77777777" w:rsidR="009854A5" w:rsidRDefault="009854A5">
      <w:pPr>
        <w:spacing w:after="0"/>
      </w:pPr>
    </w:p>
    <w:p w14:paraId="4280ECBC" w14:textId="77777777" w:rsidR="009854A5" w:rsidRDefault="009A672A">
      <w:pPr>
        <w:spacing w:after="0"/>
      </w:pPr>
      <w:r>
        <w:rPr>
          <w:rFonts w:ascii="Arial" w:hAnsi="Arial"/>
          <w:b/>
        </w:rPr>
        <w:t xml:space="preserve">Interviewer P:  </w:t>
      </w:r>
      <w:r>
        <w:rPr>
          <w:rFonts w:ascii="Arial" w:hAnsi="Arial"/>
          <w:color w:val="5D7284"/>
        </w:rPr>
        <w:t>37:45</w:t>
      </w:r>
    </w:p>
    <w:p w14:paraId="6706BD1D" w14:textId="77777777" w:rsidR="009854A5" w:rsidRDefault="009A672A">
      <w:pPr>
        <w:spacing w:after="0"/>
      </w:pPr>
      <w:r>
        <w:rPr>
          <w:rFonts w:ascii="Arial" w:hAnsi="Arial"/>
        </w:rPr>
        <w:lastRenderedPageBreak/>
        <w:t>But yeah and would there be anything different about the top of the plant? That's not? I don't know,</w:t>
      </w:r>
    </w:p>
    <w:p w14:paraId="0891F30E" w14:textId="77777777" w:rsidR="009854A5" w:rsidRDefault="009854A5">
      <w:pPr>
        <w:spacing w:after="0"/>
      </w:pPr>
    </w:p>
    <w:p w14:paraId="62261AAE" w14:textId="77777777" w:rsidR="009854A5" w:rsidRDefault="009A672A">
      <w:pPr>
        <w:spacing w:after="0"/>
      </w:pPr>
      <w:r>
        <w:rPr>
          <w:rFonts w:ascii="Arial" w:hAnsi="Arial"/>
          <w:b/>
        </w:rPr>
        <w:t xml:space="preserve">Participant #17:  </w:t>
      </w:r>
      <w:r>
        <w:rPr>
          <w:rFonts w:ascii="Arial" w:hAnsi="Arial"/>
          <w:color w:val="5D7284"/>
        </w:rPr>
        <w:t>37:55</w:t>
      </w:r>
    </w:p>
    <w:p w14:paraId="6ADA60B2" w14:textId="77777777" w:rsidR="009854A5" w:rsidRDefault="009A672A">
      <w:pPr>
        <w:spacing w:after="0"/>
      </w:pPr>
      <w:r>
        <w:rPr>
          <w:rFonts w:ascii="Arial" w:hAnsi="Arial"/>
        </w:rPr>
        <w:t>I don't know, it might like, I feel like it would be the same or if anything, maybe it'll just be like closer together instead of all kind of like throughout the pod, like it might kind of stay like tighter together instead.</w:t>
      </w:r>
    </w:p>
    <w:p w14:paraId="56BC848C" w14:textId="77777777" w:rsidR="009854A5" w:rsidRDefault="009854A5">
      <w:pPr>
        <w:spacing w:after="0"/>
      </w:pPr>
    </w:p>
    <w:p w14:paraId="1935E0AE" w14:textId="77777777" w:rsidR="009854A5" w:rsidRDefault="009A672A">
      <w:pPr>
        <w:spacing w:after="0"/>
      </w:pPr>
      <w:r>
        <w:rPr>
          <w:rFonts w:ascii="Arial" w:hAnsi="Arial"/>
          <w:b/>
        </w:rPr>
        <w:t xml:space="preserve">Interviewer P:  </w:t>
      </w:r>
      <w:r>
        <w:rPr>
          <w:rFonts w:ascii="Arial" w:hAnsi="Arial"/>
          <w:color w:val="5D7284"/>
        </w:rPr>
        <w:t>38:06</w:t>
      </w:r>
    </w:p>
    <w:p w14:paraId="42F92351" w14:textId="78708035" w:rsidR="009854A5" w:rsidRDefault="009A672A">
      <w:pPr>
        <w:spacing w:after="0"/>
      </w:pPr>
      <w:r>
        <w:rPr>
          <w:rFonts w:ascii="Arial" w:hAnsi="Arial"/>
        </w:rPr>
        <w:t xml:space="preserve">Yeah, like an ice skater? Yeah, are they together. Alright, so we're </w:t>
      </w:r>
      <w:r w:rsidR="00D253A3">
        <w:rPr>
          <w:rFonts w:ascii="Arial" w:hAnsi="Arial"/>
        </w:rPr>
        <w:t>goanna</w:t>
      </w:r>
      <w:r>
        <w:rPr>
          <w:rFonts w:ascii="Arial" w:hAnsi="Arial"/>
        </w:rPr>
        <w:t xml:space="preserve"> go back to the tank, I have some plastic fish over here. And what's kind of cool about them is some of them will sink and some of them will float. And </w:t>
      </w:r>
      <w:r w:rsidR="00D253A3">
        <w:rPr>
          <w:rFonts w:ascii="Arial" w:hAnsi="Arial"/>
        </w:rPr>
        <w:t>so,</w:t>
      </w:r>
      <w:r>
        <w:rPr>
          <w:rFonts w:ascii="Arial" w:hAnsi="Arial"/>
        </w:rPr>
        <w:t xml:space="preserve"> I'm going to put them in here. And you know, the water has kind of settled. I'm going to start the tank in a minute. </w:t>
      </w:r>
      <w:r w:rsidR="00D253A3">
        <w:rPr>
          <w:rFonts w:ascii="Arial" w:hAnsi="Arial"/>
        </w:rPr>
        <w:t>So,</w:t>
      </w:r>
      <w:r>
        <w:rPr>
          <w:rFonts w:ascii="Arial" w:hAnsi="Arial"/>
        </w:rPr>
        <w:t xml:space="preserve"> you can think about how these fish might move once I started the tank, but recognizing that it's different from our original scenario, because when you came in here, like I said, it's been rotating for like 45 minutes. </w:t>
      </w:r>
      <w:r w:rsidR="00D253A3">
        <w:rPr>
          <w:rFonts w:ascii="Arial" w:hAnsi="Arial"/>
        </w:rPr>
        <w:t>So,</w:t>
      </w:r>
      <w:r>
        <w:rPr>
          <w:rFonts w:ascii="Arial" w:hAnsi="Arial"/>
        </w:rPr>
        <w:t xml:space="preserve"> this is different now because we're starting at from a stop. </w:t>
      </w:r>
      <w:r w:rsidR="00D253A3">
        <w:rPr>
          <w:rFonts w:ascii="Arial" w:hAnsi="Arial"/>
        </w:rPr>
        <w:t>So,</w:t>
      </w:r>
      <w:r>
        <w:rPr>
          <w:rFonts w:ascii="Arial" w:hAnsi="Arial"/>
        </w:rPr>
        <w:t xml:space="preserve"> like I said, some of them float and some of them sink. What do you think will happen when I turn on the tank?</w:t>
      </w:r>
    </w:p>
    <w:p w14:paraId="6ACCA56D" w14:textId="77777777" w:rsidR="009854A5" w:rsidRDefault="009854A5">
      <w:pPr>
        <w:spacing w:after="0"/>
      </w:pPr>
    </w:p>
    <w:p w14:paraId="47F33FFB" w14:textId="77777777" w:rsidR="009854A5" w:rsidRDefault="009A672A">
      <w:pPr>
        <w:spacing w:after="0"/>
      </w:pPr>
      <w:r>
        <w:rPr>
          <w:rFonts w:ascii="Arial" w:hAnsi="Arial"/>
          <w:b/>
        </w:rPr>
        <w:t xml:space="preserve">Participant #17:  </w:t>
      </w:r>
      <w:r>
        <w:rPr>
          <w:rFonts w:ascii="Arial" w:hAnsi="Arial"/>
          <w:color w:val="5D7284"/>
        </w:rPr>
        <w:t>38:55</w:t>
      </w:r>
    </w:p>
    <w:p w14:paraId="59EA63E9" w14:textId="77777777" w:rsidR="009854A5" w:rsidRDefault="009A672A">
      <w:pPr>
        <w:spacing w:after="0"/>
      </w:pPr>
      <w:r>
        <w:rPr>
          <w:rFonts w:ascii="Arial" w:hAnsi="Arial"/>
        </w:rPr>
        <w:t>I feel like the ones that are sinking will stay where they are, but the ones that are floating will kind of like start following with the rotation.</w:t>
      </w:r>
    </w:p>
    <w:p w14:paraId="1007D8C9" w14:textId="77777777" w:rsidR="009854A5" w:rsidRDefault="009854A5">
      <w:pPr>
        <w:spacing w:after="0"/>
      </w:pPr>
    </w:p>
    <w:p w14:paraId="18144328" w14:textId="77777777" w:rsidR="009854A5" w:rsidRDefault="009A672A">
      <w:pPr>
        <w:spacing w:after="0"/>
      </w:pPr>
      <w:r>
        <w:rPr>
          <w:rFonts w:ascii="Arial" w:hAnsi="Arial"/>
          <w:b/>
        </w:rPr>
        <w:t xml:space="preserve">Interviewer P:  </w:t>
      </w:r>
      <w:r>
        <w:rPr>
          <w:rFonts w:ascii="Arial" w:hAnsi="Arial"/>
          <w:color w:val="5D7284"/>
        </w:rPr>
        <w:t>39:01</w:t>
      </w:r>
    </w:p>
    <w:p w14:paraId="5C61087B" w14:textId="54D57C3A" w:rsidR="009854A5" w:rsidRDefault="009A672A">
      <w:pPr>
        <w:spacing w:after="0"/>
      </w:pPr>
      <w:r>
        <w:rPr>
          <w:rFonts w:ascii="Arial" w:hAnsi="Arial"/>
        </w:rPr>
        <w:t xml:space="preserve">Okay, so same direction. Yeah. All right. So let me ask you a question when you say stay where they are. </w:t>
      </w:r>
      <w:r w:rsidR="00D253A3">
        <w:rPr>
          <w:rFonts w:ascii="Arial" w:hAnsi="Arial"/>
        </w:rPr>
        <w:t>So,</w:t>
      </w:r>
      <w:r>
        <w:rPr>
          <w:rFonts w:ascii="Arial" w:hAnsi="Arial"/>
        </w:rPr>
        <w:t xml:space="preserve"> there's a seahorse right there is that seahorse is going to stay in front of you. Is that what you mean?</w:t>
      </w:r>
    </w:p>
    <w:p w14:paraId="118F444F" w14:textId="77777777" w:rsidR="009854A5" w:rsidRDefault="009854A5">
      <w:pPr>
        <w:spacing w:after="0"/>
      </w:pPr>
    </w:p>
    <w:p w14:paraId="403C3436" w14:textId="77777777" w:rsidR="009854A5" w:rsidRDefault="009A672A">
      <w:pPr>
        <w:spacing w:after="0"/>
      </w:pPr>
      <w:r>
        <w:rPr>
          <w:rFonts w:ascii="Arial" w:hAnsi="Arial"/>
          <w:b/>
        </w:rPr>
        <w:t xml:space="preserve">Participant #17:  </w:t>
      </w:r>
      <w:r>
        <w:rPr>
          <w:rFonts w:ascii="Arial" w:hAnsi="Arial"/>
          <w:color w:val="5D7284"/>
        </w:rPr>
        <w:t>39:15</w:t>
      </w:r>
    </w:p>
    <w:p w14:paraId="60ABC738" w14:textId="720DC1EC" w:rsidR="009854A5" w:rsidRDefault="009A672A">
      <w:pPr>
        <w:spacing w:after="0"/>
      </w:pPr>
      <w:r>
        <w:rPr>
          <w:rFonts w:ascii="Arial" w:hAnsi="Arial"/>
        </w:rPr>
        <w:t xml:space="preserve">Um, yeah, I </w:t>
      </w:r>
      <w:r w:rsidR="00D253A3">
        <w:rPr>
          <w:rFonts w:ascii="Arial" w:hAnsi="Arial"/>
        </w:rPr>
        <w:t>think.</w:t>
      </w:r>
    </w:p>
    <w:p w14:paraId="390693C0" w14:textId="77777777" w:rsidR="009854A5" w:rsidRDefault="009854A5">
      <w:pPr>
        <w:spacing w:after="0"/>
      </w:pPr>
    </w:p>
    <w:p w14:paraId="4C5EEF83" w14:textId="77777777" w:rsidR="009854A5" w:rsidRDefault="009A672A">
      <w:pPr>
        <w:spacing w:after="0"/>
      </w:pPr>
      <w:r>
        <w:rPr>
          <w:rFonts w:ascii="Arial" w:hAnsi="Arial"/>
          <w:b/>
        </w:rPr>
        <w:t xml:space="preserve">Interviewer P:  </w:t>
      </w:r>
      <w:r>
        <w:rPr>
          <w:rFonts w:ascii="Arial" w:hAnsi="Arial"/>
          <w:color w:val="5D7284"/>
        </w:rPr>
        <w:t>39:20</w:t>
      </w:r>
    </w:p>
    <w:p w14:paraId="7117485B" w14:textId="3DDC16C3" w:rsidR="009854A5" w:rsidRDefault="00D253A3">
      <w:pPr>
        <w:spacing w:after="0"/>
      </w:pPr>
      <w:r>
        <w:rPr>
          <w:rFonts w:ascii="Arial" w:hAnsi="Arial"/>
        </w:rPr>
        <w:t>So, it'll stay there. And if the tanks rotating, then it will the tank will write under rotate under it and that seahorse will be in front of you.</w:t>
      </w:r>
    </w:p>
    <w:p w14:paraId="253FCE1C" w14:textId="77777777" w:rsidR="009854A5" w:rsidRDefault="009854A5">
      <w:pPr>
        <w:spacing w:after="0"/>
      </w:pPr>
    </w:p>
    <w:p w14:paraId="1BD2D62D" w14:textId="77777777" w:rsidR="009854A5" w:rsidRDefault="009A672A">
      <w:pPr>
        <w:spacing w:after="0"/>
      </w:pPr>
      <w:r>
        <w:rPr>
          <w:rFonts w:ascii="Arial" w:hAnsi="Arial"/>
          <w:b/>
        </w:rPr>
        <w:t xml:space="preserve">Participant #17:  </w:t>
      </w:r>
      <w:r>
        <w:rPr>
          <w:rFonts w:ascii="Arial" w:hAnsi="Arial"/>
          <w:color w:val="5D7284"/>
        </w:rPr>
        <w:t>39:28</w:t>
      </w:r>
    </w:p>
    <w:p w14:paraId="026F3333" w14:textId="63D3F3B2" w:rsidR="009854A5" w:rsidRDefault="009A672A">
      <w:pPr>
        <w:spacing w:after="0"/>
      </w:pPr>
      <w:r>
        <w:rPr>
          <w:rFonts w:ascii="Arial" w:hAnsi="Arial"/>
        </w:rPr>
        <w:t xml:space="preserve">Yeah, I was thinking other like other what I just said or possibly that the fish will rotate one way that are floating, and then the ones that are sunk will go the other way, but I thought maybe it's too heavy. </w:t>
      </w:r>
      <w:r w:rsidR="00C01C99">
        <w:rPr>
          <w:rFonts w:ascii="Arial" w:hAnsi="Arial"/>
        </w:rPr>
        <w:t>So,</w:t>
      </w:r>
      <w:r>
        <w:rPr>
          <w:rFonts w:ascii="Arial" w:hAnsi="Arial"/>
        </w:rPr>
        <w:t xml:space="preserve"> I can see other two outcomes really? </w:t>
      </w:r>
    </w:p>
    <w:p w14:paraId="7F0BDD80" w14:textId="77777777" w:rsidR="009854A5" w:rsidRDefault="009854A5">
      <w:pPr>
        <w:spacing w:after="0"/>
      </w:pPr>
    </w:p>
    <w:p w14:paraId="053D7DA1" w14:textId="77777777" w:rsidR="009854A5" w:rsidRDefault="009A672A">
      <w:pPr>
        <w:spacing w:after="0"/>
      </w:pPr>
      <w:r>
        <w:rPr>
          <w:rFonts w:ascii="Arial" w:hAnsi="Arial"/>
          <w:b/>
        </w:rPr>
        <w:t xml:space="preserve">Interviewer P:  </w:t>
      </w:r>
      <w:r>
        <w:rPr>
          <w:rFonts w:ascii="Arial" w:hAnsi="Arial"/>
          <w:color w:val="5D7284"/>
        </w:rPr>
        <w:t>39:44</w:t>
      </w:r>
    </w:p>
    <w:p w14:paraId="230932C7" w14:textId="6BC3DF24" w:rsidR="009854A5" w:rsidRDefault="00C01C99">
      <w:pPr>
        <w:spacing w:after="0"/>
      </w:pPr>
      <w:r>
        <w:rPr>
          <w:rFonts w:ascii="Arial" w:hAnsi="Arial"/>
        </w:rPr>
        <w:t>Okay so maybe they'll just sit right in front of your face, and maybe they'll rotate but the fish on the top and the fish on the bottom will rotate in opposite direction. Yeah. And what is what are you basing that on?</w:t>
      </w:r>
    </w:p>
    <w:p w14:paraId="32EDB2FE" w14:textId="77777777" w:rsidR="009854A5" w:rsidRDefault="009854A5">
      <w:pPr>
        <w:spacing w:after="0"/>
      </w:pPr>
    </w:p>
    <w:p w14:paraId="63F884AD" w14:textId="77777777" w:rsidR="009854A5" w:rsidRDefault="009A672A">
      <w:pPr>
        <w:spacing w:after="0"/>
      </w:pPr>
      <w:r>
        <w:rPr>
          <w:rFonts w:ascii="Arial" w:hAnsi="Arial"/>
          <w:b/>
        </w:rPr>
        <w:t xml:space="preserve">Participant #17:  </w:t>
      </w:r>
      <w:r>
        <w:rPr>
          <w:rFonts w:ascii="Arial" w:hAnsi="Arial"/>
          <w:color w:val="5D7284"/>
        </w:rPr>
        <w:t>40:00</w:t>
      </w:r>
    </w:p>
    <w:p w14:paraId="5006C8D9" w14:textId="77777777" w:rsidR="009854A5" w:rsidRDefault="009A672A">
      <w:pPr>
        <w:spacing w:after="0"/>
      </w:pPr>
      <w:r>
        <w:rPr>
          <w:rFonts w:ascii="Arial" w:hAnsi="Arial"/>
        </w:rPr>
        <w:lastRenderedPageBreak/>
        <w:t>Just because of like the weight difference, I would say,</w:t>
      </w:r>
    </w:p>
    <w:p w14:paraId="2F540B2B" w14:textId="77777777" w:rsidR="009854A5" w:rsidRDefault="009854A5">
      <w:pPr>
        <w:spacing w:after="0"/>
      </w:pPr>
    </w:p>
    <w:p w14:paraId="463D3E66" w14:textId="77777777" w:rsidR="009854A5" w:rsidRDefault="009A672A">
      <w:pPr>
        <w:spacing w:after="0"/>
      </w:pPr>
      <w:r>
        <w:rPr>
          <w:rFonts w:ascii="Arial" w:hAnsi="Arial"/>
          <w:b/>
        </w:rPr>
        <w:t xml:space="preserve">Interviewer P:  </w:t>
      </w:r>
      <w:r>
        <w:rPr>
          <w:rFonts w:ascii="Arial" w:hAnsi="Arial"/>
          <w:color w:val="5D7284"/>
        </w:rPr>
        <w:t>40:03</w:t>
      </w:r>
    </w:p>
    <w:p w14:paraId="368F975D" w14:textId="71806E99" w:rsidR="009854A5" w:rsidRDefault="009A672A">
      <w:pPr>
        <w:spacing w:after="0"/>
      </w:pPr>
      <w:r>
        <w:rPr>
          <w:rFonts w:ascii="Arial" w:hAnsi="Arial"/>
        </w:rPr>
        <w:t xml:space="preserve">Yeah, I think you said that. Yeah. As soon as I asked that question, I was like, Alright, so let's see what happens. </w:t>
      </w:r>
      <w:r w:rsidR="00C01C99">
        <w:rPr>
          <w:rFonts w:ascii="Arial" w:hAnsi="Arial"/>
        </w:rPr>
        <w:t>So,</w:t>
      </w:r>
      <w:r>
        <w:rPr>
          <w:rFonts w:ascii="Arial" w:hAnsi="Arial"/>
        </w:rPr>
        <w:t xml:space="preserve"> what do you think?</w:t>
      </w:r>
    </w:p>
    <w:p w14:paraId="3DAE8920" w14:textId="77777777" w:rsidR="009854A5" w:rsidRDefault="009854A5">
      <w:pPr>
        <w:spacing w:after="0"/>
      </w:pPr>
    </w:p>
    <w:p w14:paraId="6BCF6F42" w14:textId="77777777" w:rsidR="009854A5" w:rsidRDefault="009A672A">
      <w:pPr>
        <w:spacing w:after="0"/>
      </w:pPr>
      <w:r>
        <w:rPr>
          <w:rFonts w:ascii="Arial" w:hAnsi="Arial"/>
          <w:b/>
        </w:rPr>
        <w:t xml:space="preserve">Participant #17:  </w:t>
      </w:r>
      <w:r>
        <w:rPr>
          <w:rFonts w:ascii="Arial" w:hAnsi="Arial"/>
          <w:color w:val="5D7284"/>
        </w:rPr>
        <w:t>40:32</w:t>
      </w:r>
    </w:p>
    <w:p w14:paraId="0FEC20A1" w14:textId="7BCE05E9" w:rsidR="009854A5" w:rsidRDefault="00C01C99">
      <w:pPr>
        <w:spacing w:after="0"/>
      </w:pPr>
      <w:r>
        <w:rPr>
          <w:rFonts w:ascii="Arial" w:hAnsi="Arial"/>
        </w:rPr>
        <w:t>Well, the top ones, right? They were just kind of like moving, but it seems like some of the ones that are like sample move a little bit, and then others just kind of stay in place, or if it does move, it's not like, a lot. But it does seem to be moving like, the same direction as the ones float and like the one that is moving. A lot of them seem to just also kind of stay in place at the bottom.</w:t>
      </w:r>
    </w:p>
    <w:p w14:paraId="70AC784F" w14:textId="77777777" w:rsidR="009854A5" w:rsidRDefault="009854A5">
      <w:pPr>
        <w:spacing w:after="0"/>
      </w:pPr>
    </w:p>
    <w:p w14:paraId="239054E7" w14:textId="77777777" w:rsidR="009854A5" w:rsidRDefault="009A672A">
      <w:pPr>
        <w:spacing w:after="0"/>
      </w:pPr>
      <w:r>
        <w:rPr>
          <w:rFonts w:ascii="Arial" w:hAnsi="Arial"/>
          <w:b/>
        </w:rPr>
        <w:t xml:space="preserve">Interviewer P:  </w:t>
      </w:r>
      <w:r>
        <w:rPr>
          <w:rFonts w:ascii="Arial" w:hAnsi="Arial"/>
          <w:color w:val="5D7284"/>
        </w:rPr>
        <w:t>41:01</w:t>
      </w:r>
    </w:p>
    <w:p w14:paraId="7315F277" w14:textId="6E2C4ADC" w:rsidR="009854A5" w:rsidRDefault="00C01C99">
      <w:pPr>
        <w:spacing w:after="0"/>
      </w:pPr>
      <w:r>
        <w:rPr>
          <w:rFonts w:ascii="Arial" w:hAnsi="Arial"/>
        </w:rPr>
        <w:t>So, let's focus on that. Purple puffer fish. Yeah. Is he staying in place? Yeah. So, tell me what you mean by staying in place.</w:t>
      </w:r>
    </w:p>
    <w:p w14:paraId="2C03A330" w14:textId="77777777" w:rsidR="009854A5" w:rsidRDefault="009854A5">
      <w:pPr>
        <w:spacing w:after="0"/>
      </w:pPr>
    </w:p>
    <w:p w14:paraId="229827C1" w14:textId="77777777" w:rsidR="009854A5" w:rsidRDefault="009A672A">
      <w:pPr>
        <w:spacing w:after="0"/>
      </w:pPr>
      <w:r>
        <w:rPr>
          <w:rFonts w:ascii="Arial" w:hAnsi="Arial"/>
          <w:b/>
        </w:rPr>
        <w:t xml:space="preserve">Participant #17:  </w:t>
      </w:r>
      <w:r>
        <w:rPr>
          <w:rFonts w:ascii="Arial" w:hAnsi="Arial"/>
          <w:color w:val="5D7284"/>
        </w:rPr>
        <w:t>41:12</w:t>
      </w:r>
    </w:p>
    <w:p w14:paraId="4239DD3F" w14:textId="77777777" w:rsidR="009854A5" w:rsidRDefault="009A672A">
      <w:pPr>
        <w:spacing w:after="0"/>
      </w:pPr>
      <w:r>
        <w:rPr>
          <w:rFonts w:ascii="Arial" w:hAnsi="Arial"/>
        </w:rPr>
        <w:t>Like it's not really leaving that one spot and the water just staying in that exact spot.</w:t>
      </w:r>
    </w:p>
    <w:p w14:paraId="40E99453" w14:textId="77777777" w:rsidR="009854A5" w:rsidRDefault="009854A5">
      <w:pPr>
        <w:spacing w:after="0"/>
      </w:pPr>
    </w:p>
    <w:p w14:paraId="5BEC1735" w14:textId="77777777" w:rsidR="009854A5" w:rsidRDefault="009A672A">
      <w:pPr>
        <w:spacing w:after="0"/>
      </w:pPr>
      <w:r>
        <w:rPr>
          <w:rFonts w:ascii="Arial" w:hAnsi="Arial"/>
          <w:b/>
        </w:rPr>
        <w:t xml:space="preserve">Interviewer P:  </w:t>
      </w:r>
      <w:r>
        <w:rPr>
          <w:rFonts w:ascii="Arial" w:hAnsi="Arial"/>
          <w:color w:val="5D7284"/>
        </w:rPr>
        <w:t>41:16</w:t>
      </w:r>
    </w:p>
    <w:p w14:paraId="0B432B0B" w14:textId="15393CCA" w:rsidR="009854A5" w:rsidRDefault="00C01C99">
      <w:pPr>
        <w:spacing w:after="0"/>
      </w:pPr>
      <w:r>
        <w:rPr>
          <w:rFonts w:ascii="Arial" w:hAnsi="Arial"/>
        </w:rPr>
        <w:t>So, he's not staying in front of you? Yeah. But if there was a dot under him, he was saying, Stop. Okay. And so now the fish on the top?</w:t>
      </w:r>
    </w:p>
    <w:p w14:paraId="2AD6EFDB" w14:textId="77777777" w:rsidR="009854A5" w:rsidRDefault="009854A5">
      <w:pPr>
        <w:spacing w:after="0"/>
      </w:pPr>
    </w:p>
    <w:p w14:paraId="12BC7A81" w14:textId="77777777" w:rsidR="009854A5" w:rsidRDefault="009A672A">
      <w:pPr>
        <w:spacing w:after="0"/>
      </w:pPr>
      <w:r>
        <w:rPr>
          <w:rFonts w:ascii="Arial" w:hAnsi="Arial"/>
          <w:b/>
        </w:rPr>
        <w:t xml:space="preserve">Participant #17:  </w:t>
      </w:r>
      <w:r>
        <w:rPr>
          <w:rFonts w:ascii="Arial" w:hAnsi="Arial"/>
          <w:color w:val="5D7284"/>
        </w:rPr>
        <w:t>41:26</w:t>
      </w:r>
    </w:p>
    <w:p w14:paraId="63B46773" w14:textId="77777777" w:rsidR="009854A5" w:rsidRDefault="009A672A">
      <w:pPr>
        <w:spacing w:after="0"/>
      </w:pPr>
      <w:r>
        <w:rPr>
          <w:rFonts w:ascii="Arial" w:hAnsi="Arial"/>
        </w:rPr>
        <w:t>With no, yeah, it looks like they're sitting in the exact same spot if you had like a dot there too.</w:t>
      </w:r>
    </w:p>
    <w:p w14:paraId="1AF196A6" w14:textId="77777777" w:rsidR="009854A5" w:rsidRDefault="009854A5">
      <w:pPr>
        <w:spacing w:after="0"/>
      </w:pPr>
    </w:p>
    <w:p w14:paraId="412D190C" w14:textId="77777777" w:rsidR="009854A5" w:rsidRDefault="009A672A">
      <w:pPr>
        <w:spacing w:after="0"/>
      </w:pPr>
      <w:r>
        <w:rPr>
          <w:rFonts w:ascii="Arial" w:hAnsi="Arial"/>
          <w:b/>
        </w:rPr>
        <w:t xml:space="preserve">Interviewer P:  </w:t>
      </w:r>
      <w:r>
        <w:rPr>
          <w:rFonts w:ascii="Arial" w:hAnsi="Arial"/>
          <w:color w:val="5D7284"/>
        </w:rPr>
        <w:t>41:35</w:t>
      </w:r>
    </w:p>
    <w:p w14:paraId="7A26CAC8" w14:textId="6605C287" w:rsidR="009854A5" w:rsidRDefault="009A672A">
      <w:pPr>
        <w:spacing w:after="0"/>
      </w:pPr>
      <w:r>
        <w:rPr>
          <w:rFonts w:ascii="Arial" w:hAnsi="Arial"/>
        </w:rPr>
        <w:t xml:space="preserve">Well, let's compare them to the ones that are nice. </w:t>
      </w:r>
      <w:r w:rsidR="00C01C99">
        <w:rPr>
          <w:rFonts w:ascii="Arial" w:hAnsi="Arial"/>
        </w:rPr>
        <w:t>So,</w:t>
      </w:r>
      <w:r>
        <w:rPr>
          <w:rFonts w:ascii="Arial" w:hAnsi="Arial"/>
        </w:rPr>
        <w:t xml:space="preserve"> we have this orange puffer Yeah. And now compare his motion to this yellow and blue fish. This one? Yeah. They</w:t>
      </w:r>
      <w:r w:rsidR="00C01C99">
        <w:rPr>
          <w:rFonts w:ascii="Arial" w:hAnsi="Arial"/>
        </w:rPr>
        <w:t>’re</w:t>
      </w:r>
      <w:r>
        <w:rPr>
          <w:rFonts w:ascii="Arial" w:hAnsi="Arial"/>
        </w:rPr>
        <w:t xml:space="preserve"> moving in the same direction.</w:t>
      </w:r>
    </w:p>
    <w:p w14:paraId="3D3E4A4D" w14:textId="77777777" w:rsidR="009854A5" w:rsidRDefault="009854A5">
      <w:pPr>
        <w:spacing w:after="0"/>
      </w:pPr>
    </w:p>
    <w:p w14:paraId="19B5382D" w14:textId="77777777" w:rsidR="009854A5" w:rsidRDefault="009A672A">
      <w:pPr>
        <w:spacing w:after="0"/>
      </w:pPr>
      <w:r>
        <w:rPr>
          <w:rFonts w:ascii="Arial" w:hAnsi="Arial"/>
          <w:b/>
        </w:rPr>
        <w:t xml:space="preserve">Participant #17:  </w:t>
      </w:r>
      <w:r>
        <w:rPr>
          <w:rFonts w:ascii="Arial" w:hAnsi="Arial"/>
          <w:color w:val="5D7284"/>
        </w:rPr>
        <w:t>41:52</w:t>
      </w:r>
    </w:p>
    <w:p w14:paraId="5838E5C5" w14:textId="5232BE70" w:rsidR="009854A5" w:rsidRDefault="00C01C99">
      <w:pPr>
        <w:spacing w:after="0"/>
      </w:pPr>
      <w:r>
        <w:rPr>
          <w:rFonts w:ascii="Arial" w:hAnsi="Arial"/>
        </w:rPr>
        <w:t xml:space="preserve">I think that they may be </w:t>
      </w:r>
      <w:r w:rsidR="009957E8">
        <w:rPr>
          <w:rFonts w:ascii="Arial" w:hAnsi="Arial"/>
        </w:rPr>
        <w:t>moving in</w:t>
      </w:r>
      <w:r>
        <w:rPr>
          <w:rFonts w:ascii="Arial" w:hAnsi="Arial"/>
        </w:rPr>
        <w:t xml:space="preserve"> the opposite directions.</w:t>
      </w:r>
    </w:p>
    <w:p w14:paraId="19D3A517" w14:textId="77777777" w:rsidR="009854A5" w:rsidRDefault="009854A5">
      <w:pPr>
        <w:spacing w:after="0"/>
      </w:pPr>
    </w:p>
    <w:p w14:paraId="677113C2" w14:textId="77777777" w:rsidR="009854A5" w:rsidRDefault="009A672A">
      <w:pPr>
        <w:spacing w:after="0"/>
      </w:pPr>
      <w:r>
        <w:rPr>
          <w:rFonts w:ascii="Arial" w:hAnsi="Arial"/>
          <w:b/>
        </w:rPr>
        <w:t xml:space="preserve">Interviewer P:  </w:t>
      </w:r>
      <w:r>
        <w:rPr>
          <w:rFonts w:ascii="Arial" w:hAnsi="Arial"/>
          <w:color w:val="5D7284"/>
        </w:rPr>
        <w:t>41:55</w:t>
      </w:r>
    </w:p>
    <w:p w14:paraId="780FE05A" w14:textId="10C573D0" w:rsidR="009854A5" w:rsidRDefault="009957E8">
      <w:pPr>
        <w:spacing w:after="0"/>
      </w:pPr>
      <w:r>
        <w:rPr>
          <w:rFonts w:ascii="Arial" w:hAnsi="Arial"/>
        </w:rPr>
        <w:t xml:space="preserve">So, the orange pufferfish is going clockwise, I would say, yeah. And </w:t>
      </w:r>
      <w:r w:rsidR="00C01C99">
        <w:rPr>
          <w:rFonts w:ascii="Arial" w:hAnsi="Arial"/>
        </w:rPr>
        <w:t>so,</w:t>
      </w:r>
      <w:r>
        <w:rPr>
          <w:rFonts w:ascii="Arial" w:hAnsi="Arial"/>
        </w:rPr>
        <w:t xml:space="preserve"> I've lost track which one you're looking at? Let's say this brown one. Yeah. Is that one moving clockwise or counterclockwise?</w:t>
      </w:r>
    </w:p>
    <w:p w14:paraId="141EC599" w14:textId="77777777" w:rsidR="009854A5" w:rsidRDefault="009854A5">
      <w:pPr>
        <w:spacing w:after="0"/>
      </w:pPr>
    </w:p>
    <w:p w14:paraId="7B8F3D72" w14:textId="77777777" w:rsidR="009854A5" w:rsidRDefault="009A672A">
      <w:pPr>
        <w:spacing w:after="0"/>
      </w:pPr>
      <w:r>
        <w:rPr>
          <w:rFonts w:ascii="Arial" w:hAnsi="Arial"/>
          <w:b/>
        </w:rPr>
        <w:t xml:space="preserve">Participant #17:  </w:t>
      </w:r>
      <w:r>
        <w:rPr>
          <w:rFonts w:ascii="Arial" w:hAnsi="Arial"/>
          <w:color w:val="5D7284"/>
        </w:rPr>
        <w:t>42:10</w:t>
      </w:r>
    </w:p>
    <w:p w14:paraId="41352777" w14:textId="77777777" w:rsidR="009854A5" w:rsidRDefault="009A672A">
      <w:pPr>
        <w:spacing w:after="0"/>
      </w:pPr>
      <w:r>
        <w:rPr>
          <w:rFonts w:ascii="Arial" w:hAnsi="Arial"/>
        </w:rPr>
        <w:t>It also kind of seems like it's going clockwise.</w:t>
      </w:r>
    </w:p>
    <w:p w14:paraId="2F37CD09" w14:textId="77777777" w:rsidR="009854A5" w:rsidRDefault="009854A5">
      <w:pPr>
        <w:spacing w:after="0"/>
      </w:pPr>
    </w:p>
    <w:p w14:paraId="0AC18CB8" w14:textId="77777777" w:rsidR="009854A5" w:rsidRDefault="009A672A">
      <w:pPr>
        <w:spacing w:after="0"/>
      </w:pPr>
      <w:r>
        <w:rPr>
          <w:rFonts w:ascii="Arial" w:hAnsi="Arial"/>
          <w:b/>
        </w:rPr>
        <w:t xml:space="preserve">Interviewer P:  </w:t>
      </w:r>
      <w:r>
        <w:rPr>
          <w:rFonts w:ascii="Arial" w:hAnsi="Arial"/>
          <w:color w:val="5D7284"/>
        </w:rPr>
        <w:t>42:19</w:t>
      </w:r>
    </w:p>
    <w:p w14:paraId="3E401608" w14:textId="77777777" w:rsidR="009854A5" w:rsidRDefault="009A672A">
      <w:pPr>
        <w:spacing w:after="0"/>
      </w:pPr>
      <w:r>
        <w:rPr>
          <w:rFonts w:ascii="Arial" w:hAnsi="Arial"/>
        </w:rPr>
        <w:t>I'd say yeah. No, it's at seven o'clock. Yeah. And now it's at like 10 o'clock. Yeah.</w:t>
      </w:r>
    </w:p>
    <w:p w14:paraId="3B9A0AAC" w14:textId="77777777" w:rsidR="009854A5" w:rsidRDefault="009854A5">
      <w:pPr>
        <w:spacing w:after="0"/>
      </w:pPr>
    </w:p>
    <w:p w14:paraId="1F983331" w14:textId="77777777" w:rsidR="009854A5" w:rsidRDefault="009A672A">
      <w:pPr>
        <w:spacing w:after="0"/>
      </w:pPr>
      <w:r>
        <w:rPr>
          <w:rFonts w:ascii="Arial" w:hAnsi="Arial"/>
          <w:b/>
        </w:rPr>
        <w:t xml:space="preserve">Participant #17:  </w:t>
      </w:r>
      <w:r>
        <w:rPr>
          <w:rFonts w:ascii="Arial" w:hAnsi="Arial"/>
          <w:color w:val="5D7284"/>
        </w:rPr>
        <w:t>42:25</w:t>
      </w:r>
    </w:p>
    <w:p w14:paraId="2CF095F3" w14:textId="77777777" w:rsidR="009854A5" w:rsidRDefault="009A672A">
      <w:pPr>
        <w:spacing w:after="0"/>
      </w:pPr>
      <w:r>
        <w:rPr>
          <w:rFonts w:ascii="Arial" w:hAnsi="Arial"/>
        </w:rPr>
        <w:lastRenderedPageBreak/>
        <w:t>But also seems like it's kind of staying in the same. A very similar spot, like in the water. It's not really moving too far.</w:t>
      </w:r>
    </w:p>
    <w:p w14:paraId="24B55921" w14:textId="77777777" w:rsidR="009854A5" w:rsidRDefault="009854A5">
      <w:pPr>
        <w:spacing w:after="0"/>
      </w:pPr>
    </w:p>
    <w:p w14:paraId="5C291643" w14:textId="77777777" w:rsidR="009854A5" w:rsidRDefault="009A672A">
      <w:pPr>
        <w:spacing w:after="0"/>
      </w:pPr>
      <w:r>
        <w:rPr>
          <w:rFonts w:ascii="Arial" w:hAnsi="Arial"/>
          <w:b/>
        </w:rPr>
        <w:t xml:space="preserve">Interviewer P:  </w:t>
      </w:r>
      <w:r>
        <w:rPr>
          <w:rFonts w:ascii="Arial" w:hAnsi="Arial"/>
          <w:color w:val="5D7284"/>
        </w:rPr>
        <w:t>42:32</w:t>
      </w:r>
    </w:p>
    <w:p w14:paraId="2F47E8EC" w14:textId="05992E65" w:rsidR="009854A5" w:rsidRDefault="009A672A">
      <w:pPr>
        <w:spacing w:after="0"/>
      </w:pPr>
      <w:r>
        <w:rPr>
          <w:rFonts w:ascii="Arial" w:hAnsi="Arial"/>
        </w:rPr>
        <w:t>Yeah, although if they are going in the same direction, the puffer fish on the bottom is l</w:t>
      </w:r>
      <w:r w:rsidR="00C01C99">
        <w:rPr>
          <w:rFonts w:ascii="Arial" w:hAnsi="Arial"/>
        </w:rPr>
        <w:t>apping him</w:t>
      </w:r>
      <w:r>
        <w:rPr>
          <w:rFonts w:ascii="Arial" w:hAnsi="Arial"/>
        </w:rPr>
        <w:t xml:space="preserve">. Yeah. </w:t>
      </w:r>
      <w:r w:rsidR="00C01C99">
        <w:rPr>
          <w:rFonts w:ascii="Arial" w:hAnsi="Arial"/>
        </w:rPr>
        <w:t>So,</w:t>
      </w:r>
      <w:r>
        <w:rPr>
          <w:rFonts w:ascii="Arial" w:hAnsi="Arial"/>
        </w:rPr>
        <w:t xml:space="preserve"> ideas about why that would be the case, why the one on the bottom is rotating so much faster than the push on the top.</w:t>
      </w:r>
    </w:p>
    <w:p w14:paraId="74BF84BE" w14:textId="77777777" w:rsidR="009854A5" w:rsidRDefault="009854A5">
      <w:pPr>
        <w:spacing w:after="0"/>
      </w:pPr>
    </w:p>
    <w:p w14:paraId="72545326" w14:textId="77777777" w:rsidR="009854A5" w:rsidRDefault="009A672A">
      <w:pPr>
        <w:spacing w:after="0"/>
      </w:pPr>
      <w:r>
        <w:rPr>
          <w:rFonts w:ascii="Arial" w:hAnsi="Arial"/>
          <w:b/>
        </w:rPr>
        <w:t xml:space="preserve">Participant #17:  </w:t>
      </w:r>
      <w:r>
        <w:rPr>
          <w:rFonts w:ascii="Arial" w:hAnsi="Arial"/>
          <w:color w:val="5D7284"/>
        </w:rPr>
        <w:t>42:49</w:t>
      </w:r>
    </w:p>
    <w:p w14:paraId="1261C6BC" w14:textId="55CAFC25" w:rsidR="009854A5" w:rsidRDefault="009A672A">
      <w:pPr>
        <w:spacing w:after="0"/>
      </w:pPr>
      <w:r>
        <w:rPr>
          <w:rFonts w:ascii="Arial" w:hAnsi="Arial"/>
        </w:rPr>
        <w:t>I'm not exactly sure. I just feel like it has to be something like with the density</w:t>
      </w:r>
      <w:r w:rsidR="00C01C99">
        <w:rPr>
          <w:rFonts w:ascii="Arial" w:hAnsi="Arial"/>
        </w:rPr>
        <w:t xml:space="preserve"> maybe.</w:t>
      </w:r>
    </w:p>
    <w:p w14:paraId="4C11DFD4" w14:textId="77777777" w:rsidR="009854A5" w:rsidRDefault="009854A5">
      <w:pPr>
        <w:spacing w:after="0"/>
      </w:pPr>
    </w:p>
    <w:p w14:paraId="64C4B76F" w14:textId="5607AE00" w:rsidR="009854A5" w:rsidRDefault="00C01C99">
      <w:pPr>
        <w:spacing w:after="0"/>
      </w:pPr>
      <w:r>
        <w:rPr>
          <w:rFonts w:ascii="Arial" w:hAnsi="Arial"/>
          <w:b/>
        </w:rPr>
        <w:t xml:space="preserve">Interviewer P:  </w:t>
      </w:r>
      <w:r>
        <w:rPr>
          <w:rFonts w:ascii="Arial" w:hAnsi="Arial"/>
          <w:color w:val="5D7284"/>
        </w:rPr>
        <w:t>42:58</w:t>
      </w:r>
    </w:p>
    <w:p w14:paraId="01625D86" w14:textId="77777777" w:rsidR="00C01C99" w:rsidRDefault="00C01C99">
      <w:pPr>
        <w:spacing w:after="0"/>
        <w:rPr>
          <w:rFonts w:ascii="Arial" w:hAnsi="Arial"/>
        </w:rPr>
      </w:pPr>
      <w:r>
        <w:rPr>
          <w:rFonts w:ascii="Arial" w:hAnsi="Arial"/>
        </w:rPr>
        <w:t>Of the fish or the water?</w:t>
      </w:r>
    </w:p>
    <w:p w14:paraId="6C58B426" w14:textId="77777777" w:rsidR="00C01C99" w:rsidRDefault="00C01C99">
      <w:pPr>
        <w:spacing w:after="0"/>
        <w:rPr>
          <w:rFonts w:ascii="Arial" w:hAnsi="Arial"/>
        </w:rPr>
      </w:pPr>
    </w:p>
    <w:p w14:paraId="5F71C973" w14:textId="34B4F694" w:rsidR="00C01C99" w:rsidRPr="00C01C99" w:rsidRDefault="00C01C99">
      <w:pPr>
        <w:spacing w:after="0"/>
        <w:rPr>
          <w:rFonts w:ascii="Arial" w:hAnsi="Arial"/>
          <w:b/>
          <w:bCs/>
        </w:rPr>
      </w:pPr>
      <w:r w:rsidRPr="00C01C99">
        <w:rPr>
          <w:rFonts w:ascii="Arial" w:hAnsi="Arial"/>
          <w:b/>
          <w:bCs/>
        </w:rPr>
        <w:t>Participant #17:</w:t>
      </w:r>
    </w:p>
    <w:p w14:paraId="69BDFAFB" w14:textId="7110DE78" w:rsidR="009854A5" w:rsidRDefault="00C01C99">
      <w:pPr>
        <w:spacing w:after="0"/>
      </w:pPr>
      <w:r>
        <w:rPr>
          <w:rFonts w:ascii="Arial" w:hAnsi="Arial"/>
        </w:rPr>
        <w:t>Of the fish but I'm not exactly sure.</w:t>
      </w:r>
    </w:p>
    <w:p w14:paraId="38527156" w14:textId="77777777" w:rsidR="009854A5" w:rsidRDefault="009854A5">
      <w:pPr>
        <w:spacing w:after="0"/>
      </w:pPr>
    </w:p>
    <w:p w14:paraId="4DD2B746" w14:textId="77777777" w:rsidR="009854A5" w:rsidRDefault="009A672A">
      <w:pPr>
        <w:spacing w:after="0"/>
      </w:pPr>
      <w:r>
        <w:rPr>
          <w:rFonts w:ascii="Arial" w:hAnsi="Arial"/>
          <w:b/>
        </w:rPr>
        <w:t xml:space="preserve">Interviewer P:  </w:t>
      </w:r>
      <w:r>
        <w:rPr>
          <w:rFonts w:ascii="Arial" w:hAnsi="Arial"/>
          <w:color w:val="5D7284"/>
        </w:rPr>
        <w:t>43:02</w:t>
      </w:r>
    </w:p>
    <w:p w14:paraId="27CDD9C3" w14:textId="6687E45C" w:rsidR="009854A5" w:rsidRDefault="00C01C99">
      <w:pPr>
        <w:spacing w:after="0"/>
      </w:pPr>
      <w:r>
        <w:rPr>
          <w:rFonts w:ascii="Arial" w:hAnsi="Arial"/>
        </w:rPr>
        <w:t>So, something about his density is causing them to go faster, and the density of the ones on top of slowing them down.</w:t>
      </w:r>
    </w:p>
    <w:p w14:paraId="1F27E5CF" w14:textId="77777777" w:rsidR="009854A5" w:rsidRDefault="009854A5">
      <w:pPr>
        <w:spacing w:after="0"/>
      </w:pPr>
    </w:p>
    <w:p w14:paraId="58A7F31D" w14:textId="77777777" w:rsidR="009854A5" w:rsidRDefault="009A672A">
      <w:pPr>
        <w:spacing w:after="0"/>
      </w:pPr>
      <w:r>
        <w:rPr>
          <w:rFonts w:ascii="Arial" w:hAnsi="Arial"/>
          <w:b/>
        </w:rPr>
        <w:t xml:space="preserve">Participant #17:  </w:t>
      </w:r>
      <w:r>
        <w:rPr>
          <w:rFonts w:ascii="Arial" w:hAnsi="Arial"/>
          <w:color w:val="5D7284"/>
        </w:rPr>
        <w:t>43:11</w:t>
      </w:r>
    </w:p>
    <w:p w14:paraId="3E26933A" w14:textId="68470B0A" w:rsidR="009854A5" w:rsidRDefault="009A672A">
      <w:pPr>
        <w:spacing w:after="0"/>
      </w:pPr>
      <w:r>
        <w:rPr>
          <w:rFonts w:ascii="Arial" w:hAnsi="Arial"/>
        </w:rPr>
        <w:t>Like that doesn't really make sense</w:t>
      </w:r>
      <w:r w:rsidR="00C01C99">
        <w:rPr>
          <w:rFonts w:ascii="Arial" w:hAnsi="Arial"/>
        </w:rPr>
        <w:t>, but.</w:t>
      </w:r>
    </w:p>
    <w:p w14:paraId="68EADCED" w14:textId="77777777" w:rsidR="009854A5" w:rsidRDefault="009854A5">
      <w:pPr>
        <w:spacing w:after="0"/>
      </w:pPr>
    </w:p>
    <w:p w14:paraId="152A6D88" w14:textId="77777777" w:rsidR="009854A5" w:rsidRDefault="009A672A">
      <w:pPr>
        <w:spacing w:after="0"/>
      </w:pPr>
      <w:r>
        <w:rPr>
          <w:rFonts w:ascii="Arial" w:hAnsi="Arial"/>
          <w:b/>
        </w:rPr>
        <w:t xml:space="preserve">Interviewer P:  </w:t>
      </w:r>
      <w:r>
        <w:rPr>
          <w:rFonts w:ascii="Arial" w:hAnsi="Arial"/>
          <w:color w:val="5D7284"/>
        </w:rPr>
        <w:t>43:15</w:t>
      </w:r>
    </w:p>
    <w:p w14:paraId="17B8B06F" w14:textId="087F7A31" w:rsidR="009854A5" w:rsidRDefault="00C01C99">
      <w:pPr>
        <w:spacing w:after="0"/>
      </w:pPr>
      <w:r>
        <w:rPr>
          <w:rFonts w:ascii="Arial" w:hAnsi="Arial"/>
        </w:rPr>
        <w:t xml:space="preserve">Well do you have other ideas? </w:t>
      </w:r>
    </w:p>
    <w:p w14:paraId="23554461" w14:textId="77777777" w:rsidR="009854A5" w:rsidRDefault="009854A5">
      <w:pPr>
        <w:spacing w:after="0"/>
      </w:pPr>
    </w:p>
    <w:p w14:paraId="192CFD9B" w14:textId="77777777" w:rsidR="009854A5" w:rsidRDefault="009A672A">
      <w:pPr>
        <w:spacing w:after="0"/>
      </w:pPr>
      <w:r>
        <w:rPr>
          <w:rFonts w:ascii="Arial" w:hAnsi="Arial"/>
          <w:b/>
        </w:rPr>
        <w:t xml:space="preserve">Participant #17:  </w:t>
      </w:r>
      <w:r>
        <w:rPr>
          <w:rFonts w:ascii="Arial" w:hAnsi="Arial"/>
          <w:color w:val="5D7284"/>
        </w:rPr>
        <w:t>43:34</w:t>
      </w:r>
    </w:p>
    <w:p w14:paraId="7524718B" w14:textId="77777777" w:rsidR="00C01C99" w:rsidRDefault="00C01C99">
      <w:pPr>
        <w:spacing w:after="0"/>
        <w:rPr>
          <w:rFonts w:ascii="Arial" w:hAnsi="Arial"/>
        </w:rPr>
      </w:pPr>
      <w:r>
        <w:rPr>
          <w:rFonts w:ascii="Arial" w:hAnsi="Arial"/>
        </w:rPr>
        <w:t xml:space="preserve">Uhm not really. </w:t>
      </w:r>
    </w:p>
    <w:p w14:paraId="28F3E43B" w14:textId="77777777" w:rsidR="00C01C99" w:rsidRDefault="00C01C99">
      <w:pPr>
        <w:spacing w:after="0"/>
        <w:rPr>
          <w:rFonts w:ascii="Arial" w:hAnsi="Arial"/>
        </w:rPr>
      </w:pPr>
    </w:p>
    <w:p w14:paraId="7B2AD5F4" w14:textId="1F04A7D4" w:rsidR="00C01C99" w:rsidRDefault="00C01C99">
      <w:pPr>
        <w:spacing w:after="0"/>
        <w:rPr>
          <w:rFonts w:ascii="Arial" w:hAnsi="Arial"/>
        </w:rPr>
      </w:pPr>
      <w:r>
        <w:rPr>
          <w:rFonts w:ascii="Arial" w:hAnsi="Arial"/>
        </w:rPr>
        <w:t>Interviewer P:</w:t>
      </w:r>
    </w:p>
    <w:p w14:paraId="7BE052B4" w14:textId="7D72654F" w:rsidR="00C01C99" w:rsidRDefault="00C01C99">
      <w:pPr>
        <w:spacing w:after="0"/>
        <w:rPr>
          <w:rFonts w:ascii="Arial" w:hAnsi="Arial"/>
        </w:rPr>
      </w:pPr>
      <w:r>
        <w:rPr>
          <w:rFonts w:ascii="Arial" w:hAnsi="Arial"/>
        </w:rPr>
        <w:t xml:space="preserve">Man, that orange one is really lapping around quickly. </w:t>
      </w:r>
    </w:p>
    <w:p w14:paraId="340E9465" w14:textId="77777777" w:rsidR="00C01C99" w:rsidRDefault="00C01C99">
      <w:pPr>
        <w:spacing w:after="0"/>
        <w:rPr>
          <w:rFonts w:ascii="Arial" w:hAnsi="Arial"/>
        </w:rPr>
      </w:pPr>
    </w:p>
    <w:p w14:paraId="2A24F62F" w14:textId="3A03ADDF" w:rsidR="00C01C99" w:rsidRDefault="00C01C99">
      <w:pPr>
        <w:spacing w:after="0"/>
        <w:rPr>
          <w:rFonts w:ascii="Arial" w:hAnsi="Arial"/>
        </w:rPr>
      </w:pPr>
      <w:r>
        <w:rPr>
          <w:rFonts w:ascii="Arial" w:hAnsi="Arial"/>
        </w:rPr>
        <w:t>Particiapnt#17:</w:t>
      </w:r>
    </w:p>
    <w:p w14:paraId="255DBA29" w14:textId="452D2B47" w:rsidR="00C01C99" w:rsidRDefault="00C01C99">
      <w:pPr>
        <w:spacing w:after="0"/>
        <w:rPr>
          <w:rFonts w:ascii="Arial" w:hAnsi="Arial"/>
        </w:rPr>
      </w:pPr>
      <w:r>
        <w:rPr>
          <w:rFonts w:ascii="Arial" w:hAnsi="Arial"/>
        </w:rPr>
        <w:t xml:space="preserve">Yeah... </w:t>
      </w:r>
    </w:p>
    <w:p w14:paraId="6E09D7E8" w14:textId="475B753C" w:rsidR="009854A5" w:rsidRDefault="009A672A">
      <w:pPr>
        <w:spacing w:after="0"/>
      </w:pPr>
      <w:r>
        <w:rPr>
          <w:rFonts w:ascii="Arial" w:hAnsi="Arial"/>
        </w:rPr>
        <w:t>They're definitely rotating. But slower metrics, like the position at like me can do that either. Because like,</w:t>
      </w:r>
      <w:r w:rsidR="00C01C99">
        <w:rPr>
          <w:rFonts w:ascii="Arial" w:hAnsi="Arial"/>
        </w:rPr>
        <w:t xml:space="preserve"> they are all in the middle. </w:t>
      </w:r>
    </w:p>
    <w:p w14:paraId="0AACCCC1" w14:textId="77777777" w:rsidR="009854A5" w:rsidRDefault="009854A5">
      <w:pPr>
        <w:spacing w:after="0"/>
      </w:pPr>
    </w:p>
    <w:p w14:paraId="2237CA21" w14:textId="77777777" w:rsidR="009854A5" w:rsidRDefault="009A672A">
      <w:pPr>
        <w:spacing w:after="0"/>
      </w:pPr>
      <w:r>
        <w:rPr>
          <w:rFonts w:ascii="Arial" w:hAnsi="Arial"/>
          <w:b/>
        </w:rPr>
        <w:t xml:space="preserve">Interviewer P:  </w:t>
      </w:r>
      <w:r>
        <w:rPr>
          <w:rFonts w:ascii="Arial" w:hAnsi="Arial"/>
          <w:color w:val="5D7284"/>
        </w:rPr>
        <w:t>43:46</w:t>
      </w:r>
    </w:p>
    <w:p w14:paraId="51520870" w14:textId="1AAD5AE3" w:rsidR="009854A5" w:rsidRDefault="009A672A">
      <w:pPr>
        <w:spacing w:after="0"/>
      </w:pPr>
      <w:r>
        <w:rPr>
          <w:rFonts w:ascii="Arial" w:hAnsi="Arial"/>
        </w:rPr>
        <w:t xml:space="preserve">He's way out. Yeah, well, we can compare it like we compare this little one to the </w:t>
      </w:r>
      <w:r w:rsidR="00C01C99">
        <w:rPr>
          <w:rFonts w:ascii="Arial" w:hAnsi="Arial"/>
        </w:rPr>
        <w:t>sea</w:t>
      </w:r>
      <w:r>
        <w:rPr>
          <w:rFonts w:ascii="Arial" w:hAnsi="Arial"/>
        </w:rPr>
        <w:t>horse. And the seahorses still beat</w:t>
      </w:r>
      <w:r w:rsidR="00C01C99">
        <w:rPr>
          <w:rFonts w:ascii="Arial" w:hAnsi="Arial"/>
        </w:rPr>
        <w:t>s him</w:t>
      </w:r>
      <w:r>
        <w:rPr>
          <w:rFonts w:ascii="Arial" w:hAnsi="Arial"/>
        </w:rPr>
        <w:t xml:space="preserve">. Yeah. </w:t>
      </w:r>
      <w:r w:rsidR="00C01C99">
        <w:rPr>
          <w:rFonts w:ascii="Arial" w:hAnsi="Arial"/>
        </w:rPr>
        <w:t>So,</w:t>
      </w:r>
      <w:r>
        <w:rPr>
          <w:rFonts w:ascii="Arial" w:hAnsi="Arial"/>
        </w:rPr>
        <w:t xml:space="preserve"> what do you think will happen if I turn this off?</w:t>
      </w:r>
    </w:p>
    <w:p w14:paraId="531A9038" w14:textId="77777777" w:rsidR="009854A5" w:rsidRDefault="009854A5">
      <w:pPr>
        <w:spacing w:after="0"/>
      </w:pPr>
    </w:p>
    <w:p w14:paraId="3D1BA4E3" w14:textId="77777777" w:rsidR="009854A5" w:rsidRDefault="009A672A">
      <w:pPr>
        <w:spacing w:after="0"/>
      </w:pPr>
      <w:r>
        <w:rPr>
          <w:rFonts w:ascii="Arial" w:hAnsi="Arial"/>
          <w:b/>
        </w:rPr>
        <w:t xml:space="preserve">Participant #17:  </w:t>
      </w:r>
      <w:r>
        <w:rPr>
          <w:rFonts w:ascii="Arial" w:hAnsi="Arial"/>
          <w:color w:val="5D7284"/>
        </w:rPr>
        <w:t>44:11</w:t>
      </w:r>
    </w:p>
    <w:p w14:paraId="68916B8F" w14:textId="77777777" w:rsidR="009854A5" w:rsidRDefault="009A672A">
      <w:pPr>
        <w:spacing w:after="0"/>
      </w:pPr>
      <w:r>
        <w:rPr>
          <w:rFonts w:ascii="Arial" w:hAnsi="Arial"/>
        </w:rPr>
        <w:lastRenderedPageBreak/>
        <w:t>I think the ones at the bottom might like shift a little bit, but stay like in a similar spot. And I feel like the ones that are floating might kind of like not stay right in the middle anymore. They might kind of disperse a little bit again.</w:t>
      </w:r>
    </w:p>
    <w:p w14:paraId="2DD837A6" w14:textId="77777777" w:rsidR="009854A5" w:rsidRDefault="009854A5">
      <w:pPr>
        <w:spacing w:after="0"/>
      </w:pPr>
    </w:p>
    <w:p w14:paraId="5ADBA7F4" w14:textId="77777777" w:rsidR="009854A5" w:rsidRDefault="009A672A">
      <w:pPr>
        <w:spacing w:after="0"/>
      </w:pPr>
      <w:r>
        <w:rPr>
          <w:rFonts w:ascii="Arial" w:hAnsi="Arial"/>
          <w:b/>
        </w:rPr>
        <w:t xml:space="preserve">Interviewer P:  </w:t>
      </w:r>
      <w:r>
        <w:rPr>
          <w:rFonts w:ascii="Arial" w:hAnsi="Arial"/>
          <w:color w:val="5D7284"/>
        </w:rPr>
        <w:t>44:28</w:t>
      </w:r>
    </w:p>
    <w:p w14:paraId="37C734E0" w14:textId="5E19B4DD" w:rsidR="009854A5" w:rsidRDefault="00C01C99">
      <w:pPr>
        <w:spacing w:after="0"/>
      </w:pPr>
      <w:r>
        <w:rPr>
          <w:rFonts w:ascii="Arial" w:hAnsi="Arial"/>
        </w:rPr>
        <w:t>So, will they disperse, like in or out or just don't like move apart from each other?</w:t>
      </w:r>
    </w:p>
    <w:p w14:paraId="70444B2A" w14:textId="77777777" w:rsidR="009854A5" w:rsidRDefault="009854A5">
      <w:pPr>
        <w:spacing w:after="0"/>
      </w:pPr>
    </w:p>
    <w:p w14:paraId="070489A4" w14:textId="77777777" w:rsidR="009854A5" w:rsidRDefault="009A672A">
      <w:pPr>
        <w:spacing w:after="0"/>
      </w:pPr>
      <w:r>
        <w:rPr>
          <w:rFonts w:ascii="Arial" w:hAnsi="Arial"/>
          <w:b/>
        </w:rPr>
        <w:t xml:space="preserve">Participant #17:  </w:t>
      </w:r>
      <w:r>
        <w:rPr>
          <w:rFonts w:ascii="Arial" w:hAnsi="Arial"/>
          <w:color w:val="5D7284"/>
        </w:rPr>
        <w:t>44:35</w:t>
      </w:r>
    </w:p>
    <w:p w14:paraId="542103F6" w14:textId="1B3C7DD8" w:rsidR="009854A5" w:rsidRDefault="009A672A">
      <w:pPr>
        <w:spacing w:after="0"/>
      </w:pPr>
      <w:r>
        <w:rPr>
          <w:rFonts w:ascii="Arial" w:hAnsi="Arial"/>
        </w:rPr>
        <w:t xml:space="preserve">Yeah, like they'll go out a little bit and like move apart a little bit. </w:t>
      </w:r>
    </w:p>
    <w:p w14:paraId="11A1D4BA" w14:textId="77777777" w:rsidR="009854A5" w:rsidRDefault="009854A5">
      <w:pPr>
        <w:spacing w:after="0"/>
      </w:pPr>
    </w:p>
    <w:p w14:paraId="086AADAE" w14:textId="77777777" w:rsidR="009854A5" w:rsidRDefault="009A672A">
      <w:pPr>
        <w:spacing w:after="0"/>
      </w:pPr>
      <w:r>
        <w:rPr>
          <w:rFonts w:ascii="Arial" w:hAnsi="Arial"/>
          <w:b/>
        </w:rPr>
        <w:t xml:space="preserve">Interviewer P:  </w:t>
      </w:r>
      <w:r>
        <w:rPr>
          <w:rFonts w:ascii="Arial" w:hAnsi="Arial"/>
          <w:color w:val="5D7284"/>
        </w:rPr>
        <w:t>44:39</w:t>
      </w:r>
    </w:p>
    <w:p w14:paraId="7F9591F9" w14:textId="3AD001C3" w:rsidR="009854A5" w:rsidRDefault="00C01C99">
      <w:pPr>
        <w:spacing w:after="0"/>
      </w:pPr>
      <w:r>
        <w:rPr>
          <w:rFonts w:ascii="Arial" w:hAnsi="Arial"/>
        </w:rPr>
        <w:t xml:space="preserve">Just give each other some </w:t>
      </w:r>
      <w:r w:rsidR="009957E8">
        <w:rPr>
          <w:rFonts w:ascii="Arial" w:hAnsi="Arial"/>
        </w:rPr>
        <w:t>space.</w:t>
      </w:r>
      <w:r>
        <w:rPr>
          <w:rFonts w:ascii="Arial" w:hAnsi="Arial"/>
        </w:rPr>
        <w:t xml:space="preserve"> Yeah. Do you think they'll keep rotating?</w:t>
      </w:r>
    </w:p>
    <w:p w14:paraId="280DEC47" w14:textId="77777777" w:rsidR="009854A5" w:rsidRDefault="009854A5">
      <w:pPr>
        <w:spacing w:after="0"/>
      </w:pPr>
    </w:p>
    <w:p w14:paraId="392E2C25" w14:textId="77777777" w:rsidR="009854A5" w:rsidRDefault="009A672A">
      <w:pPr>
        <w:spacing w:after="0"/>
      </w:pPr>
      <w:r>
        <w:rPr>
          <w:rFonts w:ascii="Arial" w:hAnsi="Arial"/>
          <w:b/>
        </w:rPr>
        <w:t xml:space="preserve">Participant #17:  </w:t>
      </w:r>
      <w:r>
        <w:rPr>
          <w:rFonts w:ascii="Arial" w:hAnsi="Arial"/>
          <w:color w:val="5D7284"/>
        </w:rPr>
        <w:t>44:45</w:t>
      </w:r>
    </w:p>
    <w:p w14:paraId="3B6064CD" w14:textId="77777777" w:rsidR="009854A5" w:rsidRDefault="009A672A">
      <w:pPr>
        <w:spacing w:after="0"/>
      </w:pPr>
      <w:r>
        <w:rPr>
          <w:rFonts w:ascii="Arial" w:hAnsi="Arial"/>
        </w:rPr>
        <w:t>I think it might for a little bit. And then eventually it would just stay still.</w:t>
      </w:r>
    </w:p>
    <w:p w14:paraId="7C07F2BF" w14:textId="77777777" w:rsidR="009854A5" w:rsidRDefault="009854A5">
      <w:pPr>
        <w:spacing w:after="0"/>
      </w:pPr>
    </w:p>
    <w:p w14:paraId="57F88744" w14:textId="77777777" w:rsidR="009854A5" w:rsidRDefault="009A672A">
      <w:pPr>
        <w:spacing w:after="0"/>
      </w:pPr>
      <w:r>
        <w:rPr>
          <w:rFonts w:ascii="Arial" w:hAnsi="Arial"/>
          <w:b/>
        </w:rPr>
        <w:t xml:space="preserve">Interviewer P:  </w:t>
      </w:r>
      <w:r>
        <w:rPr>
          <w:rFonts w:ascii="Arial" w:hAnsi="Arial"/>
          <w:color w:val="5D7284"/>
        </w:rPr>
        <w:t>44:51</w:t>
      </w:r>
    </w:p>
    <w:p w14:paraId="746A1B89" w14:textId="77777777" w:rsidR="009854A5" w:rsidRDefault="009A672A">
      <w:pPr>
        <w:spacing w:after="0"/>
      </w:pPr>
      <w:r>
        <w:rPr>
          <w:rFonts w:ascii="Arial" w:hAnsi="Arial"/>
        </w:rPr>
        <w:t>And the ones on the bottom will just stay still. Yeah. As soon as I turn it off.</w:t>
      </w:r>
    </w:p>
    <w:p w14:paraId="25AF3CD3" w14:textId="77777777" w:rsidR="009854A5" w:rsidRDefault="009854A5">
      <w:pPr>
        <w:spacing w:after="0"/>
      </w:pPr>
    </w:p>
    <w:p w14:paraId="4EBD2D43" w14:textId="77777777" w:rsidR="009854A5" w:rsidRDefault="009A672A">
      <w:pPr>
        <w:spacing w:after="0"/>
      </w:pPr>
      <w:r>
        <w:rPr>
          <w:rFonts w:ascii="Arial" w:hAnsi="Arial"/>
          <w:b/>
        </w:rPr>
        <w:t xml:space="preserve">Participant #17:  </w:t>
      </w:r>
      <w:r>
        <w:rPr>
          <w:rFonts w:ascii="Arial" w:hAnsi="Arial"/>
          <w:color w:val="5D7284"/>
        </w:rPr>
        <w:t>44:58</w:t>
      </w:r>
    </w:p>
    <w:p w14:paraId="4A7E4F89" w14:textId="77777777" w:rsidR="009854A5" w:rsidRDefault="009A672A">
      <w:pPr>
        <w:spacing w:after="0"/>
      </w:pPr>
      <w:r>
        <w:rPr>
          <w:rFonts w:ascii="Arial" w:hAnsi="Arial"/>
        </w:rPr>
        <w:t>No, I think it will move a little bit. While it's still like slowing down, yeah. And then like once everything like the water is completely still like, like it will just stay.</w:t>
      </w:r>
    </w:p>
    <w:p w14:paraId="6ABE1FB2" w14:textId="77777777" w:rsidR="009854A5" w:rsidRDefault="009854A5">
      <w:pPr>
        <w:spacing w:after="0"/>
      </w:pPr>
    </w:p>
    <w:p w14:paraId="1AD2E335" w14:textId="77777777" w:rsidR="009854A5" w:rsidRDefault="009A672A">
      <w:pPr>
        <w:spacing w:after="0"/>
      </w:pPr>
      <w:r>
        <w:rPr>
          <w:rFonts w:ascii="Arial" w:hAnsi="Arial"/>
          <w:b/>
        </w:rPr>
        <w:t xml:space="preserve">Interviewer P:  </w:t>
      </w:r>
      <w:r>
        <w:rPr>
          <w:rFonts w:ascii="Arial" w:hAnsi="Arial"/>
          <w:color w:val="5D7284"/>
        </w:rPr>
        <w:t>45:06</w:t>
      </w:r>
    </w:p>
    <w:p w14:paraId="27631F2E" w14:textId="63D5068F" w:rsidR="009854A5" w:rsidRDefault="00C01C99">
      <w:pPr>
        <w:spacing w:after="0"/>
      </w:pPr>
      <w:r>
        <w:rPr>
          <w:rFonts w:ascii="Arial" w:hAnsi="Arial"/>
        </w:rPr>
        <w:t xml:space="preserve">So, the ones on the bottom will slow down sooner than the ones on the top is what you're saying. Let's try it and see Yeah. Is that what you expected? </w:t>
      </w:r>
    </w:p>
    <w:p w14:paraId="20AFE0A9" w14:textId="77777777" w:rsidR="009854A5" w:rsidRDefault="009854A5">
      <w:pPr>
        <w:spacing w:after="0"/>
      </w:pPr>
    </w:p>
    <w:p w14:paraId="164A68AC" w14:textId="77777777" w:rsidR="009854A5" w:rsidRDefault="009A672A">
      <w:pPr>
        <w:spacing w:after="0"/>
      </w:pPr>
      <w:r>
        <w:rPr>
          <w:rFonts w:ascii="Arial" w:hAnsi="Arial"/>
          <w:b/>
        </w:rPr>
        <w:t xml:space="preserve">Participant #17:  </w:t>
      </w:r>
      <w:r>
        <w:rPr>
          <w:rFonts w:ascii="Arial" w:hAnsi="Arial"/>
          <w:color w:val="5D7284"/>
        </w:rPr>
        <w:t>45:35</w:t>
      </w:r>
    </w:p>
    <w:p w14:paraId="32D7EA04" w14:textId="77777777" w:rsidR="00C01C99" w:rsidRDefault="009A672A">
      <w:pPr>
        <w:spacing w:after="0"/>
        <w:rPr>
          <w:rFonts w:ascii="Arial" w:hAnsi="Arial"/>
        </w:rPr>
      </w:pPr>
      <w:r>
        <w:rPr>
          <w:rFonts w:ascii="Arial" w:hAnsi="Arial"/>
        </w:rPr>
        <w:t xml:space="preserve">Um, like a little bit, but because I thought that the ones on the bottom were like move when it first went off and then kind of stay still </w:t>
      </w:r>
      <w:r w:rsidR="00C01C99">
        <w:rPr>
          <w:rFonts w:ascii="Arial" w:hAnsi="Arial"/>
        </w:rPr>
        <w:t>after.</w:t>
      </w:r>
      <w:r>
        <w:rPr>
          <w:rFonts w:ascii="Arial" w:hAnsi="Arial"/>
        </w:rPr>
        <w:t xml:space="preserve"> </w:t>
      </w:r>
    </w:p>
    <w:p w14:paraId="55DFE0BB" w14:textId="77777777" w:rsidR="00C01C99" w:rsidRDefault="00C01C99">
      <w:pPr>
        <w:spacing w:after="0"/>
        <w:rPr>
          <w:rFonts w:ascii="Arial" w:hAnsi="Arial"/>
        </w:rPr>
      </w:pPr>
    </w:p>
    <w:p w14:paraId="27E92D94" w14:textId="70E44D12" w:rsidR="00C01C99" w:rsidRPr="00C01C99" w:rsidRDefault="00C01C99">
      <w:pPr>
        <w:spacing w:after="0"/>
        <w:rPr>
          <w:rFonts w:ascii="Arial" w:hAnsi="Arial"/>
          <w:b/>
          <w:bCs/>
        </w:rPr>
      </w:pPr>
      <w:r w:rsidRPr="00C01C99">
        <w:rPr>
          <w:rFonts w:ascii="Arial" w:hAnsi="Arial"/>
          <w:b/>
          <w:bCs/>
        </w:rPr>
        <w:t>Interviewer P:</w:t>
      </w:r>
    </w:p>
    <w:p w14:paraId="64BCA599" w14:textId="7D2D69E5" w:rsidR="00C01C99" w:rsidRDefault="00C01C99">
      <w:pPr>
        <w:spacing w:after="0"/>
        <w:rPr>
          <w:rFonts w:ascii="Arial" w:hAnsi="Arial"/>
        </w:rPr>
      </w:pPr>
      <w:r>
        <w:rPr>
          <w:rFonts w:ascii="Arial" w:hAnsi="Arial"/>
        </w:rPr>
        <w:t>A lot of them are.</w:t>
      </w:r>
    </w:p>
    <w:p w14:paraId="5EFF63B4" w14:textId="77777777" w:rsidR="00C01C99" w:rsidRDefault="00C01C99">
      <w:pPr>
        <w:spacing w:after="0"/>
        <w:rPr>
          <w:rFonts w:ascii="Arial" w:hAnsi="Arial"/>
        </w:rPr>
      </w:pPr>
    </w:p>
    <w:p w14:paraId="63C4D369" w14:textId="6C69FE0C" w:rsidR="00C01C99" w:rsidRPr="00C01C99" w:rsidRDefault="00C01C99">
      <w:pPr>
        <w:spacing w:after="0"/>
        <w:rPr>
          <w:rFonts w:ascii="Arial" w:hAnsi="Arial"/>
          <w:b/>
          <w:bCs/>
        </w:rPr>
      </w:pPr>
      <w:r w:rsidRPr="00C01C99">
        <w:rPr>
          <w:rFonts w:ascii="Arial" w:hAnsi="Arial"/>
          <w:b/>
          <w:bCs/>
        </w:rPr>
        <w:t>Participany#17:</w:t>
      </w:r>
    </w:p>
    <w:p w14:paraId="3F9E4795" w14:textId="08BD3DFA" w:rsidR="009854A5" w:rsidRDefault="009A672A">
      <w:pPr>
        <w:spacing w:after="0"/>
      </w:pPr>
      <w:r>
        <w:rPr>
          <w:rFonts w:ascii="Arial" w:hAnsi="Arial"/>
        </w:rPr>
        <w:t>Yeah, the top. I feel like it's definitely like leaving the middle but I wasn't expecting them to kind of still kind of stay like in groups.</w:t>
      </w:r>
    </w:p>
    <w:p w14:paraId="362CE257" w14:textId="77777777" w:rsidR="009854A5" w:rsidRDefault="009854A5">
      <w:pPr>
        <w:spacing w:after="0"/>
      </w:pPr>
    </w:p>
    <w:p w14:paraId="72F3FAD2" w14:textId="77777777" w:rsidR="009854A5" w:rsidRDefault="009A672A">
      <w:pPr>
        <w:spacing w:after="0"/>
      </w:pPr>
      <w:r>
        <w:rPr>
          <w:rFonts w:ascii="Arial" w:hAnsi="Arial"/>
          <w:b/>
        </w:rPr>
        <w:t xml:space="preserve">Interviewer P:  </w:t>
      </w:r>
      <w:r>
        <w:rPr>
          <w:rFonts w:ascii="Arial" w:hAnsi="Arial"/>
          <w:color w:val="5D7284"/>
        </w:rPr>
        <w:t>45:55</w:t>
      </w:r>
    </w:p>
    <w:p w14:paraId="14EA349E" w14:textId="58E070CE" w:rsidR="009854A5" w:rsidRDefault="009A672A">
      <w:pPr>
        <w:spacing w:after="0"/>
      </w:pPr>
      <w:r>
        <w:rPr>
          <w:rFonts w:ascii="Arial" w:hAnsi="Arial"/>
        </w:rPr>
        <w:t xml:space="preserve">They're definitely still rotating. </w:t>
      </w:r>
      <w:r w:rsidR="009957E8">
        <w:rPr>
          <w:rFonts w:ascii="Arial" w:hAnsi="Arial"/>
        </w:rPr>
        <w:t xml:space="preserve">The </w:t>
      </w:r>
      <w:r>
        <w:rPr>
          <w:rFonts w:ascii="Arial" w:hAnsi="Arial"/>
        </w:rPr>
        <w:t xml:space="preserve">one it's interesting that the ones on the top are still going in the ones on </w:t>
      </w:r>
      <w:r w:rsidR="009957E8">
        <w:rPr>
          <w:rFonts w:ascii="Arial" w:hAnsi="Arial"/>
        </w:rPr>
        <w:t xml:space="preserve">not </w:t>
      </w:r>
      <w:r>
        <w:rPr>
          <w:rFonts w:ascii="Arial" w:hAnsi="Arial"/>
        </w:rPr>
        <w:t xml:space="preserve">so for the one. </w:t>
      </w:r>
      <w:r w:rsidR="009957E8">
        <w:rPr>
          <w:rFonts w:ascii="Arial" w:hAnsi="Arial"/>
        </w:rPr>
        <w:t>E</w:t>
      </w:r>
      <w:r>
        <w:rPr>
          <w:rFonts w:ascii="Arial" w:hAnsi="Arial"/>
        </w:rPr>
        <w:t>xcept for him. And he's actually not all on the bottom. Yes. Anyway, thoughts on that? why that happened? Why? Why is everybody on the bottom like dead ones on the top are just like still going.</w:t>
      </w:r>
    </w:p>
    <w:p w14:paraId="77F13B48" w14:textId="77777777" w:rsidR="009854A5" w:rsidRDefault="009854A5">
      <w:pPr>
        <w:spacing w:after="0"/>
      </w:pPr>
    </w:p>
    <w:p w14:paraId="7C7C2799" w14:textId="77777777" w:rsidR="009854A5" w:rsidRDefault="009A672A">
      <w:pPr>
        <w:spacing w:after="0"/>
      </w:pPr>
      <w:r>
        <w:rPr>
          <w:rFonts w:ascii="Arial" w:hAnsi="Arial"/>
          <w:b/>
        </w:rPr>
        <w:lastRenderedPageBreak/>
        <w:t xml:space="preserve">Participant #17:  </w:t>
      </w:r>
      <w:r>
        <w:rPr>
          <w:rFonts w:ascii="Arial" w:hAnsi="Arial"/>
          <w:color w:val="5D7284"/>
        </w:rPr>
        <w:t>46:15</w:t>
      </w:r>
    </w:p>
    <w:p w14:paraId="42080EBF" w14:textId="04E1F0ED" w:rsidR="009854A5" w:rsidRDefault="009A672A">
      <w:pPr>
        <w:spacing w:after="0"/>
      </w:pPr>
      <w:r>
        <w:rPr>
          <w:rFonts w:ascii="Arial" w:hAnsi="Arial"/>
        </w:rPr>
        <w:t xml:space="preserve">I think maybe like the top of the water still, you could see it moving. </w:t>
      </w:r>
      <w:r w:rsidR="009957E8">
        <w:rPr>
          <w:rFonts w:ascii="Arial" w:hAnsi="Arial"/>
        </w:rPr>
        <w:t>So,</w:t>
      </w:r>
      <w:r>
        <w:rPr>
          <w:rFonts w:ascii="Arial" w:hAnsi="Arial"/>
        </w:rPr>
        <w:t xml:space="preserve"> since they're just kind of floating on top, and they're like lighter, also, I think they're just kind of gone with the water were the ones on the bottom. I feel like it might not be as much water pulling maybe. And they're also a little bit heavier. </w:t>
      </w:r>
      <w:r w:rsidR="009957E8">
        <w:rPr>
          <w:rFonts w:ascii="Arial" w:hAnsi="Arial"/>
        </w:rPr>
        <w:t>So,</w:t>
      </w:r>
      <w:r>
        <w:rPr>
          <w:rFonts w:ascii="Arial" w:hAnsi="Arial"/>
        </w:rPr>
        <w:t xml:space="preserve"> they're kind of just saying,</w:t>
      </w:r>
    </w:p>
    <w:p w14:paraId="4A2A7A18" w14:textId="77777777" w:rsidR="009854A5" w:rsidRDefault="009854A5">
      <w:pPr>
        <w:spacing w:after="0"/>
      </w:pPr>
    </w:p>
    <w:p w14:paraId="5A9ADA36" w14:textId="77777777" w:rsidR="009854A5" w:rsidRDefault="009A672A">
      <w:pPr>
        <w:spacing w:after="0"/>
      </w:pPr>
      <w:r>
        <w:rPr>
          <w:rFonts w:ascii="Arial" w:hAnsi="Arial"/>
          <w:b/>
        </w:rPr>
        <w:t xml:space="preserve">Interviewer P:  </w:t>
      </w:r>
      <w:r>
        <w:rPr>
          <w:rFonts w:ascii="Arial" w:hAnsi="Arial"/>
          <w:color w:val="5D7284"/>
        </w:rPr>
        <w:t>46:33</w:t>
      </w:r>
    </w:p>
    <w:p w14:paraId="01B22E40" w14:textId="77777777" w:rsidR="009854A5" w:rsidRDefault="009A672A">
      <w:pPr>
        <w:spacing w:after="0"/>
      </w:pPr>
      <w:r>
        <w:rPr>
          <w:rFonts w:ascii="Arial" w:hAnsi="Arial"/>
        </w:rPr>
        <w:t xml:space="preserve">Do you think the water on the top is moving more than the water on the bottom below it? </w:t>
      </w:r>
    </w:p>
    <w:p w14:paraId="2BA4FE8E" w14:textId="77777777" w:rsidR="009854A5" w:rsidRDefault="009854A5">
      <w:pPr>
        <w:spacing w:after="0"/>
      </w:pPr>
    </w:p>
    <w:p w14:paraId="73C654FE" w14:textId="77777777" w:rsidR="009854A5" w:rsidRDefault="009A672A">
      <w:pPr>
        <w:spacing w:after="0"/>
      </w:pPr>
      <w:r>
        <w:rPr>
          <w:rFonts w:ascii="Arial" w:hAnsi="Arial"/>
          <w:b/>
        </w:rPr>
        <w:t xml:space="preserve">Participant #17:  </w:t>
      </w:r>
      <w:r>
        <w:rPr>
          <w:rFonts w:ascii="Arial" w:hAnsi="Arial"/>
          <w:color w:val="5D7284"/>
        </w:rPr>
        <w:t>46:38</w:t>
      </w:r>
    </w:p>
    <w:p w14:paraId="1AB78917" w14:textId="45C1C85C" w:rsidR="009854A5" w:rsidRDefault="009A672A">
      <w:pPr>
        <w:spacing w:after="0"/>
      </w:pPr>
      <w:r>
        <w:rPr>
          <w:rFonts w:ascii="Arial" w:hAnsi="Arial"/>
        </w:rPr>
        <w:t xml:space="preserve">Uhm I was going to say uhm I'm </w:t>
      </w:r>
      <w:r w:rsidR="009957E8">
        <w:rPr>
          <w:rFonts w:ascii="Arial" w:hAnsi="Arial"/>
        </w:rPr>
        <w:t>goanna</w:t>
      </w:r>
      <w:r>
        <w:rPr>
          <w:rFonts w:ascii="Arial" w:hAnsi="Arial"/>
        </w:rPr>
        <w:t xml:space="preserve"> say I</w:t>
      </w:r>
      <w:r w:rsidR="009957E8">
        <w:rPr>
          <w:rFonts w:ascii="Arial" w:hAnsi="Arial"/>
        </w:rPr>
        <w:t xml:space="preserve"> </w:t>
      </w:r>
      <w:r>
        <w:rPr>
          <w:rFonts w:ascii="Arial" w:hAnsi="Arial"/>
        </w:rPr>
        <w:t xml:space="preserve">was </w:t>
      </w:r>
      <w:r w:rsidR="009957E8">
        <w:rPr>
          <w:rFonts w:ascii="Arial" w:hAnsi="Arial"/>
        </w:rPr>
        <w:t>goanna</w:t>
      </w:r>
      <w:r>
        <w:rPr>
          <w:rFonts w:ascii="Arial" w:hAnsi="Arial"/>
        </w:rPr>
        <w:t xml:space="preserve"> say no, but also say yes, because like the one that isn't fully sunk, it's kind of moving at the same rate for the most part. </w:t>
      </w:r>
      <w:r w:rsidR="009957E8">
        <w:rPr>
          <w:rFonts w:ascii="Arial" w:hAnsi="Arial"/>
        </w:rPr>
        <w:t>So,</w:t>
      </w:r>
      <w:r>
        <w:rPr>
          <w:rFonts w:ascii="Arial" w:hAnsi="Arial"/>
        </w:rPr>
        <w:t xml:space="preserve"> I feel like the water has to kind of all just be going together. </w:t>
      </w:r>
      <w:r w:rsidR="009957E8">
        <w:rPr>
          <w:rFonts w:ascii="Arial" w:hAnsi="Arial"/>
        </w:rPr>
        <w:t>So,</w:t>
      </w:r>
      <w:r>
        <w:rPr>
          <w:rFonts w:ascii="Arial" w:hAnsi="Arial"/>
        </w:rPr>
        <w:t xml:space="preserve"> I'm not sure if it's just like the weight difference that there was like in place.</w:t>
      </w:r>
    </w:p>
    <w:p w14:paraId="0E12F1BA" w14:textId="77777777" w:rsidR="009854A5" w:rsidRDefault="009854A5">
      <w:pPr>
        <w:spacing w:after="0"/>
      </w:pPr>
    </w:p>
    <w:p w14:paraId="07D03328" w14:textId="77777777" w:rsidR="009854A5" w:rsidRDefault="009A672A">
      <w:pPr>
        <w:spacing w:after="0"/>
      </w:pPr>
      <w:r>
        <w:rPr>
          <w:rFonts w:ascii="Arial" w:hAnsi="Arial"/>
          <w:b/>
        </w:rPr>
        <w:t xml:space="preserve">Interviewer P:  </w:t>
      </w:r>
      <w:r>
        <w:rPr>
          <w:rFonts w:ascii="Arial" w:hAnsi="Arial"/>
          <w:color w:val="5D7284"/>
        </w:rPr>
        <w:t>47:04</w:t>
      </w:r>
    </w:p>
    <w:p w14:paraId="59473D0D" w14:textId="3E0C05CC" w:rsidR="009854A5" w:rsidRDefault="009A672A">
      <w:pPr>
        <w:spacing w:after="0"/>
      </w:pPr>
      <w:r>
        <w:rPr>
          <w:rFonts w:ascii="Arial" w:hAnsi="Arial"/>
        </w:rPr>
        <w:t xml:space="preserve">Yeah. </w:t>
      </w:r>
      <w:r w:rsidR="009957E8">
        <w:rPr>
          <w:rFonts w:ascii="Arial" w:hAnsi="Arial"/>
        </w:rPr>
        <w:t>So,</w:t>
      </w:r>
      <w:r>
        <w:rPr>
          <w:rFonts w:ascii="Arial" w:hAnsi="Arial"/>
        </w:rPr>
        <w:t xml:space="preserve"> what I'm hearing is you think the water is all moving together, but because those at the bottom are maybe a little heavier. Yeah. Not being affected by the wall. All right, well, cool. We're almost out of time. </w:t>
      </w:r>
      <w:r w:rsidR="009957E8">
        <w:rPr>
          <w:rFonts w:ascii="Arial" w:hAnsi="Arial"/>
        </w:rPr>
        <w:t>So,</w:t>
      </w:r>
      <w:r>
        <w:rPr>
          <w:rFonts w:ascii="Arial" w:hAnsi="Arial"/>
        </w:rPr>
        <w:t xml:space="preserve"> I'm </w:t>
      </w:r>
      <w:r w:rsidR="009957E8">
        <w:rPr>
          <w:rFonts w:ascii="Arial" w:hAnsi="Arial"/>
        </w:rPr>
        <w:t>goanna</w:t>
      </w:r>
      <w:r>
        <w:rPr>
          <w:rFonts w:ascii="Arial" w:hAnsi="Arial"/>
        </w:rPr>
        <w:t xml:space="preserve"> turn this off.</w:t>
      </w:r>
    </w:p>
    <w:sectPr w:rsidR="009854A5"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BEFFC" w14:textId="77777777" w:rsidR="0003101B" w:rsidRDefault="0003101B">
      <w:pPr>
        <w:spacing w:after="0" w:line="240" w:lineRule="auto"/>
      </w:pPr>
      <w:r>
        <w:separator/>
      </w:r>
    </w:p>
  </w:endnote>
  <w:endnote w:type="continuationSeparator" w:id="0">
    <w:p w14:paraId="0FEE76D9" w14:textId="77777777" w:rsidR="0003101B" w:rsidRDefault="00031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E0A61"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34F0E875"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19129358"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5E764788"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7AA32111"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CEF3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9D5951" w14:textId="77777777" w:rsidR="0003101B" w:rsidRDefault="0003101B">
      <w:pPr>
        <w:spacing w:after="0" w:line="240" w:lineRule="auto"/>
      </w:pPr>
      <w:r>
        <w:separator/>
      </w:r>
    </w:p>
  </w:footnote>
  <w:footnote w:type="continuationSeparator" w:id="0">
    <w:p w14:paraId="77992EBF" w14:textId="77777777" w:rsidR="0003101B" w:rsidRDefault="000310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53390"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2CE21"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A0C33"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554386936">
    <w:abstractNumId w:val="8"/>
  </w:num>
  <w:num w:numId="2" w16cid:durableId="1446339838">
    <w:abstractNumId w:val="6"/>
  </w:num>
  <w:num w:numId="3" w16cid:durableId="50887722">
    <w:abstractNumId w:val="5"/>
  </w:num>
  <w:num w:numId="4" w16cid:durableId="1812289685">
    <w:abstractNumId w:val="4"/>
  </w:num>
  <w:num w:numId="5" w16cid:durableId="421416914">
    <w:abstractNumId w:val="7"/>
  </w:num>
  <w:num w:numId="6" w16cid:durableId="2044015139">
    <w:abstractNumId w:val="3"/>
  </w:num>
  <w:num w:numId="7" w16cid:durableId="40058259">
    <w:abstractNumId w:val="2"/>
  </w:num>
  <w:num w:numId="8" w16cid:durableId="1072967186">
    <w:abstractNumId w:val="1"/>
  </w:num>
  <w:num w:numId="9" w16cid:durableId="769027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101B"/>
    <w:rsid w:val="00034616"/>
    <w:rsid w:val="00050A6B"/>
    <w:rsid w:val="0006063C"/>
    <w:rsid w:val="00066610"/>
    <w:rsid w:val="001216B9"/>
    <w:rsid w:val="0015074B"/>
    <w:rsid w:val="0029639D"/>
    <w:rsid w:val="00326F90"/>
    <w:rsid w:val="004A641F"/>
    <w:rsid w:val="004B593C"/>
    <w:rsid w:val="006D1AAE"/>
    <w:rsid w:val="006E2A8C"/>
    <w:rsid w:val="007749AF"/>
    <w:rsid w:val="00794EBC"/>
    <w:rsid w:val="00930F33"/>
    <w:rsid w:val="009854A5"/>
    <w:rsid w:val="009957E8"/>
    <w:rsid w:val="009A672A"/>
    <w:rsid w:val="009C3AF0"/>
    <w:rsid w:val="00A12EE5"/>
    <w:rsid w:val="00AA1D8D"/>
    <w:rsid w:val="00B47730"/>
    <w:rsid w:val="00BA4C2B"/>
    <w:rsid w:val="00BD0140"/>
    <w:rsid w:val="00C01C99"/>
    <w:rsid w:val="00C24502"/>
    <w:rsid w:val="00CB0664"/>
    <w:rsid w:val="00D253A3"/>
    <w:rsid w:val="00D57E81"/>
    <w:rsid w:val="00E8113B"/>
    <w:rsid w:val="00ED3244"/>
    <w:rsid w:val="00F66E14"/>
    <w:rsid w:val="00FC693F"/>
    <w:rsid w:val="043832DF"/>
    <w:rsid w:val="0D7E378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AA735AA"/>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104D7644-6FA0-487E-9611-6D8989A4D8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CDDBFD-0ADA-4C06-8A6F-9CC6C2D8A503}">
  <ds:schemaRefs>
    <ds:schemaRef ds:uri="http://schemas.microsoft.com/sharepoint/v3/contenttype/forms"/>
  </ds:schemaRefs>
</ds:datastoreItem>
</file>

<file path=customXml/itemProps4.xml><?xml version="1.0" encoding="utf-8"?>
<ds:datastoreItem xmlns:ds="http://schemas.openxmlformats.org/officeDocument/2006/customXml" ds:itemID="{122EBA47-4A0E-4226-86E8-C471BE6FB267}">
  <ds:schemaRefs>
    <ds:schemaRef ds:uri="http://purl.org/dc/dcmitype/"/>
    <ds:schemaRef ds:uri="http://www.w3.org/XML/1998/namespace"/>
    <ds:schemaRef ds:uri="5b1983e9-55b4-4f9e-a196-30376d2238aa"/>
    <ds:schemaRef ds:uri="http://purl.org/dc/terms/"/>
    <ds:schemaRef ds:uri="http://schemas.microsoft.com/sharepoint/v3"/>
    <ds:schemaRef ds:uri="eeef5ad7-d6de-419e-9305-cd9bdd8d89a9"/>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5061</Words>
  <Characters>28854</Characters>
  <Application>Microsoft Office Word</Application>
  <DocSecurity>4</DocSecurity>
  <Lines>240</Lines>
  <Paragraphs>67</Paragraphs>
  <ScaleCrop>false</ScaleCrop>
  <Manager/>
  <Company/>
  <LinksUpToDate>false</LinksUpToDate>
  <CharactersWithSpaces>33848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2024-05-21T16:14:00Z</dcterms:created>
  <dcterms:modified xsi:type="dcterms:W3CDTF">2024-05-21T16:14:00Z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