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E31A9" w14:textId="77777777" w:rsidR="00930F33" w:rsidRDefault="00930F33">
      <w:pPr>
        <w:spacing w:after="0"/>
        <w:rPr>
          <w:lang w:eastAsia="zh-CN"/>
        </w:rPr>
      </w:pPr>
    </w:p>
    <w:p w14:paraId="6AA40D57" w14:textId="77777777" w:rsidR="00691987" w:rsidRDefault="00C4776F">
      <w:r>
        <w:rPr>
          <w:rFonts w:ascii="Arial" w:hAnsi="Arial"/>
          <w:sz w:val="48"/>
        </w:rPr>
        <w:t>Participant #9 Audio (1)</w:t>
      </w:r>
    </w:p>
    <w:p w14:paraId="32A0A07E" w14:textId="77777777" w:rsidR="00691987" w:rsidRDefault="00C4776F">
      <w:r>
        <w:rPr>
          <w:rFonts w:ascii="Arial" w:hAnsi="Arial"/>
          <w:color w:val="4F6880"/>
        </w:rPr>
        <w:t>Sun, Nov 26, 2023 3:24PM • 53:02</w:t>
      </w:r>
    </w:p>
    <w:p w14:paraId="5739CC1A" w14:textId="77777777" w:rsidR="00691987" w:rsidRDefault="00C4776F">
      <w:pPr>
        <w:spacing w:before="440" w:after="0"/>
      </w:pPr>
      <w:r>
        <w:rPr>
          <w:rFonts w:ascii="Arial" w:hAnsi="Arial"/>
          <w:b/>
          <w:color w:val="4F6880"/>
        </w:rPr>
        <w:t>SUMMARY KEYWORDS</w:t>
      </w:r>
    </w:p>
    <w:p w14:paraId="5F57E27A" w14:textId="77777777" w:rsidR="00691987" w:rsidRDefault="00C4776F">
      <w:r>
        <w:rPr>
          <w:rFonts w:ascii="Arial" w:hAnsi="Arial"/>
          <w:color w:val="4F6880"/>
        </w:rPr>
        <w:t>rotating, mix, temperature, guess, thought, jello, water, bottom, jell, circle, experiment, moving, spinning, dye, acid, happen, stay, speed, hour, tank</w:t>
      </w:r>
    </w:p>
    <w:p w14:paraId="499844C7" w14:textId="77777777" w:rsidR="00691987" w:rsidRDefault="00C4776F">
      <w:pPr>
        <w:spacing w:before="440" w:after="0"/>
      </w:pPr>
      <w:r>
        <w:rPr>
          <w:rFonts w:ascii="Arial" w:hAnsi="Arial"/>
          <w:b/>
          <w:color w:val="4F6880"/>
        </w:rPr>
        <w:t>SPEAKERS</w:t>
      </w:r>
    </w:p>
    <w:p w14:paraId="719353B1" w14:textId="77777777" w:rsidR="00691987" w:rsidRDefault="00C4776F">
      <w:r>
        <w:rPr>
          <w:rFonts w:ascii="Arial" w:hAnsi="Arial"/>
          <w:color w:val="4F6880"/>
        </w:rPr>
        <w:t>Interviewer P:, Participant #9:, Interviewer E:</w:t>
      </w:r>
    </w:p>
    <w:p w14:paraId="3BFE9F7E" w14:textId="77777777" w:rsidR="00691987" w:rsidRDefault="00691987">
      <w:pPr>
        <w:spacing w:after="0"/>
      </w:pPr>
    </w:p>
    <w:p w14:paraId="323977B8" w14:textId="77777777" w:rsidR="00691987" w:rsidRDefault="00C4776F">
      <w:pPr>
        <w:spacing w:after="0"/>
      </w:pPr>
      <w:r>
        <w:rPr>
          <w:rFonts w:ascii="Arial" w:hAnsi="Arial"/>
          <w:b/>
        </w:rPr>
        <w:t xml:space="preserve">Interviewer E:  </w:t>
      </w:r>
      <w:r>
        <w:rPr>
          <w:rFonts w:ascii="Arial" w:hAnsi="Arial"/>
          <w:color w:val="5D7284"/>
        </w:rPr>
        <w:t>00:02</w:t>
      </w:r>
    </w:p>
    <w:p w14:paraId="61B2AA9A" w14:textId="77777777" w:rsidR="00691987" w:rsidRDefault="00C4776F">
      <w:pPr>
        <w:spacing w:after="0"/>
      </w:pPr>
      <w:r>
        <w:rPr>
          <w:rFonts w:ascii="Arial" w:hAnsi="Arial"/>
        </w:rPr>
        <w:t>Okay</w:t>
      </w:r>
    </w:p>
    <w:p w14:paraId="1E47D134" w14:textId="77777777" w:rsidR="00691987" w:rsidRDefault="00691987">
      <w:pPr>
        <w:spacing w:after="0"/>
      </w:pPr>
    </w:p>
    <w:p w14:paraId="44318A03" w14:textId="77777777" w:rsidR="00691987" w:rsidRDefault="00C4776F">
      <w:pPr>
        <w:spacing w:after="0"/>
      </w:pPr>
      <w:r>
        <w:rPr>
          <w:rFonts w:ascii="Arial" w:hAnsi="Arial"/>
          <w:b/>
        </w:rPr>
        <w:t xml:space="preserve">Interviewer P:  </w:t>
      </w:r>
      <w:r>
        <w:rPr>
          <w:rFonts w:ascii="Arial" w:hAnsi="Arial"/>
          <w:color w:val="5D7284"/>
        </w:rPr>
        <w:t>00:08</w:t>
      </w:r>
    </w:p>
    <w:p w14:paraId="3B8871ED" w14:textId="77777777" w:rsidR="00691987" w:rsidRDefault="00C4776F">
      <w:pPr>
        <w:spacing w:after="0"/>
      </w:pPr>
      <w:r>
        <w:rPr>
          <w:rFonts w:ascii="Arial" w:hAnsi="Arial"/>
        </w:rPr>
        <w:t>Turn it on.</w:t>
      </w:r>
    </w:p>
    <w:p w14:paraId="7C876CF5" w14:textId="77777777" w:rsidR="00691987" w:rsidRDefault="00691987">
      <w:pPr>
        <w:spacing w:after="0"/>
      </w:pPr>
    </w:p>
    <w:p w14:paraId="726BE75D" w14:textId="77777777" w:rsidR="00691987" w:rsidRDefault="00C4776F">
      <w:pPr>
        <w:spacing w:after="0"/>
      </w:pPr>
      <w:r>
        <w:rPr>
          <w:rFonts w:ascii="Arial" w:hAnsi="Arial"/>
          <w:b/>
        </w:rPr>
        <w:t xml:space="preserve">Interviewer E:  </w:t>
      </w:r>
      <w:r>
        <w:rPr>
          <w:rFonts w:ascii="Arial" w:hAnsi="Arial"/>
          <w:color w:val="5D7284"/>
        </w:rPr>
        <w:t>00:29</w:t>
      </w:r>
    </w:p>
    <w:p w14:paraId="3097DE6F" w14:textId="77777777" w:rsidR="00691987" w:rsidRDefault="00C4776F">
      <w:pPr>
        <w:spacing w:after="0"/>
      </w:pPr>
      <w:r>
        <w:rPr>
          <w:rFonts w:ascii="Arial" w:hAnsi="Arial"/>
        </w:rPr>
        <w:t xml:space="preserve">So, I just want to show you something first. Oh, this is participant number nine. So, I, this is cold water </w:t>
      </w:r>
      <w:r>
        <w:rPr>
          <w:rFonts w:ascii="Arial" w:hAnsi="Arial"/>
        </w:rPr>
        <w:t>that we've dyed blue and this is hot water that we have dyed red. So what I'm going to do is pull the red water here and pour the blue water here. And then I'm going to lift up this barrier, and they're going to interact right? So after one minute of them interacting with each other, I want you to draw like what you would assume it would look like after one minute and you can use these colors.</w:t>
      </w:r>
    </w:p>
    <w:p w14:paraId="4D3D27B5" w14:textId="77777777" w:rsidR="00691987" w:rsidRDefault="00691987">
      <w:pPr>
        <w:spacing w:after="0"/>
      </w:pPr>
    </w:p>
    <w:p w14:paraId="3E292D5C" w14:textId="77777777" w:rsidR="00691987" w:rsidRDefault="00C4776F">
      <w:pPr>
        <w:spacing w:after="0"/>
      </w:pPr>
      <w:r>
        <w:rPr>
          <w:rFonts w:ascii="Arial" w:hAnsi="Arial"/>
          <w:b/>
        </w:rPr>
        <w:t xml:space="preserve">Participant #9:  </w:t>
      </w:r>
      <w:r>
        <w:rPr>
          <w:rFonts w:ascii="Arial" w:hAnsi="Arial"/>
          <w:color w:val="5D7284"/>
        </w:rPr>
        <w:t>01:19</w:t>
      </w:r>
    </w:p>
    <w:p w14:paraId="4CBDFDC2" w14:textId="77777777" w:rsidR="00691987" w:rsidRDefault="00C4776F">
      <w:pPr>
        <w:spacing w:after="0"/>
      </w:pPr>
      <w:r>
        <w:rPr>
          <w:rFonts w:ascii="Arial" w:hAnsi="Arial"/>
        </w:rPr>
        <w:t xml:space="preserve">Can I do it now? </w:t>
      </w:r>
    </w:p>
    <w:p w14:paraId="2FBCE56D" w14:textId="77777777" w:rsidR="00691987" w:rsidRDefault="00691987">
      <w:pPr>
        <w:spacing w:after="0"/>
      </w:pPr>
    </w:p>
    <w:p w14:paraId="7CBA5A4A" w14:textId="77777777" w:rsidR="00691987" w:rsidRDefault="00C4776F">
      <w:pPr>
        <w:spacing w:after="0"/>
      </w:pPr>
      <w:r>
        <w:rPr>
          <w:rFonts w:ascii="Arial" w:hAnsi="Arial"/>
          <w:b/>
        </w:rPr>
        <w:t xml:space="preserve">Interviewer E:  </w:t>
      </w:r>
      <w:r>
        <w:rPr>
          <w:rFonts w:ascii="Arial" w:hAnsi="Arial"/>
          <w:color w:val="5D7284"/>
        </w:rPr>
        <w:t>01:19</w:t>
      </w:r>
    </w:p>
    <w:p w14:paraId="1426C4F8" w14:textId="77777777" w:rsidR="00691987" w:rsidRDefault="00C4776F">
      <w:pPr>
        <w:spacing w:after="0"/>
      </w:pPr>
      <w:r>
        <w:rPr>
          <w:rFonts w:ascii="Arial" w:hAnsi="Arial"/>
        </w:rPr>
        <w:t xml:space="preserve">Yep. </w:t>
      </w:r>
    </w:p>
    <w:p w14:paraId="2E5F09C7" w14:textId="77777777" w:rsidR="00691987" w:rsidRDefault="00691987">
      <w:pPr>
        <w:spacing w:after="0"/>
      </w:pPr>
    </w:p>
    <w:p w14:paraId="0F06ED2A" w14:textId="77777777" w:rsidR="00691987" w:rsidRDefault="00C4776F">
      <w:pPr>
        <w:spacing w:after="0"/>
      </w:pPr>
      <w:r>
        <w:rPr>
          <w:rFonts w:ascii="Arial" w:hAnsi="Arial"/>
          <w:b/>
        </w:rPr>
        <w:t xml:space="preserve">Participant #9:  </w:t>
      </w:r>
      <w:r>
        <w:rPr>
          <w:rFonts w:ascii="Arial" w:hAnsi="Arial"/>
          <w:color w:val="5D7284"/>
        </w:rPr>
        <w:t>01:22</w:t>
      </w:r>
    </w:p>
    <w:p w14:paraId="17C51DE1" w14:textId="77777777" w:rsidR="00691987" w:rsidRDefault="00C4776F">
      <w:pPr>
        <w:spacing w:after="0"/>
      </w:pPr>
      <w:r>
        <w:rPr>
          <w:rFonts w:ascii="Arial" w:hAnsi="Arial"/>
        </w:rPr>
        <w:t>You said that's cold water and hot water. I have no idea but.</w:t>
      </w:r>
    </w:p>
    <w:p w14:paraId="00180E5E" w14:textId="77777777" w:rsidR="00691987" w:rsidRDefault="00691987">
      <w:pPr>
        <w:spacing w:after="0"/>
      </w:pPr>
    </w:p>
    <w:p w14:paraId="35EBE685" w14:textId="77777777" w:rsidR="00691987" w:rsidRDefault="00C4776F">
      <w:pPr>
        <w:spacing w:after="0"/>
      </w:pPr>
      <w:r>
        <w:rPr>
          <w:rFonts w:ascii="Arial" w:hAnsi="Arial"/>
          <w:b/>
        </w:rPr>
        <w:t xml:space="preserve">Interviewer E:  </w:t>
      </w:r>
      <w:r>
        <w:rPr>
          <w:rFonts w:ascii="Arial" w:hAnsi="Arial"/>
          <w:color w:val="5D7284"/>
        </w:rPr>
        <w:t>01:27</w:t>
      </w:r>
    </w:p>
    <w:p w14:paraId="35F742E7" w14:textId="77777777" w:rsidR="00691987" w:rsidRDefault="00C4776F">
      <w:pPr>
        <w:spacing w:after="0"/>
      </w:pPr>
      <w:r>
        <w:rPr>
          <w:rFonts w:ascii="Arial" w:hAnsi="Arial"/>
        </w:rPr>
        <w:t xml:space="preserve">Thats alright whatever you think will happen in a minute? Can you explain to me what you have going on there? </w:t>
      </w:r>
    </w:p>
    <w:p w14:paraId="69CE5D13" w14:textId="77777777" w:rsidR="00691987" w:rsidRDefault="00691987">
      <w:pPr>
        <w:spacing w:after="0"/>
      </w:pPr>
    </w:p>
    <w:p w14:paraId="2CD594D8" w14:textId="77777777" w:rsidR="00691987" w:rsidRDefault="00C4776F">
      <w:pPr>
        <w:spacing w:after="0"/>
      </w:pPr>
      <w:r>
        <w:rPr>
          <w:rFonts w:ascii="Arial" w:hAnsi="Arial"/>
          <w:b/>
        </w:rPr>
        <w:t xml:space="preserve">Participant #9:  </w:t>
      </w:r>
      <w:r>
        <w:rPr>
          <w:rFonts w:ascii="Arial" w:hAnsi="Arial"/>
          <w:color w:val="5D7284"/>
        </w:rPr>
        <w:t>02:23</w:t>
      </w:r>
    </w:p>
    <w:p w14:paraId="18BBEE60" w14:textId="77777777" w:rsidR="00691987" w:rsidRDefault="00C4776F">
      <w:pPr>
        <w:spacing w:after="0"/>
      </w:pPr>
      <w:r>
        <w:rPr>
          <w:rFonts w:ascii="Arial" w:hAnsi="Arial"/>
        </w:rPr>
        <w:t xml:space="preserve">I don't know. I think it's gonna like be mixed mostly. But I just like I don't know something's telling me the reds gonna be like more on the bottom. I guess. </w:t>
      </w:r>
    </w:p>
    <w:p w14:paraId="7CB48C6C" w14:textId="77777777" w:rsidR="00691987" w:rsidRDefault="00691987">
      <w:pPr>
        <w:spacing w:after="0"/>
      </w:pPr>
    </w:p>
    <w:p w14:paraId="357C0A3D" w14:textId="77777777" w:rsidR="00691987" w:rsidRDefault="00C4776F">
      <w:pPr>
        <w:spacing w:after="0"/>
      </w:pPr>
      <w:r>
        <w:rPr>
          <w:rFonts w:ascii="Arial" w:hAnsi="Arial"/>
          <w:b/>
        </w:rPr>
        <w:t xml:space="preserve">Interviewer E:  </w:t>
      </w:r>
      <w:r>
        <w:rPr>
          <w:rFonts w:ascii="Arial" w:hAnsi="Arial"/>
          <w:color w:val="5D7284"/>
        </w:rPr>
        <w:t>02:34</w:t>
      </w:r>
    </w:p>
    <w:p w14:paraId="72A19B80" w14:textId="77777777" w:rsidR="00691987" w:rsidRDefault="00C4776F">
      <w:pPr>
        <w:spacing w:after="0"/>
      </w:pPr>
      <w:r>
        <w:rPr>
          <w:rFonts w:ascii="Arial" w:hAnsi="Arial"/>
        </w:rPr>
        <w:t>Yeah.</w:t>
      </w:r>
    </w:p>
    <w:p w14:paraId="3CD7796F" w14:textId="77777777" w:rsidR="00691987" w:rsidRDefault="00691987">
      <w:pPr>
        <w:spacing w:after="0"/>
      </w:pPr>
    </w:p>
    <w:p w14:paraId="315A5B96" w14:textId="77777777" w:rsidR="00691987" w:rsidRDefault="00C4776F">
      <w:pPr>
        <w:spacing w:after="0"/>
      </w:pPr>
      <w:r>
        <w:rPr>
          <w:rFonts w:ascii="Arial" w:hAnsi="Arial"/>
          <w:b/>
        </w:rPr>
        <w:t xml:space="preserve">Participant #9:  </w:t>
      </w:r>
      <w:r>
        <w:rPr>
          <w:rFonts w:ascii="Arial" w:hAnsi="Arial"/>
          <w:color w:val="5D7284"/>
        </w:rPr>
        <w:t>02:35</w:t>
      </w:r>
    </w:p>
    <w:p w14:paraId="72784F2C" w14:textId="77777777" w:rsidR="00691987" w:rsidRDefault="00C4776F">
      <w:pPr>
        <w:spacing w:after="0"/>
      </w:pPr>
      <w:r>
        <w:rPr>
          <w:rFonts w:ascii="Arial" w:hAnsi="Arial"/>
        </w:rPr>
        <w:t>But, I feel like it's gonna be mixed. Mostly.</w:t>
      </w:r>
    </w:p>
    <w:p w14:paraId="0C824858" w14:textId="77777777" w:rsidR="00691987" w:rsidRDefault="00691987">
      <w:pPr>
        <w:spacing w:after="0"/>
      </w:pPr>
    </w:p>
    <w:p w14:paraId="7D1E0718" w14:textId="77777777" w:rsidR="00691987" w:rsidRDefault="00C4776F">
      <w:pPr>
        <w:spacing w:after="0"/>
      </w:pPr>
      <w:r>
        <w:rPr>
          <w:rFonts w:ascii="Arial" w:hAnsi="Arial"/>
          <w:b/>
        </w:rPr>
        <w:t xml:space="preserve">Interviewer E:  </w:t>
      </w:r>
      <w:r>
        <w:rPr>
          <w:rFonts w:ascii="Arial" w:hAnsi="Arial"/>
          <w:color w:val="5D7284"/>
        </w:rPr>
        <w:t>02:37</w:t>
      </w:r>
    </w:p>
    <w:p w14:paraId="04032D97" w14:textId="77777777" w:rsidR="00691987" w:rsidRDefault="00C4776F">
      <w:pPr>
        <w:spacing w:after="0"/>
      </w:pPr>
      <w:r>
        <w:rPr>
          <w:rFonts w:ascii="Arial" w:hAnsi="Arial"/>
        </w:rPr>
        <w:t xml:space="preserve">Why do you think the reds </w:t>
      </w:r>
      <w:r>
        <w:rPr>
          <w:rFonts w:ascii="Arial" w:hAnsi="Arial"/>
        </w:rPr>
        <w:t>gonna be on the bottom?</w:t>
      </w:r>
    </w:p>
    <w:p w14:paraId="08F8B5BA" w14:textId="77777777" w:rsidR="00691987" w:rsidRDefault="00691987">
      <w:pPr>
        <w:spacing w:after="0"/>
      </w:pPr>
    </w:p>
    <w:p w14:paraId="48605911" w14:textId="77777777" w:rsidR="00691987" w:rsidRDefault="00C4776F">
      <w:pPr>
        <w:spacing w:after="0"/>
      </w:pPr>
      <w:r>
        <w:rPr>
          <w:rFonts w:ascii="Arial" w:hAnsi="Arial"/>
          <w:b/>
        </w:rPr>
        <w:t xml:space="preserve">Participant #9:  </w:t>
      </w:r>
      <w:r>
        <w:rPr>
          <w:rFonts w:ascii="Arial" w:hAnsi="Arial"/>
          <w:color w:val="5D7284"/>
        </w:rPr>
        <w:t>02:39</w:t>
      </w:r>
    </w:p>
    <w:p w14:paraId="3345B95E" w14:textId="77777777" w:rsidR="00691987" w:rsidRDefault="00C4776F">
      <w:pPr>
        <w:spacing w:after="0"/>
      </w:pPr>
      <w:r>
        <w:rPr>
          <w:rFonts w:ascii="Arial" w:hAnsi="Arial"/>
        </w:rPr>
        <w:t>I don't know. Just because I don't know. I feel like that's just my guess. But I think it's gonna be mixed mostly.</w:t>
      </w:r>
    </w:p>
    <w:p w14:paraId="14E51CF9" w14:textId="77777777" w:rsidR="00691987" w:rsidRDefault="00691987">
      <w:pPr>
        <w:spacing w:after="0"/>
      </w:pPr>
    </w:p>
    <w:p w14:paraId="34953D6C" w14:textId="77777777" w:rsidR="00691987" w:rsidRDefault="00C4776F">
      <w:pPr>
        <w:spacing w:after="0"/>
      </w:pPr>
      <w:r>
        <w:rPr>
          <w:rFonts w:ascii="Arial" w:hAnsi="Arial"/>
          <w:b/>
        </w:rPr>
        <w:t xml:space="preserve">Interviewer E:  </w:t>
      </w:r>
      <w:r>
        <w:rPr>
          <w:rFonts w:ascii="Arial" w:hAnsi="Arial"/>
          <w:color w:val="5D7284"/>
        </w:rPr>
        <w:t>02:49</w:t>
      </w:r>
    </w:p>
    <w:p w14:paraId="5C621E37" w14:textId="77777777" w:rsidR="00691987" w:rsidRDefault="00C4776F">
      <w:pPr>
        <w:spacing w:after="0"/>
      </w:pPr>
      <w:r>
        <w:rPr>
          <w:rFonts w:ascii="Arial" w:hAnsi="Arial"/>
        </w:rPr>
        <w:t xml:space="preserve">Right, What if I what what do you think will happen as soon as I </w:t>
      </w:r>
      <w:r>
        <w:rPr>
          <w:rFonts w:ascii="Arial" w:hAnsi="Arial"/>
        </w:rPr>
        <w:t>pull it out? How do you think they're gonna interact with each other?</w:t>
      </w:r>
    </w:p>
    <w:p w14:paraId="3B2E16D9" w14:textId="77777777" w:rsidR="00691987" w:rsidRDefault="00691987">
      <w:pPr>
        <w:spacing w:after="0"/>
      </w:pPr>
    </w:p>
    <w:p w14:paraId="722F47C3" w14:textId="77777777" w:rsidR="00691987" w:rsidRDefault="00C4776F">
      <w:pPr>
        <w:spacing w:after="0"/>
      </w:pPr>
      <w:r>
        <w:rPr>
          <w:rFonts w:ascii="Arial" w:hAnsi="Arial"/>
          <w:b/>
        </w:rPr>
        <w:t xml:space="preserve">Participant #9:  </w:t>
      </w:r>
      <w:r>
        <w:rPr>
          <w:rFonts w:ascii="Arial" w:hAnsi="Arial"/>
          <w:color w:val="5D7284"/>
        </w:rPr>
        <w:t>03:00</w:t>
      </w:r>
    </w:p>
    <w:p w14:paraId="1AE1083E" w14:textId="77777777" w:rsidR="00691987" w:rsidRDefault="00C4776F">
      <w:pPr>
        <w:spacing w:after="0"/>
      </w:pPr>
      <w:r>
        <w:rPr>
          <w:rFonts w:ascii="Arial" w:hAnsi="Arial"/>
        </w:rPr>
        <w:t>I don't think it'll instantly mix but I think slowly it'll start mixing together than the beginning it's a little bit more separated.</w:t>
      </w:r>
    </w:p>
    <w:p w14:paraId="4605E480" w14:textId="77777777" w:rsidR="00691987" w:rsidRDefault="00691987">
      <w:pPr>
        <w:spacing w:after="0"/>
      </w:pPr>
    </w:p>
    <w:p w14:paraId="6B1BE242" w14:textId="77777777" w:rsidR="00691987" w:rsidRDefault="00C4776F">
      <w:pPr>
        <w:spacing w:after="0"/>
      </w:pPr>
      <w:r>
        <w:rPr>
          <w:rFonts w:ascii="Arial" w:hAnsi="Arial"/>
          <w:b/>
        </w:rPr>
        <w:t xml:space="preserve">Interviewer E:  </w:t>
      </w:r>
      <w:r>
        <w:rPr>
          <w:rFonts w:ascii="Arial" w:hAnsi="Arial"/>
          <w:color w:val="5D7284"/>
        </w:rPr>
        <w:t>03:09</w:t>
      </w:r>
    </w:p>
    <w:p w14:paraId="27C3DD10" w14:textId="77777777" w:rsidR="00691987" w:rsidRDefault="00C4776F">
      <w:pPr>
        <w:spacing w:after="0"/>
      </w:pPr>
      <w:r>
        <w:rPr>
          <w:rFonts w:ascii="Arial" w:hAnsi="Arial"/>
        </w:rPr>
        <w:t>Right.</w:t>
      </w:r>
    </w:p>
    <w:p w14:paraId="2004759F" w14:textId="77777777" w:rsidR="00691987" w:rsidRDefault="00691987">
      <w:pPr>
        <w:spacing w:after="0"/>
      </w:pPr>
    </w:p>
    <w:p w14:paraId="66212130" w14:textId="77777777" w:rsidR="00691987" w:rsidRDefault="00C4776F">
      <w:pPr>
        <w:spacing w:after="0"/>
      </w:pPr>
      <w:r>
        <w:rPr>
          <w:rFonts w:ascii="Arial" w:hAnsi="Arial"/>
          <w:b/>
        </w:rPr>
        <w:t xml:space="preserve">Participant #9:  </w:t>
      </w:r>
      <w:r>
        <w:rPr>
          <w:rFonts w:ascii="Arial" w:hAnsi="Arial"/>
          <w:color w:val="5D7284"/>
        </w:rPr>
        <w:t>03:10</w:t>
      </w:r>
    </w:p>
    <w:p w14:paraId="200312C5" w14:textId="77777777" w:rsidR="00691987" w:rsidRDefault="00C4776F">
      <w:pPr>
        <w:spacing w:after="0"/>
      </w:pPr>
      <w:r>
        <w:rPr>
          <w:rFonts w:ascii="Arial" w:hAnsi="Arial"/>
        </w:rPr>
        <w:t>Maybe yeah.</w:t>
      </w:r>
    </w:p>
    <w:p w14:paraId="30F3CB5C" w14:textId="77777777" w:rsidR="00691987" w:rsidRDefault="00691987">
      <w:pPr>
        <w:spacing w:after="0"/>
      </w:pPr>
    </w:p>
    <w:p w14:paraId="13CD6051" w14:textId="77777777" w:rsidR="00691987" w:rsidRDefault="00C4776F">
      <w:pPr>
        <w:spacing w:after="0"/>
      </w:pPr>
      <w:r>
        <w:rPr>
          <w:rFonts w:ascii="Arial" w:hAnsi="Arial"/>
          <w:b/>
        </w:rPr>
        <w:t xml:space="preserve">Interviewer E:  </w:t>
      </w:r>
      <w:r>
        <w:rPr>
          <w:rFonts w:ascii="Arial" w:hAnsi="Arial"/>
          <w:color w:val="5D7284"/>
        </w:rPr>
        <w:t>03:12</w:t>
      </w:r>
    </w:p>
    <w:p w14:paraId="48F4B960" w14:textId="77777777" w:rsidR="00691987" w:rsidRDefault="00C4776F">
      <w:pPr>
        <w:spacing w:after="0"/>
      </w:pPr>
      <w:r>
        <w:rPr>
          <w:rFonts w:ascii="Arial" w:hAnsi="Arial"/>
        </w:rPr>
        <w:t xml:space="preserve">Alright cool. So I'm going to do that and we're going to find out what happens after I've been on record the time it. Alright let me try not to spill start the timer </w:t>
      </w:r>
    </w:p>
    <w:p w14:paraId="6F786952" w14:textId="77777777" w:rsidR="00691987" w:rsidRDefault="00691987">
      <w:pPr>
        <w:spacing w:after="0"/>
      </w:pPr>
    </w:p>
    <w:p w14:paraId="796D59A2" w14:textId="77777777" w:rsidR="00691987" w:rsidRDefault="00C4776F">
      <w:pPr>
        <w:spacing w:after="0"/>
      </w:pPr>
      <w:r>
        <w:rPr>
          <w:rFonts w:ascii="Arial" w:hAnsi="Arial"/>
          <w:b/>
        </w:rPr>
        <w:t xml:space="preserve">Participant #9:  </w:t>
      </w:r>
      <w:r>
        <w:rPr>
          <w:rFonts w:ascii="Arial" w:hAnsi="Arial"/>
          <w:color w:val="5D7284"/>
        </w:rPr>
        <w:t>03:49</w:t>
      </w:r>
    </w:p>
    <w:p w14:paraId="73149CF3" w14:textId="77777777" w:rsidR="00691987" w:rsidRDefault="00C4776F">
      <w:pPr>
        <w:spacing w:after="0"/>
      </w:pPr>
      <w:r>
        <w:rPr>
          <w:rFonts w:ascii="Arial" w:hAnsi="Arial"/>
        </w:rPr>
        <w:t xml:space="preserve">Oh wow. Cool </w:t>
      </w:r>
    </w:p>
    <w:p w14:paraId="78D61547" w14:textId="77777777" w:rsidR="00691987" w:rsidRDefault="00691987">
      <w:pPr>
        <w:spacing w:after="0"/>
      </w:pPr>
    </w:p>
    <w:p w14:paraId="47FB4080" w14:textId="77777777" w:rsidR="00691987" w:rsidRDefault="00C4776F">
      <w:pPr>
        <w:spacing w:after="0"/>
      </w:pPr>
      <w:r>
        <w:rPr>
          <w:rFonts w:ascii="Arial" w:hAnsi="Arial"/>
          <w:b/>
        </w:rPr>
        <w:t xml:space="preserve">Interviewer E:  </w:t>
      </w:r>
      <w:r>
        <w:rPr>
          <w:rFonts w:ascii="Arial" w:hAnsi="Arial"/>
          <w:color w:val="5D7284"/>
        </w:rPr>
        <w:t>04:49</w:t>
      </w:r>
    </w:p>
    <w:p w14:paraId="0CE64425" w14:textId="77777777" w:rsidR="00691987" w:rsidRDefault="00C4776F">
      <w:pPr>
        <w:spacing w:after="0"/>
      </w:pPr>
      <w:r>
        <w:rPr>
          <w:rFonts w:ascii="Arial" w:hAnsi="Arial"/>
        </w:rPr>
        <w:t>Yeah. So what did you find interesting or what surprised you compared to you know.</w:t>
      </w:r>
    </w:p>
    <w:p w14:paraId="78D10A84" w14:textId="77777777" w:rsidR="00691987" w:rsidRDefault="00691987">
      <w:pPr>
        <w:spacing w:after="0"/>
      </w:pPr>
    </w:p>
    <w:p w14:paraId="068D6A4F" w14:textId="77777777" w:rsidR="00691987" w:rsidRDefault="00C4776F">
      <w:pPr>
        <w:spacing w:after="0"/>
      </w:pPr>
      <w:r>
        <w:rPr>
          <w:rFonts w:ascii="Arial" w:hAnsi="Arial"/>
          <w:b/>
        </w:rPr>
        <w:t xml:space="preserve">Participant #9:  </w:t>
      </w:r>
      <w:r>
        <w:rPr>
          <w:rFonts w:ascii="Arial" w:hAnsi="Arial"/>
          <w:color w:val="5D7284"/>
        </w:rPr>
        <w:t>04:54</w:t>
      </w:r>
    </w:p>
    <w:p w14:paraId="7A341204" w14:textId="77777777" w:rsidR="00691987" w:rsidRDefault="00C4776F">
      <w:pPr>
        <w:spacing w:after="0"/>
      </w:pPr>
      <w:r>
        <w:rPr>
          <w:rFonts w:ascii="Arial" w:hAnsi="Arial"/>
        </w:rPr>
        <w:t xml:space="preserve">I feel like I've never seen like hot water and cold water interact with like different colors, so I feel like it was very interesting to watch. Yeah, I just kept on, like, moving around. And I was just like wondering what was gonna happen, but it was pretty interesting. Like, it's nice to see it in color. </w:t>
      </w:r>
    </w:p>
    <w:p w14:paraId="3AA421EF" w14:textId="77777777" w:rsidR="00691987" w:rsidRDefault="00691987">
      <w:pPr>
        <w:spacing w:after="0"/>
      </w:pPr>
    </w:p>
    <w:p w14:paraId="45B698AD" w14:textId="77777777" w:rsidR="00691987" w:rsidRDefault="00C4776F">
      <w:pPr>
        <w:spacing w:after="0"/>
      </w:pPr>
      <w:r>
        <w:rPr>
          <w:rFonts w:ascii="Arial" w:hAnsi="Arial"/>
          <w:b/>
        </w:rPr>
        <w:t xml:space="preserve">Interviewer E:  </w:t>
      </w:r>
      <w:r>
        <w:rPr>
          <w:rFonts w:ascii="Arial" w:hAnsi="Arial"/>
          <w:color w:val="5D7284"/>
        </w:rPr>
        <w:t>05:14</w:t>
      </w:r>
    </w:p>
    <w:p w14:paraId="090C104C" w14:textId="77777777" w:rsidR="00691987" w:rsidRDefault="00C4776F">
      <w:pPr>
        <w:spacing w:after="0"/>
      </w:pPr>
      <w:r>
        <w:rPr>
          <w:rFonts w:ascii="Arial" w:hAnsi="Arial"/>
        </w:rPr>
        <w:lastRenderedPageBreak/>
        <w:t>Yeah, why do you think it? Why do you think it's separated the way that it is?</w:t>
      </w:r>
    </w:p>
    <w:p w14:paraId="2ED9F938" w14:textId="77777777" w:rsidR="00691987" w:rsidRDefault="00691987">
      <w:pPr>
        <w:spacing w:after="0"/>
      </w:pPr>
    </w:p>
    <w:p w14:paraId="7B3AA95D" w14:textId="77777777" w:rsidR="00691987" w:rsidRDefault="00C4776F">
      <w:pPr>
        <w:spacing w:after="0"/>
      </w:pPr>
      <w:r>
        <w:rPr>
          <w:rFonts w:ascii="Arial" w:hAnsi="Arial"/>
          <w:b/>
        </w:rPr>
        <w:t xml:space="preserve">Participant #9:  </w:t>
      </w:r>
      <w:r>
        <w:rPr>
          <w:rFonts w:ascii="Arial" w:hAnsi="Arial"/>
          <w:color w:val="5D7284"/>
        </w:rPr>
        <w:t>05:23</w:t>
      </w:r>
    </w:p>
    <w:p w14:paraId="148054B1" w14:textId="77777777" w:rsidR="00691987" w:rsidRDefault="00C4776F">
      <w:pPr>
        <w:spacing w:after="0"/>
      </w:pPr>
      <w:r>
        <w:rPr>
          <w:rFonts w:ascii="Arial" w:hAnsi="Arial"/>
        </w:rPr>
        <w:t>I don't have a scientific answer. But , I mean, hot water and cold water are completely different. So I guess there's just a big difference. So I don't know how the coal went bottom and hot water. Right. But, yeah, the best answer i can do.</w:t>
      </w:r>
    </w:p>
    <w:p w14:paraId="1A3DC02D" w14:textId="77777777" w:rsidR="00691987" w:rsidRDefault="00691987">
      <w:pPr>
        <w:spacing w:after="0"/>
      </w:pPr>
    </w:p>
    <w:p w14:paraId="4E0248D3" w14:textId="77777777" w:rsidR="00691987" w:rsidRDefault="00C4776F">
      <w:pPr>
        <w:spacing w:after="0"/>
      </w:pPr>
      <w:r>
        <w:rPr>
          <w:rFonts w:ascii="Arial" w:hAnsi="Arial"/>
          <w:b/>
        </w:rPr>
        <w:t xml:space="preserve">Interviewer E:  </w:t>
      </w:r>
      <w:r>
        <w:rPr>
          <w:rFonts w:ascii="Arial" w:hAnsi="Arial"/>
          <w:color w:val="5D7284"/>
        </w:rPr>
        <w:t>05:40</w:t>
      </w:r>
    </w:p>
    <w:p w14:paraId="48B0B59F" w14:textId="77777777" w:rsidR="00691987" w:rsidRDefault="00C4776F">
      <w:pPr>
        <w:spacing w:after="0"/>
      </w:pPr>
      <w:r>
        <w:rPr>
          <w:rFonts w:ascii="Arial" w:hAnsi="Arial"/>
        </w:rPr>
        <w:t xml:space="preserve">So just like the difference in temperature, right. Okay. Okay. So if we were to let this sit here, right. Do you think this would stay layered like this forever? Or do you think </w:t>
      </w:r>
      <w:r>
        <w:rPr>
          <w:rFonts w:ascii="Arial" w:hAnsi="Arial"/>
        </w:rPr>
        <w:t>after certain amount of time it would mix? What How long do you think it would take If that were the case?</w:t>
      </w:r>
    </w:p>
    <w:p w14:paraId="3E346EFA" w14:textId="77777777" w:rsidR="00691987" w:rsidRDefault="00691987">
      <w:pPr>
        <w:spacing w:after="0"/>
      </w:pPr>
    </w:p>
    <w:p w14:paraId="7C923AF8" w14:textId="77777777" w:rsidR="00691987" w:rsidRDefault="00C4776F">
      <w:pPr>
        <w:spacing w:after="0"/>
      </w:pPr>
      <w:r>
        <w:rPr>
          <w:rFonts w:ascii="Arial" w:hAnsi="Arial"/>
          <w:b/>
        </w:rPr>
        <w:t xml:space="preserve">Participant #9:  </w:t>
      </w:r>
      <w:r>
        <w:rPr>
          <w:rFonts w:ascii="Arial" w:hAnsi="Arial"/>
          <w:color w:val="5D7284"/>
        </w:rPr>
        <w:t>06:00</w:t>
      </w:r>
    </w:p>
    <w:p w14:paraId="10ED273F" w14:textId="77777777" w:rsidR="00691987" w:rsidRDefault="00C4776F">
      <w:pPr>
        <w:spacing w:after="0"/>
      </w:pPr>
      <w:r>
        <w:rPr>
          <w:rFonts w:ascii="Arial" w:hAnsi="Arial"/>
        </w:rPr>
        <w:t>A part of me? He's telling me that. He leaves us until like, everything cools, it'll mix. But a part of me is like, I don't think that's going to happen.</w:t>
      </w:r>
    </w:p>
    <w:p w14:paraId="750745C5" w14:textId="77777777" w:rsidR="00691987" w:rsidRDefault="00691987">
      <w:pPr>
        <w:spacing w:after="0"/>
      </w:pPr>
    </w:p>
    <w:p w14:paraId="330C8503" w14:textId="77777777" w:rsidR="00691987" w:rsidRDefault="00C4776F">
      <w:pPr>
        <w:spacing w:after="0"/>
      </w:pPr>
      <w:r>
        <w:rPr>
          <w:rFonts w:ascii="Arial" w:hAnsi="Arial"/>
          <w:b/>
        </w:rPr>
        <w:t xml:space="preserve">Interviewer E:  </w:t>
      </w:r>
      <w:r>
        <w:rPr>
          <w:rFonts w:ascii="Arial" w:hAnsi="Arial"/>
          <w:color w:val="5D7284"/>
        </w:rPr>
        <w:t>06:11</w:t>
      </w:r>
    </w:p>
    <w:p w14:paraId="0257940B" w14:textId="77777777" w:rsidR="00691987" w:rsidRDefault="00C4776F">
      <w:pPr>
        <w:spacing w:after="0"/>
      </w:pPr>
      <w:r>
        <w:rPr>
          <w:rFonts w:ascii="Arial" w:hAnsi="Arial"/>
        </w:rPr>
        <w:t xml:space="preserve">By cold do you mean, like the temperatures will be the same? </w:t>
      </w:r>
    </w:p>
    <w:p w14:paraId="74D71633" w14:textId="77777777" w:rsidR="00691987" w:rsidRDefault="00691987">
      <w:pPr>
        <w:spacing w:after="0"/>
      </w:pPr>
    </w:p>
    <w:p w14:paraId="7A7BA92C" w14:textId="77777777" w:rsidR="00691987" w:rsidRDefault="00C4776F">
      <w:pPr>
        <w:spacing w:after="0"/>
      </w:pPr>
      <w:r>
        <w:rPr>
          <w:rFonts w:ascii="Arial" w:hAnsi="Arial"/>
          <w:b/>
        </w:rPr>
        <w:t xml:space="preserve">Participant #9:  </w:t>
      </w:r>
      <w:r>
        <w:rPr>
          <w:rFonts w:ascii="Arial" w:hAnsi="Arial"/>
          <w:color w:val="5D7284"/>
        </w:rPr>
        <w:t>06:13</w:t>
      </w:r>
    </w:p>
    <w:p w14:paraId="7515FD7C" w14:textId="77777777" w:rsidR="00691987" w:rsidRDefault="00C4776F">
      <w:pPr>
        <w:spacing w:after="0"/>
      </w:pPr>
      <w:r>
        <w:rPr>
          <w:rFonts w:ascii="Arial" w:hAnsi="Arial"/>
        </w:rPr>
        <w:t xml:space="preserve">Yeah. </w:t>
      </w:r>
    </w:p>
    <w:p w14:paraId="67AA6BAA" w14:textId="77777777" w:rsidR="00691987" w:rsidRDefault="00691987">
      <w:pPr>
        <w:spacing w:after="0"/>
      </w:pPr>
    </w:p>
    <w:p w14:paraId="0FF14F13" w14:textId="77777777" w:rsidR="00691987" w:rsidRDefault="00C4776F">
      <w:pPr>
        <w:spacing w:after="0"/>
      </w:pPr>
      <w:r>
        <w:rPr>
          <w:rFonts w:ascii="Arial" w:hAnsi="Arial"/>
          <w:b/>
        </w:rPr>
        <w:t xml:space="preserve">Interviewer E:  </w:t>
      </w:r>
      <w:r>
        <w:rPr>
          <w:rFonts w:ascii="Arial" w:hAnsi="Arial"/>
          <w:color w:val="5D7284"/>
        </w:rPr>
        <w:t>06:14</w:t>
      </w:r>
    </w:p>
    <w:p w14:paraId="3773381C" w14:textId="77777777" w:rsidR="00691987" w:rsidRDefault="00C4776F">
      <w:pPr>
        <w:spacing w:after="0"/>
      </w:pPr>
      <w:r>
        <w:rPr>
          <w:rFonts w:ascii="Arial" w:hAnsi="Arial"/>
        </w:rPr>
        <w:t>Okay.</w:t>
      </w:r>
    </w:p>
    <w:p w14:paraId="5A3C6A74" w14:textId="77777777" w:rsidR="00691987" w:rsidRDefault="00691987">
      <w:pPr>
        <w:spacing w:after="0"/>
      </w:pPr>
    </w:p>
    <w:p w14:paraId="5ACCCDA3" w14:textId="77777777" w:rsidR="00691987" w:rsidRDefault="00C4776F">
      <w:pPr>
        <w:spacing w:after="0"/>
      </w:pPr>
      <w:r>
        <w:rPr>
          <w:rFonts w:ascii="Arial" w:hAnsi="Arial"/>
          <w:b/>
        </w:rPr>
        <w:t xml:space="preserve">Participant #9:  </w:t>
      </w:r>
      <w:r>
        <w:rPr>
          <w:rFonts w:ascii="Arial" w:hAnsi="Arial"/>
          <w:color w:val="5D7284"/>
        </w:rPr>
        <w:t>06:14</w:t>
      </w:r>
    </w:p>
    <w:p w14:paraId="7DF9DCD3" w14:textId="77777777" w:rsidR="00691987" w:rsidRDefault="00C4776F">
      <w:pPr>
        <w:spacing w:after="0"/>
      </w:pPr>
      <w:r>
        <w:rPr>
          <w:rFonts w:ascii="Arial" w:hAnsi="Arial"/>
        </w:rPr>
        <w:t>But, I'm not really sure. I feel like it'll. I say, Oh, I</w:t>
      </w:r>
      <w:r>
        <w:rPr>
          <w:rFonts w:ascii="Arial" w:hAnsi="Arial"/>
        </w:rPr>
        <w:t xml:space="preserve"> think it'll stay.</w:t>
      </w:r>
    </w:p>
    <w:p w14:paraId="75997918" w14:textId="77777777" w:rsidR="00691987" w:rsidRDefault="00691987">
      <w:pPr>
        <w:spacing w:after="0"/>
      </w:pPr>
    </w:p>
    <w:p w14:paraId="1BC78408" w14:textId="77777777" w:rsidR="00691987" w:rsidRDefault="00C4776F">
      <w:pPr>
        <w:spacing w:after="0"/>
      </w:pPr>
      <w:r>
        <w:rPr>
          <w:rFonts w:ascii="Arial" w:hAnsi="Arial"/>
          <w:b/>
        </w:rPr>
        <w:t xml:space="preserve">Interviewer E:  </w:t>
      </w:r>
      <w:r>
        <w:rPr>
          <w:rFonts w:ascii="Arial" w:hAnsi="Arial"/>
          <w:color w:val="5D7284"/>
        </w:rPr>
        <w:t>06:21</w:t>
      </w:r>
    </w:p>
    <w:p w14:paraId="5020F98D" w14:textId="77777777" w:rsidR="00691987" w:rsidRDefault="00C4776F">
      <w:pPr>
        <w:spacing w:after="0"/>
      </w:pPr>
      <w:r>
        <w:rPr>
          <w:rFonts w:ascii="Arial" w:hAnsi="Arial"/>
        </w:rPr>
        <w:t>You think it'll say this forever.</w:t>
      </w:r>
    </w:p>
    <w:p w14:paraId="1C127D7A" w14:textId="77777777" w:rsidR="00691987" w:rsidRDefault="00691987">
      <w:pPr>
        <w:spacing w:after="0"/>
      </w:pPr>
    </w:p>
    <w:p w14:paraId="0C647057" w14:textId="77777777" w:rsidR="00691987" w:rsidRDefault="00C4776F">
      <w:pPr>
        <w:spacing w:after="0"/>
      </w:pPr>
      <w:r>
        <w:rPr>
          <w:rFonts w:ascii="Arial" w:hAnsi="Arial"/>
          <w:b/>
        </w:rPr>
        <w:t xml:space="preserve">Participant #9:  </w:t>
      </w:r>
      <w:r>
        <w:rPr>
          <w:rFonts w:ascii="Arial" w:hAnsi="Arial"/>
          <w:color w:val="5D7284"/>
        </w:rPr>
        <w:t>06:25</w:t>
      </w:r>
    </w:p>
    <w:p w14:paraId="043663DE" w14:textId="77777777" w:rsidR="00691987" w:rsidRDefault="00C4776F">
      <w:pPr>
        <w:spacing w:after="0"/>
      </w:pPr>
      <w:r>
        <w:rPr>
          <w:rFonts w:ascii="Arial" w:hAnsi="Arial"/>
        </w:rPr>
        <w:t>So you got me there. I think it'll eventually mix. But I'm trying to figure out how it would mix because there's no like movement. There's no like mixing or anything. So I think it'll eventually mix. I don't know how,</w:t>
      </w:r>
    </w:p>
    <w:p w14:paraId="35A20035" w14:textId="77777777" w:rsidR="00691987" w:rsidRDefault="00691987">
      <w:pPr>
        <w:spacing w:after="0"/>
      </w:pPr>
    </w:p>
    <w:p w14:paraId="22EED2D0" w14:textId="77777777" w:rsidR="00691987" w:rsidRDefault="00C4776F">
      <w:pPr>
        <w:spacing w:after="0"/>
      </w:pPr>
      <w:r>
        <w:rPr>
          <w:rFonts w:ascii="Arial" w:hAnsi="Arial"/>
          <w:b/>
        </w:rPr>
        <w:t xml:space="preserve">Interviewer E:  </w:t>
      </w:r>
      <w:r>
        <w:rPr>
          <w:rFonts w:ascii="Arial" w:hAnsi="Arial"/>
          <w:color w:val="5D7284"/>
        </w:rPr>
        <w:t>06:42</w:t>
      </w:r>
    </w:p>
    <w:p w14:paraId="3F1A3C12" w14:textId="77777777" w:rsidR="00691987" w:rsidRDefault="00C4776F">
      <w:pPr>
        <w:spacing w:after="0"/>
      </w:pPr>
      <w:r>
        <w:rPr>
          <w:rFonts w:ascii="Arial" w:hAnsi="Arial"/>
        </w:rPr>
        <w:t>Okay, yeah, eventually it'll Okay. All right. Um, do you what how long do you think it would take for both of these layers to be the same temperature?</w:t>
      </w:r>
    </w:p>
    <w:p w14:paraId="6C7F5574" w14:textId="77777777" w:rsidR="00691987" w:rsidRDefault="00691987">
      <w:pPr>
        <w:spacing w:after="0"/>
      </w:pPr>
    </w:p>
    <w:p w14:paraId="6BFE37F4" w14:textId="77777777" w:rsidR="00691987" w:rsidRDefault="00C4776F">
      <w:pPr>
        <w:spacing w:after="0"/>
      </w:pPr>
      <w:r>
        <w:rPr>
          <w:rFonts w:ascii="Arial" w:hAnsi="Arial"/>
          <w:b/>
        </w:rPr>
        <w:t xml:space="preserve">Participant #9:  </w:t>
      </w:r>
      <w:r>
        <w:rPr>
          <w:rFonts w:ascii="Arial" w:hAnsi="Arial"/>
          <w:color w:val="5D7284"/>
        </w:rPr>
        <w:t>06:55</w:t>
      </w:r>
    </w:p>
    <w:p w14:paraId="12B56C60" w14:textId="77777777" w:rsidR="00691987" w:rsidRDefault="00C4776F">
      <w:pPr>
        <w:spacing w:after="0"/>
      </w:pPr>
      <w:r>
        <w:rPr>
          <w:rFonts w:ascii="Arial" w:hAnsi="Arial"/>
        </w:rPr>
        <w:t xml:space="preserve">Same  temperature? Maybe like, like the exact same temperature? </w:t>
      </w:r>
    </w:p>
    <w:p w14:paraId="550B6588" w14:textId="77777777" w:rsidR="00691987" w:rsidRDefault="00691987">
      <w:pPr>
        <w:spacing w:after="0"/>
      </w:pPr>
    </w:p>
    <w:p w14:paraId="3142F743" w14:textId="77777777" w:rsidR="00691987" w:rsidRDefault="00C4776F">
      <w:pPr>
        <w:spacing w:after="0"/>
      </w:pPr>
      <w:r>
        <w:rPr>
          <w:rFonts w:ascii="Arial" w:hAnsi="Arial"/>
          <w:b/>
        </w:rPr>
        <w:t xml:space="preserve">Interviewer E:  </w:t>
      </w:r>
      <w:r>
        <w:rPr>
          <w:rFonts w:ascii="Arial" w:hAnsi="Arial"/>
          <w:color w:val="5D7284"/>
        </w:rPr>
        <w:t>07:10</w:t>
      </w:r>
    </w:p>
    <w:p w14:paraId="71148B8C" w14:textId="77777777" w:rsidR="00691987" w:rsidRDefault="00C4776F">
      <w:pPr>
        <w:spacing w:after="0"/>
      </w:pPr>
      <w:r>
        <w:rPr>
          <w:rFonts w:ascii="Arial" w:hAnsi="Arial"/>
        </w:rPr>
        <w:lastRenderedPageBreak/>
        <w:t xml:space="preserve">Yeah. </w:t>
      </w:r>
    </w:p>
    <w:p w14:paraId="3C3A5B44" w14:textId="77777777" w:rsidR="00691987" w:rsidRDefault="00691987">
      <w:pPr>
        <w:spacing w:after="0"/>
      </w:pPr>
    </w:p>
    <w:p w14:paraId="25CC1EA4" w14:textId="77777777" w:rsidR="00691987" w:rsidRDefault="00C4776F">
      <w:pPr>
        <w:spacing w:after="0"/>
      </w:pPr>
      <w:r>
        <w:rPr>
          <w:rFonts w:ascii="Arial" w:hAnsi="Arial"/>
          <w:b/>
        </w:rPr>
        <w:t xml:space="preserve">Participant #9:  </w:t>
      </w:r>
      <w:r>
        <w:rPr>
          <w:rFonts w:ascii="Arial" w:hAnsi="Arial"/>
          <w:color w:val="5D7284"/>
        </w:rPr>
        <w:t>07:11</w:t>
      </w:r>
    </w:p>
    <w:p w14:paraId="22C03260" w14:textId="77777777" w:rsidR="00691987" w:rsidRDefault="00C4776F">
      <w:pPr>
        <w:spacing w:after="0"/>
      </w:pPr>
      <w:r>
        <w:rPr>
          <w:rFonts w:ascii="Arial" w:hAnsi="Arial"/>
        </w:rPr>
        <w:t xml:space="preserve">Maybe like after a few hours? </w:t>
      </w:r>
    </w:p>
    <w:p w14:paraId="42595A93" w14:textId="77777777" w:rsidR="00691987" w:rsidRDefault="00691987">
      <w:pPr>
        <w:spacing w:after="0"/>
      </w:pPr>
    </w:p>
    <w:p w14:paraId="78F4A11A" w14:textId="77777777" w:rsidR="00691987" w:rsidRDefault="00C4776F">
      <w:pPr>
        <w:spacing w:after="0"/>
      </w:pPr>
      <w:r>
        <w:rPr>
          <w:rFonts w:ascii="Arial" w:hAnsi="Arial"/>
          <w:b/>
        </w:rPr>
        <w:t xml:space="preserve">Interviewer E:  </w:t>
      </w:r>
      <w:r>
        <w:rPr>
          <w:rFonts w:ascii="Arial" w:hAnsi="Arial"/>
          <w:color w:val="5D7284"/>
        </w:rPr>
        <w:t>07:14</w:t>
      </w:r>
    </w:p>
    <w:p w14:paraId="5BD54B45" w14:textId="77777777" w:rsidR="00691987" w:rsidRDefault="00C4776F">
      <w:pPr>
        <w:spacing w:after="0"/>
      </w:pPr>
      <w:r>
        <w:rPr>
          <w:rFonts w:ascii="Arial" w:hAnsi="Arial"/>
        </w:rPr>
        <w:t>A few hours?</w:t>
      </w:r>
    </w:p>
    <w:p w14:paraId="20B57467" w14:textId="77777777" w:rsidR="00691987" w:rsidRDefault="00691987">
      <w:pPr>
        <w:spacing w:after="0"/>
      </w:pPr>
    </w:p>
    <w:p w14:paraId="6C3F6131" w14:textId="77777777" w:rsidR="00691987" w:rsidRDefault="00C4776F">
      <w:pPr>
        <w:spacing w:after="0"/>
      </w:pPr>
      <w:r>
        <w:rPr>
          <w:rFonts w:ascii="Arial" w:hAnsi="Arial"/>
          <w:b/>
        </w:rPr>
        <w:t xml:space="preserve">Participant #9:  </w:t>
      </w:r>
      <w:r>
        <w:rPr>
          <w:rFonts w:ascii="Arial" w:hAnsi="Arial"/>
          <w:color w:val="5D7284"/>
        </w:rPr>
        <w:t>07:15</w:t>
      </w:r>
    </w:p>
    <w:p w14:paraId="56808378" w14:textId="77777777" w:rsidR="00691987" w:rsidRDefault="00C4776F">
      <w:pPr>
        <w:spacing w:after="0"/>
      </w:pPr>
      <w:r>
        <w:rPr>
          <w:rFonts w:ascii="Arial" w:hAnsi="Arial"/>
        </w:rPr>
        <w:t xml:space="preserve"> Yeah.  </w:t>
      </w:r>
    </w:p>
    <w:p w14:paraId="1B407760" w14:textId="77777777" w:rsidR="00691987" w:rsidRDefault="00691987">
      <w:pPr>
        <w:spacing w:after="0"/>
      </w:pPr>
    </w:p>
    <w:p w14:paraId="13305D1E" w14:textId="77777777" w:rsidR="00691987" w:rsidRDefault="00C4776F">
      <w:pPr>
        <w:spacing w:after="0"/>
      </w:pPr>
      <w:r>
        <w:rPr>
          <w:rFonts w:ascii="Arial" w:hAnsi="Arial"/>
          <w:b/>
        </w:rPr>
        <w:t xml:space="preserve">Interviewer E:  </w:t>
      </w:r>
      <w:r>
        <w:rPr>
          <w:rFonts w:ascii="Arial" w:hAnsi="Arial"/>
          <w:color w:val="5D7284"/>
        </w:rPr>
        <w:t>07:15</w:t>
      </w:r>
    </w:p>
    <w:p w14:paraId="41710710" w14:textId="77777777" w:rsidR="00691987" w:rsidRDefault="00C4776F">
      <w:pPr>
        <w:spacing w:after="0"/>
      </w:pPr>
      <w:r>
        <w:rPr>
          <w:rFonts w:ascii="Arial" w:hAnsi="Arial"/>
        </w:rPr>
        <w:t xml:space="preserve">Like </w:t>
      </w:r>
      <w:r>
        <w:rPr>
          <w:rFonts w:ascii="Arial" w:hAnsi="Arial"/>
        </w:rPr>
        <w:t>two?</w:t>
      </w:r>
    </w:p>
    <w:p w14:paraId="2828CF60" w14:textId="77777777" w:rsidR="00691987" w:rsidRDefault="00691987">
      <w:pPr>
        <w:spacing w:after="0"/>
      </w:pPr>
    </w:p>
    <w:p w14:paraId="40A85231" w14:textId="77777777" w:rsidR="00691987" w:rsidRDefault="00C4776F">
      <w:pPr>
        <w:spacing w:after="0"/>
      </w:pPr>
      <w:r>
        <w:rPr>
          <w:rFonts w:ascii="Arial" w:hAnsi="Arial"/>
          <w:b/>
        </w:rPr>
        <w:t xml:space="preserve">Participant #9:  </w:t>
      </w:r>
      <w:r>
        <w:rPr>
          <w:rFonts w:ascii="Arial" w:hAnsi="Arial"/>
          <w:color w:val="5D7284"/>
        </w:rPr>
        <w:t>07:16</w:t>
      </w:r>
    </w:p>
    <w:p w14:paraId="1466041C" w14:textId="77777777" w:rsidR="00691987" w:rsidRDefault="00C4776F">
      <w:pPr>
        <w:spacing w:after="0"/>
      </w:pPr>
      <w:r>
        <w:rPr>
          <w:rFonts w:ascii="Arial" w:hAnsi="Arial"/>
        </w:rPr>
        <w:t>Maybe like, like six hours?</w:t>
      </w:r>
    </w:p>
    <w:p w14:paraId="28B865A3" w14:textId="77777777" w:rsidR="00691987" w:rsidRDefault="00691987">
      <w:pPr>
        <w:spacing w:after="0"/>
      </w:pPr>
    </w:p>
    <w:p w14:paraId="451FF249" w14:textId="77777777" w:rsidR="00691987" w:rsidRDefault="00C4776F">
      <w:pPr>
        <w:spacing w:after="0"/>
      </w:pPr>
      <w:r>
        <w:rPr>
          <w:rFonts w:ascii="Arial" w:hAnsi="Arial"/>
          <w:b/>
        </w:rPr>
        <w:t xml:space="preserve">Interviewer E:  </w:t>
      </w:r>
      <w:r>
        <w:rPr>
          <w:rFonts w:ascii="Arial" w:hAnsi="Arial"/>
          <w:color w:val="5D7284"/>
        </w:rPr>
        <w:t>07:18</w:t>
      </w:r>
    </w:p>
    <w:p w14:paraId="759EACB7" w14:textId="77777777" w:rsidR="00691987" w:rsidRDefault="00C4776F">
      <w:pPr>
        <w:spacing w:after="0"/>
      </w:pPr>
      <w:r>
        <w:rPr>
          <w:rFonts w:ascii="Arial" w:hAnsi="Arial"/>
        </w:rPr>
        <w:t xml:space="preserve">Six hours. </w:t>
      </w:r>
    </w:p>
    <w:p w14:paraId="6354CC48" w14:textId="77777777" w:rsidR="00691987" w:rsidRDefault="00691987">
      <w:pPr>
        <w:spacing w:after="0"/>
      </w:pPr>
    </w:p>
    <w:p w14:paraId="472DE443" w14:textId="77777777" w:rsidR="00691987" w:rsidRDefault="00C4776F">
      <w:pPr>
        <w:spacing w:after="0"/>
      </w:pPr>
      <w:r>
        <w:rPr>
          <w:rFonts w:ascii="Arial" w:hAnsi="Arial"/>
          <w:b/>
        </w:rPr>
        <w:t xml:space="preserve">Participant #9:  </w:t>
      </w:r>
      <w:r>
        <w:rPr>
          <w:rFonts w:ascii="Arial" w:hAnsi="Arial"/>
          <w:color w:val="5D7284"/>
        </w:rPr>
        <w:t>07:19</w:t>
      </w:r>
    </w:p>
    <w:p w14:paraId="469AACB7" w14:textId="77777777" w:rsidR="00691987" w:rsidRDefault="00C4776F">
      <w:pPr>
        <w:spacing w:after="0"/>
      </w:pPr>
      <w:r>
        <w:rPr>
          <w:rFonts w:ascii="Arial" w:hAnsi="Arial"/>
        </w:rPr>
        <w:t xml:space="preserve">Yeah, </w:t>
      </w:r>
    </w:p>
    <w:p w14:paraId="36E0C22C" w14:textId="77777777" w:rsidR="00691987" w:rsidRDefault="00691987">
      <w:pPr>
        <w:spacing w:after="0"/>
      </w:pPr>
    </w:p>
    <w:p w14:paraId="6785D5B8" w14:textId="77777777" w:rsidR="00691987" w:rsidRDefault="00C4776F">
      <w:pPr>
        <w:spacing w:after="0"/>
      </w:pPr>
      <w:r>
        <w:rPr>
          <w:rFonts w:ascii="Arial" w:hAnsi="Arial"/>
          <w:b/>
        </w:rPr>
        <w:t xml:space="preserve">Interviewer E:  </w:t>
      </w:r>
      <w:r>
        <w:rPr>
          <w:rFonts w:ascii="Arial" w:hAnsi="Arial"/>
          <w:color w:val="5D7284"/>
        </w:rPr>
        <w:t>07:19</w:t>
      </w:r>
    </w:p>
    <w:p w14:paraId="1464D57A" w14:textId="77777777" w:rsidR="00691987" w:rsidRDefault="00C4776F">
      <w:pPr>
        <w:spacing w:after="0"/>
      </w:pPr>
      <w:r>
        <w:rPr>
          <w:rFonts w:ascii="Arial" w:hAnsi="Arial"/>
        </w:rPr>
        <w:t>So in six hours you think their mix?</w:t>
      </w:r>
    </w:p>
    <w:p w14:paraId="7B5E76CB" w14:textId="77777777" w:rsidR="00691987" w:rsidRDefault="00691987">
      <w:pPr>
        <w:spacing w:after="0"/>
      </w:pPr>
    </w:p>
    <w:p w14:paraId="720042E7" w14:textId="77777777" w:rsidR="00691987" w:rsidRDefault="00C4776F">
      <w:pPr>
        <w:spacing w:after="0"/>
      </w:pPr>
      <w:r>
        <w:rPr>
          <w:rFonts w:ascii="Arial" w:hAnsi="Arial"/>
          <w:b/>
        </w:rPr>
        <w:t xml:space="preserve">Participant #9:  </w:t>
      </w:r>
      <w:r>
        <w:rPr>
          <w:rFonts w:ascii="Arial" w:hAnsi="Arial"/>
          <w:color w:val="5D7284"/>
        </w:rPr>
        <w:t>07:23</w:t>
      </w:r>
    </w:p>
    <w:p w14:paraId="0F138D2F" w14:textId="77777777" w:rsidR="00691987" w:rsidRDefault="00C4776F">
      <w:pPr>
        <w:spacing w:after="0"/>
      </w:pPr>
      <w:r>
        <w:rPr>
          <w:rFonts w:ascii="Arial" w:hAnsi="Arial"/>
        </w:rPr>
        <w:t xml:space="preserve">And that's so hard. Sorry. Um, yeah, I think it </w:t>
      </w:r>
      <w:r>
        <w:rPr>
          <w:rFonts w:ascii="Arial" w:hAnsi="Arial"/>
        </w:rPr>
        <w:t>might be mixed after like a good six or seven hours. Yeah.</w:t>
      </w:r>
    </w:p>
    <w:p w14:paraId="7C1C01E3" w14:textId="77777777" w:rsidR="00691987" w:rsidRDefault="00691987">
      <w:pPr>
        <w:spacing w:after="0"/>
      </w:pPr>
    </w:p>
    <w:p w14:paraId="59815C0C" w14:textId="77777777" w:rsidR="00691987" w:rsidRDefault="00C4776F">
      <w:pPr>
        <w:spacing w:after="0"/>
      </w:pPr>
      <w:r>
        <w:rPr>
          <w:rFonts w:ascii="Arial" w:hAnsi="Arial"/>
          <w:b/>
        </w:rPr>
        <w:t xml:space="preserve">Interviewer E:  </w:t>
      </w:r>
      <w:r>
        <w:rPr>
          <w:rFonts w:ascii="Arial" w:hAnsi="Arial"/>
          <w:color w:val="5D7284"/>
        </w:rPr>
        <w:t>07:35</w:t>
      </w:r>
    </w:p>
    <w:p w14:paraId="52B5187E" w14:textId="77777777" w:rsidR="00691987" w:rsidRDefault="00C4776F">
      <w:pPr>
        <w:spacing w:after="0"/>
      </w:pPr>
      <w:r>
        <w:rPr>
          <w:rFonts w:ascii="Arial" w:hAnsi="Arial"/>
        </w:rPr>
        <w:t>What color do you think it'll be?</w:t>
      </w:r>
    </w:p>
    <w:p w14:paraId="08797557" w14:textId="77777777" w:rsidR="00691987" w:rsidRDefault="00691987">
      <w:pPr>
        <w:spacing w:after="0"/>
      </w:pPr>
    </w:p>
    <w:p w14:paraId="36973CBC" w14:textId="77777777" w:rsidR="00691987" w:rsidRDefault="00C4776F">
      <w:pPr>
        <w:spacing w:after="0"/>
      </w:pPr>
      <w:r>
        <w:rPr>
          <w:rFonts w:ascii="Arial" w:hAnsi="Arial"/>
          <w:b/>
        </w:rPr>
        <w:t xml:space="preserve">Participant #9:  </w:t>
      </w:r>
      <w:r>
        <w:rPr>
          <w:rFonts w:ascii="Arial" w:hAnsi="Arial"/>
          <w:color w:val="5D7284"/>
        </w:rPr>
        <w:t>07:37</w:t>
      </w:r>
    </w:p>
    <w:p w14:paraId="6301BFA0" w14:textId="77777777" w:rsidR="00691987" w:rsidRDefault="00C4776F">
      <w:pPr>
        <w:spacing w:after="0"/>
      </w:pPr>
      <w:r>
        <w:rPr>
          <w:rFonts w:ascii="Arial" w:hAnsi="Arial"/>
        </w:rPr>
        <w:t xml:space="preserve">Would it be purple? </w:t>
      </w:r>
    </w:p>
    <w:p w14:paraId="55215A54" w14:textId="77777777" w:rsidR="00691987" w:rsidRDefault="00691987">
      <w:pPr>
        <w:spacing w:after="0"/>
      </w:pPr>
    </w:p>
    <w:p w14:paraId="7B93365B" w14:textId="77777777" w:rsidR="00691987" w:rsidRDefault="00C4776F">
      <w:pPr>
        <w:spacing w:after="0"/>
      </w:pPr>
      <w:r>
        <w:rPr>
          <w:rFonts w:ascii="Arial" w:hAnsi="Arial"/>
          <w:b/>
        </w:rPr>
        <w:t xml:space="preserve">Interviewer E:  </w:t>
      </w:r>
      <w:r>
        <w:rPr>
          <w:rFonts w:ascii="Arial" w:hAnsi="Arial"/>
          <w:color w:val="5D7284"/>
        </w:rPr>
        <w:t>07:37</w:t>
      </w:r>
    </w:p>
    <w:p w14:paraId="59994C33" w14:textId="77777777" w:rsidR="00691987" w:rsidRDefault="00C4776F">
      <w:pPr>
        <w:spacing w:after="0"/>
      </w:pPr>
      <w:r>
        <w:rPr>
          <w:rFonts w:ascii="Arial" w:hAnsi="Arial"/>
        </w:rPr>
        <w:t>Purple yeah purple. So, I'm going to show you a time lapse video really quickly of what happens after an hour it's only a 33 second video, so I can just show you what happened. Okay. Kind of going to put it right in front of a privacy screen. I'm gonna get rid of make it hard to see you. Thank you all right. Sorry. All right. So can you see that okay. All right.</w:t>
      </w:r>
    </w:p>
    <w:p w14:paraId="690D2634" w14:textId="77777777" w:rsidR="00691987" w:rsidRDefault="00691987">
      <w:pPr>
        <w:spacing w:after="0"/>
      </w:pPr>
    </w:p>
    <w:p w14:paraId="387F8563" w14:textId="77777777" w:rsidR="00691987" w:rsidRDefault="00C4776F">
      <w:pPr>
        <w:spacing w:after="0"/>
      </w:pPr>
      <w:r>
        <w:rPr>
          <w:rFonts w:ascii="Arial" w:hAnsi="Arial"/>
          <w:b/>
        </w:rPr>
        <w:t xml:space="preserve">Participant #9:  </w:t>
      </w:r>
      <w:r>
        <w:rPr>
          <w:rFonts w:ascii="Arial" w:hAnsi="Arial"/>
          <w:color w:val="5D7284"/>
        </w:rPr>
        <w:t>08:50</w:t>
      </w:r>
    </w:p>
    <w:p w14:paraId="0F2D0168" w14:textId="77777777" w:rsidR="00691987" w:rsidRDefault="00C4776F">
      <w:pPr>
        <w:spacing w:after="0"/>
      </w:pPr>
      <w:r>
        <w:rPr>
          <w:rFonts w:ascii="Arial" w:hAnsi="Arial"/>
        </w:rPr>
        <w:t xml:space="preserve">That's after an hour. </w:t>
      </w:r>
    </w:p>
    <w:p w14:paraId="4C9BAF79" w14:textId="77777777" w:rsidR="00691987" w:rsidRDefault="00691987">
      <w:pPr>
        <w:spacing w:after="0"/>
      </w:pPr>
    </w:p>
    <w:p w14:paraId="0BA793BF" w14:textId="77777777" w:rsidR="00691987" w:rsidRDefault="00C4776F">
      <w:pPr>
        <w:spacing w:after="0"/>
      </w:pPr>
      <w:r>
        <w:rPr>
          <w:rFonts w:ascii="Arial" w:hAnsi="Arial"/>
          <w:b/>
        </w:rPr>
        <w:t xml:space="preserve">Interviewer E:  </w:t>
      </w:r>
      <w:r>
        <w:rPr>
          <w:rFonts w:ascii="Arial" w:hAnsi="Arial"/>
          <w:color w:val="5D7284"/>
        </w:rPr>
        <w:t>08:51</w:t>
      </w:r>
    </w:p>
    <w:p w14:paraId="36DBB13F" w14:textId="77777777" w:rsidR="00691987" w:rsidRDefault="00C4776F">
      <w:pPr>
        <w:spacing w:after="0"/>
      </w:pPr>
      <w:r>
        <w:rPr>
          <w:rFonts w:ascii="Arial" w:hAnsi="Arial"/>
        </w:rPr>
        <w:t xml:space="preserve">Yep, that was an hour. </w:t>
      </w:r>
    </w:p>
    <w:p w14:paraId="252B93D5" w14:textId="77777777" w:rsidR="00691987" w:rsidRDefault="00691987">
      <w:pPr>
        <w:spacing w:after="0"/>
      </w:pPr>
    </w:p>
    <w:p w14:paraId="13D312F8" w14:textId="77777777" w:rsidR="00691987" w:rsidRDefault="00C4776F">
      <w:pPr>
        <w:spacing w:after="0"/>
      </w:pPr>
      <w:r>
        <w:rPr>
          <w:rFonts w:ascii="Arial" w:hAnsi="Arial"/>
          <w:b/>
        </w:rPr>
        <w:t xml:space="preserve">Participant #9:  </w:t>
      </w:r>
      <w:r>
        <w:rPr>
          <w:rFonts w:ascii="Arial" w:hAnsi="Arial"/>
          <w:color w:val="5D7284"/>
        </w:rPr>
        <w:t>08:54</w:t>
      </w:r>
    </w:p>
    <w:p w14:paraId="238B7D9A" w14:textId="77777777" w:rsidR="00691987" w:rsidRDefault="00C4776F">
      <w:pPr>
        <w:spacing w:after="0"/>
      </w:pPr>
      <w:r>
        <w:rPr>
          <w:rFonts w:ascii="Arial" w:hAnsi="Arial"/>
        </w:rPr>
        <w:t>So cool.</w:t>
      </w:r>
    </w:p>
    <w:p w14:paraId="395E37B1" w14:textId="77777777" w:rsidR="00691987" w:rsidRDefault="00691987">
      <w:pPr>
        <w:spacing w:after="0"/>
      </w:pPr>
    </w:p>
    <w:p w14:paraId="6E8B445C" w14:textId="77777777" w:rsidR="00691987" w:rsidRDefault="00C4776F">
      <w:pPr>
        <w:spacing w:after="0"/>
      </w:pPr>
      <w:r>
        <w:rPr>
          <w:rFonts w:ascii="Arial" w:hAnsi="Arial"/>
          <w:b/>
        </w:rPr>
        <w:t xml:space="preserve">Interviewer E:  </w:t>
      </w:r>
      <w:r>
        <w:rPr>
          <w:rFonts w:ascii="Arial" w:hAnsi="Arial"/>
          <w:color w:val="5D7284"/>
        </w:rPr>
        <w:t>08:54</w:t>
      </w:r>
    </w:p>
    <w:p w14:paraId="6FCA6D10" w14:textId="77777777" w:rsidR="00691987" w:rsidRDefault="00C4776F">
      <w:pPr>
        <w:spacing w:after="0"/>
      </w:pPr>
      <w:r>
        <w:rPr>
          <w:rFonts w:ascii="Arial" w:hAnsi="Arial"/>
        </w:rPr>
        <w:t xml:space="preserve">So Did that surprise you from your initial guess of how long it </w:t>
      </w:r>
      <w:r>
        <w:rPr>
          <w:rFonts w:ascii="Arial" w:hAnsi="Arial"/>
        </w:rPr>
        <w:t>would take for it to mix or?</w:t>
      </w:r>
    </w:p>
    <w:p w14:paraId="43C6F187" w14:textId="77777777" w:rsidR="00691987" w:rsidRDefault="00691987">
      <w:pPr>
        <w:spacing w:after="0"/>
      </w:pPr>
    </w:p>
    <w:p w14:paraId="422CA57B" w14:textId="77777777" w:rsidR="00691987" w:rsidRDefault="00C4776F">
      <w:pPr>
        <w:spacing w:after="0"/>
      </w:pPr>
      <w:r>
        <w:rPr>
          <w:rFonts w:ascii="Arial" w:hAnsi="Arial"/>
          <w:b/>
        </w:rPr>
        <w:t xml:space="preserve">Participant #9:  </w:t>
      </w:r>
      <w:r>
        <w:rPr>
          <w:rFonts w:ascii="Arial" w:hAnsi="Arial"/>
          <w:color w:val="5D7284"/>
        </w:rPr>
        <w:t>09:01</w:t>
      </w:r>
    </w:p>
    <w:p w14:paraId="45D52691" w14:textId="77777777" w:rsidR="00691987" w:rsidRDefault="00C4776F">
      <w:pPr>
        <w:spacing w:after="0"/>
      </w:pPr>
      <w:r>
        <w:rPr>
          <w:rFonts w:ascii="Arial" w:hAnsi="Arial"/>
        </w:rPr>
        <w:t xml:space="preserve">Well, I just like was guessing. But um, it was interesting the way like mix two. </w:t>
      </w:r>
    </w:p>
    <w:p w14:paraId="1D355C13" w14:textId="77777777" w:rsidR="00691987" w:rsidRDefault="00691987">
      <w:pPr>
        <w:spacing w:after="0"/>
      </w:pPr>
    </w:p>
    <w:p w14:paraId="2319FEC0" w14:textId="77777777" w:rsidR="00691987" w:rsidRDefault="00C4776F">
      <w:pPr>
        <w:spacing w:after="0"/>
      </w:pPr>
      <w:r>
        <w:rPr>
          <w:rFonts w:ascii="Arial" w:hAnsi="Arial"/>
          <w:b/>
        </w:rPr>
        <w:t xml:space="preserve">Interviewer E:  </w:t>
      </w:r>
      <w:r>
        <w:rPr>
          <w:rFonts w:ascii="Arial" w:hAnsi="Arial"/>
          <w:color w:val="5D7284"/>
        </w:rPr>
        <w:t>09:08</w:t>
      </w:r>
    </w:p>
    <w:p w14:paraId="374EC7EB" w14:textId="77777777" w:rsidR="00691987" w:rsidRDefault="00C4776F">
      <w:pPr>
        <w:spacing w:after="0"/>
      </w:pPr>
      <w:r>
        <w:rPr>
          <w:rFonts w:ascii="Arial" w:hAnsi="Arial"/>
        </w:rPr>
        <w:t>Yeah.</w:t>
      </w:r>
    </w:p>
    <w:p w14:paraId="645856BD" w14:textId="77777777" w:rsidR="00691987" w:rsidRDefault="00691987">
      <w:pPr>
        <w:spacing w:after="0"/>
      </w:pPr>
    </w:p>
    <w:p w14:paraId="2C047EBB" w14:textId="77777777" w:rsidR="00691987" w:rsidRDefault="00C4776F">
      <w:pPr>
        <w:spacing w:after="0"/>
      </w:pPr>
      <w:r>
        <w:rPr>
          <w:rFonts w:ascii="Arial" w:hAnsi="Arial"/>
          <w:b/>
        </w:rPr>
        <w:t xml:space="preserve">Participant #9:  </w:t>
      </w:r>
      <w:r>
        <w:rPr>
          <w:rFonts w:ascii="Arial" w:hAnsi="Arial"/>
          <w:color w:val="5D7284"/>
        </w:rPr>
        <w:t>09:09</w:t>
      </w:r>
    </w:p>
    <w:p w14:paraId="437E9F41" w14:textId="77777777" w:rsidR="00691987" w:rsidRDefault="00C4776F">
      <w:pPr>
        <w:spacing w:after="0"/>
      </w:pPr>
      <w:r>
        <w:rPr>
          <w:rFonts w:ascii="Arial" w:hAnsi="Arial"/>
        </w:rPr>
        <w:t xml:space="preserve">There's like lines. </w:t>
      </w:r>
    </w:p>
    <w:p w14:paraId="6BB059DA" w14:textId="77777777" w:rsidR="00691987" w:rsidRDefault="00691987">
      <w:pPr>
        <w:spacing w:after="0"/>
      </w:pPr>
    </w:p>
    <w:p w14:paraId="6773E6D8" w14:textId="77777777" w:rsidR="00691987" w:rsidRDefault="00C4776F">
      <w:pPr>
        <w:spacing w:after="0"/>
      </w:pPr>
      <w:r>
        <w:rPr>
          <w:rFonts w:ascii="Arial" w:hAnsi="Arial"/>
          <w:b/>
        </w:rPr>
        <w:t xml:space="preserve">Interviewer E:  </w:t>
      </w:r>
      <w:r>
        <w:rPr>
          <w:rFonts w:ascii="Arial" w:hAnsi="Arial"/>
          <w:color w:val="5D7284"/>
        </w:rPr>
        <w:t>09:10</w:t>
      </w:r>
    </w:p>
    <w:p w14:paraId="646BE6F9" w14:textId="77777777" w:rsidR="00691987" w:rsidRDefault="00C4776F">
      <w:pPr>
        <w:spacing w:after="0"/>
      </w:pPr>
      <w:r>
        <w:rPr>
          <w:rFonts w:ascii="Arial" w:hAnsi="Arial"/>
        </w:rPr>
        <w:t>Yeah.</w:t>
      </w:r>
    </w:p>
    <w:p w14:paraId="1A88DDFD" w14:textId="77777777" w:rsidR="00691987" w:rsidRDefault="00691987">
      <w:pPr>
        <w:spacing w:after="0"/>
      </w:pPr>
    </w:p>
    <w:p w14:paraId="0FB8EC3C" w14:textId="77777777" w:rsidR="00691987" w:rsidRDefault="00C4776F">
      <w:pPr>
        <w:spacing w:after="0"/>
      </w:pPr>
      <w:r>
        <w:rPr>
          <w:rFonts w:ascii="Arial" w:hAnsi="Arial"/>
          <w:b/>
        </w:rPr>
        <w:t xml:space="preserve">Participant #9:  </w:t>
      </w:r>
      <w:r>
        <w:rPr>
          <w:rFonts w:ascii="Arial" w:hAnsi="Arial"/>
          <w:color w:val="5D7284"/>
        </w:rPr>
        <w:t>09:11</w:t>
      </w:r>
    </w:p>
    <w:p w14:paraId="444B6B8D" w14:textId="77777777" w:rsidR="00691987" w:rsidRDefault="00C4776F">
      <w:pPr>
        <w:spacing w:after="0"/>
      </w:pPr>
      <w:r>
        <w:rPr>
          <w:rFonts w:ascii="Arial" w:hAnsi="Arial"/>
        </w:rPr>
        <w:t>That was cool. They I am shocked after an hour. That happened. Yeah.</w:t>
      </w:r>
    </w:p>
    <w:p w14:paraId="1C69CB14" w14:textId="77777777" w:rsidR="00691987" w:rsidRDefault="00691987">
      <w:pPr>
        <w:spacing w:after="0"/>
      </w:pPr>
    </w:p>
    <w:p w14:paraId="21A0835A" w14:textId="77777777" w:rsidR="00691987" w:rsidRDefault="00C4776F">
      <w:pPr>
        <w:spacing w:after="0"/>
      </w:pPr>
      <w:r>
        <w:rPr>
          <w:rFonts w:ascii="Arial" w:hAnsi="Arial"/>
          <w:b/>
        </w:rPr>
        <w:t xml:space="preserve">Interviewer P:  </w:t>
      </w:r>
      <w:r>
        <w:rPr>
          <w:rFonts w:ascii="Arial" w:hAnsi="Arial"/>
          <w:color w:val="5D7284"/>
        </w:rPr>
        <w:t>09:17</w:t>
      </w:r>
    </w:p>
    <w:p w14:paraId="25DBD94E" w14:textId="77777777" w:rsidR="00691987" w:rsidRDefault="00C4776F">
      <w:pPr>
        <w:spacing w:after="0"/>
      </w:pPr>
      <w:r>
        <w:rPr>
          <w:rFonts w:ascii="Arial" w:hAnsi="Arial"/>
        </w:rPr>
        <w:t>Shocked by the amount of of how much it is mixed or how little it has mixed?</w:t>
      </w:r>
    </w:p>
    <w:p w14:paraId="7E2C555B" w14:textId="77777777" w:rsidR="00691987" w:rsidRDefault="00691987">
      <w:pPr>
        <w:spacing w:after="0"/>
      </w:pPr>
    </w:p>
    <w:p w14:paraId="05D383F7" w14:textId="77777777" w:rsidR="00691987" w:rsidRDefault="00C4776F">
      <w:pPr>
        <w:spacing w:after="0"/>
      </w:pPr>
      <w:r>
        <w:rPr>
          <w:rFonts w:ascii="Arial" w:hAnsi="Arial"/>
          <w:b/>
        </w:rPr>
        <w:t xml:space="preserve">Participant #9:  </w:t>
      </w:r>
      <w:r>
        <w:rPr>
          <w:rFonts w:ascii="Arial" w:hAnsi="Arial"/>
          <w:color w:val="5D7284"/>
        </w:rPr>
        <w:t>09:25</w:t>
      </w:r>
    </w:p>
    <w:p w14:paraId="1E7A509B" w14:textId="77777777" w:rsidR="00691987" w:rsidRDefault="00C4776F">
      <w:pPr>
        <w:spacing w:after="0"/>
      </w:pPr>
      <w:r>
        <w:rPr>
          <w:rFonts w:ascii="Arial" w:hAnsi="Arial"/>
        </w:rPr>
        <w:t>I think how much it has mixed. Because it was like pretty close to being fully mix. I feel like so I thought that was cool.</w:t>
      </w:r>
    </w:p>
    <w:p w14:paraId="557314C9" w14:textId="77777777" w:rsidR="00691987" w:rsidRDefault="00691987">
      <w:pPr>
        <w:spacing w:after="0"/>
      </w:pPr>
    </w:p>
    <w:p w14:paraId="3AF151FD" w14:textId="77777777" w:rsidR="00691987" w:rsidRDefault="00C4776F">
      <w:pPr>
        <w:spacing w:after="0"/>
      </w:pPr>
      <w:r>
        <w:rPr>
          <w:rFonts w:ascii="Arial" w:hAnsi="Arial"/>
          <w:b/>
        </w:rPr>
        <w:t xml:space="preserve">Interviewer E:  </w:t>
      </w:r>
      <w:r>
        <w:rPr>
          <w:rFonts w:ascii="Arial" w:hAnsi="Arial"/>
          <w:color w:val="5D7284"/>
        </w:rPr>
        <w:t>09:33</w:t>
      </w:r>
    </w:p>
    <w:p w14:paraId="56E3311F" w14:textId="77777777" w:rsidR="00691987" w:rsidRDefault="00C4776F">
      <w:pPr>
        <w:spacing w:after="0"/>
      </w:pPr>
      <w:r>
        <w:rPr>
          <w:rFonts w:ascii="Arial" w:hAnsi="Arial"/>
        </w:rPr>
        <w:t xml:space="preserve">It was just like one pesky corner. </w:t>
      </w:r>
    </w:p>
    <w:p w14:paraId="64E066C6" w14:textId="77777777" w:rsidR="00691987" w:rsidRDefault="00691987">
      <w:pPr>
        <w:spacing w:after="0"/>
      </w:pPr>
    </w:p>
    <w:p w14:paraId="0FD3A515" w14:textId="77777777" w:rsidR="00691987" w:rsidRDefault="00C4776F">
      <w:pPr>
        <w:spacing w:after="0"/>
      </w:pPr>
      <w:r>
        <w:rPr>
          <w:rFonts w:ascii="Arial" w:hAnsi="Arial"/>
          <w:b/>
        </w:rPr>
        <w:t xml:space="preserve">Participant #9:  </w:t>
      </w:r>
      <w:r>
        <w:rPr>
          <w:rFonts w:ascii="Arial" w:hAnsi="Arial"/>
          <w:color w:val="5D7284"/>
        </w:rPr>
        <w:t>09:35</w:t>
      </w:r>
    </w:p>
    <w:p w14:paraId="4570C05D" w14:textId="77777777" w:rsidR="00691987" w:rsidRDefault="00C4776F">
      <w:pPr>
        <w:spacing w:after="0"/>
      </w:pPr>
      <w:r>
        <w:rPr>
          <w:rFonts w:ascii="Arial" w:hAnsi="Arial"/>
        </w:rPr>
        <w:t xml:space="preserve">Yeah. </w:t>
      </w:r>
    </w:p>
    <w:p w14:paraId="1190904C" w14:textId="77777777" w:rsidR="00691987" w:rsidRDefault="00691987">
      <w:pPr>
        <w:spacing w:after="0"/>
      </w:pPr>
    </w:p>
    <w:p w14:paraId="71FC6549" w14:textId="77777777" w:rsidR="00691987" w:rsidRDefault="00C4776F">
      <w:pPr>
        <w:spacing w:after="0"/>
      </w:pPr>
      <w:r>
        <w:rPr>
          <w:rFonts w:ascii="Arial" w:hAnsi="Arial"/>
          <w:b/>
        </w:rPr>
        <w:t xml:space="preserve">Interviewer E:  </w:t>
      </w:r>
      <w:r>
        <w:rPr>
          <w:rFonts w:ascii="Arial" w:hAnsi="Arial"/>
          <w:color w:val="5D7284"/>
        </w:rPr>
        <w:t>09:39</w:t>
      </w:r>
    </w:p>
    <w:p w14:paraId="7AC68BC4" w14:textId="77777777" w:rsidR="00691987" w:rsidRDefault="00C4776F">
      <w:pPr>
        <w:spacing w:after="0"/>
      </w:pPr>
      <w:r>
        <w:rPr>
          <w:rFonts w:ascii="Arial" w:hAnsi="Arial"/>
        </w:rPr>
        <w:t xml:space="preserve">Okay cool. And Alright, so here's like, just like, like a theoretical. We're not going to demonstrate it but just like a thought experiment, right. So let's say that I had a red Jell-O. That was like luke warm, right? So it's still Jell-O, but it's just warm. And then I had a blue Jell-O, but it was just a little cooler. You know, maybe this one is just, it was in a colder area or something. So they're both still Jell-O right. And </w:t>
      </w:r>
      <w:r>
        <w:rPr>
          <w:rFonts w:ascii="Arial" w:hAnsi="Arial"/>
        </w:rPr>
        <w:lastRenderedPageBreak/>
        <w:t>I took them and I put them in here and did the same exact thing when I lifted up the barrier. How'd you think that would go? Initially when I first take it out?</w:t>
      </w:r>
    </w:p>
    <w:p w14:paraId="2DECCDEC" w14:textId="77777777" w:rsidR="00691987" w:rsidRDefault="00691987">
      <w:pPr>
        <w:spacing w:after="0"/>
      </w:pPr>
    </w:p>
    <w:p w14:paraId="70A4A9FA" w14:textId="77777777" w:rsidR="00691987" w:rsidRDefault="00C4776F">
      <w:pPr>
        <w:spacing w:after="0"/>
      </w:pPr>
      <w:r>
        <w:rPr>
          <w:rFonts w:ascii="Arial" w:hAnsi="Arial"/>
          <w:b/>
        </w:rPr>
        <w:t xml:space="preserve">Participant #9:  </w:t>
      </w:r>
      <w:r>
        <w:rPr>
          <w:rFonts w:ascii="Arial" w:hAnsi="Arial"/>
          <w:color w:val="5D7284"/>
        </w:rPr>
        <w:t>10:24</w:t>
      </w:r>
    </w:p>
    <w:p w14:paraId="7819D474" w14:textId="77777777" w:rsidR="00691987" w:rsidRDefault="00C4776F">
      <w:pPr>
        <w:spacing w:after="0"/>
      </w:pPr>
      <w:r>
        <w:rPr>
          <w:rFonts w:ascii="Arial" w:hAnsi="Arial"/>
        </w:rPr>
        <w:t>Is it like when the gel is like liquid?</w:t>
      </w:r>
    </w:p>
    <w:p w14:paraId="11F85111" w14:textId="77777777" w:rsidR="00691987" w:rsidRDefault="00691987">
      <w:pPr>
        <w:spacing w:after="0"/>
      </w:pPr>
    </w:p>
    <w:p w14:paraId="7E4AB471" w14:textId="77777777" w:rsidR="00691987" w:rsidRDefault="00C4776F">
      <w:pPr>
        <w:spacing w:after="0"/>
      </w:pPr>
      <w:r>
        <w:rPr>
          <w:rFonts w:ascii="Arial" w:hAnsi="Arial"/>
          <w:b/>
        </w:rPr>
        <w:t xml:space="preserve">Interviewer E:  </w:t>
      </w:r>
      <w:r>
        <w:rPr>
          <w:rFonts w:ascii="Arial" w:hAnsi="Arial"/>
          <w:color w:val="5D7284"/>
        </w:rPr>
        <w:t>10:26</w:t>
      </w:r>
    </w:p>
    <w:p w14:paraId="12F946E5" w14:textId="77777777" w:rsidR="00691987" w:rsidRDefault="00C4776F">
      <w:pPr>
        <w:spacing w:after="0"/>
      </w:pPr>
      <w:r>
        <w:rPr>
          <w:rFonts w:ascii="Arial" w:hAnsi="Arial"/>
        </w:rPr>
        <w:t xml:space="preserve">So it'll be it'll still be gelatinous. </w:t>
      </w:r>
    </w:p>
    <w:p w14:paraId="00216BC7" w14:textId="77777777" w:rsidR="00691987" w:rsidRDefault="00691987">
      <w:pPr>
        <w:spacing w:after="0"/>
      </w:pPr>
    </w:p>
    <w:p w14:paraId="1D3067B2" w14:textId="77777777" w:rsidR="00691987" w:rsidRDefault="00C4776F">
      <w:pPr>
        <w:spacing w:after="0"/>
      </w:pPr>
      <w:r>
        <w:rPr>
          <w:rFonts w:ascii="Arial" w:hAnsi="Arial"/>
          <w:b/>
        </w:rPr>
        <w:t xml:space="preserve">Participant #9:  </w:t>
      </w:r>
      <w:r>
        <w:rPr>
          <w:rFonts w:ascii="Arial" w:hAnsi="Arial"/>
          <w:color w:val="5D7284"/>
        </w:rPr>
        <w:t>10:29</w:t>
      </w:r>
    </w:p>
    <w:p w14:paraId="6506C632" w14:textId="77777777" w:rsidR="00691987" w:rsidRDefault="00C4776F">
      <w:pPr>
        <w:spacing w:after="0"/>
      </w:pPr>
      <w:r>
        <w:rPr>
          <w:rFonts w:ascii="Arial" w:hAnsi="Arial"/>
        </w:rPr>
        <w:t>Okay.</w:t>
      </w:r>
    </w:p>
    <w:p w14:paraId="4FEE4CAC" w14:textId="77777777" w:rsidR="00691987" w:rsidRDefault="00691987">
      <w:pPr>
        <w:spacing w:after="0"/>
      </w:pPr>
    </w:p>
    <w:p w14:paraId="04003A87" w14:textId="77777777" w:rsidR="00691987" w:rsidRDefault="00C4776F">
      <w:pPr>
        <w:spacing w:after="0"/>
      </w:pPr>
      <w:r>
        <w:rPr>
          <w:rFonts w:ascii="Arial" w:hAnsi="Arial"/>
          <w:b/>
        </w:rPr>
        <w:t xml:space="preserve">Interviewer E:  </w:t>
      </w:r>
      <w:r>
        <w:rPr>
          <w:rFonts w:ascii="Arial" w:hAnsi="Arial"/>
          <w:color w:val="5D7284"/>
        </w:rPr>
        <w:t>10:30</w:t>
      </w:r>
    </w:p>
    <w:p w14:paraId="17D210EE" w14:textId="77777777" w:rsidR="00691987" w:rsidRDefault="00C4776F">
      <w:pPr>
        <w:spacing w:after="0"/>
      </w:pPr>
      <w:r>
        <w:rPr>
          <w:rFonts w:ascii="Arial" w:hAnsi="Arial"/>
        </w:rPr>
        <w:t xml:space="preserve">yeah. Just is different different </w:t>
      </w:r>
      <w:r>
        <w:rPr>
          <w:rFonts w:ascii="Arial" w:hAnsi="Arial"/>
        </w:rPr>
        <w:t>temperatures. And so what do you initially think would happen if I lifted the barrier?</w:t>
      </w:r>
    </w:p>
    <w:p w14:paraId="70E043AA" w14:textId="77777777" w:rsidR="00691987" w:rsidRDefault="00691987">
      <w:pPr>
        <w:spacing w:after="0"/>
      </w:pPr>
    </w:p>
    <w:p w14:paraId="6690BC5A" w14:textId="77777777" w:rsidR="00691987" w:rsidRDefault="00C4776F">
      <w:pPr>
        <w:spacing w:after="0"/>
      </w:pPr>
      <w:r>
        <w:rPr>
          <w:rFonts w:ascii="Arial" w:hAnsi="Arial"/>
          <w:b/>
        </w:rPr>
        <w:t xml:space="preserve">Participant #9:  </w:t>
      </w:r>
      <w:r>
        <w:rPr>
          <w:rFonts w:ascii="Arial" w:hAnsi="Arial"/>
          <w:color w:val="5D7284"/>
        </w:rPr>
        <w:t>10:37</w:t>
      </w:r>
    </w:p>
    <w:p w14:paraId="5996C29A" w14:textId="77777777" w:rsidR="00691987" w:rsidRDefault="00C4776F">
      <w:pPr>
        <w:spacing w:after="0"/>
      </w:pPr>
      <w:r>
        <w:rPr>
          <w:rFonts w:ascii="Arial" w:hAnsi="Arial"/>
        </w:rPr>
        <w:t xml:space="preserve">So the reds a little warmer, and the blue is a little colder? It might happen this, maybe it'll have like, the same thing might happen? I </w:t>
      </w:r>
      <w:r>
        <w:rPr>
          <w:rFonts w:ascii="Arial" w:hAnsi="Arial"/>
        </w:rPr>
        <w:t>think.</w:t>
      </w:r>
    </w:p>
    <w:p w14:paraId="07B47C18" w14:textId="77777777" w:rsidR="00691987" w:rsidRDefault="00691987">
      <w:pPr>
        <w:spacing w:after="0"/>
      </w:pPr>
    </w:p>
    <w:p w14:paraId="320958A5" w14:textId="77777777" w:rsidR="00691987" w:rsidRDefault="00C4776F">
      <w:pPr>
        <w:spacing w:after="0"/>
      </w:pPr>
      <w:r>
        <w:rPr>
          <w:rFonts w:ascii="Arial" w:hAnsi="Arial"/>
          <w:b/>
        </w:rPr>
        <w:t xml:space="preserve">Interviewer E:  </w:t>
      </w:r>
      <w:r>
        <w:rPr>
          <w:rFonts w:ascii="Arial" w:hAnsi="Arial"/>
          <w:color w:val="5D7284"/>
        </w:rPr>
        <w:t>10:54</w:t>
      </w:r>
    </w:p>
    <w:p w14:paraId="2B9A8710" w14:textId="77777777" w:rsidR="00691987" w:rsidRDefault="00C4776F">
      <w:pPr>
        <w:spacing w:after="0"/>
      </w:pPr>
      <w:r>
        <w:rPr>
          <w:rFonts w:ascii="Arial" w:hAnsi="Arial"/>
        </w:rPr>
        <w:t>Yeah. So you think the blue would the blue Jell-O would go on the bottom and the red Jell-O would be on the top.</w:t>
      </w:r>
    </w:p>
    <w:p w14:paraId="623C3179" w14:textId="77777777" w:rsidR="00691987" w:rsidRDefault="00691987">
      <w:pPr>
        <w:spacing w:after="0"/>
      </w:pPr>
    </w:p>
    <w:p w14:paraId="3A42E5CB" w14:textId="77777777" w:rsidR="00691987" w:rsidRDefault="00C4776F">
      <w:pPr>
        <w:spacing w:after="0"/>
      </w:pPr>
      <w:r>
        <w:rPr>
          <w:rFonts w:ascii="Arial" w:hAnsi="Arial"/>
          <w:b/>
        </w:rPr>
        <w:t xml:space="preserve">Participant #9:  </w:t>
      </w:r>
      <w:r>
        <w:rPr>
          <w:rFonts w:ascii="Arial" w:hAnsi="Arial"/>
          <w:color w:val="5D7284"/>
        </w:rPr>
        <w:t>11:04</w:t>
      </w:r>
    </w:p>
    <w:p w14:paraId="337679BC" w14:textId="77777777" w:rsidR="00691987" w:rsidRDefault="00C4776F">
      <w:pPr>
        <w:spacing w:after="0"/>
      </w:pPr>
      <w:r>
        <w:rPr>
          <w:rFonts w:ascii="Arial" w:hAnsi="Arial"/>
        </w:rPr>
        <w:t xml:space="preserve">But it's Jell-O. Yeah, like I'm trying to think, It's Jell-O. I can't imagine that just being like, straight red and blue. I think maybe the blue will be more on the bottom. Maybe. But I don't think it'll be like exactly like the way this is where it's half and half. </w:t>
      </w:r>
    </w:p>
    <w:p w14:paraId="6328E4BB" w14:textId="77777777" w:rsidR="00691987" w:rsidRDefault="00691987">
      <w:pPr>
        <w:spacing w:after="0"/>
      </w:pPr>
    </w:p>
    <w:p w14:paraId="32DBC60E" w14:textId="77777777" w:rsidR="00691987" w:rsidRDefault="00C4776F">
      <w:pPr>
        <w:spacing w:after="0"/>
      </w:pPr>
      <w:r>
        <w:rPr>
          <w:rFonts w:ascii="Arial" w:hAnsi="Arial"/>
          <w:b/>
        </w:rPr>
        <w:t xml:space="preserve">Interviewer E:  </w:t>
      </w:r>
      <w:r>
        <w:rPr>
          <w:rFonts w:ascii="Arial" w:hAnsi="Arial"/>
          <w:color w:val="5D7284"/>
        </w:rPr>
        <w:t>11:26</w:t>
      </w:r>
    </w:p>
    <w:p w14:paraId="3449E50C" w14:textId="77777777" w:rsidR="00691987" w:rsidRDefault="00C4776F">
      <w:pPr>
        <w:spacing w:after="0"/>
      </w:pPr>
      <w:r>
        <w:rPr>
          <w:rFonts w:ascii="Arial" w:hAnsi="Arial"/>
        </w:rPr>
        <w:t>Right. Okay, and you're and you're saying that like, Why do you think it was the blue would be at the bottom? Are you saying it because of this experiment where the blue went to the bottom? Or are you just kind of.</w:t>
      </w:r>
    </w:p>
    <w:p w14:paraId="11E4CEA9" w14:textId="77777777" w:rsidR="00691987" w:rsidRDefault="00691987">
      <w:pPr>
        <w:spacing w:after="0"/>
      </w:pPr>
    </w:p>
    <w:p w14:paraId="11D8DFF2" w14:textId="77777777" w:rsidR="00691987" w:rsidRDefault="00C4776F">
      <w:pPr>
        <w:spacing w:after="0"/>
      </w:pPr>
      <w:r>
        <w:rPr>
          <w:rFonts w:ascii="Arial" w:hAnsi="Arial"/>
          <w:b/>
        </w:rPr>
        <w:t xml:space="preserve">Participant #9:  </w:t>
      </w:r>
      <w:r>
        <w:rPr>
          <w:rFonts w:ascii="Arial" w:hAnsi="Arial"/>
          <w:color w:val="5D7284"/>
        </w:rPr>
        <w:t>11:38</w:t>
      </w:r>
    </w:p>
    <w:p w14:paraId="48140362" w14:textId="77777777" w:rsidR="00691987" w:rsidRDefault="00C4776F">
      <w:pPr>
        <w:spacing w:after="0"/>
      </w:pPr>
      <w:r>
        <w:rPr>
          <w:rFonts w:ascii="Arial" w:hAnsi="Arial"/>
        </w:rPr>
        <w:t>I feel like this experiment. But something's telling me it's not the same? Because it's Jell-O. And you said it was lukewarm. And then a little bit colder. So I feel like there's not a big difference</w:t>
      </w:r>
    </w:p>
    <w:p w14:paraId="42D2907B" w14:textId="77777777" w:rsidR="00691987" w:rsidRDefault="00691987">
      <w:pPr>
        <w:spacing w:after="0"/>
      </w:pPr>
    </w:p>
    <w:p w14:paraId="22FD9C45" w14:textId="77777777" w:rsidR="00691987" w:rsidRDefault="00C4776F">
      <w:pPr>
        <w:spacing w:after="0"/>
      </w:pPr>
      <w:r>
        <w:rPr>
          <w:rFonts w:ascii="Arial" w:hAnsi="Arial"/>
          <w:b/>
        </w:rPr>
        <w:t xml:space="preserve">Interviewer E:  </w:t>
      </w:r>
      <w:r>
        <w:rPr>
          <w:rFonts w:ascii="Arial" w:hAnsi="Arial"/>
          <w:color w:val="5D7284"/>
        </w:rPr>
        <w:t>11:50</w:t>
      </w:r>
    </w:p>
    <w:p w14:paraId="7660D7E2" w14:textId="77777777" w:rsidR="00691987" w:rsidRDefault="00C4776F">
      <w:pPr>
        <w:spacing w:after="0"/>
      </w:pPr>
      <w:r>
        <w:rPr>
          <w:rFonts w:ascii="Arial" w:hAnsi="Arial"/>
        </w:rPr>
        <w:t xml:space="preserve">In the temperature. </w:t>
      </w:r>
    </w:p>
    <w:p w14:paraId="7C46EA9D" w14:textId="77777777" w:rsidR="00691987" w:rsidRDefault="00691987">
      <w:pPr>
        <w:spacing w:after="0"/>
      </w:pPr>
    </w:p>
    <w:p w14:paraId="47A3906E" w14:textId="77777777" w:rsidR="00691987" w:rsidRDefault="00C4776F">
      <w:pPr>
        <w:spacing w:after="0"/>
      </w:pPr>
      <w:r>
        <w:rPr>
          <w:rFonts w:ascii="Arial" w:hAnsi="Arial"/>
          <w:b/>
        </w:rPr>
        <w:t xml:space="preserve">Participant #9:  </w:t>
      </w:r>
      <w:r>
        <w:rPr>
          <w:rFonts w:ascii="Arial" w:hAnsi="Arial"/>
          <w:color w:val="5D7284"/>
        </w:rPr>
        <w:t>11:51</w:t>
      </w:r>
    </w:p>
    <w:p w14:paraId="68E8AE7D" w14:textId="77777777" w:rsidR="00691987" w:rsidRDefault="00C4776F">
      <w:pPr>
        <w:spacing w:after="0"/>
      </w:pPr>
      <w:r>
        <w:rPr>
          <w:rFonts w:ascii="Arial" w:hAnsi="Arial"/>
        </w:rPr>
        <w:t>Yeah.</w:t>
      </w:r>
    </w:p>
    <w:p w14:paraId="417AEC25" w14:textId="77777777" w:rsidR="00691987" w:rsidRDefault="00691987">
      <w:pPr>
        <w:spacing w:after="0"/>
      </w:pPr>
    </w:p>
    <w:p w14:paraId="23C20F26" w14:textId="77777777" w:rsidR="00691987" w:rsidRDefault="00C4776F">
      <w:pPr>
        <w:spacing w:after="0"/>
      </w:pPr>
      <w:r>
        <w:rPr>
          <w:rFonts w:ascii="Arial" w:hAnsi="Arial"/>
          <w:b/>
        </w:rPr>
        <w:lastRenderedPageBreak/>
        <w:t xml:space="preserve">Interviewer E:  </w:t>
      </w:r>
      <w:r>
        <w:rPr>
          <w:rFonts w:ascii="Arial" w:hAnsi="Arial"/>
          <w:color w:val="5D7284"/>
        </w:rPr>
        <w:t>11:52</w:t>
      </w:r>
    </w:p>
    <w:p w14:paraId="66CBF81F" w14:textId="77777777" w:rsidR="00691987" w:rsidRDefault="00C4776F">
      <w:pPr>
        <w:spacing w:after="0"/>
      </w:pPr>
      <w:r>
        <w:rPr>
          <w:rFonts w:ascii="Arial" w:hAnsi="Arial"/>
        </w:rPr>
        <w:t xml:space="preserve">Okay. Well, how long </w:t>
      </w:r>
      <w:r>
        <w:rPr>
          <w:rFonts w:ascii="Arial" w:hAnsi="Arial"/>
        </w:rPr>
        <w:t>would you say or do you think? If it does, will it mix, like, will it mix eventually? Or do you think it would always stay separated the two different temperature Jell-Os.</w:t>
      </w:r>
    </w:p>
    <w:p w14:paraId="39FABCDE" w14:textId="77777777" w:rsidR="00691987" w:rsidRDefault="00691987">
      <w:pPr>
        <w:spacing w:after="0"/>
      </w:pPr>
    </w:p>
    <w:p w14:paraId="632C50EF" w14:textId="77777777" w:rsidR="00691987" w:rsidRDefault="00C4776F">
      <w:pPr>
        <w:spacing w:after="0"/>
      </w:pPr>
      <w:r>
        <w:rPr>
          <w:rFonts w:ascii="Arial" w:hAnsi="Arial"/>
          <w:b/>
        </w:rPr>
        <w:t xml:space="preserve">Participant #9:  </w:t>
      </w:r>
      <w:r>
        <w:rPr>
          <w:rFonts w:ascii="Arial" w:hAnsi="Arial"/>
          <w:color w:val="5D7284"/>
        </w:rPr>
        <w:t>12:08</w:t>
      </w:r>
    </w:p>
    <w:p w14:paraId="3629DB2F" w14:textId="77777777" w:rsidR="00691987" w:rsidRDefault="00C4776F">
      <w:pPr>
        <w:spacing w:after="0"/>
      </w:pPr>
      <w:r>
        <w:rPr>
          <w:rFonts w:ascii="Arial" w:hAnsi="Arial"/>
        </w:rPr>
        <w:t xml:space="preserve">I think separate. Like it'll be separated. I don't think it'll eventually mix just because Jell-O is more like solid. So I think that's what happens. </w:t>
      </w:r>
    </w:p>
    <w:p w14:paraId="7ECA654C" w14:textId="77777777" w:rsidR="00691987" w:rsidRDefault="00691987">
      <w:pPr>
        <w:spacing w:after="0"/>
      </w:pPr>
    </w:p>
    <w:p w14:paraId="359D22E6" w14:textId="77777777" w:rsidR="00691987" w:rsidRDefault="00C4776F">
      <w:pPr>
        <w:spacing w:after="0"/>
      </w:pPr>
      <w:r>
        <w:rPr>
          <w:rFonts w:ascii="Arial" w:hAnsi="Arial"/>
          <w:b/>
        </w:rPr>
        <w:t xml:space="preserve">Interviewer E:  </w:t>
      </w:r>
      <w:r>
        <w:rPr>
          <w:rFonts w:ascii="Arial" w:hAnsi="Arial"/>
          <w:color w:val="5D7284"/>
        </w:rPr>
        <w:t>12:20</w:t>
      </w:r>
    </w:p>
    <w:p w14:paraId="6850A8FE" w14:textId="77777777" w:rsidR="00691987" w:rsidRDefault="00C4776F">
      <w:pPr>
        <w:spacing w:after="0"/>
      </w:pPr>
      <w:r>
        <w:rPr>
          <w:rFonts w:ascii="Arial" w:hAnsi="Arial"/>
        </w:rPr>
        <w:t>Yeah, sad. I can't show you but you know. Okay, cool. Um, Well I think we're good.</w:t>
      </w:r>
    </w:p>
    <w:p w14:paraId="79701780" w14:textId="77777777" w:rsidR="00691987" w:rsidRDefault="00691987">
      <w:pPr>
        <w:spacing w:after="0"/>
      </w:pPr>
    </w:p>
    <w:p w14:paraId="5C4273AC" w14:textId="77777777" w:rsidR="00691987" w:rsidRDefault="00C4776F">
      <w:pPr>
        <w:spacing w:after="0"/>
      </w:pPr>
      <w:r>
        <w:rPr>
          <w:rFonts w:ascii="Arial" w:hAnsi="Arial"/>
          <w:b/>
        </w:rPr>
        <w:t xml:space="preserve">Interviewer P:  </w:t>
      </w:r>
      <w:r>
        <w:rPr>
          <w:rFonts w:ascii="Arial" w:hAnsi="Arial"/>
          <w:color w:val="5D7284"/>
        </w:rPr>
        <w:t>12:31</w:t>
      </w:r>
    </w:p>
    <w:p w14:paraId="7C5C7628" w14:textId="77777777" w:rsidR="00691987" w:rsidRDefault="00C4776F">
      <w:pPr>
        <w:spacing w:after="0"/>
      </w:pPr>
      <w:r>
        <w:rPr>
          <w:rFonts w:ascii="Arial" w:hAnsi="Arial"/>
        </w:rPr>
        <w:t>Yeah. All right. So these two are different temperatures. Do you think if we had red in blue water, that was the same temperature they weren't equal? Do you think would do what it did there?</w:t>
      </w:r>
    </w:p>
    <w:p w14:paraId="022DD339" w14:textId="77777777" w:rsidR="00691987" w:rsidRDefault="00691987">
      <w:pPr>
        <w:spacing w:after="0"/>
      </w:pPr>
    </w:p>
    <w:p w14:paraId="330CDA65" w14:textId="77777777" w:rsidR="00691987" w:rsidRDefault="00C4776F">
      <w:pPr>
        <w:spacing w:after="0"/>
      </w:pPr>
      <w:r>
        <w:rPr>
          <w:rFonts w:ascii="Arial" w:hAnsi="Arial"/>
          <w:b/>
        </w:rPr>
        <w:t xml:space="preserve">Participant #9:  </w:t>
      </w:r>
      <w:r>
        <w:rPr>
          <w:rFonts w:ascii="Arial" w:hAnsi="Arial"/>
          <w:color w:val="5D7284"/>
        </w:rPr>
        <w:t>12:46</w:t>
      </w:r>
    </w:p>
    <w:p w14:paraId="0F232060" w14:textId="77777777" w:rsidR="00691987" w:rsidRDefault="00C4776F">
      <w:pPr>
        <w:spacing w:after="0"/>
      </w:pPr>
      <w:r>
        <w:rPr>
          <w:rFonts w:ascii="Arial" w:hAnsi="Arial"/>
        </w:rPr>
        <w:t>I don't think so. Just because, wait, so you're saying?</w:t>
      </w:r>
    </w:p>
    <w:p w14:paraId="519DB886" w14:textId="77777777" w:rsidR="00691987" w:rsidRDefault="00691987">
      <w:pPr>
        <w:spacing w:after="0"/>
      </w:pPr>
    </w:p>
    <w:p w14:paraId="2ABCC89E" w14:textId="77777777" w:rsidR="00691987" w:rsidRDefault="00C4776F">
      <w:pPr>
        <w:spacing w:after="0"/>
      </w:pPr>
      <w:r>
        <w:rPr>
          <w:rFonts w:ascii="Arial" w:hAnsi="Arial"/>
          <w:b/>
        </w:rPr>
        <w:t xml:space="preserve">Interviewer P:  </w:t>
      </w:r>
      <w:r>
        <w:rPr>
          <w:rFonts w:ascii="Arial" w:hAnsi="Arial"/>
          <w:color w:val="5D7284"/>
        </w:rPr>
        <w:t>12:53</w:t>
      </w:r>
    </w:p>
    <w:p w14:paraId="27692A5E" w14:textId="77777777" w:rsidR="00691987" w:rsidRDefault="00C4776F">
      <w:pPr>
        <w:spacing w:after="0"/>
      </w:pPr>
      <w:r>
        <w:rPr>
          <w:rFonts w:ascii="Arial" w:hAnsi="Arial"/>
        </w:rPr>
        <w:t>So, it's dyed red and yellow. But they're the same? Like we get it out of the spicet at the same temperature? Just some random food coloring and coloring? Okay. Do you think it would do that without the temperature difference?</w:t>
      </w:r>
    </w:p>
    <w:p w14:paraId="088B313E" w14:textId="77777777" w:rsidR="00691987" w:rsidRDefault="00691987">
      <w:pPr>
        <w:spacing w:after="0"/>
      </w:pPr>
    </w:p>
    <w:p w14:paraId="5EECC9E0" w14:textId="77777777" w:rsidR="00691987" w:rsidRDefault="00C4776F">
      <w:pPr>
        <w:spacing w:after="0"/>
      </w:pPr>
      <w:r>
        <w:rPr>
          <w:rFonts w:ascii="Arial" w:hAnsi="Arial"/>
          <w:b/>
        </w:rPr>
        <w:t xml:space="preserve">Participant #9:  </w:t>
      </w:r>
      <w:r>
        <w:rPr>
          <w:rFonts w:ascii="Arial" w:hAnsi="Arial"/>
          <w:color w:val="5D7284"/>
        </w:rPr>
        <w:t>13:06</w:t>
      </w:r>
    </w:p>
    <w:p w14:paraId="3D09729D" w14:textId="77777777" w:rsidR="00691987" w:rsidRDefault="00C4776F">
      <w:pPr>
        <w:spacing w:after="0"/>
      </w:pPr>
      <w:r>
        <w:rPr>
          <w:rFonts w:ascii="Arial" w:hAnsi="Arial"/>
        </w:rPr>
        <w:t>I don't think so. I think it'll instantly mix instantly.</w:t>
      </w:r>
    </w:p>
    <w:p w14:paraId="2E7EBB84" w14:textId="77777777" w:rsidR="00691987" w:rsidRDefault="00691987">
      <w:pPr>
        <w:spacing w:after="0"/>
      </w:pPr>
    </w:p>
    <w:p w14:paraId="4EEC7F8F" w14:textId="77777777" w:rsidR="00691987" w:rsidRDefault="00C4776F">
      <w:pPr>
        <w:spacing w:after="0"/>
      </w:pPr>
      <w:r>
        <w:rPr>
          <w:rFonts w:ascii="Arial" w:hAnsi="Arial"/>
          <w:b/>
        </w:rPr>
        <w:t xml:space="preserve">Interviewer P:  </w:t>
      </w:r>
      <w:r>
        <w:rPr>
          <w:rFonts w:ascii="Arial" w:hAnsi="Arial"/>
          <w:color w:val="5D7284"/>
        </w:rPr>
        <w:t>13:10</w:t>
      </w:r>
    </w:p>
    <w:p w14:paraId="61E66B29" w14:textId="77777777" w:rsidR="00691987" w:rsidRDefault="00C4776F">
      <w:pPr>
        <w:spacing w:after="0"/>
      </w:pPr>
      <w:r>
        <w:rPr>
          <w:rFonts w:ascii="Arial" w:hAnsi="Arial"/>
        </w:rPr>
        <w:t xml:space="preserve">So I did that. Actually, earlier this morning, and I took a picture of it after an hour, what do you think it would look like after an hour? </w:t>
      </w:r>
    </w:p>
    <w:p w14:paraId="5FA9F868" w14:textId="77777777" w:rsidR="00691987" w:rsidRDefault="00691987">
      <w:pPr>
        <w:spacing w:after="0"/>
      </w:pPr>
    </w:p>
    <w:p w14:paraId="16AB98EE" w14:textId="77777777" w:rsidR="00691987" w:rsidRDefault="00C4776F">
      <w:pPr>
        <w:spacing w:after="0"/>
      </w:pPr>
      <w:r>
        <w:rPr>
          <w:rFonts w:ascii="Arial" w:hAnsi="Arial"/>
          <w:b/>
        </w:rPr>
        <w:t xml:space="preserve">Participant #9:  </w:t>
      </w:r>
      <w:r>
        <w:rPr>
          <w:rFonts w:ascii="Arial" w:hAnsi="Arial"/>
          <w:color w:val="5D7284"/>
        </w:rPr>
        <w:t>13:18</w:t>
      </w:r>
    </w:p>
    <w:p w14:paraId="5016B28F" w14:textId="77777777" w:rsidR="00691987" w:rsidRDefault="00C4776F">
      <w:pPr>
        <w:spacing w:after="0"/>
      </w:pPr>
      <w:r>
        <w:rPr>
          <w:rFonts w:ascii="Arial" w:hAnsi="Arial"/>
        </w:rPr>
        <w:t>Completely mixed?</w:t>
      </w:r>
    </w:p>
    <w:p w14:paraId="11CCF876" w14:textId="77777777" w:rsidR="00691987" w:rsidRDefault="00691987">
      <w:pPr>
        <w:spacing w:after="0"/>
      </w:pPr>
    </w:p>
    <w:p w14:paraId="7F64788B" w14:textId="77777777" w:rsidR="00691987" w:rsidRDefault="00C4776F">
      <w:pPr>
        <w:spacing w:after="0"/>
      </w:pPr>
      <w:r>
        <w:rPr>
          <w:rFonts w:ascii="Arial" w:hAnsi="Arial"/>
          <w:b/>
        </w:rPr>
        <w:t xml:space="preserve">Interviewer P:  </w:t>
      </w:r>
      <w:r>
        <w:rPr>
          <w:rFonts w:ascii="Arial" w:hAnsi="Arial"/>
          <w:color w:val="5D7284"/>
        </w:rPr>
        <w:t>13:20</w:t>
      </w:r>
    </w:p>
    <w:p w14:paraId="4C7156BE" w14:textId="77777777" w:rsidR="00691987" w:rsidRDefault="00C4776F">
      <w:pPr>
        <w:spacing w:after="0"/>
      </w:pPr>
      <w:r>
        <w:rPr>
          <w:rFonts w:ascii="Arial" w:hAnsi="Arial"/>
        </w:rPr>
        <w:t>So, this is what it looked like.</w:t>
      </w:r>
    </w:p>
    <w:p w14:paraId="3319A6BE" w14:textId="77777777" w:rsidR="00691987" w:rsidRDefault="00691987">
      <w:pPr>
        <w:spacing w:after="0"/>
      </w:pPr>
    </w:p>
    <w:p w14:paraId="7A1E9A31" w14:textId="77777777" w:rsidR="00691987" w:rsidRDefault="00C4776F">
      <w:pPr>
        <w:spacing w:after="0"/>
      </w:pPr>
      <w:r>
        <w:rPr>
          <w:rFonts w:ascii="Arial" w:hAnsi="Arial"/>
          <w:b/>
        </w:rPr>
        <w:t xml:space="preserve">Participant #9:  </w:t>
      </w:r>
      <w:r>
        <w:rPr>
          <w:rFonts w:ascii="Arial" w:hAnsi="Arial"/>
          <w:color w:val="5D7284"/>
        </w:rPr>
        <w:t>13:23</w:t>
      </w:r>
    </w:p>
    <w:p w14:paraId="030E3B79" w14:textId="77777777" w:rsidR="00691987" w:rsidRDefault="00C4776F">
      <w:pPr>
        <w:spacing w:after="0"/>
      </w:pPr>
      <w:r>
        <w:rPr>
          <w:rFonts w:ascii="Arial" w:hAnsi="Arial"/>
        </w:rPr>
        <w:t xml:space="preserve"> Okay.</w:t>
      </w:r>
    </w:p>
    <w:p w14:paraId="540C3333" w14:textId="77777777" w:rsidR="00691987" w:rsidRDefault="00691987">
      <w:pPr>
        <w:spacing w:after="0"/>
      </w:pPr>
    </w:p>
    <w:p w14:paraId="731505BE" w14:textId="77777777" w:rsidR="00691987" w:rsidRDefault="00C4776F">
      <w:pPr>
        <w:spacing w:after="0"/>
      </w:pPr>
      <w:r>
        <w:rPr>
          <w:rFonts w:ascii="Arial" w:hAnsi="Arial"/>
          <w:b/>
        </w:rPr>
        <w:t xml:space="preserve">Interviewer P:  </w:t>
      </w:r>
      <w:r>
        <w:rPr>
          <w:rFonts w:ascii="Arial" w:hAnsi="Arial"/>
          <w:color w:val="5D7284"/>
        </w:rPr>
        <w:t>13:23</w:t>
      </w:r>
    </w:p>
    <w:p w14:paraId="088A2F2E" w14:textId="77777777" w:rsidR="00691987" w:rsidRDefault="00C4776F">
      <w:pPr>
        <w:spacing w:after="0"/>
      </w:pPr>
      <w:r>
        <w:rPr>
          <w:rFonts w:ascii="Arial" w:hAnsi="Arial"/>
        </w:rPr>
        <w:t>You're pretty right on.</w:t>
      </w:r>
    </w:p>
    <w:p w14:paraId="3840B394" w14:textId="77777777" w:rsidR="00691987" w:rsidRDefault="00691987">
      <w:pPr>
        <w:spacing w:after="0"/>
      </w:pPr>
    </w:p>
    <w:p w14:paraId="253613A0" w14:textId="77777777" w:rsidR="00691987" w:rsidRDefault="00C4776F">
      <w:pPr>
        <w:spacing w:after="0"/>
      </w:pPr>
      <w:r>
        <w:rPr>
          <w:rFonts w:ascii="Arial" w:hAnsi="Arial"/>
          <w:b/>
        </w:rPr>
        <w:t xml:space="preserve">Participant #9:  </w:t>
      </w:r>
      <w:r>
        <w:rPr>
          <w:rFonts w:ascii="Arial" w:hAnsi="Arial"/>
          <w:color w:val="5D7284"/>
        </w:rPr>
        <w:t>13:24</w:t>
      </w:r>
    </w:p>
    <w:p w14:paraId="269BB951" w14:textId="77777777" w:rsidR="00691987" w:rsidRDefault="00C4776F">
      <w:pPr>
        <w:spacing w:after="0"/>
      </w:pPr>
      <w:r>
        <w:rPr>
          <w:rFonts w:ascii="Arial" w:hAnsi="Arial"/>
        </w:rPr>
        <w:t xml:space="preserve"> Okay.</w:t>
      </w:r>
    </w:p>
    <w:p w14:paraId="3F212A3F" w14:textId="77777777" w:rsidR="00691987" w:rsidRDefault="00691987">
      <w:pPr>
        <w:spacing w:after="0"/>
      </w:pPr>
    </w:p>
    <w:p w14:paraId="765E9A36" w14:textId="77777777" w:rsidR="00691987" w:rsidRDefault="00C4776F">
      <w:pPr>
        <w:spacing w:after="0"/>
      </w:pPr>
      <w:r>
        <w:rPr>
          <w:rFonts w:ascii="Arial" w:hAnsi="Arial"/>
          <w:b/>
        </w:rPr>
        <w:t xml:space="preserve">Interviewer P:  </w:t>
      </w:r>
      <w:r>
        <w:rPr>
          <w:rFonts w:ascii="Arial" w:hAnsi="Arial"/>
          <w:color w:val="5D7284"/>
        </w:rPr>
        <w:t>13:25</w:t>
      </w:r>
    </w:p>
    <w:p w14:paraId="264EF5F7" w14:textId="77777777" w:rsidR="00691987" w:rsidRDefault="00C4776F">
      <w:pPr>
        <w:spacing w:after="0"/>
      </w:pPr>
      <w:r>
        <w:rPr>
          <w:rFonts w:ascii="Arial" w:hAnsi="Arial"/>
        </w:rPr>
        <w:t xml:space="preserve">Okay so um, and I do have some water, that is the same temperature, you can feel the sides to verify. Okay, so yellow and green. But what's different here is that this one is salty water and this one is freshwater. Okay, so we're switching it up on you. We have water at the same temperature colors, but green is salty, and yellow is fresh. So we'll rerun the demo. </w:t>
      </w:r>
    </w:p>
    <w:p w14:paraId="3E3ED162" w14:textId="77777777" w:rsidR="00691987" w:rsidRDefault="00691987">
      <w:pPr>
        <w:spacing w:after="0"/>
      </w:pPr>
    </w:p>
    <w:p w14:paraId="0AF36F7A" w14:textId="77777777" w:rsidR="00691987" w:rsidRDefault="00C4776F">
      <w:pPr>
        <w:spacing w:after="0"/>
      </w:pPr>
      <w:r>
        <w:rPr>
          <w:rFonts w:ascii="Arial" w:hAnsi="Arial"/>
          <w:b/>
        </w:rPr>
        <w:t xml:space="preserve">Participant #9:  </w:t>
      </w:r>
      <w:r>
        <w:rPr>
          <w:rFonts w:ascii="Arial" w:hAnsi="Arial"/>
          <w:color w:val="5D7284"/>
        </w:rPr>
        <w:t>14:03</w:t>
      </w:r>
    </w:p>
    <w:p w14:paraId="38084AC0" w14:textId="77777777" w:rsidR="00691987" w:rsidRDefault="00C4776F">
      <w:pPr>
        <w:spacing w:after="0"/>
      </w:pPr>
      <w:r>
        <w:rPr>
          <w:rFonts w:ascii="Arial" w:hAnsi="Arial"/>
        </w:rPr>
        <w:t xml:space="preserve">Okay. </w:t>
      </w:r>
    </w:p>
    <w:p w14:paraId="312880C4" w14:textId="77777777" w:rsidR="00691987" w:rsidRDefault="00691987">
      <w:pPr>
        <w:spacing w:after="0"/>
      </w:pPr>
    </w:p>
    <w:p w14:paraId="79E0B0F2" w14:textId="77777777" w:rsidR="00691987" w:rsidRDefault="00C4776F">
      <w:pPr>
        <w:spacing w:after="0"/>
      </w:pPr>
      <w:r>
        <w:rPr>
          <w:rFonts w:ascii="Arial" w:hAnsi="Arial"/>
          <w:b/>
        </w:rPr>
        <w:t xml:space="preserve">Interviewer P:  </w:t>
      </w:r>
      <w:r>
        <w:rPr>
          <w:rFonts w:ascii="Arial" w:hAnsi="Arial"/>
          <w:color w:val="5D7284"/>
        </w:rPr>
        <w:t>14:04</w:t>
      </w:r>
    </w:p>
    <w:p w14:paraId="3BF13AA3" w14:textId="77777777" w:rsidR="00691987" w:rsidRDefault="00C4776F">
      <w:pPr>
        <w:spacing w:after="0"/>
      </w:pPr>
      <w:r>
        <w:rPr>
          <w:rFonts w:ascii="Arial" w:hAnsi="Arial"/>
        </w:rPr>
        <w:t xml:space="preserve">And same thing I'd like for you to make a prediction of what you think will happen here. </w:t>
      </w:r>
    </w:p>
    <w:p w14:paraId="30634978" w14:textId="77777777" w:rsidR="00691987" w:rsidRDefault="00691987">
      <w:pPr>
        <w:spacing w:after="0"/>
      </w:pPr>
    </w:p>
    <w:p w14:paraId="6C065AA8" w14:textId="77777777" w:rsidR="00691987" w:rsidRDefault="00C4776F">
      <w:pPr>
        <w:spacing w:after="0"/>
      </w:pPr>
      <w:r>
        <w:rPr>
          <w:rFonts w:ascii="Arial" w:hAnsi="Arial"/>
          <w:b/>
        </w:rPr>
        <w:t xml:space="preserve">Participant #9:  </w:t>
      </w:r>
      <w:r>
        <w:rPr>
          <w:rFonts w:ascii="Arial" w:hAnsi="Arial"/>
          <w:color w:val="5D7284"/>
        </w:rPr>
        <w:t>14:53</w:t>
      </w:r>
    </w:p>
    <w:p w14:paraId="4AD0C59C" w14:textId="77777777" w:rsidR="00691987" w:rsidRDefault="00C4776F">
      <w:pPr>
        <w:spacing w:after="0"/>
      </w:pPr>
      <w:r>
        <w:rPr>
          <w:rFonts w:ascii="Arial" w:hAnsi="Arial"/>
        </w:rPr>
        <w:t xml:space="preserve">Okay, </w:t>
      </w:r>
    </w:p>
    <w:p w14:paraId="4639BEC6" w14:textId="77777777" w:rsidR="00691987" w:rsidRDefault="00691987">
      <w:pPr>
        <w:spacing w:after="0"/>
      </w:pPr>
    </w:p>
    <w:p w14:paraId="30588840" w14:textId="77777777" w:rsidR="00691987" w:rsidRDefault="00C4776F">
      <w:pPr>
        <w:spacing w:after="0"/>
      </w:pPr>
      <w:r>
        <w:rPr>
          <w:rFonts w:ascii="Arial" w:hAnsi="Arial"/>
          <w:b/>
        </w:rPr>
        <w:t xml:space="preserve">Interviewer P:  </w:t>
      </w:r>
      <w:r>
        <w:rPr>
          <w:rFonts w:ascii="Arial" w:hAnsi="Arial"/>
          <w:color w:val="5D7284"/>
        </w:rPr>
        <w:t>14:53</w:t>
      </w:r>
    </w:p>
    <w:p w14:paraId="4F6FBC51" w14:textId="77777777" w:rsidR="00691987" w:rsidRDefault="00C4776F">
      <w:pPr>
        <w:spacing w:after="0"/>
      </w:pPr>
      <w:r>
        <w:rPr>
          <w:rFonts w:ascii="Arial" w:hAnsi="Arial"/>
        </w:rPr>
        <w:t>So tell me about your sketch.</w:t>
      </w:r>
    </w:p>
    <w:p w14:paraId="0C984AB1" w14:textId="77777777" w:rsidR="00691987" w:rsidRDefault="00691987">
      <w:pPr>
        <w:spacing w:after="0"/>
      </w:pPr>
    </w:p>
    <w:p w14:paraId="497624EB" w14:textId="77777777" w:rsidR="00691987" w:rsidRDefault="00C4776F">
      <w:pPr>
        <w:spacing w:after="0"/>
      </w:pPr>
      <w:r>
        <w:rPr>
          <w:rFonts w:ascii="Arial" w:hAnsi="Arial"/>
          <w:b/>
        </w:rPr>
        <w:t xml:space="preserve">Participant #9:  </w:t>
      </w:r>
      <w:r>
        <w:rPr>
          <w:rFonts w:ascii="Arial" w:hAnsi="Arial"/>
          <w:color w:val="5D7284"/>
        </w:rPr>
        <w:t>14:58</w:t>
      </w:r>
    </w:p>
    <w:p w14:paraId="54732330" w14:textId="77777777" w:rsidR="00691987" w:rsidRDefault="00C4776F">
      <w:pPr>
        <w:spacing w:after="0"/>
      </w:pPr>
      <w:r>
        <w:rPr>
          <w:rFonts w:ascii="Arial" w:hAnsi="Arial"/>
        </w:rPr>
        <w:t>I just I I don't know, I just feel like saltwater will go on top. Just because its different than normal water.</w:t>
      </w:r>
    </w:p>
    <w:p w14:paraId="6019BDC7" w14:textId="77777777" w:rsidR="00691987" w:rsidRDefault="00691987">
      <w:pPr>
        <w:spacing w:after="0"/>
      </w:pPr>
    </w:p>
    <w:p w14:paraId="56927739" w14:textId="77777777" w:rsidR="00691987" w:rsidRDefault="00C4776F">
      <w:pPr>
        <w:spacing w:after="0"/>
      </w:pPr>
      <w:r>
        <w:rPr>
          <w:rFonts w:ascii="Arial" w:hAnsi="Arial"/>
          <w:b/>
        </w:rPr>
        <w:t xml:space="preserve">Interviewer P:  </w:t>
      </w:r>
      <w:r>
        <w:rPr>
          <w:rFonts w:ascii="Arial" w:hAnsi="Arial"/>
          <w:color w:val="5D7284"/>
        </w:rPr>
        <w:t>15:07</w:t>
      </w:r>
    </w:p>
    <w:p w14:paraId="4BF4B02E" w14:textId="77777777" w:rsidR="00691987" w:rsidRDefault="00C4776F">
      <w:pPr>
        <w:spacing w:after="0"/>
      </w:pPr>
      <w:r>
        <w:rPr>
          <w:rFonts w:ascii="Arial" w:hAnsi="Arial"/>
        </w:rPr>
        <w:t xml:space="preserve">And this is </w:t>
      </w:r>
      <w:r>
        <w:rPr>
          <w:rFonts w:ascii="Arial" w:hAnsi="Arial"/>
        </w:rPr>
        <w:t>what it will look like after a minute.</w:t>
      </w:r>
    </w:p>
    <w:p w14:paraId="0517B2D3" w14:textId="77777777" w:rsidR="00691987" w:rsidRDefault="00691987">
      <w:pPr>
        <w:spacing w:after="0"/>
      </w:pPr>
    </w:p>
    <w:p w14:paraId="79340185" w14:textId="77777777" w:rsidR="00691987" w:rsidRDefault="00C4776F">
      <w:pPr>
        <w:spacing w:after="0"/>
      </w:pPr>
      <w:r>
        <w:rPr>
          <w:rFonts w:ascii="Arial" w:hAnsi="Arial"/>
          <w:b/>
        </w:rPr>
        <w:t xml:space="preserve">Participant #9:  </w:t>
      </w:r>
      <w:r>
        <w:rPr>
          <w:rFonts w:ascii="Arial" w:hAnsi="Arial"/>
          <w:color w:val="5D7284"/>
        </w:rPr>
        <w:t>15:10</w:t>
      </w:r>
    </w:p>
    <w:p w14:paraId="5B2B4659" w14:textId="77777777" w:rsidR="00691987" w:rsidRDefault="00C4776F">
      <w:pPr>
        <w:spacing w:after="0"/>
      </w:pPr>
      <w:r>
        <w:rPr>
          <w:rFonts w:ascii="Arial" w:hAnsi="Arial"/>
        </w:rPr>
        <w:t>Oh, after a minute. Um, yeah, I don't think it's gonna mix.</w:t>
      </w:r>
    </w:p>
    <w:p w14:paraId="2636A810" w14:textId="77777777" w:rsidR="00691987" w:rsidRDefault="00691987">
      <w:pPr>
        <w:spacing w:after="0"/>
      </w:pPr>
    </w:p>
    <w:p w14:paraId="19DA3E96" w14:textId="77777777" w:rsidR="00691987" w:rsidRDefault="00C4776F">
      <w:pPr>
        <w:spacing w:after="0"/>
      </w:pPr>
      <w:r>
        <w:rPr>
          <w:rFonts w:ascii="Arial" w:hAnsi="Arial"/>
          <w:b/>
        </w:rPr>
        <w:t xml:space="preserve">Interviewer P:  </w:t>
      </w:r>
      <w:r>
        <w:rPr>
          <w:rFonts w:ascii="Arial" w:hAnsi="Arial"/>
          <w:color w:val="5D7284"/>
        </w:rPr>
        <w:t>15:16</w:t>
      </w:r>
    </w:p>
    <w:p w14:paraId="649FD2FD" w14:textId="77777777" w:rsidR="00691987" w:rsidRDefault="00C4776F">
      <w:pPr>
        <w:spacing w:after="0"/>
      </w:pPr>
      <w:r>
        <w:rPr>
          <w:rFonts w:ascii="Arial" w:hAnsi="Arial"/>
        </w:rPr>
        <w:t>Okay because I can give you another one if you okay, if you're fine. Do you want to do another one? Or is that what you think after a minute?</w:t>
      </w:r>
    </w:p>
    <w:p w14:paraId="626E0D39" w14:textId="77777777" w:rsidR="00691987" w:rsidRDefault="00691987">
      <w:pPr>
        <w:spacing w:after="0"/>
      </w:pPr>
    </w:p>
    <w:p w14:paraId="32FE3154" w14:textId="77777777" w:rsidR="00691987" w:rsidRDefault="00C4776F">
      <w:pPr>
        <w:spacing w:after="0"/>
      </w:pPr>
      <w:r>
        <w:rPr>
          <w:rFonts w:ascii="Arial" w:hAnsi="Arial"/>
          <w:b/>
        </w:rPr>
        <w:t xml:space="preserve">Participant #9:  </w:t>
      </w:r>
      <w:r>
        <w:rPr>
          <w:rFonts w:ascii="Arial" w:hAnsi="Arial"/>
          <w:color w:val="5D7284"/>
        </w:rPr>
        <w:t>15:22</w:t>
      </w:r>
    </w:p>
    <w:p w14:paraId="5CB73363" w14:textId="77777777" w:rsidR="00691987" w:rsidRDefault="00C4776F">
      <w:pPr>
        <w:spacing w:after="0"/>
      </w:pPr>
      <w:r>
        <w:rPr>
          <w:rFonts w:ascii="Arial" w:hAnsi="Arial"/>
        </w:rPr>
        <w:t>I think I am, gonna go with this guess.</w:t>
      </w:r>
    </w:p>
    <w:p w14:paraId="7B3B4EED" w14:textId="77777777" w:rsidR="00691987" w:rsidRDefault="00691987">
      <w:pPr>
        <w:spacing w:after="0"/>
      </w:pPr>
    </w:p>
    <w:p w14:paraId="2D4FE4DE" w14:textId="77777777" w:rsidR="00691987" w:rsidRDefault="00C4776F">
      <w:pPr>
        <w:spacing w:after="0"/>
      </w:pPr>
      <w:r>
        <w:rPr>
          <w:rFonts w:ascii="Arial" w:hAnsi="Arial"/>
          <w:b/>
        </w:rPr>
        <w:t xml:space="preserve">Interviewer P:  </w:t>
      </w:r>
      <w:r>
        <w:rPr>
          <w:rFonts w:ascii="Arial" w:hAnsi="Arial"/>
          <w:color w:val="5D7284"/>
        </w:rPr>
        <w:t>15:23</w:t>
      </w:r>
    </w:p>
    <w:p w14:paraId="6D0BDB68" w14:textId="77777777" w:rsidR="00691987" w:rsidRDefault="00C4776F">
      <w:pPr>
        <w:spacing w:after="0"/>
      </w:pPr>
      <w:r>
        <w:rPr>
          <w:rFonts w:ascii="Arial" w:hAnsi="Arial"/>
        </w:rPr>
        <w:t xml:space="preserve"> Okay.</w:t>
      </w:r>
    </w:p>
    <w:p w14:paraId="7AED1EE9" w14:textId="77777777" w:rsidR="00691987" w:rsidRDefault="00691987">
      <w:pPr>
        <w:spacing w:after="0"/>
      </w:pPr>
    </w:p>
    <w:p w14:paraId="75C7D3D7" w14:textId="77777777" w:rsidR="00691987" w:rsidRDefault="00C4776F">
      <w:pPr>
        <w:spacing w:after="0"/>
      </w:pPr>
      <w:r>
        <w:rPr>
          <w:rFonts w:ascii="Arial" w:hAnsi="Arial"/>
          <w:b/>
        </w:rPr>
        <w:t xml:space="preserve">Participant #9:  </w:t>
      </w:r>
      <w:r>
        <w:rPr>
          <w:rFonts w:ascii="Arial" w:hAnsi="Arial"/>
          <w:color w:val="5D7284"/>
        </w:rPr>
        <w:t>15:24</w:t>
      </w:r>
    </w:p>
    <w:p w14:paraId="0E16E169" w14:textId="77777777" w:rsidR="00691987" w:rsidRDefault="00C4776F">
      <w:pPr>
        <w:spacing w:after="0"/>
      </w:pPr>
      <w:r>
        <w:rPr>
          <w:rFonts w:ascii="Arial" w:hAnsi="Arial"/>
        </w:rPr>
        <w:t xml:space="preserve">Yeah. </w:t>
      </w:r>
    </w:p>
    <w:p w14:paraId="1ED227D4" w14:textId="77777777" w:rsidR="00691987" w:rsidRDefault="00691987">
      <w:pPr>
        <w:spacing w:after="0"/>
      </w:pPr>
    </w:p>
    <w:p w14:paraId="7F4EA9B5" w14:textId="77777777" w:rsidR="00691987" w:rsidRDefault="00C4776F">
      <w:pPr>
        <w:spacing w:after="0"/>
      </w:pPr>
      <w:r>
        <w:rPr>
          <w:rFonts w:ascii="Arial" w:hAnsi="Arial"/>
          <w:b/>
        </w:rPr>
        <w:t xml:space="preserve">Interviewer P:  </w:t>
      </w:r>
      <w:r>
        <w:rPr>
          <w:rFonts w:ascii="Arial" w:hAnsi="Arial"/>
          <w:color w:val="5D7284"/>
        </w:rPr>
        <w:t>15:24</w:t>
      </w:r>
    </w:p>
    <w:p w14:paraId="07D17FB7" w14:textId="77777777" w:rsidR="00691987" w:rsidRDefault="00C4776F">
      <w:pPr>
        <w:spacing w:after="0"/>
      </w:pPr>
      <w:r>
        <w:rPr>
          <w:rFonts w:ascii="Arial" w:hAnsi="Arial"/>
        </w:rPr>
        <w:lastRenderedPageBreak/>
        <w:t>Okay so you're right isn't just water. And so when I moved the dividing wall, again, same question, like, how you could show us with your hands if you want, but I mean, how do you think that the two will mix? How do you think they'll move?</w:t>
      </w:r>
    </w:p>
    <w:p w14:paraId="0B1D45CF" w14:textId="77777777" w:rsidR="00691987" w:rsidRDefault="00691987">
      <w:pPr>
        <w:spacing w:after="0"/>
      </w:pPr>
    </w:p>
    <w:p w14:paraId="7D0BBDC2" w14:textId="77777777" w:rsidR="00691987" w:rsidRDefault="00C4776F">
      <w:pPr>
        <w:spacing w:after="0"/>
      </w:pPr>
      <w:r>
        <w:rPr>
          <w:rFonts w:ascii="Arial" w:hAnsi="Arial"/>
          <w:b/>
        </w:rPr>
        <w:t xml:space="preserve">Participant #9:  </w:t>
      </w:r>
      <w:r>
        <w:rPr>
          <w:rFonts w:ascii="Arial" w:hAnsi="Arial"/>
          <w:color w:val="5D7284"/>
        </w:rPr>
        <w:t>15:44</w:t>
      </w:r>
    </w:p>
    <w:p w14:paraId="467BB815" w14:textId="77777777" w:rsidR="00691987" w:rsidRDefault="00C4776F">
      <w:pPr>
        <w:spacing w:after="0"/>
      </w:pPr>
      <w:r>
        <w:rPr>
          <w:rFonts w:ascii="Arial" w:hAnsi="Arial"/>
        </w:rPr>
        <w:t xml:space="preserve">I feel like it could go the way. The other one one where they're like, kind of seeing if they're gonna mix or not, but then end up not mixing. </w:t>
      </w:r>
    </w:p>
    <w:p w14:paraId="1351DA2B" w14:textId="77777777" w:rsidR="00691987" w:rsidRDefault="00691987">
      <w:pPr>
        <w:spacing w:after="0"/>
      </w:pPr>
    </w:p>
    <w:p w14:paraId="462B639C" w14:textId="77777777" w:rsidR="00691987" w:rsidRDefault="00C4776F">
      <w:pPr>
        <w:spacing w:after="0"/>
      </w:pPr>
      <w:r>
        <w:rPr>
          <w:rFonts w:ascii="Arial" w:hAnsi="Arial"/>
          <w:b/>
        </w:rPr>
        <w:t xml:space="preserve">Interviewer P:  </w:t>
      </w:r>
      <w:r>
        <w:rPr>
          <w:rFonts w:ascii="Arial" w:hAnsi="Arial"/>
          <w:color w:val="5D7284"/>
        </w:rPr>
        <w:t>15:55</w:t>
      </w:r>
    </w:p>
    <w:p w14:paraId="09993629" w14:textId="77777777" w:rsidR="00691987" w:rsidRDefault="00C4776F">
      <w:pPr>
        <w:spacing w:after="0"/>
      </w:pPr>
      <w:r>
        <w:rPr>
          <w:rFonts w:ascii="Arial" w:hAnsi="Arial"/>
        </w:rPr>
        <w:t>Right.</w:t>
      </w:r>
    </w:p>
    <w:p w14:paraId="55BF783E" w14:textId="77777777" w:rsidR="00691987" w:rsidRDefault="00691987">
      <w:pPr>
        <w:spacing w:after="0"/>
      </w:pPr>
    </w:p>
    <w:p w14:paraId="2D74C8F4" w14:textId="77777777" w:rsidR="00691987" w:rsidRDefault="00C4776F">
      <w:pPr>
        <w:spacing w:after="0"/>
      </w:pPr>
      <w:r>
        <w:rPr>
          <w:rFonts w:ascii="Arial" w:hAnsi="Arial"/>
          <w:b/>
        </w:rPr>
        <w:t xml:space="preserve">Participant #9:  </w:t>
      </w:r>
      <w:r>
        <w:rPr>
          <w:rFonts w:ascii="Arial" w:hAnsi="Arial"/>
          <w:color w:val="5D7284"/>
        </w:rPr>
        <w:t>15:56</w:t>
      </w:r>
    </w:p>
    <w:p w14:paraId="744DF7BA" w14:textId="77777777" w:rsidR="00691987" w:rsidRDefault="00C4776F">
      <w:pPr>
        <w:spacing w:after="0"/>
      </w:pPr>
      <w:r>
        <w:rPr>
          <w:rFonts w:ascii="Arial" w:hAnsi="Arial"/>
        </w:rPr>
        <w:t xml:space="preserve">Yeah. </w:t>
      </w:r>
    </w:p>
    <w:p w14:paraId="6E259886" w14:textId="77777777" w:rsidR="00691987" w:rsidRDefault="00691987">
      <w:pPr>
        <w:spacing w:after="0"/>
      </w:pPr>
    </w:p>
    <w:p w14:paraId="3359338F" w14:textId="77777777" w:rsidR="00691987" w:rsidRDefault="00C4776F">
      <w:pPr>
        <w:spacing w:after="0"/>
      </w:pPr>
      <w:r>
        <w:rPr>
          <w:rFonts w:ascii="Arial" w:hAnsi="Arial"/>
          <w:b/>
        </w:rPr>
        <w:t xml:space="preserve">Interviewer P:  </w:t>
      </w:r>
      <w:r>
        <w:rPr>
          <w:rFonts w:ascii="Arial" w:hAnsi="Arial"/>
          <w:color w:val="5D7284"/>
        </w:rPr>
        <w:t>15:56</w:t>
      </w:r>
    </w:p>
    <w:p w14:paraId="001BB791" w14:textId="77777777" w:rsidR="00691987" w:rsidRDefault="00C4776F">
      <w:pPr>
        <w:spacing w:after="0"/>
      </w:pPr>
      <w:r>
        <w:rPr>
          <w:rFonts w:ascii="Arial" w:hAnsi="Arial"/>
        </w:rPr>
        <w:t xml:space="preserve">So that they would end up layered like that with green on the top and yellow on the bottom. And so I know this is kind of hard, because it's hard to go back and imagine what you would say after you've had an experience. But do you think you would have drawn that if you hadn't seen that first demo? </w:t>
      </w:r>
    </w:p>
    <w:p w14:paraId="425DD525" w14:textId="77777777" w:rsidR="00691987" w:rsidRDefault="00691987">
      <w:pPr>
        <w:spacing w:after="0"/>
      </w:pPr>
    </w:p>
    <w:p w14:paraId="24C6D160" w14:textId="77777777" w:rsidR="00691987" w:rsidRDefault="00C4776F">
      <w:pPr>
        <w:spacing w:after="0"/>
      </w:pPr>
      <w:r>
        <w:rPr>
          <w:rFonts w:ascii="Arial" w:hAnsi="Arial"/>
          <w:b/>
        </w:rPr>
        <w:t xml:space="preserve">Participant #9:  </w:t>
      </w:r>
      <w:r>
        <w:rPr>
          <w:rFonts w:ascii="Arial" w:hAnsi="Arial"/>
          <w:color w:val="5D7284"/>
        </w:rPr>
        <w:t>16:11</w:t>
      </w:r>
    </w:p>
    <w:p w14:paraId="7A5B0512" w14:textId="77777777" w:rsidR="00691987" w:rsidRDefault="00C4776F">
      <w:pPr>
        <w:spacing w:after="0"/>
      </w:pPr>
      <w:r>
        <w:rPr>
          <w:rFonts w:ascii="Arial" w:hAnsi="Arial"/>
        </w:rPr>
        <w:t xml:space="preserve">I don't think so. </w:t>
      </w:r>
    </w:p>
    <w:p w14:paraId="10DE8265" w14:textId="77777777" w:rsidR="00691987" w:rsidRDefault="00691987">
      <w:pPr>
        <w:spacing w:after="0"/>
      </w:pPr>
    </w:p>
    <w:p w14:paraId="433D2419" w14:textId="77777777" w:rsidR="00691987" w:rsidRDefault="00C4776F">
      <w:pPr>
        <w:spacing w:after="0"/>
      </w:pPr>
      <w:r>
        <w:rPr>
          <w:rFonts w:ascii="Arial" w:hAnsi="Arial"/>
          <w:b/>
        </w:rPr>
        <w:t xml:space="preserve">Interviewer P:  </w:t>
      </w:r>
      <w:r>
        <w:rPr>
          <w:rFonts w:ascii="Arial" w:hAnsi="Arial"/>
          <w:color w:val="5D7284"/>
        </w:rPr>
        <w:t>16:11</w:t>
      </w:r>
    </w:p>
    <w:p w14:paraId="1B9EB0E5" w14:textId="77777777" w:rsidR="00691987" w:rsidRDefault="00C4776F">
      <w:pPr>
        <w:spacing w:after="0"/>
      </w:pPr>
      <w:r>
        <w:rPr>
          <w:rFonts w:ascii="Arial" w:hAnsi="Arial"/>
        </w:rPr>
        <w:t>What would you have? Can you imagine what you would have done with salt and freshwater? If we had, if we had done this one first.</w:t>
      </w:r>
    </w:p>
    <w:p w14:paraId="31F5048E" w14:textId="77777777" w:rsidR="00691987" w:rsidRDefault="00691987">
      <w:pPr>
        <w:spacing w:after="0"/>
      </w:pPr>
    </w:p>
    <w:p w14:paraId="1FBC7A61" w14:textId="77777777" w:rsidR="00691987" w:rsidRDefault="00C4776F">
      <w:pPr>
        <w:spacing w:after="0"/>
      </w:pPr>
      <w:r>
        <w:rPr>
          <w:rFonts w:ascii="Arial" w:hAnsi="Arial"/>
          <w:b/>
        </w:rPr>
        <w:t xml:space="preserve">Participant #9:  </w:t>
      </w:r>
      <w:r>
        <w:rPr>
          <w:rFonts w:ascii="Arial" w:hAnsi="Arial"/>
          <w:color w:val="5D7284"/>
        </w:rPr>
        <w:t>16:21</w:t>
      </w:r>
    </w:p>
    <w:p w14:paraId="1CAF96F5" w14:textId="77777777" w:rsidR="00691987" w:rsidRDefault="00C4776F">
      <w:pPr>
        <w:spacing w:after="0"/>
      </w:pPr>
      <w:r>
        <w:rPr>
          <w:rFonts w:ascii="Arial" w:hAnsi="Arial"/>
        </w:rPr>
        <w:t>I think I would have still put half and half. But I don't know which one I will put on top. I think initially I might have thought the green was on the bottom, just because like, I don't know, in my head, for some reason, like when I think about saltwater, normal water saltwater seems more heavier, in a way. So I think that's what I would have said like.</w:t>
      </w:r>
    </w:p>
    <w:p w14:paraId="173F05EE" w14:textId="77777777" w:rsidR="00691987" w:rsidRDefault="00691987">
      <w:pPr>
        <w:spacing w:after="0"/>
      </w:pPr>
    </w:p>
    <w:p w14:paraId="67D33587" w14:textId="77777777" w:rsidR="00691987" w:rsidRDefault="00C4776F">
      <w:pPr>
        <w:spacing w:after="0"/>
      </w:pPr>
      <w:r>
        <w:rPr>
          <w:rFonts w:ascii="Arial" w:hAnsi="Arial"/>
          <w:b/>
        </w:rPr>
        <w:t xml:space="preserve">Interviewer P:  </w:t>
      </w:r>
      <w:r>
        <w:rPr>
          <w:rFonts w:ascii="Arial" w:hAnsi="Arial"/>
          <w:color w:val="5D7284"/>
        </w:rPr>
        <w:t>16:45</w:t>
      </w:r>
    </w:p>
    <w:p w14:paraId="2CB9737B" w14:textId="77777777" w:rsidR="00691987" w:rsidRDefault="00C4776F">
      <w:pPr>
        <w:spacing w:after="0"/>
      </w:pPr>
      <w:r>
        <w:rPr>
          <w:rFonts w:ascii="Arial" w:hAnsi="Arial"/>
        </w:rPr>
        <w:t xml:space="preserve">Because you switched that up. </w:t>
      </w:r>
    </w:p>
    <w:p w14:paraId="618FFDB0" w14:textId="77777777" w:rsidR="00691987" w:rsidRDefault="00691987">
      <w:pPr>
        <w:spacing w:after="0"/>
      </w:pPr>
    </w:p>
    <w:p w14:paraId="6C043821" w14:textId="77777777" w:rsidR="00691987" w:rsidRDefault="00C4776F">
      <w:pPr>
        <w:spacing w:after="0"/>
      </w:pPr>
      <w:r>
        <w:rPr>
          <w:rFonts w:ascii="Arial" w:hAnsi="Arial"/>
          <w:b/>
        </w:rPr>
        <w:t xml:space="preserve">Participant #9:  </w:t>
      </w:r>
      <w:r>
        <w:rPr>
          <w:rFonts w:ascii="Arial" w:hAnsi="Arial"/>
          <w:color w:val="5D7284"/>
        </w:rPr>
        <w:t>16:46</w:t>
      </w:r>
    </w:p>
    <w:p w14:paraId="78EA391B" w14:textId="77777777" w:rsidR="00691987" w:rsidRDefault="00C4776F">
      <w:pPr>
        <w:spacing w:after="0"/>
      </w:pPr>
      <w:r>
        <w:rPr>
          <w:rFonts w:ascii="Arial" w:hAnsi="Arial"/>
        </w:rPr>
        <w:t xml:space="preserve">Yeah. </w:t>
      </w:r>
    </w:p>
    <w:p w14:paraId="4C9DA909" w14:textId="77777777" w:rsidR="00691987" w:rsidRDefault="00691987">
      <w:pPr>
        <w:spacing w:after="0"/>
      </w:pPr>
    </w:p>
    <w:p w14:paraId="576A8B38" w14:textId="77777777" w:rsidR="00691987" w:rsidRDefault="00C4776F">
      <w:pPr>
        <w:spacing w:after="0"/>
      </w:pPr>
      <w:r>
        <w:rPr>
          <w:rFonts w:ascii="Arial" w:hAnsi="Arial"/>
          <w:b/>
        </w:rPr>
        <w:t xml:space="preserve">Interviewer P:  </w:t>
      </w:r>
      <w:r>
        <w:rPr>
          <w:rFonts w:ascii="Arial" w:hAnsi="Arial"/>
          <w:color w:val="5D7284"/>
        </w:rPr>
        <w:t>16:46</w:t>
      </w:r>
    </w:p>
    <w:p w14:paraId="2D6BD217" w14:textId="77777777" w:rsidR="00691987" w:rsidRDefault="00C4776F">
      <w:pPr>
        <w:spacing w:after="0"/>
      </w:pPr>
      <w:r>
        <w:rPr>
          <w:rFonts w:ascii="Arial" w:hAnsi="Arial"/>
        </w:rPr>
        <w:t>And so what's Is there a reason why you switched it?</w:t>
      </w:r>
    </w:p>
    <w:p w14:paraId="1C6781AB" w14:textId="77777777" w:rsidR="00691987" w:rsidRDefault="00691987">
      <w:pPr>
        <w:spacing w:after="0"/>
      </w:pPr>
    </w:p>
    <w:p w14:paraId="49E63145" w14:textId="77777777" w:rsidR="00691987" w:rsidRDefault="00C4776F">
      <w:pPr>
        <w:spacing w:after="0"/>
      </w:pPr>
      <w:r>
        <w:rPr>
          <w:rFonts w:ascii="Arial" w:hAnsi="Arial"/>
          <w:b/>
        </w:rPr>
        <w:t xml:space="preserve">Participant #9:  </w:t>
      </w:r>
      <w:r>
        <w:rPr>
          <w:rFonts w:ascii="Arial" w:hAnsi="Arial"/>
          <w:color w:val="5D7284"/>
        </w:rPr>
        <w:t>16:54</w:t>
      </w:r>
    </w:p>
    <w:p w14:paraId="1EFD0E18" w14:textId="77777777" w:rsidR="00691987" w:rsidRDefault="00C4776F">
      <w:pPr>
        <w:spacing w:after="0"/>
      </w:pPr>
      <w:r>
        <w:rPr>
          <w:rFonts w:ascii="Arial" w:hAnsi="Arial"/>
        </w:rPr>
        <w:t>not I just felt like salt, or like saltwater would like flow more than normal water. I can't tell you where that came from. But that's just my guess, yeah.</w:t>
      </w:r>
    </w:p>
    <w:p w14:paraId="6D126304" w14:textId="77777777" w:rsidR="00691987" w:rsidRDefault="00691987">
      <w:pPr>
        <w:spacing w:after="0"/>
      </w:pPr>
    </w:p>
    <w:p w14:paraId="756D8869" w14:textId="77777777" w:rsidR="00691987" w:rsidRDefault="00C4776F">
      <w:pPr>
        <w:spacing w:after="0"/>
      </w:pPr>
      <w:r>
        <w:rPr>
          <w:rFonts w:ascii="Arial" w:hAnsi="Arial"/>
          <w:b/>
        </w:rPr>
        <w:t xml:space="preserve">Interviewer P:  </w:t>
      </w:r>
      <w:r>
        <w:rPr>
          <w:rFonts w:ascii="Arial" w:hAnsi="Arial"/>
          <w:color w:val="5D7284"/>
        </w:rPr>
        <w:t>17:11</w:t>
      </w:r>
    </w:p>
    <w:p w14:paraId="06171D02" w14:textId="77777777" w:rsidR="00691987" w:rsidRDefault="00C4776F">
      <w:pPr>
        <w:spacing w:after="0"/>
      </w:pPr>
      <w:r>
        <w:rPr>
          <w:rFonts w:ascii="Arial" w:hAnsi="Arial"/>
        </w:rPr>
        <w:t>So I'm thinking, like here. It was opposite of what you predicted. So maybe did you just flip it because you're like, Well,</w:t>
      </w:r>
    </w:p>
    <w:p w14:paraId="3FC088C1" w14:textId="77777777" w:rsidR="00691987" w:rsidRDefault="00691987">
      <w:pPr>
        <w:spacing w:after="0"/>
      </w:pPr>
    </w:p>
    <w:p w14:paraId="584B2256" w14:textId="77777777" w:rsidR="00691987" w:rsidRDefault="00C4776F">
      <w:pPr>
        <w:spacing w:after="0"/>
      </w:pPr>
      <w:r>
        <w:rPr>
          <w:rFonts w:ascii="Arial" w:hAnsi="Arial"/>
          <w:b/>
        </w:rPr>
        <w:t xml:space="preserve">Participant #9:  </w:t>
      </w:r>
      <w:r>
        <w:rPr>
          <w:rFonts w:ascii="Arial" w:hAnsi="Arial"/>
          <w:color w:val="5D7284"/>
        </w:rPr>
        <w:t>17:21</w:t>
      </w:r>
    </w:p>
    <w:p w14:paraId="55712F5B" w14:textId="77777777" w:rsidR="00691987" w:rsidRDefault="00C4776F">
      <w:pPr>
        <w:spacing w:after="0"/>
      </w:pPr>
      <w:r>
        <w:rPr>
          <w:rFonts w:ascii="Arial" w:hAnsi="Arial"/>
        </w:rPr>
        <w:t xml:space="preserve">Maybe maybe, like, unintentionally. I was like, You know what, I got it wrong. </w:t>
      </w:r>
    </w:p>
    <w:p w14:paraId="7232A865" w14:textId="77777777" w:rsidR="00691987" w:rsidRDefault="00691987">
      <w:pPr>
        <w:spacing w:after="0"/>
      </w:pPr>
    </w:p>
    <w:p w14:paraId="1C7331F1" w14:textId="77777777" w:rsidR="00691987" w:rsidRDefault="00C4776F">
      <w:pPr>
        <w:spacing w:after="0"/>
      </w:pPr>
      <w:r>
        <w:rPr>
          <w:rFonts w:ascii="Arial" w:hAnsi="Arial"/>
          <w:b/>
        </w:rPr>
        <w:t xml:space="preserve">Interviewer P:  </w:t>
      </w:r>
      <w:r>
        <w:rPr>
          <w:rFonts w:ascii="Arial" w:hAnsi="Arial"/>
          <w:color w:val="5D7284"/>
        </w:rPr>
        <w:t>17:27</w:t>
      </w:r>
    </w:p>
    <w:p w14:paraId="0A4F98C9" w14:textId="77777777" w:rsidR="00691987" w:rsidRDefault="00C4776F">
      <w:pPr>
        <w:spacing w:after="0"/>
      </w:pPr>
      <w:r>
        <w:rPr>
          <w:rFonts w:ascii="Arial" w:hAnsi="Arial"/>
        </w:rPr>
        <w:t xml:space="preserve">All right. So let's try it again. This is </w:t>
      </w:r>
      <w:r>
        <w:rPr>
          <w:rFonts w:ascii="Arial" w:hAnsi="Arial"/>
        </w:rPr>
        <w:t>salty, and this is fresh. And yeah, I spilled. I'm not quite as good as Erika the last time I did this. One of the reasons is these beakers are a lot harder to hold on to. Yeah. Yeah. Too big for my hand. Okay. Here we go. So Is that surprising?</w:t>
      </w:r>
    </w:p>
    <w:p w14:paraId="2AA50D45" w14:textId="77777777" w:rsidR="00691987" w:rsidRDefault="00691987">
      <w:pPr>
        <w:spacing w:after="0"/>
      </w:pPr>
    </w:p>
    <w:p w14:paraId="18FAD707" w14:textId="77777777" w:rsidR="00691987" w:rsidRDefault="00C4776F">
      <w:pPr>
        <w:spacing w:after="0"/>
      </w:pPr>
      <w:r>
        <w:rPr>
          <w:rFonts w:ascii="Arial" w:hAnsi="Arial"/>
          <w:b/>
        </w:rPr>
        <w:t xml:space="preserve">Participant #9:  </w:t>
      </w:r>
      <w:r>
        <w:rPr>
          <w:rFonts w:ascii="Arial" w:hAnsi="Arial"/>
          <w:color w:val="5D7284"/>
        </w:rPr>
        <w:t>18:37</w:t>
      </w:r>
    </w:p>
    <w:p w14:paraId="6A17DB8A" w14:textId="77777777" w:rsidR="00691987" w:rsidRDefault="00C4776F">
      <w:pPr>
        <w:spacing w:after="0"/>
      </w:pPr>
      <w:r>
        <w:rPr>
          <w:rFonts w:ascii="Arial" w:hAnsi="Arial"/>
        </w:rPr>
        <w:t>Yes and no just because I think it would have like, it could have went this way. Another way. Like, I would have been surprised.</w:t>
      </w:r>
    </w:p>
    <w:p w14:paraId="304E3F96" w14:textId="77777777" w:rsidR="00691987" w:rsidRDefault="00691987">
      <w:pPr>
        <w:spacing w:after="0"/>
      </w:pPr>
    </w:p>
    <w:p w14:paraId="44EA1A09" w14:textId="77777777" w:rsidR="00691987" w:rsidRDefault="00C4776F">
      <w:pPr>
        <w:spacing w:after="0"/>
      </w:pPr>
      <w:r>
        <w:rPr>
          <w:rFonts w:ascii="Arial" w:hAnsi="Arial"/>
          <w:b/>
        </w:rPr>
        <w:t xml:space="preserve">Interviewer P:  </w:t>
      </w:r>
      <w:r>
        <w:rPr>
          <w:rFonts w:ascii="Arial" w:hAnsi="Arial"/>
          <w:color w:val="5D7284"/>
        </w:rPr>
        <w:t>18:45</w:t>
      </w:r>
    </w:p>
    <w:p w14:paraId="63F59C1E" w14:textId="77777777" w:rsidR="00691987" w:rsidRDefault="00C4776F">
      <w:pPr>
        <w:spacing w:after="0"/>
      </w:pPr>
      <w:r>
        <w:rPr>
          <w:rFonts w:ascii="Arial" w:hAnsi="Arial"/>
        </w:rPr>
        <w:t xml:space="preserve">Yeah. Yeah. So you didn't really have many X Factors. </w:t>
      </w:r>
    </w:p>
    <w:p w14:paraId="6073045C" w14:textId="77777777" w:rsidR="00691987" w:rsidRDefault="00691987">
      <w:pPr>
        <w:spacing w:after="0"/>
      </w:pPr>
    </w:p>
    <w:p w14:paraId="377B38FB" w14:textId="77777777" w:rsidR="00691987" w:rsidRDefault="00C4776F">
      <w:pPr>
        <w:spacing w:after="0"/>
      </w:pPr>
      <w:r>
        <w:rPr>
          <w:rFonts w:ascii="Arial" w:hAnsi="Arial"/>
          <w:b/>
        </w:rPr>
        <w:t xml:space="preserve">Participant #9:  </w:t>
      </w:r>
      <w:r>
        <w:rPr>
          <w:rFonts w:ascii="Arial" w:hAnsi="Arial"/>
          <w:color w:val="5D7284"/>
        </w:rPr>
        <w:t>18:48</w:t>
      </w:r>
    </w:p>
    <w:p w14:paraId="0D45BCD2" w14:textId="77777777" w:rsidR="00691987" w:rsidRDefault="00C4776F">
      <w:pPr>
        <w:spacing w:after="0"/>
      </w:pPr>
      <w:r>
        <w:rPr>
          <w:rFonts w:ascii="Arial" w:hAnsi="Arial"/>
        </w:rPr>
        <w:t xml:space="preserve">Yeah, it's kind of like it's just gonna be cool. </w:t>
      </w:r>
    </w:p>
    <w:p w14:paraId="47696A47" w14:textId="77777777" w:rsidR="00691987" w:rsidRDefault="00691987">
      <w:pPr>
        <w:spacing w:after="0"/>
      </w:pPr>
    </w:p>
    <w:p w14:paraId="321F0328" w14:textId="77777777" w:rsidR="00691987" w:rsidRDefault="00C4776F">
      <w:pPr>
        <w:spacing w:after="0"/>
      </w:pPr>
      <w:r>
        <w:rPr>
          <w:rFonts w:ascii="Arial" w:hAnsi="Arial"/>
          <w:b/>
        </w:rPr>
        <w:t xml:space="preserve">Interviewer P:  </w:t>
      </w:r>
      <w:r>
        <w:rPr>
          <w:rFonts w:ascii="Arial" w:hAnsi="Arial"/>
          <w:color w:val="5D7284"/>
        </w:rPr>
        <w:t>18:50</w:t>
      </w:r>
    </w:p>
    <w:p w14:paraId="6AC8D571" w14:textId="77777777" w:rsidR="00691987" w:rsidRDefault="00C4776F">
      <w:pPr>
        <w:spacing w:after="0"/>
      </w:pPr>
      <w:r>
        <w:rPr>
          <w:rFonts w:ascii="Arial" w:hAnsi="Arial"/>
        </w:rPr>
        <w:t>Uh huh. Yeah. How would you compare it to the hot and cold water, the way that it moved and ended up?</w:t>
      </w:r>
    </w:p>
    <w:p w14:paraId="35B14DEE" w14:textId="77777777" w:rsidR="00691987" w:rsidRDefault="00691987">
      <w:pPr>
        <w:spacing w:after="0"/>
      </w:pPr>
    </w:p>
    <w:p w14:paraId="6E07834B" w14:textId="77777777" w:rsidR="00691987" w:rsidRDefault="00C4776F">
      <w:pPr>
        <w:spacing w:after="0"/>
      </w:pPr>
      <w:r>
        <w:rPr>
          <w:rFonts w:ascii="Arial" w:hAnsi="Arial"/>
          <w:b/>
        </w:rPr>
        <w:t xml:space="preserve">Participant #9:  </w:t>
      </w:r>
      <w:r>
        <w:rPr>
          <w:rFonts w:ascii="Arial" w:hAnsi="Arial"/>
          <w:color w:val="5D7284"/>
        </w:rPr>
        <w:t>18:59</w:t>
      </w:r>
    </w:p>
    <w:p w14:paraId="3144BA4D" w14:textId="77777777" w:rsidR="00691987" w:rsidRDefault="00C4776F">
      <w:pPr>
        <w:spacing w:after="0"/>
      </w:pPr>
      <w:r>
        <w:rPr>
          <w:rFonts w:ascii="Arial" w:hAnsi="Arial"/>
        </w:rPr>
        <w:t>I feel like the this one like the green and the yellow, like, the yellow was always on the top, even if they were like mixing kind of like the green stain on the bottom, but they're still like moving around. But the other one, they kind of like mixed more. Okay, but it ended up being half and half. Yeah,</w:t>
      </w:r>
    </w:p>
    <w:p w14:paraId="34ABDEBC" w14:textId="77777777" w:rsidR="00691987" w:rsidRDefault="00691987">
      <w:pPr>
        <w:spacing w:after="0"/>
      </w:pPr>
    </w:p>
    <w:p w14:paraId="408CA611" w14:textId="77777777" w:rsidR="00691987" w:rsidRDefault="00C4776F">
      <w:pPr>
        <w:spacing w:after="0"/>
      </w:pPr>
      <w:r>
        <w:rPr>
          <w:rFonts w:ascii="Arial" w:hAnsi="Arial"/>
          <w:b/>
        </w:rPr>
        <w:t xml:space="preserve">Interviewer P:  </w:t>
      </w:r>
      <w:r>
        <w:rPr>
          <w:rFonts w:ascii="Arial" w:hAnsi="Arial"/>
          <w:color w:val="5D7284"/>
        </w:rPr>
        <w:t>19:18</w:t>
      </w:r>
    </w:p>
    <w:p w14:paraId="6ECBB6DC" w14:textId="77777777" w:rsidR="00691987" w:rsidRDefault="00C4776F">
      <w:pPr>
        <w:spacing w:after="0"/>
      </w:pPr>
      <w:r>
        <w:rPr>
          <w:rFonts w:ascii="Arial" w:hAnsi="Arial"/>
        </w:rPr>
        <w:t>Yeah. And do you think these layers would will stay?</w:t>
      </w:r>
    </w:p>
    <w:p w14:paraId="18330A37" w14:textId="77777777" w:rsidR="00691987" w:rsidRDefault="00691987">
      <w:pPr>
        <w:spacing w:after="0"/>
      </w:pPr>
    </w:p>
    <w:p w14:paraId="791B8FDB" w14:textId="77777777" w:rsidR="00691987" w:rsidRDefault="00C4776F">
      <w:pPr>
        <w:spacing w:after="0"/>
      </w:pPr>
      <w:r>
        <w:rPr>
          <w:rFonts w:ascii="Arial" w:hAnsi="Arial"/>
          <w:b/>
        </w:rPr>
        <w:t xml:space="preserve">Participant #9:  </w:t>
      </w:r>
      <w:r>
        <w:rPr>
          <w:rFonts w:ascii="Arial" w:hAnsi="Arial"/>
          <w:color w:val="5D7284"/>
        </w:rPr>
        <w:t>19:31</w:t>
      </w:r>
    </w:p>
    <w:p w14:paraId="316AC762" w14:textId="77777777" w:rsidR="00691987" w:rsidRDefault="00C4776F">
      <w:pPr>
        <w:spacing w:after="0"/>
      </w:pPr>
      <w:r>
        <w:rPr>
          <w:rFonts w:ascii="Arial" w:hAnsi="Arial"/>
        </w:rPr>
        <w:t>I have a feeling it'll stay but that's what I thought on the other one, but mixed immediately after an hour. So I'm just gonna say, maybe it'll mix.</w:t>
      </w:r>
    </w:p>
    <w:p w14:paraId="686FDA22" w14:textId="77777777" w:rsidR="00691987" w:rsidRDefault="00691987">
      <w:pPr>
        <w:spacing w:after="0"/>
      </w:pPr>
    </w:p>
    <w:p w14:paraId="26103AE5" w14:textId="77777777" w:rsidR="00691987" w:rsidRDefault="00C4776F">
      <w:pPr>
        <w:spacing w:after="0"/>
      </w:pPr>
      <w:r>
        <w:rPr>
          <w:rFonts w:ascii="Arial" w:hAnsi="Arial"/>
          <w:b/>
        </w:rPr>
        <w:t xml:space="preserve">Interviewer P:  </w:t>
      </w:r>
      <w:r>
        <w:rPr>
          <w:rFonts w:ascii="Arial" w:hAnsi="Arial"/>
          <w:color w:val="5D7284"/>
        </w:rPr>
        <w:t>19:42</w:t>
      </w:r>
    </w:p>
    <w:p w14:paraId="57B03649" w14:textId="77777777" w:rsidR="00691987" w:rsidRDefault="00C4776F">
      <w:pPr>
        <w:spacing w:after="0"/>
      </w:pPr>
      <w:r>
        <w:rPr>
          <w:rFonts w:ascii="Arial" w:hAnsi="Arial"/>
        </w:rPr>
        <w:t>And but how long do you think it'll take the salt and freshwater to mix?</w:t>
      </w:r>
    </w:p>
    <w:p w14:paraId="1E1F7938" w14:textId="77777777" w:rsidR="00691987" w:rsidRDefault="00691987">
      <w:pPr>
        <w:spacing w:after="0"/>
      </w:pPr>
    </w:p>
    <w:p w14:paraId="387A25FF" w14:textId="77777777" w:rsidR="00691987" w:rsidRDefault="00C4776F">
      <w:pPr>
        <w:spacing w:after="0"/>
      </w:pPr>
      <w:r>
        <w:rPr>
          <w:rFonts w:ascii="Arial" w:hAnsi="Arial"/>
          <w:b/>
        </w:rPr>
        <w:t xml:space="preserve">Participant #9:  </w:t>
      </w:r>
      <w:r>
        <w:rPr>
          <w:rFonts w:ascii="Arial" w:hAnsi="Arial"/>
          <w:color w:val="5D7284"/>
        </w:rPr>
        <w:t>19:46</w:t>
      </w:r>
    </w:p>
    <w:p w14:paraId="41107A82" w14:textId="77777777" w:rsidR="00691987" w:rsidRDefault="00C4776F">
      <w:pPr>
        <w:spacing w:after="0"/>
      </w:pPr>
      <w:r>
        <w:rPr>
          <w:rFonts w:ascii="Arial" w:hAnsi="Arial"/>
        </w:rPr>
        <w:lastRenderedPageBreak/>
        <w:t xml:space="preserve">Actually, I forgot that saltwater. I don't think it'll mix them. Because the last one, it was like more of the temperature. And like </w:t>
      </w:r>
      <w:r>
        <w:rPr>
          <w:rFonts w:ascii="Arial" w:hAnsi="Arial"/>
        </w:rPr>
        <w:t>once they become the same temperature it started mixing I guess So I don't think this will mix and yeah.</w:t>
      </w:r>
    </w:p>
    <w:p w14:paraId="3038A305" w14:textId="77777777" w:rsidR="00691987" w:rsidRDefault="00691987">
      <w:pPr>
        <w:spacing w:after="0"/>
      </w:pPr>
    </w:p>
    <w:p w14:paraId="07D2CFD6" w14:textId="77777777" w:rsidR="00691987" w:rsidRDefault="00C4776F">
      <w:pPr>
        <w:spacing w:after="0"/>
      </w:pPr>
      <w:r>
        <w:rPr>
          <w:rFonts w:ascii="Arial" w:hAnsi="Arial"/>
          <w:b/>
        </w:rPr>
        <w:t xml:space="preserve">Interviewer P:  </w:t>
      </w:r>
      <w:r>
        <w:rPr>
          <w:rFonts w:ascii="Arial" w:hAnsi="Arial"/>
          <w:color w:val="5D7284"/>
        </w:rPr>
        <w:t>20:04</w:t>
      </w:r>
    </w:p>
    <w:p w14:paraId="3D7BF020" w14:textId="77777777" w:rsidR="00691987" w:rsidRDefault="00C4776F">
      <w:pPr>
        <w:spacing w:after="0"/>
      </w:pPr>
      <w:r>
        <w:rPr>
          <w:rFonts w:ascii="Arial" w:hAnsi="Arial"/>
        </w:rPr>
        <w:t xml:space="preserve">Like the same saltiness. So you said that you think that they mixed to become the same temperature. So I guess the equivalent here would be becoming the same saltiness. </w:t>
      </w:r>
    </w:p>
    <w:p w14:paraId="56B7DBFB" w14:textId="77777777" w:rsidR="00691987" w:rsidRDefault="00691987">
      <w:pPr>
        <w:spacing w:after="0"/>
      </w:pPr>
    </w:p>
    <w:p w14:paraId="667F1CA6" w14:textId="77777777" w:rsidR="00691987" w:rsidRDefault="00C4776F">
      <w:pPr>
        <w:spacing w:after="0"/>
      </w:pPr>
      <w:r>
        <w:rPr>
          <w:rFonts w:ascii="Arial" w:hAnsi="Arial"/>
          <w:b/>
        </w:rPr>
        <w:t xml:space="preserve">Participant #9:  </w:t>
      </w:r>
      <w:r>
        <w:rPr>
          <w:rFonts w:ascii="Arial" w:hAnsi="Arial"/>
          <w:color w:val="5D7284"/>
        </w:rPr>
        <w:t>20:20</w:t>
      </w:r>
    </w:p>
    <w:p w14:paraId="357AFECC" w14:textId="77777777" w:rsidR="00691987" w:rsidRDefault="00C4776F">
      <w:pPr>
        <w:spacing w:after="0"/>
      </w:pPr>
      <w:r>
        <w:rPr>
          <w:rFonts w:ascii="Arial" w:hAnsi="Arial"/>
        </w:rPr>
        <w:t>This is so hard, I'm gonna stick with I don't think it's gonna mix. Yeah,</w:t>
      </w:r>
    </w:p>
    <w:p w14:paraId="4A8DA091" w14:textId="77777777" w:rsidR="00691987" w:rsidRDefault="00691987">
      <w:pPr>
        <w:spacing w:after="0"/>
      </w:pPr>
    </w:p>
    <w:p w14:paraId="3655A6F4" w14:textId="77777777" w:rsidR="00691987" w:rsidRDefault="00C4776F">
      <w:pPr>
        <w:spacing w:after="0"/>
      </w:pPr>
      <w:r>
        <w:rPr>
          <w:rFonts w:ascii="Arial" w:hAnsi="Arial"/>
          <w:b/>
        </w:rPr>
        <w:t xml:space="preserve">Interviewer P:  </w:t>
      </w:r>
      <w:r>
        <w:rPr>
          <w:rFonts w:ascii="Arial" w:hAnsi="Arial"/>
          <w:color w:val="5D7284"/>
        </w:rPr>
        <w:t>20:26</w:t>
      </w:r>
    </w:p>
    <w:p w14:paraId="0EF2B509" w14:textId="77777777" w:rsidR="00691987" w:rsidRDefault="00C4776F">
      <w:pPr>
        <w:spacing w:after="0"/>
      </w:pPr>
      <w:r>
        <w:rPr>
          <w:rFonts w:ascii="Arial" w:hAnsi="Arial"/>
        </w:rPr>
        <w:t xml:space="preserve">Yeah, we're just we're interested in what you think. </w:t>
      </w:r>
    </w:p>
    <w:p w14:paraId="1017DE4F" w14:textId="77777777" w:rsidR="00691987" w:rsidRDefault="00691987">
      <w:pPr>
        <w:spacing w:after="0"/>
      </w:pPr>
    </w:p>
    <w:p w14:paraId="7EB82D79" w14:textId="77777777" w:rsidR="00691987" w:rsidRDefault="00C4776F">
      <w:pPr>
        <w:spacing w:after="0"/>
      </w:pPr>
      <w:r>
        <w:rPr>
          <w:rFonts w:ascii="Arial" w:hAnsi="Arial"/>
          <w:b/>
        </w:rPr>
        <w:t xml:space="preserve">Participant #9:  </w:t>
      </w:r>
      <w:r>
        <w:rPr>
          <w:rFonts w:ascii="Arial" w:hAnsi="Arial"/>
          <w:color w:val="5D7284"/>
        </w:rPr>
        <w:t>20:29</w:t>
      </w:r>
    </w:p>
    <w:p w14:paraId="7AB584AC" w14:textId="77777777" w:rsidR="00691987" w:rsidRDefault="00C4776F">
      <w:pPr>
        <w:spacing w:after="0"/>
      </w:pPr>
      <w:r>
        <w:rPr>
          <w:rFonts w:ascii="Arial" w:hAnsi="Arial"/>
        </w:rPr>
        <w:t>Yeah.</w:t>
      </w:r>
    </w:p>
    <w:p w14:paraId="20AFB54B" w14:textId="77777777" w:rsidR="00691987" w:rsidRDefault="00691987">
      <w:pPr>
        <w:spacing w:after="0"/>
      </w:pPr>
    </w:p>
    <w:p w14:paraId="0FCACD00" w14:textId="77777777" w:rsidR="00691987" w:rsidRDefault="00C4776F">
      <w:pPr>
        <w:spacing w:after="0"/>
      </w:pPr>
      <w:r>
        <w:rPr>
          <w:rFonts w:ascii="Arial" w:hAnsi="Arial"/>
          <w:b/>
        </w:rPr>
        <w:t xml:space="preserve">Interviewer P:  </w:t>
      </w:r>
      <w:r>
        <w:rPr>
          <w:rFonts w:ascii="Arial" w:hAnsi="Arial"/>
          <w:color w:val="5D7284"/>
        </w:rPr>
        <w:t>20:30</w:t>
      </w:r>
    </w:p>
    <w:p w14:paraId="722728CD" w14:textId="77777777" w:rsidR="00691987" w:rsidRDefault="00C4776F">
      <w:pPr>
        <w:spacing w:after="0"/>
      </w:pPr>
      <w:r>
        <w:rPr>
          <w:rFonts w:ascii="Arial" w:hAnsi="Arial"/>
        </w:rPr>
        <w:t xml:space="preserve">Much more so than if you make the correct prediction. </w:t>
      </w:r>
    </w:p>
    <w:p w14:paraId="63553C54" w14:textId="77777777" w:rsidR="00691987" w:rsidRDefault="00691987">
      <w:pPr>
        <w:spacing w:after="0"/>
      </w:pPr>
    </w:p>
    <w:p w14:paraId="57F84618" w14:textId="77777777" w:rsidR="00691987" w:rsidRDefault="00C4776F">
      <w:pPr>
        <w:spacing w:after="0"/>
      </w:pPr>
      <w:r>
        <w:rPr>
          <w:rFonts w:ascii="Arial" w:hAnsi="Arial"/>
          <w:b/>
        </w:rPr>
        <w:t xml:space="preserve">Participant #9:  </w:t>
      </w:r>
      <w:r>
        <w:rPr>
          <w:rFonts w:ascii="Arial" w:hAnsi="Arial"/>
          <w:color w:val="5D7284"/>
        </w:rPr>
        <w:t>20:34</w:t>
      </w:r>
    </w:p>
    <w:p w14:paraId="6AA5EFEA" w14:textId="77777777" w:rsidR="00691987" w:rsidRDefault="00C4776F">
      <w:pPr>
        <w:spacing w:after="0"/>
      </w:pPr>
      <w:r>
        <w:rPr>
          <w:rFonts w:ascii="Arial" w:hAnsi="Arial"/>
        </w:rPr>
        <w:t xml:space="preserve">Okay. </w:t>
      </w:r>
    </w:p>
    <w:p w14:paraId="7AF1E51B" w14:textId="77777777" w:rsidR="00691987" w:rsidRDefault="00691987">
      <w:pPr>
        <w:spacing w:after="0"/>
      </w:pPr>
    </w:p>
    <w:p w14:paraId="2CEF3BBD" w14:textId="77777777" w:rsidR="00691987" w:rsidRDefault="00C4776F">
      <w:pPr>
        <w:spacing w:after="0"/>
      </w:pPr>
      <w:r>
        <w:rPr>
          <w:rFonts w:ascii="Arial" w:hAnsi="Arial"/>
          <w:b/>
        </w:rPr>
        <w:t xml:space="preserve">Interviewer P:  </w:t>
      </w:r>
      <w:r>
        <w:rPr>
          <w:rFonts w:ascii="Arial" w:hAnsi="Arial"/>
          <w:color w:val="5D7284"/>
        </w:rPr>
        <w:t>20:35</w:t>
      </w:r>
    </w:p>
    <w:p w14:paraId="70D3901C" w14:textId="77777777" w:rsidR="00691987" w:rsidRDefault="00C4776F">
      <w:pPr>
        <w:spacing w:after="0"/>
      </w:pPr>
      <w:r>
        <w:rPr>
          <w:rFonts w:ascii="Arial" w:hAnsi="Arial"/>
        </w:rPr>
        <w:t>So. So my interpretation of what you're saying is that there's something different about becoming the same saltiness, when you compare it to becoming the same temperature that would keep these layered?</w:t>
      </w:r>
    </w:p>
    <w:p w14:paraId="7F4C62D3" w14:textId="77777777" w:rsidR="00691987" w:rsidRDefault="00691987">
      <w:pPr>
        <w:spacing w:after="0"/>
      </w:pPr>
    </w:p>
    <w:p w14:paraId="30784525" w14:textId="77777777" w:rsidR="00691987" w:rsidRDefault="00C4776F">
      <w:pPr>
        <w:spacing w:after="0"/>
      </w:pPr>
      <w:r>
        <w:rPr>
          <w:rFonts w:ascii="Arial" w:hAnsi="Arial"/>
          <w:b/>
        </w:rPr>
        <w:t xml:space="preserve">Participant #9:  </w:t>
      </w:r>
      <w:r>
        <w:rPr>
          <w:rFonts w:ascii="Arial" w:hAnsi="Arial"/>
          <w:color w:val="5D7284"/>
        </w:rPr>
        <w:t>20:54</w:t>
      </w:r>
    </w:p>
    <w:p w14:paraId="11016619" w14:textId="77777777" w:rsidR="00691987" w:rsidRDefault="00C4776F">
      <w:pPr>
        <w:spacing w:after="0"/>
      </w:pPr>
      <w:r>
        <w:rPr>
          <w:rFonts w:ascii="Arial" w:hAnsi="Arial"/>
        </w:rPr>
        <w:t>Yes. That's what I say. Yeah.</w:t>
      </w:r>
    </w:p>
    <w:p w14:paraId="7DB695C2" w14:textId="77777777" w:rsidR="00691987" w:rsidRDefault="00691987">
      <w:pPr>
        <w:spacing w:after="0"/>
      </w:pPr>
    </w:p>
    <w:p w14:paraId="609C3B05" w14:textId="77777777" w:rsidR="00691987" w:rsidRDefault="00C4776F">
      <w:pPr>
        <w:spacing w:after="0"/>
      </w:pPr>
      <w:r>
        <w:rPr>
          <w:rFonts w:ascii="Arial" w:hAnsi="Arial"/>
          <w:b/>
        </w:rPr>
        <w:t xml:space="preserve">Interviewer P:  </w:t>
      </w:r>
      <w:r>
        <w:rPr>
          <w:rFonts w:ascii="Arial" w:hAnsi="Arial"/>
          <w:color w:val="5D7284"/>
        </w:rPr>
        <w:t>20:57</w:t>
      </w:r>
    </w:p>
    <w:p w14:paraId="64911F48" w14:textId="77777777" w:rsidR="00691987" w:rsidRDefault="00C4776F">
      <w:pPr>
        <w:spacing w:after="0"/>
      </w:pPr>
      <w:r>
        <w:rPr>
          <w:rFonts w:ascii="Arial" w:hAnsi="Arial"/>
        </w:rPr>
        <w:t>With enough time, do you think that they would they just stay like this forever?</w:t>
      </w:r>
    </w:p>
    <w:p w14:paraId="2E69FFA6" w14:textId="77777777" w:rsidR="00691987" w:rsidRDefault="00691987">
      <w:pPr>
        <w:spacing w:after="0"/>
      </w:pPr>
    </w:p>
    <w:p w14:paraId="33814BC3" w14:textId="77777777" w:rsidR="00691987" w:rsidRDefault="00C4776F">
      <w:pPr>
        <w:spacing w:after="0"/>
      </w:pPr>
      <w:r>
        <w:rPr>
          <w:rFonts w:ascii="Arial" w:hAnsi="Arial"/>
          <w:b/>
        </w:rPr>
        <w:t xml:space="preserve">Participant #9:  </w:t>
      </w:r>
      <w:r>
        <w:rPr>
          <w:rFonts w:ascii="Arial" w:hAnsi="Arial"/>
          <w:color w:val="5D7284"/>
        </w:rPr>
        <w:t>21:01</w:t>
      </w:r>
    </w:p>
    <w:p w14:paraId="0244441F" w14:textId="77777777" w:rsidR="00691987" w:rsidRDefault="00C4776F">
      <w:pPr>
        <w:spacing w:after="0"/>
      </w:pPr>
      <w:r>
        <w:rPr>
          <w:rFonts w:ascii="Arial" w:hAnsi="Arial"/>
        </w:rPr>
        <w:t>I don't think it'll stay forever. But I don't know how long it'll take for them to mix.</w:t>
      </w:r>
    </w:p>
    <w:p w14:paraId="0FF6094B" w14:textId="77777777" w:rsidR="00691987" w:rsidRDefault="00691987">
      <w:pPr>
        <w:spacing w:after="0"/>
      </w:pPr>
    </w:p>
    <w:p w14:paraId="6CCF4648" w14:textId="77777777" w:rsidR="00691987" w:rsidRDefault="00C4776F">
      <w:pPr>
        <w:spacing w:after="0"/>
      </w:pPr>
      <w:r>
        <w:rPr>
          <w:rFonts w:ascii="Arial" w:hAnsi="Arial"/>
          <w:b/>
        </w:rPr>
        <w:t xml:space="preserve">Interviewer P:  </w:t>
      </w:r>
      <w:r>
        <w:rPr>
          <w:rFonts w:ascii="Arial" w:hAnsi="Arial"/>
          <w:color w:val="5D7284"/>
        </w:rPr>
        <w:t>21:07</w:t>
      </w:r>
    </w:p>
    <w:p w14:paraId="66C8264C" w14:textId="77777777" w:rsidR="00691987" w:rsidRDefault="00C4776F">
      <w:pPr>
        <w:spacing w:after="0"/>
      </w:pPr>
      <w:r>
        <w:rPr>
          <w:rFonts w:ascii="Arial" w:hAnsi="Arial"/>
        </w:rPr>
        <w:t xml:space="preserve">Do you want to take a wild guess? </w:t>
      </w:r>
    </w:p>
    <w:p w14:paraId="2772326A" w14:textId="77777777" w:rsidR="00691987" w:rsidRDefault="00691987">
      <w:pPr>
        <w:spacing w:after="0"/>
      </w:pPr>
    </w:p>
    <w:p w14:paraId="6304C933" w14:textId="77777777" w:rsidR="00691987" w:rsidRDefault="00C4776F">
      <w:pPr>
        <w:spacing w:after="0"/>
      </w:pPr>
      <w:r>
        <w:rPr>
          <w:rFonts w:ascii="Arial" w:hAnsi="Arial"/>
          <w:b/>
        </w:rPr>
        <w:t xml:space="preserve">Participant #9:  </w:t>
      </w:r>
      <w:r>
        <w:rPr>
          <w:rFonts w:ascii="Arial" w:hAnsi="Arial"/>
          <w:color w:val="5D7284"/>
        </w:rPr>
        <w:t>21:10</w:t>
      </w:r>
    </w:p>
    <w:p w14:paraId="49A78850" w14:textId="77777777" w:rsidR="00691987" w:rsidRDefault="00C4776F">
      <w:pPr>
        <w:spacing w:after="0"/>
      </w:pPr>
      <w:r>
        <w:rPr>
          <w:rFonts w:ascii="Arial" w:hAnsi="Arial"/>
        </w:rPr>
        <w:t>A wild guess? Like, maybe like, a few days? I don't know. Yeah.</w:t>
      </w:r>
    </w:p>
    <w:p w14:paraId="3B253649" w14:textId="77777777" w:rsidR="00691987" w:rsidRDefault="00691987">
      <w:pPr>
        <w:spacing w:after="0"/>
      </w:pPr>
    </w:p>
    <w:p w14:paraId="1DA06477" w14:textId="77777777" w:rsidR="00691987" w:rsidRDefault="00C4776F">
      <w:pPr>
        <w:spacing w:after="0"/>
      </w:pPr>
      <w:r>
        <w:rPr>
          <w:rFonts w:ascii="Arial" w:hAnsi="Arial"/>
          <w:b/>
        </w:rPr>
        <w:t xml:space="preserve">Interviewer P:  </w:t>
      </w:r>
      <w:r>
        <w:rPr>
          <w:rFonts w:ascii="Arial" w:hAnsi="Arial"/>
          <w:color w:val="5D7284"/>
        </w:rPr>
        <w:t>21:15</w:t>
      </w:r>
    </w:p>
    <w:p w14:paraId="2D3AE9D2" w14:textId="77777777" w:rsidR="00691987" w:rsidRDefault="00C4776F">
      <w:pPr>
        <w:spacing w:after="0"/>
      </w:pPr>
      <w:r>
        <w:rPr>
          <w:rFonts w:ascii="Arial" w:hAnsi="Arial"/>
        </w:rPr>
        <w:lastRenderedPageBreak/>
        <w:t>Thats fair. I did take a picture of what this looks like after an hour, and it looks like that.</w:t>
      </w:r>
    </w:p>
    <w:p w14:paraId="4828E6CB" w14:textId="77777777" w:rsidR="00691987" w:rsidRDefault="00691987">
      <w:pPr>
        <w:spacing w:after="0"/>
      </w:pPr>
    </w:p>
    <w:p w14:paraId="642ADADA" w14:textId="77777777" w:rsidR="00691987" w:rsidRDefault="00C4776F">
      <w:pPr>
        <w:spacing w:after="0"/>
      </w:pPr>
      <w:r>
        <w:rPr>
          <w:rFonts w:ascii="Arial" w:hAnsi="Arial"/>
          <w:b/>
        </w:rPr>
        <w:t xml:space="preserve">Participant #9:  </w:t>
      </w:r>
      <w:r>
        <w:rPr>
          <w:rFonts w:ascii="Arial" w:hAnsi="Arial"/>
          <w:color w:val="5D7284"/>
        </w:rPr>
        <w:t>21:20</w:t>
      </w:r>
    </w:p>
    <w:p w14:paraId="5B1AC69E" w14:textId="77777777" w:rsidR="00691987" w:rsidRDefault="00C4776F">
      <w:pPr>
        <w:spacing w:after="0"/>
      </w:pPr>
      <w:r>
        <w:rPr>
          <w:rFonts w:ascii="Arial" w:hAnsi="Arial"/>
        </w:rPr>
        <w:t>Okay. So does it does it mix after a while or no?</w:t>
      </w:r>
    </w:p>
    <w:p w14:paraId="2D428B0B" w14:textId="77777777" w:rsidR="00691987" w:rsidRDefault="00691987">
      <w:pPr>
        <w:spacing w:after="0"/>
      </w:pPr>
    </w:p>
    <w:p w14:paraId="6CDCF132" w14:textId="77777777" w:rsidR="00691987" w:rsidRDefault="00C4776F">
      <w:pPr>
        <w:spacing w:after="0"/>
      </w:pPr>
      <w:r>
        <w:rPr>
          <w:rFonts w:ascii="Arial" w:hAnsi="Arial"/>
          <w:b/>
        </w:rPr>
        <w:t xml:space="preserve">Interviewer P:  </w:t>
      </w:r>
      <w:r>
        <w:rPr>
          <w:rFonts w:ascii="Arial" w:hAnsi="Arial"/>
          <w:color w:val="5D7284"/>
        </w:rPr>
        <w:t>21:26</w:t>
      </w:r>
    </w:p>
    <w:p w14:paraId="731E00F3" w14:textId="77777777" w:rsidR="00691987" w:rsidRDefault="00C4776F">
      <w:pPr>
        <w:spacing w:after="0"/>
      </w:pPr>
      <w:r>
        <w:rPr>
          <w:rFonts w:ascii="Arial" w:hAnsi="Arial"/>
        </w:rPr>
        <w:t xml:space="preserve"> I haven't let it sit long enough to do that, my guess would be it would eventually become the same. Given enough time. Alright, so we are going to switch things up a bit and move from these rectangular tanks to circular tanks, and I have.. thank you, a circular tank sitting over there, that we're going to work with. And the reason I have it over there is to keep the water really still. Because when we put it on this table, it gets jostled around. And I have this I have this substance which is called potass</w:t>
      </w:r>
      <w:r>
        <w:rPr>
          <w:rFonts w:ascii="Arial" w:hAnsi="Arial"/>
        </w:rPr>
        <w:t>ium permanganate, and it's a dye. But unlike the color like you might use with Easter eggs, it's a solid so it's not a moment. And so when you put it in water, since it's a solid, it sinks to the bottom. But as it sinks to the bottom, it colors the water on its way down. So I'll show you what it looks like in this still tank of water first so that you can see what I'm talking about. Oh, wow. That is so cool. surprises you?</w:t>
      </w:r>
    </w:p>
    <w:p w14:paraId="611758CB" w14:textId="77777777" w:rsidR="00691987" w:rsidRDefault="00691987">
      <w:pPr>
        <w:spacing w:after="0"/>
      </w:pPr>
    </w:p>
    <w:p w14:paraId="57B660F3" w14:textId="77777777" w:rsidR="00691987" w:rsidRDefault="00C4776F">
      <w:pPr>
        <w:spacing w:after="0"/>
      </w:pPr>
      <w:r>
        <w:rPr>
          <w:rFonts w:ascii="Arial" w:hAnsi="Arial"/>
          <w:b/>
        </w:rPr>
        <w:t xml:space="preserve">Participant #9:  </w:t>
      </w:r>
      <w:r>
        <w:rPr>
          <w:rFonts w:ascii="Arial" w:hAnsi="Arial"/>
          <w:color w:val="5D7284"/>
        </w:rPr>
        <w:t>23:00</w:t>
      </w:r>
    </w:p>
    <w:p w14:paraId="0AB23820" w14:textId="77777777" w:rsidR="00691987" w:rsidRDefault="00C4776F">
      <w:pPr>
        <w:spacing w:after="0"/>
      </w:pPr>
      <w:r>
        <w:rPr>
          <w:rFonts w:ascii="Arial" w:hAnsi="Arial"/>
        </w:rPr>
        <w:t>Yeah, I was not expecting it to look like that.</w:t>
      </w:r>
    </w:p>
    <w:p w14:paraId="721FE20A" w14:textId="77777777" w:rsidR="00691987" w:rsidRDefault="00691987">
      <w:pPr>
        <w:spacing w:after="0"/>
      </w:pPr>
    </w:p>
    <w:p w14:paraId="4C2F7F3C" w14:textId="77777777" w:rsidR="00691987" w:rsidRDefault="00C4776F">
      <w:pPr>
        <w:spacing w:after="0"/>
      </w:pPr>
      <w:r>
        <w:rPr>
          <w:rFonts w:ascii="Arial" w:hAnsi="Arial"/>
          <w:b/>
        </w:rPr>
        <w:t xml:space="preserve">Interviewer P:  </w:t>
      </w:r>
      <w:r>
        <w:rPr>
          <w:rFonts w:ascii="Arial" w:hAnsi="Arial"/>
          <w:color w:val="5D7284"/>
        </w:rPr>
        <w:t>23:03</w:t>
      </w:r>
    </w:p>
    <w:p w14:paraId="55310653" w14:textId="77777777" w:rsidR="00691987" w:rsidRDefault="00C4776F">
      <w:pPr>
        <w:spacing w:after="0"/>
      </w:pPr>
      <w:r>
        <w:rPr>
          <w:rFonts w:ascii="Arial" w:hAnsi="Arial"/>
        </w:rPr>
        <w:t xml:space="preserve">What is surprising about </w:t>
      </w:r>
      <w:r>
        <w:rPr>
          <w:rFonts w:ascii="Arial" w:hAnsi="Arial"/>
        </w:rPr>
        <w:t>it?</w:t>
      </w:r>
    </w:p>
    <w:p w14:paraId="54CC7CB6" w14:textId="77777777" w:rsidR="00691987" w:rsidRDefault="00691987">
      <w:pPr>
        <w:spacing w:after="0"/>
      </w:pPr>
    </w:p>
    <w:p w14:paraId="43D934CC" w14:textId="77777777" w:rsidR="00691987" w:rsidRDefault="00C4776F">
      <w:pPr>
        <w:spacing w:after="0"/>
      </w:pPr>
      <w:r>
        <w:rPr>
          <w:rFonts w:ascii="Arial" w:hAnsi="Arial"/>
          <w:b/>
        </w:rPr>
        <w:t xml:space="preserve">Participant #9:  </w:t>
      </w:r>
      <w:r>
        <w:rPr>
          <w:rFonts w:ascii="Arial" w:hAnsi="Arial"/>
          <w:color w:val="5D7284"/>
        </w:rPr>
        <w:t>23:06</w:t>
      </w:r>
    </w:p>
    <w:p w14:paraId="7ECB5869" w14:textId="77777777" w:rsidR="00691987" w:rsidRDefault="00C4776F">
      <w:pPr>
        <w:spacing w:after="0"/>
      </w:pPr>
      <w:r>
        <w:rPr>
          <w:rFonts w:ascii="Arial" w:hAnsi="Arial"/>
        </w:rPr>
        <w:t>Like the way it just like instantly mixes altogether, just kind of like, like wherever you drop it that area, that side.</w:t>
      </w:r>
    </w:p>
    <w:p w14:paraId="5A0BC056" w14:textId="77777777" w:rsidR="00691987" w:rsidRDefault="00691987">
      <w:pPr>
        <w:spacing w:after="0"/>
      </w:pPr>
    </w:p>
    <w:p w14:paraId="0FDE7764" w14:textId="77777777" w:rsidR="00691987" w:rsidRDefault="00C4776F">
      <w:pPr>
        <w:spacing w:after="0"/>
      </w:pPr>
      <w:r>
        <w:rPr>
          <w:rFonts w:ascii="Arial" w:hAnsi="Arial"/>
          <w:b/>
        </w:rPr>
        <w:t xml:space="preserve">Interviewer P:  </w:t>
      </w:r>
      <w:r>
        <w:rPr>
          <w:rFonts w:ascii="Arial" w:hAnsi="Arial"/>
          <w:color w:val="5D7284"/>
        </w:rPr>
        <w:t>23:16</w:t>
      </w:r>
    </w:p>
    <w:p w14:paraId="6496EA21" w14:textId="77777777" w:rsidR="00691987" w:rsidRDefault="00C4776F">
      <w:pPr>
        <w:spacing w:after="0"/>
      </w:pPr>
      <w:r>
        <w:rPr>
          <w:rFonts w:ascii="Arial" w:hAnsi="Arial"/>
        </w:rPr>
        <w:t>Yeah. Okay, so you can probably imagine where we're going with this. Now I have this very large rotating tank. And we had that going about 15 minutes before you came in. So. So for that amount of time, it's been sitting there spinning continuously like that. And so what I'm going to ask you to do now is predict what it would look like if I did what I did over here on the still water if I do it in the tank that's been rotating for 25 or 30 minutes. And again, the way to get your prediction is I'm going to as</w:t>
      </w:r>
      <w:r>
        <w:rPr>
          <w:rFonts w:ascii="Arial" w:hAnsi="Arial"/>
        </w:rPr>
        <w:t>k you to sketch it on this piece of paper, but in a couple of different ways. So first of all, you're sketching it like a single moment in time, like if you take a picture, okay? And so two views one from the top, so like up here, and then one from the side. So like right here at a single moment in time a minute after I dropped it in. So that's probably been about a minute there. So go ahead and show us what you think it will look like in the rotating tank a minute after it's been dropped. Don't get it in y</w:t>
      </w:r>
      <w:r>
        <w:rPr>
          <w:rFonts w:ascii="Arial" w:hAnsi="Arial"/>
        </w:rPr>
        <w:t>our eyes is one thing that you have to be careful of. It's not gonna like blind you but it might like a little sting or something. Okay, you're done. Alright, so tell us about your sketch.</w:t>
      </w:r>
    </w:p>
    <w:p w14:paraId="0CA0D3AD" w14:textId="77777777" w:rsidR="00691987" w:rsidRDefault="00691987">
      <w:pPr>
        <w:spacing w:after="0"/>
      </w:pPr>
    </w:p>
    <w:p w14:paraId="10E5459A" w14:textId="77777777" w:rsidR="00691987" w:rsidRDefault="00C4776F">
      <w:pPr>
        <w:spacing w:after="0"/>
      </w:pPr>
      <w:r>
        <w:rPr>
          <w:rFonts w:ascii="Arial" w:hAnsi="Arial"/>
          <w:b/>
        </w:rPr>
        <w:t xml:space="preserve">Participant #9:  </w:t>
      </w:r>
      <w:r>
        <w:rPr>
          <w:rFonts w:ascii="Arial" w:hAnsi="Arial"/>
          <w:color w:val="5D7284"/>
        </w:rPr>
        <w:t>24:58</w:t>
      </w:r>
    </w:p>
    <w:p w14:paraId="46ABEFCC" w14:textId="77777777" w:rsidR="00691987" w:rsidRDefault="00C4776F">
      <w:pPr>
        <w:spacing w:after="0"/>
      </w:pPr>
      <w:r>
        <w:rPr>
          <w:rFonts w:ascii="Arial" w:hAnsi="Arial"/>
        </w:rPr>
        <w:t>I have a feeling Um, since you said it was mixing for 15 minutes.</w:t>
      </w:r>
    </w:p>
    <w:p w14:paraId="4D1B508E" w14:textId="77777777" w:rsidR="00691987" w:rsidRDefault="00691987">
      <w:pPr>
        <w:spacing w:after="0"/>
      </w:pPr>
    </w:p>
    <w:p w14:paraId="2BEE438F" w14:textId="77777777" w:rsidR="00691987" w:rsidRDefault="00C4776F">
      <w:pPr>
        <w:spacing w:after="0"/>
      </w:pPr>
      <w:r>
        <w:rPr>
          <w:rFonts w:ascii="Arial" w:hAnsi="Arial"/>
          <w:b/>
        </w:rPr>
        <w:t xml:space="preserve">Interviewer P:  </w:t>
      </w:r>
      <w:r>
        <w:rPr>
          <w:rFonts w:ascii="Arial" w:hAnsi="Arial"/>
          <w:color w:val="5D7284"/>
        </w:rPr>
        <w:t>25:03</w:t>
      </w:r>
    </w:p>
    <w:p w14:paraId="6EA294F8" w14:textId="77777777" w:rsidR="00691987" w:rsidRDefault="00C4776F">
      <w:pPr>
        <w:spacing w:after="0"/>
      </w:pPr>
      <w:r>
        <w:rPr>
          <w:rFonts w:ascii="Arial" w:hAnsi="Arial"/>
        </w:rPr>
        <w:lastRenderedPageBreak/>
        <w:t>It's rotating.</w:t>
      </w:r>
    </w:p>
    <w:p w14:paraId="6E39EDFE" w14:textId="77777777" w:rsidR="00691987" w:rsidRDefault="00691987">
      <w:pPr>
        <w:spacing w:after="0"/>
      </w:pPr>
    </w:p>
    <w:p w14:paraId="3F6C2BE0" w14:textId="77777777" w:rsidR="00691987" w:rsidRDefault="00C4776F">
      <w:pPr>
        <w:spacing w:after="0"/>
      </w:pPr>
      <w:r>
        <w:rPr>
          <w:rFonts w:ascii="Arial" w:hAnsi="Arial"/>
          <w:b/>
        </w:rPr>
        <w:t xml:space="preserve">Participant #9:  </w:t>
      </w:r>
      <w:r>
        <w:rPr>
          <w:rFonts w:ascii="Arial" w:hAnsi="Arial"/>
          <w:color w:val="5D7284"/>
        </w:rPr>
        <w:t>25:04</w:t>
      </w:r>
    </w:p>
    <w:p w14:paraId="33DBFAEE" w14:textId="77777777" w:rsidR="00691987" w:rsidRDefault="00C4776F">
      <w:pPr>
        <w:spacing w:after="0"/>
      </w:pPr>
      <w:r>
        <w:rPr>
          <w:rFonts w:ascii="Arial" w:hAnsi="Arial"/>
        </w:rPr>
        <w:t>Oh rotating for 15 minutes. I feel like the waters used to that rotating. So I feel like after you drop it and after a minute, it wouldn't be like mix down It'll kind of be mixed in circuler motion.</w:t>
      </w:r>
    </w:p>
    <w:p w14:paraId="19364C0A" w14:textId="77777777" w:rsidR="00691987" w:rsidRDefault="00691987">
      <w:pPr>
        <w:spacing w:after="0"/>
      </w:pPr>
    </w:p>
    <w:p w14:paraId="530FCB5C" w14:textId="77777777" w:rsidR="00691987" w:rsidRDefault="00C4776F">
      <w:pPr>
        <w:spacing w:after="0"/>
      </w:pPr>
      <w:r>
        <w:rPr>
          <w:rFonts w:ascii="Arial" w:hAnsi="Arial"/>
          <w:b/>
        </w:rPr>
        <w:t xml:space="preserve">Interviewer P:  </w:t>
      </w:r>
      <w:r>
        <w:rPr>
          <w:rFonts w:ascii="Arial" w:hAnsi="Arial"/>
          <w:color w:val="5D7284"/>
        </w:rPr>
        <w:t>25:21</w:t>
      </w:r>
    </w:p>
    <w:p w14:paraId="1FF97D50" w14:textId="77777777" w:rsidR="00691987" w:rsidRDefault="00C4776F">
      <w:pPr>
        <w:spacing w:after="0"/>
      </w:pPr>
      <w:r>
        <w:rPr>
          <w:rFonts w:ascii="Arial" w:hAnsi="Arial"/>
        </w:rPr>
        <w:t>Okay, so looking down from the top we'll see a circular.</w:t>
      </w:r>
    </w:p>
    <w:p w14:paraId="41492753" w14:textId="77777777" w:rsidR="00691987" w:rsidRDefault="00691987">
      <w:pPr>
        <w:spacing w:after="0"/>
      </w:pPr>
    </w:p>
    <w:p w14:paraId="2E767D03" w14:textId="77777777" w:rsidR="00691987" w:rsidRDefault="00C4776F">
      <w:pPr>
        <w:spacing w:after="0"/>
      </w:pPr>
      <w:r>
        <w:rPr>
          <w:rFonts w:ascii="Arial" w:hAnsi="Arial"/>
          <w:b/>
        </w:rPr>
        <w:t xml:space="preserve">Participant #9:  </w:t>
      </w:r>
      <w:r>
        <w:rPr>
          <w:rFonts w:ascii="Arial" w:hAnsi="Arial"/>
          <w:color w:val="5D7284"/>
        </w:rPr>
        <w:t>25:24</w:t>
      </w:r>
    </w:p>
    <w:p w14:paraId="12A6981C" w14:textId="77777777" w:rsidR="00691987" w:rsidRDefault="00C4776F">
      <w:pPr>
        <w:spacing w:after="0"/>
      </w:pPr>
      <w:r>
        <w:rPr>
          <w:rFonts w:ascii="Arial" w:hAnsi="Arial"/>
        </w:rPr>
        <w:t>Not like an exact circle but like yeah and like a circular like motion.</w:t>
      </w:r>
    </w:p>
    <w:p w14:paraId="1C26309B" w14:textId="77777777" w:rsidR="00691987" w:rsidRDefault="00691987">
      <w:pPr>
        <w:spacing w:after="0"/>
      </w:pPr>
    </w:p>
    <w:p w14:paraId="00237A43" w14:textId="77777777" w:rsidR="00691987" w:rsidRDefault="00C4776F">
      <w:pPr>
        <w:spacing w:after="0"/>
      </w:pPr>
      <w:r>
        <w:rPr>
          <w:rFonts w:ascii="Arial" w:hAnsi="Arial"/>
          <w:b/>
        </w:rPr>
        <w:t xml:space="preserve">Interviewer P:  </w:t>
      </w:r>
      <w:r>
        <w:rPr>
          <w:rFonts w:ascii="Arial" w:hAnsi="Arial"/>
          <w:color w:val="5D7284"/>
        </w:rPr>
        <w:t>25:31</w:t>
      </w:r>
    </w:p>
    <w:p w14:paraId="6C16088C" w14:textId="77777777" w:rsidR="00691987" w:rsidRDefault="00C4776F">
      <w:pPr>
        <w:spacing w:after="0"/>
      </w:pPr>
      <w:r>
        <w:rPr>
          <w:rFonts w:ascii="Arial" w:hAnsi="Arial"/>
        </w:rPr>
        <w:t xml:space="preserve">Okay, and then is this like on the bottom floating in the middle or at the top? Or all of the above? </w:t>
      </w:r>
    </w:p>
    <w:p w14:paraId="2452C325" w14:textId="77777777" w:rsidR="00691987" w:rsidRDefault="00691987">
      <w:pPr>
        <w:spacing w:after="0"/>
      </w:pPr>
    </w:p>
    <w:p w14:paraId="1615340B" w14:textId="77777777" w:rsidR="00691987" w:rsidRDefault="00C4776F">
      <w:pPr>
        <w:spacing w:after="0"/>
      </w:pPr>
      <w:r>
        <w:rPr>
          <w:rFonts w:ascii="Arial" w:hAnsi="Arial"/>
          <w:b/>
        </w:rPr>
        <w:t xml:space="preserve">Participant #9:  </w:t>
      </w:r>
      <w:r>
        <w:rPr>
          <w:rFonts w:ascii="Arial" w:hAnsi="Arial"/>
          <w:color w:val="5D7284"/>
        </w:rPr>
        <w:t>25:39</w:t>
      </w:r>
    </w:p>
    <w:p w14:paraId="467A360E" w14:textId="77777777" w:rsidR="00691987" w:rsidRDefault="00C4776F">
      <w:pPr>
        <w:spacing w:after="0"/>
      </w:pPr>
      <w:r>
        <w:rPr>
          <w:rFonts w:ascii="Arial" w:hAnsi="Arial"/>
        </w:rPr>
        <w:t>Oh, yeah. I don't think about it like that. And I think it'll go to the bottom maybe.</w:t>
      </w:r>
    </w:p>
    <w:p w14:paraId="5978896E" w14:textId="77777777" w:rsidR="00691987" w:rsidRDefault="00691987">
      <w:pPr>
        <w:spacing w:after="0"/>
      </w:pPr>
    </w:p>
    <w:p w14:paraId="003D32B5" w14:textId="77777777" w:rsidR="00691987" w:rsidRDefault="00C4776F">
      <w:pPr>
        <w:spacing w:after="0"/>
      </w:pPr>
      <w:r>
        <w:rPr>
          <w:rFonts w:ascii="Arial" w:hAnsi="Arial"/>
          <w:b/>
        </w:rPr>
        <w:t xml:space="preserve">Interviewer P:  </w:t>
      </w:r>
      <w:r>
        <w:rPr>
          <w:rFonts w:ascii="Arial" w:hAnsi="Arial"/>
          <w:color w:val="5D7284"/>
        </w:rPr>
        <w:t>25:45</w:t>
      </w:r>
    </w:p>
    <w:p w14:paraId="46CEF2E4" w14:textId="77777777" w:rsidR="00691987" w:rsidRDefault="00C4776F">
      <w:pPr>
        <w:spacing w:after="0"/>
      </w:pPr>
      <w:r>
        <w:rPr>
          <w:rFonts w:ascii="Arial" w:hAnsi="Arial"/>
        </w:rPr>
        <w:t>Yeah, so when I'm looking down this way I'm seeing this on the bottom and that's where it's doing this circulating okay all right, so let's go ahead and do that and I'll let you see what happens. I'ma squeeze past you. So does that surprise you?</w:t>
      </w:r>
    </w:p>
    <w:p w14:paraId="0C48E3F5" w14:textId="77777777" w:rsidR="00691987" w:rsidRDefault="00691987">
      <w:pPr>
        <w:spacing w:after="0"/>
      </w:pPr>
    </w:p>
    <w:p w14:paraId="635DE8AC" w14:textId="77777777" w:rsidR="00691987" w:rsidRDefault="00C4776F">
      <w:pPr>
        <w:spacing w:after="0"/>
      </w:pPr>
      <w:r>
        <w:rPr>
          <w:rFonts w:ascii="Arial" w:hAnsi="Arial"/>
          <w:b/>
        </w:rPr>
        <w:t xml:space="preserve">Participant #9:  </w:t>
      </w:r>
      <w:r>
        <w:rPr>
          <w:rFonts w:ascii="Arial" w:hAnsi="Arial"/>
          <w:color w:val="5D7284"/>
        </w:rPr>
        <w:t>27:07</w:t>
      </w:r>
    </w:p>
    <w:p w14:paraId="24B3F0F1" w14:textId="77777777" w:rsidR="00691987" w:rsidRDefault="00C4776F">
      <w:pPr>
        <w:spacing w:after="0"/>
      </w:pPr>
      <w:r>
        <w:rPr>
          <w:rFonts w:ascii="Arial" w:hAnsi="Arial"/>
        </w:rPr>
        <w:t>Yeah, yeah, just because I think the rotating I thought it would like change things but it's like kind of the same.</w:t>
      </w:r>
    </w:p>
    <w:p w14:paraId="262F1AF4" w14:textId="77777777" w:rsidR="00691987" w:rsidRDefault="00691987">
      <w:pPr>
        <w:spacing w:after="0"/>
      </w:pPr>
    </w:p>
    <w:p w14:paraId="7829CE77" w14:textId="77777777" w:rsidR="00691987" w:rsidRDefault="00C4776F">
      <w:pPr>
        <w:spacing w:after="0"/>
      </w:pPr>
      <w:r>
        <w:rPr>
          <w:rFonts w:ascii="Arial" w:hAnsi="Arial"/>
          <w:b/>
        </w:rPr>
        <w:t xml:space="preserve">Interviewer P:  </w:t>
      </w:r>
      <w:r>
        <w:rPr>
          <w:rFonts w:ascii="Arial" w:hAnsi="Arial"/>
          <w:color w:val="5D7284"/>
        </w:rPr>
        <w:t>27:18</w:t>
      </w:r>
    </w:p>
    <w:p w14:paraId="76E2A489" w14:textId="77777777" w:rsidR="00691987" w:rsidRDefault="00C4776F">
      <w:pPr>
        <w:spacing w:after="0"/>
      </w:pPr>
      <w:r>
        <w:rPr>
          <w:rFonts w:ascii="Arial" w:hAnsi="Arial"/>
        </w:rPr>
        <w:t>Can you sketch what it does look like then?</w:t>
      </w:r>
    </w:p>
    <w:p w14:paraId="6FCF1EF7" w14:textId="77777777" w:rsidR="00691987" w:rsidRDefault="00691987">
      <w:pPr>
        <w:spacing w:after="0"/>
      </w:pPr>
    </w:p>
    <w:p w14:paraId="77E3EC07" w14:textId="77777777" w:rsidR="00691987" w:rsidRDefault="00C4776F">
      <w:pPr>
        <w:spacing w:after="0"/>
      </w:pPr>
      <w:r>
        <w:rPr>
          <w:rFonts w:ascii="Arial" w:hAnsi="Arial"/>
          <w:b/>
        </w:rPr>
        <w:t xml:space="preserve">Participant #9:  </w:t>
      </w:r>
      <w:r>
        <w:rPr>
          <w:rFonts w:ascii="Arial" w:hAnsi="Arial"/>
          <w:color w:val="5D7284"/>
        </w:rPr>
        <w:t>27:23</w:t>
      </w:r>
    </w:p>
    <w:p w14:paraId="7DE2C3F2" w14:textId="77777777" w:rsidR="00691987" w:rsidRDefault="00C4776F">
      <w:pPr>
        <w:spacing w:after="0"/>
      </w:pPr>
      <w:r>
        <w:rPr>
          <w:rFonts w:ascii="Arial" w:hAnsi="Arial"/>
        </w:rPr>
        <w:t>Like how it is right now?</w:t>
      </w:r>
    </w:p>
    <w:p w14:paraId="7F842168" w14:textId="77777777" w:rsidR="00691987" w:rsidRDefault="00691987">
      <w:pPr>
        <w:spacing w:after="0"/>
      </w:pPr>
    </w:p>
    <w:p w14:paraId="0B0294C9" w14:textId="77777777" w:rsidR="00691987" w:rsidRDefault="00C4776F">
      <w:pPr>
        <w:spacing w:after="0"/>
      </w:pPr>
      <w:r>
        <w:rPr>
          <w:rFonts w:ascii="Arial" w:hAnsi="Arial"/>
          <w:b/>
        </w:rPr>
        <w:t xml:space="preserve">Interviewer P:  </w:t>
      </w:r>
      <w:r>
        <w:rPr>
          <w:rFonts w:ascii="Arial" w:hAnsi="Arial"/>
          <w:color w:val="5D7284"/>
        </w:rPr>
        <w:t>27:25</w:t>
      </w:r>
    </w:p>
    <w:p w14:paraId="7D129C30" w14:textId="77777777" w:rsidR="00691987" w:rsidRDefault="00C4776F">
      <w:pPr>
        <w:spacing w:after="0"/>
      </w:pPr>
      <w:r>
        <w:rPr>
          <w:rFonts w:ascii="Arial" w:hAnsi="Arial"/>
        </w:rPr>
        <w:t>Same thing top and side view. Okay, so, tell me what you corrected here.</w:t>
      </w:r>
    </w:p>
    <w:p w14:paraId="4DFECDFB" w14:textId="77777777" w:rsidR="00691987" w:rsidRDefault="00691987">
      <w:pPr>
        <w:spacing w:after="0"/>
      </w:pPr>
    </w:p>
    <w:p w14:paraId="4330E96E" w14:textId="77777777" w:rsidR="00691987" w:rsidRDefault="00C4776F">
      <w:pPr>
        <w:spacing w:after="0"/>
      </w:pPr>
      <w:r>
        <w:rPr>
          <w:rFonts w:ascii="Arial" w:hAnsi="Arial"/>
          <w:b/>
        </w:rPr>
        <w:t xml:space="preserve">Participant #9:  </w:t>
      </w:r>
      <w:r>
        <w:rPr>
          <w:rFonts w:ascii="Arial" w:hAnsi="Arial"/>
          <w:color w:val="5D7284"/>
        </w:rPr>
        <w:t>28:37</w:t>
      </w:r>
    </w:p>
    <w:p w14:paraId="4677F33B" w14:textId="77777777" w:rsidR="00691987" w:rsidRDefault="00C4776F">
      <w:pPr>
        <w:spacing w:after="0"/>
      </w:pPr>
      <w:r>
        <w:rPr>
          <w:rFonts w:ascii="Arial" w:hAnsi="Arial"/>
        </w:rPr>
        <w:t>It's ompletely different. I felt like after a minute also, it started like fading away. Like in the beginning, it was like lines but like now it's like faded away. There's some on the bottom. But like somewhat, the shape is still there, of when you dropped it. Yeah, it's completely different.</w:t>
      </w:r>
    </w:p>
    <w:p w14:paraId="02BB0936" w14:textId="77777777" w:rsidR="00691987" w:rsidRDefault="00691987">
      <w:pPr>
        <w:spacing w:after="0"/>
      </w:pPr>
    </w:p>
    <w:p w14:paraId="5C5D09DF" w14:textId="77777777" w:rsidR="00691987" w:rsidRDefault="00C4776F">
      <w:pPr>
        <w:spacing w:after="0"/>
      </w:pPr>
      <w:r>
        <w:rPr>
          <w:rFonts w:ascii="Arial" w:hAnsi="Arial"/>
          <w:b/>
        </w:rPr>
        <w:t xml:space="preserve">Interviewer P:  </w:t>
      </w:r>
      <w:r>
        <w:rPr>
          <w:rFonts w:ascii="Arial" w:hAnsi="Arial"/>
          <w:color w:val="5D7284"/>
        </w:rPr>
        <w:t>29:02</w:t>
      </w:r>
    </w:p>
    <w:p w14:paraId="7850A520" w14:textId="77777777" w:rsidR="00691987" w:rsidRDefault="00C4776F">
      <w:pPr>
        <w:spacing w:after="0"/>
      </w:pPr>
      <w:r>
        <w:rPr>
          <w:rFonts w:ascii="Arial" w:hAnsi="Arial"/>
        </w:rPr>
        <w:t>So why did you think that it would be in a circular?</w:t>
      </w:r>
    </w:p>
    <w:p w14:paraId="48DBA9CC" w14:textId="77777777" w:rsidR="00691987" w:rsidRDefault="00691987">
      <w:pPr>
        <w:spacing w:after="0"/>
      </w:pPr>
    </w:p>
    <w:p w14:paraId="2E0DC39D" w14:textId="77777777" w:rsidR="00691987" w:rsidRDefault="00C4776F">
      <w:pPr>
        <w:spacing w:after="0"/>
      </w:pPr>
      <w:r>
        <w:rPr>
          <w:rFonts w:ascii="Arial" w:hAnsi="Arial"/>
          <w:b/>
        </w:rPr>
        <w:lastRenderedPageBreak/>
        <w:t xml:space="preserve">Participant #9:  </w:t>
      </w:r>
      <w:r>
        <w:rPr>
          <w:rFonts w:ascii="Arial" w:hAnsi="Arial"/>
          <w:color w:val="5D7284"/>
        </w:rPr>
        <w:t>29:09</w:t>
      </w:r>
    </w:p>
    <w:p w14:paraId="611622F8" w14:textId="77777777" w:rsidR="00691987" w:rsidRDefault="00C4776F">
      <w:pPr>
        <w:spacing w:after="0"/>
      </w:pPr>
      <w:r>
        <w:rPr>
          <w:rFonts w:ascii="Arial" w:hAnsi="Arial"/>
        </w:rPr>
        <w:t xml:space="preserve">Just because it's rotating. </w:t>
      </w:r>
    </w:p>
    <w:p w14:paraId="29486221" w14:textId="77777777" w:rsidR="00691987" w:rsidRDefault="00691987">
      <w:pPr>
        <w:spacing w:after="0"/>
      </w:pPr>
    </w:p>
    <w:p w14:paraId="58E96441" w14:textId="77777777" w:rsidR="00691987" w:rsidRDefault="00C4776F">
      <w:pPr>
        <w:spacing w:after="0"/>
      </w:pPr>
      <w:r>
        <w:rPr>
          <w:rFonts w:ascii="Arial" w:hAnsi="Arial"/>
          <w:b/>
        </w:rPr>
        <w:t xml:space="preserve">Interviewer P:  </w:t>
      </w:r>
      <w:r>
        <w:rPr>
          <w:rFonts w:ascii="Arial" w:hAnsi="Arial"/>
          <w:color w:val="5D7284"/>
        </w:rPr>
        <w:t>29:10</w:t>
      </w:r>
    </w:p>
    <w:p w14:paraId="0CB7EA68" w14:textId="77777777" w:rsidR="00691987" w:rsidRDefault="00C4776F">
      <w:pPr>
        <w:spacing w:after="0"/>
      </w:pPr>
      <w:r>
        <w:rPr>
          <w:rFonts w:ascii="Arial" w:hAnsi="Arial"/>
        </w:rPr>
        <w:t xml:space="preserve">Yeah. </w:t>
      </w:r>
    </w:p>
    <w:p w14:paraId="06A854A0" w14:textId="77777777" w:rsidR="00691987" w:rsidRDefault="00691987">
      <w:pPr>
        <w:spacing w:after="0"/>
      </w:pPr>
    </w:p>
    <w:p w14:paraId="02C3447D" w14:textId="77777777" w:rsidR="00691987" w:rsidRDefault="00C4776F">
      <w:pPr>
        <w:spacing w:after="0"/>
      </w:pPr>
      <w:r>
        <w:rPr>
          <w:rFonts w:ascii="Arial" w:hAnsi="Arial"/>
          <w:b/>
        </w:rPr>
        <w:t xml:space="preserve">Participant #9:  </w:t>
      </w:r>
      <w:r>
        <w:rPr>
          <w:rFonts w:ascii="Arial" w:hAnsi="Arial"/>
          <w:color w:val="5D7284"/>
        </w:rPr>
        <w:t>29:11</w:t>
      </w:r>
    </w:p>
    <w:p w14:paraId="18271208" w14:textId="77777777" w:rsidR="00691987" w:rsidRDefault="00C4776F">
      <w:pPr>
        <w:spacing w:after="0"/>
      </w:pPr>
      <w:r>
        <w:rPr>
          <w:rFonts w:ascii="Arial" w:hAnsi="Arial"/>
        </w:rPr>
        <w:t xml:space="preserve">And I </w:t>
      </w:r>
      <w:r>
        <w:rPr>
          <w:rFonts w:ascii="Arial" w:hAnsi="Arial"/>
        </w:rPr>
        <w:t>think that's the first thing I just thought about. I would I assume that the dye would kind of like mix around more. But it stayed in the same shape so yeah.</w:t>
      </w:r>
    </w:p>
    <w:p w14:paraId="2DEB6D3D" w14:textId="77777777" w:rsidR="00691987" w:rsidRDefault="00691987">
      <w:pPr>
        <w:spacing w:after="0"/>
      </w:pPr>
    </w:p>
    <w:p w14:paraId="3BCA8DB5" w14:textId="77777777" w:rsidR="00691987" w:rsidRDefault="00C4776F">
      <w:pPr>
        <w:spacing w:after="0"/>
      </w:pPr>
      <w:r>
        <w:rPr>
          <w:rFonts w:ascii="Arial" w:hAnsi="Arial"/>
          <w:b/>
        </w:rPr>
        <w:t xml:space="preserve">Interviewer P:  </w:t>
      </w:r>
      <w:r>
        <w:rPr>
          <w:rFonts w:ascii="Arial" w:hAnsi="Arial"/>
          <w:color w:val="5D7284"/>
        </w:rPr>
        <w:t>29:24</w:t>
      </w:r>
    </w:p>
    <w:p w14:paraId="64AB3CB5" w14:textId="77777777" w:rsidR="00691987" w:rsidRDefault="00C4776F">
      <w:pPr>
        <w:spacing w:after="0"/>
      </w:pPr>
      <w:r>
        <w:rPr>
          <w:rFonts w:ascii="Arial" w:hAnsi="Arial"/>
        </w:rPr>
        <w:t>And so it's surprising that that there's like columns of dye, it's like standing up. So is there anything that you think like what do you think it is about the water that is keeping those columns standing straight up? Or what is maintaining those columns and allowing them to do that?</w:t>
      </w:r>
    </w:p>
    <w:p w14:paraId="1844D16F" w14:textId="77777777" w:rsidR="00691987" w:rsidRDefault="00691987">
      <w:pPr>
        <w:spacing w:after="0"/>
      </w:pPr>
    </w:p>
    <w:p w14:paraId="23235576" w14:textId="77777777" w:rsidR="00691987" w:rsidRDefault="00C4776F">
      <w:pPr>
        <w:spacing w:after="0"/>
      </w:pPr>
      <w:r>
        <w:rPr>
          <w:rFonts w:ascii="Arial" w:hAnsi="Arial"/>
          <w:b/>
        </w:rPr>
        <w:t xml:space="preserve">Participant #9:  </w:t>
      </w:r>
      <w:r>
        <w:rPr>
          <w:rFonts w:ascii="Arial" w:hAnsi="Arial"/>
          <w:color w:val="5D7284"/>
        </w:rPr>
        <w:t>29:51</w:t>
      </w:r>
    </w:p>
    <w:p w14:paraId="1D9243F2" w14:textId="77777777" w:rsidR="00691987" w:rsidRDefault="00C4776F">
      <w:pPr>
        <w:spacing w:after="0"/>
      </w:pPr>
      <w:r>
        <w:rPr>
          <w:rFonts w:ascii="Arial" w:hAnsi="Arial"/>
        </w:rPr>
        <w:t xml:space="preserve">Repeat the question again, sorry. </w:t>
      </w:r>
    </w:p>
    <w:p w14:paraId="0F45579C" w14:textId="77777777" w:rsidR="00691987" w:rsidRDefault="00691987">
      <w:pPr>
        <w:spacing w:after="0"/>
      </w:pPr>
    </w:p>
    <w:p w14:paraId="723EB417" w14:textId="77777777" w:rsidR="00691987" w:rsidRDefault="00C4776F">
      <w:pPr>
        <w:spacing w:after="0"/>
      </w:pPr>
      <w:r>
        <w:rPr>
          <w:rFonts w:ascii="Arial" w:hAnsi="Arial"/>
          <w:b/>
        </w:rPr>
        <w:t xml:space="preserve">Interviewer P:  </w:t>
      </w:r>
      <w:r>
        <w:rPr>
          <w:rFonts w:ascii="Arial" w:hAnsi="Arial"/>
          <w:color w:val="5D7284"/>
        </w:rPr>
        <w:t>29:53</w:t>
      </w:r>
    </w:p>
    <w:p w14:paraId="6A8FCDF0" w14:textId="77777777" w:rsidR="00691987" w:rsidRDefault="00C4776F">
      <w:pPr>
        <w:spacing w:after="0"/>
      </w:pPr>
      <w:r>
        <w:rPr>
          <w:rFonts w:ascii="Arial" w:hAnsi="Arial"/>
        </w:rPr>
        <w:t>What so the dye is like standing up, like how, why?</w:t>
      </w:r>
    </w:p>
    <w:p w14:paraId="29DC6C7F" w14:textId="77777777" w:rsidR="00691987" w:rsidRDefault="00691987">
      <w:pPr>
        <w:spacing w:after="0"/>
      </w:pPr>
    </w:p>
    <w:p w14:paraId="083B04BB" w14:textId="77777777" w:rsidR="00691987" w:rsidRDefault="00C4776F">
      <w:pPr>
        <w:spacing w:after="0"/>
      </w:pPr>
      <w:r>
        <w:rPr>
          <w:rFonts w:ascii="Arial" w:hAnsi="Arial"/>
          <w:b/>
        </w:rPr>
        <w:t xml:space="preserve">Participant #9:  </w:t>
      </w:r>
      <w:r>
        <w:rPr>
          <w:rFonts w:ascii="Arial" w:hAnsi="Arial"/>
          <w:color w:val="5D7284"/>
        </w:rPr>
        <w:t>30:01</w:t>
      </w:r>
    </w:p>
    <w:p w14:paraId="5B311D13" w14:textId="77777777" w:rsidR="00691987" w:rsidRDefault="00C4776F">
      <w:pPr>
        <w:spacing w:after="0"/>
      </w:pPr>
      <w:r>
        <w:rPr>
          <w:rFonts w:ascii="Arial" w:hAnsi="Arial"/>
        </w:rPr>
        <w:t>Maybe it is because it's rotating like because it's rotating. It's keeping its shape. Maybe.</w:t>
      </w:r>
    </w:p>
    <w:p w14:paraId="06354303" w14:textId="77777777" w:rsidR="00691987" w:rsidRDefault="00691987">
      <w:pPr>
        <w:spacing w:after="0"/>
      </w:pPr>
    </w:p>
    <w:p w14:paraId="44588D27" w14:textId="77777777" w:rsidR="00691987" w:rsidRDefault="00C4776F">
      <w:pPr>
        <w:spacing w:after="0"/>
      </w:pPr>
      <w:r>
        <w:rPr>
          <w:rFonts w:ascii="Arial" w:hAnsi="Arial"/>
          <w:b/>
        </w:rPr>
        <w:t xml:space="preserve">Interviewer P:  </w:t>
      </w:r>
      <w:r>
        <w:rPr>
          <w:rFonts w:ascii="Arial" w:hAnsi="Arial"/>
          <w:color w:val="5D7284"/>
        </w:rPr>
        <w:t>30:10</w:t>
      </w:r>
    </w:p>
    <w:p w14:paraId="142BDA73" w14:textId="77777777" w:rsidR="00691987" w:rsidRDefault="00C4776F">
      <w:pPr>
        <w:spacing w:after="0"/>
      </w:pPr>
      <w:r>
        <w:rPr>
          <w:rFonts w:ascii="Arial" w:hAnsi="Arial"/>
        </w:rPr>
        <w:t xml:space="preserve">Do you have ideas about </w:t>
      </w:r>
      <w:r>
        <w:rPr>
          <w:rFonts w:ascii="Arial" w:hAnsi="Arial"/>
        </w:rPr>
        <w:t>how the rotation keeps that up? Upright shape?</w:t>
      </w:r>
    </w:p>
    <w:p w14:paraId="716839FA" w14:textId="77777777" w:rsidR="00691987" w:rsidRDefault="00691987">
      <w:pPr>
        <w:spacing w:after="0"/>
      </w:pPr>
    </w:p>
    <w:p w14:paraId="4685219C" w14:textId="77777777" w:rsidR="00691987" w:rsidRDefault="00C4776F">
      <w:pPr>
        <w:spacing w:after="0"/>
      </w:pPr>
      <w:r>
        <w:rPr>
          <w:rFonts w:ascii="Arial" w:hAnsi="Arial"/>
          <w:b/>
        </w:rPr>
        <w:t xml:space="preserve">Participant #9:  </w:t>
      </w:r>
      <w:r>
        <w:rPr>
          <w:rFonts w:ascii="Arial" w:hAnsi="Arial"/>
          <w:color w:val="5D7284"/>
        </w:rPr>
        <w:t>30:18</w:t>
      </w:r>
    </w:p>
    <w:p w14:paraId="7C6725D3" w14:textId="77777777" w:rsidR="00691987" w:rsidRDefault="00C4776F">
      <w:pPr>
        <w:spacing w:after="0"/>
      </w:pPr>
      <w:r>
        <w:rPr>
          <w:rFonts w:ascii="Arial" w:hAnsi="Arial"/>
        </w:rPr>
        <w:t>I don't know why but this is the first thing I thought about you know at like carnivals. There's like the spinning thing.</w:t>
      </w:r>
    </w:p>
    <w:p w14:paraId="1C230CC9" w14:textId="77777777" w:rsidR="00691987" w:rsidRDefault="00691987">
      <w:pPr>
        <w:spacing w:after="0"/>
      </w:pPr>
    </w:p>
    <w:p w14:paraId="07AE3BB0" w14:textId="77777777" w:rsidR="00691987" w:rsidRDefault="00C4776F">
      <w:pPr>
        <w:spacing w:after="0"/>
      </w:pPr>
      <w:r>
        <w:rPr>
          <w:rFonts w:ascii="Arial" w:hAnsi="Arial"/>
          <w:b/>
        </w:rPr>
        <w:t xml:space="preserve">Interviewer P:  </w:t>
      </w:r>
      <w:r>
        <w:rPr>
          <w:rFonts w:ascii="Arial" w:hAnsi="Arial"/>
          <w:color w:val="5D7284"/>
        </w:rPr>
        <w:t>30:24</w:t>
      </w:r>
    </w:p>
    <w:p w14:paraId="4234790C" w14:textId="77777777" w:rsidR="00691987" w:rsidRDefault="00C4776F">
      <w:pPr>
        <w:spacing w:after="0"/>
      </w:pPr>
      <w:r>
        <w:rPr>
          <w:rFonts w:ascii="Arial" w:hAnsi="Arial"/>
        </w:rPr>
        <w:t>Yeah the tilta wheel.</w:t>
      </w:r>
    </w:p>
    <w:p w14:paraId="72149E58" w14:textId="77777777" w:rsidR="00691987" w:rsidRDefault="00691987">
      <w:pPr>
        <w:spacing w:after="0"/>
      </w:pPr>
    </w:p>
    <w:p w14:paraId="1C0B7FC5" w14:textId="77777777" w:rsidR="00691987" w:rsidRDefault="00C4776F">
      <w:pPr>
        <w:spacing w:after="0"/>
      </w:pPr>
      <w:r>
        <w:rPr>
          <w:rFonts w:ascii="Arial" w:hAnsi="Arial"/>
          <w:b/>
        </w:rPr>
        <w:t xml:space="preserve">Participant #9:  </w:t>
      </w:r>
      <w:r>
        <w:rPr>
          <w:rFonts w:ascii="Arial" w:hAnsi="Arial"/>
          <w:color w:val="5D7284"/>
        </w:rPr>
        <w:t>30:26</w:t>
      </w:r>
    </w:p>
    <w:p w14:paraId="00316E54" w14:textId="77777777" w:rsidR="00691987" w:rsidRDefault="00C4776F">
      <w:pPr>
        <w:spacing w:after="0"/>
      </w:pPr>
      <w:r>
        <w:rPr>
          <w:rFonts w:ascii="Arial" w:hAnsi="Arial"/>
        </w:rPr>
        <w:t xml:space="preserve">That's the first thing I'm thinking about. </w:t>
      </w:r>
    </w:p>
    <w:p w14:paraId="0362441E" w14:textId="77777777" w:rsidR="00691987" w:rsidRDefault="00691987">
      <w:pPr>
        <w:spacing w:after="0"/>
      </w:pPr>
    </w:p>
    <w:p w14:paraId="6BDBDDD5" w14:textId="77777777" w:rsidR="00691987" w:rsidRDefault="00C4776F">
      <w:pPr>
        <w:spacing w:after="0"/>
      </w:pPr>
      <w:r>
        <w:rPr>
          <w:rFonts w:ascii="Arial" w:hAnsi="Arial"/>
          <w:b/>
        </w:rPr>
        <w:t xml:space="preserve">Interviewer P:  </w:t>
      </w:r>
      <w:r>
        <w:rPr>
          <w:rFonts w:ascii="Arial" w:hAnsi="Arial"/>
          <w:color w:val="5D7284"/>
        </w:rPr>
        <w:t>30:27</w:t>
      </w:r>
    </w:p>
    <w:p w14:paraId="6CDA1FA9" w14:textId="77777777" w:rsidR="00691987" w:rsidRDefault="00C4776F">
      <w:pPr>
        <w:spacing w:after="0"/>
      </w:pPr>
      <w:r>
        <w:rPr>
          <w:rFonts w:ascii="Arial" w:hAnsi="Arial"/>
        </w:rPr>
        <w:t xml:space="preserve">Yeah. </w:t>
      </w:r>
    </w:p>
    <w:p w14:paraId="06FD8405" w14:textId="77777777" w:rsidR="00691987" w:rsidRDefault="00691987">
      <w:pPr>
        <w:spacing w:after="0"/>
      </w:pPr>
    </w:p>
    <w:p w14:paraId="46BE5D67" w14:textId="77777777" w:rsidR="00691987" w:rsidRDefault="00C4776F">
      <w:pPr>
        <w:spacing w:after="0"/>
      </w:pPr>
      <w:r>
        <w:rPr>
          <w:rFonts w:ascii="Arial" w:hAnsi="Arial"/>
          <w:b/>
        </w:rPr>
        <w:t xml:space="preserve">Participant #9:  </w:t>
      </w:r>
      <w:r>
        <w:rPr>
          <w:rFonts w:ascii="Arial" w:hAnsi="Arial"/>
          <w:color w:val="5D7284"/>
        </w:rPr>
        <w:t>30:28</w:t>
      </w:r>
    </w:p>
    <w:p w14:paraId="10120AFE" w14:textId="77777777" w:rsidR="00691987" w:rsidRDefault="00C4776F">
      <w:pPr>
        <w:spacing w:after="0"/>
      </w:pPr>
      <w:r>
        <w:rPr>
          <w:rFonts w:ascii="Arial" w:hAnsi="Arial"/>
        </w:rPr>
        <w:t xml:space="preserve">Something like that. works, but it works. </w:t>
      </w:r>
    </w:p>
    <w:p w14:paraId="1F3C6C32" w14:textId="77777777" w:rsidR="00691987" w:rsidRDefault="00691987">
      <w:pPr>
        <w:spacing w:after="0"/>
      </w:pPr>
    </w:p>
    <w:p w14:paraId="6C0F7D4C" w14:textId="77777777" w:rsidR="00691987" w:rsidRDefault="00C4776F">
      <w:pPr>
        <w:spacing w:after="0"/>
      </w:pPr>
      <w:r>
        <w:rPr>
          <w:rFonts w:ascii="Arial" w:hAnsi="Arial"/>
          <w:b/>
        </w:rPr>
        <w:t xml:space="preserve">Interviewer P:  </w:t>
      </w:r>
      <w:r>
        <w:rPr>
          <w:rFonts w:ascii="Arial" w:hAnsi="Arial"/>
          <w:color w:val="5D7284"/>
        </w:rPr>
        <w:t>30:32</w:t>
      </w:r>
    </w:p>
    <w:p w14:paraId="2946C339" w14:textId="77777777" w:rsidR="00691987" w:rsidRDefault="00C4776F">
      <w:pPr>
        <w:spacing w:after="0"/>
      </w:pPr>
      <w:r>
        <w:rPr>
          <w:rFonts w:ascii="Arial" w:hAnsi="Arial"/>
        </w:rPr>
        <w:lastRenderedPageBreak/>
        <w:t>Yeah what happens when you're on the tilta wheel.</w:t>
      </w:r>
    </w:p>
    <w:p w14:paraId="1ABC29DE" w14:textId="77777777" w:rsidR="00691987" w:rsidRDefault="00691987">
      <w:pPr>
        <w:spacing w:after="0"/>
      </w:pPr>
    </w:p>
    <w:p w14:paraId="3F9EDA0D" w14:textId="77777777" w:rsidR="00691987" w:rsidRDefault="00C4776F">
      <w:pPr>
        <w:spacing w:after="0"/>
      </w:pPr>
      <w:r>
        <w:rPr>
          <w:rFonts w:ascii="Arial" w:hAnsi="Arial"/>
          <w:b/>
        </w:rPr>
        <w:t xml:space="preserve">Participant #9:  </w:t>
      </w:r>
      <w:r>
        <w:rPr>
          <w:rFonts w:ascii="Arial" w:hAnsi="Arial"/>
          <w:color w:val="5D7284"/>
        </w:rPr>
        <w:t>30:35</w:t>
      </w:r>
    </w:p>
    <w:p w14:paraId="4C200B99" w14:textId="77777777" w:rsidR="00691987" w:rsidRDefault="00C4776F">
      <w:pPr>
        <w:spacing w:after="0"/>
      </w:pPr>
      <w:r>
        <w:rPr>
          <w:rFonts w:ascii="Arial" w:hAnsi="Arial"/>
        </w:rPr>
        <w:t>Make you stay in place. When it's like spinning.</w:t>
      </w:r>
    </w:p>
    <w:p w14:paraId="0469D57C" w14:textId="77777777" w:rsidR="00691987" w:rsidRDefault="00691987">
      <w:pPr>
        <w:spacing w:after="0"/>
      </w:pPr>
    </w:p>
    <w:p w14:paraId="6B2FB4E9" w14:textId="77777777" w:rsidR="00691987" w:rsidRDefault="00C4776F">
      <w:pPr>
        <w:spacing w:after="0"/>
      </w:pPr>
      <w:r>
        <w:rPr>
          <w:rFonts w:ascii="Arial" w:hAnsi="Arial"/>
          <w:b/>
        </w:rPr>
        <w:t xml:space="preserve">Interviewer P:  </w:t>
      </w:r>
      <w:r>
        <w:rPr>
          <w:rFonts w:ascii="Arial" w:hAnsi="Arial"/>
          <w:color w:val="5D7284"/>
        </w:rPr>
        <w:t>30:39</w:t>
      </w:r>
    </w:p>
    <w:p w14:paraId="203C37B2" w14:textId="77777777" w:rsidR="00691987" w:rsidRDefault="00C4776F">
      <w:pPr>
        <w:spacing w:after="0"/>
      </w:pPr>
      <w:r>
        <w:rPr>
          <w:rFonts w:ascii="Arial" w:hAnsi="Arial"/>
        </w:rPr>
        <w:t xml:space="preserve">That's right. Like you're stuck. Like you cant sit down if you wanted to. Okay that's interesting. </w:t>
      </w:r>
    </w:p>
    <w:p w14:paraId="4131749E" w14:textId="77777777" w:rsidR="00691987" w:rsidRDefault="00691987">
      <w:pPr>
        <w:spacing w:after="0"/>
      </w:pPr>
    </w:p>
    <w:p w14:paraId="215399C8" w14:textId="77777777" w:rsidR="00691987" w:rsidRDefault="00C4776F">
      <w:pPr>
        <w:spacing w:after="0"/>
      </w:pPr>
      <w:r>
        <w:rPr>
          <w:rFonts w:ascii="Arial" w:hAnsi="Arial"/>
          <w:b/>
        </w:rPr>
        <w:t xml:space="preserve">Participant #9:  </w:t>
      </w:r>
      <w:r>
        <w:rPr>
          <w:rFonts w:ascii="Arial" w:hAnsi="Arial"/>
          <w:color w:val="5D7284"/>
        </w:rPr>
        <w:t>30:42</w:t>
      </w:r>
    </w:p>
    <w:p w14:paraId="1F3F52F8" w14:textId="77777777" w:rsidR="00691987" w:rsidRDefault="00C4776F">
      <w:pPr>
        <w:spacing w:after="0"/>
      </w:pPr>
      <w:r>
        <w:rPr>
          <w:rFonts w:ascii="Arial" w:hAnsi="Arial"/>
        </w:rPr>
        <w:t>Yeah, you can't like move if you really wanted to kind of a thing. Yeah. Yeah. Thats cool.</w:t>
      </w:r>
    </w:p>
    <w:p w14:paraId="5B5EA83E" w14:textId="77777777" w:rsidR="00691987" w:rsidRDefault="00691987">
      <w:pPr>
        <w:spacing w:after="0"/>
      </w:pPr>
    </w:p>
    <w:p w14:paraId="59693C8C" w14:textId="77777777" w:rsidR="00691987" w:rsidRDefault="00C4776F">
      <w:pPr>
        <w:spacing w:after="0"/>
      </w:pPr>
      <w:r>
        <w:rPr>
          <w:rFonts w:ascii="Arial" w:hAnsi="Arial"/>
          <w:b/>
        </w:rPr>
        <w:t xml:space="preserve">Interviewer P:  </w:t>
      </w:r>
      <w:r>
        <w:rPr>
          <w:rFonts w:ascii="Arial" w:hAnsi="Arial"/>
          <w:color w:val="5D7284"/>
        </w:rPr>
        <w:t>30:56</w:t>
      </w:r>
    </w:p>
    <w:p w14:paraId="3544A186" w14:textId="77777777" w:rsidR="00691987" w:rsidRDefault="00C4776F">
      <w:pPr>
        <w:spacing w:after="0"/>
      </w:pPr>
      <w:r>
        <w:rPr>
          <w:rFonts w:ascii="Arial" w:hAnsi="Arial"/>
        </w:rPr>
        <w:t xml:space="preserve"> Do you think there's anything we could do to make it do that?</w:t>
      </w:r>
    </w:p>
    <w:p w14:paraId="24F56347" w14:textId="77777777" w:rsidR="00691987" w:rsidRDefault="00691987">
      <w:pPr>
        <w:spacing w:after="0"/>
      </w:pPr>
    </w:p>
    <w:p w14:paraId="74EE6D36" w14:textId="77777777" w:rsidR="00691987" w:rsidRDefault="00C4776F">
      <w:pPr>
        <w:spacing w:after="0"/>
      </w:pPr>
      <w:r>
        <w:rPr>
          <w:rFonts w:ascii="Arial" w:hAnsi="Arial"/>
          <w:b/>
        </w:rPr>
        <w:t xml:space="preserve">Participant #9:  </w:t>
      </w:r>
      <w:r>
        <w:rPr>
          <w:rFonts w:ascii="Arial" w:hAnsi="Arial"/>
          <w:color w:val="5D7284"/>
        </w:rPr>
        <w:t>31:03</w:t>
      </w:r>
    </w:p>
    <w:p w14:paraId="79E0A953" w14:textId="77777777" w:rsidR="00691987" w:rsidRDefault="00C4776F">
      <w:pPr>
        <w:spacing w:after="0"/>
      </w:pPr>
      <w:r>
        <w:rPr>
          <w:rFonts w:ascii="Arial" w:hAnsi="Arial"/>
        </w:rPr>
        <w:t xml:space="preserve">Sprinkle it in a circle. But like, I guess I don't know. I feel like speed doesn't change. Or actually, speed might change if if the rotating was faster, maybe. Yeah, but again, I don't know. Maybe the speed. </w:t>
      </w:r>
    </w:p>
    <w:p w14:paraId="3ACCC6F8" w14:textId="77777777" w:rsidR="00691987" w:rsidRDefault="00691987">
      <w:pPr>
        <w:spacing w:after="0"/>
      </w:pPr>
    </w:p>
    <w:p w14:paraId="5CF9EEA2" w14:textId="77777777" w:rsidR="00691987" w:rsidRDefault="00C4776F">
      <w:pPr>
        <w:spacing w:after="0"/>
      </w:pPr>
      <w:r>
        <w:rPr>
          <w:rFonts w:ascii="Arial" w:hAnsi="Arial"/>
          <w:b/>
        </w:rPr>
        <w:t xml:space="preserve">Interviewer P:  </w:t>
      </w:r>
      <w:r>
        <w:rPr>
          <w:rFonts w:ascii="Arial" w:hAnsi="Arial"/>
          <w:color w:val="5D7284"/>
        </w:rPr>
        <w:t>31:32</w:t>
      </w:r>
    </w:p>
    <w:p w14:paraId="7B44B52F" w14:textId="77777777" w:rsidR="00691987" w:rsidRDefault="00C4776F">
      <w:pPr>
        <w:spacing w:after="0"/>
      </w:pPr>
      <w:r>
        <w:rPr>
          <w:rFonts w:ascii="Arial" w:hAnsi="Arial"/>
        </w:rPr>
        <w:t>Okay, so you said like either sprinkling it in a circle, changing the speed? What about like, so the speed of the tank? What about like the length of the rotation? Do you think if we let it rotate long enough that it would start to swirl?</w:t>
      </w:r>
    </w:p>
    <w:p w14:paraId="15E7C157" w14:textId="77777777" w:rsidR="00691987" w:rsidRDefault="00691987">
      <w:pPr>
        <w:spacing w:after="0"/>
      </w:pPr>
    </w:p>
    <w:p w14:paraId="76F0E46B" w14:textId="77777777" w:rsidR="00691987" w:rsidRDefault="00C4776F">
      <w:pPr>
        <w:spacing w:after="0"/>
      </w:pPr>
      <w:r>
        <w:rPr>
          <w:rFonts w:ascii="Arial" w:hAnsi="Arial"/>
          <w:b/>
        </w:rPr>
        <w:t xml:space="preserve">Participant #9:  </w:t>
      </w:r>
      <w:r>
        <w:rPr>
          <w:rFonts w:ascii="Arial" w:hAnsi="Arial"/>
          <w:color w:val="5D7284"/>
        </w:rPr>
        <w:t>31:51</w:t>
      </w:r>
    </w:p>
    <w:p w14:paraId="1277D775" w14:textId="77777777" w:rsidR="00691987" w:rsidRDefault="00C4776F">
      <w:pPr>
        <w:spacing w:after="0"/>
      </w:pPr>
      <w:r>
        <w:rPr>
          <w:rFonts w:ascii="Arial" w:hAnsi="Arial"/>
        </w:rPr>
        <w:t>Yeah, I think I don't know how long but I think like if you leave this like for like hours, maybe it'll start becoming like in a circle.</w:t>
      </w:r>
    </w:p>
    <w:p w14:paraId="1A915D47" w14:textId="77777777" w:rsidR="00691987" w:rsidRDefault="00691987">
      <w:pPr>
        <w:spacing w:after="0"/>
      </w:pPr>
    </w:p>
    <w:p w14:paraId="55B421FE" w14:textId="77777777" w:rsidR="00691987" w:rsidRDefault="00C4776F">
      <w:pPr>
        <w:spacing w:after="0"/>
      </w:pPr>
      <w:r>
        <w:rPr>
          <w:rFonts w:ascii="Arial" w:hAnsi="Arial"/>
          <w:b/>
        </w:rPr>
        <w:t xml:space="preserve">Interviewer P:  </w:t>
      </w:r>
      <w:r>
        <w:rPr>
          <w:rFonts w:ascii="Arial" w:hAnsi="Arial"/>
          <w:color w:val="5D7284"/>
        </w:rPr>
        <w:t>32:06</w:t>
      </w:r>
    </w:p>
    <w:p w14:paraId="7A88E5C3" w14:textId="77777777" w:rsidR="00691987" w:rsidRDefault="00C4776F">
      <w:pPr>
        <w:spacing w:after="0"/>
      </w:pPr>
      <w:r>
        <w:rPr>
          <w:rFonts w:ascii="Arial" w:hAnsi="Arial"/>
        </w:rPr>
        <w:t xml:space="preserve">Like this. </w:t>
      </w:r>
    </w:p>
    <w:p w14:paraId="70E35788" w14:textId="77777777" w:rsidR="00691987" w:rsidRDefault="00691987">
      <w:pPr>
        <w:spacing w:after="0"/>
      </w:pPr>
    </w:p>
    <w:p w14:paraId="5CA1F99C" w14:textId="77777777" w:rsidR="00691987" w:rsidRDefault="00C4776F">
      <w:pPr>
        <w:spacing w:after="0"/>
      </w:pPr>
      <w:r>
        <w:rPr>
          <w:rFonts w:ascii="Arial" w:hAnsi="Arial"/>
          <w:b/>
        </w:rPr>
        <w:t xml:space="preserve">Participant #9:  </w:t>
      </w:r>
      <w:r>
        <w:rPr>
          <w:rFonts w:ascii="Arial" w:hAnsi="Arial"/>
          <w:color w:val="5D7284"/>
        </w:rPr>
        <w:t>32:07</w:t>
      </w:r>
    </w:p>
    <w:p w14:paraId="4CF1C397" w14:textId="77777777" w:rsidR="00691987" w:rsidRDefault="00C4776F">
      <w:pPr>
        <w:spacing w:after="0"/>
      </w:pPr>
      <w:r>
        <w:rPr>
          <w:rFonts w:ascii="Arial" w:hAnsi="Arial"/>
        </w:rPr>
        <w:t xml:space="preserve">Yeah. </w:t>
      </w:r>
    </w:p>
    <w:p w14:paraId="71E9639A" w14:textId="77777777" w:rsidR="00691987" w:rsidRDefault="00691987">
      <w:pPr>
        <w:spacing w:after="0"/>
      </w:pPr>
    </w:p>
    <w:p w14:paraId="219EEC6E" w14:textId="77777777" w:rsidR="00691987" w:rsidRDefault="00C4776F">
      <w:pPr>
        <w:spacing w:after="0"/>
      </w:pPr>
      <w:r>
        <w:rPr>
          <w:rFonts w:ascii="Arial" w:hAnsi="Arial"/>
          <w:b/>
        </w:rPr>
        <w:t xml:space="preserve">Interviewer P:  </w:t>
      </w:r>
      <w:r>
        <w:rPr>
          <w:rFonts w:ascii="Arial" w:hAnsi="Arial"/>
          <w:color w:val="5D7284"/>
        </w:rPr>
        <w:t>32:09</w:t>
      </w:r>
    </w:p>
    <w:p w14:paraId="68E0F793" w14:textId="77777777" w:rsidR="00691987" w:rsidRDefault="00C4776F">
      <w:pPr>
        <w:spacing w:after="0"/>
      </w:pPr>
      <w:r>
        <w:rPr>
          <w:rFonts w:ascii="Arial" w:hAnsi="Arial"/>
        </w:rPr>
        <w:t>So we can't leave it here for hours because I'm getting hungry. First two experiment. First two suggestions. Okay. So we have it up at the highest speed so that make it faster but we can make it slower. Yeah, so I think what you're saying is like if I sprinkled it in a circle, it would swirl.</w:t>
      </w:r>
    </w:p>
    <w:p w14:paraId="1986A469" w14:textId="77777777" w:rsidR="00691987" w:rsidRDefault="00691987">
      <w:pPr>
        <w:spacing w:after="0"/>
      </w:pPr>
    </w:p>
    <w:p w14:paraId="5D5E1A19" w14:textId="77777777" w:rsidR="00691987" w:rsidRDefault="00C4776F">
      <w:pPr>
        <w:spacing w:after="0"/>
      </w:pPr>
      <w:r>
        <w:rPr>
          <w:rFonts w:ascii="Arial" w:hAnsi="Arial"/>
          <w:b/>
        </w:rPr>
        <w:t xml:space="preserve">Participant #9:  </w:t>
      </w:r>
      <w:r>
        <w:rPr>
          <w:rFonts w:ascii="Arial" w:hAnsi="Arial"/>
          <w:color w:val="5D7284"/>
        </w:rPr>
        <w:t>32:31</w:t>
      </w:r>
    </w:p>
    <w:p w14:paraId="7E1C15A2" w14:textId="77777777" w:rsidR="00691987" w:rsidRDefault="00C4776F">
      <w:pPr>
        <w:spacing w:after="0"/>
      </w:pPr>
      <w:r>
        <w:rPr>
          <w:rFonts w:ascii="Arial" w:hAnsi="Arial"/>
        </w:rPr>
        <w:t>Yeah.</w:t>
      </w:r>
    </w:p>
    <w:p w14:paraId="1676DEEA" w14:textId="77777777" w:rsidR="00691987" w:rsidRDefault="00691987">
      <w:pPr>
        <w:spacing w:after="0"/>
      </w:pPr>
    </w:p>
    <w:p w14:paraId="6952829C" w14:textId="77777777" w:rsidR="00691987" w:rsidRDefault="00C4776F">
      <w:pPr>
        <w:spacing w:after="0"/>
      </w:pPr>
      <w:r>
        <w:rPr>
          <w:rFonts w:ascii="Arial" w:hAnsi="Arial"/>
          <w:b/>
        </w:rPr>
        <w:t xml:space="preserve">Interviewer P:  </w:t>
      </w:r>
      <w:r>
        <w:rPr>
          <w:rFonts w:ascii="Arial" w:hAnsi="Arial"/>
          <w:color w:val="5D7284"/>
        </w:rPr>
        <w:t>32:34</w:t>
      </w:r>
    </w:p>
    <w:p w14:paraId="1D697F14" w14:textId="77777777" w:rsidR="00691987" w:rsidRDefault="00C4776F">
      <w:pPr>
        <w:spacing w:after="0"/>
      </w:pPr>
      <w:r>
        <w:rPr>
          <w:rFonts w:ascii="Arial" w:hAnsi="Arial"/>
        </w:rPr>
        <w:t xml:space="preserve">let's try that first. Grab at your arm. Did that do what you would expect? Does that make it swirl? </w:t>
      </w:r>
    </w:p>
    <w:p w14:paraId="733CE506" w14:textId="77777777" w:rsidR="00691987" w:rsidRDefault="00691987">
      <w:pPr>
        <w:spacing w:after="0"/>
      </w:pPr>
    </w:p>
    <w:p w14:paraId="022B1151" w14:textId="77777777" w:rsidR="00691987" w:rsidRDefault="00C4776F">
      <w:pPr>
        <w:spacing w:after="0"/>
      </w:pPr>
      <w:r>
        <w:rPr>
          <w:rFonts w:ascii="Arial" w:hAnsi="Arial"/>
          <w:b/>
        </w:rPr>
        <w:lastRenderedPageBreak/>
        <w:t xml:space="preserve">Participant #9:  </w:t>
      </w:r>
      <w:r>
        <w:rPr>
          <w:rFonts w:ascii="Arial" w:hAnsi="Arial"/>
          <w:color w:val="5D7284"/>
        </w:rPr>
        <w:t>33:17</w:t>
      </w:r>
    </w:p>
    <w:p w14:paraId="494406E6" w14:textId="77777777" w:rsidR="00691987" w:rsidRDefault="00C4776F">
      <w:pPr>
        <w:spacing w:after="0"/>
      </w:pPr>
      <w:r>
        <w:rPr>
          <w:rFonts w:ascii="Arial" w:hAnsi="Arial"/>
        </w:rPr>
        <w:t xml:space="preserve">No. </w:t>
      </w:r>
    </w:p>
    <w:p w14:paraId="51C9816B" w14:textId="77777777" w:rsidR="00691987" w:rsidRDefault="00691987">
      <w:pPr>
        <w:spacing w:after="0"/>
      </w:pPr>
    </w:p>
    <w:p w14:paraId="3A76CAE0" w14:textId="77777777" w:rsidR="00691987" w:rsidRDefault="00C4776F">
      <w:pPr>
        <w:spacing w:after="0"/>
      </w:pPr>
      <w:r>
        <w:rPr>
          <w:rFonts w:ascii="Arial" w:hAnsi="Arial"/>
          <w:b/>
        </w:rPr>
        <w:t xml:space="preserve">Interviewer P:  </w:t>
      </w:r>
      <w:r>
        <w:rPr>
          <w:rFonts w:ascii="Arial" w:hAnsi="Arial"/>
          <w:color w:val="5D7284"/>
        </w:rPr>
        <w:t>33:17</w:t>
      </w:r>
    </w:p>
    <w:p w14:paraId="7A51C784" w14:textId="77777777" w:rsidR="00691987" w:rsidRDefault="00C4776F">
      <w:pPr>
        <w:spacing w:after="0"/>
      </w:pPr>
      <w:r>
        <w:rPr>
          <w:rFonts w:ascii="Arial" w:hAnsi="Arial"/>
        </w:rPr>
        <w:t xml:space="preserve">It's kind of just doing the same thing but in a circle. Okay, so let's play with this speed and slow it down. Is that doing it? </w:t>
      </w:r>
    </w:p>
    <w:p w14:paraId="2E60127C" w14:textId="77777777" w:rsidR="00691987" w:rsidRDefault="00691987">
      <w:pPr>
        <w:spacing w:after="0"/>
      </w:pPr>
    </w:p>
    <w:p w14:paraId="36B1D885" w14:textId="77777777" w:rsidR="00691987" w:rsidRDefault="00C4776F">
      <w:pPr>
        <w:spacing w:after="0"/>
      </w:pPr>
      <w:r>
        <w:rPr>
          <w:rFonts w:ascii="Arial" w:hAnsi="Arial"/>
          <w:b/>
        </w:rPr>
        <w:t xml:space="preserve">Participant #9:  </w:t>
      </w:r>
      <w:r>
        <w:rPr>
          <w:rFonts w:ascii="Arial" w:hAnsi="Arial"/>
          <w:color w:val="5D7284"/>
        </w:rPr>
        <w:t>33:51</w:t>
      </w:r>
    </w:p>
    <w:p w14:paraId="5FCC2601" w14:textId="77777777" w:rsidR="00691987" w:rsidRDefault="00C4776F">
      <w:pPr>
        <w:spacing w:after="0"/>
      </w:pPr>
      <w:r>
        <w:rPr>
          <w:rFonts w:ascii="Arial" w:hAnsi="Arial"/>
        </w:rPr>
        <w:t xml:space="preserve">No. </w:t>
      </w:r>
    </w:p>
    <w:p w14:paraId="35DADD57" w14:textId="77777777" w:rsidR="00691987" w:rsidRDefault="00691987">
      <w:pPr>
        <w:spacing w:after="0"/>
      </w:pPr>
    </w:p>
    <w:p w14:paraId="286A1871" w14:textId="77777777" w:rsidR="00691987" w:rsidRDefault="00C4776F">
      <w:pPr>
        <w:spacing w:after="0"/>
      </w:pPr>
      <w:r>
        <w:rPr>
          <w:rFonts w:ascii="Arial" w:hAnsi="Arial"/>
          <w:b/>
        </w:rPr>
        <w:t xml:space="preserve">Interviewer P:  </w:t>
      </w:r>
      <w:r>
        <w:rPr>
          <w:rFonts w:ascii="Arial" w:hAnsi="Arial"/>
          <w:color w:val="5D7284"/>
        </w:rPr>
        <w:t>33:52</w:t>
      </w:r>
    </w:p>
    <w:p w14:paraId="0938659F" w14:textId="77777777" w:rsidR="00691987" w:rsidRDefault="00C4776F">
      <w:pPr>
        <w:spacing w:after="0"/>
      </w:pPr>
      <w:r>
        <w:rPr>
          <w:rFonts w:ascii="Arial" w:hAnsi="Arial"/>
        </w:rPr>
        <w:t>Would if I put the brake on, let's just stop it. Thought about that?</w:t>
      </w:r>
    </w:p>
    <w:p w14:paraId="539F2B93" w14:textId="77777777" w:rsidR="00691987" w:rsidRDefault="00691987">
      <w:pPr>
        <w:spacing w:after="0"/>
      </w:pPr>
    </w:p>
    <w:p w14:paraId="1C5783B1" w14:textId="77777777" w:rsidR="00691987" w:rsidRDefault="00C4776F">
      <w:pPr>
        <w:spacing w:after="0"/>
      </w:pPr>
      <w:r>
        <w:rPr>
          <w:rFonts w:ascii="Arial" w:hAnsi="Arial"/>
          <w:b/>
        </w:rPr>
        <w:t xml:space="preserve">Participant #9:  </w:t>
      </w:r>
      <w:r>
        <w:rPr>
          <w:rFonts w:ascii="Arial" w:hAnsi="Arial"/>
          <w:color w:val="5D7284"/>
        </w:rPr>
        <w:t>34:17</w:t>
      </w:r>
    </w:p>
    <w:p w14:paraId="6463D63F" w14:textId="77777777" w:rsidR="00691987" w:rsidRDefault="00C4776F">
      <w:pPr>
        <w:spacing w:after="0"/>
      </w:pPr>
      <w:r>
        <w:rPr>
          <w:rFonts w:ascii="Arial" w:hAnsi="Arial"/>
        </w:rPr>
        <w:t>I'm wondering like if it like fully stops rotating how. Oh, when it becomes still. Yeah, yeah. But It's like mixing.</w:t>
      </w:r>
    </w:p>
    <w:p w14:paraId="651F0A86" w14:textId="77777777" w:rsidR="00691987" w:rsidRDefault="00691987">
      <w:pPr>
        <w:spacing w:after="0"/>
      </w:pPr>
    </w:p>
    <w:p w14:paraId="72E39623" w14:textId="77777777" w:rsidR="00691987" w:rsidRDefault="00C4776F">
      <w:pPr>
        <w:spacing w:after="0"/>
      </w:pPr>
      <w:r>
        <w:rPr>
          <w:rFonts w:ascii="Arial" w:hAnsi="Arial"/>
          <w:b/>
        </w:rPr>
        <w:t xml:space="preserve">Interviewer P:  </w:t>
      </w:r>
      <w:r>
        <w:rPr>
          <w:rFonts w:ascii="Arial" w:hAnsi="Arial"/>
          <w:color w:val="5D7284"/>
        </w:rPr>
        <w:t>34:26</w:t>
      </w:r>
    </w:p>
    <w:p w14:paraId="2003A64B" w14:textId="77777777" w:rsidR="00691987" w:rsidRDefault="00C4776F">
      <w:pPr>
        <w:spacing w:after="0"/>
      </w:pPr>
      <w:r>
        <w:rPr>
          <w:rFonts w:ascii="Arial" w:hAnsi="Arial"/>
        </w:rPr>
        <w:t>Does it look more like what you expected here?</w:t>
      </w:r>
    </w:p>
    <w:p w14:paraId="470F3C2D" w14:textId="77777777" w:rsidR="00691987" w:rsidRDefault="00691987">
      <w:pPr>
        <w:spacing w:after="0"/>
      </w:pPr>
    </w:p>
    <w:p w14:paraId="2E845547" w14:textId="77777777" w:rsidR="00691987" w:rsidRDefault="00C4776F">
      <w:pPr>
        <w:spacing w:after="0"/>
      </w:pPr>
      <w:r>
        <w:rPr>
          <w:rFonts w:ascii="Arial" w:hAnsi="Arial"/>
          <w:b/>
        </w:rPr>
        <w:t xml:space="preserve">Participant #9:  </w:t>
      </w:r>
      <w:r>
        <w:rPr>
          <w:rFonts w:ascii="Arial" w:hAnsi="Arial"/>
          <w:color w:val="5D7284"/>
        </w:rPr>
        <w:t>34:29</w:t>
      </w:r>
    </w:p>
    <w:p w14:paraId="25C850D9" w14:textId="77777777" w:rsidR="00691987" w:rsidRDefault="00C4776F">
      <w:pPr>
        <w:spacing w:after="0"/>
      </w:pPr>
      <w:r>
        <w:rPr>
          <w:rFonts w:ascii="Arial" w:hAnsi="Arial"/>
        </w:rPr>
        <w:t>I think so. Yeah.</w:t>
      </w:r>
    </w:p>
    <w:p w14:paraId="10D25653" w14:textId="77777777" w:rsidR="00691987" w:rsidRDefault="00691987">
      <w:pPr>
        <w:spacing w:after="0"/>
      </w:pPr>
    </w:p>
    <w:p w14:paraId="7046582F" w14:textId="77777777" w:rsidR="00691987" w:rsidRDefault="00C4776F">
      <w:pPr>
        <w:spacing w:after="0"/>
      </w:pPr>
      <w:r>
        <w:rPr>
          <w:rFonts w:ascii="Arial" w:hAnsi="Arial"/>
          <w:b/>
        </w:rPr>
        <w:t xml:space="preserve">Interviewer P:  </w:t>
      </w:r>
      <w:r>
        <w:rPr>
          <w:rFonts w:ascii="Arial" w:hAnsi="Arial"/>
          <w:color w:val="5D7284"/>
        </w:rPr>
        <w:t>34:33</w:t>
      </w:r>
    </w:p>
    <w:p w14:paraId="55B1FF74" w14:textId="77777777" w:rsidR="00691987" w:rsidRDefault="00C4776F">
      <w:pPr>
        <w:spacing w:after="0"/>
      </w:pPr>
      <w:r>
        <w:rPr>
          <w:rFonts w:ascii="Arial" w:hAnsi="Arial"/>
        </w:rPr>
        <w:t>Ideas on, do you have any ideas on why? Why it's doing at the end what you thought it would do at the beginning?</w:t>
      </w:r>
    </w:p>
    <w:p w14:paraId="28A1F310" w14:textId="77777777" w:rsidR="00691987" w:rsidRDefault="00691987">
      <w:pPr>
        <w:spacing w:after="0"/>
      </w:pPr>
    </w:p>
    <w:p w14:paraId="67F67232" w14:textId="77777777" w:rsidR="00691987" w:rsidRDefault="00C4776F">
      <w:pPr>
        <w:spacing w:after="0"/>
      </w:pPr>
      <w:r>
        <w:rPr>
          <w:rFonts w:ascii="Arial" w:hAnsi="Arial"/>
          <w:b/>
        </w:rPr>
        <w:t xml:space="preserve">Participant #9:  </w:t>
      </w:r>
      <w:r>
        <w:rPr>
          <w:rFonts w:ascii="Arial" w:hAnsi="Arial"/>
          <w:color w:val="5D7284"/>
        </w:rPr>
        <w:t>34:45</w:t>
      </w:r>
    </w:p>
    <w:p w14:paraId="7487C9A5" w14:textId="77777777" w:rsidR="00691987" w:rsidRDefault="00C4776F">
      <w:pPr>
        <w:spacing w:after="0"/>
      </w:pPr>
      <w:r>
        <w:rPr>
          <w:rFonts w:ascii="Arial" w:hAnsi="Arial"/>
        </w:rPr>
        <w:t xml:space="preserve">I guess once it started slowing down and moving, it started mixing the Yeah, like my </w:t>
      </w:r>
      <w:r>
        <w:rPr>
          <w:rFonts w:ascii="Arial" w:hAnsi="Arial"/>
        </w:rPr>
        <w:t>predictions are like completely opposite.</w:t>
      </w:r>
    </w:p>
    <w:p w14:paraId="184FA4D9" w14:textId="77777777" w:rsidR="00691987" w:rsidRDefault="00691987">
      <w:pPr>
        <w:spacing w:after="0"/>
      </w:pPr>
    </w:p>
    <w:p w14:paraId="4273CD82" w14:textId="77777777" w:rsidR="00691987" w:rsidRDefault="00C4776F">
      <w:pPr>
        <w:spacing w:after="0"/>
      </w:pPr>
      <w:r>
        <w:rPr>
          <w:rFonts w:ascii="Arial" w:hAnsi="Arial"/>
          <w:b/>
        </w:rPr>
        <w:t xml:space="preserve">Interviewer P:  </w:t>
      </w:r>
      <w:r>
        <w:rPr>
          <w:rFonts w:ascii="Arial" w:hAnsi="Arial"/>
          <w:color w:val="5D7284"/>
        </w:rPr>
        <w:t>34:59</w:t>
      </w:r>
    </w:p>
    <w:p w14:paraId="6F9FC24D" w14:textId="77777777" w:rsidR="00691987" w:rsidRDefault="00C4776F">
      <w:pPr>
        <w:spacing w:after="0"/>
      </w:pPr>
      <w:r>
        <w:rPr>
          <w:rFonts w:ascii="Arial" w:hAnsi="Arial"/>
        </w:rPr>
        <w:t>Because now it on the top it does have that's really pattern that you drew.</w:t>
      </w:r>
    </w:p>
    <w:p w14:paraId="5EEDE826" w14:textId="77777777" w:rsidR="00691987" w:rsidRDefault="00691987">
      <w:pPr>
        <w:spacing w:after="0"/>
      </w:pPr>
    </w:p>
    <w:p w14:paraId="67EFF476" w14:textId="77777777" w:rsidR="00691987" w:rsidRDefault="00C4776F">
      <w:pPr>
        <w:spacing w:after="0"/>
      </w:pPr>
      <w:r>
        <w:rPr>
          <w:rFonts w:ascii="Arial" w:hAnsi="Arial"/>
          <w:b/>
        </w:rPr>
        <w:t xml:space="preserve">Participant #9:  </w:t>
      </w:r>
      <w:r>
        <w:rPr>
          <w:rFonts w:ascii="Arial" w:hAnsi="Arial"/>
          <w:color w:val="5D7284"/>
        </w:rPr>
        <w:t>35:17</w:t>
      </w:r>
    </w:p>
    <w:p w14:paraId="7B8239F7" w14:textId="77777777" w:rsidR="00691987" w:rsidRDefault="00C4776F">
      <w:pPr>
        <w:spacing w:after="0"/>
      </w:pPr>
      <w:r>
        <w:rPr>
          <w:rFonts w:ascii="Arial" w:hAnsi="Arial"/>
        </w:rPr>
        <w:t xml:space="preserve">I guess when it was like, rotating and when you like, like stop it out of no where it </w:t>
      </w:r>
      <w:r>
        <w:rPr>
          <w:rFonts w:ascii="Arial" w:hAnsi="Arial"/>
        </w:rPr>
        <w:t>started mixing just because it was spinning and then I don't know. Yeah, I'm not really sure how that happened my guess it's because it stopped rotating.</w:t>
      </w:r>
    </w:p>
    <w:p w14:paraId="4DF6B689" w14:textId="77777777" w:rsidR="00691987" w:rsidRDefault="00691987">
      <w:pPr>
        <w:spacing w:after="0"/>
      </w:pPr>
    </w:p>
    <w:p w14:paraId="0CC57EB6" w14:textId="77777777" w:rsidR="00691987" w:rsidRDefault="00C4776F">
      <w:pPr>
        <w:spacing w:after="0"/>
      </w:pPr>
      <w:r>
        <w:rPr>
          <w:rFonts w:ascii="Arial" w:hAnsi="Arial"/>
          <w:b/>
        </w:rPr>
        <w:t xml:space="preserve">Interviewer P:  </w:t>
      </w:r>
      <w:r>
        <w:rPr>
          <w:rFonts w:ascii="Arial" w:hAnsi="Arial"/>
          <w:color w:val="5D7284"/>
        </w:rPr>
        <w:t>35:41</w:t>
      </w:r>
    </w:p>
    <w:p w14:paraId="0F9AD6E6" w14:textId="77777777" w:rsidR="00691987" w:rsidRDefault="00C4776F">
      <w:pPr>
        <w:spacing w:after="0"/>
      </w:pPr>
      <w:r>
        <w:rPr>
          <w:rFonts w:ascii="Arial" w:hAnsi="Arial"/>
        </w:rPr>
        <w:t>The water or the tank.</w:t>
      </w:r>
    </w:p>
    <w:p w14:paraId="4232F3AC" w14:textId="77777777" w:rsidR="00691987" w:rsidRDefault="00691987">
      <w:pPr>
        <w:spacing w:after="0"/>
      </w:pPr>
    </w:p>
    <w:p w14:paraId="37BAD737" w14:textId="77777777" w:rsidR="00691987" w:rsidRDefault="00C4776F">
      <w:pPr>
        <w:spacing w:after="0"/>
      </w:pPr>
      <w:r>
        <w:rPr>
          <w:rFonts w:ascii="Arial" w:hAnsi="Arial"/>
          <w:b/>
        </w:rPr>
        <w:t xml:space="preserve">Participant #9:  </w:t>
      </w:r>
      <w:r>
        <w:rPr>
          <w:rFonts w:ascii="Arial" w:hAnsi="Arial"/>
          <w:color w:val="5D7284"/>
        </w:rPr>
        <w:t>35:43</w:t>
      </w:r>
    </w:p>
    <w:p w14:paraId="15DF28A2" w14:textId="77777777" w:rsidR="00691987" w:rsidRDefault="00C4776F">
      <w:pPr>
        <w:spacing w:after="0"/>
      </w:pPr>
      <w:r>
        <w:rPr>
          <w:rFonts w:ascii="Arial" w:hAnsi="Arial"/>
        </w:rPr>
        <w:t>The the um, I guess, yeah, I guess both yeah.</w:t>
      </w:r>
    </w:p>
    <w:p w14:paraId="2D26858D" w14:textId="77777777" w:rsidR="00691987" w:rsidRDefault="00691987">
      <w:pPr>
        <w:spacing w:after="0"/>
      </w:pPr>
    </w:p>
    <w:p w14:paraId="39DE3CA1" w14:textId="77777777" w:rsidR="00691987" w:rsidRDefault="00C4776F">
      <w:pPr>
        <w:spacing w:after="0"/>
      </w:pPr>
      <w:r>
        <w:rPr>
          <w:rFonts w:ascii="Arial" w:hAnsi="Arial"/>
          <w:b/>
        </w:rPr>
        <w:t xml:space="preserve">Interviewer P:  </w:t>
      </w:r>
      <w:r>
        <w:rPr>
          <w:rFonts w:ascii="Arial" w:hAnsi="Arial"/>
          <w:color w:val="5D7284"/>
        </w:rPr>
        <w:t>35:53</w:t>
      </w:r>
    </w:p>
    <w:p w14:paraId="1DC8AE21" w14:textId="77777777" w:rsidR="00691987" w:rsidRDefault="00C4776F">
      <w:pPr>
        <w:spacing w:after="0"/>
      </w:pPr>
      <w:r>
        <w:rPr>
          <w:rFonts w:ascii="Arial" w:hAnsi="Arial"/>
        </w:rPr>
        <w:t>So the tank stopped and the water stopped too. Alright let's do something else another semi thought experiment back to the Jell-O so I do have a tank of Jell-O and a Lazy Susan that spins so we can rotate the Jell-O and I have a little motor to rotate the Lazy Susan. So what do you think the Jell-O will do when I get it so this will push the Lazy Susan around. What do you think the Jell-O will do.</w:t>
      </w:r>
    </w:p>
    <w:p w14:paraId="36CCDFF6" w14:textId="77777777" w:rsidR="00691987" w:rsidRDefault="00691987">
      <w:pPr>
        <w:spacing w:after="0"/>
      </w:pPr>
    </w:p>
    <w:p w14:paraId="6CB8AE24" w14:textId="77777777" w:rsidR="00691987" w:rsidRDefault="00C4776F">
      <w:pPr>
        <w:spacing w:after="0"/>
      </w:pPr>
      <w:r>
        <w:rPr>
          <w:rFonts w:ascii="Arial" w:hAnsi="Arial"/>
          <w:b/>
        </w:rPr>
        <w:t xml:space="preserve">Participant #9:  </w:t>
      </w:r>
      <w:r>
        <w:rPr>
          <w:rFonts w:ascii="Arial" w:hAnsi="Arial"/>
          <w:color w:val="5D7284"/>
        </w:rPr>
        <w:t>36:38</w:t>
      </w:r>
    </w:p>
    <w:p w14:paraId="03FD89C0" w14:textId="77777777" w:rsidR="00691987" w:rsidRDefault="00C4776F">
      <w:pPr>
        <w:spacing w:after="0"/>
      </w:pPr>
      <w:r>
        <w:rPr>
          <w:rFonts w:ascii="Arial" w:hAnsi="Arial"/>
        </w:rPr>
        <w:t>Are we like sprinkling anything in it or?</w:t>
      </w:r>
    </w:p>
    <w:p w14:paraId="309A492B" w14:textId="77777777" w:rsidR="00691987" w:rsidRDefault="00691987">
      <w:pPr>
        <w:spacing w:after="0"/>
      </w:pPr>
    </w:p>
    <w:p w14:paraId="29F5B5DD" w14:textId="77777777" w:rsidR="00691987" w:rsidRDefault="00C4776F">
      <w:pPr>
        <w:spacing w:after="0"/>
      </w:pPr>
      <w:r>
        <w:rPr>
          <w:rFonts w:ascii="Arial" w:hAnsi="Arial"/>
          <w:b/>
        </w:rPr>
        <w:t xml:space="preserve">Interviewer P:  </w:t>
      </w:r>
      <w:r>
        <w:rPr>
          <w:rFonts w:ascii="Arial" w:hAnsi="Arial"/>
          <w:color w:val="5D7284"/>
        </w:rPr>
        <w:t>36:40</w:t>
      </w:r>
    </w:p>
    <w:p w14:paraId="524E9E73" w14:textId="77777777" w:rsidR="00691987" w:rsidRDefault="00C4776F">
      <w:pPr>
        <w:spacing w:after="0"/>
      </w:pPr>
      <w:r>
        <w:rPr>
          <w:rFonts w:ascii="Arial" w:hAnsi="Arial"/>
        </w:rPr>
        <w:t>I'm going to do that in a minute. But right now just like how? What does that gonna look like?</w:t>
      </w:r>
    </w:p>
    <w:p w14:paraId="2D218057" w14:textId="77777777" w:rsidR="00691987" w:rsidRDefault="00691987">
      <w:pPr>
        <w:spacing w:after="0"/>
      </w:pPr>
    </w:p>
    <w:p w14:paraId="794545EB" w14:textId="77777777" w:rsidR="00691987" w:rsidRDefault="00C4776F">
      <w:pPr>
        <w:spacing w:after="0"/>
      </w:pPr>
      <w:r>
        <w:rPr>
          <w:rFonts w:ascii="Arial" w:hAnsi="Arial"/>
          <w:b/>
        </w:rPr>
        <w:t xml:space="preserve">Participant #9:  </w:t>
      </w:r>
      <w:r>
        <w:rPr>
          <w:rFonts w:ascii="Arial" w:hAnsi="Arial"/>
          <w:color w:val="5D7284"/>
        </w:rPr>
        <w:t>36:50</w:t>
      </w:r>
    </w:p>
    <w:p w14:paraId="7198510A" w14:textId="77777777" w:rsidR="00691987" w:rsidRDefault="00C4776F">
      <w:pPr>
        <w:spacing w:after="0"/>
      </w:pPr>
      <w:r>
        <w:rPr>
          <w:rFonts w:ascii="Arial" w:hAnsi="Arial"/>
        </w:rPr>
        <w:t>I feel like it's a lot of movement.</w:t>
      </w:r>
    </w:p>
    <w:p w14:paraId="7B69D275" w14:textId="77777777" w:rsidR="00691987" w:rsidRDefault="00691987">
      <w:pPr>
        <w:spacing w:after="0"/>
      </w:pPr>
    </w:p>
    <w:p w14:paraId="25BBCD03" w14:textId="77777777" w:rsidR="00691987" w:rsidRDefault="00C4776F">
      <w:pPr>
        <w:spacing w:after="0"/>
      </w:pPr>
      <w:r>
        <w:rPr>
          <w:rFonts w:ascii="Arial" w:hAnsi="Arial"/>
          <w:b/>
        </w:rPr>
        <w:t xml:space="preserve">Interviewer P:  </w:t>
      </w:r>
      <w:r>
        <w:rPr>
          <w:rFonts w:ascii="Arial" w:hAnsi="Arial"/>
          <w:color w:val="5D7284"/>
        </w:rPr>
        <w:t>36:53</w:t>
      </w:r>
    </w:p>
    <w:p w14:paraId="30B4C555" w14:textId="77777777" w:rsidR="00691987" w:rsidRDefault="00C4776F">
      <w:pPr>
        <w:spacing w:after="0"/>
      </w:pPr>
      <w:r>
        <w:rPr>
          <w:rFonts w:ascii="Arial" w:hAnsi="Arial"/>
        </w:rPr>
        <w:t>Of the jello?</w:t>
      </w:r>
    </w:p>
    <w:p w14:paraId="22030E2B" w14:textId="77777777" w:rsidR="00691987" w:rsidRDefault="00691987">
      <w:pPr>
        <w:spacing w:after="0"/>
      </w:pPr>
    </w:p>
    <w:p w14:paraId="6A435B9D" w14:textId="77777777" w:rsidR="00691987" w:rsidRDefault="00C4776F">
      <w:pPr>
        <w:spacing w:after="0"/>
      </w:pPr>
      <w:r>
        <w:rPr>
          <w:rFonts w:ascii="Arial" w:hAnsi="Arial"/>
          <w:b/>
        </w:rPr>
        <w:t xml:space="preserve">Participant #9:  </w:t>
      </w:r>
      <w:r>
        <w:rPr>
          <w:rFonts w:ascii="Arial" w:hAnsi="Arial"/>
          <w:color w:val="5D7284"/>
        </w:rPr>
        <w:t>36:54</w:t>
      </w:r>
    </w:p>
    <w:p w14:paraId="351E87A1" w14:textId="77777777" w:rsidR="00691987" w:rsidRDefault="00C4776F">
      <w:pPr>
        <w:spacing w:after="0"/>
      </w:pPr>
      <w:r>
        <w:rPr>
          <w:rFonts w:ascii="Arial" w:hAnsi="Arial"/>
        </w:rPr>
        <w:t xml:space="preserve"> Yeah.</w:t>
      </w:r>
    </w:p>
    <w:p w14:paraId="6F45ED0C" w14:textId="77777777" w:rsidR="00691987" w:rsidRDefault="00691987">
      <w:pPr>
        <w:spacing w:after="0"/>
      </w:pPr>
    </w:p>
    <w:p w14:paraId="68A3E316" w14:textId="77777777" w:rsidR="00691987" w:rsidRDefault="00C4776F">
      <w:pPr>
        <w:spacing w:after="0"/>
      </w:pPr>
      <w:r>
        <w:rPr>
          <w:rFonts w:ascii="Arial" w:hAnsi="Arial"/>
          <w:b/>
        </w:rPr>
        <w:t xml:space="preserve">Interviewer P:  </w:t>
      </w:r>
      <w:r>
        <w:rPr>
          <w:rFonts w:ascii="Arial" w:hAnsi="Arial"/>
          <w:color w:val="5D7284"/>
        </w:rPr>
        <w:t>36:54</w:t>
      </w:r>
    </w:p>
    <w:p w14:paraId="724BBB66" w14:textId="77777777" w:rsidR="00691987" w:rsidRDefault="00C4776F">
      <w:pPr>
        <w:spacing w:after="0"/>
      </w:pPr>
      <w:r>
        <w:rPr>
          <w:rFonts w:ascii="Arial" w:hAnsi="Arial"/>
        </w:rPr>
        <w:t>How will it move?</w:t>
      </w:r>
    </w:p>
    <w:p w14:paraId="5E613449" w14:textId="77777777" w:rsidR="00691987" w:rsidRDefault="00691987">
      <w:pPr>
        <w:spacing w:after="0"/>
      </w:pPr>
    </w:p>
    <w:p w14:paraId="521FB4A7" w14:textId="77777777" w:rsidR="00691987" w:rsidRDefault="00C4776F">
      <w:pPr>
        <w:spacing w:after="0"/>
      </w:pPr>
      <w:r>
        <w:rPr>
          <w:rFonts w:ascii="Arial" w:hAnsi="Arial"/>
          <w:b/>
        </w:rPr>
        <w:t xml:space="preserve">Participant #9:  </w:t>
      </w:r>
      <w:r>
        <w:rPr>
          <w:rFonts w:ascii="Arial" w:hAnsi="Arial"/>
          <w:color w:val="5D7284"/>
        </w:rPr>
        <w:t>36:56</w:t>
      </w:r>
    </w:p>
    <w:p w14:paraId="2562463B" w14:textId="77777777" w:rsidR="00691987" w:rsidRDefault="00C4776F">
      <w:pPr>
        <w:spacing w:after="0"/>
      </w:pPr>
      <w:r>
        <w:rPr>
          <w:rFonts w:ascii="Arial" w:hAnsi="Arial"/>
        </w:rPr>
        <w:t>Just like how Jell-O like when you like.</w:t>
      </w:r>
    </w:p>
    <w:p w14:paraId="462D1DED" w14:textId="77777777" w:rsidR="00691987" w:rsidRDefault="00691987">
      <w:pPr>
        <w:spacing w:after="0"/>
      </w:pPr>
    </w:p>
    <w:p w14:paraId="4BE1D46E" w14:textId="77777777" w:rsidR="00691987" w:rsidRDefault="00C4776F">
      <w:pPr>
        <w:spacing w:after="0"/>
      </w:pPr>
      <w:r>
        <w:rPr>
          <w:rFonts w:ascii="Arial" w:hAnsi="Arial"/>
          <w:b/>
        </w:rPr>
        <w:t xml:space="preserve">Interviewer P:  </w:t>
      </w:r>
      <w:r>
        <w:rPr>
          <w:rFonts w:ascii="Arial" w:hAnsi="Arial"/>
          <w:color w:val="5D7284"/>
        </w:rPr>
        <w:t>36:58</w:t>
      </w:r>
    </w:p>
    <w:p w14:paraId="319F56CE" w14:textId="77777777" w:rsidR="00691987" w:rsidRDefault="00C4776F">
      <w:pPr>
        <w:spacing w:after="0"/>
      </w:pPr>
      <w:r>
        <w:rPr>
          <w:rFonts w:ascii="Arial" w:hAnsi="Arial"/>
        </w:rPr>
        <w:t xml:space="preserve">Jiggle? </w:t>
      </w:r>
    </w:p>
    <w:p w14:paraId="48D1E451" w14:textId="77777777" w:rsidR="00691987" w:rsidRDefault="00691987">
      <w:pPr>
        <w:spacing w:after="0"/>
      </w:pPr>
    </w:p>
    <w:p w14:paraId="3730DC35" w14:textId="77777777" w:rsidR="00691987" w:rsidRDefault="00C4776F">
      <w:pPr>
        <w:spacing w:after="0"/>
      </w:pPr>
      <w:r>
        <w:rPr>
          <w:rFonts w:ascii="Arial" w:hAnsi="Arial"/>
          <w:b/>
        </w:rPr>
        <w:t xml:space="preserve">Participant #9:  </w:t>
      </w:r>
      <w:r>
        <w:rPr>
          <w:rFonts w:ascii="Arial" w:hAnsi="Arial"/>
          <w:color w:val="5D7284"/>
        </w:rPr>
        <w:t>36:59</w:t>
      </w:r>
    </w:p>
    <w:p w14:paraId="687C9C7E" w14:textId="77777777" w:rsidR="00691987" w:rsidRDefault="00C4776F">
      <w:pPr>
        <w:spacing w:after="0"/>
      </w:pPr>
      <w:r>
        <w:rPr>
          <w:rFonts w:ascii="Arial" w:hAnsi="Arial"/>
        </w:rPr>
        <w:t>Yeah jiggle.</w:t>
      </w:r>
    </w:p>
    <w:p w14:paraId="0F8C734E" w14:textId="77777777" w:rsidR="00691987" w:rsidRDefault="00691987">
      <w:pPr>
        <w:spacing w:after="0"/>
      </w:pPr>
    </w:p>
    <w:p w14:paraId="1A302F89" w14:textId="77777777" w:rsidR="00691987" w:rsidRDefault="00C4776F">
      <w:pPr>
        <w:spacing w:after="0"/>
      </w:pPr>
      <w:r>
        <w:rPr>
          <w:rFonts w:ascii="Arial" w:hAnsi="Arial"/>
          <w:b/>
        </w:rPr>
        <w:t xml:space="preserve">Interviewer P:  </w:t>
      </w:r>
      <w:r>
        <w:rPr>
          <w:rFonts w:ascii="Arial" w:hAnsi="Arial"/>
          <w:color w:val="5D7284"/>
        </w:rPr>
        <w:t>37:02</w:t>
      </w:r>
    </w:p>
    <w:p w14:paraId="459C5716" w14:textId="77777777" w:rsidR="00691987" w:rsidRDefault="00C4776F">
      <w:pPr>
        <w:spacing w:after="0"/>
      </w:pPr>
      <w:r>
        <w:rPr>
          <w:rFonts w:ascii="Arial" w:hAnsi="Arial"/>
        </w:rPr>
        <w:t>All right. So let's see what it does. Was that surprising.</w:t>
      </w:r>
    </w:p>
    <w:p w14:paraId="19C5C94D" w14:textId="77777777" w:rsidR="00691987" w:rsidRDefault="00691987">
      <w:pPr>
        <w:spacing w:after="0"/>
      </w:pPr>
    </w:p>
    <w:p w14:paraId="53C84E70" w14:textId="77777777" w:rsidR="00691987" w:rsidRDefault="00C4776F">
      <w:pPr>
        <w:spacing w:after="0"/>
      </w:pPr>
      <w:r>
        <w:rPr>
          <w:rFonts w:ascii="Arial" w:hAnsi="Arial"/>
          <w:b/>
        </w:rPr>
        <w:t xml:space="preserve">Participant #9:  </w:t>
      </w:r>
      <w:r>
        <w:rPr>
          <w:rFonts w:ascii="Arial" w:hAnsi="Arial"/>
          <w:color w:val="5D7284"/>
        </w:rPr>
        <w:t>37:10</w:t>
      </w:r>
    </w:p>
    <w:p w14:paraId="4675F2C2" w14:textId="77777777" w:rsidR="00691987" w:rsidRDefault="00C4776F">
      <w:pPr>
        <w:spacing w:after="0"/>
      </w:pPr>
      <w:r>
        <w:rPr>
          <w:rFonts w:ascii="Arial" w:hAnsi="Arial"/>
        </w:rPr>
        <w:t>No, I think I felt like when I think about Jell-O moving, I think about like, when there's like, more speed again. Yeah, right now it's like chill.</w:t>
      </w:r>
    </w:p>
    <w:p w14:paraId="35EECEAD" w14:textId="77777777" w:rsidR="00691987" w:rsidRDefault="00691987">
      <w:pPr>
        <w:spacing w:after="0"/>
      </w:pPr>
    </w:p>
    <w:p w14:paraId="257B804A" w14:textId="77777777" w:rsidR="00691987" w:rsidRDefault="00C4776F">
      <w:pPr>
        <w:spacing w:after="0"/>
      </w:pPr>
      <w:r>
        <w:rPr>
          <w:rFonts w:ascii="Arial" w:hAnsi="Arial"/>
          <w:b/>
        </w:rPr>
        <w:t xml:space="preserve">Interviewer P:  </w:t>
      </w:r>
      <w:r>
        <w:rPr>
          <w:rFonts w:ascii="Arial" w:hAnsi="Arial"/>
          <w:color w:val="5D7284"/>
        </w:rPr>
        <w:t>37:21</w:t>
      </w:r>
    </w:p>
    <w:p w14:paraId="0DF56EA1" w14:textId="77777777" w:rsidR="00691987" w:rsidRDefault="00C4776F">
      <w:pPr>
        <w:spacing w:after="0"/>
      </w:pPr>
      <w:r>
        <w:rPr>
          <w:rFonts w:ascii="Arial" w:hAnsi="Arial"/>
        </w:rPr>
        <w:t xml:space="preserve">Yeah, all right, ao this is where it deviates from being a real experiment and becomes a thought experiment. Because I have these BBs to put in the Jell-O. What I wish they would do is be heavy </w:t>
      </w:r>
      <w:r>
        <w:rPr>
          <w:rFonts w:ascii="Arial" w:hAnsi="Arial"/>
        </w:rPr>
        <w:lastRenderedPageBreak/>
        <w:t>enough or hot enough to sink all the way to the bottom, like the crystal dye did. And then when I put them in here, they don't do that. They just sit there. But if they were heavy enough or hot enough to drop to the bottom of the rotating Jell-O, like the crystal dye drop to the bottom of the rotating water. Can you describe what path you think it would take on its way to the bottom?</w:t>
      </w:r>
    </w:p>
    <w:p w14:paraId="1BA1BE81" w14:textId="77777777" w:rsidR="00691987" w:rsidRDefault="00691987">
      <w:pPr>
        <w:spacing w:after="0"/>
      </w:pPr>
    </w:p>
    <w:p w14:paraId="27160E31" w14:textId="77777777" w:rsidR="00691987" w:rsidRDefault="00C4776F">
      <w:pPr>
        <w:spacing w:after="0"/>
      </w:pPr>
      <w:r>
        <w:rPr>
          <w:rFonts w:ascii="Arial" w:hAnsi="Arial"/>
          <w:b/>
        </w:rPr>
        <w:t xml:space="preserve">Participant #9:  </w:t>
      </w:r>
      <w:r>
        <w:rPr>
          <w:rFonts w:ascii="Arial" w:hAnsi="Arial"/>
          <w:color w:val="5D7284"/>
        </w:rPr>
        <w:t>38:06</w:t>
      </w:r>
    </w:p>
    <w:p w14:paraId="142B318A" w14:textId="77777777" w:rsidR="00691987" w:rsidRDefault="00C4776F">
      <w:pPr>
        <w:spacing w:after="0"/>
      </w:pPr>
      <w:r>
        <w:rPr>
          <w:rFonts w:ascii="Arial" w:hAnsi="Arial"/>
        </w:rPr>
        <w:t>You said if it's like hot enough, and heavy enough, right?</w:t>
      </w:r>
    </w:p>
    <w:p w14:paraId="58183666" w14:textId="77777777" w:rsidR="00691987" w:rsidRDefault="00691987">
      <w:pPr>
        <w:spacing w:after="0"/>
      </w:pPr>
    </w:p>
    <w:p w14:paraId="33EBDAE5" w14:textId="77777777" w:rsidR="00691987" w:rsidRDefault="00C4776F">
      <w:pPr>
        <w:spacing w:after="0"/>
      </w:pPr>
      <w:r>
        <w:rPr>
          <w:rFonts w:ascii="Arial" w:hAnsi="Arial"/>
          <w:b/>
        </w:rPr>
        <w:t xml:space="preserve">Interviewer P:  </w:t>
      </w:r>
      <w:r>
        <w:rPr>
          <w:rFonts w:ascii="Arial" w:hAnsi="Arial"/>
          <w:color w:val="5D7284"/>
        </w:rPr>
        <w:t>38:09</w:t>
      </w:r>
    </w:p>
    <w:p w14:paraId="7A3955FC" w14:textId="77777777" w:rsidR="00691987" w:rsidRDefault="00C4776F">
      <w:pPr>
        <w:spacing w:after="0"/>
      </w:pPr>
      <w:r>
        <w:rPr>
          <w:rFonts w:ascii="Arial" w:hAnsi="Arial"/>
        </w:rPr>
        <w:t xml:space="preserve">Yeah, just anything that would allow it to not do what it's doing right now would just sit on top so that it would actually like drill to </w:t>
      </w:r>
      <w:r>
        <w:rPr>
          <w:rFonts w:ascii="Arial" w:hAnsi="Arial"/>
        </w:rPr>
        <w:t>the bottom?</w:t>
      </w:r>
    </w:p>
    <w:p w14:paraId="04A499BD" w14:textId="77777777" w:rsidR="00691987" w:rsidRDefault="00691987">
      <w:pPr>
        <w:spacing w:after="0"/>
      </w:pPr>
    </w:p>
    <w:p w14:paraId="39AA9E6F" w14:textId="77777777" w:rsidR="00691987" w:rsidRDefault="00C4776F">
      <w:pPr>
        <w:spacing w:after="0"/>
      </w:pPr>
      <w:r>
        <w:rPr>
          <w:rFonts w:ascii="Arial" w:hAnsi="Arial"/>
          <w:b/>
        </w:rPr>
        <w:t xml:space="preserve">Participant #9:  </w:t>
      </w:r>
      <w:r>
        <w:rPr>
          <w:rFonts w:ascii="Arial" w:hAnsi="Arial"/>
          <w:color w:val="5D7284"/>
        </w:rPr>
        <w:t>38:18</w:t>
      </w:r>
    </w:p>
    <w:p w14:paraId="618CD9B2" w14:textId="77777777" w:rsidR="00691987" w:rsidRDefault="00C4776F">
      <w:pPr>
        <w:spacing w:after="0"/>
      </w:pPr>
      <w:r>
        <w:rPr>
          <w:rFonts w:ascii="Arial" w:hAnsi="Arial"/>
        </w:rPr>
        <w:t>Straight, like go down Straight. Okay. Yeah, the way it was with the powder.</w:t>
      </w:r>
    </w:p>
    <w:p w14:paraId="7388658A" w14:textId="77777777" w:rsidR="00691987" w:rsidRDefault="00691987">
      <w:pPr>
        <w:spacing w:after="0"/>
      </w:pPr>
    </w:p>
    <w:p w14:paraId="52AC6434" w14:textId="77777777" w:rsidR="00691987" w:rsidRDefault="00C4776F">
      <w:pPr>
        <w:spacing w:after="0"/>
      </w:pPr>
      <w:r>
        <w:rPr>
          <w:rFonts w:ascii="Arial" w:hAnsi="Arial"/>
          <w:b/>
        </w:rPr>
        <w:t xml:space="preserve">Interviewer P:  </w:t>
      </w:r>
      <w:r>
        <w:rPr>
          <w:rFonts w:ascii="Arial" w:hAnsi="Arial"/>
          <w:color w:val="5D7284"/>
        </w:rPr>
        <w:t>38:24</w:t>
      </w:r>
    </w:p>
    <w:p w14:paraId="3A8D0F82" w14:textId="77777777" w:rsidR="00691987" w:rsidRDefault="00C4776F">
      <w:pPr>
        <w:spacing w:after="0"/>
      </w:pPr>
      <w:r>
        <w:rPr>
          <w:rFonts w:ascii="Arial" w:hAnsi="Arial"/>
        </w:rPr>
        <w:t>Okay so kind of like, if this was the path that would just go straight. Alright, so now a full thought experiment, we're gonna take this one step more. Imagine that instead of the jello. It's like a metal disk. So it's a metal and so completely solid. And certainly a BB isn't going to go through a metal chunk. But acid does eat through metal. So let's say that we have a rotating metal cylinder, and I drop acid on it and the acid eats its way all the way to the bottom. Can you describe the path that you thin</w:t>
      </w:r>
      <w:r>
        <w:rPr>
          <w:rFonts w:ascii="Arial" w:hAnsi="Arial"/>
        </w:rPr>
        <w:t>k the acid would take through the metal that's rotating?</w:t>
      </w:r>
    </w:p>
    <w:p w14:paraId="5098C84A" w14:textId="77777777" w:rsidR="00691987" w:rsidRDefault="00691987">
      <w:pPr>
        <w:spacing w:after="0"/>
      </w:pPr>
    </w:p>
    <w:p w14:paraId="1048A576" w14:textId="77777777" w:rsidR="00691987" w:rsidRDefault="00C4776F">
      <w:pPr>
        <w:spacing w:after="0"/>
      </w:pPr>
      <w:r>
        <w:rPr>
          <w:rFonts w:ascii="Arial" w:hAnsi="Arial"/>
          <w:b/>
        </w:rPr>
        <w:t xml:space="preserve">Participant #9:  </w:t>
      </w:r>
      <w:r>
        <w:rPr>
          <w:rFonts w:ascii="Arial" w:hAnsi="Arial"/>
          <w:color w:val="5D7284"/>
        </w:rPr>
        <w:t>39:12</w:t>
      </w:r>
    </w:p>
    <w:p w14:paraId="4E006CE5" w14:textId="77777777" w:rsidR="00691987" w:rsidRDefault="00C4776F">
      <w:pPr>
        <w:spacing w:after="0"/>
      </w:pPr>
      <w:r>
        <w:rPr>
          <w:rFonts w:ascii="Arial" w:hAnsi="Arial"/>
        </w:rPr>
        <w:t>I don't think it'll go straight down and might make like a little pattern while it's rotating. Yeah, that's my guess.</w:t>
      </w:r>
    </w:p>
    <w:p w14:paraId="015E5C8B" w14:textId="77777777" w:rsidR="00691987" w:rsidRDefault="00691987">
      <w:pPr>
        <w:spacing w:after="0"/>
      </w:pPr>
    </w:p>
    <w:p w14:paraId="1C1101B0" w14:textId="77777777" w:rsidR="00691987" w:rsidRDefault="00C4776F">
      <w:pPr>
        <w:spacing w:after="0"/>
      </w:pPr>
      <w:r>
        <w:rPr>
          <w:rFonts w:ascii="Arial" w:hAnsi="Arial"/>
          <w:b/>
        </w:rPr>
        <w:t xml:space="preserve">Interviewer P:  </w:t>
      </w:r>
      <w:r>
        <w:rPr>
          <w:rFonts w:ascii="Arial" w:hAnsi="Arial"/>
          <w:color w:val="5D7284"/>
        </w:rPr>
        <w:t>39:20</w:t>
      </w:r>
    </w:p>
    <w:p w14:paraId="537A7176" w14:textId="77777777" w:rsidR="00691987" w:rsidRDefault="00C4776F">
      <w:pPr>
        <w:spacing w:after="0"/>
      </w:pPr>
      <w:r>
        <w:rPr>
          <w:rFonts w:ascii="Arial" w:hAnsi="Arial"/>
        </w:rPr>
        <w:t>Okay and what's the so can you tell me about the pattern?</w:t>
      </w:r>
    </w:p>
    <w:p w14:paraId="1B5FADE0" w14:textId="77777777" w:rsidR="00691987" w:rsidRDefault="00691987">
      <w:pPr>
        <w:spacing w:after="0"/>
      </w:pPr>
    </w:p>
    <w:p w14:paraId="409E18AE" w14:textId="77777777" w:rsidR="00691987" w:rsidRDefault="00C4776F">
      <w:pPr>
        <w:spacing w:after="0"/>
      </w:pPr>
      <w:r>
        <w:rPr>
          <w:rFonts w:ascii="Arial" w:hAnsi="Arial"/>
          <w:b/>
        </w:rPr>
        <w:t xml:space="preserve">Participant #9:  </w:t>
      </w:r>
      <w:r>
        <w:rPr>
          <w:rFonts w:ascii="Arial" w:hAnsi="Arial"/>
          <w:color w:val="5D7284"/>
        </w:rPr>
        <w:t>39:24</w:t>
      </w:r>
    </w:p>
    <w:p w14:paraId="0C25AECB" w14:textId="77777777" w:rsidR="00691987" w:rsidRDefault="00C4776F">
      <w:pPr>
        <w:spacing w:after="0"/>
      </w:pPr>
      <w:r>
        <w:rPr>
          <w:rFonts w:ascii="Arial" w:hAnsi="Arial"/>
        </w:rPr>
        <w:t>It's not like an exact pattern I have in my head but like it could be like a little wiggly or just not straight down.</w:t>
      </w:r>
    </w:p>
    <w:p w14:paraId="1CAF6496" w14:textId="77777777" w:rsidR="00691987" w:rsidRDefault="00691987">
      <w:pPr>
        <w:spacing w:after="0"/>
      </w:pPr>
    </w:p>
    <w:p w14:paraId="0FB282DF" w14:textId="77777777" w:rsidR="00691987" w:rsidRDefault="00C4776F">
      <w:pPr>
        <w:spacing w:after="0"/>
      </w:pPr>
      <w:r>
        <w:rPr>
          <w:rFonts w:ascii="Arial" w:hAnsi="Arial"/>
          <w:b/>
        </w:rPr>
        <w:t xml:space="preserve">Interviewer P:  </w:t>
      </w:r>
      <w:r>
        <w:rPr>
          <w:rFonts w:ascii="Arial" w:hAnsi="Arial"/>
          <w:color w:val="5D7284"/>
        </w:rPr>
        <w:t>39:34</w:t>
      </w:r>
    </w:p>
    <w:p w14:paraId="4E535737" w14:textId="77777777" w:rsidR="00691987" w:rsidRDefault="00C4776F">
      <w:pPr>
        <w:spacing w:after="0"/>
      </w:pPr>
      <w:r>
        <w:rPr>
          <w:rFonts w:ascii="Arial" w:hAnsi="Arial"/>
        </w:rPr>
        <w:t xml:space="preserve">Okay, so it sounds more like a zigzag. Then a twirl. </w:t>
      </w:r>
    </w:p>
    <w:p w14:paraId="6E45A747" w14:textId="77777777" w:rsidR="00691987" w:rsidRDefault="00691987">
      <w:pPr>
        <w:spacing w:after="0"/>
      </w:pPr>
    </w:p>
    <w:p w14:paraId="012F47E2" w14:textId="77777777" w:rsidR="00691987" w:rsidRDefault="00C4776F">
      <w:pPr>
        <w:spacing w:after="0"/>
      </w:pPr>
      <w:r>
        <w:rPr>
          <w:rFonts w:ascii="Arial" w:hAnsi="Arial"/>
          <w:b/>
        </w:rPr>
        <w:t xml:space="preserve">Participant #9:  </w:t>
      </w:r>
      <w:r>
        <w:rPr>
          <w:rFonts w:ascii="Arial" w:hAnsi="Arial"/>
          <w:color w:val="5D7284"/>
        </w:rPr>
        <w:t>39:37</w:t>
      </w:r>
    </w:p>
    <w:p w14:paraId="0DE54A99" w14:textId="77777777" w:rsidR="00691987" w:rsidRDefault="00C4776F">
      <w:pPr>
        <w:spacing w:after="0"/>
      </w:pPr>
      <w:r>
        <w:rPr>
          <w:rFonts w:ascii="Arial" w:hAnsi="Arial"/>
        </w:rPr>
        <w:t>Yeah.</w:t>
      </w:r>
    </w:p>
    <w:p w14:paraId="306B8A7A" w14:textId="77777777" w:rsidR="00691987" w:rsidRDefault="00691987">
      <w:pPr>
        <w:spacing w:after="0"/>
      </w:pPr>
    </w:p>
    <w:p w14:paraId="28AC46D2" w14:textId="77777777" w:rsidR="00691987" w:rsidRDefault="00C4776F">
      <w:pPr>
        <w:spacing w:after="0"/>
      </w:pPr>
      <w:r>
        <w:rPr>
          <w:rFonts w:ascii="Arial" w:hAnsi="Arial"/>
          <w:b/>
        </w:rPr>
        <w:t xml:space="preserve">Interviewer P:  </w:t>
      </w:r>
      <w:r>
        <w:rPr>
          <w:rFonts w:ascii="Arial" w:hAnsi="Arial"/>
          <w:color w:val="5D7284"/>
        </w:rPr>
        <w:t>39:37</w:t>
      </w:r>
    </w:p>
    <w:p w14:paraId="7425B5F9" w14:textId="77777777" w:rsidR="00691987" w:rsidRDefault="00C4776F">
      <w:pPr>
        <w:spacing w:after="0"/>
      </w:pPr>
      <w:r>
        <w:rPr>
          <w:rFonts w:ascii="Arial" w:hAnsi="Arial"/>
        </w:rPr>
        <w:t>Okay. And what do you what would cause that zigzag?</w:t>
      </w:r>
    </w:p>
    <w:p w14:paraId="65C3052F" w14:textId="77777777" w:rsidR="00691987" w:rsidRDefault="00691987">
      <w:pPr>
        <w:spacing w:after="0"/>
      </w:pPr>
    </w:p>
    <w:p w14:paraId="05AAB7B7" w14:textId="77777777" w:rsidR="00691987" w:rsidRDefault="00C4776F">
      <w:pPr>
        <w:spacing w:after="0"/>
      </w:pPr>
      <w:r>
        <w:rPr>
          <w:rFonts w:ascii="Arial" w:hAnsi="Arial"/>
          <w:b/>
        </w:rPr>
        <w:t xml:space="preserve">Participant #9:  </w:t>
      </w:r>
      <w:r>
        <w:rPr>
          <w:rFonts w:ascii="Arial" w:hAnsi="Arial"/>
          <w:color w:val="5D7284"/>
        </w:rPr>
        <w:t>39:46</w:t>
      </w:r>
    </w:p>
    <w:p w14:paraId="0156A094" w14:textId="77777777" w:rsidR="00691987" w:rsidRDefault="00C4776F">
      <w:pPr>
        <w:spacing w:after="0"/>
      </w:pPr>
      <w:r>
        <w:rPr>
          <w:rFonts w:ascii="Arial" w:hAnsi="Arial"/>
        </w:rPr>
        <w:lastRenderedPageBreak/>
        <w:t>I feel like because, like a BB is like a little ball. Like acid you're like, like, I guess I'm assuming like dripping and I feel like that's why it might make a difference.</w:t>
      </w:r>
    </w:p>
    <w:p w14:paraId="735B10F9" w14:textId="77777777" w:rsidR="00691987" w:rsidRDefault="00691987">
      <w:pPr>
        <w:spacing w:after="0"/>
      </w:pPr>
    </w:p>
    <w:p w14:paraId="07A71E0B" w14:textId="77777777" w:rsidR="00691987" w:rsidRDefault="00C4776F">
      <w:pPr>
        <w:spacing w:after="0"/>
      </w:pPr>
      <w:r>
        <w:rPr>
          <w:rFonts w:ascii="Arial" w:hAnsi="Arial"/>
          <w:b/>
        </w:rPr>
        <w:t xml:space="preserve">Interviewer P:  </w:t>
      </w:r>
      <w:r>
        <w:rPr>
          <w:rFonts w:ascii="Arial" w:hAnsi="Arial"/>
          <w:color w:val="5D7284"/>
        </w:rPr>
        <w:t>40:03</w:t>
      </w:r>
    </w:p>
    <w:p w14:paraId="31383522" w14:textId="77777777" w:rsidR="00691987" w:rsidRDefault="00C4776F">
      <w:pPr>
        <w:spacing w:after="0"/>
      </w:pPr>
      <w:r>
        <w:rPr>
          <w:rFonts w:ascii="Arial" w:hAnsi="Arial"/>
        </w:rPr>
        <w:t xml:space="preserve">So it's coming from the nature of the acid the way there is </w:t>
      </w:r>
      <w:r>
        <w:rPr>
          <w:rFonts w:ascii="Arial" w:hAnsi="Arial"/>
        </w:rPr>
        <w:t>kind of eating through, instead of like something spherical that is.</w:t>
      </w:r>
    </w:p>
    <w:p w14:paraId="545B287A" w14:textId="77777777" w:rsidR="00691987" w:rsidRDefault="00691987">
      <w:pPr>
        <w:spacing w:after="0"/>
      </w:pPr>
    </w:p>
    <w:p w14:paraId="482CA2F7" w14:textId="77777777" w:rsidR="00691987" w:rsidRDefault="00C4776F">
      <w:pPr>
        <w:spacing w:after="0"/>
      </w:pPr>
      <w:r>
        <w:rPr>
          <w:rFonts w:ascii="Arial" w:hAnsi="Arial"/>
          <w:b/>
        </w:rPr>
        <w:t xml:space="preserve">Participant #9:  </w:t>
      </w:r>
      <w:r>
        <w:rPr>
          <w:rFonts w:ascii="Arial" w:hAnsi="Arial"/>
          <w:color w:val="5D7284"/>
        </w:rPr>
        <w:t>40:10</w:t>
      </w:r>
    </w:p>
    <w:p w14:paraId="7374C4FB" w14:textId="77777777" w:rsidR="00691987" w:rsidRDefault="00C4776F">
      <w:pPr>
        <w:spacing w:after="0"/>
      </w:pPr>
      <w:r>
        <w:rPr>
          <w:rFonts w:ascii="Arial" w:hAnsi="Arial"/>
        </w:rPr>
        <w:t xml:space="preserve">Like falling. Yeah. </w:t>
      </w:r>
    </w:p>
    <w:p w14:paraId="61B5B68F" w14:textId="77777777" w:rsidR="00691987" w:rsidRDefault="00691987">
      <w:pPr>
        <w:spacing w:after="0"/>
      </w:pPr>
    </w:p>
    <w:p w14:paraId="13298303" w14:textId="77777777" w:rsidR="00691987" w:rsidRDefault="00C4776F">
      <w:pPr>
        <w:spacing w:after="0"/>
      </w:pPr>
      <w:r>
        <w:rPr>
          <w:rFonts w:ascii="Arial" w:hAnsi="Arial"/>
          <w:b/>
        </w:rPr>
        <w:t xml:space="preserve">Interviewer P:  </w:t>
      </w:r>
      <w:r>
        <w:rPr>
          <w:rFonts w:ascii="Arial" w:hAnsi="Arial"/>
          <w:color w:val="5D7284"/>
        </w:rPr>
        <w:t>40:11</w:t>
      </w:r>
    </w:p>
    <w:p w14:paraId="3A93D59E" w14:textId="77777777" w:rsidR="00691987" w:rsidRDefault="00C4776F">
      <w:pPr>
        <w:spacing w:after="0"/>
      </w:pPr>
      <w:r>
        <w:rPr>
          <w:rFonts w:ascii="Arial" w:hAnsi="Arial"/>
        </w:rPr>
        <w:t>Okay, so it has to do with the object. And more so than the rotation or the material that it's going through. Okay? Alright, so one more silly thought experiment. So let's say now that I have a planter, like I'm gonna grow a plant, and it's big, and it's full of soil, and it's rotating. And so I plant a seed in it. And this seed over the course of a couple of weeks grows, it puts down roots and sends up a stem and puts out some leaves. But the whole time that's been growing, it's been spinning continuously.</w:t>
      </w:r>
      <w:r>
        <w:rPr>
          <w:rFonts w:ascii="Arial" w:hAnsi="Arial"/>
        </w:rPr>
        <w:t xml:space="preserve"> Yeah, so what do you think the roots would look like?</w:t>
      </w:r>
    </w:p>
    <w:p w14:paraId="5476EBD5" w14:textId="77777777" w:rsidR="00691987" w:rsidRDefault="00691987">
      <w:pPr>
        <w:spacing w:after="0"/>
      </w:pPr>
    </w:p>
    <w:p w14:paraId="7142379F" w14:textId="77777777" w:rsidR="00691987" w:rsidRDefault="00C4776F">
      <w:pPr>
        <w:spacing w:after="0"/>
      </w:pPr>
      <w:r>
        <w:rPr>
          <w:rFonts w:ascii="Arial" w:hAnsi="Arial"/>
          <w:b/>
        </w:rPr>
        <w:t xml:space="preserve">Participant #9:  </w:t>
      </w:r>
      <w:r>
        <w:rPr>
          <w:rFonts w:ascii="Arial" w:hAnsi="Arial"/>
          <w:color w:val="5D7284"/>
        </w:rPr>
        <w:t>40:56</w:t>
      </w:r>
    </w:p>
    <w:p w14:paraId="145CC886" w14:textId="77777777" w:rsidR="00691987" w:rsidRDefault="00C4776F">
      <w:pPr>
        <w:spacing w:after="0"/>
      </w:pPr>
      <w:r>
        <w:rPr>
          <w:rFonts w:ascii="Arial" w:hAnsi="Arial"/>
        </w:rPr>
        <w:t>Never thought of that before. So it's spinning. It's basically leaves like going while it's like spinning.</w:t>
      </w:r>
    </w:p>
    <w:p w14:paraId="46857699" w14:textId="77777777" w:rsidR="00691987" w:rsidRDefault="00691987">
      <w:pPr>
        <w:spacing w:after="0"/>
      </w:pPr>
    </w:p>
    <w:p w14:paraId="0923B516" w14:textId="77777777" w:rsidR="00691987" w:rsidRDefault="00C4776F">
      <w:pPr>
        <w:spacing w:after="0"/>
      </w:pPr>
      <w:r>
        <w:rPr>
          <w:rFonts w:ascii="Arial" w:hAnsi="Arial"/>
          <w:b/>
        </w:rPr>
        <w:t xml:space="preserve">Interviewer P:  </w:t>
      </w:r>
      <w:r>
        <w:rPr>
          <w:rFonts w:ascii="Arial" w:hAnsi="Arial"/>
          <w:color w:val="5D7284"/>
        </w:rPr>
        <w:t>41:07</w:t>
      </w:r>
    </w:p>
    <w:p w14:paraId="39E6B6E1" w14:textId="77777777" w:rsidR="00691987" w:rsidRDefault="00C4776F">
      <w:pPr>
        <w:spacing w:after="0"/>
      </w:pPr>
      <w:r>
        <w:rPr>
          <w:rFonts w:ascii="Arial" w:hAnsi="Arial"/>
        </w:rPr>
        <w:t xml:space="preserve">The whole time its spinning. </w:t>
      </w:r>
    </w:p>
    <w:p w14:paraId="63029DD1" w14:textId="77777777" w:rsidR="00691987" w:rsidRDefault="00691987">
      <w:pPr>
        <w:spacing w:after="0"/>
      </w:pPr>
    </w:p>
    <w:p w14:paraId="766D5116" w14:textId="77777777" w:rsidR="00691987" w:rsidRDefault="00C4776F">
      <w:pPr>
        <w:spacing w:after="0"/>
      </w:pPr>
      <w:r>
        <w:rPr>
          <w:rFonts w:ascii="Arial" w:hAnsi="Arial"/>
          <w:b/>
        </w:rPr>
        <w:t xml:space="preserve">Participant #9:  </w:t>
      </w:r>
      <w:r>
        <w:rPr>
          <w:rFonts w:ascii="Arial" w:hAnsi="Arial"/>
          <w:color w:val="5D7284"/>
        </w:rPr>
        <w:t>41:18</w:t>
      </w:r>
    </w:p>
    <w:p w14:paraId="5ACCA3FD" w14:textId="77777777" w:rsidR="00691987" w:rsidRDefault="00C4776F">
      <w:pPr>
        <w:spacing w:after="0"/>
      </w:pPr>
      <w:r>
        <w:rPr>
          <w:rFonts w:ascii="Arial" w:hAnsi="Arial"/>
        </w:rPr>
        <w:t>That is very, um, maybe it'll be more like, spread out, when it grows.</w:t>
      </w:r>
    </w:p>
    <w:p w14:paraId="77BC096F" w14:textId="77777777" w:rsidR="00691987" w:rsidRDefault="00691987">
      <w:pPr>
        <w:spacing w:after="0"/>
      </w:pPr>
    </w:p>
    <w:p w14:paraId="03C2D014" w14:textId="77777777" w:rsidR="00691987" w:rsidRDefault="00C4776F">
      <w:pPr>
        <w:spacing w:after="0"/>
      </w:pPr>
      <w:r>
        <w:rPr>
          <w:rFonts w:ascii="Arial" w:hAnsi="Arial"/>
          <w:b/>
        </w:rPr>
        <w:t xml:space="preserve">Interviewer P:  </w:t>
      </w:r>
      <w:r>
        <w:rPr>
          <w:rFonts w:ascii="Arial" w:hAnsi="Arial"/>
          <w:color w:val="5D7284"/>
        </w:rPr>
        <w:t>41:26</w:t>
      </w:r>
    </w:p>
    <w:p w14:paraId="63B54058" w14:textId="77777777" w:rsidR="00691987" w:rsidRDefault="00C4776F">
      <w:pPr>
        <w:spacing w:after="0"/>
      </w:pPr>
      <w:r>
        <w:rPr>
          <w:rFonts w:ascii="Arial" w:hAnsi="Arial"/>
        </w:rPr>
        <w:t xml:space="preserve">The roots? </w:t>
      </w:r>
    </w:p>
    <w:p w14:paraId="3B7248D6" w14:textId="77777777" w:rsidR="00691987" w:rsidRDefault="00691987">
      <w:pPr>
        <w:spacing w:after="0"/>
      </w:pPr>
    </w:p>
    <w:p w14:paraId="2A60FD8E" w14:textId="77777777" w:rsidR="00691987" w:rsidRDefault="00C4776F">
      <w:pPr>
        <w:spacing w:after="0"/>
      </w:pPr>
      <w:r>
        <w:rPr>
          <w:rFonts w:ascii="Arial" w:hAnsi="Arial"/>
          <w:b/>
        </w:rPr>
        <w:t xml:space="preserve">Participant #9:  </w:t>
      </w:r>
      <w:r>
        <w:rPr>
          <w:rFonts w:ascii="Arial" w:hAnsi="Arial"/>
          <w:color w:val="5D7284"/>
        </w:rPr>
        <w:t>41:27</w:t>
      </w:r>
    </w:p>
    <w:p w14:paraId="65EBF2D2" w14:textId="77777777" w:rsidR="00691987" w:rsidRDefault="00C4776F">
      <w:pPr>
        <w:spacing w:after="0"/>
      </w:pPr>
      <w:r>
        <w:rPr>
          <w:rFonts w:ascii="Arial" w:hAnsi="Arial"/>
        </w:rPr>
        <w:t xml:space="preserve">Yeah. Yeah. </w:t>
      </w:r>
    </w:p>
    <w:p w14:paraId="27CF5202" w14:textId="77777777" w:rsidR="00691987" w:rsidRDefault="00691987">
      <w:pPr>
        <w:spacing w:after="0"/>
      </w:pPr>
    </w:p>
    <w:p w14:paraId="5789E9E5" w14:textId="77777777" w:rsidR="00691987" w:rsidRDefault="00C4776F">
      <w:pPr>
        <w:spacing w:after="0"/>
      </w:pPr>
      <w:r>
        <w:rPr>
          <w:rFonts w:ascii="Arial" w:hAnsi="Arial"/>
          <w:b/>
        </w:rPr>
        <w:t xml:space="preserve">Interviewer P:  </w:t>
      </w:r>
      <w:r>
        <w:rPr>
          <w:rFonts w:ascii="Arial" w:hAnsi="Arial"/>
          <w:color w:val="5D7284"/>
        </w:rPr>
        <w:t>41:31</w:t>
      </w:r>
    </w:p>
    <w:p w14:paraId="60DEE7DB" w14:textId="77777777" w:rsidR="00691987" w:rsidRDefault="00C4776F">
      <w:pPr>
        <w:spacing w:after="0"/>
      </w:pPr>
      <w:r>
        <w:rPr>
          <w:rFonts w:ascii="Arial" w:hAnsi="Arial"/>
        </w:rPr>
        <w:t>So, so what I'm hearing is that they would kind of like go towards the outside of the planter.</w:t>
      </w:r>
    </w:p>
    <w:p w14:paraId="6271AB73" w14:textId="77777777" w:rsidR="00691987" w:rsidRDefault="00691987">
      <w:pPr>
        <w:spacing w:after="0"/>
      </w:pPr>
    </w:p>
    <w:p w14:paraId="3DCB5463" w14:textId="77777777" w:rsidR="00691987" w:rsidRDefault="00C4776F">
      <w:pPr>
        <w:spacing w:after="0"/>
      </w:pPr>
      <w:r>
        <w:rPr>
          <w:rFonts w:ascii="Arial" w:hAnsi="Arial"/>
          <w:b/>
        </w:rPr>
        <w:t xml:space="preserve">Participant #9:  </w:t>
      </w:r>
      <w:r>
        <w:rPr>
          <w:rFonts w:ascii="Arial" w:hAnsi="Arial"/>
          <w:color w:val="5D7284"/>
        </w:rPr>
        <w:t>41:37</w:t>
      </w:r>
    </w:p>
    <w:p w14:paraId="3C712C3D" w14:textId="77777777" w:rsidR="00691987" w:rsidRDefault="00C4776F">
      <w:pPr>
        <w:spacing w:after="0"/>
      </w:pPr>
      <w:r>
        <w:rPr>
          <w:rFonts w:ascii="Arial" w:hAnsi="Arial"/>
        </w:rPr>
        <w:t>Maybe yeah.</w:t>
      </w:r>
    </w:p>
    <w:p w14:paraId="5CBAE491" w14:textId="77777777" w:rsidR="00691987" w:rsidRDefault="00691987">
      <w:pPr>
        <w:spacing w:after="0"/>
      </w:pPr>
    </w:p>
    <w:p w14:paraId="08DF88AA" w14:textId="77777777" w:rsidR="00691987" w:rsidRDefault="00C4776F">
      <w:pPr>
        <w:spacing w:after="0"/>
      </w:pPr>
      <w:r>
        <w:rPr>
          <w:rFonts w:ascii="Arial" w:hAnsi="Arial"/>
          <w:b/>
        </w:rPr>
        <w:t xml:space="preserve">Interviewer P:  </w:t>
      </w:r>
      <w:r>
        <w:rPr>
          <w:rFonts w:ascii="Arial" w:hAnsi="Arial"/>
          <w:color w:val="5D7284"/>
        </w:rPr>
        <w:t>41:38</w:t>
      </w:r>
    </w:p>
    <w:p w14:paraId="028A8A26" w14:textId="77777777" w:rsidR="00691987" w:rsidRDefault="00C4776F">
      <w:pPr>
        <w:spacing w:after="0"/>
      </w:pPr>
      <w:r>
        <w:rPr>
          <w:rFonts w:ascii="Arial" w:hAnsi="Arial"/>
        </w:rPr>
        <w:t xml:space="preserve">What about the top of the plant? Like the </w:t>
      </w:r>
      <w:r>
        <w:rPr>
          <w:rFonts w:ascii="Arial" w:hAnsi="Arial"/>
        </w:rPr>
        <w:t>stuff above the dirt? Any thoughts of what that would look like? So many question.</w:t>
      </w:r>
    </w:p>
    <w:p w14:paraId="17E2839D" w14:textId="77777777" w:rsidR="00691987" w:rsidRDefault="00691987">
      <w:pPr>
        <w:spacing w:after="0"/>
      </w:pPr>
    </w:p>
    <w:p w14:paraId="67DFCD2A" w14:textId="77777777" w:rsidR="00691987" w:rsidRDefault="00C4776F">
      <w:pPr>
        <w:spacing w:after="0"/>
      </w:pPr>
      <w:r>
        <w:rPr>
          <w:rFonts w:ascii="Arial" w:hAnsi="Arial"/>
          <w:b/>
        </w:rPr>
        <w:t xml:space="preserve">Participant #9:  </w:t>
      </w:r>
      <w:r>
        <w:rPr>
          <w:rFonts w:ascii="Arial" w:hAnsi="Arial"/>
          <w:color w:val="5D7284"/>
        </w:rPr>
        <w:t>41:49</w:t>
      </w:r>
    </w:p>
    <w:p w14:paraId="0FCEBEC5" w14:textId="77777777" w:rsidR="00691987" w:rsidRDefault="00C4776F">
      <w:pPr>
        <w:spacing w:after="0"/>
      </w:pPr>
      <w:r>
        <w:rPr>
          <w:rFonts w:ascii="Arial" w:hAnsi="Arial"/>
        </w:rPr>
        <w:lastRenderedPageBreak/>
        <w:t>Yeah. I don't know, though. I have a feeling that the rotating wouldn't really affect it. I feel like it wouldn't really affect anything when it comes to...</w:t>
      </w:r>
    </w:p>
    <w:p w14:paraId="09793E5F" w14:textId="77777777" w:rsidR="00691987" w:rsidRDefault="00691987">
      <w:pPr>
        <w:spacing w:after="0"/>
      </w:pPr>
    </w:p>
    <w:p w14:paraId="0B5A7BD6" w14:textId="77777777" w:rsidR="00691987" w:rsidRDefault="00C4776F">
      <w:pPr>
        <w:spacing w:after="0"/>
      </w:pPr>
      <w:r>
        <w:rPr>
          <w:rFonts w:ascii="Arial" w:hAnsi="Arial"/>
          <w:b/>
        </w:rPr>
        <w:t xml:space="preserve">Interviewer P:  </w:t>
      </w:r>
      <w:r>
        <w:rPr>
          <w:rFonts w:ascii="Arial" w:hAnsi="Arial"/>
          <w:color w:val="5D7284"/>
        </w:rPr>
        <w:t>42:02</w:t>
      </w:r>
    </w:p>
    <w:p w14:paraId="294D727F" w14:textId="77777777" w:rsidR="00691987" w:rsidRDefault="00C4776F">
      <w:pPr>
        <w:spacing w:after="0"/>
      </w:pPr>
      <w:r>
        <w:rPr>
          <w:rFonts w:ascii="Arial" w:hAnsi="Arial"/>
        </w:rPr>
        <w:t xml:space="preserve">So are you taking back what you're saying. Yeah, okay. </w:t>
      </w:r>
    </w:p>
    <w:p w14:paraId="1B2E3CFE" w14:textId="77777777" w:rsidR="00691987" w:rsidRDefault="00691987">
      <w:pPr>
        <w:spacing w:after="0"/>
      </w:pPr>
    </w:p>
    <w:p w14:paraId="57E6A15B" w14:textId="77777777" w:rsidR="00691987" w:rsidRDefault="00C4776F">
      <w:pPr>
        <w:spacing w:after="0"/>
      </w:pPr>
      <w:r>
        <w:rPr>
          <w:rFonts w:ascii="Arial" w:hAnsi="Arial"/>
          <w:b/>
        </w:rPr>
        <w:t xml:space="preserve">Participant #9:  </w:t>
      </w:r>
      <w:r>
        <w:rPr>
          <w:rFonts w:ascii="Arial" w:hAnsi="Arial"/>
          <w:color w:val="5D7284"/>
        </w:rPr>
        <w:t>42:06</w:t>
      </w:r>
    </w:p>
    <w:p w14:paraId="45C90C08" w14:textId="77777777" w:rsidR="00691987" w:rsidRDefault="00C4776F">
      <w:pPr>
        <w:spacing w:after="0"/>
      </w:pPr>
      <w:r>
        <w:rPr>
          <w:rFonts w:ascii="Arial" w:hAnsi="Arial"/>
        </w:rPr>
        <w:t xml:space="preserve">Yeah, I feel like it wouldn't affect it that much. </w:t>
      </w:r>
    </w:p>
    <w:p w14:paraId="4CDF5EEE" w14:textId="77777777" w:rsidR="00691987" w:rsidRDefault="00691987">
      <w:pPr>
        <w:spacing w:after="0"/>
      </w:pPr>
    </w:p>
    <w:p w14:paraId="3049AA00" w14:textId="77777777" w:rsidR="00691987" w:rsidRDefault="00C4776F">
      <w:pPr>
        <w:spacing w:after="0"/>
      </w:pPr>
      <w:r>
        <w:rPr>
          <w:rFonts w:ascii="Arial" w:hAnsi="Arial"/>
          <w:b/>
        </w:rPr>
        <w:t xml:space="preserve">Interviewer P:  </w:t>
      </w:r>
      <w:r>
        <w:rPr>
          <w:rFonts w:ascii="Arial" w:hAnsi="Arial"/>
          <w:color w:val="5D7284"/>
        </w:rPr>
        <w:t>42:09</w:t>
      </w:r>
    </w:p>
    <w:p w14:paraId="150B9E2A" w14:textId="77777777" w:rsidR="00691987" w:rsidRDefault="00C4776F">
      <w:pPr>
        <w:spacing w:after="0"/>
      </w:pPr>
      <w:r>
        <w:rPr>
          <w:rFonts w:ascii="Arial" w:hAnsi="Arial"/>
        </w:rPr>
        <w:t>So it'll be a normal plant?</w:t>
      </w:r>
    </w:p>
    <w:p w14:paraId="79BF74C4" w14:textId="77777777" w:rsidR="00691987" w:rsidRDefault="00691987">
      <w:pPr>
        <w:spacing w:after="0"/>
      </w:pPr>
    </w:p>
    <w:p w14:paraId="40EF764B" w14:textId="77777777" w:rsidR="00691987" w:rsidRDefault="00C4776F">
      <w:pPr>
        <w:spacing w:after="0"/>
      </w:pPr>
      <w:r>
        <w:rPr>
          <w:rFonts w:ascii="Arial" w:hAnsi="Arial"/>
          <w:b/>
        </w:rPr>
        <w:t xml:space="preserve">Participant #9:  </w:t>
      </w:r>
      <w:r>
        <w:rPr>
          <w:rFonts w:ascii="Arial" w:hAnsi="Arial"/>
          <w:color w:val="5D7284"/>
        </w:rPr>
        <w:t>42:11</w:t>
      </w:r>
    </w:p>
    <w:p w14:paraId="3D99F516" w14:textId="77777777" w:rsidR="00691987" w:rsidRDefault="00C4776F">
      <w:pPr>
        <w:spacing w:after="0"/>
      </w:pPr>
      <w:r>
        <w:rPr>
          <w:rFonts w:ascii="Arial" w:hAnsi="Arial"/>
        </w:rPr>
        <w:t xml:space="preserve">See, you're asking me in a way where I'm like, am I wrong? </w:t>
      </w:r>
    </w:p>
    <w:p w14:paraId="565C1EAA" w14:textId="77777777" w:rsidR="00691987" w:rsidRDefault="00691987">
      <w:pPr>
        <w:spacing w:after="0"/>
      </w:pPr>
    </w:p>
    <w:p w14:paraId="27113926" w14:textId="77777777" w:rsidR="00691987" w:rsidRDefault="00C4776F">
      <w:pPr>
        <w:spacing w:after="0"/>
      </w:pPr>
      <w:r>
        <w:rPr>
          <w:rFonts w:ascii="Arial" w:hAnsi="Arial"/>
          <w:b/>
        </w:rPr>
        <w:t xml:space="preserve">Interviewer P:  </w:t>
      </w:r>
      <w:r>
        <w:rPr>
          <w:rFonts w:ascii="Arial" w:hAnsi="Arial"/>
          <w:color w:val="5D7284"/>
        </w:rPr>
        <w:t>42:16</w:t>
      </w:r>
    </w:p>
    <w:p w14:paraId="5ACA3507" w14:textId="77777777" w:rsidR="00691987" w:rsidRDefault="00C4776F">
      <w:pPr>
        <w:spacing w:after="0"/>
      </w:pPr>
      <w:r>
        <w:rPr>
          <w:rFonts w:ascii="Arial" w:hAnsi="Arial"/>
        </w:rPr>
        <w:t>Again, like, we're so much more interested in what you think. Then whether it's right or wrong.</w:t>
      </w:r>
    </w:p>
    <w:p w14:paraId="1A613FA9" w14:textId="77777777" w:rsidR="00691987" w:rsidRDefault="00691987">
      <w:pPr>
        <w:spacing w:after="0"/>
      </w:pPr>
    </w:p>
    <w:p w14:paraId="1FD40260" w14:textId="77777777" w:rsidR="00691987" w:rsidRDefault="00C4776F">
      <w:pPr>
        <w:spacing w:after="0"/>
      </w:pPr>
      <w:r>
        <w:rPr>
          <w:rFonts w:ascii="Arial" w:hAnsi="Arial"/>
          <w:b/>
        </w:rPr>
        <w:t xml:space="preserve">Participant #9:  </w:t>
      </w:r>
      <w:r>
        <w:rPr>
          <w:rFonts w:ascii="Arial" w:hAnsi="Arial"/>
          <w:color w:val="5D7284"/>
        </w:rPr>
        <w:t>42:25</w:t>
      </w:r>
    </w:p>
    <w:p w14:paraId="236BD765" w14:textId="77777777" w:rsidR="00691987" w:rsidRDefault="00C4776F">
      <w:pPr>
        <w:spacing w:after="0"/>
      </w:pPr>
      <w:r>
        <w:rPr>
          <w:rFonts w:ascii="Arial" w:hAnsi="Arial"/>
        </w:rPr>
        <w:t>Yeah, I feel like it'd be a normal plant. Yeah. Yeah, I've been surprised throughout this whole experiment. So I'm gonna keep that as a guess.</w:t>
      </w:r>
    </w:p>
    <w:p w14:paraId="7B331235" w14:textId="77777777" w:rsidR="00691987" w:rsidRDefault="00691987">
      <w:pPr>
        <w:spacing w:after="0"/>
      </w:pPr>
    </w:p>
    <w:p w14:paraId="714E7742" w14:textId="77777777" w:rsidR="00691987" w:rsidRDefault="00C4776F">
      <w:pPr>
        <w:spacing w:after="0"/>
      </w:pPr>
      <w:r>
        <w:rPr>
          <w:rFonts w:ascii="Arial" w:hAnsi="Arial"/>
          <w:b/>
        </w:rPr>
        <w:t xml:space="preserve">Interviewer P:  </w:t>
      </w:r>
      <w:r>
        <w:rPr>
          <w:rFonts w:ascii="Arial" w:hAnsi="Arial"/>
          <w:color w:val="5D7284"/>
        </w:rPr>
        <w:t>42:35</w:t>
      </w:r>
    </w:p>
    <w:p w14:paraId="6A42107E" w14:textId="77777777" w:rsidR="00691987" w:rsidRDefault="00C4776F">
      <w:pPr>
        <w:spacing w:after="0"/>
      </w:pPr>
      <w:r>
        <w:rPr>
          <w:rFonts w:ascii="Arial" w:hAnsi="Arial"/>
        </w:rPr>
        <w:t>Alright, so we have one more little bit and we're going to go back to the tank. Now I have plastic fish, there are over a here, and some of them sink and some of them float. So I'm just going to drop them in here and in a minute, I'm going to get the chat going. So just to make sure we're all on the same page. That's different from what we started with. Because when you came in, and we did the dye, like I said if it had been spinning for like, yeah, 15-20 minutes, and now we're starting it from a standstill</w:t>
      </w:r>
      <w:r>
        <w:rPr>
          <w:rFonts w:ascii="Arial" w:hAnsi="Arial"/>
        </w:rPr>
        <w:t>. So that's different. But what we're going to think about is when it does get rotating, what do you think the fish are going to do?</w:t>
      </w:r>
    </w:p>
    <w:p w14:paraId="037F92CF" w14:textId="77777777" w:rsidR="00691987" w:rsidRDefault="00691987">
      <w:pPr>
        <w:spacing w:after="0"/>
      </w:pPr>
    </w:p>
    <w:p w14:paraId="502FCB4B" w14:textId="77777777" w:rsidR="00691987" w:rsidRDefault="00C4776F">
      <w:pPr>
        <w:spacing w:after="0"/>
      </w:pPr>
      <w:r>
        <w:rPr>
          <w:rFonts w:ascii="Arial" w:hAnsi="Arial"/>
          <w:b/>
        </w:rPr>
        <w:t xml:space="preserve">Participant #9:  </w:t>
      </w:r>
      <w:r>
        <w:rPr>
          <w:rFonts w:ascii="Arial" w:hAnsi="Arial"/>
          <w:color w:val="5D7284"/>
        </w:rPr>
        <w:t>43:40</w:t>
      </w:r>
    </w:p>
    <w:p w14:paraId="5496C9A5" w14:textId="77777777" w:rsidR="00691987" w:rsidRDefault="00C4776F">
      <w:pPr>
        <w:spacing w:after="0"/>
      </w:pPr>
      <w:r>
        <w:rPr>
          <w:rFonts w:ascii="Arial" w:hAnsi="Arial"/>
        </w:rPr>
        <w:t xml:space="preserve">I </w:t>
      </w:r>
      <w:r>
        <w:rPr>
          <w:rFonts w:ascii="Arial" w:hAnsi="Arial"/>
        </w:rPr>
        <w:t>felt like the fishes won't move, but it looks like they're moving because it's rotating. I feel like it would stay in place. But then again, it's like kind of moving when its not even rotating? So yeah. Just going to guess that it's going to stay in place, but it's going to look like it's moving.</w:t>
      </w:r>
    </w:p>
    <w:p w14:paraId="37C2B122" w14:textId="77777777" w:rsidR="00691987" w:rsidRDefault="00691987">
      <w:pPr>
        <w:spacing w:after="0"/>
      </w:pPr>
    </w:p>
    <w:p w14:paraId="4312384C" w14:textId="77777777" w:rsidR="00691987" w:rsidRDefault="00C4776F">
      <w:pPr>
        <w:spacing w:after="0"/>
      </w:pPr>
      <w:r>
        <w:rPr>
          <w:rFonts w:ascii="Arial" w:hAnsi="Arial"/>
          <w:b/>
        </w:rPr>
        <w:t xml:space="preserve">Interviewer P:  </w:t>
      </w:r>
      <w:r>
        <w:rPr>
          <w:rFonts w:ascii="Arial" w:hAnsi="Arial"/>
          <w:color w:val="5D7284"/>
        </w:rPr>
        <w:t>44:03</w:t>
      </w:r>
    </w:p>
    <w:p w14:paraId="2D06985F" w14:textId="77777777" w:rsidR="00691987" w:rsidRDefault="00C4776F">
      <w:pPr>
        <w:spacing w:after="0"/>
      </w:pPr>
      <w:r>
        <w:rPr>
          <w:rFonts w:ascii="Arial" w:hAnsi="Arial"/>
        </w:rPr>
        <w:t>Okay, so what does that mean? Like they're in place, but they look like they're moving?</w:t>
      </w:r>
    </w:p>
    <w:p w14:paraId="71104967" w14:textId="77777777" w:rsidR="00691987" w:rsidRDefault="00691987">
      <w:pPr>
        <w:spacing w:after="0"/>
      </w:pPr>
    </w:p>
    <w:p w14:paraId="18DCECE8" w14:textId="77777777" w:rsidR="00691987" w:rsidRDefault="00C4776F">
      <w:pPr>
        <w:spacing w:after="0"/>
      </w:pPr>
      <w:r>
        <w:rPr>
          <w:rFonts w:ascii="Arial" w:hAnsi="Arial"/>
          <w:b/>
        </w:rPr>
        <w:t xml:space="preserve">Participant #9:  </w:t>
      </w:r>
      <w:r>
        <w:rPr>
          <w:rFonts w:ascii="Arial" w:hAnsi="Arial"/>
          <w:color w:val="5D7284"/>
        </w:rPr>
        <w:t>44:09</w:t>
      </w:r>
    </w:p>
    <w:p w14:paraId="6E7936C0" w14:textId="77777777" w:rsidR="00691987" w:rsidRDefault="00C4776F">
      <w:pPr>
        <w:spacing w:after="0"/>
      </w:pPr>
      <w:r>
        <w:rPr>
          <w:rFonts w:ascii="Arial" w:hAnsi="Arial"/>
        </w:rPr>
        <w:t xml:space="preserve">Because it's rotating and there fishes. Like Like, it might look like they're moving but I don't know like they're in place. Like again, like the same thing with the carnival thing. </w:t>
      </w:r>
    </w:p>
    <w:p w14:paraId="3B3665FA" w14:textId="77777777" w:rsidR="00691987" w:rsidRDefault="00691987">
      <w:pPr>
        <w:spacing w:after="0"/>
      </w:pPr>
    </w:p>
    <w:p w14:paraId="30F2F5F9" w14:textId="77777777" w:rsidR="00691987" w:rsidRDefault="00C4776F">
      <w:pPr>
        <w:spacing w:after="0"/>
      </w:pPr>
      <w:r>
        <w:rPr>
          <w:rFonts w:ascii="Arial" w:hAnsi="Arial"/>
          <w:b/>
        </w:rPr>
        <w:t xml:space="preserve">Interviewer P:  </w:t>
      </w:r>
      <w:r>
        <w:rPr>
          <w:rFonts w:ascii="Arial" w:hAnsi="Arial"/>
          <w:color w:val="5D7284"/>
        </w:rPr>
        <w:t>44:11</w:t>
      </w:r>
    </w:p>
    <w:p w14:paraId="73D3163D" w14:textId="77777777" w:rsidR="00691987" w:rsidRDefault="00C4776F">
      <w:pPr>
        <w:spacing w:after="0"/>
      </w:pPr>
      <w:r>
        <w:rPr>
          <w:rFonts w:ascii="Arial" w:hAnsi="Arial"/>
        </w:rPr>
        <w:lastRenderedPageBreak/>
        <w:t>Okay.</w:t>
      </w:r>
    </w:p>
    <w:p w14:paraId="040918A0" w14:textId="77777777" w:rsidR="00691987" w:rsidRDefault="00691987">
      <w:pPr>
        <w:spacing w:after="0"/>
      </w:pPr>
    </w:p>
    <w:p w14:paraId="6C026C58" w14:textId="77777777" w:rsidR="00691987" w:rsidRDefault="00C4776F">
      <w:pPr>
        <w:spacing w:after="0"/>
      </w:pPr>
      <w:r>
        <w:rPr>
          <w:rFonts w:ascii="Arial" w:hAnsi="Arial"/>
          <w:b/>
        </w:rPr>
        <w:t xml:space="preserve">Participant #9:  </w:t>
      </w:r>
      <w:r>
        <w:rPr>
          <w:rFonts w:ascii="Arial" w:hAnsi="Arial"/>
          <w:color w:val="5D7284"/>
        </w:rPr>
        <w:t>44:11</w:t>
      </w:r>
    </w:p>
    <w:p w14:paraId="34034AFB" w14:textId="77777777" w:rsidR="00691987" w:rsidRDefault="00C4776F">
      <w:pPr>
        <w:spacing w:after="0"/>
      </w:pPr>
      <w:r>
        <w:rPr>
          <w:rFonts w:ascii="Arial" w:hAnsi="Arial"/>
        </w:rPr>
        <w:t xml:space="preserve">And like that's what I'm imagining. </w:t>
      </w:r>
    </w:p>
    <w:p w14:paraId="7D603EF2" w14:textId="77777777" w:rsidR="00691987" w:rsidRDefault="00691987">
      <w:pPr>
        <w:spacing w:after="0"/>
      </w:pPr>
    </w:p>
    <w:p w14:paraId="705BB9DB" w14:textId="77777777" w:rsidR="00691987" w:rsidRDefault="00C4776F">
      <w:pPr>
        <w:spacing w:after="0"/>
      </w:pPr>
      <w:r>
        <w:rPr>
          <w:rFonts w:ascii="Arial" w:hAnsi="Arial"/>
          <w:b/>
        </w:rPr>
        <w:t xml:space="preserve">Interviewer P:  </w:t>
      </w:r>
      <w:r>
        <w:rPr>
          <w:rFonts w:ascii="Arial" w:hAnsi="Arial"/>
          <w:color w:val="5D7284"/>
        </w:rPr>
        <w:t>44:27</w:t>
      </w:r>
    </w:p>
    <w:p w14:paraId="09F5EECA" w14:textId="77777777" w:rsidR="00691987" w:rsidRDefault="00C4776F">
      <w:pPr>
        <w:spacing w:after="0"/>
      </w:pPr>
      <w:r>
        <w:rPr>
          <w:rFonts w:ascii="Arial" w:hAnsi="Arial"/>
        </w:rPr>
        <w:t xml:space="preserve">Okay so just that I understand you so will they be in place and that tank is moving around and under them? </w:t>
      </w:r>
    </w:p>
    <w:p w14:paraId="3AD661F9" w14:textId="77777777" w:rsidR="00691987" w:rsidRDefault="00691987">
      <w:pPr>
        <w:spacing w:after="0"/>
      </w:pPr>
    </w:p>
    <w:p w14:paraId="4D7955D6" w14:textId="77777777" w:rsidR="00691987" w:rsidRDefault="00C4776F">
      <w:pPr>
        <w:spacing w:after="0"/>
      </w:pPr>
      <w:r>
        <w:rPr>
          <w:rFonts w:ascii="Arial" w:hAnsi="Arial"/>
          <w:b/>
        </w:rPr>
        <w:t xml:space="preserve">Participant #9:  </w:t>
      </w:r>
      <w:r>
        <w:rPr>
          <w:rFonts w:ascii="Arial" w:hAnsi="Arial"/>
          <w:color w:val="5D7284"/>
        </w:rPr>
        <w:t>44:35</w:t>
      </w:r>
    </w:p>
    <w:p w14:paraId="42DEDE6A" w14:textId="77777777" w:rsidR="00691987" w:rsidRDefault="00C4776F">
      <w:pPr>
        <w:spacing w:after="0"/>
      </w:pPr>
      <w:r>
        <w:rPr>
          <w:rFonts w:ascii="Arial" w:hAnsi="Arial"/>
        </w:rPr>
        <w:t xml:space="preserve">Yeah. </w:t>
      </w:r>
    </w:p>
    <w:p w14:paraId="7B076305" w14:textId="77777777" w:rsidR="00691987" w:rsidRDefault="00691987">
      <w:pPr>
        <w:spacing w:after="0"/>
      </w:pPr>
    </w:p>
    <w:p w14:paraId="656EA0D7" w14:textId="77777777" w:rsidR="00691987" w:rsidRDefault="00C4776F">
      <w:pPr>
        <w:spacing w:after="0"/>
      </w:pPr>
      <w:r>
        <w:rPr>
          <w:rFonts w:ascii="Arial" w:hAnsi="Arial"/>
          <w:b/>
        </w:rPr>
        <w:t xml:space="preserve">Interviewer P:  </w:t>
      </w:r>
      <w:r>
        <w:rPr>
          <w:rFonts w:ascii="Arial" w:hAnsi="Arial"/>
          <w:color w:val="5D7284"/>
        </w:rPr>
        <w:t>44:36</w:t>
      </w:r>
    </w:p>
    <w:p w14:paraId="601D32D8" w14:textId="77777777" w:rsidR="00691987" w:rsidRDefault="00C4776F">
      <w:pPr>
        <w:spacing w:after="0"/>
      </w:pPr>
      <w:r>
        <w:rPr>
          <w:rFonts w:ascii="Arial" w:hAnsi="Arial"/>
        </w:rPr>
        <w:t xml:space="preserve">Okay, so they're just gonna stay put while everything else is gonna start going. </w:t>
      </w:r>
    </w:p>
    <w:p w14:paraId="5B346108" w14:textId="77777777" w:rsidR="00691987" w:rsidRDefault="00691987">
      <w:pPr>
        <w:spacing w:after="0"/>
      </w:pPr>
    </w:p>
    <w:p w14:paraId="037B6493" w14:textId="77777777" w:rsidR="00691987" w:rsidRDefault="00C4776F">
      <w:pPr>
        <w:spacing w:after="0"/>
      </w:pPr>
      <w:r>
        <w:rPr>
          <w:rFonts w:ascii="Arial" w:hAnsi="Arial"/>
          <w:b/>
        </w:rPr>
        <w:t xml:space="preserve">Participant #9:  </w:t>
      </w:r>
      <w:r>
        <w:rPr>
          <w:rFonts w:ascii="Arial" w:hAnsi="Arial"/>
          <w:color w:val="5D7284"/>
        </w:rPr>
        <w:t>44:40</w:t>
      </w:r>
    </w:p>
    <w:p w14:paraId="2FCE07C3" w14:textId="77777777" w:rsidR="00691987" w:rsidRDefault="00C4776F">
      <w:pPr>
        <w:spacing w:after="0"/>
      </w:pPr>
      <w:r>
        <w:rPr>
          <w:rFonts w:ascii="Arial" w:hAnsi="Arial"/>
        </w:rPr>
        <w:t xml:space="preserve">Yeah. </w:t>
      </w:r>
    </w:p>
    <w:p w14:paraId="0E0C8BB3" w14:textId="77777777" w:rsidR="00691987" w:rsidRDefault="00691987">
      <w:pPr>
        <w:spacing w:after="0"/>
      </w:pPr>
    </w:p>
    <w:p w14:paraId="12580CED" w14:textId="77777777" w:rsidR="00691987" w:rsidRDefault="00C4776F">
      <w:pPr>
        <w:spacing w:after="0"/>
      </w:pPr>
      <w:r>
        <w:rPr>
          <w:rFonts w:ascii="Arial" w:hAnsi="Arial"/>
          <w:b/>
        </w:rPr>
        <w:t xml:space="preserve">Interviewer P:  </w:t>
      </w:r>
      <w:r>
        <w:rPr>
          <w:rFonts w:ascii="Arial" w:hAnsi="Arial"/>
          <w:color w:val="5D7284"/>
        </w:rPr>
        <w:t>44:41</w:t>
      </w:r>
    </w:p>
    <w:p w14:paraId="56F48ABB" w14:textId="77777777" w:rsidR="00691987" w:rsidRDefault="00C4776F">
      <w:pPr>
        <w:spacing w:after="0"/>
      </w:pPr>
      <w:r>
        <w:rPr>
          <w:rFonts w:ascii="Arial" w:hAnsi="Arial"/>
        </w:rPr>
        <w:t xml:space="preserve">What's the water doing? </w:t>
      </w:r>
    </w:p>
    <w:p w14:paraId="7E7B0F55" w14:textId="77777777" w:rsidR="00691987" w:rsidRDefault="00691987">
      <w:pPr>
        <w:spacing w:after="0"/>
      </w:pPr>
    </w:p>
    <w:p w14:paraId="52082331" w14:textId="77777777" w:rsidR="00691987" w:rsidRDefault="00C4776F">
      <w:pPr>
        <w:spacing w:after="0"/>
      </w:pPr>
      <w:r>
        <w:rPr>
          <w:rFonts w:ascii="Arial" w:hAnsi="Arial"/>
          <w:b/>
        </w:rPr>
        <w:t xml:space="preserve">Participant #9:  </w:t>
      </w:r>
      <w:r>
        <w:rPr>
          <w:rFonts w:ascii="Arial" w:hAnsi="Arial"/>
          <w:color w:val="5D7284"/>
        </w:rPr>
        <w:t>44:44</w:t>
      </w:r>
    </w:p>
    <w:p w14:paraId="1D3AFD9F" w14:textId="77777777" w:rsidR="00691987" w:rsidRDefault="00C4776F">
      <w:pPr>
        <w:spacing w:after="0"/>
      </w:pPr>
      <w:r>
        <w:rPr>
          <w:rFonts w:ascii="Arial" w:hAnsi="Arial"/>
        </w:rPr>
        <w:t>Wait what do you mean?</w:t>
      </w:r>
    </w:p>
    <w:p w14:paraId="7B208909" w14:textId="77777777" w:rsidR="00691987" w:rsidRDefault="00691987">
      <w:pPr>
        <w:spacing w:after="0"/>
      </w:pPr>
    </w:p>
    <w:p w14:paraId="2A361B07" w14:textId="77777777" w:rsidR="00691987" w:rsidRDefault="00C4776F">
      <w:pPr>
        <w:spacing w:after="0"/>
      </w:pPr>
      <w:r>
        <w:rPr>
          <w:rFonts w:ascii="Arial" w:hAnsi="Arial"/>
          <w:b/>
        </w:rPr>
        <w:t xml:space="preserve">Interviewer P:  </w:t>
      </w:r>
      <w:r>
        <w:rPr>
          <w:rFonts w:ascii="Arial" w:hAnsi="Arial"/>
          <w:color w:val="5D7284"/>
        </w:rPr>
        <w:t>44:45</w:t>
      </w:r>
    </w:p>
    <w:p w14:paraId="78B79FA6" w14:textId="77777777" w:rsidR="00691987" w:rsidRDefault="00C4776F">
      <w:pPr>
        <w:spacing w:after="0"/>
      </w:pPr>
      <w:r>
        <w:rPr>
          <w:rFonts w:ascii="Arial" w:hAnsi="Arial"/>
        </w:rPr>
        <w:t xml:space="preserve">So when I so yeah, so </w:t>
      </w:r>
      <w:r>
        <w:rPr>
          <w:rFonts w:ascii="Arial" w:hAnsi="Arial"/>
        </w:rPr>
        <w:t>what we got to was the fish are going to stay in place the tank is going to rotate around the fish as they stay in place. So is the water moving with the tank or is the water also still and the tank is moving around it.</w:t>
      </w:r>
    </w:p>
    <w:p w14:paraId="3774A7C7" w14:textId="77777777" w:rsidR="00691987" w:rsidRDefault="00691987">
      <w:pPr>
        <w:spacing w:after="0"/>
      </w:pPr>
    </w:p>
    <w:p w14:paraId="11555C88" w14:textId="77777777" w:rsidR="00691987" w:rsidRDefault="00C4776F">
      <w:pPr>
        <w:spacing w:after="0"/>
      </w:pPr>
      <w:r>
        <w:rPr>
          <w:rFonts w:ascii="Arial" w:hAnsi="Arial"/>
          <w:b/>
        </w:rPr>
        <w:t xml:space="preserve">Participant #9:  </w:t>
      </w:r>
      <w:r>
        <w:rPr>
          <w:rFonts w:ascii="Arial" w:hAnsi="Arial"/>
          <w:color w:val="5D7284"/>
        </w:rPr>
        <w:t>45:06</w:t>
      </w:r>
    </w:p>
    <w:p w14:paraId="12CB7BB7" w14:textId="77777777" w:rsidR="00691987" w:rsidRDefault="00C4776F">
      <w:pPr>
        <w:spacing w:after="0"/>
      </w:pPr>
      <w:r>
        <w:rPr>
          <w:rFonts w:ascii="Arial" w:hAnsi="Arial"/>
        </w:rPr>
        <w:t xml:space="preserve">The water is moving with the tank. </w:t>
      </w:r>
    </w:p>
    <w:p w14:paraId="2355D8B3" w14:textId="77777777" w:rsidR="00691987" w:rsidRDefault="00691987">
      <w:pPr>
        <w:spacing w:after="0"/>
      </w:pPr>
    </w:p>
    <w:p w14:paraId="2F670DDD" w14:textId="77777777" w:rsidR="00691987" w:rsidRDefault="00C4776F">
      <w:pPr>
        <w:spacing w:after="0"/>
      </w:pPr>
      <w:r>
        <w:rPr>
          <w:rFonts w:ascii="Arial" w:hAnsi="Arial"/>
          <w:b/>
        </w:rPr>
        <w:t xml:space="preserve">Interviewer P:  </w:t>
      </w:r>
      <w:r>
        <w:rPr>
          <w:rFonts w:ascii="Arial" w:hAnsi="Arial"/>
          <w:color w:val="5D7284"/>
        </w:rPr>
        <w:t>45:08</w:t>
      </w:r>
    </w:p>
    <w:p w14:paraId="1F8BB207" w14:textId="77777777" w:rsidR="00691987" w:rsidRDefault="00C4776F">
      <w:pPr>
        <w:spacing w:after="0"/>
      </w:pPr>
      <w:r>
        <w:rPr>
          <w:rFonts w:ascii="Arial" w:hAnsi="Arial"/>
        </w:rPr>
        <w:t>Okay yeah so, I just wanted to make sure I was understanding you. So the water in the tank are moving and the fish are just kind of bobbing up and down and not moving with it. Everything kind of moves past it, okay, cool. All right, so let's see what this does. Is that what you expected?</w:t>
      </w:r>
    </w:p>
    <w:p w14:paraId="4D3968BF" w14:textId="77777777" w:rsidR="00691987" w:rsidRDefault="00691987">
      <w:pPr>
        <w:spacing w:after="0"/>
      </w:pPr>
    </w:p>
    <w:p w14:paraId="2E7435B0" w14:textId="77777777" w:rsidR="00691987" w:rsidRDefault="00C4776F">
      <w:pPr>
        <w:spacing w:after="0"/>
      </w:pPr>
      <w:r>
        <w:rPr>
          <w:rFonts w:ascii="Arial" w:hAnsi="Arial"/>
          <w:b/>
        </w:rPr>
        <w:t xml:space="preserve">Participant #9:  </w:t>
      </w:r>
      <w:r>
        <w:rPr>
          <w:rFonts w:ascii="Arial" w:hAnsi="Arial"/>
          <w:color w:val="5D7284"/>
        </w:rPr>
        <w:t>45:18</w:t>
      </w:r>
    </w:p>
    <w:p w14:paraId="3B3C73A9" w14:textId="77777777" w:rsidR="00691987" w:rsidRDefault="00C4776F">
      <w:pPr>
        <w:spacing w:after="0"/>
      </w:pPr>
      <w:r>
        <w:rPr>
          <w:rFonts w:ascii="Arial" w:hAnsi="Arial"/>
        </w:rPr>
        <w:t>Yeah, not moving with it. I am not really sure. I'm not really sure.</w:t>
      </w:r>
    </w:p>
    <w:p w14:paraId="192DE241" w14:textId="77777777" w:rsidR="00691987" w:rsidRDefault="00691987">
      <w:pPr>
        <w:spacing w:after="0"/>
      </w:pPr>
    </w:p>
    <w:p w14:paraId="104D9283" w14:textId="77777777" w:rsidR="00691987" w:rsidRDefault="00C4776F">
      <w:pPr>
        <w:spacing w:after="0"/>
      </w:pPr>
      <w:r>
        <w:rPr>
          <w:rFonts w:ascii="Arial" w:hAnsi="Arial"/>
          <w:b/>
        </w:rPr>
        <w:t xml:space="preserve">Interviewer P:  </w:t>
      </w:r>
      <w:r>
        <w:rPr>
          <w:rFonts w:ascii="Arial" w:hAnsi="Arial"/>
          <w:color w:val="5D7284"/>
        </w:rPr>
        <w:t>45:46</w:t>
      </w:r>
    </w:p>
    <w:p w14:paraId="0AFA563A" w14:textId="77777777" w:rsidR="00691987" w:rsidRDefault="00C4776F">
      <w:pPr>
        <w:spacing w:after="0"/>
      </w:pPr>
      <w:r>
        <w:rPr>
          <w:rFonts w:ascii="Arial" w:hAnsi="Arial"/>
        </w:rPr>
        <w:t xml:space="preserve">So, let's divide it up with the fish on the bottom and the fish on the top. So the fish on the bottom? Are they so you said they'd be staying still while the tank moves under them? Are they doing that? </w:t>
      </w:r>
    </w:p>
    <w:p w14:paraId="40CAB01C" w14:textId="77777777" w:rsidR="00691987" w:rsidRDefault="00691987">
      <w:pPr>
        <w:spacing w:after="0"/>
      </w:pPr>
    </w:p>
    <w:p w14:paraId="3AD2EF20" w14:textId="77777777" w:rsidR="00691987" w:rsidRDefault="00C4776F">
      <w:pPr>
        <w:spacing w:after="0"/>
      </w:pPr>
      <w:r>
        <w:rPr>
          <w:rFonts w:ascii="Arial" w:hAnsi="Arial"/>
          <w:b/>
        </w:rPr>
        <w:lastRenderedPageBreak/>
        <w:t xml:space="preserve">Participant #9:  </w:t>
      </w:r>
      <w:r>
        <w:rPr>
          <w:rFonts w:ascii="Arial" w:hAnsi="Arial"/>
          <w:color w:val="5D7284"/>
        </w:rPr>
        <w:t>45:47</w:t>
      </w:r>
    </w:p>
    <w:p w14:paraId="492C6701" w14:textId="77777777" w:rsidR="00691987" w:rsidRDefault="00C4776F">
      <w:pPr>
        <w:spacing w:after="0"/>
      </w:pPr>
      <w:r>
        <w:rPr>
          <w:rFonts w:ascii="Arial" w:hAnsi="Arial"/>
        </w:rPr>
        <w:t xml:space="preserve">I feel like the fish on the bottom are moving a little bit. </w:t>
      </w:r>
    </w:p>
    <w:p w14:paraId="47787D09" w14:textId="77777777" w:rsidR="00691987" w:rsidRDefault="00691987">
      <w:pPr>
        <w:spacing w:after="0"/>
      </w:pPr>
    </w:p>
    <w:p w14:paraId="74619CC8" w14:textId="77777777" w:rsidR="00691987" w:rsidRDefault="00C4776F">
      <w:pPr>
        <w:spacing w:after="0"/>
      </w:pPr>
      <w:r>
        <w:rPr>
          <w:rFonts w:ascii="Arial" w:hAnsi="Arial"/>
          <w:b/>
        </w:rPr>
        <w:t xml:space="preserve">Interviewer P:  </w:t>
      </w:r>
      <w:r>
        <w:rPr>
          <w:rFonts w:ascii="Arial" w:hAnsi="Arial"/>
          <w:color w:val="5D7284"/>
        </w:rPr>
        <w:t>46:03</w:t>
      </w:r>
    </w:p>
    <w:p w14:paraId="5FC88EAE" w14:textId="77777777" w:rsidR="00691987" w:rsidRDefault="00C4776F">
      <w:pPr>
        <w:spacing w:after="0"/>
      </w:pPr>
      <w:r>
        <w:rPr>
          <w:rFonts w:ascii="Arial" w:hAnsi="Arial"/>
        </w:rPr>
        <w:t xml:space="preserve">Yeah, like look at this blue one, right here? </w:t>
      </w:r>
    </w:p>
    <w:p w14:paraId="2C1683F3" w14:textId="77777777" w:rsidR="00691987" w:rsidRDefault="00691987">
      <w:pPr>
        <w:spacing w:after="0"/>
      </w:pPr>
    </w:p>
    <w:p w14:paraId="76D0D9D7" w14:textId="77777777" w:rsidR="00691987" w:rsidRDefault="00C4776F">
      <w:pPr>
        <w:spacing w:after="0"/>
      </w:pPr>
      <w:r>
        <w:rPr>
          <w:rFonts w:ascii="Arial" w:hAnsi="Arial"/>
          <w:b/>
        </w:rPr>
        <w:t xml:space="preserve">Participant #9:  </w:t>
      </w:r>
      <w:r>
        <w:rPr>
          <w:rFonts w:ascii="Arial" w:hAnsi="Arial"/>
          <w:color w:val="5D7284"/>
        </w:rPr>
        <w:t>46:04</w:t>
      </w:r>
    </w:p>
    <w:p w14:paraId="454201C5" w14:textId="77777777" w:rsidR="00691987" w:rsidRDefault="00C4776F">
      <w:pPr>
        <w:spacing w:after="0"/>
      </w:pPr>
      <w:r>
        <w:rPr>
          <w:rFonts w:ascii="Arial" w:hAnsi="Arial"/>
        </w:rPr>
        <w:t>Yeah.</w:t>
      </w:r>
    </w:p>
    <w:p w14:paraId="104AB55E" w14:textId="77777777" w:rsidR="00691987" w:rsidRDefault="00691987">
      <w:pPr>
        <w:spacing w:after="0"/>
      </w:pPr>
    </w:p>
    <w:p w14:paraId="1D1C7F9D" w14:textId="77777777" w:rsidR="00691987" w:rsidRDefault="00C4776F">
      <w:pPr>
        <w:spacing w:after="0"/>
      </w:pPr>
      <w:r>
        <w:rPr>
          <w:rFonts w:ascii="Arial" w:hAnsi="Arial"/>
          <w:b/>
        </w:rPr>
        <w:t xml:space="preserve">Interviewer P:  </w:t>
      </w:r>
      <w:r>
        <w:rPr>
          <w:rFonts w:ascii="Arial" w:hAnsi="Arial"/>
          <w:color w:val="5D7284"/>
        </w:rPr>
        <w:t>46:05</w:t>
      </w:r>
    </w:p>
    <w:p w14:paraId="695860CE" w14:textId="77777777" w:rsidR="00691987" w:rsidRDefault="00C4776F">
      <w:pPr>
        <w:spacing w:after="0"/>
      </w:pPr>
      <w:r>
        <w:rPr>
          <w:rFonts w:ascii="Arial" w:hAnsi="Arial"/>
        </w:rPr>
        <w:t>He's circling right.</w:t>
      </w:r>
    </w:p>
    <w:p w14:paraId="7E86B691" w14:textId="77777777" w:rsidR="00691987" w:rsidRDefault="00691987">
      <w:pPr>
        <w:spacing w:after="0"/>
      </w:pPr>
    </w:p>
    <w:p w14:paraId="1116E2EC" w14:textId="77777777" w:rsidR="00691987" w:rsidRDefault="00C4776F">
      <w:pPr>
        <w:spacing w:after="0"/>
      </w:pPr>
      <w:r>
        <w:rPr>
          <w:rFonts w:ascii="Arial" w:hAnsi="Arial"/>
          <w:b/>
        </w:rPr>
        <w:t xml:space="preserve">Participant #9:  </w:t>
      </w:r>
      <w:r>
        <w:rPr>
          <w:rFonts w:ascii="Arial" w:hAnsi="Arial"/>
          <w:color w:val="5D7284"/>
        </w:rPr>
        <w:t>46:06</w:t>
      </w:r>
    </w:p>
    <w:p w14:paraId="360C3028" w14:textId="77777777" w:rsidR="00691987" w:rsidRDefault="00C4776F">
      <w:pPr>
        <w:spacing w:after="0"/>
      </w:pPr>
      <w:r>
        <w:rPr>
          <w:rFonts w:ascii="Arial" w:hAnsi="Arial"/>
        </w:rPr>
        <w:t>With the fish on the top are they moving.</w:t>
      </w:r>
    </w:p>
    <w:p w14:paraId="0CA03FC2" w14:textId="77777777" w:rsidR="00691987" w:rsidRDefault="00691987">
      <w:pPr>
        <w:spacing w:after="0"/>
      </w:pPr>
    </w:p>
    <w:p w14:paraId="7ABAA50E" w14:textId="77777777" w:rsidR="00691987" w:rsidRDefault="00C4776F">
      <w:pPr>
        <w:spacing w:after="0"/>
      </w:pPr>
      <w:r>
        <w:rPr>
          <w:rFonts w:ascii="Arial" w:hAnsi="Arial"/>
          <w:b/>
        </w:rPr>
        <w:t xml:space="preserve">Interviewer P:  </w:t>
      </w:r>
      <w:r>
        <w:rPr>
          <w:rFonts w:ascii="Arial" w:hAnsi="Arial"/>
          <w:color w:val="5D7284"/>
        </w:rPr>
        <w:t>46:10</w:t>
      </w:r>
    </w:p>
    <w:p w14:paraId="655AF109" w14:textId="77777777" w:rsidR="00691987" w:rsidRDefault="00C4776F">
      <w:pPr>
        <w:spacing w:after="0"/>
      </w:pPr>
      <w:r>
        <w:rPr>
          <w:rFonts w:ascii="Arial" w:hAnsi="Arial"/>
        </w:rPr>
        <w:t>The fish on the top what?</w:t>
      </w:r>
    </w:p>
    <w:p w14:paraId="6CDDD649" w14:textId="77777777" w:rsidR="00691987" w:rsidRDefault="00691987">
      <w:pPr>
        <w:spacing w:after="0"/>
      </w:pPr>
    </w:p>
    <w:p w14:paraId="15729D91" w14:textId="77777777" w:rsidR="00691987" w:rsidRDefault="00C4776F">
      <w:pPr>
        <w:spacing w:after="0"/>
      </w:pPr>
      <w:r>
        <w:rPr>
          <w:rFonts w:ascii="Arial" w:hAnsi="Arial"/>
          <w:b/>
        </w:rPr>
        <w:t xml:space="preserve">Participant #9:  </w:t>
      </w:r>
      <w:r>
        <w:rPr>
          <w:rFonts w:ascii="Arial" w:hAnsi="Arial"/>
          <w:color w:val="5D7284"/>
        </w:rPr>
        <w:t>46:11</w:t>
      </w:r>
    </w:p>
    <w:p w14:paraId="69137EA4" w14:textId="77777777" w:rsidR="00691987" w:rsidRDefault="00C4776F">
      <w:pPr>
        <w:spacing w:after="0"/>
      </w:pPr>
      <w:r>
        <w:rPr>
          <w:rFonts w:ascii="Arial" w:hAnsi="Arial"/>
        </w:rPr>
        <w:t>Are they moving or?</w:t>
      </w:r>
    </w:p>
    <w:p w14:paraId="2BEE57E9" w14:textId="77777777" w:rsidR="00691987" w:rsidRDefault="00691987">
      <w:pPr>
        <w:spacing w:after="0"/>
      </w:pPr>
    </w:p>
    <w:p w14:paraId="71AF428F" w14:textId="77777777" w:rsidR="00691987" w:rsidRDefault="00C4776F">
      <w:pPr>
        <w:spacing w:after="0"/>
      </w:pPr>
      <w:r>
        <w:rPr>
          <w:rFonts w:ascii="Arial" w:hAnsi="Arial"/>
          <w:b/>
        </w:rPr>
        <w:t xml:space="preserve">Interviewer P:  </w:t>
      </w:r>
      <w:r>
        <w:rPr>
          <w:rFonts w:ascii="Arial" w:hAnsi="Arial"/>
          <w:color w:val="5D7284"/>
        </w:rPr>
        <w:t>46:13</w:t>
      </w:r>
    </w:p>
    <w:p w14:paraId="6B995BA3" w14:textId="77777777" w:rsidR="00691987" w:rsidRDefault="00C4776F">
      <w:pPr>
        <w:spacing w:after="0"/>
      </w:pPr>
      <w:r>
        <w:rPr>
          <w:rFonts w:ascii="Arial" w:hAnsi="Arial"/>
        </w:rPr>
        <w:t>Yeah. So are they? Are they doing what you thought which was just bobbing up and down while everything moves around them? Are they surf circling too? So might help if you like? Eyeball one on the top and down on the bottom and compare them?</w:t>
      </w:r>
    </w:p>
    <w:p w14:paraId="755D676F" w14:textId="77777777" w:rsidR="00691987" w:rsidRDefault="00691987">
      <w:pPr>
        <w:spacing w:after="0"/>
      </w:pPr>
    </w:p>
    <w:p w14:paraId="1B560AD5" w14:textId="77777777" w:rsidR="00691987" w:rsidRDefault="00C4776F">
      <w:pPr>
        <w:spacing w:after="0"/>
      </w:pPr>
      <w:r>
        <w:rPr>
          <w:rFonts w:ascii="Arial" w:hAnsi="Arial"/>
          <w:b/>
        </w:rPr>
        <w:t xml:space="preserve">Participant #9:  </w:t>
      </w:r>
      <w:r>
        <w:rPr>
          <w:rFonts w:ascii="Arial" w:hAnsi="Arial"/>
          <w:color w:val="5D7284"/>
        </w:rPr>
        <w:t>46:29</w:t>
      </w:r>
    </w:p>
    <w:p w14:paraId="4EEA4A72" w14:textId="77777777" w:rsidR="00691987" w:rsidRDefault="00C4776F">
      <w:pPr>
        <w:spacing w:after="0"/>
      </w:pPr>
      <w:r>
        <w:rPr>
          <w:rFonts w:ascii="Arial" w:hAnsi="Arial"/>
        </w:rPr>
        <w:t>I feel like the one on the top isnt moving as much, like its staying where its staying and like the water and the tank is moving around them?</w:t>
      </w:r>
    </w:p>
    <w:p w14:paraId="0D36D2AE" w14:textId="77777777" w:rsidR="00691987" w:rsidRDefault="00691987">
      <w:pPr>
        <w:spacing w:after="0"/>
      </w:pPr>
    </w:p>
    <w:p w14:paraId="0B3D19D5" w14:textId="77777777" w:rsidR="00691987" w:rsidRDefault="00C4776F">
      <w:pPr>
        <w:spacing w:after="0"/>
      </w:pPr>
      <w:r>
        <w:rPr>
          <w:rFonts w:ascii="Arial" w:hAnsi="Arial"/>
          <w:b/>
        </w:rPr>
        <w:t xml:space="preserve">Interviewer P:  </w:t>
      </w:r>
      <w:r>
        <w:rPr>
          <w:rFonts w:ascii="Arial" w:hAnsi="Arial"/>
          <w:color w:val="5D7284"/>
        </w:rPr>
        <w:t>46:41</w:t>
      </w:r>
    </w:p>
    <w:p w14:paraId="4214B1D5" w14:textId="77777777" w:rsidR="00691987" w:rsidRDefault="00C4776F">
      <w:pPr>
        <w:spacing w:after="0"/>
      </w:pPr>
      <w:r>
        <w:rPr>
          <w:rFonts w:ascii="Arial" w:hAnsi="Arial"/>
        </w:rPr>
        <w:t xml:space="preserve">So do you </w:t>
      </w:r>
      <w:r>
        <w:rPr>
          <w:rFonts w:ascii="Arial" w:hAnsi="Arial"/>
        </w:rPr>
        <w:t>have ideas about why the ones on the bottom would be moving in a circle while the ones on the top aren't so much?</w:t>
      </w:r>
    </w:p>
    <w:p w14:paraId="2EF70DB9" w14:textId="77777777" w:rsidR="00691987" w:rsidRDefault="00691987">
      <w:pPr>
        <w:spacing w:after="0"/>
      </w:pPr>
    </w:p>
    <w:p w14:paraId="56D647C6" w14:textId="77777777" w:rsidR="00691987" w:rsidRDefault="00C4776F">
      <w:pPr>
        <w:spacing w:after="0"/>
      </w:pPr>
      <w:r>
        <w:rPr>
          <w:rFonts w:ascii="Arial" w:hAnsi="Arial"/>
          <w:b/>
        </w:rPr>
        <w:t xml:space="preserve">Participant #9:  </w:t>
      </w:r>
      <w:r>
        <w:rPr>
          <w:rFonts w:ascii="Arial" w:hAnsi="Arial"/>
          <w:color w:val="5D7284"/>
        </w:rPr>
        <w:t>46:51</w:t>
      </w:r>
    </w:p>
    <w:p w14:paraId="758C6166" w14:textId="77777777" w:rsidR="00691987" w:rsidRDefault="00C4776F">
      <w:pPr>
        <w:spacing w:after="0"/>
      </w:pPr>
      <w:r>
        <w:rPr>
          <w:rFonts w:ascii="Arial" w:hAnsi="Arial"/>
        </w:rPr>
        <w:t>I have no idea. Maybe there's more like force on the bottom thats making them move and at the top there like in between the water and like the sides, maybe thats what it is.</w:t>
      </w:r>
    </w:p>
    <w:p w14:paraId="25818A88" w14:textId="77777777" w:rsidR="00691987" w:rsidRDefault="00691987">
      <w:pPr>
        <w:spacing w:after="0"/>
      </w:pPr>
    </w:p>
    <w:p w14:paraId="75AC3C46" w14:textId="77777777" w:rsidR="00691987" w:rsidRDefault="00C4776F">
      <w:pPr>
        <w:spacing w:after="0"/>
      </w:pPr>
      <w:r>
        <w:rPr>
          <w:rFonts w:ascii="Arial" w:hAnsi="Arial"/>
          <w:b/>
        </w:rPr>
        <w:t xml:space="preserve">Interviewer P:  </w:t>
      </w:r>
      <w:r>
        <w:rPr>
          <w:rFonts w:ascii="Arial" w:hAnsi="Arial"/>
          <w:color w:val="5D7284"/>
        </w:rPr>
        <w:t>47:19</w:t>
      </w:r>
    </w:p>
    <w:p w14:paraId="6B914476" w14:textId="77777777" w:rsidR="00691987" w:rsidRDefault="00C4776F">
      <w:pPr>
        <w:spacing w:after="0"/>
      </w:pPr>
      <w:r>
        <w:rPr>
          <w:rFonts w:ascii="Arial" w:hAnsi="Arial"/>
        </w:rPr>
        <w:t xml:space="preserve">You're not feeling it as much. </w:t>
      </w:r>
    </w:p>
    <w:p w14:paraId="3EFC4699" w14:textId="77777777" w:rsidR="00691987" w:rsidRDefault="00691987">
      <w:pPr>
        <w:spacing w:after="0"/>
      </w:pPr>
    </w:p>
    <w:p w14:paraId="6F2D2C6D" w14:textId="77777777" w:rsidR="00691987" w:rsidRDefault="00C4776F">
      <w:pPr>
        <w:spacing w:after="0"/>
      </w:pPr>
      <w:r>
        <w:rPr>
          <w:rFonts w:ascii="Arial" w:hAnsi="Arial"/>
          <w:b/>
        </w:rPr>
        <w:t xml:space="preserve">Participant #9:  </w:t>
      </w:r>
      <w:r>
        <w:rPr>
          <w:rFonts w:ascii="Arial" w:hAnsi="Arial"/>
          <w:color w:val="5D7284"/>
        </w:rPr>
        <w:t>47:21</w:t>
      </w:r>
    </w:p>
    <w:p w14:paraId="330E516D" w14:textId="77777777" w:rsidR="00691987" w:rsidRDefault="00C4776F">
      <w:pPr>
        <w:spacing w:after="0"/>
      </w:pPr>
      <w:r>
        <w:rPr>
          <w:rFonts w:ascii="Arial" w:hAnsi="Arial"/>
        </w:rPr>
        <w:t>Yeah. Maybe.</w:t>
      </w:r>
    </w:p>
    <w:p w14:paraId="475697F1" w14:textId="77777777" w:rsidR="00691987" w:rsidRDefault="00691987">
      <w:pPr>
        <w:spacing w:after="0"/>
      </w:pPr>
    </w:p>
    <w:p w14:paraId="600FCE1E" w14:textId="77777777" w:rsidR="00691987" w:rsidRDefault="00C4776F">
      <w:pPr>
        <w:spacing w:after="0"/>
      </w:pPr>
      <w:r>
        <w:rPr>
          <w:rFonts w:ascii="Arial" w:hAnsi="Arial"/>
          <w:b/>
        </w:rPr>
        <w:lastRenderedPageBreak/>
        <w:t xml:space="preserve">Interviewer P:  </w:t>
      </w:r>
      <w:r>
        <w:rPr>
          <w:rFonts w:ascii="Arial" w:hAnsi="Arial"/>
          <w:color w:val="5D7284"/>
        </w:rPr>
        <w:t>47:26</w:t>
      </w:r>
    </w:p>
    <w:p w14:paraId="59633F5F" w14:textId="77777777" w:rsidR="00691987" w:rsidRDefault="00C4776F">
      <w:pPr>
        <w:spacing w:after="0"/>
      </w:pPr>
      <w:r>
        <w:rPr>
          <w:rFonts w:ascii="Arial" w:hAnsi="Arial"/>
        </w:rPr>
        <w:t>Are the fish starting to circling the ones on the top.</w:t>
      </w:r>
    </w:p>
    <w:p w14:paraId="4F82FD9F" w14:textId="77777777" w:rsidR="00691987" w:rsidRDefault="00691987">
      <w:pPr>
        <w:spacing w:after="0"/>
      </w:pPr>
    </w:p>
    <w:p w14:paraId="6F489BFE" w14:textId="77777777" w:rsidR="00691987" w:rsidRDefault="00C4776F">
      <w:pPr>
        <w:spacing w:after="0"/>
      </w:pPr>
      <w:r>
        <w:rPr>
          <w:rFonts w:ascii="Arial" w:hAnsi="Arial"/>
          <w:b/>
        </w:rPr>
        <w:t xml:space="preserve">Participant #9:  </w:t>
      </w:r>
      <w:r>
        <w:rPr>
          <w:rFonts w:ascii="Arial" w:hAnsi="Arial"/>
          <w:color w:val="5D7284"/>
        </w:rPr>
        <w:t>47:28</w:t>
      </w:r>
    </w:p>
    <w:p w14:paraId="4F955A4E" w14:textId="77777777" w:rsidR="00691987" w:rsidRDefault="00C4776F">
      <w:pPr>
        <w:spacing w:after="0"/>
      </w:pPr>
      <w:r>
        <w:rPr>
          <w:rFonts w:ascii="Arial" w:hAnsi="Arial"/>
        </w:rPr>
        <w:t>Right they're kind of moving now?</w:t>
      </w:r>
    </w:p>
    <w:p w14:paraId="2FB64611" w14:textId="77777777" w:rsidR="00691987" w:rsidRDefault="00691987">
      <w:pPr>
        <w:spacing w:after="0"/>
      </w:pPr>
    </w:p>
    <w:p w14:paraId="7EAACAF2" w14:textId="77777777" w:rsidR="00691987" w:rsidRDefault="00C4776F">
      <w:pPr>
        <w:spacing w:after="0"/>
      </w:pPr>
      <w:r>
        <w:rPr>
          <w:rFonts w:ascii="Arial" w:hAnsi="Arial"/>
          <w:b/>
        </w:rPr>
        <w:t xml:space="preserve">Interviewer P:  </w:t>
      </w:r>
      <w:r>
        <w:rPr>
          <w:rFonts w:ascii="Arial" w:hAnsi="Arial"/>
          <w:color w:val="5D7284"/>
        </w:rPr>
        <w:t>47:30</w:t>
      </w:r>
    </w:p>
    <w:p w14:paraId="79389EC5" w14:textId="77777777" w:rsidR="00691987" w:rsidRDefault="00C4776F">
      <w:pPr>
        <w:spacing w:after="0"/>
      </w:pPr>
      <w:r>
        <w:rPr>
          <w:rFonts w:ascii="Arial" w:hAnsi="Arial"/>
        </w:rPr>
        <w:t>Yeah like is if I keep my eye on that one. Yeah, he's swimming around in a circle. Although if I compare him to the blue one underneath the blue is beating him, if that that was a race. But it looks like there indeed now moving.</w:t>
      </w:r>
    </w:p>
    <w:p w14:paraId="0C2FEB53" w14:textId="77777777" w:rsidR="00691987" w:rsidRDefault="00691987">
      <w:pPr>
        <w:spacing w:after="0"/>
      </w:pPr>
    </w:p>
    <w:p w14:paraId="25637717" w14:textId="77777777" w:rsidR="00691987" w:rsidRDefault="00C4776F">
      <w:pPr>
        <w:spacing w:after="0"/>
      </w:pPr>
      <w:r>
        <w:rPr>
          <w:rFonts w:ascii="Arial" w:hAnsi="Arial"/>
          <w:b/>
        </w:rPr>
        <w:t xml:space="preserve">Participant #9:  </w:t>
      </w:r>
      <w:r>
        <w:rPr>
          <w:rFonts w:ascii="Arial" w:hAnsi="Arial"/>
          <w:color w:val="5D7284"/>
        </w:rPr>
        <w:t>47:48</w:t>
      </w:r>
    </w:p>
    <w:p w14:paraId="73DC8013" w14:textId="77777777" w:rsidR="00691987" w:rsidRDefault="00C4776F">
      <w:pPr>
        <w:spacing w:after="0"/>
      </w:pPr>
      <w:r>
        <w:rPr>
          <w:rFonts w:ascii="Arial" w:hAnsi="Arial"/>
        </w:rPr>
        <w:t xml:space="preserve">I guess it took longer for the top. </w:t>
      </w:r>
    </w:p>
    <w:p w14:paraId="6D2A471F" w14:textId="77777777" w:rsidR="00691987" w:rsidRDefault="00691987">
      <w:pPr>
        <w:spacing w:after="0"/>
      </w:pPr>
    </w:p>
    <w:p w14:paraId="09F75199" w14:textId="77777777" w:rsidR="00691987" w:rsidRDefault="00C4776F">
      <w:pPr>
        <w:spacing w:after="0"/>
      </w:pPr>
      <w:r>
        <w:rPr>
          <w:rFonts w:ascii="Arial" w:hAnsi="Arial"/>
          <w:b/>
        </w:rPr>
        <w:t xml:space="preserve">Interviewer P:  </w:t>
      </w:r>
      <w:r>
        <w:rPr>
          <w:rFonts w:ascii="Arial" w:hAnsi="Arial"/>
          <w:color w:val="5D7284"/>
        </w:rPr>
        <w:t>47:51</w:t>
      </w:r>
    </w:p>
    <w:p w14:paraId="70020C42" w14:textId="77777777" w:rsidR="00691987" w:rsidRDefault="00C4776F">
      <w:pPr>
        <w:spacing w:after="0"/>
      </w:pPr>
      <w:r>
        <w:rPr>
          <w:rFonts w:ascii="Arial" w:hAnsi="Arial"/>
        </w:rPr>
        <w:t>Why would that be?</w:t>
      </w:r>
    </w:p>
    <w:p w14:paraId="199D2A3A" w14:textId="77777777" w:rsidR="00691987" w:rsidRDefault="00691987">
      <w:pPr>
        <w:spacing w:after="0"/>
      </w:pPr>
    </w:p>
    <w:p w14:paraId="3D69BC6D" w14:textId="77777777" w:rsidR="00691987" w:rsidRDefault="00C4776F">
      <w:pPr>
        <w:spacing w:after="0"/>
      </w:pPr>
      <w:r>
        <w:rPr>
          <w:rFonts w:ascii="Arial" w:hAnsi="Arial"/>
          <w:b/>
        </w:rPr>
        <w:t xml:space="preserve">Participant #9:  </w:t>
      </w:r>
      <w:r>
        <w:rPr>
          <w:rFonts w:ascii="Arial" w:hAnsi="Arial"/>
          <w:color w:val="5D7284"/>
        </w:rPr>
        <w:t>47:58</w:t>
      </w:r>
    </w:p>
    <w:p w14:paraId="1C6E74C5" w14:textId="77777777" w:rsidR="00691987" w:rsidRDefault="00C4776F">
      <w:pPr>
        <w:spacing w:after="0"/>
      </w:pPr>
      <w:r>
        <w:rPr>
          <w:rFonts w:ascii="Arial" w:hAnsi="Arial"/>
        </w:rPr>
        <w:t>Maybe the fish at the bottom has more force maybe.</w:t>
      </w:r>
    </w:p>
    <w:p w14:paraId="548274DE" w14:textId="77777777" w:rsidR="00691987" w:rsidRDefault="00691987">
      <w:pPr>
        <w:spacing w:after="0"/>
      </w:pPr>
    </w:p>
    <w:p w14:paraId="2BCA578B" w14:textId="77777777" w:rsidR="00691987" w:rsidRDefault="00C4776F">
      <w:pPr>
        <w:spacing w:after="0"/>
      </w:pPr>
      <w:r>
        <w:rPr>
          <w:rFonts w:ascii="Arial" w:hAnsi="Arial"/>
          <w:b/>
        </w:rPr>
        <w:t xml:space="preserve">Interviewer P:  </w:t>
      </w:r>
      <w:r>
        <w:rPr>
          <w:rFonts w:ascii="Arial" w:hAnsi="Arial"/>
          <w:color w:val="5D7284"/>
        </w:rPr>
        <w:t>48:02</w:t>
      </w:r>
    </w:p>
    <w:p w14:paraId="0C8D42BF" w14:textId="77777777" w:rsidR="00691987" w:rsidRDefault="00C4776F">
      <w:pPr>
        <w:spacing w:after="0"/>
      </w:pPr>
      <w:r>
        <w:rPr>
          <w:rFonts w:ascii="Arial" w:hAnsi="Arial"/>
        </w:rPr>
        <w:t xml:space="preserve">Yeah, okay because they're definitely circling now. </w:t>
      </w:r>
    </w:p>
    <w:p w14:paraId="2246454C" w14:textId="77777777" w:rsidR="00691987" w:rsidRDefault="00691987">
      <w:pPr>
        <w:spacing w:after="0"/>
      </w:pPr>
    </w:p>
    <w:p w14:paraId="7CDD3904" w14:textId="77777777" w:rsidR="00691987" w:rsidRDefault="00C4776F">
      <w:pPr>
        <w:spacing w:after="0"/>
      </w:pPr>
      <w:r>
        <w:rPr>
          <w:rFonts w:ascii="Arial" w:hAnsi="Arial"/>
          <w:b/>
        </w:rPr>
        <w:t xml:space="preserve">Participant #9:  </w:t>
      </w:r>
      <w:r>
        <w:rPr>
          <w:rFonts w:ascii="Arial" w:hAnsi="Arial"/>
          <w:color w:val="5D7284"/>
        </w:rPr>
        <w:t>48:09</w:t>
      </w:r>
    </w:p>
    <w:p w14:paraId="4DE14870" w14:textId="77777777" w:rsidR="00691987" w:rsidRDefault="00C4776F">
      <w:pPr>
        <w:spacing w:after="0"/>
      </w:pPr>
      <w:r>
        <w:rPr>
          <w:rFonts w:ascii="Arial" w:hAnsi="Arial"/>
        </w:rPr>
        <w:t xml:space="preserve">Yeah. </w:t>
      </w:r>
    </w:p>
    <w:p w14:paraId="56A4BF70" w14:textId="77777777" w:rsidR="00691987" w:rsidRDefault="00691987">
      <w:pPr>
        <w:spacing w:after="0"/>
      </w:pPr>
    </w:p>
    <w:p w14:paraId="095101DC" w14:textId="77777777" w:rsidR="00691987" w:rsidRDefault="00C4776F">
      <w:pPr>
        <w:spacing w:after="0"/>
      </w:pPr>
      <w:r>
        <w:rPr>
          <w:rFonts w:ascii="Arial" w:hAnsi="Arial"/>
          <w:b/>
        </w:rPr>
        <w:t xml:space="preserve">Interviewer P:  </w:t>
      </w:r>
      <w:r>
        <w:rPr>
          <w:rFonts w:ascii="Arial" w:hAnsi="Arial"/>
          <w:color w:val="5D7284"/>
        </w:rPr>
        <w:t>48:10</w:t>
      </w:r>
    </w:p>
    <w:p w14:paraId="03C1040E" w14:textId="77777777" w:rsidR="00691987" w:rsidRDefault="00C4776F">
      <w:pPr>
        <w:spacing w:after="0"/>
      </w:pPr>
      <w:r>
        <w:rPr>
          <w:rFonts w:ascii="Arial" w:hAnsi="Arial"/>
        </w:rPr>
        <w:t>Although, like, if we compare like, there's the seahorse, on the bottom yellow seahorse, so it's catching up to the goldfish. And it's gonna lap it right now it passed it up. But the goldfish is still going around in a circle too. I wonder if we left this on for a really long time. If the ones on the top would catch up and they'd be moving as fast as the ones on the bottom.</w:t>
      </w:r>
    </w:p>
    <w:p w14:paraId="1EC54A3B" w14:textId="77777777" w:rsidR="00691987" w:rsidRDefault="00691987">
      <w:pPr>
        <w:spacing w:after="0"/>
      </w:pPr>
    </w:p>
    <w:p w14:paraId="11BD754E" w14:textId="77777777" w:rsidR="00691987" w:rsidRDefault="00C4776F">
      <w:pPr>
        <w:spacing w:after="0"/>
      </w:pPr>
      <w:r>
        <w:rPr>
          <w:rFonts w:ascii="Arial" w:hAnsi="Arial"/>
          <w:b/>
        </w:rPr>
        <w:t xml:space="preserve">Participant #9:  </w:t>
      </w:r>
      <w:r>
        <w:rPr>
          <w:rFonts w:ascii="Arial" w:hAnsi="Arial"/>
          <w:color w:val="5D7284"/>
        </w:rPr>
        <w:t>48:39</w:t>
      </w:r>
    </w:p>
    <w:p w14:paraId="2C49E9D5" w14:textId="77777777" w:rsidR="00691987" w:rsidRDefault="00C4776F">
      <w:pPr>
        <w:spacing w:after="0"/>
      </w:pPr>
      <w:r>
        <w:rPr>
          <w:rFonts w:ascii="Arial" w:hAnsi="Arial"/>
        </w:rPr>
        <w:t>I felt like they won't be at the same pace. Like even like, we could keep it for like a long time really long time. And why would that be? Just because I feel like the way it's moving like rotating. The speed doesn't change. So the way they're moving is gonna like, like ramain.</w:t>
      </w:r>
    </w:p>
    <w:p w14:paraId="2A9C6892" w14:textId="77777777" w:rsidR="00691987" w:rsidRDefault="00691987">
      <w:pPr>
        <w:spacing w:after="0"/>
      </w:pPr>
    </w:p>
    <w:p w14:paraId="4D647ADC" w14:textId="77777777" w:rsidR="00691987" w:rsidRDefault="00C4776F">
      <w:pPr>
        <w:spacing w:after="0"/>
      </w:pPr>
      <w:r>
        <w:rPr>
          <w:rFonts w:ascii="Arial" w:hAnsi="Arial"/>
          <w:b/>
        </w:rPr>
        <w:t xml:space="preserve">Interviewer P:  </w:t>
      </w:r>
      <w:r>
        <w:rPr>
          <w:rFonts w:ascii="Arial" w:hAnsi="Arial"/>
          <w:color w:val="5D7284"/>
        </w:rPr>
        <w:t>49:03</w:t>
      </w:r>
    </w:p>
    <w:p w14:paraId="22CA3140" w14:textId="77777777" w:rsidR="00691987" w:rsidRDefault="00C4776F">
      <w:pPr>
        <w:spacing w:after="0"/>
      </w:pPr>
      <w:r>
        <w:rPr>
          <w:rFonts w:ascii="Arial" w:hAnsi="Arial"/>
        </w:rPr>
        <w:t>Got it. So since the speed if the speed stays the same, then their motion is going to stay the same. What do you think will happen if I if I shut it off? Abruptly like put the brakes on?</w:t>
      </w:r>
    </w:p>
    <w:p w14:paraId="41D02A3C" w14:textId="77777777" w:rsidR="00691987" w:rsidRDefault="00691987">
      <w:pPr>
        <w:spacing w:after="0"/>
      </w:pPr>
    </w:p>
    <w:p w14:paraId="69F10C4C" w14:textId="77777777" w:rsidR="00691987" w:rsidRDefault="00C4776F">
      <w:pPr>
        <w:spacing w:after="0"/>
      </w:pPr>
      <w:r>
        <w:rPr>
          <w:rFonts w:ascii="Arial" w:hAnsi="Arial"/>
          <w:b/>
        </w:rPr>
        <w:t xml:space="preserve">Participant #9:  </w:t>
      </w:r>
      <w:r>
        <w:rPr>
          <w:rFonts w:ascii="Arial" w:hAnsi="Arial"/>
          <w:color w:val="5D7284"/>
        </w:rPr>
        <w:t>49:16</w:t>
      </w:r>
    </w:p>
    <w:p w14:paraId="5F71AAE8" w14:textId="77777777" w:rsidR="00691987" w:rsidRDefault="00C4776F">
      <w:pPr>
        <w:spacing w:after="0"/>
      </w:pPr>
      <w:r>
        <w:rPr>
          <w:rFonts w:ascii="Arial" w:hAnsi="Arial"/>
        </w:rPr>
        <w:t>Um, stay the same maybe, actually.</w:t>
      </w:r>
    </w:p>
    <w:p w14:paraId="26B66451" w14:textId="77777777" w:rsidR="00691987" w:rsidRDefault="00691987">
      <w:pPr>
        <w:spacing w:after="0"/>
      </w:pPr>
    </w:p>
    <w:p w14:paraId="3E334FB1" w14:textId="77777777" w:rsidR="00691987" w:rsidRDefault="00C4776F">
      <w:pPr>
        <w:spacing w:after="0"/>
      </w:pPr>
      <w:r>
        <w:rPr>
          <w:rFonts w:ascii="Arial" w:hAnsi="Arial"/>
          <w:b/>
        </w:rPr>
        <w:lastRenderedPageBreak/>
        <w:t xml:space="preserve">Interviewer P:  </w:t>
      </w:r>
      <w:r>
        <w:rPr>
          <w:rFonts w:ascii="Arial" w:hAnsi="Arial"/>
          <w:color w:val="5D7284"/>
        </w:rPr>
        <w:t>49:25</w:t>
      </w:r>
    </w:p>
    <w:p w14:paraId="51851217" w14:textId="77777777" w:rsidR="00691987" w:rsidRDefault="00C4776F">
      <w:pPr>
        <w:spacing w:after="0"/>
      </w:pPr>
      <w:r>
        <w:rPr>
          <w:rFonts w:ascii="Arial" w:hAnsi="Arial"/>
        </w:rPr>
        <w:t>Tell me about remains the same.</w:t>
      </w:r>
    </w:p>
    <w:p w14:paraId="7913DF8F" w14:textId="77777777" w:rsidR="00691987" w:rsidRDefault="00691987">
      <w:pPr>
        <w:spacing w:after="0"/>
      </w:pPr>
    </w:p>
    <w:p w14:paraId="0A745DAC" w14:textId="77777777" w:rsidR="00691987" w:rsidRDefault="00C4776F">
      <w:pPr>
        <w:spacing w:after="0"/>
      </w:pPr>
      <w:r>
        <w:rPr>
          <w:rFonts w:ascii="Arial" w:hAnsi="Arial"/>
          <w:b/>
        </w:rPr>
        <w:t xml:space="preserve">Participant #9:  </w:t>
      </w:r>
      <w:r>
        <w:rPr>
          <w:rFonts w:ascii="Arial" w:hAnsi="Arial"/>
          <w:color w:val="5D7284"/>
        </w:rPr>
        <w:t>49:31</w:t>
      </w:r>
    </w:p>
    <w:p w14:paraId="2D3A588A" w14:textId="77777777" w:rsidR="00691987" w:rsidRDefault="00C4776F">
      <w:pPr>
        <w:spacing w:after="0"/>
      </w:pPr>
      <w:r>
        <w:rPr>
          <w:rFonts w:ascii="Arial" w:hAnsi="Arial"/>
        </w:rPr>
        <w:t>I think it won't remain the same when you stop it. It's just gonna slowly like stop moving. But like there'll be at the same pace, I guess.</w:t>
      </w:r>
    </w:p>
    <w:p w14:paraId="326383CB" w14:textId="77777777" w:rsidR="00691987" w:rsidRDefault="00691987">
      <w:pPr>
        <w:spacing w:after="0"/>
      </w:pPr>
    </w:p>
    <w:p w14:paraId="2EC3DE89" w14:textId="77777777" w:rsidR="00691987" w:rsidRDefault="00C4776F">
      <w:pPr>
        <w:spacing w:after="0"/>
      </w:pPr>
      <w:r>
        <w:rPr>
          <w:rFonts w:ascii="Arial" w:hAnsi="Arial"/>
          <w:b/>
        </w:rPr>
        <w:t xml:space="preserve">Interviewer P:  </w:t>
      </w:r>
      <w:r>
        <w:rPr>
          <w:rFonts w:ascii="Arial" w:hAnsi="Arial"/>
          <w:color w:val="5D7284"/>
        </w:rPr>
        <w:t>49:43</w:t>
      </w:r>
    </w:p>
    <w:p w14:paraId="2B3CF4CE" w14:textId="77777777" w:rsidR="00691987" w:rsidRDefault="00C4776F">
      <w:pPr>
        <w:spacing w:after="0"/>
      </w:pPr>
      <w:r>
        <w:rPr>
          <w:rFonts w:ascii="Arial" w:hAnsi="Arial"/>
        </w:rPr>
        <w:t>Oh, so well. When I stopped the tank will the fish stop?</w:t>
      </w:r>
    </w:p>
    <w:p w14:paraId="5C883DCE" w14:textId="77777777" w:rsidR="00691987" w:rsidRDefault="00691987">
      <w:pPr>
        <w:spacing w:after="0"/>
      </w:pPr>
    </w:p>
    <w:p w14:paraId="71B7DFCD" w14:textId="77777777" w:rsidR="00691987" w:rsidRDefault="00C4776F">
      <w:pPr>
        <w:spacing w:after="0"/>
      </w:pPr>
      <w:r>
        <w:rPr>
          <w:rFonts w:ascii="Arial" w:hAnsi="Arial"/>
          <w:b/>
        </w:rPr>
        <w:t xml:space="preserve">Participant #9:  </w:t>
      </w:r>
      <w:r>
        <w:rPr>
          <w:rFonts w:ascii="Arial" w:hAnsi="Arial"/>
          <w:color w:val="5D7284"/>
        </w:rPr>
        <w:t>49:47</w:t>
      </w:r>
    </w:p>
    <w:p w14:paraId="36119EC1" w14:textId="77777777" w:rsidR="00691987" w:rsidRDefault="00C4776F">
      <w:pPr>
        <w:spacing w:after="0"/>
      </w:pPr>
      <w:r>
        <w:rPr>
          <w:rFonts w:ascii="Arial" w:hAnsi="Arial"/>
        </w:rPr>
        <w:t>I don't think the fish will stop immediately but eventually.</w:t>
      </w:r>
    </w:p>
    <w:p w14:paraId="5D041F83" w14:textId="77777777" w:rsidR="00691987" w:rsidRDefault="00691987">
      <w:pPr>
        <w:spacing w:after="0"/>
      </w:pPr>
    </w:p>
    <w:p w14:paraId="0239D6C9" w14:textId="77777777" w:rsidR="00691987" w:rsidRDefault="00C4776F">
      <w:pPr>
        <w:spacing w:after="0"/>
      </w:pPr>
      <w:r>
        <w:rPr>
          <w:rFonts w:ascii="Arial" w:hAnsi="Arial"/>
          <w:b/>
        </w:rPr>
        <w:t xml:space="preserve">Interviewer P:  </w:t>
      </w:r>
      <w:r>
        <w:rPr>
          <w:rFonts w:ascii="Arial" w:hAnsi="Arial"/>
          <w:color w:val="5D7284"/>
        </w:rPr>
        <w:t>49:51</w:t>
      </w:r>
    </w:p>
    <w:p w14:paraId="7FF18999" w14:textId="77777777" w:rsidR="00691987" w:rsidRDefault="00C4776F">
      <w:pPr>
        <w:spacing w:after="0"/>
      </w:pPr>
      <w:r>
        <w:rPr>
          <w:rFonts w:ascii="Arial" w:hAnsi="Arial"/>
        </w:rPr>
        <w:t xml:space="preserve">So they'll keep circling around. So are you </w:t>
      </w:r>
      <w:r>
        <w:rPr>
          <w:rFonts w:ascii="Arial" w:hAnsi="Arial"/>
        </w:rPr>
        <w:t>saying that because it stopped now that the fish on the bottom and the fish on the top will go with the same speed.</w:t>
      </w:r>
    </w:p>
    <w:p w14:paraId="7038B5B5" w14:textId="77777777" w:rsidR="00691987" w:rsidRDefault="00691987">
      <w:pPr>
        <w:spacing w:after="0"/>
      </w:pPr>
    </w:p>
    <w:p w14:paraId="4A9FCCBA" w14:textId="77777777" w:rsidR="00691987" w:rsidRDefault="00C4776F">
      <w:pPr>
        <w:spacing w:after="0"/>
      </w:pPr>
      <w:r>
        <w:rPr>
          <w:rFonts w:ascii="Arial" w:hAnsi="Arial"/>
          <w:b/>
        </w:rPr>
        <w:t xml:space="preserve">Participant #9:  </w:t>
      </w:r>
      <w:r>
        <w:rPr>
          <w:rFonts w:ascii="Arial" w:hAnsi="Arial"/>
          <w:color w:val="5D7284"/>
        </w:rPr>
        <w:t>50:02</w:t>
      </w:r>
    </w:p>
    <w:p w14:paraId="6F7DCBAB" w14:textId="77777777" w:rsidR="00691987" w:rsidRDefault="00C4776F">
      <w:pPr>
        <w:spacing w:after="0"/>
      </w:pPr>
      <w:r>
        <w:rPr>
          <w:rFonts w:ascii="Arial" w:hAnsi="Arial"/>
        </w:rPr>
        <w:t>The fishes aren't moving as much. Yeah, I'm just gonna stick with my answer. I think it's gonna slowly die down.</w:t>
      </w:r>
    </w:p>
    <w:p w14:paraId="47FB3FA1" w14:textId="77777777" w:rsidR="00691987" w:rsidRDefault="00691987">
      <w:pPr>
        <w:spacing w:after="0"/>
      </w:pPr>
    </w:p>
    <w:p w14:paraId="0CC4DB88" w14:textId="77777777" w:rsidR="00691987" w:rsidRDefault="00C4776F">
      <w:pPr>
        <w:spacing w:after="0"/>
      </w:pPr>
      <w:r>
        <w:rPr>
          <w:rFonts w:ascii="Arial" w:hAnsi="Arial"/>
          <w:b/>
        </w:rPr>
        <w:t xml:space="preserve">Interviewer P:  </w:t>
      </w:r>
      <w:r>
        <w:rPr>
          <w:rFonts w:ascii="Arial" w:hAnsi="Arial"/>
          <w:color w:val="5D7284"/>
        </w:rPr>
        <w:t>50:16</w:t>
      </w:r>
    </w:p>
    <w:p w14:paraId="7726B44A" w14:textId="77777777" w:rsidR="00691987" w:rsidRDefault="00C4776F">
      <w:pPr>
        <w:spacing w:after="0"/>
      </w:pPr>
      <w:r>
        <w:rPr>
          <w:rFonts w:ascii="Arial" w:hAnsi="Arial"/>
        </w:rPr>
        <w:t>It seems like so now if I compare that blue one on the bottom and the top they aren't going up the same speed, see that.</w:t>
      </w:r>
    </w:p>
    <w:p w14:paraId="22DF6A74" w14:textId="77777777" w:rsidR="00691987" w:rsidRDefault="00691987">
      <w:pPr>
        <w:spacing w:after="0"/>
      </w:pPr>
    </w:p>
    <w:p w14:paraId="7003A972" w14:textId="77777777" w:rsidR="00691987" w:rsidRDefault="00C4776F">
      <w:pPr>
        <w:spacing w:after="0"/>
      </w:pPr>
      <w:r>
        <w:rPr>
          <w:rFonts w:ascii="Arial" w:hAnsi="Arial"/>
          <w:b/>
        </w:rPr>
        <w:t xml:space="preserve">Participant #9:  </w:t>
      </w:r>
      <w:r>
        <w:rPr>
          <w:rFonts w:ascii="Arial" w:hAnsi="Arial"/>
          <w:color w:val="5D7284"/>
        </w:rPr>
        <w:t>50:23</w:t>
      </w:r>
    </w:p>
    <w:p w14:paraId="57887B4A" w14:textId="77777777" w:rsidR="00691987" w:rsidRDefault="00C4776F">
      <w:pPr>
        <w:spacing w:after="0"/>
      </w:pPr>
      <w:r>
        <w:rPr>
          <w:rFonts w:ascii="Arial" w:hAnsi="Arial"/>
        </w:rPr>
        <w:t>Yeah.</w:t>
      </w:r>
    </w:p>
    <w:p w14:paraId="29EEAFE8" w14:textId="77777777" w:rsidR="00691987" w:rsidRDefault="00691987">
      <w:pPr>
        <w:spacing w:after="0"/>
      </w:pPr>
    </w:p>
    <w:p w14:paraId="44DF31F2" w14:textId="77777777" w:rsidR="00691987" w:rsidRDefault="00C4776F">
      <w:pPr>
        <w:spacing w:after="0"/>
      </w:pPr>
      <w:r>
        <w:rPr>
          <w:rFonts w:ascii="Arial" w:hAnsi="Arial"/>
          <w:b/>
        </w:rPr>
        <w:t xml:space="preserve">Interviewer P:  </w:t>
      </w:r>
      <w:r>
        <w:rPr>
          <w:rFonts w:ascii="Arial" w:hAnsi="Arial"/>
          <w:color w:val="5D7284"/>
        </w:rPr>
        <w:t>50:25</w:t>
      </w:r>
    </w:p>
    <w:p w14:paraId="418BE283" w14:textId="77777777" w:rsidR="00691987" w:rsidRDefault="00C4776F">
      <w:pPr>
        <w:spacing w:after="0"/>
      </w:pPr>
      <w:r>
        <w:rPr>
          <w:rFonts w:ascii="Arial" w:hAnsi="Arial"/>
        </w:rPr>
        <w:t xml:space="preserve">Oh maybe the one on the bottom is going a little bit </w:t>
      </w:r>
      <w:r>
        <w:rPr>
          <w:rFonts w:ascii="Arial" w:hAnsi="Arial"/>
        </w:rPr>
        <w:t>faster but still they do seem to be catching up the ones on the top Okay, so we're saying that when I stop it they're gonna keep moving.</w:t>
      </w:r>
    </w:p>
    <w:p w14:paraId="2E7D8E03" w14:textId="77777777" w:rsidR="00691987" w:rsidRDefault="00691987">
      <w:pPr>
        <w:spacing w:after="0"/>
      </w:pPr>
    </w:p>
    <w:p w14:paraId="21BDDB70" w14:textId="77777777" w:rsidR="00691987" w:rsidRDefault="00C4776F">
      <w:pPr>
        <w:spacing w:after="0"/>
      </w:pPr>
      <w:r>
        <w:rPr>
          <w:rFonts w:ascii="Arial" w:hAnsi="Arial"/>
          <w:b/>
        </w:rPr>
        <w:t xml:space="preserve">Participant #9:  </w:t>
      </w:r>
      <w:r>
        <w:rPr>
          <w:rFonts w:ascii="Arial" w:hAnsi="Arial"/>
          <w:color w:val="5D7284"/>
        </w:rPr>
        <w:t>50:47</w:t>
      </w:r>
    </w:p>
    <w:p w14:paraId="0B982312" w14:textId="77777777" w:rsidR="00691987" w:rsidRDefault="00C4776F">
      <w:pPr>
        <w:spacing w:after="0"/>
      </w:pPr>
      <w:r>
        <w:rPr>
          <w:rFonts w:ascii="Arial" w:hAnsi="Arial"/>
        </w:rPr>
        <w:t>But they'll like eventually stop.</w:t>
      </w:r>
    </w:p>
    <w:p w14:paraId="668612AC" w14:textId="77777777" w:rsidR="00691987" w:rsidRDefault="00691987">
      <w:pPr>
        <w:spacing w:after="0"/>
      </w:pPr>
    </w:p>
    <w:p w14:paraId="408745F9" w14:textId="77777777" w:rsidR="00691987" w:rsidRDefault="00C4776F">
      <w:pPr>
        <w:spacing w:after="0"/>
      </w:pPr>
      <w:r>
        <w:rPr>
          <w:rFonts w:ascii="Arial" w:hAnsi="Arial"/>
          <w:b/>
        </w:rPr>
        <w:t xml:space="preserve">Interviewer P:  </w:t>
      </w:r>
      <w:r>
        <w:rPr>
          <w:rFonts w:ascii="Arial" w:hAnsi="Arial"/>
          <w:color w:val="5D7284"/>
        </w:rPr>
        <w:t>50:49</w:t>
      </w:r>
    </w:p>
    <w:p w14:paraId="2094341B" w14:textId="77777777" w:rsidR="00691987" w:rsidRDefault="00C4776F">
      <w:pPr>
        <w:spacing w:after="0"/>
      </w:pPr>
      <w:r>
        <w:rPr>
          <w:rFonts w:ascii="Arial" w:hAnsi="Arial"/>
        </w:rPr>
        <w:t>Okay.</w:t>
      </w:r>
    </w:p>
    <w:p w14:paraId="709FB0B2" w14:textId="77777777" w:rsidR="00691987" w:rsidRDefault="00691987">
      <w:pPr>
        <w:spacing w:after="0"/>
      </w:pPr>
    </w:p>
    <w:p w14:paraId="394A820B" w14:textId="77777777" w:rsidR="00691987" w:rsidRDefault="00C4776F">
      <w:pPr>
        <w:spacing w:after="0"/>
      </w:pPr>
      <w:r>
        <w:rPr>
          <w:rFonts w:ascii="Arial" w:hAnsi="Arial"/>
          <w:b/>
        </w:rPr>
        <w:t xml:space="preserve">Participant #9:  </w:t>
      </w:r>
      <w:r>
        <w:rPr>
          <w:rFonts w:ascii="Arial" w:hAnsi="Arial"/>
          <w:color w:val="5D7284"/>
        </w:rPr>
        <w:t>50:50</w:t>
      </w:r>
    </w:p>
    <w:p w14:paraId="7A6BB0B1" w14:textId="77777777" w:rsidR="00691987" w:rsidRDefault="00C4776F">
      <w:pPr>
        <w:spacing w:after="0"/>
      </w:pPr>
      <w:r>
        <w:rPr>
          <w:rFonts w:ascii="Arial" w:hAnsi="Arial"/>
        </w:rPr>
        <w:t>I don't think it'll stop immediately.</w:t>
      </w:r>
    </w:p>
    <w:p w14:paraId="10666832" w14:textId="77777777" w:rsidR="00691987" w:rsidRDefault="00691987">
      <w:pPr>
        <w:spacing w:after="0"/>
      </w:pPr>
    </w:p>
    <w:p w14:paraId="43B7FD3D" w14:textId="77777777" w:rsidR="00691987" w:rsidRDefault="00C4776F">
      <w:pPr>
        <w:spacing w:after="0"/>
      </w:pPr>
      <w:r>
        <w:rPr>
          <w:rFonts w:ascii="Arial" w:hAnsi="Arial"/>
          <w:b/>
        </w:rPr>
        <w:t xml:space="preserve">Interviewer P:  </w:t>
      </w:r>
      <w:r>
        <w:rPr>
          <w:rFonts w:ascii="Arial" w:hAnsi="Arial"/>
          <w:color w:val="5D7284"/>
        </w:rPr>
        <w:t>50:53</w:t>
      </w:r>
    </w:p>
    <w:p w14:paraId="047AD40C" w14:textId="77777777" w:rsidR="00691987" w:rsidRDefault="00C4776F">
      <w:pPr>
        <w:spacing w:after="0"/>
      </w:pPr>
      <w:r>
        <w:rPr>
          <w:rFonts w:ascii="Arial" w:hAnsi="Arial"/>
        </w:rPr>
        <w:t>Okay, so lets see.</w:t>
      </w:r>
    </w:p>
    <w:p w14:paraId="77257D63" w14:textId="77777777" w:rsidR="00691987" w:rsidRDefault="00691987">
      <w:pPr>
        <w:spacing w:after="0"/>
      </w:pPr>
    </w:p>
    <w:p w14:paraId="74484588" w14:textId="77777777" w:rsidR="00691987" w:rsidRDefault="00C4776F">
      <w:pPr>
        <w:spacing w:after="0"/>
      </w:pPr>
      <w:r>
        <w:rPr>
          <w:rFonts w:ascii="Arial" w:hAnsi="Arial"/>
          <w:b/>
        </w:rPr>
        <w:lastRenderedPageBreak/>
        <w:t xml:space="preserve">Participant #9:  </w:t>
      </w:r>
      <w:r>
        <w:rPr>
          <w:rFonts w:ascii="Arial" w:hAnsi="Arial"/>
          <w:color w:val="5D7284"/>
        </w:rPr>
        <w:t>51:00</w:t>
      </w:r>
    </w:p>
    <w:p w14:paraId="13A07B4E" w14:textId="77777777" w:rsidR="00691987" w:rsidRDefault="00C4776F">
      <w:pPr>
        <w:spacing w:after="0"/>
      </w:pPr>
      <w:r>
        <w:rPr>
          <w:rFonts w:ascii="Arial" w:hAnsi="Arial"/>
        </w:rPr>
        <w:t>oh wow they are really moving, actually, that doesn't make sense.</w:t>
      </w:r>
    </w:p>
    <w:p w14:paraId="0EA70D6C" w14:textId="77777777" w:rsidR="00691987" w:rsidRDefault="00691987">
      <w:pPr>
        <w:spacing w:after="0"/>
      </w:pPr>
    </w:p>
    <w:p w14:paraId="39BA908C" w14:textId="77777777" w:rsidR="00691987" w:rsidRDefault="00C4776F">
      <w:pPr>
        <w:spacing w:after="0"/>
      </w:pPr>
      <w:r>
        <w:rPr>
          <w:rFonts w:ascii="Arial" w:hAnsi="Arial"/>
          <w:b/>
        </w:rPr>
        <w:t xml:space="preserve">Interviewer P:  </w:t>
      </w:r>
      <w:r>
        <w:rPr>
          <w:rFonts w:ascii="Arial" w:hAnsi="Arial"/>
          <w:color w:val="5D7284"/>
        </w:rPr>
        <w:t>51:11</w:t>
      </w:r>
    </w:p>
    <w:p w14:paraId="45481A0F" w14:textId="77777777" w:rsidR="00691987" w:rsidRDefault="00C4776F">
      <w:pPr>
        <w:spacing w:after="0"/>
      </w:pPr>
      <w:r>
        <w:rPr>
          <w:rFonts w:ascii="Arial" w:hAnsi="Arial"/>
        </w:rPr>
        <w:t>What part of it makes sense?</w:t>
      </w:r>
    </w:p>
    <w:p w14:paraId="7A1C8B0F" w14:textId="77777777" w:rsidR="00691987" w:rsidRDefault="00691987">
      <w:pPr>
        <w:spacing w:after="0"/>
      </w:pPr>
    </w:p>
    <w:p w14:paraId="340FC7F2" w14:textId="77777777" w:rsidR="00691987" w:rsidRDefault="00C4776F">
      <w:pPr>
        <w:spacing w:after="0"/>
      </w:pPr>
      <w:r>
        <w:rPr>
          <w:rFonts w:ascii="Arial" w:hAnsi="Arial"/>
          <w:b/>
        </w:rPr>
        <w:t xml:space="preserve">Participant #9:  </w:t>
      </w:r>
      <w:r>
        <w:rPr>
          <w:rFonts w:ascii="Arial" w:hAnsi="Arial"/>
          <w:color w:val="5D7284"/>
        </w:rPr>
        <w:t>51:14</w:t>
      </w:r>
    </w:p>
    <w:p w14:paraId="5C764E60" w14:textId="77777777" w:rsidR="00691987" w:rsidRDefault="00C4776F">
      <w:pPr>
        <w:spacing w:after="0"/>
      </w:pPr>
      <w:r>
        <w:rPr>
          <w:rFonts w:ascii="Arial" w:hAnsi="Arial"/>
        </w:rPr>
        <w:t>I feel like its, it's hard to explain. But like once I felt that it just makes sense in my head just because the water is moving so fast and when to stop the water still gonna keep on moving. So it makes sense that the fishes move with the water because that's what it was doing. Yeah.</w:t>
      </w:r>
    </w:p>
    <w:p w14:paraId="41A9B34F" w14:textId="77777777" w:rsidR="00691987" w:rsidRDefault="00691987">
      <w:pPr>
        <w:spacing w:after="0"/>
      </w:pPr>
    </w:p>
    <w:p w14:paraId="2650AFE6" w14:textId="77777777" w:rsidR="00691987" w:rsidRDefault="00C4776F">
      <w:pPr>
        <w:spacing w:after="0"/>
      </w:pPr>
      <w:r>
        <w:rPr>
          <w:rFonts w:ascii="Arial" w:hAnsi="Arial"/>
          <w:b/>
        </w:rPr>
        <w:t xml:space="preserve">Interviewer P:  </w:t>
      </w:r>
      <w:r>
        <w:rPr>
          <w:rFonts w:ascii="Arial" w:hAnsi="Arial"/>
          <w:color w:val="5D7284"/>
        </w:rPr>
        <w:t>51:33</w:t>
      </w:r>
    </w:p>
    <w:p w14:paraId="0078C800" w14:textId="77777777" w:rsidR="00691987" w:rsidRDefault="00C4776F">
      <w:pPr>
        <w:spacing w:after="0"/>
      </w:pPr>
      <w:r>
        <w:rPr>
          <w:rFonts w:ascii="Arial" w:hAnsi="Arial"/>
        </w:rPr>
        <w:t>Yeah, the ones on the bottom have stopped except for that one little guy.</w:t>
      </w:r>
    </w:p>
    <w:p w14:paraId="349D5961" w14:textId="77777777" w:rsidR="00691987" w:rsidRDefault="00691987">
      <w:pPr>
        <w:spacing w:after="0"/>
      </w:pPr>
    </w:p>
    <w:p w14:paraId="137AAC9E" w14:textId="77777777" w:rsidR="00691987" w:rsidRDefault="00C4776F">
      <w:pPr>
        <w:spacing w:after="0"/>
      </w:pPr>
      <w:r>
        <w:rPr>
          <w:rFonts w:ascii="Arial" w:hAnsi="Arial"/>
          <w:b/>
        </w:rPr>
        <w:t xml:space="preserve">Participant #9:  </w:t>
      </w:r>
      <w:r>
        <w:rPr>
          <w:rFonts w:ascii="Arial" w:hAnsi="Arial"/>
          <w:color w:val="5D7284"/>
        </w:rPr>
        <w:t>51:38</w:t>
      </w:r>
    </w:p>
    <w:p w14:paraId="643CE839" w14:textId="77777777" w:rsidR="00691987" w:rsidRDefault="00C4776F">
      <w:pPr>
        <w:spacing w:after="0"/>
      </w:pPr>
      <w:r>
        <w:rPr>
          <w:rFonts w:ascii="Arial" w:hAnsi="Arial"/>
        </w:rPr>
        <w:t xml:space="preserve">Yeah. </w:t>
      </w:r>
    </w:p>
    <w:p w14:paraId="0FA5CB75" w14:textId="77777777" w:rsidR="00691987" w:rsidRDefault="00691987">
      <w:pPr>
        <w:spacing w:after="0"/>
      </w:pPr>
    </w:p>
    <w:p w14:paraId="667B0325" w14:textId="77777777" w:rsidR="00691987" w:rsidRDefault="00C4776F">
      <w:pPr>
        <w:spacing w:after="0"/>
      </w:pPr>
      <w:r>
        <w:rPr>
          <w:rFonts w:ascii="Arial" w:hAnsi="Arial"/>
          <w:b/>
        </w:rPr>
        <w:t xml:space="preserve">Interviewer P:  </w:t>
      </w:r>
      <w:r>
        <w:rPr>
          <w:rFonts w:ascii="Arial" w:hAnsi="Arial"/>
          <w:color w:val="5D7284"/>
        </w:rPr>
        <w:t>51:40</w:t>
      </w:r>
    </w:p>
    <w:p w14:paraId="183492C3" w14:textId="77777777" w:rsidR="00691987" w:rsidRDefault="00C4776F">
      <w:pPr>
        <w:spacing w:after="0"/>
      </w:pPr>
      <w:r>
        <w:rPr>
          <w:rFonts w:ascii="Arial" w:hAnsi="Arial"/>
        </w:rPr>
        <w:t>Now he's got a friend that's moving with him.</w:t>
      </w:r>
    </w:p>
    <w:p w14:paraId="33EF0108" w14:textId="77777777" w:rsidR="00691987" w:rsidRDefault="00691987">
      <w:pPr>
        <w:spacing w:after="0"/>
      </w:pPr>
    </w:p>
    <w:p w14:paraId="7307609A" w14:textId="77777777" w:rsidR="00691987" w:rsidRDefault="00C4776F">
      <w:pPr>
        <w:spacing w:after="0"/>
      </w:pPr>
      <w:r>
        <w:rPr>
          <w:rFonts w:ascii="Arial" w:hAnsi="Arial"/>
          <w:b/>
        </w:rPr>
        <w:t xml:space="preserve">Participant #9:  </w:t>
      </w:r>
      <w:r>
        <w:rPr>
          <w:rFonts w:ascii="Arial" w:hAnsi="Arial"/>
          <w:color w:val="5D7284"/>
        </w:rPr>
        <w:t>51:43</w:t>
      </w:r>
    </w:p>
    <w:p w14:paraId="7D11E5D5" w14:textId="77777777" w:rsidR="00691987" w:rsidRDefault="00C4776F">
      <w:pPr>
        <w:spacing w:after="0"/>
      </w:pPr>
      <w:r>
        <w:rPr>
          <w:rFonts w:ascii="Arial" w:hAnsi="Arial"/>
        </w:rPr>
        <w:t xml:space="preserve">I'm confused on why </w:t>
      </w:r>
      <w:r>
        <w:rPr>
          <w:rFonts w:ascii="Arial" w:hAnsi="Arial"/>
        </w:rPr>
        <w:t>the bottom isn't moving. Yeah.</w:t>
      </w:r>
    </w:p>
    <w:p w14:paraId="32AB202E" w14:textId="77777777" w:rsidR="00691987" w:rsidRDefault="00691987">
      <w:pPr>
        <w:spacing w:after="0"/>
      </w:pPr>
    </w:p>
    <w:p w14:paraId="69FE4BAA" w14:textId="77777777" w:rsidR="00691987" w:rsidRDefault="00C4776F">
      <w:pPr>
        <w:spacing w:after="0"/>
      </w:pPr>
      <w:r>
        <w:rPr>
          <w:rFonts w:ascii="Arial" w:hAnsi="Arial"/>
          <w:b/>
        </w:rPr>
        <w:t xml:space="preserve">Interviewer P:  </w:t>
      </w:r>
      <w:r>
        <w:rPr>
          <w:rFonts w:ascii="Arial" w:hAnsi="Arial"/>
          <w:color w:val="5D7284"/>
        </w:rPr>
        <w:t>51:57</w:t>
      </w:r>
    </w:p>
    <w:p w14:paraId="5BA9B97C" w14:textId="77777777" w:rsidR="00691987" w:rsidRDefault="00C4776F">
      <w:pPr>
        <w:spacing w:after="0"/>
      </w:pPr>
      <w:r>
        <w:rPr>
          <w:rFonts w:ascii="Arial" w:hAnsi="Arial"/>
        </w:rPr>
        <w:t>Any guesses?</w:t>
      </w:r>
    </w:p>
    <w:p w14:paraId="193DA623" w14:textId="77777777" w:rsidR="00691987" w:rsidRDefault="00691987">
      <w:pPr>
        <w:spacing w:after="0"/>
      </w:pPr>
    </w:p>
    <w:p w14:paraId="6D1B4941" w14:textId="77777777" w:rsidR="00691987" w:rsidRDefault="00C4776F">
      <w:pPr>
        <w:spacing w:after="0"/>
      </w:pPr>
      <w:r>
        <w:rPr>
          <w:rFonts w:ascii="Arial" w:hAnsi="Arial"/>
          <w:b/>
        </w:rPr>
        <w:t xml:space="preserve">Participant #9:  </w:t>
      </w:r>
      <w:r>
        <w:rPr>
          <w:rFonts w:ascii="Arial" w:hAnsi="Arial"/>
          <w:color w:val="5D7284"/>
        </w:rPr>
        <w:t>52:05</w:t>
      </w:r>
    </w:p>
    <w:p w14:paraId="4AD639D3" w14:textId="77777777" w:rsidR="00691987" w:rsidRDefault="00C4776F">
      <w:pPr>
        <w:spacing w:after="0"/>
      </w:pPr>
      <w:r>
        <w:rPr>
          <w:rFonts w:ascii="Arial" w:hAnsi="Arial"/>
        </w:rPr>
        <w:t>I guess the opposite of when it was rotating, I guess the surface is moving a little bit more at then the bottom now...</w:t>
      </w:r>
    </w:p>
    <w:p w14:paraId="17752D32" w14:textId="77777777" w:rsidR="00691987" w:rsidRDefault="00691987">
      <w:pPr>
        <w:spacing w:after="0"/>
      </w:pPr>
    </w:p>
    <w:p w14:paraId="05538CF7" w14:textId="77777777" w:rsidR="00691987" w:rsidRDefault="00C4776F">
      <w:pPr>
        <w:spacing w:after="0"/>
      </w:pPr>
      <w:r>
        <w:rPr>
          <w:rFonts w:ascii="Arial" w:hAnsi="Arial"/>
          <w:b/>
        </w:rPr>
        <w:t xml:space="preserve">Interviewer P:  </w:t>
      </w:r>
      <w:r>
        <w:rPr>
          <w:rFonts w:ascii="Arial" w:hAnsi="Arial"/>
          <w:color w:val="5D7284"/>
        </w:rPr>
        <w:t>52:48</w:t>
      </w:r>
    </w:p>
    <w:p w14:paraId="7153A33D" w14:textId="77777777" w:rsidR="00691987" w:rsidRDefault="00C4776F">
      <w:pPr>
        <w:spacing w:after="0"/>
      </w:pPr>
      <w:r>
        <w:rPr>
          <w:rFonts w:ascii="Arial" w:hAnsi="Arial"/>
        </w:rPr>
        <w:t>Right well I'm gonna stop the recording. Okay, you want to grab to get that one Erika, the audio.</w:t>
      </w:r>
    </w:p>
    <w:sectPr w:rsidR="00691987" w:rsidSect="001216B9">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79197A" w14:textId="77777777" w:rsidR="00ED3244" w:rsidRDefault="00ED3244">
      <w:pPr>
        <w:spacing w:after="0" w:line="240" w:lineRule="auto"/>
      </w:pPr>
      <w:r>
        <w:separator/>
      </w:r>
    </w:p>
  </w:endnote>
  <w:endnote w:type="continuationSeparator" w:id="0">
    <w:p w14:paraId="2DE4297E"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3E7843DE"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26D06681"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23F927F3"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1271867E"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284142F4"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279879"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88C718" w14:textId="77777777" w:rsidR="00ED3244" w:rsidRDefault="00ED3244">
      <w:pPr>
        <w:spacing w:after="0" w:line="240" w:lineRule="auto"/>
      </w:pPr>
      <w:r>
        <w:separator/>
      </w:r>
    </w:p>
  </w:footnote>
  <w:footnote w:type="continuationSeparator" w:id="0">
    <w:p w14:paraId="495DD8EF"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0A61E4"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5FC846"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5EF28F"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245843463">
    <w:abstractNumId w:val="8"/>
  </w:num>
  <w:num w:numId="2" w16cid:durableId="796294947">
    <w:abstractNumId w:val="6"/>
  </w:num>
  <w:num w:numId="3" w16cid:durableId="1861890242">
    <w:abstractNumId w:val="5"/>
  </w:num>
  <w:num w:numId="4" w16cid:durableId="1202742037">
    <w:abstractNumId w:val="4"/>
  </w:num>
  <w:num w:numId="5" w16cid:durableId="2132816338">
    <w:abstractNumId w:val="7"/>
  </w:num>
  <w:num w:numId="6" w16cid:durableId="33388228">
    <w:abstractNumId w:val="3"/>
  </w:num>
  <w:num w:numId="7" w16cid:durableId="1125394492">
    <w:abstractNumId w:val="2"/>
  </w:num>
  <w:num w:numId="8" w16cid:durableId="76170719">
    <w:abstractNumId w:val="1"/>
  </w:num>
  <w:num w:numId="9" w16cid:durableId="72745737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91987"/>
    <w:rsid w:val="006E2A8C"/>
    <w:rsid w:val="007749AF"/>
    <w:rsid w:val="00794EBC"/>
    <w:rsid w:val="00930F33"/>
    <w:rsid w:val="009C3AF0"/>
    <w:rsid w:val="00A12EE5"/>
    <w:rsid w:val="00AA1D8D"/>
    <w:rsid w:val="00B47730"/>
    <w:rsid w:val="00BA4C2B"/>
    <w:rsid w:val="00BD0140"/>
    <w:rsid w:val="00C24502"/>
    <w:rsid w:val="00C4776F"/>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ecimalSymbol w:val="."/>
  <w:listSeparator w:val=","/>
  <w14:docId w14:val="12ECC8B0"/>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F99A34CB-BF0B-4218-952A-3BB13F0D20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2B8190-9B2E-4347-A4A0-9E3A737DE937}">
  <ds:schemaRefs>
    <ds:schemaRef ds:uri="http://schemas.microsoft.com/sharepoint/v3/contenttype/forms"/>
  </ds:schemaRefs>
</ds:datastoreItem>
</file>

<file path=customXml/itemProps4.xml><?xml version="1.0" encoding="utf-8"?>
<ds:datastoreItem xmlns:ds="http://schemas.openxmlformats.org/officeDocument/2006/customXml" ds:itemID="{9539CA5B-46E5-40CE-9D7E-70073576EBC8}">
  <ds:schemaRefs>
    <ds:schemaRef ds:uri="http://purl.org/dc/elements/1.1/"/>
    <ds:schemaRef ds:uri="http://schemas.microsoft.com/office/infopath/2007/PartnerControls"/>
    <ds:schemaRef ds:uri="http://schemas.microsoft.com/office/2006/documentManagement/types"/>
    <ds:schemaRef ds:uri="http://schemas.openxmlformats.org/package/2006/metadata/core-properties"/>
    <ds:schemaRef ds:uri="http://purl.org/dc/dcmitype/"/>
    <ds:schemaRef ds:uri="eeef5ad7-d6de-419e-9305-cd9bdd8d89a9"/>
    <ds:schemaRef ds:uri="http://www.w3.org/XML/1998/namespace"/>
    <ds:schemaRef ds:uri="5b1983e9-55b4-4f9e-a196-30376d2238aa"/>
    <ds:schemaRef ds:uri="http://schemas.microsoft.com/sharepoint/v3"/>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5689</Words>
  <Characters>32429</Characters>
  <Application>Microsoft Office Word</Application>
  <DocSecurity>4</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38042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2024-05-21T16:08:00Z</dcterms:created>
  <dcterms:modified xsi:type="dcterms:W3CDTF">2024-05-21T16:08:00Z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