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CE4B23" w14:textId="77777777" w:rsidR="00930F33" w:rsidRDefault="00930F33">
      <w:pPr>
        <w:spacing w:after="0"/>
        <w:rPr>
          <w:lang w:eastAsia="zh-CN"/>
        </w:rPr>
      </w:pPr>
    </w:p>
    <w:p w14:paraId="28257574" w14:textId="77777777" w:rsidR="00A93E13" w:rsidRDefault="00365114">
      <w:r>
        <w:rPr>
          <w:rFonts w:ascii="Arial" w:hAnsi="Arial"/>
          <w:sz w:val="48"/>
        </w:rPr>
        <w:t>Participant #19 Audio (1)</w:t>
      </w:r>
    </w:p>
    <w:p w14:paraId="4017A0A8" w14:textId="56ACC128" w:rsidR="00A93E13" w:rsidRDefault="00365114">
      <w:r>
        <w:rPr>
          <w:rFonts w:ascii="Arial" w:hAnsi="Arial"/>
          <w:color w:val="4F6880"/>
        </w:rPr>
        <w:t xml:space="preserve">Fri, Jan 19, </w:t>
      </w:r>
      <w:r w:rsidR="00B3550E">
        <w:rPr>
          <w:rFonts w:ascii="Arial" w:hAnsi="Arial"/>
          <w:color w:val="4F6880"/>
        </w:rPr>
        <w:t>2024,</w:t>
      </w:r>
      <w:r>
        <w:rPr>
          <w:rFonts w:ascii="Arial" w:hAnsi="Arial"/>
          <w:color w:val="4F6880"/>
        </w:rPr>
        <w:t xml:space="preserve"> 11:54AM • 50:12</w:t>
      </w:r>
    </w:p>
    <w:p w14:paraId="657B2BBD" w14:textId="77777777" w:rsidR="00A93E13" w:rsidRDefault="00365114">
      <w:pPr>
        <w:spacing w:before="440" w:after="0"/>
      </w:pPr>
      <w:r>
        <w:rPr>
          <w:rFonts w:ascii="Arial" w:hAnsi="Arial"/>
          <w:b/>
          <w:color w:val="4F6880"/>
        </w:rPr>
        <w:t>SUMMARY KEYWORDS</w:t>
      </w:r>
    </w:p>
    <w:p w14:paraId="4149E247" w14:textId="6494E678" w:rsidR="00A93E13" w:rsidRDefault="00365114">
      <w:r>
        <w:rPr>
          <w:rFonts w:ascii="Arial" w:hAnsi="Arial"/>
          <w:color w:val="4F6880"/>
        </w:rPr>
        <w:t xml:space="preserve">jell, mix, red, temperature, water, streaks, blue, put, bottom, thought, sketch, minute, tank, color, rotated, spinning, stay, side, cold, </w:t>
      </w:r>
      <w:r w:rsidR="00B3550E">
        <w:rPr>
          <w:rFonts w:ascii="Arial" w:hAnsi="Arial"/>
          <w:color w:val="4F6880"/>
        </w:rPr>
        <w:t>salt.</w:t>
      </w:r>
    </w:p>
    <w:p w14:paraId="4A7A97DB" w14:textId="77777777" w:rsidR="00A93E13" w:rsidRDefault="00365114">
      <w:pPr>
        <w:spacing w:before="440" w:after="0"/>
      </w:pPr>
      <w:r>
        <w:rPr>
          <w:rFonts w:ascii="Arial" w:hAnsi="Arial"/>
          <w:b/>
          <w:color w:val="4F6880"/>
        </w:rPr>
        <w:t>SPEAKERS</w:t>
      </w:r>
    </w:p>
    <w:p w14:paraId="5C209322" w14:textId="54354E68" w:rsidR="00A93E13" w:rsidRDefault="00365114">
      <w:r>
        <w:rPr>
          <w:rFonts w:ascii="Arial" w:hAnsi="Arial"/>
          <w:color w:val="4F6880"/>
        </w:rPr>
        <w:t xml:space="preserve">Interviewer </w:t>
      </w:r>
      <w:r w:rsidR="00B3550E">
        <w:rPr>
          <w:rFonts w:ascii="Arial" w:hAnsi="Arial"/>
          <w:color w:val="4F6880"/>
        </w:rPr>
        <w:t>P:</w:t>
      </w:r>
      <w:r>
        <w:rPr>
          <w:rFonts w:ascii="Arial" w:hAnsi="Arial"/>
          <w:color w:val="4F6880"/>
        </w:rPr>
        <w:t xml:space="preserve"> Participant #19:</w:t>
      </w:r>
    </w:p>
    <w:p w14:paraId="68B972BD" w14:textId="77777777" w:rsidR="00A93E13" w:rsidRDefault="00A93E13">
      <w:pPr>
        <w:spacing w:after="0"/>
      </w:pPr>
    </w:p>
    <w:p w14:paraId="2D73B260" w14:textId="77777777" w:rsidR="00A93E13" w:rsidRDefault="00365114">
      <w:pPr>
        <w:spacing w:after="0"/>
      </w:pPr>
      <w:r>
        <w:rPr>
          <w:rFonts w:ascii="Arial" w:hAnsi="Arial"/>
          <w:b/>
        </w:rPr>
        <w:t xml:space="preserve">Interviewer P:  </w:t>
      </w:r>
      <w:r>
        <w:rPr>
          <w:rFonts w:ascii="Arial" w:hAnsi="Arial"/>
          <w:color w:val="5D7284"/>
        </w:rPr>
        <w:t>00:01</w:t>
      </w:r>
    </w:p>
    <w:p w14:paraId="4A8ECE10" w14:textId="0DDCF9C1" w:rsidR="00A93E13" w:rsidRDefault="00365114">
      <w:pPr>
        <w:spacing w:after="0"/>
      </w:pPr>
      <w:r>
        <w:rPr>
          <w:rFonts w:ascii="Arial" w:hAnsi="Arial"/>
        </w:rPr>
        <w:t xml:space="preserve">And this is participant number 19. Okay, so we're gonna do a couple of demos like I said with some water. </w:t>
      </w:r>
      <w:r w:rsidR="00B3550E">
        <w:rPr>
          <w:rFonts w:ascii="Arial" w:hAnsi="Arial"/>
        </w:rPr>
        <w:t>So,</w:t>
      </w:r>
      <w:r>
        <w:rPr>
          <w:rFonts w:ascii="Arial" w:hAnsi="Arial"/>
        </w:rPr>
        <w:t xml:space="preserve"> I have two pitchers of water here and they're dyes, one is dyed red, and this one is dyed blue, and they're different temperatures and you can feel on the side and verify that for yourself. Yeah, so red color coded hot and blue color coded cold. </w:t>
      </w:r>
      <w:r w:rsidR="00B3550E">
        <w:rPr>
          <w:rFonts w:ascii="Arial" w:hAnsi="Arial"/>
        </w:rPr>
        <w:t>So,</w:t>
      </w:r>
      <w:r>
        <w:rPr>
          <w:rFonts w:ascii="Arial" w:hAnsi="Arial"/>
        </w:rPr>
        <w:t xml:space="preserve"> I also have this rectangular tank with a dividing wall in between. </w:t>
      </w:r>
      <w:r w:rsidR="00B3550E">
        <w:rPr>
          <w:rFonts w:ascii="Arial" w:hAnsi="Arial"/>
        </w:rPr>
        <w:t>So,</w:t>
      </w:r>
      <w:r>
        <w:rPr>
          <w:rFonts w:ascii="Arial" w:hAnsi="Arial"/>
        </w:rPr>
        <w:t xml:space="preserve"> in a minute, I'm going to pour one in each I'll put the red here and the blue here and they'll be loosening up there'll be semi separated by this dividing wall and then I'm going to remov</w:t>
      </w:r>
      <w:r>
        <w:rPr>
          <w:rFonts w:ascii="Arial" w:hAnsi="Arial"/>
        </w:rPr>
        <w:t xml:space="preserve">e it and remove it right so that they have the opportunity to be together. And what I want you to think about is what you think that this whole body of water after I move the dividing wall will look like a minute later. </w:t>
      </w:r>
      <w:r w:rsidR="00B3550E">
        <w:rPr>
          <w:rFonts w:ascii="Arial" w:hAnsi="Arial"/>
        </w:rPr>
        <w:t>So,</w:t>
      </w:r>
      <w:r>
        <w:rPr>
          <w:rFonts w:ascii="Arial" w:hAnsi="Arial"/>
        </w:rPr>
        <w:t xml:space="preserve"> I'm going to ask you to make that prediction by sketching it. </w:t>
      </w:r>
      <w:r w:rsidR="00B3550E">
        <w:rPr>
          <w:rFonts w:ascii="Arial" w:hAnsi="Arial"/>
        </w:rPr>
        <w:t>So,</w:t>
      </w:r>
      <w:r>
        <w:rPr>
          <w:rFonts w:ascii="Arial" w:hAnsi="Arial"/>
        </w:rPr>
        <w:t xml:space="preserve"> I have fresh water warm water dyed red cold water dyed blue. </w:t>
      </w:r>
      <w:r w:rsidR="00B3550E">
        <w:rPr>
          <w:rFonts w:ascii="Arial" w:hAnsi="Arial"/>
        </w:rPr>
        <w:t>So,</w:t>
      </w:r>
      <w:r>
        <w:rPr>
          <w:rFonts w:ascii="Arial" w:hAnsi="Arial"/>
        </w:rPr>
        <w:t xml:space="preserve"> this is a minute later you have all these different colored pencils so you can use whatever colors you want to show me how you think it will look a minute af</w:t>
      </w:r>
      <w:r>
        <w:rPr>
          <w:rFonts w:ascii="Arial" w:hAnsi="Arial"/>
        </w:rPr>
        <w:t>ter I removed the divider.</w:t>
      </w:r>
    </w:p>
    <w:p w14:paraId="638416B3" w14:textId="77777777" w:rsidR="00A93E13" w:rsidRDefault="00A93E13">
      <w:pPr>
        <w:spacing w:after="0"/>
      </w:pPr>
    </w:p>
    <w:p w14:paraId="5D67B787" w14:textId="77777777" w:rsidR="00A93E13" w:rsidRDefault="00365114">
      <w:pPr>
        <w:spacing w:after="0"/>
      </w:pPr>
      <w:r>
        <w:rPr>
          <w:rFonts w:ascii="Arial" w:hAnsi="Arial"/>
          <w:b/>
        </w:rPr>
        <w:t xml:space="preserve">Participant #19:  </w:t>
      </w:r>
      <w:r>
        <w:rPr>
          <w:rFonts w:ascii="Arial" w:hAnsi="Arial"/>
          <w:color w:val="5D7284"/>
        </w:rPr>
        <w:t>01:34</w:t>
      </w:r>
    </w:p>
    <w:p w14:paraId="6EF8A276" w14:textId="77777777" w:rsidR="00A93E13" w:rsidRDefault="00365114">
      <w:pPr>
        <w:spacing w:after="0"/>
      </w:pPr>
      <w:r>
        <w:rPr>
          <w:rFonts w:ascii="Arial" w:hAnsi="Arial"/>
        </w:rPr>
        <w:t>You said the blue would be over here and the red, and this is cold, okay blue is cold.</w:t>
      </w:r>
    </w:p>
    <w:p w14:paraId="537D82B3" w14:textId="77777777" w:rsidR="00A93E13" w:rsidRDefault="00A93E13">
      <w:pPr>
        <w:spacing w:after="0"/>
      </w:pPr>
    </w:p>
    <w:p w14:paraId="110BF435" w14:textId="77777777" w:rsidR="00A93E13" w:rsidRDefault="00365114">
      <w:pPr>
        <w:spacing w:after="0"/>
      </w:pPr>
      <w:r>
        <w:rPr>
          <w:rFonts w:ascii="Arial" w:hAnsi="Arial"/>
          <w:b/>
        </w:rPr>
        <w:t xml:space="preserve">Interviewer P:  </w:t>
      </w:r>
      <w:r>
        <w:rPr>
          <w:rFonts w:ascii="Arial" w:hAnsi="Arial"/>
          <w:color w:val="5D7284"/>
        </w:rPr>
        <w:t>02:56</w:t>
      </w:r>
    </w:p>
    <w:p w14:paraId="12A44D4E" w14:textId="77777777" w:rsidR="00A93E13" w:rsidRDefault="00365114">
      <w:pPr>
        <w:spacing w:after="0"/>
      </w:pPr>
      <w:r>
        <w:rPr>
          <w:rFonts w:ascii="Arial" w:hAnsi="Arial"/>
        </w:rPr>
        <w:t xml:space="preserve">Okay, so tell me about your </w:t>
      </w:r>
      <w:r>
        <w:rPr>
          <w:rFonts w:ascii="Arial" w:hAnsi="Arial"/>
        </w:rPr>
        <w:t>sketch.</w:t>
      </w:r>
    </w:p>
    <w:p w14:paraId="443657B7" w14:textId="77777777" w:rsidR="00A93E13" w:rsidRDefault="00A93E13">
      <w:pPr>
        <w:spacing w:after="0"/>
      </w:pPr>
    </w:p>
    <w:p w14:paraId="73CFF207" w14:textId="77777777" w:rsidR="00A93E13" w:rsidRDefault="00365114">
      <w:pPr>
        <w:spacing w:after="0"/>
      </w:pPr>
      <w:r>
        <w:rPr>
          <w:rFonts w:ascii="Arial" w:hAnsi="Arial"/>
          <w:b/>
        </w:rPr>
        <w:t xml:space="preserve">Participant #19:  </w:t>
      </w:r>
      <w:r>
        <w:rPr>
          <w:rFonts w:ascii="Arial" w:hAnsi="Arial"/>
          <w:color w:val="5D7284"/>
        </w:rPr>
        <w:t>02:58</w:t>
      </w:r>
    </w:p>
    <w:p w14:paraId="0B84DBA0" w14:textId="23F4F5EB" w:rsidR="00A93E13" w:rsidRDefault="00365114">
      <w:pPr>
        <w:spacing w:after="0"/>
      </w:pPr>
      <w:r>
        <w:rPr>
          <w:rFonts w:ascii="Arial" w:hAnsi="Arial"/>
        </w:rPr>
        <w:t xml:space="preserve">So, you said that the well I kind of color coded it so I think that it would like one of the red </w:t>
      </w:r>
      <w:r w:rsidR="00B3550E">
        <w:rPr>
          <w:rFonts w:ascii="Arial" w:hAnsi="Arial"/>
        </w:rPr>
        <w:t xml:space="preserve">color </w:t>
      </w:r>
      <w:r>
        <w:rPr>
          <w:rFonts w:ascii="Arial" w:hAnsi="Arial"/>
        </w:rPr>
        <w:t>would be like more mixed in at the bottom and the blue color would be more at top, yeah.</w:t>
      </w:r>
    </w:p>
    <w:p w14:paraId="02EA3DF4" w14:textId="77777777" w:rsidR="00A93E13" w:rsidRDefault="00A93E13">
      <w:pPr>
        <w:spacing w:after="0"/>
      </w:pPr>
    </w:p>
    <w:p w14:paraId="6F576F49" w14:textId="77777777" w:rsidR="00A93E13" w:rsidRDefault="00365114">
      <w:pPr>
        <w:spacing w:after="0"/>
      </w:pPr>
      <w:r>
        <w:rPr>
          <w:rFonts w:ascii="Arial" w:hAnsi="Arial"/>
          <w:b/>
        </w:rPr>
        <w:t xml:space="preserve">Interviewer P:  </w:t>
      </w:r>
      <w:r>
        <w:rPr>
          <w:rFonts w:ascii="Arial" w:hAnsi="Arial"/>
          <w:color w:val="5D7284"/>
        </w:rPr>
        <w:t>03:17</w:t>
      </w:r>
    </w:p>
    <w:p w14:paraId="085545D3" w14:textId="77777777" w:rsidR="00A93E13" w:rsidRDefault="00365114">
      <w:pPr>
        <w:spacing w:after="0"/>
      </w:pPr>
      <w:r>
        <w:rPr>
          <w:rFonts w:ascii="Arial" w:hAnsi="Arial"/>
        </w:rPr>
        <w:t xml:space="preserve">And what is it doing here in the middle overlapping or turning a different color? </w:t>
      </w:r>
    </w:p>
    <w:p w14:paraId="4A647543" w14:textId="77777777" w:rsidR="00A93E13" w:rsidRDefault="00A93E13">
      <w:pPr>
        <w:spacing w:after="0"/>
      </w:pPr>
    </w:p>
    <w:p w14:paraId="0AF35B5E" w14:textId="77777777" w:rsidR="00A93E13" w:rsidRDefault="00365114">
      <w:pPr>
        <w:spacing w:after="0"/>
      </w:pPr>
      <w:r>
        <w:rPr>
          <w:rFonts w:ascii="Arial" w:hAnsi="Arial"/>
          <w:b/>
        </w:rPr>
        <w:t xml:space="preserve">Participant #19:  </w:t>
      </w:r>
      <w:r>
        <w:rPr>
          <w:rFonts w:ascii="Arial" w:hAnsi="Arial"/>
          <w:color w:val="5D7284"/>
        </w:rPr>
        <w:t>03:24</w:t>
      </w:r>
    </w:p>
    <w:p w14:paraId="3504D853" w14:textId="77777777" w:rsidR="00A93E13" w:rsidRDefault="00365114">
      <w:pPr>
        <w:spacing w:after="0"/>
      </w:pPr>
      <w:r>
        <w:rPr>
          <w:rFonts w:ascii="Arial" w:hAnsi="Arial"/>
        </w:rPr>
        <w:t>Overlapping and turning a different color maybe.</w:t>
      </w:r>
    </w:p>
    <w:p w14:paraId="15EBC451" w14:textId="77777777" w:rsidR="00A93E13" w:rsidRDefault="00A93E13">
      <w:pPr>
        <w:spacing w:after="0"/>
      </w:pPr>
    </w:p>
    <w:p w14:paraId="10D71AF0" w14:textId="77777777" w:rsidR="00A93E13" w:rsidRDefault="00365114">
      <w:pPr>
        <w:spacing w:after="0"/>
      </w:pPr>
      <w:r>
        <w:rPr>
          <w:rFonts w:ascii="Arial" w:hAnsi="Arial"/>
          <w:b/>
        </w:rPr>
        <w:t xml:space="preserve">Interviewer P:  </w:t>
      </w:r>
      <w:r>
        <w:rPr>
          <w:rFonts w:ascii="Arial" w:hAnsi="Arial"/>
          <w:color w:val="5D7284"/>
        </w:rPr>
        <w:t>03:28</w:t>
      </w:r>
    </w:p>
    <w:p w14:paraId="273135EA" w14:textId="77777777" w:rsidR="00A93E13" w:rsidRDefault="00365114">
      <w:pPr>
        <w:spacing w:after="0"/>
      </w:pPr>
      <w:r>
        <w:rPr>
          <w:rFonts w:ascii="Arial" w:hAnsi="Arial"/>
        </w:rPr>
        <w:t xml:space="preserve">Okay and tell me your thoughts about how you decided to put which one on top and </w:t>
      </w:r>
      <w:r>
        <w:rPr>
          <w:rFonts w:ascii="Arial" w:hAnsi="Arial"/>
        </w:rPr>
        <w:t>which one on bottom.</w:t>
      </w:r>
    </w:p>
    <w:p w14:paraId="25EE2BD9" w14:textId="77777777" w:rsidR="00A93E13" w:rsidRDefault="00A93E13">
      <w:pPr>
        <w:spacing w:after="0"/>
      </w:pPr>
    </w:p>
    <w:p w14:paraId="3D14F581" w14:textId="77777777" w:rsidR="00A93E13" w:rsidRDefault="00365114">
      <w:pPr>
        <w:spacing w:after="0"/>
      </w:pPr>
      <w:r>
        <w:rPr>
          <w:rFonts w:ascii="Arial" w:hAnsi="Arial"/>
          <w:b/>
        </w:rPr>
        <w:t xml:space="preserve">Participant #19:  </w:t>
      </w:r>
      <w:r>
        <w:rPr>
          <w:rFonts w:ascii="Arial" w:hAnsi="Arial"/>
          <w:color w:val="5D7284"/>
        </w:rPr>
        <w:t>03:35</w:t>
      </w:r>
    </w:p>
    <w:p w14:paraId="681B2F40" w14:textId="77777777" w:rsidR="00A93E13" w:rsidRDefault="00365114">
      <w:pPr>
        <w:spacing w:after="0"/>
      </w:pPr>
      <w:r>
        <w:rPr>
          <w:rFonts w:ascii="Arial" w:hAnsi="Arial"/>
        </w:rPr>
        <w:t>I kind of just guessed that like one of them. And I'm choosing the red one since it's hot would be I don't know why it would be like at the bottom and the colder would be at the top, yeah.</w:t>
      </w:r>
    </w:p>
    <w:p w14:paraId="75F09ED6" w14:textId="77777777" w:rsidR="00A93E13" w:rsidRDefault="00A93E13">
      <w:pPr>
        <w:spacing w:after="0"/>
      </w:pPr>
    </w:p>
    <w:p w14:paraId="2B0A69DC" w14:textId="77777777" w:rsidR="00A93E13" w:rsidRDefault="00365114">
      <w:pPr>
        <w:spacing w:after="0"/>
      </w:pPr>
      <w:r>
        <w:rPr>
          <w:rFonts w:ascii="Arial" w:hAnsi="Arial"/>
          <w:b/>
        </w:rPr>
        <w:t xml:space="preserve">Interviewer P:  </w:t>
      </w:r>
      <w:r>
        <w:rPr>
          <w:rFonts w:ascii="Arial" w:hAnsi="Arial"/>
          <w:color w:val="5D7284"/>
        </w:rPr>
        <w:t>03:46</w:t>
      </w:r>
    </w:p>
    <w:p w14:paraId="498BE8F9" w14:textId="2EF6AA8F" w:rsidR="00A93E13" w:rsidRDefault="00B3550E">
      <w:pPr>
        <w:spacing w:after="0"/>
      </w:pPr>
      <w:r>
        <w:rPr>
          <w:rFonts w:ascii="Arial" w:hAnsi="Arial"/>
        </w:rPr>
        <w:t>So, to get to this arrangement, the water is going to have to move.</w:t>
      </w:r>
    </w:p>
    <w:p w14:paraId="1775804F" w14:textId="77777777" w:rsidR="00A93E13" w:rsidRDefault="00A93E13">
      <w:pPr>
        <w:spacing w:after="0"/>
      </w:pPr>
    </w:p>
    <w:p w14:paraId="11C8271A" w14:textId="77777777" w:rsidR="00A93E13" w:rsidRDefault="00365114">
      <w:pPr>
        <w:spacing w:after="0"/>
      </w:pPr>
      <w:r>
        <w:rPr>
          <w:rFonts w:ascii="Arial" w:hAnsi="Arial"/>
          <w:b/>
        </w:rPr>
        <w:t xml:space="preserve">Participant #19:  </w:t>
      </w:r>
      <w:r>
        <w:rPr>
          <w:rFonts w:ascii="Arial" w:hAnsi="Arial"/>
          <w:color w:val="5D7284"/>
        </w:rPr>
        <w:t>03:51</w:t>
      </w:r>
    </w:p>
    <w:p w14:paraId="4690C01A" w14:textId="77777777" w:rsidR="00A93E13" w:rsidRDefault="00365114">
      <w:pPr>
        <w:spacing w:after="0"/>
      </w:pPr>
      <w:r>
        <w:rPr>
          <w:rFonts w:ascii="Arial" w:hAnsi="Arial"/>
        </w:rPr>
        <w:t>Right, yeah.</w:t>
      </w:r>
    </w:p>
    <w:p w14:paraId="3A266D01" w14:textId="77777777" w:rsidR="00A93E13" w:rsidRDefault="00A93E13">
      <w:pPr>
        <w:spacing w:after="0"/>
      </w:pPr>
    </w:p>
    <w:p w14:paraId="6F3084BF" w14:textId="77777777" w:rsidR="00A93E13" w:rsidRDefault="00365114">
      <w:pPr>
        <w:spacing w:after="0"/>
      </w:pPr>
      <w:r>
        <w:rPr>
          <w:rFonts w:ascii="Arial" w:hAnsi="Arial"/>
          <w:b/>
        </w:rPr>
        <w:t xml:space="preserve">Interviewer P:  </w:t>
      </w:r>
      <w:r>
        <w:rPr>
          <w:rFonts w:ascii="Arial" w:hAnsi="Arial"/>
          <w:color w:val="5D7284"/>
        </w:rPr>
        <w:t>03:51</w:t>
      </w:r>
    </w:p>
    <w:p w14:paraId="336174DF" w14:textId="77777777" w:rsidR="00A93E13" w:rsidRDefault="00365114">
      <w:pPr>
        <w:spacing w:after="0"/>
      </w:pPr>
      <w:r>
        <w:rPr>
          <w:rFonts w:ascii="Arial" w:hAnsi="Arial"/>
        </w:rPr>
        <w:t xml:space="preserve">So, can you describe or show me how you think though water will move to get like that? </w:t>
      </w:r>
    </w:p>
    <w:p w14:paraId="3CCD4EA0" w14:textId="77777777" w:rsidR="00A93E13" w:rsidRDefault="00A93E13">
      <w:pPr>
        <w:spacing w:after="0"/>
      </w:pPr>
    </w:p>
    <w:p w14:paraId="2B4E3222" w14:textId="77777777" w:rsidR="00A93E13" w:rsidRDefault="00365114">
      <w:pPr>
        <w:spacing w:after="0"/>
      </w:pPr>
      <w:r>
        <w:rPr>
          <w:rFonts w:ascii="Arial" w:hAnsi="Arial"/>
          <w:b/>
        </w:rPr>
        <w:t xml:space="preserve">Participant #19:  </w:t>
      </w:r>
      <w:r>
        <w:rPr>
          <w:rFonts w:ascii="Arial" w:hAnsi="Arial"/>
          <w:color w:val="5D7284"/>
        </w:rPr>
        <w:t>04:01</w:t>
      </w:r>
    </w:p>
    <w:p w14:paraId="71E60C4E" w14:textId="77777777" w:rsidR="00A93E13" w:rsidRDefault="00365114">
      <w:pPr>
        <w:spacing w:after="0"/>
      </w:pPr>
      <w:r>
        <w:rPr>
          <w:rFonts w:ascii="Arial" w:hAnsi="Arial"/>
        </w:rPr>
        <w:t>Because of the hot water.</w:t>
      </w:r>
    </w:p>
    <w:p w14:paraId="2172F0E4" w14:textId="77777777" w:rsidR="00A93E13" w:rsidRDefault="00A93E13">
      <w:pPr>
        <w:spacing w:after="0"/>
      </w:pPr>
    </w:p>
    <w:p w14:paraId="51902B86" w14:textId="77777777" w:rsidR="00A93E13" w:rsidRDefault="00365114">
      <w:pPr>
        <w:spacing w:after="0"/>
      </w:pPr>
      <w:r>
        <w:rPr>
          <w:rFonts w:ascii="Arial" w:hAnsi="Arial"/>
          <w:b/>
        </w:rPr>
        <w:t xml:space="preserve">Interviewer P:  </w:t>
      </w:r>
      <w:r>
        <w:rPr>
          <w:rFonts w:ascii="Arial" w:hAnsi="Arial"/>
          <w:color w:val="5D7284"/>
        </w:rPr>
        <w:t>04:03</w:t>
      </w:r>
    </w:p>
    <w:p w14:paraId="22E2A593" w14:textId="77777777" w:rsidR="00A93E13" w:rsidRDefault="00365114">
      <w:pPr>
        <w:spacing w:after="0"/>
      </w:pPr>
      <w:r>
        <w:rPr>
          <w:rFonts w:ascii="Arial" w:hAnsi="Arial"/>
        </w:rPr>
        <w:t>Like how do you think</w:t>
      </w:r>
      <w:r>
        <w:rPr>
          <w:rFonts w:ascii="Arial" w:hAnsi="Arial"/>
        </w:rPr>
        <w:t xml:space="preserve"> it will if it's if the hot water is all over here and the cold is over here. How is it going to relocate? Like how will it move to get to its new position? Is it gonna like what is it gonna do?</w:t>
      </w:r>
    </w:p>
    <w:p w14:paraId="6BF6AF79" w14:textId="77777777" w:rsidR="00A93E13" w:rsidRDefault="00A93E13">
      <w:pPr>
        <w:spacing w:after="0"/>
      </w:pPr>
    </w:p>
    <w:p w14:paraId="71B6A233" w14:textId="77777777" w:rsidR="00A93E13" w:rsidRDefault="00365114">
      <w:pPr>
        <w:spacing w:after="0"/>
      </w:pPr>
      <w:r>
        <w:rPr>
          <w:rFonts w:ascii="Arial" w:hAnsi="Arial"/>
          <w:b/>
        </w:rPr>
        <w:t xml:space="preserve">Participant #19:  </w:t>
      </w:r>
      <w:r>
        <w:rPr>
          <w:rFonts w:ascii="Arial" w:hAnsi="Arial"/>
          <w:color w:val="5D7284"/>
        </w:rPr>
        <w:t>04:23</w:t>
      </w:r>
    </w:p>
    <w:p w14:paraId="0679784A" w14:textId="20F859E7" w:rsidR="00A93E13" w:rsidRDefault="00365114">
      <w:pPr>
        <w:spacing w:after="0"/>
      </w:pPr>
      <w:r>
        <w:rPr>
          <w:rFonts w:ascii="Arial" w:hAnsi="Arial"/>
        </w:rPr>
        <w:t xml:space="preserve">It's just gonna move, I don't know like them together, which is gonna move. I don't know how to explain it but yeah, </w:t>
      </w:r>
      <w:r w:rsidR="00B3550E">
        <w:rPr>
          <w:rFonts w:ascii="Arial" w:hAnsi="Arial"/>
        </w:rPr>
        <w:t>yeah,</w:t>
      </w:r>
      <w:r>
        <w:rPr>
          <w:rFonts w:ascii="Arial" w:hAnsi="Arial"/>
        </w:rPr>
        <w:t xml:space="preserve"> I don't know.</w:t>
      </w:r>
    </w:p>
    <w:p w14:paraId="7D0868CD" w14:textId="77777777" w:rsidR="00A93E13" w:rsidRDefault="00A93E13">
      <w:pPr>
        <w:spacing w:after="0"/>
      </w:pPr>
    </w:p>
    <w:p w14:paraId="46A969F9" w14:textId="77777777" w:rsidR="00A93E13" w:rsidRDefault="00365114">
      <w:pPr>
        <w:spacing w:after="0"/>
      </w:pPr>
      <w:r>
        <w:rPr>
          <w:rFonts w:ascii="Arial" w:hAnsi="Arial"/>
          <w:b/>
        </w:rPr>
        <w:t xml:space="preserve">Interviewer P:  </w:t>
      </w:r>
      <w:r>
        <w:rPr>
          <w:rFonts w:ascii="Arial" w:hAnsi="Arial"/>
          <w:color w:val="5D7284"/>
        </w:rPr>
        <w:t>04:36</w:t>
      </w:r>
    </w:p>
    <w:p w14:paraId="6C5345B4" w14:textId="11D870E9" w:rsidR="00A93E13" w:rsidRDefault="00365114">
      <w:pPr>
        <w:spacing w:after="0"/>
      </w:pPr>
      <w:r>
        <w:rPr>
          <w:rFonts w:ascii="Arial" w:hAnsi="Arial"/>
        </w:rPr>
        <w:t xml:space="preserve">Okay, that's okay. All right. </w:t>
      </w:r>
      <w:r w:rsidR="00B3550E">
        <w:rPr>
          <w:rFonts w:ascii="Arial" w:hAnsi="Arial"/>
        </w:rPr>
        <w:t>So,</w:t>
      </w:r>
      <w:r>
        <w:rPr>
          <w:rFonts w:ascii="Arial" w:hAnsi="Arial"/>
        </w:rPr>
        <w:t xml:space="preserve"> I also have blue and red water that aren't different temperatures. I just added food color. You can feel </w:t>
      </w:r>
      <w:r w:rsidR="00B3550E">
        <w:rPr>
          <w:rFonts w:ascii="Arial" w:hAnsi="Arial"/>
        </w:rPr>
        <w:t>them,</w:t>
      </w:r>
      <w:r>
        <w:rPr>
          <w:rFonts w:ascii="Arial" w:hAnsi="Arial"/>
        </w:rPr>
        <w:t xml:space="preserve"> and I just got it out of the top. </w:t>
      </w:r>
      <w:r w:rsidR="00B3550E">
        <w:rPr>
          <w:rFonts w:ascii="Arial" w:hAnsi="Arial"/>
        </w:rPr>
        <w:t>So,</w:t>
      </w:r>
      <w:r>
        <w:rPr>
          <w:rFonts w:ascii="Arial" w:hAnsi="Arial"/>
        </w:rPr>
        <w:t xml:space="preserve"> they should be the same temperature so.</w:t>
      </w:r>
    </w:p>
    <w:p w14:paraId="51A5F8D6" w14:textId="77777777" w:rsidR="00A93E13" w:rsidRDefault="00A93E13">
      <w:pPr>
        <w:spacing w:after="0"/>
      </w:pPr>
    </w:p>
    <w:p w14:paraId="6747F98A" w14:textId="77777777" w:rsidR="00A93E13" w:rsidRDefault="00365114">
      <w:pPr>
        <w:spacing w:after="0"/>
      </w:pPr>
      <w:r>
        <w:rPr>
          <w:rFonts w:ascii="Arial" w:hAnsi="Arial"/>
          <w:b/>
        </w:rPr>
        <w:t xml:space="preserve">Participant #19:  </w:t>
      </w:r>
      <w:r>
        <w:rPr>
          <w:rFonts w:ascii="Arial" w:hAnsi="Arial"/>
          <w:color w:val="5D7284"/>
        </w:rPr>
        <w:t>04:55</w:t>
      </w:r>
    </w:p>
    <w:p w14:paraId="4F3D0E21" w14:textId="77777777" w:rsidR="00A93E13" w:rsidRDefault="00365114">
      <w:pPr>
        <w:spacing w:after="0"/>
      </w:pPr>
      <w:r>
        <w:rPr>
          <w:rFonts w:ascii="Arial" w:hAnsi="Arial"/>
        </w:rPr>
        <w:t>Oh, actually, you said that this is going to be moved right?</w:t>
      </w:r>
    </w:p>
    <w:p w14:paraId="7453F083" w14:textId="77777777" w:rsidR="00A93E13" w:rsidRDefault="00A93E13">
      <w:pPr>
        <w:spacing w:after="0"/>
      </w:pPr>
    </w:p>
    <w:p w14:paraId="533EBA57" w14:textId="77777777" w:rsidR="00A93E13" w:rsidRDefault="00365114">
      <w:pPr>
        <w:spacing w:after="0"/>
      </w:pPr>
      <w:r>
        <w:rPr>
          <w:rFonts w:ascii="Arial" w:hAnsi="Arial"/>
          <w:b/>
        </w:rPr>
        <w:t xml:space="preserve">Interviewer P:  </w:t>
      </w:r>
      <w:r>
        <w:rPr>
          <w:rFonts w:ascii="Arial" w:hAnsi="Arial"/>
          <w:color w:val="5D7284"/>
        </w:rPr>
        <w:t>04:59</w:t>
      </w:r>
    </w:p>
    <w:p w14:paraId="287F72E6" w14:textId="77777777" w:rsidR="00A93E13" w:rsidRDefault="00365114">
      <w:pPr>
        <w:spacing w:after="0"/>
      </w:pPr>
      <w:r>
        <w:rPr>
          <w:rFonts w:ascii="Arial" w:hAnsi="Arial"/>
        </w:rPr>
        <w:t>Yeah. I'm gonna take it out.</w:t>
      </w:r>
    </w:p>
    <w:p w14:paraId="3C67AC7C" w14:textId="77777777" w:rsidR="00A93E13" w:rsidRDefault="00A93E13">
      <w:pPr>
        <w:spacing w:after="0"/>
      </w:pPr>
    </w:p>
    <w:p w14:paraId="7050DD19" w14:textId="77777777" w:rsidR="00A93E13" w:rsidRDefault="00365114">
      <w:pPr>
        <w:spacing w:after="0"/>
      </w:pPr>
      <w:r>
        <w:rPr>
          <w:rFonts w:ascii="Arial" w:hAnsi="Arial"/>
          <w:b/>
        </w:rPr>
        <w:t xml:space="preserve">Participant #19:  </w:t>
      </w:r>
      <w:r>
        <w:rPr>
          <w:rFonts w:ascii="Arial" w:hAnsi="Arial"/>
          <w:color w:val="5D7284"/>
        </w:rPr>
        <w:t>05:00</w:t>
      </w:r>
    </w:p>
    <w:p w14:paraId="693EEFEE" w14:textId="77777777" w:rsidR="00A93E13" w:rsidRDefault="00365114">
      <w:pPr>
        <w:spacing w:after="0"/>
      </w:pPr>
      <w:r>
        <w:rPr>
          <w:rFonts w:ascii="Arial" w:hAnsi="Arial"/>
        </w:rPr>
        <w:t>Well because of that, I guess it, I don't know if that makes a difference.</w:t>
      </w:r>
    </w:p>
    <w:p w14:paraId="2E877439" w14:textId="77777777" w:rsidR="00A93E13" w:rsidRDefault="00A93E13">
      <w:pPr>
        <w:spacing w:after="0"/>
      </w:pPr>
    </w:p>
    <w:p w14:paraId="1D8284BA" w14:textId="77777777" w:rsidR="00A93E13" w:rsidRDefault="00365114">
      <w:pPr>
        <w:spacing w:after="0"/>
      </w:pPr>
      <w:r>
        <w:rPr>
          <w:rFonts w:ascii="Arial" w:hAnsi="Arial"/>
          <w:b/>
        </w:rPr>
        <w:t xml:space="preserve">Interviewer P:  </w:t>
      </w:r>
      <w:r>
        <w:rPr>
          <w:rFonts w:ascii="Arial" w:hAnsi="Arial"/>
          <w:color w:val="5D7284"/>
        </w:rPr>
        <w:t>05:04</w:t>
      </w:r>
    </w:p>
    <w:p w14:paraId="332A9B21" w14:textId="0594D30B" w:rsidR="00A93E13" w:rsidRDefault="00365114">
      <w:pPr>
        <w:spacing w:after="0"/>
      </w:pPr>
      <w:r>
        <w:rPr>
          <w:rFonts w:ascii="Arial" w:hAnsi="Arial"/>
        </w:rPr>
        <w:lastRenderedPageBreak/>
        <w:t xml:space="preserve">Well, I mean, I would have to if this is containing red water here and keeping the blue water over here in order for it to do </w:t>
      </w:r>
      <w:r w:rsidR="00B3550E">
        <w:rPr>
          <w:rFonts w:ascii="Arial" w:hAnsi="Arial"/>
        </w:rPr>
        <w:t>that,</w:t>
      </w:r>
      <w:r>
        <w:rPr>
          <w:rFonts w:ascii="Arial" w:hAnsi="Arial"/>
        </w:rPr>
        <w:t xml:space="preserve"> I would have to take this out. </w:t>
      </w:r>
    </w:p>
    <w:p w14:paraId="048E0660" w14:textId="77777777" w:rsidR="00A93E13" w:rsidRDefault="00A93E13">
      <w:pPr>
        <w:spacing w:after="0"/>
      </w:pPr>
    </w:p>
    <w:p w14:paraId="57974BFE" w14:textId="77777777" w:rsidR="00A93E13" w:rsidRDefault="00365114">
      <w:pPr>
        <w:spacing w:after="0"/>
      </w:pPr>
      <w:r>
        <w:rPr>
          <w:rFonts w:ascii="Arial" w:hAnsi="Arial"/>
          <w:b/>
        </w:rPr>
        <w:t xml:space="preserve">Participant #19:  </w:t>
      </w:r>
      <w:r>
        <w:rPr>
          <w:rFonts w:ascii="Arial" w:hAnsi="Arial"/>
          <w:color w:val="5D7284"/>
        </w:rPr>
        <w:t>05:15</w:t>
      </w:r>
    </w:p>
    <w:p w14:paraId="624B352D" w14:textId="77777777" w:rsidR="00A93E13" w:rsidRDefault="00365114">
      <w:pPr>
        <w:spacing w:after="0"/>
      </w:pPr>
      <w:r>
        <w:rPr>
          <w:rFonts w:ascii="Arial" w:hAnsi="Arial"/>
        </w:rPr>
        <w:t>Yeah, okay.</w:t>
      </w:r>
    </w:p>
    <w:p w14:paraId="7A43DA62" w14:textId="77777777" w:rsidR="00A93E13" w:rsidRDefault="00A93E13">
      <w:pPr>
        <w:spacing w:after="0"/>
      </w:pPr>
    </w:p>
    <w:p w14:paraId="181DD60B" w14:textId="77777777" w:rsidR="00A93E13" w:rsidRDefault="00365114">
      <w:pPr>
        <w:spacing w:after="0"/>
      </w:pPr>
      <w:r>
        <w:rPr>
          <w:rFonts w:ascii="Arial" w:hAnsi="Arial"/>
          <w:b/>
        </w:rPr>
        <w:t xml:space="preserve">Interviewer P:  </w:t>
      </w:r>
      <w:r>
        <w:rPr>
          <w:rFonts w:ascii="Arial" w:hAnsi="Arial"/>
          <w:color w:val="5D7284"/>
        </w:rPr>
        <w:t>05:16</w:t>
      </w:r>
    </w:p>
    <w:p w14:paraId="4BA921D0" w14:textId="77777777" w:rsidR="00A93E13" w:rsidRDefault="00365114">
      <w:pPr>
        <w:spacing w:after="0"/>
      </w:pPr>
      <w:r>
        <w:rPr>
          <w:rFonts w:ascii="Arial" w:hAnsi="Arial"/>
        </w:rPr>
        <w:t xml:space="preserve">Right. I think you're thinking about it correctly. </w:t>
      </w:r>
    </w:p>
    <w:p w14:paraId="3282FCC8" w14:textId="77777777" w:rsidR="00A93E13" w:rsidRDefault="00A93E13">
      <w:pPr>
        <w:spacing w:after="0"/>
      </w:pPr>
    </w:p>
    <w:p w14:paraId="662864CA" w14:textId="77777777" w:rsidR="00A93E13" w:rsidRDefault="00365114">
      <w:pPr>
        <w:spacing w:after="0"/>
      </w:pPr>
      <w:r>
        <w:rPr>
          <w:rFonts w:ascii="Arial" w:hAnsi="Arial"/>
          <w:b/>
        </w:rPr>
        <w:t xml:space="preserve">Participant #19:  </w:t>
      </w:r>
      <w:r>
        <w:rPr>
          <w:rFonts w:ascii="Arial" w:hAnsi="Arial"/>
          <w:color w:val="5D7284"/>
        </w:rPr>
        <w:t>05:19</w:t>
      </w:r>
    </w:p>
    <w:p w14:paraId="36AF74F2" w14:textId="77777777" w:rsidR="00A93E13" w:rsidRDefault="00365114">
      <w:pPr>
        <w:spacing w:after="0"/>
      </w:pPr>
      <w:r>
        <w:rPr>
          <w:rFonts w:ascii="Arial" w:hAnsi="Arial"/>
        </w:rPr>
        <w:t xml:space="preserve">Yeah. </w:t>
      </w:r>
    </w:p>
    <w:p w14:paraId="04264069" w14:textId="77777777" w:rsidR="00A93E13" w:rsidRDefault="00A93E13">
      <w:pPr>
        <w:spacing w:after="0"/>
      </w:pPr>
    </w:p>
    <w:p w14:paraId="4A819D1D" w14:textId="77777777" w:rsidR="00A93E13" w:rsidRDefault="00365114">
      <w:pPr>
        <w:spacing w:after="0"/>
      </w:pPr>
      <w:r>
        <w:rPr>
          <w:rFonts w:ascii="Arial" w:hAnsi="Arial"/>
          <w:b/>
        </w:rPr>
        <w:t xml:space="preserve">Interviewer P:  </w:t>
      </w:r>
      <w:r>
        <w:rPr>
          <w:rFonts w:ascii="Arial" w:hAnsi="Arial"/>
          <w:color w:val="5D7284"/>
        </w:rPr>
        <w:t>05:19</w:t>
      </w:r>
    </w:p>
    <w:p w14:paraId="69753860" w14:textId="22392BF8" w:rsidR="00A93E13" w:rsidRDefault="00365114">
      <w:pPr>
        <w:spacing w:after="0"/>
      </w:pPr>
      <w:r>
        <w:rPr>
          <w:rFonts w:ascii="Arial" w:hAnsi="Arial"/>
        </w:rPr>
        <w:t xml:space="preserve">Yeah. </w:t>
      </w:r>
      <w:r w:rsidR="00B3550E">
        <w:rPr>
          <w:rFonts w:ascii="Arial" w:hAnsi="Arial"/>
        </w:rPr>
        <w:t>Otherwise,</w:t>
      </w:r>
      <w:r>
        <w:rPr>
          <w:rFonts w:ascii="Arial" w:hAnsi="Arial"/>
        </w:rPr>
        <w:t xml:space="preserve"> it can't get past this. </w:t>
      </w:r>
    </w:p>
    <w:p w14:paraId="5100A8B8" w14:textId="77777777" w:rsidR="00A93E13" w:rsidRDefault="00A93E13">
      <w:pPr>
        <w:spacing w:after="0"/>
      </w:pPr>
    </w:p>
    <w:p w14:paraId="21557FA0" w14:textId="77777777" w:rsidR="00A93E13" w:rsidRDefault="00365114">
      <w:pPr>
        <w:spacing w:after="0"/>
      </w:pPr>
      <w:r>
        <w:rPr>
          <w:rFonts w:ascii="Arial" w:hAnsi="Arial"/>
          <w:b/>
        </w:rPr>
        <w:t xml:space="preserve">Participant #19:  </w:t>
      </w:r>
      <w:r>
        <w:rPr>
          <w:rFonts w:ascii="Arial" w:hAnsi="Arial"/>
          <w:color w:val="5D7284"/>
        </w:rPr>
        <w:t>05:22</w:t>
      </w:r>
    </w:p>
    <w:p w14:paraId="680DDC5D" w14:textId="77777777" w:rsidR="00A93E13" w:rsidRDefault="00365114">
      <w:pPr>
        <w:spacing w:after="0"/>
      </w:pPr>
      <w:r>
        <w:rPr>
          <w:rFonts w:ascii="Arial" w:hAnsi="Arial"/>
        </w:rPr>
        <w:t>Yeah.</w:t>
      </w:r>
    </w:p>
    <w:p w14:paraId="76CBC14F" w14:textId="77777777" w:rsidR="00A93E13" w:rsidRDefault="00A93E13">
      <w:pPr>
        <w:spacing w:after="0"/>
      </w:pPr>
    </w:p>
    <w:p w14:paraId="01C3F8A0" w14:textId="77777777" w:rsidR="00A93E13" w:rsidRDefault="00365114">
      <w:pPr>
        <w:spacing w:after="0"/>
      </w:pPr>
      <w:r>
        <w:rPr>
          <w:rFonts w:ascii="Arial" w:hAnsi="Arial"/>
          <w:b/>
        </w:rPr>
        <w:t xml:space="preserve">Interviewer P:  </w:t>
      </w:r>
      <w:r>
        <w:rPr>
          <w:rFonts w:ascii="Arial" w:hAnsi="Arial"/>
          <w:color w:val="5D7284"/>
        </w:rPr>
        <w:t>05:23</w:t>
      </w:r>
    </w:p>
    <w:p w14:paraId="5625CE71" w14:textId="77777777" w:rsidR="00A93E13" w:rsidRDefault="00365114">
      <w:pPr>
        <w:spacing w:after="0"/>
      </w:pPr>
      <w:r>
        <w:rPr>
          <w:rFonts w:ascii="Arial" w:hAnsi="Arial"/>
        </w:rPr>
        <w:t xml:space="preserve"> So wouldn't be able to do that. Make sense? </w:t>
      </w:r>
    </w:p>
    <w:p w14:paraId="036DA75D" w14:textId="77777777" w:rsidR="00A93E13" w:rsidRDefault="00A93E13">
      <w:pPr>
        <w:spacing w:after="0"/>
      </w:pPr>
    </w:p>
    <w:p w14:paraId="20BA4AE4" w14:textId="77777777" w:rsidR="00A93E13" w:rsidRDefault="00365114">
      <w:pPr>
        <w:spacing w:after="0"/>
      </w:pPr>
      <w:r>
        <w:rPr>
          <w:rFonts w:ascii="Arial" w:hAnsi="Arial"/>
          <w:b/>
        </w:rPr>
        <w:t xml:space="preserve">Participant #19:  </w:t>
      </w:r>
      <w:r>
        <w:rPr>
          <w:rFonts w:ascii="Arial" w:hAnsi="Arial"/>
          <w:color w:val="5D7284"/>
        </w:rPr>
        <w:t>05:26</w:t>
      </w:r>
    </w:p>
    <w:p w14:paraId="25D7D7D5" w14:textId="77777777" w:rsidR="00A93E13" w:rsidRDefault="00365114">
      <w:pPr>
        <w:spacing w:after="0"/>
      </w:pPr>
      <w:r>
        <w:rPr>
          <w:rFonts w:ascii="Arial" w:hAnsi="Arial"/>
        </w:rPr>
        <w:t xml:space="preserve">Yeah. </w:t>
      </w:r>
    </w:p>
    <w:p w14:paraId="647FD966" w14:textId="77777777" w:rsidR="00A93E13" w:rsidRDefault="00A93E13">
      <w:pPr>
        <w:spacing w:after="0"/>
      </w:pPr>
    </w:p>
    <w:p w14:paraId="17C401C9" w14:textId="77777777" w:rsidR="00A93E13" w:rsidRDefault="00365114">
      <w:pPr>
        <w:spacing w:after="0"/>
      </w:pPr>
      <w:r>
        <w:rPr>
          <w:rFonts w:ascii="Arial" w:hAnsi="Arial"/>
          <w:b/>
        </w:rPr>
        <w:t xml:space="preserve">Interviewer P:  </w:t>
      </w:r>
      <w:r>
        <w:rPr>
          <w:rFonts w:ascii="Arial" w:hAnsi="Arial"/>
          <w:color w:val="5D7284"/>
        </w:rPr>
        <w:t>05:26</w:t>
      </w:r>
    </w:p>
    <w:p w14:paraId="55854CCB" w14:textId="77777777" w:rsidR="00A93E13" w:rsidRDefault="00365114">
      <w:pPr>
        <w:spacing w:after="0"/>
      </w:pPr>
      <w:r>
        <w:rPr>
          <w:rFonts w:ascii="Arial" w:hAnsi="Arial"/>
        </w:rPr>
        <w:t>Okay, so moving on to the next one than you can feel these two are the same temperature. So same thing, except they're the same temperature so red over here blue over here, move the dividing wall. So now they have the opportunity to combine in some way and a minute later, what do you think they will look like if the waters are the same temperature? Okay, go ahead tell me.</w:t>
      </w:r>
    </w:p>
    <w:p w14:paraId="75DFDA3D" w14:textId="77777777" w:rsidR="00A93E13" w:rsidRDefault="00A93E13">
      <w:pPr>
        <w:spacing w:after="0"/>
      </w:pPr>
    </w:p>
    <w:p w14:paraId="27C455D7" w14:textId="77777777" w:rsidR="00A93E13" w:rsidRDefault="00365114">
      <w:pPr>
        <w:spacing w:after="0"/>
      </w:pPr>
      <w:r>
        <w:rPr>
          <w:rFonts w:ascii="Arial" w:hAnsi="Arial"/>
          <w:b/>
        </w:rPr>
        <w:t xml:space="preserve">Participant #19:  </w:t>
      </w:r>
      <w:r>
        <w:rPr>
          <w:rFonts w:ascii="Arial" w:hAnsi="Arial"/>
          <w:color w:val="5D7284"/>
        </w:rPr>
        <w:t>06:51</w:t>
      </w:r>
    </w:p>
    <w:p w14:paraId="321DE05D" w14:textId="77777777" w:rsidR="00A93E13" w:rsidRDefault="00365114">
      <w:pPr>
        <w:spacing w:after="0"/>
      </w:pPr>
      <w:r>
        <w:rPr>
          <w:rFonts w:ascii="Arial" w:hAnsi="Arial"/>
        </w:rPr>
        <w:t>Okay, so since you're the same temperature, I just assume that they're going to mix more easily together. To like, like, mixed in. I just like you know, yeah.</w:t>
      </w:r>
    </w:p>
    <w:p w14:paraId="3F351FA9" w14:textId="77777777" w:rsidR="00A93E13" w:rsidRDefault="00A93E13">
      <w:pPr>
        <w:spacing w:after="0"/>
      </w:pPr>
    </w:p>
    <w:p w14:paraId="740C61FF" w14:textId="77777777" w:rsidR="00A93E13" w:rsidRDefault="00365114">
      <w:pPr>
        <w:spacing w:after="0"/>
      </w:pPr>
      <w:r>
        <w:rPr>
          <w:rFonts w:ascii="Arial" w:hAnsi="Arial"/>
          <w:b/>
        </w:rPr>
        <w:t xml:space="preserve">Interviewer P:  </w:t>
      </w:r>
      <w:r>
        <w:rPr>
          <w:rFonts w:ascii="Arial" w:hAnsi="Arial"/>
          <w:color w:val="5D7284"/>
        </w:rPr>
        <w:t>07:06</w:t>
      </w:r>
    </w:p>
    <w:p w14:paraId="1A18580B" w14:textId="0B702FF0" w:rsidR="00A93E13" w:rsidRDefault="00365114">
      <w:pPr>
        <w:spacing w:after="0"/>
      </w:pPr>
      <w:r>
        <w:rPr>
          <w:rFonts w:ascii="Arial" w:hAnsi="Arial"/>
        </w:rPr>
        <w:t xml:space="preserve">Yeah. </w:t>
      </w:r>
      <w:r w:rsidR="00B3550E">
        <w:rPr>
          <w:rFonts w:ascii="Arial" w:hAnsi="Arial"/>
        </w:rPr>
        <w:t>So,</w:t>
      </w:r>
      <w:r>
        <w:rPr>
          <w:rFonts w:ascii="Arial" w:hAnsi="Arial"/>
        </w:rPr>
        <w:t xml:space="preserve"> I'm curious because you mix the red and the blue together. Are you showing that even though they're mixed together, you would still be able to see like strands of red and strands of blue?</w:t>
      </w:r>
    </w:p>
    <w:p w14:paraId="32F660C2" w14:textId="77777777" w:rsidR="00A93E13" w:rsidRDefault="00A93E13">
      <w:pPr>
        <w:spacing w:after="0"/>
      </w:pPr>
    </w:p>
    <w:p w14:paraId="30EAC63F" w14:textId="77777777" w:rsidR="00A93E13" w:rsidRDefault="00365114">
      <w:pPr>
        <w:spacing w:after="0"/>
      </w:pPr>
      <w:r>
        <w:rPr>
          <w:rFonts w:ascii="Arial" w:hAnsi="Arial"/>
          <w:b/>
        </w:rPr>
        <w:t xml:space="preserve">Participant #19:  </w:t>
      </w:r>
      <w:r>
        <w:rPr>
          <w:rFonts w:ascii="Arial" w:hAnsi="Arial"/>
          <w:color w:val="5D7284"/>
        </w:rPr>
        <w:t>07:23</w:t>
      </w:r>
    </w:p>
    <w:p w14:paraId="39C43B93" w14:textId="157F486D" w:rsidR="00A93E13" w:rsidRDefault="00B3550E">
      <w:pPr>
        <w:spacing w:after="0"/>
      </w:pPr>
      <w:r>
        <w:rPr>
          <w:rFonts w:ascii="Arial" w:hAnsi="Arial"/>
        </w:rPr>
        <w:t>Yeah, I don't think it would be as like, I don't think it would be a different color.</w:t>
      </w:r>
    </w:p>
    <w:p w14:paraId="382E4454" w14:textId="77777777" w:rsidR="00A93E13" w:rsidRDefault="00A93E13">
      <w:pPr>
        <w:spacing w:after="0"/>
      </w:pPr>
    </w:p>
    <w:p w14:paraId="620020C2" w14:textId="77777777" w:rsidR="00A93E13" w:rsidRDefault="00365114">
      <w:pPr>
        <w:spacing w:after="0"/>
      </w:pPr>
      <w:r>
        <w:rPr>
          <w:rFonts w:ascii="Arial" w:hAnsi="Arial"/>
          <w:b/>
        </w:rPr>
        <w:t xml:space="preserve">Interviewer P:  </w:t>
      </w:r>
      <w:r>
        <w:rPr>
          <w:rFonts w:ascii="Arial" w:hAnsi="Arial"/>
          <w:color w:val="5D7284"/>
        </w:rPr>
        <w:t>07:27</w:t>
      </w:r>
    </w:p>
    <w:p w14:paraId="39F58EF0" w14:textId="1A82FA0F" w:rsidR="00A93E13" w:rsidRDefault="00365114">
      <w:pPr>
        <w:spacing w:after="0"/>
      </w:pPr>
      <w:r>
        <w:rPr>
          <w:rFonts w:ascii="Arial" w:hAnsi="Arial"/>
        </w:rPr>
        <w:t xml:space="preserve">Okay, that's kind of what I'm getting </w:t>
      </w:r>
      <w:r w:rsidR="00B3550E">
        <w:rPr>
          <w:rFonts w:ascii="Arial" w:hAnsi="Arial"/>
        </w:rPr>
        <w:t>at,</w:t>
      </w:r>
      <w:r>
        <w:rPr>
          <w:rFonts w:ascii="Arial" w:hAnsi="Arial"/>
        </w:rPr>
        <w:t xml:space="preserve"> or would it form a new color? </w:t>
      </w:r>
    </w:p>
    <w:p w14:paraId="1C796C93" w14:textId="77777777" w:rsidR="00A93E13" w:rsidRDefault="00A93E13">
      <w:pPr>
        <w:spacing w:after="0"/>
      </w:pPr>
    </w:p>
    <w:p w14:paraId="7946FFA4" w14:textId="77777777" w:rsidR="00A93E13" w:rsidRDefault="00365114">
      <w:pPr>
        <w:spacing w:after="0"/>
      </w:pPr>
      <w:r>
        <w:rPr>
          <w:rFonts w:ascii="Arial" w:hAnsi="Arial"/>
          <w:b/>
        </w:rPr>
        <w:lastRenderedPageBreak/>
        <w:t xml:space="preserve">Participant #19:  </w:t>
      </w:r>
      <w:r>
        <w:rPr>
          <w:rFonts w:ascii="Arial" w:hAnsi="Arial"/>
          <w:color w:val="5D7284"/>
        </w:rPr>
        <w:t>07:31</w:t>
      </w:r>
    </w:p>
    <w:p w14:paraId="33CA3848" w14:textId="77777777" w:rsidR="00A93E13" w:rsidRDefault="00365114">
      <w:pPr>
        <w:spacing w:after="0"/>
      </w:pPr>
      <w:r>
        <w:rPr>
          <w:rFonts w:ascii="Arial" w:hAnsi="Arial"/>
        </w:rPr>
        <w:t>It would, it wouldn't form a whole like new color, but I think it's still be</w:t>
      </w:r>
      <w:r>
        <w:rPr>
          <w:rFonts w:ascii="Arial" w:hAnsi="Arial"/>
        </w:rPr>
        <w:t xml:space="preserve"> you can still see some areas of like each color individually.</w:t>
      </w:r>
    </w:p>
    <w:p w14:paraId="6FDDE5D0" w14:textId="77777777" w:rsidR="00A93E13" w:rsidRDefault="00A93E13">
      <w:pPr>
        <w:spacing w:after="0"/>
      </w:pPr>
    </w:p>
    <w:p w14:paraId="2EC65D97" w14:textId="77777777" w:rsidR="00A93E13" w:rsidRDefault="00365114">
      <w:pPr>
        <w:spacing w:after="0"/>
      </w:pPr>
      <w:r>
        <w:rPr>
          <w:rFonts w:ascii="Arial" w:hAnsi="Arial"/>
          <w:b/>
        </w:rPr>
        <w:t xml:space="preserve">Interviewer P:  </w:t>
      </w:r>
      <w:r>
        <w:rPr>
          <w:rFonts w:ascii="Arial" w:hAnsi="Arial"/>
          <w:color w:val="5D7284"/>
        </w:rPr>
        <w:t>07:42</w:t>
      </w:r>
    </w:p>
    <w:p w14:paraId="0B013B75" w14:textId="634FA742" w:rsidR="00A93E13" w:rsidRDefault="00365114">
      <w:pPr>
        <w:spacing w:after="0"/>
      </w:pPr>
      <w:r>
        <w:rPr>
          <w:rFonts w:ascii="Arial" w:hAnsi="Arial"/>
        </w:rPr>
        <w:t xml:space="preserve">Yeah, yeah, got it. Okay. Cool. Alright, so one more now I have green and yellow water. These also are the same temp you can feel this. However, what's different about these two is this water is salty and this water is fresh. </w:t>
      </w:r>
      <w:r w:rsidR="00B3550E">
        <w:rPr>
          <w:rFonts w:ascii="Arial" w:hAnsi="Arial"/>
        </w:rPr>
        <w:t>So,</w:t>
      </w:r>
      <w:r>
        <w:rPr>
          <w:rFonts w:ascii="Arial" w:hAnsi="Arial"/>
        </w:rPr>
        <w:t xml:space="preserve"> this right out of the tap I added salt to this. </w:t>
      </w:r>
      <w:r w:rsidR="00B3550E">
        <w:rPr>
          <w:rFonts w:ascii="Arial" w:hAnsi="Arial"/>
        </w:rPr>
        <w:t>So,</w:t>
      </w:r>
      <w:r>
        <w:rPr>
          <w:rFonts w:ascii="Arial" w:hAnsi="Arial"/>
        </w:rPr>
        <w:t xml:space="preserve"> you can think about that and how that might look after a minute? All right, so tell me about that sketch.</w:t>
      </w:r>
    </w:p>
    <w:p w14:paraId="4952A390" w14:textId="77777777" w:rsidR="00A93E13" w:rsidRDefault="00A93E13">
      <w:pPr>
        <w:spacing w:after="0"/>
      </w:pPr>
    </w:p>
    <w:p w14:paraId="02599DAA" w14:textId="77777777" w:rsidR="00A93E13" w:rsidRDefault="00365114">
      <w:pPr>
        <w:spacing w:after="0"/>
      </w:pPr>
      <w:r>
        <w:rPr>
          <w:rFonts w:ascii="Arial" w:hAnsi="Arial"/>
          <w:b/>
        </w:rPr>
        <w:t xml:space="preserve">Participant #19:  </w:t>
      </w:r>
      <w:r>
        <w:rPr>
          <w:rFonts w:ascii="Arial" w:hAnsi="Arial"/>
          <w:color w:val="5D7284"/>
        </w:rPr>
        <w:t>10:01</w:t>
      </w:r>
    </w:p>
    <w:p w14:paraId="430227C6" w14:textId="48F160F7" w:rsidR="00A93E13" w:rsidRDefault="00365114">
      <w:pPr>
        <w:spacing w:after="0"/>
      </w:pPr>
      <w:r>
        <w:rPr>
          <w:rFonts w:ascii="Arial" w:hAnsi="Arial"/>
        </w:rPr>
        <w:t xml:space="preserve">Um I'm assuming that maybe because of the salt, it won't mix. </w:t>
      </w:r>
      <w:r w:rsidR="00B3550E">
        <w:rPr>
          <w:rFonts w:ascii="Arial" w:hAnsi="Arial"/>
        </w:rPr>
        <w:t>Well,</w:t>
      </w:r>
      <w:r>
        <w:rPr>
          <w:rFonts w:ascii="Arial" w:hAnsi="Arial"/>
        </w:rPr>
        <w:t xml:space="preserve"> the salt is in the </w:t>
      </w:r>
      <w:r w:rsidR="00B3550E">
        <w:rPr>
          <w:rFonts w:ascii="Arial" w:hAnsi="Arial"/>
        </w:rPr>
        <w:t>green.</w:t>
      </w:r>
      <w:r>
        <w:rPr>
          <w:rFonts w:ascii="Arial" w:hAnsi="Arial"/>
        </w:rPr>
        <w:t xml:space="preserve"> Okay, so it won't like the green won't mix very well, mix together. I don't know why, but that's just what I'm guessing.</w:t>
      </w:r>
    </w:p>
    <w:p w14:paraId="44BCA66E" w14:textId="77777777" w:rsidR="00A93E13" w:rsidRDefault="00A93E13">
      <w:pPr>
        <w:spacing w:after="0"/>
      </w:pPr>
    </w:p>
    <w:p w14:paraId="1449B017" w14:textId="77777777" w:rsidR="00A93E13" w:rsidRDefault="00365114">
      <w:pPr>
        <w:spacing w:after="0"/>
      </w:pPr>
      <w:r>
        <w:rPr>
          <w:rFonts w:ascii="Arial" w:hAnsi="Arial"/>
          <w:b/>
        </w:rPr>
        <w:t xml:space="preserve">Interviewer P:  </w:t>
      </w:r>
      <w:r>
        <w:rPr>
          <w:rFonts w:ascii="Arial" w:hAnsi="Arial"/>
          <w:color w:val="5D7284"/>
        </w:rPr>
        <w:t>10:15</w:t>
      </w:r>
    </w:p>
    <w:p w14:paraId="69F52BEF" w14:textId="37B3F824" w:rsidR="00A93E13" w:rsidRDefault="00365114">
      <w:pPr>
        <w:spacing w:after="0"/>
      </w:pPr>
      <w:r>
        <w:rPr>
          <w:rFonts w:ascii="Arial" w:hAnsi="Arial"/>
        </w:rPr>
        <w:t xml:space="preserve">Okay, so the green, like, tend to stay on </w:t>
      </w:r>
      <w:r w:rsidR="00B3550E">
        <w:rPr>
          <w:rFonts w:ascii="Arial" w:hAnsi="Arial"/>
        </w:rPr>
        <w:t>its</w:t>
      </w:r>
      <w:r>
        <w:rPr>
          <w:rFonts w:ascii="Arial" w:hAnsi="Arial"/>
        </w:rPr>
        <w:t xml:space="preserve"> side and yellow will tend to stand on </w:t>
      </w:r>
      <w:r w:rsidR="00B3550E">
        <w:rPr>
          <w:rFonts w:ascii="Arial" w:hAnsi="Arial"/>
        </w:rPr>
        <w:t>its</w:t>
      </w:r>
      <w:r>
        <w:rPr>
          <w:rFonts w:ascii="Arial" w:hAnsi="Arial"/>
        </w:rPr>
        <w:t xml:space="preserve"> side. But there might be some stuff going on in the middle. </w:t>
      </w:r>
    </w:p>
    <w:p w14:paraId="7DA357E5" w14:textId="77777777" w:rsidR="00A93E13" w:rsidRDefault="00A93E13">
      <w:pPr>
        <w:spacing w:after="0"/>
      </w:pPr>
    </w:p>
    <w:p w14:paraId="7E6FF7DB" w14:textId="77777777" w:rsidR="00A93E13" w:rsidRDefault="00365114">
      <w:pPr>
        <w:spacing w:after="0"/>
      </w:pPr>
      <w:r>
        <w:rPr>
          <w:rFonts w:ascii="Arial" w:hAnsi="Arial"/>
          <w:b/>
        </w:rPr>
        <w:t xml:space="preserve">Participant #19:  </w:t>
      </w:r>
      <w:r>
        <w:rPr>
          <w:rFonts w:ascii="Arial" w:hAnsi="Arial"/>
          <w:color w:val="5D7284"/>
        </w:rPr>
        <w:t>10:23</w:t>
      </w:r>
    </w:p>
    <w:p w14:paraId="28847C94" w14:textId="77777777" w:rsidR="00A93E13" w:rsidRDefault="00365114">
      <w:pPr>
        <w:spacing w:after="0"/>
      </w:pPr>
      <w:r>
        <w:rPr>
          <w:rFonts w:ascii="Arial" w:hAnsi="Arial"/>
        </w:rPr>
        <w:t>Yeah. Yeah.</w:t>
      </w:r>
    </w:p>
    <w:p w14:paraId="7DAC0284" w14:textId="77777777" w:rsidR="00A93E13" w:rsidRDefault="00A93E13">
      <w:pPr>
        <w:spacing w:after="0"/>
      </w:pPr>
    </w:p>
    <w:p w14:paraId="4AE99077" w14:textId="77777777" w:rsidR="00A93E13" w:rsidRDefault="00365114">
      <w:pPr>
        <w:spacing w:after="0"/>
      </w:pPr>
      <w:r>
        <w:rPr>
          <w:rFonts w:ascii="Arial" w:hAnsi="Arial"/>
          <w:b/>
        </w:rPr>
        <w:t xml:space="preserve">Interviewer P:  </w:t>
      </w:r>
      <w:r>
        <w:rPr>
          <w:rFonts w:ascii="Arial" w:hAnsi="Arial"/>
          <w:color w:val="5D7284"/>
        </w:rPr>
        <w:t>10:26</w:t>
      </w:r>
    </w:p>
    <w:p w14:paraId="7D581180" w14:textId="77777777" w:rsidR="00A93E13" w:rsidRDefault="00365114">
      <w:pPr>
        <w:spacing w:after="0"/>
      </w:pPr>
      <w:r>
        <w:rPr>
          <w:rFonts w:ascii="Arial" w:hAnsi="Arial"/>
        </w:rPr>
        <w:t xml:space="preserve"> And do you, are you basing that, like on an experience that you've had or a memory?</w:t>
      </w:r>
    </w:p>
    <w:p w14:paraId="36A44766" w14:textId="77777777" w:rsidR="00A93E13" w:rsidRDefault="00A93E13">
      <w:pPr>
        <w:spacing w:after="0"/>
      </w:pPr>
    </w:p>
    <w:p w14:paraId="5753DD1C" w14:textId="77777777" w:rsidR="00A93E13" w:rsidRDefault="00365114">
      <w:pPr>
        <w:spacing w:after="0"/>
      </w:pPr>
      <w:r>
        <w:rPr>
          <w:rFonts w:ascii="Arial" w:hAnsi="Arial"/>
          <w:b/>
        </w:rPr>
        <w:t xml:space="preserve">Participant #19:  </w:t>
      </w:r>
      <w:r>
        <w:rPr>
          <w:rFonts w:ascii="Arial" w:hAnsi="Arial"/>
          <w:color w:val="5D7284"/>
        </w:rPr>
        <w:t>10:32</w:t>
      </w:r>
    </w:p>
    <w:p w14:paraId="475658D5" w14:textId="6FAE5BF8" w:rsidR="00A93E13" w:rsidRDefault="00365114">
      <w:pPr>
        <w:spacing w:after="0"/>
      </w:pPr>
      <w:r>
        <w:rPr>
          <w:rFonts w:ascii="Arial" w:hAnsi="Arial"/>
        </w:rPr>
        <w:t xml:space="preserve">Maybe not like </w:t>
      </w:r>
      <w:r w:rsidR="00B3550E">
        <w:rPr>
          <w:rFonts w:ascii="Arial" w:hAnsi="Arial"/>
        </w:rPr>
        <w:t>consciously</w:t>
      </w:r>
      <w:r>
        <w:rPr>
          <w:rFonts w:ascii="Arial" w:hAnsi="Arial"/>
        </w:rPr>
        <w:t>. Um, but I'm just, I just think that's what it would do.</w:t>
      </w:r>
    </w:p>
    <w:p w14:paraId="569ABF2A" w14:textId="77777777" w:rsidR="00A93E13" w:rsidRDefault="00A93E13">
      <w:pPr>
        <w:spacing w:after="0"/>
      </w:pPr>
    </w:p>
    <w:p w14:paraId="09A49BA8" w14:textId="77777777" w:rsidR="00A93E13" w:rsidRDefault="00365114">
      <w:pPr>
        <w:spacing w:after="0"/>
      </w:pPr>
      <w:r>
        <w:rPr>
          <w:rFonts w:ascii="Arial" w:hAnsi="Arial"/>
          <w:b/>
        </w:rPr>
        <w:t xml:space="preserve">Interviewer P:  </w:t>
      </w:r>
      <w:r>
        <w:rPr>
          <w:rFonts w:ascii="Arial" w:hAnsi="Arial"/>
          <w:color w:val="5D7284"/>
        </w:rPr>
        <w:t>10:42</w:t>
      </w:r>
    </w:p>
    <w:p w14:paraId="0AF43701" w14:textId="1F3F2D09" w:rsidR="00A93E13" w:rsidRDefault="00365114">
      <w:pPr>
        <w:spacing w:after="0"/>
      </w:pPr>
      <w:r>
        <w:rPr>
          <w:rFonts w:ascii="Arial" w:hAnsi="Arial"/>
        </w:rPr>
        <w:t xml:space="preserve">That's okay. All right. Let's do this and see what happens. I'm gonna do it in the same order that we talked about it already. </w:t>
      </w:r>
      <w:r w:rsidR="00B3550E">
        <w:rPr>
          <w:rFonts w:ascii="Arial" w:hAnsi="Arial"/>
        </w:rPr>
        <w:t>So,</w:t>
      </w:r>
      <w:r>
        <w:rPr>
          <w:rFonts w:ascii="Arial" w:hAnsi="Arial"/>
        </w:rPr>
        <w:t xml:space="preserve"> I'll do the hot and the cold water first.</w:t>
      </w:r>
    </w:p>
    <w:p w14:paraId="55EED2F7" w14:textId="77777777" w:rsidR="00A93E13" w:rsidRDefault="00A93E13">
      <w:pPr>
        <w:spacing w:after="0"/>
      </w:pPr>
    </w:p>
    <w:p w14:paraId="46203103" w14:textId="77777777" w:rsidR="00A93E13" w:rsidRDefault="00365114">
      <w:pPr>
        <w:spacing w:after="0"/>
      </w:pPr>
      <w:r>
        <w:rPr>
          <w:rFonts w:ascii="Arial" w:hAnsi="Arial"/>
          <w:b/>
        </w:rPr>
        <w:t xml:space="preserve">Participant #19:  </w:t>
      </w:r>
      <w:r>
        <w:rPr>
          <w:rFonts w:ascii="Arial" w:hAnsi="Arial"/>
          <w:color w:val="5D7284"/>
        </w:rPr>
        <w:t>10:57</w:t>
      </w:r>
    </w:p>
    <w:p w14:paraId="5C050D6A" w14:textId="77777777" w:rsidR="00A93E13" w:rsidRDefault="00365114">
      <w:pPr>
        <w:spacing w:after="0"/>
      </w:pPr>
      <w:r>
        <w:rPr>
          <w:rFonts w:ascii="Arial" w:hAnsi="Arial"/>
        </w:rPr>
        <w:t xml:space="preserve">What happens if I get it wrong? </w:t>
      </w:r>
    </w:p>
    <w:p w14:paraId="48E086BB" w14:textId="77777777" w:rsidR="00A93E13" w:rsidRDefault="00A93E13">
      <w:pPr>
        <w:spacing w:after="0"/>
      </w:pPr>
    </w:p>
    <w:p w14:paraId="689D8B00" w14:textId="77777777" w:rsidR="00A93E13" w:rsidRDefault="00365114">
      <w:pPr>
        <w:spacing w:after="0"/>
      </w:pPr>
      <w:r>
        <w:rPr>
          <w:rFonts w:ascii="Arial" w:hAnsi="Arial"/>
          <w:b/>
        </w:rPr>
        <w:t xml:space="preserve">Interviewer P:  </w:t>
      </w:r>
      <w:r>
        <w:rPr>
          <w:rFonts w:ascii="Arial" w:hAnsi="Arial"/>
          <w:color w:val="5D7284"/>
        </w:rPr>
        <w:t>10:58</w:t>
      </w:r>
    </w:p>
    <w:p w14:paraId="7EEA5B62" w14:textId="1CE7DAB1" w:rsidR="00A93E13" w:rsidRDefault="00365114">
      <w:pPr>
        <w:spacing w:after="0"/>
      </w:pPr>
      <w:r>
        <w:rPr>
          <w:rFonts w:ascii="Arial" w:hAnsi="Arial"/>
        </w:rPr>
        <w:t xml:space="preserve">Nothing, then I just asked you questions like I am. Yeah, there is. There is no shame in getting it wrong. No pride in getting </w:t>
      </w:r>
      <w:r w:rsidR="00B3550E">
        <w:rPr>
          <w:rFonts w:ascii="Arial" w:hAnsi="Arial"/>
        </w:rPr>
        <w:t>it right</w:t>
      </w:r>
      <w:r>
        <w:rPr>
          <w:rFonts w:ascii="Arial" w:hAnsi="Arial"/>
        </w:rPr>
        <w:t xml:space="preserve">. It's just I'm wondering why people think one way or another and once they're forming their predictions, so I said after a minute so I'm gonna try to squeeze this so it </w:t>
      </w:r>
      <w:r w:rsidR="00B3550E">
        <w:rPr>
          <w:rFonts w:ascii="Arial" w:hAnsi="Arial"/>
        </w:rPr>
        <w:t>doesn’t</w:t>
      </w:r>
      <w:r>
        <w:rPr>
          <w:rFonts w:ascii="Arial" w:hAnsi="Arial"/>
        </w:rPr>
        <w:t xml:space="preserve"> leak, here's the warm water as you can see, it's </w:t>
      </w:r>
      <w:r w:rsidR="00B3550E">
        <w:rPr>
          <w:rFonts w:ascii="Arial" w:hAnsi="Arial"/>
        </w:rPr>
        <w:t>already</w:t>
      </w:r>
      <w:r>
        <w:rPr>
          <w:rFonts w:ascii="Arial" w:hAnsi="Arial"/>
        </w:rPr>
        <w:t xml:space="preserve"> leaking but </w:t>
      </w:r>
      <w:r w:rsidR="00B3550E">
        <w:rPr>
          <w:rFonts w:ascii="Arial" w:hAnsi="Arial"/>
        </w:rPr>
        <w:t>that’s</w:t>
      </w:r>
      <w:r>
        <w:rPr>
          <w:rFonts w:ascii="Arial" w:hAnsi="Arial"/>
        </w:rPr>
        <w:t xml:space="preserve"> okay. Alright here comes the cold, alright now more the divider.</w:t>
      </w:r>
    </w:p>
    <w:p w14:paraId="7FC0BD60" w14:textId="77777777" w:rsidR="00A93E13" w:rsidRDefault="00A93E13">
      <w:pPr>
        <w:spacing w:after="0"/>
      </w:pPr>
    </w:p>
    <w:p w14:paraId="202E18F8" w14:textId="77777777" w:rsidR="00A93E13" w:rsidRDefault="00365114">
      <w:pPr>
        <w:spacing w:after="0"/>
      </w:pPr>
      <w:r>
        <w:rPr>
          <w:rFonts w:ascii="Arial" w:hAnsi="Arial"/>
          <w:b/>
        </w:rPr>
        <w:t xml:space="preserve">Participant #19:  </w:t>
      </w:r>
      <w:r>
        <w:rPr>
          <w:rFonts w:ascii="Arial" w:hAnsi="Arial"/>
          <w:color w:val="5D7284"/>
        </w:rPr>
        <w:t>11:50</w:t>
      </w:r>
    </w:p>
    <w:p w14:paraId="238096C5" w14:textId="0C6BC92B" w:rsidR="00A93E13" w:rsidRDefault="00B3550E">
      <w:pPr>
        <w:spacing w:after="0"/>
      </w:pPr>
      <w:r>
        <w:rPr>
          <w:rFonts w:ascii="Arial" w:hAnsi="Arial"/>
        </w:rPr>
        <w:t>So, this is the hot water?</w:t>
      </w:r>
    </w:p>
    <w:p w14:paraId="1724D1A5" w14:textId="77777777" w:rsidR="00A93E13" w:rsidRDefault="00A93E13">
      <w:pPr>
        <w:spacing w:after="0"/>
      </w:pPr>
    </w:p>
    <w:p w14:paraId="7A8B64C1" w14:textId="77777777" w:rsidR="00A93E13" w:rsidRDefault="00365114">
      <w:pPr>
        <w:spacing w:after="0"/>
      </w:pPr>
      <w:r>
        <w:rPr>
          <w:rFonts w:ascii="Arial" w:hAnsi="Arial"/>
          <w:b/>
        </w:rPr>
        <w:t xml:space="preserve">Interviewer P:  </w:t>
      </w:r>
      <w:r>
        <w:rPr>
          <w:rFonts w:ascii="Arial" w:hAnsi="Arial"/>
          <w:color w:val="5D7284"/>
        </w:rPr>
        <w:t>11:51</w:t>
      </w:r>
    </w:p>
    <w:p w14:paraId="50A53AB2" w14:textId="77777777" w:rsidR="00A93E13" w:rsidRDefault="00365114">
      <w:pPr>
        <w:spacing w:after="0"/>
      </w:pPr>
      <w:r>
        <w:rPr>
          <w:rFonts w:ascii="Arial" w:hAnsi="Arial"/>
        </w:rPr>
        <w:t>Mhm</w:t>
      </w:r>
      <w:r>
        <w:rPr>
          <w:rFonts w:ascii="Arial" w:hAnsi="Arial"/>
        </w:rPr>
        <w:t xml:space="preserve">, the red is the hot. Runaway BBs we will need to keep them back in their container. </w:t>
      </w:r>
    </w:p>
    <w:p w14:paraId="6DC99ECB" w14:textId="77777777" w:rsidR="00A93E13" w:rsidRDefault="00A93E13">
      <w:pPr>
        <w:spacing w:after="0"/>
      </w:pPr>
    </w:p>
    <w:p w14:paraId="6ADDD3AB" w14:textId="77777777" w:rsidR="00A93E13" w:rsidRDefault="00365114">
      <w:pPr>
        <w:spacing w:after="0"/>
      </w:pPr>
      <w:r>
        <w:rPr>
          <w:rFonts w:ascii="Arial" w:hAnsi="Arial"/>
          <w:b/>
        </w:rPr>
        <w:t xml:space="preserve">Participant #19:  </w:t>
      </w:r>
      <w:r>
        <w:rPr>
          <w:rFonts w:ascii="Arial" w:hAnsi="Arial"/>
          <w:color w:val="5D7284"/>
        </w:rPr>
        <w:t>12:20</w:t>
      </w:r>
    </w:p>
    <w:p w14:paraId="5B0E45F9" w14:textId="77777777" w:rsidR="00A93E13" w:rsidRDefault="00365114">
      <w:pPr>
        <w:spacing w:after="0"/>
      </w:pPr>
      <w:r>
        <w:rPr>
          <w:rFonts w:ascii="Arial" w:hAnsi="Arial"/>
        </w:rPr>
        <w:t xml:space="preserve">Hm was kind of the opposite. </w:t>
      </w:r>
    </w:p>
    <w:p w14:paraId="4D9F4F3A" w14:textId="77777777" w:rsidR="00A93E13" w:rsidRDefault="00A93E13">
      <w:pPr>
        <w:spacing w:after="0"/>
      </w:pPr>
    </w:p>
    <w:p w14:paraId="73AF41E1" w14:textId="77777777" w:rsidR="00A93E13" w:rsidRDefault="00365114">
      <w:pPr>
        <w:spacing w:after="0"/>
      </w:pPr>
      <w:r>
        <w:rPr>
          <w:rFonts w:ascii="Arial" w:hAnsi="Arial"/>
          <w:b/>
        </w:rPr>
        <w:t xml:space="preserve">Interviewer P:  </w:t>
      </w:r>
      <w:r>
        <w:rPr>
          <w:rFonts w:ascii="Arial" w:hAnsi="Arial"/>
          <w:color w:val="5D7284"/>
        </w:rPr>
        <w:t>12:25</w:t>
      </w:r>
    </w:p>
    <w:p w14:paraId="257F3E77" w14:textId="77777777" w:rsidR="00A93E13" w:rsidRDefault="00365114">
      <w:pPr>
        <w:spacing w:after="0"/>
      </w:pPr>
      <w:r>
        <w:rPr>
          <w:rFonts w:ascii="Arial" w:hAnsi="Arial"/>
        </w:rPr>
        <w:t>Yeah. Does that surprise you?</w:t>
      </w:r>
    </w:p>
    <w:p w14:paraId="1D8C1A19" w14:textId="77777777" w:rsidR="00A93E13" w:rsidRDefault="00A93E13">
      <w:pPr>
        <w:spacing w:after="0"/>
      </w:pPr>
    </w:p>
    <w:p w14:paraId="22D1F3C5" w14:textId="77777777" w:rsidR="00A93E13" w:rsidRDefault="00365114">
      <w:pPr>
        <w:spacing w:after="0"/>
      </w:pPr>
      <w:r>
        <w:rPr>
          <w:rFonts w:ascii="Arial" w:hAnsi="Arial"/>
          <w:b/>
        </w:rPr>
        <w:t xml:space="preserve">Participant #19:  </w:t>
      </w:r>
      <w:r>
        <w:rPr>
          <w:rFonts w:ascii="Arial" w:hAnsi="Arial"/>
          <w:color w:val="5D7284"/>
        </w:rPr>
        <w:t>12:35</w:t>
      </w:r>
    </w:p>
    <w:p w14:paraId="6B81995E" w14:textId="77777777" w:rsidR="00A93E13" w:rsidRDefault="00365114">
      <w:pPr>
        <w:spacing w:after="0"/>
      </w:pPr>
      <w:r>
        <w:rPr>
          <w:rFonts w:ascii="Arial" w:hAnsi="Arial"/>
        </w:rPr>
        <w:t>Not really. I was I wasn't sure which, which one would be on top. So. But it's interesting to know that it's opposite of it. Yeah.</w:t>
      </w:r>
    </w:p>
    <w:p w14:paraId="65E58BF4" w14:textId="77777777" w:rsidR="00A93E13" w:rsidRDefault="00A93E13">
      <w:pPr>
        <w:spacing w:after="0"/>
      </w:pPr>
    </w:p>
    <w:p w14:paraId="3237038E" w14:textId="77777777" w:rsidR="00A93E13" w:rsidRDefault="00365114">
      <w:pPr>
        <w:spacing w:after="0"/>
      </w:pPr>
      <w:r>
        <w:rPr>
          <w:rFonts w:ascii="Arial" w:hAnsi="Arial"/>
          <w:b/>
        </w:rPr>
        <w:t xml:space="preserve">Interviewer P:  </w:t>
      </w:r>
      <w:r>
        <w:rPr>
          <w:rFonts w:ascii="Arial" w:hAnsi="Arial"/>
          <w:color w:val="5D7284"/>
        </w:rPr>
        <w:t>12:44</w:t>
      </w:r>
    </w:p>
    <w:p w14:paraId="0390385B" w14:textId="77777777" w:rsidR="00A93E13" w:rsidRDefault="00365114">
      <w:pPr>
        <w:spacing w:after="0"/>
      </w:pPr>
      <w:r>
        <w:rPr>
          <w:rFonts w:ascii="Arial" w:hAnsi="Arial"/>
        </w:rPr>
        <w:t>Any guesses as to what's causing the red to be on top instead of the blue?</w:t>
      </w:r>
    </w:p>
    <w:p w14:paraId="4ECE9F66" w14:textId="77777777" w:rsidR="00A93E13" w:rsidRDefault="00A93E13">
      <w:pPr>
        <w:spacing w:after="0"/>
      </w:pPr>
    </w:p>
    <w:p w14:paraId="67C5E990" w14:textId="77777777" w:rsidR="00A93E13" w:rsidRDefault="00365114">
      <w:pPr>
        <w:spacing w:after="0"/>
      </w:pPr>
      <w:r>
        <w:rPr>
          <w:rFonts w:ascii="Arial" w:hAnsi="Arial"/>
          <w:b/>
        </w:rPr>
        <w:t xml:space="preserve">Participant #19:  </w:t>
      </w:r>
      <w:r>
        <w:rPr>
          <w:rFonts w:ascii="Arial" w:hAnsi="Arial"/>
          <w:color w:val="5D7284"/>
        </w:rPr>
        <w:t>12:51</w:t>
      </w:r>
    </w:p>
    <w:p w14:paraId="2E9E2D87" w14:textId="38245A32" w:rsidR="00A93E13" w:rsidRDefault="00365114">
      <w:pPr>
        <w:spacing w:after="0"/>
      </w:pPr>
      <w:r>
        <w:rPr>
          <w:rFonts w:ascii="Arial" w:hAnsi="Arial"/>
        </w:rPr>
        <w:t xml:space="preserve">I don't know why. Like, cuz it's hot. It's warmer. But I don't know why it would be on top. Because the way like when </w:t>
      </w:r>
      <w:r w:rsidR="00DC565F">
        <w:rPr>
          <w:rFonts w:ascii="Arial" w:hAnsi="Arial"/>
        </w:rPr>
        <w:t>it’s</w:t>
      </w:r>
      <w:r>
        <w:rPr>
          <w:rFonts w:ascii="Arial" w:hAnsi="Arial"/>
        </w:rPr>
        <w:t xml:space="preserve"> kind of like rotated that blue rotated, rotated to the bottom. </w:t>
      </w:r>
      <w:r w:rsidR="00B3550E">
        <w:rPr>
          <w:rFonts w:ascii="Arial" w:hAnsi="Arial"/>
        </w:rPr>
        <w:t>So,</w:t>
      </w:r>
      <w:r>
        <w:rPr>
          <w:rFonts w:ascii="Arial" w:hAnsi="Arial"/>
        </w:rPr>
        <w:t xml:space="preserve"> I'm not sure.</w:t>
      </w:r>
    </w:p>
    <w:p w14:paraId="05456352" w14:textId="77777777" w:rsidR="00A93E13" w:rsidRDefault="00A93E13">
      <w:pPr>
        <w:spacing w:after="0"/>
      </w:pPr>
    </w:p>
    <w:p w14:paraId="51FFFB02" w14:textId="77777777" w:rsidR="00A93E13" w:rsidRDefault="00365114">
      <w:pPr>
        <w:spacing w:after="0"/>
      </w:pPr>
      <w:r>
        <w:rPr>
          <w:rFonts w:ascii="Arial" w:hAnsi="Arial"/>
          <w:b/>
        </w:rPr>
        <w:t xml:space="preserve">Interviewer P:  </w:t>
      </w:r>
      <w:r>
        <w:rPr>
          <w:rFonts w:ascii="Arial" w:hAnsi="Arial"/>
          <w:color w:val="5D7284"/>
        </w:rPr>
        <w:t>13:06</w:t>
      </w:r>
    </w:p>
    <w:p w14:paraId="644D5ABC" w14:textId="5DC30B93" w:rsidR="00A93E13" w:rsidRDefault="00365114">
      <w:pPr>
        <w:spacing w:after="0"/>
      </w:pPr>
      <w:r>
        <w:rPr>
          <w:rFonts w:ascii="Arial" w:hAnsi="Arial"/>
        </w:rPr>
        <w:t xml:space="preserve">Did it surprise you the way that it </w:t>
      </w:r>
      <w:r w:rsidR="00B3550E">
        <w:rPr>
          <w:rFonts w:ascii="Arial" w:hAnsi="Arial"/>
        </w:rPr>
        <w:t>moves</w:t>
      </w:r>
      <w:r>
        <w:rPr>
          <w:rFonts w:ascii="Arial" w:hAnsi="Arial"/>
        </w:rPr>
        <w:t xml:space="preserve">, like rotating to the </w:t>
      </w:r>
      <w:r>
        <w:rPr>
          <w:rFonts w:ascii="Arial" w:hAnsi="Arial"/>
        </w:rPr>
        <w:t>bottom.</w:t>
      </w:r>
    </w:p>
    <w:p w14:paraId="069EC46E" w14:textId="77777777" w:rsidR="00A93E13" w:rsidRDefault="00A93E13">
      <w:pPr>
        <w:spacing w:after="0"/>
      </w:pPr>
    </w:p>
    <w:p w14:paraId="13E2532E" w14:textId="77777777" w:rsidR="00A93E13" w:rsidRDefault="00365114">
      <w:pPr>
        <w:spacing w:after="0"/>
      </w:pPr>
      <w:r>
        <w:rPr>
          <w:rFonts w:ascii="Arial" w:hAnsi="Arial"/>
          <w:b/>
        </w:rPr>
        <w:t xml:space="preserve">Participant #19:  </w:t>
      </w:r>
      <w:r>
        <w:rPr>
          <w:rFonts w:ascii="Arial" w:hAnsi="Arial"/>
          <w:color w:val="5D7284"/>
        </w:rPr>
        <w:t>13:10</w:t>
      </w:r>
    </w:p>
    <w:p w14:paraId="6C9DCD6C" w14:textId="77777777" w:rsidR="00A93E13" w:rsidRDefault="00365114">
      <w:pPr>
        <w:spacing w:after="0"/>
      </w:pPr>
      <w:r>
        <w:rPr>
          <w:rFonts w:ascii="Arial" w:hAnsi="Arial"/>
        </w:rPr>
        <w:t>Yeah. Well, I didn't think about that. How it would actually move.</w:t>
      </w:r>
    </w:p>
    <w:p w14:paraId="7CDE8D89" w14:textId="77777777" w:rsidR="00A93E13" w:rsidRDefault="00A93E13">
      <w:pPr>
        <w:spacing w:after="0"/>
      </w:pPr>
    </w:p>
    <w:p w14:paraId="00E8B0CB" w14:textId="77777777" w:rsidR="00A93E13" w:rsidRDefault="00365114">
      <w:pPr>
        <w:spacing w:after="0"/>
      </w:pPr>
      <w:r>
        <w:rPr>
          <w:rFonts w:ascii="Arial" w:hAnsi="Arial"/>
          <w:b/>
        </w:rPr>
        <w:t xml:space="preserve">Interviewer P:  </w:t>
      </w:r>
      <w:r>
        <w:rPr>
          <w:rFonts w:ascii="Arial" w:hAnsi="Arial"/>
          <w:color w:val="5D7284"/>
        </w:rPr>
        <w:t>13:13</w:t>
      </w:r>
    </w:p>
    <w:p w14:paraId="79D2FE23" w14:textId="77777777" w:rsidR="00A93E13" w:rsidRDefault="00365114">
      <w:pPr>
        <w:spacing w:after="0"/>
      </w:pPr>
      <w:r>
        <w:rPr>
          <w:rFonts w:ascii="Arial" w:hAnsi="Arial"/>
        </w:rPr>
        <w:t xml:space="preserve">Yeah, how it would get there. </w:t>
      </w:r>
    </w:p>
    <w:p w14:paraId="2E6C6CDE" w14:textId="77777777" w:rsidR="00A93E13" w:rsidRDefault="00A93E13">
      <w:pPr>
        <w:spacing w:after="0"/>
      </w:pPr>
    </w:p>
    <w:p w14:paraId="10995219" w14:textId="77777777" w:rsidR="00A93E13" w:rsidRDefault="00365114">
      <w:pPr>
        <w:spacing w:after="0"/>
      </w:pPr>
      <w:r>
        <w:rPr>
          <w:rFonts w:ascii="Arial" w:hAnsi="Arial"/>
          <w:b/>
        </w:rPr>
        <w:t xml:space="preserve">Participant #19:  </w:t>
      </w:r>
      <w:r>
        <w:rPr>
          <w:rFonts w:ascii="Arial" w:hAnsi="Arial"/>
          <w:color w:val="5D7284"/>
        </w:rPr>
        <w:t>13:14</w:t>
      </w:r>
    </w:p>
    <w:p w14:paraId="64EF4D91" w14:textId="77777777" w:rsidR="00A93E13" w:rsidRDefault="00365114">
      <w:pPr>
        <w:spacing w:after="0"/>
      </w:pPr>
      <w:r>
        <w:rPr>
          <w:rFonts w:ascii="Arial" w:hAnsi="Arial"/>
        </w:rPr>
        <w:t xml:space="preserve">Yeah. </w:t>
      </w:r>
    </w:p>
    <w:p w14:paraId="4B7F8E44" w14:textId="77777777" w:rsidR="00A93E13" w:rsidRDefault="00A93E13">
      <w:pPr>
        <w:spacing w:after="0"/>
      </w:pPr>
    </w:p>
    <w:p w14:paraId="77819154" w14:textId="77777777" w:rsidR="00A93E13" w:rsidRDefault="00365114">
      <w:pPr>
        <w:spacing w:after="0"/>
      </w:pPr>
      <w:r>
        <w:rPr>
          <w:rFonts w:ascii="Arial" w:hAnsi="Arial"/>
          <w:b/>
        </w:rPr>
        <w:t xml:space="preserve">Interviewer P:  </w:t>
      </w:r>
      <w:r>
        <w:rPr>
          <w:rFonts w:ascii="Arial" w:hAnsi="Arial"/>
          <w:color w:val="5D7284"/>
        </w:rPr>
        <w:t>13:15</w:t>
      </w:r>
    </w:p>
    <w:p w14:paraId="40B1406C" w14:textId="79615A0D" w:rsidR="00A93E13" w:rsidRDefault="00365114">
      <w:pPr>
        <w:spacing w:after="0"/>
      </w:pPr>
      <w:r>
        <w:rPr>
          <w:rFonts w:ascii="Arial" w:hAnsi="Arial"/>
        </w:rPr>
        <w:t xml:space="preserve">And do you have any experiences with like hot and cold things that you can relate to this? Are you </w:t>
      </w:r>
      <w:r w:rsidR="00B3550E">
        <w:rPr>
          <w:rFonts w:ascii="Arial" w:hAnsi="Arial"/>
        </w:rPr>
        <w:t xml:space="preserve">a </w:t>
      </w:r>
      <w:r>
        <w:rPr>
          <w:rFonts w:ascii="Arial" w:hAnsi="Arial"/>
        </w:rPr>
        <w:t>coffee drinker?</w:t>
      </w:r>
    </w:p>
    <w:p w14:paraId="6B014147" w14:textId="77777777" w:rsidR="00A93E13" w:rsidRDefault="00A93E13">
      <w:pPr>
        <w:spacing w:after="0"/>
      </w:pPr>
    </w:p>
    <w:p w14:paraId="2A323D07" w14:textId="77777777" w:rsidR="00A93E13" w:rsidRDefault="00365114">
      <w:pPr>
        <w:spacing w:after="0"/>
      </w:pPr>
      <w:r>
        <w:rPr>
          <w:rFonts w:ascii="Arial" w:hAnsi="Arial"/>
          <w:b/>
        </w:rPr>
        <w:t xml:space="preserve">Participant #19:  </w:t>
      </w:r>
      <w:r>
        <w:rPr>
          <w:rFonts w:ascii="Arial" w:hAnsi="Arial"/>
          <w:color w:val="5D7284"/>
        </w:rPr>
        <w:t>13:33</w:t>
      </w:r>
    </w:p>
    <w:p w14:paraId="645BEF29" w14:textId="77777777" w:rsidR="00A93E13" w:rsidRDefault="00365114">
      <w:pPr>
        <w:spacing w:after="0"/>
      </w:pPr>
      <w:r>
        <w:rPr>
          <w:rFonts w:ascii="Arial" w:hAnsi="Arial"/>
        </w:rPr>
        <w:t xml:space="preserve">No, not really. </w:t>
      </w:r>
    </w:p>
    <w:p w14:paraId="35F2EBE2" w14:textId="77777777" w:rsidR="00A93E13" w:rsidRDefault="00A93E13">
      <w:pPr>
        <w:spacing w:after="0"/>
      </w:pPr>
    </w:p>
    <w:p w14:paraId="43501DD6" w14:textId="77777777" w:rsidR="00A93E13" w:rsidRDefault="00365114">
      <w:pPr>
        <w:spacing w:after="0"/>
      </w:pPr>
      <w:r>
        <w:rPr>
          <w:rFonts w:ascii="Arial" w:hAnsi="Arial"/>
          <w:b/>
        </w:rPr>
        <w:t xml:space="preserve">Interviewer P:  </w:t>
      </w:r>
      <w:r>
        <w:rPr>
          <w:rFonts w:ascii="Arial" w:hAnsi="Arial"/>
          <w:color w:val="5D7284"/>
        </w:rPr>
        <w:t>13:34</w:t>
      </w:r>
    </w:p>
    <w:p w14:paraId="73956152" w14:textId="77777777" w:rsidR="00A93E13" w:rsidRDefault="00365114">
      <w:pPr>
        <w:spacing w:after="0"/>
      </w:pPr>
      <w:r>
        <w:rPr>
          <w:rFonts w:ascii="Arial" w:hAnsi="Arial"/>
        </w:rPr>
        <w:t>Yeah. You do all cold. Alright, so I'm gonna move this over here. You know what, let me ask you another question. First of all, being so the layers that they formed? Do you think they'll stay like that forever?</w:t>
      </w:r>
    </w:p>
    <w:p w14:paraId="44C38B0A" w14:textId="77777777" w:rsidR="00A93E13" w:rsidRDefault="00A93E13">
      <w:pPr>
        <w:spacing w:after="0"/>
      </w:pPr>
    </w:p>
    <w:p w14:paraId="1CB9C90A" w14:textId="77777777" w:rsidR="00A93E13" w:rsidRDefault="00365114">
      <w:pPr>
        <w:spacing w:after="0"/>
      </w:pPr>
      <w:r>
        <w:rPr>
          <w:rFonts w:ascii="Arial" w:hAnsi="Arial"/>
          <w:b/>
        </w:rPr>
        <w:t xml:space="preserve">Participant #19:  </w:t>
      </w:r>
      <w:r>
        <w:rPr>
          <w:rFonts w:ascii="Arial" w:hAnsi="Arial"/>
          <w:color w:val="5D7284"/>
        </w:rPr>
        <w:t>13:51</w:t>
      </w:r>
    </w:p>
    <w:p w14:paraId="1E624646" w14:textId="77777777" w:rsidR="00A93E13" w:rsidRDefault="00365114">
      <w:pPr>
        <w:spacing w:after="0"/>
      </w:pPr>
      <w:r>
        <w:rPr>
          <w:rFonts w:ascii="Arial" w:hAnsi="Arial"/>
        </w:rPr>
        <w:t xml:space="preserve">No. I think they would mix like, like after you mean, like if we just left it here? </w:t>
      </w:r>
    </w:p>
    <w:p w14:paraId="3B2EA367" w14:textId="77777777" w:rsidR="00A93E13" w:rsidRDefault="00A93E13">
      <w:pPr>
        <w:spacing w:after="0"/>
      </w:pPr>
    </w:p>
    <w:p w14:paraId="073F7433" w14:textId="77777777" w:rsidR="00A93E13" w:rsidRDefault="00365114">
      <w:pPr>
        <w:spacing w:after="0"/>
      </w:pPr>
      <w:r>
        <w:rPr>
          <w:rFonts w:ascii="Arial" w:hAnsi="Arial"/>
          <w:b/>
        </w:rPr>
        <w:t xml:space="preserve">Interviewer P:  </w:t>
      </w:r>
      <w:r>
        <w:rPr>
          <w:rFonts w:ascii="Arial" w:hAnsi="Arial"/>
          <w:color w:val="5D7284"/>
        </w:rPr>
        <w:t>13:57</w:t>
      </w:r>
    </w:p>
    <w:p w14:paraId="28596A79" w14:textId="77777777" w:rsidR="00A93E13" w:rsidRDefault="00365114">
      <w:pPr>
        <w:spacing w:after="0"/>
      </w:pPr>
      <w:r>
        <w:rPr>
          <w:rFonts w:ascii="Arial" w:hAnsi="Arial"/>
        </w:rPr>
        <w:t>Yeah.</w:t>
      </w:r>
    </w:p>
    <w:p w14:paraId="0956624D" w14:textId="77777777" w:rsidR="00A93E13" w:rsidRDefault="00A93E13">
      <w:pPr>
        <w:spacing w:after="0"/>
      </w:pPr>
    </w:p>
    <w:p w14:paraId="5205DC3E" w14:textId="77777777" w:rsidR="00A93E13" w:rsidRDefault="00365114">
      <w:pPr>
        <w:spacing w:after="0"/>
      </w:pPr>
      <w:r>
        <w:rPr>
          <w:rFonts w:ascii="Arial" w:hAnsi="Arial"/>
          <w:b/>
        </w:rPr>
        <w:t xml:space="preserve">Participant #19:  </w:t>
      </w:r>
      <w:r>
        <w:rPr>
          <w:rFonts w:ascii="Arial" w:hAnsi="Arial"/>
          <w:color w:val="5D7284"/>
        </w:rPr>
        <w:t>14:00</w:t>
      </w:r>
    </w:p>
    <w:p w14:paraId="45DF202C" w14:textId="77777777" w:rsidR="00A93E13" w:rsidRDefault="00365114">
      <w:pPr>
        <w:spacing w:after="0"/>
      </w:pPr>
      <w:r>
        <w:rPr>
          <w:rFonts w:ascii="Arial" w:hAnsi="Arial"/>
        </w:rPr>
        <w:t>I think because maybe the warm water will get a little bit more cooler. It would start to mix with the blue would start to mix with the red.</w:t>
      </w:r>
    </w:p>
    <w:p w14:paraId="1BE2162C" w14:textId="77777777" w:rsidR="00A93E13" w:rsidRDefault="00A93E13">
      <w:pPr>
        <w:spacing w:after="0"/>
      </w:pPr>
    </w:p>
    <w:p w14:paraId="4B7955D3" w14:textId="77777777" w:rsidR="00A93E13" w:rsidRDefault="00365114">
      <w:pPr>
        <w:spacing w:after="0"/>
      </w:pPr>
      <w:r>
        <w:rPr>
          <w:rFonts w:ascii="Arial" w:hAnsi="Arial"/>
          <w:b/>
        </w:rPr>
        <w:t xml:space="preserve">Interviewer P:  </w:t>
      </w:r>
      <w:r>
        <w:rPr>
          <w:rFonts w:ascii="Arial" w:hAnsi="Arial"/>
          <w:color w:val="5D7284"/>
        </w:rPr>
        <w:t>14:11</w:t>
      </w:r>
    </w:p>
    <w:p w14:paraId="08DE5034" w14:textId="77777777" w:rsidR="00A93E13" w:rsidRDefault="00365114">
      <w:pPr>
        <w:spacing w:after="0"/>
      </w:pPr>
      <w:r>
        <w:rPr>
          <w:rFonts w:ascii="Arial" w:hAnsi="Arial"/>
        </w:rPr>
        <w:t xml:space="preserve">Why do you think it'll look like that? </w:t>
      </w:r>
    </w:p>
    <w:p w14:paraId="53B7987B" w14:textId="77777777" w:rsidR="00A93E13" w:rsidRDefault="00A93E13">
      <w:pPr>
        <w:spacing w:after="0"/>
      </w:pPr>
    </w:p>
    <w:p w14:paraId="45618C5C" w14:textId="77777777" w:rsidR="00A93E13" w:rsidRDefault="00365114">
      <w:pPr>
        <w:spacing w:after="0"/>
      </w:pPr>
      <w:r>
        <w:rPr>
          <w:rFonts w:ascii="Arial" w:hAnsi="Arial"/>
          <w:b/>
        </w:rPr>
        <w:t xml:space="preserve">Participant #19:  </w:t>
      </w:r>
      <w:r>
        <w:rPr>
          <w:rFonts w:ascii="Arial" w:hAnsi="Arial"/>
          <w:color w:val="5D7284"/>
        </w:rPr>
        <w:t>14:13</w:t>
      </w:r>
    </w:p>
    <w:p w14:paraId="4A5291EB" w14:textId="77777777" w:rsidR="00A93E13" w:rsidRDefault="00365114">
      <w:pPr>
        <w:spacing w:after="0"/>
      </w:pPr>
      <w:r>
        <w:rPr>
          <w:rFonts w:ascii="Arial" w:hAnsi="Arial"/>
        </w:rPr>
        <w:t xml:space="preserve">More of a different, like more blueish. Like less red. I can see like the blue is just, it just stopped there. </w:t>
      </w:r>
    </w:p>
    <w:p w14:paraId="5CB4BECF" w14:textId="77777777" w:rsidR="00A93E13" w:rsidRDefault="00A93E13">
      <w:pPr>
        <w:spacing w:after="0"/>
      </w:pPr>
    </w:p>
    <w:p w14:paraId="1D08EE42" w14:textId="77777777" w:rsidR="00A93E13" w:rsidRDefault="00365114">
      <w:pPr>
        <w:spacing w:after="0"/>
      </w:pPr>
      <w:r>
        <w:rPr>
          <w:rFonts w:ascii="Arial" w:hAnsi="Arial"/>
          <w:b/>
        </w:rPr>
        <w:t xml:space="preserve">Interviewer P:  </w:t>
      </w:r>
      <w:r>
        <w:rPr>
          <w:rFonts w:ascii="Arial" w:hAnsi="Arial"/>
          <w:color w:val="5D7284"/>
        </w:rPr>
        <w:t>14:24</w:t>
      </w:r>
    </w:p>
    <w:p w14:paraId="7AA91265" w14:textId="77777777" w:rsidR="00A93E13" w:rsidRDefault="00365114">
      <w:pPr>
        <w:spacing w:after="0"/>
      </w:pPr>
      <w:r>
        <w:rPr>
          <w:rFonts w:ascii="Arial" w:hAnsi="Arial"/>
        </w:rPr>
        <w:t xml:space="preserve">Yeah. </w:t>
      </w:r>
    </w:p>
    <w:p w14:paraId="4333A447" w14:textId="77777777" w:rsidR="00A93E13" w:rsidRDefault="00A93E13">
      <w:pPr>
        <w:spacing w:after="0"/>
      </w:pPr>
    </w:p>
    <w:p w14:paraId="2F320DBD" w14:textId="77777777" w:rsidR="00A93E13" w:rsidRDefault="00365114">
      <w:pPr>
        <w:spacing w:after="0"/>
      </w:pPr>
      <w:r>
        <w:rPr>
          <w:rFonts w:ascii="Arial" w:hAnsi="Arial"/>
          <w:b/>
        </w:rPr>
        <w:t xml:space="preserve">Participant #19:  </w:t>
      </w:r>
      <w:r>
        <w:rPr>
          <w:rFonts w:ascii="Arial" w:hAnsi="Arial"/>
          <w:color w:val="5D7284"/>
        </w:rPr>
        <w:t>14:24</w:t>
      </w:r>
    </w:p>
    <w:p w14:paraId="2E45CC40" w14:textId="77777777" w:rsidR="00A93E13" w:rsidRDefault="00365114">
      <w:pPr>
        <w:spacing w:after="0"/>
      </w:pPr>
      <w:r>
        <w:rPr>
          <w:rFonts w:ascii="Arial" w:hAnsi="Arial"/>
        </w:rPr>
        <w:t>So.</w:t>
      </w:r>
    </w:p>
    <w:p w14:paraId="46B97CC1" w14:textId="77777777" w:rsidR="00A93E13" w:rsidRDefault="00A93E13">
      <w:pPr>
        <w:spacing w:after="0"/>
      </w:pPr>
    </w:p>
    <w:p w14:paraId="54F3D938" w14:textId="77777777" w:rsidR="00A93E13" w:rsidRDefault="00365114">
      <w:pPr>
        <w:spacing w:after="0"/>
      </w:pPr>
      <w:r>
        <w:rPr>
          <w:rFonts w:ascii="Arial" w:hAnsi="Arial"/>
          <w:b/>
        </w:rPr>
        <w:t xml:space="preserve">Interviewer P:  </w:t>
      </w:r>
      <w:r>
        <w:rPr>
          <w:rFonts w:ascii="Arial" w:hAnsi="Arial"/>
          <w:color w:val="5D7284"/>
        </w:rPr>
        <w:t>14:27</w:t>
      </w:r>
    </w:p>
    <w:p w14:paraId="29E122C5" w14:textId="77777777" w:rsidR="00A93E13" w:rsidRDefault="00365114">
      <w:pPr>
        <w:spacing w:after="0"/>
      </w:pPr>
      <w:r>
        <w:rPr>
          <w:rFonts w:ascii="Arial" w:hAnsi="Arial"/>
        </w:rPr>
        <w:t xml:space="preserve">And if it were to do that, then you said that the red would cool. So would it begin to come to like all one temperature. </w:t>
      </w:r>
    </w:p>
    <w:p w14:paraId="3CFFA8D9" w14:textId="77777777" w:rsidR="00A93E13" w:rsidRDefault="00A93E13">
      <w:pPr>
        <w:spacing w:after="0"/>
      </w:pPr>
    </w:p>
    <w:p w14:paraId="36FD5909" w14:textId="77777777" w:rsidR="00A93E13" w:rsidRDefault="00365114">
      <w:pPr>
        <w:spacing w:after="0"/>
      </w:pPr>
      <w:r>
        <w:rPr>
          <w:rFonts w:ascii="Arial" w:hAnsi="Arial"/>
          <w:b/>
        </w:rPr>
        <w:t xml:space="preserve">Participant #19:  </w:t>
      </w:r>
      <w:r>
        <w:rPr>
          <w:rFonts w:ascii="Arial" w:hAnsi="Arial"/>
          <w:color w:val="5D7284"/>
        </w:rPr>
        <w:t>14:38</w:t>
      </w:r>
    </w:p>
    <w:p w14:paraId="304D7DB2" w14:textId="77777777" w:rsidR="00A93E13" w:rsidRDefault="00365114">
      <w:pPr>
        <w:spacing w:after="0"/>
      </w:pPr>
      <w:r>
        <w:rPr>
          <w:rFonts w:ascii="Arial" w:hAnsi="Arial"/>
        </w:rPr>
        <w:t>Yeah.</w:t>
      </w:r>
    </w:p>
    <w:p w14:paraId="27DBDDD2" w14:textId="77777777" w:rsidR="00A93E13" w:rsidRDefault="00A93E13">
      <w:pPr>
        <w:spacing w:after="0"/>
      </w:pPr>
    </w:p>
    <w:p w14:paraId="38D9980F" w14:textId="77777777" w:rsidR="00A93E13" w:rsidRDefault="00365114">
      <w:pPr>
        <w:spacing w:after="0"/>
      </w:pPr>
      <w:r>
        <w:rPr>
          <w:rFonts w:ascii="Arial" w:hAnsi="Arial"/>
          <w:b/>
        </w:rPr>
        <w:t xml:space="preserve">Interviewer P:  </w:t>
      </w:r>
      <w:r>
        <w:rPr>
          <w:rFonts w:ascii="Arial" w:hAnsi="Arial"/>
          <w:color w:val="5D7284"/>
        </w:rPr>
        <w:t>14:39</w:t>
      </w:r>
    </w:p>
    <w:p w14:paraId="0EAB37F7" w14:textId="77777777" w:rsidR="00A93E13" w:rsidRDefault="00365114">
      <w:pPr>
        <w:spacing w:after="0"/>
      </w:pPr>
      <w:r>
        <w:rPr>
          <w:rFonts w:ascii="Arial" w:hAnsi="Arial"/>
        </w:rPr>
        <w:t>And about how long do you think that would take?</w:t>
      </w:r>
    </w:p>
    <w:p w14:paraId="598EC144" w14:textId="77777777" w:rsidR="00A93E13" w:rsidRDefault="00A93E13">
      <w:pPr>
        <w:spacing w:after="0"/>
      </w:pPr>
    </w:p>
    <w:p w14:paraId="549932EE" w14:textId="77777777" w:rsidR="00A93E13" w:rsidRDefault="00365114">
      <w:pPr>
        <w:spacing w:after="0"/>
      </w:pPr>
      <w:r>
        <w:rPr>
          <w:rFonts w:ascii="Arial" w:hAnsi="Arial"/>
          <w:b/>
        </w:rPr>
        <w:t xml:space="preserve">Participant #19:  </w:t>
      </w:r>
      <w:r>
        <w:rPr>
          <w:rFonts w:ascii="Arial" w:hAnsi="Arial"/>
          <w:color w:val="5D7284"/>
        </w:rPr>
        <w:t>14:45</w:t>
      </w:r>
    </w:p>
    <w:p w14:paraId="1443BD83" w14:textId="77777777" w:rsidR="00A93E13" w:rsidRDefault="00365114">
      <w:pPr>
        <w:spacing w:after="0"/>
      </w:pPr>
      <w:r>
        <w:rPr>
          <w:rFonts w:ascii="Arial" w:hAnsi="Arial"/>
        </w:rPr>
        <w:t>Maybe less. Maybe like less than 30 minutes?</w:t>
      </w:r>
    </w:p>
    <w:p w14:paraId="05CA1765" w14:textId="77777777" w:rsidR="00A93E13" w:rsidRDefault="00A93E13">
      <w:pPr>
        <w:spacing w:after="0"/>
      </w:pPr>
    </w:p>
    <w:p w14:paraId="34F03823" w14:textId="77777777" w:rsidR="00A93E13" w:rsidRDefault="00365114">
      <w:pPr>
        <w:spacing w:after="0"/>
      </w:pPr>
      <w:r>
        <w:rPr>
          <w:rFonts w:ascii="Arial" w:hAnsi="Arial"/>
          <w:b/>
        </w:rPr>
        <w:t xml:space="preserve">Interviewer P:  </w:t>
      </w:r>
      <w:r>
        <w:rPr>
          <w:rFonts w:ascii="Arial" w:hAnsi="Arial"/>
          <w:color w:val="5D7284"/>
        </w:rPr>
        <w:t>14:49</w:t>
      </w:r>
    </w:p>
    <w:p w14:paraId="7EA66443" w14:textId="77777777" w:rsidR="00A93E13" w:rsidRDefault="00365114">
      <w:pPr>
        <w:spacing w:after="0"/>
      </w:pPr>
      <w:r>
        <w:rPr>
          <w:rFonts w:ascii="Arial" w:hAnsi="Arial"/>
        </w:rPr>
        <w:t xml:space="preserve">Less than 30, hm okay. </w:t>
      </w:r>
    </w:p>
    <w:p w14:paraId="50615E77" w14:textId="77777777" w:rsidR="00A93E13" w:rsidRDefault="00A93E13">
      <w:pPr>
        <w:spacing w:after="0"/>
      </w:pPr>
    </w:p>
    <w:p w14:paraId="4271EC4C" w14:textId="77777777" w:rsidR="00A93E13" w:rsidRDefault="00365114">
      <w:pPr>
        <w:spacing w:after="0"/>
      </w:pPr>
      <w:r>
        <w:rPr>
          <w:rFonts w:ascii="Arial" w:hAnsi="Arial"/>
          <w:b/>
        </w:rPr>
        <w:t xml:space="preserve">Participant #19:  </w:t>
      </w:r>
      <w:r>
        <w:rPr>
          <w:rFonts w:ascii="Arial" w:hAnsi="Arial"/>
          <w:color w:val="5D7284"/>
        </w:rPr>
        <w:t>14:55</w:t>
      </w:r>
    </w:p>
    <w:p w14:paraId="2782FD1F" w14:textId="77777777" w:rsidR="00A93E13" w:rsidRDefault="00365114">
      <w:pPr>
        <w:spacing w:after="0"/>
      </w:pPr>
      <w:r>
        <w:rPr>
          <w:rFonts w:ascii="Arial" w:hAnsi="Arial"/>
        </w:rPr>
        <w:t xml:space="preserve">For it to mix or for it to cool. </w:t>
      </w:r>
    </w:p>
    <w:p w14:paraId="67355C1C" w14:textId="77777777" w:rsidR="00A93E13" w:rsidRDefault="00A93E13">
      <w:pPr>
        <w:spacing w:after="0"/>
      </w:pPr>
    </w:p>
    <w:p w14:paraId="051B93D0" w14:textId="77777777" w:rsidR="00A93E13" w:rsidRDefault="00365114">
      <w:pPr>
        <w:spacing w:after="0"/>
      </w:pPr>
      <w:r>
        <w:rPr>
          <w:rFonts w:ascii="Arial" w:hAnsi="Arial"/>
          <w:b/>
        </w:rPr>
        <w:t xml:space="preserve">Interviewer P:  </w:t>
      </w:r>
      <w:r>
        <w:rPr>
          <w:rFonts w:ascii="Arial" w:hAnsi="Arial"/>
          <w:color w:val="5D7284"/>
        </w:rPr>
        <w:t>14:56</w:t>
      </w:r>
    </w:p>
    <w:p w14:paraId="0E024CC9" w14:textId="77777777" w:rsidR="00A93E13" w:rsidRDefault="00365114">
      <w:pPr>
        <w:spacing w:after="0"/>
      </w:pPr>
      <w:r>
        <w:rPr>
          <w:rFonts w:ascii="Arial" w:hAnsi="Arial"/>
        </w:rPr>
        <w:lastRenderedPageBreak/>
        <w:t>Yeah. For it to mix, well to come to the same temperature so I guess what we should ask first is, is it all mixing together and coming to the same temperature. The same event. Or like would it mix separately. While they're still two different temperatures. And then come to the same temperature at a different time?</w:t>
      </w:r>
    </w:p>
    <w:p w14:paraId="094873AB" w14:textId="77777777" w:rsidR="00A93E13" w:rsidRDefault="00A93E13">
      <w:pPr>
        <w:spacing w:after="0"/>
      </w:pPr>
    </w:p>
    <w:p w14:paraId="3B8A26E3" w14:textId="77777777" w:rsidR="00A93E13" w:rsidRDefault="00365114">
      <w:pPr>
        <w:spacing w:after="0"/>
      </w:pPr>
      <w:r>
        <w:rPr>
          <w:rFonts w:ascii="Arial" w:hAnsi="Arial"/>
          <w:b/>
        </w:rPr>
        <w:t xml:space="preserve">Participant #19:  </w:t>
      </w:r>
      <w:r>
        <w:rPr>
          <w:rFonts w:ascii="Arial" w:hAnsi="Arial"/>
          <w:color w:val="5D7284"/>
        </w:rPr>
        <w:t>15:19</w:t>
      </w:r>
    </w:p>
    <w:p w14:paraId="3E029C0B" w14:textId="1C1EEAFC" w:rsidR="00A93E13" w:rsidRDefault="00365114">
      <w:pPr>
        <w:spacing w:after="0"/>
      </w:pPr>
      <w:r>
        <w:rPr>
          <w:rFonts w:ascii="Arial" w:hAnsi="Arial"/>
        </w:rPr>
        <w:t xml:space="preserve">I think it would go quicker than it would </w:t>
      </w:r>
      <w:r w:rsidR="00DC565F">
        <w:rPr>
          <w:rFonts w:ascii="Arial" w:hAnsi="Arial"/>
        </w:rPr>
        <w:t>mix</w:t>
      </w:r>
      <w:r>
        <w:rPr>
          <w:rFonts w:ascii="Arial" w:hAnsi="Arial"/>
        </w:rPr>
        <w:t>. Like, like, not too much time in between, but like, yeah.</w:t>
      </w:r>
    </w:p>
    <w:p w14:paraId="05293A13" w14:textId="77777777" w:rsidR="00A93E13" w:rsidRDefault="00A93E13">
      <w:pPr>
        <w:spacing w:after="0"/>
      </w:pPr>
    </w:p>
    <w:p w14:paraId="19A5A9D8" w14:textId="77777777" w:rsidR="00A93E13" w:rsidRDefault="00365114">
      <w:pPr>
        <w:spacing w:after="0"/>
      </w:pPr>
      <w:r>
        <w:rPr>
          <w:rFonts w:ascii="Arial" w:hAnsi="Arial"/>
          <w:b/>
        </w:rPr>
        <w:t xml:space="preserve">Interviewer P:  </w:t>
      </w:r>
      <w:r>
        <w:rPr>
          <w:rFonts w:ascii="Arial" w:hAnsi="Arial"/>
          <w:color w:val="5D7284"/>
        </w:rPr>
        <w:t>15:32</w:t>
      </w:r>
    </w:p>
    <w:p w14:paraId="03718D21" w14:textId="40B44C9A" w:rsidR="00A93E13" w:rsidRDefault="00365114">
      <w:pPr>
        <w:spacing w:after="0"/>
      </w:pPr>
      <w:r>
        <w:rPr>
          <w:rFonts w:ascii="Arial" w:hAnsi="Arial"/>
        </w:rPr>
        <w:t xml:space="preserve">Yeah. </w:t>
      </w:r>
      <w:r w:rsidR="00B3550E">
        <w:rPr>
          <w:rFonts w:ascii="Arial" w:hAnsi="Arial"/>
        </w:rPr>
        <w:t>So,</w:t>
      </w:r>
      <w:r>
        <w:rPr>
          <w:rFonts w:ascii="Arial" w:hAnsi="Arial"/>
        </w:rPr>
        <w:t xml:space="preserve"> they would come to the same temperature faster than the water would all mix together. </w:t>
      </w:r>
    </w:p>
    <w:p w14:paraId="363FCD4E" w14:textId="77777777" w:rsidR="00A93E13" w:rsidRDefault="00A93E13">
      <w:pPr>
        <w:spacing w:after="0"/>
      </w:pPr>
    </w:p>
    <w:p w14:paraId="48B40A85" w14:textId="77777777" w:rsidR="00A93E13" w:rsidRDefault="00365114">
      <w:pPr>
        <w:spacing w:after="0"/>
      </w:pPr>
      <w:r>
        <w:rPr>
          <w:rFonts w:ascii="Arial" w:hAnsi="Arial"/>
          <w:b/>
        </w:rPr>
        <w:t xml:space="preserve">Participant #19:  </w:t>
      </w:r>
      <w:r>
        <w:rPr>
          <w:rFonts w:ascii="Arial" w:hAnsi="Arial"/>
          <w:color w:val="5D7284"/>
        </w:rPr>
        <w:t>15:37</w:t>
      </w:r>
    </w:p>
    <w:p w14:paraId="3E045A59" w14:textId="77777777" w:rsidR="00A93E13" w:rsidRDefault="00365114">
      <w:pPr>
        <w:spacing w:after="0"/>
      </w:pPr>
      <w:r>
        <w:rPr>
          <w:rFonts w:ascii="Arial" w:hAnsi="Arial"/>
        </w:rPr>
        <w:t xml:space="preserve">Yeah. </w:t>
      </w:r>
    </w:p>
    <w:p w14:paraId="480ACD7E" w14:textId="77777777" w:rsidR="00A93E13" w:rsidRDefault="00A93E13">
      <w:pPr>
        <w:spacing w:after="0"/>
      </w:pPr>
    </w:p>
    <w:p w14:paraId="617A2759" w14:textId="77777777" w:rsidR="00A93E13" w:rsidRDefault="00365114">
      <w:pPr>
        <w:spacing w:after="0"/>
      </w:pPr>
      <w:r>
        <w:rPr>
          <w:rFonts w:ascii="Arial" w:hAnsi="Arial"/>
          <w:b/>
        </w:rPr>
        <w:t xml:space="preserve">Interviewer P:  </w:t>
      </w:r>
      <w:r>
        <w:rPr>
          <w:rFonts w:ascii="Arial" w:hAnsi="Arial"/>
          <w:color w:val="5D7284"/>
        </w:rPr>
        <w:t>15:37</w:t>
      </w:r>
    </w:p>
    <w:p w14:paraId="26447399" w14:textId="77777777" w:rsidR="00A93E13" w:rsidRDefault="00365114">
      <w:pPr>
        <w:spacing w:after="0"/>
      </w:pPr>
      <w:r>
        <w:rPr>
          <w:rFonts w:ascii="Arial" w:hAnsi="Arial"/>
        </w:rPr>
        <w:t>So about how long do you think it would take to all come to the same temperature?</w:t>
      </w:r>
    </w:p>
    <w:p w14:paraId="2B138E7F" w14:textId="77777777" w:rsidR="00A93E13" w:rsidRDefault="00A93E13">
      <w:pPr>
        <w:spacing w:after="0"/>
      </w:pPr>
    </w:p>
    <w:p w14:paraId="284E76C7" w14:textId="77777777" w:rsidR="00A93E13" w:rsidRDefault="00365114">
      <w:pPr>
        <w:spacing w:after="0"/>
      </w:pPr>
      <w:r>
        <w:rPr>
          <w:rFonts w:ascii="Arial" w:hAnsi="Arial"/>
          <w:b/>
        </w:rPr>
        <w:t xml:space="preserve">Participant #19:  </w:t>
      </w:r>
      <w:r>
        <w:rPr>
          <w:rFonts w:ascii="Arial" w:hAnsi="Arial"/>
          <w:color w:val="5D7284"/>
        </w:rPr>
        <w:t>15:45</w:t>
      </w:r>
    </w:p>
    <w:p w14:paraId="652F858F" w14:textId="77777777" w:rsidR="00A93E13" w:rsidRDefault="00365114">
      <w:pPr>
        <w:spacing w:after="0"/>
      </w:pPr>
      <w:r>
        <w:rPr>
          <w:rFonts w:ascii="Arial" w:hAnsi="Arial"/>
        </w:rPr>
        <w:t xml:space="preserve">Maybe like 20 minutes. </w:t>
      </w:r>
    </w:p>
    <w:p w14:paraId="6B23B3E9" w14:textId="77777777" w:rsidR="00A93E13" w:rsidRDefault="00A93E13">
      <w:pPr>
        <w:spacing w:after="0"/>
      </w:pPr>
    </w:p>
    <w:p w14:paraId="53B9E03D" w14:textId="77777777" w:rsidR="00A93E13" w:rsidRDefault="00365114">
      <w:pPr>
        <w:spacing w:after="0"/>
      </w:pPr>
      <w:r>
        <w:rPr>
          <w:rFonts w:ascii="Arial" w:hAnsi="Arial"/>
          <w:b/>
        </w:rPr>
        <w:t xml:space="preserve">Interviewer P:  </w:t>
      </w:r>
      <w:r>
        <w:rPr>
          <w:rFonts w:ascii="Arial" w:hAnsi="Arial"/>
          <w:color w:val="5D7284"/>
        </w:rPr>
        <w:t>15:49</w:t>
      </w:r>
    </w:p>
    <w:p w14:paraId="1CDC61E6" w14:textId="77777777" w:rsidR="00A93E13" w:rsidRDefault="00365114">
      <w:pPr>
        <w:spacing w:after="0"/>
      </w:pPr>
      <w:r>
        <w:rPr>
          <w:rFonts w:ascii="Arial" w:hAnsi="Arial"/>
        </w:rPr>
        <w:t xml:space="preserve">Yeah. </w:t>
      </w:r>
    </w:p>
    <w:p w14:paraId="4DA470F2" w14:textId="77777777" w:rsidR="00A93E13" w:rsidRDefault="00A93E13">
      <w:pPr>
        <w:spacing w:after="0"/>
      </w:pPr>
    </w:p>
    <w:p w14:paraId="388DDD30" w14:textId="77777777" w:rsidR="00A93E13" w:rsidRDefault="00365114">
      <w:pPr>
        <w:spacing w:after="0"/>
      </w:pPr>
      <w:r>
        <w:rPr>
          <w:rFonts w:ascii="Arial" w:hAnsi="Arial"/>
          <w:b/>
        </w:rPr>
        <w:t xml:space="preserve">Participant #19:  </w:t>
      </w:r>
      <w:r>
        <w:rPr>
          <w:rFonts w:ascii="Arial" w:hAnsi="Arial"/>
          <w:color w:val="5D7284"/>
        </w:rPr>
        <w:t>15:49</w:t>
      </w:r>
    </w:p>
    <w:p w14:paraId="356B5C25" w14:textId="77777777" w:rsidR="00A93E13" w:rsidRDefault="00365114">
      <w:pPr>
        <w:spacing w:after="0"/>
      </w:pPr>
      <w:r>
        <w:rPr>
          <w:rFonts w:ascii="Arial" w:hAnsi="Arial"/>
        </w:rPr>
        <w:t xml:space="preserve">Yeah. </w:t>
      </w:r>
    </w:p>
    <w:p w14:paraId="72BACBE2" w14:textId="77777777" w:rsidR="00A93E13" w:rsidRDefault="00A93E13">
      <w:pPr>
        <w:spacing w:after="0"/>
      </w:pPr>
    </w:p>
    <w:p w14:paraId="032C9225" w14:textId="77777777" w:rsidR="00A93E13" w:rsidRDefault="00365114">
      <w:pPr>
        <w:spacing w:after="0"/>
      </w:pPr>
      <w:r>
        <w:rPr>
          <w:rFonts w:ascii="Arial" w:hAnsi="Arial"/>
          <w:b/>
        </w:rPr>
        <w:t xml:space="preserve">Interviewer P:  </w:t>
      </w:r>
      <w:r>
        <w:rPr>
          <w:rFonts w:ascii="Arial" w:hAnsi="Arial"/>
          <w:color w:val="5D7284"/>
        </w:rPr>
        <w:t>15:50</w:t>
      </w:r>
    </w:p>
    <w:p w14:paraId="5FEF3E47" w14:textId="77777777" w:rsidR="00A93E13" w:rsidRDefault="00365114">
      <w:pPr>
        <w:spacing w:after="0"/>
      </w:pPr>
      <w:r>
        <w:rPr>
          <w:rFonts w:ascii="Arial" w:hAnsi="Arial"/>
        </w:rPr>
        <w:t>And then about how long would it take to mix up completely.</w:t>
      </w:r>
    </w:p>
    <w:p w14:paraId="78350368" w14:textId="77777777" w:rsidR="00A93E13" w:rsidRDefault="00A93E13">
      <w:pPr>
        <w:spacing w:after="0"/>
      </w:pPr>
    </w:p>
    <w:p w14:paraId="24D0A6EB" w14:textId="77777777" w:rsidR="00A93E13" w:rsidRDefault="00365114">
      <w:pPr>
        <w:spacing w:after="0"/>
      </w:pPr>
      <w:r>
        <w:rPr>
          <w:rFonts w:ascii="Arial" w:hAnsi="Arial"/>
          <w:b/>
        </w:rPr>
        <w:t xml:space="preserve">Participant #19:  </w:t>
      </w:r>
      <w:r>
        <w:rPr>
          <w:rFonts w:ascii="Arial" w:hAnsi="Arial"/>
          <w:color w:val="5D7284"/>
        </w:rPr>
        <w:t>15:54</w:t>
      </w:r>
    </w:p>
    <w:p w14:paraId="73A03BB1" w14:textId="77777777" w:rsidR="00A93E13" w:rsidRDefault="00365114">
      <w:pPr>
        <w:spacing w:after="0"/>
      </w:pPr>
      <w:r>
        <w:rPr>
          <w:rFonts w:ascii="Arial" w:hAnsi="Arial"/>
        </w:rPr>
        <w:t xml:space="preserve">Maybe 30, 30 or 40. Like maybe a little less than an hour. </w:t>
      </w:r>
    </w:p>
    <w:p w14:paraId="651EE996" w14:textId="77777777" w:rsidR="00A93E13" w:rsidRDefault="00A93E13">
      <w:pPr>
        <w:spacing w:after="0"/>
      </w:pPr>
    </w:p>
    <w:p w14:paraId="6DF41C18" w14:textId="77777777" w:rsidR="00A93E13" w:rsidRDefault="00365114">
      <w:pPr>
        <w:spacing w:after="0"/>
      </w:pPr>
      <w:r>
        <w:rPr>
          <w:rFonts w:ascii="Arial" w:hAnsi="Arial"/>
          <w:b/>
        </w:rPr>
        <w:t xml:space="preserve">Interviewer P:  </w:t>
      </w:r>
      <w:r>
        <w:rPr>
          <w:rFonts w:ascii="Arial" w:hAnsi="Arial"/>
          <w:color w:val="5D7284"/>
        </w:rPr>
        <w:t>16:01</w:t>
      </w:r>
    </w:p>
    <w:p w14:paraId="48E6C78B" w14:textId="77777777" w:rsidR="00A93E13" w:rsidRDefault="00365114">
      <w:pPr>
        <w:spacing w:after="0"/>
      </w:pPr>
      <w:r>
        <w:rPr>
          <w:rFonts w:ascii="Arial" w:hAnsi="Arial"/>
        </w:rPr>
        <w:t>Yeah. So about twice as long as that's cold again. So about twice as long for it to mix as it as it or two as it comes.</w:t>
      </w:r>
    </w:p>
    <w:p w14:paraId="5881FEE1" w14:textId="77777777" w:rsidR="00A93E13" w:rsidRDefault="00A93E13">
      <w:pPr>
        <w:spacing w:after="0"/>
      </w:pPr>
    </w:p>
    <w:p w14:paraId="0E1BE059" w14:textId="77777777" w:rsidR="00A93E13" w:rsidRDefault="00365114">
      <w:pPr>
        <w:spacing w:after="0"/>
      </w:pPr>
      <w:r>
        <w:rPr>
          <w:rFonts w:ascii="Arial" w:hAnsi="Arial"/>
          <w:b/>
        </w:rPr>
        <w:t xml:space="preserve">Participant #19:  </w:t>
      </w:r>
      <w:r>
        <w:rPr>
          <w:rFonts w:ascii="Arial" w:hAnsi="Arial"/>
          <w:color w:val="5D7284"/>
        </w:rPr>
        <w:t>16:11</w:t>
      </w:r>
    </w:p>
    <w:p w14:paraId="5E7A6B4E" w14:textId="77777777" w:rsidR="00A93E13" w:rsidRDefault="00365114">
      <w:pPr>
        <w:spacing w:after="0"/>
      </w:pPr>
      <w:r>
        <w:rPr>
          <w:rFonts w:ascii="Arial" w:hAnsi="Arial"/>
        </w:rPr>
        <w:t xml:space="preserve">To the same temperature. </w:t>
      </w:r>
    </w:p>
    <w:p w14:paraId="1973794A" w14:textId="77777777" w:rsidR="00A93E13" w:rsidRDefault="00A93E13">
      <w:pPr>
        <w:spacing w:after="0"/>
      </w:pPr>
    </w:p>
    <w:p w14:paraId="7E00B936" w14:textId="77777777" w:rsidR="00A93E13" w:rsidRDefault="00365114">
      <w:pPr>
        <w:spacing w:after="0"/>
      </w:pPr>
      <w:r>
        <w:rPr>
          <w:rFonts w:ascii="Arial" w:hAnsi="Arial"/>
          <w:b/>
        </w:rPr>
        <w:t xml:space="preserve">Interviewer P:  </w:t>
      </w:r>
      <w:r>
        <w:rPr>
          <w:rFonts w:ascii="Arial" w:hAnsi="Arial"/>
          <w:color w:val="5D7284"/>
        </w:rPr>
        <w:t>16:12</w:t>
      </w:r>
    </w:p>
    <w:p w14:paraId="7CCE48B2" w14:textId="77777777" w:rsidR="00A93E13" w:rsidRDefault="00365114">
      <w:pPr>
        <w:spacing w:after="0"/>
      </w:pPr>
      <w:r>
        <w:rPr>
          <w:rFonts w:ascii="Arial" w:hAnsi="Arial"/>
        </w:rPr>
        <w:t xml:space="preserve">Yes, yes. Got it. All right. </w:t>
      </w:r>
    </w:p>
    <w:p w14:paraId="10C7CD14" w14:textId="77777777" w:rsidR="00A93E13" w:rsidRDefault="00A93E13">
      <w:pPr>
        <w:spacing w:after="0"/>
      </w:pPr>
    </w:p>
    <w:p w14:paraId="5C1327D8" w14:textId="77777777" w:rsidR="00A93E13" w:rsidRDefault="00365114">
      <w:pPr>
        <w:spacing w:after="0"/>
      </w:pPr>
      <w:r>
        <w:rPr>
          <w:rFonts w:ascii="Arial" w:hAnsi="Arial"/>
          <w:b/>
        </w:rPr>
        <w:t xml:space="preserve">Participant #19:  </w:t>
      </w:r>
      <w:r>
        <w:rPr>
          <w:rFonts w:ascii="Arial" w:hAnsi="Arial"/>
          <w:color w:val="5D7284"/>
        </w:rPr>
        <w:t>16:15</w:t>
      </w:r>
    </w:p>
    <w:p w14:paraId="65EC706B" w14:textId="688AC747" w:rsidR="00A93E13" w:rsidRDefault="00365114">
      <w:pPr>
        <w:spacing w:after="0"/>
      </w:pPr>
      <w:r>
        <w:rPr>
          <w:rFonts w:ascii="Arial" w:hAnsi="Arial"/>
        </w:rPr>
        <w:t xml:space="preserve">This is the salt </w:t>
      </w:r>
      <w:r w:rsidR="00B3550E">
        <w:rPr>
          <w:rFonts w:ascii="Arial" w:hAnsi="Arial"/>
        </w:rPr>
        <w:t>water.</w:t>
      </w:r>
      <w:r>
        <w:rPr>
          <w:rFonts w:ascii="Arial" w:hAnsi="Arial"/>
        </w:rPr>
        <w:t xml:space="preserve"> </w:t>
      </w:r>
    </w:p>
    <w:p w14:paraId="3AA1A8BD" w14:textId="77777777" w:rsidR="00A93E13" w:rsidRDefault="00A93E13">
      <w:pPr>
        <w:spacing w:after="0"/>
      </w:pPr>
    </w:p>
    <w:p w14:paraId="66D33BC4" w14:textId="77777777" w:rsidR="00A93E13" w:rsidRDefault="00365114">
      <w:pPr>
        <w:spacing w:after="0"/>
      </w:pPr>
      <w:r>
        <w:rPr>
          <w:rFonts w:ascii="Arial" w:hAnsi="Arial"/>
          <w:b/>
        </w:rPr>
        <w:t xml:space="preserve">Interviewer P:  </w:t>
      </w:r>
      <w:r>
        <w:rPr>
          <w:rFonts w:ascii="Arial" w:hAnsi="Arial"/>
          <w:color w:val="5D7284"/>
        </w:rPr>
        <w:t>16:17</w:t>
      </w:r>
    </w:p>
    <w:p w14:paraId="50A8B7A0" w14:textId="3B7F935A" w:rsidR="00A93E13" w:rsidRDefault="00365114">
      <w:pPr>
        <w:spacing w:after="0"/>
      </w:pPr>
      <w:r>
        <w:rPr>
          <w:rFonts w:ascii="Arial" w:hAnsi="Arial"/>
        </w:rPr>
        <w:t xml:space="preserve">So no, this is now the same. They're both fresh, but they're the same temperature. </w:t>
      </w:r>
      <w:r w:rsidR="00B3550E">
        <w:rPr>
          <w:rFonts w:ascii="Arial" w:hAnsi="Arial"/>
        </w:rPr>
        <w:t>So,</w:t>
      </w:r>
      <w:r>
        <w:rPr>
          <w:rFonts w:ascii="Arial" w:hAnsi="Arial"/>
        </w:rPr>
        <w:t xml:space="preserve"> you said that you thought that they would look like that mixed together. Although still able to see individual red and blue after a minute. </w:t>
      </w:r>
      <w:r w:rsidR="00B3550E">
        <w:rPr>
          <w:rFonts w:ascii="Arial" w:hAnsi="Arial"/>
        </w:rPr>
        <w:t>So,</w:t>
      </w:r>
      <w:r>
        <w:rPr>
          <w:rFonts w:ascii="Arial" w:hAnsi="Arial"/>
        </w:rPr>
        <w:t xml:space="preserve"> let's see.</w:t>
      </w:r>
    </w:p>
    <w:p w14:paraId="739964C4" w14:textId="77777777" w:rsidR="00A93E13" w:rsidRDefault="00A93E13">
      <w:pPr>
        <w:spacing w:after="0"/>
      </w:pPr>
    </w:p>
    <w:p w14:paraId="5EBBA5C4" w14:textId="77777777" w:rsidR="00A93E13" w:rsidRDefault="00365114">
      <w:pPr>
        <w:spacing w:after="0"/>
      </w:pPr>
      <w:r>
        <w:rPr>
          <w:rFonts w:ascii="Arial" w:hAnsi="Arial"/>
          <w:b/>
        </w:rPr>
        <w:t xml:space="preserve">Participant #19:  </w:t>
      </w:r>
      <w:r>
        <w:rPr>
          <w:rFonts w:ascii="Arial" w:hAnsi="Arial"/>
          <w:color w:val="5D7284"/>
        </w:rPr>
        <w:t>16:37</w:t>
      </w:r>
    </w:p>
    <w:p w14:paraId="5FD34610" w14:textId="77777777" w:rsidR="00A93E13" w:rsidRDefault="00365114">
      <w:pPr>
        <w:spacing w:after="0"/>
      </w:pPr>
      <w:r>
        <w:rPr>
          <w:rFonts w:ascii="Arial" w:hAnsi="Arial"/>
        </w:rPr>
        <w:t xml:space="preserve">Do you want me to hold it? </w:t>
      </w:r>
    </w:p>
    <w:p w14:paraId="4733C94D" w14:textId="77777777" w:rsidR="00A93E13" w:rsidRDefault="00A93E13">
      <w:pPr>
        <w:spacing w:after="0"/>
      </w:pPr>
    </w:p>
    <w:p w14:paraId="28BE619F" w14:textId="77777777" w:rsidR="00A93E13" w:rsidRDefault="00365114">
      <w:pPr>
        <w:spacing w:after="0"/>
      </w:pPr>
      <w:r>
        <w:rPr>
          <w:rFonts w:ascii="Arial" w:hAnsi="Arial"/>
          <w:b/>
        </w:rPr>
        <w:t xml:space="preserve">Interviewer P:  </w:t>
      </w:r>
      <w:r>
        <w:rPr>
          <w:rFonts w:ascii="Arial" w:hAnsi="Arial"/>
          <w:color w:val="5D7284"/>
        </w:rPr>
        <w:t>16:38</w:t>
      </w:r>
    </w:p>
    <w:p w14:paraId="2AB3D1A7" w14:textId="0B3A0E3F" w:rsidR="00A93E13" w:rsidRDefault="00B3550E">
      <w:pPr>
        <w:spacing w:after="0"/>
      </w:pPr>
      <w:r>
        <w:rPr>
          <w:rFonts w:ascii="Arial" w:hAnsi="Arial"/>
        </w:rPr>
        <w:t>Sure, that be, great, thank you. That will also help me not to pour it right in your lap. Alright so here we go, it's like abstract art.</w:t>
      </w:r>
    </w:p>
    <w:p w14:paraId="4F7EB2AF" w14:textId="77777777" w:rsidR="00A93E13" w:rsidRDefault="00A93E13">
      <w:pPr>
        <w:spacing w:after="0"/>
      </w:pPr>
    </w:p>
    <w:p w14:paraId="4A99B432" w14:textId="77777777" w:rsidR="00A93E13" w:rsidRDefault="00365114">
      <w:pPr>
        <w:spacing w:after="0"/>
      </w:pPr>
      <w:r>
        <w:rPr>
          <w:rFonts w:ascii="Arial" w:hAnsi="Arial"/>
          <w:b/>
        </w:rPr>
        <w:t xml:space="preserve">Participant #19:  </w:t>
      </w:r>
      <w:r>
        <w:rPr>
          <w:rFonts w:ascii="Arial" w:hAnsi="Arial"/>
          <w:color w:val="5D7284"/>
        </w:rPr>
        <w:t>17:00</w:t>
      </w:r>
    </w:p>
    <w:p w14:paraId="05A2CD17" w14:textId="77777777" w:rsidR="00A93E13" w:rsidRDefault="00365114">
      <w:pPr>
        <w:spacing w:after="0"/>
      </w:pPr>
      <w:r>
        <w:rPr>
          <w:rFonts w:ascii="Arial" w:hAnsi="Arial"/>
        </w:rPr>
        <w:t>I think I overestimated the minute like it's only a minute so the water since it's moving like slower.</w:t>
      </w:r>
    </w:p>
    <w:p w14:paraId="51A2A68C" w14:textId="77777777" w:rsidR="00A93E13" w:rsidRDefault="00A93E13">
      <w:pPr>
        <w:spacing w:after="0"/>
      </w:pPr>
    </w:p>
    <w:p w14:paraId="67DC35BA" w14:textId="77777777" w:rsidR="00A93E13" w:rsidRDefault="00365114">
      <w:pPr>
        <w:spacing w:after="0"/>
      </w:pPr>
      <w:r>
        <w:rPr>
          <w:rFonts w:ascii="Arial" w:hAnsi="Arial"/>
          <w:b/>
        </w:rPr>
        <w:t xml:space="preserve">Interviewer P:  </w:t>
      </w:r>
      <w:r>
        <w:rPr>
          <w:rFonts w:ascii="Arial" w:hAnsi="Arial"/>
          <w:color w:val="5D7284"/>
        </w:rPr>
        <w:t>17:38</w:t>
      </w:r>
    </w:p>
    <w:p w14:paraId="06061DDB" w14:textId="77777777" w:rsidR="00A93E13" w:rsidRDefault="00365114">
      <w:pPr>
        <w:spacing w:after="0"/>
      </w:pPr>
      <w:r>
        <w:rPr>
          <w:rFonts w:ascii="Arial" w:hAnsi="Arial"/>
        </w:rPr>
        <w:t>So, does it look like your prediction?</w:t>
      </w:r>
    </w:p>
    <w:p w14:paraId="33B402A5" w14:textId="77777777" w:rsidR="00A93E13" w:rsidRDefault="00A93E13">
      <w:pPr>
        <w:spacing w:after="0"/>
      </w:pPr>
    </w:p>
    <w:p w14:paraId="1BD6549A" w14:textId="77777777" w:rsidR="00A93E13" w:rsidRDefault="00365114">
      <w:pPr>
        <w:spacing w:after="0"/>
      </w:pPr>
      <w:r>
        <w:rPr>
          <w:rFonts w:ascii="Arial" w:hAnsi="Arial"/>
          <w:b/>
        </w:rPr>
        <w:t xml:space="preserve">Participant #19:  </w:t>
      </w:r>
      <w:r>
        <w:rPr>
          <w:rFonts w:ascii="Arial" w:hAnsi="Arial"/>
          <w:color w:val="5D7284"/>
        </w:rPr>
        <w:t>17:40</w:t>
      </w:r>
    </w:p>
    <w:p w14:paraId="08785790" w14:textId="77777777" w:rsidR="00A93E13" w:rsidRDefault="00365114">
      <w:pPr>
        <w:spacing w:after="0"/>
      </w:pPr>
      <w:r>
        <w:rPr>
          <w:rFonts w:ascii="Arial" w:hAnsi="Arial"/>
        </w:rPr>
        <w:t>No, maybe this section, It's a little like.</w:t>
      </w:r>
    </w:p>
    <w:p w14:paraId="0BC3EAF5" w14:textId="77777777" w:rsidR="00A93E13" w:rsidRDefault="00A93E13">
      <w:pPr>
        <w:spacing w:after="0"/>
      </w:pPr>
    </w:p>
    <w:p w14:paraId="761982F5" w14:textId="77777777" w:rsidR="00A93E13" w:rsidRDefault="00365114">
      <w:pPr>
        <w:spacing w:after="0"/>
      </w:pPr>
      <w:r>
        <w:rPr>
          <w:rFonts w:ascii="Arial" w:hAnsi="Arial"/>
          <w:b/>
        </w:rPr>
        <w:t xml:space="preserve">Interviewer P:  </w:t>
      </w:r>
      <w:r>
        <w:rPr>
          <w:rFonts w:ascii="Arial" w:hAnsi="Arial"/>
          <w:color w:val="5D7284"/>
        </w:rPr>
        <w:t>17:42</w:t>
      </w:r>
    </w:p>
    <w:p w14:paraId="4BC1D58F" w14:textId="77777777" w:rsidR="00A93E13" w:rsidRDefault="00365114">
      <w:pPr>
        <w:spacing w:after="0"/>
      </w:pPr>
      <w:r>
        <w:rPr>
          <w:rFonts w:ascii="Arial" w:hAnsi="Arial"/>
        </w:rPr>
        <w:t>Yeah.</w:t>
      </w:r>
    </w:p>
    <w:p w14:paraId="662A9FA5" w14:textId="77777777" w:rsidR="00A93E13" w:rsidRDefault="00A93E13">
      <w:pPr>
        <w:spacing w:after="0"/>
      </w:pPr>
    </w:p>
    <w:p w14:paraId="0C3B6ED6" w14:textId="77777777" w:rsidR="00A93E13" w:rsidRDefault="00365114">
      <w:pPr>
        <w:spacing w:after="0"/>
      </w:pPr>
      <w:r>
        <w:rPr>
          <w:rFonts w:ascii="Arial" w:hAnsi="Arial"/>
          <w:b/>
        </w:rPr>
        <w:t xml:space="preserve">Participant #19:  </w:t>
      </w:r>
      <w:r>
        <w:rPr>
          <w:rFonts w:ascii="Arial" w:hAnsi="Arial"/>
          <w:color w:val="5D7284"/>
        </w:rPr>
        <w:t>17:43</w:t>
      </w:r>
    </w:p>
    <w:p w14:paraId="5F17BED0" w14:textId="77777777" w:rsidR="00A93E13" w:rsidRDefault="00365114">
      <w:pPr>
        <w:spacing w:after="0"/>
      </w:pPr>
      <w:r>
        <w:rPr>
          <w:rFonts w:ascii="Arial" w:hAnsi="Arial"/>
        </w:rPr>
        <w:t>More mixed.</w:t>
      </w:r>
    </w:p>
    <w:p w14:paraId="2D001ECF" w14:textId="77777777" w:rsidR="00A93E13" w:rsidRDefault="00A93E13">
      <w:pPr>
        <w:spacing w:after="0"/>
      </w:pPr>
    </w:p>
    <w:p w14:paraId="78AABE97" w14:textId="77777777" w:rsidR="00A93E13" w:rsidRDefault="00365114">
      <w:pPr>
        <w:spacing w:after="0"/>
      </w:pPr>
      <w:r>
        <w:rPr>
          <w:rFonts w:ascii="Arial" w:hAnsi="Arial"/>
          <w:b/>
        </w:rPr>
        <w:t xml:space="preserve">Interviewer P:  </w:t>
      </w:r>
      <w:r>
        <w:rPr>
          <w:rFonts w:ascii="Arial" w:hAnsi="Arial"/>
          <w:color w:val="5D7284"/>
        </w:rPr>
        <w:t>17:43</w:t>
      </w:r>
    </w:p>
    <w:p w14:paraId="495EAD6D" w14:textId="77777777" w:rsidR="00A93E13" w:rsidRDefault="00365114">
      <w:pPr>
        <w:spacing w:after="0"/>
      </w:pPr>
      <w:r>
        <w:rPr>
          <w:rFonts w:ascii="Arial" w:hAnsi="Arial"/>
        </w:rPr>
        <w:t xml:space="preserve"> Do you think it will eventually look like that? </w:t>
      </w:r>
    </w:p>
    <w:p w14:paraId="50301121" w14:textId="77777777" w:rsidR="00A93E13" w:rsidRDefault="00A93E13">
      <w:pPr>
        <w:spacing w:after="0"/>
      </w:pPr>
    </w:p>
    <w:p w14:paraId="5F0DF35B" w14:textId="77777777" w:rsidR="00A93E13" w:rsidRDefault="00365114">
      <w:pPr>
        <w:spacing w:after="0"/>
      </w:pPr>
      <w:r>
        <w:rPr>
          <w:rFonts w:ascii="Arial" w:hAnsi="Arial"/>
          <w:b/>
        </w:rPr>
        <w:t xml:space="preserve">Participant #19:  </w:t>
      </w:r>
      <w:r>
        <w:rPr>
          <w:rFonts w:ascii="Arial" w:hAnsi="Arial"/>
          <w:color w:val="5D7284"/>
        </w:rPr>
        <w:t>17:45</w:t>
      </w:r>
    </w:p>
    <w:p w14:paraId="353DD821" w14:textId="156151A6" w:rsidR="00A93E13" w:rsidRDefault="00365114">
      <w:pPr>
        <w:spacing w:after="0"/>
      </w:pPr>
      <w:r>
        <w:rPr>
          <w:rFonts w:ascii="Arial" w:hAnsi="Arial"/>
        </w:rPr>
        <w:t xml:space="preserve">Yeah, I think so. I think I don't know why I was thinking it's all gonna mix in a minute. But I think after some time, because I see the red is </w:t>
      </w:r>
      <w:r w:rsidR="00B3550E">
        <w:rPr>
          <w:rFonts w:ascii="Arial" w:hAnsi="Arial"/>
        </w:rPr>
        <w:t>slowly,</w:t>
      </w:r>
      <w:r>
        <w:rPr>
          <w:rFonts w:ascii="Arial" w:hAnsi="Arial"/>
        </w:rPr>
        <w:t xml:space="preserve"> I think after like maybe maybe like less than 10 minutes, maybe 10 minutes.</w:t>
      </w:r>
    </w:p>
    <w:p w14:paraId="20993D50" w14:textId="77777777" w:rsidR="00A93E13" w:rsidRDefault="00A93E13">
      <w:pPr>
        <w:spacing w:after="0"/>
      </w:pPr>
    </w:p>
    <w:p w14:paraId="31D1D8F1" w14:textId="77777777" w:rsidR="00A93E13" w:rsidRDefault="00365114">
      <w:pPr>
        <w:spacing w:after="0"/>
      </w:pPr>
      <w:r>
        <w:rPr>
          <w:rFonts w:ascii="Arial" w:hAnsi="Arial"/>
          <w:b/>
        </w:rPr>
        <w:t xml:space="preserve">Interviewer P:  </w:t>
      </w:r>
      <w:r>
        <w:rPr>
          <w:rFonts w:ascii="Arial" w:hAnsi="Arial"/>
          <w:color w:val="5D7284"/>
        </w:rPr>
        <w:t>18:00</w:t>
      </w:r>
    </w:p>
    <w:p w14:paraId="5A7C55D7" w14:textId="77777777" w:rsidR="00A93E13" w:rsidRDefault="00365114">
      <w:pPr>
        <w:spacing w:after="0"/>
      </w:pPr>
      <w:r>
        <w:rPr>
          <w:rFonts w:ascii="Arial" w:hAnsi="Arial"/>
        </w:rPr>
        <w:t>Then it will look more like this?</w:t>
      </w:r>
    </w:p>
    <w:p w14:paraId="6EF5ED19" w14:textId="77777777" w:rsidR="00A93E13" w:rsidRDefault="00A93E13">
      <w:pPr>
        <w:spacing w:after="0"/>
      </w:pPr>
    </w:p>
    <w:p w14:paraId="6B95C9AC" w14:textId="77777777" w:rsidR="00A93E13" w:rsidRDefault="00365114">
      <w:pPr>
        <w:spacing w:after="0"/>
      </w:pPr>
      <w:r>
        <w:rPr>
          <w:rFonts w:ascii="Arial" w:hAnsi="Arial"/>
          <w:b/>
        </w:rPr>
        <w:t xml:space="preserve">Participant #19:  </w:t>
      </w:r>
      <w:r>
        <w:rPr>
          <w:rFonts w:ascii="Arial" w:hAnsi="Arial"/>
          <w:color w:val="5D7284"/>
        </w:rPr>
        <w:t>18:02</w:t>
      </w:r>
    </w:p>
    <w:p w14:paraId="6C66B368" w14:textId="77777777" w:rsidR="00A93E13" w:rsidRDefault="00365114">
      <w:pPr>
        <w:spacing w:after="0"/>
      </w:pPr>
      <w:r>
        <w:rPr>
          <w:rFonts w:ascii="Arial" w:hAnsi="Arial"/>
        </w:rPr>
        <w:t xml:space="preserve">A little bit. </w:t>
      </w:r>
    </w:p>
    <w:p w14:paraId="3AFD9A96" w14:textId="77777777" w:rsidR="00A93E13" w:rsidRDefault="00A93E13">
      <w:pPr>
        <w:spacing w:after="0"/>
      </w:pPr>
    </w:p>
    <w:p w14:paraId="2E20456F" w14:textId="77777777" w:rsidR="00A93E13" w:rsidRDefault="00365114">
      <w:pPr>
        <w:spacing w:after="0"/>
      </w:pPr>
      <w:r>
        <w:rPr>
          <w:rFonts w:ascii="Arial" w:hAnsi="Arial"/>
          <w:b/>
        </w:rPr>
        <w:t xml:space="preserve">Interviewer P:  </w:t>
      </w:r>
      <w:r>
        <w:rPr>
          <w:rFonts w:ascii="Arial" w:hAnsi="Arial"/>
          <w:color w:val="5D7284"/>
        </w:rPr>
        <w:t>18:02</w:t>
      </w:r>
    </w:p>
    <w:p w14:paraId="27147E1B" w14:textId="77777777" w:rsidR="00A93E13" w:rsidRDefault="00365114">
      <w:pPr>
        <w:spacing w:after="0"/>
      </w:pPr>
      <w:r>
        <w:rPr>
          <w:rFonts w:ascii="Arial" w:hAnsi="Arial"/>
        </w:rPr>
        <w:lastRenderedPageBreak/>
        <w:t>Yeah, it's different from the first one and that like you can see the blue streak through here. And the red streak through here. It's not funny has real distinct layers.</w:t>
      </w:r>
    </w:p>
    <w:p w14:paraId="58368FEC" w14:textId="77777777" w:rsidR="00A93E13" w:rsidRDefault="00A93E13">
      <w:pPr>
        <w:spacing w:after="0"/>
      </w:pPr>
    </w:p>
    <w:p w14:paraId="403C40D4" w14:textId="77777777" w:rsidR="00A93E13" w:rsidRDefault="00365114">
      <w:pPr>
        <w:spacing w:after="0"/>
      </w:pPr>
      <w:r>
        <w:rPr>
          <w:rFonts w:ascii="Arial" w:hAnsi="Arial"/>
          <w:b/>
        </w:rPr>
        <w:t xml:space="preserve">Participant #19:  </w:t>
      </w:r>
      <w:r>
        <w:rPr>
          <w:rFonts w:ascii="Arial" w:hAnsi="Arial"/>
          <w:color w:val="5D7284"/>
        </w:rPr>
        <w:t>18:12</w:t>
      </w:r>
    </w:p>
    <w:p w14:paraId="628FD4AA" w14:textId="19F44ADB" w:rsidR="00A93E13" w:rsidRDefault="00365114">
      <w:pPr>
        <w:spacing w:after="0"/>
      </w:pPr>
      <w:r>
        <w:rPr>
          <w:rFonts w:ascii="Arial" w:hAnsi="Arial"/>
        </w:rPr>
        <w:t xml:space="preserve">Yeah. Because it's going so slow. </w:t>
      </w:r>
      <w:r w:rsidR="00B3550E">
        <w:rPr>
          <w:rFonts w:ascii="Arial" w:hAnsi="Arial"/>
        </w:rPr>
        <w:t>So,</w:t>
      </w:r>
      <w:r>
        <w:rPr>
          <w:rFonts w:ascii="Arial" w:hAnsi="Arial"/>
        </w:rPr>
        <w:t xml:space="preserve"> I don't know how long it would take to get to the to mix to the bottom so.</w:t>
      </w:r>
    </w:p>
    <w:p w14:paraId="42DE5AD2" w14:textId="77777777" w:rsidR="00A93E13" w:rsidRDefault="00A93E13">
      <w:pPr>
        <w:spacing w:after="0"/>
      </w:pPr>
    </w:p>
    <w:p w14:paraId="674EF4B1" w14:textId="77777777" w:rsidR="00A93E13" w:rsidRDefault="00365114">
      <w:pPr>
        <w:spacing w:after="0"/>
      </w:pPr>
      <w:r>
        <w:rPr>
          <w:rFonts w:ascii="Arial" w:hAnsi="Arial"/>
          <w:b/>
        </w:rPr>
        <w:t xml:space="preserve">Interviewer P:  </w:t>
      </w:r>
      <w:r>
        <w:rPr>
          <w:rFonts w:ascii="Arial" w:hAnsi="Arial"/>
          <w:color w:val="5D7284"/>
        </w:rPr>
        <w:t>18:18</w:t>
      </w:r>
    </w:p>
    <w:p w14:paraId="5B0E124D" w14:textId="77777777" w:rsidR="00A93E13" w:rsidRDefault="00365114">
      <w:pPr>
        <w:spacing w:after="0"/>
      </w:pPr>
      <w:r>
        <w:rPr>
          <w:rFonts w:ascii="Arial" w:hAnsi="Arial"/>
        </w:rPr>
        <w:t>You have something going on here too.</w:t>
      </w:r>
    </w:p>
    <w:p w14:paraId="45E0F24F" w14:textId="77777777" w:rsidR="00A93E13" w:rsidRDefault="00A93E13">
      <w:pPr>
        <w:spacing w:after="0"/>
      </w:pPr>
    </w:p>
    <w:p w14:paraId="61BC8E79" w14:textId="77777777" w:rsidR="00A93E13" w:rsidRDefault="00365114">
      <w:pPr>
        <w:spacing w:after="0"/>
      </w:pPr>
      <w:r>
        <w:rPr>
          <w:rFonts w:ascii="Arial" w:hAnsi="Arial"/>
          <w:b/>
        </w:rPr>
        <w:t xml:space="preserve">Participant #19:  </w:t>
      </w:r>
      <w:r>
        <w:rPr>
          <w:rFonts w:ascii="Arial" w:hAnsi="Arial"/>
          <w:color w:val="5D7284"/>
        </w:rPr>
        <w:t>18:21</w:t>
      </w:r>
    </w:p>
    <w:p w14:paraId="19B2A6A1" w14:textId="77777777" w:rsidR="00A93E13" w:rsidRDefault="00365114">
      <w:pPr>
        <w:spacing w:after="0"/>
      </w:pPr>
      <w:r>
        <w:rPr>
          <w:rFonts w:ascii="Arial" w:hAnsi="Arial"/>
        </w:rPr>
        <w:t>That's interesting that only that side is mixing.</w:t>
      </w:r>
    </w:p>
    <w:p w14:paraId="75AF2CD3" w14:textId="77777777" w:rsidR="00A93E13" w:rsidRDefault="00A93E13">
      <w:pPr>
        <w:spacing w:after="0"/>
      </w:pPr>
    </w:p>
    <w:p w14:paraId="5C579FA6" w14:textId="77777777" w:rsidR="00A93E13" w:rsidRDefault="00365114">
      <w:pPr>
        <w:spacing w:after="0"/>
      </w:pPr>
      <w:r>
        <w:rPr>
          <w:rFonts w:ascii="Arial" w:hAnsi="Arial"/>
          <w:b/>
        </w:rPr>
        <w:t xml:space="preserve">Interviewer P:  </w:t>
      </w:r>
      <w:r>
        <w:rPr>
          <w:rFonts w:ascii="Arial" w:hAnsi="Arial"/>
          <w:color w:val="5D7284"/>
        </w:rPr>
        <w:t>18:24</w:t>
      </w:r>
    </w:p>
    <w:p w14:paraId="28948D08" w14:textId="77777777" w:rsidR="00A93E13" w:rsidRDefault="00365114">
      <w:pPr>
        <w:spacing w:after="0"/>
      </w:pPr>
      <w:r>
        <w:rPr>
          <w:rFonts w:ascii="Arial" w:hAnsi="Arial"/>
        </w:rPr>
        <w:t>I think it is over here too. But the it's</w:t>
      </w:r>
      <w:r>
        <w:rPr>
          <w:rFonts w:ascii="Arial" w:hAnsi="Arial"/>
        </w:rPr>
        <w:t xml:space="preserve"> harder to see the red streaks. Does it help if I put a piece of white paper behind it.</w:t>
      </w:r>
    </w:p>
    <w:p w14:paraId="65F32AB2" w14:textId="77777777" w:rsidR="00A93E13" w:rsidRDefault="00A93E13">
      <w:pPr>
        <w:spacing w:after="0"/>
      </w:pPr>
    </w:p>
    <w:p w14:paraId="3CB9D0BF" w14:textId="77777777" w:rsidR="00A93E13" w:rsidRDefault="00365114">
      <w:pPr>
        <w:spacing w:after="0"/>
      </w:pPr>
      <w:r>
        <w:rPr>
          <w:rFonts w:ascii="Arial" w:hAnsi="Arial"/>
          <w:b/>
        </w:rPr>
        <w:t xml:space="preserve">Participant #19:  </w:t>
      </w:r>
      <w:r>
        <w:rPr>
          <w:rFonts w:ascii="Arial" w:hAnsi="Arial"/>
          <w:color w:val="5D7284"/>
        </w:rPr>
        <w:t>18:33</w:t>
      </w:r>
    </w:p>
    <w:p w14:paraId="3F8A004F" w14:textId="77777777" w:rsidR="00A93E13" w:rsidRDefault="00365114">
      <w:pPr>
        <w:spacing w:after="0"/>
      </w:pPr>
      <w:r>
        <w:rPr>
          <w:rFonts w:ascii="Arial" w:hAnsi="Arial"/>
        </w:rPr>
        <w:t>I can see like some like on bottom, yeah.</w:t>
      </w:r>
    </w:p>
    <w:p w14:paraId="2C3AB722" w14:textId="77777777" w:rsidR="00A93E13" w:rsidRDefault="00A93E13">
      <w:pPr>
        <w:spacing w:after="0"/>
      </w:pPr>
    </w:p>
    <w:p w14:paraId="6390646C" w14:textId="77777777" w:rsidR="00A93E13" w:rsidRDefault="00365114">
      <w:pPr>
        <w:spacing w:after="0"/>
      </w:pPr>
      <w:r>
        <w:rPr>
          <w:rFonts w:ascii="Arial" w:hAnsi="Arial"/>
          <w:b/>
        </w:rPr>
        <w:t xml:space="preserve">Interviewer P:  </w:t>
      </w:r>
      <w:r>
        <w:rPr>
          <w:rFonts w:ascii="Arial" w:hAnsi="Arial"/>
          <w:color w:val="5D7284"/>
        </w:rPr>
        <w:t>18:39</w:t>
      </w:r>
    </w:p>
    <w:p w14:paraId="3569719B" w14:textId="605FC797" w:rsidR="00A93E13" w:rsidRDefault="00B3550E">
      <w:pPr>
        <w:spacing w:after="0"/>
      </w:pPr>
      <w:r>
        <w:rPr>
          <w:rFonts w:ascii="Arial" w:hAnsi="Arial"/>
        </w:rPr>
        <w:t>So, anything about that surprise you.</w:t>
      </w:r>
    </w:p>
    <w:p w14:paraId="29381024" w14:textId="77777777" w:rsidR="00A93E13" w:rsidRDefault="00A93E13">
      <w:pPr>
        <w:spacing w:after="0"/>
      </w:pPr>
    </w:p>
    <w:p w14:paraId="66CFFDD5" w14:textId="77777777" w:rsidR="00A93E13" w:rsidRDefault="00365114">
      <w:pPr>
        <w:spacing w:after="0"/>
      </w:pPr>
      <w:r>
        <w:rPr>
          <w:rFonts w:ascii="Arial" w:hAnsi="Arial"/>
          <w:b/>
        </w:rPr>
        <w:t xml:space="preserve">Participant #19:  </w:t>
      </w:r>
      <w:r>
        <w:rPr>
          <w:rFonts w:ascii="Arial" w:hAnsi="Arial"/>
          <w:color w:val="5D7284"/>
        </w:rPr>
        <w:t>18:41</w:t>
      </w:r>
    </w:p>
    <w:p w14:paraId="5449BC87" w14:textId="77777777" w:rsidR="00A93E13" w:rsidRDefault="00365114">
      <w:pPr>
        <w:spacing w:after="0"/>
      </w:pPr>
      <w:r>
        <w:rPr>
          <w:rFonts w:ascii="Arial" w:hAnsi="Arial"/>
        </w:rPr>
        <w:t xml:space="preserve">Because </w:t>
      </w:r>
      <w:r>
        <w:rPr>
          <w:rFonts w:ascii="Arial" w:hAnsi="Arial"/>
        </w:rPr>
        <w:t>when it you first pulled it like started mixing immediately in the middle.</w:t>
      </w:r>
    </w:p>
    <w:p w14:paraId="2BD27351" w14:textId="77777777" w:rsidR="00A93E13" w:rsidRDefault="00A93E13">
      <w:pPr>
        <w:spacing w:after="0"/>
      </w:pPr>
    </w:p>
    <w:p w14:paraId="439EAFF6" w14:textId="77777777" w:rsidR="00A93E13" w:rsidRDefault="00365114">
      <w:pPr>
        <w:spacing w:after="0"/>
      </w:pPr>
      <w:r>
        <w:rPr>
          <w:rFonts w:ascii="Arial" w:hAnsi="Arial"/>
          <w:b/>
        </w:rPr>
        <w:t xml:space="preserve">Interviewer P:  </w:t>
      </w:r>
      <w:r>
        <w:rPr>
          <w:rFonts w:ascii="Arial" w:hAnsi="Arial"/>
          <w:color w:val="5D7284"/>
        </w:rPr>
        <w:t>18:45</w:t>
      </w:r>
    </w:p>
    <w:p w14:paraId="39D1396C" w14:textId="77777777" w:rsidR="00A93E13" w:rsidRDefault="00365114">
      <w:pPr>
        <w:spacing w:after="0"/>
      </w:pPr>
      <w:r>
        <w:rPr>
          <w:rFonts w:ascii="Arial" w:hAnsi="Arial"/>
        </w:rPr>
        <w:t xml:space="preserve">Yeah. </w:t>
      </w:r>
    </w:p>
    <w:p w14:paraId="2A94C1E5" w14:textId="77777777" w:rsidR="00A93E13" w:rsidRDefault="00A93E13">
      <w:pPr>
        <w:spacing w:after="0"/>
      </w:pPr>
    </w:p>
    <w:p w14:paraId="27DF49FB" w14:textId="77777777" w:rsidR="00A93E13" w:rsidRDefault="00365114">
      <w:pPr>
        <w:spacing w:after="0"/>
      </w:pPr>
      <w:r>
        <w:rPr>
          <w:rFonts w:ascii="Arial" w:hAnsi="Arial"/>
          <w:b/>
        </w:rPr>
        <w:t xml:space="preserve">Participant #19:  </w:t>
      </w:r>
      <w:r>
        <w:rPr>
          <w:rFonts w:ascii="Arial" w:hAnsi="Arial"/>
          <w:color w:val="5D7284"/>
        </w:rPr>
        <w:t>18:46</w:t>
      </w:r>
    </w:p>
    <w:p w14:paraId="3C25E937" w14:textId="77777777" w:rsidR="00A93E13" w:rsidRDefault="00365114">
      <w:pPr>
        <w:spacing w:after="0"/>
      </w:pPr>
      <w:r>
        <w:rPr>
          <w:rFonts w:ascii="Arial" w:hAnsi="Arial"/>
        </w:rPr>
        <w:t>That was interesting.</w:t>
      </w:r>
    </w:p>
    <w:p w14:paraId="1570C451" w14:textId="77777777" w:rsidR="00A93E13" w:rsidRDefault="00A93E13">
      <w:pPr>
        <w:spacing w:after="0"/>
      </w:pPr>
    </w:p>
    <w:p w14:paraId="22280908" w14:textId="77777777" w:rsidR="00A93E13" w:rsidRDefault="00365114">
      <w:pPr>
        <w:spacing w:after="0"/>
      </w:pPr>
      <w:r>
        <w:rPr>
          <w:rFonts w:ascii="Arial" w:hAnsi="Arial"/>
          <w:b/>
        </w:rPr>
        <w:t xml:space="preserve">Interviewer P:  </w:t>
      </w:r>
      <w:r>
        <w:rPr>
          <w:rFonts w:ascii="Arial" w:hAnsi="Arial"/>
          <w:color w:val="5D7284"/>
        </w:rPr>
        <w:t>18:46</w:t>
      </w:r>
    </w:p>
    <w:p w14:paraId="74EF34D2" w14:textId="158FCBFA" w:rsidR="00A93E13" w:rsidRDefault="00365114">
      <w:pPr>
        <w:spacing w:after="0"/>
      </w:pPr>
      <w:r>
        <w:rPr>
          <w:rFonts w:ascii="Arial" w:hAnsi="Arial"/>
        </w:rPr>
        <w:t xml:space="preserve">Instead of doing that, like </w:t>
      </w:r>
      <w:r w:rsidR="00B3550E">
        <w:rPr>
          <w:rFonts w:ascii="Arial" w:hAnsi="Arial"/>
        </w:rPr>
        <w:t>overturning</w:t>
      </w:r>
      <w:r>
        <w:rPr>
          <w:rFonts w:ascii="Arial" w:hAnsi="Arial"/>
        </w:rPr>
        <w:t xml:space="preserve">, yeah. </w:t>
      </w:r>
    </w:p>
    <w:p w14:paraId="17CA4FFB" w14:textId="77777777" w:rsidR="00A93E13" w:rsidRDefault="00A93E13">
      <w:pPr>
        <w:spacing w:after="0"/>
      </w:pPr>
    </w:p>
    <w:p w14:paraId="476B150B" w14:textId="77777777" w:rsidR="00A93E13" w:rsidRDefault="00365114">
      <w:pPr>
        <w:spacing w:after="0"/>
      </w:pPr>
      <w:r>
        <w:rPr>
          <w:rFonts w:ascii="Arial" w:hAnsi="Arial"/>
          <w:b/>
        </w:rPr>
        <w:t xml:space="preserve">Participant #19:  </w:t>
      </w:r>
      <w:r>
        <w:rPr>
          <w:rFonts w:ascii="Arial" w:hAnsi="Arial"/>
          <w:color w:val="5D7284"/>
        </w:rPr>
        <w:t>18:50</w:t>
      </w:r>
    </w:p>
    <w:p w14:paraId="72131E0F" w14:textId="6B0E329C" w:rsidR="00A93E13" w:rsidRDefault="00365114">
      <w:pPr>
        <w:spacing w:after="0"/>
      </w:pPr>
      <w:r>
        <w:rPr>
          <w:rFonts w:ascii="Arial" w:hAnsi="Arial"/>
        </w:rPr>
        <w:t xml:space="preserve">Yeah. </w:t>
      </w:r>
      <w:r w:rsidR="00B3550E">
        <w:rPr>
          <w:rFonts w:ascii="Arial" w:hAnsi="Arial"/>
        </w:rPr>
        <w:t>So,</w:t>
      </w:r>
      <w:r>
        <w:rPr>
          <w:rFonts w:ascii="Arial" w:hAnsi="Arial"/>
        </w:rPr>
        <w:t xml:space="preserve"> the top is mixing better than the bottom. Because I guess because it mixed at the top first. I don't know. That's interesting.</w:t>
      </w:r>
    </w:p>
    <w:p w14:paraId="62752833" w14:textId="77777777" w:rsidR="00A93E13" w:rsidRDefault="00A93E13">
      <w:pPr>
        <w:spacing w:after="0"/>
      </w:pPr>
    </w:p>
    <w:p w14:paraId="43940505" w14:textId="77777777" w:rsidR="00A93E13" w:rsidRDefault="00365114">
      <w:pPr>
        <w:spacing w:after="0"/>
      </w:pPr>
      <w:r>
        <w:rPr>
          <w:rFonts w:ascii="Arial" w:hAnsi="Arial"/>
          <w:b/>
        </w:rPr>
        <w:t xml:space="preserve">Interviewer P:  </w:t>
      </w:r>
      <w:r>
        <w:rPr>
          <w:rFonts w:ascii="Arial" w:hAnsi="Arial"/>
          <w:color w:val="5D7284"/>
        </w:rPr>
        <w:t>19:01</w:t>
      </w:r>
    </w:p>
    <w:p w14:paraId="20915826" w14:textId="0ABB2CC6" w:rsidR="00A93E13" w:rsidRDefault="00365114">
      <w:pPr>
        <w:spacing w:after="0"/>
      </w:pPr>
      <w:r>
        <w:rPr>
          <w:rFonts w:ascii="Arial" w:hAnsi="Arial"/>
        </w:rPr>
        <w:t xml:space="preserve">I'm not sure. And again, I think there's some red down here that's more difficult to see. </w:t>
      </w:r>
      <w:r w:rsidR="00B3550E">
        <w:rPr>
          <w:rFonts w:ascii="Arial" w:hAnsi="Arial"/>
        </w:rPr>
        <w:t>So,</w:t>
      </w:r>
      <w:r>
        <w:rPr>
          <w:rFonts w:ascii="Arial" w:hAnsi="Arial"/>
        </w:rPr>
        <w:t xml:space="preserve"> do you think it'll eventually turn one color?</w:t>
      </w:r>
    </w:p>
    <w:p w14:paraId="02EF80A7" w14:textId="77777777" w:rsidR="00A93E13" w:rsidRDefault="00A93E13">
      <w:pPr>
        <w:spacing w:after="0"/>
      </w:pPr>
    </w:p>
    <w:p w14:paraId="392727C9" w14:textId="77777777" w:rsidR="00A93E13" w:rsidRDefault="00365114">
      <w:pPr>
        <w:spacing w:after="0"/>
      </w:pPr>
      <w:r>
        <w:rPr>
          <w:rFonts w:ascii="Arial" w:hAnsi="Arial"/>
          <w:b/>
        </w:rPr>
        <w:t xml:space="preserve">Participant #19:  </w:t>
      </w:r>
      <w:r>
        <w:rPr>
          <w:rFonts w:ascii="Arial" w:hAnsi="Arial"/>
          <w:color w:val="5D7284"/>
        </w:rPr>
        <w:t>19:11</w:t>
      </w:r>
    </w:p>
    <w:p w14:paraId="2E2E2ECD" w14:textId="77777777" w:rsidR="00A93E13" w:rsidRDefault="00365114">
      <w:pPr>
        <w:spacing w:after="0"/>
      </w:pPr>
      <w:r>
        <w:rPr>
          <w:rFonts w:ascii="Arial" w:hAnsi="Arial"/>
        </w:rPr>
        <w:lastRenderedPageBreak/>
        <w:t>What you mean like we just again.</w:t>
      </w:r>
    </w:p>
    <w:p w14:paraId="3CC644B7" w14:textId="77777777" w:rsidR="00A93E13" w:rsidRDefault="00A93E13">
      <w:pPr>
        <w:spacing w:after="0"/>
      </w:pPr>
    </w:p>
    <w:p w14:paraId="1D46FCF2" w14:textId="77777777" w:rsidR="00A93E13" w:rsidRDefault="00365114">
      <w:pPr>
        <w:spacing w:after="0"/>
      </w:pPr>
      <w:r>
        <w:rPr>
          <w:rFonts w:ascii="Arial" w:hAnsi="Arial"/>
          <w:b/>
        </w:rPr>
        <w:t xml:space="preserve">Interviewer P:  </w:t>
      </w:r>
      <w:r>
        <w:rPr>
          <w:rFonts w:ascii="Arial" w:hAnsi="Arial"/>
          <w:color w:val="5D7284"/>
        </w:rPr>
        <w:t>19:18</w:t>
      </w:r>
    </w:p>
    <w:p w14:paraId="476288EF" w14:textId="18506C7A" w:rsidR="00A93E13" w:rsidRDefault="00B3550E">
      <w:pPr>
        <w:spacing w:after="0"/>
      </w:pPr>
      <w:r>
        <w:rPr>
          <w:rFonts w:ascii="Arial" w:hAnsi="Arial"/>
        </w:rPr>
        <w:t xml:space="preserve">So, for example, like red and blue makes purple. Do you think it would be a consistent purple or consistent dark blue throughout? </w:t>
      </w:r>
    </w:p>
    <w:p w14:paraId="2A2C1B6E" w14:textId="77777777" w:rsidR="00A93E13" w:rsidRDefault="00A93E13">
      <w:pPr>
        <w:spacing w:after="0"/>
      </w:pPr>
    </w:p>
    <w:p w14:paraId="7925264C" w14:textId="77777777" w:rsidR="00A93E13" w:rsidRDefault="00365114">
      <w:pPr>
        <w:spacing w:after="0"/>
      </w:pPr>
      <w:r>
        <w:rPr>
          <w:rFonts w:ascii="Arial" w:hAnsi="Arial"/>
          <w:b/>
        </w:rPr>
        <w:t xml:space="preserve">Participant #19:  </w:t>
      </w:r>
      <w:r>
        <w:rPr>
          <w:rFonts w:ascii="Arial" w:hAnsi="Arial"/>
          <w:color w:val="5D7284"/>
        </w:rPr>
        <w:t>19:27</w:t>
      </w:r>
    </w:p>
    <w:p w14:paraId="213B1B8F" w14:textId="77777777" w:rsidR="00A93E13" w:rsidRDefault="00365114">
      <w:pPr>
        <w:spacing w:after="0"/>
      </w:pPr>
      <w:r>
        <w:rPr>
          <w:rFonts w:ascii="Arial" w:hAnsi="Arial"/>
        </w:rPr>
        <w:t xml:space="preserve">I don't think so. </w:t>
      </w:r>
    </w:p>
    <w:p w14:paraId="739D10A4" w14:textId="77777777" w:rsidR="00A93E13" w:rsidRDefault="00A93E13">
      <w:pPr>
        <w:spacing w:after="0"/>
      </w:pPr>
    </w:p>
    <w:p w14:paraId="6B945FA8" w14:textId="77777777" w:rsidR="00A93E13" w:rsidRDefault="00365114">
      <w:pPr>
        <w:spacing w:after="0"/>
      </w:pPr>
      <w:r>
        <w:rPr>
          <w:rFonts w:ascii="Arial" w:hAnsi="Arial"/>
          <w:b/>
        </w:rPr>
        <w:t xml:space="preserve">Interviewer P:  </w:t>
      </w:r>
      <w:r>
        <w:rPr>
          <w:rFonts w:ascii="Arial" w:hAnsi="Arial"/>
          <w:color w:val="5D7284"/>
        </w:rPr>
        <w:t>19:28</w:t>
      </w:r>
    </w:p>
    <w:p w14:paraId="3626A871" w14:textId="78C27B47" w:rsidR="00A93E13" w:rsidRDefault="00B3550E">
      <w:pPr>
        <w:spacing w:after="0"/>
      </w:pPr>
      <w:r>
        <w:rPr>
          <w:rFonts w:ascii="Arial" w:hAnsi="Arial"/>
        </w:rPr>
        <w:t xml:space="preserve">So, you'd always be able to see like the red and blue streaks. </w:t>
      </w:r>
    </w:p>
    <w:p w14:paraId="0418CCFF" w14:textId="77777777" w:rsidR="00A93E13" w:rsidRDefault="00A93E13">
      <w:pPr>
        <w:spacing w:after="0"/>
      </w:pPr>
    </w:p>
    <w:p w14:paraId="467D133A" w14:textId="77777777" w:rsidR="00A93E13" w:rsidRDefault="00365114">
      <w:pPr>
        <w:spacing w:after="0"/>
      </w:pPr>
      <w:r>
        <w:rPr>
          <w:rFonts w:ascii="Arial" w:hAnsi="Arial"/>
          <w:b/>
        </w:rPr>
        <w:t xml:space="preserve">Participant #19:  </w:t>
      </w:r>
      <w:r>
        <w:rPr>
          <w:rFonts w:ascii="Arial" w:hAnsi="Arial"/>
          <w:color w:val="5D7284"/>
        </w:rPr>
        <w:t>19:31</w:t>
      </w:r>
    </w:p>
    <w:p w14:paraId="47576193" w14:textId="242572EF" w:rsidR="00A93E13" w:rsidRDefault="00365114">
      <w:pPr>
        <w:spacing w:after="0"/>
      </w:pPr>
      <w:r>
        <w:rPr>
          <w:rFonts w:ascii="Arial" w:hAnsi="Arial"/>
        </w:rPr>
        <w:t>Yeah.</w:t>
      </w:r>
      <w:r w:rsidR="00B3550E">
        <w:rPr>
          <w:rFonts w:ascii="Arial" w:hAnsi="Arial"/>
        </w:rPr>
        <w:t xml:space="preserve"> </w:t>
      </w:r>
      <w:r>
        <w:rPr>
          <w:rFonts w:ascii="Arial" w:hAnsi="Arial"/>
        </w:rPr>
        <w:t xml:space="preserve">Because I don't I just different because it's not like paint. I paint. So it's like you're actually, you know, </w:t>
      </w:r>
      <w:r w:rsidR="00B3550E">
        <w:rPr>
          <w:rFonts w:ascii="Arial" w:hAnsi="Arial"/>
        </w:rPr>
        <w:t>mixing...</w:t>
      </w:r>
      <w:r>
        <w:rPr>
          <w:rFonts w:ascii="Arial" w:hAnsi="Arial"/>
        </w:rPr>
        <w:t xml:space="preserve"> mixing.</w:t>
      </w:r>
    </w:p>
    <w:p w14:paraId="7E472582" w14:textId="77777777" w:rsidR="00A93E13" w:rsidRDefault="00A93E13">
      <w:pPr>
        <w:spacing w:after="0"/>
      </w:pPr>
    </w:p>
    <w:p w14:paraId="0A76D5A7" w14:textId="77777777" w:rsidR="00A93E13" w:rsidRDefault="00365114">
      <w:pPr>
        <w:spacing w:after="0"/>
      </w:pPr>
      <w:r>
        <w:rPr>
          <w:rFonts w:ascii="Arial" w:hAnsi="Arial"/>
          <w:b/>
        </w:rPr>
        <w:t xml:space="preserve">Interviewer P:  </w:t>
      </w:r>
      <w:r>
        <w:rPr>
          <w:rFonts w:ascii="Arial" w:hAnsi="Arial"/>
          <w:color w:val="5D7284"/>
        </w:rPr>
        <w:t>19:31</w:t>
      </w:r>
    </w:p>
    <w:p w14:paraId="0BEF3107" w14:textId="77777777" w:rsidR="00A93E13" w:rsidRDefault="00365114">
      <w:pPr>
        <w:spacing w:after="0"/>
      </w:pPr>
      <w:r>
        <w:rPr>
          <w:rFonts w:ascii="Arial" w:hAnsi="Arial"/>
        </w:rPr>
        <w:t xml:space="preserve">Mixing it up. </w:t>
      </w:r>
    </w:p>
    <w:p w14:paraId="72388659" w14:textId="77777777" w:rsidR="00A93E13" w:rsidRDefault="00A93E13">
      <w:pPr>
        <w:spacing w:after="0"/>
      </w:pPr>
    </w:p>
    <w:p w14:paraId="7D86F5FF" w14:textId="77777777" w:rsidR="00A93E13" w:rsidRDefault="00365114">
      <w:pPr>
        <w:spacing w:after="0"/>
      </w:pPr>
      <w:r>
        <w:rPr>
          <w:rFonts w:ascii="Arial" w:hAnsi="Arial"/>
          <w:b/>
        </w:rPr>
        <w:t xml:space="preserve">Participant #19:  </w:t>
      </w:r>
      <w:r>
        <w:rPr>
          <w:rFonts w:ascii="Arial" w:hAnsi="Arial"/>
          <w:color w:val="5D7284"/>
        </w:rPr>
        <w:t>19:31</w:t>
      </w:r>
    </w:p>
    <w:p w14:paraId="3D98269B" w14:textId="5DB8EED9" w:rsidR="00A93E13" w:rsidRDefault="00365114">
      <w:pPr>
        <w:spacing w:after="0"/>
      </w:pPr>
      <w:r>
        <w:rPr>
          <w:rFonts w:ascii="Arial" w:hAnsi="Arial"/>
        </w:rPr>
        <w:t xml:space="preserve">Yeah, </w:t>
      </w:r>
      <w:r w:rsidR="00B3550E">
        <w:rPr>
          <w:rFonts w:ascii="Arial" w:hAnsi="Arial"/>
        </w:rPr>
        <w:t>but the</w:t>
      </w:r>
      <w:r>
        <w:rPr>
          <w:rFonts w:ascii="Arial" w:hAnsi="Arial"/>
        </w:rPr>
        <w:t xml:space="preserve"> water is just somehow. I don't know, I didn't think it mix.</w:t>
      </w:r>
    </w:p>
    <w:p w14:paraId="110DE29A" w14:textId="77777777" w:rsidR="00A93E13" w:rsidRDefault="00A93E13">
      <w:pPr>
        <w:spacing w:after="0"/>
      </w:pPr>
    </w:p>
    <w:p w14:paraId="5CBADCB3" w14:textId="77777777" w:rsidR="00A93E13" w:rsidRDefault="00365114">
      <w:pPr>
        <w:spacing w:after="0"/>
      </w:pPr>
      <w:r>
        <w:rPr>
          <w:rFonts w:ascii="Arial" w:hAnsi="Arial"/>
          <w:b/>
        </w:rPr>
        <w:t xml:space="preserve">Interviewer P:  </w:t>
      </w:r>
      <w:r>
        <w:rPr>
          <w:rFonts w:ascii="Arial" w:hAnsi="Arial"/>
          <w:color w:val="5D7284"/>
        </w:rPr>
        <w:t>19:43</w:t>
      </w:r>
    </w:p>
    <w:p w14:paraId="07B1A60F" w14:textId="57D2ADFB" w:rsidR="00A93E13" w:rsidRDefault="00365114">
      <w:pPr>
        <w:spacing w:after="0"/>
      </w:pPr>
      <w:r>
        <w:rPr>
          <w:rFonts w:ascii="Arial" w:hAnsi="Arial"/>
        </w:rPr>
        <w:t xml:space="preserve">Yeah, so that is interesting because if you paint and you do have to mix them up in order to get them to combine if you squirt some paints </w:t>
      </w:r>
      <w:r w:rsidR="00B3550E">
        <w:rPr>
          <w:rFonts w:ascii="Arial" w:hAnsi="Arial"/>
        </w:rPr>
        <w:t>here and</w:t>
      </w:r>
      <w:r>
        <w:rPr>
          <w:rFonts w:ascii="Arial" w:hAnsi="Arial"/>
        </w:rPr>
        <w:t xml:space="preserve"> some other paint on top of it, it'll pretty much just sit there. </w:t>
      </w:r>
    </w:p>
    <w:p w14:paraId="453C378F" w14:textId="77777777" w:rsidR="00A93E13" w:rsidRDefault="00A93E13">
      <w:pPr>
        <w:spacing w:after="0"/>
      </w:pPr>
    </w:p>
    <w:p w14:paraId="322C45F0" w14:textId="77777777" w:rsidR="00A93E13" w:rsidRDefault="00365114">
      <w:pPr>
        <w:spacing w:after="0"/>
      </w:pPr>
      <w:r>
        <w:rPr>
          <w:rFonts w:ascii="Arial" w:hAnsi="Arial"/>
          <w:b/>
        </w:rPr>
        <w:t xml:space="preserve">Participant #19:  </w:t>
      </w:r>
      <w:r>
        <w:rPr>
          <w:rFonts w:ascii="Arial" w:hAnsi="Arial"/>
          <w:color w:val="5D7284"/>
        </w:rPr>
        <w:t>20:04</w:t>
      </w:r>
    </w:p>
    <w:p w14:paraId="6783CB9F" w14:textId="77777777" w:rsidR="00A93E13" w:rsidRDefault="00365114">
      <w:pPr>
        <w:spacing w:after="0"/>
      </w:pPr>
      <w:r>
        <w:rPr>
          <w:rFonts w:ascii="Arial" w:hAnsi="Arial"/>
        </w:rPr>
        <w:t xml:space="preserve">Yeah. </w:t>
      </w:r>
    </w:p>
    <w:p w14:paraId="46277EE2" w14:textId="77777777" w:rsidR="00A93E13" w:rsidRDefault="00A93E13">
      <w:pPr>
        <w:spacing w:after="0"/>
      </w:pPr>
    </w:p>
    <w:p w14:paraId="743B820F" w14:textId="77777777" w:rsidR="00A93E13" w:rsidRDefault="00365114">
      <w:pPr>
        <w:spacing w:after="0"/>
      </w:pPr>
      <w:r>
        <w:rPr>
          <w:rFonts w:ascii="Arial" w:hAnsi="Arial"/>
          <w:b/>
        </w:rPr>
        <w:t xml:space="preserve">Interviewer P:  </w:t>
      </w:r>
      <w:r>
        <w:rPr>
          <w:rFonts w:ascii="Arial" w:hAnsi="Arial"/>
          <w:color w:val="5D7284"/>
        </w:rPr>
        <w:t>20:05</w:t>
      </w:r>
    </w:p>
    <w:p w14:paraId="29F9711D" w14:textId="77777777" w:rsidR="00A93E13" w:rsidRDefault="00365114">
      <w:pPr>
        <w:spacing w:after="0"/>
      </w:pPr>
      <w:r>
        <w:rPr>
          <w:rFonts w:ascii="Arial" w:hAnsi="Arial"/>
        </w:rPr>
        <w:t>And so is that a little maybe what you're basing this on that water would behave the same and that it would physically need something mixing it in order to.</w:t>
      </w:r>
    </w:p>
    <w:p w14:paraId="61751C28" w14:textId="77777777" w:rsidR="00A93E13" w:rsidRDefault="00A93E13">
      <w:pPr>
        <w:spacing w:after="0"/>
      </w:pPr>
    </w:p>
    <w:p w14:paraId="64C61454" w14:textId="77777777" w:rsidR="00A93E13" w:rsidRDefault="00365114">
      <w:pPr>
        <w:spacing w:after="0"/>
      </w:pPr>
      <w:r>
        <w:rPr>
          <w:rFonts w:ascii="Arial" w:hAnsi="Arial"/>
          <w:b/>
        </w:rPr>
        <w:t xml:space="preserve">Participant #19:  </w:t>
      </w:r>
      <w:r>
        <w:rPr>
          <w:rFonts w:ascii="Arial" w:hAnsi="Arial"/>
          <w:color w:val="5D7284"/>
        </w:rPr>
        <w:t>20:15</w:t>
      </w:r>
    </w:p>
    <w:p w14:paraId="1E06C6A4" w14:textId="77777777" w:rsidR="00A93E13" w:rsidRDefault="00365114">
      <w:pPr>
        <w:spacing w:after="0"/>
      </w:pPr>
      <w:r>
        <w:rPr>
          <w:rFonts w:ascii="Arial" w:hAnsi="Arial"/>
        </w:rPr>
        <w:t>Yeah, that. Yeah. Like if you use like something that would but just sitting on itself I don't. Yeah. Like, mixing that much more.</w:t>
      </w:r>
    </w:p>
    <w:p w14:paraId="04FF392E" w14:textId="77777777" w:rsidR="00A93E13" w:rsidRDefault="00A93E13">
      <w:pPr>
        <w:spacing w:after="0"/>
      </w:pPr>
    </w:p>
    <w:p w14:paraId="4E4144A5" w14:textId="77777777" w:rsidR="00A93E13" w:rsidRDefault="00365114">
      <w:pPr>
        <w:spacing w:after="0"/>
      </w:pPr>
      <w:r>
        <w:rPr>
          <w:rFonts w:ascii="Arial" w:hAnsi="Arial"/>
          <w:b/>
        </w:rPr>
        <w:t xml:space="preserve">Interviewer P:  </w:t>
      </w:r>
      <w:r>
        <w:rPr>
          <w:rFonts w:ascii="Arial" w:hAnsi="Arial"/>
          <w:color w:val="5D7284"/>
        </w:rPr>
        <w:t>20:25</w:t>
      </w:r>
    </w:p>
    <w:p w14:paraId="38F34ADA" w14:textId="2BA5A111" w:rsidR="00A93E13" w:rsidRDefault="00365114">
      <w:pPr>
        <w:spacing w:after="0"/>
      </w:pPr>
      <w:r>
        <w:rPr>
          <w:rFonts w:ascii="Arial" w:hAnsi="Arial"/>
        </w:rPr>
        <w:t xml:space="preserve">Yeah, </w:t>
      </w:r>
      <w:r w:rsidR="00B3550E">
        <w:rPr>
          <w:rFonts w:ascii="Arial" w:hAnsi="Arial"/>
        </w:rPr>
        <w:t>that</w:t>
      </w:r>
      <w:r>
        <w:rPr>
          <w:rFonts w:ascii="Arial" w:hAnsi="Arial"/>
        </w:rPr>
        <w:t xml:space="preserve"> makes sense. </w:t>
      </w:r>
      <w:r w:rsidR="00B3550E">
        <w:rPr>
          <w:rFonts w:ascii="Arial" w:hAnsi="Arial"/>
        </w:rPr>
        <w:t>All right</w:t>
      </w:r>
      <w:r>
        <w:rPr>
          <w:rFonts w:ascii="Arial" w:hAnsi="Arial"/>
        </w:rPr>
        <w:t xml:space="preserve"> let's move this over here. All right, so now we'll do the fresh and salty water. Okay, so green is salty yellow is fresh I'll put the green on this side. This one is a little tighter. Thank you again.</w:t>
      </w:r>
    </w:p>
    <w:p w14:paraId="688B7006" w14:textId="77777777" w:rsidR="00A93E13" w:rsidRDefault="00A93E13">
      <w:pPr>
        <w:spacing w:after="0"/>
      </w:pPr>
    </w:p>
    <w:p w14:paraId="4855866C" w14:textId="77777777" w:rsidR="00A93E13" w:rsidRDefault="00365114">
      <w:pPr>
        <w:spacing w:after="0"/>
      </w:pPr>
      <w:r>
        <w:rPr>
          <w:rFonts w:ascii="Arial" w:hAnsi="Arial"/>
          <w:b/>
        </w:rPr>
        <w:t xml:space="preserve">Participant #19:  </w:t>
      </w:r>
      <w:r>
        <w:rPr>
          <w:rFonts w:ascii="Arial" w:hAnsi="Arial"/>
          <w:color w:val="5D7284"/>
        </w:rPr>
        <w:t>21:06</w:t>
      </w:r>
    </w:p>
    <w:p w14:paraId="1412BAD3" w14:textId="17F76DA9" w:rsidR="00A93E13" w:rsidRDefault="00365114">
      <w:pPr>
        <w:spacing w:after="0"/>
      </w:pPr>
      <w:r>
        <w:rPr>
          <w:rFonts w:ascii="Arial" w:hAnsi="Arial"/>
        </w:rPr>
        <w:t xml:space="preserve">No problem. </w:t>
      </w:r>
      <w:r w:rsidR="00B3550E">
        <w:rPr>
          <w:rFonts w:ascii="Arial" w:hAnsi="Arial"/>
        </w:rPr>
        <w:t>So,</w:t>
      </w:r>
      <w:r>
        <w:rPr>
          <w:rFonts w:ascii="Arial" w:hAnsi="Arial"/>
        </w:rPr>
        <w:t xml:space="preserve"> the green is salt salt?</w:t>
      </w:r>
    </w:p>
    <w:p w14:paraId="2D95DF1C" w14:textId="77777777" w:rsidR="00A93E13" w:rsidRDefault="00A93E13">
      <w:pPr>
        <w:spacing w:after="0"/>
      </w:pPr>
    </w:p>
    <w:p w14:paraId="699D0053" w14:textId="77777777" w:rsidR="00A93E13" w:rsidRDefault="00365114">
      <w:pPr>
        <w:spacing w:after="0"/>
      </w:pPr>
      <w:r>
        <w:rPr>
          <w:rFonts w:ascii="Arial" w:hAnsi="Arial"/>
          <w:b/>
        </w:rPr>
        <w:t xml:space="preserve">Interviewer P:  </w:t>
      </w:r>
      <w:r>
        <w:rPr>
          <w:rFonts w:ascii="Arial" w:hAnsi="Arial"/>
          <w:color w:val="5D7284"/>
        </w:rPr>
        <w:t>21:12</w:t>
      </w:r>
    </w:p>
    <w:p w14:paraId="4722511C" w14:textId="77777777" w:rsidR="00A93E13" w:rsidRDefault="00365114">
      <w:pPr>
        <w:spacing w:after="0"/>
      </w:pPr>
      <w:r>
        <w:rPr>
          <w:rFonts w:ascii="Arial" w:hAnsi="Arial"/>
        </w:rPr>
        <w:t xml:space="preserve">The green is the salty water. That's a pretty distinct layer. Does that surprise you? </w:t>
      </w:r>
    </w:p>
    <w:p w14:paraId="0A8E7AAA" w14:textId="77777777" w:rsidR="00A93E13" w:rsidRDefault="00A93E13">
      <w:pPr>
        <w:spacing w:after="0"/>
      </w:pPr>
    </w:p>
    <w:p w14:paraId="170476EB" w14:textId="77777777" w:rsidR="00A93E13" w:rsidRDefault="00365114">
      <w:pPr>
        <w:spacing w:after="0"/>
      </w:pPr>
      <w:r>
        <w:rPr>
          <w:rFonts w:ascii="Arial" w:hAnsi="Arial"/>
          <w:b/>
        </w:rPr>
        <w:t xml:space="preserve">Participant #19:  </w:t>
      </w:r>
      <w:r>
        <w:rPr>
          <w:rFonts w:ascii="Arial" w:hAnsi="Arial"/>
          <w:color w:val="5D7284"/>
        </w:rPr>
        <w:t>21:53</w:t>
      </w:r>
    </w:p>
    <w:p w14:paraId="2152E0D3" w14:textId="43732232" w:rsidR="00A93E13" w:rsidRDefault="00365114">
      <w:pPr>
        <w:spacing w:after="0"/>
      </w:pPr>
      <w:r>
        <w:rPr>
          <w:rFonts w:ascii="Arial" w:hAnsi="Arial"/>
        </w:rPr>
        <w:t>Yeah. Like immediately, like rushed, the green I think that rushed to like, I</w:t>
      </w:r>
      <w:r w:rsidR="00B3550E">
        <w:rPr>
          <w:rFonts w:ascii="Arial" w:hAnsi="Arial"/>
        </w:rPr>
        <w:t>t</w:t>
      </w:r>
      <w:r>
        <w:rPr>
          <w:rFonts w:ascii="Arial" w:hAnsi="Arial"/>
        </w:rPr>
        <w:t xml:space="preserve"> would </w:t>
      </w:r>
      <w:r w:rsidR="00B3550E">
        <w:rPr>
          <w:rFonts w:ascii="Arial" w:hAnsi="Arial"/>
        </w:rPr>
        <w:t>keep</w:t>
      </w:r>
      <w:r>
        <w:rPr>
          <w:rFonts w:ascii="Arial" w:hAnsi="Arial"/>
        </w:rPr>
        <w:t xml:space="preserve"> like swaying back and forth. I didn't expect that, yeah? </w:t>
      </w:r>
    </w:p>
    <w:p w14:paraId="0387D520" w14:textId="77777777" w:rsidR="00A93E13" w:rsidRDefault="00A93E13">
      <w:pPr>
        <w:spacing w:after="0"/>
      </w:pPr>
    </w:p>
    <w:p w14:paraId="0D07D145" w14:textId="77777777" w:rsidR="00A93E13" w:rsidRDefault="00365114">
      <w:pPr>
        <w:spacing w:after="0"/>
      </w:pPr>
      <w:r>
        <w:rPr>
          <w:rFonts w:ascii="Arial" w:hAnsi="Arial"/>
          <w:b/>
        </w:rPr>
        <w:t xml:space="preserve">Interviewer P:  </w:t>
      </w:r>
      <w:r>
        <w:rPr>
          <w:rFonts w:ascii="Arial" w:hAnsi="Arial"/>
          <w:color w:val="5D7284"/>
        </w:rPr>
        <w:t>22:04</w:t>
      </w:r>
    </w:p>
    <w:p w14:paraId="7FF3F0B8" w14:textId="77777777" w:rsidR="00A93E13" w:rsidRDefault="00365114">
      <w:pPr>
        <w:spacing w:after="0"/>
      </w:pPr>
      <w:r>
        <w:rPr>
          <w:rFonts w:ascii="Arial" w:hAnsi="Arial"/>
        </w:rPr>
        <w:t>Yeah. Do you have ideas about why it might have done that?</w:t>
      </w:r>
    </w:p>
    <w:p w14:paraId="4C66CCF0" w14:textId="77777777" w:rsidR="00A93E13" w:rsidRDefault="00A93E13">
      <w:pPr>
        <w:spacing w:after="0"/>
      </w:pPr>
    </w:p>
    <w:p w14:paraId="1ED0E40A" w14:textId="77777777" w:rsidR="00A93E13" w:rsidRDefault="00365114">
      <w:pPr>
        <w:spacing w:after="0"/>
      </w:pPr>
      <w:r>
        <w:rPr>
          <w:rFonts w:ascii="Arial" w:hAnsi="Arial"/>
          <w:b/>
        </w:rPr>
        <w:t xml:space="preserve">Participant #19:  </w:t>
      </w:r>
      <w:r>
        <w:rPr>
          <w:rFonts w:ascii="Arial" w:hAnsi="Arial"/>
          <w:color w:val="5D7284"/>
        </w:rPr>
        <w:t>22:09</w:t>
      </w:r>
    </w:p>
    <w:p w14:paraId="4EC906BC" w14:textId="77777777" w:rsidR="00A93E13" w:rsidRDefault="00365114">
      <w:pPr>
        <w:spacing w:after="0"/>
      </w:pPr>
      <w:r>
        <w:rPr>
          <w:rFonts w:ascii="Arial" w:hAnsi="Arial"/>
        </w:rPr>
        <w:t>Something to do with the salt? But I don't know what. Like I don't I don't know if I learned this. Probably I did. I don't know. Like what's in its salt that makes it like, like, makes it do that. It's like not really mixing. It's just staying at the bottom.</w:t>
      </w:r>
    </w:p>
    <w:p w14:paraId="11142F7E" w14:textId="77777777" w:rsidR="00A93E13" w:rsidRDefault="00A93E13">
      <w:pPr>
        <w:spacing w:after="0"/>
      </w:pPr>
    </w:p>
    <w:p w14:paraId="4E6EBC68" w14:textId="77777777" w:rsidR="00A93E13" w:rsidRDefault="00365114">
      <w:pPr>
        <w:spacing w:after="0"/>
      </w:pPr>
      <w:r>
        <w:rPr>
          <w:rFonts w:ascii="Arial" w:hAnsi="Arial"/>
          <w:b/>
        </w:rPr>
        <w:t xml:space="preserve">Interviewer P:  </w:t>
      </w:r>
      <w:r>
        <w:rPr>
          <w:rFonts w:ascii="Arial" w:hAnsi="Arial"/>
          <w:color w:val="5D7284"/>
        </w:rPr>
        <w:t>22:30</w:t>
      </w:r>
    </w:p>
    <w:p w14:paraId="093EAE23" w14:textId="77777777" w:rsidR="00A93E13" w:rsidRDefault="00365114">
      <w:pPr>
        <w:spacing w:after="0"/>
      </w:pPr>
      <w:r>
        <w:rPr>
          <w:rFonts w:ascii="Arial" w:hAnsi="Arial"/>
        </w:rPr>
        <w:t xml:space="preserve">Do you think these layers will stay? </w:t>
      </w:r>
    </w:p>
    <w:p w14:paraId="44AB2BB6" w14:textId="77777777" w:rsidR="00A93E13" w:rsidRDefault="00A93E13">
      <w:pPr>
        <w:spacing w:after="0"/>
      </w:pPr>
    </w:p>
    <w:p w14:paraId="75B8CB64" w14:textId="77777777" w:rsidR="00A93E13" w:rsidRDefault="00365114">
      <w:pPr>
        <w:spacing w:after="0"/>
      </w:pPr>
      <w:r>
        <w:rPr>
          <w:rFonts w:ascii="Arial" w:hAnsi="Arial"/>
          <w:b/>
        </w:rPr>
        <w:t xml:space="preserve">Participant #19:  </w:t>
      </w:r>
      <w:r>
        <w:rPr>
          <w:rFonts w:ascii="Arial" w:hAnsi="Arial"/>
          <w:color w:val="5D7284"/>
        </w:rPr>
        <w:t>22:33</w:t>
      </w:r>
    </w:p>
    <w:p w14:paraId="4D5FB935" w14:textId="1922D4CA" w:rsidR="00A93E13" w:rsidRDefault="00365114">
      <w:pPr>
        <w:spacing w:after="0"/>
      </w:pPr>
      <w:r>
        <w:rPr>
          <w:rFonts w:ascii="Arial" w:hAnsi="Arial"/>
        </w:rPr>
        <w:t xml:space="preserve">Yeah. I </w:t>
      </w:r>
      <w:r w:rsidR="00B3550E">
        <w:rPr>
          <w:rFonts w:ascii="Arial" w:hAnsi="Arial"/>
        </w:rPr>
        <w:t>think...</w:t>
      </w:r>
    </w:p>
    <w:p w14:paraId="6C510616" w14:textId="77777777" w:rsidR="00A93E13" w:rsidRDefault="00A93E13">
      <w:pPr>
        <w:spacing w:after="0"/>
      </w:pPr>
    </w:p>
    <w:p w14:paraId="7B63600B" w14:textId="77777777" w:rsidR="00A93E13" w:rsidRDefault="00365114">
      <w:pPr>
        <w:spacing w:after="0"/>
      </w:pPr>
      <w:r>
        <w:rPr>
          <w:rFonts w:ascii="Arial" w:hAnsi="Arial"/>
          <w:b/>
        </w:rPr>
        <w:t xml:space="preserve">Interviewer P:  </w:t>
      </w:r>
      <w:r>
        <w:rPr>
          <w:rFonts w:ascii="Arial" w:hAnsi="Arial"/>
          <w:color w:val="5D7284"/>
        </w:rPr>
        <w:t>22:34</w:t>
      </w:r>
    </w:p>
    <w:p w14:paraId="2E686EF9" w14:textId="77777777" w:rsidR="00A93E13" w:rsidRDefault="00365114">
      <w:pPr>
        <w:spacing w:after="0"/>
      </w:pPr>
      <w:r>
        <w:rPr>
          <w:rFonts w:ascii="Arial" w:hAnsi="Arial"/>
        </w:rPr>
        <w:t xml:space="preserve">Or do you think eventually it'll kind of mix up. </w:t>
      </w:r>
    </w:p>
    <w:p w14:paraId="77760C5D" w14:textId="77777777" w:rsidR="00A93E13" w:rsidRDefault="00A93E13">
      <w:pPr>
        <w:spacing w:after="0"/>
      </w:pPr>
    </w:p>
    <w:p w14:paraId="06C537B0" w14:textId="77777777" w:rsidR="00A93E13" w:rsidRDefault="00365114">
      <w:pPr>
        <w:spacing w:after="0"/>
      </w:pPr>
      <w:r>
        <w:rPr>
          <w:rFonts w:ascii="Arial" w:hAnsi="Arial"/>
          <w:b/>
        </w:rPr>
        <w:t xml:space="preserve">Participant #19:  </w:t>
      </w:r>
      <w:r>
        <w:rPr>
          <w:rFonts w:ascii="Arial" w:hAnsi="Arial"/>
          <w:color w:val="5D7284"/>
        </w:rPr>
        <w:t>22:37</w:t>
      </w:r>
    </w:p>
    <w:p w14:paraId="56F5FDA1" w14:textId="77777777" w:rsidR="00A93E13" w:rsidRDefault="00365114">
      <w:pPr>
        <w:spacing w:after="0"/>
      </w:pPr>
      <w:r>
        <w:rPr>
          <w:rFonts w:ascii="Arial" w:hAnsi="Arial"/>
        </w:rPr>
        <w:t xml:space="preserve">I think it will stay. </w:t>
      </w:r>
    </w:p>
    <w:p w14:paraId="360FE726" w14:textId="77777777" w:rsidR="00A93E13" w:rsidRDefault="00A93E13">
      <w:pPr>
        <w:spacing w:after="0"/>
      </w:pPr>
    </w:p>
    <w:p w14:paraId="1B237898" w14:textId="77777777" w:rsidR="00A93E13" w:rsidRDefault="00365114">
      <w:pPr>
        <w:spacing w:after="0"/>
      </w:pPr>
      <w:r>
        <w:rPr>
          <w:rFonts w:ascii="Arial" w:hAnsi="Arial"/>
          <w:b/>
        </w:rPr>
        <w:t xml:space="preserve">Interviewer P:  </w:t>
      </w:r>
      <w:r>
        <w:rPr>
          <w:rFonts w:ascii="Arial" w:hAnsi="Arial"/>
          <w:color w:val="5D7284"/>
        </w:rPr>
        <w:t>22:39</w:t>
      </w:r>
    </w:p>
    <w:p w14:paraId="3AD62640" w14:textId="72F8307E" w:rsidR="00A93E13" w:rsidRDefault="00B3550E">
      <w:pPr>
        <w:spacing w:after="0"/>
      </w:pPr>
      <w:r>
        <w:rPr>
          <w:rFonts w:ascii="Arial" w:hAnsi="Arial"/>
        </w:rPr>
        <w:t xml:space="preserve">So, I guess the equivalent, like we talked about it coming to the same temperature. So, the equivalent here would be it coming to the same saltiness. </w:t>
      </w:r>
    </w:p>
    <w:p w14:paraId="44864695" w14:textId="77777777" w:rsidR="00A93E13" w:rsidRDefault="00A93E13">
      <w:pPr>
        <w:spacing w:after="0"/>
      </w:pPr>
    </w:p>
    <w:p w14:paraId="6E4E9A18" w14:textId="77777777" w:rsidR="00A93E13" w:rsidRDefault="00365114">
      <w:pPr>
        <w:spacing w:after="0"/>
      </w:pPr>
      <w:r>
        <w:rPr>
          <w:rFonts w:ascii="Arial" w:hAnsi="Arial"/>
          <w:b/>
        </w:rPr>
        <w:t xml:space="preserve">Participant #19:  </w:t>
      </w:r>
      <w:r>
        <w:rPr>
          <w:rFonts w:ascii="Arial" w:hAnsi="Arial"/>
          <w:color w:val="5D7284"/>
        </w:rPr>
        <w:t>22:46</w:t>
      </w:r>
    </w:p>
    <w:p w14:paraId="587A6DFF" w14:textId="77777777" w:rsidR="00A93E13" w:rsidRDefault="00365114">
      <w:pPr>
        <w:spacing w:after="0"/>
      </w:pPr>
      <w:r>
        <w:rPr>
          <w:rFonts w:ascii="Arial" w:hAnsi="Arial"/>
        </w:rPr>
        <w:t xml:space="preserve">Okay, so the salt mixed in. </w:t>
      </w:r>
    </w:p>
    <w:p w14:paraId="6BDAC366" w14:textId="77777777" w:rsidR="00A93E13" w:rsidRDefault="00A93E13">
      <w:pPr>
        <w:spacing w:after="0"/>
      </w:pPr>
    </w:p>
    <w:p w14:paraId="4287123F" w14:textId="77777777" w:rsidR="00A93E13" w:rsidRDefault="00365114">
      <w:pPr>
        <w:spacing w:after="0"/>
      </w:pPr>
      <w:r>
        <w:rPr>
          <w:rFonts w:ascii="Arial" w:hAnsi="Arial"/>
          <w:b/>
        </w:rPr>
        <w:t xml:space="preserve">Interviewer P:  </w:t>
      </w:r>
      <w:r>
        <w:rPr>
          <w:rFonts w:ascii="Arial" w:hAnsi="Arial"/>
          <w:color w:val="5D7284"/>
        </w:rPr>
        <w:t>22:48</w:t>
      </w:r>
    </w:p>
    <w:p w14:paraId="52D3CDD5" w14:textId="77777777" w:rsidR="00A93E13" w:rsidRDefault="00365114">
      <w:pPr>
        <w:spacing w:after="0"/>
      </w:pPr>
      <w:r>
        <w:rPr>
          <w:rFonts w:ascii="Arial" w:hAnsi="Arial"/>
        </w:rPr>
        <w:t>Yeah. Do you think that would happen?</w:t>
      </w:r>
    </w:p>
    <w:p w14:paraId="228C4124" w14:textId="77777777" w:rsidR="00A93E13" w:rsidRDefault="00A93E13">
      <w:pPr>
        <w:spacing w:after="0"/>
      </w:pPr>
    </w:p>
    <w:p w14:paraId="79ABD6F8" w14:textId="77777777" w:rsidR="00A93E13" w:rsidRDefault="00365114">
      <w:pPr>
        <w:spacing w:after="0"/>
      </w:pPr>
      <w:r>
        <w:rPr>
          <w:rFonts w:ascii="Arial" w:hAnsi="Arial"/>
          <w:b/>
        </w:rPr>
        <w:t xml:space="preserve">Participant #19:  </w:t>
      </w:r>
      <w:r>
        <w:rPr>
          <w:rFonts w:ascii="Arial" w:hAnsi="Arial"/>
          <w:color w:val="5D7284"/>
        </w:rPr>
        <w:t>22:55</w:t>
      </w:r>
    </w:p>
    <w:p w14:paraId="5062E094" w14:textId="77777777" w:rsidR="00A93E13" w:rsidRDefault="00365114">
      <w:pPr>
        <w:spacing w:after="0"/>
      </w:pPr>
      <w:r>
        <w:rPr>
          <w:rFonts w:ascii="Arial" w:hAnsi="Arial"/>
        </w:rPr>
        <w:t xml:space="preserve">Eventually, maybe it will take more time for it to mix but I still thinking it would stay relatively like this. </w:t>
      </w:r>
    </w:p>
    <w:p w14:paraId="7C4E6A99" w14:textId="77777777" w:rsidR="00A93E13" w:rsidRDefault="00A93E13">
      <w:pPr>
        <w:spacing w:after="0"/>
      </w:pPr>
    </w:p>
    <w:p w14:paraId="675C71CE" w14:textId="77777777" w:rsidR="00A93E13" w:rsidRDefault="00365114">
      <w:pPr>
        <w:spacing w:after="0"/>
      </w:pPr>
      <w:r>
        <w:rPr>
          <w:rFonts w:ascii="Arial" w:hAnsi="Arial"/>
          <w:b/>
        </w:rPr>
        <w:t xml:space="preserve">Interviewer P:  </w:t>
      </w:r>
      <w:r>
        <w:rPr>
          <w:rFonts w:ascii="Arial" w:hAnsi="Arial"/>
          <w:color w:val="5D7284"/>
        </w:rPr>
        <w:t>23:07</w:t>
      </w:r>
    </w:p>
    <w:p w14:paraId="6086E033" w14:textId="77777777" w:rsidR="00A93E13" w:rsidRDefault="00365114">
      <w:pPr>
        <w:spacing w:after="0"/>
      </w:pPr>
      <w:r>
        <w:rPr>
          <w:rFonts w:ascii="Arial" w:hAnsi="Arial"/>
        </w:rPr>
        <w:t>Forever?</w:t>
      </w:r>
    </w:p>
    <w:p w14:paraId="3153E1BD" w14:textId="77777777" w:rsidR="00A93E13" w:rsidRDefault="00A93E13">
      <w:pPr>
        <w:spacing w:after="0"/>
      </w:pPr>
    </w:p>
    <w:p w14:paraId="7A07E7FF" w14:textId="77777777" w:rsidR="00A93E13" w:rsidRDefault="00365114">
      <w:pPr>
        <w:spacing w:after="0"/>
      </w:pPr>
      <w:r>
        <w:rPr>
          <w:rFonts w:ascii="Arial" w:hAnsi="Arial"/>
          <w:b/>
        </w:rPr>
        <w:lastRenderedPageBreak/>
        <w:t xml:space="preserve">Participant #19:  </w:t>
      </w:r>
      <w:r>
        <w:rPr>
          <w:rFonts w:ascii="Arial" w:hAnsi="Arial"/>
          <w:color w:val="5D7284"/>
        </w:rPr>
        <w:t>23:12</w:t>
      </w:r>
    </w:p>
    <w:p w14:paraId="1C5C27C3" w14:textId="77777777" w:rsidR="00A93E13" w:rsidRDefault="00365114">
      <w:pPr>
        <w:spacing w:after="0"/>
      </w:pPr>
      <w:r>
        <w:rPr>
          <w:rFonts w:ascii="Arial" w:hAnsi="Arial"/>
        </w:rPr>
        <w:t>Maybe not forever. I don't know. I want to say like, yes. But then like you made a point. Salt mixing with the yellow then. maybe it will mix but I don't know, I'd say it would stay like this. Yeah.</w:t>
      </w:r>
    </w:p>
    <w:p w14:paraId="166E1C90" w14:textId="77777777" w:rsidR="00A93E13" w:rsidRDefault="00A93E13">
      <w:pPr>
        <w:spacing w:after="0"/>
      </w:pPr>
    </w:p>
    <w:p w14:paraId="194A870C" w14:textId="77777777" w:rsidR="00A93E13" w:rsidRDefault="00365114">
      <w:pPr>
        <w:spacing w:after="0"/>
      </w:pPr>
      <w:r>
        <w:rPr>
          <w:rFonts w:ascii="Arial" w:hAnsi="Arial"/>
          <w:b/>
        </w:rPr>
        <w:t xml:space="preserve">Interviewer P:  </w:t>
      </w:r>
      <w:r>
        <w:rPr>
          <w:rFonts w:ascii="Arial" w:hAnsi="Arial"/>
          <w:color w:val="5D7284"/>
        </w:rPr>
        <w:t>23:26</w:t>
      </w:r>
    </w:p>
    <w:p w14:paraId="5B2B9CD1" w14:textId="77777777" w:rsidR="00A93E13" w:rsidRDefault="00365114">
      <w:pPr>
        <w:spacing w:after="0"/>
      </w:pPr>
      <w:r>
        <w:rPr>
          <w:rFonts w:ascii="Arial" w:hAnsi="Arial"/>
        </w:rPr>
        <w:t>Do you have any experience with salty things that you could compare this too?</w:t>
      </w:r>
    </w:p>
    <w:p w14:paraId="332BE660" w14:textId="77777777" w:rsidR="00A93E13" w:rsidRDefault="00A93E13">
      <w:pPr>
        <w:spacing w:after="0"/>
      </w:pPr>
    </w:p>
    <w:p w14:paraId="3631D2A8" w14:textId="77777777" w:rsidR="00A93E13" w:rsidRDefault="00365114">
      <w:pPr>
        <w:spacing w:after="0"/>
      </w:pPr>
      <w:r>
        <w:rPr>
          <w:rFonts w:ascii="Arial" w:hAnsi="Arial"/>
          <w:b/>
        </w:rPr>
        <w:t xml:space="preserve">Participant #19:  </w:t>
      </w:r>
      <w:r>
        <w:rPr>
          <w:rFonts w:ascii="Arial" w:hAnsi="Arial"/>
          <w:color w:val="5D7284"/>
        </w:rPr>
        <w:t>23:31</w:t>
      </w:r>
    </w:p>
    <w:p w14:paraId="306B5272" w14:textId="043C07C5" w:rsidR="00A93E13" w:rsidRDefault="00365114">
      <w:pPr>
        <w:spacing w:after="0"/>
      </w:pPr>
      <w:r>
        <w:rPr>
          <w:rFonts w:ascii="Arial" w:hAnsi="Arial"/>
        </w:rPr>
        <w:t xml:space="preserve">No, because I know I did experience I took some science class in high school. </w:t>
      </w:r>
      <w:r w:rsidR="00B3550E">
        <w:rPr>
          <w:rFonts w:ascii="Arial" w:hAnsi="Arial"/>
        </w:rPr>
        <w:t>So,</w:t>
      </w:r>
      <w:r>
        <w:rPr>
          <w:rFonts w:ascii="Arial" w:hAnsi="Arial"/>
        </w:rPr>
        <w:t xml:space="preserve"> I know we did like experience with this, but I don't remember. </w:t>
      </w:r>
    </w:p>
    <w:p w14:paraId="2046A9F8" w14:textId="77777777" w:rsidR="00A93E13" w:rsidRDefault="00A93E13">
      <w:pPr>
        <w:spacing w:after="0"/>
      </w:pPr>
    </w:p>
    <w:p w14:paraId="51F35EAB" w14:textId="77777777" w:rsidR="00A93E13" w:rsidRDefault="00365114">
      <w:pPr>
        <w:spacing w:after="0"/>
      </w:pPr>
      <w:r>
        <w:rPr>
          <w:rFonts w:ascii="Arial" w:hAnsi="Arial"/>
          <w:b/>
        </w:rPr>
        <w:t xml:space="preserve">Interviewer P:  </w:t>
      </w:r>
      <w:r>
        <w:rPr>
          <w:rFonts w:ascii="Arial" w:hAnsi="Arial"/>
          <w:color w:val="5D7284"/>
        </w:rPr>
        <w:t>23:42</w:t>
      </w:r>
    </w:p>
    <w:p w14:paraId="00839C38" w14:textId="77777777" w:rsidR="00A93E13" w:rsidRDefault="00365114">
      <w:pPr>
        <w:spacing w:after="0"/>
      </w:pPr>
      <w:r>
        <w:rPr>
          <w:rFonts w:ascii="Arial" w:hAnsi="Arial"/>
        </w:rPr>
        <w:t xml:space="preserve">Yeah. </w:t>
      </w:r>
    </w:p>
    <w:p w14:paraId="540CB881" w14:textId="77777777" w:rsidR="00A93E13" w:rsidRDefault="00A93E13">
      <w:pPr>
        <w:spacing w:after="0"/>
      </w:pPr>
    </w:p>
    <w:p w14:paraId="070F147E" w14:textId="77777777" w:rsidR="00A93E13" w:rsidRDefault="00365114">
      <w:pPr>
        <w:spacing w:after="0"/>
      </w:pPr>
      <w:r>
        <w:rPr>
          <w:rFonts w:ascii="Arial" w:hAnsi="Arial"/>
          <w:b/>
        </w:rPr>
        <w:t xml:space="preserve">Participant #19:  </w:t>
      </w:r>
      <w:r>
        <w:rPr>
          <w:rFonts w:ascii="Arial" w:hAnsi="Arial"/>
          <w:color w:val="5D7284"/>
        </w:rPr>
        <w:t>23:42</w:t>
      </w:r>
    </w:p>
    <w:p w14:paraId="6891ECBA" w14:textId="77777777" w:rsidR="00A93E13" w:rsidRDefault="00365114">
      <w:pPr>
        <w:spacing w:after="0"/>
      </w:pPr>
      <w:r>
        <w:rPr>
          <w:rFonts w:ascii="Arial" w:hAnsi="Arial"/>
        </w:rPr>
        <w:t xml:space="preserve">Yeah. That's interesting. </w:t>
      </w:r>
    </w:p>
    <w:p w14:paraId="41339C4C" w14:textId="77777777" w:rsidR="00A93E13" w:rsidRDefault="00A93E13">
      <w:pPr>
        <w:spacing w:after="0"/>
      </w:pPr>
    </w:p>
    <w:p w14:paraId="73FFEBB2" w14:textId="77777777" w:rsidR="00A93E13" w:rsidRDefault="00365114">
      <w:pPr>
        <w:spacing w:after="0"/>
      </w:pPr>
      <w:r>
        <w:rPr>
          <w:rFonts w:ascii="Arial" w:hAnsi="Arial"/>
          <w:b/>
        </w:rPr>
        <w:t xml:space="preserve">Interviewer P:  </w:t>
      </w:r>
      <w:r>
        <w:rPr>
          <w:rFonts w:ascii="Arial" w:hAnsi="Arial"/>
          <w:color w:val="5D7284"/>
        </w:rPr>
        <w:t>23:46</w:t>
      </w:r>
    </w:p>
    <w:p w14:paraId="3C01EE92" w14:textId="77777777" w:rsidR="00A93E13" w:rsidRDefault="00365114">
      <w:pPr>
        <w:spacing w:after="0"/>
      </w:pPr>
      <w:r>
        <w:rPr>
          <w:rFonts w:ascii="Arial" w:hAnsi="Arial"/>
        </w:rPr>
        <w:t>Yeah, it is. It's, it is interesting, different than what we expect sometimes. Okay, so Erika, who you are emailing with made some time lapse videos of these over a period of time and I want to share them with you.</w:t>
      </w:r>
    </w:p>
    <w:p w14:paraId="312A27E3" w14:textId="77777777" w:rsidR="00A93E13" w:rsidRDefault="00A93E13">
      <w:pPr>
        <w:spacing w:after="0"/>
      </w:pPr>
    </w:p>
    <w:p w14:paraId="394908EE" w14:textId="77777777" w:rsidR="00A93E13" w:rsidRDefault="00365114">
      <w:pPr>
        <w:spacing w:after="0"/>
      </w:pPr>
      <w:r>
        <w:rPr>
          <w:rFonts w:ascii="Arial" w:hAnsi="Arial"/>
          <w:b/>
        </w:rPr>
        <w:t xml:space="preserve">Participant #19:  </w:t>
      </w:r>
      <w:r>
        <w:rPr>
          <w:rFonts w:ascii="Arial" w:hAnsi="Arial"/>
          <w:color w:val="5D7284"/>
        </w:rPr>
        <w:t>24:05</w:t>
      </w:r>
    </w:p>
    <w:p w14:paraId="41E867A8" w14:textId="77777777" w:rsidR="00A93E13" w:rsidRDefault="00365114">
      <w:pPr>
        <w:spacing w:after="0"/>
      </w:pPr>
      <w:r>
        <w:rPr>
          <w:rFonts w:ascii="Arial" w:hAnsi="Arial"/>
        </w:rPr>
        <w:t>Really, oh cool.</w:t>
      </w:r>
    </w:p>
    <w:p w14:paraId="0BDD5FAB" w14:textId="77777777" w:rsidR="00A93E13" w:rsidRDefault="00A93E13">
      <w:pPr>
        <w:spacing w:after="0"/>
      </w:pPr>
    </w:p>
    <w:p w14:paraId="46ABC91C" w14:textId="77777777" w:rsidR="00A93E13" w:rsidRDefault="00365114">
      <w:pPr>
        <w:spacing w:after="0"/>
      </w:pPr>
      <w:r>
        <w:rPr>
          <w:rFonts w:ascii="Arial" w:hAnsi="Arial"/>
          <w:b/>
        </w:rPr>
        <w:t xml:space="preserve">Interviewer P:  </w:t>
      </w:r>
      <w:r>
        <w:rPr>
          <w:rFonts w:ascii="Arial" w:hAnsi="Arial"/>
          <w:color w:val="5D7284"/>
        </w:rPr>
        <w:t>24:19</w:t>
      </w:r>
    </w:p>
    <w:p w14:paraId="474F1488" w14:textId="77777777" w:rsidR="00A93E13" w:rsidRDefault="00365114">
      <w:pPr>
        <w:spacing w:after="0"/>
      </w:pPr>
      <w:r>
        <w:rPr>
          <w:rFonts w:ascii="Arial" w:hAnsi="Arial"/>
        </w:rPr>
        <w:t>They, you know, they make Oh, hold on it'll be helpful...</w:t>
      </w:r>
    </w:p>
    <w:p w14:paraId="3FD38BAF" w14:textId="77777777" w:rsidR="00A93E13" w:rsidRDefault="00A93E13">
      <w:pPr>
        <w:spacing w:after="0"/>
      </w:pPr>
    </w:p>
    <w:p w14:paraId="31A29017" w14:textId="77777777" w:rsidR="00A93E13" w:rsidRDefault="00365114">
      <w:pPr>
        <w:spacing w:after="0"/>
      </w:pPr>
      <w:r>
        <w:rPr>
          <w:rFonts w:ascii="Arial" w:hAnsi="Arial"/>
          <w:b/>
        </w:rPr>
        <w:t xml:space="preserve">Participant #19:  </w:t>
      </w:r>
      <w:r>
        <w:rPr>
          <w:rFonts w:ascii="Arial" w:hAnsi="Arial"/>
          <w:color w:val="5D7284"/>
        </w:rPr>
        <w:t>24:23</w:t>
      </w:r>
    </w:p>
    <w:p w14:paraId="447EA230" w14:textId="77777777" w:rsidR="00A93E13" w:rsidRDefault="00365114">
      <w:pPr>
        <w:spacing w:after="0"/>
      </w:pPr>
      <w:r>
        <w:rPr>
          <w:rFonts w:ascii="Arial" w:hAnsi="Arial"/>
        </w:rPr>
        <w:t xml:space="preserve">Yeah. </w:t>
      </w:r>
    </w:p>
    <w:p w14:paraId="4920F17D" w14:textId="77777777" w:rsidR="00A93E13" w:rsidRDefault="00A93E13">
      <w:pPr>
        <w:spacing w:after="0"/>
      </w:pPr>
    </w:p>
    <w:p w14:paraId="0FDD3163" w14:textId="77777777" w:rsidR="00A93E13" w:rsidRDefault="00365114">
      <w:pPr>
        <w:spacing w:after="0"/>
      </w:pPr>
      <w:r>
        <w:rPr>
          <w:rFonts w:ascii="Arial" w:hAnsi="Arial"/>
          <w:b/>
        </w:rPr>
        <w:t xml:space="preserve">Interviewer P:  </w:t>
      </w:r>
      <w:r>
        <w:rPr>
          <w:rFonts w:ascii="Arial" w:hAnsi="Arial"/>
          <w:color w:val="5D7284"/>
        </w:rPr>
        <w:t>24:27</w:t>
      </w:r>
    </w:p>
    <w:p w14:paraId="33BC68CD" w14:textId="77777777" w:rsidR="00A93E13" w:rsidRDefault="00365114">
      <w:pPr>
        <w:spacing w:after="0"/>
      </w:pPr>
      <w:r>
        <w:rPr>
          <w:rFonts w:ascii="Arial" w:hAnsi="Arial"/>
        </w:rPr>
        <w:t>Okay, so same order that we just demoed in so this video is condensed down to 33 seconds. And this is a hot and cold water.</w:t>
      </w:r>
    </w:p>
    <w:p w14:paraId="5E0D3F09" w14:textId="77777777" w:rsidR="00A93E13" w:rsidRDefault="00A93E13">
      <w:pPr>
        <w:spacing w:after="0"/>
      </w:pPr>
    </w:p>
    <w:p w14:paraId="3D382FCF" w14:textId="77777777" w:rsidR="00A93E13" w:rsidRDefault="00365114">
      <w:pPr>
        <w:spacing w:after="0"/>
      </w:pPr>
      <w:r>
        <w:rPr>
          <w:rFonts w:ascii="Arial" w:hAnsi="Arial"/>
          <w:b/>
        </w:rPr>
        <w:t xml:space="preserve">Participant #19:  </w:t>
      </w:r>
      <w:r>
        <w:rPr>
          <w:rFonts w:ascii="Arial" w:hAnsi="Arial"/>
          <w:color w:val="5D7284"/>
        </w:rPr>
        <w:t>24:42</w:t>
      </w:r>
    </w:p>
    <w:p w14:paraId="2F8EF57C" w14:textId="77777777" w:rsidR="00A93E13" w:rsidRDefault="00365114">
      <w:pPr>
        <w:spacing w:after="0"/>
      </w:pPr>
      <w:r>
        <w:rPr>
          <w:rFonts w:ascii="Arial" w:hAnsi="Arial"/>
        </w:rPr>
        <w:t>So how long did it actually take?</w:t>
      </w:r>
    </w:p>
    <w:p w14:paraId="1A6C755C" w14:textId="77777777" w:rsidR="00A93E13" w:rsidRDefault="00A93E13">
      <w:pPr>
        <w:spacing w:after="0"/>
      </w:pPr>
    </w:p>
    <w:p w14:paraId="4DDEFFB2" w14:textId="77777777" w:rsidR="00A93E13" w:rsidRDefault="00365114">
      <w:pPr>
        <w:spacing w:after="0"/>
      </w:pPr>
      <w:r>
        <w:rPr>
          <w:rFonts w:ascii="Arial" w:hAnsi="Arial"/>
          <w:b/>
        </w:rPr>
        <w:t xml:space="preserve">Interviewer P:  </w:t>
      </w:r>
      <w:r>
        <w:rPr>
          <w:rFonts w:ascii="Arial" w:hAnsi="Arial"/>
          <w:color w:val="5D7284"/>
        </w:rPr>
        <w:t>24:43</w:t>
      </w:r>
    </w:p>
    <w:p w14:paraId="7F042F1F" w14:textId="363C0A69" w:rsidR="00A93E13" w:rsidRDefault="00365114">
      <w:pPr>
        <w:spacing w:after="0"/>
      </w:pPr>
      <w:r>
        <w:rPr>
          <w:rFonts w:ascii="Arial" w:hAnsi="Arial"/>
        </w:rPr>
        <w:t>I'm gonna ask you that after we watch it.</w:t>
      </w:r>
      <w:r w:rsidR="00B3550E">
        <w:rPr>
          <w:rFonts w:ascii="Arial" w:hAnsi="Arial"/>
        </w:rPr>
        <w:t xml:space="preserve"> </w:t>
      </w:r>
      <w:r>
        <w:rPr>
          <w:rFonts w:ascii="Arial" w:hAnsi="Arial"/>
        </w:rPr>
        <w:t>So, it's anything surprise you there?</w:t>
      </w:r>
    </w:p>
    <w:p w14:paraId="5E90A1D6" w14:textId="77777777" w:rsidR="00A93E13" w:rsidRDefault="00A93E13">
      <w:pPr>
        <w:spacing w:after="0"/>
      </w:pPr>
    </w:p>
    <w:p w14:paraId="6D9D6608" w14:textId="77777777" w:rsidR="00A93E13" w:rsidRDefault="00365114">
      <w:pPr>
        <w:spacing w:after="0"/>
      </w:pPr>
      <w:r>
        <w:rPr>
          <w:rFonts w:ascii="Arial" w:hAnsi="Arial"/>
          <w:b/>
        </w:rPr>
        <w:t xml:space="preserve">Participant #19:  </w:t>
      </w:r>
      <w:r>
        <w:rPr>
          <w:rFonts w:ascii="Arial" w:hAnsi="Arial"/>
          <w:color w:val="5D7284"/>
        </w:rPr>
        <w:t>25:13</w:t>
      </w:r>
    </w:p>
    <w:p w14:paraId="4A603233" w14:textId="77777777" w:rsidR="00A93E13" w:rsidRDefault="00365114">
      <w:pPr>
        <w:spacing w:after="0"/>
      </w:pPr>
      <w:r>
        <w:rPr>
          <w:rFonts w:ascii="Arial" w:hAnsi="Arial"/>
        </w:rPr>
        <w:t xml:space="preserve">No, I think I said what did I say that I would mix. </w:t>
      </w:r>
    </w:p>
    <w:p w14:paraId="67729A94" w14:textId="77777777" w:rsidR="00A93E13" w:rsidRDefault="00A93E13">
      <w:pPr>
        <w:spacing w:after="0"/>
      </w:pPr>
    </w:p>
    <w:p w14:paraId="32A1079E" w14:textId="77777777" w:rsidR="00A93E13" w:rsidRDefault="00365114">
      <w:pPr>
        <w:spacing w:after="0"/>
      </w:pPr>
      <w:r>
        <w:rPr>
          <w:rFonts w:ascii="Arial" w:hAnsi="Arial"/>
          <w:b/>
        </w:rPr>
        <w:lastRenderedPageBreak/>
        <w:t xml:space="preserve">Interviewer P:  </w:t>
      </w:r>
      <w:r>
        <w:rPr>
          <w:rFonts w:ascii="Arial" w:hAnsi="Arial"/>
          <w:color w:val="5D7284"/>
        </w:rPr>
        <w:t>25:17</w:t>
      </w:r>
    </w:p>
    <w:p w14:paraId="66AE08CB" w14:textId="18B218F9" w:rsidR="00A93E13" w:rsidRDefault="00B3550E">
      <w:pPr>
        <w:spacing w:after="0"/>
      </w:pPr>
      <w:r>
        <w:rPr>
          <w:rFonts w:ascii="Arial" w:hAnsi="Arial"/>
        </w:rPr>
        <w:t>Yeah, and it does...</w:t>
      </w:r>
    </w:p>
    <w:p w14:paraId="3D945021" w14:textId="77777777" w:rsidR="00A93E13" w:rsidRDefault="00A93E13">
      <w:pPr>
        <w:spacing w:after="0"/>
      </w:pPr>
    </w:p>
    <w:p w14:paraId="7DD2C98B" w14:textId="77777777" w:rsidR="00A93E13" w:rsidRDefault="00365114">
      <w:pPr>
        <w:spacing w:after="0"/>
      </w:pPr>
      <w:r>
        <w:rPr>
          <w:rFonts w:ascii="Arial" w:hAnsi="Arial"/>
          <w:b/>
        </w:rPr>
        <w:t xml:space="preserve">Participant #19:  </w:t>
      </w:r>
      <w:r>
        <w:rPr>
          <w:rFonts w:ascii="Arial" w:hAnsi="Arial"/>
          <w:color w:val="5D7284"/>
        </w:rPr>
        <w:t>25:18</w:t>
      </w:r>
    </w:p>
    <w:p w14:paraId="1A8AC53F" w14:textId="77777777" w:rsidR="00A93E13" w:rsidRDefault="00365114">
      <w:pPr>
        <w:spacing w:after="0"/>
      </w:pPr>
      <w:r>
        <w:rPr>
          <w:rFonts w:ascii="Arial" w:hAnsi="Arial"/>
        </w:rPr>
        <w:t>You will still see like.</w:t>
      </w:r>
    </w:p>
    <w:p w14:paraId="58BDBD01" w14:textId="77777777" w:rsidR="00A93E13" w:rsidRDefault="00A93E13">
      <w:pPr>
        <w:spacing w:after="0"/>
      </w:pPr>
    </w:p>
    <w:p w14:paraId="0208B545" w14:textId="77777777" w:rsidR="00A93E13" w:rsidRDefault="00365114">
      <w:pPr>
        <w:spacing w:after="0"/>
      </w:pPr>
      <w:r>
        <w:rPr>
          <w:rFonts w:ascii="Arial" w:hAnsi="Arial"/>
          <w:b/>
        </w:rPr>
        <w:t xml:space="preserve">Interviewer P:  </w:t>
      </w:r>
      <w:r>
        <w:rPr>
          <w:rFonts w:ascii="Arial" w:hAnsi="Arial"/>
          <w:color w:val="5D7284"/>
        </w:rPr>
        <w:t>25:19</w:t>
      </w:r>
    </w:p>
    <w:p w14:paraId="231ECCBE" w14:textId="77777777" w:rsidR="00A93E13" w:rsidRDefault="00365114">
      <w:pPr>
        <w:spacing w:after="0"/>
      </w:pPr>
      <w:r>
        <w:rPr>
          <w:rFonts w:ascii="Arial" w:hAnsi="Arial"/>
        </w:rPr>
        <w:t xml:space="preserve">Yeah, and you can see some red over here. Where it is predominantly like becoming one color. </w:t>
      </w:r>
    </w:p>
    <w:p w14:paraId="6FA16319" w14:textId="77777777" w:rsidR="00A93E13" w:rsidRDefault="00A93E13">
      <w:pPr>
        <w:spacing w:after="0"/>
      </w:pPr>
    </w:p>
    <w:p w14:paraId="1D63B144" w14:textId="77777777" w:rsidR="00A93E13" w:rsidRDefault="00365114">
      <w:pPr>
        <w:spacing w:after="0"/>
      </w:pPr>
      <w:r>
        <w:rPr>
          <w:rFonts w:ascii="Arial" w:hAnsi="Arial"/>
          <w:b/>
        </w:rPr>
        <w:t xml:space="preserve">Participant #19:  </w:t>
      </w:r>
      <w:r>
        <w:rPr>
          <w:rFonts w:ascii="Arial" w:hAnsi="Arial"/>
          <w:color w:val="5D7284"/>
        </w:rPr>
        <w:t>25:27</w:t>
      </w:r>
    </w:p>
    <w:p w14:paraId="149448DC" w14:textId="77777777" w:rsidR="00A93E13" w:rsidRDefault="00365114">
      <w:pPr>
        <w:spacing w:after="0"/>
      </w:pPr>
      <w:r>
        <w:rPr>
          <w:rFonts w:ascii="Arial" w:hAnsi="Arial"/>
        </w:rPr>
        <w:t xml:space="preserve">Yeah. </w:t>
      </w:r>
    </w:p>
    <w:p w14:paraId="17BBDA85" w14:textId="77777777" w:rsidR="00A93E13" w:rsidRDefault="00A93E13">
      <w:pPr>
        <w:spacing w:after="0"/>
      </w:pPr>
    </w:p>
    <w:p w14:paraId="1CBAD571" w14:textId="77777777" w:rsidR="00A93E13" w:rsidRDefault="00365114">
      <w:pPr>
        <w:spacing w:after="0"/>
      </w:pPr>
      <w:r>
        <w:rPr>
          <w:rFonts w:ascii="Arial" w:hAnsi="Arial"/>
          <w:b/>
        </w:rPr>
        <w:t xml:space="preserve">Interviewer P:  </w:t>
      </w:r>
      <w:r>
        <w:rPr>
          <w:rFonts w:ascii="Arial" w:hAnsi="Arial"/>
          <w:color w:val="5D7284"/>
        </w:rPr>
        <w:t>25:28</w:t>
      </w:r>
    </w:p>
    <w:p w14:paraId="469B2193" w14:textId="77777777" w:rsidR="00A93E13" w:rsidRDefault="00365114">
      <w:pPr>
        <w:spacing w:after="0"/>
      </w:pPr>
      <w:r>
        <w:rPr>
          <w:rFonts w:ascii="Arial" w:hAnsi="Arial"/>
        </w:rPr>
        <w:t xml:space="preserve">But you can still like you said, make out. Like you said here you can make out individual colors. What did you think about the way that the two moved together. </w:t>
      </w:r>
    </w:p>
    <w:p w14:paraId="4863CFDB" w14:textId="77777777" w:rsidR="00A93E13" w:rsidRDefault="00A93E13">
      <w:pPr>
        <w:spacing w:after="0"/>
      </w:pPr>
    </w:p>
    <w:p w14:paraId="3829DB07" w14:textId="77777777" w:rsidR="00A93E13" w:rsidRDefault="00365114">
      <w:pPr>
        <w:spacing w:after="0"/>
      </w:pPr>
      <w:r>
        <w:rPr>
          <w:rFonts w:ascii="Arial" w:hAnsi="Arial"/>
          <w:b/>
        </w:rPr>
        <w:t xml:space="preserve">Participant #19:  </w:t>
      </w:r>
      <w:r>
        <w:rPr>
          <w:rFonts w:ascii="Arial" w:hAnsi="Arial"/>
          <w:color w:val="5D7284"/>
        </w:rPr>
        <w:t>25:39</w:t>
      </w:r>
    </w:p>
    <w:p w14:paraId="38C4668C" w14:textId="77777777" w:rsidR="00A93E13" w:rsidRDefault="00365114">
      <w:pPr>
        <w:spacing w:after="0"/>
      </w:pPr>
      <w:r>
        <w:rPr>
          <w:rFonts w:ascii="Arial" w:hAnsi="Arial"/>
        </w:rPr>
        <w:t>I saw like, the blue more like it was like streaks.</w:t>
      </w:r>
    </w:p>
    <w:p w14:paraId="619EDBE1" w14:textId="77777777" w:rsidR="00A93E13" w:rsidRDefault="00A93E13">
      <w:pPr>
        <w:spacing w:after="0"/>
      </w:pPr>
    </w:p>
    <w:p w14:paraId="26662A78" w14:textId="77777777" w:rsidR="00A93E13" w:rsidRDefault="00365114">
      <w:pPr>
        <w:spacing w:after="0"/>
      </w:pPr>
      <w:r>
        <w:rPr>
          <w:rFonts w:ascii="Arial" w:hAnsi="Arial"/>
          <w:b/>
        </w:rPr>
        <w:t xml:space="preserve">Interviewer P:  </w:t>
      </w:r>
      <w:r>
        <w:rPr>
          <w:rFonts w:ascii="Arial" w:hAnsi="Arial"/>
          <w:color w:val="5D7284"/>
        </w:rPr>
        <w:t>25:43</w:t>
      </w:r>
    </w:p>
    <w:p w14:paraId="38780E5E" w14:textId="77777777" w:rsidR="00A93E13" w:rsidRDefault="00365114">
      <w:pPr>
        <w:spacing w:after="0"/>
      </w:pPr>
      <w:r>
        <w:rPr>
          <w:rFonts w:ascii="Arial" w:hAnsi="Arial"/>
        </w:rPr>
        <w:t xml:space="preserve">Yeah. </w:t>
      </w:r>
    </w:p>
    <w:p w14:paraId="70CBFEA4" w14:textId="77777777" w:rsidR="00A93E13" w:rsidRDefault="00A93E13">
      <w:pPr>
        <w:spacing w:after="0"/>
      </w:pPr>
    </w:p>
    <w:p w14:paraId="5CF4D941" w14:textId="77777777" w:rsidR="00A93E13" w:rsidRDefault="00365114">
      <w:pPr>
        <w:spacing w:after="0"/>
      </w:pPr>
      <w:r>
        <w:rPr>
          <w:rFonts w:ascii="Arial" w:hAnsi="Arial"/>
          <w:b/>
        </w:rPr>
        <w:t xml:space="preserve">Participant #19:  </w:t>
      </w:r>
      <w:r>
        <w:rPr>
          <w:rFonts w:ascii="Arial" w:hAnsi="Arial"/>
          <w:color w:val="5D7284"/>
        </w:rPr>
        <w:t>25:43</w:t>
      </w:r>
    </w:p>
    <w:p w14:paraId="383F803C" w14:textId="34908100" w:rsidR="00A93E13" w:rsidRDefault="00365114">
      <w:pPr>
        <w:spacing w:after="0"/>
      </w:pPr>
      <w:r>
        <w:rPr>
          <w:rFonts w:ascii="Arial" w:hAnsi="Arial"/>
        </w:rPr>
        <w:t xml:space="preserve">Like that was the </w:t>
      </w:r>
      <w:r w:rsidR="00B3550E">
        <w:rPr>
          <w:rFonts w:ascii="Arial" w:hAnsi="Arial"/>
        </w:rPr>
        <w:t>hot.</w:t>
      </w:r>
    </w:p>
    <w:p w14:paraId="77274DAB" w14:textId="77777777" w:rsidR="00A93E13" w:rsidRDefault="00A93E13">
      <w:pPr>
        <w:spacing w:after="0"/>
      </w:pPr>
    </w:p>
    <w:p w14:paraId="39DB8B16" w14:textId="77777777" w:rsidR="00A93E13" w:rsidRDefault="00365114">
      <w:pPr>
        <w:spacing w:after="0"/>
      </w:pPr>
      <w:r>
        <w:rPr>
          <w:rFonts w:ascii="Arial" w:hAnsi="Arial"/>
          <w:b/>
        </w:rPr>
        <w:t xml:space="preserve">Interviewer P:  </w:t>
      </w:r>
      <w:r>
        <w:rPr>
          <w:rFonts w:ascii="Arial" w:hAnsi="Arial"/>
          <w:color w:val="5D7284"/>
        </w:rPr>
        <w:t>25:46</w:t>
      </w:r>
    </w:p>
    <w:p w14:paraId="3673AF79" w14:textId="77777777" w:rsidR="00A93E13" w:rsidRDefault="00365114">
      <w:pPr>
        <w:spacing w:after="0"/>
      </w:pPr>
      <w:r>
        <w:rPr>
          <w:rFonts w:ascii="Arial" w:hAnsi="Arial"/>
        </w:rPr>
        <w:t xml:space="preserve">It actually is goes both ways because if we move it see you can see the blue here and the red going down there. </w:t>
      </w:r>
    </w:p>
    <w:p w14:paraId="0F1F7EB1" w14:textId="77777777" w:rsidR="00A93E13" w:rsidRDefault="00A93E13">
      <w:pPr>
        <w:spacing w:after="0"/>
      </w:pPr>
    </w:p>
    <w:p w14:paraId="464BF596" w14:textId="77777777" w:rsidR="00A93E13" w:rsidRDefault="00365114">
      <w:pPr>
        <w:spacing w:after="0"/>
      </w:pPr>
      <w:r>
        <w:rPr>
          <w:rFonts w:ascii="Arial" w:hAnsi="Arial"/>
          <w:b/>
        </w:rPr>
        <w:t xml:space="preserve">Participant #19:  </w:t>
      </w:r>
      <w:r>
        <w:rPr>
          <w:rFonts w:ascii="Arial" w:hAnsi="Arial"/>
          <w:color w:val="5D7284"/>
        </w:rPr>
        <w:t>25:55</w:t>
      </w:r>
    </w:p>
    <w:p w14:paraId="6B19588D" w14:textId="77777777" w:rsidR="00A93E13" w:rsidRDefault="00365114">
      <w:pPr>
        <w:spacing w:after="0"/>
      </w:pPr>
      <w:r>
        <w:rPr>
          <w:rFonts w:ascii="Arial" w:hAnsi="Arial"/>
        </w:rPr>
        <w:t>Yeah, that's cool.</w:t>
      </w:r>
    </w:p>
    <w:p w14:paraId="466709FD" w14:textId="77777777" w:rsidR="00A93E13" w:rsidRDefault="00A93E13">
      <w:pPr>
        <w:spacing w:after="0"/>
      </w:pPr>
    </w:p>
    <w:p w14:paraId="79F716FB" w14:textId="77777777" w:rsidR="00A93E13" w:rsidRDefault="00365114">
      <w:pPr>
        <w:spacing w:after="0"/>
      </w:pPr>
      <w:r>
        <w:rPr>
          <w:rFonts w:ascii="Arial" w:hAnsi="Arial"/>
          <w:b/>
        </w:rPr>
        <w:t xml:space="preserve">Interviewer P:  </w:t>
      </w:r>
      <w:r>
        <w:rPr>
          <w:rFonts w:ascii="Arial" w:hAnsi="Arial"/>
          <w:color w:val="5D7284"/>
        </w:rPr>
        <w:t>25:56</w:t>
      </w:r>
    </w:p>
    <w:p w14:paraId="1739A6DA" w14:textId="77777777" w:rsidR="00A93E13" w:rsidRDefault="00365114">
      <w:pPr>
        <w:spacing w:after="0"/>
      </w:pPr>
      <w:r>
        <w:rPr>
          <w:rFonts w:ascii="Arial" w:hAnsi="Arial"/>
        </w:rPr>
        <w:t>Yeah, it is really cool.</w:t>
      </w:r>
    </w:p>
    <w:p w14:paraId="19C2C2DA" w14:textId="77777777" w:rsidR="00A93E13" w:rsidRDefault="00A93E13">
      <w:pPr>
        <w:spacing w:after="0"/>
      </w:pPr>
    </w:p>
    <w:p w14:paraId="5FB9EDE0" w14:textId="77777777" w:rsidR="00A93E13" w:rsidRDefault="00365114">
      <w:pPr>
        <w:spacing w:after="0"/>
      </w:pPr>
      <w:r>
        <w:rPr>
          <w:rFonts w:ascii="Arial" w:hAnsi="Arial"/>
          <w:b/>
        </w:rPr>
        <w:t xml:space="preserve">Participant #19:  </w:t>
      </w:r>
      <w:r>
        <w:rPr>
          <w:rFonts w:ascii="Arial" w:hAnsi="Arial"/>
          <w:color w:val="5D7284"/>
        </w:rPr>
        <w:t>25:57</w:t>
      </w:r>
    </w:p>
    <w:p w14:paraId="7AE78B8E" w14:textId="77777777" w:rsidR="00A93E13" w:rsidRDefault="00365114">
      <w:pPr>
        <w:spacing w:after="0"/>
      </w:pPr>
      <w:r>
        <w:rPr>
          <w:rFonts w:ascii="Arial" w:hAnsi="Arial"/>
        </w:rPr>
        <w:t>Which one is hot again the red.</w:t>
      </w:r>
    </w:p>
    <w:p w14:paraId="1FE1B6FB" w14:textId="77777777" w:rsidR="00A93E13" w:rsidRDefault="00A93E13">
      <w:pPr>
        <w:spacing w:after="0"/>
      </w:pPr>
    </w:p>
    <w:p w14:paraId="31358058" w14:textId="77777777" w:rsidR="00A93E13" w:rsidRDefault="00365114">
      <w:pPr>
        <w:spacing w:after="0"/>
      </w:pPr>
      <w:r>
        <w:rPr>
          <w:rFonts w:ascii="Arial" w:hAnsi="Arial"/>
          <w:b/>
        </w:rPr>
        <w:t xml:space="preserve">Interviewer P:  </w:t>
      </w:r>
      <w:r>
        <w:rPr>
          <w:rFonts w:ascii="Arial" w:hAnsi="Arial"/>
          <w:color w:val="5D7284"/>
        </w:rPr>
        <w:t>25:58</w:t>
      </w:r>
    </w:p>
    <w:p w14:paraId="6C897C8B" w14:textId="77777777" w:rsidR="00A93E13" w:rsidRDefault="00365114">
      <w:pPr>
        <w:spacing w:after="0"/>
      </w:pPr>
      <w:r>
        <w:rPr>
          <w:rFonts w:ascii="Arial" w:hAnsi="Arial"/>
        </w:rPr>
        <w:t xml:space="preserve"> Red is hot.</w:t>
      </w:r>
    </w:p>
    <w:p w14:paraId="717BD2C2" w14:textId="77777777" w:rsidR="00A93E13" w:rsidRDefault="00A93E13">
      <w:pPr>
        <w:spacing w:after="0"/>
      </w:pPr>
    </w:p>
    <w:p w14:paraId="36515CD4" w14:textId="77777777" w:rsidR="00A93E13" w:rsidRDefault="00365114">
      <w:pPr>
        <w:spacing w:after="0"/>
      </w:pPr>
      <w:r>
        <w:rPr>
          <w:rFonts w:ascii="Arial" w:hAnsi="Arial"/>
          <w:b/>
        </w:rPr>
        <w:t xml:space="preserve">Participant #19:  </w:t>
      </w:r>
      <w:r>
        <w:rPr>
          <w:rFonts w:ascii="Arial" w:hAnsi="Arial"/>
          <w:color w:val="5D7284"/>
        </w:rPr>
        <w:t>26:00</w:t>
      </w:r>
    </w:p>
    <w:p w14:paraId="6A6310B2" w14:textId="77777777" w:rsidR="00A93E13" w:rsidRDefault="00365114">
      <w:pPr>
        <w:spacing w:after="0"/>
      </w:pPr>
      <w:r>
        <w:rPr>
          <w:rFonts w:ascii="Arial" w:hAnsi="Arial"/>
        </w:rPr>
        <w:t xml:space="preserve">That's interesting. </w:t>
      </w:r>
    </w:p>
    <w:p w14:paraId="75847B24" w14:textId="77777777" w:rsidR="00A93E13" w:rsidRDefault="00A93E13">
      <w:pPr>
        <w:spacing w:after="0"/>
      </w:pPr>
    </w:p>
    <w:p w14:paraId="7675054B" w14:textId="77777777" w:rsidR="00A93E13" w:rsidRDefault="00365114">
      <w:pPr>
        <w:spacing w:after="0"/>
      </w:pPr>
      <w:r>
        <w:rPr>
          <w:rFonts w:ascii="Arial" w:hAnsi="Arial"/>
          <w:b/>
        </w:rPr>
        <w:lastRenderedPageBreak/>
        <w:t xml:space="preserve">Interviewer P:  </w:t>
      </w:r>
      <w:r>
        <w:rPr>
          <w:rFonts w:ascii="Arial" w:hAnsi="Arial"/>
          <w:color w:val="5D7284"/>
        </w:rPr>
        <w:t>26:02</w:t>
      </w:r>
    </w:p>
    <w:p w14:paraId="0258F9C6" w14:textId="3D7C0C95" w:rsidR="00A93E13" w:rsidRDefault="00B3550E">
      <w:pPr>
        <w:spacing w:after="0"/>
      </w:pPr>
      <w:r>
        <w:rPr>
          <w:rFonts w:ascii="Arial" w:hAnsi="Arial"/>
        </w:rPr>
        <w:t xml:space="preserve">So, do you want to take a guess? And as to how long the original time was that that condensed down to 33 seconds. </w:t>
      </w:r>
    </w:p>
    <w:p w14:paraId="2A72C738" w14:textId="77777777" w:rsidR="00A93E13" w:rsidRDefault="00A93E13">
      <w:pPr>
        <w:spacing w:after="0"/>
      </w:pPr>
    </w:p>
    <w:p w14:paraId="10518238" w14:textId="77777777" w:rsidR="00A93E13" w:rsidRDefault="00365114">
      <w:pPr>
        <w:spacing w:after="0"/>
      </w:pPr>
      <w:r>
        <w:rPr>
          <w:rFonts w:ascii="Arial" w:hAnsi="Arial"/>
          <w:b/>
        </w:rPr>
        <w:t xml:space="preserve">Participant #19:  </w:t>
      </w:r>
      <w:r>
        <w:rPr>
          <w:rFonts w:ascii="Arial" w:hAnsi="Arial"/>
          <w:color w:val="5D7284"/>
        </w:rPr>
        <w:t>26:11</w:t>
      </w:r>
    </w:p>
    <w:p w14:paraId="21FD64C7" w14:textId="77777777" w:rsidR="00A93E13" w:rsidRDefault="00365114">
      <w:pPr>
        <w:spacing w:after="0"/>
      </w:pPr>
      <w:r>
        <w:rPr>
          <w:rFonts w:ascii="Arial" w:hAnsi="Arial"/>
        </w:rPr>
        <w:t xml:space="preserve">An </w:t>
      </w:r>
      <w:r>
        <w:rPr>
          <w:rFonts w:ascii="Arial" w:hAnsi="Arial"/>
        </w:rPr>
        <w:t>hour.</w:t>
      </w:r>
    </w:p>
    <w:p w14:paraId="110FF63F" w14:textId="77777777" w:rsidR="00A93E13" w:rsidRDefault="00A93E13">
      <w:pPr>
        <w:spacing w:after="0"/>
      </w:pPr>
    </w:p>
    <w:p w14:paraId="2C667B19" w14:textId="77777777" w:rsidR="00A93E13" w:rsidRDefault="00365114">
      <w:pPr>
        <w:spacing w:after="0"/>
      </w:pPr>
      <w:r>
        <w:rPr>
          <w:rFonts w:ascii="Arial" w:hAnsi="Arial"/>
          <w:b/>
        </w:rPr>
        <w:t xml:space="preserve">Interviewer P:  </w:t>
      </w:r>
      <w:r>
        <w:rPr>
          <w:rFonts w:ascii="Arial" w:hAnsi="Arial"/>
          <w:color w:val="5D7284"/>
        </w:rPr>
        <w:t>26:15</w:t>
      </w:r>
    </w:p>
    <w:p w14:paraId="728D2800" w14:textId="088B7E32" w:rsidR="00A93E13" w:rsidRDefault="00365114">
      <w:pPr>
        <w:spacing w:after="0"/>
      </w:pPr>
      <w:r>
        <w:rPr>
          <w:rFonts w:ascii="Arial" w:hAnsi="Arial"/>
        </w:rPr>
        <w:t xml:space="preserve">You're right, right on. Yeah. </w:t>
      </w:r>
      <w:r w:rsidR="00B3550E">
        <w:rPr>
          <w:rFonts w:ascii="Arial" w:hAnsi="Arial"/>
        </w:rPr>
        <w:t>So,</w:t>
      </w:r>
      <w:r>
        <w:rPr>
          <w:rFonts w:ascii="Arial" w:hAnsi="Arial"/>
        </w:rPr>
        <w:t xml:space="preserve"> it took an hour to do that.  Okay. What is it asking me, I don't have a new document named untitled. Alright, so now this is the one of the same </w:t>
      </w:r>
      <w:r w:rsidR="00B3550E">
        <w:rPr>
          <w:rFonts w:ascii="Arial" w:hAnsi="Arial"/>
        </w:rPr>
        <w:t>temperatures</w:t>
      </w:r>
      <w:r>
        <w:rPr>
          <w:rFonts w:ascii="Arial" w:hAnsi="Arial"/>
        </w:rPr>
        <w:t>, and it's 40 seconds long.</w:t>
      </w:r>
    </w:p>
    <w:p w14:paraId="2C447180" w14:textId="77777777" w:rsidR="00A93E13" w:rsidRDefault="00A93E13">
      <w:pPr>
        <w:spacing w:after="0"/>
      </w:pPr>
    </w:p>
    <w:p w14:paraId="58C30BBF" w14:textId="77777777" w:rsidR="00A93E13" w:rsidRDefault="00365114">
      <w:pPr>
        <w:spacing w:after="0"/>
      </w:pPr>
      <w:r>
        <w:rPr>
          <w:rFonts w:ascii="Arial" w:hAnsi="Arial"/>
          <w:b/>
        </w:rPr>
        <w:t xml:space="preserve">Participant #19:  </w:t>
      </w:r>
      <w:r>
        <w:rPr>
          <w:rFonts w:ascii="Arial" w:hAnsi="Arial"/>
          <w:color w:val="5D7284"/>
        </w:rPr>
        <w:t>26:20</w:t>
      </w:r>
    </w:p>
    <w:p w14:paraId="4DA68CD5" w14:textId="265568D8" w:rsidR="00A93E13" w:rsidRDefault="00365114">
      <w:pPr>
        <w:spacing w:after="0"/>
      </w:pPr>
      <w:r>
        <w:rPr>
          <w:rFonts w:ascii="Arial" w:hAnsi="Arial"/>
        </w:rPr>
        <w:t xml:space="preserve">Okay, how cool. Okay, this is the </w:t>
      </w:r>
      <w:r w:rsidR="00B3550E">
        <w:rPr>
          <w:rFonts w:ascii="Arial" w:hAnsi="Arial"/>
        </w:rPr>
        <w:t>regular.</w:t>
      </w:r>
    </w:p>
    <w:p w14:paraId="0975972E" w14:textId="77777777" w:rsidR="00A93E13" w:rsidRDefault="00A93E13">
      <w:pPr>
        <w:spacing w:after="0"/>
      </w:pPr>
    </w:p>
    <w:p w14:paraId="7F358457" w14:textId="77777777" w:rsidR="00A93E13" w:rsidRDefault="00365114">
      <w:pPr>
        <w:spacing w:after="0"/>
      </w:pPr>
      <w:r>
        <w:rPr>
          <w:rFonts w:ascii="Arial" w:hAnsi="Arial"/>
          <w:b/>
        </w:rPr>
        <w:t xml:space="preserve">Interviewer P:  </w:t>
      </w:r>
      <w:r>
        <w:rPr>
          <w:rFonts w:ascii="Arial" w:hAnsi="Arial"/>
          <w:color w:val="5D7284"/>
        </w:rPr>
        <w:t>26:47</w:t>
      </w:r>
    </w:p>
    <w:p w14:paraId="43230C7E" w14:textId="6FADBD60" w:rsidR="00A93E13" w:rsidRDefault="00365114">
      <w:pPr>
        <w:spacing w:after="0"/>
      </w:pPr>
      <w:r>
        <w:rPr>
          <w:rFonts w:ascii="Arial" w:hAnsi="Arial"/>
        </w:rPr>
        <w:t xml:space="preserve">Uh huh, just regular water. </w:t>
      </w:r>
      <w:r w:rsidR="00B3550E">
        <w:rPr>
          <w:rFonts w:ascii="Arial" w:hAnsi="Arial"/>
        </w:rPr>
        <w:t>So,</w:t>
      </w:r>
      <w:r>
        <w:rPr>
          <w:rFonts w:ascii="Arial" w:hAnsi="Arial"/>
        </w:rPr>
        <w:t xml:space="preserve"> this one does its thing pretty early. Like we're not even halfway through yet. </w:t>
      </w:r>
    </w:p>
    <w:p w14:paraId="32A32699" w14:textId="77777777" w:rsidR="00A93E13" w:rsidRDefault="00A93E13">
      <w:pPr>
        <w:spacing w:after="0"/>
      </w:pPr>
    </w:p>
    <w:p w14:paraId="380C99D8" w14:textId="77777777" w:rsidR="00A93E13" w:rsidRDefault="00365114">
      <w:pPr>
        <w:spacing w:after="0"/>
      </w:pPr>
      <w:r>
        <w:rPr>
          <w:rFonts w:ascii="Arial" w:hAnsi="Arial"/>
          <w:b/>
        </w:rPr>
        <w:t xml:space="preserve">Participant #19:  </w:t>
      </w:r>
      <w:r>
        <w:rPr>
          <w:rFonts w:ascii="Arial" w:hAnsi="Arial"/>
          <w:color w:val="5D7284"/>
        </w:rPr>
        <w:t>26:58</w:t>
      </w:r>
    </w:p>
    <w:p w14:paraId="5676BA46" w14:textId="77777777" w:rsidR="00A93E13" w:rsidRDefault="00365114">
      <w:pPr>
        <w:spacing w:after="0"/>
      </w:pPr>
      <w:r>
        <w:rPr>
          <w:rFonts w:ascii="Arial" w:hAnsi="Arial"/>
        </w:rPr>
        <w:t xml:space="preserve">Yeah. </w:t>
      </w:r>
    </w:p>
    <w:p w14:paraId="23D50239" w14:textId="77777777" w:rsidR="00A93E13" w:rsidRDefault="00A93E13">
      <w:pPr>
        <w:spacing w:after="0"/>
      </w:pPr>
    </w:p>
    <w:p w14:paraId="3DC302AC" w14:textId="77777777" w:rsidR="00A93E13" w:rsidRDefault="00365114">
      <w:pPr>
        <w:spacing w:after="0"/>
      </w:pPr>
      <w:r>
        <w:rPr>
          <w:rFonts w:ascii="Arial" w:hAnsi="Arial"/>
          <w:b/>
        </w:rPr>
        <w:t xml:space="preserve">Interviewer P:  </w:t>
      </w:r>
      <w:r>
        <w:rPr>
          <w:rFonts w:ascii="Arial" w:hAnsi="Arial"/>
          <w:color w:val="5D7284"/>
        </w:rPr>
        <w:t>26:58</w:t>
      </w:r>
    </w:p>
    <w:p w14:paraId="7D4A62A3" w14:textId="77777777" w:rsidR="00A93E13" w:rsidRDefault="00365114">
      <w:pPr>
        <w:spacing w:after="0"/>
      </w:pPr>
      <w:r>
        <w:rPr>
          <w:rFonts w:ascii="Arial" w:hAnsi="Arial"/>
        </w:rPr>
        <w:t xml:space="preserve">And yet, if I if I grab this and move it, you can see it's predominantly turned blue, like right about back here. </w:t>
      </w:r>
    </w:p>
    <w:p w14:paraId="29B70579" w14:textId="77777777" w:rsidR="00A93E13" w:rsidRDefault="00A93E13">
      <w:pPr>
        <w:spacing w:after="0"/>
      </w:pPr>
    </w:p>
    <w:p w14:paraId="6D59A8FA" w14:textId="77777777" w:rsidR="00A93E13" w:rsidRDefault="00365114">
      <w:pPr>
        <w:spacing w:after="0"/>
      </w:pPr>
      <w:r>
        <w:rPr>
          <w:rFonts w:ascii="Arial" w:hAnsi="Arial"/>
          <w:b/>
        </w:rPr>
        <w:t xml:space="preserve">Participant #19:  </w:t>
      </w:r>
      <w:r>
        <w:rPr>
          <w:rFonts w:ascii="Arial" w:hAnsi="Arial"/>
          <w:color w:val="5D7284"/>
        </w:rPr>
        <w:t>27:11</w:t>
      </w:r>
    </w:p>
    <w:p w14:paraId="23B47D9A" w14:textId="77777777" w:rsidR="00A93E13" w:rsidRDefault="00365114">
      <w:pPr>
        <w:spacing w:after="0"/>
      </w:pPr>
      <w:r>
        <w:rPr>
          <w:rFonts w:ascii="Arial" w:hAnsi="Arial"/>
        </w:rPr>
        <w:t xml:space="preserve">Right. </w:t>
      </w:r>
    </w:p>
    <w:p w14:paraId="5E433D4F" w14:textId="77777777" w:rsidR="00A93E13" w:rsidRDefault="00A93E13">
      <w:pPr>
        <w:spacing w:after="0"/>
      </w:pPr>
    </w:p>
    <w:p w14:paraId="5493DAA9" w14:textId="77777777" w:rsidR="00A93E13" w:rsidRDefault="00365114">
      <w:pPr>
        <w:spacing w:after="0"/>
      </w:pPr>
      <w:r>
        <w:rPr>
          <w:rFonts w:ascii="Arial" w:hAnsi="Arial"/>
          <w:b/>
        </w:rPr>
        <w:t xml:space="preserve">Interviewer P:  </w:t>
      </w:r>
      <w:r>
        <w:rPr>
          <w:rFonts w:ascii="Arial" w:hAnsi="Arial"/>
          <w:color w:val="5D7284"/>
        </w:rPr>
        <w:t>27:12</w:t>
      </w:r>
    </w:p>
    <w:p w14:paraId="473872DD" w14:textId="77777777" w:rsidR="00A93E13" w:rsidRDefault="00365114">
      <w:pPr>
        <w:spacing w:after="0"/>
      </w:pPr>
      <w:r>
        <w:rPr>
          <w:rFonts w:ascii="Arial" w:hAnsi="Arial"/>
        </w:rPr>
        <w:t>I can still see some red down there. But then it really doesn't do anything else.</w:t>
      </w:r>
    </w:p>
    <w:p w14:paraId="5B9B7095" w14:textId="77777777" w:rsidR="00A93E13" w:rsidRDefault="00A93E13">
      <w:pPr>
        <w:spacing w:after="0"/>
      </w:pPr>
    </w:p>
    <w:p w14:paraId="753AFE56" w14:textId="77777777" w:rsidR="00A93E13" w:rsidRDefault="00365114">
      <w:pPr>
        <w:spacing w:after="0"/>
      </w:pPr>
      <w:r>
        <w:rPr>
          <w:rFonts w:ascii="Arial" w:hAnsi="Arial"/>
          <w:b/>
        </w:rPr>
        <w:t xml:space="preserve">Participant #19:  </w:t>
      </w:r>
      <w:r>
        <w:rPr>
          <w:rFonts w:ascii="Arial" w:hAnsi="Arial"/>
          <w:color w:val="5D7284"/>
        </w:rPr>
        <w:t>27:15</w:t>
      </w:r>
    </w:p>
    <w:p w14:paraId="733C0CE5" w14:textId="77777777" w:rsidR="00A93E13" w:rsidRDefault="00365114">
      <w:pPr>
        <w:spacing w:after="0"/>
      </w:pPr>
      <w:r>
        <w:rPr>
          <w:rFonts w:ascii="Arial" w:hAnsi="Arial"/>
        </w:rPr>
        <w:t xml:space="preserve">Yeah. </w:t>
      </w:r>
    </w:p>
    <w:p w14:paraId="61C79D5B" w14:textId="77777777" w:rsidR="00A93E13" w:rsidRDefault="00A93E13">
      <w:pPr>
        <w:spacing w:after="0"/>
      </w:pPr>
    </w:p>
    <w:p w14:paraId="41ECA91D" w14:textId="77777777" w:rsidR="00A93E13" w:rsidRDefault="00365114">
      <w:pPr>
        <w:spacing w:after="0"/>
      </w:pPr>
      <w:r>
        <w:rPr>
          <w:rFonts w:ascii="Arial" w:hAnsi="Arial"/>
          <w:b/>
        </w:rPr>
        <w:t xml:space="preserve">Interviewer P:  </w:t>
      </w:r>
      <w:r>
        <w:rPr>
          <w:rFonts w:ascii="Arial" w:hAnsi="Arial"/>
          <w:color w:val="5D7284"/>
        </w:rPr>
        <w:t>27:16</w:t>
      </w:r>
    </w:p>
    <w:p w14:paraId="2F209D72" w14:textId="028F08AE" w:rsidR="00A93E13" w:rsidRDefault="00B3550E">
      <w:pPr>
        <w:spacing w:after="0"/>
      </w:pPr>
      <w:r>
        <w:rPr>
          <w:rFonts w:ascii="Arial" w:hAnsi="Arial"/>
        </w:rPr>
        <w:t xml:space="preserve">So, it mixed pretty quickly, like we saw and then it became mostly blue, you can still see a little bit of red, but like kind of like you have here. Although I guess it's more blue than what you're showing now. So, this one is also an hour originally, but again by about half of the time. </w:t>
      </w:r>
    </w:p>
    <w:p w14:paraId="1144E513" w14:textId="77777777" w:rsidR="00A93E13" w:rsidRDefault="00A93E13">
      <w:pPr>
        <w:spacing w:after="0"/>
      </w:pPr>
    </w:p>
    <w:p w14:paraId="1B14C865" w14:textId="77777777" w:rsidR="00A93E13" w:rsidRDefault="00365114">
      <w:pPr>
        <w:spacing w:after="0"/>
      </w:pPr>
      <w:r>
        <w:rPr>
          <w:rFonts w:ascii="Arial" w:hAnsi="Arial"/>
          <w:b/>
        </w:rPr>
        <w:t xml:space="preserve">Participant #19:  </w:t>
      </w:r>
      <w:r>
        <w:rPr>
          <w:rFonts w:ascii="Arial" w:hAnsi="Arial"/>
          <w:color w:val="5D7284"/>
        </w:rPr>
        <w:t>27:41</w:t>
      </w:r>
    </w:p>
    <w:p w14:paraId="075890E7" w14:textId="77777777" w:rsidR="00A93E13" w:rsidRDefault="00365114">
      <w:pPr>
        <w:spacing w:after="0"/>
      </w:pPr>
      <w:r>
        <w:rPr>
          <w:rFonts w:ascii="Arial" w:hAnsi="Arial"/>
        </w:rPr>
        <w:t>So that was an hour?</w:t>
      </w:r>
    </w:p>
    <w:p w14:paraId="6BBBA8F6" w14:textId="77777777" w:rsidR="00A93E13" w:rsidRDefault="00A93E13">
      <w:pPr>
        <w:spacing w:after="0"/>
      </w:pPr>
    </w:p>
    <w:p w14:paraId="194DC44E" w14:textId="77777777" w:rsidR="00A93E13" w:rsidRDefault="00365114">
      <w:pPr>
        <w:spacing w:after="0"/>
      </w:pPr>
      <w:r>
        <w:rPr>
          <w:rFonts w:ascii="Arial" w:hAnsi="Arial"/>
          <w:b/>
        </w:rPr>
        <w:t xml:space="preserve">Interviewer P:  </w:t>
      </w:r>
      <w:r>
        <w:rPr>
          <w:rFonts w:ascii="Arial" w:hAnsi="Arial"/>
          <w:color w:val="5D7284"/>
        </w:rPr>
        <w:t>27:42</w:t>
      </w:r>
    </w:p>
    <w:p w14:paraId="57709D35" w14:textId="65FF4FD5" w:rsidR="00A93E13" w:rsidRDefault="00365114">
      <w:pPr>
        <w:spacing w:after="0"/>
      </w:pPr>
      <w:r>
        <w:rPr>
          <w:rFonts w:ascii="Arial" w:hAnsi="Arial"/>
        </w:rPr>
        <w:lastRenderedPageBreak/>
        <w:t xml:space="preserve">Yeah, the whole thing is an hour. Yeah, the whole thing is an hour. And </w:t>
      </w:r>
      <w:r w:rsidR="00B3550E">
        <w:rPr>
          <w:rFonts w:ascii="Arial" w:hAnsi="Arial"/>
        </w:rPr>
        <w:t>so,</w:t>
      </w:r>
      <w:r>
        <w:rPr>
          <w:rFonts w:ascii="Arial" w:hAnsi="Arial"/>
        </w:rPr>
        <w:t xml:space="preserve"> if we talk about well, how long did it take it to mix. It really took about 30 minutes.</w:t>
      </w:r>
    </w:p>
    <w:p w14:paraId="164BCEED" w14:textId="77777777" w:rsidR="00A93E13" w:rsidRDefault="00A93E13">
      <w:pPr>
        <w:spacing w:after="0"/>
      </w:pPr>
    </w:p>
    <w:p w14:paraId="754E1750" w14:textId="77777777" w:rsidR="00A93E13" w:rsidRDefault="00365114">
      <w:pPr>
        <w:spacing w:after="0"/>
      </w:pPr>
      <w:r>
        <w:rPr>
          <w:rFonts w:ascii="Arial" w:hAnsi="Arial"/>
          <w:b/>
        </w:rPr>
        <w:t xml:space="preserve">Participant #19:  </w:t>
      </w:r>
      <w:r>
        <w:rPr>
          <w:rFonts w:ascii="Arial" w:hAnsi="Arial"/>
          <w:color w:val="5D7284"/>
        </w:rPr>
        <w:t>27:53</w:t>
      </w:r>
    </w:p>
    <w:p w14:paraId="4FE14143" w14:textId="77777777" w:rsidR="00A93E13" w:rsidRDefault="00365114">
      <w:pPr>
        <w:spacing w:after="0"/>
      </w:pPr>
      <w:r>
        <w:rPr>
          <w:rFonts w:ascii="Arial" w:hAnsi="Arial"/>
        </w:rPr>
        <w:t xml:space="preserve">Okay, so that's what I was thinking. </w:t>
      </w:r>
    </w:p>
    <w:p w14:paraId="0F918215" w14:textId="77777777" w:rsidR="00A93E13" w:rsidRDefault="00A93E13">
      <w:pPr>
        <w:spacing w:after="0"/>
      </w:pPr>
    </w:p>
    <w:p w14:paraId="5C3811D4" w14:textId="77777777" w:rsidR="00A93E13" w:rsidRDefault="00365114">
      <w:pPr>
        <w:spacing w:after="0"/>
      </w:pPr>
      <w:r>
        <w:rPr>
          <w:rFonts w:ascii="Arial" w:hAnsi="Arial"/>
          <w:b/>
        </w:rPr>
        <w:t xml:space="preserve">Interviewer P:  </w:t>
      </w:r>
      <w:r>
        <w:rPr>
          <w:rFonts w:ascii="Arial" w:hAnsi="Arial"/>
          <w:color w:val="5D7284"/>
        </w:rPr>
        <w:t>27:53</w:t>
      </w:r>
    </w:p>
    <w:p w14:paraId="6E10E6AD" w14:textId="77777777" w:rsidR="00A93E13" w:rsidRDefault="00365114">
      <w:pPr>
        <w:spacing w:after="0"/>
      </w:pPr>
      <w:r>
        <w:rPr>
          <w:rFonts w:ascii="Arial" w:hAnsi="Arial"/>
        </w:rPr>
        <w:t>So that's probably what you're thinking. Yeah. So yeah, so my point is, the whole video is an hour, but it was pretty much all blue by about 30 minutes in.</w:t>
      </w:r>
    </w:p>
    <w:p w14:paraId="196E73EF" w14:textId="77777777" w:rsidR="00A93E13" w:rsidRDefault="00A93E13">
      <w:pPr>
        <w:spacing w:after="0"/>
      </w:pPr>
    </w:p>
    <w:p w14:paraId="3D625FAE" w14:textId="77777777" w:rsidR="00A93E13" w:rsidRDefault="00365114">
      <w:pPr>
        <w:spacing w:after="0"/>
      </w:pPr>
      <w:r>
        <w:rPr>
          <w:rFonts w:ascii="Arial" w:hAnsi="Arial"/>
          <w:b/>
        </w:rPr>
        <w:t xml:space="preserve">Participant #19:  </w:t>
      </w:r>
      <w:r>
        <w:rPr>
          <w:rFonts w:ascii="Arial" w:hAnsi="Arial"/>
          <w:color w:val="5D7284"/>
        </w:rPr>
        <w:t>28:02</w:t>
      </w:r>
    </w:p>
    <w:p w14:paraId="01FD7779" w14:textId="77777777" w:rsidR="00A93E13" w:rsidRDefault="00365114">
      <w:pPr>
        <w:spacing w:after="0"/>
      </w:pPr>
      <w:r>
        <w:rPr>
          <w:rFonts w:ascii="Arial" w:hAnsi="Arial"/>
        </w:rPr>
        <w:t>Right. Okay yeah, that's what I was thinking like 30-20 minutes.</w:t>
      </w:r>
    </w:p>
    <w:p w14:paraId="73DD0797" w14:textId="77777777" w:rsidR="00A93E13" w:rsidRDefault="00A93E13">
      <w:pPr>
        <w:spacing w:after="0"/>
      </w:pPr>
    </w:p>
    <w:p w14:paraId="01791343" w14:textId="77777777" w:rsidR="00A93E13" w:rsidRDefault="00365114">
      <w:pPr>
        <w:spacing w:after="0"/>
      </w:pPr>
      <w:r>
        <w:rPr>
          <w:rFonts w:ascii="Arial" w:hAnsi="Arial"/>
          <w:b/>
        </w:rPr>
        <w:t xml:space="preserve">Interviewer P:  </w:t>
      </w:r>
      <w:r>
        <w:rPr>
          <w:rFonts w:ascii="Arial" w:hAnsi="Arial"/>
          <w:color w:val="5D7284"/>
        </w:rPr>
        <w:t>28:03</w:t>
      </w:r>
    </w:p>
    <w:p w14:paraId="1CE4AEDC" w14:textId="77777777" w:rsidR="00A93E13" w:rsidRDefault="00365114">
      <w:pPr>
        <w:spacing w:after="0"/>
      </w:pPr>
      <w:r>
        <w:rPr>
          <w:rFonts w:ascii="Arial" w:hAnsi="Arial"/>
        </w:rPr>
        <w:t xml:space="preserve">Does that resonate with what you were thinking? So now the salt and the freshwater. Again, this is a 40 second video looks like that. And what's interesting about this one is it does it very quickly. And then it just stays. </w:t>
      </w:r>
    </w:p>
    <w:p w14:paraId="0C14E646" w14:textId="77777777" w:rsidR="00A93E13" w:rsidRDefault="00A93E13">
      <w:pPr>
        <w:spacing w:after="0"/>
      </w:pPr>
    </w:p>
    <w:p w14:paraId="18D2BAD3" w14:textId="77777777" w:rsidR="00A93E13" w:rsidRDefault="00365114">
      <w:pPr>
        <w:spacing w:after="0"/>
      </w:pPr>
      <w:r>
        <w:rPr>
          <w:rFonts w:ascii="Arial" w:hAnsi="Arial"/>
          <w:b/>
        </w:rPr>
        <w:t xml:space="preserve">Participant #19:  </w:t>
      </w:r>
      <w:r>
        <w:rPr>
          <w:rFonts w:ascii="Arial" w:hAnsi="Arial"/>
          <w:color w:val="5D7284"/>
        </w:rPr>
        <w:t>28:26</w:t>
      </w:r>
    </w:p>
    <w:p w14:paraId="6755F300" w14:textId="77777777" w:rsidR="00A93E13" w:rsidRDefault="00365114">
      <w:pPr>
        <w:spacing w:after="0"/>
      </w:pPr>
      <w:r>
        <w:rPr>
          <w:rFonts w:ascii="Arial" w:hAnsi="Arial"/>
        </w:rPr>
        <w:t>Yeah.</w:t>
      </w:r>
    </w:p>
    <w:p w14:paraId="67582DFD" w14:textId="77777777" w:rsidR="00A93E13" w:rsidRDefault="00A93E13">
      <w:pPr>
        <w:spacing w:after="0"/>
      </w:pPr>
    </w:p>
    <w:p w14:paraId="3CE9231E" w14:textId="77777777" w:rsidR="00A93E13" w:rsidRDefault="00365114">
      <w:pPr>
        <w:spacing w:after="0"/>
      </w:pPr>
      <w:r>
        <w:rPr>
          <w:rFonts w:ascii="Arial" w:hAnsi="Arial"/>
          <w:b/>
        </w:rPr>
        <w:t xml:space="preserve">Interviewer P:  </w:t>
      </w:r>
      <w:r>
        <w:rPr>
          <w:rFonts w:ascii="Arial" w:hAnsi="Arial"/>
          <w:color w:val="5D7284"/>
        </w:rPr>
        <w:t>28:27</w:t>
      </w:r>
    </w:p>
    <w:p w14:paraId="56F5186E" w14:textId="77777777" w:rsidR="00A93E13" w:rsidRDefault="00365114">
      <w:pPr>
        <w:spacing w:after="0"/>
      </w:pPr>
      <w:r>
        <w:rPr>
          <w:rFonts w:ascii="Arial" w:hAnsi="Arial"/>
        </w:rPr>
        <w:t>There's none of like the little streaky things that you saw with the hot and cold. It just sits there and stays. Which is what you said that it would just stay.</w:t>
      </w:r>
    </w:p>
    <w:p w14:paraId="13B70855" w14:textId="77777777" w:rsidR="00A93E13" w:rsidRDefault="00A93E13">
      <w:pPr>
        <w:spacing w:after="0"/>
      </w:pPr>
    </w:p>
    <w:p w14:paraId="6FC76C95" w14:textId="77777777" w:rsidR="00A93E13" w:rsidRDefault="00365114">
      <w:pPr>
        <w:spacing w:after="0"/>
      </w:pPr>
      <w:r>
        <w:rPr>
          <w:rFonts w:ascii="Arial" w:hAnsi="Arial"/>
          <w:b/>
        </w:rPr>
        <w:t xml:space="preserve">Participant #19:  </w:t>
      </w:r>
      <w:r>
        <w:rPr>
          <w:rFonts w:ascii="Arial" w:hAnsi="Arial"/>
          <w:color w:val="5D7284"/>
        </w:rPr>
        <w:t>28:39</w:t>
      </w:r>
    </w:p>
    <w:p w14:paraId="509D89D0" w14:textId="77777777" w:rsidR="00A93E13" w:rsidRDefault="00365114">
      <w:pPr>
        <w:spacing w:after="0"/>
      </w:pPr>
      <w:r>
        <w:rPr>
          <w:rFonts w:ascii="Arial" w:hAnsi="Arial"/>
        </w:rPr>
        <w:t>I just stays for the entire is it this is an hour too?</w:t>
      </w:r>
    </w:p>
    <w:p w14:paraId="46BCC9CD" w14:textId="77777777" w:rsidR="00A93E13" w:rsidRDefault="00A93E13">
      <w:pPr>
        <w:spacing w:after="0"/>
      </w:pPr>
    </w:p>
    <w:p w14:paraId="5396A420" w14:textId="77777777" w:rsidR="00A93E13" w:rsidRDefault="00365114">
      <w:pPr>
        <w:spacing w:after="0"/>
      </w:pPr>
      <w:r>
        <w:rPr>
          <w:rFonts w:ascii="Arial" w:hAnsi="Arial"/>
          <w:b/>
        </w:rPr>
        <w:t xml:space="preserve">Interviewer P:  </w:t>
      </w:r>
      <w:r>
        <w:rPr>
          <w:rFonts w:ascii="Arial" w:hAnsi="Arial"/>
          <w:color w:val="5D7284"/>
        </w:rPr>
        <w:t>28:41</w:t>
      </w:r>
    </w:p>
    <w:p w14:paraId="5523339E" w14:textId="77777777" w:rsidR="00A93E13" w:rsidRDefault="00365114">
      <w:pPr>
        <w:spacing w:after="0"/>
      </w:pPr>
      <w:r>
        <w:rPr>
          <w:rFonts w:ascii="Arial" w:hAnsi="Arial"/>
        </w:rPr>
        <w:t xml:space="preserve">It's also an hour. </w:t>
      </w:r>
    </w:p>
    <w:p w14:paraId="428025FD" w14:textId="77777777" w:rsidR="00A93E13" w:rsidRDefault="00A93E13">
      <w:pPr>
        <w:spacing w:after="0"/>
      </w:pPr>
    </w:p>
    <w:p w14:paraId="493E42D6" w14:textId="77777777" w:rsidR="00A93E13" w:rsidRDefault="00365114">
      <w:pPr>
        <w:spacing w:after="0"/>
      </w:pPr>
      <w:r>
        <w:rPr>
          <w:rFonts w:ascii="Arial" w:hAnsi="Arial"/>
          <w:b/>
        </w:rPr>
        <w:t xml:space="preserve">Participant #19:  </w:t>
      </w:r>
      <w:r>
        <w:rPr>
          <w:rFonts w:ascii="Arial" w:hAnsi="Arial"/>
          <w:color w:val="5D7284"/>
        </w:rPr>
        <w:t>28:43</w:t>
      </w:r>
    </w:p>
    <w:p w14:paraId="7496E31B" w14:textId="77777777" w:rsidR="00A93E13" w:rsidRDefault="00365114">
      <w:pPr>
        <w:spacing w:after="0"/>
      </w:pPr>
      <w:r>
        <w:rPr>
          <w:rFonts w:ascii="Arial" w:hAnsi="Arial"/>
        </w:rPr>
        <w:t>Wow.</w:t>
      </w:r>
    </w:p>
    <w:p w14:paraId="5B937B11" w14:textId="77777777" w:rsidR="00A93E13" w:rsidRDefault="00A93E13">
      <w:pPr>
        <w:spacing w:after="0"/>
      </w:pPr>
    </w:p>
    <w:p w14:paraId="43E5298C" w14:textId="77777777" w:rsidR="00A93E13" w:rsidRDefault="00365114">
      <w:pPr>
        <w:spacing w:after="0"/>
      </w:pPr>
      <w:r>
        <w:rPr>
          <w:rFonts w:ascii="Arial" w:hAnsi="Arial"/>
          <w:b/>
        </w:rPr>
        <w:t xml:space="preserve">Interviewer P:  </w:t>
      </w:r>
      <w:r>
        <w:rPr>
          <w:rFonts w:ascii="Arial" w:hAnsi="Arial"/>
          <w:color w:val="5D7284"/>
        </w:rPr>
        <w:t>28:44</w:t>
      </w:r>
    </w:p>
    <w:p w14:paraId="4977A8B0" w14:textId="276ABB02" w:rsidR="00A93E13" w:rsidRDefault="00365114">
      <w:pPr>
        <w:spacing w:after="0"/>
      </w:pPr>
      <w:r>
        <w:rPr>
          <w:rFonts w:ascii="Arial" w:hAnsi="Arial"/>
        </w:rPr>
        <w:t xml:space="preserve">In fact, I worked with a student like you late in the afternoon and I </w:t>
      </w:r>
      <w:r w:rsidR="00B3550E">
        <w:rPr>
          <w:rFonts w:ascii="Arial" w:hAnsi="Arial"/>
        </w:rPr>
        <w:t>left,</w:t>
      </w:r>
      <w:r>
        <w:rPr>
          <w:rFonts w:ascii="Arial" w:hAnsi="Arial"/>
        </w:rPr>
        <w:t xml:space="preserve"> and I just left it everything kind of a mess. And Erika came back in the next day and cleaned it all up and got ready for the next one. And she said it was still.</w:t>
      </w:r>
    </w:p>
    <w:p w14:paraId="0E8F570F" w14:textId="77777777" w:rsidR="00A93E13" w:rsidRDefault="00A93E13">
      <w:pPr>
        <w:spacing w:after="0"/>
      </w:pPr>
    </w:p>
    <w:p w14:paraId="2C0B9C3D" w14:textId="77777777" w:rsidR="00A93E13" w:rsidRDefault="00365114">
      <w:pPr>
        <w:spacing w:after="0"/>
      </w:pPr>
      <w:r>
        <w:rPr>
          <w:rFonts w:ascii="Arial" w:hAnsi="Arial"/>
          <w:b/>
        </w:rPr>
        <w:t xml:space="preserve">Participant #19:  </w:t>
      </w:r>
      <w:r>
        <w:rPr>
          <w:rFonts w:ascii="Arial" w:hAnsi="Arial"/>
          <w:color w:val="5D7284"/>
        </w:rPr>
        <w:t>28:59</w:t>
      </w:r>
    </w:p>
    <w:p w14:paraId="54759611" w14:textId="678C01DB" w:rsidR="00A93E13" w:rsidRDefault="00365114">
      <w:pPr>
        <w:spacing w:after="0"/>
      </w:pPr>
      <w:r>
        <w:rPr>
          <w:rFonts w:ascii="Arial" w:hAnsi="Arial"/>
        </w:rPr>
        <w:t xml:space="preserve">I see </w:t>
      </w:r>
      <w:r w:rsidR="00B3550E">
        <w:rPr>
          <w:rFonts w:ascii="Arial" w:hAnsi="Arial"/>
        </w:rPr>
        <w:t>yeah,</w:t>
      </w:r>
      <w:r>
        <w:rPr>
          <w:rFonts w:ascii="Arial" w:hAnsi="Arial"/>
        </w:rPr>
        <w:t xml:space="preserve"> I don't think it would move, okay.</w:t>
      </w:r>
    </w:p>
    <w:p w14:paraId="3E0AF613" w14:textId="77777777" w:rsidR="00A93E13" w:rsidRDefault="00A93E13">
      <w:pPr>
        <w:spacing w:after="0"/>
      </w:pPr>
    </w:p>
    <w:p w14:paraId="458EFFF5" w14:textId="77777777" w:rsidR="00A93E13" w:rsidRDefault="00365114">
      <w:pPr>
        <w:spacing w:after="0"/>
      </w:pPr>
      <w:r>
        <w:rPr>
          <w:rFonts w:ascii="Arial" w:hAnsi="Arial"/>
          <w:b/>
        </w:rPr>
        <w:t xml:space="preserve">Interviewer P:  </w:t>
      </w:r>
      <w:r>
        <w:rPr>
          <w:rFonts w:ascii="Arial" w:hAnsi="Arial"/>
          <w:color w:val="5D7284"/>
        </w:rPr>
        <w:t>29:05</w:t>
      </w:r>
    </w:p>
    <w:p w14:paraId="19FE37AB" w14:textId="2118F8C8" w:rsidR="00A93E13" w:rsidRDefault="00B3550E">
      <w:pPr>
        <w:spacing w:after="0"/>
      </w:pPr>
      <w:r>
        <w:rPr>
          <w:rFonts w:ascii="Arial" w:hAnsi="Arial"/>
        </w:rPr>
        <w:lastRenderedPageBreak/>
        <w:t>So, you nailed it on that one. It's interesting how the salt in the freshwater will just stay like that. So, okay, so we're gonna do a little bit of a thought experiment now instead of a thought experiment instead of a demo. So, I'm not going to show you we're just gonna imagine. So going back to when we did warm and cold, so we had warm on the right red cold on the left blue or I'm sorry opposite for you because I'm sitting opposite. Imagen that if instead of water hot and cold water warm and cold water, we had warm cold Jell-O. Okay, so Jell-O, you know we're not going to be able to get the temperatures as far apart because it would go back to being a liquid or freeze. So, but we could probably put some Jell-O in a freezer get it to balance like 40 degrees and Jell-O at room temperature. It's probably like 70 degrees. So, let's that's 30 degrees difference. So, we have warm 70-degree Jell-O, cool 40-degree Jell-O in the rectangular tank divided by the wall and I pull them all out the divider out and what do you think would happen to the Jell-O?</w:t>
      </w:r>
    </w:p>
    <w:p w14:paraId="48AA508B" w14:textId="77777777" w:rsidR="00A93E13" w:rsidRDefault="00A93E13">
      <w:pPr>
        <w:spacing w:after="0"/>
      </w:pPr>
    </w:p>
    <w:p w14:paraId="48E0D1E4" w14:textId="77777777" w:rsidR="00A93E13" w:rsidRDefault="00365114">
      <w:pPr>
        <w:spacing w:after="0"/>
      </w:pPr>
      <w:r>
        <w:rPr>
          <w:rFonts w:ascii="Arial" w:hAnsi="Arial"/>
          <w:b/>
        </w:rPr>
        <w:t xml:space="preserve">Participant #19:  </w:t>
      </w:r>
      <w:r>
        <w:rPr>
          <w:rFonts w:ascii="Arial" w:hAnsi="Arial"/>
          <w:color w:val="5D7284"/>
        </w:rPr>
        <w:t>29:22</w:t>
      </w:r>
    </w:p>
    <w:p w14:paraId="73E0F928" w14:textId="21DB26DD" w:rsidR="00A93E13" w:rsidRDefault="00365114">
      <w:pPr>
        <w:spacing w:after="0"/>
      </w:pPr>
      <w:r>
        <w:rPr>
          <w:rFonts w:ascii="Arial" w:hAnsi="Arial"/>
        </w:rPr>
        <w:t xml:space="preserve">Okay. </w:t>
      </w:r>
      <w:r w:rsidR="00B3550E">
        <w:rPr>
          <w:rFonts w:ascii="Arial" w:hAnsi="Arial"/>
        </w:rPr>
        <w:t>So,</w:t>
      </w:r>
      <w:r>
        <w:rPr>
          <w:rFonts w:ascii="Arial" w:hAnsi="Arial"/>
        </w:rPr>
        <w:t xml:space="preserve"> one is warmer you said you put in the freezer?</w:t>
      </w:r>
    </w:p>
    <w:p w14:paraId="18C371DD" w14:textId="77777777" w:rsidR="00A93E13" w:rsidRDefault="00A93E13">
      <w:pPr>
        <w:spacing w:after="0"/>
      </w:pPr>
    </w:p>
    <w:p w14:paraId="1CF3E834" w14:textId="77777777" w:rsidR="00A93E13" w:rsidRDefault="00365114">
      <w:pPr>
        <w:spacing w:after="0"/>
      </w:pPr>
      <w:r>
        <w:rPr>
          <w:rFonts w:ascii="Arial" w:hAnsi="Arial"/>
          <w:b/>
        </w:rPr>
        <w:t xml:space="preserve">Interviewer P:  </w:t>
      </w:r>
      <w:r>
        <w:rPr>
          <w:rFonts w:ascii="Arial" w:hAnsi="Arial"/>
          <w:color w:val="5D7284"/>
        </w:rPr>
        <w:t>30:24</w:t>
      </w:r>
    </w:p>
    <w:p w14:paraId="541FE037" w14:textId="77777777" w:rsidR="00A93E13" w:rsidRDefault="00365114">
      <w:pPr>
        <w:spacing w:after="0"/>
      </w:pPr>
      <w:r>
        <w:rPr>
          <w:rFonts w:ascii="Arial" w:hAnsi="Arial"/>
        </w:rPr>
        <w:t>Well to get it cold but not to freezer it.</w:t>
      </w:r>
    </w:p>
    <w:p w14:paraId="65E98933" w14:textId="77777777" w:rsidR="00A93E13" w:rsidRDefault="00A93E13">
      <w:pPr>
        <w:spacing w:after="0"/>
      </w:pPr>
    </w:p>
    <w:p w14:paraId="4B4166F5" w14:textId="77777777" w:rsidR="00A93E13" w:rsidRDefault="00365114">
      <w:pPr>
        <w:spacing w:after="0"/>
      </w:pPr>
      <w:r>
        <w:rPr>
          <w:rFonts w:ascii="Arial" w:hAnsi="Arial"/>
          <w:b/>
        </w:rPr>
        <w:t xml:space="preserve">Participant #19:  </w:t>
      </w:r>
      <w:r>
        <w:rPr>
          <w:rFonts w:ascii="Arial" w:hAnsi="Arial"/>
          <w:color w:val="5D7284"/>
        </w:rPr>
        <w:t>30:26</w:t>
      </w:r>
    </w:p>
    <w:p w14:paraId="2717A164" w14:textId="35425724" w:rsidR="00A93E13" w:rsidRDefault="00365114">
      <w:pPr>
        <w:spacing w:after="0"/>
      </w:pPr>
      <w:r>
        <w:rPr>
          <w:rFonts w:ascii="Arial" w:hAnsi="Arial"/>
        </w:rPr>
        <w:t>Okay.</w:t>
      </w:r>
      <w:r w:rsidR="00B3550E">
        <w:rPr>
          <w:rFonts w:ascii="Arial" w:hAnsi="Arial"/>
        </w:rPr>
        <w:t xml:space="preserve"> </w:t>
      </w:r>
      <w:r>
        <w:rPr>
          <w:rFonts w:ascii="Arial" w:hAnsi="Arial"/>
        </w:rPr>
        <w:t>So</w:t>
      </w:r>
      <w:r w:rsidR="00B3550E">
        <w:rPr>
          <w:rFonts w:ascii="Arial" w:hAnsi="Arial"/>
        </w:rPr>
        <w:t>,</w:t>
      </w:r>
      <w:r>
        <w:rPr>
          <w:rFonts w:ascii="Arial" w:hAnsi="Arial"/>
        </w:rPr>
        <w:t xml:space="preserve"> both of them are.</w:t>
      </w:r>
    </w:p>
    <w:p w14:paraId="509751BE" w14:textId="77777777" w:rsidR="00A93E13" w:rsidRDefault="00A93E13">
      <w:pPr>
        <w:spacing w:after="0"/>
      </w:pPr>
    </w:p>
    <w:p w14:paraId="5827CCC0" w14:textId="77777777" w:rsidR="00A93E13" w:rsidRDefault="00365114">
      <w:pPr>
        <w:spacing w:after="0"/>
      </w:pPr>
      <w:r>
        <w:rPr>
          <w:rFonts w:ascii="Arial" w:hAnsi="Arial"/>
          <w:b/>
        </w:rPr>
        <w:t xml:space="preserve">Interviewer P:  </w:t>
      </w:r>
      <w:r>
        <w:rPr>
          <w:rFonts w:ascii="Arial" w:hAnsi="Arial"/>
          <w:color w:val="5D7284"/>
        </w:rPr>
        <w:t>30:28</w:t>
      </w:r>
    </w:p>
    <w:p w14:paraId="09E6BCB7" w14:textId="6577CBDF" w:rsidR="00A93E13" w:rsidRDefault="00B3550E">
      <w:pPr>
        <w:spacing w:after="0"/>
      </w:pPr>
      <w:r>
        <w:rPr>
          <w:rFonts w:ascii="Arial" w:hAnsi="Arial"/>
        </w:rPr>
        <w:t>One’s warm 70 is has been sitting out of the fridge and one's cold 40 because it's been sitting in the freezer a little while but not enough to freeze it. So, if you felt them, you would feel a difference in temperature. But they're both gelled. They're still Jell-O.</w:t>
      </w:r>
    </w:p>
    <w:p w14:paraId="73E27F96" w14:textId="77777777" w:rsidR="00A93E13" w:rsidRDefault="00A93E13">
      <w:pPr>
        <w:spacing w:after="0"/>
      </w:pPr>
    </w:p>
    <w:p w14:paraId="534585CB" w14:textId="77777777" w:rsidR="00A93E13" w:rsidRDefault="00365114">
      <w:pPr>
        <w:spacing w:after="0"/>
      </w:pPr>
      <w:r>
        <w:rPr>
          <w:rFonts w:ascii="Arial" w:hAnsi="Arial"/>
          <w:b/>
        </w:rPr>
        <w:t xml:space="preserve">Participant #19:  </w:t>
      </w:r>
      <w:r>
        <w:rPr>
          <w:rFonts w:ascii="Arial" w:hAnsi="Arial"/>
          <w:color w:val="5D7284"/>
        </w:rPr>
        <w:t>30:49</w:t>
      </w:r>
    </w:p>
    <w:p w14:paraId="2D2A9098" w14:textId="77777777" w:rsidR="00A93E13" w:rsidRDefault="00365114">
      <w:pPr>
        <w:spacing w:after="0"/>
      </w:pPr>
      <w:r>
        <w:rPr>
          <w:rFonts w:ascii="Arial" w:hAnsi="Arial"/>
        </w:rPr>
        <w:t xml:space="preserve">I don't think they would mix. </w:t>
      </w:r>
    </w:p>
    <w:p w14:paraId="54F9D482" w14:textId="77777777" w:rsidR="00A93E13" w:rsidRDefault="00A93E13">
      <w:pPr>
        <w:spacing w:after="0"/>
      </w:pPr>
    </w:p>
    <w:p w14:paraId="0F5A6F66" w14:textId="77777777" w:rsidR="00A93E13" w:rsidRDefault="00365114">
      <w:pPr>
        <w:spacing w:after="0"/>
      </w:pPr>
      <w:r>
        <w:rPr>
          <w:rFonts w:ascii="Arial" w:hAnsi="Arial"/>
          <w:b/>
        </w:rPr>
        <w:t xml:space="preserve">Interviewer P:  </w:t>
      </w:r>
      <w:r>
        <w:rPr>
          <w:rFonts w:ascii="Arial" w:hAnsi="Arial"/>
          <w:color w:val="5D7284"/>
        </w:rPr>
        <w:t>30:50</w:t>
      </w:r>
    </w:p>
    <w:p w14:paraId="1B704C50" w14:textId="77777777" w:rsidR="00A93E13" w:rsidRDefault="00365114">
      <w:pPr>
        <w:spacing w:after="0"/>
      </w:pPr>
      <w:r>
        <w:rPr>
          <w:rFonts w:ascii="Arial" w:hAnsi="Arial"/>
        </w:rPr>
        <w:t>Okay.</w:t>
      </w:r>
    </w:p>
    <w:p w14:paraId="3E2C4BA4" w14:textId="77777777" w:rsidR="00A93E13" w:rsidRDefault="00A93E13">
      <w:pPr>
        <w:spacing w:after="0"/>
      </w:pPr>
    </w:p>
    <w:p w14:paraId="445E9D5B" w14:textId="77777777" w:rsidR="00A93E13" w:rsidRDefault="00365114">
      <w:pPr>
        <w:spacing w:after="0"/>
      </w:pPr>
      <w:r>
        <w:rPr>
          <w:rFonts w:ascii="Arial" w:hAnsi="Arial"/>
          <w:b/>
        </w:rPr>
        <w:t xml:space="preserve">Participant #19:  </w:t>
      </w:r>
      <w:r>
        <w:rPr>
          <w:rFonts w:ascii="Arial" w:hAnsi="Arial"/>
          <w:color w:val="5D7284"/>
        </w:rPr>
        <w:t>30:51</w:t>
      </w:r>
    </w:p>
    <w:p w14:paraId="7CC79089" w14:textId="18BB82B6" w:rsidR="00A93E13" w:rsidRDefault="00B3550E">
      <w:pPr>
        <w:spacing w:after="0"/>
      </w:pPr>
      <w:r>
        <w:rPr>
          <w:rFonts w:ascii="Arial" w:hAnsi="Arial"/>
        </w:rPr>
        <w:t>So, gels like it's not like small chunky, right? It's not really liquidly.</w:t>
      </w:r>
    </w:p>
    <w:p w14:paraId="0F00C7DE" w14:textId="77777777" w:rsidR="00A93E13" w:rsidRDefault="00A93E13">
      <w:pPr>
        <w:spacing w:after="0"/>
      </w:pPr>
    </w:p>
    <w:p w14:paraId="2C0038EF" w14:textId="77777777" w:rsidR="00A93E13" w:rsidRDefault="00365114">
      <w:pPr>
        <w:spacing w:after="0"/>
      </w:pPr>
      <w:r>
        <w:rPr>
          <w:rFonts w:ascii="Arial" w:hAnsi="Arial"/>
          <w:b/>
        </w:rPr>
        <w:t xml:space="preserve">Interviewer P:  </w:t>
      </w:r>
      <w:r>
        <w:rPr>
          <w:rFonts w:ascii="Arial" w:hAnsi="Arial"/>
          <w:color w:val="5D7284"/>
        </w:rPr>
        <w:t>30:56</w:t>
      </w:r>
    </w:p>
    <w:p w14:paraId="1F9505E3" w14:textId="77777777" w:rsidR="00A93E13" w:rsidRDefault="00365114">
      <w:pPr>
        <w:spacing w:after="0"/>
      </w:pPr>
      <w:r>
        <w:rPr>
          <w:rFonts w:ascii="Arial" w:hAnsi="Arial"/>
        </w:rPr>
        <w:t>Have you had Jell-O?</w:t>
      </w:r>
    </w:p>
    <w:p w14:paraId="330F9FDF" w14:textId="77777777" w:rsidR="00A93E13" w:rsidRDefault="00A93E13">
      <w:pPr>
        <w:spacing w:after="0"/>
      </w:pPr>
    </w:p>
    <w:p w14:paraId="7974EFA5" w14:textId="77777777" w:rsidR="00A93E13" w:rsidRDefault="00365114">
      <w:pPr>
        <w:spacing w:after="0"/>
      </w:pPr>
      <w:r>
        <w:rPr>
          <w:rFonts w:ascii="Arial" w:hAnsi="Arial"/>
          <w:b/>
        </w:rPr>
        <w:t xml:space="preserve">Participant #19:  </w:t>
      </w:r>
      <w:r>
        <w:rPr>
          <w:rFonts w:ascii="Arial" w:hAnsi="Arial"/>
          <w:color w:val="5D7284"/>
        </w:rPr>
        <w:t>30:58</w:t>
      </w:r>
    </w:p>
    <w:p w14:paraId="161A91A4" w14:textId="77777777" w:rsidR="00A93E13" w:rsidRDefault="00365114">
      <w:pPr>
        <w:spacing w:after="0"/>
      </w:pPr>
      <w:r>
        <w:rPr>
          <w:rFonts w:ascii="Arial" w:hAnsi="Arial"/>
        </w:rPr>
        <w:t xml:space="preserve">Oh, that Oh, yeah. Yeah. When I was younger? Yeah. </w:t>
      </w:r>
    </w:p>
    <w:p w14:paraId="14520E6E" w14:textId="77777777" w:rsidR="00A93E13" w:rsidRDefault="00A93E13">
      <w:pPr>
        <w:spacing w:after="0"/>
      </w:pPr>
    </w:p>
    <w:p w14:paraId="2B00613D" w14:textId="77777777" w:rsidR="00A93E13" w:rsidRDefault="00365114">
      <w:pPr>
        <w:spacing w:after="0"/>
      </w:pPr>
      <w:r>
        <w:rPr>
          <w:rFonts w:ascii="Arial" w:hAnsi="Arial"/>
          <w:b/>
        </w:rPr>
        <w:t xml:space="preserve">Interviewer P:  </w:t>
      </w:r>
      <w:r>
        <w:rPr>
          <w:rFonts w:ascii="Arial" w:hAnsi="Arial"/>
          <w:color w:val="5D7284"/>
        </w:rPr>
        <w:t>31:05</w:t>
      </w:r>
    </w:p>
    <w:p w14:paraId="489F1B61" w14:textId="77777777" w:rsidR="00A93E13" w:rsidRDefault="00365114">
      <w:pPr>
        <w:spacing w:after="0"/>
      </w:pPr>
      <w:r>
        <w:rPr>
          <w:rFonts w:ascii="Arial" w:hAnsi="Arial"/>
        </w:rPr>
        <w:t xml:space="preserve">Yeah. </w:t>
      </w:r>
    </w:p>
    <w:p w14:paraId="1AEA3740" w14:textId="77777777" w:rsidR="00A93E13" w:rsidRDefault="00A93E13">
      <w:pPr>
        <w:spacing w:after="0"/>
      </w:pPr>
    </w:p>
    <w:p w14:paraId="26565204" w14:textId="77777777" w:rsidR="00A93E13" w:rsidRDefault="00365114">
      <w:pPr>
        <w:spacing w:after="0"/>
      </w:pPr>
      <w:r>
        <w:rPr>
          <w:rFonts w:ascii="Arial" w:hAnsi="Arial"/>
          <w:b/>
        </w:rPr>
        <w:lastRenderedPageBreak/>
        <w:t xml:space="preserve">Participant #19:  </w:t>
      </w:r>
      <w:r>
        <w:rPr>
          <w:rFonts w:ascii="Arial" w:hAnsi="Arial"/>
          <w:color w:val="5D7284"/>
        </w:rPr>
        <w:t>31:06</w:t>
      </w:r>
    </w:p>
    <w:p w14:paraId="58952D08" w14:textId="77777777" w:rsidR="00A93E13" w:rsidRDefault="00365114">
      <w:pPr>
        <w:spacing w:after="0"/>
      </w:pPr>
      <w:r>
        <w:rPr>
          <w:rFonts w:ascii="Arial" w:hAnsi="Arial"/>
        </w:rPr>
        <w:t xml:space="preserve">I don't think it would mix. </w:t>
      </w:r>
    </w:p>
    <w:p w14:paraId="6DED73FB" w14:textId="77777777" w:rsidR="00A93E13" w:rsidRDefault="00A93E13">
      <w:pPr>
        <w:spacing w:after="0"/>
      </w:pPr>
    </w:p>
    <w:p w14:paraId="4987497D" w14:textId="77777777" w:rsidR="00A93E13" w:rsidRDefault="00365114">
      <w:pPr>
        <w:spacing w:after="0"/>
      </w:pPr>
      <w:r>
        <w:rPr>
          <w:rFonts w:ascii="Arial" w:hAnsi="Arial"/>
          <w:b/>
        </w:rPr>
        <w:t xml:space="preserve">Interviewer P:  </w:t>
      </w:r>
      <w:r>
        <w:rPr>
          <w:rFonts w:ascii="Arial" w:hAnsi="Arial"/>
          <w:color w:val="5D7284"/>
        </w:rPr>
        <w:t>31:07</w:t>
      </w:r>
    </w:p>
    <w:p w14:paraId="661B0A10" w14:textId="77777777" w:rsidR="00A93E13" w:rsidRDefault="00365114">
      <w:pPr>
        <w:spacing w:after="0"/>
      </w:pPr>
      <w:r>
        <w:rPr>
          <w:rFonts w:ascii="Arial" w:hAnsi="Arial"/>
        </w:rPr>
        <w:t>Yeah.</w:t>
      </w:r>
    </w:p>
    <w:p w14:paraId="365DF6DB" w14:textId="77777777" w:rsidR="00A93E13" w:rsidRDefault="00A93E13">
      <w:pPr>
        <w:spacing w:after="0"/>
      </w:pPr>
    </w:p>
    <w:p w14:paraId="4DD410BD" w14:textId="77777777" w:rsidR="00A93E13" w:rsidRDefault="00365114">
      <w:pPr>
        <w:spacing w:after="0"/>
      </w:pPr>
      <w:r>
        <w:rPr>
          <w:rFonts w:ascii="Arial" w:hAnsi="Arial"/>
          <w:b/>
        </w:rPr>
        <w:t xml:space="preserve">Participant #19:  </w:t>
      </w:r>
      <w:r>
        <w:rPr>
          <w:rFonts w:ascii="Arial" w:hAnsi="Arial"/>
          <w:color w:val="5D7284"/>
        </w:rPr>
        <w:t>31:08</w:t>
      </w:r>
    </w:p>
    <w:p w14:paraId="5B93130D" w14:textId="77777777" w:rsidR="00A93E13" w:rsidRDefault="00365114">
      <w:pPr>
        <w:spacing w:after="0"/>
      </w:pPr>
      <w:r>
        <w:rPr>
          <w:rFonts w:ascii="Arial" w:hAnsi="Arial"/>
        </w:rPr>
        <w:t xml:space="preserve"> Yeah.</w:t>
      </w:r>
    </w:p>
    <w:p w14:paraId="344EC53F" w14:textId="77777777" w:rsidR="00A93E13" w:rsidRDefault="00A93E13">
      <w:pPr>
        <w:spacing w:after="0"/>
      </w:pPr>
    </w:p>
    <w:p w14:paraId="4CF1CE77" w14:textId="77777777" w:rsidR="00A93E13" w:rsidRDefault="00365114">
      <w:pPr>
        <w:spacing w:after="0"/>
      </w:pPr>
      <w:r>
        <w:rPr>
          <w:rFonts w:ascii="Arial" w:hAnsi="Arial"/>
          <w:b/>
        </w:rPr>
        <w:t xml:space="preserve">Interviewer P:  </w:t>
      </w:r>
      <w:r>
        <w:rPr>
          <w:rFonts w:ascii="Arial" w:hAnsi="Arial"/>
          <w:color w:val="5D7284"/>
        </w:rPr>
        <w:t>31:09</w:t>
      </w:r>
    </w:p>
    <w:p w14:paraId="738A7721" w14:textId="77777777" w:rsidR="00A93E13" w:rsidRDefault="00365114">
      <w:pPr>
        <w:spacing w:after="0"/>
      </w:pPr>
      <w:r>
        <w:rPr>
          <w:rFonts w:ascii="Arial" w:hAnsi="Arial"/>
        </w:rPr>
        <w:t xml:space="preserve">Just sit there. </w:t>
      </w:r>
    </w:p>
    <w:p w14:paraId="22092D45" w14:textId="77777777" w:rsidR="00A93E13" w:rsidRDefault="00A93E13">
      <w:pPr>
        <w:spacing w:after="0"/>
      </w:pPr>
    </w:p>
    <w:p w14:paraId="551A6258" w14:textId="77777777" w:rsidR="00A93E13" w:rsidRDefault="00365114">
      <w:pPr>
        <w:spacing w:after="0"/>
      </w:pPr>
      <w:r>
        <w:rPr>
          <w:rFonts w:ascii="Arial" w:hAnsi="Arial"/>
          <w:b/>
        </w:rPr>
        <w:t xml:space="preserve">Participant #19:  </w:t>
      </w:r>
      <w:r>
        <w:rPr>
          <w:rFonts w:ascii="Arial" w:hAnsi="Arial"/>
          <w:color w:val="5D7284"/>
        </w:rPr>
        <w:t>31:09</w:t>
      </w:r>
    </w:p>
    <w:p w14:paraId="703B9F3C" w14:textId="77777777" w:rsidR="00A93E13" w:rsidRDefault="00365114">
      <w:pPr>
        <w:spacing w:after="0"/>
      </w:pPr>
      <w:r>
        <w:rPr>
          <w:rFonts w:ascii="Arial" w:hAnsi="Arial"/>
        </w:rPr>
        <w:t>Yeah.</w:t>
      </w:r>
    </w:p>
    <w:p w14:paraId="3A58B5C3" w14:textId="77777777" w:rsidR="00A93E13" w:rsidRDefault="00A93E13">
      <w:pPr>
        <w:spacing w:after="0"/>
      </w:pPr>
    </w:p>
    <w:p w14:paraId="7841C224" w14:textId="77777777" w:rsidR="00A93E13" w:rsidRDefault="00365114">
      <w:pPr>
        <w:spacing w:after="0"/>
      </w:pPr>
      <w:r>
        <w:rPr>
          <w:rFonts w:ascii="Arial" w:hAnsi="Arial"/>
          <w:b/>
        </w:rPr>
        <w:t xml:space="preserve">Interviewer P:  </w:t>
      </w:r>
      <w:r>
        <w:rPr>
          <w:rFonts w:ascii="Arial" w:hAnsi="Arial"/>
          <w:color w:val="5D7284"/>
        </w:rPr>
        <w:t>31:10</w:t>
      </w:r>
    </w:p>
    <w:p w14:paraId="0DC1EA26" w14:textId="77777777" w:rsidR="00A93E13" w:rsidRDefault="00365114">
      <w:pPr>
        <w:spacing w:after="0"/>
      </w:pPr>
      <w:r>
        <w:rPr>
          <w:rFonts w:ascii="Arial" w:hAnsi="Arial"/>
        </w:rPr>
        <w:t xml:space="preserve"> Do you think that eventually the Jell-O would all come to the same temperature?</w:t>
      </w:r>
    </w:p>
    <w:p w14:paraId="63406C13" w14:textId="77777777" w:rsidR="00A93E13" w:rsidRDefault="00A93E13">
      <w:pPr>
        <w:spacing w:after="0"/>
      </w:pPr>
    </w:p>
    <w:p w14:paraId="397EFE8D" w14:textId="77777777" w:rsidR="00A93E13" w:rsidRDefault="00365114">
      <w:pPr>
        <w:spacing w:after="0"/>
      </w:pPr>
      <w:r>
        <w:rPr>
          <w:rFonts w:ascii="Arial" w:hAnsi="Arial"/>
          <w:b/>
        </w:rPr>
        <w:t xml:space="preserve">Participant #19:  </w:t>
      </w:r>
      <w:r>
        <w:rPr>
          <w:rFonts w:ascii="Arial" w:hAnsi="Arial"/>
          <w:color w:val="5D7284"/>
        </w:rPr>
        <w:t>31:18</w:t>
      </w:r>
    </w:p>
    <w:p w14:paraId="57F84568" w14:textId="3583C749" w:rsidR="00A93E13" w:rsidRDefault="00365114">
      <w:pPr>
        <w:spacing w:after="0"/>
      </w:pPr>
      <w:r>
        <w:rPr>
          <w:rFonts w:ascii="Arial" w:hAnsi="Arial"/>
        </w:rPr>
        <w:t xml:space="preserve">It might take longer. I don't know. Something about like Jell-O. It's more compact. </w:t>
      </w:r>
      <w:r w:rsidR="00B3550E">
        <w:rPr>
          <w:rFonts w:ascii="Arial" w:hAnsi="Arial"/>
        </w:rPr>
        <w:t>So,</w:t>
      </w:r>
      <w:r>
        <w:rPr>
          <w:rFonts w:ascii="Arial" w:hAnsi="Arial"/>
        </w:rPr>
        <w:t xml:space="preserve"> I don't know if it would like the warmth would stay warm longer. But maybe over time, yeah.</w:t>
      </w:r>
    </w:p>
    <w:p w14:paraId="6A8B8CFB" w14:textId="77777777" w:rsidR="00A93E13" w:rsidRDefault="00A93E13">
      <w:pPr>
        <w:spacing w:after="0"/>
      </w:pPr>
    </w:p>
    <w:p w14:paraId="06AC7019" w14:textId="77777777" w:rsidR="00A93E13" w:rsidRDefault="00365114">
      <w:pPr>
        <w:spacing w:after="0"/>
      </w:pPr>
      <w:r>
        <w:rPr>
          <w:rFonts w:ascii="Arial" w:hAnsi="Arial"/>
          <w:b/>
        </w:rPr>
        <w:t xml:space="preserve">Interviewer P:  </w:t>
      </w:r>
      <w:r>
        <w:rPr>
          <w:rFonts w:ascii="Arial" w:hAnsi="Arial"/>
          <w:color w:val="5D7284"/>
        </w:rPr>
        <w:t>31:36</w:t>
      </w:r>
    </w:p>
    <w:p w14:paraId="20552CAD" w14:textId="5730143B" w:rsidR="00A93E13" w:rsidRDefault="00365114">
      <w:pPr>
        <w:spacing w:after="0"/>
      </w:pPr>
      <w:r>
        <w:rPr>
          <w:rFonts w:ascii="Arial" w:hAnsi="Arial"/>
        </w:rPr>
        <w:t xml:space="preserve">And then once they're the same temperature, do you think that they would still say separate. Again. They haven't it hasn't liquefied. </w:t>
      </w:r>
      <w:r w:rsidR="00B3550E">
        <w:rPr>
          <w:rFonts w:ascii="Arial" w:hAnsi="Arial"/>
        </w:rPr>
        <w:t>So,</w:t>
      </w:r>
      <w:r>
        <w:rPr>
          <w:rFonts w:ascii="Arial" w:hAnsi="Arial"/>
        </w:rPr>
        <w:t xml:space="preserve"> it's still Jell-O. But do you think that they would still stay red and blue on their sides. If they were the same temperature?</w:t>
      </w:r>
    </w:p>
    <w:p w14:paraId="7E9FA829" w14:textId="77777777" w:rsidR="00A93E13" w:rsidRDefault="00A93E13">
      <w:pPr>
        <w:spacing w:after="0"/>
      </w:pPr>
    </w:p>
    <w:p w14:paraId="4E031964" w14:textId="77777777" w:rsidR="00A93E13" w:rsidRDefault="00365114">
      <w:pPr>
        <w:spacing w:after="0"/>
      </w:pPr>
      <w:r>
        <w:rPr>
          <w:rFonts w:ascii="Arial" w:hAnsi="Arial"/>
          <w:b/>
        </w:rPr>
        <w:t xml:space="preserve">Participant #19:  </w:t>
      </w:r>
      <w:r>
        <w:rPr>
          <w:rFonts w:ascii="Arial" w:hAnsi="Arial"/>
          <w:color w:val="5D7284"/>
        </w:rPr>
        <w:t>31:50</w:t>
      </w:r>
    </w:p>
    <w:p w14:paraId="67F1EBC4" w14:textId="29B5A86B" w:rsidR="00A93E13" w:rsidRDefault="00365114">
      <w:pPr>
        <w:spacing w:after="0"/>
      </w:pPr>
      <w:r>
        <w:rPr>
          <w:rFonts w:ascii="Arial" w:hAnsi="Arial"/>
        </w:rPr>
        <w:t xml:space="preserve"> </w:t>
      </w:r>
      <w:r w:rsidR="00B3550E">
        <w:rPr>
          <w:rFonts w:ascii="Arial" w:hAnsi="Arial"/>
        </w:rPr>
        <w:t>Yeah,</w:t>
      </w:r>
      <w:r>
        <w:rPr>
          <w:rFonts w:ascii="Arial" w:hAnsi="Arial"/>
        </w:rPr>
        <w:t xml:space="preserve"> I think so, yeah. </w:t>
      </w:r>
    </w:p>
    <w:p w14:paraId="46EEA142" w14:textId="77777777" w:rsidR="00A93E13" w:rsidRDefault="00A93E13">
      <w:pPr>
        <w:spacing w:after="0"/>
      </w:pPr>
    </w:p>
    <w:p w14:paraId="4BAD3FC3" w14:textId="77777777" w:rsidR="00A93E13" w:rsidRDefault="00365114">
      <w:pPr>
        <w:spacing w:after="0"/>
      </w:pPr>
      <w:r>
        <w:rPr>
          <w:rFonts w:ascii="Arial" w:hAnsi="Arial"/>
          <w:b/>
        </w:rPr>
        <w:t xml:space="preserve">Interviewer P:  </w:t>
      </w:r>
      <w:r>
        <w:rPr>
          <w:rFonts w:ascii="Arial" w:hAnsi="Arial"/>
          <w:color w:val="5D7284"/>
        </w:rPr>
        <w:t>31:53</w:t>
      </w:r>
    </w:p>
    <w:p w14:paraId="5073ED10" w14:textId="25A5FF2B" w:rsidR="00A93E13" w:rsidRDefault="00365114">
      <w:pPr>
        <w:spacing w:after="0"/>
      </w:pPr>
      <w:r>
        <w:rPr>
          <w:rFonts w:ascii="Arial" w:hAnsi="Arial"/>
        </w:rPr>
        <w:t xml:space="preserve">Okay, we are going to switch to from rectangular tanks to circular ones. </w:t>
      </w:r>
      <w:r w:rsidR="00B3550E">
        <w:rPr>
          <w:rFonts w:ascii="Arial" w:hAnsi="Arial"/>
        </w:rPr>
        <w:t>So,</w:t>
      </w:r>
      <w:r>
        <w:rPr>
          <w:rFonts w:ascii="Arial" w:hAnsi="Arial"/>
        </w:rPr>
        <w:t xml:space="preserve"> I have that sitting over there. And the only reason I have it sitting over there is because if I put it on the table, we bump it and then it jiggles. Okay. And what I want is for it to be still still water. And then I have a substance here which is a crystal dye. </w:t>
      </w:r>
      <w:r w:rsidR="00B3550E">
        <w:rPr>
          <w:rFonts w:ascii="Arial" w:hAnsi="Arial"/>
        </w:rPr>
        <w:t>So,</w:t>
      </w:r>
      <w:r>
        <w:rPr>
          <w:rFonts w:ascii="Arial" w:hAnsi="Arial"/>
        </w:rPr>
        <w:t xml:space="preserve"> it's like food color, except it's a solid instead of a liquid. It's called potassium </w:t>
      </w:r>
      <w:r w:rsidR="00B3550E">
        <w:rPr>
          <w:rFonts w:ascii="Arial" w:hAnsi="Arial"/>
        </w:rPr>
        <w:t>permanganate;</w:t>
      </w:r>
      <w:r>
        <w:rPr>
          <w:rFonts w:ascii="Arial" w:hAnsi="Arial"/>
        </w:rPr>
        <w:t xml:space="preserve"> </w:t>
      </w:r>
      <w:r w:rsidR="00B3550E">
        <w:rPr>
          <w:rFonts w:ascii="Arial" w:hAnsi="Arial"/>
        </w:rPr>
        <w:t>it</w:t>
      </w:r>
      <w:r>
        <w:rPr>
          <w:rFonts w:ascii="Arial" w:hAnsi="Arial"/>
        </w:rPr>
        <w:t xml:space="preserve"> looks like that. </w:t>
      </w:r>
      <w:r w:rsidR="00B3550E">
        <w:rPr>
          <w:rFonts w:ascii="Arial" w:hAnsi="Arial"/>
        </w:rPr>
        <w:t>So,</w:t>
      </w:r>
      <w:r>
        <w:rPr>
          <w:rFonts w:ascii="Arial" w:hAnsi="Arial"/>
        </w:rPr>
        <w:t xml:space="preserve"> I'm going to put some of this into that still circled tank of water, just so that you can see what it looks like. It </w:t>
      </w:r>
      <w:r>
        <w:rPr>
          <w:rFonts w:ascii="Arial" w:hAnsi="Arial"/>
        </w:rPr>
        <w:t xml:space="preserve">sinks to the </w:t>
      </w:r>
      <w:r w:rsidR="00B3550E">
        <w:rPr>
          <w:rFonts w:ascii="Arial" w:hAnsi="Arial"/>
        </w:rPr>
        <w:t>bottom,</w:t>
      </w:r>
      <w:r>
        <w:rPr>
          <w:rFonts w:ascii="Arial" w:hAnsi="Arial"/>
        </w:rPr>
        <w:t xml:space="preserve"> but it colors the water on the way down.</w:t>
      </w:r>
    </w:p>
    <w:p w14:paraId="0A5A54C2" w14:textId="77777777" w:rsidR="00A93E13" w:rsidRDefault="00A93E13">
      <w:pPr>
        <w:spacing w:after="0"/>
      </w:pPr>
    </w:p>
    <w:p w14:paraId="46725711" w14:textId="77777777" w:rsidR="00A93E13" w:rsidRDefault="00365114">
      <w:pPr>
        <w:spacing w:after="0"/>
      </w:pPr>
      <w:r>
        <w:rPr>
          <w:rFonts w:ascii="Arial" w:hAnsi="Arial"/>
          <w:b/>
        </w:rPr>
        <w:t xml:space="preserve">Participant #19:  </w:t>
      </w:r>
      <w:r>
        <w:rPr>
          <w:rFonts w:ascii="Arial" w:hAnsi="Arial"/>
          <w:color w:val="5D7284"/>
        </w:rPr>
        <w:t>32:53</w:t>
      </w:r>
    </w:p>
    <w:p w14:paraId="2B82F0AF" w14:textId="77777777" w:rsidR="00A93E13" w:rsidRDefault="00365114">
      <w:pPr>
        <w:spacing w:after="0"/>
      </w:pPr>
      <w:r>
        <w:rPr>
          <w:rFonts w:ascii="Arial" w:hAnsi="Arial"/>
        </w:rPr>
        <w:t>Gonna change colors, oh okay.</w:t>
      </w:r>
    </w:p>
    <w:p w14:paraId="59582451" w14:textId="77777777" w:rsidR="00A93E13" w:rsidRDefault="00A93E13">
      <w:pPr>
        <w:spacing w:after="0"/>
      </w:pPr>
    </w:p>
    <w:p w14:paraId="257620DA" w14:textId="77777777" w:rsidR="00A93E13" w:rsidRDefault="00365114">
      <w:pPr>
        <w:spacing w:after="0"/>
      </w:pPr>
      <w:r>
        <w:rPr>
          <w:rFonts w:ascii="Arial" w:hAnsi="Arial"/>
          <w:b/>
        </w:rPr>
        <w:t xml:space="preserve">Interviewer P:  </w:t>
      </w:r>
      <w:r>
        <w:rPr>
          <w:rFonts w:ascii="Arial" w:hAnsi="Arial"/>
          <w:color w:val="5D7284"/>
        </w:rPr>
        <w:t>33:04</w:t>
      </w:r>
    </w:p>
    <w:p w14:paraId="3FD7147A" w14:textId="6CBFB475" w:rsidR="00A93E13" w:rsidRDefault="00B3550E">
      <w:pPr>
        <w:spacing w:after="0"/>
      </w:pPr>
      <w:r>
        <w:rPr>
          <w:rFonts w:ascii="Arial" w:hAnsi="Arial"/>
        </w:rPr>
        <w:t>So, what surprises you about that anything?</w:t>
      </w:r>
    </w:p>
    <w:p w14:paraId="39395886" w14:textId="77777777" w:rsidR="00A93E13" w:rsidRDefault="00A93E13">
      <w:pPr>
        <w:spacing w:after="0"/>
      </w:pPr>
    </w:p>
    <w:p w14:paraId="6805DC1A" w14:textId="77777777" w:rsidR="00A93E13" w:rsidRDefault="00365114">
      <w:pPr>
        <w:spacing w:after="0"/>
      </w:pPr>
      <w:r>
        <w:rPr>
          <w:rFonts w:ascii="Arial" w:hAnsi="Arial"/>
          <w:b/>
        </w:rPr>
        <w:lastRenderedPageBreak/>
        <w:t xml:space="preserve">Participant #19:  </w:t>
      </w:r>
      <w:r>
        <w:rPr>
          <w:rFonts w:ascii="Arial" w:hAnsi="Arial"/>
          <w:color w:val="5D7284"/>
        </w:rPr>
        <w:t>33:06</w:t>
      </w:r>
    </w:p>
    <w:p w14:paraId="43D9BFF7" w14:textId="77777777" w:rsidR="00A93E13" w:rsidRDefault="00365114">
      <w:pPr>
        <w:spacing w:after="0"/>
      </w:pPr>
      <w:r>
        <w:rPr>
          <w:rFonts w:ascii="Arial" w:hAnsi="Arial"/>
        </w:rPr>
        <w:t xml:space="preserve">I didn't know. It was like, I thought it would be black. </w:t>
      </w:r>
    </w:p>
    <w:p w14:paraId="13A63D80" w14:textId="77777777" w:rsidR="00A93E13" w:rsidRDefault="00A93E13">
      <w:pPr>
        <w:spacing w:after="0"/>
      </w:pPr>
    </w:p>
    <w:p w14:paraId="6B921803" w14:textId="77777777" w:rsidR="00A93E13" w:rsidRDefault="00365114">
      <w:pPr>
        <w:spacing w:after="0"/>
      </w:pPr>
      <w:r>
        <w:rPr>
          <w:rFonts w:ascii="Arial" w:hAnsi="Arial"/>
          <w:b/>
        </w:rPr>
        <w:t xml:space="preserve">Interviewer P:  </w:t>
      </w:r>
      <w:r>
        <w:rPr>
          <w:rFonts w:ascii="Arial" w:hAnsi="Arial"/>
          <w:color w:val="5D7284"/>
        </w:rPr>
        <w:t>33:09</w:t>
      </w:r>
    </w:p>
    <w:p w14:paraId="5EB013FD" w14:textId="77777777" w:rsidR="00A93E13" w:rsidRDefault="00365114">
      <w:pPr>
        <w:spacing w:after="0"/>
      </w:pPr>
      <w:r>
        <w:rPr>
          <w:rFonts w:ascii="Arial" w:hAnsi="Arial"/>
        </w:rPr>
        <w:t xml:space="preserve">Yeah, yeah. Because it looks black. And it's actually purple. </w:t>
      </w:r>
    </w:p>
    <w:p w14:paraId="23FBB624" w14:textId="77777777" w:rsidR="00A93E13" w:rsidRDefault="00A93E13">
      <w:pPr>
        <w:spacing w:after="0"/>
      </w:pPr>
    </w:p>
    <w:p w14:paraId="0A8745C5" w14:textId="77777777" w:rsidR="00A93E13" w:rsidRDefault="00365114">
      <w:pPr>
        <w:spacing w:after="0"/>
      </w:pPr>
      <w:r>
        <w:rPr>
          <w:rFonts w:ascii="Arial" w:hAnsi="Arial"/>
          <w:b/>
        </w:rPr>
        <w:t xml:space="preserve">Participant #19:  </w:t>
      </w:r>
      <w:r>
        <w:rPr>
          <w:rFonts w:ascii="Arial" w:hAnsi="Arial"/>
          <w:color w:val="5D7284"/>
        </w:rPr>
        <w:t>33:13</w:t>
      </w:r>
    </w:p>
    <w:p w14:paraId="028C3D02" w14:textId="77777777" w:rsidR="00A93E13" w:rsidRDefault="00365114">
      <w:pPr>
        <w:spacing w:after="0"/>
      </w:pPr>
      <w:r>
        <w:rPr>
          <w:rFonts w:ascii="Arial" w:hAnsi="Arial"/>
        </w:rPr>
        <w:t>Yeah. It's like not moving. It's like staying in one string.</w:t>
      </w:r>
    </w:p>
    <w:p w14:paraId="590D302B" w14:textId="77777777" w:rsidR="00A93E13" w:rsidRDefault="00A93E13">
      <w:pPr>
        <w:spacing w:after="0"/>
      </w:pPr>
    </w:p>
    <w:p w14:paraId="69FDD589" w14:textId="77777777" w:rsidR="00A93E13" w:rsidRDefault="00365114">
      <w:pPr>
        <w:spacing w:after="0"/>
      </w:pPr>
      <w:r>
        <w:rPr>
          <w:rFonts w:ascii="Arial" w:hAnsi="Arial"/>
          <w:b/>
        </w:rPr>
        <w:t xml:space="preserve">Interviewer P:  </w:t>
      </w:r>
      <w:r>
        <w:rPr>
          <w:rFonts w:ascii="Arial" w:hAnsi="Arial"/>
          <w:color w:val="5D7284"/>
        </w:rPr>
        <w:t>33:20</w:t>
      </w:r>
    </w:p>
    <w:p w14:paraId="49F5D989" w14:textId="77777777" w:rsidR="00A93E13" w:rsidRDefault="00365114">
      <w:pPr>
        <w:spacing w:after="0"/>
      </w:pPr>
      <w:r>
        <w:rPr>
          <w:rFonts w:ascii="Arial" w:hAnsi="Arial"/>
        </w:rPr>
        <w:t>Streak yeah.</w:t>
      </w:r>
    </w:p>
    <w:p w14:paraId="77A744C4" w14:textId="77777777" w:rsidR="00A93E13" w:rsidRDefault="00A93E13">
      <w:pPr>
        <w:spacing w:after="0"/>
      </w:pPr>
    </w:p>
    <w:p w14:paraId="670617E6" w14:textId="77777777" w:rsidR="00A93E13" w:rsidRDefault="00365114">
      <w:pPr>
        <w:spacing w:after="0"/>
      </w:pPr>
      <w:r>
        <w:rPr>
          <w:rFonts w:ascii="Arial" w:hAnsi="Arial"/>
          <w:b/>
        </w:rPr>
        <w:t xml:space="preserve">Participant #19:  </w:t>
      </w:r>
      <w:r>
        <w:rPr>
          <w:rFonts w:ascii="Arial" w:hAnsi="Arial"/>
          <w:color w:val="5D7284"/>
        </w:rPr>
        <w:t>33:20</w:t>
      </w:r>
    </w:p>
    <w:p w14:paraId="6FCFC6C4" w14:textId="77777777" w:rsidR="00A93E13" w:rsidRDefault="00365114">
      <w:pPr>
        <w:spacing w:after="0"/>
      </w:pPr>
      <w:r>
        <w:rPr>
          <w:rFonts w:ascii="Arial" w:hAnsi="Arial"/>
        </w:rPr>
        <w:t>Yeah. Like the bottom looks more darker. I guess or is that the top.</w:t>
      </w:r>
    </w:p>
    <w:p w14:paraId="110942D8" w14:textId="77777777" w:rsidR="00A93E13" w:rsidRDefault="00A93E13">
      <w:pPr>
        <w:spacing w:after="0"/>
      </w:pPr>
    </w:p>
    <w:p w14:paraId="2B5612B1" w14:textId="77777777" w:rsidR="00A93E13" w:rsidRDefault="00365114">
      <w:pPr>
        <w:spacing w:after="0"/>
      </w:pPr>
      <w:r>
        <w:rPr>
          <w:rFonts w:ascii="Arial" w:hAnsi="Arial"/>
          <w:b/>
        </w:rPr>
        <w:t xml:space="preserve">Interviewer P:  </w:t>
      </w:r>
      <w:r>
        <w:rPr>
          <w:rFonts w:ascii="Arial" w:hAnsi="Arial"/>
          <w:color w:val="5D7284"/>
        </w:rPr>
        <w:t>33:26</w:t>
      </w:r>
    </w:p>
    <w:p w14:paraId="2017C8F3" w14:textId="77777777" w:rsidR="00A93E13" w:rsidRDefault="00365114">
      <w:pPr>
        <w:spacing w:after="0"/>
      </w:pPr>
      <w:r>
        <w:rPr>
          <w:rFonts w:ascii="Arial" w:hAnsi="Arial"/>
        </w:rPr>
        <w:t>You can stand up. If you want to see the difference in the top and the bottom.</w:t>
      </w:r>
    </w:p>
    <w:p w14:paraId="4B84D20A" w14:textId="77777777" w:rsidR="00A93E13" w:rsidRDefault="00A93E13">
      <w:pPr>
        <w:spacing w:after="0"/>
      </w:pPr>
    </w:p>
    <w:p w14:paraId="417AB993" w14:textId="77777777" w:rsidR="00A93E13" w:rsidRDefault="00365114">
      <w:pPr>
        <w:spacing w:after="0"/>
      </w:pPr>
      <w:r>
        <w:rPr>
          <w:rFonts w:ascii="Arial" w:hAnsi="Arial"/>
          <w:b/>
        </w:rPr>
        <w:t xml:space="preserve">Participant #19:  </w:t>
      </w:r>
      <w:r>
        <w:rPr>
          <w:rFonts w:ascii="Arial" w:hAnsi="Arial"/>
          <w:color w:val="5D7284"/>
        </w:rPr>
        <w:t>33:32</w:t>
      </w:r>
    </w:p>
    <w:p w14:paraId="1C2E247B" w14:textId="18B8450B" w:rsidR="00A93E13" w:rsidRDefault="00365114">
      <w:pPr>
        <w:spacing w:after="0"/>
      </w:pPr>
      <w:r>
        <w:rPr>
          <w:rFonts w:ascii="Arial" w:hAnsi="Arial"/>
        </w:rPr>
        <w:t xml:space="preserve">Well, the one over there is kind of like, still like darker, I guess. </w:t>
      </w:r>
      <w:r w:rsidR="00B3550E">
        <w:rPr>
          <w:rFonts w:ascii="Arial" w:hAnsi="Arial"/>
        </w:rPr>
        <w:t>So,</w:t>
      </w:r>
      <w:r>
        <w:rPr>
          <w:rFonts w:ascii="Arial" w:hAnsi="Arial"/>
        </w:rPr>
        <w:t xml:space="preserve"> like comes like strings down. But then when it gets to the bottom, like separate.</w:t>
      </w:r>
    </w:p>
    <w:p w14:paraId="313A41A0" w14:textId="77777777" w:rsidR="00A93E13" w:rsidRDefault="00A93E13">
      <w:pPr>
        <w:spacing w:after="0"/>
      </w:pPr>
    </w:p>
    <w:p w14:paraId="22F460C8" w14:textId="77777777" w:rsidR="00A93E13" w:rsidRDefault="00365114">
      <w:pPr>
        <w:spacing w:after="0"/>
      </w:pPr>
      <w:r>
        <w:rPr>
          <w:rFonts w:ascii="Arial" w:hAnsi="Arial"/>
          <w:b/>
        </w:rPr>
        <w:t xml:space="preserve">Interviewer P:  </w:t>
      </w:r>
      <w:r>
        <w:rPr>
          <w:rFonts w:ascii="Arial" w:hAnsi="Arial"/>
          <w:color w:val="5D7284"/>
        </w:rPr>
        <w:t>33:42</w:t>
      </w:r>
    </w:p>
    <w:p w14:paraId="1431A157" w14:textId="77777777" w:rsidR="00A93E13" w:rsidRDefault="00365114">
      <w:pPr>
        <w:spacing w:after="0"/>
      </w:pPr>
      <w:r>
        <w:rPr>
          <w:rFonts w:ascii="Arial" w:hAnsi="Arial"/>
        </w:rPr>
        <w:t xml:space="preserve">Kind of makes a puddle on the bottom. </w:t>
      </w:r>
    </w:p>
    <w:p w14:paraId="4F07416C" w14:textId="77777777" w:rsidR="00A93E13" w:rsidRDefault="00A93E13">
      <w:pPr>
        <w:spacing w:after="0"/>
      </w:pPr>
    </w:p>
    <w:p w14:paraId="6465BCA0" w14:textId="77777777" w:rsidR="00A93E13" w:rsidRDefault="00365114">
      <w:pPr>
        <w:spacing w:after="0"/>
      </w:pPr>
      <w:r>
        <w:rPr>
          <w:rFonts w:ascii="Arial" w:hAnsi="Arial"/>
          <w:b/>
        </w:rPr>
        <w:t xml:space="preserve">Participant #19:  </w:t>
      </w:r>
      <w:r>
        <w:rPr>
          <w:rFonts w:ascii="Arial" w:hAnsi="Arial"/>
          <w:color w:val="5D7284"/>
        </w:rPr>
        <w:t>33:44</w:t>
      </w:r>
    </w:p>
    <w:p w14:paraId="2E0231A6" w14:textId="77777777" w:rsidR="00A93E13" w:rsidRDefault="00365114">
      <w:pPr>
        <w:spacing w:after="0"/>
      </w:pPr>
      <w:r>
        <w:rPr>
          <w:rFonts w:ascii="Arial" w:hAnsi="Arial"/>
        </w:rPr>
        <w:t xml:space="preserve">Yeah. </w:t>
      </w:r>
    </w:p>
    <w:p w14:paraId="253779E2" w14:textId="77777777" w:rsidR="00A93E13" w:rsidRDefault="00A93E13">
      <w:pPr>
        <w:spacing w:after="0"/>
      </w:pPr>
    </w:p>
    <w:p w14:paraId="5C4B9F01" w14:textId="77777777" w:rsidR="00A93E13" w:rsidRDefault="00365114">
      <w:pPr>
        <w:spacing w:after="0"/>
      </w:pPr>
      <w:r>
        <w:rPr>
          <w:rFonts w:ascii="Arial" w:hAnsi="Arial"/>
          <w:b/>
        </w:rPr>
        <w:t xml:space="preserve">Interviewer P:  </w:t>
      </w:r>
      <w:r>
        <w:rPr>
          <w:rFonts w:ascii="Arial" w:hAnsi="Arial"/>
          <w:color w:val="5D7284"/>
        </w:rPr>
        <w:t>33:45</w:t>
      </w:r>
    </w:p>
    <w:p w14:paraId="5C1FC347" w14:textId="77777777" w:rsidR="00A93E13" w:rsidRDefault="00365114">
      <w:pPr>
        <w:spacing w:after="0"/>
      </w:pPr>
      <w:r>
        <w:rPr>
          <w:rFonts w:ascii="Arial" w:hAnsi="Arial"/>
        </w:rPr>
        <w:t>But yeah, it goes down in those like stringy things, right.</w:t>
      </w:r>
    </w:p>
    <w:p w14:paraId="4993536F" w14:textId="77777777" w:rsidR="00A93E13" w:rsidRDefault="00A93E13">
      <w:pPr>
        <w:spacing w:after="0"/>
      </w:pPr>
    </w:p>
    <w:p w14:paraId="33F49E98" w14:textId="77777777" w:rsidR="00A93E13" w:rsidRDefault="00365114">
      <w:pPr>
        <w:spacing w:after="0"/>
      </w:pPr>
      <w:r>
        <w:rPr>
          <w:rFonts w:ascii="Arial" w:hAnsi="Arial"/>
          <w:b/>
        </w:rPr>
        <w:t xml:space="preserve">Participant #19:  </w:t>
      </w:r>
      <w:r>
        <w:rPr>
          <w:rFonts w:ascii="Arial" w:hAnsi="Arial"/>
          <w:color w:val="5D7284"/>
        </w:rPr>
        <w:t>33:49</w:t>
      </w:r>
    </w:p>
    <w:p w14:paraId="4A74FBD1" w14:textId="3062543E" w:rsidR="00A93E13" w:rsidRDefault="00365114">
      <w:pPr>
        <w:spacing w:after="0"/>
      </w:pPr>
      <w:r>
        <w:rPr>
          <w:rFonts w:ascii="Arial" w:hAnsi="Arial"/>
        </w:rPr>
        <w:t xml:space="preserve">That's interesting. That doesn't like </w:t>
      </w:r>
      <w:r w:rsidR="00B3550E">
        <w:rPr>
          <w:rFonts w:ascii="Arial" w:hAnsi="Arial"/>
        </w:rPr>
        <w:t>expand</w:t>
      </w:r>
      <w:r>
        <w:rPr>
          <w:rFonts w:ascii="Arial" w:hAnsi="Arial"/>
        </w:rPr>
        <w:t xml:space="preserve"> while it's in the water. But it when it does at the bottom it does. </w:t>
      </w:r>
    </w:p>
    <w:p w14:paraId="04ED6F86" w14:textId="77777777" w:rsidR="00A93E13" w:rsidRDefault="00A93E13">
      <w:pPr>
        <w:spacing w:after="0"/>
      </w:pPr>
    </w:p>
    <w:p w14:paraId="23DC1F0E" w14:textId="77777777" w:rsidR="00A93E13" w:rsidRDefault="00365114">
      <w:pPr>
        <w:spacing w:after="0"/>
      </w:pPr>
      <w:r>
        <w:rPr>
          <w:rFonts w:ascii="Arial" w:hAnsi="Arial"/>
          <w:b/>
        </w:rPr>
        <w:t xml:space="preserve">Interviewer P:  </w:t>
      </w:r>
      <w:r>
        <w:rPr>
          <w:rFonts w:ascii="Arial" w:hAnsi="Arial"/>
          <w:color w:val="5D7284"/>
        </w:rPr>
        <w:t>33:57</w:t>
      </w:r>
    </w:p>
    <w:p w14:paraId="4EA0187A" w14:textId="2C4216A7" w:rsidR="00A93E13" w:rsidRDefault="00365114">
      <w:pPr>
        <w:spacing w:after="0"/>
      </w:pPr>
      <w:r>
        <w:rPr>
          <w:rFonts w:ascii="Arial" w:hAnsi="Arial"/>
        </w:rPr>
        <w:t xml:space="preserve">Yeah. Alright, so now that you see what it looks like in a still tank of water, I am sure you can see where we're going like this, I have this giant tank of water behind you. And </w:t>
      </w:r>
      <w:r w:rsidR="00B3550E">
        <w:rPr>
          <w:rFonts w:ascii="Arial" w:hAnsi="Arial"/>
        </w:rPr>
        <w:t>so,</w:t>
      </w:r>
      <w:r>
        <w:rPr>
          <w:rFonts w:ascii="Arial" w:hAnsi="Arial"/>
        </w:rPr>
        <w:t xml:space="preserve"> I'm going to put do the same thing. I'm going to put it in there. And let's see, when I met you out in the hall, I had already started this. </w:t>
      </w:r>
    </w:p>
    <w:p w14:paraId="6ED7E998" w14:textId="77777777" w:rsidR="00A93E13" w:rsidRDefault="00A93E13">
      <w:pPr>
        <w:spacing w:after="0"/>
      </w:pPr>
    </w:p>
    <w:p w14:paraId="6C294DEC" w14:textId="77777777" w:rsidR="00A93E13" w:rsidRDefault="00365114">
      <w:pPr>
        <w:spacing w:after="0"/>
      </w:pPr>
      <w:r>
        <w:rPr>
          <w:rFonts w:ascii="Arial" w:hAnsi="Arial"/>
          <w:b/>
        </w:rPr>
        <w:t xml:space="preserve">Participant #19:  </w:t>
      </w:r>
      <w:r>
        <w:rPr>
          <w:rFonts w:ascii="Arial" w:hAnsi="Arial"/>
          <w:color w:val="5D7284"/>
        </w:rPr>
        <w:t>34:18</w:t>
      </w:r>
    </w:p>
    <w:p w14:paraId="079F518C" w14:textId="77777777" w:rsidR="00A93E13" w:rsidRDefault="00365114">
      <w:pPr>
        <w:spacing w:after="0"/>
      </w:pPr>
      <w:r>
        <w:rPr>
          <w:rFonts w:ascii="Arial" w:hAnsi="Arial"/>
        </w:rPr>
        <w:t xml:space="preserve">Okay. </w:t>
      </w:r>
    </w:p>
    <w:p w14:paraId="06081040" w14:textId="77777777" w:rsidR="00A93E13" w:rsidRDefault="00A93E13">
      <w:pPr>
        <w:spacing w:after="0"/>
      </w:pPr>
    </w:p>
    <w:p w14:paraId="7E64170D" w14:textId="77777777" w:rsidR="00A93E13" w:rsidRDefault="00365114">
      <w:pPr>
        <w:spacing w:after="0"/>
      </w:pPr>
      <w:r>
        <w:rPr>
          <w:rFonts w:ascii="Arial" w:hAnsi="Arial"/>
          <w:b/>
        </w:rPr>
        <w:t xml:space="preserve">Interviewer P:  </w:t>
      </w:r>
      <w:r>
        <w:rPr>
          <w:rFonts w:ascii="Arial" w:hAnsi="Arial"/>
          <w:color w:val="5D7284"/>
        </w:rPr>
        <w:t>34:18</w:t>
      </w:r>
    </w:p>
    <w:p w14:paraId="60D54994" w14:textId="02221CBA" w:rsidR="00A93E13" w:rsidRDefault="00B3550E">
      <w:pPr>
        <w:spacing w:after="0"/>
      </w:pPr>
      <w:r>
        <w:rPr>
          <w:rFonts w:ascii="Arial" w:hAnsi="Arial"/>
        </w:rPr>
        <w:lastRenderedPageBreak/>
        <w:t xml:space="preserve">So, and then we came in and it's been we've been talking for like 40 minutes. So that's probably been spinning like that for an hour. </w:t>
      </w:r>
    </w:p>
    <w:p w14:paraId="71749658" w14:textId="77777777" w:rsidR="00A93E13" w:rsidRDefault="00A93E13">
      <w:pPr>
        <w:spacing w:after="0"/>
      </w:pPr>
    </w:p>
    <w:p w14:paraId="20B8972C" w14:textId="77777777" w:rsidR="00A93E13" w:rsidRDefault="00365114">
      <w:pPr>
        <w:spacing w:after="0"/>
      </w:pPr>
      <w:r>
        <w:rPr>
          <w:rFonts w:ascii="Arial" w:hAnsi="Arial"/>
          <w:b/>
        </w:rPr>
        <w:t xml:space="preserve">Participant #19:  </w:t>
      </w:r>
      <w:r>
        <w:rPr>
          <w:rFonts w:ascii="Arial" w:hAnsi="Arial"/>
          <w:color w:val="5D7284"/>
        </w:rPr>
        <w:t>34:26</w:t>
      </w:r>
    </w:p>
    <w:p w14:paraId="648C275B" w14:textId="77777777" w:rsidR="00A93E13" w:rsidRDefault="00365114">
      <w:pPr>
        <w:spacing w:after="0"/>
      </w:pPr>
      <w:r>
        <w:rPr>
          <w:rFonts w:ascii="Arial" w:hAnsi="Arial"/>
        </w:rPr>
        <w:t xml:space="preserve">Okay. </w:t>
      </w:r>
    </w:p>
    <w:p w14:paraId="6FCECCFC" w14:textId="77777777" w:rsidR="00A93E13" w:rsidRDefault="00A93E13">
      <w:pPr>
        <w:spacing w:after="0"/>
      </w:pPr>
    </w:p>
    <w:p w14:paraId="6B9AD435" w14:textId="77777777" w:rsidR="00A93E13" w:rsidRDefault="00365114">
      <w:pPr>
        <w:spacing w:after="0"/>
      </w:pPr>
      <w:r>
        <w:rPr>
          <w:rFonts w:ascii="Arial" w:hAnsi="Arial"/>
          <w:b/>
        </w:rPr>
        <w:t xml:space="preserve">Interviewer P:  </w:t>
      </w:r>
      <w:r>
        <w:rPr>
          <w:rFonts w:ascii="Arial" w:hAnsi="Arial"/>
          <w:color w:val="5D7284"/>
        </w:rPr>
        <w:t>34:27</w:t>
      </w:r>
    </w:p>
    <w:p w14:paraId="2DCBEE6A" w14:textId="039C77E9" w:rsidR="00A93E13" w:rsidRDefault="00365114">
      <w:pPr>
        <w:spacing w:after="0"/>
      </w:pPr>
      <w:r>
        <w:rPr>
          <w:rFonts w:ascii="Arial" w:hAnsi="Arial"/>
        </w:rPr>
        <w:t xml:space="preserve">Okay so what I'm going to ask you to do again is to predict what you think. Now the dye will look like when I put it in the spinning tank of water. And I'm gonna ask you to sketch again from two different perspectives, two different views, and to sketch as if it was like a picture that you took like a single moment in time. </w:t>
      </w:r>
      <w:r w:rsidR="00B3550E">
        <w:rPr>
          <w:rFonts w:ascii="Arial" w:hAnsi="Arial"/>
        </w:rPr>
        <w:t>So,</w:t>
      </w:r>
      <w:r>
        <w:rPr>
          <w:rFonts w:ascii="Arial" w:hAnsi="Arial"/>
        </w:rPr>
        <w:t xml:space="preserve"> if you had your camera you would do like one from up here. </w:t>
      </w:r>
      <w:r w:rsidR="00B3550E">
        <w:rPr>
          <w:rFonts w:ascii="Arial" w:hAnsi="Arial"/>
        </w:rPr>
        <w:t>So,</w:t>
      </w:r>
      <w:r>
        <w:rPr>
          <w:rFonts w:ascii="Arial" w:hAnsi="Arial"/>
        </w:rPr>
        <w:t xml:space="preserve"> it's a bird's eye view. And then one from down here from the side. </w:t>
      </w:r>
    </w:p>
    <w:p w14:paraId="03862769" w14:textId="77777777" w:rsidR="00A93E13" w:rsidRDefault="00A93E13">
      <w:pPr>
        <w:spacing w:after="0"/>
      </w:pPr>
    </w:p>
    <w:p w14:paraId="4CA2A4E3" w14:textId="77777777" w:rsidR="00A93E13" w:rsidRDefault="00365114">
      <w:pPr>
        <w:spacing w:after="0"/>
      </w:pPr>
      <w:r>
        <w:rPr>
          <w:rFonts w:ascii="Arial" w:hAnsi="Arial"/>
          <w:b/>
        </w:rPr>
        <w:t xml:space="preserve">Participant #19:  </w:t>
      </w:r>
      <w:r>
        <w:rPr>
          <w:rFonts w:ascii="Arial" w:hAnsi="Arial"/>
          <w:color w:val="5D7284"/>
        </w:rPr>
        <w:t>34:58</w:t>
      </w:r>
    </w:p>
    <w:p w14:paraId="169C65B8" w14:textId="77777777" w:rsidR="00A93E13" w:rsidRDefault="00365114">
      <w:pPr>
        <w:spacing w:after="0"/>
      </w:pPr>
      <w:r>
        <w:rPr>
          <w:rFonts w:ascii="Arial" w:hAnsi="Arial"/>
        </w:rPr>
        <w:t xml:space="preserve">Okay. </w:t>
      </w:r>
    </w:p>
    <w:p w14:paraId="08F701BD" w14:textId="77777777" w:rsidR="00A93E13" w:rsidRDefault="00A93E13">
      <w:pPr>
        <w:spacing w:after="0"/>
      </w:pPr>
    </w:p>
    <w:p w14:paraId="070A647D" w14:textId="77777777" w:rsidR="00A93E13" w:rsidRDefault="00365114">
      <w:pPr>
        <w:spacing w:after="0"/>
      </w:pPr>
      <w:r>
        <w:rPr>
          <w:rFonts w:ascii="Arial" w:hAnsi="Arial"/>
          <w:b/>
        </w:rPr>
        <w:t xml:space="preserve">Interviewer P:  </w:t>
      </w:r>
      <w:r>
        <w:rPr>
          <w:rFonts w:ascii="Arial" w:hAnsi="Arial"/>
          <w:color w:val="5D7284"/>
        </w:rPr>
        <w:t>34:59</w:t>
      </w:r>
    </w:p>
    <w:p w14:paraId="34BDC50F" w14:textId="77777777" w:rsidR="00A93E13" w:rsidRDefault="00365114">
      <w:pPr>
        <w:spacing w:after="0"/>
      </w:pPr>
      <w:r>
        <w:rPr>
          <w:rFonts w:ascii="Arial" w:hAnsi="Arial"/>
        </w:rPr>
        <w:t>Okay. So, again you can use the different colors but go ahead and sketch out what you imagine that might look like and we'll say a minute after I drop it in the tank just like the other ones a minute later.</w:t>
      </w:r>
    </w:p>
    <w:p w14:paraId="6F3DAC62" w14:textId="77777777" w:rsidR="00A93E13" w:rsidRDefault="00A93E13">
      <w:pPr>
        <w:spacing w:after="0"/>
      </w:pPr>
    </w:p>
    <w:p w14:paraId="2C0B26EF" w14:textId="77777777" w:rsidR="00A93E13" w:rsidRDefault="00365114">
      <w:pPr>
        <w:spacing w:after="0"/>
      </w:pPr>
      <w:r>
        <w:rPr>
          <w:rFonts w:ascii="Arial" w:hAnsi="Arial"/>
          <w:b/>
        </w:rPr>
        <w:t xml:space="preserve">Participant #19:  </w:t>
      </w:r>
      <w:r>
        <w:rPr>
          <w:rFonts w:ascii="Arial" w:hAnsi="Arial"/>
          <w:color w:val="5D7284"/>
        </w:rPr>
        <w:t>35:14</w:t>
      </w:r>
    </w:p>
    <w:p w14:paraId="42E177EA" w14:textId="77777777" w:rsidR="00A93E13" w:rsidRDefault="00365114">
      <w:pPr>
        <w:spacing w:after="0"/>
      </w:pPr>
      <w:r>
        <w:rPr>
          <w:rFonts w:ascii="Arial" w:hAnsi="Arial"/>
        </w:rPr>
        <w:t>Okay, so after a minute what it would look like.</w:t>
      </w:r>
    </w:p>
    <w:p w14:paraId="5EC224B9" w14:textId="77777777" w:rsidR="00A93E13" w:rsidRDefault="00A93E13">
      <w:pPr>
        <w:spacing w:after="0"/>
      </w:pPr>
    </w:p>
    <w:p w14:paraId="5907A971" w14:textId="77777777" w:rsidR="00A93E13" w:rsidRDefault="00365114">
      <w:pPr>
        <w:spacing w:after="0"/>
      </w:pPr>
      <w:r>
        <w:rPr>
          <w:rFonts w:ascii="Arial" w:hAnsi="Arial"/>
          <w:b/>
        </w:rPr>
        <w:t xml:space="preserve">Interviewer P:  </w:t>
      </w:r>
      <w:r>
        <w:rPr>
          <w:rFonts w:ascii="Arial" w:hAnsi="Arial"/>
          <w:color w:val="5D7284"/>
        </w:rPr>
        <w:t>35:19</w:t>
      </w:r>
    </w:p>
    <w:p w14:paraId="15FC44E5" w14:textId="77777777" w:rsidR="00A93E13" w:rsidRDefault="00365114">
      <w:pPr>
        <w:spacing w:after="0"/>
      </w:pPr>
      <w:r>
        <w:rPr>
          <w:rFonts w:ascii="Arial" w:hAnsi="Arial"/>
        </w:rPr>
        <w:t>In the tank that's spinning.</w:t>
      </w:r>
    </w:p>
    <w:p w14:paraId="09EBCDCD" w14:textId="77777777" w:rsidR="00A93E13" w:rsidRDefault="00A93E13">
      <w:pPr>
        <w:spacing w:after="0"/>
      </w:pPr>
    </w:p>
    <w:p w14:paraId="3642E553" w14:textId="77777777" w:rsidR="00A93E13" w:rsidRDefault="00365114">
      <w:pPr>
        <w:spacing w:after="0"/>
      </w:pPr>
      <w:r>
        <w:rPr>
          <w:rFonts w:ascii="Arial" w:hAnsi="Arial"/>
          <w:b/>
        </w:rPr>
        <w:t xml:space="preserve">Participant #19:  </w:t>
      </w:r>
      <w:r>
        <w:rPr>
          <w:rFonts w:ascii="Arial" w:hAnsi="Arial"/>
          <w:color w:val="5D7284"/>
        </w:rPr>
        <w:t>36:30</w:t>
      </w:r>
    </w:p>
    <w:p w14:paraId="3F646F4E" w14:textId="77777777" w:rsidR="00A93E13" w:rsidRDefault="00365114">
      <w:pPr>
        <w:spacing w:after="0"/>
      </w:pPr>
      <w:r>
        <w:rPr>
          <w:rFonts w:ascii="Arial" w:hAnsi="Arial"/>
        </w:rPr>
        <w:t>This doesn't represent what is in my mind I don't know how to like draw it and trying to do but.</w:t>
      </w:r>
    </w:p>
    <w:p w14:paraId="0B0EC820" w14:textId="77777777" w:rsidR="00A93E13" w:rsidRDefault="00A93E13">
      <w:pPr>
        <w:spacing w:after="0"/>
      </w:pPr>
    </w:p>
    <w:p w14:paraId="51201D5C" w14:textId="77777777" w:rsidR="00A93E13" w:rsidRDefault="00365114">
      <w:pPr>
        <w:spacing w:after="0"/>
      </w:pPr>
      <w:r>
        <w:rPr>
          <w:rFonts w:ascii="Arial" w:hAnsi="Arial"/>
          <w:b/>
        </w:rPr>
        <w:t xml:space="preserve">Interviewer P:  </w:t>
      </w:r>
      <w:r>
        <w:rPr>
          <w:rFonts w:ascii="Arial" w:hAnsi="Arial"/>
          <w:color w:val="5D7284"/>
        </w:rPr>
        <w:t>36:36</w:t>
      </w:r>
    </w:p>
    <w:p w14:paraId="581332EE" w14:textId="77777777" w:rsidR="00A93E13" w:rsidRDefault="00365114">
      <w:pPr>
        <w:spacing w:after="0"/>
      </w:pPr>
      <w:r>
        <w:rPr>
          <w:rFonts w:ascii="Arial" w:hAnsi="Arial"/>
        </w:rPr>
        <w:t>Well just go ahead and sketch it then I'll ask you can tell me what's in your mind.</w:t>
      </w:r>
    </w:p>
    <w:p w14:paraId="7395AC80" w14:textId="77777777" w:rsidR="00A93E13" w:rsidRDefault="00A93E13">
      <w:pPr>
        <w:spacing w:after="0"/>
      </w:pPr>
    </w:p>
    <w:p w14:paraId="500794BF" w14:textId="77777777" w:rsidR="00A93E13" w:rsidRDefault="00365114">
      <w:pPr>
        <w:spacing w:after="0"/>
      </w:pPr>
      <w:r>
        <w:rPr>
          <w:rFonts w:ascii="Arial" w:hAnsi="Arial"/>
          <w:b/>
        </w:rPr>
        <w:t xml:space="preserve">Participant #19:  </w:t>
      </w:r>
      <w:r>
        <w:rPr>
          <w:rFonts w:ascii="Arial" w:hAnsi="Arial"/>
          <w:color w:val="5D7284"/>
        </w:rPr>
        <w:t>36:41</w:t>
      </w:r>
    </w:p>
    <w:p w14:paraId="4DE252F4" w14:textId="2DA361A9" w:rsidR="00A93E13" w:rsidRDefault="00365114">
      <w:pPr>
        <w:spacing w:after="0"/>
      </w:pPr>
      <w:r>
        <w:rPr>
          <w:rFonts w:ascii="Arial" w:hAnsi="Arial"/>
        </w:rPr>
        <w:t xml:space="preserve">I do both of them </w:t>
      </w:r>
      <w:r w:rsidR="00B3550E">
        <w:rPr>
          <w:rFonts w:ascii="Arial" w:hAnsi="Arial"/>
        </w:rPr>
        <w:t>now.</w:t>
      </w:r>
    </w:p>
    <w:p w14:paraId="7E95463C" w14:textId="77777777" w:rsidR="00A93E13" w:rsidRDefault="00A93E13">
      <w:pPr>
        <w:spacing w:after="0"/>
      </w:pPr>
    </w:p>
    <w:p w14:paraId="3FB465B5" w14:textId="77777777" w:rsidR="00A93E13" w:rsidRDefault="00365114">
      <w:pPr>
        <w:spacing w:after="0"/>
      </w:pPr>
      <w:r>
        <w:rPr>
          <w:rFonts w:ascii="Arial" w:hAnsi="Arial"/>
          <w:b/>
        </w:rPr>
        <w:t xml:space="preserve">Interviewer P:  </w:t>
      </w:r>
      <w:r>
        <w:rPr>
          <w:rFonts w:ascii="Arial" w:hAnsi="Arial"/>
          <w:color w:val="5D7284"/>
        </w:rPr>
        <w:t>37:21</w:t>
      </w:r>
    </w:p>
    <w:p w14:paraId="06AE989D" w14:textId="77777777" w:rsidR="00A93E13" w:rsidRDefault="00365114">
      <w:pPr>
        <w:spacing w:after="0"/>
      </w:pPr>
      <w:r>
        <w:rPr>
          <w:rFonts w:ascii="Arial" w:hAnsi="Arial"/>
        </w:rPr>
        <w:t xml:space="preserve">Yes please. So, tell me what you're thinking. </w:t>
      </w:r>
    </w:p>
    <w:p w14:paraId="732179ED" w14:textId="77777777" w:rsidR="00A93E13" w:rsidRDefault="00A93E13">
      <w:pPr>
        <w:spacing w:after="0"/>
      </w:pPr>
    </w:p>
    <w:p w14:paraId="664F7075" w14:textId="77777777" w:rsidR="00A93E13" w:rsidRDefault="00365114">
      <w:pPr>
        <w:spacing w:after="0"/>
      </w:pPr>
      <w:r>
        <w:rPr>
          <w:rFonts w:ascii="Arial" w:hAnsi="Arial"/>
          <w:b/>
        </w:rPr>
        <w:t xml:space="preserve">Participant #19:  </w:t>
      </w:r>
      <w:r>
        <w:rPr>
          <w:rFonts w:ascii="Arial" w:hAnsi="Arial"/>
          <w:color w:val="5D7284"/>
        </w:rPr>
        <w:t>38:17</w:t>
      </w:r>
    </w:p>
    <w:p w14:paraId="109A1FFC" w14:textId="77777777" w:rsidR="00A93E13" w:rsidRDefault="00365114">
      <w:pPr>
        <w:spacing w:after="0"/>
      </w:pPr>
      <w:r>
        <w:rPr>
          <w:rFonts w:ascii="Arial" w:hAnsi="Arial"/>
        </w:rPr>
        <w:t>So, I think from this view you would see like streaks, yeah you will see streaks over the purple, but like kind of circular, I guess. And then it would be darker at the bottom. But more expanded at the bottom. Yeah.</w:t>
      </w:r>
    </w:p>
    <w:p w14:paraId="03C9B41B" w14:textId="77777777" w:rsidR="00A93E13" w:rsidRDefault="00A93E13">
      <w:pPr>
        <w:spacing w:after="0"/>
      </w:pPr>
    </w:p>
    <w:p w14:paraId="6C0F3411" w14:textId="77777777" w:rsidR="00A93E13" w:rsidRDefault="00365114">
      <w:pPr>
        <w:spacing w:after="0"/>
      </w:pPr>
      <w:r>
        <w:rPr>
          <w:rFonts w:ascii="Arial" w:hAnsi="Arial"/>
          <w:b/>
        </w:rPr>
        <w:t xml:space="preserve">Interviewer P:  </w:t>
      </w:r>
      <w:r>
        <w:rPr>
          <w:rFonts w:ascii="Arial" w:hAnsi="Arial"/>
          <w:color w:val="5D7284"/>
        </w:rPr>
        <w:t>38:44</w:t>
      </w:r>
    </w:p>
    <w:p w14:paraId="1E4D5C3A" w14:textId="77777777" w:rsidR="00A93E13" w:rsidRDefault="00365114">
      <w:pPr>
        <w:spacing w:after="0"/>
      </w:pPr>
      <w:r>
        <w:rPr>
          <w:rFonts w:ascii="Arial" w:hAnsi="Arial"/>
        </w:rPr>
        <w:lastRenderedPageBreak/>
        <w:t xml:space="preserve">And then since you do this from the side view, I'm thinking that this circle the circular paths are distributed like throughout the water.  Okay, so the darker lines represent what sunk to the bottom. </w:t>
      </w:r>
    </w:p>
    <w:p w14:paraId="18D7CDB4" w14:textId="77777777" w:rsidR="00A93E13" w:rsidRDefault="00A93E13">
      <w:pPr>
        <w:spacing w:after="0"/>
      </w:pPr>
    </w:p>
    <w:p w14:paraId="29FB2173" w14:textId="77777777" w:rsidR="00A93E13" w:rsidRDefault="00365114">
      <w:pPr>
        <w:spacing w:after="0"/>
      </w:pPr>
      <w:r>
        <w:rPr>
          <w:rFonts w:ascii="Arial" w:hAnsi="Arial"/>
          <w:b/>
        </w:rPr>
        <w:t xml:space="preserve">Participant #19:  </w:t>
      </w:r>
      <w:r>
        <w:rPr>
          <w:rFonts w:ascii="Arial" w:hAnsi="Arial"/>
          <w:color w:val="5D7284"/>
        </w:rPr>
        <w:t>38:48</w:t>
      </w:r>
    </w:p>
    <w:p w14:paraId="223EEEF4" w14:textId="6FE66B94" w:rsidR="00A93E13" w:rsidRDefault="00365114">
      <w:pPr>
        <w:spacing w:after="0"/>
      </w:pPr>
      <w:r>
        <w:rPr>
          <w:rFonts w:ascii="Arial" w:hAnsi="Arial"/>
        </w:rPr>
        <w:t>Yeah, yeah. And then from the side. I think it's I don't know. I don't think it was. Well,</w:t>
      </w:r>
      <w:r w:rsidR="00B3550E">
        <w:rPr>
          <w:rFonts w:ascii="Arial" w:hAnsi="Arial"/>
        </w:rPr>
        <w:t xml:space="preserve"> </w:t>
      </w:r>
      <w:r>
        <w:rPr>
          <w:rFonts w:ascii="Arial" w:hAnsi="Arial"/>
        </w:rPr>
        <w:t>I'm second guessing like I think it would make some more. But I still think it'd be more like streaks since I don't because it's like when moving I'm gonna have different like viewpoints of what I think like it could mix all together but still have streaks that's purple. I don't know. It's kind of like making me think more.</w:t>
      </w:r>
    </w:p>
    <w:p w14:paraId="6361C6A1" w14:textId="77777777" w:rsidR="00A93E13" w:rsidRDefault="00A93E13">
      <w:pPr>
        <w:spacing w:after="0"/>
      </w:pPr>
    </w:p>
    <w:p w14:paraId="390DECF9" w14:textId="77777777" w:rsidR="00A93E13" w:rsidRDefault="00365114">
      <w:pPr>
        <w:spacing w:after="0"/>
      </w:pPr>
      <w:r>
        <w:rPr>
          <w:rFonts w:ascii="Arial" w:hAnsi="Arial"/>
          <w:b/>
        </w:rPr>
        <w:t xml:space="preserve">Interviewer P:  </w:t>
      </w:r>
      <w:r>
        <w:rPr>
          <w:rFonts w:ascii="Arial" w:hAnsi="Arial"/>
          <w:color w:val="5D7284"/>
        </w:rPr>
        <w:t>39:34</w:t>
      </w:r>
    </w:p>
    <w:p w14:paraId="6648E82B" w14:textId="2DA6B884" w:rsidR="00A93E13" w:rsidRDefault="00365114">
      <w:pPr>
        <w:spacing w:after="0"/>
      </w:pPr>
      <w:r>
        <w:rPr>
          <w:rFonts w:ascii="Arial" w:hAnsi="Arial"/>
        </w:rPr>
        <w:t>S</w:t>
      </w:r>
      <w:r w:rsidR="00B3550E">
        <w:rPr>
          <w:rFonts w:ascii="Arial" w:hAnsi="Arial"/>
        </w:rPr>
        <w:t>o, are</w:t>
      </w:r>
      <w:r>
        <w:rPr>
          <w:rFonts w:ascii="Arial" w:hAnsi="Arial"/>
        </w:rPr>
        <w:t xml:space="preserve"> you basing it on anything that you have experience with or remember?</w:t>
      </w:r>
    </w:p>
    <w:p w14:paraId="15FFA00D" w14:textId="77777777" w:rsidR="00A93E13" w:rsidRDefault="00A93E13">
      <w:pPr>
        <w:spacing w:after="0"/>
      </w:pPr>
    </w:p>
    <w:p w14:paraId="0AABD1D1" w14:textId="77777777" w:rsidR="00A93E13" w:rsidRDefault="00365114">
      <w:pPr>
        <w:spacing w:after="0"/>
      </w:pPr>
      <w:r>
        <w:rPr>
          <w:rFonts w:ascii="Arial" w:hAnsi="Arial"/>
          <w:b/>
        </w:rPr>
        <w:t xml:space="preserve">Participant #19:  </w:t>
      </w:r>
      <w:r>
        <w:rPr>
          <w:rFonts w:ascii="Arial" w:hAnsi="Arial"/>
          <w:color w:val="5D7284"/>
        </w:rPr>
        <w:t>39:38</w:t>
      </w:r>
    </w:p>
    <w:p w14:paraId="7C9CF026" w14:textId="77777777" w:rsidR="00A93E13" w:rsidRDefault="00365114">
      <w:pPr>
        <w:spacing w:after="0"/>
      </w:pPr>
      <w:r>
        <w:rPr>
          <w:rFonts w:ascii="Arial" w:hAnsi="Arial"/>
        </w:rPr>
        <w:t>No, not that I remember.</w:t>
      </w:r>
    </w:p>
    <w:p w14:paraId="2BB5EEF9" w14:textId="77777777" w:rsidR="00A93E13" w:rsidRDefault="00A93E13">
      <w:pPr>
        <w:spacing w:after="0"/>
      </w:pPr>
    </w:p>
    <w:p w14:paraId="7D9D8206" w14:textId="77777777" w:rsidR="00A93E13" w:rsidRDefault="00365114">
      <w:pPr>
        <w:spacing w:after="0"/>
      </w:pPr>
      <w:r>
        <w:rPr>
          <w:rFonts w:ascii="Arial" w:hAnsi="Arial"/>
          <w:b/>
        </w:rPr>
        <w:t xml:space="preserve">Interviewer P:  </w:t>
      </w:r>
      <w:r>
        <w:rPr>
          <w:rFonts w:ascii="Arial" w:hAnsi="Arial"/>
          <w:color w:val="5D7284"/>
        </w:rPr>
        <w:t>39:44</w:t>
      </w:r>
    </w:p>
    <w:p w14:paraId="1E920988" w14:textId="77777777" w:rsidR="00A93E13" w:rsidRDefault="00365114">
      <w:pPr>
        <w:spacing w:after="0"/>
      </w:pPr>
      <w:r>
        <w:rPr>
          <w:rFonts w:ascii="Arial" w:hAnsi="Arial"/>
        </w:rPr>
        <w:t>Let's do it and see what happens. Start the timer again. Since we set a minute later. So, does that surprise you?</w:t>
      </w:r>
    </w:p>
    <w:p w14:paraId="638468B7" w14:textId="77777777" w:rsidR="00A93E13" w:rsidRDefault="00A93E13">
      <w:pPr>
        <w:spacing w:after="0"/>
      </w:pPr>
    </w:p>
    <w:p w14:paraId="69B22B2A" w14:textId="77777777" w:rsidR="00A93E13" w:rsidRDefault="00365114">
      <w:pPr>
        <w:spacing w:after="0"/>
      </w:pPr>
      <w:r>
        <w:rPr>
          <w:rFonts w:ascii="Arial" w:hAnsi="Arial"/>
          <w:b/>
        </w:rPr>
        <w:t xml:space="preserve">Participant #19:  </w:t>
      </w:r>
      <w:r>
        <w:rPr>
          <w:rFonts w:ascii="Arial" w:hAnsi="Arial"/>
          <w:color w:val="5D7284"/>
        </w:rPr>
        <w:t>40:55</w:t>
      </w:r>
    </w:p>
    <w:p w14:paraId="732EDFAB" w14:textId="77777777" w:rsidR="00A93E13" w:rsidRDefault="00365114">
      <w:pPr>
        <w:spacing w:after="0"/>
      </w:pPr>
      <w:r>
        <w:rPr>
          <w:rFonts w:ascii="Arial" w:hAnsi="Arial"/>
        </w:rPr>
        <w:t>Oh good like when you first put it just strung to like the bottom, I kind of like thought maybe because it's been spinning for so long that it would just stay there but I was like no I don't think that's right but it ended up to kind of be like it's just staying there so yeah it kind of didn't surprise me I thought it would like I don't know why I thought it would like be more streaks like going horizontally.</w:t>
      </w:r>
    </w:p>
    <w:p w14:paraId="68479529" w14:textId="77777777" w:rsidR="00A93E13" w:rsidRDefault="00A93E13">
      <w:pPr>
        <w:spacing w:after="0"/>
      </w:pPr>
    </w:p>
    <w:p w14:paraId="1D323145" w14:textId="77777777" w:rsidR="00A93E13" w:rsidRDefault="00365114">
      <w:pPr>
        <w:spacing w:after="0"/>
      </w:pPr>
      <w:r>
        <w:rPr>
          <w:rFonts w:ascii="Arial" w:hAnsi="Arial"/>
          <w:b/>
        </w:rPr>
        <w:t xml:space="preserve">Interviewer P:  </w:t>
      </w:r>
      <w:r>
        <w:rPr>
          <w:rFonts w:ascii="Arial" w:hAnsi="Arial"/>
          <w:color w:val="5D7284"/>
        </w:rPr>
        <w:t>41:24</w:t>
      </w:r>
    </w:p>
    <w:p w14:paraId="2998E2B5" w14:textId="785C80A2" w:rsidR="00A93E13" w:rsidRDefault="00365114">
      <w:pPr>
        <w:spacing w:after="0"/>
      </w:pPr>
      <w:r>
        <w:rPr>
          <w:rFonts w:ascii="Arial" w:hAnsi="Arial"/>
        </w:rPr>
        <w:t xml:space="preserve">Can you sketch what it does look like? Since it's been a minute. </w:t>
      </w:r>
      <w:r w:rsidR="00B3550E">
        <w:rPr>
          <w:rFonts w:ascii="Arial" w:hAnsi="Arial"/>
        </w:rPr>
        <w:t>Yeah,</w:t>
      </w:r>
      <w:r>
        <w:rPr>
          <w:rFonts w:ascii="Arial" w:hAnsi="Arial"/>
        </w:rPr>
        <w:t xml:space="preserve"> so what did you need to correct.</w:t>
      </w:r>
    </w:p>
    <w:p w14:paraId="693E0DE5" w14:textId="77777777" w:rsidR="00A93E13" w:rsidRDefault="00A93E13">
      <w:pPr>
        <w:spacing w:after="0"/>
      </w:pPr>
    </w:p>
    <w:p w14:paraId="0CA809B9" w14:textId="77777777" w:rsidR="00A93E13" w:rsidRDefault="00365114">
      <w:pPr>
        <w:spacing w:after="0"/>
      </w:pPr>
      <w:r>
        <w:rPr>
          <w:rFonts w:ascii="Arial" w:hAnsi="Arial"/>
          <w:b/>
        </w:rPr>
        <w:t xml:space="preserve">Participant #19:  </w:t>
      </w:r>
      <w:r>
        <w:rPr>
          <w:rFonts w:ascii="Arial" w:hAnsi="Arial"/>
          <w:color w:val="5D7284"/>
        </w:rPr>
        <w:t>42:27</w:t>
      </w:r>
    </w:p>
    <w:p w14:paraId="2589B787" w14:textId="77777777" w:rsidR="00A93E13" w:rsidRDefault="00365114">
      <w:pPr>
        <w:spacing w:after="0"/>
      </w:pPr>
      <w:r>
        <w:rPr>
          <w:rFonts w:ascii="Arial" w:hAnsi="Arial"/>
        </w:rPr>
        <w:t>Um the way it like more vertically.</w:t>
      </w:r>
    </w:p>
    <w:p w14:paraId="2F528E29" w14:textId="77777777" w:rsidR="00A93E13" w:rsidRDefault="00A93E13">
      <w:pPr>
        <w:spacing w:after="0"/>
      </w:pPr>
    </w:p>
    <w:p w14:paraId="0D2485C0" w14:textId="77777777" w:rsidR="00A93E13" w:rsidRDefault="00365114">
      <w:pPr>
        <w:spacing w:after="0"/>
      </w:pPr>
      <w:r>
        <w:rPr>
          <w:rFonts w:ascii="Arial" w:hAnsi="Arial"/>
          <w:b/>
        </w:rPr>
        <w:t xml:space="preserve">Interviewer P:  </w:t>
      </w:r>
      <w:r>
        <w:rPr>
          <w:rFonts w:ascii="Arial" w:hAnsi="Arial"/>
          <w:color w:val="5D7284"/>
        </w:rPr>
        <w:t>42:30</w:t>
      </w:r>
    </w:p>
    <w:p w14:paraId="4D2BDBD5" w14:textId="77777777" w:rsidR="00A93E13" w:rsidRDefault="00365114">
      <w:pPr>
        <w:spacing w:after="0"/>
      </w:pPr>
      <w:r>
        <w:rPr>
          <w:rFonts w:ascii="Arial" w:hAnsi="Arial"/>
        </w:rPr>
        <w:t xml:space="preserve">Yeah. </w:t>
      </w:r>
    </w:p>
    <w:p w14:paraId="269D665A" w14:textId="77777777" w:rsidR="00A93E13" w:rsidRDefault="00A93E13">
      <w:pPr>
        <w:spacing w:after="0"/>
      </w:pPr>
    </w:p>
    <w:p w14:paraId="7F6C5AB7" w14:textId="77777777" w:rsidR="00A93E13" w:rsidRDefault="00365114">
      <w:pPr>
        <w:spacing w:after="0"/>
      </w:pPr>
      <w:r>
        <w:rPr>
          <w:rFonts w:ascii="Arial" w:hAnsi="Arial"/>
          <w:b/>
        </w:rPr>
        <w:t xml:space="preserve">Participant #19:  </w:t>
      </w:r>
      <w:r>
        <w:rPr>
          <w:rFonts w:ascii="Arial" w:hAnsi="Arial"/>
          <w:color w:val="5D7284"/>
        </w:rPr>
        <w:t>42:31</w:t>
      </w:r>
    </w:p>
    <w:p w14:paraId="7AE11E61" w14:textId="77777777" w:rsidR="00A93E13" w:rsidRDefault="00365114">
      <w:pPr>
        <w:spacing w:after="0"/>
      </w:pPr>
      <w:r>
        <w:rPr>
          <w:rFonts w:ascii="Arial" w:hAnsi="Arial"/>
        </w:rPr>
        <w:t>Yeah.</w:t>
      </w:r>
    </w:p>
    <w:p w14:paraId="295771D7" w14:textId="77777777" w:rsidR="00A93E13" w:rsidRDefault="00A93E13">
      <w:pPr>
        <w:spacing w:after="0"/>
      </w:pPr>
    </w:p>
    <w:p w14:paraId="1AB70FA9" w14:textId="77777777" w:rsidR="00A93E13" w:rsidRDefault="00365114">
      <w:pPr>
        <w:spacing w:after="0"/>
      </w:pPr>
      <w:r>
        <w:rPr>
          <w:rFonts w:ascii="Arial" w:hAnsi="Arial"/>
          <w:b/>
        </w:rPr>
        <w:t xml:space="preserve">Interviewer P:  </w:t>
      </w:r>
      <w:r>
        <w:rPr>
          <w:rFonts w:ascii="Arial" w:hAnsi="Arial"/>
          <w:color w:val="5D7284"/>
        </w:rPr>
        <w:t>42:32</w:t>
      </w:r>
    </w:p>
    <w:p w14:paraId="7BE095F7" w14:textId="77777777" w:rsidR="00A93E13" w:rsidRDefault="00365114">
      <w:pPr>
        <w:spacing w:after="0"/>
      </w:pPr>
      <w:r>
        <w:rPr>
          <w:rFonts w:ascii="Arial" w:hAnsi="Arial"/>
        </w:rPr>
        <w:t xml:space="preserve">So that vertical part of it what are your </w:t>
      </w:r>
      <w:r>
        <w:rPr>
          <w:rFonts w:ascii="Arial" w:hAnsi="Arial"/>
        </w:rPr>
        <w:t>thoughts on like, how is it doing that what's holding those up. Because that isn't happening anymore in that one over there.</w:t>
      </w:r>
    </w:p>
    <w:p w14:paraId="71E6212F" w14:textId="77777777" w:rsidR="00A93E13" w:rsidRDefault="00A93E13">
      <w:pPr>
        <w:spacing w:after="0"/>
      </w:pPr>
    </w:p>
    <w:p w14:paraId="2493FD0A" w14:textId="77777777" w:rsidR="00A93E13" w:rsidRDefault="00365114">
      <w:pPr>
        <w:spacing w:after="0"/>
      </w:pPr>
      <w:r>
        <w:rPr>
          <w:rFonts w:ascii="Arial" w:hAnsi="Arial"/>
          <w:b/>
        </w:rPr>
        <w:t xml:space="preserve">Participant #19:  </w:t>
      </w:r>
      <w:r>
        <w:rPr>
          <w:rFonts w:ascii="Arial" w:hAnsi="Arial"/>
          <w:color w:val="5D7284"/>
        </w:rPr>
        <w:t>42:42</w:t>
      </w:r>
    </w:p>
    <w:p w14:paraId="5C5F30F0" w14:textId="4747DA99" w:rsidR="00A93E13" w:rsidRDefault="00365114">
      <w:pPr>
        <w:spacing w:after="0"/>
      </w:pPr>
      <w:r>
        <w:rPr>
          <w:rFonts w:ascii="Arial" w:hAnsi="Arial"/>
        </w:rPr>
        <w:t xml:space="preserve">I think because it's been spinning because at first I thought because it's spinning, it's probably gonna go like vertically but then I was like maybe it </w:t>
      </w:r>
      <w:r w:rsidR="00B3550E">
        <w:rPr>
          <w:rFonts w:ascii="Arial" w:hAnsi="Arial"/>
        </w:rPr>
        <w:t>wouldn’t</w:t>
      </w:r>
      <w:r>
        <w:rPr>
          <w:rFonts w:ascii="Arial" w:hAnsi="Arial"/>
        </w:rPr>
        <w:t xml:space="preserve"> to do that but I don't know why I didn't think that that </w:t>
      </w:r>
      <w:r>
        <w:rPr>
          <w:rFonts w:ascii="Arial" w:hAnsi="Arial"/>
        </w:rPr>
        <w:lastRenderedPageBreak/>
        <w:t>would be the right you know, one to say but I think because it's been spinning for so long that it kind of does opposite and it kind of I don't know how but it keeps the water, I don't know, like it just keeps like when you put something it just keeps it there. I don't know how to explain it but yeah.</w:t>
      </w:r>
    </w:p>
    <w:p w14:paraId="4AE54BE4" w14:textId="77777777" w:rsidR="00A93E13" w:rsidRDefault="00A93E13">
      <w:pPr>
        <w:spacing w:after="0"/>
      </w:pPr>
    </w:p>
    <w:p w14:paraId="599D4876" w14:textId="77777777" w:rsidR="00A93E13" w:rsidRDefault="00365114">
      <w:pPr>
        <w:spacing w:after="0"/>
      </w:pPr>
      <w:r>
        <w:rPr>
          <w:rFonts w:ascii="Arial" w:hAnsi="Arial"/>
          <w:b/>
        </w:rPr>
        <w:t xml:space="preserve">Interviewer P:  </w:t>
      </w:r>
      <w:r>
        <w:rPr>
          <w:rFonts w:ascii="Arial" w:hAnsi="Arial"/>
          <w:color w:val="5D7284"/>
        </w:rPr>
        <w:t>43:26</w:t>
      </w:r>
    </w:p>
    <w:p w14:paraId="01F1C085" w14:textId="77777777" w:rsidR="00A93E13" w:rsidRDefault="00365114">
      <w:pPr>
        <w:spacing w:after="0"/>
      </w:pPr>
      <w:r>
        <w:rPr>
          <w:rFonts w:ascii="Arial" w:hAnsi="Arial"/>
        </w:rPr>
        <w:t xml:space="preserve">Do you think that there's anything that we can do to the tank to make </w:t>
      </w:r>
      <w:r>
        <w:rPr>
          <w:rFonts w:ascii="Arial" w:hAnsi="Arial"/>
        </w:rPr>
        <w:t>it look like your predictions?</w:t>
      </w:r>
    </w:p>
    <w:p w14:paraId="32736624" w14:textId="77777777" w:rsidR="00A93E13" w:rsidRDefault="00A93E13">
      <w:pPr>
        <w:spacing w:after="0"/>
      </w:pPr>
    </w:p>
    <w:p w14:paraId="102232EC" w14:textId="77777777" w:rsidR="00A93E13" w:rsidRDefault="00365114">
      <w:pPr>
        <w:spacing w:after="0"/>
      </w:pPr>
      <w:r>
        <w:rPr>
          <w:rFonts w:ascii="Arial" w:hAnsi="Arial"/>
          <w:b/>
        </w:rPr>
        <w:t xml:space="preserve">Participant #19:  </w:t>
      </w:r>
      <w:r>
        <w:rPr>
          <w:rFonts w:ascii="Arial" w:hAnsi="Arial"/>
          <w:color w:val="5D7284"/>
        </w:rPr>
        <w:t>43:33</w:t>
      </w:r>
    </w:p>
    <w:p w14:paraId="0B0848ED" w14:textId="1DE9A92F" w:rsidR="00A93E13" w:rsidRDefault="00365114">
      <w:pPr>
        <w:spacing w:after="0"/>
      </w:pPr>
      <w:r>
        <w:rPr>
          <w:rFonts w:ascii="Arial" w:hAnsi="Arial"/>
        </w:rPr>
        <w:t xml:space="preserve">Maybe like stop the tank, </w:t>
      </w:r>
      <w:r w:rsidR="00B3550E">
        <w:rPr>
          <w:rFonts w:ascii="Arial" w:hAnsi="Arial"/>
        </w:rPr>
        <w:t>yeah,</w:t>
      </w:r>
      <w:r>
        <w:rPr>
          <w:rFonts w:ascii="Arial" w:hAnsi="Arial"/>
        </w:rPr>
        <w:t xml:space="preserve"> I think stopping it maybe.</w:t>
      </w:r>
    </w:p>
    <w:p w14:paraId="57E2609F" w14:textId="77777777" w:rsidR="00A93E13" w:rsidRDefault="00A93E13">
      <w:pPr>
        <w:spacing w:after="0"/>
      </w:pPr>
    </w:p>
    <w:p w14:paraId="22A19A44" w14:textId="77777777" w:rsidR="00A93E13" w:rsidRDefault="00365114">
      <w:pPr>
        <w:spacing w:after="0"/>
      </w:pPr>
      <w:r>
        <w:rPr>
          <w:rFonts w:ascii="Arial" w:hAnsi="Arial"/>
          <w:b/>
        </w:rPr>
        <w:t xml:space="preserve">Interviewer P:  </w:t>
      </w:r>
      <w:r>
        <w:rPr>
          <w:rFonts w:ascii="Arial" w:hAnsi="Arial"/>
          <w:color w:val="5D7284"/>
        </w:rPr>
        <w:t>43:41</w:t>
      </w:r>
    </w:p>
    <w:p w14:paraId="2CA7E8C3" w14:textId="77777777" w:rsidR="00A93E13" w:rsidRDefault="00365114">
      <w:pPr>
        <w:spacing w:after="0"/>
      </w:pPr>
      <w:r>
        <w:rPr>
          <w:rFonts w:ascii="Arial" w:hAnsi="Arial"/>
        </w:rPr>
        <w:t xml:space="preserve">What do you think if we like left this going overnight and came back up. Do you still think it would still look like? </w:t>
      </w:r>
    </w:p>
    <w:p w14:paraId="4099544F" w14:textId="77777777" w:rsidR="00A93E13" w:rsidRDefault="00A93E13">
      <w:pPr>
        <w:spacing w:after="0"/>
      </w:pPr>
    </w:p>
    <w:p w14:paraId="554441E0" w14:textId="77777777" w:rsidR="00A93E13" w:rsidRDefault="00365114">
      <w:pPr>
        <w:spacing w:after="0"/>
      </w:pPr>
      <w:r>
        <w:rPr>
          <w:rFonts w:ascii="Arial" w:hAnsi="Arial"/>
          <w:b/>
        </w:rPr>
        <w:t xml:space="preserve">Participant #19:  </w:t>
      </w:r>
      <w:r>
        <w:rPr>
          <w:rFonts w:ascii="Arial" w:hAnsi="Arial"/>
          <w:color w:val="5D7284"/>
        </w:rPr>
        <w:t>43:49</w:t>
      </w:r>
    </w:p>
    <w:p w14:paraId="36A00CC9" w14:textId="77777777" w:rsidR="00A93E13" w:rsidRDefault="00365114">
      <w:pPr>
        <w:spacing w:after="0"/>
      </w:pPr>
      <w:r>
        <w:rPr>
          <w:rFonts w:ascii="Arial" w:hAnsi="Arial"/>
        </w:rPr>
        <w:t>Yeah, I think yeah, I think it would and then the bottom would still like like mix more or fade no I don't know what it's doing but I still mix more at the bottom than at the top.</w:t>
      </w:r>
    </w:p>
    <w:p w14:paraId="35174FC4" w14:textId="77777777" w:rsidR="00A93E13" w:rsidRDefault="00A93E13">
      <w:pPr>
        <w:spacing w:after="0"/>
      </w:pPr>
    </w:p>
    <w:p w14:paraId="5A5BD663" w14:textId="77777777" w:rsidR="00A93E13" w:rsidRDefault="00365114">
      <w:pPr>
        <w:spacing w:after="0"/>
      </w:pPr>
      <w:r>
        <w:rPr>
          <w:rFonts w:ascii="Arial" w:hAnsi="Arial"/>
          <w:b/>
        </w:rPr>
        <w:t xml:space="preserve">Interviewer P:  </w:t>
      </w:r>
      <w:r>
        <w:rPr>
          <w:rFonts w:ascii="Arial" w:hAnsi="Arial"/>
          <w:color w:val="5D7284"/>
        </w:rPr>
        <w:t>44:07</w:t>
      </w:r>
    </w:p>
    <w:p w14:paraId="103C790C" w14:textId="77777777" w:rsidR="00A93E13" w:rsidRDefault="00365114">
      <w:pPr>
        <w:spacing w:after="0"/>
      </w:pPr>
      <w:r>
        <w:rPr>
          <w:rFonts w:ascii="Arial" w:hAnsi="Arial"/>
        </w:rPr>
        <w:t>But it would be cool if we stopped it?</w:t>
      </w:r>
    </w:p>
    <w:p w14:paraId="7AFC761B" w14:textId="77777777" w:rsidR="00A93E13" w:rsidRDefault="00A93E13">
      <w:pPr>
        <w:spacing w:after="0"/>
      </w:pPr>
    </w:p>
    <w:p w14:paraId="424BE537" w14:textId="77777777" w:rsidR="00A93E13" w:rsidRDefault="00365114">
      <w:pPr>
        <w:spacing w:after="0"/>
      </w:pPr>
      <w:r>
        <w:rPr>
          <w:rFonts w:ascii="Arial" w:hAnsi="Arial"/>
          <w:b/>
        </w:rPr>
        <w:t xml:space="preserve">Participant #19:  </w:t>
      </w:r>
      <w:r>
        <w:rPr>
          <w:rFonts w:ascii="Arial" w:hAnsi="Arial"/>
          <w:color w:val="5D7284"/>
        </w:rPr>
        <w:t>44:09</w:t>
      </w:r>
    </w:p>
    <w:p w14:paraId="74A54F1C" w14:textId="77777777" w:rsidR="00A93E13" w:rsidRDefault="00365114">
      <w:pPr>
        <w:spacing w:after="0"/>
      </w:pPr>
      <w:r>
        <w:rPr>
          <w:rFonts w:ascii="Arial" w:hAnsi="Arial"/>
        </w:rPr>
        <w:t>Yeah, I think I mean it's mixing, it's like no longer string but still be straight.</w:t>
      </w:r>
    </w:p>
    <w:p w14:paraId="04D8E71A" w14:textId="77777777" w:rsidR="00A93E13" w:rsidRDefault="00A93E13">
      <w:pPr>
        <w:spacing w:after="0"/>
      </w:pPr>
    </w:p>
    <w:p w14:paraId="10268293" w14:textId="77777777" w:rsidR="00A93E13" w:rsidRDefault="00365114">
      <w:pPr>
        <w:spacing w:after="0"/>
      </w:pPr>
      <w:r>
        <w:rPr>
          <w:rFonts w:ascii="Arial" w:hAnsi="Arial"/>
          <w:b/>
        </w:rPr>
        <w:t xml:space="preserve">Interviewer P:  </w:t>
      </w:r>
      <w:r>
        <w:rPr>
          <w:rFonts w:ascii="Arial" w:hAnsi="Arial"/>
          <w:color w:val="5D7284"/>
        </w:rPr>
        <w:t>44:15</w:t>
      </w:r>
    </w:p>
    <w:p w14:paraId="306C08BC" w14:textId="77777777" w:rsidR="00A93E13" w:rsidRDefault="00365114">
      <w:pPr>
        <w:spacing w:after="0"/>
      </w:pPr>
      <w:r>
        <w:rPr>
          <w:rFonts w:ascii="Arial" w:hAnsi="Arial"/>
        </w:rPr>
        <w:t>Yeah. I am going to put a little more in so because I will stop it so we can see what happens.</w:t>
      </w:r>
    </w:p>
    <w:p w14:paraId="3B97EB24" w14:textId="77777777" w:rsidR="00A93E13" w:rsidRDefault="00A93E13">
      <w:pPr>
        <w:spacing w:after="0"/>
      </w:pPr>
    </w:p>
    <w:p w14:paraId="4E248B8F" w14:textId="77777777" w:rsidR="00A93E13" w:rsidRDefault="00365114">
      <w:pPr>
        <w:spacing w:after="0"/>
      </w:pPr>
      <w:r>
        <w:rPr>
          <w:rFonts w:ascii="Arial" w:hAnsi="Arial"/>
          <w:b/>
        </w:rPr>
        <w:t xml:space="preserve">Participant #19:  </w:t>
      </w:r>
      <w:r>
        <w:rPr>
          <w:rFonts w:ascii="Arial" w:hAnsi="Arial"/>
          <w:color w:val="5D7284"/>
        </w:rPr>
        <w:t>44:21</w:t>
      </w:r>
    </w:p>
    <w:p w14:paraId="6B0AD1BA" w14:textId="77777777" w:rsidR="00A93E13" w:rsidRDefault="00365114">
      <w:pPr>
        <w:spacing w:after="0"/>
      </w:pPr>
      <w:r>
        <w:rPr>
          <w:rFonts w:ascii="Arial" w:hAnsi="Arial"/>
        </w:rPr>
        <w:t>Okay.</w:t>
      </w:r>
    </w:p>
    <w:p w14:paraId="191CB22D" w14:textId="77777777" w:rsidR="00A93E13" w:rsidRDefault="00A93E13">
      <w:pPr>
        <w:spacing w:after="0"/>
      </w:pPr>
    </w:p>
    <w:p w14:paraId="7CEC2782" w14:textId="77777777" w:rsidR="00A93E13" w:rsidRDefault="00365114">
      <w:pPr>
        <w:spacing w:after="0"/>
      </w:pPr>
      <w:r>
        <w:rPr>
          <w:rFonts w:ascii="Arial" w:hAnsi="Arial"/>
          <w:b/>
        </w:rPr>
        <w:t xml:space="preserve">Interviewer P:  </w:t>
      </w:r>
      <w:r>
        <w:rPr>
          <w:rFonts w:ascii="Arial" w:hAnsi="Arial"/>
          <w:color w:val="5D7284"/>
        </w:rPr>
        <w:t>44:22</w:t>
      </w:r>
    </w:p>
    <w:p w14:paraId="0AB4AB27" w14:textId="77777777" w:rsidR="00A93E13" w:rsidRDefault="00365114">
      <w:pPr>
        <w:spacing w:after="0"/>
      </w:pPr>
      <w:r>
        <w:rPr>
          <w:rFonts w:ascii="Arial" w:hAnsi="Arial"/>
        </w:rPr>
        <w:t>Let me put a little more in so that we can see with our eyes on this. So now what?</w:t>
      </w:r>
    </w:p>
    <w:p w14:paraId="5016B37C" w14:textId="77777777" w:rsidR="00A93E13" w:rsidRDefault="00A93E13">
      <w:pPr>
        <w:spacing w:after="0"/>
      </w:pPr>
    </w:p>
    <w:p w14:paraId="11F07E5B" w14:textId="77777777" w:rsidR="00A93E13" w:rsidRDefault="00365114">
      <w:pPr>
        <w:spacing w:after="0"/>
      </w:pPr>
      <w:r>
        <w:rPr>
          <w:rFonts w:ascii="Arial" w:hAnsi="Arial"/>
          <w:b/>
        </w:rPr>
        <w:t xml:space="preserve">Participant #19:  </w:t>
      </w:r>
      <w:r>
        <w:rPr>
          <w:rFonts w:ascii="Arial" w:hAnsi="Arial"/>
          <w:color w:val="5D7284"/>
        </w:rPr>
        <w:t>44:48</w:t>
      </w:r>
    </w:p>
    <w:p w14:paraId="522C2886" w14:textId="77777777" w:rsidR="00A93E13" w:rsidRDefault="00365114">
      <w:pPr>
        <w:spacing w:after="0"/>
      </w:pPr>
      <w:r>
        <w:rPr>
          <w:rFonts w:ascii="Arial" w:hAnsi="Arial"/>
        </w:rPr>
        <w:t>It like it's dissolving almost not dissolving but like.</w:t>
      </w:r>
    </w:p>
    <w:p w14:paraId="031B70C1" w14:textId="77777777" w:rsidR="00A93E13" w:rsidRDefault="00A93E13">
      <w:pPr>
        <w:spacing w:after="0"/>
      </w:pPr>
    </w:p>
    <w:p w14:paraId="4EC147F2" w14:textId="77777777" w:rsidR="00A93E13" w:rsidRDefault="00365114">
      <w:pPr>
        <w:spacing w:after="0"/>
      </w:pPr>
      <w:r>
        <w:rPr>
          <w:rFonts w:ascii="Arial" w:hAnsi="Arial"/>
          <w:b/>
        </w:rPr>
        <w:t xml:space="preserve">Interviewer P:  </w:t>
      </w:r>
      <w:r>
        <w:rPr>
          <w:rFonts w:ascii="Arial" w:hAnsi="Arial"/>
          <w:color w:val="5D7284"/>
        </w:rPr>
        <w:t>44:53</w:t>
      </w:r>
    </w:p>
    <w:p w14:paraId="67F1F2B8" w14:textId="77777777" w:rsidR="00A93E13" w:rsidRDefault="00365114">
      <w:pPr>
        <w:spacing w:after="0"/>
      </w:pPr>
      <w:r>
        <w:rPr>
          <w:rFonts w:ascii="Arial" w:hAnsi="Arial"/>
        </w:rPr>
        <w:t>You can look at it from the top to to see.</w:t>
      </w:r>
    </w:p>
    <w:p w14:paraId="47F96B96" w14:textId="77777777" w:rsidR="00A93E13" w:rsidRDefault="00A93E13">
      <w:pPr>
        <w:spacing w:after="0"/>
      </w:pPr>
    </w:p>
    <w:p w14:paraId="46A1452A" w14:textId="77777777" w:rsidR="00A93E13" w:rsidRDefault="00365114">
      <w:pPr>
        <w:spacing w:after="0"/>
      </w:pPr>
      <w:r>
        <w:rPr>
          <w:rFonts w:ascii="Arial" w:hAnsi="Arial"/>
          <w:b/>
        </w:rPr>
        <w:t xml:space="preserve">Participant #19:  </w:t>
      </w:r>
      <w:r>
        <w:rPr>
          <w:rFonts w:ascii="Arial" w:hAnsi="Arial"/>
          <w:color w:val="5D7284"/>
        </w:rPr>
        <w:t>44:57</w:t>
      </w:r>
    </w:p>
    <w:p w14:paraId="33E736C6" w14:textId="2029B71E" w:rsidR="00A93E13" w:rsidRDefault="00B3550E">
      <w:pPr>
        <w:spacing w:after="0"/>
      </w:pPr>
      <w:r>
        <w:rPr>
          <w:rFonts w:ascii="Arial" w:hAnsi="Arial"/>
        </w:rPr>
        <w:t xml:space="preserve">It’s almost mixing in. </w:t>
      </w:r>
    </w:p>
    <w:p w14:paraId="482D0D97" w14:textId="77777777" w:rsidR="00A93E13" w:rsidRDefault="00A93E13">
      <w:pPr>
        <w:spacing w:after="0"/>
      </w:pPr>
    </w:p>
    <w:p w14:paraId="036F3486" w14:textId="77777777" w:rsidR="00A93E13" w:rsidRDefault="00365114">
      <w:pPr>
        <w:spacing w:after="0"/>
      </w:pPr>
      <w:r>
        <w:rPr>
          <w:rFonts w:ascii="Arial" w:hAnsi="Arial"/>
          <w:b/>
        </w:rPr>
        <w:t xml:space="preserve">Interviewer P:  </w:t>
      </w:r>
      <w:r>
        <w:rPr>
          <w:rFonts w:ascii="Arial" w:hAnsi="Arial"/>
          <w:color w:val="5D7284"/>
        </w:rPr>
        <w:t>44:59</w:t>
      </w:r>
    </w:p>
    <w:p w14:paraId="5C3EA3E9" w14:textId="77777777" w:rsidR="00A93E13" w:rsidRDefault="00365114">
      <w:pPr>
        <w:spacing w:after="0"/>
      </w:pPr>
      <w:r>
        <w:rPr>
          <w:rFonts w:ascii="Arial" w:hAnsi="Arial"/>
        </w:rPr>
        <w:t>Yeah, is it and is it yeah.</w:t>
      </w:r>
    </w:p>
    <w:p w14:paraId="6A231A6D" w14:textId="77777777" w:rsidR="00A93E13" w:rsidRDefault="00A93E13">
      <w:pPr>
        <w:spacing w:after="0"/>
      </w:pPr>
    </w:p>
    <w:p w14:paraId="5FB9C04E" w14:textId="77777777" w:rsidR="00A93E13" w:rsidRDefault="00365114">
      <w:pPr>
        <w:spacing w:after="0"/>
      </w:pPr>
      <w:r>
        <w:rPr>
          <w:rFonts w:ascii="Arial" w:hAnsi="Arial"/>
          <w:b/>
        </w:rPr>
        <w:t xml:space="preserve">Participant #19:  </w:t>
      </w:r>
      <w:r>
        <w:rPr>
          <w:rFonts w:ascii="Arial" w:hAnsi="Arial"/>
          <w:color w:val="5D7284"/>
        </w:rPr>
        <w:t>45:01</w:t>
      </w:r>
    </w:p>
    <w:p w14:paraId="74136213" w14:textId="77777777" w:rsidR="00A93E13" w:rsidRDefault="00365114">
      <w:pPr>
        <w:spacing w:after="0"/>
      </w:pPr>
      <w:r>
        <w:rPr>
          <w:rFonts w:ascii="Arial" w:hAnsi="Arial"/>
        </w:rPr>
        <w:t xml:space="preserve">Yeah. </w:t>
      </w:r>
    </w:p>
    <w:p w14:paraId="26A668C4" w14:textId="77777777" w:rsidR="00A93E13" w:rsidRDefault="00A93E13">
      <w:pPr>
        <w:spacing w:after="0"/>
      </w:pPr>
    </w:p>
    <w:p w14:paraId="590DF667" w14:textId="77777777" w:rsidR="00A93E13" w:rsidRDefault="00365114">
      <w:pPr>
        <w:spacing w:after="0"/>
      </w:pPr>
      <w:r>
        <w:rPr>
          <w:rFonts w:ascii="Arial" w:hAnsi="Arial"/>
          <w:b/>
        </w:rPr>
        <w:t xml:space="preserve">Interviewer P:  </w:t>
      </w:r>
      <w:r>
        <w:rPr>
          <w:rFonts w:ascii="Arial" w:hAnsi="Arial"/>
          <w:color w:val="5D7284"/>
        </w:rPr>
        <w:t>45:01</w:t>
      </w:r>
    </w:p>
    <w:p w14:paraId="07B2A709" w14:textId="77777777" w:rsidR="00A93E13" w:rsidRDefault="00365114">
      <w:pPr>
        <w:spacing w:after="0"/>
      </w:pPr>
      <w:r>
        <w:rPr>
          <w:rFonts w:ascii="Arial" w:hAnsi="Arial"/>
        </w:rPr>
        <w:t xml:space="preserve">Is it make the swirls now. </w:t>
      </w:r>
    </w:p>
    <w:p w14:paraId="6BBEC109" w14:textId="77777777" w:rsidR="00A93E13" w:rsidRDefault="00A93E13">
      <w:pPr>
        <w:spacing w:after="0"/>
      </w:pPr>
    </w:p>
    <w:p w14:paraId="10005C07" w14:textId="77777777" w:rsidR="00A93E13" w:rsidRDefault="00365114">
      <w:pPr>
        <w:spacing w:after="0"/>
      </w:pPr>
      <w:r>
        <w:rPr>
          <w:rFonts w:ascii="Arial" w:hAnsi="Arial"/>
          <w:b/>
        </w:rPr>
        <w:t xml:space="preserve">Participant #19:  </w:t>
      </w:r>
      <w:r>
        <w:rPr>
          <w:rFonts w:ascii="Arial" w:hAnsi="Arial"/>
          <w:color w:val="5D7284"/>
        </w:rPr>
        <w:t>45:04</w:t>
      </w:r>
    </w:p>
    <w:p w14:paraId="78D71F47" w14:textId="1281532F" w:rsidR="00A93E13" w:rsidRDefault="00B3550E">
      <w:pPr>
        <w:spacing w:after="0"/>
      </w:pPr>
      <w:r>
        <w:rPr>
          <w:rFonts w:ascii="Arial" w:hAnsi="Arial"/>
        </w:rPr>
        <w:t xml:space="preserve">The you mean the string. </w:t>
      </w:r>
    </w:p>
    <w:p w14:paraId="6FD7E379" w14:textId="77777777" w:rsidR="00A93E13" w:rsidRDefault="00A93E13">
      <w:pPr>
        <w:spacing w:after="0"/>
      </w:pPr>
    </w:p>
    <w:p w14:paraId="483E7C63" w14:textId="77777777" w:rsidR="00A93E13" w:rsidRDefault="00365114">
      <w:pPr>
        <w:spacing w:after="0"/>
      </w:pPr>
      <w:r>
        <w:rPr>
          <w:rFonts w:ascii="Arial" w:hAnsi="Arial"/>
          <w:b/>
        </w:rPr>
        <w:t xml:space="preserve">Interviewer P:  </w:t>
      </w:r>
      <w:r>
        <w:rPr>
          <w:rFonts w:ascii="Arial" w:hAnsi="Arial"/>
          <w:color w:val="5D7284"/>
        </w:rPr>
        <w:t>45:05</w:t>
      </w:r>
    </w:p>
    <w:p w14:paraId="2036BD4E" w14:textId="77777777" w:rsidR="00A93E13" w:rsidRDefault="00365114">
      <w:pPr>
        <w:spacing w:after="0"/>
      </w:pPr>
      <w:r>
        <w:rPr>
          <w:rFonts w:ascii="Arial" w:hAnsi="Arial"/>
        </w:rPr>
        <w:t>Yeah. Like you have in your first drawing.</w:t>
      </w:r>
    </w:p>
    <w:p w14:paraId="6F091CEB" w14:textId="77777777" w:rsidR="00A93E13" w:rsidRDefault="00A93E13">
      <w:pPr>
        <w:spacing w:after="0"/>
      </w:pPr>
    </w:p>
    <w:p w14:paraId="4BA75D6E" w14:textId="77777777" w:rsidR="00A93E13" w:rsidRDefault="00365114">
      <w:pPr>
        <w:spacing w:after="0"/>
      </w:pPr>
      <w:r>
        <w:rPr>
          <w:rFonts w:ascii="Arial" w:hAnsi="Arial"/>
          <w:b/>
        </w:rPr>
        <w:t xml:space="preserve">Participant #19:  </w:t>
      </w:r>
      <w:r>
        <w:rPr>
          <w:rFonts w:ascii="Arial" w:hAnsi="Arial"/>
          <w:color w:val="5D7284"/>
        </w:rPr>
        <w:t>45:08</w:t>
      </w:r>
    </w:p>
    <w:p w14:paraId="6EB81AC0" w14:textId="77777777" w:rsidR="00A93E13" w:rsidRDefault="00365114">
      <w:pPr>
        <w:spacing w:after="0"/>
      </w:pPr>
      <w:r>
        <w:rPr>
          <w:rFonts w:ascii="Arial" w:hAnsi="Arial"/>
        </w:rPr>
        <w:t>Oh yeah it does. It's like going in.</w:t>
      </w:r>
    </w:p>
    <w:p w14:paraId="27E73721" w14:textId="77777777" w:rsidR="00A93E13" w:rsidRDefault="00A93E13">
      <w:pPr>
        <w:spacing w:after="0"/>
      </w:pPr>
    </w:p>
    <w:p w14:paraId="6C3ABEBC" w14:textId="77777777" w:rsidR="00A93E13" w:rsidRDefault="00365114">
      <w:pPr>
        <w:spacing w:after="0"/>
      </w:pPr>
      <w:r>
        <w:rPr>
          <w:rFonts w:ascii="Arial" w:hAnsi="Arial"/>
          <w:b/>
        </w:rPr>
        <w:t xml:space="preserve">Interviewer P:  </w:t>
      </w:r>
      <w:r>
        <w:rPr>
          <w:rFonts w:ascii="Arial" w:hAnsi="Arial"/>
          <w:color w:val="5D7284"/>
        </w:rPr>
        <w:t>45:10</w:t>
      </w:r>
    </w:p>
    <w:p w14:paraId="24B412A8" w14:textId="77777777" w:rsidR="00A93E13" w:rsidRDefault="00365114">
      <w:pPr>
        <w:spacing w:after="0"/>
      </w:pPr>
      <w:r>
        <w:rPr>
          <w:rFonts w:ascii="Arial" w:hAnsi="Arial"/>
        </w:rPr>
        <w:t>Is it doing that?</w:t>
      </w:r>
    </w:p>
    <w:p w14:paraId="2B3C8123" w14:textId="77777777" w:rsidR="00A93E13" w:rsidRDefault="00A93E13">
      <w:pPr>
        <w:spacing w:after="0"/>
      </w:pPr>
    </w:p>
    <w:p w14:paraId="4B32E7D7" w14:textId="77777777" w:rsidR="00A93E13" w:rsidRDefault="00365114">
      <w:pPr>
        <w:spacing w:after="0"/>
      </w:pPr>
      <w:r>
        <w:rPr>
          <w:rFonts w:ascii="Arial" w:hAnsi="Arial"/>
          <w:b/>
        </w:rPr>
        <w:t xml:space="preserve">Participant #19:  </w:t>
      </w:r>
      <w:r>
        <w:rPr>
          <w:rFonts w:ascii="Arial" w:hAnsi="Arial"/>
          <w:color w:val="5D7284"/>
        </w:rPr>
        <w:t>45:12</w:t>
      </w:r>
    </w:p>
    <w:p w14:paraId="7AF511EC" w14:textId="77777777" w:rsidR="00A93E13" w:rsidRDefault="00365114">
      <w:pPr>
        <w:spacing w:after="0"/>
      </w:pPr>
      <w:r>
        <w:rPr>
          <w:rFonts w:ascii="Arial" w:hAnsi="Arial"/>
        </w:rPr>
        <w:t>Yeah.</w:t>
      </w:r>
    </w:p>
    <w:p w14:paraId="26BD7D60" w14:textId="77777777" w:rsidR="00A93E13" w:rsidRDefault="00A93E13">
      <w:pPr>
        <w:spacing w:after="0"/>
      </w:pPr>
    </w:p>
    <w:p w14:paraId="4E7FA244" w14:textId="77777777" w:rsidR="00A93E13" w:rsidRDefault="00365114">
      <w:pPr>
        <w:spacing w:after="0"/>
      </w:pPr>
      <w:r>
        <w:rPr>
          <w:rFonts w:ascii="Arial" w:hAnsi="Arial"/>
          <w:b/>
        </w:rPr>
        <w:t xml:space="preserve">Interviewer P:  </w:t>
      </w:r>
      <w:r>
        <w:rPr>
          <w:rFonts w:ascii="Arial" w:hAnsi="Arial"/>
          <w:color w:val="5D7284"/>
        </w:rPr>
        <w:t>45:15</w:t>
      </w:r>
    </w:p>
    <w:p w14:paraId="1180F51B" w14:textId="31037394" w:rsidR="00A93E13" w:rsidRDefault="00B3550E">
      <w:pPr>
        <w:spacing w:after="0"/>
      </w:pPr>
      <w:r>
        <w:rPr>
          <w:rFonts w:ascii="Arial" w:hAnsi="Arial"/>
        </w:rPr>
        <w:t xml:space="preserve">So, stopping it made it look like what you thought it would look like originally. </w:t>
      </w:r>
    </w:p>
    <w:p w14:paraId="1B47BD97" w14:textId="77777777" w:rsidR="00A93E13" w:rsidRDefault="00A93E13">
      <w:pPr>
        <w:spacing w:after="0"/>
      </w:pPr>
    </w:p>
    <w:p w14:paraId="2A4106D9" w14:textId="77777777" w:rsidR="00A93E13" w:rsidRDefault="00365114">
      <w:pPr>
        <w:spacing w:after="0"/>
      </w:pPr>
      <w:r>
        <w:rPr>
          <w:rFonts w:ascii="Arial" w:hAnsi="Arial"/>
          <w:b/>
        </w:rPr>
        <w:t xml:space="preserve">Participant #19:  </w:t>
      </w:r>
      <w:r>
        <w:rPr>
          <w:rFonts w:ascii="Arial" w:hAnsi="Arial"/>
          <w:color w:val="5D7284"/>
        </w:rPr>
        <w:t>45:19</w:t>
      </w:r>
    </w:p>
    <w:p w14:paraId="1BB08721" w14:textId="77777777" w:rsidR="00A93E13" w:rsidRDefault="00365114">
      <w:pPr>
        <w:spacing w:after="0"/>
      </w:pPr>
      <w:r>
        <w:rPr>
          <w:rFonts w:ascii="Arial" w:hAnsi="Arial"/>
        </w:rPr>
        <w:t>Yeah.</w:t>
      </w:r>
    </w:p>
    <w:p w14:paraId="5E3CBDBA" w14:textId="77777777" w:rsidR="00A93E13" w:rsidRDefault="00A93E13">
      <w:pPr>
        <w:spacing w:after="0"/>
      </w:pPr>
    </w:p>
    <w:p w14:paraId="5B476003" w14:textId="77777777" w:rsidR="00A93E13" w:rsidRDefault="00365114">
      <w:pPr>
        <w:spacing w:after="0"/>
      </w:pPr>
      <w:r>
        <w:rPr>
          <w:rFonts w:ascii="Arial" w:hAnsi="Arial"/>
          <w:b/>
        </w:rPr>
        <w:t xml:space="preserve">Interviewer P:  </w:t>
      </w:r>
      <w:r>
        <w:rPr>
          <w:rFonts w:ascii="Arial" w:hAnsi="Arial"/>
          <w:color w:val="5D7284"/>
        </w:rPr>
        <w:t>45:20</w:t>
      </w:r>
    </w:p>
    <w:p w14:paraId="5C3B2BF4" w14:textId="77777777" w:rsidR="00A93E13" w:rsidRDefault="00365114">
      <w:pPr>
        <w:spacing w:after="0"/>
      </w:pPr>
      <w:r>
        <w:rPr>
          <w:rFonts w:ascii="Arial" w:hAnsi="Arial"/>
        </w:rPr>
        <w:t xml:space="preserve"> Ideas as to why it's got a nice spiral on top there now.</w:t>
      </w:r>
    </w:p>
    <w:p w14:paraId="651219D0" w14:textId="77777777" w:rsidR="00A93E13" w:rsidRDefault="00A93E13">
      <w:pPr>
        <w:spacing w:after="0"/>
      </w:pPr>
    </w:p>
    <w:p w14:paraId="0275292B" w14:textId="77777777" w:rsidR="00A93E13" w:rsidRDefault="00365114">
      <w:pPr>
        <w:spacing w:after="0"/>
      </w:pPr>
      <w:r>
        <w:rPr>
          <w:rFonts w:ascii="Arial" w:hAnsi="Arial"/>
          <w:b/>
        </w:rPr>
        <w:t xml:space="preserve">Participant #19:  </w:t>
      </w:r>
      <w:r>
        <w:rPr>
          <w:rFonts w:ascii="Arial" w:hAnsi="Arial"/>
          <w:color w:val="5D7284"/>
        </w:rPr>
        <w:t>45:33</w:t>
      </w:r>
    </w:p>
    <w:p w14:paraId="63B8F99C" w14:textId="77777777" w:rsidR="00A93E13" w:rsidRDefault="00365114">
      <w:pPr>
        <w:spacing w:after="0"/>
      </w:pPr>
      <w:r>
        <w:rPr>
          <w:rFonts w:ascii="Arial" w:hAnsi="Arial"/>
        </w:rPr>
        <w:t xml:space="preserve">So why is it mixing when you stop it? </w:t>
      </w:r>
    </w:p>
    <w:p w14:paraId="4A4CCF35" w14:textId="77777777" w:rsidR="00A93E13" w:rsidRDefault="00A93E13">
      <w:pPr>
        <w:spacing w:after="0"/>
      </w:pPr>
    </w:p>
    <w:p w14:paraId="7FB6068E" w14:textId="77777777" w:rsidR="00A93E13" w:rsidRDefault="00365114">
      <w:pPr>
        <w:spacing w:after="0"/>
      </w:pPr>
      <w:r>
        <w:rPr>
          <w:rFonts w:ascii="Arial" w:hAnsi="Arial"/>
          <w:b/>
        </w:rPr>
        <w:t xml:space="preserve">Interviewer P:  </w:t>
      </w:r>
      <w:r>
        <w:rPr>
          <w:rFonts w:ascii="Arial" w:hAnsi="Arial"/>
          <w:color w:val="5D7284"/>
        </w:rPr>
        <w:t>45:35</w:t>
      </w:r>
    </w:p>
    <w:p w14:paraId="052681C8" w14:textId="77777777" w:rsidR="00A93E13" w:rsidRDefault="00365114">
      <w:pPr>
        <w:spacing w:after="0"/>
      </w:pPr>
      <w:r>
        <w:rPr>
          <w:rFonts w:ascii="Arial" w:hAnsi="Arial"/>
        </w:rPr>
        <w:t>Why is it making those swirls. Yeah.</w:t>
      </w:r>
    </w:p>
    <w:p w14:paraId="314D8370" w14:textId="77777777" w:rsidR="00A93E13" w:rsidRDefault="00A93E13">
      <w:pPr>
        <w:spacing w:after="0"/>
      </w:pPr>
    </w:p>
    <w:p w14:paraId="05B838DB" w14:textId="77777777" w:rsidR="00A93E13" w:rsidRDefault="00365114">
      <w:pPr>
        <w:spacing w:after="0"/>
      </w:pPr>
      <w:r>
        <w:rPr>
          <w:rFonts w:ascii="Arial" w:hAnsi="Arial"/>
          <w:b/>
        </w:rPr>
        <w:t xml:space="preserve">Participant #19:  </w:t>
      </w:r>
      <w:r>
        <w:rPr>
          <w:rFonts w:ascii="Arial" w:hAnsi="Arial"/>
          <w:color w:val="5D7284"/>
        </w:rPr>
        <w:t>45:40</w:t>
      </w:r>
    </w:p>
    <w:p w14:paraId="0769E2E2" w14:textId="77777777" w:rsidR="00A93E13" w:rsidRDefault="00365114">
      <w:pPr>
        <w:spacing w:after="0"/>
      </w:pPr>
      <w:r>
        <w:rPr>
          <w:rFonts w:ascii="Arial" w:hAnsi="Arial"/>
        </w:rPr>
        <w:t>I guess because when you stop it it has time to mix like it has room to mix, if that makes sense. To like swirl around. Yeah, I don't know, yeah.</w:t>
      </w:r>
    </w:p>
    <w:p w14:paraId="0431A9DC" w14:textId="77777777" w:rsidR="00A93E13" w:rsidRDefault="00A93E13">
      <w:pPr>
        <w:spacing w:after="0"/>
      </w:pPr>
    </w:p>
    <w:p w14:paraId="004E016B" w14:textId="77777777" w:rsidR="00A93E13" w:rsidRDefault="00365114">
      <w:pPr>
        <w:spacing w:after="0"/>
      </w:pPr>
      <w:r>
        <w:rPr>
          <w:rFonts w:ascii="Arial" w:hAnsi="Arial"/>
          <w:b/>
        </w:rPr>
        <w:t xml:space="preserve">Interviewer P:  </w:t>
      </w:r>
      <w:r>
        <w:rPr>
          <w:rFonts w:ascii="Arial" w:hAnsi="Arial"/>
          <w:color w:val="5D7284"/>
        </w:rPr>
        <w:t>45:57</w:t>
      </w:r>
    </w:p>
    <w:p w14:paraId="4B990497" w14:textId="7602065D" w:rsidR="00A93E13" w:rsidRDefault="00B3550E">
      <w:pPr>
        <w:spacing w:after="0"/>
      </w:pPr>
      <w:r>
        <w:rPr>
          <w:rFonts w:ascii="Arial" w:hAnsi="Arial"/>
        </w:rPr>
        <w:t>So, tell me about like the room or the time is there more room or time in the tank now than there was before I stopped it?</w:t>
      </w:r>
    </w:p>
    <w:p w14:paraId="485200D4" w14:textId="77777777" w:rsidR="00A93E13" w:rsidRDefault="00A93E13">
      <w:pPr>
        <w:spacing w:after="0"/>
      </w:pPr>
    </w:p>
    <w:p w14:paraId="0CF6A36E" w14:textId="77777777" w:rsidR="00A93E13" w:rsidRDefault="00365114">
      <w:pPr>
        <w:spacing w:after="0"/>
      </w:pPr>
      <w:r>
        <w:rPr>
          <w:rFonts w:ascii="Arial" w:hAnsi="Arial"/>
          <w:b/>
        </w:rPr>
        <w:t xml:space="preserve">Participant #19:  </w:t>
      </w:r>
      <w:r>
        <w:rPr>
          <w:rFonts w:ascii="Arial" w:hAnsi="Arial"/>
          <w:color w:val="5D7284"/>
        </w:rPr>
        <w:t>46:07</w:t>
      </w:r>
    </w:p>
    <w:p w14:paraId="6CE86157" w14:textId="77777777" w:rsidR="00A93E13" w:rsidRDefault="00365114">
      <w:pPr>
        <w:spacing w:after="0"/>
      </w:pPr>
      <w:r>
        <w:rPr>
          <w:rFonts w:ascii="Arial" w:hAnsi="Arial"/>
        </w:rPr>
        <w:t>I think more time now and room now. Yeah, cuz it's like still so it has more motion to move by itself than when it's like already moving. Like the whole thing moving, yeah.</w:t>
      </w:r>
    </w:p>
    <w:p w14:paraId="29EB3128" w14:textId="77777777" w:rsidR="00A93E13" w:rsidRDefault="00A93E13">
      <w:pPr>
        <w:spacing w:after="0"/>
      </w:pPr>
    </w:p>
    <w:p w14:paraId="3EC98A3F" w14:textId="77777777" w:rsidR="00A93E13" w:rsidRDefault="00365114">
      <w:pPr>
        <w:spacing w:after="0"/>
      </w:pPr>
      <w:r>
        <w:rPr>
          <w:rFonts w:ascii="Arial" w:hAnsi="Arial"/>
          <w:b/>
        </w:rPr>
        <w:t xml:space="preserve">Interviewer P:  </w:t>
      </w:r>
      <w:r>
        <w:rPr>
          <w:rFonts w:ascii="Arial" w:hAnsi="Arial"/>
          <w:color w:val="5D7284"/>
        </w:rPr>
        <w:t>46:31</w:t>
      </w:r>
    </w:p>
    <w:p w14:paraId="54C96E00" w14:textId="13561004" w:rsidR="00A93E13" w:rsidRDefault="00B3550E">
      <w:pPr>
        <w:spacing w:after="0"/>
      </w:pPr>
      <w:r>
        <w:rPr>
          <w:rFonts w:ascii="Arial" w:hAnsi="Arial"/>
        </w:rPr>
        <w:t xml:space="preserve">So, the tank is still and so that gives the water more time and more room to have more motion. </w:t>
      </w:r>
    </w:p>
    <w:p w14:paraId="4E8DCB0B" w14:textId="77777777" w:rsidR="00A93E13" w:rsidRDefault="00A93E13">
      <w:pPr>
        <w:spacing w:after="0"/>
      </w:pPr>
    </w:p>
    <w:p w14:paraId="30B3450E" w14:textId="77777777" w:rsidR="00A93E13" w:rsidRDefault="00365114">
      <w:pPr>
        <w:spacing w:after="0"/>
      </w:pPr>
      <w:r>
        <w:rPr>
          <w:rFonts w:ascii="Arial" w:hAnsi="Arial"/>
          <w:b/>
        </w:rPr>
        <w:t xml:space="preserve">Participant #19:  </w:t>
      </w:r>
      <w:r>
        <w:rPr>
          <w:rFonts w:ascii="Arial" w:hAnsi="Arial"/>
          <w:color w:val="5D7284"/>
        </w:rPr>
        <w:t>46:38</w:t>
      </w:r>
    </w:p>
    <w:p w14:paraId="686CFEAE" w14:textId="77777777" w:rsidR="00A93E13" w:rsidRDefault="00365114">
      <w:pPr>
        <w:spacing w:after="0"/>
      </w:pPr>
      <w:r>
        <w:rPr>
          <w:rFonts w:ascii="Arial" w:hAnsi="Arial"/>
        </w:rPr>
        <w:t xml:space="preserve">Yeah. </w:t>
      </w:r>
    </w:p>
    <w:p w14:paraId="387335D3" w14:textId="77777777" w:rsidR="00A93E13" w:rsidRDefault="00A93E13">
      <w:pPr>
        <w:spacing w:after="0"/>
      </w:pPr>
    </w:p>
    <w:p w14:paraId="36E4A69C" w14:textId="77777777" w:rsidR="00A93E13" w:rsidRDefault="00365114">
      <w:pPr>
        <w:spacing w:after="0"/>
      </w:pPr>
      <w:r>
        <w:rPr>
          <w:rFonts w:ascii="Arial" w:hAnsi="Arial"/>
          <w:b/>
        </w:rPr>
        <w:t xml:space="preserve">Interviewer P:  </w:t>
      </w:r>
      <w:r>
        <w:rPr>
          <w:rFonts w:ascii="Arial" w:hAnsi="Arial"/>
          <w:color w:val="5D7284"/>
        </w:rPr>
        <w:t>46:38</w:t>
      </w:r>
    </w:p>
    <w:p w14:paraId="7CD88908" w14:textId="77777777" w:rsidR="00A93E13" w:rsidRDefault="00365114">
      <w:pPr>
        <w:spacing w:after="0"/>
      </w:pPr>
      <w:r>
        <w:rPr>
          <w:rFonts w:ascii="Arial" w:hAnsi="Arial"/>
        </w:rPr>
        <w:t xml:space="preserve">That's what I'm hearing. </w:t>
      </w:r>
    </w:p>
    <w:p w14:paraId="1A0DFA5C" w14:textId="77777777" w:rsidR="00A93E13" w:rsidRDefault="00A93E13">
      <w:pPr>
        <w:spacing w:after="0"/>
      </w:pPr>
    </w:p>
    <w:p w14:paraId="254A580A" w14:textId="77777777" w:rsidR="00A93E13" w:rsidRDefault="00365114">
      <w:pPr>
        <w:spacing w:after="0"/>
      </w:pPr>
      <w:r>
        <w:rPr>
          <w:rFonts w:ascii="Arial" w:hAnsi="Arial"/>
          <w:b/>
        </w:rPr>
        <w:t xml:space="preserve">Participant #19:  </w:t>
      </w:r>
      <w:r>
        <w:rPr>
          <w:rFonts w:ascii="Arial" w:hAnsi="Arial"/>
          <w:color w:val="5D7284"/>
        </w:rPr>
        <w:t>46:39</w:t>
      </w:r>
    </w:p>
    <w:p w14:paraId="30204F73" w14:textId="77777777" w:rsidR="00A93E13" w:rsidRDefault="00365114">
      <w:pPr>
        <w:spacing w:after="0"/>
      </w:pPr>
      <w:r>
        <w:rPr>
          <w:rFonts w:ascii="Arial" w:hAnsi="Arial"/>
        </w:rPr>
        <w:t xml:space="preserve">Yeah. </w:t>
      </w:r>
    </w:p>
    <w:p w14:paraId="6294C41E" w14:textId="77777777" w:rsidR="00A93E13" w:rsidRDefault="00A93E13">
      <w:pPr>
        <w:spacing w:after="0"/>
      </w:pPr>
    </w:p>
    <w:p w14:paraId="0034AED6" w14:textId="77777777" w:rsidR="00A93E13" w:rsidRDefault="00365114">
      <w:pPr>
        <w:spacing w:after="0"/>
      </w:pPr>
      <w:r>
        <w:rPr>
          <w:rFonts w:ascii="Arial" w:hAnsi="Arial"/>
          <w:b/>
        </w:rPr>
        <w:t xml:space="preserve">Interviewer P:  </w:t>
      </w:r>
      <w:r>
        <w:rPr>
          <w:rFonts w:ascii="Arial" w:hAnsi="Arial"/>
          <w:color w:val="5D7284"/>
        </w:rPr>
        <w:t>46:40</w:t>
      </w:r>
    </w:p>
    <w:p w14:paraId="0023E57E" w14:textId="20FEC0B1" w:rsidR="00A93E13" w:rsidRDefault="00365114">
      <w:pPr>
        <w:spacing w:after="0"/>
      </w:pPr>
      <w:r>
        <w:rPr>
          <w:rFonts w:ascii="Arial" w:hAnsi="Arial"/>
        </w:rPr>
        <w:t xml:space="preserve">Okay. All right, so I'm gonna let that sit. This time, I actually do have Jell-O. And this one, it seen better days. But in a circular tank. This contraption. </w:t>
      </w:r>
      <w:r w:rsidR="00B3550E">
        <w:rPr>
          <w:rFonts w:ascii="Arial" w:hAnsi="Arial"/>
        </w:rPr>
        <w:t>So,</w:t>
      </w:r>
      <w:r>
        <w:rPr>
          <w:rFonts w:ascii="Arial" w:hAnsi="Arial"/>
        </w:rPr>
        <w:t xml:space="preserve"> this is a turntable. </w:t>
      </w:r>
      <w:r w:rsidR="00B3550E">
        <w:rPr>
          <w:rFonts w:ascii="Arial" w:hAnsi="Arial"/>
        </w:rPr>
        <w:t>So,</w:t>
      </w:r>
      <w:r>
        <w:rPr>
          <w:rFonts w:ascii="Arial" w:hAnsi="Arial"/>
        </w:rPr>
        <w:t xml:space="preserve"> I can put this on the turntable. And now I have made a little Lego motor that will actually rotate it. </w:t>
      </w:r>
      <w:r w:rsidR="00B3550E">
        <w:rPr>
          <w:rFonts w:ascii="Arial" w:hAnsi="Arial"/>
        </w:rPr>
        <w:t>So,</w:t>
      </w:r>
      <w:r>
        <w:rPr>
          <w:rFonts w:ascii="Arial" w:hAnsi="Arial"/>
        </w:rPr>
        <w:t xml:space="preserve"> what do you think the Jell-O will do when it starts to spin like that tank of water did?</w:t>
      </w:r>
    </w:p>
    <w:p w14:paraId="7C27CA85" w14:textId="77777777" w:rsidR="00A93E13" w:rsidRDefault="00A93E13">
      <w:pPr>
        <w:spacing w:after="0"/>
      </w:pPr>
    </w:p>
    <w:p w14:paraId="1D913DED" w14:textId="77777777" w:rsidR="00A93E13" w:rsidRDefault="00365114">
      <w:pPr>
        <w:spacing w:after="0"/>
      </w:pPr>
      <w:r>
        <w:rPr>
          <w:rFonts w:ascii="Arial" w:hAnsi="Arial"/>
          <w:b/>
        </w:rPr>
        <w:t xml:space="preserve">Participant #19:  </w:t>
      </w:r>
      <w:r>
        <w:rPr>
          <w:rFonts w:ascii="Arial" w:hAnsi="Arial"/>
          <w:color w:val="5D7284"/>
        </w:rPr>
        <w:t>47:15</w:t>
      </w:r>
    </w:p>
    <w:p w14:paraId="68017759" w14:textId="77777777" w:rsidR="00A93E13" w:rsidRDefault="00365114">
      <w:pPr>
        <w:spacing w:after="0"/>
      </w:pPr>
      <w:r>
        <w:rPr>
          <w:rFonts w:ascii="Arial" w:hAnsi="Arial"/>
        </w:rPr>
        <w:t>Um nothing.</w:t>
      </w:r>
    </w:p>
    <w:p w14:paraId="1B4C91C3" w14:textId="77777777" w:rsidR="00A93E13" w:rsidRDefault="00A93E13">
      <w:pPr>
        <w:spacing w:after="0"/>
      </w:pPr>
    </w:p>
    <w:p w14:paraId="6380A60D" w14:textId="77777777" w:rsidR="00A93E13" w:rsidRDefault="00365114">
      <w:pPr>
        <w:spacing w:after="0"/>
      </w:pPr>
      <w:r>
        <w:rPr>
          <w:rFonts w:ascii="Arial" w:hAnsi="Arial"/>
          <w:b/>
        </w:rPr>
        <w:t xml:space="preserve">Interviewer P:  </w:t>
      </w:r>
      <w:r>
        <w:rPr>
          <w:rFonts w:ascii="Arial" w:hAnsi="Arial"/>
          <w:color w:val="5D7284"/>
        </w:rPr>
        <w:t>47:19</w:t>
      </w:r>
    </w:p>
    <w:p w14:paraId="596F341C" w14:textId="69A688DB" w:rsidR="00A93E13" w:rsidRDefault="00365114">
      <w:pPr>
        <w:spacing w:after="0"/>
      </w:pPr>
      <w:r>
        <w:rPr>
          <w:rFonts w:ascii="Arial" w:hAnsi="Arial"/>
        </w:rPr>
        <w:t xml:space="preserve">All right. </w:t>
      </w:r>
      <w:r w:rsidR="00B3550E">
        <w:rPr>
          <w:rFonts w:ascii="Arial" w:hAnsi="Arial"/>
        </w:rPr>
        <w:t>So,</w:t>
      </w:r>
      <w:r>
        <w:rPr>
          <w:rFonts w:ascii="Arial" w:hAnsi="Arial"/>
        </w:rPr>
        <w:t xml:space="preserve"> this is half demo half thought experiment. </w:t>
      </w:r>
      <w:r w:rsidR="00B3550E">
        <w:rPr>
          <w:rFonts w:ascii="Arial" w:hAnsi="Arial"/>
        </w:rPr>
        <w:t>So,</w:t>
      </w:r>
      <w:r>
        <w:rPr>
          <w:rFonts w:ascii="Arial" w:hAnsi="Arial"/>
        </w:rPr>
        <w:t xml:space="preserve"> here's the demo part. So, we'll get it spinning. Like I said, I think you were right, nothing happened. So ideally, I have these BBs. And what I'd like them to do ideally is by drop them in that they would go to the bottom of the Jell-O like that dye. Okay, but when I do </w:t>
      </w:r>
      <w:r w:rsidR="00B3550E">
        <w:rPr>
          <w:rFonts w:ascii="Arial" w:hAnsi="Arial"/>
        </w:rPr>
        <w:t>that,</w:t>
      </w:r>
      <w:r>
        <w:rPr>
          <w:rFonts w:ascii="Arial" w:hAnsi="Arial"/>
        </w:rPr>
        <w:t xml:space="preserve"> they don't they just sit on top. </w:t>
      </w:r>
      <w:r w:rsidR="00B3550E">
        <w:rPr>
          <w:rFonts w:ascii="Arial" w:hAnsi="Arial"/>
        </w:rPr>
        <w:t>So,</w:t>
      </w:r>
      <w:r>
        <w:rPr>
          <w:rFonts w:ascii="Arial" w:hAnsi="Arial"/>
        </w:rPr>
        <w:t xml:space="preserve"> this is now where we'll imagine that they're heavy enough or hot enough to actually drop to the bottom through the container of rotating Jell-O. W</w:t>
      </w:r>
      <w:r>
        <w:rPr>
          <w:rFonts w:ascii="Arial" w:hAnsi="Arial"/>
        </w:rPr>
        <w:t>hat kind of a path do you think that they'll make on their way down?</w:t>
      </w:r>
    </w:p>
    <w:p w14:paraId="1A2F0BE3" w14:textId="77777777" w:rsidR="00A93E13" w:rsidRDefault="00A93E13">
      <w:pPr>
        <w:spacing w:after="0"/>
      </w:pPr>
    </w:p>
    <w:p w14:paraId="19E7C4A8" w14:textId="77777777" w:rsidR="00A93E13" w:rsidRDefault="00365114">
      <w:pPr>
        <w:spacing w:after="0"/>
      </w:pPr>
      <w:r>
        <w:rPr>
          <w:rFonts w:ascii="Arial" w:hAnsi="Arial"/>
          <w:b/>
        </w:rPr>
        <w:t xml:space="preserve">Participant #19:  </w:t>
      </w:r>
      <w:r>
        <w:rPr>
          <w:rFonts w:ascii="Arial" w:hAnsi="Arial"/>
          <w:color w:val="5D7284"/>
        </w:rPr>
        <w:t>48:01</w:t>
      </w:r>
    </w:p>
    <w:p w14:paraId="6B70158E" w14:textId="77777777" w:rsidR="00A93E13" w:rsidRDefault="00365114">
      <w:pPr>
        <w:spacing w:after="0"/>
      </w:pPr>
      <w:r>
        <w:rPr>
          <w:rFonts w:ascii="Arial" w:hAnsi="Arial"/>
        </w:rPr>
        <w:t>Hm, straight.</w:t>
      </w:r>
    </w:p>
    <w:p w14:paraId="45F7CF16" w14:textId="77777777" w:rsidR="00A93E13" w:rsidRDefault="00A93E13">
      <w:pPr>
        <w:spacing w:after="0"/>
      </w:pPr>
    </w:p>
    <w:p w14:paraId="4ED06B6A" w14:textId="77777777" w:rsidR="00A93E13" w:rsidRDefault="00365114">
      <w:pPr>
        <w:spacing w:after="0"/>
      </w:pPr>
      <w:r>
        <w:rPr>
          <w:rFonts w:ascii="Arial" w:hAnsi="Arial"/>
          <w:b/>
        </w:rPr>
        <w:t xml:space="preserve">Interviewer P:  </w:t>
      </w:r>
      <w:r>
        <w:rPr>
          <w:rFonts w:ascii="Arial" w:hAnsi="Arial"/>
          <w:color w:val="5D7284"/>
        </w:rPr>
        <w:t>48:10</w:t>
      </w:r>
    </w:p>
    <w:p w14:paraId="2CB594FB" w14:textId="7D0262A2" w:rsidR="00A93E13" w:rsidRDefault="00B3550E">
      <w:pPr>
        <w:spacing w:after="0"/>
      </w:pPr>
      <w:r>
        <w:rPr>
          <w:rFonts w:ascii="Arial" w:hAnsi="Arial"/>
        </w:rPr>
        <w:t xml:space="preserve">So, we're gonna have it just go straight down. Okay. And what if I made this even more solid. So now we have like a metal disk like a record, but it's really thick, I wouldn't even need a container, I could just put it on the turntable, and my BBs definitely aren't going to drop through a metal disk, but acid eats through metal. So maybe I could drop some acid on there, and it would slowly eat its way down to the bottom. What kind of impact do you think that would make? </w:t>
      </w:r>
    </w:p>
    <w:p w14:paraId="4D2121FF" w14:textId="77777777" w:rsidR="00A93E13" w:rsidRDefault="00A93E13">
      <w:pPr>
        <w:spacing w:after="0"/>
      </w:pPr>
    </w:p>
    <w:p w14:paraId="0B22120D" w14:textId="77777777" w:rsidR="00A93E13" w:rsidRDefault="00365114">
      <w:pPr>
        <w:spacing w:after="0"/>
      </w:pPr>
      <w:r>
        <w:rPr>
          <w:rFonts w:ascii="Arial" w:hAnsi="Arial"/>
          <w:b/>
        </w:rPr>
        <w:lastRenderedPageBreak/>
        <w:t xml:space="preserve">Participant #19:  </w:t>
      </w:r>
      <w:r>
        <w:rPr>
          <w:rFonts w:ascii="Arial" w:hAnsi="Arial"/>
          <w:color w:val="5D7284"/>
        </w:rPr>
        <w:t>48:39</w:t>
      </w:r>
    </w:p>
    <w:p w14:paraId="351B2B1B" w14:textId="77777777" w:rsidR="00A93E13" w:rsidRDefault="00365114">
      <w:pPr>
        <w:spacing w:after="0"/>
      </w:pPr>
      <w:r>
        <w:rPr>
          <w:rFonts w:ascii="Arial" w:hAnsi="Arial"/>
        </w:rPr>
        <w:t>Um still straight.</w:t>
      </w:r>
    </w:p>
    <w:p w14:paraId="6E516EFE" w14:textId="77777777" w:rsidR="00A93E13" w:rsidRDefault="00A93E13">
      <w:pPr>
        <w:spacing w:after="0"/>
      </w:pPr>
    </w:p>
    <w:p w14:paraId="451BEB5A" w14:textId="77777777" w:rsidR="00A93E13" w:rsidRDefault="00365114">
      <w:pPr>
        <w:spacing w:after="0"/>
      </w:pPr>
      <w:r>
        <w:rPr>
          <w:rFonts w:ascii="Arial" w:hAnsi="Arial"/>
          <w:b/>
        </w:rPr>
        <w:t xml:space="preserve">Interviewer P:  </w:t>
      </w:r>
      <w:r>
        <w:rPr>
          <w:rFonts w:ascii="Arial" w:hAnsi="Arial"/>
          <w:color w:val="5D7284"/>
        </w:rPr>
        <w:t>48:41</w:t>
      </w:r>
    </w:p>
    <w:p w14:paraId="5B20B6E2" w14:textId="77777777" w:rsidR="00A93E13" w:rsidRDefault="00365114">
      <w:pPr>
        <w:spacing w:after="0"/>
      </w:pPr>
      <w:r>
        <w:rPr>
          <w:rFonts w:ascii="Arial" w:hAnsi="Arial"/>
        </w:rPr>
        <w:t xml:space="preserve">So still like this, straight up and down. </w:t>
      </w:r>
    </w:p>
    <w:p w14:paraId="1114D81E" w14:textId="77777777" w:rsidR="00A93E13" w:rsidRDefault="00A93E13">
      <w:pPr>
        <w:spacing w:after="0"/>
      </w:pPr>
    </w:p>
    <w:p w14:paraId="67B3AC78" w14:textId="77777777" w:rsidR="00A93E13" w:rsidRDefault="00365114">
      <w:pPr>
        <w:spacing w:after="0"/>
      </w:pPr>
      <w:r>
        <w:rPr>
          <w:rFonts w:ascii="Arial" w:hAnsi="Arial"/>
          <w:b/>
        </w:rPr>
        <w:t xml:space="preserve">Participant #19:  </w:t>
      </w:r>
      <w:r>
        <w:rPr>
          <w:rFonts w:ascii="Arial" w:hAnsi="Arial"/>
          <w:color w:val="5D7284"/>
        </w:rPr>
        <w:t>48:43</w:t>
      </w:r>
    </w:p>
    <w:p w14:paraId="72EC72EC" w14:textId="77777777" w:rsidR="00A93E13" w:rsidRDefault="00365114">
      <w:pPr>
        <w:spacing w:after="0"/>
      </w:pPr>
      <w:r>
        <w:rPr>
          <w:rFonts w:ascii="Arial" w:hAnsi="Arial"/>
        </w:rPr>
        <w:t>Yeah.</w:t>
      </w:r>
    </w:p>
    <w:p w14:paraId="7401C72F" w14:textId="77777777" w:rsidR="00A93E13" w:rsidRDefault="00A93E13">
      <w:pPr>
        <w:spacing w:after="0"/>
      </w:pPr>
    </w:p>
    <w:p w14:paraId="0343553B" w14:textId="77777777" w:rsidR="00A93E13" w:rsidRDefault="00365114">
      <w:pPr>
        <w:spacing w:after="0"/>
      </w:pPr>
      <w:r>
        <w:rPr>
          <w:rFonts w:ascii="Arial" w:hAnsi="Arial"/>
          <w:b/>
        </w:rPr>
        <w:t xml:space="preserve">Interviewer P:  </w:t>
      </w:r>
      <w:r>
        <w:rPr>
          <w:rFonts w:ascii="Arial" w:hAnsi="Arial"/>
          <w:color w:val="5D7284"/>
        </w:rPr>
        <w:t>48:45</w:t>
      </w:r>
    </w:p>
    <w:p w14:paraId="4929755A" w14:textId="69860DA1" w:rsidR="00A93E13" w:rsidRDefault="00365114">
      <w:pPr>
        <w:spacing w:after="0"/>
      </w:pPr>
      <w:r>
        <w:rPr>
          <w:rFonts w:ascii="Arial" w:hAnsi="Arial"/>
        </w:rPr>
        <w:t xml:space="preserve">Alright, one more silly thought experiment. </w:t>
      </w:r>
      <w:r w:rsidR="00B3550E">
        <w:rPr>
          <w:rFonts w:ascii="Arial" w:hAnsi="Arial"/>
        </w:rPr>
        <w:t>So,</w:t>
      </w:r>
      <w:r>
        <w:rPr>
          <w:rFonts w:ascii="Arial" w:hAnsi="Arial"/>
        </w:rPr>
        <w:t xml:space="preserve"> let's say I have a plant that rotates the entire time it grows. </w:t>
      </w:r>
      <w:r w:rsidR="00B3550E">
        <w:rPr>
          <w:rFonts w:ascii="Arial" w:hAnsi="Arial"/>
        </w:rPr>
        <w:t>So,</w:t>
      </w:r>
      <w:r>
        <w:rPr>
          <w:rFonts w:ascii="Arial" w:hAnsi="Arial"/>
        </w:rPr>
        <w:t xml:space="preserve"> like I have a pot of dirt and I put it on one of these and I rotated at about the same speed. I plant the seed. A couple of weeks later, it's put down roots, it's grown a stem, it has leaves, but the whole time it's been growing. It's been spinning around and around and around. </w:t>
      </w:r>
      <w:r w:rsidR="00B3550E">
        <w:rPr>
          <w:rFonts w:ascii="Arial" w:hAnsi="Arial"/>
        </w:rPr>
        <w:t>So,</w:t>
      </w:r>
      <w:r>
        <w:rPr>
          <w:rFonts w:ascii="Arial" w:hAnsi="Arial"/>
        </w:rPr>
        <w:t xml:space="preserve"> what do you think the roots will look like?</w:t>
      </w:r>
    </w:p>
    <w:p w14:paraId="5687CB06" w14:textId="77777777" w:rsidR="00A93E13" w:rsidRDefault="00A93E13">
      <w:pPr>
        <w:spacing w:after="0"/>
      </w:pPr>
    </w:p>
    <w:p w14:paraId="3284810B" w14:textId="77777777" w:rsidR="00A93E13" w:rsidRDefault="00365114">
      <w:pPr>
        <w:spacing w:after="0"/>
      </w:pPr>
      <w:r>
        <w:rPr>
          <w:rFonts w:ascii="Arial" w:hAnsi="Arial"/>
          <w:b/>
        </w:rPr>
        <w:t xml:space="preserve">Participant #19:  </w:t>
      </w:r>
      <w:r>
        <w:rPr>
          <w:rFonts w:ascii="Arial" w:hAnsi="Arial"/>
          <w:color w:val="5D7284"/>
        </w:rPr>
        <w:t>49:14</w:t>
      </w:r>
    </w:p>
    <w:p w14:paraId="20575100" w14:textId="77777777" w:rsidR="00A93E13" w:rsidRDefault="00365114">
      <w:pPr>
        <w:spacing w:after="0"/>
      </w:pPr>
      <w:r>
        <w:rPr>
          <w:rFonts w:ascii="Arial" w:hAnsi="Arial"/>
        </w:rPr>
        <w:t>I think maybe, that maybe it would start growing in like a circular but then go straight up. Or it would just go straight up vertically.</w:t>
      </w:r>
    </w:p>
    <w:p w14:paraId="50CB23D9" w14:textId="77777777" w:rsidR="00A93E13" w:rsidRDefault="00A93E13">
      <w:pPr>
        <w:spacing w:after="0"/>
      </w:pPr>
    </w:p>
    <w:p w14:paraId="1C2B142D" w14:textId="77777777" w:rsidR="00A93E13" w:rsidRDefault="00365114">
      <w:pPr>
        <w:spacing w:after="0"/>
      </w:pPr>
      <w:r>
        <w:rPr>
          <w:rFonts w:ascii="Arial" w:hAnsi="Arial"/>
          <w:b/>
        </w:rPr>
        <w:t xml:space="preserve">Interviewer P:  </w:t>
      </w:r>
      <w:r>
        <w:rPr>
          <w:rFonts w:ascii="Arial" w:hAnsi="Arial"/>
          <w:color w:val="5D7284"/>
        </w:rPr>
        <w:t>49:29</w:t>
      </w:r>
    </w:p>
    <w:p w14:paraId="3BB1BBBE" w14:textId="77777777" w:rsidR="00A93E13" w:rsidRDefault="00365114">
      <w:pPr>
        <w:spacing w:after="0"/>
      </w:pPr>
      <w:r>
        <w:rPr>
          <w:rFonts w:ascii="Arial" w:hAnsi="Arial"/>
        </w:rPr>
        <w:t>Yeah. So that's the top of the plant like the stones in the leaves or the roots. The top of the plant would be would be straight with the.</w:t>
      </w:r>
    </w:p>
    <w:p w14:paraId="2C7C471C" w14:textId="77777777" w:rsidR="00A93E13" w:rsidRDefault="00A93E13">
      <w:pPr>
        <w:spacing w:after="0"/>
      </w:pPr>
    </w:p>
    <w:p w14:paraId="36C0C3E8" w14:textId="77777777" w:rsidR="00A93E13" w:rsidRDefault="00365114">
      <w:pPr>
        <w:spacing w:after="0"/>
      </w:pPr>
      <w:r>
        <w:rPr>
          <w:rFonts w:ascii="Arial" w:hAnsi="Arial"/>
          <w:b/>
        </w:rPr>
        <w:t xml:space="preserve">Participant #19:  </w:t>
      </w:r>
      <w:r>
        <w:rPr>
          <w:rFonts w:ascii="Arial" w:hAnsi="Arial"/>
          <w:color w:val="5D7284"/>
        </w:rPr>
        <w:t>49:39</w:t>
      </w:r>
    </w:p>
    <w:p w14:paraId="1C2860BE" w14:textId="77777777" w:rsidR="00A93E13" w:rsidRDefault="00365114">
      <w:pPr>
        <w:spacing w:after="0"/>
      </w:pPr>
      <w:r>
        <w:rPr>
          <w:rFonts w:ascii="Arial" w:hAnsi="Arial"/>
        </w:rPr>
        <w:t>The roots would maybe swirl around. Yeah. Or the other way where it just is all straight vertically.</w:t>
      </w:r>
    </w:p>
    <w:p w14:paraId="54141B1C" w14:textId="77777777" w:rsidR="00A93E13" w:rsidRDefault="00A93E13">
      <w:pPr>
        <w:spacing w:after="0"/>
      </w:pPr>
    </w:p>
    <w:p w14:paraId="2260E2F5" w14:textId="77777777" w:rsidR="00A93E13" w:rsidRDefault="00365114">
      <w:pPr>
        <w:spacing w:after="0"/>
      </w:pPr>
      <w:r>
        <w:rPr>
          <w:rFonts w:ascii="Arial" w:hAnsi="Arial"/>
          <w:b/>
        </w:rPr>
        <w:t xml:space="preserve">Interviewer P:  </w:t>
      </w:r>
      <w:r>
        <w:rPr>
          <w:rFonts w:ascii="Arial" w:hAnsi="Arial"/>
          <w:color w:val="5D7284"/>
        </w:rPr>
        <w:t>49:47</w:t>
      </w:r>
    </w:p>
    <w:p w14:paraId="79EF860D" w14:textId="77777777" w:rsidR="00A93E13" w:rsidRDefault="00365114">
      <w:pPr>
        <w:spacing w:after="0"/>
      </w:pPr>
      <w:r>
        <w:rPr>
          <w:rFonts w:ascii="Arial" w:hAnsi="Arial"/>
        </w:rPr>
        <w:t>All straight maybe.</w:t>
      </w:r>
    </w:p>
    <w:p w14:paraId="74F691A3" w14:textId="77777777" w:rsidR="00A93E13" w:rsidRDefault="00A93E13">
      <w:pPr>
        <w:spacing w:after="0"/>
      </w:pPr>
    </w:p>
    <w:p w14:paraId="323E103A" w14:textId="77777777" w:rsidR="00A93E13" w:rsidRDefault="00365114">
      <w:pPr>
        <w:spacing w:after="0"/>
      </w:pPr>
      <w:r>
        <w:rPr>
          <w:rFonts w:ascii="Arial" w:hAnsi="Arial"/>
          <w:b/>
        </w:rPr>
        <w:t xml:space="preserve">Participant #19:  </w:t>
      </w:r>
      <w:r>
        <w:rPr>
          <w:rFonts w:ascii="Arial" w:hAnsi="Arial"/>
          <w:color w:val="5D7284"/>
        </w:rPr>
        <w:t>49:49</w:t>
      </w:r>
    </w:p>
    <w:p w14:paraId="12015E36" w14:textId="77777777" w:rsidR="00A93E13" w:rsidRDefault="00365114">
      <w:pPr>
        <w:spacing w:after="0"/>
      </w:pPr>
      <w:r>
        <w:rPr>
          <w:rFonts w:ascii="Arial" w:hAnsi="Arial"/>
        </w:rPr>
        <w:t xml:space="preserve">Yeah maybe. </w:t>
      </w:r>
    </w:p>
    <w:p w14:paraId="5987E8A0" w14:textId="77777777" w:rsidR="00A93E13" w:rsidRDefault="00A93E13">
      <w:pPr>
        <w:spacing w:after="0"/>
      </w:pPr>
    </w:p>
    <w:p w14:paraId="4DF42601" w14:textId="77777777" w:rsidR="00A93E13" w:rsidRDefault="00365114">
      <w:pPr>
        <w:spacing w:after="0"/>
      </w:pPr>
      <w:r>
        <w:rPr>
          <w:rFonts w:ascii="Arial" w:hAnsi="Arial"/>
          <w:b/>
        </w:rPr>
        <w:t xml:space="preserve">Interviewer P:  </w:t>
      </w:r>
      <w:r>
        <w:rPr>
          <w:rFonts w:ascii="Arial" w:hAnsi="Arial"/>
          <w:color w:val="5D7284"/>
        </w:rPr>
        <w:t>49:51</w:t>
      </w:r>
    </w:p>
    <w:p w14:paraId="2A62D313" w14:textId="77777777" w:rsidR="00A93E13" w:rsidRDefault="00365114">
      <w:pPr>
        <w:spacing w:after="0"/>
      </w:pPr>
      <w:r>
        <w:rPr>
          <w:rFonts w:ascii="Arial" w:hAnsi="Arial"/>
        </w:rPr>
        <w:t xml:space="preserve">All right. So that is an hour we've actually yeah, cuz didn't we start at 10:30? </w:t>
      </w:r>
    </w:p>
    <w:p w14:paraId="2C484A28" w14:textId="77777777" w:rsidR="00A93E13" w:rsidRDefault="00A93E13">
      <w:pPr>
        <w:spacing w:after="0"/>
      </w:pPr>
    </w:p>
    <w:p w14:paraId="6C51BA98" w14:textId="77777777" w:rsidR="00A93E13" w:rsidRDefault="00365114">
      <w:pPr>
        <w:spacing w:after="0"/>
      </w:pPr>
      <w:r>
        <w:rPr>
          <w:rFonts w:ascii="Arial" w:hAnsi="Arial"/>
          <w:b/>
        </w:rPr>
        <w:t xml:space="preserve">Participant #19:  </w:t>
      </w:r>
      <w:r>
        <w:rPr>
          <w:rFonts w:ascii="Arial" w:hAnsi="Arial"/>
          <w:color w:val="5D7284"/>
        </w:rPr>
        <w:t>49:59</w:t>
      </w:r>
    </w:p>
    <w:p w14:paraId="16703FCC" w14:textId="77777777" w:rsidR="00A93E13" w:rsidRDefault="00365114">
      <w:pPr>
        <w:spacing w:after="0"/>
      </w:pPr>
      <w:r>
        <w:rPr>
          <w:rFonts w:ascii="Arial" w:hAnsi="Arial"/>
        </w:rPr>
        <w:t>Oh yeah.</w:t>
      </w:r>
    </w:p>
    <w:p w14:paraId="6B4C4235" w14:textId="77777777" w:rsidR="00A93E13" w:rsidRDefault="00A93E13">
      <w:pPr>
        <w:spacing w:after="0"/>
      </w:pPr>
    </w:p>
    <w:p w14:paraId="6794E7EF" w14:textId="77777777" w:rsidR="00A93E13" w:rsidRDefault="00365114">
      <w:pPr>
        <w:spacing w:after="0"/>
      </w:pPr>
      <w:r>
        <w:rPr>
          <w:rFonts w:ascii="Arial" w:hAnsi="Arial"/>
          <w:b/>
        </w:rPr>
        <w:t xml:space="preserve">Interviewer P:  </w:t>
      </w:r>
      <w:r>
        <w:rPr>
          <w:rFonts w:ascii="Arial" w:hAnsi="Arial"/>
          <w:color w:val="5D7284"/>
        </w:rPr>
        <w:t>49:59</w:t>
      </w:r>
    </w:p>
    <w:p w14:paraId="56929F41" w14:textId="77777777" w:rsidR="00A93E13" w:rsidRDefault="00365114">
      <w:pPr>
        <w:spacing w:after="0"/>
      </w:pPr>
      <w:r>
        <w:rPr>
          <w:rFonts w:ascii="Arial" w:hAnsi="Arial"/>
        </w:rPr>
        <w:t xml:space="preserve"> It's already 11:30.</w:t>
      </w:r>
    </w:p>
    <w:p w14:paraId="51F45BE0" w14:textId="77777777" w:rsidR="00A93E13" w:rsidRDefault="00A93E13">
      <w:pPr>
        <w:spacing w:after="0"/>
      </w:pPr>
    </w:p>
    <w:p w14:paraId="2675835B" w14:textId="77777777" w:rsidR="00A93E13" w:rsidRDefault="00365114">
      <w:pPr>
        <w:spacing w:after="0"/>
      </w:pPr>
      <w:r>
        <w:rPr>
          <w:rFonts w:ascii="Arial" w:hAnsi="Arial"/>
          <w:b/>
        </w:rPr>
        <w:t xml:space="preserve">Participant #19:  </w:t>
      </w:r>
      <w:r>
        <w:rPr>
          <w:rFonts w:ascii="Arial" w:hAnsi="Arial"/>
          <w:color w:val="5D7284"/>
        </w:rPr>
        <w:t>50:01</w:t>
      </w:r>
    </w:p>
    <w:p w14:paraId="053D11E1" w14:textId="77777777" w:rsidR="00A93E13" w:rsidRDefault="00365114">
      <w:pPr>
        <w:spacing w:after="0"/>
      </w:pPr>
      <w:r>
        <w:rPr>
          <w:rFonts w:ascii="Arial" w:hAnsi="Arial"/>
        </w:rPr>
        <w:t>That was fun.</w:t>
      </w:r>
    </w:p>
    <w:p w14:paraId="12E393B9" w14:textId="77777777" w:rsidR="00A93E13" w:rsidRDefault="00A93E13">
      <w:pPr>
        <w:spacing w:after="0"/>
      </w:pPr>
    </w:p>
    <w:p w14:paraId="3FA6CF6A" w14:textId="77777777" w:rsidR="00A93E13" w:rsidRDefault="00365114">
      <w:pPr>
        <w:spacing w:after="0"/>
      </w:pPr>
      <w:r>
        <w:rPr>
          <w:rFonts w:ascii="Arial" w:hAnsi="Arial"/>
          <w:b/>
        </w:rPr>
        <w:t xml:space="preserve">Interviewer P:  </w:t>
      </w:r>
      <w:r>
        <w:rPr>
          <w:rFonts w:ascii="Arial" w:hAnsi="Arial"/>
          <w:color w:val="5D7284"/>
        </w:rPr>
        <w:t>50:01</w:t>
      </w:r>
    </w:p>
    <w:p w14:paraId="7D6FD99D" w14:textId="6F6280AD" w:rsidR="00A93E13" w:rsidRDefault="00365114">
      <w:pPr>
        <w:spacing w:after="0"/>
      </w:pPr>
      <w:r>
        <w:rPr>
          <w:rFonts w:ascii="Arial" w:hAnsi="Arial"/>
        </w:rPr>
        <w:t xml:space="preserve"> </w:t>
      </w:r>
      <w:r w:rsidR="00B3550E">
        <w:rPr>
          <w:rFonts w:ascii="Arial" w:hAnsi="Arial"/>
        </w:rPr>
        <w:t>Yeah,</w:t>
      </w:r>
      <w:r>
        <w:rPr>
          <w:rFonts w:ascii="Arial" w:hAnsi="Arial"/>
        </w:rPr>
        <w:t xml:space="preserve"> good so let me stop this and this.</w:t>
      </w:r>
    </w:p>
    <w:sectPr w:rsidR="00A93E13" w:rsidSect="001216B9">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FFB036" w14:textId="77777777" w:rsidR="00B65147" w:rsidRDefault="00B65147">
      <w:pPr>
        <w:spacing w:after="0" w:line="240" w:lineRule="auto"/>
      </w:pPr>
      <w:r>
        <w:separator/>
      </w:r>
    </w:p>
  </w:endnote>
  <w:endnote w:type="continuationSeparator" w:id="0">
    <w:p w14:paraId="17F2B393" w14:textId="77777777" w:rsidR="00B65147" w:rsidRDefault="00B651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6D3AA8F7"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7E710496"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0C9EE3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54C4C528"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BCC7DC1"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0629F"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A2495A" w14:textId="77777777" w:rsidR="00B65147" w:rsidRDefault="00B65147">
      <w:pPr>
        <w:spacing w:after="0" w:line="240" w:lineRule="auto"/>
      </w:pPr>
      <w:r>
        <w:separator/>
      </w:r>
    </w:p>
  </w:footnote>
  <w:footnote w:type="continuationSeparator" w:id="0">
    <w:p w14:paraId="755E938B" w14:textId="77777777" w:rsidR="00B65147" w:rsidRDefault="00B651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BE9F0B"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C3E6AC"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CFEDBA"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1369523521">
    <w:abstractNumId w:val="8"/>
  </w:num>
  <w:num w:numId="2" w16cid:durableId="269968710">
    <w:abstractNumId w:val="6"/>
  </w:num>
  <w:num w:numId="3" w16cid:durableId="1819346250">
    <w:abstractNumId w:val="5"/>
  </w:num>
  <w:num w:numId="4" w16cid:durableId="2130925881">
    <w:abstractNumId w:val="4"/>
  </w:num>
  <w:num w:numId="5" w16cid:durableId="4677526">
    <w:abstractNumId w:val="7"/>
  </w:num>
  <w:num w:numId="6" w16cid:durableId="1763917259">
    <w:abstractNumId w:val="3"/>
  </w:num>
  <w:num w:numId="7" w16cid:durableId="1114128989">
    <w:abstractNumId w:val="2"/>
  </w:num>
  <w:num w:numId="8" w16cid:durableId="173040330">
    <w:abstractNumId w:val="1"/>
  </w:num>
  <w:num w:numId="9" w16cid:durableId="14726258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365114"/>
    <w:rsid w:val="004A641F"/>
    <w:rsid w:val="004B593C"/>
    <w:rsid w:val="006E2A8C"/>
    <w:rsid w:val="007749AF"/>
    <w:rsid w:val="00794EBC"/>
    <w:rsid w:val="00930F33"/>
    <w:rsid w:val="009C3AF0"/>
    <w:rsid w:val="00A12EE5"/>
    <w:rsid w:val="00A93E13"/>
    <w:rsid w:val="00AA1D8D"/>
    <w:rsid w:val="00B3550E"/>
    <w:rsid w:val="00B47730"/>
    <w:rsid w:val="00B65147"/>
    <w:rsid w:val="00BA4C2B"/>
    <w:rsid w:val="00BD0140"/>
    <w:rsid w:val="00C24502"/>
    <w:rsid w:val="00CB0664"/>
    <w:rsid w:val="00D57E81"/>
    <w:rsid w:val="00DC565F"/>
    <w:rsid w:val="00E2660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83C5A2D"/>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1E5E6354-E80D-4CF8-AF0C-BF8249FE22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C9E87FB-95B8-4AB3-BF67-5B22C2A0E174}">
  <ds:schemaRefs>
    <ds:schemaRef ds:uri="http://schemas.microsoft.com/sharepoint/v3/contenttype/forms"/>
  </ds:schemaRefs>
</ds:datastoreItem>
</file>

<file path=customXml/itemProps4.xml><?xml version="1.0" encoding="utf-8"?>
<ds:datastoreItem xmlns:ds="http://schemas.openxmlformats.org/officeDocument/2006/customXml" ds:itemID="{363FEE6E-9D32-4853-8E11-B04E0A141850}">
  <ds:schemaRefs>
    <ds:schemaRef ds:uri="http://www.w3.org/XML/1998/namespace"/>
    <ds:schemaRef ds:uri="http://schemas.microsoft.com/office/infopath/2007/PartnerControls"/>
    <ds:schemaRef ds:uri="http://purl.org/dc/elements/1.1/"/>
    <ds:schemaRef ds:uri="http://schemas.openxmlformats.org/package/2006/metadata/core-properties"/>
    <ds:schemaRef ds:uri="http://schemas.microsoft.com/office/2006/documentManagement/types"/>
    <ds:schemaRef ds:uri="http://schemas.microsoft.com/office/2006/metadata/properties"/>
    <ds:schemaRef ds:uri="eeef5ad7-d6de-419e-9305-cd9bdd8d89a9"/>
    <ds:schemaRef ds:uri="http://purl.org/dc/dcmitype/"/>
    <ds:schemaRef ds:uri="5b1983e9-55b4-4f9e-a196-30376d2238aa"/>
    <ds:schemaRef ds:uri="http://schemas.microsoft.com/sharepoint/v3"/>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5361</Words>
  <Characters>30563</Characters>
  <Application>Microsoft Office Word</Application>
  <DocSecurity>4</DocSecurity>
  <Lines>254</Lines>
  <Paragraphs>71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35853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2024-05-21T16:15:00Z</dcterms:created>
  <dcterms:modified xsi:type="dcterms:W3CDTF">2024-05-21T16:15:00Z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