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8E25D" w14:textId="77777777" w:rsidR="00930F33" w:rsidRPr="00E200E2" w:rsidRDefault="00930F33">
      <w:pPr>
        <w:spacing w:after="0"/>
        <w:rPr>
          <w:rFonts w:ascii="Arial Narrow" w:hAnsi="Arial Narrow"/>
          <w:sz w:val="28"/>
          <w:szCs w:val="28"/>
          <w:lang w:eastAsia="zh-CN"/>
        </w:rPr>
      </w:pPr>
    </w:p>
    <w:p w14:paraId="36610C89" w14:textId="77777777" w:rsidR="00051E2C" w:rsidRPr="00E200E2" w:rsidRDefault="00E352A4">
      <w:pPr>
        <w:rPr>
          <w:rFonts w:ascii="Arial Narrow" w:hAnsi="Arial Narrow"/>
          <w:sz w:val="28"/>
          <w:szCs w:val="28"/>
        </w:rPr>
      </w:pPr>
      <w:r w:rsidRPr="00E200E2">
        <w:rPr>
          <w:rFonts w:ascii="Arial Narrow" w:hAnsi="Arial Narrow"/>
          <w:sz w:val="28"/>
          <w:szCs w:val="28"/>
        </w:rPr>
        <w:t>Participant #32</w:t>
      </w:r>
    </w:p>
    <w:p w14:paraId="442ABC43" w14:textId="77777777" w:rsidR="00051E2C" w:rsidRPr="00E200E2" w:rsidRDefault="00E352A4">
      <w:pPr>
        <w:rPr>
          <w:rFonts w:ascii="Arial Narrow" w:hAnsi="Arial Narrow"/>
          <w:sz w:val="28"/>
          <w:szCs w:val="28"/>
        </w:rPr>
      </w:pPr>
      <w:r w:rsidRPr="00E200E2">
        <w:rPr>
          <w:rFonts w:ascii="Arial Narrow" w:hAnsi="Arial Narrow"/>
          <w:color w:val="4F6880"/>
          <w:sz w:val="28"/>
          <w:szCs w:val="28"/>
        </w:rPr>
        <w:t>Sat, Nov 04, 2023 9:28AM • 1:04:29</w:t>
      </w:r>
    </w:p>
    <w:p w14:paraId="36851DAC" w14:textId="77777777" w:rsidR="00051E2C" w:rsidRPr="00E200E2" w:rsidRDefault="00E352A4">
      <w:pPr>
        <w:spacing w:before="440" w:after="0"/>
        <w:rPr>
          <w:rFonts w:ascii="Arial Narrow" w:hAnsi="Arial Narrow"/>
          <w:sz w:val="28"/>
          <w:szCs w:val="28"/>
        </w:rPr>
      </w:pPr>
      <w:r w:rsidRPr="00E200E2">
        <w:rPr>
          <w:rFonts w:ascii="Arial Narrow" w:hAnsi="Arial Narrow"/>
          <w:color w:val="4F6880"/>
          <w:sz w:val="28"/>
          <w:szCs w:val="28"/>
        </w:rPr>
        <w:t>SUMMARY KEYWORDS</w:t>
      </w:r>
    </w:p>
    <w:p w14:paraId="2BD02654" w14:textId="77777777" w:rsidR="00051E2C" w:rsidRPr="00E200E2" w:rsidRDefault="00E352A4">
      <w:pPr>
        <w:rPr>
          <w:rFonts w:ascii="Arial Narrow" w:hAnsi="Arial Narrow"/>
          <w:sz w:val="28"/>
          <w:szCs w:val="28"/>
        </w:rPr>
      </w:pPr>
      <w:r w:rsidRPr="00E200E2">
        <w:rPr>
          <w:rFonts w:ascii="Arial Narrow" w:hAnsi="Arial Narrow"/>
          <w:color w:val="4F6880"/>
          <w:sz w:val="28"/>
          <w:szCs w:val="28"/>
        </w:rPr>
        <w:t>water, moving, tank, guess, dye, temperature, jello, thought, happen, put, minute, mix, bottom, top, middle, hot, pretty, mixing, reminds, drop</w:t>
      </w:r>
    </w:p>
    <w:p w14:paraId="6B5B2BFF" w14:textId="77777777" w:rsidR="00051E2C" w:rsidRPr="00E200E2" w:rsidRDefault="00E352A4">
      <w:pPr>
        <w:spacing w:before="440" w:after="0"/>
        <w:rPr>
          <w:rFonts w:ascii="Arial Narrow" w:hAnsi="Arial Narrow"/>
          <w:sz w:val="28"/>
          <w:szCs w:val="28"/>
        </w:rPr>
      </w:pPr>
      <w:r w:rsidRPr="00E200E2">
        <w:rPr>
          <w:rFonts w:ascii="Arial Narrow" w:hAnsi="Arial Narrow"/>
          <w:color w:val="4F6880"/>
          <w:sz w:val="28"/>
          <w:szCs w:val="28"/>
        </w:rPr>
        <w:t>SPEAKERS</w:t>
      </w:r>
    </w:p>
    <w:p w14:paraId="23B3BA6B" w14:textId="77777777" w:rsidR="00051E2C" w:rsidRPr="00E200E2" w:rsidRDefault="00E352A4">
      <w:pPr>
        <w:rPr>
          <w:rFonts w:ascii="Arial Narrow" w:hAnsi="Arial Narrow"/>
          <w:sz w:val="28"/>
          <w:szCs w:val="28"/>
        </w:rPr>
      </w:pPr>
      <w:r w:rsidRPr="00E200E2">
        <w:rPr>
          <w:rFonts w:ascii="Arial Narrow" w:hAnsi="Arial Narrow"/>
          <w:color w:val="4F6880"/>
          <w:sz w:val="28"/>
          <w:szCs w:val="28"/>
        </w:rPr>
        <w:t>Interviewer E:, Participant#32:</w:t>
      </w:r>
    </w:p>
    <w:p w14:paraId="41035A30" w14:textId="77777777" w:rsidR="00051E2C" w:rsidRPr="00E200E2" w:rsidRDefault="00051E2C">
      <w:pPr>
        <w:spacing w:after="0"/>
        <w:rPr>
          <w:rFonts w:ascii="Arial Narrow" w:hAnsi="Arial Narrow"/>
          <w:sz w:val="28"/>
          <w:szCs w:val="28"/>
        </w:rPr>
      </w:pPr>
    </w:p>
    <w:p w14:paraId="38A7A99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00:01</w:t>
      </w:r>
    </w:p>
    <w:p w14:paraId="1321207B" w14:textId="6353FACF"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All right, so this is participant number 32. Let's get started. All right, so first, I'm just going to show you a couple of things. The first one would be, they're going to all be different types of water. So here's our first set of water, our pair here we have cold water, which is blue, and we have hot water, which is red, you can fill the sides if you want, and you can fill the contrasting temperatures. The next set is another pair of red and blue water. However, this time, they are the same exact temperature. Okay, you can feel the slides to verify as well. Right. And the next set is yellow and green, the green is representing saltwater, and the yellow is representing freshwater. These are also the same exact temperature, the only difference is that one has salt and one doesn't. Next, I want to show you this awesome tank. Have you ever used one of these before, I don't think so. Fabulous. So this is a dividing tank. So what I'm going to do is pour out of those pairs of liquid, I'm a poor one on this side and one on the other. And there's just going to be this dividing wall right here that's going to separate the liquids. And then I'm going to lift it up and you're going to see what happens after one minute of time has passed. Okay. But before we do that, I want to get your prediction on what you think is going to happen. Now I want you to base your predictions off of what you think is going to happen after it's been sitting in the tank for one minute. So I removed the wall, they come together one minutes past what will it look like? So we're </w:t>
      </w:r>
      <w:r w:rsidR="7182D776" w:rsidRPr="50355882">
        <w:rPr>
          <w:rFonts w:ascii="Arial Narrow" w:hAnsi="Arial Narrow"/>
          <w:sz w:val="28"/>
          <w:szCs w:val="28"/>
        </w:rPr>
        <w:t>gonna</w:t>
      </w:r>
      <w:r w:rsidRPr="50355882">
        <w:rPr>
          <w:rFonts w:ascii="Arial Narrow" w:hAnsi="Arial Narrow"/>
          <w:sz w:val="28"/>
          <w:szCs w:val="28"/>
        </w:rPr>
        <w:t xml:space="preserve"> go in order from kind of power introduced the different waters. So first would be the warm water and the cold water. So I have some colored pencils here. So feel free to go ahead and draw what you think is </w:t>
      </w:r>
      <w:r w:rsidR="7B4BF2F0" w:rsidRPr="50355882">
        <w:rPr>
          <w:rFonts w:ascii="Arial Narrow" w:hAnsi="Arial Narrow"/>
          <w:sz w:val="28"/>
          <w:szCs w:val="28"/>
        </w:rPr>
        <w:t>gonna</w:t>
      </w:r>
      <w:r w:rsidRPr="50355882">
        <w:rPr>
          <w:rFonts w:ascii="Arial Narrow" w:hAnsi="Arial Narrow"/>
          <w:sz w:val="28"/>
          <w:szCs w:val="28"/>
        </w:rPr>
        <w:t xml:space="preserve"> happen</w:t>
      </w:r>
    </w:p>
    <w:p w14:paraId="78E7CB5F" w14:textId="77777777" w:rsidR="00051E2C" w:rsidRPr="00E200E2" w:rsidRDefault="00051E2C">
      <w:pPr>
        <w:spacing w:after="0"/>
        <w:rPr>
          <w:rFonts w:ascii="Arial Narrow" w:hAnsi="Arial Narrow"/>
          <w:sz w:val="28"/>
          <w:szCs w:val="28"/>
        </w:rPr>
      </w:pPr>
    </w:p>
    <w:p w14:paraId="6F7200A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02:20</w:t>
      </w:r>
    </w:p>
    <w:p w14:paraId="039024B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Like, I've forgotten everything I know about basic things.</w:t>
      </w:r>
    </w:p>
    <w:p w14:paraId="4BDC7749" w14:textId="77777777" w:rsidR="00051E2C" w:rsidRPr="00E200E2" w:rsidRDefault="00051E2C">
      <w:pPr>
        <w:spacing w:after="0"/>
        <w:rPr>
          <w:rFonts w:ascii="Arial Narrow" w:hAnsi="Arial Narrow"/>
          <w:sz w:val="28"/>
          <w:szCs w:val="28"/>
        </w:rPr>
      </w:pPr>
    </w:p>
    <w:p w14:paraId="63D9155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02:23</w:t>
      </w:r>
    </w:p>
    <w:p w14:paraId="1A13B08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okay. Just give me your best shot. No right or wrong</w:t>
      </w:r>
    </w:p>
    <w:p w14:paraId="0068C8D3" w14:textId="77777777" w:rsidR="00051E2C" w:rsidRPr="00E200E2" w:rsidRDefault="00051E2C">
      <w:pPr>
        <w:spacing w:after="0"/>
        <w:rPr>
          <w:rFonts w:ascii="Arial Narrow" w:hAnsi="Arial Narrow"/>
          <w:sz w:val="28"/>
          <w:szCs w:val="28"/>
        </w:rPr>
      </w:pPr>
    </w:p>
    <w:p w14:paraId="4EECF19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02:35</w:t>
      </w:r>
    </w:p>
    <w:p w14:paraId="72FCE46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this is after it's the dividing wall has been taken out, right? Yes. So</w:t>
      </w:r>
    </w:p>
    <w:p w14:paraId="6AD334A2" w14:textId="77777777" w:rsidR="00051E2C" w:rsidRPr="00E200E2" w:rsidRDefault="00051E2C">
      <w:pPr>
        <w:spacing w:after="0"/>
        <w:rPr>
          <w:rFonts w:ascii="Arial Narrow" w:hAnsi="Arial Narrow"/>
          <w:sz w:val="28"/>
          <w:szCs w:val="28"/>
        </w:rPr>
      </w:pPr>
    </w:p>
    <w:p w14:paraId="4397166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02:39</w:t>
      </w:r>
    </w:p>
    <w:p w14:paraId="16422D8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the dividing was moved and then we have a timer, we let one minute go by what will it look like? All right, so can you explain to me, what you're thinking here is.</w:t>
      </w:r>
    </w:p>
    <w:p w14:paraId="03D966EB" w14:textId="77777777" w:rsidR="00051E2C" w:rsidRPr="00E200E2" w:rsidRDefault="00051E2C">
      <w:pPr>
        <w:spacing w:after="0"/>
        <w:rPr>
          <w:rFonts w:ascii="Arial Narrow" w:hAnsi="Arial Narrow"/>
          <w:sz w:val="28"/>
          <w:szCs w:val="28"/>
        </w:rPr>
      </w:pPr>
    </w:p>
    <w:p w14:paraId="464DF4C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03:34</w:t>
      </w:r>
    </w:p>
    <w:p w14:paraId="37B5357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I was thinking that they, both of them would merge, and they'd still take up like space in the middle, but the hot would start to go down and the cool was start to come up.</w:t>
      </w:r>
    </w:p>
    <w:p w14:paraId="3DD1CE28" w14:textId="77777777" w:rsidR="00051E2C" w:rsidRPr="00E200E2" w:rsidRDefault="00051E2C">
      <w:pPr>
        <w:spacing w:after="0"/>
        <w:rPr>
          <w:rFonts w:ascii="Arial Narrow" w:hAnsi="Arial Narrow"/>
          <w:sz w:val="28"/>
          <w:szCs w:val="28"/>
        </w:rPr>
      </w:pPr>
    </w:p>
    <w:p w14:paraId="34DEB4E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03:45</w:t>
      </w:r>
    </w:p>
    <w:p w14:paraId="5ECE58E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so you're saying it would have, so you have a little bit of cold water over here. </w:t>
      </w:r>
    </w:p>
    <w:p w14:paraId="2D3694F4" w14:textId="77777777" w:rsidR="00051E2C" w:rsidRPr="00E200E2" w:rsidRDefault="00051E2C">
      <w:pPr>
        <w:spacing w:after="0"/>
        <w:rPr>
          <w:rFonts w:ascii="Arial Narrow" w:hAnsi="Arial Narrow"/>
          <w:sz w:val="28"/>
          <w:szCs w:val="28"/>
        </w:rPr>
      </w:pPr>
    </w:p>
    <w:p w14:paraId="21FD1D1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03:52</w:t>
      </w:r>
    </w:p>
    <w:p w14:paraId="0652145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If that was the cold side and this is the hot side, I guess I drew a little bit too much red. But they would start to come together. But then gradually this woman started to go down and this one would start to come up.</w:t>
      </w:r>
    </w:p>
    <w:p w14:paraId="15E3E3D1" w14:textId="77777777" w:rsidR="00051E2C" w:rsidRPr="00E200E2" w:rsidRDefault="00051E2C">
      <w:pPr>
        <w:spacing w:after="0"/>
        <w:rPr>
          <w:rFonts w:ascii="Arial Narrow" w:hAnsi="Arial Narrow"/>
          <w:sz w:val="28"/>
          <w:szCs w:val="28"/>
        </w:rPr>
      </w:pPr>
    </w:p>
    <w:p w14:paraId="62A78CF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04:02</w:t>
      </w:r>
    </w:p>
    <w:p w14:paraId="50D7908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so this is like a mix. So this is like a mixing but predominantly, the red will go on the bottom and the blue would go on top. Is there anything that made you think that this would happen specifically?</w:t>
      </w:r>
    </w:p>
    <w:p w14:paraId="78CFAE94" w14:textId="77777777" w:rsidR="00051E2C" w:rsidRPr="00E200E2" w:rsidRDefault="00051E2C">
      <w:pPr>
        <w:spacing w:after="0"/>
        <w:rPr>
          <w:rFonts w:ascii="Arial Narrow" w:hAnsi="Arial Narrow"/>
          <w:sz w:val="28"/>
          <w:szCs w:val="28"/>
        </w:rPr>
      </w:pPr>
    </w:p>
    <w:p w14:paraId="52695E6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04:15</w:t>
      </w:r>
    </w:p>
    <w:p w14:paraId="2F583C6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that no, no. And assumed prior knowledge but not knowing where it came from? Kind of not knowing if it's correct.</w:t>
      </w:r>
    </w:p>
    <w:p w14:paraId="6712668D" w14:textId="77777777" w:rsidR="00051E2C" w:rsidRPr="00E200E2" w:rsidRDefault="00051E2C">
      <w:pPr>
        <w:spacing w:after="0"/>
        <w:rPr>
          <w:rFonts w:ascii="Arial Narrow" w:hAnsi="Arial Narrow"/>
          <w:sz w:val="28"/>
          <w:szCs w:val="28"/>
        </w:rPr>
      </w:pPr>
    </w:p>
    <w:p w14:paraId="47F52A5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04:27</w:t>
      </w:r>
    </w:p>
    <w:p w14:paraId="2365C31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Okay, all right. It was great to me. All right. So the next set is going to be what do you think the waters that are the same exact temperature will look like after one minute okay. Alright, so what's going on here?</w:t>
      </w:r>
    </w:p>
    <w:p w14:paraId="11F921E5" w14:textId="77777777" w:rsidR="00051E2C" w:rsidRPr="00E200E2" w:rsidRDefault="00051E2C">
      <w:pPr>
        <w:spacing w:after="0"/>
        <w:rPr>
          <w:rFonts w:ascii="Arial Narrow" w:hAnsi="Arial Narrow"/>
          <w:sz w:val="28"/>
          <w:szCs w:val="28"/>
        </w:rPr>
      </w:pPr>
    </w:p>
    <w:p w14:paraId="1D9602F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05:39</w:t>
      </w:r>
    </w:p>
    <w:p w14:paraId="1EFBAC9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Uhm just like more of an even mix like still some on there whatever sides they were on before the wall was up because I don't really think there would be enough force to make them all switch places but definitely more just mixing in just like staying mixed.</w:t>
      </w:r>
    </w:p>
    <w:p w14:paraId="38192347" w14:textId="77777777" w:rsidR="00051E2C" w:rsidRPr="00E200E2" w:rsidRDefault="00051E2C">
      <w:pPr>
        <w:spacing w:after="0"/>
        <w:rPr>
          <w:rFonts w:ascii="Arial Narrow" w:hAnsi="Arial Narrow"/>
          <w:sz w:val="28"/>
          <w:szCs w:val="28"/>
        </w:rPr>
      </w:pPr>
    </w:p>
    <w:p w14:paraId="376B2F6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05:58</w:t>
      </w:r>
    </w:p>
    <w:p w14:paraId="2605C59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did anything that this does something come to mind when you thought about driving this like a memory or something you learned or.</w:t>
      </w:r>
    </w:p>
    <w:p w14:paraId="467985B9" w14:textId="77777777" w:rsidR="00051E2C" w:rsidRPr="00E200E2" w:rsidRDefault="00051E2C">
      <w:pPr>
        <w:spacing w:after="0"/>
        <w:rPr>
          <w:rFonts w:ascii="Arial Narrow" w:hAnsi="Arial Narrow"/>
          <w:sz w:val="28"/>
          <w:szCs w:val="28"/>
        </w:rPr>
      </w:pPr>
    </w:p>
    <w:p w14:paraId="3F0BE49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06:11</w:t>
      </w:r>
    </w:p>
    <w:p w14:paraId="464C912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don't think so. Like I could just try and picture it in my head, not a specific memory but I guess like what my brain remembers about something similar.</w:t>
      </w:r>
    </w:p>
    <w:p w14:paraId="02685B89" w14:textId="77777777" w:rsidR="00051E2C" w:rsidRPr="00E200E2" w:rsidRDefault="00051E2C">
      <w:pPr>
        <w:spacing w:after="0"/>
        <w:rPr>
          <w:rFonts w:ascii="Arial Narrow" w:hAnsi="Arial Narrow"/>
          <w:sz w:val="28"/>
          <w:szCs w:val="28"/>
        </w:rPr>
      </w:pPr>
    </w:p>
    <w:p w14:paraId="788C414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06:25</w:t>
      </w:r>
    </w:p>
    <w:p w14:paraId="37B0341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last but not least we have saltwater versus freshwater so how will that look after one minute the green is the salty the yellow is the fresh? All right, so what's happening here?</w:t>
      </w:r>
    </w:p>
    <w:p w14:paraId="7DCACF62" w14:textId="77777777" w:rsidR="00051E2C" w:rsidRPr="00E200E2" w:rsidRDefault="00051E2C">
      <w:pPr>
        <w:spacing w:after="0"/>
        <w:rPr>
          <w:rFonts w:ascii="Arial Narrow" w:hAnsi="Arial Narrow"/>
          <w:sz w:val="28"/>
          <w:szCs w:val="28"/>
        </w:rPr>
      </w:pPr>
    </w:p>
    <w:p w14:paraId="6882E6E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07:53</w:t>
      </w:r>
    </w:p>
    <w:p w14:paraId="00E1E36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would guess that the freshwater might rise above the saltwater. Which doesn't really make I was gonna say because the salt water might be heavier because it has salt in it. But if the salts all dissolved, just a guess.</w:t>
      </w:r>
    </w:p>
    <w:p w14:paraId="74DD7699" w14:textId="77777777" w:rsidR="00051E2C" w:rsidRPr="00E200E2" w:rsidRDefault="00051E2C">
      <w:pPr>
        <w:spacing w:after="0"/>
        <w:rPr>
          <w:rFonts w:ascii="Arial Narrow" w:hAnsi="Arial Narrow"/>
          <w:sz w:val="28"/>
          <w:szCs w:val="28"/>
        </w:rPr>
      </w:pPr>
    </w:p>
    <w:p w14:paraId="6F1BD4C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08:11</w:t>
      </w:r>
    </w:p>
    <w:p w14:paraId="19BEABA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so it's like you're saying in a sense, the salt water going to the bottom depends on how dissolved the salt water is in the water? </w:t>
      </w:r>
    </w:p>
    <w:p w14:paraId="42CB61DC" w14:textId="77777777" w:rsidR="00051E2C" w:rsidRPr="00E200E2" w:rsidRDefault="00051E2C">
      <w:pPr>
        <w:spacing w:after="0"/>
        <w:rPr>
          <w:rFonts w:ascii="Arial Narrow" w:hAnsi="Arial Narrow"/>
          <w:sz w:val="28"/>
          <w:szCs w:val="28"/>
        </w:rPr>
      </w:pPr>
    </w:p>
    <w:p w14:paraId="0F76000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08:21</w:t>
      </w:r>
    </w:p>
    <w:p w14:paraId="3CEAD9F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guess so. </w:t>
      </w:r>
    </w:p>
    <w:p w14:paraId="18B99E85" w14:textId="77777777" w:rsidR="00051E2C" w:rsidRPr="00E200E2" w:rsidRDefault="00051E2C">
      <w:pPr>
        <w:spacing w:after="0"/>
        <w:rPr>
          <w:rFonts w:ascii="Arial Narrow" w:hAnsi="Arial Narrow"/>
          <w:sz w:val="28"/>
          <w:szCs w:val="28"/>
        </w:rPr>
      </w:pPr>
    </w:p>
    <w:p w14:paraId="2403257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08:22</w:t>
      </w:r>
    </w:p>
    <w:p w14:paraId="27C1153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Okay. And I noticed it's kind of like a diagonals or is it kind of like predominantly they're kind of stay in their, their little square like in their area designated areas that they were poured in and kind of start to the greens kind of starting to go under and the freshwater just kind of starting to go on top.</w:t>
      </w:r>
    </w:p>
    <w:p w14:paraId="355756F7" w14:textId="77777777" w:rsidR="00051E2C" w:rsidRPr="00E200E2" w:rsidRDefault="00051E2C">
      <w:pPr>
        <w:spacing w:after="0"/>
        <w:rPr>
          <w:rFonts w:ascii="Arial Narrow" w:hAnsi="Arial Narrow"/>
          <w:sz w:val="28"/>
          <w:szCs w:val="28"/>
        </w:rPr>
      </w:pPr>
    </w:p>
    <w:p w14:paraId="72B00AD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08:42</w:t>
      </w:r>
    </w:p>
    <w:p w14:paraId="669D7E8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guess it would depend on how salty the saltwater is to.</w:t>
      </w:r>
    </w:p>
    <w:p w14:paraId="430CBEF7" w14:textId="77777777" w:rsidR="00051E2C" w:rsidRPr="00E200E2" w:rsidRDefault="00051E2C">
      <w:pPr>
        <w:spacing w:after="0"/>
        <w:rPr>
          <w:rFonts w:ascii="Arial Narrow" w:hAnsi="Arial Narrow"/>
          <w:sz w:val="28"/>
          <w:szCs w:val="28"/>
        </w:rPr>
      </w:pPr>
    </w:p>
    <w:p w14:paraId="5B06D81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08:43</w:t>
      </w:r>
    </w:p>
    <w:p w14:paraId="309D5D8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Depends on how salty </w:t>
      </w:r>
    </w:p>
    <w:p w14:paraId="2018BB3D" w14:textId="77777777" w:rsidR="00051E2C" w:rsidRPr="00E200E2" w:rsidRDefault="00051E2C">
      <w:pPr>
        <w:spacing w:after="0"/>
        <w:rPr>
          <w:rFonts w:ascii="Arial Narrow" w:hAnsi="Arial Narrow"/>
          <w:sz w:val="28"/>
          <w:szCs w:val="28"/>
        </w:rPr>
      </w:pPr>
    </w:p>
    <w:p w14:paraId="6FD3CE6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08:44</w:t>
      </w:r>
    </w:p>
    <w:p w14:paraId="2BA31F7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w:t>
      </w:r>
    </w:p>
    <w:p w14:paraId="2BF9DE7C" w14:textId="77777777" w:rsidR="00051E2C" w:rsidRPr="00E200E2" w:rsidRDefault="00051E2C">
      <w:pPr>
        <w:spacing w:after="0"/>
        <w:rPr>
          <w:rFonts w:ascii="Arial Narrow" w:hAnsi="Arial Narrow"/>
          <w:sz w:val="28"/>
          <w:szCs w:val="28"/>
        </w:rPr>
      </w:pPr>
    </w:p>
    <w:p w14:paraId="2BD909D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08:45</w:t>
      </w:r>
    </w:p>
    <w:p w14:paraId="405C8D26" w14:textId="5B0E263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all right, cool. So now now I'm going to demonstrate to show you what actually happens after a </w:t>
      </w:r>
      <w:r w:rsidR="00E200E2" w:rsidRPr="00E200E2">
        <w:rPr>
          <w:rFonts w:ascii="Arial Narrow" w:hAnsi="Arial Narrow"/>
          <w:sz w:val="28"/>
          <w:szCs w:val="28"/>
        </w:rPr>
        <w:t>minute,</w:t>
      </w:r>
      <w:r w:rsidRPr="00E200E2">
        <w:rPr>
          <w:rFonts w:ascii="Arial Narrow" w:hAnsi="Arial Narrow"/>
          <w:sz w:val="28"/>
          <w:szCs w:val="28"/>
        </w:rPr>
        <w:t xml:space="preserve"> so I have my phone. I'm going to use my timer. I'm going to try not to spill this stuff everywhere, over here to see. Right so first we're going to do the hot and the cold water. Any other ice that falls in there but pretend they're little glaciers. Alright, so this actually hasn't happened before.</w:t>
      </w:r>
    </w:p>
    <w:p w14:paraId="399FBC2D" w14:textId="77777777" w:rsidR="00051E2C" w:rsidRPr="00E200E2" w:rsidRDefault="00051E2C">
      <w:pPr>
        <w:spacing w:after="0"/>
        <w:rPr>
          <w:rFonts w:ascii="Arial Narrow" w:hAnsi="Arial Narrow"/>
          <w:sz w:val="28"/>
          <w:szCs w:val="28"/>
        </w:rPr>
      </w:pPr>
    </w:p>
    <w:p w14:paraId="4002EE3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10:35</w:t>
      </w:r>
    </w:p>
    <w:p w14:paraId="4B7A05C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Totally fine .</w:t>
      </w:r>
    </w:p>
    <w:p w14:paraId="233C93EA" w14:textId="77777777" w:rsidR="00051E2C" w:rsidRPr="00E200E2" w:rsidRDefault="00051E2C">
      <w:pPr>
        <w:spacing w:after="0"/>
        <w:rPr>
          <w:rFonts w:ascii="Arial Narrow" w:hAnsi="Arial Narrow"/>
          <w:sz w:val="28"/>
          <w:szCs w:val="28"/>
        </w:rPr>
      </w:pPr>
    </w:p>
    <w:p w14:paraId="66032BB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10:39</w:t>
      </w:r>
    </w:p>
    <w:p w14:paraId="22B0A555" w14:textId="577C4603"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Preferably one that fits this time this is better I'm </w:t>
      </w:r>
      <w:r w:rsidR="7B4BF2F0" w:rsidRPr="50355882">
        <w:rPr>
          <w:rFonts w:ascii="Arial Narrow" w:hAnsi="Arial Narrow"/>
          <w:sz w:val="28"/>
          <w:szCs w:val="28"/>
        </w:rPr>
        <w:t>gonna</w:t>
      </w:r>
      <w:r w:rsidRPr="50355882">
        <w:rPr>
          <w:rFonts w:ascii="Arial Narrow" w:hAnsi="Arial Narrow"/>
          <w:sz w:val="28"/>
          <w:szCs w:val="28"/>
        </w:rPr>
        <w:t xml:space="preserve"> remove it and start the timer and go and 20 more seconds. So, how are we feeling?</w:t>
      </w:r>
    </w:p>
    <w:p w14:paraId="6DC37AE7" w14:textId="77777777" w:rsidR="00051E2C" w:rsidRPr="00E200E2" w:rsidRDefault="00051E2C">
      <w:pPr>
        <w:spacing w:after="0"/>
        <w:rPr>
          <w:rFonts w:ascii="Arial Narrow" w:hAnsi="Arial Narrow"/>
          <w:sz w:val="28"/>
          <w:szCs w:val="28"/>
        </w:rPr>
      </w:pPr>
    </w:p>
    <w:p w14:paraId="7F4EE5A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12:24</w:t>
      </w:r>
    </w:p>
    <w:p w14:paraId="10CC391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mean, it makes sense if I like thought about it, maybe I was I don't know, maybe I was nervous.</w:t>
      </w:r>
    </w:p>
    <w:p w14:paraId="05B7EF78" w14:textId="77777777" w:rsidR="00051E2C" w:rsidRPr="00E200E2" w:rsidRDefault="00051E2C">
      <w:pPr>
        <w:spacing w:after="0"/>
        <w:rPr>
          <w:rFonts w:ascii="Arial Narrow" w:hAnsi="Arial Narrow"/>
          <w:sz w:val="28"/>
          <w:szCs w:val="28"/>
        </w:rPr>
      </w:pPr>
    </w:p>
    <w:p w14:paraId="7C6A919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12:31</w:t>
      </w:r>
    </w:p>
    <w:p w14:paraId="1F5FC37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No, that's okay. </w:t>
      </w:r>
    </w:p>
    <w:p w14:paraId="37D99673" w14:textId="77777777" w:rsidR="00051E2C" w:rsidRPr="00E200E2" w:rsidRDefault="00051E2C">
      <w:pPr>
        <w:spacing w:after="0"/>
        <w:rPr>
          <w:rFonts w:ascii="Arial Narrow" w:hAnsi="Arial Narrow"/>
          <w:sz w:val="28"/>
          <w:szCs w:val="28"/>
        </w:rPr>
      </w:pPr>
    </w:p>
    <w:p w14:paraId="316D8FC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12:32</w:t>
      </w:r>
    </w:p>
    <w:p w14:paraId="53324CA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But.</w:t>
      </w:r>
    </w:p>
    <w:p w14:paraId="4BB40181" w14:textId="77777777" w:rsidR="00051E2C" w:rsidRPr="00E200E2" w:rsidRDefault="00051E2C">
      <w:pPr>
        <w:spacing w:after="0"/>
        <w:rPr>
          <w:rFonts w:ascii="Arial Narrow" w:hAnsi="Arial Narrow"/>
          <w:sz w:val="28"/>
          <w:szCs w:val="28"/>
        </w:rPr>
      </w:pPr>
    </w:p>
    <w:p w14:paraId="53AA935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12:33</w:t>
      </w:r>
    </w:p>
    <w:p w14:paraId="51E37CD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 so did this surprise you though?</w:t>
      </w:r>
    </w:p>
    <w:p w14:paraId="1F3A520D" w14:textId="77777777" w:rsidR="00051E2C" w:rsidRPr="00E200E2" w:rsidRDefault="00051E2C">
      <w:pPr>
        <w:spacing w:after="0"/>
        <w:rPr>
          <w:rFonts w:ascii="Arial Narrow" w:hAnsi="Arial Narrow"/>
          <w:sz w:val="28"/>
          <w:szCs w:val="28"/>
        </w:rPr>
      </w:pPr>
    </w:p>
    <w:p w14:paraId="1B6A8AC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12:39</w:t>
      </w:r>
    </w:p>
    <w:p w14:paraId="615B984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No, no. Isn't once I thought about it? No, it didn't. Yeah.</w:t>
      </w:r>
    </w:p>
    <w:p w14:paraId="11EE231B" w14:textId="77777777" w:rsidR="00051E2C" w:rsidRPr="00E200E2" w:rsidRDefault="00051E2C">
      <w:pPr>
        <w:spacing w:after="0"/>
        <w:rPr>
          <w:rFonts w:ascii="Arial Narrow" w:hAnsi="Arial Narrow"/>
          <w:sz w:val="28"/>
          <w:szCs w:val="28"/>
        </w:rPr>
      </w:pPr>
    </w:p>
    <w:p w14:paraId="77C57C9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12:45</w:t>
      </w:r>
    </w:p>
    <w:p w14:paraId="6E49155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Does it remind you of anything?</w:t>
      </w:r>
    </w:p>
    <w:p w14:paraId="04C41003" w14:textId="77777777" w:rsidR="00051E2C" w:rsidRPr="00E200E2" w:rsidRDefault="00051E2C">
      <w:pPr>
        <w:spacing w:after="0"/>
        <w:rPr>
          <w:rFonts w:ascii="Arial Narrow" w:hAnsi="Arial Narrow"/>
          <w:sz w:val="28"/>
          <w:szCs w:val="28"/>
        </w:rPr>
      </w:pPr>
    </w:p>
    <w:p w14:paraId="70A6E42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12:46</w:t>
      </w:r>
    </w:p>
    <w:p w14:paraId="4D8ACA2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Um, my mom was like, once it happened. Like, I realized that I should have predicted it. Because whenever it was hot, like my mom would always say like hot air rises, like, stuff like that. Like it reminded me of that. </w:t>
      </w:r>
    </w:p>
    <w:p w14:paraId="607A709E" w14:textId="77777777" w:rsidR="00051E2C" w:rsidRPr="00E200E2" w:rsidRDefault="00051E2C">
      <w:pPr>
        <w:spacing w:after="0"/>
        <w:rPr>
          <w:rFonts w:ascii="Arial Narrow" w:hAnsi="Arial Narrow"/>
          <w:sz w:val="28"/>
          <w:szCs w:val="28"/>
        </w:rPr>
      </w:pPr>
    </w:p>
    <w:p w14:paraId="543F428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13:01</w:t>
      </w:r>
    </w:p>
    <w:p w14:paraId="19E8FD4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w:t>
      </w:r>
    </w:p>
    <w:p w14:paraId="1A4A6A43" w14:textId="77777777" w:rsidR="00051E2C" w:rsidRPr="00E200E2" w:rsidRDefault="00051E2C">
      <w:pPr>
        <w:spacing w:after="0"/>
        <w:rPr>
          <w:rFonts w:ascii="Arial Narrow" w:hAnsi="Arial Narrow"/>
          <w:sz w:val="28"/>
          <w:szCs w:val="28"/>
        </w:rPr>
      </w:pPr>
    </w:p>
    <w:p w14:paraId="33DB466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13:02</w:t>
      </w:r>
    </w:p>
    <w:p w14:paraId="7E28FB3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w:t>
      </w:r>
    </w:p>
    <w:p w14:paraId="053A5B5B" w14:textId="77777777" w:rsidR="00051E2C" w:rsidRPr="00E200E2" w:rsidRDefault="00051E2C">
      <w:pPr>
        <w:spacing w:after="0"/>
        <w:rPr>
          <w:rFonts w:ascii="Arial Narrow" w:hAnsi="Arial Narrow"/>
          <w:sz w:val="28"/>
          <w:szCs w:val="28"/>
        </w:rPr>
      </w:pPr>
    </w:p>
    <w:p w14:paraId="2ACF549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13:03</w:t>
      </w:r>
    </w:p>
    <w:p w14:paraId="6EED67A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So do you think that the time frame matters here? Like for example, you kind of had the mixing and but you did say that the the hot would kind of start to go under the cold or come to the top? And this kind of reminds me of maybe what was going on kind of in the beginning. Yeah, like the first second. Yeah, like that. Yeah. So it's like, not necessarily a wrong prediction. Just a wrong timeframe.</w:t>
      </w:r>
    </w:p>
    <w:p w14:paraId="24AEEF27" w14:textId="77777777" w:rsidR="00051E2C" w:rsidRPr="00E200E2" w:rsidRDefault="00051E2C">
      <w:pPr>
        <w:spacing w:after="0"/>
        <w:rPr>
          <w:rFonts w:ascii="Arial Narrow" w:hAnsi="Arial Narrow"/>
          <w:sz w:val="28"/>
          <w:szCs w:val="28"/>
        </w:rPr>
      </w:pPr>
    </w:p>
    <w:p w14:paraId="6619718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13:29</w:t>
      </w:r>
    </w:p>
    <w:p w14:paraId="7925110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guess you could say that. </w:t>
      </w:r>
    </w:p>
    <w:p w14:paraId="1E0AE9E0" w14:textId="77777777" w:rsidR="00051E2C" w:rsidRPr="00E200E2" w:rsidRDefault="00051E2C">
      <w:pPr>
        <w:spacing w:after="0"/>
        <w:rPr>
          <w:rFonts w:ascii="Arial Narrow" w:hAnsi="Arial Narrow"/>
          <w:sz w:val="28"/>
          <w:szCs w:val="28"/>
        </w:rPr>
      </w:pPr>
    </w:p>
    <w:p w14:paraId="23BAEFF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13:31</w:t>
      </w:r>
    </w:p>
    <w:p w14:paraId="5595D74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so how long do you so knowing that so have you feel this it's still warm, feel this, it's still cold, they still have their separating temperature, different temperatures, and it created this kind of stratification. How long or do you think if ever will they ever combine?</w:t>
      </w:r>
    </w:p>
    <w:p w14:paraId="70700612" w14:textId="77777777" w:rsidR="00051E2C" w:rsidRPr="00E200E2" w:rsidRDefault="00051E2C">
      <w:pPr>
        <w:spacing w:after="0"/>
        <w:rPr>
          <w:rFonts w:ascii="Arial Narrow" w:hAnsi="Arial Narrow"/>
          <w:sz w:val="28"/>
          <w:szCs w:val="28"/>
        </w:rPr>
      </w:pPr>
    </w:p>
    <w:p w14:paraId="14A5CD7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13:52</w:t>
      </w:r>
    </w:p>
    <w:p w14:paraId="37C8EBEF" w14:textId="590AB63E" w:rsidR="00051E2C" w:rsidRPr="00E200E2" w:rsidRDefault="00E352A4">
      <w:pPr>
        <w:spacing w:after="0"/>
        <w:rPr>
          <w:rFonts w:ascii="Arial Narrow" w:hAnsi="Arial Narrow"/>
          <w:sz w:val="28"/>
          <w:szCs w:val="28"/>
        </w:rPr>
      </w:pPr>
      <w:r w:rsidRPr="00E200E2">
        <w:rPr>
          <w:rFonts w:ascii="Arial Narrow" w:hAnsi="Arial Narrow"/>
          <w:sz w:val="28"/>
          <w:szCs w:val="28"/>
        </w:rPr>
        <w:t>I think they might once the</w:t>
      </w:r>
      <w:r w:rsidR="00E200E2">
        <w:rPr>
          <w:rFonts w:ascii="Arial Narrow" w:hAnsi="Arial Narrow"/>
          <w:sz w:val="28"/>
          <w:szCs w:val="28"/>
        </w:rPr>
        <w:t xml:space="preserve">y </w:t>
      </w:r>
      <w:r w:rsidRPr="00E200E2">
        <w:rPr>
          <w:rFonts w:ascii="Arial Narrow" w:hAnsi="Arial Narrow"/>
          <w:sz w:val="28"/>
          <w:szCs w:val="28"/>
        </w:rPr>
        <w:t>reached the same temperature,</w:t>
      </w:r>
    </w:p>
    <w:p w14:paraId="320FFA27" w14:textId="77777777" w:rsidR="00051E2C" w:rsidRPr="00E200E2" w:rsidRDefault="00051E2C">
      <w:pPr>
        <w:spacing w:after="0"/>
        <w:rPr>
          <w:rFonts w:ascii="Arial Narrow" w:hAnsi="Arial Narrow"/>
          <w:sz w:val="28"/>
          <w:szCs w:val="28"/>
        </w:rPr>
      </w:pPr>
    </w:p>
    <w:p w14:paraId="29FC8B3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13:56</w:t>
      </w:r>
    </w:p>
    <w:p w14:paraId="587505F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 like at the same time, like the combining would happen like yeah, as the temperature. Gradual. Okay. Okay. Yeah, fun.</w:t>
      </w:r>
    </w:p>
    <w:p w14:paraId="1C7361F3" w14:textId="77777777" w:rsidR="00051E2C" w:rsidRPr="00E200E2" w:rsidRDefault="00051E2C">
      <w:pPr>
        <w:spacing w:after="0"/>
        <w:rPr>
          <w:rFonts w:ascii="Arial Narrow" w:hAnsi="Arial Narrow"/>
          <w:sz w:val="28"/>
          <w:szCs w:val="28"/>
        </w:rPr>
      </w:pPr>
    </w:p>
    <w:p w14:paraId="1181731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14:10</w:t>
      </w:r>
    </w:p>
    <w:p w14:paraId="2E29A5C1" w14:textId="25EE25CB"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It looks cool. I didn't expect it to look like that. I thought they were definitely makes </w:t>
      </w:r>
      <w:r w:rsidR="00E200E2" w:rsidRPr="00E200E2">
        <w:rPr>
          <w:rFonts w:ascii="Arial Narrow" w:hAnsi="Arial Narrow"/>
          <w:sz w:val="28"/>
          <w:szCs w:val="28"/>
        </w:rPr>
        <w:t>more.</w:t>
      </w:r>
    </w:p>
    <w:p w14:paraId="0EC8B9E1" w14:textId="77777777" w:rsidR="00051E2C" w:rsidRPr="00E200E2" w:rsidRDefault="00051E2C">
      <w:pPr>
        <w:spacing w:after="0"/>
        <w:rPr>
          <w:rFonts w:ascii="Arial Narrow" w:hAnsi="Arial Narrow"/>
          <w:sz w:val="28"/>
          <w:szCs w:val="28"/>
        </w:rPr>
      </w:pPr>
    </w:p>
    <w:p w14:paraId="458F9B4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14:14</w:t>
      </w:r>
    </w:p>
    <w:p w14:paraId="3144783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more fun with the contrasting color. All right, so what was our next one fresh? Oh, same temperature. So now we're doing water that is the same exact temperatures one another. And start, so how are we feeling about this one?</w:t>
      </w:r>
    </w:p>
    <w:p w14:paraId="2AC3A646" w14:textId="77777777" w:rsidR="00051E2C" w:rsidRPr="00E200E2" w:rsidRDefault="00051E2C">
      <w:pPr>
        <w:spacing w:after="0"/>
        <w:rPr>
          <w:rFonts w:ascii="Arial Narrow" w:hAnsi="Arial Narrow"/>
          <w:sz w:val="28"/>
          <w:szCs w:val="28"/>
        </w:rPr>
      </w:pPr>
    </w:p>
    <w:p w14:paraId="2ECEA74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16:12</w:t>
      </w:r>
    </w:p>
    <w:p w14:paraId="48F4B63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Pretty good. It's like kind of what I expected to happen. I didn't expect it to happen so horizontally, I thought it would be more of a vertical mix. And it kind of was like in the beginning. Yeah. I mean, it's so horizontal, like it's all mixed in the middle, but definitely feels like towards the bottom. It was horizontal.</w:t>
      </w:r>
    </w:p>
    <w:p w14:paraId="6F006C18" w14:textId="77777777" w:rsidR="00051E2C" w:rsidRPr="00E200E2" w:rsidRDefault="00051E2C">
      <w:pPr>
        <w:spacing w:after="0"/>
        <w:rPr>
          <w:rFonts w:ascii="Arial Narrow" w:hAnsi="Arial Narrow"/>
          <w:sz w:val="28"/>
          <w:szCs w:val="28"/>
        </w:rPr>
      </w:pPr>
    </w:p>
    <w:p w14:paraId="7E3FD36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16:35</w:t>
      </w:r>
    </w:p>
    <w:p w14:paraId="719EB611" w14:textId="17FE45D8"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Right? Yeah, I mean to me you. Yeah, it looks like you. Pretty you pretty, uh, for the most part, you predicted </w:t>
      </w:r>
      <w:r w:rsidR="00E200E2" w:rsidRPr="00E200E2">
        <w:rPr>
          <w:rFonts w:ascii="Arial Narrow" w:hAnsi="Arial Narrow"/>
          <w:sz w:val="28"/>
          <w:szCs w:val="28"/>
        </w:rPr>
        <w:t>correctly.</w:t>
      </w:r>
      <w:r w:rsidRPr="00E200E2">
        <w:rPr>
          <w:rFonts w:ascii="Arial Narrow" w:hAnsi="Arial Narrow"/>
          <w:sz w:val="28"/>
          <w:szCs w:val="28"/>
        </w:rPr>
        <w:t xml:space="preserve"> For a minute? Yeah. Do you think that these two layers will stay like this forever? And you know, if they will ever combine?</w:t>
      </w:r>
    </w:p>
    <w:p w14:paraId="70BB904D" w14:textId="77777777" w:rsidR="00051E2C" w:rsidRPr="00E200E2" w:rsidRDefault="00051E2C">
      <w:pPr>
        <w:spacing w:after="0"/>
        <w:rPr>
          <w:rFonts w:ascii="Arial Narrow" w:hAnsi="Arial Narrow"/>
          <w:sz w:val="28"/>
          <w:szCs w:val="28"/>
        </w:rPr>
      </w:pPr>
    </w:p>
    <w:p w14:paraId="669BC9F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16:55</w:t>
      </w:r>
    </w:p>
    <w:p w14:paraId="01A0DE0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mean, I don't know. It kind of looks like it's not moving anymore. But I'd say maybe the dye would start to settle out. But it doesn't really look like it's going to. Okay.</w:t>
      </w:r>
    </w:p>
    <w:p w14:paraId="13729AB2" w14:textId="77777777" w:rsidR="00051E2C" w:rsidRPr="00E200E2" w:rsidRDefault="00051E2C">
      <w:pPr>
        <w:spacing w:after="0"/>
        <w:rPr>
          <w:rFonts w:ascii="Arial Narrow" w:hAnsi="Arial Narrow"/>
          <w:sz w:val="28"/>
          <w:szCs w:val="28"/>
        </w:rPr>
      </w:pPr>
    </w:p>
    <w:p w14:paraId="2EA5649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17:19</w:t>
      </w:r>
    </w:p>
    <w:p w14:paraId="1A102C7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 you think it will kind of stay like this indefinitely?</w:t>
      </w:r>
    </w:p>
    <w:p w14:paraId="79859C63" w14:textId="77777777" w:rsidR="00051E2C" w:rsidRPr="00E200E2" w:rsidRDefault="00051E2C">
      <w:pPr>
        <w:spacing w:after="0"/>
        <w:rPr>
          <w:rFonts w:ascii="Arial Narrow" w:hAnsi="Arial Narrow"/>
          <w:sz w:val="28"/>
          <w:szCs w:val="28"/>
        </w:rPr>
      </w:pPr>
    </w:p>
    <w:p w14:paraId="15CD866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17:23</w:t>
      </w:r>
    </w:p>
    <w:p w14:paraId="08A9E60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I don't know if I'd say indefinitely. But I'd say maybe they might mix but over a very long period of time, how they were left undisturbed.</w:t>
      </w:r>
    </w:p>
    <w:p w14:paraId="78EA4E64" w14:textId="77777777" w:rsidR="00051E2C" w:rsidRPr="00E200E2" w:rsidRDefault="00051E2C">
      <w:pPr>
        <w:spacing w:after="0"/>
        <w:rPr>
          <w:rFonts w:ascii="Arial Narrow" w:hAnsi="Arial Narrow"/>
          <w:sz w:val="28"/>
          <w:szCs w:val="28"/>
        </w:rPr>
      </w:pPr>
    </w:p>
    <w:p w14:paraId="4FCE46D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17:35</w:t>
      </w:r>
    </w:p>
    <w:p w14:paraId="3780915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what okay, give me give me a timeframe.</w:t>
      </w:r>
    </w:p>
    <w:p w14:paraId="5A541A95" w14:textId="77777777" w:rsidR="00051E2C" w:rsidRPr="00E200E2" w:rsidRDefault="00051E2C">
      <w:pPr>
        <w:spacing w:after="0"/>
        <w:rPr>
          <w:rFonts w:ascii="Arial Narrow" w:hAnsi="Arial Narrow"/>
          <w:sz w:val="28"/>
          <w:szCs w:val="28"/>
        </w:rPr>
      </w:pPr>
    </w:p>
    <w:p w14:paraId="678CA28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17:45</w:t>
      </w:r>
    </w:p>
    <w:p w14:paraId="19437A5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Maybe like a week? A couple of weeks, maybe.</w:t>
      </w:r>
    </w:p>
    <w:p w14:paraId="4CBA4EE0" w14:textId="77777777" w:rsidR="00051E2C" w:rsidRPr="00E200E2" w:rsidRDefault="00051E2C">
      <w:pPr>
        <w:spacing w:after="0"/>
        <w:rPr>
          <w:rFonts w:ascii="Arial Narrow" w:hAnsi="Arial Narrow"/>
          <w:sz w:val="28"/>
          <w:szCs w:val="28"/>
        </w:rPr>
      </w:pPr>
    </w:p>
    <w:p w14:paraId="2270C2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17:51</w:t>
      </w:r>
    </w:p>
    <w:p w14:paraId="5ADC4AB6" w14:textId="3588F124"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so now that you've kind of got like a timeframe of the same temperatures, </w:t>
      </w:r>
      <w:r w:rsidR="00E200E2" w:rsidRPr="00E200E2">
        <w:rPr>
          <w:rFonts w:ascii="Arial Narrow" w:hAnsi="Arial Narrow"/>
          <w:sz w:val="28"/>
          <w:szCs w:val="28"/>
        </w:rPr>
        <w:t>your</w:t>
      </w:r>
      <w:r w:rsidRPr="00E200E2">
        <w:rPr>
          <w:rFonts w:ascii="Arial Narrow" w:hAnsi="Arial Narrow"/>
          <w:sz w:val="28"/>
          <w:szCs w:val="28"/>
        </w:rPr>
        <w:t xml:space="preserve"> kind of given me like a week or so. Um, what about the different temperature ones? I know you said that the it'll probably mix with a temperature are the same. So how long do you think that would have taken? Or how long for the temperatures to equalize?</w:t>
      </w:r>
    </w:p>
    <w:p w14:paraId="502B106B" w14:textId="77777777" w:rsidR="00051E2C" w:rsidRPr="00E200E2" w:rsidRDefault="00051E2C">
      <w:pPr>
        <w:spacing w:after="0"/>
        <w:rPr>
          <w:rFonts w:ascii="Arial Narrow" w:hAnsi="Arial Narrow"/>
          <w:sz w:val="28"/>
          <w:szCs w:val="28"/>
        </w:rPr>
      </w:pPr>
    </w:p>
    <w:p w14:paraId="1F21ACB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18:13</w:t>
      </w:r>
    </w:p>
    <w:p w14:paraId="69EBCC2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maybe like a couple of hours like the like the equilibrium in the middle like the heat would keep exchanging with the cool when they are touching and then they gradually start to mix like that.</w:t>
      </w:r>
    </w:p>
    <w:p w14:paraId="16032486" w14:textId="77777777" w:rsidR="00051E2C" w:rsidRPr="00E200E2" w:rsidRDefault="00051E2C">
      <w:pPr>
        <w:spacing w:after="0"/>
        <w:rPr>
          <w:rFonts w:ascii="Arial Narrow" w:hAnsi="Arial Narrow"/>
          <w:sz w:val="28"/>
          <w:szCs w:val="28"/>
        </w:rPr>
      </w:pPr>
    </w:p>
    <w:p w14:paraId="119CD8F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18:28</w:t>
      </w:r>
    </w:p>
    <w:p w14:paraId="493B21C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so a couple hours so like three four hours.</w:t>
      </w:r>
    </w:p>
    <w:p w14:paraId="7C8B26FA" w14:textId="77777777" w:rsidR="00051E2C" w:rsidRPr="00E200E2" w:rsidRDefault="00051E2C">
      <w:pPr>
        <w:spacing w:after="0"/>
        <w:rPr>
          <w:rFonts w:ascii="Arial Narrow" w:hAnsi="Arial Narrow"/>
          <w:sz w:val="28"/>
          <w:szCs w:val="28"/>
        </w:rPr>
      </w:pPr>
    </w:p>
    <w:p w14:paraId="01634FA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18:31</w:t>
      </w:r>
    </w:p>
    <w:p w14:paraId="59F3F69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something like that.</w:t>
      </w:r>
    </w:p>
    <w:p w14:paraId="7F46C8ED" w14:textId="77777777" w:rsidR="00051E2C" w:rsidRPr="00E200E2" w:rsidRDefault="00051E2C">
      <w:pPr>
        <w:spacing w:after="0"/>
        <w:rPr>
          <w:rFonts w:ascii="Arial Narrow" w:hAnsi="Arial Narrow"/>
          <w:sz w:val="28"/>
          <w:szCs w:val="28"/>
        </w:rPr>
      </w:pPr>
    </w:p>
    <w:p w14:paraId="599736D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18:48</w:t>
      </w:r>
    </w:p>
    <w:p w14:paraId="1920A56A" w14:textId="656586E2"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All right, so last but not least as far as our rectangle tank those is the saltwater versus freshwater done because we're </w:t>
      </w:r>
      <w:r w:rsidR="563E90A1" w:rsidRPr="50355882">
        <w:rPr>
          <w:rFonts w:ascii="Arial Narrow" w:hAnsi="Arial Narrow"/>
          <w:sz w:val="28"/>
          <w:szCs w:val="28"/>
        </w:rPr>
        <w:t>gonna</w:t>
      </w:r>
      <w:r w:rsidRPr="50355882">
        <w:rPr>
          <w:rFonts w:ascii="Arial Narrow" w:hAnsi="Arial Narrow"/>
          <w:sz w:val="28"/>
          <w:szCs w:val="28"/>
        </w:rPr>
        <w:t xml:space="preserve"> need this. Just remember that? Yeah, I almost poured it in. I was like wait a minute. Right. Start you alright, so how does this make you feel? How are we doing? Right you know, that's, that's perfectly fair, I feel like at this point time is one of those are the rate in which it like, we'll get to this point is definitely a factor to play in it. But I mean, like last time, maybe about a couple seconds and this would have probably been exactly what this is exactly what it looked like. Yeah. Um, so as you can see, these also formed two layers. Now if you could put a timeframe on how long do you think it take for these guys to mix? What would you say?</w:t>
      </w:r>
    </w:p>
    <w:p w14:paraId="147680EB" w14:textId="77777777" w:rsidR="00051E2C" w:rsidRPr="00E200E2" w:rsidRDefault="00051E2C">
      <w:pPr>
        <w:spacing w:after="0"/>
        <w:rPr>
          <w:rFonts w:ascii="Arial Narrow" w:hAnsi="Arial Narrow"/>
          <w:sz w:val="28"/>
          <w:szCs w:val="28"/>
        </w:rPr>
      </w:pPr>
    </w:p>
    <w:p w14:paraId="213C6DB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Participant#32:  </w:t>
      </w:r>
      <w:r w:rsidRPr="00E200E2">
        <w:rPr>
          <w:rFonts w:ascii="Arial Narrow" w:hAnsi="Arial Narrow"/>
          <w:color w:val="5D7284"/>
          <w:sz w:val="28"/>
          <w:szCs w:val="28"/>
        </w:rPr>
        <w:t>20:26</w:t>
      </w:r>
    </w:p>
    <w:p w14:paraId="26491397" w14:textId="25DC86A1"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That I don't know how fast water move. I mean, that's pretty much what I thought was </w:t>
      </w:r>
      <w:r w:rsidR="6A1C57FB" w:rsidRPr="50355882">
        <w:rPr>
          <w:rFonts w:ascii="Arial Narrow" w:hAnsi="Arial Narrow"/>
          <w:sz w:val="28"/>
          <w:szCs w:val="28"/>
        </w:rPr>
        <w:t>gonna</w:t>
      </w:r>
      <w:r w:rsidRPr="50355882">
        <w:rPr>
          <w:rFonts w:ascii="Arial Narrow" w:hAnsi="Arial Narrow"/>
          <w:sz w:val="28"/>
          <w:szCs w:val="28"/>
        </w:rPr>
        <w:t xml:space="preserve"> happen, but I thought it would take much longer time to not be moving anymore </w:t>
      </w:r>
      <w:r w:rsidR="00E200E2" w:rsidRPr="50355882">
        <w:rPr>
          <w:rFonts w:ascii="Arial Narrow" w:hAnsi="Arial Narrow"/>
          <w:sz w:val="28"/>
          <w:szCs w:val="28"/>
        </w:rPr>
        <w:t>s</w:t>
      </w:r>
      <w:r w:rsidRPr="50355882">
        <w:rPr>
          <w:rFonts w:ascii="Arial Narrow" w:hAnsi="Arial Narrow"/>
          <w:sz w:val="28"/>
          <w:szCs w:val="28"/>
        </w:rPr>
        <w:t xml:space="preserve">efinitely. I think it would take longer than the different temperature ones. The same temperature, I actually don't know if they would ever change just because they are the same temperature. I was thinking about it again, they're the same temperature density, so they wouldn't mix unless they were jostled. Right. </w:t>
      </w:r>
      <w:r w:rsidR="00E200E2" w:rsidRPr="50355882">
        <w:rPr>
          <w:rFonts w:ascii="Arial Narrow" w:hAnsi="Arial Narrow"/>
          <w:sz w:val="28"/>
          <w:szCs w:val="28"/>
        </w:rPr>
        <w:t>So,</w:t>
      </w:r>
      <w:r w:rsidRPr="50355882">
        <w:rPr>
          <w:rFonts w:ascii="Arial Narrow" w:hAnsi="Arial Narrow"/>
          <w:sz w:val="28"/>
          <w:szCs w:val="28"/>
        </w:rPr>
        <w:t xml:space="preserve"> this would if that's if the same temperature was indefinitely. How they were, that's how they were going to be. The temperature would take a couple hours. And in between, it would stay like this forever. And it would take, like a couple of weeks.</w:t>
      </w:r>
    </w:p>
    <w:p w14:paraId="5C815E19" w14:textId="77777777" w:rsidR="00051E2C" w:rsidRPr="00E200E2" w:rsidRDefault="00051E2C">
      <w:pPr>
        <w:spacing w:after="0"/>
        <w:rPr>
          <w:rFonts w:ascii="Arial Narrow" w:hAnsi="Arial Narrow"/>
          <w:sz w:val="28"/>
          <w:szCs w:val="28"/>
        </w:rPr>
      </w:pPr>
    </w:p>
    <w:p w14:paraId="6A03C18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22:01</w:t>
      </w:r>
    </w:p>
    <w:p w14:paraId="2D24D0E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is there a reason?</w:t>
      </w:r>
    </w:p>
    <w:p w14:paraId="786E2A57" w14:textId="77777777" w:rsidR="00051E2C" w:rsidRPr="00E200E2" w:rsidRDefault="00051E2C">
      <w:pPr>
        <w:spacing w:after="0"/>
        <w:rPr>
          <w:rFonts w:ascii="Arial Narrow" w:hAnsi="Arial Narrow"/>
          <w:sz w:val="28"/>
          <w:szCs w:val="28"/>
        </w:rPr>
      </w:pPr>
    </w:p>
    <w:p w14:paraId="355B4D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22:06</w:t>
      </w:r>
    </w:p>
    <w:p w14:paraId="0AB1935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I mean, they're kind of muddled in the middle. Um, my thinking might be, it's either that it would stay like this, or that the freshwater would like start to, you know, mix with the salt and it would keep mixing, and it would keep going down and then they'd be the same, but if that were to happen, it would not be it wouldn't be a couple hours or a couple of days. I think it would be at least a week. If not.</w:t>
      </w:r>
    </w:p>
    <w:p w14:paraId="596F0B15" w14:textId="77777777" w:rsidR="00051E2C" w:rsidRPr="00E200E2" w:rsidRDefault="00051E2C">
      <w:pPr>
        <w:spacing w:after="0"/>
        <w:rPr>
          <w:rFonts w:ascii="Arial Narrow" w:hAnsi="Arial Narrow"/>
          <w:sz w:val="28"/>
          <w:szCs w:val="28"/>
        </w:rPr>
      </w:pPr>
    </w:p>
    <w:p w14:paraId="14091C9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22:35</w:t>
      </w:r>
    </w:p>
    <w:p w14:paraId="3C9A9F47" w14:textId="77AB73E0"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so. </w:t>
      </w:r>
      <w:r w:rsidR="00E200E2" w:rsidRPr="00E200E2">
        <w:rPr>
          <w:rFonts w:ascii="Arial Narrow" w:hAnsi="Arial Narrow"/>
          <w:sz w:val="28"/>
          <w:szCs w:val="28"/>
        </w:rPr>
        <w:t>So,</w:t>
      </w:r>
      <w:r w:rsidRPr="00E200E2">
        <w:rPr>
          <w:rFonts w:ascii="Arial Narrow" w:hAnsi="Arial Narrow"/>
          <w:sz w:val="28"/>
          <w:szCs w:val="28"/>
        </w:rPr>
        <w:t xml:space="preserve"> if it so if it does mix, it'll be about a week, like at least one. Okay. Okay. This bad boy </w:t>
      </w:r>
      <w:r w:rsidR="00E200E2" w:rsidRPr="00E200E2">
        <w:rPr>
          <w:rFonts w:ascii="Arial Narrow" w:hAnsi="Arial Narrow"/>
          <w:sz w:val="28"/>
          <w:szCs w:val="28"/>
        </w:rPr>
        <w:t>out;</w:t>
      </w:r>
      <w:r w:rsidRPr="00E200E2">
        <w:rPr>
          <w:rFonts w:ascii="Arial Narrow" w:hAnsi="Arial Narrow"/>
          <w:sz w:val="28"/>
          <w:szCs w:val="28"/>
        </w:rPr>
        <w:t xml:space="preserve"> do you like this pretty little watercolor thing going on? Alright, so my next question for you. It kind of has to do with the rectangle tank or does but I don't </w:t>
      </w:r>
      <w:r w:rsidR="00E200E2" w:rsidRPr="00E200E2">
        <w:rPr>
          <w:rFonts w:ascii="Arial Narrow" w:hAnsi="Arial Narrow"/>
          <w:sz w:val="28"/>
          <w:szCs w:val="28"/>
        </w:rPr>
        <w:t>really,</w:t>
      </w:r>
      <w:r w:rsidRPr="00E200E2">
        <w:rPr>
          <w:rFonts w:ascii="Arial Narrow" w:hAnsi="Arial Narrow"/>
          <w:sz w:val="28"/>
          <w:szCs w:val="28"/>
        </w:rPr>
        <w:t xml:space="preserve"> I can't really demonstrate it because I don't really have the tools necessary for it in a way. So let's say I put the rectangle tank back on the table. And instead of water this time, I had </w:t>
      </w:r>
      <w:r w:rsidR="00E200E2" w:rsidRPr="00E200E2">
        <w:rPr>
          <w:rFonts w:ascii="Arial Narrow" w:hAnsi="Arial Narrow"/>
          <w:sz w:val="28"/>
          <w:szCs w:val="28"/>
        </w:rPr>
        <w:t>Jell-O</w:t>
      </w:r>
      <w:r w:rsidRPr="00E200E2">
        <w:rPr>
          <w:rFonts w:ascii="Arial Narrow" w:hAnsi="Arial Narrow"/>
          <w:sz w:val="28"/>
          <w:szCs w:val="28"/>
        </w:rPr>
        <w:t xml:space="preserve"> and I had one </w:t>
      </w:r>
      <w:r w:rsidR="00E200E2" w:rsidRPr="00E200E2">
        <w:rPr>
          <w:rFonts w:ascii="Arial Narrow" w:hAnsi="Arial Narrow"/>
          <w:sz w:val="28"/>
          <w:szCs w:val="28"/>
        </w:rPr>
        <w:t>Jell-O</w:t>
      </w:r>
      <w:r w:rsidRPr="00E200E2">
        <w:rPr>
          <w:rFonts w:ascii="Arial Narrow" w:hAnsi="Arial Narrow"/>
          <w:sz w:val="28"/>
          <w:szCs w:val="28"/>
        </w:rPr>
        <w:t xml:space="preserve"> that was like a couple of degrees. on the warmer side. The other </w:t>
      </w:r>
      <w:r w:rsidR="00E200E2" w:rsidRPr="00E200E2">
        <w:rPr>
          <w:rFonts w:ascii="Arial Narrow" w:hAnsi="Arial Narrow"/>
          <w:sz w:val="28"/>
          <w:szCs w:val="28"/>
        </w:rPr>
        <w:t>Jell-O</w:t>
      </w:r>
      <w:r w:rsidRPr="00E200E2">
        <w:rPr>
          <w:rFonts w:ascii="Arial Narrow" w:hAnsi="Arial Narrow"/>
          <w:sz w:val="28"/>
          <w:szCs w:val="28"/>
        </w:rPr>
        <w:t xml:space="preserve"> was a couple of degrees on the cooler side. And I took the </w:t>
      </w:r>
      <w:r w:rsidR="00E200E2" w:rsidRPr="00E200E2">
        <w:rPr>
          <w:rFonts w:ascii="Arial Narrow" w:hAnsi="Arial Narrow"/>
          <w:sz w:val="28"/>
          <w:szCs w:val="28"/>
        </w:rPr>
        <w:t>Jell-O</w:t>
      </w:r>
      <w:r w:rsidRPr="00E200E2">
        <w:rPr>
          <w:rFonts w:ascii="Arial Narrow" w:hAnsi="Arial Narrow"/>
          <w:sz w:val="28"/>
          <w:szCs w:val="28"/>
        </w:rPr>
        <w:t xml:space="preserve"> and I put it in that that tank that tank of the tank, and then I lifted up the dividing wall. What do you think will What do you think those two generals would do?</w:t>
      </w:r>
    </w:p>
    <w:p w14:paraId="12DD3924" w14:textId="77777777" w:rsidR="00051E2C" w:rsidRPr="00E200E2" w:rsidRDefault="00051E2C">
      <w:pPr>
        <w:spacing w:after="0"/>
        <w:rPr>
          <w:rFonts w:ascii="Arial Narrow" w:hAnsi="Arial Narrow"/>
          <w:sz w:val="28"/>
          <w:szCs w:val="28"/>
        </w:rPr>
      </w:pPr>
    </w:p>
    <w:p w14:paraId="4BE5E57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22:36</w:t>
      </w:r>
    </w:p>
    <w:p w14:paraId="4DA08901" w14:textId="1234FD82"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 Maybe. I </w:t>
      </w:r>
      <w:r w:rsidR="00E200E2" w:rsidRPr="00E200E2">
        <w:rPr>
          <w:rFonts w:ascii="Arial Narrow" w:hAnsi="Arial Narrow"/>
          <w:sz w:val="28"/>
          <w:szCs w:val="28"/>
        </w:rPr>
        <w:t>don’t</w:t>
      </w:r>
      <w:r w:rsidRPr="00E200E2">
        <w:rPr>
          <w:rFonts w:ascii="Arial Narrow" w:hAnsi="Arial Narrow"/>
          <w:sz w:val="28"/>
          <w:szCs w:val="28"/>
        </w:rPr>
        <w:t xml:space="preserve"> think they would do anything. There are a lot denser of in water. I mean, would they both be like fully solidified? Or would they be kind of </w:t>
      </w:r>
      <w:r w:rsidR="00E200E2" w:rsidRPr="00E200E2">
        <w:rPr>
          <w:rFonts w:ascii="Arial Narrow" w:hAnsi="Arial Narrow"/>
          <w:sz w:val="28"/>
          <w:szCs w:val="28"/>
        </w:rPr>
        <w:t>liquidly</w:t>
      </w:r>
      <w:r w:rsidRPr="00E200E2">
        <w:rPr>
          <w:rFonts w:ascii="Arial Narrow" w:hAnsi="Arial Narrow"/>
          <w:sz w:val="28"/>
          <w:szCs w:val="28"/>
        </w:rPr>
        <w:t>?</w:t>
      </w:r>
    </w:p>
    <w:p w14:paraId="22B4BA7D" w14:textId="77777777" w:rsidR="00051E2C" w:rsidRPr="00E200E2" w:rsidRDefault="00051E2C">
      <w:pPr>
        <w:spacing w:after="0"/>
        <w:rPr>
          <w:rFonts w:ascii="Arial Narrow" w:hAnsi="Arial Narrow"/>
          <w:sz w:val="28"/>
          <w:szCs w:val="28"/>
        </w:rPr>
      </w:pPr>
    </w:p>
    <w:p w14:paraId="0A63200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24:01</w:t>
      </w:r>
    </w:p>
    <w:p w14:paraId="17D1A0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They'd be in that semi solid state. </w:t>
      </w:r>
    </w:p>
    <w:p w14:paraId="6000E89E" w14:textId="77777777" w:rsidR="00051E2C" w:rsidRPr="00E200E2" w:rsidRDefault="00051E2C">
      <w:pPr>
        <w:spacing w:after="0"/>
        <w:rPr>
          <w:rFonts w:ascii="Arial Narrow" w:hAnsi="Arial Narrow"/>
          <w:sz w:val="28"/>
          <w:szCs w:val="28"/>
        </w:rPr>
      </w:pPr>
    </w:p>
    <w:p w14:paraId="1DE8EC6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24:04</w:t>
      </w:r>
    </w:p>
    <w:p w14:paraId="0BC1568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w:t>
      </w:r>
    </w:p>
    <w:p w14:paraId="1321343D" w14:textId="77777777" w:rsidR="00051E2C" w:rsidRPr="00E200E2" w:rsidRDefault="00051E2C">
      <w:pPr>
        <w:spacing w:after="0"/>
        <w:rPr>
          <w:rFonts w:ascii="Arial Narrow" w:hAnsi="Arial Narrow"/>
          <w:sz w:val="28"/>
          <w:szCs w:val="28"/>
        </w:rPr>
      </w:pPr>
    </w:p>
    <w:p w14:paraId="7BDDCEA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24:05</w:t>
      </w:r>
    </w:p>
    <w:p w14:paraId="074E4D0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But one would just be warmer and then the other one would be a little cooler. </w:t>
      </w:r>
    </w:p>
    <w:p w14:paraId="61EE4715" w14:textId="77777777" w:rsidR="00051E2C" w:rsidRPr="00E200E2" w:rsidRDefault="00051E2C">
      <w:pPr>
        <w:spacing w:after="0"/>
        <w:rPr>
          <w:rFonts w:ascii="Arial Narrow" w:hAnsi="Arial Narrow"/>
          <w:sz w:val="28"/>
          <w:szCs w:val="28"/>
        </w:rPr>
      </w:pPr>
    </w:p>
    <w:p w14:paraId="0D29D14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24:09</w:t>
      </w:r>
    </w:p>
    <w:p w14:paraId="184EC38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then I think maybe like right at the where you take the diviner out, there might be some, like color bleeding. But I don't think that it would really do that much. I think that temperature transfer between the two would happen quicker than it would in water because they're more solid, right? So the temperatures don't have enough space, or the different temperatures have to touch each other. Like they can't separate and then gradually do it. Yeah, I don't really think much would happen.</w:t>
      </w:r>
    </w:p>
    <w:p w14:paraId="20AEC125" w14:textId="77777777" w:rsidR="00051E2C" w:rsidRPr="00E200E2" w:rsidRDefault="00051E2C">
      <w:pPr>
        <w:spacing w:after="0"/>
        <w:rPr>
          <w:rFonts w:ascii="Arial Narrow" w:hAnsi="Arial Narrow"/>
          <w:sz w:val="28"/>
          <w:szCs w:val="28"/>
        </w:rPr>
      </w:pPr>
    </w:p>
    <w:p w14:paraId="6B34726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24:44</w:t>
      </w:r>
    </w:p>
    <w:p w14:paraId="5615713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uhm, and what if so, once though, do you think they will ever become the same temperature and if so, what happened then?</w:t>
      </w:r>
    </w:p>
    <w:p w14:paraId="0FA64E96" w14:textId="77777777" w:rsidR="00051E2C" w:rsidRPr="00E200E2" w:rsidRDefault="00051E2C">
      <w:pPr>
        <w:spacing w:after="0"/>
        <w:rPr>
          <w:rFonts w:ascii="Arial Narrow" w:hAnsi="Arial Narrow"/>
          <w:sz w:val="28"/>
          <w:szCs w:val="28"/>
        </w:rPr>
      </w:pPr>
    </w:p>
    <w:p w14:paraId="7A219C0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24:56</w:t>
      </w:r>
    </w:p>
    <w:p w14:paraId="766B4940" w14:textId="60B48752"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think they would become the same temperature. Um, But I just think it would look like you have like a separate thing a </w:t>
      </w:r>
      <w:r w:rsidR="00E200E2" w:rsidRPr="00E200E2">
        <w:rPr>
          <w:rFonts w:ascii="Arial Narrow" w:hAnsi="Arial Narrow"/>
          <w:sz w:val="28"/>
          <w:szCs w:val="28"/>
        </w:rPr>
        <w:t>Jell-O</w:t>
      </w:r>
      <w:r w:rsidRPr="00E200E2">
        <w:rPr>
          <w:rFonts w:ascii="Arial Narrow" w:hAnsi="Arial Narrow"/>
          <w:sz w:val="28"/>
          <w:szCs w:val="28"/>
        </w:rPr>
        <w:t xml:space="preserve"> a separate thing and then maybe some color, like mixing but not not more than an inch away from like, where the dividers taken out. </w:t>
      </w:r>
    </w:p>
    <w:p w14:paraId="0CE60993" w14:textId="77777777" w:rsidR="00051E2C" w:rsidRPr="00E200E2" w:rsidRDefault="00051E2C">
      <w:pPr>
        <w:spacing w:after="0"/>
        <w:rPr>
          <w:rFonts w:ascii="Arial Narrow" w:hAnsi="Arial Narrow"/>
          <w:sz w:val="28"/>
          <w:szCs w:val="28"/>
        </w:rPr>
      </w:pPr>
    </w:p>
    <w:p w14:paraId="700A007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25:12</w:t>
      </w:r>
    </w:p>
    <w:p w14:paraId="4AC12B6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and how long do you think that would take?</w:t>
      </w:r>
    </w:p>
    <w:p w14:paraId="6FA9E0A8" w14:textId="77777777" w:rsidR="00051E2C" w:rsidRPr="00E200E2" w:rsidRDefault="00051E2C">
      <w:pPr>
        <w:spacing w:after="0"/>
        <w:rPr>
          <w:rFonts w:ascii="Arial Narrow" w:hAnsi="Arial Narrow"/>
          <w:sz w:val="28"/>
          <w:szCs w:val="28"/>
        </w:rPr>
      </w:pPr>
    </w:p>
    <w:p w14:paraId="631C849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25:17</w:t>
      </w:r>
    </w:p>
    <w:p w14:paraId="581877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10 minutes, maybe 20 not sure how long it takes Jell-O to set. </w:t>
      </w:r>
    </w:p>
    <w:p w14:paraId="3DA72B8F" w14:textId="77777777" w:rsidR="00051E2C" w:rsidRPr="00E200E2" w:rsidRDefault="00051E2C">
      <w:pPr>
        <w:spacing w:after="0"/>
        <w:rPr>
          <w:rFonts w:ascii="Arial Narrow" w:hAnsi="Arial Narrow"/>
          <w:sz w:val="28"/>
          <w:szCs w:val="28"/>
        </w:rPr>
      </w:pPr>
    </w:p>
    <w:p w14:paraId="513ED67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25:22</w:t>
      </w:r>
    </w:p>
    <w:p w14:paraId="72B6013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all right, so I actually do have some time lapse videos that I'm going to show you the time lapse videos are of our three pairs interacting with each other for a certain amount of time. I'm not going to tell you how long so I need to guess how long it actually was all right, so do you have a </w:t>
      </w:r>
      <w:r w:rsidRPr="00E200E2">
        <w:rPr>
          <w:rFonts w:ascii="Arial Narrow" w:hAnsi="Arial Narrow"/>
          <w:sz w:val="28"/>
          <w:szCs w:val="28"/>
        </w:rPr>
        <w:lastRenderedPageBreak/>
        <w:t>privacy screen on here. So, just want to make sure you can see it? Yeah, you can. All right. So let's start with the same temperature one</w:t>
      </w:r>
    </w:p>
    <w:p w14:paraId="4B5AB74F" w14:textId="77777777" w:rsidR="00051E2C" w:rsidRPr="00E200E2" w:rsidRDefault="00051E2C">
      <w:pPr>
        <w:spacing w:after="0"/>
        <w:rPr>
          <w:rFonts w:ascii="Arial Narrow" w:hAnsi="Arial Narrow"/>
          <w:sz w:val="28"/>
          <w:szCs w:val="28"/>
        </w:rPr>
      </w:pPr>
    </w:p>
    <w:p w14:paraId="7237416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25:55</w:t>
      </w:r>
    </w:p>
    <w:p w14:paraId="4CD5790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like your background.</w:t>
      </w:r>
    </w:p>
    <w:p w14:paraId="3491664D" w14:textId="77777777" w:rsidR="00051E2C" w:rsidRPr="00E200E2" w:rsidRDefault="00051E2C">
      <w:pPr>
        <w:spacing w:after="0"/>
        <w:rPr>
          <w:rFonts w:ascii="Arial Narrow" w:hAnsi="Arial Narrow"/>
          <w:sz w:val="28"/>
          <w:szCs w:val="28"/>
        </w:rPr>
      </w:pPr>
    </w:p>
    <w:p w14:paraId="490E608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25:56</w:t>
      </w:r>
    </w:p>
    <w:p w14:paraId="4799081C" w14:textId="1265EA91"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Thank you. Like my whole room decorated and right now it's the move. All right, and so as you can see, it's about 33 Second time lapse video and. Okay, so that's 33 seconds. </w:t>
      </w:r>
      <w:r w:rsidR="00E200E2" w:rsidRPr="00E200E2">
        <w:rPr>
          <w:rFonts w:ascii="Arial Narrow" w:hAnsi="Arial Narrow"/>
          <w:sz w:val="28"/>
          <w:szCs w:val="28"/>
        </w:rPr>
        <w:t>So,</w:t>
      </w:r>
      <w:r w:rsidRPr="00E200E2">
        <w:rPr>
          <w:rFonts w:ascii="Arial Narrow" w:hAnsi="Arial Narrow"/>
          <w:sz w:val="28"/>
          <w:szCs w:val="28"/>
        </w:rPr>
        <w:t xml:space="preserve"> what how'd you feel about that? That surprise you at </w:t>
      </w:r>
      <w:r w:rsidR="00E200E2" w:rsidRPr="00E200E2">
        <w:rPr>
          <w:rFonts w:ascii="Arial Narrow" w:hAnsi="Arial Narrow"/>
          <w:sz w:val="28"/>
          <w:szCs w:val="28"/>
        </w:rPr>
        <w:t>all.</w:t>
      </w:r>
    </w:p>
    <w:p w14:paraId="54D8EC71" w14:textId="77777777" w:rsidR="00051E2C" w:rsidRPr="00E200E2" w:rsidRDefault="00051E2C">
      <w:pPr>
        <w:spacing w:after="0"/>
        <w:rPr>
          <w:rFonts w:ascii="Arial Narrow" w:hAnsi="Arial Narrow"/>
          <w:sz w:val="28"/>
          <w:szCs w:val="28"/>
        </w:rPr>
      </w:pPr>
    </w:p>
    <w:p w14:paraId="20F395D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26:46</w:t>
      </w:r>
    </w:p>
    <w:p w14:paraId="3BC7934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didn't expect it to look like that. Yeah, that's weird.</w:t>
      </w:r>
    </w:p>
    <w:p w14:paraId="7269B32D" w14:textId="77777777" w:rsidR="00051E2C" w:rsidRPr="00E200E2" w:rsidRDefault="00051E2C">
      <w:pPr>
        <w:spacing w:after="0"/>
        <w:rPr>
          <w:rFonts w:ascii="Arial Narrow" w:hAnsi="Arial Narrow"/>
          <w:sz w:val="28"/>
          <w:szCs w:val="28"/>
        </w:rPr>
      </w:pPr>
    </w:p>
    <w:p w14:paraId="5C0BC1E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26:49</w:t>
      </w:r>
    </w:p>
    <w:p w14:paraId="4A19AA3B" w14:textId="26D0884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What was cool about it, or what was </w:t>
      </w:r>
      <w:r w:rsidR="00E200E2" w:rsidRPr="00E200E2">
        <w:rPr>
          <w:rFonts w:ascii="Arial Narrow" w:hAnsi="Arial Narrow"/>
          <w:sz w:val="28"/>
          <w:szCs w:val="28"/>
        </w:rPr>
        <w:t>weird?</w:t>
      </w:r>
    </w:p>
    <w:p w14:paraId="55A47CF0" w14:textId="77777777" w:rsidR="00051E2C" w:rsidRPr="00E200E2" w:rsidRDefault="00051E2C">
      <w:pPr>
        <w:spacing w:after="0"/>
        <w:rPr>
          <w:rFonts w:ascii="Arial Narrow" w:hAnsi="Arial Narrow"/>
          <w:sz w:val="28"/>
          <w:szCs w:val="28"/>
        </w:rPr>
      </w:pPr>
    </w:p>
    <w:p w14:paraId="2259E56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26:51</w:t>
      </w:r>
    </w:p>
    <w:p w14:paraId="6DC318BA" w14:textId="564EC972" w:rsidR="00051E2C" w:rsidRPr="00E200E2" w:rsidRDefault="00E200E2">
      <w:pPr>
        <w:spacing w:after="0"/>
        <w:rPr>
          <w:rFonts w:ascii="Arial Narrow" w:hAnsi="Arial Narrow"/>
          <w:sz w:val="28"/>
          <w:szCs w:val="28"/>
        </w:rPr>
      </w:pPr>
      <w:r>
        <w:rPr>
          <w:rFonts w:ascii="Arial Narrow" w:hAnsi="Arial Narrow"/>
          <w:sz w:val="28"/>
          <w:szCs w:val="28"/>
        </w:rPr>
        <w:t>A</w:t>
      </w:r>
      <w:r w:rsidRPr="00E200E2">
        <w:rPr>
          <w:rFonts w:ascii="Arial Narrow" w:hAnsi="Arial Narrow"/>
          <w:sz w:val="28"/>
          <w:szCs w:val="28"/>
        </w:rPr>
        <w:t>bout writing me a zebra print? Like the way it was. It was like dripping from the bottom Yeah, very much I did not expect that.</w:t>
      </w:r>
    </w:p>
    <w:p w14:paraId="7098961F" w14:textId="77777777" w:rsidR="00051E2C" w:rsidRPr="00E200E2" w:rsidRDefault="00051E2C">
      <w:pPr>
        <w:spacing w:after="0"/>
        <w:rPr>
          <w:rFonts w:ascii="Arial Narrow" w:hAnsi="Arial Narrow"/>
          <w:sz w:val="28"/>
          <w:szCs w:val="28"/>
        </w:rPr>
      </w:pPr>
    </w:p>
    <w:p w14:paraId="28C41B8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26:58</w:t>
      </w:r>
    </w:p>
    <w:p w14:paraId="0660ABB1" w14:textId="1421C4D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you know when I first did it neither did I so you know it's the 33 second time last video. How long do you think that 33 seconds was </w:t>
      </w:r>
      <w:r w:rsidR="00E200E2">
        <w:rPr>
          <w:rFonts w:ascii="Arial Narrow" w:hAnsi="Arial Narrow"/>
          <w:sz w:val="28"/>
          <w:szCs w:val="28"/>
        </w:rPr>
        <w:t>for</w:t>
      </w:r>
      <w:r w:rsidRPr="00E200E2">
        <w:rPr>
          <w:rFonts w:ascii="Arial Narrow" w:hAnsi="Arial Narrow"/>
          <w:sz w:val="28"/>
          <w:szCs w:val="28"/>
        </w:rPr>
        <w:t xml:space="preserve"> little old Erika? </w:t>
      </w:r>
    </w:p>
    <w:p w14:paraId="45A747C5" w14:textId="77777777" w:rsidR="00051E2C" w:rsidRPr="00E200E2" w:rsidRDefault="00051E2C">
      <w:pPr>
        <w:spacing w:after="0"/>
        <w:rPr>
          <w:rFonts w:ascii="Arial Narrow" w:hAnsi="Arial Narrow"/>
          <w:sz w:val="28"/>
          <w:szCs w:val="28"/>
        </w:rPr>
      </w:pPr>
    </w:p>
    <w:p w14:paraId="3D79195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27:10</w:t>
      </w:r>
    </w:p>
    <w:p w14:paraId="69CD46F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guess an hour.</w:t>
      </w:r>
    </w:p>
    <w:p w14:paraId="03275177" w14:textId="77777777" w:rsidR="00051E2C" w:rsidRPr="00E200E2" w:rsidRDefault="00051E2C">
      <w:pPr>
        <w:spacing w:after="0"/>
        <w:rPr>
          <w:rFonts w:ascii="Arial Narrow" w:hAnsi="Arial Narrow"/>
          <w:sz w:val="28"/>
          <w:szCs w:val="28"/>
        </w:rPr>
      </w:pPr>
    </w:p>
    <w:p w14:paraId="166CE16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27:12</w:t>
      </w:r>
    </w:p>
    <w:p w14:paraId="6A0FF57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Yup, it was an hour correct you were right on.</w:t>
      </w:r>
    </w:p>
    <w:p w14:paraId="014917A0" w14:textId="77777777" w:rsidR="00051E2C" w:rsidRPr="00E200E2" w:rsidRDefault="00051E2C">
      <w:pPr>
        <w:spacing w:after="0"/>
        <w:rPr>
          <w:rFonts w:ascii="Arial Narrow" w:hAnsi="Arial Narrow"/>
          <w:sz w:val="28"/>
          <w:szCs w:val="28"/>
        </w:rPr>
      </w:pPr>
    </w:p>
    <w:p w14:paraId="6C1C017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27:16</w:t>
      </w:r>
    </w:p>
    <w:p w14:paraId="0971B9E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so weird.</w:t>
      </w:r>
    </w:p>
    <w:p w14:paraId="6AF5BFA3" w14:textId="77777777" w:rsidR="00051E2C" w:rsidRPr="00E200E2" w:rsidRDefault="00051E2C">
      <w:pPr>
        <w:spacing w:after="0"/>
        <w:rPr>
          <w:rFonts w:ascii="Arial Narrow" w:hAnsi="Arial Narrow"/>
          <w:sz w:val="28"/>
          <w:szCs w:val="28"/>
        </w:rPr>
      </w:pPr>
    </w:p>
    <w:p w14:paraId="70C5BF8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27:20</w:t>
      </w:r>
    </w:p>
    <w:p w14:paraId="6D52A7A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Yeah, right. Right. And then next we have the same temperature can you see that alright. So this one is 39 second time lapse and.</w:t>
      </w:r>
    </w:p>
    <w:p w14:paraId="16F61E90" w14:textId="77777777" w:rsidR="00051E2C" w:rsidRPr="00E200E2" w:rsidRDefault="00051E2C">
      <w:pPr>
        <w:spacing w:after="0"/>
        <w:rPr>
          <w:rFonts w:ascii="Arial Narrow" w:hAnsi="Arial Narrow"/>
          <w:sz w:val="28"/>
          <w:szCs w:val="28"/>
        </w:rPr>
      </w:pPr>
    </w:p>
    <w:p w14:paraId="7AFF480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27:35</w:t>
      </w:r>
    </w:p>
    <w:p w14:paraId="2E7A82CB" w14:textId="75FD942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And you said this is the same </w:t>
      </w:r>
      <w:r w:rsidR="00E200E2" w:rsidRPr="00E200E2">
        <w:rPr>
          <w:rFonts w:ascii="Arial Narrow" w:hAnsi="Arial Narrow"/>
          <w:sz w:val="28"/>
          <w:szCs w:val="28"/>
        </w:rPr>
        <w:t>temperature,</w:t>
      </w:r>
      <w:r w:rsidRPr="00E200E2">
        <w:rPr>
          <w:rFonts w:ascii="Arial Narrow" w:hAnsi="Arial Narrow"/>
          <w:sz w:val="28"/>
          <w:szCs w:val="28"/>
        </w:rPr>
        <w:t xml:space="preserve"> right?</w:t>
      </w:r>
    </w:p>
    <w:p w14:paraId="2CF86835" w14:textId="77777777" w:rsidR="00051E2C" w:rsidRPr="00E200E2" w:rsidRDefault="00051E2C">
      <w:pPr>
        <w:spacing w:after="0"/>
        <w:rPr>
          <w:rFonts w:ascii="Arial Narrow" w:hAnsi="Arial Narrow"/>
          <w:sz w:val="28"/>
          <w:szCs w:val="28"/>
        </w:rPr>
      </w:pPr>
    </w:p>
    <w:p w14:paraId="50C2978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28:11</w:t>
      </w:r>
    </w:p>
    <w:p w14:paraId="543B69C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 so did that surprise you?</w:t>
      </w:r>
    </w:p>
    <w:p w14:paraId="06552A45" w14:textId="77777777" w:rsidR="00051E2C" w:rsidRPr="00E200E2" w:rsidRDefault="00051E2C">
      <w:pPr>
        <w:spacing w:after="0"/>
        <w:rPr>
          <w:rFonts w:ascii="Arial Narrow" w:hAnsi="Arial Narrow"/>
          <w:sz w:val="28"/>
          <w:szCs w:val="28"/>
        </w:rPr>
      </w:pPr>
    </w:p>
    <w:p w14:paraId="0C43570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28:16</w:t>
      </w:r>
    </w:p>
    <w:p w14:paraId="0E6EB011" w14:textId="530DD3C8"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with mildly so yeah, like I guess I kind of accepted I could see it either like staying hot was forever or like slowly doing that. </w:t>
      </w:r>
      <w:r w:rsidR="00E200E2" w:rsidRPr="00E200E2">
        <w:rPr>
          <w:rFonts w:ascii="Arial Narrow" w:hAnsi="Arial Narrow"/>
          <w:sz w:val="28"/>
          <w:szCs w:val="28"/>
        </w:rPr>
        <w:t>So,</w:t>
      </w:r>
      <w:r w:rsidRPr="00E200E2">
        <w:rPr>
          <w:rFonts w:ascii="Arial Narrow" w:hAnsi="Arial Narrow"/>
          <w:sz w:val="28"/>
          <w:szCs w:val="28"/>
        </w:rPr>
        <w:t xml:space="preserve"> I guess mildly surprised. And how long do you think that took? I mean, not that much longer than the first one since only six second difference? Yeah. Maybe like an hour and a half or two hours.</w:t>
      </w:r>
    </w:p>
    <w:p w14:paraId="47652DB4" w14:textId="77777777" w:rsidR="00051E2C" w:rsidRPr="00E200E2" w:rsidRDefault="00051E2C">
      <w:pPr>
        <w:spacing w:after="0"/>
        <w:rPr>
          <w:rFonts w:ascii="Arial Narrow" w:hAnsi="Arial Narrow"/>
          <w:sz w:val="28"/>
          <w:szCs w:val="28"/>
        </w:rPr>
      </w:pPr>
    </w:p>
    <w:p w14:paraId="0F972EB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28:44</w:t>
      </w:r>
    </w:p>
    <w:p w14:paraId="35E780D7" w14:textId="4D1E33C5"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So that one was also an hour. Okay, I just tried to switch up a </w:t>
      </w:r>
      <w:r w:rsidR="00E200E2" w:rsidRPr="00E200E2">
        <w:rPr>
          <w:rFonts w:ascii="Arial Narrow" w:hAnsi="Arial Narrow"/>
          <w:sz w:val="28"/>
          <w:szCs w:val="28"/>
        </w:rPr>
        <w:t>bit,</w:t>
      </w:r>
      <w:r w:rsidRPr="00E200E2">
        <w:rPr>
          <w:rFonts w:ascii="Arial Narrow" w:hAnsi="Arial Narrow"/>
          <w:sz w:val="28"/>
          <w:szCs w:val="28"/>
        </w:rPr>
        <w:t xml:space="preserve"> but it was kind of hard. </w:t>
      </w:r>
      <w:r w:rsidR="00E200E2" w:rsidRPr="00E200E2">
        <w:rPr>
          <w:rFonts w:ascii="Arial Narrow" w:hAnsi="Arial Narrow"/>
          <w:sz w:val="28"/>
          <w:szCs w:val="28"/>
        </w:rPr>
        <w:t>So,</w:t>
      </w:r>
      <w:r w:rsidRPr="00E200E2">
        <w:rPr>
          <w:rFonts w:ascii="Arial Narrow" w:hAnsi="Arial Narrow"/>
          <w:sz w:val="28"/>
          <w:szCs w:val="28"/>
        </w:rPr>
        <w:t xml:space="preserve"> but yeah, so this was also an hour. Okay. And that was those two now we have one once sea salts versus fresh. Is one is also 39 seconds. Can you see it? All right okay, I'm going to stop it there at six seconds because nothing else happens. It just stays like this for the whole 39 seconds. Okay, so how long do you think the How long do you think six seconds was?</w:t>
      </w:r>
    </w:p>
    <w:p w14:paraId="0D467C98" w14:textId="77777777" w:rsidR="00051E2C" w:rsidRPr="00E200E2" w:rsidRDefault="00051E2C">
      <w:pPr>
        <w:spacing w:after="0"/>
        <w:rPr>
          <w:rFonts w:ascii="Arial Narrow" w:hAnsi="Arial Narrow"/>
          <w:sz w:val="28"/>
          <w:szCs w:val="28"/>
        </w:rPr>
      </w:pPr>
    </w:p>
    <w:p w14:paraId="6426877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29:32</w:t>
      </w:r>
    </w:p>
    <w:p w14:paraId="3526EB0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Like five minutes? Yeah, around there.</w:t>
      </w:r>
    </w:p>
    <w:p w14:paraId="3113DB8A" w14:textId="77777777" w:rsidR="00051E2C" w:rsidRPr="00E200E2" w:rsidRDefault="00051E2C">
      <w:pPr>
        <w:spacing w:after="0"/>
        <w:rPr>
          <w:rFonts w:ascii="Arial Narrow" w:hAnsi="Arial Narrow"/>
          <w:sz w:val="28"/>
          <w:szCs w:val="28"/>
        </w:rPr>
      </w:pPr>
    </w:p>
    <w:p w14:paraId="61DA0F1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29:36</w:t>
      </w:r>
    </w:p>
    <w:p w14:paraId="05824DB6" w14:textId="1C182665"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about five minutes. </w:t>
      </w:r>
      <w:r w:rsidR="00E200E2" w:rsidRPr="00E200E2">
        <w:rPr>
          <w:rFonts w:ascii="Arial Narrow" w:hAnsi="Arial Narrow"/>
          <w:sz w:val="28"/>
          <w:szCs w:val="28"/>
        </w:rPr>
        <w:t>So,</w:t>
      </w:r>
      <w:r w:rsidRPr="00E200E2">
        <w:rPr>
          <w:rFonts w:ascii="Arial Narrow" w:hAnsi="Arial Narrow"/>
          <w:sz w:val="28"/>
          <w:szCs w:val="28"/>
        </w:rPr>
        <w:t xml:space="preserve"> the whole video was an hour but this you know, it took five minutes. do much of anything else after that. Interesting was that surprising?</w:t>
      </w:r>
    </w:p>
    <w:p w14:paraId="72EBFCDB" w14:textId="77777777" w:rsidR="00051E2C" w:rsidRPr="00E200E2" w:rsidRDefault="00051E2C">
      <w:pPr>
        <w:spacing w:after="0"/>
        <w:rPr>
          <w:rFonts w:ascii="Arial Narrow" w:hAnsi="Arial Narrow"/>
          <w:sz w:val="28"/>
          <w:szCs w:val="28"/>
        </w:rPr>
      </w:pPr>
    </w:p>
    <w:p w14:paraId="6250512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29:48</w:t>
      </w:r>
    </w:p>
    <w:p w14:paraId="3E46E95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Again, it's a mildly was like one of my two. Like if I had to predict for a long period of either would do nothing or like gradually start to do something.</w:t>
      </w:r>
    </w:p>
    <w:p w14:paraId="41718438" w14:textId="77777777" w:rsidR="00051E2C" w:rsidRPr="00E200E2" w:rsidRDefault="00051E2C">
      <w:pPr>
        <w:spacing w:after="0"/>
        <w:rPr>
          <w:rFonts w:ascii="Arial Narrow" w:hAnsi="Arial Narrow"/>
          <w:sz w:val="28"/>
          <w:szCs w:val="28"/>
        </w:rPr>
      </w:pPr>
    </w:p>
    <w:p w14:paraId="3AEA303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29:56</w:t>
      </w:r>
    </w:p>
    <w:p w14:paraId="45494A1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 Right. </w:t>
      </w:r>
    </w:p>
    <w:p w14:paraId="27ACE59F" w14:textId="77777777" w:rsidR="00051E2C" w:rsidRPr="00E200E2" w:rsidRDefault="00051E2C">
      <w:pPr>
        <w:spacing w:after="0"/>
        <w:rPr>
          <w:rFonts w:ascii="Arial Narrow" w:hAnsi="Arial Narrow"/>
          <w:sz w:val="28"/>
          <w:szCs w:val="28"/>
        </w:rPr>
      </w:pPr>
    </w:p>
    <w:p w14:paraId="2EF1C93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29:59</w:t>
      </w:r>
    </w:p>
    <w:p w14:paraId="0CC2507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guess I like a little bit.</w:t>
      </w:r>
    </w:p>
    <w:p w14:paraId="159622F4" w14:textId="77777777" w:rsidR="00051E2C" w:rsidRPr="00E200E2" w:rsidRDefault="00051E2C">
      <w:pPr>
        <w:spacing w:after="0"/>
        <w:rPr>
          <w:rFonts w:ascii="Arial Narrow" w:hAnsi="Arial Narrow"/>
          <w:sz w:val="28"/>
          <w:szCs w:val="28"/>
        </w:rPr>
      </w:pPr>
    </w:p>
    <w:p w14:paraId="3BC79AD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30:01</w:t>
      </w:r>
    </w:p>
    <w:p w14:paraId="738B3C42" w14:textId="5775A390"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Just little bit. Actually, there was one time Dr. McNeil came in here to do an interview and I'm kind of like cleaning. I came in the next morning to clean up, because she had a lot to do that day. And I came in and it was actually so stratified. Wow. And that had been at least 15 hours, maybe a little less. So, um, yeah, and I even put my finger in the top portion and tried it and it was still it was fresh water still on top, like it didn't mix or anything. All right, so our next little fun bit </w:t>
      </w:r>
      <w:r w:rsidR="00E200E2" w:rsidRPr="00E200E2">
        <w:rPr>
          <w:rFonts w:ascii="Arial Narrow" w:hAnsi="Arial Narrow"/>
          <w:sz w:val="28"/>
          <w:szCs w:val="28"/>
        </w:rPr>
        <w:t>involves</w:t>
      </w:r>
      <w:r w:rsidRPr="00E200E2">
        <w:rPr>
          <w:rFonts w:ascii="Arial Narrow" w:hAnsi="Arial Narrow"/>
          <w:sz w:val="28"/>
          <w:szCs w:val="28"/>
        </w:rPr>
        <w:t xml:space="preserve"> a circular tank. We've we've graduated from rectangles circular. Alright, so I want to draw your attention to this circular tank right here. It has some water in it. Nothing's nothing special about this water. It's like room temperature water and it's just been sitting here in stillness. Okay, and I I want to exaggerate the fact that this water has been still while that's been sitting here. Now I want to show you I don't know if you've ever used this before it's called potassium per magnate. </w:t>
      </w:r>
    </w:p>
    <w:p w14:paraId="3F93A53D" w14:textId="77777777" w:rsidR="00051E2C" w:rsidRPr="00E200E2" w:rsidRDefault="00051E2C">
      <w:pPr>
        <w:spacing w:after="0"/>
        <w:rPr>
          <w:rFonts w:ascii="Arial Narrow" w:hAnsi="Arial Narrow"/>
          <w:sz w:val="28"/>
          <w:szCs w:val="28"/>
        </w:rPr>
      </w:pPr>
    </w:p>
    <w:p w14:paraId="1E36F9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31:08</w:t>
      </w:r>
    </w:p>
    <w:p w14:paraId="3E0852D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Sounds familiar.</w:t>
      </w:r>
    </w:p>
    <w:p w14:paraId="605E48C9" w14:textId="77777777" w:rsidR="00051E2C" w:rsidRPr="00E200E2" w:rsidRDefault="00051E2C">
      <w:pPr>
        <w:spacing w:after="0"/>
        <w:rPr>
          <w:rFonts w:ascii="Arial Narrow" w:hAnsi="Arial Narrow"/>
          <w:sz w:val="28"/>
          <w:szCs w:val="28"/>
        </w:rPr>
      </w:pPr>
    </w:p>
    <w:p w14:paraId="1C1B229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31:09</w:t>
      </w:r>
    </w:p>
    <w:p w14:paraId="580A869E" w14:textId="45AD266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it's like a it's like a little crystal but it's super small so you can't really even see it's like crystal form pretty much it's black. But or what looks to be black maybe it looks more like a graphite color but if you take it and drop it into water what's cool about it is as it falls to the water it falls all the way down and it as it falls at least like this die drill behind it so you can see exactly it's falling path I guess you can say but it is a dye. </w:t>
      </w:r>
      <w:r w:rsidR="00E200E2" w:rsidRPr="00E200E2">
        <w:rPr>
          <w:rFonts w:ascii="Arial Narrow" w:hAnsi="Arial Narrow"/>
          <w:sz w:val="28"/>
          <w:szCs w:val="28"/>
        </w:rPr>
        <w:t>So,</w:t>
      </w:r>
      <w:r w:rsidRPr="00E200E2">
        <w:rPr>
          <w:rFonts w:ascii="Arial Narrow" w:hAnsi="Arial Narrow"/>
          <w:sz w:val="28"/>
          <w:szCs w:val="28"/>
        </w:rPr>
        <w:t xml:space="preserve"> what I'm going to do is I'm just going to drop it in there just to kind of show you what it looks like in action. </w:t>
      </w:r>
    </w:p>
    <w:p w14:paraId="26DB4918" w14:textId="77777777" w:rsidR="00051E2C" w:rsidRPr="00E200E2" w:rsidRDefault="00051E2C">
      <w:pPr>
        <w:spacing w:after="0"/>
        <w:rPr>
          <w:rFonts w:ascii="Arial Narrow" w:hAnsi="Arial Narrow"/>
          <w:sz w:val="28"/>
          <w:szCs w:val="28"/>
        </w:rPr>
      </w:pPr>
    </w:p>
    <w:p w14:paraId="458FF49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31:51</w:t>
      </w:r>
    </w:p>
    <w:p w14:paraId="3EA5FFC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Oh wow. </w:t>
      </w:r>
    </w:p>
    <w:p w14:paraId="0152F387" w14:textId="77777777" w:rsidR="00051E2C" w:rsidRPr="00E200E2" w:rsidRDefault="00051E2C">
      <w:pPr>
        <w:spacing w:after="0"/>
        <w:rPr>
          <w:rFonts w:ascii="Arial Narrow" w:hAnsi="Arial Narrow"/>
          <w:sz w:val="28"/>
          <w:szCs w:val="28"/>
        </w:rPr>
      </w:pPr>
    </w:p>
    <w:p w14:paraId="6655414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31:52</w:t>
      </w:r>
    </w:p>
    <w:p w14:paraId="6FB64CA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right it's pretty awesome. </w:t>
      </w:r>
    </w:p>
    <w:p w14:paraId="3FA8BF99" w14:textId="77777777" w:rsidR="00051E2C" w:rsidRPr="00E200E2" w:rsidRDefault="00051E2C">
      <w:pPr>
        <w:spacing w:after="0"/>
        <w:rPr>
          <w:rFonts w:ascii="Arial Narrow" w:hAnsi="Arial Narrow"/>
          <w:sz w:val="28"/>
          <w:szCs w:val="28"/>
        </w:rPr>
      </w:pPr>
    </w:p>
    <w:p w14:paraId="47CB2B5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31:54</w:t>
      </w:r>
    </w:p>
    <w:p w14:paraId="5849C15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 is. Does it stain your hands?</w:t>
      </w:r>
    </w:p>
    <w:p w14:paraId="208B8E5C" w14:textId="77777777" w:rsidR="00051E2C" w:rsidRPr="00E200E2" w:rsidRDefault="00051E2C">
      <w:pPr>
        <w:spacing w:after="0"/>
        <w:rPr>
          <w:rFonts w:ascii="Arial Narrow" w:hAnsi="Arial Narrow"/>
          <w:sz w:val="28"/>
          <w:szCs w:val="28"/>
        </w:rPr>
      </w:pPr>
    </w:p>
    <w:p w14:paraId="24E1322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32:00</w:t>
      </w:r>
    </w:p>
    <w:p w14:paraId="6E4D7D4C" w14:textId="2C8E1B2D" w:rsidR="00051E2C" w:rsidRPr="00E200E2" w:rsidRDefault="00E352A4">
      <w:pPr>
        <w:spacing w:after="0"/>
        <w:rPr>
          <w:rFonts w:ascii="Arial Narrow" w:hAnsi="Arial Narrow"/>
          <w:sz w:val="28"/>
          <w:szCs w:val="28"/>
        </w:rPr>
      </w:pPr>
      <w:r w:rsidRPr="00E200E2">
        <w:rPr>
          <w:rFonts w:ascii="Arial Narrow" w:hAnsi="Arial Narrow"/>
          <w:sz w:val="28"/>
          <w:szCs w:val="28"/>
        </w:rPr>
        <w:t>It does not. If I have some leftover my hand and then I walk put one on my hands. Yeah, probably</w:t>
      </w:r>
      <w:r w:rsidR="00E200E2">
        <w:rPr>
          <w:rFonts w:ascii="Arial Narrow" w:hAnsi="Arial Narrow"/>
          <w:sz w:val="28"/>
          <w:szCs w:val="28"/>
        </w:rPr>
        <w:t xml:space="preserve"> y</w:t>
      </w:r>
      <w:r w:rsidRPr="00E200E2">
        <w:rPr>
          <w:rFonts w:ascii="Arial Narrow" w:hAnsi="Arial Narrow"/>
          <w:sz w:val="28"/>
          <w:szCs w:val="28"/>
        </w:rPr>
        <w:t>eah, it's pretty fun stuff.</w:t>
      </w:r>
    </w:p>
    <w:p w14:paraId="2DCCADDE" w14:textId="77777777" w:rsidR="00051E2C" w:rsidRPr="00E200E2" w:rsidRDefault="00051E2C">
      <w:pPr>
        <w:spacing w:after="0"/>
        <w:rPr>
          <w:rFonts w:ascii="Arial Narrow" w:hAnsi="Arial Narrow"/>
          <w:sz w:val="28"/>
          <w:szCs w:val="28"/>
        </w:rPr>
      </w:pPr>
    </w:p>
    <w:p w14:paraId="2036EEA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32:18</w:t>
      </w:r>
    </w:p>
    <w:p w14:paraId="766E17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 Looks like things.</w:t>
      </w:r>
    </w:p>
    <w:p w14:paraId="788257EB" w14:textId="77777777" w:rsidR="00051E2C" w:rsidRPr="00E200E2" w:rsidRDefault="00051E2C">
      <w:pPr>
        <w:spacing w:after="0"/>
        <w:rPr>
          <w:rFonts w:ascii="Arial Narrow" w:hAnsi="Arial Narrow"/>
          <w:sz w:val="28"/>
          <w:szCs w:val="28"/>
        </w:rPr>
      </w:pPr>
    </w:p>
    <w:p w14:paraId="3B73C13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32:19</w:t>
      </w:r>
    </w:p>
    <w:p w14:paraId="62C7412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Is there anything that this remind you of? Is it unique? It's you know, is it how you feeling about it?</w:t>
      </w:r>
    </w:p>
    <w:p w14:paraId="111B5288" w14:textId="77777777" w:rsidR="00051E2C" w:rsidRPr="00E200E2" w:rsidRDefault="00051E2C">
      <w:pPr>
        <w:spacing w:after="0"/>
        <w:rPr>
          <w:rFonts w:ascii="Arial Narrow" w:hAnsi="Arial Narrow"/>
          <w:sz w:val="28"/>
          <w:szCs w:val="28"/>
        </w:rPr>
      </w:pPr>
    </w:p>
    <w:p w14:paraId="6039EB5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32:25</w:t>
      </w:r>
    </w:p>
    <w:p w14:paraId="290580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mean, I don't think I've ever seen anything. Actually. It kind of reminds me when I was a kid of this like Crayola like bathtub drops. </w:t>
      </w:r>
    </w:p>
    <w:p w14:paraId="5318102B" w14:textId="77777777" w:rsidR="00051E2C" w:rsidRPr="00E200E2" w:rsidRDefault="00051E2C">
      <w:pPr>
        <w:spacing w:after="0"/>
        <w:rPr>
          <w:rFonts w:ascii="Arial Narrow" w:hAnsi="Arial Narrow"/>
          <w:sz w:val="28"/>
          <w:szCs w:val="28"/>
        </w:rPr>
      </w:pPr>
    </w:p>
    <w:p w14:paraId="5D3127A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32:33</w:t>
      </w:r>
    </w:p>
    <w:p w14:paraId="41CBDA76" w14:textId="626183D6"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They had </w:t>
      </w:r>
      <w:r w:rsidR="00E200E2" w:rsidRPr="00E200E2">
        <w:rPr>
          <w:rFonts w:ascii="Arial Narrow" w:hAnsi="Arial Narrow"/>
          <w:sz w:val="28"/>
          <w:szCs w:val="28"/>
        </w:rPr>
        <w:t>those?</w:t>
      </w:r>
    </w:p>
    <w:p w14:paraId="4488A6B3" w14:textId="77777777" w:rsidR="00051E2C" w:rsidRPr="00E200E2" w:rsidRDefault="00051E2C">
      <w:pPr>
        <w:spacing w:after="0"/>
        <w:rPr>
          <w:rFonts w:ascii="Arial Narrow" w:hAnsi="Arial Narrow"/>
          <w:sz w:val="28"/>
          <w:szCs w:val="28"/>
        </w:rPr>
      </w:pPr>
    </w:p>
    <w:p w14:paraId="497005F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32:34</w:t>
      </w:r>
    </w:p>
    <w:p w14:paraId="69A1552E" w14:textId="576486E5"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like it was Crayola </w:t>
      </w:r>
      <w:r w:rsidR="00E200E2" w:rsidRPr="00E200E2">
        <w:rPr>
          <w:rFonts w:ascii="Arial Narrow" w:hAnsi="Arial Narrow"/>
          <w:sz w:val="28"/>
          <w:szCs w:val="28"/>
        </w:rPr>
        <w:t>brand,</w:t>
      </w:r>
      <w:r w:rsidRPr="00E200E2">
        <w:rPr>
          <w:rFonts w:ascii="Arial Narrow" w:hAnsi="Arial Narrow"/>
          <w:sz w:val="28"/>
          <w:szCs w:val="28"/>
        </w:rPr>
        <w:t xml:space="preserve"> and it was like they were like color tablets. </w:t>
      </w:r>
    </w:p>
    <w:p w14:paraId="6D4DA2FF" w14:textId="77777777" w:rsidR="00051E2C" w:rsidRPr="00E200E2" w:rsidRDefault="00051E2C">
      <w:pPr>
        <w:spacing w:after="0"/>
        <w:rPr>
          <w:rFonts w:ascii="Arial Narrow" w:hAnsi="Arial Narrow"/>
          <w:sz w:val="28"/>
          <w:szCs w:val="28"/>
        </w:rPr>
      </w:pPr>
    </w:p>
    <w:p w14:paraId="5672EFF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32:38</w:t>
      </w:r>
    </w:p>
    <w:p w14:paraId="126BF28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w:t>
      </w:r>
    </w:p>
    <w:p w14:paraId="5244EAAE" w14:textId="77777777" w:rsidR="00051E2C" w:rsidRPr="00E200E2" w:rsidRDefault="00051E2C">
      <w:pPr>
        <w:spacing w:after="0"/>
        <w:rPr>
          <w:rFonts w:ascii="Arial Narrow" w:hAnsi="Arial Narrow"/>
          <w:sz w:val="28"/>
          <w:szCs w:val="28"/>
        </w:rPr>
      </w:pPr>
    </w:p>
    <w:p w14:paraId="38EBFEC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32:39</w:t>
      </w:r>
    </w:p>
    <w:p w14:paraId="509A3C3C" w14:textId="735FF942"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And you could like </w:t>
      </w:r>
      <w:r w:rsidR="00E200E2" w:rsidRPr="00E200E2">
        <w:rPr>
          <w:rFonts w:ascii="Arial Narrow" w:hAnsi="Arial Narrow"/>
          <w:sz w:val="28"/>
          <w:szCs w:val="28"/>
        </w:rPr>
        <w:t>to break</w:t>
      </w:r>
      <w:r w:rsidRPr="00E200E2">
        <w:rPr>
          <w:rFonts w:ascii="Arial Narrow" w:hAnsi="Arial Narrow"/>
          <w:sz w:val="28"/>
          <w:szCs w:val="28"/>
        </w:rPr>
        <w:t xml:space="preserve"> them up. It wasn't like this performative I guess or like this elaborate, but it kind of reminds you that it also reminds me of like, jelly fish means Yeah, leave beans in an eyeball.</w:t>
      </w:r>
    </w:p>
    <w:p w14:paraId="4805B41F" w14:textId="77777777" w:rsidR="00051E2C" w:rsidRPr="00E200E2" w:rsidRDefault="00051E2C">
      <w:pPr>
        <w:spacing w:after="0"/>
        <w:rPr>
          <w:rFonts w:ascii="Arial Narrow" w:hAnsi="Arial Narrow"/>
          <w:sz w:val="28"/>
          <w:szCs w:val="28"/>
        </w:rPr>
      </w:pPr>
    </w:p>
    <w:p w14:paraId="1DDBD97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32:55</w:t>
      </w:r>
    </w:p>
    <w:p w14:paraId="16315ECE" w14:textId="495610CF" w:rsidR="00051E2C" w:rsidRPr="00E200E2" w:rsidRDefault="00E200E2">
      <w:pPr>
        <w:spacing w:after="0"/>
        <w:rPr>
          <w:rFonts w:ascii="Arial Narrow" w:hAnsi="Arial Narrow"/>
          <w:sz w:val="28"/>
          <w:szCs w:val="28"/>
        </w:rPr>
      </w:pPr>
      <w:r w:rsidRPr="00E200E2">
        <w:rPr>
          <w:rFonts w:ascii="Arial Narrow" w:hAnsi="Arial Narrow"/>
          <w:sz w:val="28"/>
          <w:szCs w:val="28"/>
        </w:rPr>
        <w:t xml:space="preserve">So, I'm sure you can see where I'm going with this. If you look right over here, we have this bigger circular tank that's been rotating nonstop for probably about I don't know I want to say about an hour now. So, the difference between the two tanks is this one's been completely still and this one has been rotating for an hour at the same rate. And this is also some room temperature water, </w:t>
      </w:r>
      <w:r w:rsidRPr="00E200E2">
        <w:rPr>
          <w:rFonts w:ascii="Arial Narrow" w:hAnsi="Arial Narrow"/>
          <w:sz w:val="28"/>
          <w:szCs w:val="28"/>
        </w:rPr>
        <w:lastRenderedPageBreak/>
        <w:t>nothing spectacular about it. So, what I'm going to do is I'm going to take the potassium per magnate and I'm going to drop it into this rotating tank However before I do what I would like you to do is sketch for me what you think it's going to look like after I have dropped it into the tank. Fabulous so what can you what's going on here for your top view and your side view.</w:t>
      </w:r>
    </w:p>
    <w:p w14:paraId="7F0EB264" w14:textId="77777777" w:rsidR="00051E2C" w:rsidRPr="00E200E2" w:rsidRDefault="00051E2C">
      <w:pPr>
        <w:spacing w:after="0"/>
        <w:rPr>
          <w:rFonts w:ascii="Arial Narrow" w:hAnsi="Arial Narrow"/>
          <w:sz w:val="28"/>
          <w:szCs w:val="28"/>
        </w:rPr>
      </w:pPr>
    </w:p>
    <w:p w14:paraId="71DE90F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34:47</w:t>
      </w:r>
    </w:p>
    <w:p w14:paraId="026BA667" w14:textId="51EEAC58" w:rsidR="00051E2C" w:rsidRPr="00E200E2" w:rsidRDefault="00E200E2">
      <w:pPr>
        <w:spacing w:after="0"/>
        <w:rPr>
          <w:rFonts w:ascii="Arial Narrow" w:hAnsi="Arial Narrow"/>
          <w:sz w:val="28"/>
          <w:szCs w:val="28"/>
        </w:rPr>
      </w:pPr>
      <w:r w:rsidRPr="00E200E2">
        <w:rPr>
          <w:rFonts w:ascii="Arial Narrow" w:hAnsi="Arial Narrow"/>
          <w:sz w:val="28"/>
          <w:szCs w:val="28"/>
        </w:rPr>
        <w:t>So, I think once you drop it in here it went down pretty heavily, and I could see like it deposited dye. So, I think overall the water would like turn a different color. I'm not sure how have dark. And I think also you'd be able to see the pigment moving around. But it would, it wouldn't be as, like profound of a difference because I think the water would be died. But I still think you'd be able to like track the movement of it. Okay, but I don't think it would go down to the bottom and like, make this cool little lines in here.</w:t>
      </w:r>
    </w:p>
    <w:p w14:paraId="76DB7516" w14:textId="77777777" w:rsidR="00051E2C" w:rsidRPr="00E200E2" w:rsidRDefault="00051E2C">
      <w:pPr>
        <w:spacing w:after="0"/>
        <w:rPr>
          <w:rFonts w:ascii="Arial Narrow" w:hAnsi="Arial Narrow"/>
          <w:sz w:val="28"/>
          <w:szCs w:val="28"/>
        </w:rPr>
      </w:pPr>
    </w:p>
    <w:p w14:paraId="5C27CB9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35:23</w:t>
      </w:r>
    </w:p>
    <w:p w14:paraId="7DBB827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Um, so I probably forgot to mention that I wanted to draw what you thought it would look like after one minute. Do you? Do you want to redraw? Or do you think your prediction is fairly about like the same?</w:t>
      </w:r>
    </w:p>
    <w:p w14:paraId="1D897BDB" w14:textId="77777777" w:rsidR="00051E2C" w:rsidRPr="00E200E2" w:rsidRDefault="00051E2C">
      <w:pPr>
        <w:spacing w:after="0"/>
        <w:rPr>
          <w:rFonts w:ascii="Arial Narrow" w:hAnsi="Arial Narrow"/>
          <w:sz w:val="28"/>
          <w:szCs w:val="28"/>
        </w:rPr>
      </w:pPr>
    </w:p>
    <w:p w14:paraId="3E614BD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35:39</w:t>
      </w:r>
    </w:p>
    <w:p w14:paraId="35A825D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it would just be, you'd be able to see the ones less if at all, and it would just be like,</w:t>
      </w:r>
    </w:p>
    <w:p w14:paraId="0EBF962D" w14:textId="77777777" w:rsidR="00051E2C" w:rsidRPr="00E200E2" w:rsidRDefault="00051E2C">
      <w:pPr>
        <w:spacing w:after="0"/>
        <w:rPr>
          <w:rFonts w:ascii="Arial Narrow" w:hAnsi="Arial Narrow"/>
          <w:sz w:val="28"/>
          <w:szCs w:val="28"/>
        </w:rPr>
      </w:pPr>
    </w:p>
    <w:p w14:paraId="66F0E84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35:45</w:t>
      </w:r>
    </w:p>
    <w:p w14:paraId="430AF06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So it'd be a little bit more water dissipated? </w:t>
      </w:r>
    </w:p>
    <w:p w14:paraId="15B4D996" w14:textId="77777777" w:rsidR="00051E2C" w:rsidRPr="00E200E2" w:rsidRDefault="00051E2C">
      <w:pPr>
        <w:spacing w:after="0"/>
        <w:rPr>
          <w:rFonts w:ascii="Arial Narrow" w:hAnsi="Arial Narrow"/>
          <w:sz w:val="28"/>
          <w:szCs w:val="28"/>
        </w:rPr>
      </w:pPr>
    </w:p>
    <w:p w14:paraId="560C1E3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35:47</w:t>
      </w:r>
    </w:p>
    <w:p w14:paraId="29F106B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w:t>
      </w:r>
    </w:p>
    <w:p w14:paraId="1E9A89CC" w14:textId="77777777" w:rsidR="00051E2C" w:rsidRPr="00E200E2" w:rsidRDefault="00051E2C">
      <w:pPr>
        <w:spacing w:after="0"/>
        <w:rPr>
          <w:rFonts w:ascii="Arial Narrow" w:hAnsi="Arial Narrow"/>
          <w:sz w:val="28"/>
          <w:szCs w:val="28"/>
        </w:rPr>
      </w:pPr>
    </w:p>
    <w:p w14:paraId="29A5144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35:47</w:t>
      </w:r>
    </w:p>
    <w:p w14:paraId="3D06BD7B" w14:textId="31016939" w:rsidR="00051E2C" w:rsidRPr="00E200E2" w:rsidRDefault="00E200E2">
      <w:pPr>
        <w:spacing w:after="0"/>
        <w:rPr>
          <w:rFonts w:ascii="Arial Narrow" w:hAnsi="Arial Narrow"/>
          <w:sz w:val="28"/>
          <w:szCs w:val="28"/>
        </w:rPr>
      </w:pPr>
      <w:r w:rsidRPr="00E200E2">
        <w:rPr>
          <w:rFonts w:ascii="Arial Narrow" w:hAnsi="Arial Narrow"/>
          <w:sz w:val="28"/>
          <w:szCs w:val="28"/>
        </w:rPr>
        <w:t>Throughout the tank.</w:t>
      </w:r>
    </w:p>
    <w:p w14:paraId="469FF68B" w14:textId="77777777" w:rsidR="00051E2C" w:rsidRPr="00E200E2" w:rsidRDefault="00051E2C">
      <w:pPr>
        <w:spacing w:after="0"/>
        <w:rPr>
          <w:rFonts w:ascii="Arial Narrow" w:hAnsi="Arial Narrow"/>
          <w:sz w:val="28"/>
          <w:szCs w:val="28"/>
        </w:rPr>
      </w:pPr>
    </w:p>
    <w:p w14:paraId="01C20AB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35:48</w:t>
      </w:r>
    </w:p>
    <w:p w14:paraId="0C20D3C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This would be like the first couple of seconds, I guess. And then maybe after a minute, you'd be able to see like a very faint kind of line. Very faint. Oh, but it would just be pinkish water.</w:t>
      </w:r>
    </w:p>
    <w:p w14:paraId="6268A0CE" w14:textId="77777777" w:rsidR="00051E2C" w:rsidRPr="00E200E2" w:rsidRDefault="00051E2C">
      <w:pPr>
        <w:spacing w:after="0"/>
        <w:rPr>
          <w:rFonts w:ascii="Arial Narrow" w:hAnsi="Arial Narrow"/>
          <w:sz w:val="28"/>
          <w:szCs w:val="28"/>
        </w:rPr>
      </w:pPr>
    </w:p>
    <w:p w14:paraId="62EDDBD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36:02</w:t>
      </w:r>
    </w:p>
    <w:p w14:paraId="5A16951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Okay, so relatively the same but more faint.</w:t>
      </w:r>
    </w:p>
    <w:p w14:paraId="2F61E3ED" w14:textId="77777777" w:rsidR="00051E2C" w:rsidRPr="00E200E2" w:rsidRDefault="00051E2C">
      <w:pPr>
        <w:spacing w:after="0"/>
        <w:rPr>
          <w:rFonts w:ascii="Arial Narrow" w:hAnsi="Arial Narrow"/>
          <w:sz w:val="28"/>
          <w:szCs w:val="28"/>
        </w:rPr>
      </w:pPr>
    </w:p>
    <w:p w14:paraId="5971D5C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36:07</w:t>
      </w:r>
    </w:p>
    <w:p w14:paraId="7F226B6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I think so. Very much more feet in the water will be more dye.</w:t>
      </w:r>
    </w:p>
    <w:p w14:paraId="66807A1B" w14:textId="77777777" w:rsidR="00051E2C" w:rsidRPr="00E200E2" w:rsidRDefault="00051E2C">
      <w:pPr>
        <w:spacing w:after="0"/>
        <w:rPr>
          <w:rFonts w:ascii="Arial Narrow" w:hAnsi="Arial Narrow"/>
          <w:sz w:val="28"/>
          <w:szCs w:val="28"/>
        </w:rPr>
      </w:pPr>
    </w:p>
    <w:p w14:paraId="69D9568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36:12</w:t>
      </w:r>
    </w:p>
    <w:p w14:paraId="51D8F7B2" w14:textId="77AAD0B2"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Does this remind you of anything in particular memories? Something you've </w:t>
      </w:r>
      <w:r w:rsidR="00E200E2" w:rsidRPr="00E200E2">
        <w:rPr>
          <w:rFonts w:ascii="Arial Narrow" w:hAnsi="Arial Narrow"/>
          <w:sz w:val="28"/>
          <w:szCs w:val="28"/>
        </w:rPr>
        <w:t>learned.</w:t>
      </w:r>
      <w:r w:rsidRPr="00E200E2">
        <w:rPr>
          <w:rFonts w:ascii="Arial Narrow" w:hAnsi="Arial Narrow"/>
          <w:sz w:val="28"/>
          <w:szCs w:val="28"/>
        </w:rPr>
        <w:t xml:space="preserve"> Or?</w:t>
      </w:r>
    </w:p>
    <w:p w14:paraId="0BA3372B" w14:textId="77777777" w:rsidR="00051E2C" w:rsidRPr="00E200E2" w:rsidRDefault="00051E2C">
      <w:pPr>
        <w:spacing w:after="0"/>
        <w:rPr>
          <w:rFonts w:ascii="Arial Narrow" w:hAnsi="Arial Narrow"/>
          <w:sz w:val="28"/>
          <w:szCs w:val="28"/>
        </w:rPr>
      </w:pPr>
    </w:p>
    <w:p w14:paraId="0F88156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36:19</w:t>
      </w:r>
    </w:p>
    <w:p w14:paraId="72A9233F" w14:textId="1C17CA78"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Honestly, the only thing that's coming to mind is like making a whirlpool like in a </w:t>
      </w:r>
      <w:r w:rsidR="00E200E2" w:rsidRPr="00E200E2">
        <w:rPr>
          <w:rFonts w:ascii="Arial Narrow" w:hAnsi="Arial Narrow"/>
          <w:sz w:val="28"/>
          <w:szCs w:val="28"/>
        </w:rPr>
        <w:t>pool.</w:t>
      </w:r>
      <w:r w:rsidRPr="00E200E2">
        <w:rPr>
          <w:rFonts w:ascii="Arial Narrow" w:hAnsi="Arial Narrow"/>
          <w:sz w:val="28"/>
          <w:szCs w:val="28"/>
        </w:rPr>
        <w:t xml:space="preserve"> You know what I mean?</w:t>
      </w:r>
    </w:p>
    <w:p w14:paraId="5DBA0F23" w14:textId="77777777" w:rsidR="00051E2C" w:rsidRPr="00E200E2" w:rsidRDefault="00051E2C">
      <w:pPr>
        <w:spacing w:after="0"/>
        <w:rPr>
          <w:rFonts w:ascii="Arial Narrow" w:hAnsi="Arial Narrow"/>
          <w:sz w:val="28"/>
          <w:szCs w:val="28"/>
        </w:rPr>
      </w:pPr>
    </w:p>
    <w:p w14:paraId="45E3971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36:24</w:t>
      </w:r>
    </w:p>
    <w:p w14:paraId="472844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do I do know what you mean.</w:t>
      </w:r>
    </w:p>
    <w:p w14:paraId="6ED2A887" w14:textId="77777777" w:rsidR="00051E2C" w:rsidRPr="00E200E2" w:rsidRDefault="00051E2C">
      <w:pPr>
        <w:spacing w:after="0"/>
        <w:rPr>
          <w:rFonts w:ascii="Arial Narrow" w:hAnsi="Arial Narrow"/>
          <w:sz w:val="28"/>
          <w:szCs w:val="28"/>
        </w:rPr>
      </w:pPr>
    </w:p>
    <w:p w14:paraId="2298249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36:26</w:t>
      </w:r>
    </w:p>
    <w:p w14:paraId="41C0EE7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Yes. That's what's coming to mind.</w:t>
      </w:r>
    </w:p>
    <w:p w14:paraId="2188AF0F" w14:textId="77777777" w:rsidR="00051E2C" w:rsidRPr="00E200E2" w:rsidRDefault="00051E2C">
      <w:pPr>
        <w:spacing w:after="0"/>
        <w:rPr>
          <w:rFonts w:ascii="Arial Narrow" w:hAnsi="Arial Narrow"/>
          <w:sz w:val="28"/>
          <w:szCs w:val="28"/>
        </w:rPr>
      </w:pPr>
    </w:p>
    <w:p w14:paraId="13B0A0E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36:28</w:t>
      </w:r>
    </w:p>
    <w:p w14:paraId="7A19783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a whirlpool. So the essentially the dye would follow like the Whirlpool path?</w:t>
      </w:r>
    </w:p>
    <w:p w14:paraId="3E259598" w14:textId="77777777" w:rsidR="00051E2C" w:rsidRPr="00E200E2" w:rsidRDefault="00051E2C">
      <w:pPr>
        <w:spacing w:after="0"/>
        <w:rPr>
          <w:rFonts w:ascii="Arial Narrow" w:hAnsi="Arial Narrow"/>
          <w:sz w:val="28"/>
          <w:szCs w:val="28"/>
        </w:rPr>
      </w:pPr>
    </w:p>
    <w:p w14:paraId="42E8CA4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36:33</w:t>
      </w:r>
    </w:p>
    <w:p w14:paraId="77A5BCE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like mixing like hot cocoa and a mug or something like that.</w:t>
      </w:r>
    </w:p>
    <w:p w14:paraId="2C4C7DA0" w14:textId="77777777" w:rsidR="00051E2C" w:rsidRPr="00E200E2" w:rsidRDefault="00051E2C">
      <w:pPr>
        <w:spacing w:after="0"/>
        <w:rPr>
          <w:rFonts w:ascii="Arial Narrow" w:hAnsi="Arial Narrow"/>
          <w:sz w:val="28"/>
          <w:szCs w:val="28"/>
        </w:rPr>
      </w:pPr>
    </w:p>
    <w:p w14:paraId="0D7C344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36:37</w:t>
      </w:r>
    </w:p>
    <w:p w14:paraId="70EE306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 And this is because you're assuming that the water is moving in this circular motion.</w:t>
      </w:r>
    </w:p>
    <w:p w14:paraId="7CC3CA7D" w14:textId="77777777" w:rsidR="00051E2C" w:rsidRPr="00E200E2" w:rsidRDefault="00051E2C">
      <w:pPr>
        <w:spacing w:after="0"/>
        <w:rPr>
          <w:rFonts w:ascii="Arial Narrow" w:hAnsi="Arial Narrow"/>
          <w:sz w:val="28"/>
          <w:szCs w:val="28"/>
        </w:rPr>
      </w:pPr>
    </w:p>
    <w:p w14:paraId="7E3C0CF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36:44</w:t>
      </w:r>
    </w:p>
    <w:p w14:paraId="60CABE7E" w14:textId="5AA811DD"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Yeah. And it's </w:t>
      </w:r>
      <w:r w:rsidR="093447E7" w:rsidRPr="50355882">
        <w:rPr>
          <w:rFonts w:ascii="Arial Narrow" w:hAnsi="Arial Narrow"/>
          <w:sz w:val="28"/>
          <w:szCs w:val="28"/>
        </w:rPr>
        <w:t>gonna</w:t>
      </w:r>
      <w:r w:rsidRPr="50355882">
        <w:rPr>
          <w:rFonts w:ascii="Arial Narrow" w:hAnsi="Arial Narrow"/>
          <w:sz w:val="28"/>
          <w:szCs w:val="28"/>
        </w:rPr>
        <w:t xml:space="preserve"> keep moving.</w:t>
      </w:r>
    </w:p>
    <w:p w14:paraId="5CFAC25C" w14:textId="77777777" w:rsidR="00051E2C" w:rsidRPr="00E200E2" w:rsidRDefault="00051E2C">
      <w:pPr>
        <w:spacing w:after="0"/>
        <w:rPr>
          <w:rFonts w:ascii="Arial Narrow" w:hAnsi="Arial Narrow"/>
          <w:sz w:val="28"/>
          <w:szCs w:val="28"/>
        </w:rPr>
      </w:pPr>
    </w:p>
    <w:p w14:paraId="1AFF346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36:45</w:t>
      </w:r>
    </w:p>
    <w:p w14:paraId="4B8A9D0D" w14:textId="5DA9FA4D"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Okie dokie, so now we're going to actually do it now what you are going to see is not a property of the die. It's a property of what's happening with this tank in the water. So what I'm going to do is I am going to drop some potassium per magnate in there but I'm also going to do like one or two drops of food color dye right just so you can get like a reference and you know notice that like what </w:t>
      </w:r>
      <w:r w:rsidRPr="00E200E2">
        <w:rPr>
          <w:rFonts w:ascii="Arial Narrow" w:hAnsi="Arial Narrow"/>
          <w:sz w:val="28"/>
          <w:szCs w:val="28"/>
        </w:rPr>
        <w:lastRenderedPageBreak/>
        <w:t xml:space="preserve">happens with this is going to also have this plus it just looks really cool right? </w:t>
      </w:r>
      <w:r w:rsidR="00E200E2" w:rsidRPr="00E200E2">
        <w:rPr>
          <w:rFonts w:ascii="Arial Narrow" w:hAnsi="Arial Narrow"/>
          <w:sz w:val="28"/>
          <w:szCs w:val="28"/>
        </w:rPr>
        <w:t>So,</w:t>
      </w:r>
      <w:r w:rsidRPr="00E200E2">
        <w:rPr>
          <w:rFonts w:ascii="Arial Narrow" w:hAnsi="Arial Narrow"/>
          <w:sz w:val="28"/>
          <w:szCs w:val="28"/>
        </w:rPr>
        <w:t xml:space="preserve"> I am going to time this for a minute so let me get my timer you believe Do</w:t>
      </w:r>
    </w:p>
    <w:p w14:paraId="1FB7CDB2" w14:textId="77777777" w:rsidR="00051E2C" w:rsidRPr="00E200E2" w:rsidRDefault="00051E2C">
      <w:pPr>
        <w:spacing w:after="0"/>
        <w:rPr>
          <w:rFonts w:ascii="Arial Narrow" w:hAnsi="Arial Narrow"/>
          <w:sz w:val="28"/>
          <w:szCs w:val="28"/>
        </w:rPr>
      </w:pPr>
    </w:p>
    <w:p w14:paraId="695AF49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37:35</w:t>
      </w:r>
    </w:p>
    <w:p w14:paraId="61651C6A" w14:textId="5101625E"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you want me to press start when you put it in? That'd be </w:t>
      </w:r>
      <w:r w:rsidR="00E200E2" w:rsidRPr="00E200E2">
        <w:rPr>
          <w:rFonts w:ascii="Arial Narrow" w:hAnsi="Arial Narrow"/>
          <w:sz w:val="28"/>
          <w:szCs w:val="28"/>
        </w:rPr>
        <w:t>awesome.</w:t>
      </w:r>
    </w:p>
    <w:p w14:paraId="7F00021E" w14:textId="77777777" w:rsidR="00051E2C" w:rsidRPr="00E200E2" w:rsidRDefault="00051E2C">
      <w:pPr>
        <w:spacing w:after="0"/>
        <w:rPr>
          <w:rFonts w:ascii="Arial Narrow" w:hAnsi="Arial Narrow"/>
          <w:sz w:val="28"/>
          <w:szCs w:val="28"/>
        </w:rPr>
      </w:pPr>
    </w:p>
    <w:p w14:paraId="3E5E438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37:54</w:t>
      </w:r>
    </w:p>
    <w:p w14:paraId="4150FA2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you two drops of blue are probably weren't like their jobs right. So you can look at from the chairs stand up getting close whatever you want the top looks really cool. Yeah. Right. So a minute has passed. So compared to your your initial prediction of what you thought was going to happen, what do you what's, what do you think?</w:t>
      </w:r>
    </w:p>
    <w:p w14:paraId="5A991317" w14:textId="77777777" w:rsidR="00051E2C" w:rsidRPr="00E200E2" w:rsidRDefault="00051E2C">
      <w:pPr>
        <w:spacing w:after="0"/>
        <w:rPr>
          <w:rFonts w:ascii="Arial Narrow" w:hAnsi="Arial Narrow"/>
          <w:sz w:val="28"/>
          <w:szCs w:val="28"/>
        </w:rPr>
      </w:pPr>
    </w:p>
    <w:p w14:paraId="3D7E354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38:52</w:t>
      </w:r>
    </w:p>
    <w:p w14:paraId="2DCF5337" w14:textId="6C1F9CB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Very different. Bonds are definitely more curved. And I can see it didn't distribute how I thought it </w:t>
      </w:r>
      <w:r w:rsidR="00E200E2" w:rsidRPr="00E200E2">
        <w:rPr>
          <w:rFonts w:ascii="Arial Narrow" w:hAnsi="Arial Narrow"/>
          <w:sz w:val="28"/>
          <w:szCs w:val="28"/>
        </w:rPr>
        <w:t>would,</w:t>
      </w:r>
      <w:r w:rsidRPr="00E200E2">
        <w:rPr>
          <w:rFonts w:ascii="Arial Narrow" w:hAnsi="Arial Narrow"/>
          <w:sz w:val="28"/>
          <w:szCs w:val="28"/>
        </w:rPr>
        <w:t xml:space="preserve"> but I can see that it's still moving with the water because of like the little </w:t>
      </w:r>
      <w:r w:rsidR="00E200E2" w:rsidRPr="00E200E2">
        <w:rPr>
          <w:rFonts w:ascii="Arial Narrow" w:hAnsi="Arial Narrow"/>
          <w:sz w:val="28"/>
          <w:szCs w:val="28"/>
        </w:rPr>
        <w:t>squiggliest</w:t>
      </w:r>
      <w:r w:rsidRPr="00E200E2">
        <w:rPr>
          <w:rFonts w:ascii="Arial Narrow" w:hAnsi="Arial Narrow"/>
          <w:sz w:val="28"/>
          <w:szCs w:val="28"/>
        </w:rPr>
        <w:t xml:space="preserve"> like on each of the particles.</w:t>
      </w:r>
    </w:p>
    <w:p w14:paraId="05B83E13" w14:textId="77777777" w:rsidR="00051E2C" w:rsidRPr="00E200E2" w:rsidRDefault="00051E2C">
      <w:pPr>
        <w:spacing w:after="0"/>
        <w:rPr>
          <w:rFonts w:ascii="Arial Narrow" w:hAnsi="Arial Narrow"/>
          <w:sz w:val="28"/>
          <w:szCs w:val="28"/>
        </w:rPr>
      </w:pPr>
    </w:p>
    <w:p w14:paraId="0832114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39:14</w:t>
      </w:r>
    </w:p>
    <w:p w14:paraId="03CCC6DB" w14:textId="243E4332"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and I guess my question for you is, is are they are is the dye moving with the water or is it moving with the </w:t>
      </w:r>
      <w:r w:rsidR="00E200E2" w:rsidRPr="00E200E2">
        <w:rPr>
          <w:rFonts w:ascii="Arial Narrow" w:hAnsi="Arial Narrow"/>
          <w:sz w:val="28"/>
          <w:szCs w:val="28"/>
        </w:rPr>
        <w:t>tank.</w:t>
      </w:r>
    </w:p>
    <w:p w14:paraId="61F563AC" w14:textId="77777777" w:rsidR="00051E2C" w:rsidRPr="00E200E2" w:rsidRDefault="00051E2C">
      <w:pPr>
        <w:spacing w:after="0"/>
        <w:rPr>
          <w:rFonts w:ascii="Arial Narrow" w:hAnsi="Arial Narrow"/>
          <w:sz w:val="28"/>
          <w:szCs w:val="28"/>
        </w:rPr>
      </w:pPr>
    </w:p>
    <w:p w14:paraId="1DFDAC7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39:26</w:t>
      </w:r>
    </w:p>
    <w:p w14:paraId="27CDB85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moving with the tank I would say.</w:t>
      </w:r>
    </w:p>
    <w:p w14:paraId="1A264936" w14:textId="77777777" w:rsidR="00051E2C" w:rsidRPr="00E200E2" w:rsidRDefault="00051E2C">
      <w:pPr>
        <w:spacing w:after="0"/>
        <w:rPr>
          <w:rFonts w:ascii="Arial Narrow" w:hAnsi="Arial Narrow"/>
          <w:sz w:val="28"/>
          <w:szCs w:val="28"/>
        </w:rPr>
      </w:pPr>
    </w:p>
    <w:p w14:paraId="49D3616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39:28</w:t>
      </w:r>
    </w:p>
    <w:p w14:paraId="4D4C7C8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 what is the so the water is the water moving on its own or is it moving with the tank?</w:t>
      </w:r>
    </w:p>
    <w:p w14:paraId="0A51B477" w14:textId="77777777" w:rsidR="00051E2C" w:rsidRPr="00E200E2" w:rsidRDefault="00051E2C">
      <w:pPr>
        <w:spacing w:after="0"/>
        <w:rPr>
          <w:rFonts w:ascii="Arial Narrow" w:hAnsi="Arial Narrow"/>
          <w:sz w:val="28"/>
          <w:szCs w:val="28"/>
        </w:rPr>
      </w:pPr>
    </w:p>
    <w:p w14:paraId="7B84EAE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39:33</w:t>
      </w:r>
    </w:p>
    <w:p w14:paraId="3534B08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so I guess it's moving with bit both?</w:t>
      </w:r>
    </w:p>
    <w:p w14:paraId="41651A9D" w14:textId="77777777" w:rsidR="00051E2C" w:rsidRPr="00E200E2" w:rsidRDefault="00051E2C">
      <w:pPr>
        <w:spacing w:after="0"/>
        <w:rPr>
          <w:rFonts w:ascii="Arial Narrow" w:hAnsi="Arial Narrow"/>
          <w:sz w:val="28"/>
          <w:szCs w:val="28"/>
        </w:rPr>
      </w:pPr>
    </w:p>
    <w:p w14:paraId="5EBABE4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39:42</w:t>
      </w:r>
    </w:p>
    <w:p w14:paraId="3D22309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Do you think the waters moving at all?</w:t>
      </w:r>
    </w:p>
    <w:p w14:paraId="63AFBED1" w14:textId="77777777" w:rsidR="00051E2C" w:rsidRPr="00E200E2" w:rsidRDefault="00051E2C">
      <w:pPr>
        <w:spacing w:after="0"/>
        <w:rPr>
          <w:rFonts w:ascii="Arial Narrow" w:hAnsi="Arial Narrow"/>
          <w:sz w:val="28"/>
          <w:szCs w:val="28"/>
        </w:rPr>
      </w:pPr>
    </w:p>
    <w:p w14:paraId="6838323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39:44</w:t>
      </w:r>
    </w:p>
    <w:p w14:paraId="4EEB3D19" w14:textId="008ACBF5"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I mean, it is because I can see it is but it's not moving here. I thought it would be moving. It just kind of looks like it's being jostled a little bit jostle or like a tiny little ripple. In my head, I definitely expected it </w:t>
      </w:r>
      <w:r w:rsidR="00E200E2" w:rsidRPr="00E200E2">
        <w:rPr>
          <w:rFonts w:ascii="Arial Narrow" w:hAnsi="Arial Narrow"/>
          <w:sz w:val="28"/>
          <w:szCs w:val="28"/>
        </w:rPr>
        <w:t>to act</w:t>
      </w:r>
      <w:r w:rsidR="00E200E2">
        <w:rPr>
          <w:rFonts w:ascii="Arial Narrow" w:hAnsi="Arial Narrow"/>
          <w:sz w:val="28"/>
          <w:szCs w:val="28"/>
        </w:rPr>
        <w:t xml:space="preserve"> </w:t>
      </w:r>
      <w:r w:rsidRPr="00E200E2">
        <w:rPr>
          <w:rFonts w:ascii="Arial Narrow" w:hAnsi="Arial Narrow"/>
          <w:sz w:val="28"/>
          <w:szCs w:val="28"/>
        </w:rPr>
        <w:t>like a whirlpool like when you're in the pool. So it's so removed, but it's not moving so violently.</w:t>
      </w:r>
    </w:p>
    <w:p w14:paraId="3193CF1C" w14:textId="77777777" w:rsidR="00051E2C" w:rsidRPr="00E200E2" w:rsidRDefault="00051E2C">
      <w:pPr>
        <w:spacing w:after="0"/>
        <w:rPr>
          <w:rFonts w:ascii="Arial Narrow" w:hAnsi="Arial Narrow"/>
          <w:sz w:val="28"/>
          <w:szCs w:val="28"/>
        </w:rPr>
      </w:pPr>
    </w:p>
    <w:p w14:paraId="0E7D35A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40:09</w:t>
      </w:r>
    </w:p>
    <w:p w14:paraId="747FD7E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 Right. And if you look, you can kind of see these little columns being formed, you can really see it in the purple, and you can see it in the pink a bit. And you notice they're like relatively even space. Yeah. So what do you think about those?</w:t>
      </w:r>
    </w:p>
    <w:p w14:paraId="678B88E5" w14:textId="77777777" w:rsidR="00051E2C" w:rsidRPr="00E200E2" w:rsidRDefault="00051E2C">
      <w:pPr>
        <w:spacing w:after="0"/>
        <w:rPr>
          <w:rFonts w:ascii="Arial Narrow" w:hAnsi="Arial Narrow"/>
          <w:sz w:val="28"/>
          <w:szCs w:val="28"/>
        </w:rPr>
      </w:pPr>
    </w:p>
    <w:p w14:paraId="6F0FA5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40:24</w:t>
      </w:r>
    </w:p>
    <w:p w14:paraId="4645CC0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they look really cool.</w:t>
      </w:r>
    </w:p>
    <w:p w14:paraId="7EB0D379" w14:textId="77777777" w:rsidR="00051E2C" w:rsidRPr="00E200E2" w:rsidRDefault="00051E2C">
      <w:pPr>
        <w:spacing w:after="0"/>
        <w:rPr>
          <w:rFonts w:ascii="Arial Narrow" w:hAnsi="Arial Narrow"/>
          <w:sz w:val="28"/>
          <w:szCs w:val="28"/>
        </w:rPr>
      </w:pPr>
    </w:p>
    <w:p w14:paraId="60ADCC3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40:25</w:t>
      </w:r>
    </w:p>
    <w:p w14:paraId="0680D64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How do you think they formed?</w:t>
      </w:r>
    </w:p>
    <w:p w14:paraId="17A8B896" w14:textId="77777777" w:rsidR="00051E2C" w:rsidRPr="00E200E2" w:rsidRDefault="00051E2C">
      <w:pPr>
        <w:spacing w:after="0"/>
        <w:rPr>
          <w:rFonts w:ascii="Arial Narrow" w:hAnsi="Arial Narrow"/>
          <w:sz w:val="28"/>
          <w:szCs w:val="28"/>
        </w:rPr>
      </w:pPr>
    </w:p>
    <w:p w14:paraId="3EBE09B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40:28</w:t>
      </w:r>
    </w:p>
    <w:p w14:paraId="1B87864D" w14:textId="7996D72C"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think that the dyes wanted to move with the water, like we did in there. But because the water it's been moved, but since it's been moved constantly, it's not really moving that much. Since everything's been constant, they're just staying in the same spot. Right? </w:t>
      </w:r>
      <w:r w:rsidR="00E200E2" w:rsidRPr="00E200E2">
        <w:rPr>
          <w:rFonts w:ascii="Arial Narrow" w:hAnsi="Arial Narrow"/>
          <w:sz w:val="28"/>
          <w:szCs w:val="28"/>
        </w:rPr>
        <w:t>So,</w:t>
      </w:r>
      <w:r w:rsidRPr="00E200E2">
        <w:rPr>
          <w:rFonts w:ascii="Arial Narrow" w:hAnsi="Arial Narrow"/>
          <w:sz w:val="28"/>
          <w:szCs w:val="28"/>
        </w:rPr>
        <w:t xml:space="preserve"> they tried to move around but they they couldn't really because the waters only being slightly rippled. And I think that that would be their dispersion pattern. But I just don't think that they got to like disperse how they kind of wanted to</w:t>
      </w:r>
    </w:p>
    <w:p w14:paraId="39380320" w14:textId="77777777" w:rsidR="00051E2C" w:rsidRPr="00E200E2" w:rsidRDefault="00051E2C">
      <w:pPr>
        <w:spacing w:after="0"/>
        <w:rPr>
          <w:rFonts w:ascii="Arial Narrow" w:hAnsi="Arial Narrow"/>
          <w:sz w:val="28"/>
          <w:szCs w:val="28"/>
        </w:rPr>
      </w:pPr>
    </w:p>
    <w:p w14:paraId="34DCC39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41:06</w:t>
      </w:r>
    </w:p>
    <w:p w14:paraId="1448069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write if that makes sense. And okay, and how Why do you think so? I know you said it's kind of wide essentially, maybe they're like even spaced or that they're there at all. What do you what property or what do you think is holding them vertically upright? These little columns?</w:t>
      </w:r>
    </w:p>
    <w:p w14:paraId="2A32ACEC" w14:textId="77777777" w:rsidR="00051E2C" w:rsidRPr="00E200E2" w:rsidRDefault="00051E2C">
      <w:pPr>
        <w:spacing w:after="0"/>
        <w:rPr>
          <w:rFonts w:ascii="Arial Narrow" w:hAnsi="Arial Narrow"/>
          <w:sz w:val="28"/>
          <w:szCs w:val="28"/>
        </w:rPr>
      </w:pPr>
    </w:p>
    <w:p w14:paraId="7520A52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41:26</w:t>
      </w:r>
    </w:p>
    <w:p w14:paraId="006DF8E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don't know if I know the right word for it. I'm like momentum or gravity or something like that. Like a constant something I don't know the exact.</w:t>
      </w:r>
    </w:p>
    <w:p w14:paraId="15F2A74A" w14:textId="77777777" w:rsidR="00051E2C" w:rsidRPr="00E200E2" w:rsidRDefault="00051E2C">
      <w:pPr>
        <w:spacing w:after="0"/>
        <w:rPr>
          <w:rFonts w:ascii="Arial Narrow" w:hAnsi="Arial Narrow"/>
          <w:sz w:val="28"/>
          <w:szCs w:val="28"/>
        </w:rPr>
      </w:pPr>
    </w:p>
    <w:p w14:paraId="19086E8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41:43</w:t>
      </w:r>
    </w:p>
    <w:p w14:paraId="7385935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Do you think there stay like that forever?</w:t>
      </w:r>
    </w:p>
    <w:p w14:paraId="66733634" w14:textId="77777777" w:rsidR="00051E2C" w:rsidRPr="00E200E2" w:rsidRDefault="00051E2C">
      <w:pPr>
        <w:spacing w:after="0"/>
        <w:rPr>
          <w:rFonts w:ascii="Arial Narrow" w:hAnsi="Arial Narrow"/>
          <w:sz w:val="28"/>
          <w:szCs w:val="28"/>
        </w:rPr>
      </w:pPr>
    </w:p>
    <w:p w14:paraId="6CF3623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41:46</w:t>
      </w:r>
    </w:p>
    <w:p w14:paraId="500B1B4A" w14:textId="178A2300"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No, I don't think so. I mean, the purple's kind of dissipating a little bit so I think that maybe after like 15 minutes, it would be like more faith in those are okay, it looks like the a few of </w:t>
      </w:r>
      <w:r w:rsidR="00E200E2" w:rsidRPr="00E200E2">
        <w:rPr>
          <w:rFonts w:ascii="Arial Narrow" w:hAnsi="Arial Narrow"/>
          <w:sz w:val="28"/>
          <w:szCs w:val="28"/>
        </w:rPr>
        <w:t>them is</w:t>
      </w:r>
      <w:r w:rsidRPr="00E200E2">
        <w:rPr>
          <w:rFonts w:ascii="Arial Narrow" w:hAnsi="Arial Narrow"/>
          <w:sz w:val="28"/>
          <w:szCs w:val="28"/>
        </w:rPr>
        <w:t xml:space="preserve"> staying up for longer</w:t>
      </w:r>
    </w:p>
    <w:p w14:paraId="5522BAC7" w14:textId="77777777" w:rsidR="00051E2C" w:rsidRPr="00E200E2" w:rsidRDefault="00051E2C">
      <w:pPr>
        <w:spacing w:after="0"/>
        <w:rPr>
          <w:rFonts w:ascii="Arial Narrow" w:hAnsi="Arial Narrow"/>
          <w:sz w:val="28"/>
          <w:szCs w:val="28"/>
        </w:rPr>
      </w:pPr>
    </w:p>
    <w:p w14:paraId="3064366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42:03</w:t>
      </w:r>
    </w:p>
    <w:p w14:paraId="0F885D5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some strong stuff it does um so what I would like you to do just really quickly while it's still like apparent is for you to sketch with sketch for me how it actually looks. Right probably my favorite sketch yet, honestly very detailed. Very beautiful. </w:t>
      </w:r>
    </w:p>
    <w:p w14:paraId="7D71D4D4" w14:textId="77777777" w:rsidR="00051E2C" w:rsidRPr="00E200E2" w:rsidRDefault="00051E2C">
      <w:pPr>
        <w:spacing w:after="0"/>
        <w:rPr>
          <w:rFonts w:ascii="Arial Narrow" w:hAnsi="Arial Narrow"/>
          <w:sz w:val="28"/>
          <w:szCs w:val="28"/>
        </w:rPr>
      </w:pPr>
    </w:p>
    <w:p w14:paraId="12FEBD6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44:25</w:t>
      </w:r>
    </w:p>
    <w:p w14:paraId="51B40F8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Thank you.</w:t>
      </w:r>
    </w:p>
    <w:p w14:paraId="03C466FE" w14:textId="77777777" w:rsidR="00051E2C" w:rsidRPr="00E200E2" w:rsidRDefault="00051E2C">
      <w:pPr>
        <w:spacing w:after="0"/>
        <w:rPr>
          <w:rFonts w:ascii="Arial Narrow" w:hAnsi="Arial Narrow"/>
          <w:sz w:val="28"/>
          <w:szCs w:val="28"/>
        </w:rPr>
      </w:pPr>
    </w:p>
    <w:p w14:paraId="20AFD38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44:26</w:t>
      </w:r>
    </w:p>
    <w:p w14:paraId="1453815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 what do you think I would have to do to this tank to get it to look more like your initial prediction? Um</w:t>
      </w:r>
    </w:p>
    <w:p w14:paraId="6294E9FF" w14:textId="77777777" w:rsidR="00051E2C" w:rsidRPr="00E200E2" w:rsidRDefault="00051E2C">
      <w:pPr>
        <w:spacing w:after="0"/>
        <w:rPr>
          <w:rFonts w:ascii="Arial Narrow" w:hAnsi="Arial Narrow"/>
          <w:sz w:val="28"/>
          <w:szCs w:val="28"/>
        </w:rPr>
      </w:pPr>
    </w:p>
    <w:p w14:paraId="05E1D93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44:40</w:t>
      </w:r>
    </w:p>
    <w:p w14:paraId="4456FD4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don't know. I mean to get the dyes to mix like how I thought they would like maybe put something in the water to disrupt the constant flow but still habit be flying. Like maybe mix it with something the opposite way of the tank. Oh, okay. So that way when it When he goes back to the way it's spinning with the tank, it would like mix. Well like that.</w:t>
      </w:r>
    </w:p>
    <w:p w14:paraId="58406982" w14:textId="77777777" w:rsidR="00051E2C" w:rsidRPr="00E200E2" w:rsidRDefault="00051E2C">
      <w:pPr>
        <w:spacing w:after="0"/>
        <w:rPr>
          <w:rFonts w:ascii="Arial Narrow" w:hAnsi="Arial Narrow"/>
          <w:sz w:val="28"/>
          <w:szCs w:val="28"/>
        </w:rPr>
      </w:pPr>
    </w:p>
    <w:p w14:paraId="3A1C87B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45:08</w:t>
      </w:r>
    </w:p>
    <w:p w14:paraId="738ED8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what do you think would happen if I changed the speed of the tank rather, it'd be slowed it down or made it faster.</w:t>
      </w:r>
    </w:p>
    <w:p w14:paraId="4A0D3952" w14:textId="77777777" w:rsidR="00051E2C" w:rsidRPr="00E200E2" w:rsidRDefault="00051E2C">
      <w:pPr>
        <w:spacing w:after="0"/>
        <w:rPr>
          <w:rFonts w:ascii="Arial Narrow" w:hAnsi="Arial Narrow"/>
          <w:sz w:val="28"/>
          <w:szCs w:val="28"/>
        </w:rPr>
      </w:pPr>
    </w:p>
    <w:p w14:paraId="785CEAE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45:16</w:t>
      </w:r>
    </w:p>
    <w:p w14:paraId="1FACCA9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it would be the same thing just sort of different. Well, if you sped it up, I think it would look relatively the same, just a different rate. Maybe it would speed it up, but I still think we'd be able to see how the dyes being a little bit dispersed, and then have a like, columns of dye were still there. But maybe if you slowed it down, it would look more similar to this. But like a mix of these two, if you slowed it down, but faster.</w:t>
      </w:r>
    </w:p>
    <w:p w14:paraId="42E56D9B" w14:textId="77777777" w:rsidR="00051E2C" w:rsidRPr="00E200E2" w:rsidRDefault="00051E2C">
      <w:pPr>
        <w:spacing w:after="0"/>
        <w:rPr>
          <w:rFonts w:ascii="Arial Narrow" w:hAnsi="Arial Narrow"/>
          <w:sz w:val="28"/>
          <w:szCs w:val="28"/>
        </w:rPr>
      </w:pPr>
    </w:p>
    <w:p w14:paraId="76AAB03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Interviewer E:  </w:t>
      </w:r>
      <w:r w:rsidRPr="00E200E2">
        <w:rPr>
          <w:rFonts w:ascii="Arial Narrow" w:hAnsi="Arial Narrow"/>
          <w:color w:val="5D7284"/>
          <w:sz w:val="28"/>
          <w:szCs w:val="28"/>
        </w:rPr>
        <w:t>45:43</w:t>
      </w:r>
    </w:p>
    <w:p w14:paraId="0D37372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What do you think would happen if I just completely stopped it right now?</w:t>
      </w:r>
    </w:p>
    <w:p w14:paraId="1A4C834E" w14:textId="77777777" w:rsidR="00051E2C" w:rsidRPr="00E200E2" w:rsidRDefault="00051E2C">
      <w:pPr>
        <w:spacing w:after="0"/>
        <w:rPr>
          <w:rFonts w:ascii="Arial Narrow" w:hAnsi="Arial Narrow"/>
          <w:sz w:val="28"/>
          <w:szCs w:val="28"/>
        </w:rPr>
      </w:pPr>
    </w:p>
    <w:p w14:paraId="0456058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45:51</w:t>
      </w:r>
    </w:p>
    <w:p w14:paraId="731EDCB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it would gradually settle down into looking like this. But I think it would take maybe like 20 ish minutes, or like 10 Somewhere in between there.</w:t>
      </w:r>
    </w:p>
    <w:p w14:paraId="0207308E" w14:textId="77777777" w:rsidR="00051E2C" w:rsidRPr="00E200E2" w:rsidRDefault="00051E2C">
      <w:pPr>
        <w:spacing w:after="0"/>
        <w:rPr>
          <w:rFonts w:ascii="Arial Narrow" w:hAnsi="Arial Narrow"/>
          <w:sz w:val="28"/>
          <w:szCs w:val="28"/>
        </w:rPr>
      </w:pPr>
    </w:p>
    <w:p w14:paraId="68DE6EA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46:07</w:t>
      </w:r>
    </w:p>
    <w:p w14:paraId="3848104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What we're going to find out, stop it abruptly. And we are going to see and surprising, or is it like, alright, it's kind of what I thought.</w:t>
      </w:r>
    </w:p>
    <w:p w14:paraId="3FA55E31" w14:textId="77777777" w:rsidR="00051E2C" w:rsidRPr="00E200E2" w:rsidRDefault="00051E2C">
      <w:pPr>
        <w:spacing w:after="0"/>
        <w:rPr>
          <w:rFonts w:ascii="Arial Narrow" w:hAnsi="Arial Narrow"/>
          <w:sz w:val="28"/>
          <w:szCs w:val="28"/>
        </w:rPr>
      </w:pPr>
    </w:p>
    <w:p w14:paraId="461B54F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46:28</w:t>
      </w:r>
    </w:p>
    <w:p w14:paraId="219684E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 little bit of both. This is like what I thought it would be like the whirlpool in the pool kind of thing. Um, I didn't think about how the water would like just keep moving after you stopped it. But now that I realized that it would, what it's doing doesn't surprise me. I just didn't think about it.</w:t>
      </w:r>
    </w:p>
    <w:p w14:paraId="26758C94" w14:textId="77777777" w:rsidR="00051E2C" w:rsidRPr="00E200E2" w:rsidRDefault="00051E2C">
      <w:pPr>
        <w:spacing w:after="0"/>
        <w:rPr>
          <w:rFonts w:ascii="Arial Narrow" w:hAnsi="Arial Narrow"/>
          <w:sz w:val="28"/>
          <w:szCs w:val="28"/>
        </w:rPr>
      </w:pPr>
    </w:p>
    <w:p w14:paraId="069ECA8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46:53</w:t>
      </w:r>
    </w:p>
    <w:p w14:paraId="14CB8E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This kind of look a little bit more like what you predicted for sure.</w:t>
      </w:r>
    </w:p>
    <w:p w14:paraId="601F1F33" w14:textId="77777777" w:rsidR="00051E2C" w:rsidRPr="00E200E2" w:rsidRDefault="00051E2C">
      <w:pPr>
        <w:spacing w:after="0"/>
        <w:rPr>
          <w:rFonts w:ascii="Arial Narrow" w:hAnsi="Arial Narrow"/>
          <w:sz w:val="28"/>
          <w:szCs w:val="28"/>
        </w:rPr>
      </w:pPr>
    </w:p>
    <w:p w14:paraId="24FCD1B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46:57</w:t>
      </w:r>
    </w:p>
    <w:p w14:paraId="1205A8A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 does kind of surprised me a little bit that all the ties go into the middle. And it looks like there's one column from the bottom of the middle that's still touching. That will be a little surprising.</w:t>
      </w:r>
    </w:p>
    <w:p w14:paraId="7E22F1D7" w14:textId="77777777" w:rsidR="00051E2C" w:rsidRPr="00E200E2" w:rsidRDefault="00051E2C">
      <w:pPr>
        <w:spacing w:after="0"/>
        <w:rPr>
          <w:rFonts w:ascii="Arial Narrow" w:hAnsi="Arial Narrow"/>
          <w:sz w:val="28"/>
          <w:szCs w:val="28"/>
        </w:rPr>
      </w:pPr>
    </w:p>
    <w:p w14:paraId="1DA4BEA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47:11</w:t>
      </w:r>
    </w:p>
    <w:p w14:paraId="543264E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it's kind of cool how it looks like it's almost suspended in the middle like the a majority dye.</w:t>
      </w:r>
    </w:p>
    <w:p w14:paraId="2C54FAA2" w14:textId="77777777" w:rsidR="00051E2C" w:rsidRPr="00E200E2" w:rsidRDefault="00051E2C">
      <w:pPr>
        <w:spacing w:after="0"/>
        <w:rPr>
          <w:rFonts w:ascii="Arial Narrow" w:hAnsi="Arial Narrow"/>
          <w:sz w:val="28"/>
          <w:szCs w:val="28"/>
        </w:rPr>
      </w:pPr>
    </w:p>
    <w:p w14:paraId="531FEC1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47:18</w:t>
      </w:r>
    </w:p>
    <w:p w14:paraId="0AB14D5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that's really cool. It's kind of interesting to have a die kind of flipped. It was like all culminating at the bottom. And now it's, you can kind of at least I think I can kind of see how it's like halfway up in the water. Yeah, is where the timing really is.</w:t>
      </w:r>
    </w:p>
    <w:p w14:paraId="4EF16078" w14:textId="77777777" w:rsidR="00051E2C" w:rsidRPr="00E200E2" w:rsidRDefault="00051E2C">
      <w:pPr>
        <w:spacing w:after="0"/>
        <w:rPr>
          <w:rFonts w:ascii="Arial Narrow" w:hAnsi="Arial Narrow"/>
          <w:sz w:val="28"/>
          <w:szCs w:val="28"/>
        </w:rPr>
      </w:pPr>
    </w:p>
    <w:p w14:paraId="1D0EAF3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47:37</w:t>
      </w:r>
    </w:p>
    <w:p w14:paraId="57649FBB" w14:textId="3137E993"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never looked at it from this perspective. Or it's kind of cool. Yeah, that's why I like to use blue cuz it looks like cotton candy. Yeah. All right. So just a couple more things here. The first thing is, I want to show you this. </w:t>
      </w:r>
      <w:r w:rsidR="00E200E2" w:rsidRPr="00E200E2">
        <w:rPr>
          <w:rFonts w:ascii="Arial Narrow" w:hAnsi="Arial Narrow"/>
          <w:sz w:val="28"/>
          <w:szCs w:val="28"/>
        </w:rPr>
        <w:t>So,</w:t>
      </w:r>
      <w:r w:rsidRPr="00E200E2">
        <w:rPr>
          <w:rFonts w:ascii="Arial Narrow" w:hAnsi="Arial Narrow"/>
          <w:sz w:val="28"/>
          <w:szCs w:val="28"/>
        </w:rPr>
        <w:t xml:space="preserve"> we did have some </w:t>
      </w:r>
      <w:r w:rsidR="00E200E2">
        <w:rPr>
          <w:rFonts w:ascii="Arial Narrow" w:hAnsi="Arial Narrow"/>
          <w:sz w:val="28"/>
          <w:szCs w:val="28"/>
        </w:rPr>
        <w:t>Je</w:t>
      </w:r>
      <w:r w:rsidR="00E200E2" w:rsidRPr="00E200E2">
        <w:rPr>
          <w:rFonts w:ascii="Arial Narrow" w:hAnsi="Arial Narrow"/>
          <w:sz w:val="28"/>
          <w:szCs w:val="28"/>
        </w:rPr>
        <w:t>ll-O</w:t>
      </w:r>
      <w:r w:rsidRPr="00E200E2">
        <w:rPr>
          <w:rFonts w:ascii="Arial Narrow" w:hAnsi="Arial Narrow"/>
          <w:sz w:val="28"/>
          <w:szCs w:val="28"/>
        </w:rPr>
        <w:t xml:space="preserve">. Um, she's getting a little moldy. It looks like </w:t>
      </w:r>
      <w:r w:rsidRPr="00E200E2">
        <w:rPr>
          <w:rFonts w:ascii="Arial Narrow" w:hAnsi="Arial Narrow"/>
          <w:sz w:val="28"/>
          <w:szCs w:val="28"/>
        </w:rPr>
        <w:lastRenderedPageBreak/>
        <w:t xml:space="preserve">but that's okay. And I have these metal bebes. And then I have this contraption that Dr. McNeil made herself she was playing with Legos. And she made this little engine, The Little Engine That Could and then this is a lazy Susan. Don't ask me why it's called lazy </w:t>
      </w:r>
      <w:r w:rsidR="00E200E2" w:rsidRPr="00E200E2">
        <w:rPr>
          <w:rFonts w:ascii="Arial Narrow" w:hAnsi="Arial Narrow"/>
          <w:sz w:val="28"/>
          <w:szCs w:val="28"/>
        </w:rPr>
        <w:t>Susan</w:t>
      </w:r>
      <w:r w:rsidRPr="00E200E2">
        <w:rPr>
          <w:rFonts w:ascii="Arial Narrow" w:hAnsi="Arial Narrow"/>
          <w:sz w:val="28"/>
          <w:szCs w:val="28"/>
        </w:rPr>
        <w:t xml:space="preserve"> because I have no idea. All right, so when I do this, it was like that spins. So what I'm going to do is take this </w:t>
      </w:r>
      <w:r w:rsidR="00E200E2">
        <w:rPr>
          <w:rFonts w:ascii="Arial Narrow" w:hAnsi="Arial Narrow"/>
          <w:sz w:val="28"/>
          <w:szCs w:val="28"/>
        </w:rPr>
        <w:t>Jell</w:t>
      </w:r>
      <w:r w:rsidR="00E200E2" w:rsidRPr="00E200E2">
        <w:rPr>
          <w:rFonts w:ascii="Arial Narrow" w:hAnsi="Arial Narrow"/>
          <w:sz w:val="28"/>
          <w:szCs w:val="28"/>
        </w:rPr>
        <w:t>-O</w:t>
      </w:r>
      <w:r w:rsidRPr="00E200E2">
        <w:rPr>
          <w:rFonts w:ascii="Arial Narrow" w:hAnsi="Arial Narrow"/>
          <w:sz w:val="28"/>
          <w:szCs w:val="28"/>
        </w:rPr>
        <w:t xml:space="preserve"> and put it on this lazy </w:t>
      </w:r>
      <w:r w:rsidR="00E200E2" w:rsidRPr="00E200E2">
        <w:rPr>
          <w:rFonts w:ascii="Arial Narrow" w:hAnsi="Arial Narrow"/>
          <w:sz w:val="28"/>
          <w:szCs w:val="28"/>
        </w:rPr>
        <w:t>Susan</w:t>
      </w:r>
      <w:r w:rsidRPr="00E200E2">
        <w:rPr>
          <w:rFonts w:ascii="Arial Narrow" w:hAnsi="Arial Narrow"/>
          <w:sz w:val="28"/>
          <w:szCs w:val="28"/>
        </w:rPr>
        <w:t xml:space="preserve"> line it up so that it's in the middle. And then it spins so basically, I can't physically demonstrate this. So it's kind of half demonstration half thought experiment, okay. In a perfect world, I would be able to get these beads so hot that they're red, and they're </w:t>
      </w:r>
      <w:r w:rsidR="00E200E2" w:rsidRPr="00E200E2">
        <w:rPr>
          <w:rFonts w:ascii="Arial Narrow" w:hAnsi="Arial Narrow"/>
          <w:sz w:val="28"/>
          <w:szCs w:val="28"/>
        </w:rPr>
        <w:t>smoking</w:t>
      </w:r>
      <w:r w:rsidRPr="00E200E2">
        <w:rPr>
          <w:rFonts w:ascii="Arial Narrow" w:hAnsi="Arial Narrow"/>
          <w:sz w:val="28"/>
          <w:szCs w:val="28"/>
        </w:rPr>
        <w:t xml:space="preserve">. And if I were to drop them into this </w:t>
      </w:r>
      <w:r w:rsidR="00E200E2" w:rsidRPr="00E200E2">
        <w:rPr>
          <w:rFonts w:ascii="Arial Narrow" w:hAnsi="Arial Narrow"/>
          <w:sz w:val="28"/>
          <w:szCs w:val="28"/>
        </w:rPr>
        <w:t>Jell-O</w:t>
      </w:r>
      <w:r w:rsidRPr="00E200E2">
        <w:rPr>
          <w:rFonts w:ascii="Arial Narrow" w:hAnsi="Arial Narrow"/>
          <w:sz w:val="28"/>
          <w:szCs w:val="28"/>
        </w:rPr>
        <w:t xml:space="preserve">, they go straight down into </w:t>
      </w:r>
      <w:r w:rsidR="00E200E2" w:rsidRPr="00E200E2">
        <w:rPr>
          <w:rFonts w:ascii="Arial Narrow" w:hAnsi="Arial Narrow"/>
          <w:sz w:val="28"/>
          <w:szCs w:val="28"/>
        </w:rPr>
        <w:t>Jell-O</w:t>
      </w:r>
      <w:r w:rsidRPr="00E200E2">
        <w:rPr>
          <w:rFonts w:ascii="Arial Narrow" w:hAnsi="Arial Narrow"/>
          <w:sz w:val="28"/>
          <w:szCs w:val="28"/>
        </w:rPr>
        <w:t xml:space="preserve"> in a perfect world, but we can't get them hot enough, unfortunately. So let's say and then this theoretical experiment now that these were as hot as I just said they were they were burning hot, scalding hot, and they would just go straight through this </w:t>
      </w:r>
      <w:r w:rsidR="00E200E2">
        <w:rPr>
          <w:rFonts w:ascii="Arial Narrow" w:hAnsi="Arial Narrow"/>
          <w:sz w:val="28"/>
          <w:szCs w:val="28"/>
        </w:rPr>
        <w:t>J</w:t>
      </w:r>
      <w:r w:rsidR="00E200E2" w:rsidRPr="00E200E2">
        <w:rPr>
          <w:rFonts w:ascii="Arial Narrow" w:hAnsi="Arial Narrow"/>
          <w:sz w:val="28"/>
          <w:szCs w:val="28"/>
        </w:rPr>
        <w:t>ell-O</w:t>
      </w:r>
      <w:r w:rsidRPr="00E200E2">
        <w:rPr>
          <w:rFonts w:ascii="Arial Narrow" w:hAnsi="Arial Narrow"/>
          <w:sz w:val="28"/>
          <w:szCs w:val="28"/>
        </w:rPr>
        <w:t xml:space="preserve">. And let's say it was in rotation, just like this. What do you think the path would look like? That these bebes would create as they were fall down the </w:t>
      </w:r>
      <w:r w:rsidR="00E200E2" w:rsidRPr="00E200E2">
        <w:rPr>
          <w:rFonts w:ascii="Arial Narrow" w:hAnsi="Arial Narrow"/>
          <w:sz w:val="28"/>
          <w:szCs w:val="28"/>
        </w:rPr>
        <w:t>Jell-O</w:t>
      </w:r>
      <w:r w:rsidRPr="00E200E2">
        <w:rPr>
          <w:rFonts w:ascii="Arial Narrow" w:hAnsi="Arial Narrow"/>
          <w:sz w:val="28"/>
          <w:szCs w:val="28"/>
        </w:rPr>
        <w:t xml:space="preserve"> as it was spinning, and you can play with it if you want. But that's essentially the idea of this one.</w:t>
      </w:r>
    </w:p>
    <w:p w14:paraId="4A509F1A" w14:textId="77777777" w:rsidR="00051E2C" w:rsidRPr="00E200E2" w:rsidRDefault="00051E2C">
      <w:pPr>
        <w:spacing w:after="0"/>
        <w:rPr>
          <w:rFonts w:ascii="Arial Narrow" w:hAnsi="Arial Narrow"/>
          <w:sz w:val="28"/>
          <w:szCs w:val="28"/>
        </w:rPr>
      </w:pPr>
    </w:p>
    <w:p w14:paraId="11F47DF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49:39</w:t>
      </w:r>
    </w:p>
    <w:p w14:paraId="6B9043B1" w14:textId="19ED1C6A"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Um I think that if they were that hot, they would go straight down but with the curve, like they wouldn't drop immediately straight down. Right? But maybe like if you place that one right there, it would end up like over there, right? Something like that. Just because the </w:t>
      </w:r>
      <w:r w:rsidR="00E200E2">
        <w:rPr>
          <w:rFonts w:ascii="Arial Narrow" w:hAnsi="Arial Narrow"/>
          <w:sz w:val="28"/>
          <w:szCs w:val="28"/>
        </w:rPr>
        <w:t>J</w:t>
      </w:r>
      <w:r w:rsidR="00E200E2" w:rsidRPr="00E200E2">
        <w:rPr>
          <w:rFonts w:ascii="Arial Narrow" w:hAnsi="Arial Narrow"/>
          <w:sz w:val="28"/>
          <w:szCs w:val="28"/>
        </w:rPr>
        <w:t>ell-O</w:t>
      </w:r>
      <w:r w:rsidRPr="00E200E2">
        <w:rPr>
          <w:rFonts w:ascii="Arial Narrow" w:hAnsi="Arial Narrow"/>
          <w:sz w:val="28"/>
          <w:szCs w:val="28"/>
        </w:rPr>
        <w:t xml:space="preserve"> would be harder to move. through. I mean with the hotness, it wouldn't be. But I think that because they're so small and the job is so big, that they would cool down pretty quickly. And then they would just kind of wherever they cooled down and stopped, they would just stay there. Okay.</w:t>
      </w:r>
    </w:p>
    <w:p w14:paraId="1881BF89" w14:textId="77777777" w:rsidR="00051E2C" w:rsidRPr="00E200E2" w:rsidRDefault="00051E2C">
      <w:pPr>
        <w:spacing w:after="0"/>
        <w:rPr>
          <w:rFonts w:ascii="Arial Narrow" w:hAnsi="Arial Narrow"/>
          <w:sz w:val="28"/>
          <w:szCs w:val="28"/>
        </w:rPr>
      </w:pPr>
    </w:p>
    <w:p w14:paraId="449DA3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50:18</w:t>
      </w:r>
    </w:p>
    <w:p w14:paraId="6E901FC3" w14:textId="5D9CA38F"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So, another thought experiment, once again, we don't have the things. But let's say that I had a record, you know, what a record looks assuming. Okay, so I take this record, and I stack like 20 of them on top of each other. And now I have like this record thing. Yeah. And all of a sudden, it just turns to complete metal. So now we have a metal cylinder in the shape of like, </w:t>
      </w:r>
      <w:r w:rsidR="00E200E2" w:rsidRPr="00E200E2">
        <w:rPr>
          <w:rFonts w:ascii="Arial Narrow" w:hAnsi="Arial Narrow"/>
          <w:sz w:val="28"/>
          <w:szCs w:val="28"/>
        </w:rPr>
        <w:t>okay</w:t>
      </w:r>
      <w:r w:rsidRPr="00E200E2">
        <w:rPr>
          <w:rFonts w:ascii="Arial Narrow" w:hAnsi="Arial Narrow"/>
          <w:sz w:val="28"/>
          <w:szCs w:val="28"/>
        </w:rPr>
        <w:t xml:space="preserve">, what's your record stacked on top of each other, and I took that piece of metal, and I clumped it right here. So now this is our big trunk. Okay, now the BVs. Even if I got them super, super hot, I, they probably still wouldn't penetrate through the metal. </w:t>
      </w:r>
      <w:r w:rsidR="00E200E2" w:rsidRPr="00E200E2">
        <w:rPr>
          <w:rFonts w:ascii="Arial Narrow" w:hAnsi="Arial Narrow"/>
          <w:sz w:val="28"/>
          <w:szCs w:val="28"/>
        </w:rPr>
        <w:t>So,</w:t>
      </w:r>
      <w:r w:rsidRPr="00E200E2">
        <w:rPr>
          <w:rFonts w:ascii="Arial Narrow" w:hAnsi="Arial Narrow"/>
          <w:sz w:val="28"/>
          <w:szCs w:val="28"/>
        </w:rPr>
        <w:t xml:space="preserve"> let's say I had acid instead, okay, and I take this acid, and I drop it on top of our metal cylinder in the shape of a record, and then I start rotating, right? As the acid eats through the metal, what type of pattern do you think it's going to make? If it's in rotation as it's happening?</w:t>
      </w:r>
    </w:p>
    <w:p w14:paraId="2A1F6FE8" w14:textId="77777777" w:rsidR="00051E2C" w:rsidRPr="00E200E2" w:rsidRDefault="00051E2C">
      <w:pPr>
        <w:spacing w:after="0"/>
        <w:rPr>
          <w:rFonts w:ascii="Arial Narrow" w:hAnsi="Arial Narrow"/>
          <w:sz w:val="28"/>
          <w:szCs w:val="28"/>
        </w:rPr>
      </w:pPr>
    </w:p>
    <w:p w14:paraId="1314D8B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51:23</w:t>
      </w:r>
    </w:p>
    <w:p w14:paraId="21C9EE1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I think in my brain, it would depend on the viscosity of the acid. Okay, like, if it was just like wood, it would just kind of like dispersed on the top. And then like, depending on how corrosive they were just kind of eat down. Let's say it was like, like, if those could be acid with the same kind of like, dimension, maybe a little bit less, I mean, a little bit more viscous. Um, I think it would look like a swirly pattern. Swirl,</w:t>
      </w:r>
    </w:p>
    <w:p w14:paraId="5ABFE8DB" w14:textId="77777777" w:rsidR="00051E2C" w:rsidRPr="00E200E2" w:rsidRDefault="00051E2C">
      <w:pPr>
        <w:spacing w:after="0"/>
        <w:rPr>
          <w:rFonts w:ascii="Arial Narrow" w:hAnsi="Arial Narrow"/>
          <w:sz w:val="28"/>
          <w:szCs w:val="28"/>
        </w:rPr>
      </w:pPr>
    </w:p>
    <w:p w14:paraId="0F55071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51:49</w:t>
      </w:r>
    </w:p>
    <w:p w14:paraId="4BFE5FB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like from with your hands. Like.</w:t>
      </w:r>
    </w:p>
    <w:p w14:paraId="78AABF33" w14:textId="77777777" w:rsidR="00051E2C" w:rsidRPr="00E200E2" w:rsidRDefault="00051E2C">
      <w:pPr>
        <w:spacing w:after="0"/>
        <w:rPr>
          <w:rFonts w:ascii="Arial Narrow" w:hAnsi="Arial Narrow"/>
          <w:sz w:val="28"/>
          <w:szCs w:val="28"/>
        </w:rPr>
      </w:pPr>
    </w:p>
    <w:p w14:paraId="497611E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51:57</w:t>
      </w:r>
    </w:p>
    <w:p w14:paraId="519A511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It's kind of like hard to like, like, it just I have a lot of factors, like would play out for it. Like, maybe like, it would all be a little crowded, but then like, once one acid like found the curve it would like, or, like found its spot the rest of the like acid or like, follow it. Okay, um, so it would be like, I get follow the kind of like, kind of like that, like, you had a little bit of displacement, but like, the like main dye, not the main dye, but some components of it still had their one spot that they went in, but then there was still some, like, flow, I think that all of it would look a little bit corroded. But there would definitely be like a clear, like, pattern that it went through. Okay.</w:t>
      </w:r>
    </w:p>
    <w:p w14:paraId="2825CEB3" w14:textId="77777777" w:rsidR="00051E2C" w:rsidRPr="00E200E2" w:rsidRDefault="00051E2C">
      <w:pPr>
        <w:spacing w:after="0"/>
        <w:rPr>
          <w:rFonts w:ascii="Arial Narrow" w:hAnsi="Arial Narrow"/>
          <w:sz w:val="28"/>
          <w:szCs w:val="28"/>
        </w:rPr>
      </w:pPr>
    </w:p>
    <w:p w14:paraId="4D777FB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52:46</w:t>
      </w:r>
    </w:p>
    <w:p w14:paraId="7C6B95C0" w14:textId="48EEC956"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Okay, and our last thought experiment. Okay. Um, now let's say I had a pot, I took this pot, and I put soil in it, and I planted a seed in it. And then I put it on the Lazy </w:t>
      </w:r>
      <w:r w:rsidR="00E200E2" w:rsidRPr="00E200E2">
        <w:rPr>
          <w:rFonts w:ascii="Arial Narrow" w:hAnsi="Arial Narrow"/>
          <w:sz w:val="28"/>
          <w:szCs w:val="28"/>
        </w:rPr>
        <w:t>Susan,</w:t>
      </w:r>
      <w:r w:rsidRPr="00E200E2">
        <w:rPr>
          <w:rFonts w:ascii="Arial Narrow" w:hAnsi="Arial Narrow"/>
          <w:sz w:val="28"/>
          <w:szCs w:val="28"/>
        </w:rPr>
        <w:t xml:space="preserve"> and I had a grow and and grew as it was spinning. So what do you think the roots would look like? If the roots grow out?</w:t>
      </w:r>
    </w:p>
    <w:p w14:paraId="465CD3C5" w14:textId="77777777" w:rsidR="00051E2C" w:rsidRPr="00E200E2" w:rsidRDefault="00051E2C">
      <w:pPr>
        <w:spacing w:after="0"/>
        <w:rPr>
          <w:rFonts w:ascii="Arial Narrow" w:hAnsi="Arial Narrow"/>
          <w:sz w:val="28"/>
          <w:szCs w:val="28"/>
        </w:rPr>
      </w:pPr>
    </w:p>
    <w:p w14:paraId="7235117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53:11</w:t>
      </w:r>
    </w:p>
    <w:p w14:paraId="78ED024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Part of me feels like it wouldn't really matter. And that it would just look like a regular plant.</w:t>
      </w:r>
    </w:p>
    <w:p w14:paraId="377E9459" w14:textId="77777777" w:rsidR="00051E2C" w:rsidRPr="00E200E2" w:rsidRDefault="00051E2C">
      <w:pPr>
        <w:spacing w:after="0"/>
        <w:rPr>
          <w:rFonts w:ascii="Arial Narrow" w:hAnsi="Arial Narrow"/>
          <w:sz w:val="28"/>
          <w:szCs w:val="28"/>
        </w:rPr>
      </w:pPr>
    </w:p>
    <w:p w14:paraId="0E0DF9B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53:23</w:t>
      </w:r>
    </w:p>
    <w:p w14:paraId="4931C41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why is that?</w:t>
      </w:r>
    </w:p>
    <w:p w14:paraId="153C5B55" w14:textId="77777777" w:rsidR="00051E2C" w:rsidRPr="00E200E2" w:rsidRDefault="00051E2C">
      <w:pPr>
        <w:spacing w:after="0"/>
        <w:rPr>
          <w:rFonts w:ascii="Arial Narrow" w:hAnsi="Arial Narrow"/>
          <w:sz w:val="28"/>
          <w:szCs w:val="28"/>
        </w:rPr>
      </w:pPr>
    </w:p>
    <w:p w14:paraId="47888F7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53:27</w:t>
      </w:r>
    </w:p>
    <w:p w14:paraId="5CF49BED" w14:textId="56C8F786"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don't know, just because the roots aren't really as like malleable, like as water would be. And I think that the roots might look like </w:t>
      </w:r>
      <w:r w:rsidR="00E200E2" w:rsidRPr="00E200E2">
        <w:rPr>
          <w:rFonts w:ascii="Arial Narrow" w:hAnsi="Arial Narrow"/>
          <w:sz w:val="28"/>
          <w:szCs w:val="28"/>
        </w:rPr>
        <w:t>spiny</w:t>
      </w:r>
      <w:r w:rsidRPr="00E200E2">
        <w:rPr>
          <w:rFonts w:ascii="Arial Narrow" w:hAnsi="Arial Narrow"/>
          <w:sz w:val="28"/>
          <w:szCs w:val="28"/>
        </w:rPr>
        <w:t xml:space="preserve"> if the soil moved, but I don't think it would like if it was that kind of setup. Like it was being disturbed. But it was just kind of going with it. Right. </w:t>
      </w:r>
      <w:r w:rsidR="00E200E2" w:rsidRPr="00E200E2">
        <w:rPr>
          <w:rFonts w:ascii="Arial Narrow" w:hAnsi="Arial Narrow"/>
          <w:sz w:val="28"/>
          <w:szCs w:val="28"/>
        </w:rPr>
        <w:t>So,</w:t>
      </w:r>
      <w:r w:rsidRPr="00E200E2">
        <w:rPr>
          <w:rFonts w:ascii="Arial Narrow" w:hAnsi="Arial Narrow"/>
          <w:sz w:val="28"/>
          <w:szCs w:val="28"/>
        </w:rPr>
        <w:t xml:space="preserve"> there wouldn't really be any, like displacement on the inside of the pot with the soil and the roots to actually make it like twisty. Right. So I think it would just look pretty normal.</w:t>
      </w:r>
    </w:p>
    <w:p w14:paraId="2F0EA8D1" w14:textId="77777777" w:rsidR="00051E2C" w:rsidRPr="00E200E2" w:rsidRDefault="00051E2C">
      <w:pPr>
        <w:spacing w:after="0"/>
        <w:rPr>
          <w:rFonts w:ascii="Arial Narrow" w:hAnsi="Arial Narrow"/>
          <w:sz w:val="28"/>
          <w:szCs w:val="28"/>
        </w:rPr>
      </w:pPr>
    </w:p>
    <w:p w14:paraId="606F2BF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54:01</w:t>
      </w:r>
    </w:p>
    <w:p w14:paraId="23F6C55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Normal. What about the top of the tree, like above the soil?</w:t>
      </w:r>
    </w:p>
    <w:p w14:paraId="4CFCE123" w14:textId="77777777" w:rsidR="00051E2C" w:rsidRPr="00E200E2" w:rsidRDefault="00051E2C">
      <w:pPr>
        <w:spacing w:after="0"/>
        <w:rPr>
          <w:rFonts w:ascii="Arial Narrow" w:hAnsi="Arial Narrow"/>
          <w:sz w:val="28"/>
          <w:szCs w:val="28"/>
        </w:rPr>
      </w:pPr>
    </w:p>
    <w:p w14:paraId="1C55C95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54:05</w:t>
      </w:r>
    </w:p>
    <w:p w14:paraId="2219EF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that one's tough to, again, like a lot of factors in my head, like where the sunlight is coming from? Because we're trying like, if you put the sunlight over here and spun it, it might have a different pattern as opposed to if you put it like right on top of the plant. It depends on like, how malleable like the stock would be like if you'd be growing like a little baby tree versus like I don't know if something softer I think would look relatively normal. I guess it would depend on the so many variables in my head. Yeah. Like on the</w:t>
      </w:r>
    </w:p>
    <w:p w14:paraId="57FFA330" w14:textId="77777777" w:rsidR="00051E2C" w:rsidRPr="00E200E2" w:rsidRDefault="00051E2C">
      <w:pPr>
        <w:spacing w:after="0"/>
        <w:rPr>
          <w:rFonts w:ascii="Arial Narrow" w:hAnsi="Arial Narrow"/>
          <w:sz w:val="28"/>
          <w:szCs w:val="28"/>
        </w:rPr>
      </w:pPr>
    </w:p>
    <w:p w14:paraId="0524465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54:49</w:t>
      </w:r>
    </w:p>
    <w:p w14:paraId="5BAAA87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roll. Have a write your own terms and conditions. What do you what do you think? At all, if anything would have it appear in any kind of different way than were more like, how would that what what terms and conditions I guess would need apply for it to be any different than a normal tree?</w:t>
      </w:r>
    </w:p>
    <w:p w14:paraId="3D0E57B7" w14:textId="77777777" w:rsidR="00051E2C" w:rsidRPr="00E200E2" w:rsidRDefault="00051E2C">
      <w:pPr>
        <w:spacing w:after="0"/>
        <w:rPr>
          <w:rFonts w:ascii="Arial Narrow" w:hAnsi="Arial Narrow"/>
          <w:sz w:val="28"/>
          <w:szCs w:val="28"/>
        </w:rPr>
      </w:pPr>
    </w:p>
    <w:p w14:paraId="6A47E9E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55:08</w:t>
      </w:r>
    </w:p>
    <w:p w14:paraId="63E66996" w14:textId="5FF8C247" w:rsidR="00051E2C" w:rsidRPr="00E200E2" w:rsidRDefault="00E200E2">
      <w:pPr>
        <w:spacing w:after="0"/>
        <w:rPr>
          <w:rFonts w:ascii="Arial Narrow" w:hAnsi="Arial Narrow"/>
          <w:sz w:val="28"/>
          <w:szCs w:val="28"/>
        </w:rPr>
      </w:pPr>
      <w:r w:rsidRPr="00E200E2">
        <w:rPr>
          <w:rFonts w:ascii="Arial Narrow" w:hAnsi="Arial Narrow"/>
          <w:sz w:val="28"/>
          <w:szCs w:val="28"/>
        </w:rPr>
        <w:t>Um, I guess. Like thinking about it, because I was kind of thinking of it like, it would already be a sapling before growing up from seed. I think the roots will look relatively normal, but maybe the stock would like be a little bit like twisted throughout. Yeah, yeah.</w:t>
      </w:r>
    </w:p>
    <w:p w14:paraId="196D91B0" w14:textId="77777777" w:rsidR="00051E2C" w:rsidRPr="00E200E2" w:rsidRDefault="00051E2C">
      <w:pPr>
        <w:spacing w:after="0"/>
        <w:rPr>
          <w:rFonts w:ascii="Arial Narrow" w:hAnsi="Arial Narrow"/>
          <w:sz w:val="28"/>
          <w:szCs w:val="28"/>
        </w:rPr>
      </w:pPr>
    </w:p>
    <w:p w14:paraId="1B7AB98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55:34</w:t>
      </w:r>
    </w:p>
    <w:p w14:paraId="4E2C0014" w14:textId="3CE86724"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Yeah. All right. Okay, so we only have one more thing to do today. Which shouldn't take too long. </w:t>
      </w:r>
      <w:r w:rsidR="00E200E2" w:rsidRPr="00E200E2">
        <w:rPr>
          <w:rFonts w:ascii="Arial Narrow" w:hAnsi="Arial Narrow"/>
          <w:sz w:val="28"/>
          <w:szCs w:val="28"/>
        </w:rPr>
        <w:t>So,</w:t>
      </w:r>
      <w:r w:rsidRPr="00E200E2">
        <w:rPr>
          <w:rFonts w:ascii="Arial Narrow" w:hAnsi="Arial Narrow"/>
          <w:sz w:val="28"/>
          <w:szCs w:val="28"/>
        </w:rPr>
        <w:t xml:space="preserve"> our tank when you first initially came in, had been spinning for, like I said, about an hour and now it's completely still no more but to start it from still okay. Um, and Next are these </w:t>
      </w:r>
      <w:r w:rsidR="0054350B">
        <w:rPr>
          <w:rFonts w:ascii="Arial Narrow" w:hAnsi="Arial Narrow"/>
          <w:sz w:val="28"/>
          <w:szCs w:val="28"/>
        </w:rPr>
        <w:t>fishies</w:t>
      </w:r>
      <w:r w:rsidRPr="00E200E2">
        <w:rPr>
          <w:rFonts w:ascii="Arial Narrow" w:hAnsi="Arial Narrow"/>
          <w:sz w:val="28"/>
          <w:szCs w:val="28"/>
        </w:rPr>
        <w:t xml:space="preserve"> I have I have these little </w:t>
      </w:r>
      <w:r w:rsidR="00E200E2" w:rsidRPr="00E200E2">
        <w:rPr>
          <w:rFonts w:ascii="Arial Narrow" w:hAnsi="Arial Narrow"/>
          <w:sz w:val="28"/>
          <w:szCs w:val="28"/>
        </w:rPr>
        <w:t>fishiest</w:t>
      </w:r>
      <w:r w:rsidRPr="00E200E2">
        <w:rPr>
          <w:rFonts w:ascii="Arial Narrow" w:hAnsi="Arial Narrow"/>
          <w:sz w:val="28"/>
          <w:szCs w:val="28"/>
        </w:rPr>
        <w:t xml:space="preserve"> these fish on in my left hand, they float the fish or my right hand, they they completely sink to the bottom. </w:t>
      </w:r>
      <w:r w:rsidR="0054350B" w:rsidRPr="00E200E2">
        <w:rPr>
          <w:rFonts w:ascii="Arial Narrow" w:hAnsi="Arial Narrow"/>
          <w:sz w:val="28"/>
          <w:szCs w:val="28"/>
        </w:rPr>
        <w:t>So,</w:t>
      </w:r>
      <w:r w:rsidRPr="00E200E2">
        <w:rPr>
          <w:rFonts w:ascii="Arial Narrow" w:hAnsi="Arial Narrow"/>
          <w:sz w:val="28"/>
          <w:szCs w:val="28"/>
        </w:rPr>
        <w:t xml:space="preserve"> I'm going to put one, one sinky there, you know, one foodie, there. sinky there foodie, bear, you know, and I'm going to start it from a complete stop. Okay, um, if you could guess what the singers in the floaters would do when I stood when I you know, when I started and it starts abruptly, what do you think they're going to do?</w:t>
      </w:r>
    </w:p>
    <w:p w14:paraId="090BD42A" w14:textId="77777777" w:rsidR="00051E2C" w:rsidRPr="00E200E2" w:rsidRDefault="00051E2C">
      <w:pPr>
        <w:spacing w:after="0"/>
        <w:rPr>
          <w:rFonts w:ascii="Arial Narrow" w:hAnsi="Arial Narrow"/>
          <w:sz w:val="28"/>
          <w:szCs w:val="28"/>
        </w:rPr>
      </w:pPr>
    </w:p>
    <w:p w14:paraId="25D6FB0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56:38</w:t>
      </w:r>
    </w:p>
    <w:p w14:paraId="4368A54A" w14:textId="644F1C23"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think the floaty ones would move kind of faster. Okay. Um, I think the stinky ones would, they'd still move, but since I'm assuming they're a little heavier than the floaty ones, it would take more for </w:t>
      </w:r>
      <w:r w:rsidRPr="00E200E2">
        <w:rPr>
          <w:rFonts w:ascii="Arial Narrow" w:hAnsi="Arial Narrow"/>
          <w:sz w:val="28"/>
          <w:szCs w:val="28"/>
        </w:rPr>
        <w:lastRenderedPageBreak/>
        <w:t xml:space="preserve">them to move. And based on the like, pattern of the like, how the water was moving. The first time it looked like it was moving. Like more in the middle. I mean, obviously, the whole thing was but like with the like wave </w:t>
      </w:r>
      <w:r w:rsidR="0054350B" w:rsidRPr="00E200E2">
        <w:rPr>
          <w:rFonts w:ascii="Arial Narrow" w:hAnsi="Arial Narrow"/>
          <w:sz w:val="28"/>
          <w:szCs w:val="28"/>
        </w:rPr>
        <w:t>pattern.</w:t>
      </w:r>
      <w:r w:rsidRPr="00E200E2">
        <w:rPr>
          <w:rFonts w:ascii="Arial Narrow" w:hAnsi="Arial Narrow"/>
          <w:sz w:val="28"/>
          <w:szCs w:val="28"/>
        </w:rPr>
        <w:t xml:space="preserve"> Yeah. I think the middle would move faster to the floaty, so maybe gravitated towards gravitate towards the middle. And the sinking ones? I think they'd move a little bit, but I don't think it'd be like, as drastic. Okay. All right</w:t>
      </w:r>
    </w:p>
    <w:p w14:paraId="2099E3BF" w14:textId="77777777" w:rsidR="00051E2C" w:rsidRPr="00E200E2" w:rsidRDefault="00051E2C">
      <w:pPr>
        <w:spacing w:after="0"/>
        <w:rPr>
          <w:rFonts w:ascii="Arial Narrow" w:hAnsi="Arial Narrow"/>
          <w:sz w:val="28"/>
          <w:szCs w:val="28"/>
        </w:rPr>
      </w:pPr>
    </w:p>
    <w:p w14:paraId="4AC2E46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57:45</w:t>
      </w:r>
    </w:p>
    <w:p w14:paraId="31C0872D" w14:textId="320FFF17" w:rsidR="00051E2C" w:rsidRPr="00E200E2" w:rsidRDefault="0054350B">
      <w:pPr>
        <w:spacing w:after="0"/>
        <w:rPr>
          <w:rFonts w:ascii="Arial Narrow" w:hAnsi="Arial Narrow"/>
          <w:sz w:val="28"/>
          <w:szCs w:val="28"/>
        </w:rPr>
      </w:pPr>
      <w:r>
        <w:rPr>
          <w:rFonts w:ascii="Arial Narrow" w:hAnsi="Arial Narrow"/>
          <w:sz w:val="28"/>
          <w:szCs w:val="28"/>
        </w:rPr>
        <w:t>S</w:t>
      </w:r>
      <w:r w:rsidRPr="00E200E2">
        <w:rPr>
          <w:rFonts w:ascii="Arial Narrow" w:hAnsi="Arial Narrow"/>
          <w:sz w:val="28"/>
          <w:szCs w:val="28"/>
        </w:rPr>
        <w:t>o, how are we feeling?</w:t>
      </w:r>
    </w:p>
    <w:p w14:paraId="420EA1B0" w14:textId="77777777" w:rsidR="00051E2C" w:rsidRPr="00E200E2" w:rsidRDefault="00051E2C">
      <w:pPr>
        <w:spacing w:after="0"/>
        <w:rPr>
          <w:rFonts w:ascii="Arial Narrow" w:hAnsi="Arial Narrow"/>
          <w:sz w:val="28"/>
          <w:szCs w:val="28"/>
        </w:rPr>
      </w:pPr>
    </w:p>
    <w:p w14:paraId="465DBCB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57:47</w:t>
      </w:r>
    </w:p>
    <w:p w14:paraId="151CD7C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I guess not what I predicted.</w:t>
      </w:r>
    </w:p>
    <w:p w14:paraId="0E8DA77C" w14:textId="77777777" w:rsidR="00051E2C" w:rsidRPr="00E200E2" w:rsidRDefault="00051E2C">
      <w:pPr>
        <w:spacing w:after="0"/>
        <w:rPr>
          <w:rFonts w:ascii="Arial Narrow" w:hAnsi="Arial Narrow"/>
          <w:sz w:val="28"/>
          <w:szCs w:val="28"/>
        </w:rPr>
      </w:pPr>
    </w:p>
    <w:p w14:paraId="6B5F058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57:54</w:t>
      </w:r>
    </w:p>
    <w:p w14:paraId="37630E50" w14:textId="38065AC3" w:rsidR="00051E2C" w:rsidRPr="00E200E2" w:rsidRDefault="0054350B">
      <w:pPr>
        <w:spacing w:after="0"/>
        <w:rPr>
          <w:rFonts w:ascii="Arial Narrow" w:hAnsi="Arial Narrow"/>
          <w:sz w:val="28"/>
          <w:szCs w:val="28"/>
        </w:rPr>
      </w:pPr>
      <w:r>
        <w:rPr>
          <w:rFonts w:ascii="Arial Narrow" w:hAnsi="Arial Narrow"/>
          <w:sz w:val="28"/>
          <w:szCs w:val="28"/>
        </w:rPr>
        <w:t>S</w:t>
      </w:r>
      <w:r w:rsidRPr="00E200E2">
        <w:rPr>
          <w:rFonts w:ascii="Arial Narrow" w:hAnsi="Arial Narrow"/>
          <w:sz w:val="28"/>
          <w:szCs w:val="28"/>
        </w:rPr>
        <w:t>o, what's something interesting that's happening that you didn't think would have happened?</w:t>
      </w:r>
    </w:p>
    <w:p w14:paraId="6E28F4D7" w14:textId="77777777" w:rsidR="00051E2C" w:rsidRPr="00E200E2" w:rsidRDefault="00051E2C">
      <w:pPr>
        <w:spacing w:after="0"/>
        <w:rPr>
          <w:rFonts w:ascii="Arial Narrow" w:hAnsi="Arial Narrow"/>
          <w:sz w:val="28"/>
          <w:szCs w:val="28"/>
        </w:rPr>
      </w:pPr>
    </w:p>
    <w:p w14:paraId="3445DDE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57:59</w:t>
      </w:r>
    </w:p>
    <w:p w14:paraId="775DF1A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Everything's pretty much saying in the same spot. Like, I mean, it's, they're all moving but relative to where they started, they're pretty much in the same position. I'm kind of the one in the middle, I would say are, they're like, relatively the same.</w:t>
      </w:r>
    </w:p>
    <w:p w14:paraId="6A0C899A" w14:textId="77777777" w:rsidR="00051E2C" w:rsidRPr="00E200E2" w:rsidRDefault="00051E2C">
      <w:pPr>
        <w:spacing w:after="0"/>
        <w:rPr>
          <w:rFonts w:ascii="Arial Narrow" w:hAnsi="Arial Narrow"/>
          <w:sz w:val="28"/>
          <w:szCs w:val="28"/>
        </w:rPr>
      </w:pPr>
    </w:p>
    <w:p w14:paraId="7E07D56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58:22</w:t>
      </w:r>
    </w:p>
    <w:p w14:paraId="0D929EF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 And they're in the same position. What about their orientation? What do you mean? So like, me standing right here. And then me moving right here. I move positions. Yeah. But if I'm standing right here, and I'm moving like this, or anything like that, that's my orientation. Yeah. Patients change. So what about the orientation?</w:t>
      </w:r>
    </w:p>
    <w:p w14:paraId="4CE86B2D" w14:textId="77777777" w:rsidR="00051E2C" w:rsidRPr="00E200E2" w:rsidRDefault="00051E2C">
      <w:pPr>
        <w:spacing w:after="0"/>
        <w:rPr>
          <w:rFonts w:ascii="Arial Narrow" w:hAnsi="Arial Narrow"/>
          <w:sz w:val="28"/>
          <w:szCs w:val="28"/>
        </w:rPr>
      </w:pPr>
    </w:p>
    <w:p w14:paraId="0B647F3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58:46</w:t>
      </w:r>
    </w:p>
    <w:p w14:paraId="2970D046"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Um I think the ones in the middle he's the one the distinction one in the middle. He's like rotating with it, but he's not really moving with the tank. Yeah. I mean, he, like he's not moving positions, but he's rotating with the tank. Pretty much for both the bottom ones. And then the floating ones. It looks like that guy. He's like rotating. But the other one like the position is slightly changing. Right.</w:t>
      </w:r>
    </w:p>
    <w:p w14:paraId="67F2D3DC" w14:textId="77777777" w:rsidR="00051E2C" w:rsidRPr="00E200E2" w:rsidRDefault="00051E2C">
      <w:pPr>
        <w:spacing w:after="0"/>
        <w:rPr>
          <w:rFonts w:ascii="Arial Narrow" w:hAnsi="Arial Narrow"/>
          <w:sz w:val="28"/>
          <w:szCs w:val="28"/>
        </w:rPr>
      </w:pPr>
    </w:p>
    <w:p w14:paraId="69B6953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59:23</w:t>
      </w:r>
    </w:p>
    <w:p w14:paraId="1C87F15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So who's moving with the water and who's moving the tank?</w:t>
      </w:r>
    </w:p>
    <w:p w14:paraId="2643836F" w14:textId="77777777" w:rsidR="00051E2C" w:rsidRPr="00E200E2" w:rsidRDefault="00051E2C">
      <w:pPr>
        <w:spacing w:after="0"/>
        <w:rPr>
          <w:rFonts w:ascii="Arial Narrow" w:hAnsi="Arial Narrow"/>
          <w:sz w:val="28"/>
          <w:szCs w:val="28"/>
        </w:rPr>
      </w:pPr>
    </w:p>
    <w:p w14:paraId="0715FC7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Participant#32:  </w:t>
      </w:r>
      <w:r w:rsidRPr="00E200E2">
        <w:rPr>
          <w:rFonts w:ascii="Arial Narrow" w:hAnsi="Arial Narrow"/>
          <w:color w:val="5D7284"/>
          <w:sz w:val="28"/>
          <w:szCs w:val="28"/>
        </w:rPr>
        <w:t>59:26</w:t>
      </w:r>
    </w:p>
    <w:p w14:paraId="71830B1D" w14:textId="36621141"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 think the ones on the top the floaties are moving with the water and thinking wants to remember what the </w:t>
      </w:r>
      <w:r w:rsidR="0054350B" w:rsidRPr="00E200E2">
        <w:rPr>
          <w:rFonts w:ascii="Arial Narrow" w:hAnsi="Arial Narrow"/>
          <w:sz w:val="28"/>
          <w:szCs w:val="28"/>
        </w:rPr>
        <w:t>tank.</w:t>
      </w:r>
    </w:p>
    <w:p w14:paraId="4B4E45FB" w14:textId="77777777" w:rsidR="00051E2C" w:rsidRPr="00E200E2" w:rsidRDefault="00051E2C">
      <w:pPr>
        <w:spacing w:after="0"/>
        <w:rPr>
          <w:rFonts w:ascii="Arial Narrow" w:hAnsi="Arial Narrow"/>
          <w:sz w:val="28"/>
          <w:szCs w:val="28"/>
        </w:rPr>
      </w:pPr>
    </w:p>
    <w:p w14:paraId="14DF7DF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59:34</w:t>
      </w:r>
    </w:p>
    <w:p w14:paraId="5CF0F12E" w14:textId="154F278F" w:rsidR="00051E2C" w:rsidRPr="00E200E2" w:rsidRDefault="0054350B">
      <w:pPr>
        <w:spacing w:after="0"/>
        <w:rPr>
          <w:rFonts w:ascii="Arial Narrow" w:hAnsi="Arial Narrow"/>
          <w:sz w:val="28"/>
          <w:szCs w:val="28"/>
        </w:rPr>
      </w:pPr>
      <w:r>
        <w:rPr>
          <w:rFonts w:ascii="Arial Narrow" w:hAnsi="Arial Narrow"/>
          <w:sz w:val="28"/>
          <w:szCs w:val="28"/>
        </w:rPr>
        <w:t>A</w:t>
      </w:r>
      <w:r w:rsidRPr="00E200E2">
        <w:rPr>
          <w:rFonts w:ascii="Arial Narrow" w:hAnsi="Arial Narrow"/>
          <w:sz w:val="28"/>
          <w:szCs w:val="28"/>
        </w:rPr>
        <w:t>nd who's who's faster.</w:t>
      </w:r>
    </w:p>
    <w:p w14:paraId="22615A3D" w14:textId="77777777" w:rsidR="00051E2C" w:rsidRPr="00E200E2" w:rsidRDefault="00051E2C">
      <w:pPr>
        <w:spacing w:after="0"/>
        <w:rPr>
          <w:rFonts w:ascii="Arial Narrow" w:hAnsi="Arial Narrow"/>
          <w:sz w:val="28"/>
          <w:szCs w:val="28"/>
        </w:rPr>
      </w:pPr>
    </w:p>
    <w:p w14:paraId="0BCF988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59:39</w:t>
      </w:r>
    </w:p>
    <w:p w14:paraId="361C0A2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mean, my brain wants to say the the ones on the bottom. But I mean, they're faster because they're moving with the tank. And the water is going constantly but I don't think it's moving quite as fast as the tank is. I think it moves I stopped it, it would be different. But I guess if I had to quickly be going faster, I think the bottom ones,</w:t>
      </w:r>
    </w:p>
    <w:p w14:paraId="6CBE4518" w14:textId="77777777" w:rsidR="00051E2C" w:rsidRPr="00E200E2" w:rsidRDefault="00051E2C">
      <w:pPr>
        <w:spacing w:after="0"/>
        <w:rPr>
          <w:rFonts w:ascii="Arial Narrow" w:hAnsi="Arial Narrow"/>
          <w:sz w:val="28"/>
          <w:szCs w:val="28"/>
        </w:rPr>
      </w:pPr>
    </w:p>
    <w:p w14:paraId="5A6D9C2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1:00:10</w:t>
      </w:r>
    </w:p>
    <w:p w14:paraId="3A0BAC4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Do you think they will these fish will ever be in some kind of movement equilibrium? Like there'll be all of them, the bottom and top will all be doing the same exact thing.</w:t>
      </w:r>
    </w:p>
    <w:p w14:paraId="6CDCF728" w14:textId="77777777" w:rsidR="00051E2C" w:rsidRPr="00E200E2" w:rsidRDefault="00051E2C">
      <w:pPr>
        <w:spacing w:after="0"/>
        <w:rPr>
          <w:rFonts w:ascii="Arial Narrow" w:hAnsi="Arial Narrow"/>
          <w:sz w:val="28"/>
          <w:szCs w:val="28"/>
        </w:rPr>
      </w:pPr>
    </w:p>
    <w:p w14:paraId="7402B1C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1:00:20</w:t>
      </w:r>
    </w:p>
    <w:p w14:paraId="266B80C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mean, the ones on the bottom fender are, they're not really moving. They're just kind of going with the tank. They've like found their spot.</w:t>
      </w:r>
    </w:p>
    <w:p w14:paraId="05373506" w14:textId="77777777" w:rsidR="00051E2C" w:rsidRPr="00E200E2" w:rsidRDefault="00051E2C">
      <w:pPr>
        <w:spacing w:after="0"/>
        <w:rPr>
          <w:rFonts w:ascii="Arial Narrow" w:hAnsi="Arial Narrow"/>
          <w:sz w:val="28"/>
          <w:szCs w:val="28"/>
        </w:rPr>
      </w:pPr>
    </w:p>
    <w:p w14:paraId="31F9D08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1:00:27</w:t>
      </w:r>
    </w:p>
    <w:p w14:paraId="57C2222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Right? Do you think the floaters will ever go with the tank?</w:t>
      </w:r>
    </w:p>
    <w:p w14:paraId="4DA56B8A" w14:textId="77777777" w:rsidR="00051E2C" w:rsidRPr="00E200E2" w:rsidRDefault="00051E2C">
      <w:pPr>
        <w:spacing w:after="0"/>
        <w:rPr>
          <w:rFonts w:ascii="Arial Narrow" w:hAnsi="Arial Narrow"/>
          <w:sz w:val="28"/>
          <w:szCs w:val="28"/>
        </w:rPr>
      </w:pPr>
    </w:p>
    <w:p w14:paraId="5E1B758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1:00:30</w:t>
      </w:r>
    </w:p>
    <w:p w14:paraId="5E77D70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No, no, not unless it was. No, I don't think so. Because if it was turned off, they'd still be going with the water. I mean, I guess you could kind of say they are going with the tank, and since they're going with the water in the water is going with the tank, but just directly going with the tank? I don't think so.</w:t>
      </w:r>
    </w:p>
    <w:p w14:paraId="36817A2B" w14:textId="77777777" w:rsidR="00051E2C" w:rsidRPr="00E200E2" w:rsidRDefault="00051E2C">
      <w:pPr>
        <w:spacing w:after="0"/>
        <w:rPr>
          <w:rFonts w:ascii="Arial Narrow" w:hAnsi="Arial Narrow"/>
          <w:sz w:val="28"/>
          <w:szCs w:val="28"/>
        </w:rPr>
      </w:pPr>
    </w:p>
    <w:p w14:paraId="20388DC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1:00:47</w:t>
      </w:r>
    </w:p>
    <w:p w14:paraId="34A4C49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Okay, so is the water moving? Is water moving slower? Or faster? or some variation of compared to the tank?</w:t>
      </w:r>
    </w:p>
    <w:p w14:paraId="3015D960" w14:textId="77777777" w:rsidR="00051E2C" w:rsidRPr="00E200E2" w:rsidRDefault="00051E2C">
      <w:pPr>
        <w:spacing w:after="0"/>
        <w:rPr>
          <w:rFonts w:ascii="Arial Narrow" w:hAnsi="Arial Narrow"/>
          <w:sz w:val="28"/>
          <w:szCs w:val="28"/>
        </w:rPr>
      </w:pPr>
    </w:p>
    <w:p w14:paraId="5141048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1:00:58</w:t>
      </w:r>
    </w:p>
    <w:p w14:paraId="465781EA"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I mean, I, I'd say it's moving slower, slower. Um, when the tanks in motion, when the tanks not, then the water kind of keeps up where the tank left it. And it just kind of like still flows like that. </w:t>
      </w:r>
    </w:p>
    <w:p w14:paraId="261FC3CD" w14:textId="77777777" w:rsidR="00051E2C" w:rsidRPr="00E200E2" w:rsidRDefault="00051E2C">
      <w:pPr>
        <w:spacing w:after="0"/>
        <w:rPr>
          <w:rFonts w:ascii="Arial Narrow" w:hAnsi="Arial Narrow"/>
          <w:sz w:val="28"/>
          <w:szCs w:val="28"/>
        </w:rPr>
      </w:pPr>
    </w:p>
    <w:p w14:paraId="2BA7687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1:01:16</w:t>
      </w:r>
    </w:p>
    <w:p w14:paraId="50605528" w14:textId="55BD0C23"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Do you think the water in the tank will ever be at the same speed? So you're saying that the water might be slower? </w:t>
      </w:r>
      <w:r w:rsidR="0054350B" w:rsidRPr="00E200E2">
        <w:rPr>
          <w:rFonts w:ascii="Arial Narrow" w:hAnsi="Arial Narrow"/>
          <w:sz w:val="28"/>
          <w:szCs w:val="28"/>
        </w:rPr>
        <w:t>So,</w:t>
      </w:r>
      <w:r w:rsidRPr="00E200E2">
        <w:rPr>
          <w:rFonts w:ascii="Arial Narrow" w:hAnsi="Arial Narrow"/>
          <w:sz w:val="28"/>
          <w:szCs w:val="28"/>
        </w:rPr>
        <w:t xml:space="preserve"> do you think the water will ever catch up and speed to the tank? Will they ever be in equilibrium with each other?</w:t>
      </w:r>
    </w:p>
    <w:p w14:paraId="1AAFBFE4" w14:textId="77777777" w:rsidR="00051E2C" w:rsidRPr="00E200E2" w:rsidRDefault="00051E2C">
      <w:pPr>
        <w:spacing w:after="0"/>
        <w:rPr>
          <w:rFonts w:ascii="Arial Narrow" w:hAnsi="Arial Narrow"/>
          <w:sz w:val="28"/>
          <w:szCs w:val="28"/>
        </w:rPr>
      </w:pPr>
    </w:p>
    <w:p w14:paraId="636157E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1:01:34</w:t>
      </w:r>
    </w:p>
    <w:p w14:paraId="287737F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mean, maybe they kind of are just because the water has no choice but to move with the tank.</w:t>
      </w:r>
    </w:p>
    <w:p w14:paraId="00AA541A" w14:textId="77777777" w:rsidR="00051E2C" w:rsidRPr="00E200E2" w:rsidRDefault="00051E2C">
      <w:pPr>
        <w:spacing w:after="0"/>
        <w:rPr>
          <w:rFonts w:ascii="Arial Narrow" w:hAnsi="Arial Narrow"/>
          <w:sz w:val="28"/>
          <w:szCs w:val="28"/>
        </w:rPr>
      </w:pPr>
    </w:p>
    <w:p w14:paraId="21690F5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1:01:42</w:t>
      </w:r>
    </w:p>
    <w:p w14:paraId="567F12D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They all right now, or do you think it'll take some time?</w:t>
      </w:r>
    </w:p>
    <w:p w14:paraId="6401AB76" w14:textId="77777777" w:rsidR="00051E2C" w:rsidRPr="00E200E2" w:rsidRDefault="00051E2C">
      <w:pPr>
        <w:spacing w:after="0"/>
        <w:rPr>
          <w:rFonts w:ascii="Arial Narrow" w:hAnsi="Arial Narrow"/>
          <w:sz w:val="28"/>
          <w:szCs w:val="28"/>
        </w:rPr>
      </w:pPr>
    </w:p>
    <w:p w14:paraId="2F1BB3B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1:01:47</w:t>
      </w:r>
    </w:p>
    <w:p w14:paraId="54C987BC" w14:textId="3FF3B6C1"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Maybe they are right now. Because the water, I mean, it has to go with the tank. </w:t>
      </w:r>
      <w:r w:rsidR="0054350B" w:rsidRPr="00E200E2">
        <w:rPr>
          <w:rFonts w:ascii="Arial Narrow" w:hAnsi="Arial Narrow"/>
          <w:sz w:val="28"/>
          <w:szCs w:val="28"/>
        </w:rPr>
        <w:t>So,</w:t>
      </w:r>
      <w:r w:rsidRPr="00E200E2">
        <w:rPr>
          <w:rFonts w:ascii="Arial Narrow" w:hAnsi="Arial Narrow"/>
          <w:sz w:val="28"/>
          <w:szCs w:val="28"/>
        </w:rPr>
        <w:t xml:space="preserve"> it like to me it looks like the water is not really moving. Which tells my brain that they might be in equilibrium now. Because I wouldn't be able to tell a difference. If they were.</w:t>
      </w:r>
    </w:p>
    <w:p w14:paraId="5269097E" w14:textId="77777777" w:rsidR="00051E2C" w:rsidRPr="00E200E2" w:rsidRDefault="00051E2C">
      <w:pPr>
        <w:spacing w:after="0"/>
        <w:rPr>
          <w:rFonts w:ascii="Arial Narrow" w:hAnsi="Arial Narrow"/>
          <w:sz w:val="28"/>
          <w:szCs w:val="28"/>
        </w:rPr>
      </w:pPr>
    </w:p>
    <w:p w14:paraId="229E0A9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1:02:06</w:t>
      </w:r>
    </w:p>
    <w:p w14:paraId="2408A782" w14:textId="2E11FCF9"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And </w:t>
      </w:r>
      <w:r w:rsidR="0054350B" w:rsidRPr="00E200E2">
        <w:rPr>
          <w:rFonts w:ascii="Arial Narrow" w:hAnsi="Arial Narrow"/>
          <w:sz w:val="28"/>
          <w:szCs w:val="28"/>
        </w:rPr>
        <w:t>if they</w:t>
      </w:r>
      <w:r w:rsidRPr="00E200E2">
        <w:rPr>
          <w:rFonts w:ascii="Arial Narrow" w:hAnsi="Arial Narrow"/>
          <w:sz w:val="28"/>
          <w:szCs w:val="28"/>
        </w:rPr>
        <w:t xml:space="preserve"> were in equilibrium with a fish would they all be doing the same thing?</w:t>
      </w:r>
    </w:p>
    <w:p w14:paraId="7B0EF499" w14:textId="77777777" w:rsidR="00051E2C" w:rsidRPr="00E200E2" w:rsidRDefault="00051E2C">
      <w:pPr>
        <w:spacing w:after="0"/>
        <w:rPr>
          <w:rFonts w:ascii="Arial Narrow" w:hAnsi="Arial Narrow"/>
          <w:sz w:val="28"/>
          <w:szCs w:val="28"/>
        </w:rPr>
      </w:pPr>
    </w:p>
    <w:p w14:paraId="07CA91A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1:02:13</w:t>
      </w:r>
    </w:p>
    <w:p w14:paraId="0141DE0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Not necessarily. I think it would depend on their starting position.</w:t>
      </w:r>
    </w:p>
    <w:p w14:paraId="56EF74C7" w14:textId="77777777" w:rsidR="00051E2C" w:rsidRPr="00E200E2" w:rsidRDefault="00051E2C">
      <w:pPr>
        <w:spacing w:after="0"/>
        <w:rPr>
          <w:rFonts w:ascii="Arial Narrow" w:hAnsi="Arial Narrow"/>
          <w:sz w:val="28"/>
          <w:szCs w:val="28"/>
        </w:rPr>
      </w:pPr>
    </w:p>
    <w:p w14:paraId="3B5FE603"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1:02:18</w:t>
      </w:r>
    </w:p>
    <w:p w14:paraId="6907DFB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Depending on where they are in the tank.</w:t>
      </w:r>
    </w:p>
    <w:p w14:paraId="6E1EA5DA" w14:textId="77777777" w:rsidR="00051E2C" w:rsidRPr="00E200E2" w:rsidRDefault="00051E2C">
      <w:pPr>
        <w:spacing w:after="0"/>
        <w:rPr>
          <w:rFonts w:ascii="Arial Narrow" w:hAnsi="Arial Narrow"/>
          <w:sz w:val="28"/>
          <w:szCs w:val="28"/>
        </w:rPr>
      </w:pPr>
    </w:p>
    <w:p w14:paraId="28CDA0B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1:02:20</w:t>
      </w:r>
    </w:p>
    <w:p w14:paraId="739C7F4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Like the one in the middle didn't really move much. But the one you put like towards the edge more. Like it did more so I don't?</w:t>
      </w:r>
    </w:p>
    <w:p w14:paraId="55CC847D" w14:textId="77777777" w:rsidR="00051E2C" w:rsidRPr="00E200E2" w:rsidRDefault="00051E2C">
      <w:pPr>
        <w:spacing w:after="0"/>
        <w:rPr>
          <w:rFonts w:ascii="Arial Narrow" w:hAnsi="Arial Narrow"/>
          <w:sz w:val="28"/>
          <w:szCs w:val="28"/>
        </w:rPr>
      </w:pPr>
    </w:p>
    <w:p w14:paraId="22038F3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1:02:29</w:t>
      </w:r>
    </w:p>
    <w:p w14:paraId="7D9B2393" w14:textId="7ACDF7E1"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Like do you think the ones that are floating on top are </w:t>
      </w:r>
      <w:r w:rsidR="0054350B" w:rsidRPr="00E200E2">
        <w:rPr>
          <w:rFonts w:ascii="Arial Narrow" w:hAnsi="Arial Narrow"/>
          <w:sz w:val="28"/>
          <w:szCs w:val="28"/>
        </w:rPr>
        <w:t>starting.</w:t>
      </w:r>
      <w:r w:rsidRPr="00E200E2">
        <w:rPr>
          <w:rFonts w:ascii="Arial Narrow" w:hAnsi="Arial Narrow"/>
          <w:sz w:val="28"/>
          <w:szCs w:val="28"/>
        </w:rPr>
        <w:t xml:space="preserve"> Like the orientation is starting to go with the tank more than it was in the beginning?</w:t>
      </w:r>
    </w:p>
    <w:p w14:paraId="43B0A761" w14:textId="77777777" w:rsidR="00051E2C" w:rsidRPr="00E200E2" w:rsidRDefault="00051E2C">
      <w:pPr>
        <w:spacing w:after="0"/>
        <w:rPr>
          <w:rFonts w:ascii="Arial Narrow" w:hAnsi="Arial Narrow"/>
          <w:sz w:val="28"/>
          <w:szCs w:val="28"/>
        </w:rPr>
      </w:pPr>
    </w:p>
    <w:p w14:paraId="6B11FA25"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1:02:39</w:t>
      </w:r>
    </w:p>
    <w:p w14:paraId="2BB6495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Yes. </w:t>
      </w:r>
    </w:p>
    <w:p w14:paraId="0B2857AA" w14:textId="77777777" w:rsidR="00051E2C" w:rsidRPr="00E200E2" w:rsidRDefault="00051E2C">
      <w:pPr>
        <w:spacing w:after="0"/>
        <w:rPr>
          <w:rFonts w:ascii="Arial Narrow" w:hAnsi="Arial Narrow"/>
          <w:sz w:val="28"/>
          <w:szCs w:val="28"/>
        </w:rPr>
      </w:pPr>
    </w:p>
    <w:p w14:paraId="25B7CC0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1:02:41</w:t>
      </w:r>
    </w:p>
    <w:p w14:paraId="171C10E0" w14:textId="31A35FD7" w:rsidR="00051E2C" w:rsidRPr="00E200E2" w:rsidRDefault="0054350B">
      <w:pPr>
        <w:spacing w:after="0"/>
        <w:rPr>
          <w:rFonts w:ascii="Arial Narrow" w:hAnsi="Arial Narrow"/>
          <w:sz w:val="28"/>
          <w:szCs w:val="28"/>
        </w:rPr>
      </w:pPr>
      <w:r w:rsidRPr="00E200E2">
        <w:rPr>
          <w:rFonts w:ascii="Arial Narrow" w:hAnsi="Arial Narrow"/>
          <w:sz w:val="28"/>
          <w:szCs w:val="28"/>
        </w:rPr>
        <w:t>So, would you say that even though their positions have obviously changed that eventually the orientation of all the fish will be the same? Like they're all follow the same orientation?</w:t>
      </w:r>
    </w:p>
    <w:p w14:paraId="2AC02869" w14:textId="77777777" w:rsidR="00051E2C" w:rsidRPr="00E200E2" w:rsidRDefault="00051E2C">
      <w:pPr>
        <w:spacing w:after="0"/>
        <w:rPr>
          <w:rFonts w:ascii="Arial Narrow" w:hAnsi="Arial Narrow"/>
          <w:sz w:val="28"/>
          <w:szCs w:val="28"/>
        </w:rPr>
      </w:pPr>
    </w:p>
    <w:p w14:paraId="28DAFF1D"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1:02:54</w:t>
      </w:r>
    </w:p>
    <w:p w14:paraId="7479D38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Yeah, I think so.</w:t>
      </w:r>
    </w:p>
    <w:p w14:paraId="00B3B8C9" w14:textId="77777777" w:rsidR="00051E2C" w:rsidRPr="00E200E2" w:rsidRDefault="00051E2C">
      <w:pPr>
        <w:spacing w:after="0"/>
        <w:rPr>
          <w:rFonts w:ascii="Arial Narrow" w:hAnsi="Arial Narrow"/>
          <w:sz w:val="28"/>
          <w:szCs w:val="28"/>
        </w:rPr>
      </w:pPr>
    </w:p>
    <w:p w14:paraId="09C49E1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1:02:55</w:t>
      </w:r>
    </w:p>
    <w:p w14:paraId="56F07147"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And do you think that corresponds with the water and tank being in equilibrium with each other?</w:t>
      </w:r>
    </w:p>
    <w:p w14:paraId="61368F3D" w14:textId="77777777" w:rsidR="00051E2C" w:rsidRPr="00E200E2" w:rsidRDefault="00051E2C">
      <w:pPr>
        <w:spacing w:after="0"/>
        <w:rPr>
          <w:rFonts w:ascii="Arial Narrow" w:hAnsi="Arial Narrow"/>
          <w:sz w:val="28"/>
          <w:szCs w:val="28"/>
        </w:rPr>
      </w:pPr>
    </w:p>
    <w:p w14:paraId="0522029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1:03:01</w:t>
      </w:r>
    </w:p>
    <w:p w14:paraId="04CAE049"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I think it has a little bit to do with it. I think the floaty fish will always be a little bit more inclined to follow the water. Just because that's the movement of the water is what's going to affect them before the speed of the tank will.</w:t>
      </w:r>
    </w:p>
    <w:p w14:paraId="760AFA2D" w14:textId="77777777" w:rsidR="00051E2C" w:rsidRPr="00E200E2" w:rsidRDefault="00051E2C">
      <w:pPr>
        <w:spacing w:after="0"/>
        <w:rPr>
          <w:rFonts w:ascii="Arial Narrow" w:hAnsi="Arial Narrow"/>
          <w:sz w:val="28"/>
          <w:szCs w:val="28"/>
        </w:rPr>
      </w:pPr>
    </w:p>
    <w:p w14:paraId="1E2C9041"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1:03:21</w:t>
      </w:r>
    </w:p>
    <w:p w14:paraId="2EA6C37D" w14:textId="22F959C9" w:rsidR="00051E2C" w:rsidRPr="00E200E2" w:rsidRDefault="0054350B">
      <w:pPr>
        <w:spacing w:after="0"/>
        <w:rPr>
          <w:rFonts w:ascii="Arial Narrow" w:hAnsi="Arial Narrow"/>
          <w:sz w:val="28"/>
          <w:szCs w:val="28"/>
        </w:rPr>
      </w:pPr>
      <w:r w:rsidRPr="00E200E2">
        <w:rPr>
          <w:rFonts w:ascii="Arial Narrow" w:hAnsi="Arial Narrow"/>
          <w:sz w:val="28"/>
          <w:szCs w:val="28"/>
        </w:rPr>
        <w:t>So, what do you think will happen if I just abruptly stopped the tank?</w:t>
      </w:r>
    </w:p>
    <w:p w14:paraId="4EA65CE3" w14:textId="77777777" w:rsidR="00051E2C" w:rsidRPr="00E200E2" w:rsidRDefault="00051E2C">
      <w:pPr>
        <w:spacing w:after="0"/>
        <w:rPr>
          <w:rFonts w:ascii="Arial Narrow" w:hAnsi="Arial Narrow"/>
          <w:sz w:val="28"/>
          <w:szCs w:val="28"/>
        </w:rPr>
      </w:pPr>
    </w:p>
    <w:p w14:paraId="5F465F6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1:03:29</w:t>
      </w:r>
    </w:p>
    <w:p w14:paraId="29C7FF8A" w14:textId="2B60BD37" w:rsidR="00051E2C" w:rsidRPr="00E200E2" w:rsidRDefault="00E352A4">
      <w:pPr>
        <w:spacing w:after="0"/>
        <w:rPr>
          <w:rFonts w:ascii="Arial Narrow" w:hAnsi="Arial Narrow"/>
          <w:sz w:val="28"/>
          <w:szCs w:val="28"/>
        </w:rPr>
      </w:pPr>
      <w:r w:rsidRPr="50355882">
        <w:rPr>
          <w:rFonts w:ascii="Arial Narrow" w:hAnsi="Arial Narrow"/>
          <w:sz w:val="28"/>
          <w:szCs w:val="28"/>
        </w:rPr>
        <w:t xml:space="preserve">I think the ones at the bottom would their position would move. Since it's just going based on the flow of the water when it stops when the tank stops. I think they would move. I don't think the floating ones would move as much. Because they've been kind of going with the flow of the water the whole time or is the ones on the bottom have been going with the tank. So when the tank stops, they're </w:t>
      </w:r>
      <w:r w:rsidR="093447E7" w:rsidRPr="50355882">
        <w:rPr>
          <w:rFonts w:ascii="Arial Narrow" w:hAnsi="Arial Narrow"/>
          <w:sz w:val="28"/>
          <w:szCs w:val="28"/>
        </w:rPr>
        <w:t>gonna</w:t>
      </w:r>
      <w:r w:rsidRPr="50355882">
        <w:rPr>
          <w:rFonts w:ascii="Arial Narrow" w:hAnsi="Arial Narrow"/>
          <w:sz w:val="28"/>
          <w:szCs w:val="28"/>
        </w:rPr>
        <w:t xml:space="preserve"> move because it won't be the same. Like speed.</w:t>
      </w:r>
    </w:p>
    <w:p w14:paraId="78A31F48" w14:textId="77777777" w:rsidR="00051E2C" w:rsidRPr="00E200E2" w:rsidRDefault="00051E2C">
      <w:pPr>
        <w:spacing w:after="0"/>
        <w:rPr>
          <w:rFonts w:ascii="Arial Narrow" w:hAnsi="Arial Narrow"/>
          <w:sz w:val="28"/>
          <w:szCs w:val="28"/>
        </w:rPr>
      </w:pPr>
    </w:p>
    <w:p w14:paraId="24F3F84E"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1:04:02</w:t>
      </w:r>
    </w:p>
    <w:p w14:paraId="3E89986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All right, well, Let's see. Is that surprising at all?</w:t>
      </w:r>
    </w:p>
    <w:p w14:paraId="3FA9BAD5" w14:textId="77777777" w:rsidR="00051E2C" w:rsidRPr="00E200E2" w:rsidRDefault="00051E2C">
      <w:pPr>
        <w:spacing w:after="0"/>
        <w:rPr>
          <w:rFonts w:ascii="Arial Narrow" w:hAnsi="Arial Narrow"/>
          <w:sz w:val="28"/>
          <w:szCs w:val="28"/>
        </w:rPr>
      </w:pPr>
    </w:p>
    <w:p w14:paraId="6D71556B"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1:04:14</w:t>
      </w:r>
    </w:p>
    <w:p w14:paraId="2FE6D41F"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No. That's pretty much what I thought would happen. </w:t>
      </w:r>
    </w:p>
    <w:p w14:paraId="45647277" w14:textId="77777777" w:rsidR="00051E2C" w:rsidRPr="00E200E2" w:rsidRDefault="00051E2C">
      <w:pPr>
        <w:spacing w:after="0"/>
        <w:rPr>
          <w:rFonts w:ascii="Arial Narrow" w:hAnsi="Arial Narrow"/>
          <w:sz w:val="28"/>
          <w:szCs w:val="28"/>
        </w:rPr>
      </w:pPr>
    </w:p>
    <w:p w14:paraId="39882AD4"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lastRenderedPageBreak/>
        <w:t xml:space="preserve">Interviewer E:  </w:t>
      </w:r>
      <w:r w:rsidRPr="00E200E2">
        <w:rPr>
          <w:rFonts w:ascii="Arial Narrow" w:hAnsi="Arial Narrow"/>
          <w:color w:val="5D7284"/>
          <w:sz w:val="28"/>
          <w:szCs w:val="28"/>
        </w:rPr>
        <w:t>1:04:17</w:t>
      </w:r>
    </w:p>
    <w:p w14:paraId="37DFDA90"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But you could see the water moving now. </w:t>
      </w:r>
    </w:p>
    <w:p w14:paraId="21D08E19" w14:textId="77777777" w:rsidR="00051E2C" w:rsidRPr="00E200E2" w:rsidRDefault="00051E2C">
      <w:pPr>
        <w:spacing w:after="0"/>
        <w:rPr>
          <w:rFonts w:ascii="Arial Narrow" w:hAnsi="Arial Narrow"/>
          <w:sz w:val="28"/>
          <w:szCs w:val="28"/>
        </w:rPr>
      </w:pPr>
    </w:p>
    <w:p w14:paraId="58E80902"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Participant#32:  </w:t>
      </w:r>
      <w:r w:rsidRPr="00E200E2">
        <w:rPr>
          <w:rFonts w:ascii="Arial Narrow" w:hAnsi="Arial Narrow"/>
          <w:color w:val="5D7284"/>
          <w:sz w:val="28"/>
          <w:szCs w:val="28"/>
        </w:rPr>
        <w:t>1:04:19</w:t>
      </w:r>
    </w:p>
    <w:p w14:paraId="58AE66D8"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Oh, right. Yes.</w:t>
      </w:r>
    </w:p>
    <w:p w14:paraId="35AC537F" w14:textId="77777777" w:rsidR="00051E2C" w:rsidRPr="00E200E2" w:rsidRDefault="00051E2C">
      <w:pPr>
        <w:spacing w:after="0"/>
        <w:rPr>
          <w:rFonts w:ascii="Arial Narrow" w:hAnsi="Arial Narrow"/>
          <w:sz w:val="28"/>
          <w:szCs w:val="28"/>
        </w:rPr>
      </w:pPr>
    </w:p>
    <w:p w14:paraId="2F0BFF9C" w14:textId="77777777" w:rsidR="00051E2C" w:rsidRPr="00E200E2" w:rsidRDefault="00E352A4">
      <w:pPr>
        <w:spacing w:after="0"/>
        <w:rPr>
          <w:rFonts w:ascii="Arial Narrow" w:hAnsi="Arial Narrow"/>
          <w:sz w:val="28"/>
          <w:szCs w:val="28"/>
        </w:rPr>
      </w:pPr>
      <w:r w:rsidRPr="00E200E2">
        <w:rPr>
          <w:rFonts w:ascii="Arial Narrow" w:hAnsi="Arial Narrow"/>
          <w:sz w:val="28"/>
          <w:szCs w:val="28"/>
        </w:rPr>
        <w:t xml:space="preserve">Interviewer E:  </w:t>
      </w:r>
      <w:r w:rsidRPr="00E200E2">
        <w:rPr>
          <w:rFonts w:ascii="Arial Narrow" w:hAnsi="Arial Narrow"/>
          <w:color w:val="5D7284"/>
          <w:sz w:val="28"/>
          <w:szCs w:val="28"/>
        </w:rPr>
        <w:t>1:04:21</w:t>
      </w:r>
    </w:p>
    <w:p w14:paraId="7A59E0A8" w14:textId="77777777" w:rsidR="00051E2C" w:rsidRPr="00E200E2" w:rsidRDefault="00E352A4">
      <w:pPr>
        <w:spacing w:after="0"/>
        <w:rPr>
          <w:rFonts w:ascii="Arial Narrow" w:hAnsi="Arial Narrow"/>
          <w:sz w:val="28"/>
          <w:szCs w:val="28"/>
        </w:rPr>
      </w:pPr>
      <w:r w:rsidRPr="1F06E93E">
        <w:rPr>
          <w:rFonts w:ascii="Arial Narrow" w:hAnsi="Arial Narrow"/>
          <w:sz w:val="28"/>
          <w:szCs w:val="28"/>
        </w:rPr>
        <w:t>Okay, well, that is all I have for you today. You did a wonderful job.</w:t>
      </w:r>
    </w:p>
    <w:p w14:paraId="56538AD3" w14:textId="5053CE28" w:rsidR="1F06E93E" w:rsidRDefault="1F06E93E" w:rsidP="1F06E93E">
      <w:pPr>
        <w:spacing w:after="0"/>
        <w:rPr>
          <w:rFonts w:ascii="Arial Narrow" w:hAnsi="Arial Narrow"/>
          <w:sz w:val="28"/>
          <w:szCs w:val="28"/>
        </w:rPr>
      </w:pPr>
    </w:p>
    <w:p w14:paraId="712B8BC6" w14:textId="0DE3CC81" w:rsidR="1F06E93E" w:rsidRDefault="1F06E93E" w:rsidP="1F06E93E">
      <w:pPr>
        <w:spacing w:after="0"/>
        <w:rPr>
          <w:rFonts w:ascii="Arial Narrow" w:hAnsi="Arial Narrow"/>
          <w:sz w:val="28"/>
          <w:szCs w:val="28"/>
        </w:rPr>
      </w:pPr>
    </w:p>
    <w:sectPr w:rsidR="1F06E93E"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060BFA" w14:textId="77777777" w:rsidR="00613BF5" w:rsidRDefault="00613BF5">
      <w:pPr>
        <w:spacing w:after="0" w:line="240" w:lineRule="auto"/>
      </w:pPr>
      <w:r>
        <w:separator/>
      </w:r>
    </w:p>
  </w:endnote>
  <w:endnote w:type="continuationSeparator" w:id="0">
    <w:p w14:paraId="6595CCD0" w14:textId="77777777" w:rsidR="00613BF5" w:rsidRDefault="00613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43B2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744F1B6A"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19DBAB32"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0062764A"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C60A283"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8A906"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6E6F4" w14:textId="77777777" w:rsidR="00613BF5" w:rsidRDefault="00613BF5">
      <w:pPr>
        <w:spacing w:after="0" w:line="240" w:lineRule="auto"/>
      </w:pPr>
      <w:r>
        <w:separator/>
      </w:r>
    </w:p>
  </w:footnote>
  <w:footnote w:type="continuationSeparator" w:id="0">
    <w:p w14:paraId="100A99A7" w14:textId="77777777" w:rsidR="00613BF5" w:rsidRDefault="00613B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5D19B"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037B0"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47407"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454101745">
    <w:abstractNumId w:val="8"/>
  </w:num>
  <w:num w:numId="2" w16cid:durableId="158354624">
    <w:abstractNumId w:val="6"/>
  </w:num>
  <w:num w:numId="3" w16cid:durableId="279337897">
    <w:abstractNumId w:val="5"/>
  </w:num>
  <w:num w:numId="4" w16cid:durableId="1604071724">
    <w:abstractNumId w:val="4"/>
  </w:num>
  <w:num w:numId="5" w16cid:durableId="2005695546">
    <w:abstractNumId w:val="7"/>
  </w:num>
  <w:num w:numId="6" w16cid:durableId="226957153">
    <w:abstractNumId w:val="3"/>
  </w:num>
  <w:num w:numId="7" w16cid:durableId="1810123565">
    <w:abstractNumId w:val="2"/>
  </w:num>
  <w:num w:numId="8" w16cid:durableId="789670384">
    <w:abstractNumId w:val="1"/>
  </w:num>
  <w:num w:numId="9" w16cid:durableId="136923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51E2C"/>
    <w:rsid w:val="0006063C"/>
    <w:rsid w:val="00066610"/>
    <w:rsid w:val="001216B9"/>
    <w:rsid w:val="0015074B"/>
    <w:rsid w:val="0029639D"/>
    <w:rsid w:val="00326F90"/>
    <w:rsid w:val="004A641F"/>
    <w:rsid w:val="004B593C"/>
    <w:rsid w:val="004D4EE3"/>
    <w:rsid w:val="0054350B"/>
    <w:rsid w:val="00613BF5"/>
    <w:rsid w:val="006E2A8C"/>
    <w:rsid w:val="007749AF"/>
    <w:rsid w:val="00794EBC"/>
    <w:rsid w:val="00930F33"/>
    <w:rsid w:val="009C3AF0"/>
    <w:rsid w:val="009F0B8A"/>
    <w:rsid w:val="00A12EE5"/>
    <w:rsid w:val="00AA1D8D"/>
    <w:rsid w:val="00B47730"/>
    <w:rsid w:val="00BA4C2B"/>
    <w:rsid w:val="00BD0140"/>
    <w:rsid w:val="00C24502"/>
    <w:rsid w:val="00CB0664"/>
    <w:rsid w:val="00D57E81"/>
    <w:rsid w:val="00E200E2"/>
    <w:rsid w:val="00E352A4"/>
    <w:rsid w:val="00ED3244"/>
    <w:rsid w:val="00FC693F"/>
    <w:rsid w:val="093447E7"/>
    <w:rsid w:val="1F06E93E"/>
    <w:rsid w:val="50355882"/>
    <w:rsid w:val="563E90A1"/>
    <w:rsid w:val="6A1C57FB"/>
    <w:rsid w:val="7182D776"/>
    <w:rsid w:val="7B4BF2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33856E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7AA159DB-2418-4FA7-A5A1-351E303A79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02729D-1DE1-4B00-B6DF-AD520C75B058}">
  <ds:schemaRefs>
    <ds:schemaRef ds:uri="http://schemas.microsoft.com/sharepoint/v3/contenttype/forms"/>
  </ds:schemaRefs>
</ds:datastoreItem>
</file>

<file path=customXml/itemProps4.xml><?xml version="1.0" encoding="utf-8"?>
<ds:datastoreItem xmlns:ds="http://schemas.openxmlformats.org/officeDocument/2006/customXml" ds:itemID="{24C07371-6DC2-4D5E-AD68-68B3016A7D9C}">
  <ds:schemaRefs>
    <ds:schemaRef ds:uri="eeef5ad7-d6de-419e-9305-cd9bdd8d89a9"/>
    <ds:schemaRef ds:uri="5b1983e9-55b4-4f9e-a196-30376d2238aa"/>
    <ds:schemaRef ds:uri="http://schemas.microsoft.com/office/2006/documentManagement/types"/>
    <ds:schemaRef ds:uri="http://purl.org/dc/elements/1.1/"/>
    <ds:schemaRef ds:uri="http://schemas.microsoft.com/office/2006/metadata/properties"/>
    <ds:schemaRef ds:uri="http://schemas.microsoft.com/sharepoint/v3"/>
    <ds:schemaRef ds:uri="http://schemas.openxmlformats.org/package/2006/metadata/core-properties"/>
    <ds:schemaRef ds:uri="http://purl.org/dc/dcmitype/"/>
    <ds:schemaRef ds:uri="http://purl.org/dc/term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6595</Words>
  <Characters>37592</Characters>
  <Application>Microsoft Office Word</Application>
  <DocSecurity>4</DocSecurity>
  <Lines>313</Lines>
  <Paragraphs>88</Paragraphs>
  <ScaleCrop>false</ScaleCrop>
  <Manager/>
  <Company/>
  <LinksUpToDate>false</LinksUpToDate>
  <CharactersWithSpaces>44099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cp:lastPrinted>2023-11-04T22:14:00Z</cp:lastPrinted>
  <dcterms:created xsi:type="dcterms:W3CDTF">2024-05-21T16:17:00Z</dcterms:created>
  <dcterms:modified xsi:type="dcterms:W3CDTF">2024-05-21T16:17:00Z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