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6E464" w14:textId="77777777" w:rsidR="00930F33" w:rsidRDefault="00930F33">
      <w:pPr>
        <w:spacing w:after="0"/>
        <w:rPr>
          <w:lang w:eastAsia="zh-CN"/>
        </w:rPr>
      </w:pPr>
    </w:p>
    <w:p w14:paraId="69B4D600" w14:textId="77777777" w:rsidR="00B5478E" w:rsidRDefault="006652B9">
      <w:r>
        <w:rPr>
          <w:rFonts w:ascii="Arial" w:hAnsi="Arial"/>
          <w:sz w:val="48"/>
        </w:rPr>
        <w:t>Participant #5 Audio</w:t>
      </w:r>
    </w:p>
    <w:p w14:paraId="5982B090" w14:textId="4362188D" w:rsidR="00B5478E" w:rsidRDefault="006652B9">
      <w:r>
        <w:rPr>
          <w:rFonts w:ascii="Arial" w:hAnsi="Arial"/>
          <w:color w:val="4F6880"/>
        </w:rPr>
        <w:t xml:space="preserve">Sun, Nov 12, </w:t>
      </w:r>
      <w:r w:rsidR="00D95C51">
        <w:rPr>
          <w:rFonts w:ascii="Arial" w:hAnsi="Arial"/>
          <w:color w:val="4F6880"/>
        </w:rPr>
        <w:t>2023,</w:t>
      </w:r>
      <w:r>
        <w:rPr>
          <w:rFonts w:ascii="Arial" w:hAnsi="Arial"/>
          <w:color w:val="4F6880"/>
        </w:rPr>
        <w:t xml:space="preserve"> 8:36PM • 37:55</w:t>
      </w:r>
    </w:p>
    <w:p w14:paraId="05BC7A1B" w14:textId="77777777" w:rsidR="00B5478E" w:rsidRDefault="006652B9">
      <w:pPr>
        <w:spacing w:before="440" w:after="0"/>
      </w:pPr>
      <w:r>
        <w:rPr>
          <w:rFonts w:ascii="Arial" w:hAnsi="Arial"/>
          <w:b/>
          <w:color w:val="4F6880"/>
        </w:rPr>
        <w:t>SUMMARY KEYWORDS</w:t>
      </w:r>
    </w:p>
    <w:p w14:paraId="2AA4FF9A" w14:textId="56A75F68" w:rsidR="00B5478E" w:rsidRDefault="006652B9">
      <w:r>
        <w:rPr>
          <w:rFonts w:ascii="Arial" w:hAnsi="Arial"/>
          <w:color w:val="4F6880"/>
        </w:rPr>
        <w:t xml:space="preserve">rotating, tank, bottom, jell, top, dye, moving, predicted, eventually, fish, water, minute, happen, drop, color, </w:t>
      </w:r>
      <w:r w:rsidR="00D95C51">
        <w:rPr>
          <w:rFonts w:ascii="Arial" w:hAnsi="Arial"/>
          <w:color w:val="4F6880"/>
        </w:rPr>
        <w:t>BBs,</w:t>
      </w:r>
      <w:r>
        <w:rPr>
          <w:rFonts w:ascii="Arial" w:hAnsi="Arial"/>
          <w:color w:val="4F6880"/>
        </w:rPr>
        <w:t xml:space="preserve"> purplish, floating, prediction, </w:t>
      </w:r>
      <w:r w:rsidR="00D95C51">
        <w:rPr>
          <w:rFonts w:ascii="Arial" w:hAnsi="Arial"/>
          <w:color w:val="4F6880"/>
        </w:rPr>
        <w:t>hour.</w:t>
      </w:r>
    </w:p>
    <w:p w14:paraId="16EE8DB7" w14:textId="77777777" w:rsidR="00B5478E" w:rsidRDefault="006652B9">
      <w:pPr>
        <w:spacing w:before="440" w:after="0"/>
      </w:pPr>
      <w:r>
        <w:rPr>
          <w:rFonts w:ascii="Arial" w:hAnsi="Arial"/>
          <w:b/>
          <w:color w:val="4F6880"/>
        </w:rPr>
        <w:t>SPEAKERS</w:t>
      </w:r>
    </w:p>
    <w:p w14:paraId="58BF65FE" w14:textId="3B98CFC8" w:rsidR="00B5478E" w:rsidRDefault="006652B9">
      <w:r>
        <w:rPr>
          <w:rFonts w:ascii="Arial" w:hAnsi="Arial"/>
          <w:color w:val="4F6880"/>
        </w:rPr>
        <w:t>Participant#</w:t>
      </w:r>
      <w:r w:rsidR="00D95C51">
        <w:rPr>
          <w:rFonts w:ascii="Arial" w:hAnsi="Arial"/>
          <w:color w:val="4F6880"/>
        </w:rPr>
        <w:t>5,</w:t>
      </w:r>
      <w:r>
        <w:rPr>
          <w:rFonts w:ascii="Arial" w:hAnsi="Arial"/>
          <w:color w:val="4F6880"/>
        </w:rPr>
        <w:t xml:space="preserve"> Interviewer P:, Interviewer E:</w:t>
      </w:r>
    </w:p>
    <w:p w14:paraId="41B8AA2C" w14:textId="77777777" w:rsidR="00B5478E" w:rsidRDefault="00B5478E">
      <w:pPr>
        <w:spacing w:after="0"/>
      </w:pPr>
    </w:p>
    <w:p w14:paraId="64653F36" w14:textId="77777777" w:rsidR="00B5478E" w:rsidRDefault="006652B9">
      <w:pPr>
        <w:spacing w:after="0"/>
      </w:pPr>
      <w:r>
        <w:rPr>
          <w:rFonts w:ascii="Arial" w:hAnsi="Arial"/>
          <w:b/>
        </w:rPr>
        <w:t xml:space="preserve">Interviewer E:  </w:t>
      </w:r>
      <w:r>
        <w:rPr>
          <w:rFonts w:ascii="Arial" w:hAnsi="Arial"/>
          <w:color w:val="5D7284"/>
        </w:rPr>
        <w:t>00:00</w:t>
      </w:r>
    </w:p>
    <w:p w14:paraId="1B36E3AB" w14:textId="55E4F896" w:rsidR="00B5478E" w:rsidRDefault="006652B9">
      <w:pPr>
        <w:spacing w:after="0"/>
      </w:pPr>
      <w:r>
        <w:rPr>
          <w:rFonts w:ascii="Arial" w:hAnsi="Arial"/>
        </w:rPr>
        <w:t xml:space="preserve">These have a difference temperature, if you want to feel them and so this one is hot and </w:t>
      </w:r>
      <w:r w:rsidR="00D95C51">
        <w:rPr>
          <w:rFonts w:ascii="Arial" w:hAnsi="Arial"/>
        </w:rPr>
        <w:t>that’s</w:t>
      </w:r>
      <w:r>
        <w:rPr>
          <w:rFonts w:ascii="Arial" w:hAnsi="Arial"/>
        </w:rPr>
        <w:t xml:space="preserve"> cold. Now what I'm </w:t>
      </w:r>
      <w:r w:rsidR="00D95C51">
        <w:rPr>
          <w:rFonts w:ascii="Arial" w:hAnsi="Arial"/>
        </w:rPr>
        <w:t>goanna</w:t>
      </w:r>
      <w:r>
        <w:rPr>
          <w:rFonts w:ascii="Arial" w:hAnsi="Arial"/>
        </w:rPr>
        <w:t xml:space="preserve"> do is I'm going to pour the red here and the blue here and it's divided but then I'm </w:t>
      </w:r>
      <w:r w:rsidR="00D95C51">
        <w:rPr>
          <w:rFonts w:ascii="Arial" w:hAnsi="Arial"/>
        </w:rPr>
        <w:t>goanna</w:t>
      </w:r>
      <w:r>
        <w:rPr>
          <w:rFonts w:ascii="Arial" w:hAnsi="Arial"/>
        </w:rPr>
        <w:t xml:space="preserve"> lift it up.</w:t>
      </w:r>
    </w:p>
    <w:p w14:paraId="23C8E3ED" w14:textId="77777777" w:rsidR="00B5478E" w:rsidRDefault="00B5478E">
      <w:pPr>
        <w:spacing w:after="0"/>
      </w:pPr>
    </w:p>
    <w:p w14:paraId="6CDCB58A" w14:textId="77777777" w:rsidR="00B5478E" w:rsidRDefault="006652B9">
      <w:pPr>
        <w:spacing w:after="0"/>
      </w:pPr>
      <w:r>
        <w:rPr>
          <w:rFonts w:ascii="Arial" w:hAnsi="Arial"/>
          <w:b/>
        </w:rPr>
        <w:t xml:space="preserve">Interviewer P:  </w:t>
      </w:r>
      <w:r>
        <w:rPr>
          <w:rFonts w:ascii="Arial" w:hAnsi="Arial"/>
          <w:color w:val="5D7284"/>
        </w:rPr>
        <w:t>00:17</w:t>
      </w:r>
    </w:p>
    <w:p w14:paraId="6A2D630B" w14:textId="77777777" w:rsidR="00B5478E" w:rsidRDefault="006652B9">
      <w:pPr>
        <w:spacing w:after="0"/>
      </w:pPr>
      <w:r>
        <w:rPr>
          <w:rFonts w:ascii="Arial" w:hAnsi="Arial"/>
        </w:rPr>
        <w:t>Really you gotta get them both.</w:t>
      </w:r>
    </w:p>
    <w:p w14:paraId="6A3D9D32" w14:textId="77777777" w:rsidR="00B5478E" w:rsidRDefault="00B5478E">
      <w:pPr>
        <w:spacing w:after="0"/>
      </w:pPr>
    </w:p>
    <w:p w14:paraId="58C47F33" w14:textId="77777777" w:rsidR="00B5478E" w:rsidRDefault="006652B9">
      <w:pPr>
        <w:spacing w:after="0"/>
      </w:pPr>
      <w:r>
        <w:rPr>
          <w:rFonts w:ascii="Arial" w:hAnsi="Arial"/>
          <w:b/>
        </w:rPr>
        <w:t xml:space="preserve">Interviewer E:  </w:t>
      </w:r>
      <w:r>
        <w:rPr>
          <w:rFonts w:ascii="Arial" w:hAnsi="Arial"/>
          <w:color w:val="5D7284"/>
        </w:rPr>
        <w:t>00:19</w:t>
      </w:r>
    </w:p>
    <w:p w14:paraId="0550A0EC" w14:textId="739A725F" w:rsidR="00B5478E" w:rsidRDefault="006652B9">
      <w:pPr>
        <w:spacing w:after="0"/>
      </w:pPr>
      <w:r>
        <w:rPr>
          <w:rFonts w:ascii="Arial" w:hAnsi="Arial"/>
        </w:rPr>
        <w:t xml:space="preserve">Oh yeah sorry if you can predict what you think will happen once I remove the barrier how do you think the hot and cold water are going to react to </w:t>
      </w:r>
      <w:r w:rsidR="00D95C51">
        <w:rPr>
          <w:rFonts w:ascii="Arial" w:hAnsi="Arial"/>
        </w:rPr>
        <w:t>each other</w:t>
      </w:r>
      <w:r>
        <w:rPr>
          <w:rFonts w:ascii="Arial" w:hAnsi="Arial"/>
        </w:rPr>
        <w:t>?</w:t>
      </w:r>
    </w:p>
    <w:p w14:paraId="013A259A" w14:textId="77777777" w:rsidR="00B5478E" w:rsidRDefault="00B5478E">
      <w:pPr>
        <w:spacing w:after="0"/>
      </w:pPr>
    </w:p>
    <w:p w14:paraId="2EC12A56" w14:textId="77777777" w:rsidR="00B5478E" w:rsidRDefault="006652B9">
      <w:pPr>
        <w:spacing w:after="0"/>
      </w:pPr>
      <w:r>
        <w:rPr>
          <w:rFonts w:ascii="Arial" w:hAnsi="Arial"/>
          <w:b/>
        </w:rPr>
        <w:t xml:space="preserve">Interviewer P:  </w:t>
      </w:r>
      <w:r>
        <w:rPr>
          <w:rFonts w:ascii="Arial" w:hAnsi="Arial"/>
          <w:color w:val="5D7284"/>
        </w:rPr>
        <w:t>00:32</w:t>
      </w:r>
    </w:p>
    <w:p w14:paraId="4381F139" w14:textId="77777777" w:rsidR="00B5478E" w:rsidRDefault="006652B9">
      <w:pPr>
        <w:spacing w:after="0"/>
      </w:pPr>
      <w:r>
        <w:rPr>
          <w:rFonts w:ascii="Arial" w:hAnsi="Arial"/>
        </w:rPr>
        <w:t>The colored pencils a minute after so not immediately but we're going to put on a timer and let it sit for a minute and what do you think it will look like a minute after the dividing wall has been removed?</w:t>
      </w:r>
    </w:p>
    <w:p w14:paraId="6B0FDDBA" w14:textId="77777777" w:rsidR="00B5478E" w:rsidRDefault="00B5478E">
      <w:pPr>
        <w:spacing w:after="0"/>
      </w:pPr>
    </w:p>
    <w:p w14:paraId="5ABA0BC6" w14:textId="77777777" w:rsidR="00B5478E" w:rsidRDefault="006652B9">
      <w:pPr>
        <w:spacing w:after="0"/>
      </w:pPr>
      <w:r>
        <w:rPr>
          <w:rFonts w:ascii="Arial" w:hAnsi="Arial"/>
          <w:b/>
        </w:rPr>
        <w:t xml:space="preserve">Participant#5:  </w:t>
      </w:r>
      <w:r>
        <w:rPr>
          <w:rFonts w:ascii="Arial" w:hAnsi="Arial"/>
          <w:color w:val="5D7284"/>
        </w:rPr>
        <w:t>00:47</w:t>
      </w:r>
    </w:p>
    <w:p w14:paraId="2E6297A7" w14:textId="77777777" w:rsidR="00B5478E" w:rsidRDefault="006652B9">
      <w:pPr>
        <w:spacing w:after="0"/>
      </w:pPr>
      <w:r>
        <w:rPr>
          <w:rFonts w:ascii="Arial" w:hAnsi="Arial"/>
        </w:rPr>
        <w:t>Probably purplish and a little steam. You say different colors?</w:t>
      </w:r>
    </w:p>
    <w:p w14:paraId="1760AAA7" w14:textId="77777777" w:rsidR="00B5478E" w:rsidRDefault="00B5478E">
      <w:pPr>
        <w:spacing w:after="0"/>
      </w:pPr>
    </w:p>
    <w:p w14:paraId="727F78FE" w14:textId="77777777" w:rsidR="00B5478E" w:rsidRDefault="006652B9">
      <w:pPr>
        <w:spacing w:after="0"/>
      </w:pPr>
      <w:r>
        <w:rPr>
          <w:rFonts w:ascii="Arial" w:hAnsi="Arial"/>
          <w:b/>
        </w:rPr>
        <w:t xml:space="preserve">Interviewer P:  </w:t>
      </w:r>
      <w:r>
        <w:rPr>
          <w:rFonts w:ascii="Arial" w:hAnsi="Arial"/>
          <w:color w:val="5D7284"/>
        </w:rPr>
        <w:t>01:05</w:t>
      </w:r>
    </w:p>
    <w:p w14:paraId="1F51AE8C" w14:textId="77777777" w:rsidR="00B5478E" w:rsidRDefault="006652B9">
      <w:pPr>
        <w:spacing w:after="0"/>
      </w:pPr>
      <w:r>
        <w:rPr>
          <w:rFonts w:ascii="Arial" w:hAnsi="Arial"/>
        </w:rPr>
        <w:t>Any of those colors yeah.</w:t>
      </w:r>
    </w:p>
    <w:p w14:paraId="1BA1F785" w14:textId="77777777" w:rsidR="00B5478E" w:rsidRDefault="00B5478E">
      <w:pPr>
        <w:spacing w:after="0"/>
      </w:pPr>
    </w:p>
    <w:p w14:paraId="2FA167CF" w14:textId="77777777" w:rsidR="00B5478E" w:rsidRDefault="006652B9">
      <w:pPr>
        <w:spacing w:after="0"/>
      </w:pPr>
      <w:r>
        <w:rPr>
          <w:rFonts w:ascii="Arial" w:hAnsi="Arial"/>
          <w:b/>
        </w:rPr>
        <w:t xml:space="preserve">Participant#5:  </w:t>
      </w:r>
      <w:r>
        <w:rPr>
          <w:rFonts w:ascii="Arial" w:hAnsi="Arial"/>
          <w:color w:val="5D7284"/>
        </w:rPr>
        <w:t>01:38</w:t>
      </w:r>
    </w:p>
    <w:p w14:paraId="5E183668" w14:textId="77777777" w:rsidR="00B5478E" w:rsidRDefault="006652B9">
      <w:pPr>
        <w:spacing w:after="0"/>
      </w:pPr>
      <w:r>
        <w:rPr>
          <w:rFonts w:ascii="Arial" w:hAnsi="Arial"/>
        </w:rPr>
        <w:t>Alright so I just said it would just like be purple and the colors mixed and then maybe some like slight condensation across like from the cold water and then some steam coming up.</w:t>
      </w:r>
    </w:p>
    <w:p w14:paraId="61EC1530" w14:textId="77777777" w:rsidR="00B5478E" w:rsidRDefault="00B5478E">
      <w:pPr>
        <w:spacing w:after="0"/>
      </w:pPr>
    </w:p>
    <w:p w14:paraId="38F5B15F" w14:textId="77777777" w:rsidR="00B5478E" w:rsidRDefault="006652B9">
      <w:pPr>
        <w:spacing w:after="0"/>
      </w:pPr>
      <w:r>
        <w:rPr>
          <w:rFonts w:ascii="Arial" w:hAnsi="Arial"/>
          <w:b/>
        </w:rPr>
        <w:t xml:space="preserve">Interviewer P:  </w:t>
      </w:r>
      <w:r>
        <w:rPr>
          <w:rFonts w:ascii="Arial" w:hAnsi="Arial"/>
          <w:color w:val="5D7284"/>
        </w:rPr>
        <w:t>01:49</w:t>
      </w:r>
    </w:p>
    <w:p w14:paraId="44A268AC" w14:textId="68EDF772" w:rsidR="00B5478E" w:rsidRDefault="00D95C51">
      <w:pPr>
        <w:spacing w:after="0"/>
      </w:pPr>
      <w:r>
        <w:rPr>
          <w:rFonts w:ascii="Arial" w:hAnsi="Arial"/>
        </w:rPr>
        <w:t>So, I noticed that you made the steam and the condensation in blue and is that the water you think it'll be the blue water that will do that the colder water?</w:t>
      </w:r>
    </w:p>
    <w:p w14:paraId="25965C30" w14:textId="77777777" w:rsidR="00B5478E" w:rsidRDefault="00B5478E">
      <w:pPr>
        <w:spacing w:after="0"/>
      </w:pPr>
    </w:p>
    <w:p w14:paraId="145B5EC7" w14:textId="77777777" w:rsidR="00B5478E" w:rsidRDefault="006652B9">
      <w:pPr>
        <w:spacing w:after="0"/>
      </w:pPr>
      <w:r>
        <w:rPr>
          <w:rFonts w:ascii="Arial" w:hAnsi="Arial"/>
          <w:b/>
        </w:rPr>
        <w:t xml:space="preserve">Participant#5:  </w:t>
      </w:r>
      <w:r>
        <w:rPr>
          <w:rFonts w:ascii="Arial" w:hAnsi="Arial"/>
          <w:color w:val="5D7284"/>
        </w:rPr>
        <w:t>02:01</w:t>
      </w:r>
    </w:p>
    <w:p w14:paraId="104FBAC2" w14:textId="77777777" w:rsidR="00B5478E" w:rsidRDefault="006652B9">
      <w:pPr>
        <w:spacing w:after="0"/>
      </w:pPr>
      <w:r>
        <w:rPr>
          <w:rFonts w:ascii="Arial" w:hAnsi="Arial"/>
        </w:rPr>
        <w:t>I just did that because I didn't really know like what color to put like I could have put white.</w:t>
      </w:r>
    </w:p>
    <w:p w14:paraId="5DBC5C5F" w14:textId="77777777" w:rsidR="00B5478E" w:rsidRDefault="00B5478E">
      <w:pPr>
        <w:spacing w:after="0"/>
      </w:pPr>
    </w:p>
    <w:p w14:paraId="1E3095AF" w14:textId="77777777" w:rsidR="00B5478E" w:rsidRDefault="006652B9">
      <w:pPr>
        <w:spacing w:after="0"/>
      </w:pPr>
      <w:r>
        <w:rPr>
          <w:rFonts w:ascii="Arial" w:hAnsi="Arial"/>
          <w:b/>
        </w:rPr>
        <w:t xml:space="preserve">Interviewer P:  </w:t>
      </w:r>
      <w:r>
        <w:rPr>
          <w:rFonts w:ascii="Arial" w:hAnsi="Arial"/>
          <w:color w:val="5D7284"/>
        </w:rPr>
        <w:t>02:07</w:t>
      </w:r>
    </w:p>
    <w:p w14:paraId="48EB2700" w14:textId="77777777" w:rsidR="00B5478E" w:rsidRDefault="006652B9">
      <w:pPr>
        <w:spacing w:after="0"/>
      </w:pPr>
      <w:r>
        <w:rPr>
          <w:rFonts w:ascii="Arial" w:hAnsi="Arial"/>
        </w:rPr>
        <w:t>Yeah, I didn't give you white.</w:t>
      </w:r>
    </w:p>
    <w:p w14:paraId="00440F55" w14:textId="77777777" w:rsidR="00B5478E" w:rsidRDefault="00B5478E">
      <w:pPr>
        <w:spacing w:after="0"/>
      </w:pPr>
    </w:p>
    <w:p w14:paraId="4E0CEBAC" w14:textId="77777777" w:rsidR="00B5478E" w:rsidRDefault="006652B9">
      <w:pPr>
        <w:spacing w:after="0"/>
      </w:pPr>
      <w:r>
        <w:rPr>
          <w:rFonts w:ascii="Arial" w:hAnsi="Arial"/>
          <w:b/>
        </w:rPr>
        <w:t xml:space="preserve">Participant#5:  </w:t>
      </w:r>
      <w:r>
        <w:rPr>
          <w:rFonts w:ascii="Arial" w:hAnsi="Arial"/>
          <w:color w:val="5D7284"/>
        </w:rPr>
        <w:t>02:08</w:t>
      </w:r>
    </w:p>
    <w:p w14:paraId="60B9FD60" w14:textId="7AA6F353" w:rsidR="00B5478E" w:rsidRDefault="006652B9">
      <w:pPr>
        <w:spacing w:after="0"/>
      </w:pPr>
      <w:r>
        <w:rPr>
          <w:rFonts w:ascii="Arial" w:hAnsi="Arial"/>
        </w:rPr>
        <w:t xml:space="preserve">A it's just worse here like just like stand out from the purple but I think both would happen as a result of like both liquids </w:t>
      </w:r>
      <w:r w:rsidR="00D95C51">
        <w:rPr>
          <w:rFonts w:ascii="Arial" w:hAnsi="Arial"/>
        </w:rPr>
        <w:t>colliding.</w:t>
      </w:r>
      <w:r>
        <w:rPr>
          <w:rFonts w:ascii="Arial" w:hAnsi="Arial"/>
        </w:rPr>
        <w:t xml:space="preserve"> </w:t>
      </w:r>
    </w:p>
    <w:p w14:paraId="5A3A3692" w14:textId="77777777" w:rsidR="00B5478E" w:rsidRDefault="00B5478E">
      <w:pPr>
        <w:spacing w:after="0"/>
      </w:pPr>
    </w:p>
    <w:p w14:paraId="064C720F" w14:textId="77777777" w:rsidR="00B5478E" w:rsidRDefault="006652B9">
      <w:pPr>
        <w:spacing w:after="0"/>
      </w:pPr>
      <w:r>
        <w:rPr>
          <w:rFonts w:ascii="Arial" w:hAnsi="Arial"/>
          <w:b/>
        </w:rPr>
        <w:t xml:space="preserve">Interviewer P:  </w:t>
      </w:r>
      <w:r>
        <w:rPr>
          <w:rFonts w:ascii="Arial" w:hAnsi="Arial"/>
          <w:color w:val="5D7284"/>
        </w:rPr>
        <w:t>02:18</w:t>
      </w:r>
    </w:p>
    <w:p w14:paraId="3DC055F5" w14:textId="77777777" w:rsidR="00B5478E" w:rsidRDefault="006652B9">
      <w:pPr>
        <w:spacing w:after="0"/>
      </w:pPr>
      <w:r>
        <w:rPr>
          <w:rFonts w:ascii="Arial" w:hAnsi="Arial"/>
        </w:rPr>
        <w:t>Yeah.</w:t>
      </w:r>
    </w:p>
    <w:p w14:paraId="16AE6DCD" w14:textId="77777777" w:rsidR="00B5478E" w:rsidRDefault="00B5478E">
      <w:pPr>
        <w:spacing w:after="0"/>
      </w:pPr>
    </w:p>
    <w:p w14:paraId="3CB70420" w14:textId="77777777" w:rsidR="00B5478E" w:rsidRDefault="006652B9">
      <w:pPr>
        <w:spacing w:after="0"/>
      </w:pPr>
      <w:r>
        <w:rPr>
          <w:rFonts w:ascii="Arial" w:hAnsi="Arial"/>
          <w:b/>
        </w:rPr>
        <w:t xml:space="preserve">Interviewer E:  </w:t>
      </w:r>
      <w:r>
        <w:rPr>
          <w:rFonts w:ascii="Arial" w:hAnsi="Arial"/>
          <w:color w:val="5D7284"/>
        </w:rPr>
        <w:t>02:19</w:t>
      </w:r>
    </w:p>
    <w:p w14:paraId="5426115F" w14:textId="113B23CC" w:rsidR="00B5478E" w:rsidRDefault="006652B9">
      <w:pPr>
        <w:spacing w:after="0"/>
      </w:pPr>
      <w:r>
        <w:rPr>
          <w:rFonts w:ascii="Arial" w:hAnsi="Arial"/>
        </w:rPr>
        <w:t xml:space="preserve">Do you think you could show us what your hands what you think they do once we </w:t>
      </w:r>
      <w:r w:rsidR="00D95C51">
        <w:rPr>
          <w:rFonts w:ascii="Arial" w:hAnsi="Arial"/>
        </w:rPr>
        <w:t>lift</w:t>
      </w:r>
      <w:r>
        <w:rPr>
          <w:rFonts w:ascii="Arial" w:hAnsi="Arial"/>
        </w:rPr>
        <w:t xml:space="preserve"> </w:t>
      </w:r>
      <w:r w:rsidR="00D95C51">
        <w:rPr>
          <w:rFonts w:ascii="Arial" w:hAnsi="Arial"/>
        </w:rPr>
        <w:t xml:space="preserve">up </w:t>
      </w:r>
      <w:r>
        <w:rPr>
          <w:rFonts w:ascii="Arial" w:hAnsi="Arial"/>
        </w:rPr>
        <w:t>the barrier.</w:t>
      </w:r>
    </w:p>
    <w:p w14:paraId="537549DE" w14:textId="77777777" w:rsidR="00B5478E" w:rsidRDefault="00B5478E">
      <w:pPr>
        <w:spacing w:after="0"/>
      </w:pPr>
    </w:p>
    <w:p w14:paraId="559FBA1D" w14:textId="77777777" w:rsidR="00B5478E" w:rsidRDefault="006652B9">
      <w:pPr>
        <w:spacing w:after="0"/>
      </w:pPr>
      <w:r>
        <w:rPr>
          <w:rFonts w:ascii="Arial" w:hAnsi="Arial"/>
          <w:b/>
        </w:rPr>
        <w:t xml:space="preserve">Interviewer P:  </w:t>
      </w:r>
      <w:r>
        <w:rPr>
          <w:rFonts w:ascii="Arial" w:hAnsi="Arial"/>
          <w:color w:val="5D7284"/>
        </w:rPr>
        <w:t>02:25</w:t>
      </w:r>
    </w:p>
    <w:p w14:paraId="6BB3DD06" w14:textId="77777777" w:rsidR="00B5478E" w:rsidRDefault="006652B9">
      <w:pPr>
        <w:spacing w:after="0"/>
      </w:pPr>
      <w:r>
        <w:rPr>
          <w:rFonts w:ascii="Arial" w:hAnsi="Arial"/>
        </w:rPr>
        <w:t>Will they move and mix together?</w:t>
      </w:r>
    </w:p>
    <w:p w14:paraId="6E331DFF" w14:textId="77777777" w:rsidR="00B5478E" w:rsidRDefault="00B5478E">
      <w:pPr>
        <w:spacing w:after="0"/>
      </w:pPr>
    </w:p>
    <w:p w14:paraId="3A12B25A" w14:textId="77777777" w:rsidR="00B5478E" w:rsidRDefault="006652B9">
      <w:pPr>
        <w:spacing w:after="0"/>
      </w:pPr>
      <w:r>
        <w:rPr>
          <w:rFonts w:ascii="Arial" w:hAnsi="Arial"/>
          <w:b/>
        </w:rPr>
        <w:t xml:space="preserve">Participant#5:  </w:t>
      </w:r>
      <w:r>
        <w:rPr>
          <w:rFonts w:ascii="Arial" w:hAnsi="Arial"/>
          <w:color w:val="5D7284"/>
        </w:rPr>
        <w:t>02:27</w:t>
      </w:r>
    </w:p>
    <w:p w14:paraId="7A510421" w14:textId="77777777" w:rsidR="00B5478E" w:rsidRDefault="006652B9">
      <w:pPr>
        <w:spacing w:after="0"/>
      </w:pPr>
      <w:r>
        <w:rPr>
          <w:rFonts w:ascii="Arial" w:hAnsi="Arial"/>
        </w:rPr>
        <w:t>Just just combine and instantly nothing, that's my best guess.</w:t>
      </w:r>
    </w:p>
    <w:p w14:paraId="1118533D" w14:textId="77777777" w:rsidR="00B5478E" w:rsidRDefault="00B5478E">
      <w:pPr>
        <w:spacing w:after="0"/>
      </w:pPr>
    </w:p>
    <w:p w14:paraId="6D3DF831" w14:textId="77777777" w:rsidR="00B5478E" w:rsidRDefault="006652B9">
      <w:pPr>
        <w:spacing w:after="0"/>
      </w:pPr>
      <w:r>
        <w:rPr>
          <w:rFonts w:ascii="Arial" w:hAnsi="Arial"/>
          <w:b/>
        </w:rPr>
        <w:t xml:space="preserve">Interviewer P:  </w:t>
      </w:r>
      <w:r>
        <w:rPr>
          <w:rFonts w:ascii="Arial" w:hAnsi="Arial"/>
          <w:color w:val="5D7284"/>
        </w:rPr>
        <w:t>02:40</w:t>
      </w:r>
    </w:p>
    <w:p w14:paraId="7D675001" w14:textId="54E8F1A0" w:rsidR="00B5478E" w:rsidRDefault="00D95C51">
      <w:pPr>
        <w:spacing w:after="0"/>
      </w:pPr>
      <w:r>
        <w:rPr>
          <w:rFonts w:ascii="Arial" w:hAnsi="Arial"/>
        </w:rPr>
        <w:t>Let’s move this over in case there's any spillage.</w:t>
      </w:r>
    </w:p>
    <w:p w14:paraId="7F753F41" w14:textId="77777777" w:rsidR="00B5478E" w:rsidRDefault="00B5478E">
      <w:pPr>
        <w:spacing w:after="0"/>
      </w:pPr>
    </w:p>
    <w:p w14:paraId="50089B6C" w14:textId="77777777" w:rsidR="00B5478E" w:rsidRDefault="006652B9">
      <w:pPr>
        <w:spacing w:after="0"/>
      </w:pPr>
      <w:r>
        <w:rPr>
          <w:rFonts w:ascii="Arial" w:hAnsi="Arial"/>
          <w:b/>
        </w:rPr>
        <w:t xml:space="preserve">Interviewer E:  </w:t>
      </w:r>
      <w:r>
        <w:rPr>
          <w:rFonts w:ascii="Arial" w:hAnsi="Arial"/>
          <w:color w:val="5D7284"/>
        </w:rPr>
        <w:t>02:50</w:t>
      </w:r>
    </w:p>
    <w:p w14:paraId="753F4CFB" w14:textId="77777777" w:rsidR="00B5478E" w:rsidRDefault="006652B9">
      <w:pPr>
        <w:spacing w:after="0"/>
      </w:pPr>
      <w:r>
        <w:rPr>
          <w:rFonts w:ascii="Arial" w:hAnsi="Arial"/>
        </w:rPr>
        <w:t>This is the tricky part.</w:t>
      </w:r>
    </w:p>
    <w:p w14:paraId="187935B8" w14:textId="77777777" w:rsidR="00B5478E" w:rsidRDefault="00B5478E">
      <w:pPr>
        <w:spacing w:after="0"/>
      </w:pPr>
    </w:p>
    <w:p w14:paraId="7D0E82F8" w14:textId="77777777" w:rsidR="00B5478E" w:rsidRDefault="006652B9">
      <w:pPr>
        <w:spacing w:after="0"/>
      </w:pPr>
      <w:r>
        <w:rPr>
          <w:rFonts w:ascii="Arial" w:hAnsi="Arial"/>
          <w:b/>
        </w:rPr>
        <w:t xml:space="preserve">Interviewer P:  </w:t>
      </w:r>
      <w:r>
        <w:rPr>
          <w:rFonts w:ascii="Arial" w:hAnsi="Arial"/>
          <w:color w:val="5D7284"/>
        </w:rPr>
        <w:t>03:36</w:t>
      </w:r>
    </w:p>
    <w:p w14:paraId="30C36DF7" w14:textId="77777777" w:rsidR="00B5478E" w:rsidRDefault="006652B9">
      <w:pPr>
        <w:spacing w:after="0"/>
      </w:pPr>
      <w:r>
        <w:rPr>
          <w:rFonts w:ascii="Arial" w:hAnsi="Arial"/>
        </w:rPr>
        <w:t>We still have 30 seconds to go.</w:t>
      </w:r>
    </w:p>
    <w:p w14:paraId="545E5899" w14:textId="77777777" w:rsidR="00B5478E" w:rsidRDefault="00B5478E">
      <w:pPr>
        <w:spacing w:after="0"/>
      </w:pPr>
    </w:p>
    <w:p w14:paraId="4279C471" w14:textId="77777777" w:rsidR="00B5478E" w:rsidRDefault="006652B9">
      <w:pPr>
        <w:spacing w:after="0"/>
      </w:pPr>
      <w:r>
        <w:rPr>
          <w:rFonts w:ascii="Arial" w:hAnsi="Arial"/>
          <w:b/>
        </w:rPr>
        <w:t xml:space="preserve">Participant#5:  </w:t>
      </w:r>
      <w:r>
        <w:rPr>
          <w:rFonts w:ascii="Arial" w:hAnsi="Arial"/>
          <w:color w:val="5D7284"/>
        </w:rPr>
        <w:t>03:38</w:t>
      </w:r>
    </w:p>
    <w:p w14:paraId="5471FB3E" w14:textId="58F625B0" w:rsidR="00B5478E" w:rsidRDefault="006652B9">
      <w:pPr>
        <w:spacing w:after="0"/>
      </w:pPr>
      <w:r>
        <w:rPr>
          <w:rFonts w:ascii="Arial" w:hAnsi="Arial"/>
        </w:rPr>
        <w:t xml:space="preserve">It kind of makes sense because like I knew like cold stuff with gravitates towards the bottom and hot at the </w:t>
      </w:r>
      <w:r w:rsidR="00D95C51">
        <w:rPr>
          <w:rFonts w:ascii="Arial" w:hAnsi="Arial"/>
        </w:rPr>
        <w:t>top,</w:t>
      </w:r>
      <w:r>
        <w:rPr>
          <w:rFonts w:ascii="Arial" w:hAnsi="Arial"/>
        </w:rPr>
        <w:t xml:space="preserve"> I just expected them to like combine.</w:t>
      </w:r>
    </w:p>
    <w:p w14:paraId="33C04B59" w14:textId="77777777" w:rsidR="00B5478E" w:rsidRDefault="00B5478E">
      <w:pPr>
        <w:spacing w:after="0"/>
      </w:pPr>
    </w:p>
    <w:p w14:paraId="7317564B" w14:textId="77777777" w:rsidR="00B5478E" w:rsidRDefault="006652B9">
      <w:pPr>
        <w:spacing w:after="0"/>
      </w:pPr>
      <w:r>
        <w:rPr>
          <w:rFonts w:ascii="Arial" w:hAnsi="Arial"/>
          <w:b/>
        </w:rPr>
        <w:t xml:space="preserve">Interviewer E:  </w:t>
      </w:r>
      <w:r>
        <w:rPr>
          <w:rFonts w:ascii="Arial" w:hAnsi="Arial"/>
          <w:color w:val="5D7284"/>
        </w:rPr>
        <w:t>04:11</w:t>
      </w:r>
    </w:p>
    <w:p w14:paraId="61566797" w14:textId="01190CAA" w:rsidR="00B5478E" w:rsidRDefault="00D95C51">
      <w:pPr>
        <w:spacing w:after="0"/>
      </w:pPr>
      <w:r>
        <w:rPr>
          <w:rFonts w:ascii="Arial" w:hAnsi="Arial"/>
        </w:rPr>
        <w:t>So, you said that you know definitely what you expected didn't happen Yeah. So, did you find anything else surprising about the way it settled or anything like that?</w:t>
      </w:r>
    </w:p>
    <w:p w14:paraId="4AD0FEB8" w14:textId="77777777" w:rsidR="00B5478E" w:rsidRDefault="00B5478E">
      <w:pPr>
        <w:spacing w:after="0"/>
      </w:pPr>
    </w:p>
    <w:p w14:paraId="4EC8C424" w14:textId="77777777" w:rsidR="00B5478E" w:rsidRDefault="006652B9">
      <w:pPr>
        <w:spacing w:after="0"/>
      </w:pPr>
      <w:r>
        <w:rPr>
          <w:rFonts w:ascii="Arial" w:hAnsi="Arial"/>
          <w:b/>
        </w:rPr>
        <w:t xml:space="preserve">Participant#5:  </w:t>
      </w:r>
      <w:r>
        <w:rPr>
          <w:rFonts w:ascii="Arial" w:hAnsi="Arial"/>
          <w:color w:val="5D7284"/>
        </w:rPr>
        <w:t>04:24</w:t>
      </w:r>
    </w:p>
    <w:p w14:paraId="0719771E" w14:textId="4C883963" w:rsidR="00B5478E" w:rsidRDefault="006652B9">
      <w:pPr>
        <w:spacing w:after="0"/>
      </w:pPr>
      <w:r>
        <w:rPr>
          <w:rFonts w:ascii="Arial" w:hAnsi="Arial"/>
        </w:rPr>
        <w:t xml:space="preserve">I did see that like there's like some steam at the top which is what I kind of thought would happen Can I Can I touch it maybe there's some slight conversation I can't tell if that's just like </w:t>
      </w:r>
      <w:r w:rsidR="00D95C51">
        <w:rPr>
          <w:rFonts w:ascii="Arial" w:hAnsi="Arial"/>
        </w:rPr>
        <w:t>temperatures,</w:t>
      </w:r>
      <w:r>
        <w:rPr>
          <w:rFonts w:ascii="Arial" w:hAnsi="Arial"/>
        </w:rPr>
        <w:t xml:space="preserve"> but it definitely surprised about how just like separated in the middle. I didn't think that happened just </w:t>
      </w:r>
      <w:r>
        <w:rPr>
          <w:rFonts w:ascii="Arial" w:hAnsi="Arial"/>
        </w:rPr>
        <w:lastRenderedPageBreak/>
        <w:t>because it's both water. Yeah, so I thought it would just kind of balance out the temperatures itself. Not like contain that.</w:t>
      </w:r>
    </w:p>
    <w:p w14:paraId="76FB6BCC" w14:textId="77777777" w:rsidR="00B5478E" w:rsidRDefault="00B5478E">
      <w:pPr>
        <w:spacing w:after="0"/>
      </w:pPr>
    </w:p>
    <w:p w14:paraId="26637044" w14:textId="77777777" w:rsidR="00B5478E" w:rsidRDefault="006652B9">
      <w:pPr>
        <w:spacing w:after="0"/>
      </w:pPr>
      <w:r>
        <w:rPr>
          <w:rFonts w:ascii="Arial" w:hAnsi="Arial"/>
          <w:b/>
        </w:rPr>
        <w:t xml:space="preserve">Interviewer E:  </w:t>
      </w:r>
      <w:r>
        <w:rPr>
          <w:rFonts w:ascii="Arial" w:hAnsi="Arial"/>
          <w:color w:val="5D7284"/>
        </w:rPr>
        <w:t>04:56</w:t>
      </w:r>
    </w:p>
    <w:p w14:paraId="4FD69D9F" w14:textId="77777777" w:rsidR="00B5478E" w:rsidRDefault="006652B9">
      <w:pPr>
        <w:spacing w:after="0"/>
      </w:pPr>
      <w:r>
        <w:rPr>
          <w:rFonts w:ascii="Arial" w:hAnsi="Arial"/>
        </w:rPr>
        <w:t>Do you think that it would stay layered like this forever or do you think eventually it would make sense how long would you think that would take?</w:t>
      </w:r>
    </w:p>
    <w:p w14:paraId="7769AA16" w14:textId="77777777" w:rsidR="00B5478E" w:rsidRDefault="00B5478E">
      <w:pPr>
        <w:spacing w:after="0"/>
      </w:pPr>
    </w:p>
    <w:p w14:paraId="2BAEF937" w14:textId="77777777" w:rsidR="00B5478E" w:rsidRDefault="006652B9">
      <w:pPr>
        <w:spacing w:after="0"/>
      </w:pPr>
      <w:r>
        <w:rPr>
          <w:rFonts w:ascii="Arial" w:hAnsi="Arial"/>
          <w:b/>
        </w:rPr>
        <w:t xml:space="preserve">Participant#5:  </w:t>
      </w:r>
      <w:r>
        <w:rPr>
          <w:rFonts w:ascii="Arial" w:hAnsi="Arial"/>
          <w:color w:val="5D7284"/>
        </w:rPr>
        <w:t>05:06</w:t>
      </w:r>
    </w:p>
    <w:p w14:paraId="729B8A1F" w14:textId="77777777" w:rsidR="00B5478E" w:rsidRDefault="006652B9">
      <w:pPr>
        <w:spacing w:after="0"/>
      </w:pPr>
      <w:r>
        <w:rPr>
          <w:rFonts w:ascii="Arial" w:hAnsi="Arial"/>
        </w:rPr>
        <w:t>Maybe I think eventually it wouldn't make sense because like if they're sitting on top of each other than they should like balance out eventually as for how long like maybe like an hour?</w:t>
      </w:r>
    </w:p>
    <w:p w14:paraId="540EAA9E" w14:textId="77777777" w:rsidR="00B5478E" w:rsidRDefault="00B5478E">
      <w:pPr>
        <w:spacing w:after="0"/>
      </w:pPr>
    </w:p>
    <w:p w14:paraId="51B443B1" w14:textId="77777777" w:rsidR="00B5478E" w:rsidRDefault="006652B9">
      <w:pPr>
        <w:spacing w:after="0"/>
      </w:pPr>
      <w:r>
        <w:rPr>
          <w:rFonts w:ascii="Arial" w:hAnsi="Arial"/>
          <w:b/>
        </w:rPr>
        <w:t xml:space="preserve">Interviewer P:  </w:t>
      </w:r>
      <w:r>
        <w:rPr>
          <w:rFonts w:ascii="Arial" w:hAnsi="Arial"/>
          <w:color w:val="5D7284"/>
        </w:rPr>
        <w:t>05:22</w:t>
      </w:r>
    </w:p>
    <w:p w14:paraId="0B95C468" w14:textId="18B151F5" w:rsidR="00B5478E" w:rsidRDefault="00D95C51">
      <w:pPr>
        <w:spacing w:after="0"/>
      </w:pPr>
      <w:r>
        <w:rPr>
          <w:rFonts w:ascii="Arial" w:hAnsi="Arial"/>
        </w:rPr>
        <w:t>So, what do you think it would look like after an hour?</w:t>
      </w:r>
    </w:p>
    <w:p w14:paraId="0B9C7ADD" w14:textId="77777777" w:rsidR="00B5478E" w:rsidRDefault="00B5478E">
      <w:pPr>
        <w:spacing w:after="0"/>
      </w:pPr>
    </w:p>
    <w:p w14:paraId="0D2222CA" w14:textId="77777777" w:rsidR="00B5478E" w:rsidRDefault="006652B9">
      <w:pPr>
        <w:spacing w:after="0"/>
      </w:pPr>
      <w:r>
        <w:rPr>
          <w:rFonts w:ascii="Arial" w:hAnsi="Arial"/>
          <w:b/>
        </w:rPr>
        <w:t xml:space="preserve">Participant#5:  </w:t>
      </w:r>
      <w:r>
        <w:rPr>
          <w:rFonts w:ascii="Arial" w:hAnsi="Arial"/>
          <w:color w:val="5D7284"/>
        </w:rPr>
        <w:t>05:26</w:t>
      </w:r>
    </w:p>
    <w:p w14:paraId="719D6331" w14:textId="77777777" w:rsidR="00B5478E" w:rsidRDefault="006652B9">
      <w:pPr>
        <w:spacing w:after="0"/>
      </w:pPr>
      <w:r>
        <w:rPr>
          <w:rFonts w:ascii="Arial" w:hAnsi="Arial"/>
        </w:rPr>
        <w:t>Like maybe all of them will look like this like line like purplish gray ish kind of color.</w:t>
      </w:r>
    </w:p>
    <w:p w14:paraId="3DF33767" w14:textId="77777777" w:rsidR="00B5478E" w:rsidRDefault="00B5478E">
      <w:pPr>
        <w:spacing w:after="0"/>
      </w:pPr>
    </w:p>
    <w:p w14:paraId="36A133C6" w14:textId="77777777" w:rsidR="00B5478E" w:rsidRDefault="006652B9">
      <w:pPr>
        <w:spacing w:after="0"/>
      </w:pPr>
      <w:r>
        <w:rPr>
          <w:rFonts w:ascii="Arial" w:hAnsi="Arial"/>
          <w:b/>
        </w:rPr>
        <w:t xml:space="preserve">Interviewer P:  </w:t>
      </w:r>
      <w:r>
        <w:rPr>
          <w:rFonts w:ascii="Arial" w:hAnsi="Arial"/>
          <w:color w:val="5D7284"/>
        </w:rPr>
        <w:t>05:34</w:t>
      </w:r>
    </w:p>
    <w:p w14:paraId="614C0619" w14:textId="77777777" w:rsidR="00B5478E" w:rsidRDefault="006652B9">
      <w:pPr>
        <w:spacing w:after="0"/>
      </w:pPr>
      <w:r>
        <w:rPr>
          <w:rFonts w:ascii="Arial" w:hAnsi="Arial"/>
        </w:rPr>
        <w:t>Do you think it would ever look like this?</w:t>
      </w:r>
    </w:p>
    <w:p w14:paraId="3C92DEC0" w14:textId="77777777" w:rsidR="00B5478E" w:rsidRDefault="00B5478E">
      <w:pPr>
        <w:spacing w:after="0"/>
      </w:pPr>
    </w:p>
    <w:p w14:paraId="69783447" w14:textId="77777777" w:rsidR="00B5478E" w:rsidRDefault="006652B9">
      <w:pPr>
        <w:spacing w:after="0"/>
      </w:pPr>
      <w:r>
        <w:rPr>
          <w:rFonts w:ascii="Arial" w:hAnsi="Arial"/>
          <w:b/>
        </w:rPr>
        <w:t xml:space="preserve">Participant#5:  </w:t>
      </w:r>
      <w:r>
        <w:rPr>
          <w:rFonts w:ascii="Arial" w:hAnsi="Arial"/>
          <w:color w:val="5D7284"/>
        </w:rPr>
        <w:t>05:37</w:t>
      </w:r>
    </w:p>
    <w:p w14:paraId="437A8167" w14:textId="77777777" w:rsidR="00B5478E" w:rsidRDefault="006652B9">
      <w:pPr>
        <w:spacing w:after="0"/>
      </w:pPr>
      <w:r>
        <w:rPr>
          <w:rFonts w:ascii="Arial" w:hAnsi="Arial"/>
        </w:rPr>
        <w:t>Not after what I just said.</w:t>
      </w:r>
    </w:p>
    <w:p w14:paraId="4DC31EB0" w14:textId="77777777" w:rsidR="00B5478E" w:rsidRDefault="00B5478E">
      <w:pPr>
        <w:spacing w:after="0"/>
      </w:pPr>
    </w:p>
    <w:p w14:paraId="517D30B6" w14:textId="77777777" w:rsidR="00B5478E" w:rsidRDefault="006652B9">
      <w:pPr>
        <w:spacing w:after="0"/>
      </w:pPr>
      <w:r>
        <w:rPr>
          <w:rFonts w:ascii="Arial" w:hAnsi="Arial"/>
          <w:b/>
        </w:rPr>
        <w:t xml:space="preserve">Interviewer E:  </w:t>
      </w:r>
      <w:r>
        <w:rPr>
          <w:rFonts w:ascii="Arial" w:hAnsi="Arial"/>
          <w:color w:val="5D7284"/>
        </w:rPr>
        <w:t>05:41</w:t>
      </w:r>
    </w:p>
    <w:p w14:paraId="4AC289BD" w14:textId="77777777" w:rsidR="00B5478E" w:rsidRDefault="006652B9">
      <w:pPr>
        <w:spacing w:after="0"/>
      </w:pPr>
      <w:r>
        <w:rPr>
          <w:rFonts w:ascii="Arial" w:hAnsi="Arial"/>
        </w:rPr>
        <w:t>what about the temperature when do you think both will be at the same temperature?</w:t>
      </w:r>
    </w:p>
    <w:p w14:paraId="242AE669" w14:textId="77777777" w:rsidR="00B5478E" w:rsidRDefault="00B5478E">
      <w:pPr>
        <w:spacing w:after="0"/>
      </w:pPr>
    </w:p>
    <w:p w14:paraId="1CD62051" w14:textId="77777777" w:rsidR="00B5478E" w:rsidRDefault="006652B9">
      <w:pPr>
        <w:spacing w:after="0"/>
      </w:pPr>
      <w:r>
        <w:rPr>
          <w:rFonts w:ascii="Arial" w:hAnsi="Arial"/>
          <w:b/>
        </w:rPr>
        <w:t xml:space="preserve">Participant#5:  </w:t>
      </w:r>
      <w:r>
        <w:rPr>
          <w:rFonts w:ascii="Arial" w:hAnsi="Arial"/>
          <w:color w:val="5D7284"/>
        </w:rPr>
        <w:t>05:49</w:t>
      </w:r>
    </w:p>
    <w:p w14:paraId="5DA2728E" w14:textId="77777777" w:rsidR="00B5478E" w:rsidRDefault="006652B9">
      <w:pPr>
        <w:spacing w:after="0"/>
      </w:pPr>
      <w:r>
        <w:rPr>
          <w:rFonts w:ascii="Arial" w:hAnsi="Arial"/>
        </w:rPr>
        <w:t>My guests just like maybe an hour a couple of hours.</w:t>
      </w:r>
    </w:p>
    <w:p w14:paraId="3C119517" w14:textId="77777777" w:rsidR="00B5478E" w:rsidRDefault="00B5478E">
      <w:pPr>
        <w:spacing w:after="0"/>
      </w:pPr>
    </w:p>
    <w:p w14:paraId="09917597" w14:textId="77777777" w:rsidR="00B5478E" w:rsidRDefault="006652B9">
      <w:pPr>
        <w:spacing w:after="0"/>
      </w:pPr>
      <w:r>
        <w:rPr>
          <w:rFonts w:ascii="Arial" w:hAnsi="Arial"/>
          <w:b/>
        </w:rPr>
        <w:t xml:space="preserve">Interviewer E:  </w:t>
      </w:r>
      <w:r>
        <w:rPr>
          <w:rFonts w:ascii="Arial" w:hAnsi="Arial"/>
          <w:color w:val="5D7284"/>
        </w:rPr>
        <w:t>05:56</w:t>
      </w:r>
    </w:p>
    <w:p w14:paraId="2C58DA5A" w14:textId="5AFEAD21" w:rsidR="00B5478E" w:rsidRDefault="00D95C51">
      <w:pPr>
        <w:spacing w:after="0"/>
      </w:pPr>
      <w:r>
        <w:rPr>
          <w:rFonts w:ascii="Arial" w:hAnsi="Arial"/>
        </w:rPr>
        <w:t>Well, we have an answer. So, I am going to put it directly in front of you because I have a privacy screen.</w:t>
      </w:r>
    </w:p>
    <w:p w14:paraId="67BD86E2" w14:textId="77777777" w:rsidR="00B5478E" w:rsidRDefault="00B5478E">
      <w:pPr>
        <w:spacing w:after="0"/>
      </w:pPr>
    </w:p>
    <w:p w14:paraId="6CEC8449" w14:textId="77777777" w:rsidR="00B5478E" w:rsidRDefault="006652B9">
      <w:pPr>
        <w:spacing w:after="0"/>
      </w:pPr>
      <w:r>
        <w:rPr>
          <w:rFonts w:ascii="Arial" w:hAnsi="Arial"/>
          <w:b/>
        </w:rPr>
        <w:t xml:space="preserve">Interviewer P:  </w:t>
      </w:r>
      <w:r>
        <w:rPr>
          <w:rFonts w:ascii="Arial" w:hAnsi="Arial"/>
          <w:color w:val="5D7284"/>
        </w:rPr>
        <w:t>06:08</w:t>
      </w:r>
    </w:p>
    <w:p w14:paraId="489BCBD8" w14:textId="77777777" w:rsidR="00B5478E" w:rsidRDefault="006652B9">
      <w:pPr>
        <w:spacing w:after="0"/>
      </w:pPr>
      <w:r>
        <w:rPr>
          <w:rFonts w:ascii="Arial" w:hAnsi="Arial"/>
        </w:rPr>
        <w:t>Are you okay there with the wet?</w:t>
      </w:r>
    </w:p>
    <w:p w14:paraId="1BE809E4" w14:textId="77777777" w:rsidR="00B5478E" w:rsidRDefault="00B5478E">
      <w:pPr>
        <w:spacing w:after="0"/>
      </w:pPr>
    </w:p>
    <w:p w14:paraId="2FD0434D" w14:textId="77777777" w:rsidR="00B5478E" w:rsidRDefault="006652B9">
      <w:pPr>
        <w:spacing w:after="0"/>
      </w:pPr>
      <w:r>
        <w:rPr>
          <w:rFonts w:ascii="Arial" w:hAnsi="Arial"/>
          <w:b/>
        </w:rPr>
        <w:t xml:space="preserve">Interviewer E:  </w:t>
      </w:r>
      <w:r>
        <w:rPr>
          <w:rFonts w:ascii="Arial" w:hAnsi="Arial"/>
          <w:color w:val="5D7284"/>
        </w:rPr>
        <w:t>06:15</w:t>
      </w:r>
    </w:p>
    <w:p w14:paraId="63B2A1C9" w14:textId="3E7E76A5" w:rsidR="00B5478E" w:rsidRDefault="00D95C51">
      <w:pPr>
        <w:spacing w:after="0"/>
      </w:pPr>
      <w:r>
        <w:rPr>
          <w:rFonts w:ascii="Arial" w:hAnsi="Arial"/>
        </w:rPr>
        <w:t>So, we did a time lapse video of what will happen in an hour condensed into like 33 seconds.</w:t>
      </w:r>
    </w:p>
    <w:p w14:paraId="56F57A6E" w14:textId="77777777" w:rsidR="00B5478E" w:rsidRDefault="00B5478E">
      <w:pPr>
        <w:spacing w:after="0"/>
      </w:pPr>
    </w:p>
    <w:p w14:paraId="2266A2B5" w14:textId="77777777" w:rsidR="00B5478E" w:rsidRDefault="006652B9">
      <w:pPr>
        <w:spacing w:after="0"/>
      </w:pPr>
      <w:r>
        <w:rPr>
          <w:rFonts w:ascii="Arial" w:hAnsi="Arial"/>
          <w:b/>
        </w:rPr>
        <w:t xml:space="preserve">Participant#5:  </w:t>
      </w:r>
      <w:r>
        <w:rPr>
          <w:rFonts w:ascii="Arial" w:hAnsi="Arial"/>
          <w:color w:val="5D7284"/>
        </w:rPr>
        <w:t>06:25</w:t>
      </w:r>
    </w:p>
    <w:p w14:paraId="567CBDF0" w14:textId="77777777" w:rsidR="00B5478E" w:rsidRDefault="006652B9">
      <w:pPr>
        <w:spacing w:after="0"/>
      </w:pPr>
      <w:r>
        <w:rPr>
          <w:rFonts w:ascii="Arial" w:hAnsi="Arial"/>
        </w:rPr>
        <w:t>it does take an hour.</w:t>
      </w:r>
    </w:p>
    <w:p w14:paraId="0A8F8545" w14:textId="77777777" w:rsidR="00B5478E" w:rsidRDefault="00B5478E">
      <w:pPr>
        <w:spacing w:after="0"/>
      </w:pPr>
    </w:p>
    <w:p w14:paraId="3EF85CD1" w14:textId="77777777" w:rsidR="00B5478E" w:rsidRDefault="006652B9">
      <w:pPr>
        <w:spacing w:after="0"/>
      </w:pPr>
      <w:r>
        <w:rPr>
          <w:rFonts w:ascii="Arial" w:hAnsi="Arial"/>
          <w:b/>
        </w:rPr>
        <w:t xml:space="preserve">Interviewer P:  </w:t>
      </w:r>
      <w:r>
        <w:rPr>
          <w:rFonts w:ascii="Arial" w:hAnsi="Arial"/>
          <w:color w:val="5D7284"/>
        </w:rPr>
        <w:t>06:27</w:t>
      </w:r>
    </w:p>
    <w:p w14:paraId="590D92F8" w14:textId="77777777" w:rsidR="00B5478E" w:rsidRDefault="006652B9">
      <w:pPr>
        <w:spacing w:after="0"/>
      </w:pPr>
      <w:r>
        <w:rPr>
          <w:rFonts w:ascii="Arial" w:hAnsi="Arial"/>
        </w:rPr>
        <w:t>Well, she she taped it for an hour yeah.</w:t>
      </w:r>
    </w:p>
    <w:p w14:paraId="78CC1426" w14:textId="77777777" w:rsidR="00B5478E" w:rsidRDefault="00B5478E">
      <w:pPr>
        <w:spacing w:after="0"/>
      </w:pPr>
    </w:p>
    <w:p w14:paraId="482DF0C3" w14:textId="77777777" w:rsidR="00B5478E" w:rsidRDefault="006652B9">
      <w:pPr>
        <w:spacing w:after="0"/>
      </w:pPr>
      <w:r>
        <w:rPr>
          <w:rFonts w:ascii="Arial" w:hAnsi="Arial"/>
          <w:b/>
        </w:rPr>
        <w:t xml:space="preserve">Interviewer E:  </w:t>
      </w:r>
      <w:r>
        <w:rPr>
          <w:rFonts w:ascii="Arial" w:hAnsi="Arial"/>
          <w:color w:val="5D7284"/>
        </w:rPr>
        <w:t>06:37</w:t>
      </w:r>
    </w:p>
    <w:p w14:paraId="257A4587" w14:textId="77777777" w:rsidR="00B5478E" w:rsidRDefault="006652B9">
      <w:pPr>
        <w:spacing w:after="0"/>
      </w:pPr>
      <w:r>
        <w:rPr>
          <w:rFonts w:ascii="Arial" w:hAnsi="Arial"/>
        </w:rPr>
        <w:t>Can you see it?</w:t>
      </w:r>
    </w:p>
    <w:p w14:paraId="5ECA19F8" w14:textId="77777777" w:rsidR="00B5478E" w:rsidRDefault="00B5478E">
      <w:pPr>
        <w:spacing w:after="0"/>
      </w:pPr>
    </w:p>
    <w:p w14:paraId="0A531557" w14:textId="77777777" w:rsidR="00B5478E" w:rsidRDefault="006652B9">
      <w:pPr>
        <w:spacing w:after="0"/>
      </w:pPr>
      <w:r>
        <w:rPr>
          <w:rFonts w:ascii="Arial" w:hAnsi="Arial"/>
          <w:b/>
        </w:rPr>
        <w:t xml:space="preserve">Participant#5:  </w:t>
      </w:r>
      <w:r>
        <w:rPr>
          <w:rFonts w:ascii="Arial" w:hAnsi="Arial"/>
          <w:color w:val="5D7284"/>
        </w:rPr>
        <w:t>06:37</w:t>
      </w:r>
    </w:p>
    <w:p w14:paraId="306660B4" w14:textId="6287E6AC" w:rsidR="00B5478E" w:rsidRDefault="006652B9">
      <w:pPr>
        <w:spacing w:after="0"/>
      </w:pPr>
      <w:r>
        <w:rPr>
          <w:rFonts w:ascii="Arial" w:hAnsi="Arial"/>
        </w:rPr>
        <w:t xml:space="preserve">Yeah. </w:t>
      </w:r>
      <w:r w:rsidR="00D95C51">
        <w:rPr>
          <w:rFonts w:ascii="Arial" w:hAnsi="Arial"/>
        </w:rPr>
        <w:t>That’s</w:t>
      </w:r>
      <w:r>
        <w:rPr>
          <w:rFonts w:ascii="Arial" w:hAnsi="Arial"/>
        </w:rPr>
        <w:t xml:space="preserve"> crazy, it is just kind of....</w:t>
      </w:r>
    </w:p>
    <w:p w14:paraId="6298B8C6" w14:textId="77777777" w:rsidR="00B5478E" w:rsidRDefault="00B5478E">
      <w:pPr>
        <w:spacing w:after="0"/>
      </w:pPr>
    </w:p>
    <w:p w14:paraId="17F5668A" w14:textId="77777777" w:rsidR="00B5478E" w:rsidRDefault="006652B9">
      <w:pPr>
        <w:spacing w:after="0"/>
      </w:pPr>
      <w:r>
        <w:rPr>
          <w:rFonts w:ascii="Arial" w:hAnsi="Arial"/>
          <w:b/>
        </w:rPr>
        <w:t xml:space="preserve">Interviewer E:  </w:t>
      </w:r>
      <w:r>
        <w:rPr>
          <w:rFonts w:ascii="Arial" w:hAnsi="Arial"/>
          <w:color w:val="5D7284"/>
        </w:rPr>
        <w:t>07:16</w:t>
      </w:r>
    </w:p>
    <w:p w14:paraId="3C6B711C" w14:textId="5B628E6B" w:rsidR="00B5478E" w:rsidRDefault="006652B9">
      <w:pPr>
        <w:spacing w:after="0"/>
      </w:pPr>
      <w:r>
        <w:rPr>
          <w:rFonts w:ascii="Arial" w:hAnsi="Arial"/>
        </w:rPr>
        <w:t xml:space="preserve">Right. </w:t>
      </w:r>
      <w:r w:rsidR="00D95C51">
        <w:rPr>
          <w:rFonts w:ascii="Arial" w:hAnsi="Arial"/>
        </w:rPr>
        <w:t>So,</w:t>
      </w:r>
      <w:r>
        <w:rPr>
          <w:rFonts w:ascii="Arial" w:hAnsi="Arial"/>
        </w:rPr>
        <w:t xml:space="preserve"> is that surprising or did you find it interesting?</w:t>
      </w:r>
    </w:p>
    <w:p w14:paraId="00DF02C3" w14:textId="77777777" w:rsidR="00B5478E" w:rsidRDefault="00B5478E">
      <w:pPr>
        <w:spacing w:after="0"/>
      </w:pPr>
    </w:p>
    <w:p w14:paraId="0679A02D" w14:textId="77777777" w:rsidR="00B5478E" w:rsidRDefault="006652B9">
      <w:pPr>
        <w:spacing w:after="0"/>
      </w:pPr>
      <w:r>
        <w:rPr>
          <w:rFonts w:ascii="Arial" w:hAnsi="Arial"/>
          <w:b/>
        </w:rPr>
        <w:t xml:space="preserve">Participant#5:  </w:t>
      </w:r>
      <w:r>
        <w:rPr>
          <w:rFonts w:ascii="Arial" w:hAnsi="Arial"/>
          <w:color w:val="5D7284"/>
        </w:rPr>
        <w:t>07:20</w:t>
      </w:r>
    </w:p>
    <w:p w14:paraId="03028DB5" w14:textId="002F0EA5" w:rsidR="00B5478E" w:rsidRDefault="006652B9">
      <w:pPr>
        <w:spacing w:after="0"/>
      </w:pPr>
      <w:r>
        <w:rPr>
          <w:rFonts w:ascii="Arial" w:hAnsi="Arial"/>
        </w:rPr>
        <w:t xml:space="preserve">Yeah, I did find it interesting. I liked like is interesting how like everything like, it looked like there was like </w:t>
      </w:r>
      <w:r w:rsidR="00D95C51">
        <w:rPr>
          <w:rFonts w:ascii="Arial" w:hAnsi="Arial"/>
        </w:rPr>
        <w:t>streaks</w:t>
      </w:r>
      <w:r>
        <w:rPr>
          <w:rFonts w:ascii="Arial" w:hAnsi="Arial"/>
        </w:rPr>
        <w:t xml:space="preserve"> or like lines coming down. So yeah, that was interesting.</w:t>
      </w:r>
    </w:p>
    <w:p w14:paraId="14030FF1" w14:textId="77777777" w:rsidR="00B5478E" w:rsidRDefault="00B5478E">
      <w:pPr>
        <w:spacing w:after="0"/>
      </w:pPr>
    </w:p>
    <w:p w14:paraId="54874EB5" w14:textId="77777777" w:rsidR="00B5478E" w:rsidRDefault="006652B9">
      <w:pPr>
        <w:spacing w:after="0"/>
      </w:pPr>
      <w:r>
        <w:rPr>
          <w:rFonts w:ascii="Arial" w:hAnsi="Arial"/>
          <w:b/>
        </w:rPr>
        <w:t xml:space="preserve">Interviewer P:  </w:t>
      </w:r>
      <w:r>
        <w:rPr>
          <w:rFonts w:ascii="Arial" w:hAnsi="Arial"/>
          <w:color w:val="5D7284"/>
        </w:rPr>
        <w:t>07:35</w:t>
      </w:r>
    </w:p>
    <w:p w14:paraId="65E346C9" w14:textId="77777777" w:rsidR="00B5478E" w:rsidRDefault="006652B9">
      <w:pPr>
        <w:spacing w:after="0"/>
      </w:pPr>
      <w:r>
        <w:rPr>
          <w:rFonts w:ascii="Arial" w:hAnsi="Arial"/>
        </w:rPr>
        <w:t>Did it turn purple?</w:t>
      </w:r>
    </w:p>
    <w:p w14:paraId="5B1F8B1F" w14:textId="77777777" w:rsidR="00B5478E" w:rsidRDefault="00B5478E">
      <w:pPr>
        <w:spacing w:after="0"/>
      </w:pPr>
    </w:p>
    <w:p w14:paraId="64291900" w14:textId="77777777" w:rsidR="00B5478E" w:rsidRDefault="006652B9">
      <w:pPr>
        <w:spacing w:after="0"/>
      </w:pPr>
      <w:r>
        <w:rPr>
          <w:rFonts w:ascii="Arial" w:hAnsi="Arial"/>
          <w:b/>
        </w:rPr>
        <w:t xml:space="preserve">Participant#5:  </w:t>
      </w:r>
      <w:r>
        <w:rPr>
          <w:rFonts w:ascii="Arial" w:hAnsi="Arial"/>
          <w:color w:val="5D7284"/>
        </w:rPr>
        <w:t>07:39</w:t>
      </w:r>
    </w:p>
    <w:p w14:paraId="17B0EEB1" w14:textId="77777777" w:rsidR="00B5478E" w:rsidRDefault="006652B9">
      <w:pPr>
        <w:spacing w:after="0"/>
      </w:pPr>
      <w:r>
        <w:rPr>
          <w:rFonts w:ascii="Arial" w:hAnsi="Arial"/>
        </w:rPr>
        <w:t>It was like more like that grayish texture.</w:t>
      </w:r>
    </w:p>
    <w:p w14:paraId="79C1C008" w14:textId="77777777" w:rsidR="00B5478E" w:rsidRDefault="00B5478E">
      <w:pPr>
        <w:spacing w:after="0"/>
      </w:pPr>
    </w:p>
    <w:p w14:paraId="18F0FAE7" w14:textId="77777777" w:rsidR="00B5478E" w:rsidRDefault="006652B9">
      <w:pPr>
        <w:spacing w:after="0"/>
      </w:pPr>
      <w:r>
        <w:rPr>
          <w:rFonts w:ascii="Arial" w:hAnsi="Arial"/>
          <w:b/>
        </w:rPr>
        <w:t xml:space="preserve">Interviewer P:  </w:t>
      </w:r>
      <w:r>
        <w:rPr>
          <w:rFonts w:ascii="Arial" w:hAnsi="Arial"/>
          <w:color w:val="5D7284"/>
        </w:rPr>
        <w:t>07:41</w:t>
      </w:r>
    </w:p>
    <w:p w14:paraId="6FD63D77" w14:textId="75979708" w:rsidR="00B5478E" w:rsidRDefault="006652B9">
      <w:pPr>
        <w:spacing w:after="0"/>
      </w:pPr>
      <w:r>
        <w:rPr>
          <w:rFonts w:ascii="Arial" w:hAnsi="Arial"/>
        </w:rPr>
        <w:t xml:space="preserve">Yeah yeah. All right, we're </w:t>
      </w:r>
      <w:r w:rsidR="00D95C51">
        <w:rPr>
          <w:rFonts w:ascii="Arial" w:hAnsi="Arial"/>
        </w:rPr>
        <w:t>goanna</w:t>
      </w:r>
      <w:r>
        <w:rPr>
          <w:rFonts w:ascii="Arial" w:hAnsi="Arial"/>
        </w:rPr>
        <w:t xml:space="preserve"> switch places. And I'm </w:t>
      </w:r>
      <w:r w:rsidR="00D95C51">
        <w:rPr>
          <w:rFonts w:ascii="Arial" w:hAnsi="Arial"/>
        </w:rPr>
        <w:t>goanna</w:t>
      </w:r>
      <w:r>
        <w:rPr>
          <w:rFonts w:ascii="Arial" w:hAnsi="Arial"/>
        </w:rPr>
        <w:t xml:space="preserve"> pick it up from here, let me move this. Okay, so I have this stuff called potassium for manganese. And it's a dye, but it's like, it's not like food coloring, because it's solid. </w:t>
      </w:r>
      <w:r w:rsidR="00D95C51">
        <w:rPr>
          <w:rFonts w:ascii="Arial" w:hAnsi="Arial"/>
        </w:rPr>
        <w:t>So,</w:t>
      </w:r>
      <w:r>
        <w:rPr>
          <w:rFonts w:ascii="Arial" w:hAnsi="Arial"/>
        </w:rPr>
        <w:t xml:space="preserve"> it's like, crystalline solid. And it looks like that. And </w:t>
      </w:r>
      <w:r w:rsidR="00D95C51">
        <w:rPr>
          <w:rFonts w:ascii="Arial" w:hAnsi="Arial"/>
        </w:rPr>
        <w:t>so,</w:t>
      </w:r>
      <w:r>
        <w:rPr>
          <w:rFonts w:ascii="Arial" w:hAnsi="Arial"/>
        </w:rPr>
        <w:t xml:space="preserve"> I have that small tank over there. And it's sitting over there just because on the table, it gets bumped. And I'm </w:t>
      </w:r>
      <w:r w:rsidR="00D95C51">
        <w:rPr>
          <w:rFonts w:ascii="Arial" w:hAnsi="Arial"/>
        </w:rPr>
        <w:t>goanna</w:t>
      </w:r>
      <w:r>
        <w:rPr>
          <w:rFonts w:ascii="Arial" w:hAnsi="Arial"/>
        </w:rPr>
        <w:t xml:space="preserve"> put a little bit of this dye into there just to kind of show you what it looks like. </w:t>
      </w:r>
      <w:r w:rsidR="00D95C51">
        <w:rPr>
          <w:rFonts w:ascii="Arial" w:hAnsi="Arial"/>
        </w:rPr>
        <w:t>So,</w:t>
      </w:r>
      <w:r>
        <w:rPr>
          <w:rFonts w:ascii="Arial" w:hAnsi="Arial"/>
        </w:rPr>
        <w:t xml:space="preserve"> let's go ahead and do that so anything about that surprise you? </w:t>
      </w:r>
    </w:p>
    <w:p w14:paraId="0900FE5D" w14:textId="77777777" w:rsidR="00B5478E" w:rsidRDefault="00B5478E">
      <w:pPr>
        <w:spacing w:after="0"/>
      </w:pPr>
    </w:p>
    <w:p w14:paraId="062ADA21" w14:textId="77777777" w:rsidR="00B5478E" w:rsidRDefault="006652B9">
      <w:pPr>
        <w:spacing w:after="0"/>
      </w:pPr>
      <w:r>
        <w:rPr>
          <w:rFonts w:ascii="Arial" w:hAnsi="Arial"/>
          <w:b/>
        </w:rPr>
        <w:t xml:space="preserve">Participant#5:  </w:t>
      </w:r>
      <w:r>
        <w:rPr>
          <w:rFonts w:ascii="Arial" w:hAnsi="Arial"/>
          <w:color w:val="5D7284"/>
        </w:rPr>
        <w:t>09:04</w:t>
      </w:r>
    </w:p>
    <w:p w14:paraId="34FEDB23" w14:textId="77777777" w:rsidR="00B5478E" w:rsidRDefault="006652B9">
      <w:pPr>
        <w:spacing w:after="0"/>
      </w:pPr>
      <w:r>
        <w:rPr>
          <w:rFonts w:ascii="Arial" w:hAnsi="Arial"/>
        </w:rPr>
        <w:t>Yeah, it's like they like go down in like streams instead of spreading the pigment like a cloud but like it is more so just staying in one area.</w:t>
      </w:r>
    </w:p>
    <w:p w14:paraId="30299B91" w14:textId="77777777" w:rsidR="00B5478E" w:rsidRDefault="00B5478E">
      <w:pPr>
        <w:spacing w:after="0"/>
      </w:pPr>
    </w:p>
    <w:p w14:paraId="4741D8F3" w14:textId="77777777" w:rsidR="00B5478E" w:rsidRDefault="006652B9">
      <w:pPr>
        <w:spacing w:after="0"/>
      </w:pPr>
      <w:r>
        <w:rPr>
          <w:rFonts w:ascii="Arial" w:hAnsi="Arial"/>
          <w:b/>
        </w:rPr>
        <w:t xml:space="preserve">Interviewer P:  </w:t>
      </w:r>
      <w:r>
        <w:rPr>
          <w:rFonts w:ascii="Arial" w:hAnsi="Arial"/>
          <w:color w:val="5D7284"/>
        </w:rPr>
        <w:t>09:16</w:t>
      </w:r>
    </w:p>
    <w:p w14:paraId="442CC2DC" w14:textId="605213E8" w:rsidR="00B5478E" w:rsidRDefault="006652B9">
      <w:pPr>
        <w:spacing w:after="0"/>
      </w:pPr>
      <w:r>
        <w:rPr>
          <w:rFonts w:ascii="Arial" w:hAnsi="Arial"/>
        </w:rPr>
        <w:t xml:space="preserve">Yeah, yeah. Unlike I guess liquid food coloring, which tends to kind of like color out the water creates those kind of like tendrils then these. Okay, so you can probably guess where we're going with this. There's this really large tank that's rotating behind you and we've had this going for probably like 30 minutes. It's just been sitting there and spinning and doing its thing. And </w:t>
      </w:r>
      <w:r w:rsidR="00D95C51">
        <w:rPr>
          <w:rFonts w:ascii="Arial" w:hAnsi="Arial"/>
        </w:rPr>
        <w:t>so,</w:t>
      </w:r>
      <w:r>
        <w:rPr>
          <w:rFonts w:ascii="Arial" w:hAnsi="Arial"/>
        </w:rPr>
        <w:t xml:space="preserve"> what I'm going to do now that you know what that looks like in there, is I'm </w:t>
      </w:r>
      <w:r w:rsidR="00D95C51">
        <w:rPr>
          <w:rFonts w:ascii="Arial" w:hAnsi="Arial"/>
        </w:rPr>
        <w:t>goanna</w:t>
      </w:r>
      <w:r>
        <w:rPr>
          <w:rFonts w:ascii="Arial" w:hAnsi="Arial"/>
        </w:rPr>
        <w:t xml:space="preserve"> do the same thing in the rotating tank and drop some of potassium </w:t>
      </w:r>
      <w:r w:rsidR="00D95C51">
        <w:rPr>
          <w:rFonts w:ascii="Arial" w:hAnsi="Arial"/>
        </w:rPr>
        <w:t>permanganates</w:t>
      </w:r>
      <w:r>
        <w:rPr>
          <w:rFonts w:ascii="Arial" w:hAnsi="Arial"/>
        </w:rPr>
        <w:t xml:space="preserve">. And same as what you did with Erika, I want you to kind of predict what you think that dye is going to look like when I do it now on the rotating tank, now that you have an idea what it looks like there. And </w:t>
      </w:r>
      <w:r w:rsidR="00D95C51">
        <w:rPr>
          <w:rFonts w:ascii="Arial" w:hAnsi="Arial"/>
        </w:rPr>
        <w:t>so,</w:t>
      </w:r>
      <w:r>
        <w:rPr>
          <w:rFonts w:ascii="Arial" w:hAnsi="Arial"/>
        </w:rPr>
        <w:t xml:space="preserve"> for the prediction, same thing, like what it would look like about a minute after I drop it, and I'm going to ask you to do a couple of views. So first of all, it's a picture as if like, you took a snapshot with your camera, not like you know, a moving thing, but just like, like, what would it look like one moment in time. And </w:t>
      </w:r>
      <w:r w:rsidR="00D95C51">
        <w:rPr>
          <w:rFonts w:ascii="Arial" w:hAnsi="Arial"/>
        </w:rPr>
        <w:t>so,</w:t>
      </w:r>
      <w:r>
        <w:rPr>
          <w:rFonts w:ascii="Arial" w:hAnsi="Arial"/>
        </w:rPr>
        <w:t xml:space="preserve"> two views one of them would be like a top view </w:t>
      </w:r>
      <w:r>
        <w:rPr>
          <w:rFonts w:ascii="Arial" w:hAnsi="Arial"/>
        </w:rPr>
        <w:lastRenderedPageBreak/>
        <w:t xml:space="preserve">or like if you were looking down and then another one would be a side view down here, like if you took the picture from the side. And so here we go. </w:t>
      </w:r>
      <w:r w:rsidR="00D95C51">
        <w:rPr>
          <w:rFonts w:ascii="Arial" w:hAnsi="Arial"/>
        </w:rPr>
        <w:t>So,</w:t>
      </w:r>
      <w:r>
        <w:rPr>
          <w:rFonts w:ascii="Arial" w:hAnsi="Arial"/>
        </w:rPr>
        <w:t xml:space="preserve"> a minute after I dropped the crystal, here's the top view and here's that side. </w:t>
      </w:r>
      <w:r w:rsidR="00D95C51">
        <w:rPr>
          <w:rFonts w:ascii="Arial" w:hAnsi="Arial"/>
        </w:rPr>
        <w:t>So,</w:t>
      </w:r>
      <w:r>
        <w:rPr>
          <w:rFonts w:ascii="Arial" w:hAnsi="Arial"/>
        </w:rPr>
        <w:t xml:space="preserve"> draw what you think you will see.</w:t>
      </w:r>
    </w:p>
    <w:p w14:paraId="043C50EF" w14:textId="77777777" w:rsidR="00B5478E" w:rsidRDefault="00B5478E">
      <w:pPr>
        <w:spacing w:after="0"/>
      </w:pPr>
    </w:p>
    <w:p w14:paraId="18F9A097" w14:textId="77777777" w:rsidR="00B5478E" w:rsidRDefault="006652B9">
      <w:pPr>
        <w:spacing w:after="0"/>
      </w:pPr>
      <w:r>
        <w:rPr>
          <w:rFonts w:ascii="Arial" w:hAnsi="Arial"/>
          <w:b/>
        </w:rPr>
        <w:t xml:space="preserve">Participant#5:  </w:t>
      </w:r>
      <w:r>
        <w:rPr>
          <w:rFonts w:ascii="Arial" w:hAnsi="Arial"/>
          <w:color w:val="5D7284"/>
        </w:rPr>
        <w:t>10:50</w:t>
      </w:r>
    </w:p>
    <w:p w14:paraId="3B928A70" w14:textId="77777777" w:rsidR="00B5478E" w:rsidRDefault="006652B9">
      <w:pPr>
        <w:spacing w:after="0"/>
      </w:pPr>
      <w:r>
        <w:rPr>
          <w:rFonts w:ascii="Arial" w:hAnsi="Arial"/>
        </w:rPr>
        <w:t>Am I allowed to ask where you drop it in the tank.</w:t>
      </w:r>
    </w:p>
    <w:p w14:paraId="7FD5AC65" w14:textId="77777777" w:rsidR="00B5478E" w:rsidRDefault="00B5478E">
      <w:pPr>
        <w:spacing w:after="0"/>
      </w:pPr>
    </w:p>
    <w:p w14:paraId="4343AA5C" w14:textId="77777777" w:rsidR="00B5478E" w:rsidRDefault="006652B9">
      <w:pPr>
        <w:spacing w:after="0"/>
      </w:pPr>
      <w:r>
        <w:rPr>
          <w:rFonts w:ascii="Arial" w:hAnsi="Arial"/>
          <w:b/>
        </w:rPr>
        <w:t xml:space="preserve">Interviewer P:  </w:t>
      </w:r>
      <w:r>
        <w:rPr>
          <w:rFonts w:ascii="Arial" w:hAnsi="Arial"/>
          <w:color w:val="5D7284"/>
        </w:rPr>
        <w:t>10:53</w:t>
      </w:r>
    </w:p>
    <w:p w14:paraId="15EB5514" w14:textId="77777777" w:rsidR="00B5478E" w:rsidRDefault="006652B9">
      <w:pPr>
        <w:spacing w:after="0"/>
      </w:pPr>
      <w:r>
        <w:rPr>
          <w:rFonts w:ascii="Arial" w:hAnsi="Arial"/>
        </w:rPr>
        <w:t>So, I'll drop a little kind of like what I do there I'll put some on the side I'll put some in the middle I'll kind of distributed around. Opps we forgot to ask the Jell-O question about the tank. It's okay we'll get Jell-O over here.</w:t>
      </w:r>
    </w:p>
    <w:p w14:paraId="002BA8F3" w14:textId="77777777" w:rsidR="00B5478E" w:rsidRDefault="00B5478E">
      <w:pPr>
        <w:spacing w:after="0"/>
      </w:pPr>
    </w:p>
    <w:p w14:paraId="25FD2D19" w14:textId="77777777" w:rsidR="00B5478E" w:rsidRDefault="006652B9">
      <w:pPr>
        <w:spacing w:after="0"/>
      </w:pPr>
      <w:r>
        <w:rPr>
          <w:rFonts w:ascii="Arial" w:hAnsi="Arial"/>
          <w:b/>
        </w:rPr>
        <w:t xml:space="preserve">Interviewer E:  </w:t>
      </w:r>
      <w:r>
        <w:rPr>
          <w:rFonts w:ascii="Arial" w:hAnsi="Arial"/>
          <w:color w:val="5D7284"/>
        </w:rPr>
        <w:t>11:21</w:t>
      </w:r>
    </w:p>
    <w:p w14:paraId="7CB7E21C" w14:textId="45F7B2EE" w:rsidR="00B5478E" w:rsidRDefault="00D95C51">
      <w:pPr>
        <w:spacing w:after="0"/>
      </w:pPr>
      <w:r>
        <w:rPr>
          <w:rFonts w:ascii="Arial" w:hAnsi="Arial"/>
        </w:rPr>
        <w:t>Yeah, when I went in there the professor lounge, they're very confused and I was getting some Jell-O.</w:t>
      </w:r>
    </w:p>
    <w:p w14:paraId="356A4615" w14:textId="77777777" w:rsidR="00B5478E" w:rsidRDefault="00B5478E">
      <w:pPr>
        <w:spacing w:after="0"/>
      </w:pPr>
    </w:p>
    <w:p w14:paraId="490F5B7C" w14:textId="77777777" w:rsidR="00B5478E" w:rsidRDefault="006652B9">
      <w:pPr>
        <w:spacing w:after="0"/>
      </w:pPr>
      <w:r>
        <w:rPr>
          <w:rFonts w:ascii="Arial" w:hAnsi="Arial"/>
          <w:b/>
        </w:rPr>
        <w:t xml:space="preserve">Interviewer P:  </w:t>
      </w:r>
      <w:r>
        <w:rPr>
          <w:rFonts w:ascii="Arial" w:hAnsi="Arial"/>
          <w:color w:val="5D7284"/>
        </w:rPr>
        <w:t>11:50</w:t>
      </w:r>
    </w:p>
    <w:p w14:paraId="6D35854D" w14:textId="77777777" w:rsidR="00B5478E" w:rsidRDefault="006652B9">
      <w:pPr>
        <w:spacing w:after="0"/>
      </w:pPr>
      <w:r>
        <w:rPr>
          <w:rFonts w:ascii="Arial" w:hAnsi="Arial"/>
        </w:rPr>
        <w:t>Because I have somebody else asked me, she saw me what then she's like "what is that", maybe I'll just send that email to the department.</w:t>
      </w:r>
    </w:p>
    <w:p w14:paraId="3947D256" w14:textId="77777777" w:rsidR="00B5478E" w:rsidRDefault="00B5478E">
      <w:pPr>
        <w:spacing w:after="0"/>
      </w:pPr>
    </w:p>
    <w:p w14:paraId="135CEE5C" w14:textId="77777777" w:rsidR="00B5478E" w:rsidRDefault="006652B9">
      <w:pPr>
        <w:spacing w:after="0"/>
      </w:pPr>
      <w:r>
        <w:rPr>
          <w:rFonts w:ascii="Arial" w:hAnsi="Arial"/>
          <w:b/>
        </w:rPr>
        <w:t xml:space="preserve">Participant#5:  </w:t>
      </w:r>
      <w:r>
        <w:rPr>
          <w:rFonts w:ascii="Arial" w:hAnsi="Arial"/>
          <w:color w:val="5D7284"/>
        </w:rPr>
        <w:t>11:57</w:t>
      </w:r>
    </w:p>
    <w:p w14:paraId="6F30ECFA" w14:textId="77777777" w:rsidR="00B5478E" w:rsidRDefault="006652B9">
      <w:pPr>
        <w:spacing w:after="0"/>
      </w:pPr>
      <w:r>
        <w:rPr>
          <w:rFonts w:ascii="Arial" w:hAnsi="Arial"/>
        </w:rPr>
        <w:t>I think it would just kind of like, like, if that was rotating, I feel like this, the tendrils would kind of like go around, maybe, but like still, like touch the top. But I think you're just be like spun around.</w:t>
      </w:r>
    </w:p>
    <w:p w14:paraId="43001D72" w14:textId="77777777" w:rsidR="00B5478E" w:rsidRDefault="00B5478E">
      <w:pPr>
        <w:spacing w:after="0"/>
      </w:pPr>
    </w:p>
    <w:p w14:paraId="7676642B" w14:textId="77777777" w:rsidR="00B5478E" w:rsidRDefault="006652B9">
      <w:pPr>
        <w:spacing w:after="0"/>
      </w:pPr>
      <w:r>
        <w:rPr>
          <w:rFonts w:ascii="Arial" w:hAnsi="Arial"/>
          <w:b/>
        </w:rPr>
        <w:t xml:space="preserve">Interviewer P:  </w:t>
      </w:r>
      <w:r>
        <w:rPr>
          <w:rFonts w:ascii="Arial" w:hAnsi="Arial"/>
          <w:color w:val="5D7284"/>
        </w:rPr>
        <w:t>12:23</w:t>
      </w:r>
    </w:p>
    <w:p w14:paraId="36EDC9F2" w14:textId="3A524629" w:rsidR="00B5478E" w:rsidRDefault="006652B9">
      <w:pPr>
        <w:spacing w:after="0"/>
      </w:pPr>
      <w:r>
        <w:rPr>
          <w:rFonts w:ascii="Arial" w:hAnsi="Arial"/>
        </w:rPr>
        <w:t xml:space="preserve">Okay, so this is your top view. And </w:t>
      </w:r>
      <w:r w:rsidR="00D95C51">
        <w:rPr>
          <w:rFonts w:ascii="Arial" w:hAnsi="Arial"/>
        </w:rPr>
        <w:t>so,</w:t>
      </w:r>
      <w:r>
        <w:rPr>
          <w:rFonts w:ascii="Arial" w:hAnsi="Arial"/>
        </w:rPr>
        <w:t xml:space="preserve"> this is like when when you asked me where am I going to drop it? </w:t>
      </w:r>
      <w:r w:rsidR="00D95C51">
        <w:rPr>
          <w:rFonts w:ascii="Arial" w:hAnsi="Arial"/>
        </w:rPr>
        <w:t>So,</w:t>
      </w:r>
      <w:r>
        <w:rPr>
          <w:rFonts w:ascii="Arial" w:hAnsi="Arial"/>
        </w:rPr>
        <w:t xml:space="preserve"> I imagine this is where.</w:t>
      </w:r>
    </w:p>
    <w:p w14:paraId="5B691A36" w14:textId="77777777" w:rsidR="00B5478E" w:rsidRDefault="00B5478E">
      <w:pPr>
        <w:spacing w:after="0"/>
      </w:pPr>
    </w:p>
    <w:p w14:paraId="6A1F6687" w14:textId="77777777" w:rsidR="00B5478E" w:rsidRDefault="006652B9">
      <w:pPr>
        <w:spacing w:after="0"/>
      </w:pPr>
      <w:r>
        <w:rPr>
          <w:rFonts w:ascii="Arial" w:hAnsi="Arial"/>
          <w:b/>
        </w:rPr>
        <w:t xml:space="preserve">Participant#5:  </w:t>
      </w:r>
      <w:r>
        <w:rPr>
          <w:rFonts w:ascii="Arial" w:hAnsi="Arial"/>
          <w:color w:val="5D7284"/>
        </w:rPr>
        <w:t>12:33</w:t>
      </w:r>
    </w:p>
    <w:p w14:paraId="51AD2BDF" w14:textId="77777777" w:rsidR="00B5478E" w:rsidRDefault="006652B9">
      <w:pPr>
        <w:spacing w:after="0"/>
      </w:pPr>
      <w:r>
        <w:rPr>
          <w:rFonts w:ascii="Arial" w:hAnsi="Arial"/>
        </w:rPr>
        <w:t>Yeah.</w:t>
      </w:r>
    </w:p>
    <w:p w14:paraId="7B78FA40" w14:textId="77777777" w:rsidR="00B5478E" w:rsidRDefault="00B5478E">
      <w:pPr>
        <w:spacing w:after="0"/>
      </w:pPr>
    </w:p>
    <w:p w14:paraId="6B256D32" w14:textId="77777777" w:rsidR="00B5478E" w:rsidRDefault="006652B9">
      <w:pPr>
        <w:spacing w:after="0"/>
      </w:pPr>
      <w:r>
        <w:rPr>
          <w:rFonts w:ascii="Arial" w:hAnsi="Arial"/>
          <w:b/>
        </w:rPr>
        <w:t xml:space="preserve">Interviewer P:  </w:t>
      </w:r>
      <w:r>
        <w:rPr>
          <w:rFonts w:ascii="Arial" w:hAnsi="Arial"/>
          <w:color w:val="5D7284"/>
        </w:rPr>
        <w:t>12:33</w:t>
      </w:r>
    </w:p>
    <w:p w14:paraId="15DB126D" w14:textId="77777777" w:rsidR="00B5478E" w:rsidRDefault="006652B9">
      <w:pPr>
        <w:spacing w:after="0"/>
      </w:pPr>
      <w:r>
        <w:rPr>
          <w:rFonts w:ascii="Arial" w:hAnsi="Arial"/>
        </w:rPr>
        <w:t xml:space="preserve">Where it would be dropped in the middle. Okay, so in the middle, it's going to create kind of this like. </w:t>
      </w:r>
    </w:p>
    <w:p w14:paraId="105E8B6F" w14:textId="77777777" w:rsidR="00B5478E" w:rsidRDefault="00B5478E">
      <w:pPr>
        <w:spacing w:after="0"/>
      </w:pPr>
    </w:p>
    <w:p w14:paraId="1617DEC5" w14:textId="77777777" w:rsidR="00B5478E" w:rsidRDefault="006652B9">
      <w:pPr>
        <w:spacing w:after="0"/>
      </w:pPr>
      <w:r>
        <w:rPr>
          <w:rFonts w:ascii="Arial" w:hAnsi="Arial"/>
          <w:b/>
        </w:rPr>
        <w:t xml:space="preserve">Participant#5:  </w:t>
      </w:r>
      <w:r>
        <w:rPr>
          <w:rFonts w:ascii="Arial" w:hAnsi="Arial"/>
          <w:color w:val="5D7284"/>
        </w:rPr>
        <w:t>12:40</w:t>
      </w:r>
    </w:p>
    <w:p w14:paraId="2CC9DCF2" w14:textId="77777777" w:rsidR="00B5478E" w:rsidRDefault="006652B9">
      <w:pPr>
        <w:spacing w:after="0"/>
      </w:pPr>
      <w:r>
        <w:rPr>
          <w:rFonts w:ascii="Arial" w:hAnsi="Arial"/>
        </w:rPr>
        <w:t>Vortex.</w:t>
      </w:r>
    </w:p>
    <w:p w14:paraId="572DFE4A" w14:textId="77777777" w:rsidR="00B5478E" w:rsidRDefault="00B5478E">
      <w:pPr>
        <w:spacing w:after="0"/>
      </w:pPr>
    </w:p>
    <w:p w14:paraId="1A813693" w14:textId="77777777" w:rsidR="00B5478E" w:rsidRDefault="006652B9">
      <w:pPr>
        <w:spacing w:after="0"/>
      </w:pPr>
      <w:r>
        <w:rPr>
          <w:rFonts w:ascii="Arial" w:hAnsi="Arial"/>
          <w:b/>
        </w:rPr>
        <w:t xml:space="preserve">Interviewer P:  </w:t>
      </w:r>
      <w:r>
        <w:rPr>
          <w:rFonts w:ascii="Arial" w:hAnsi="Arial"/>
          <w:color w:val="5D7284"/>
        </w:rPr>
        <w:t>12:41</w:t>
      </w:r>
    </w:p>
    <w:p w14:paraId="6A176923" w14:textId="77777777" w:rsidR="00B5478E" w:rsidRDefault="006652B9">
      <w:pPr>
        <w:spacing w:after="0"/>
      </w:pPr>
      <w:r>
        <w:rPr>
          <w:rFonts w:ascii="Arial" w:hAnsi="Arial"/>
        </w:rPr>
        <w:t>Okay.</w:t>
      </w:r>
    </w:p>
    <w:p w14:paraId="1F294559" w14:textId="77777777" w:rsidR="00B5478E" w:rsidRDefault="00B5478E">
      <w:pPr>
        <w:spacing w:after="0"/>
      </w:pPr>
    </w:p>
    <w:p w14:paraId="0D5634D0" w14:textId="77777777" w:rsidR="00B5478E" w:rsidRDefault="006652B9">
      <w:pPr>
        <w:spacing w:after="0"/>
      </w:pPr>
      <w:r>
        <w:rPr>
          <w:rFonts w:ascii="Arial" w:hAnsi="Arial"/>
          <w:b/>
        </w:rPr>
        <w:t xml:space="preserve">Participant#5:  </w:t>
      </w:r>
      <w:r>
        <w:rPr>
          <w:rFonts w:ascii="Arial" w:hAnsi="Arial"/>
          <w:color w:val="5D7284"/>
        </w:rPr>
        <w:t>12:41</w:t>
      </w:r>
    </w:p>
    <w:p w14:paraId="3F34BBFF" w14:textId="77777777" w:rsidR="00B5478E" w:rsidRDefault="006652B9">
      <w:pPr>
        <w:spacing w:after="0"/>
      </w:pPr>
      <w:r>
        <w:rPr>
          <w:rFonts w:ascii="Arial" w:hAnsi="Arial"/>
        </w:rPr>
        <w:t>I think.</w:t>
      </w:r>
    </w:p>
    <w:p w14:paraId="651CF476" w14:textId="77777777" w:rsidR="00B5478E" w:rsidRDefault="00B5478E">
      <w:pPr>
        <w:spacing w:after="0"/>
      </w:pPr>
    </w:p>
    <w:p w14:paraId="22DB3001" w14:textId="77777777" w:rsidR="00B5478E" w:rsidRDefault="006652B9">
      <w:pPr>
        <w:spacing w:after="0"/>
      </w:pPr>
      <w:r>
        <w:rPr>
          <w:rFonts w:ascii="Arial" w:hAnsi="Arial"/>
          <w:b/>
        </w:rPr>
        <w:t xml:space="preserve">Interviewer P:  </w:t>
      </w:r>
      <w:r>
        <w:rPr>
          <w:rFonts w:ascii="Arial" w:hAnsi="Arial"/>
          <w:color w:val="5D7284"/>
        </w:rPr>
        <w:t>12:42</w:t>
      </w:r>
    </w:p>
    <w:p w14:paraId="4DCD67BC" w14:textId="77777777" w:rsidR="00B5478E" w:rsidRDefault="006652B9">
      <w:pPr>
        <w:spacing w:after="0"/>
      </w:pPr>
      <w:r>
        <w:rPr>
          <w:rFonts w:ascii="Arial" w:hAnsi="Arial"/>
        </w:rPr>
        <w:t>And on the side just...</w:t>
      </w:r>
    </w:p>
    <w:p w14:paraId="5C117B2D" w14:textId="77777777" w:rsidR="00B5478E" w:rsidRDefault="00B5478E">
      <w:pPr>
        <w:spacing w:after="0"/>
      </w:pPr>
    </w:p>
    <w:p w14:paraId="25AF4C0F" w14:textId="77777777" w:rsidR="00B5478E" w:rsidRDefault="006652B9">
      <w:pPr>
        <w:spacing w:after="0"/>
      </w:pPr>
      <w:r>
        <w:rPr>
          <w:rFonts w:ascii="Arial" w:hAnsi="Arial"/>
          <w:b/>
        </w:rPr>
        <w:t xml:space="preserve">Participant#5:  </w:t>
      </w:r>
      <w:r>
        <w:rPr>
          <w:rFonts w:ascii="Arial" w:hAnsi="Arial"/>
          <w:color w:val="5D7284"/>
        </w:rPr>
        <w:t>12:44</w:t>
      </w:r>
    </w:p>
    <w:p w14:paraId="5105A5B4" w14:textId="77777777" w:rsidR="00B5478E" w:rsidRDefault="006652B9">
      <w:pPr>
        <w:spacing w:after="0"/>
      </w:pPr>
      <w:r>
        <w:rPr>
          <w:rFonts w:ascii="Arial" w:hAnsi="Arial"/>
        </w:rPr>
        <w:t>Or just go all the way like it would eventually reach all the way around the perimeter.</w:t>
      </w:r>
    </w:p>
    <w:p w14:paraId="60B2C474" w14:textId="77777777" w:rsidR="00B5478E" w:rsidRDefault="00B5478E">
      <w:pPr>
        <w:spacing w:after="0"/>
      </w:pPr>
    </w:p>
    <w:p w14:paraId="45277CB8" w14:textId="77777777" w:rsidR="00B5478E" w:rsidRDefault="006652B9">
      <w:pPr>
        <w:spacing w:after="0"/>
      </w:pPr>
      <w:r>
        <w:rPr>
          <w:rFonts w:ascii="Arial" w:hAnsi="Arial"/>
          <w:b/>
        </w:rPr>
        <w:t xml:space="preserve">Interviewer P:  </w:t>
      </w:r>
      <w:r>
        <w:rPr>
          <w:rFonts w:ascii="Arial" w:hAnsi="Arial"/>
          <w:color w:val="5D7284"/>
        </w:rPr>
        <w:t>12:48</w:t>
      </w:r>
    </w:p>
    <w:p w14:paraId="16E86BDF" w14:textId="4D9A3891" w:rsidR="00B5478E" w:rsidRDefault="006652B9">
      <w:pPr>
        <w:spacing w:after="0"/>
      </w:pPr>
      <w:r>
        <w:rPr>
          <w:rFonts w:ascii="Arial" w:hAnsi="Arial"/>
        </w:rPr>
        <w:t xml:space="preserve">Cool. All right. And </w:t>
      </w:r>
      <w:r w:rsidR="00D95C51">
        <w:rPr>
          <w:rFonts w:ascii="Arial" w:hAnsi="Arial"/>
        </w:rPr>
        <w:t>so,</w:t>
      </w:r>
      <w:r>
        <w:rPr>
          <w:rFonts w:ascii="Arial" w:hAnsi="Arial"/>
        </w:rPr>
        <w:t xml:space="preserve"> what's happening here?</w:t>
      </w:r>
    </w:p>
    <w:p w14:paraId="6D7F195C" w14:textId="77777777" w:rsidR="00B5478E" w:rsidRDefault="00B5478E">
      <w:pPr>
        <w:spacing w:after="0"/>
      </w:pPr>
    </w:p>
    <w:p w14:paraId="3FFCC5F9" w14:textId="77777777" w:rsidR="00B5478E" w:rsidRDefault="006652B9">
      <w:pPr>
        <w:spacing w:after="0"/>
      </w:pPr>
      <w:r>
        <w:rPr>
          <w:rFonts w:ascii="Arial" w:hAnsi="Arial"/>
          <w:b/>
        </w:rPr>
        <w:t xml:space="preserve">Participant#5:  </w:t>
      </w:r>
      <w:r>
        <w:rPr>
          <w:rFonts w:ascii="Arial" w:hAnsi="Arial"/>
          <w:color w:val="5D7284"/>
        </w:rPr>
        <w:t>12:52</w:t>
      </w:r>
    </w:p>
    <w:p w14:paraId="5F43BC58" w14:textId="71A9E5C7" w:rsidR="00B5478E" w:rsidRDefault="006652B9">
      <w:pPr>
        <w:spacing w:after="0"/>
      </w:pPr>
      <w:r>
        <w:rPr>
          <w:rFonts w:ascii="Arial" w:hAnsi="Arial"/>
        </w:rPr>
        <w:t xml:space="preserve">It's like the same thing except like on the side like there still reaching the top </w:t>
      </w:r>
      <w:r w:rsidR="00D95C51">
        <w:rPr>
          <w:rFonts w:ascii="Arial" w:hAnsi="Arial"/>
        </w:rPr>
        <w:t>but...</w:t>
      </w:r>
    </w:p>
    <w:p w14:paraId="449D6278" w14:textId="77777777" w:rsidR="00B5478E" w:rsidRDefault="00B5478E">
      <w:pPr>
        <w:spacing w:after="0"/>
      </w:pPr>
    </w:p>
    <w:p w14:paraId="64D78203" w14:textId="77777777" w:rsidR="00B5478E" w:rsidRDefault="006652B9">
      <w:pPr>
        <w:spacing w:after="0"/>
      </w:pPr>
      <w:r>
        <w:rPr>
          <w:rFonts w:ascii="Arial" w:hAnsi="Arial"/>
          <w:b/>
        </w:rPr>
        <w:t xml:space="preserve">Interviewer P:  </w:t>
      </w:r>
      <w:r>
        <w:rPr>
          <w:rFonts w:ascii="Arial" w:hAnsi="Arial"/>
          <w:color w:val="5D7284"/>
        </w:rPr>
        <w:t>12:58</w:t>
      </w:r>
    </w:p>
    <w:p w14:paraId="3AA3A6ED" w14:textId="5C475132" w:rsidR="00B5478E" w:rsidRDefault="006652B9">
      <w:pPr>
        <w:spacing w:after="0"/>
      </w:pPr>
      <w:r>
        <w:rPr>
          <w:rFonts w:ascii="Arial" w:hAnsi="Arial"/>
        </w:rPr>
        <w:t xml:space="preserve">This down here is still reaching the </w:t>
      </w:r>
      <w:r w:rsidR="00D95C51">
        <w:rPr>
          <w:rFonts w:ascii="Arial" w:hAnsi="Arial"/>
        </w:rPr>
        <w:t>top.</w:t>
      </w:r>
    </w:p>
    <w:p w14:paraId="334792E9" w14:textId="77777777" w:rsidR="00B5478E" w:rsidRDefault="00B5478E">
      <w:pPr>
        <w:spacing w:after="0"/>
      </w:pPr>
    </w:p>
    <w:p w14:paraId="5BDBD30E" w14:textId="77777777" w:rsidR="00B5478E" w:rsidRDefault="006652B9">
      <w:pPr>
        <w:spacing w:after="0"/>
      </w:pPr>
      <w:r>
        <w:rPr>
          <w:rFonts w:ascii="Arial" w:hAnsi="Arial"/>
          <w:b/>
        </w:rPr>
        <w:t xml:space="preserve">Participant#5:  </w:t>
      </w:r>
      <w:r>
        <w:rPr>
          <w:rFonts w:ascii="Arial" w:hAnsi="Arial"/>
          <w:color w:val="5D7284"/>
        </w:rPr>
        <w:t>13:00</w:t>
      </w:r>
    </w:p>
    <w:p w14:paraId="1B3C94D5" w14:textId="77777777" w:rsidR="00B5478E" w:rsidRDefault="006652B9">
      <w:pPr>
        <w:spacing w:after="0"/>
      </w:pPr>
      <w:r>
        <w:rPr>
          <w:rFonts w:ascii="Arial" w:hAnsi="Arial"/>
        </w:rPr>
        <w:t>Yeah.</w:t>
      </w:r>
    </w:p>
    <w:p w14:paraId="7E26738F" w14:textId="77777777" w:rsidR="00B5478E" w:rsidRDefault="00B5478E">
      <w:pPr>
        <w:spacing w:after="0"/>
      </w:pPr>
    </w:p>
    <w:p w14:paraId="242C4065" w14:textId="77777777" w:rsidR="00B5478E" w:rsidRDefault="006652B9">
      <w:pPr>
        <w:spacing w:after="0"/>
      </w:pPr>
      <w:r>
        <w:rPr>
          <w:rFonts w:ascii="Arial" w:hAnsi="Arial"/>
          <w:b/>
        </w:rPr>
        <w:t xml:space="preserve">Interviewer P:  </w:t>
      </w:r>
      <w:r>
        <w:rPr>
          <w:rFonts w:ascii="Arial" w:hAnsi="Arial"/>
          <w:color w:val="5D7284"/>
        </w:rPr>
        <w:t>13:01</w:t>
      </w:r>
    </w:p>
    <w:p w14:paraId="50AF1784" w14:textId="77777777" w:rsidR="00B5478E" w:rsidRDefault="006652B9">
      <w:pPr>
        <w:spacing w:after="0"/>
      </w:pPr>
      <w:r>
        <w:rPr>
          <w:rFonts w:ascii="Arial" w:hAnsi="Arial"/>
        </w:rPr>
        <w:t>Okay.</w:t>
      </w:r>
    </w:p>
    <w:p w14:paraId="6825FEF7" w14:textId="77777777" w:rsidR="00B5478E" w:rsidRDefault="00B5478E">
      <w:pPr>
        <w:spacing w:after="0"/>
      </w:pPr>
    </w:p>
    <w:p w14:paraId="14B325AC" w14:textId="77777777" w:rsidR="00B5478E" w:rsidRDefault="006652B9">
      <w:pPr>
        <w:spacing w:after="0"/>
      </w:pPr>
      <w:r>
        <w:rPr>
          <w:rFonts w:ascii="Arial" w:hAnsi="Arial"/>
          <w:b/>
        </w:rPr>
        <w:t xml:space="preserve">Participant#5:  </w:t>
      </w:r>
      <w:r>
        <w:rPr>
          <w:rFonts w:ascii="Arial" w:hAnsi="Arial"/>
          <w:color w:val="5D7284"/>
        </w:rPr>
        <w:t>13:01</w:t>
      </w:r>
    </w:p>
    <w:p w14:paraId="37B8E617" w14:textId="77777777" w:rsidR="00B5478E" w:rsidRDefault="006652B9">
      <w:pPr>
        <w:spacing w:after="0"/>
      </w:pPr>
      <w:r>
        <w:rPr>
          <w:rFonts w:ascii="Arial" w:hAnsi="Arial"/>
        </w:rPr>
        <w:t>Yeah, but it's just like yeah, I didn't really know how to draw it but like it's still like getting like moved around. And it's just still going around like the whole bottom but maybe just like reached the top at the point where it was dropped.</w:t>
      </w:r>
    </w:p>
    <w:p w14:paraId="4B5FD972" w14:textId="77777777" w:rsidR="00B5478E" w:rsidRDefault="00B5478E">
      <w:pPr>
        <w:spacing w:after="0"/>
      </w:pPr>
    </w:p>
    <w:p w14:paraId="3725C321" w14:textId="77777777" w:rsidR="00B5478E" w:rsidRDefault="006652B9">
      <w:pPr>
        <w:spacing w:after="0"/>
      </w:pPr>
      <w:r>
        <w:rPr>
          <w:rFonts w:ascii="Arial" w:hAnsi="Arial"/>
          <w:b/>
        </w:rPr>
        <w:t xml:space="preserve">Interviewer P:  </w:t>
      </w:r>
      <w:r>
        <w:rPr>
          <w:rFonts w:ascii="Arial" w:hAnsi="Arial"/>
          <w:color w:val="5D7284"/>
        </w:rPr>
        <w:t>13:15</w:t>
      </w:r>
    </w:p>
    <w:p w14:paraId="3EBBA53A" w14:textId="10EDBC47" w:rsidR="00B5478E" w:rsidRDefault="006652B9">
      <w:pPr>
        <w:spacing w:after="0"/>
      </w:pPr>
      <w:r>
        <w:rPr>
          <w:rFonts w:ascii="Arial" w:hAnsi="Arial"/>
        </w:rPr>
        <w:t xml:space="preserve">Okay. Let's do it. And yeah, same thing. I'm </w:t>
      </w:r>
      <w:r w:rsidR="00D95C51">
        <w:rPr>
          <w:rFonts w:ascii="Arial" w:hAnsi="Arial"/>
        </w:rPr>
        <w:t>goanna</w:t>
      </w:r>
      <w:r>
        <w:rPr>
          <w:rFonts w:ascii="Arial" w:hAnsi="Arial"/>
        </w:rPr>
        <w:t xml:space="preserve"> do this for a minute as we said, what would it look like after a minute? Yeah, so Is that surprising? </w:t>
      </w:r>
    </w:p>
    <w:p w14:paraId="3FBE6C8D" w14:textId="77777777" w:rsidR="00B5478E" w:rsidRDefault="00B5478E">
      <w:pPr>
        <w:spacing w:after="0"/>
      </w:pPr>
    </w:p>
    <w:p w14:paraId="075725D5" w14:textId="77777777" w:rsidR="00B5478E" w:rsidRDefault="006652B9">
      <w:pPr>
        <w:spacing w:after="0"/>
      </w:pPr>
      <w:r>
        <w:rPr>
          <w:rFonts w:ascii="Arial" w:hAnsi="Arial"/>
          <w:b/>
        </w:rPr>
        <w:t xml:space="preserve">Participant#5:  </w:t>
      </w:r>
      <w:r>
        <w:rPr>
          <w:rFonts w:ascii="Arial" w:hAnsi="Arial"/>
          <w:color w:val="5D7284"/>
        </w:rPr>
        <w:t>14:37</w:t>
      </w:r>
    </w:p>
    <w:p w14:paraId="3553103B" w14:textId="77777777" w:rsidR="00B5478E" w:rsidRDefault="006652B9">
      <w:pPr>
        <w:spacing w:after="0"/>
      </w:pPr>
      <w:r>
        <w:rPr>
          <w:rFonts w:ascii="Arial" w:hAnsi="Arial"/>
        </w:rPr>
        <w:t>Yeah. Like it's definitely moving a lot slower than I expected. But it's also like, the colors are following like the colors are where it was recently dropped something like that part, going to the top.</w:t>
      </w:r>
    </w:p>
    <w:p w14:paraId="4EA27595" w14:textId="77777777" w:rsidR="00B5478E" w:rsidRDefault="00B5478E">
      <w:pPr>
        <w:spacing w:after="0"/>
      </w:pPr>
    </w:p>
    <w:p w14:paraId="4985C047" w14:textId="77777777" w:rsidR="00B5478E" w:rsidRDefault="006652B9">
      <w:pPr>
        <w:spacing w:after="0"/>
      </w:pPr>
      <w:r>
        <w:rPr>
          <w:rFonts w:ascii="Arial" w:hAnsi="Arial"/>
          <w:b/>
        </w:rPr>
        <w:t xml:space="preserve">Interviewer P:  </w:t>
      </w:r>
      <w:r>
        <w:rPr>
          <w:rFonts w:ascii="Arial" w:hAnsi="Arial"/>
          <w:color w:val="5D7284"/>
        </w:rPr>
        <w:t>14:53</w:t>
      </w:r>
    </w:p>
    <w:p w14:paraId="2B2E33E5" w14:textId="763D1959" w:rsidR="00B5478E" w:rsidRDefault="00D95C51">
      <w:pPr>
        <w:spacing w:after="0"/>
      </w:pPr>
      <w:r>
        <w:rPr>
          <w:rFonts w:ascii="Arial" w:hAnsi="Arial"/>
        </w:rPr>
        <w:t>So, when you say it's not moving like you expected, would you say that it is or is not moving?</w:t>
      </w:r>
    </w:p>
    <w:p w14:paraId="26899256" w14:textId="77777777" w:rsidR="00B5478E" w:rsidRDefault="00B5478E">
      <w:pPr>
        <w:spacing w:after="0"/>
      </w:pPr>
    </w:p>
    <w:p w14:paraId="06BFC549" w14:textId="77777777" w:rsidR="00B5478E" w:rsidRDefault="006652B9">
      <w:pPr>
        <w:spacing w:after="0"/>
      </w:pPr>
      <w:r>
        <w:rPr>
          <w:rFonts w:ascii="Arial" w:hAnsi="Arial"/>
          <w:b/>
        </w:rPr>
        <w:t xml:space="preserve">Participant#5:  </w:t>
      </w:r>
      <w:r>
        <w:rPr>
          <w:rFonts w:ascii="Arial" w:hAnsi="Arial"/>
          <w:color w:val="5D7284"/>
        </w:rPr>
        <w:t>15:02</w:t>
      </w:r>
    </w:p>
    <w:p w14:paraId="06004569" w14:textId="77777777" w:rsidR="00B5478E" w:rsidRDefault="006652B9">
      <w:pPr>
        <w:spacing w:after="0"/>
      </w:pPr>
      <w:r>
        <w:rPr>
          <w:rFonts w:ascii="Arial" w:hAnsi="Arial"/>
        </w:rPr>
        <w:t>I think it is moving, but the colors like following it.</w:t>
      </w:r>
    </w:p>
    <w:p w14:paraId="53736FFC" w14:textId="77777777" w:rsidR="00B5478E" w:rsidRDefault="00B5478E">
      <w:pPr>
        <w:spacing w:after="0"/>
      </w:pPr>
    </w:p>
    <w:p w14:paraId="0E9C0226" w14:textId="77777777" w:rsidR="00B5478E" w:rsidRDefault="006652B9">
      <w:pPr>
        <w:spacing w:after="0"/>
      </w:pPr>
      <w:r>
        <w:rPr>
          <w:rFonts w:ascii="Arial" w:hAnsi="Arial"/>
          <w:b/>
        </w:rPr>
        <w:t xml:space="preserve">Interviewer P:  </w:t>
      </w:r>
      <w:r>
        <w:rPr>
          <w:rFonts w:ascii="Arial" w:hAnsi="Arial"/>
          <w:color w:val="5D7284"/>
        </w:rPr>
        <w:t>15:06</w:t>
      </w:r>
    </w:p>
    <w:p w14:paraId="120B18FD" w14:textId="0DF26210" w:rsidR="00B5478E" w:rsidRDefault="00D95C51">
      <w:pPr>
        <w:spacing w:after="0"/>
      </w:pPr>
      <w:r>
        <w:rPr>
          <w:rFonts w:ascii="Arial" w:hAnsi="Arial"/>
        </w:rPr>
        <w:t>So, what do you mean by the colors following it?</w:t>
      </w:r>
    </w:p>
    <w:p w14:paraId="4ECA69B1" w14:textId="77777777" w:rsidR="00B5478E" w:rsidRDefault="00B5478E">
      <w:pPr>
        <w:spacing w:after="0"/>
      </w:pPr>
    </w:p>
    <w:p w14:paraId="46458597" w14:textId="77777777" w:rsidR="00B5478E" w:rsidRDefault="006652B9">
      <w:pPr>
        <w:spacing w:after="0"/>
      </w:pPr>
      <w:r>
        <w:rPr>
          <w:rFonts w:ascii="Arial" w:hAnsi="Arial"/>
          <w:b/>
        </w:rPr>
        <w:t xml:space="preserve">Participant#5:  </w:t>
      </w:r>
      <w:r>
        <w:rPr>
          <w:rFonts w:ascii="Arial" w:hAnsi="Arial"/>
          <w:color w:val="5D7284"/>
        </w:rPr>
        <w:t>15:09</w:t>
      </w:r>
    </w:p>
    <w:p w14:paraId="7422C6F9" w14:textId="4167686B" w:rsidR="00B5478E" w:rsidRDefault="006652B9">
      <w:pPr>
        <w:spacing w:after="0"/>
      </w:pPr>
      <w:r w:rsidRPr="04ABF8BB">
        <w:rPr>
          <w:rFonts w:ascii="Arial" w:hAnsi="Arial"/>
        </w:rPr>
        <w:t xml:space="preserve">Like there's no color? Like, where's it was originally dropped except for like a part that's reaching the top. But the part of the side just </w:t>
      </w:r>
      <w:r w:rsidR="00D95C51" w:rsidRPr="04ABF8BB">
        <w:rPr>
          <w:rFonts w:ascii="Arial" w:hAnsi="Arial"/>
        </w:rPr>
        <w:t>looks</w:t>
      </w:r>
      <w:r w:rsidRPr="04ABF8BB">
        <w:rPr>
          <w:rFonts w:ascii="Arial" w:hAnsi="Arial"/>
        </w:rPr>
        <w:t xml:space="preserve"> like moving like taking the color with it if that makes sense.</w:t>
      </w:r>
    </w:p>
    <w:p w14:paraId="7538257B" w14:textId="77777777" w:rsidR="00B5478E" w:rsidRDefault="00B5478E">
      <w:pPr>
        <w:spacing w:after="0"/>
      </w:pPr>
    </w:p>
    <w:p w14:paraId="0602D699" w14:textId="77777777" w:rsidR="00B5478E" w:rsidRDefault="006652B9">
      <w:pPr>
        <w:spacing w:after="0"/>
      </w:pPr>
      <w:r>
        <w:rPr>
          <w:rFonts w:ascii="Arial" w:hAnsi="Arial"/>
          <w:b/>
        </w:rPr>
        <w:t xml:space="preserve">Interviewer P:  </w:t>
      </w:r>
      <w:r>
        <w:rPr>
          <w:rFonts w:ascii="Arial" w:hAnsi="Arial"/>
          <w:color w:val="5D7284"/>
        </w:rPr>
        <w:t>15:29</w:t>
      </w:r>
    </w:p>
    <w:p w14:paraId="35EF6940" w14:textId="77777777" w:rsidR="00B5478E" w:rsidRDefault="006652B9">
      <w:pPr>
        <w:spacing w:after="0"/>
      </w:pPr>
      <w:r>
        <w:rPr>
          <w:rFonts w:ascii="Arial" w:hAnsi="Arial"/>
        </w:rPr>
        <w:t>So, like the what I'm just when you say it's taking the color with it, so you're saying the water is like carrying the color along. But the color is the color moving? Or not moving?</w:t>
      </w:r>
    </w:p>
    <w:p w14:paraId="3CA58289" w14:textId="77777777" w:rsidR="00B5478E" w:rsidRDefault="00B5478E">
      <w:pPr>
        <w:spacing w:after="0"/>
      </w:pPr>
    </w:p>
    <w:p w14:paraId="348D83C8" w14:textId="77777777" w:rsidR="00B5478E" w:rsidRDefault="006652B9">
      <w:pPr>
        <w:spacing w:after="0"/>
      </w:pPr>
      <w:r>
        <w:rPr>
          <w:rFonts w:ascii="Arial" w:hAnsi="Arial"/>
          <w:b/>
        </w:rPr>
        <w:t xml:space="preserve">Participant#5:  </w:t>
      </w:r>
      <w:r>
        <w:rPr>
          <w:rFonts w:ascii="Arial" w:hAnsi="Arial"/>
          <w:color w:val="5D7284"/>
        </w:rPr>
        <w:t>15:45</w:t>
      </w:r>
    </w:p>
    <w:p w14:paraId="34056A78" w14:textId="77777777" w:rsidR="00B5478E" w:rsidRDefault="006652B9">
      <w:pPr>
        <w:spacing w:after="0"/>
      </w:pPr>
      <w:r>
        <w:rPr>
          <w:rFonts w:ascii="Arial" w:hAnsi="Arial"/>
        </w:rPr>
        <w:t>Yes, I think it's.</w:t>
      </w:r>
    </w:p>
    <w:p w14:paraId="4ED25D20" w14:textId="77777777" w:rsidR="00B5478E" w:rsidRDefault="00B5478E">
      <w:pPr>
        <w:spacing w:after="0"/>
      </w:pPr>
    </w:p>
    <w:p w14:paraId="774B852A" w14:textId="77777777" w:rsidR="00B5478E" w:rsidRDefault="006652B9">
      <w:pPr>
        <w:spacing w:after="0"/>
      </w:pPr>
      <w:r>
        <w:rPr>
          <w:rFonts w:ascii="Arial" w:hAnsi="Arial"/>
          <w:b/>
        </w:rPr>
        <w:t xml:space="preserve">Interviewer P:  </w:t>
      </w:r>
      <w:r>
        <w:rPr>
          <w:rFonts w:ascii="Arial" w:hAnsi="Arial"/>
          <w:color w:val="5D7284"/>
        </w:rPr>
        <w:t>15:47</w:t>
      </w:r>
    </w:p>
    <w:p w14:paraId="274095B8" w14:textId="77777777" w:rsidR="00B5478E" w:rsidRDefault="006652B9">
      <w:pPr>
        <w:spacing w:after="0"/>
      </w:pPr>
      <w:r>
        <w:rPr>
          <w:rFonts w:ascii="Arial" w:hAnsi="Arial"/>
        </w:rPr>
        <w:t>It is moving and so how would you say it's moving?</w:t>
      </w:r>
    </w:p>
    <w:p w14:paraId="73BC7840" w14:textId="77777777" w:rsidR="00B5478E" w:rsidRDefault="00B5478E">
      <w:pPr>
        <w:spacing w:after="0"/>
      </w:pPr>
    </w:p>
    <w:p w14:paraId="205E293C" w14:textId="77777777" w:rsidR="00B5478E" w:rsidRDefault="006652B9">
      <w:pPr>
        <w:spacing w:after="0"/>
      </w:pPr>
      <w:r>
        <w:rPr>
          <w:rFonts w:ascii="Arial" w:hAnsi="Arial"/>
          <w:b/>
        </w:rPr>
        <w:t xml:space="preserve">Participant#5:  </w:t>
      </w:r>
      <w:r>
        <w:rPr>
          <w:rFonts w:ascii="Arial" w:hAnsi="Arial"/>
          <w:color w:val="5D7284"/>
        </w:rPr>
        <w:t>15:52</w:t>
      </w:r>
    </w:p>
    <w:p w14:paraId="5760B18C" w14:textId="77777777" w:rsidR="00B5478E" w:rsidRDefault="006652B9">
      <w:pPr>
        <w:spacing w:after="0"/>
      </w:pPr>
      <w:r>
        <w:rPr>
          <w:rFonts w:ascii="Arial" w:hAnsi="Arial"/>
        </w:rPr>
        <w:t>To the side.</w:t>
      </w:r>
    </w:p>
    <w:p w14:paraId="33881E07" w14:textId="77777777" w:rsidR="00B5478E" w:rsidRDefault="00B5478E">
      <w:pPr>
        <w:spacing w:after="0"/>
      </w:pPr>
    </w:p>
    <w:p w14:paraId="07F4C80A" w14:textId="77777777" w:rsidR="00B5478E" w:rsidRDefault="006652B9">
      <w:pPr>
        <w:spacing w:after="0"/>
      </w:pPr>
      <w:r>
        <w:rPr>
          <w:rFonts w:ascii="Arial" w:hAnsi="Arial"/>
          <w:b/>
        </w:rPr>
        <w:t xml:space="preserve">Interviewer P:  </w:t>
      </w:r>
      <w:r>
        <w:rPr>
          <w:rFonts w:ascii="Arial" w:hAnsi="Arial"/>
          <w:color w:val="5D7284"/>
        </w:rPr>
        <w:t>15:53</w:t>
      </w:r>
    </w:p>
    <w:p w14:paraId="54AAE4C6" w14:textId="7A2E4DD0" w:rsidR="00B5478E" w:rsidRDefault="00D95C51">
      <w:pPr>
        <w:spacing w:after="0"/>
      </w:pPr>
      <w:r>
        <w:rPr>
          <w:rFonts w:ascii="Arial" w:hAnsi="Arial"/>
        </w:rPr>
        <w:t>So, the colored water is being pushed out to the side and show me were an example of that.</w:t>
      </w:r>
    </w:p>
    <w:p w14:paraId="3B176229" w14:textId="77777777" w:rsidR="00B5478E" w:rsidRDefault="00B5478E">
      <w:pPr>
        <w:spacing w:after="0"/>
      </w:pPr>
    </w:p>
    <w:p w14:paraId="0B1D9DC2" w14:textId="77777777" w:rsidR="00B5478E" w:rsidRDefault="006652B9">
      <w:pPr>
        <w:spacing w:after="0"/>
      </w:pPr>
      <w:r>
        <w:rPr>
          <w:rFonts w:ascii="Arial" w:hAnsi="Arial"/>
          <w:b/>
        </w:rPr>
        <w:t xml:space="preserve">Participant#5:  </w:t>
      </w:r>
      <w:r>
        <w:rPr>
          <w:rFonts w:ascii="Arial" w:hAnsi="Arial"/>
          <w:color w:val="5D7284"/>
        </w:rPr>
        <w:t>16:02</w:t>
      </w:r>
    </w:p>
    <w:p w14:paraId="0A39CD4F" w14:textId="77777777" w:rsidR="00B5478E" w:rsidRDefault="006652B9">
      <w:pPr>
        <w:spacing w:after="0"/>
      </w:pPr>
      <w:r>
        <w:rPr>
          <w:rFonts w:ascii="Arial" w:hAnsi="Arial"/>
        </w:rPr>
        <w:t>Like, like this.</w:t>
      </w:r>
    </w:p>
    <w:p w14:paraId="6685FB28" w14:textId="77777777" w:rsidR="00B5478E" w:rsidRDefault="00B5478E">
      <w:pPr>
        <w:spacing w:after="0"/>
      </w:pPr>
    </w:p>
    <w:p w14:paraId="3D0114DC" w14:textId="77777777" w:rsidR="00B5478E" w:rsidRDefault="006652B9">
      <w:pPr>
        <w:spacing w:after="0"/>
      </w:pPr>
      <w:r>
        <w:rPr>
          <w:rFonts w:ascii="Arial" w:hAnsi="Arial"/>
          <w:b/>
        </w:rPr>
        <w:t xml:space="preserve">Interviewer P:  </w:t>
      </w:r>
      <w:r>
        <w:rPr>
          <w:rFonts w:ascii="Arial" w:hAnsi="Arial"/>
          <w:color w:val="5D7284"/>
        </w:rPr>
        <w:t>16:03</w:t>
      </w:r>
    </w:p>
    <w:p w14:paraId="6D8A01E7" w14:textId="77777777" w:rsidR="00B5478E" w:rsidRDefault="006652B9">
      <w:pPr>
        <w:spacing w:after="0"/>
      </w:pPr>
      <w:r>
        <w:rPr>
          <w:rFonts w:ascii="Arial" w:hAnsi="Arial"/>
        </w:rPr>
        <w:t>Okay.</w:t>
      </w:r>
    </w:p>
    <w:p w14:paraId="6277EDC8" w14:textId="77777777" w:rsidR="00B5478E" w:rsidRDefault="00B5478E">
      <w:pPr>
        <w:spacing w:after="0"/>
      </w:pPr>
    </w:p>
    <w:p w14:paraId="2DE9FD08" w14:textId="77777777" w:rsidR="00B5478E" w:rsidRDefault="006652B9">
      <w:pPr>
        <w:spacing w:after="0"/>
      </w:pPr>
      <w:r>
        <w:rPr>
          <w:rFonts w:ascii="Arial" w:hAnsi="Arial"/>
          <w:b/>
        </w:rPr>
        <w:t xml:space="preserve">Participant#5:  </w:t>
      </w:r>
      <w:r>
        <w:rPr>
          <w:rFonts w:ascii="Arial" w:hAnsi="Arial"/>
          <w:color w:val="5D7284"/>
        </w:rPr>
        <w:t>16:04</w:t>
      </w:r>
    </w:p>
    <w:p w14:paraId="049CDA8D" w14:textId="77777777" w:rsidR="00B5478E" w:rsidRDefault="006652B9">
      <w:pPr>
        <w:spacing w:after="0"/>
      </w:pPr>
      <w:r>
        <w:rPr>
          <w:rFonts w:ascii="Arial" w:hAnsi="Arial"/>
        </w:rPr>
        <w:t>So continuously moving away from the point where it was dropped.</w:t>
      </w:r>
    </w:p>
    <w:p w14:paraId="10790102" w14:textId="77777777" w:rsidR="00B5478E" w:rsidRDefault="00B5478E">
      <w:pPr>
        <w:spacing w:after="0"/>
      </w:pPr>
    </w:p>
    <w:p w14:paraId="0D285C88" w14:textId="77777777" w:rsidR="00B5478E" w:rsidRDefault="006652B9">
      <w:pPr>
        <w:spacing w:after="0"/>
      </w:pPr>
      <w:r>
        <w:rPr>
          <w:rFonts w:ascii="Arial" w:hAnsi="Arial"/>
          <w:b/>
        </w:rPr>
        <w:t xml:space="preserve">Interviewer P:  </w:t>
      </w:r>
      <w:r>
        <w:rPr>
          <w:rFonts w:ascii="Arial" w:hAnsi="Arial"/>
          <w:color w:val="5D7284"/>
        </w:rPr>
        <w:t>16:08</w:t>
      </w:r>
    </w:p>
    <w:p w14:paraId="607286BA" w14:textId="03FF8D4A" w:rsidR="00B5478E" w:rsidRDefault="006652B9">
      <w:pPr>
        <w:spacing w:after="0"/>
      </w:pPr>
      <w:r>
        <w:rPr>
          <w:rFonts w:ascii="Arial" w:hAnsi="Arial"/>
        </w:rPr>
        <w:t xml:space="preserve">Got it okay, I understand what you're saying. Yeah, yeah. Okay. </w:t>
      </w:r>
      <w:r w:rsidR="00D95C51">
        <w:rPr>
          <w:rFonts w:ascii="Arial" w:hAnsi="Arial"/>
        </w:rPr>
        <w:t>So,</w:t>
      </w:r>
      <w:r>
        <w:rPr>
          <w:rFonts w:ascii="Arial" w:hAnsi="Arial"/>
        </w:rPr>
        <w:t xml:space="preserve"> are you seeing this world like you predicted here?</w:t>
      </w:r>
    </w:p>
    <w:p w14:paraId="24A765B0" w14:textId="77777777" w:rsidR="00B5478E" w:rsidRDefault="00B5478E">
      <w:pPr>
        <w:spacing w:after="0"/>
      </w:pPr>
    </w:p>
    <w:p w14:paraId="44F4DBCA" w14:textId="77777777" w:rsidR="00B5478E" w:rsidRDefault="006652B9">
      <w:pPr>
        <w:spacing w:after="0"/>
      </w:pPr>
      <w:r>
        <w:rPr>
          <w:rFonts w:ascii="Arial" w:hAnsi="Arial"/>
          <w:b/>
        </w:rPr>
        <w:t xml:space="preserve">Participant#5:  </w:t>
      </w:r>
      <w:r>
        <w:rPr>
          <w:rFonts w:ascii="Arial" w:hAnsi="Arial"/>
          <w:color w:val="5D7284"/>
        </w:rPr>
        <w:t>16:16</w:t>
      </w:r>
    </w:p>
    <w:p w14:paraId="00A0BFD6" w14:textId="77777777" w:rsidR="00B5478E" w:rsidRDefault="006652B9">
      <w:pPr>
        <w:spacing w:after="0"/>
      </w:pPr>
      <w:r>
        <w:rPr>
          <w:rFonts w:ascii="Arial" w:hAnsi="Arial"/>
        </w:rPr>
        <w:t>Maybe the center maybe in the center? But definitely not on the side? Also, the centers of like branching out as much as I thought it would be.</w:t>
      </w:r>
    </w:p>
    <w:p w14:paraId="31EC13FD" w14:textId="77777777" w:rsidR="00B5478E" w:rsidRDefault="00B5478E">
      <w:pPr>
        <w:spacing w:after="0"/>
      </w:pPr>
    </w:p>
    <w:p w14:paraId="48C7A0EF" w14:textId="77777777" w:rsidR="00B5478E" w:rsidRDefault="006652B9">
      <w:pPr>
        <w:spacing w:after="0"/>
      </w:pPr>
      <w:r>
        <w:rPr>
          <w:rFonts w:ascii="Arial" w:hAnsi="Arial"/>
          <w:b/>
        </w:rPr>
        <w:t xml:space="preserve">Interviewer P:  </w:t>
      </w:r>
      <w:r>
        <w:rPr>
          <w:rFonts w:ascii="Arial" w:hAnsi="Arial"/>
          <w:color w:val="5D7284"/>
        </w:rPr>
        <w:t>16:28</w:t>
      </w:r>
    </w:p>
    <w:p w14:paraId="2D75D5DE" w14:textId="77777777" w:rsidR="00B5478E" w:rsidRDefault="006652B9">
      <w:pPr>
        <w:spacing w:after="0"/>
      </w:pPr>
      <w:r>
        <w:rPr>
          <w:rFonts w:ascii="Arial" w:hAnsi="Arial"/>
        </w:rPr>
        <w:t xml:space="preserve">Yeah. </w:t>
      </w:r>
    </w:p>
    <w:p w14:paraId="1C9A6A23" w14:textId="77777777" w:rsidR="00B5478E" w:rsidRDefault="00B5478E">
      <w:pPr>
        <w:spacing w:after="0"/>
      </w:pPr>
    </w:p>
    <w:p w14:paraId="6AE674F0" w14:textId="77777777" w:rsidR="00B5478E" w:rsidRDefault="006652B9">
      <w:pPr>
        <w:spacing w:after="0"/>
      </w:pPr>
      <w:r>
        <w:rPr>
          <w:rFonts w:ascii="Arial" w:hAnsi="Arial"/>
          <w:b/>
        </w:rPr>
        <w:t xml:space="preserve">Participant#5:  </w:t>
      </w:r>
      <w:r>
        <w:rPr>
          <w:rFonts w:ascii="Arial" w:hAnsi="Arial"/>
          <w:color w:val="5D7284"/>
        </w:rPr>
        <w:t>16:29</w:t>
      </w:r>
    </w:p>
    <w:p w14:paraId="26210C2E" w14:textId="77777777" w:rsidR="00B5478E" w:rsidRDefault="006652B9">
      <w:pPr>
        <w:spacing w:after="0"/>
      </w:pPr>
      <w:r>
        <w:rPr>
          <w:rFonts w:ascii="Arial" w:hAnsi="Arial"/>
        </w:rPr>
        <w:t>It is. It is still kind of staying like it is.</w:t>
      </w:r>
    </w:p>
    <w:p w14:paraId="5CDD1740" w14:textId="77777777" w:rsidR="00B5478E" w:rsidRDefault="00B5478E">
      <w:pPr>
        <w:spacing w:after="0"/>
      </w:pPr>
    </w:p>
    <w:p w14:paraId="28D1EA96" w14:textId="77777777" w:rsidR="00B5478E" w:rsidRDefault="006652B9">
      <w:pPr>
        <w:spacing w:after="0"/>
      </w:pPr>
      <w:r>
        <w:rPr>
          <w:rFonts w:ascii="Arial" w:hAnsi="Arial"/>
          <w:b/>
        </w:rPr>
        <w:t xml:space="preserve">Interviewer P:  </w:t>
      </w:r>
      <w:r>
        <w:rPr>
          <w:rFonts w:ascii="Arial" w:hAnsi="Arial"/>
          <w:color w:val="5D7284"/>
        </w:rPr>
        <w:t>16:37</w:t>
      </w:r>
    </w:p>
    <w:p w14:paraId="18214B65" w14:textId="38A35FA3" w:rsidR="00B5478E" w:rsidRDefault="00D95C51">
      <w:pPr>
        <w:spacing w:after="0"/>
      </w:pPr>
      <w:r>
        <w:rPr>
          <w:rFonts w:ascii="Arial" w:hAnsi="Arial"/>
        </w:rPr>
        <w:t>So, I why wonder why there aren't any swirls like you predicted?</w:t>
      </w:r>
    </w:p>
    <w:p w14:paraId="50561F6F" w14:textId="77777777" w:rsidR="00B5478E" w:rsidRDefault="00B5478E">
      <w:pPr>
        <w:spacing w:after="0"/>
      </w:pPr>
    </w:p>
    <w:p w14:paraId="1300B294" w14:textId="77777777" w:rsidR="00B5478E" w:rsidRDefault="006652B9">
      <w:pPr>
        <w:spacing w:after="0"/>
      </w:pPr>
      <w:r>
        <w:rPr>
          <w:rFonts w:ascii="Arial" w:hAnsi="Arial"/>
          <w:b/>
        </w:rPr>
        <w:t xml:space="preserve">Participant#5:  </w:t>
      </w:r>
      <w:r>
        <w:rPr>
          <w:rFonts w:ascii="Arial" w:hAnsi="Arial"/>
          <w:color w:val="5D7284"/>
        </w:rPr>
        <w:t>16:44</w:t>
      </w:r>
    </w:p>
    <w:p w14:paraId="1CCF95A9" w14:textId="72987A47" w:rsidR="00B5478E" w:rsidRDefault="006652B9">
      <w:pPr>
        <w:spacing w:after="0"/>
      </w:pPr>
      <w:r>
        <w:rPr>
          <w:rFonts w:ascii="Arial" w:hAnsi="Arial"/>
        </w:rPr>
        <w:lastRenderedPageBreak/>
        <w:t xml:space="preserve">I assume you guys have an </w:t>
      </w:r>
      <w:r w:rsidR="00D95C51">
        <w:rPr>
          <w:rFonts w:ascii="Arial" w:hAnsi="Arial"/>
        </w:rPr>
        <w:t>answer.</w:t>
      </w:r>
    </w:p>
    <w:p w14:paraId="62AD2938" w14:textId="77777777" w:rsidR="00B5478E" w:rsidRDefault="00B5478E">
      <w:pPr>
        <w:spacing w:after="0"/>
      </w:pPr>
    </w:p>
    <w:p w14:paraId="2813255C" w14:textId="77777777" w:rsidR="00B5478E" w:rsidRDefault="006652B9">
      <w:pPr>
        <w:spacing w:after="0"/>
      </w:pPr>
      <w:r>
        <w:rPr>
          <w:rFonts w:ascii="Arial" w:hAnsi="Arial"/>
          <w:b/>
        </w:rPr>
        <w:t xml:space="preserve">Interviewer P:  </w:t>
      </w:r>
      <w:r>
        <w:rPr>
          <w:rFonts w:ascii="Arial" w:hAnsi="Arial"/>
          <w:color w:val="5D7284"/>
        </w:rPr>
        <w:t>16:48</w:t>
      </w:r>
    </w:p>
    <w:p w14:paraId="018CF000" w14:textId="77777777" w:rsidR="00B5478E" w:rsidRDefault="006652B9">
      <w:pPr>
        <w:spacing w:after="0"/>
      </w:pPr>
      <w:r>
        <w:rPr>
          <w:rFonts w:ascii="Arial" w:hAnsi="Arial"/>
        </w:rPr>
        <w:t>Do you have any ideas or thoughts?</w:t>
      </w:r>
    </w:p>
    <w:p w14:paraId="16DFDE9C" w14:textId="77777777" w:rsidR="00B5478E" w:rsidRDefault="00B5478E">
      <w:pPr>
        <w:spacing w:after="0"/>
      </w:pPr>
    </w:p>
    <w:p w14:paraId="256BB967" w14:textId="77777777" w:rsidR="00B5478E" w:rsidRDefault="006652B9">
      <w:pPr>
        <w:spacing w:after="0"/>
      </w:pPr>
      <w:r>
        <w:rPr>
          <w:rFonts w:ascii="Arial" w:hAnsi="Arial"/>
          <w:b/>
        </w:rPr>
        <w:t xml:space="preserve">Participant#5:  </w:t>
      </w:r>
      <w:r>
        <w:rPr>
          <w:rFonts w:ascii="Arial" w:hAnsi="Arial"/>
          <w:color w:val="5D7284"/>
        </w:rPr>
        <w:t>16:55</w:t>
      </w:r>
    </w:p>
    <w:p w14:paraId="30B46246" w14:textId="1FDEBF58" w:rsidR="00B5478E" w:rsidRDefault="006652B9">
      <w:pPr>
        <w:spacing w:after="0"/>
      </w:pPr>
      <w:r>
        <w:rPr>
          <w:rFonts w:ascii="Arial" w:hAnsi="Arial"/>
        </w:rPr>
        <w:t xml:space="preserve">Maybe because, like the surface area that's making the center smaller than the perimeter. </w:t>
      </w:r>
      <w:r w:rsidR="00D95C51">
        <w:rPr>
          <w:rFonts w:ascii="Arial" w:hAnsi="Arial"/>
        </w:rPr>
        <w:t>So,</w:t>
      </w:r>
      <w:r>
        <w:rPr>
          <w:rFonts w:ascii="Arial" w:hAnsi="Arial"/>
        </w:rPr>
        <w:t xml:space="preserve"> it has like less area to rotate. </w:t>
      </w:r>
      <w:r w:rsidR="00D95C51">
        <w:rPr>
          <w:rFonts w:ascii="Arial" w:hAnsi="Arial"/>
        </w:rPr>
        <w:t>So,</w:t>
      </w:r>
      <w:r>
        <w:rPr>
          <w:rFonts w:ascii="Arial" w:hAnsi="Arial"/>
        </w:rPr>
        <w:t xml:space="preserve"> it's just </w:t>
      </w:r>
      <w:r w:rsidR="00D95C51">
        <w:rPr>
          <w:rFonts w:ascii="Arial" w:hAnsi="Arial"/>
        </w:rPr>
        <w:t>goanna</w:t>
      </w:r>
      <w:r>
        <w:rPr>
          <w:rFonts w:ascii="Arial" w:hAnsi="Arial"/>
        </w:rPr>
        <w:t xml:space="preserve"> say condense and that's...</w:t>
      </w:r>
    </w:p>
    <w:p w14:paraId="132ADBF4" w14:textId="77777777" w:rsidR="00B5478E" w:rsidRDefault="00B5478E">
      <w:pPr>
        <w:spacing w:after="0"/>
      </w:pPr>
    </w:p>
    <w:p w14:paraId="6E44EA87" w14:textId="77777777" w:rsidR="00B5478E" w:rsidRDefault="006652B9">
      <w:pPr>
        <w:spacing w:after="0"/>
      </w:pPr>
      <w:r>
        <w:rPr>
          <w:rFonts w:ascii="Arial" w:hAnsi="Arial"/>
          <w:b/>
        </w:rPr>
        <w:t xml:space="preserve">Interviewer P:  </w:t>
      </w:r>
      <w:r>
        <w:rPr>
          <w:rFonts w:ascii="Arial" w:hAnsi="Arial"/>
          <w:color w:val="5D7284"/>
        </w:rPr>
        <w:t>17:09</w:t>
      </w:r>
    </w:p>
    <w:p w14:paraId="64E63F27" w14:textId="77777777" w:rsidR="00B5478E" w:rsidRDefault="006652B9">
      <w:pPr>
        <w:spacing w:after="0"/>
      </w:pPr>
      <w:r>
        <w:rPr>
          <w:rFonts w:ascii="Arial" w:hAnsi="Arial"/>
        </w:rPr>
        <w:t>Yeah, and when you say condensed, what do you mean by that?</w:t>
      </w:r>
    </w:p>
    <w:p w14:paraId="7011B838" w14:textId="77777777" w:rsidR="00B5478E" w:rsidRDefault="00B5478E">
      <w:pPr>
        <w:spacing w:after="0"/>
      </w:pPr>
    </w:p>
    <w:p w14:paraId="72D5429D" w14:textId="77777777" w:rsidR="00B5478E" w:rsidRDefault="006652B9">
      <w:pPr>
        <w:spacing w:after="0"/>
      </w:pPr>
      <w:r>
        <w:rPr>
          <w:rFonts w:ascii="Arial" w:hAnsi="Arial"/>
          <w:b/>
        </w:rPr>
        <w:t xml:space="preserve">Participant#5:  </w:t>
      </w:r>
      <w:r>
        <w:rPr>
          <w:rFonts w:ascii="Arial" w:hAnsi="Arial"/>
          <w:color w:val="5D7284"/>
        </w:rPr>
        <w:t>17:15</w:t>
      </w:r>
    </w:p>
    <w:p w14:paraId="7A696E0D" w14:textId="77777777" w:rsidR="00B5478E" w:rsidRDefault="006652B9">
      <w:pPr>
        <w:spacing w:after="0"/>
      </w:pPr>
      <w:r>
        <w:rPr>
          <w:rFonts w:ascii="Arial" w:hAnsi="Arial"/>
        </w:rPr>
        <w:t>Like condensed like stationary.</w:t>
      </w:r>
    </w:p>
    <w:p w14:paraId="39AFF404" w14:textId="77777777" w:rsidR="00B5478E" w:rsidRDefault="00B5478E">
      <w:pPr>
        <w:spacing w:after="0"/>
      </w:pPr>
    </w:p>
    <w:p w14:paraId="2E310AB5" w14:textId="77777777" w:rsidR="00B5478E" w:rsidRDefault="006652B9">
      <w:pPr>
        <w:spacing w:after="0"/>
      </w:pPr>
      <w:r>
        <w:rPr>
          <w:rFonts w:ascii="Arial" w:hAnsi="Arial"/>
          <w:b/>
        </w:rPr>
        <w:t xml:space="preserve">Interviewer P:  </w:t>
      </w:r>
      <w:r>
        <w:rPr>
          <w:rFonts w:ascii="Arial" w:hAnsi="Arial"/>
          <w:color w:val="5D7284"/>
        </w:rPr>
        <w:t>17:17</w:t>
      </w:r>
    </w:p>
    <w:p w14:paraId="2A747FA5" w14:textId="77777777" w:rsidR="00B5478E" w:rsidRDefault="006652B9">
      <w:pPr>
        <w:spacing w:after="0"/>
      </w:pPr>
      <w:r>
        <w:rPr>
          <w:rFonts w:ascii="Arial" w:hAnsi="Arial"/>
        </w:rPr>
        <w:t xml:space="preserve">Okay. </w:t>
      </w:r>
    </w:p>
    <w:p w14:paraId="5251B821" w14:textId="77777777" w:rsidR="00B5478E" w:rsidRDefault="00B5478E">
      <w:pPr>
        <w:spacing w:after="0"/>
      </w:pPr>
    </w:p>
    <w:p w14:paraId="2411A601" w14:textId="77777777" w:rsidR="00B5478E" w:rsidRDefault="006652B9">
      <w:pPr>
        <w:spacing w:after="0"/>
      </w:pPr>
      <w:r>
        <w:rPr>
          <w:rFonts w:ascii="Arial" w:hAnsi="Arial"/>
          <w:b/>
        </w:rPr>
        <w:t xml:space="preserve">Participant#5:  </w:t>
      </w:r>
      <w:r>
        <w:rPr>
          <w:rFonts w:ascii="Arial" w:hAnsi="Arial"/>
          <w:color w:val="5D7284"/>
        </w:rPr>
        <w:t>17:18</w:t>
      </w:r>
    </w:p>
    <w:p w14:paraId="541A29F0" w14:textId="77777777" w:rsidR="00B5478E" w:rsidRDefault="006652B9">
      <w:pPr>
        <w:spacing w:after="0"/>
      </w:pPr>
      <w:r>
        <w:rPr>
          <w:rFonts w:ascii="Arial" w:hAnsi="Arial"/>
        </w:rPr>
        <w:t>Yeah. But like it's still like rotating but like it's only rotating around like this.</w:t>
      </w:r>
    </w:p>
    <w:p w14:paraId="0AC7B129" w14:textId="77777777" w:rsidR="00B5478E" w:rsidRDefault="00B5478E">
      <w:pPr>
        <w:spacing w:after="0"/>
      </w:pPr>
    </w:p>
    <w:p w14:paraId="29E4249F" w14:textId="77777777" w:rsidR="00B5478E" w:rsidRDefault="006652B9">
      <w:pPr>
        <w:spacing w:after="0"/>
      </w:pPr>
      <w:r>
        <w:rPr>
          <w:rFonts w:ascii="Arial" w:hAnsi="Arial"/>
          <w:b/>
        </w:rPr>
        <w:t xml:space="preserve">Interviewer P:  </w:t>
      </w:r>
      <w:r>
        <w:rPr>
          <w:rFonts w:ascii="Arial" w:hAnsi="Arial"/>
          <w:color w:val="5D7284"/>
        </w:rPr>
        <w:t>17:22</w:t>
      </w:r>
    </w:p>
    <w:p w14:paraId="305DC07A" w14:textId="3F8CD0DA" w:rsidR="00B5478E" w:rsidRDefault="006652B9">
      <w:pPr>
        <w:spacing w:after="0"/>
      </w:pPr>
      <w:r>
        <w:rPr>
          <w:rFonts w:ascii="Arial" w:hAnsi="Arial"/>
        </w:rPr>
        <w:t xml:space="preserve">Got it yeah, so it's interesting that it's kind of like standing like the dye is like standing up. Yeah. </w:t>
      </w:r>
      <w:r w:rsidR="00D95C51">
        <w:rPr>
          <w:rFonts w:ascii="Arial" w:hAnsi="Arial"/>
        </w:rPr>
        <w:t>So,</w:t>
      </w:r>
      <w:r>
        <w:rPr>
          <w:rFonts w:ascii="Arial" w:hAnsi="Arial"/>
        </w:rPr>
        <w:t xml:space="preserve"> do you have any thoughts on like, what is keeping that up right? Like what's going on that those columns are remaining straight up and down?</w:t>
      </w:r>
    </w:p>
    <w:p w14:paraId="17ADE48F" w14:textId="77777777" w:rsidR="00B5478E" w:rsidRDefault="00B5478E">
      <w:pPr>
        <w:spacing w:after="0"/>
      </w:pPr>
    </w:p>
    <w:p w14:paraId="05260C6F" w14:textId="77777777" w:rsidR="00B5478E" w:rsidRDefault="006652B9">
      <w:pPr>
        <w:spacing w:after="0"/>
      </w:pPr>
      <w:r>
        <w:rPr>
          <w:rFonts w:ascii="Arial" w:hAnsi="Arial"/>
          <w:b/>
        </w:rPr>
        <w:t xml:space="preserve">Participant#5:  </w:t>
      </w:r>
      <w:r>
        <w:rPr>
          <w:rFonts w:ascii="Arial" w:hAnsi="Arial"/>
          <w:color w:val="5D7284"/>
        </w:rPr>
        <w:t>17:46</w:t>
      </w:r>
    </w:p>
    <w:p w14:paraId="1FB7A092" w14:textId="77777777" w:rsidR="00B5478E" w:rsidRDefault="006652B9">
      <w:pPr>
        <w:spacing w:after="0"/>
      </w:pPr>
      <w:r>
        <w:rPr>
          <w:rFonts w:ascii="Arial" w:hAnsi="Arial"/>
        </w:rPr>
        <w:t>Maybe I don't know like the property of a dye but maybe it just won't interact with the water.</w:t>
      </w:r>
    </w:p>
    <w:p w14:paraId="6297B4E3" w14:textId="77777777" w:rsidR="00B5478E" w:rsidRDefault="00B5478E">
      <w:pPr>
        <w:spacing w:after="0"/>
      </w:pPr>
    </w:p>
    <w:p w14:paraId="71035CFA" w14:textId="77777777" w:rsidR="00B5478E" w:rsidRDefault="006652B9">
      <w:pPr>
        <w:spacing w:after="0"/>
      </w:pPr>
      <w:r>
        <w:rPr>
          <w:rFonts w:ascii="Arial" w:hAnsi="Arial"/>
          <w:b/>
        </w:rPr>
        <w:t xml:space="preserve">Interviewer P:  </w:t>
      </w:r>
      <w:r>
        <w:rPr>
          <w:rFonts w:ascii="Arial" w:hAnsi="Arial"/>
          <w:color w:val="5D7284"/>
        </w:rPr>
        <w:t>17:52</w:t>
      </w:r>
    </w:p>
    <w:p w14:paraId="2912CDF8" w14:textId="77777777" w:rsidR="00B5478E" w:rsidRDefault="006652B9">
      <w:pPr>
        <w:spacing w:after="0"/>
      </w:pPr>
      <w:r>
        <w:rPr>
          <w:rFonts w:ascii="Arial" w:hAnsi="Arial"/>
        </w:rPr>
        <w:t>Okay.</w:t>
      </w:r>
    </w:p>
    <w:p w14:paraId="51747331" w14:textId="77777777" w:rsidR="00B5478E" w:rsidRDefault="00B5478E">
      <w:pPr>
        <w:spacing w:after="0"/>
      </w:pPr>
    </w:p>
    <w:p w14:paraId="7B73FF4E" w14:textId="77777777" w:rsidR="00B5478E" w:rsidRDefault="006652B9">
      <w:pPr>
        <w:spacing w:after="0"/>
      </w:pPr>
      <w:r>
        <w:rPr>
          <w:rFonts w:ascii="Arial" w:hAnsi="Arial"/>
          <w:b/>
        </w:rPr>
        <w:t xml:space="preserve">Participant#5:  </w:t>
      </w:r>
      <w:r>
        <w:rPr>
          <w:rFonts w:ascii="Arial" w:hAnsi="Arial"/>
          <w:color w:val="5D7284"/>
        </w:rPr>
        <w:t>17:52</w:t>
      </w:r>
    </w:p>
    <w:p w14:paraId="2C1651BE" w14:textId="77777777" w:rsidR="00B5478E" w:rsidRDefault="006652B9">
      <w:pPr>
        <w:spacing w:after="0"/>
      </w:pPr>
      <w:r>
        <w:rPr>
          <w:rFonts w:ascii="Arial" w:hAnsi="Arial"/>
        </w:rPr>
        <w:t>Like disappear one disperse because of that.</w:t>
      </w:r>
    </w:p>
    <w:p w14:paraId="6F4AA9FB" w14:textId="77777777" w:rsidR="00B5478E" w:rsidRDefault="00B5478E">
      <w:pPr>
        <w:spacing w:after="0"/>
      </w:pPr>
    </w:p>
    <w:p w14:paraId="1E67F8B9" w14:textId="77777777" w:rsidR="00B5478E" w:rsidRDefault="006652B9">
      <w:pPr>
        <w:spacing w:after="0"/>
      </w:pPr>
      <w:r>
        <w:rPr>
          <w:rFonts w:ascii="Arial" w:hAnsi="Arial"/>
          <w:b/>
        </w:rPr>
        <w:t xml:space="preserve">Interviewer P:  </w:t>
      </w:r>
      <w:r>
        <w:rPr>
          <w:rFonts w:ascii="Arial" w:hAnsi="Arial"/>
          <w:color w:val="5D7284"/>
        </w:rPr>
        <w:t>17:56</w:t>
      </w:r>
    </w:p>
    <w:p w14:paraId="15BD9253" w14:textId="77777777" w:rsidR="00B5478E" w:rsidRDefault="006652B9">
      <w:pPr>
        <w:spacing w:after="0"/>
      </w:pPr>
      <w:r>
        <w:rPr>
          <w:rFonts w:ascii="Arial" w:hAnsi="Arial"/>
        </w:rPr>
        <w:t>Got it can you draw a second picture that is actually what it does look like? Like what you know, a minute after or I would say it's pretty much the same, but like the actual reality.</w:t>
      </w:r>
    </w:p>
    <w:p w14:paraId="24A327B6" w14:textId="77777777" w:rsidR="00B5478E" w:rsidRDefault="00B5478E">
      <w:pPr>
        <w:spacing w:after="0"/>
      </w:pPr>
    </w:p>
    <w:p w14:paraId="22373561" w14:textId="77777777" w:rsidR="00B5478E" w:rsidRDefault="006652B9">
      <w:pPr>
        <w:spacing w:after="0"/>
      </w:pPr>
      <w:r>
        <w:rPr>
          <w:rFonts w:ascii="Arial" w:hAnsi="Arial"/>
          <w:b/>
        </w:rPr>
        <w:t xml:space="preserve">Participant#5:  </w:t>
      </w:r>
      <w:r>
        <w:rPr>
          <w:rFonts w:ascii="Arial" w:hAnsi="Arial"/>
          <w:color w:val="5D7284"/>
        </w:rPr>
        <w:t>18:15</w:t>
      </w:r>
    </w:p>
    <w:p w14:paraId="3B078FEC" w14:textId="77777777" w:rsidR="00B5478E" w:rsidRDefault="006652B9">
      <w:pPr>
        <w:spacing w:after="0"/>
      </w:pPr>
      <w:r>
        <w:rPr>
          <w:rFonts w:ascii="Arial" w:hAnsi="Arial"/>
        </w:rPr>
        <w:t>These circles come from at the bottom, I didn't want to do like all the way around, but it would be like this kind of circle things like dispersed around the perimeter. And then this is where I got for the side.</w:t>
      </w:r>
    </w:p>
    <w:p w14:paraId="2C2927BA" w14:textId="77777777" w:rsidR="00B5478E" w:rsidRDefault="00B5478E">
      <w:pPr>
        <w:spacing w:after="0"/>
      </w:pPr>
    </w:p>
    <w:p w14:paraId="41E5DFFD" w14:textId="77777777" w:rsidR="00B5478E" w:rsidRDefault="006652B9">
      <w:pPr>
        <w:spacing w:after="0"/>
      </w:pPr>
      <w:r>
        <w:rPr>
          <w:rFonts w:ascii="Arial" w:hAnsi="Arial"/>
          <w:b/>
        </w:rPr>
        <w:t xml:space="preserve">Interviewer P:  </w:t>
      </w:r>
      <w:r>
        <w:rPr>
          <w:rFonts w:ascii="Arial" w:hAnsi="Arial"/>
          <w:color w:val="5D7284"/>
        </w:rPr>
        <w:t>19:47</w:t>
      </w:r>
    </w:p>
    <w:p w14:paraId="2ACEC973" w14:textId="77777777" w:rsidR="00B5478E" w:rsidRDefault="006652B9">
      <w:pPr>
        <w:spacing w:after="0"/>
      </w:pPr>
      <w:r>
        <w:rPr>
          <w:rFonts w:ascii="Arial" w:hAnsi="Arial"/>
        </w:rPr>
        <w:lastRenderedPageBreak/>
        <w:t>Alright, so like, what's the most notable difference between your prediction and the.</w:t>
      </w:r>
    </w:p>
    <w:p w14:paraId="5A1300C4" w14:textId="77777777" w:rsidR="00B5478E" w:rsidRDefault="00B5478E">
      <w:pPr>
        <w:spacing w:after="0"/>
      </w:pPr>
    </w:p>
    <w:p w14:paraId="26113DB1" w14:textId="77777777" w:rsidR="00B5478E" w:rsidRDefault="006652B9">
      <w:pPr>
        <w:spacing w:after="0"/>
      </w:pPr>
      <w:r>
        <w:rPr>
          <w:rFonts w:ascii="Arial" w:hAnsi="Arial"/>
          <w:b/>
        </w:rPr>
        <w:t xml:space="preserve">Participant#5:  </w:t>
      </w:r>
      <w:r>
        <w:rPr>
          <w:rFonts w:ascii="Arial" w:hAnsi="Arial"/>
          <w:color w:val="5D7284"/>
        </w:rPr>
        <w:t>19:53</w:t>
      </w:r>
    </w:p>
    <w:p w14:paraId="7E7864A5" w14:textId="495F8D3C" w:rsidR="00B5478E" w:rsidRDefault="006652B9">
      <w:pPr>
        <w:spacing w:after="0"/>
      </w:pPr>
      <w:r>
        <w:rPr>
          <w:rFonts w:ascii="Arial" w:hAnsi="Arial"/>
        </w:rPr>
        <w:t xml:space="preserve">It like stays kind of in the same general area and it doesn't like </w:t>
      </w:r>
      <w:r w:rsidR="00D95C51">
        <w:rPr>
          <w:rFonts w:ascii="Arial" w:hAnsi="Arial"/>
        </w:rPr>
        <w:t>to go</w:t>
      </w:r>
      <w:r>
        <w:rPr>
          <w:rFonts w:ascii="Arial" w:hAnsi="Arial"/>
        </w:rPr>
        <w:t xml:space="preserve"> around like it doesn't move with the water necessarily.</w:t>
      </w:r>
    </w:p>
    <w:p w14:paraId="6BBA1ABB" w14:textId="77777777" w:rsidR="00B5478E" w:rsidRDefault="00B5478E">
      <w:pPr>
        <w:spacing w:after="0"/>
      </w:pPr>
    </w:p>
    <w:p w14:paraId="5DA05D76" w14:textId="77777777" w:rsidR="00B5478E" w:rsidRDefault="006652B9">
      <w:pPr>
        <w:spacing w:after="0"/>
      </w:pPr>
      <w:r>
        <w:rPr>
          <w:rFonts w:ascii="Arial" w:hAnsi="Arial"/>
          <w:b/>
        </w:rPr>
        <w:t xml:space="preserve">Interviewer P:  </w:t>
      </w:r>
      <w:r>
        <w:rPr>
          <w:rFonts w:ascii="Arial" w:hAnsi="Arial"/>
          <w:color w:val="5D7284"/>
        </w:rPr>
        <w:t>20:05</w:t>
      </w:r>
    </w:p>
    <w:p w14:paraId="6C2E5680" w14:textId="77777777" w:rsidR="00B5478E" w:rsidRDefault="006652B9">
      <w:pPr>
        <w:spacing w:after="0"/>
      </w:pPr>
      <w:r>
        <w:rPr>
          <w:rFonts w:ascii="Arial" w:hAnsi="Arial"/>
        </w:rPr>
        <w:t>So, if I if we left this for like an hour or two, do you think that it would eventually look like this?</w:t>
      </w:r>
    </w:p>
    <w:p w14:paraId="48B95626" w14:textId="77777777" w:rsidR="00B5478E" w:rsidRDefault="00B5478E">
      <w:pPr>
        <w:spacing w:after="0"/>
      </w:pPr>
    </w:p>
    <w:p w14:paraId="092ACDFE" w14:textId="77777777" w:rsidR="00B5478E" w:rsidRDefault="006652B9">
      <w:pPr>
        <w:spacing w:after="0"/>
      </w:pPr>
      <w:r>
        <w:rPr>
          <w:rFonts w:ascii="Arial" w:hAnsi="Arial"/>
          <w:b/>
        </w:rPr>
        <w:t xml:space="preserve">Participant#5:  </w:t>
      </w:r>
      <w:r>
        <w:rPr>
          <w:rFonts w:ascii="Arial" w:hAnsi="Arial"/>
          <w:color w:val="5D7284"/>
        </w:rPr>
        <w:t>20:17</w:t>
      </w:r>
    </w:p>
    <w:p w14:paraId="4A2D491D" w14:textId="77777777" w:rsidR="00B5478E" w:rsidRDefault="006652B9">
      <w:pPr>
        <w:spacing w:after="0"/>
      </w:pPr>
      <w:r>
        <w:rPr>
          <w:rFonts w:ascii="Arial" w:hAnsi="Arial"/>
        </w:rPr>
        <w:t>I think that eventually, like the pigment would disappear if given long enough.</w:t>
      </w:r>
    </w:p>
    <w:p w14:paraId="465AAE15" w14:textId="77777777" w:rsidR="00B5478E" w:rsidRDefault="00B5478E">
      <w:pPr>
        <w:spacing w:after="0"/>
      </w:pPr>
    </w:p>
    <w:p w14:paraId="1FD53F96" w14:textId="77777777" w:rsidR="00B5478E" w:rsidRDefault="006652B9">
      <w:pPr>
        <w:spacing w:after="0"/>
      </w:pPr>
      <w:r>
        <w:rPr>
          <w:rFonts w:ascii="Arial" w:hAnsi="Arial"/>
          <w:b/>
        </w:rPr>
        <w:t xml:space="preserve">Interviewer P:  </w:t>
      </w:r>
      <w:r>
        <w:rPr>
          <w:rFonts w:ascii="Arial" w:hAnsi="Arial"/>
          <w:color w:val="5D7284"/>
        </w:rPr>
        <w:t>20:24</w:t>
      </w:r>
    </w:p>
    <w:p w14:paraId="52F51CCE" w14:textId="77777777" w:rsidR="00B5478E" w:rsidRDefault="006652B9">
      <w:pPr>
        <w:spacing w:after="0"/>
      </w:pPr>
      <w:r>
        <w:rPr>
          <w:rFonts w:ascii="Arial" w:hAnsi="Arial"/>
        </w:rPr>
        <w:t>Okay, so it would kind of like disperse and not look pink anymore. And do you think there's anything that we could do to make it swirl like that to make it look like?</w:t>
      </w:r>
    </w:p>
    <w:p w14:paraId="205EF756" w14:textId="77777777" w:rsidR="00B5478E" w:rsidRDefault="00B5478E">
      <w:pPr>
        <w:spacing w:after="0"/>
      </w:pPr>
    </w:p>
    <w:p w14:paraId="76435250" w14:textId="77777777" w:rsidR="00B5478E" w:rsidRDefault="006652B9">
      <w:pPr>
        <w:spacing w:after="0"/>
      </w:pPr>
      <w:r>
        <w:rPr>
          <w:rFonts w:ascii="Arial" w:hAnsi="Arial"/>
          <w:b/>
        </w:rPr>
        <w:t xml:space="preserve">Participant#5:  </w:t>
      </w:r>
      <w:r>
        <w:rPr>
          <w:rFonts w:ascii="Arial" w:hAnsi="Arial"/>
          <w:color w:val="5D7284"/>
        </w:rPr>
        <w:t>20:36</w:t>
      </w:r>
    </w:p>
    <w:p w14:paraId="0FB9D07C" w14:textId="77777777" w:rsidR="00B5478E" w:rsidRDefault="006652B9">
      <w:pPr>
        <w:spacing w:after="0"/>
      </w:pPr>
      <w:r>
        <w:rPr>
          <w:rFonts w:ascii="Arial" w:hAnsi="Arial"/>
        </w:rPr>
        <w:t>Maybe if we like manually like using a spoon or something.</w:t>
      </w:r>
    </w:p>
    <w:p w14:paraId="667FDD77" w14:textId="77777777" w:rsidR="00B5478E" w:rsidRDefault="00B5478E">
      <w:pPr>
        <w:spacing w:after="0"/>
      </w:pPr>
    </w:p>
    <w:p w14:paraId="526015D1" w14:textId="77777777" w:rsidR="00B5478E" w:rsidRDefault="006652B9">
      <w:pPr>
        <w:spacing w:after="0"/>
      </w:pPr>
      <w:r>
        <w:rPr>
          <w:rFonts w:ascii="Arial" w:hAnsi="Arial"/>
          <w:b/>
        </w:rPr>
        <w:t xml:space="preserve">Interviewer P:  </w:t>
      </w:r>
      <w:r>
        <w:rPr>
          <w:rFonts w:ascii="Arial" w:hAnsi="Arial"/>
          <w:color w:val="5D7284"/>
        </w:rPr>
        <w:t>20:40</w:t>
      </w:r>
    </w:p>
    <w:p w14:paraId="4B31C8DE" w14:textId="77777777" w:rsidR="00B5478E" w:rsidRDefault="006652B9">
      <w:pPr>
        <w:spacing w:after="0"/>
      </w:pPr>
      <w:r>
        <w:rPr>
          <w:rFonts w:ascii="Arial" w:hAnsi="Arial"/>
        </w:rPr>
        <w:t>And mixed it?</w:t>
      </w:r>
    </w:p>
    <w:p w14:paraId="4FF3D399" w14:textId="77777777" w:rsidR="00B5478E" w:rsidRDefault="00B5478E">
      <w:pPr>
        <w:spacing w:after="0"/>
      </w:pPr>
    </w:p>
    <w:p w14:paraId="58098473" w14:textId="77777777" w:rsidR="00B5478E" w:rsidRDefault="006652B9">
      <w:pPr>
        <w:spacing w:after="0"/>
      </w:pPr>
      <w:r>
        <w:rPr>
          <w:rFonts w:ascii="Arial" w:hAnsi="Arial"/>
          <w:b/>
        </w:rPr>
        <w:t xml:space="preserve">Participant#5:  </w:t>
      </w:r>
      <w:r>
        <w:rPr>
          <w:rFonts w:ascii="Arial" w:hAnsi="Arial"/>
          <w:color w:val="5D7284"/>
        </w:rPr>
        <w:t>20:46</w:t>
      </w:r>
    </w:p>
    <w:p w14:paraId="002B10E3" w14:textId="4D1CD34A" w:rsidR="00B5478E" w:rsidRDefault="00D95C51">
      <w:pPr>
        <w:spacing w:after="0"/>
      </w:pPr>
      <w:r>
        <w:rPr>
          <w:rFonts w:ascii="Arial" w:hAnsi="Arial"/>
        </w:rPr>
        <w:t>Yeah, that's that's my prediction.</w:t>
      </w:r>
    </w:p>
    <w:p w14:paraId="0F339787" w14:textId="77777777" w:rsidR="00B5478E" w:rsidRDefault="00B5478E">
      <w:pPr>
        <w:spacing w:after="0"/>
      </w:pPr>
    </w:p>
    <w:p w14:paraId="4948DF53" w14:textId="77777777" w:rsidR="00B5478E" w:rsidRDefault="006652B9">
      <w:pPr>
        <w:spacing w:after="0"/>
      </w:pPr>
      <w:r>
        <w:rPr>
          <w:rFonts w:ascii="Arial" w:hAnsi="Arial"/>
          <w:b/>
        </w:rPr>
        <w:t xml:space="preserve">Interviewer P:  </w:t>
      </w:r>
      <w:r>
        <w:rPr>
          <w:rFonts w:ascii="Arial" w:hAnsi="Arial"/>
          <w:color w:val="5D7284"/>
        </w:rPr>
        <w:t>20:52</w:t>
      </w:r>
    </w:p>
    <w:p w14:paraId="0BAC4DBA" w14:textId="41754A45" w:rsidR="00B5478E" w:rsidRDefault="006652B9">
      <w:pPr>
        <w:spacing w:after="0"/>
      </w:pPr>
      <w:r>
        <w:rPr>
          <w:rFonts w:ascii="Arial" w:hAnsi="Arial"/>
        </w:rPr>
        <w:t xml:space="preserve">I'm </w:t>
      </w:r>
      <w:r w:rsidR="00D95C51">
        <w:rPr>
          <w:rFonts w:ascii="Arial" w:hAnsi="Arial"/>
        </w:rPr>
        <w:t>goanna</w:t>
      </w:r>
      <w:r>
        <w:rPr>
          <w:rFonts w:ascii="Arial" w:hAnsi="Arial"/>
        </w:rPr>
        <w:t xml:space="preserve"> what do you think will happen if I just turn it off?</w:t>
      </w:r>
    </w:p>
    <w:p w14:paraId="6C2E84B3" w14:textId="77777777" w:rsidR="00B5478E" w:rsidRDefault="00B5478E">
      <w:pPr>
        <w:spacing w:after="0"/>
      </w:pPr>
    </w:p>
    <w:p w14:paraId="4FA5C6B4" w14:textId="77777777" w:rsidR="00B5478E" w:rsidRDefault="006652B9">
      <w:pPr>
        <w:spacing w:after="0"/>
      </w:pPr>
      <w:r>
        <w:rPr>
          <w:rFonts w:ascii="Arial" w:hAnsi="Arial"/>
          <w:b/>
        </w:rPr>
        <w:t xml:space="preserve">Participant#5:  </w:t>
      </w:r>
      <w:r>
        <w:rPr>
          <w:rFonts w:ascii="Arial" w:hAnsi="Arial"/>
          <w:color w:val="5D7284"/>
        </w:rPr>
        <w:t>20:58</w:t>
      </w:r>
    </w:p>
    <w:p w14:paraId="25C4D503" w14:textId="15ABE902" w:rsidR="00B5478E" w:rsidRDefault="006652B9">
      <w:pPr>
        <w:spacing w:after="0"/>
      </w:pPr>
      <w:r>
        <w:rPr>
          <w:rFonts w:ascii="Arial" w:hAnsi="Arial"/>
        </w:rPr>
        <w:t xml:space="preserve">Uhm maybe it would </w:t>
      </w:r>
      <w:r w:rsidR="00D95C51">
        <w:rPr>
          <w:rFonts w:ascii="Arial" w:hAnsi="Arial"/>
        </w:rPr>
        <w:t>disperse</w:t>
      </w:r>
      <w:r>
        <w:rPr>
          <w:rFonts w:ascii="Arial" w:hAnsi="Arial"/>
        </w:rPr>
        <w:t xml:space="preserve"> like that we're just kind of go to the right kind of go to the bottom right so spreading out.</w:t>
      </w:r>
    </w:p>
    <w:p w14:paraId="0B2CA3F8" w14:textId="77777777" w:rsidR="00B5478E" w:rsidRDefault="00B5478E">
      <w:pPr>
        <w:spacing w:after="0"/>
      </w:pPr>
    </w:p>
    <w:p w14:paraId="4A9B0655" w14:textId="77777777" w:rsidR="00B5478E" w:rsidRDefault="006652B9">
      <w:pPr>
        <w:spacing w:after="0"/>
      </w:pPr>
      <w:r>
        <w:rPr>
          <w:rFonts w:ascii="Arial" w:hAnsi="Arial"/>
          <w:b/>
        </w:rPr>
        <w:t xml:space="preserve">Interviewer P:  </w:t>
      </w:r>
      <w:r>
        <w:rPr>
          <w:rFonts w:ascii="Arial" w:hAnsi="Arial"/>
          <w:color w:val="5D7284"/>
        </w:rPr>
        <w:t>21:09</w:t>
      </w:r>
    </w:p>
    <w:p w14:paraId="384ECF49" w14:textId="77777777" w:rsidR="00B5478E" w:rsidRDefault="006652B9">
      <w:pPr>
        <w:spacing w:after="0"/>
      </w:pPr>
      <w:r>
        <w:rPr>
          <w:rFonts w:ascii="Arial" w:hAnsi="Arial"/>
        </w:rPr>
        <w:t>We'll try that. Ready?</w:t>
      </w:r>
    </w:p>
    <w:p w14:paraId="4272E648" w14:textId="77777777" w:rsidR="00B5478E" w:rsidRDefault="00B5478E">
      <w:pPr>
        <w:spacing w:after="0"/>
      </w:pPr>
    </w:p>
    <w:p w14:paraId="4CF92BED" w14:textId="77777777" w:rsidR="00B5478E" w:rsidRDefault="006652B9">
      <w:pPr>
        <w:spacing w:after="0"/>
      </w:pPr>
      <w:r>
        <w:rPr>
          <w:rFonts w:ascii="Arial" w:hAnsi="Arial"/>
          <w:b/>
        </w:rPr>
        <w:t xml:space="preserve">Participant#5:  </w:t>
      </w:r>
      <w:r>
        <w:rPr>
          <w:rFonts w:ascii="Arial" w:hAnsi="Arial"/>
          <w:color w:val="5D7284"/>
        </w:rPr>
        <w:t>21:27</w:t>
      </w:r>
    </w:p>
    <w:p w14:paraId="0E16FFCA" w14:textId="1BE33247" w:rsidR="00B5478E" w:rsidRDefault="006652B9">
      <w:pPr>
        <w:spacing w:after="0"/>
      </w:pPr>
      <w:r>
        <w:rPr>
          <w:rFonts w:ascii="Arial" w:hAnsi="Arial"/>
        </w:rPr>
        <w:t xml:space="preserve">Now it </w:t>
      </w:r>
      <w:r w:rsidR="00D95C51">
        <w:rPr>
          <w:rFonts w:ascii="Arial" w:hAnsi="Arial"/>
        </w:rPr>
        <w:t>kind of</w:t>
      </w:r>
      <w:r>
        <w:rPr>
          <w:rFonts w:ascii="Arial" w:hAnsi="Arial"/>
        </w:rPr>
        <w:t xml:space="preserve"> does look like the first prediction. Yeah, like the pigments disappearing.</w:t>
      </w:r>
    </w:p>
    <w:p w14:paraId="235F8FF2" w14:textId="77777777" w:rsidR="00B5478E" w:rsidRDefault="00B5478E">
      <w:pPr>
        <w:spacing w:after="0"/>
      </w:pPr>
    </w:p>
    <w:p w14:paraId="24220D29" w14:textId="77777777" w:rsidR="00B5478E" w:rsidRDefault="006652B9">
      <w:pPr>
        <w:spacing w:after="0"/>
      </w:pPr>
      <w:r>
        <w:rPr>
          <w:rFonts w:ascii="Arial" w:hAnsi="Arial"/>
          <w:b/>
        </w:rPr>
        <w:t xml:space="preserve">Interviewer P:  </w:t>
      </w:r>
      <w:r>
        <w:rPr>
          <w:rFonts w:ascii="Arial" w:hAnsi="Arial"/>
          <w:color w:val="5D7284"/>
        </w:rPr>
        <w:t>21:34</w:t>
      </w:r>
    </w:p>
    <w:p w14:paraId="495F93FE" w14:textId="77777777" w:rsidR="00B5478E" w:rsidRDefault="006652B9">
      <w:pPr>
        <w:spacing w:after="0"/>
      </w:pPr>
      <w:r>
        <w:rPr>
          <w:rFonts w:ascii="Arial" w:hAnsi="Arial"/>
        </w:rPr>
        <w:t xml:space="preserve">Yeah, it is. Is that surprise you? </w:t>
      </w:r>
    </w:p>
    <w:p w14:paraId="72BD56A8" w14:textId="77777777" w:rsidR="00B5478E" w:rsidRDefault="00B5478E">
      <w:pPr>
        <w:spacing w:after="0"/>
      </w:pPr>
    </w:p>
    <w:p w14:paraId="64B24DA3" w14:textId="77777777" w:rsidR="00B5478E" w:rsidRDefault="006652B9">
      <w:pPr>
        <w:spacing w:after="0"/>
      </w:pPr>
      <w:r>
        <w:rPr>
          <w:rFonts w:ascii="Arial" w:hAnsi="Arial"/>
          <w:b/>
        </w:rPr>
        <w:t xml:space="preserve">Participant#5:  </w:t>
      </w:r>
      <w:r>
        <w:rPr>
          <w:rFonts w:ascii="Arial" w:hAnsi="Arial"/>
          <w:color w:val="5D7284"/>
        </w:rPr>
        <w:t>21:47</w:t>
      </w:r>
    </w:p>
    <w:p w14:paraId="2759418E" w14:textId="5BF8D091" w:rsidR="00B5478E" w:rsidRDefault="006652B9">
      <w:pPr>
        <w:spacing w:after="0"/>
      </w:pPr>
      <w:r>
        <w:rPr>
          <w:rFonts w:ascii="Arial" w:hAnsi="Arial"/>
        </w:rPr>
        <w:t xml:space="preserve">Like, kind of guessed what happened here it's </w:t>
      </w:r>
      <w:r w:rsidR="00D95C51">
        <w:rPr>
          <w:rFonts w:ascii="Arial" w:hAnsi="Arial"/>
        </w:rPr>
        <w:t>sort</w:t>
      </w:r>
      <w:r>
        <w:rPr>
          <w:rFonts w:ascii="Arial" w:hAnsi="Arial"/>
        </w:rPr>
        <w:t xml:space="preserve"> </w:t>
      </w:r>
      <w:r w:rsidR="00D95C51">
        <w:rPr>
          <w:rFonts w:ascii="Arial" w:hAnsi="Arial"/>
        </w:rPr>
        <w:t xml:space="preserve">of </w:t>
      </w:r>
      <w:r>
        <w:rPr>
          <w:rFonts w:ascii="Arial" w:hAnsi="Arial"/>
        </w:rPr>
        <w:t xml:space="preserve">like clearing out though, I think it's kind of has a slight tint to it. </w:t>
      </w:r>
    </w:p>
    <w:p w14:paraId="2634A82C" w14:textId="77777777" w:rsidR="00B5478E" w:rsidRDefault="00B5478E">
      <w:pPr>
        <w:spacing w:after="0"/>
      </w:pPr>
    </w:p>
    <w:p w14:paraId="4D2473AE" w14:textId="77777777" w:rsidR="00B5478E" w:rsidRDefault="006652B9">
      <w:pPr>
        <w:spacing w:after="0"/>
      </w:pPr>
      <w:r>
        <w:rPr>
          <w:rFonts w:ascii="Arial" w:hAnsi="Arial"/>
          <w:b/>
        </w:rPr>
        <w:t xml:space="preserve">Interviewer P:  </w:t>
      </w:r>
      <w:r>
        <w:rPr>
          <w:rFonts w:ascii="Arial" w:hAnsi="Arial"/>
          <w:color w:val="5D7284"/>
        </w:rPr>
        <w:t>21:57</w:t>
      </w:r>
    </w:p>
    <w:p w14:paraId="0A76AFEF" w14:textId="77777777" w:rsidR="00B5478E" w:rsidRDefault="006652B9">
      <w:pPr>
        <w:spacing w:after="0"/>
      </w:pPr>
      <w:r>
        <w:rPr>
          <w:rFonts w:ascii="Arial" w:hAnsi="Arial"/>
        </w:rPr>
        <w:t>Yeah. But it looks more like what you originally predicted.</w:t>
      </w:r>
    </w:p>
    <w:p w14:paraId="06480F83" w14:textId="77777777" w:rsidR="00B5478E" w:rsidRDefault="00B5478E">
      <w:pPr>
        <w:spacing w:after="0"/>
      </w:pPr>
    </w:p>
    <w:p w14:paraId="1587C419" w14:textId="77777777" w:rsidR="00B5478E" w:rsidRDefault="006652B9">
      <w:pPr>
        <w:spacing w:after="0"/>
      </w:pPr>
      <w:r>
        <w:rPr>
          <w:rFonts w:ascii="Arial" w:hAnsi="Arial"/>
          <w:b/>
        </w:rPr>
        <w:t xml:space="preserve">Participant#5:  </w:t>
      </w:r>
      <w:r>
        <w:rPr>
          <w:rFonts w:ascii="Arial" w:hAnsi="Arial"/>
          <w:color w:val="5D7284"/>
        </w:rPr>
        <w:t>22:03</w:t>
      </w:r>
    </w:p>
    <w:p w14:paraId="147AACB4" w14:textId="77777777" w:rsidR="00B5478E" w:rsidRDefault="006652B9">
      <w:pPr>
        <w:spacing w:after="0"/>
      </w:pPr>
      <w:r>
        <w:rPr>
          <w:rFonts w:ascii="Arial" w:hAnsi="Arial"/>
        </w:rPr>
        <w:t>Just said like the color doesn't stay.</w:t>
      </w:r>
    </w:p>
    <w:p w14:paraId="41404304" w14:textId="77777777" w:rsidR="00B5478E" w:rsidRDefault="00B5478E">
      <w:pPr>
        <w:spacing w:after="0"/>
      </w:pPr>
    </w:p>
    <w:p w14:paraId="5957D12F" w14:textId="77777777" w:rsidR="00B5478E" w:rsidRDefault="006652B9">
      <w:pPr>
        <w:spacing w:after="0"/>
      </w:pPr>
      <w:r>
        <w:rPr>
          <w:rFonts w:ascii="Arial" w:hAnsi="Arial"/>
          <w:b/>
        </w:rPr>
        <w:t xml:space="preserve">Interviewer P:  </w:t>
      </w:r>
      <w:r>
        <w:rPr>
          <w:rFonts w:ascii="Arial" w:hAnsi="Arial"/>
          <w:color w:val="5D7284"/>
        </w:rPr>
        <w:t>22:05</w:t>
      </w:r>
    </w:p>
    <w:p w14:paraId="1900E506" w14:textId="6B5A5D76" w:rsidR="00B5478E" w:rsidRDefault="006652B9">
      <w:pPr>
        <w:spacing w:after="0"/>
      </w:pPr>
      <w:r>
        <w:rPr>
          <w:rFonts w:ascii="Arial" w:hAnsi="Arial"/>
        </w:rPr>
        <w:t xml:space="preserve">Yeah interesting. Alright, so I'm </w:t>
      </w:r>
      <w:r w:rsidR="00D95C51">
        <w:rPr>
          <w:rFonts w:ascii="Arial" w:hAnsi="Arial"/>
        </w:rPr>
        <w:t>goanna</w:t>
      </w:r>
      <w:r>
        <w:rPr>
          <w:rFonts w:ascii="Arial" w:hAnsi="Arial"/>
        </w:rPr>
        <w:t xml:space="preserve"> let that settle for a few minutes. And then in the meantime at </w:t>
      </w:r>
      <w:r w:rsidR="00D95C51">
        <w:rPr>
          <w:rFonts w:ascii="Arial" w:hAnsi="Arial"/>
        </w:rPr>
        <w:t>there’s</w:t>
      </w:r>
      <w:r>
        <w:rPr>
          <w:rFonts w:ascii="Arial" w:hAnsi="Arial"/>
        </w:rPr>
        <w:t xml:space="preserve"> this which is a tank filled with Jell-O. </w:t>
      </w:r>
      <w:r w:rsidR="00D95C51">
        <w:rPr>
          <w:rFonts w:ascii="Arial" w:hAnsi="Arial"/>
        </w:rPr>
        <w:t>So,</w:t>
      </w:r>
      <w:r>
        <w:rPr>
          <w:rFonts w:ascii="Arial" w:hAnsi="Arial"/>
        </w:rPr>
        <w:t xml:space="preserve"> this is a smaller version of that rotating tanks, I can put it on this and I got this like a little Lego motor. What do you think will happen when I start to rotate the tank of Jell-O. You can touch it if you want you to feel the Jell-O.</w:t>
      </w:r>
    </w:p>
    <w:p w14:paraId="525ECEB3" w14:textId="77777777" w:rsidR="00B5478E" w:rsidRDefault="00B5478E">
      <w:pPr>
        <w:spacing w:after="0"/>
      </w:pPr>
    </w:p>
    <w:p w14:paraId="1A2C99B9" w14:textId="77777777" w:rsidR="00B5478E" w:rsidRDefault="006652B9">
      <w:pPr>
        <w:spacing w:after="0"/>
      </w:pPr>
      <w:r>
        <w:rPr>
          <w:rFonts w:ascii="Arial" w:hAnsi="Arial"/>
          <w:b/>
        </w:rPr>
        <w:t xml:space="preserve">Participant#5:  </w:t>
      </w:r>
      <w:r>
        <w:rPr>
          <w:rFonts w:ascii="Arial" w:hAnsi="Arial"/>
          <w:color w:val="5D7284"/>
        </w:rPr>
        <w:t>22:57</w:t>
      </w:r>
    </w:p>
    <w:p w14:paraId="3C1208E0" w14:textId="77777777" w:rsidR="00B5478E" w:rsidRDefault="006652B9">
      <w:pPr>
        <w:spacing w:after="0"/>
      </w:pPr>
      <w:r>
        <w:rPr>
          <w:rFonts w:ascii="Arial" w:hAnsi="Arial"/>
        </w:rPr>
        <w:t>Just stay the same relatively.</w:t>
      </w:r>
    </w:p>
    <w:p w14:paraId="1AEB5BD5" w14:textId="77777777" w:rsidR="00B5478E" w:rsidRDefault="00B5478E">
      <w:pPr>
        <w:spacing w:after="0"/>
      </w:pPr>
    </w:p>
    <w:p w14:paraId="522EC7C7" w14:textId="77777777" w:rsidR="00B5478E" w:rsidRDefault="006652B9">
      <w:pPr>
        <w:spacing w:after="0"/>
      </w:pPr>
      <w:r>
        <w:rPr>
          <w:rFonts w:ascii="Arial" w:hAnsi="Arial"/>
          <w:b/>
        </w:rPr>
        <w:t xml:space="preserve">Interviewer P:  </w:t>
      </w:r>
      <w:r>
        <w:rPr>
          <w:rFonts w:ascii="Arial" w:hAnsi="Arial"/>
          <w:color w:val="5D7284"/>
        </w:rPr>
        <w:t>23:07</w:t>
      </w:r>
    </w:p>
    <w:p w14:paraId="67B30F7B" w14:textId="7DB647E4" w:rsidR="00B5478E" w:rsidRDefault="00D95C51">
      <w:pPr>
        <w:spacing w:after="0"/>
      </w:pPr>
      <w:r>
        <w:rPr>
          <w:rFonts w:ascii="Arial" w:hAnsi="Arial"/>
        </w:rPr>
        <w:t>So, I have these little BBs and our idea was that we're trying to come up with something that would burrow through the bottom of the Jell-O, similar to the way that the crystal dye sinks to the bottom. But even when we heat up the BBs, which they're not hot, now they just sit on top, they're not heavy enough to go all the way to the bottom. Okay, but that's okay, because it's still we can ask the question, which is, if those were heavy enough to like to burrow their way out to the all the way to the bottom if they were like hot or something and they could kind of sink like the way that the crystals do. Can you describe what path you think those BBs would take as they went to the bottom and the rotating Jell-O?</w:t>
      </w:r>
    </w:p>
    <w:p w14:paraId="5B65DAFE" w14:textId="77777777" w:rsidR="00B5478E" w:rsidRDefault="00B5478E">
      <w:pPr>
        <w:spacing w:after="0"/>
      </w:pPr>
    </w:p>
    <w:p w14:paraId="6D8F1F08" w14:textId="77777777" w:rsidR="00B5478E" w:rsidRDefault="006652B9">
      <w:pPr>
        <w:spacing w:after="0"/>
      </w:pPr>
      <w:r>
        <w:rPr>
          <w:rFonts w:ascii="Arial" w:hAnsi="Arial"/>
          <w:b/>
        </w:rPr>
        <w:t xml:space="preserve">Participant#5:  </w:t>
      </w:r>
      <w:r>
        <w:rPr>
          <w:rFonts w:ascii="Arial" w:hAnsi="Arial"/>
          <w:color w:val="5D7284"/>
        </w:rPr>
        <w:t>24:02</w:t>
      </w:r>
    </w:p>
    <w:p w14:paraId="26A6712A" w14:textId="0B0E4094" w:rsidR="00B5478E" w:rsidRDefault="006652B9">
      <w:pPr>
        <w:spacing w:after="0"/>
      </w:pPr>
      <w:r>
        <w:rPr>
          <w:rFonts w:ascii="Arial" w:hAnsi="Arial"/>
        </w:rPr>
        <w:t xml:space="preserve">I think it would like </w:t>
      </w:r>
      <w:r w:rsidR="00D95C51">
        <w:rPr>
          <w:rFonts w:ascii="Arial" w:hAnsi="Arial"/>
        </w:rPr>
        <w:t>to dig</w:t>
      </w:r>
      <w:r>
        <w:rPr>
          <w:rFonts w:ascii="Arial" w:hAnsi="Arial"/>
        </w:rPr>
        <w:t xml:space="preserve"> its way down at like a diagonal and like go to the bottom on an incline.</w:t>
      </w:r>
    </w:p>
    <w:p w14:paraId="5A502A74" w14:textId="77777777" w:rsidR="00B5478E" w:rsidRDefault="00B5478E">
      <w:pPr>
        <w:spacing w:after="0"/>
      </w:pPr>
    </w:p>
    <w:p w14:paraId="507987F2" w14:textId="77777777" w:rsidR="00B5478E" w:rsidRDefault="006652B9">
      <w:pPr>
        <w:spacing w:after="0"/>
      </w:pPr>
      <w:r>
        <w:rPr>
          <w:rFonts w:ascii="Arial" w:hAnsi="Arial"/>
          <w:b/>
        </w:rPr>
        <w:t xml:space="preserve">Interviewer P:  </w:t>
      </w:r>
      <w:r>
        <w:rPr>
          <w:rFonts w:ascii="Arial" w:hAnsi="Arial"/>
          <w:color w:val="5D7284"/>
        </w:rPr>
        <w:t>24:11</w:t>
      </w:r>
    </w:p>
    <w:p w14:paraId="616126A7" w14:textId="77777777" w:rsidR="00B5478E" w:rsidRDefault="006652B9">
      <w:pPr>
        <w:spacing w:after="0"/>
      </w:pPr>
      <w:r>
        <w:rPr>
          <w:rFonts w:ascii="Arial" w:hAnsi="Arial"/>
        </w:rPr>
        <w:t xml:space="preserve">On an incline? </w:t>
      </w:r>
    </w:p>
    <w:p w14:paraId="6714C967" w14:textId="77777777" w:rsidR="00B5478E" w:rsidRDefault="00B5478E">
      <w:pPr>
        <w:spacing w:after="0"/>
      </w:pPr>
    </w:p>
    <w:p w14:paraId="237F7479" w14:textId="77777777" w:rsidR="00B5478E" w:rsidRDefault="006652B9">
      <w:pPr>
        <w:spacing w:after="0"/>
      </w:pPr>
      <w:r>
        <w:rPr>
          <w:rFonts w:ascii="Arial" w:hAnsi="Arial"/>
          <w:b/>
        </w:rPr>
        <w:t xml:space="preserve">Participant#5:  </w:t>
      </w:r>
      <w:r>
        <w:rPr>
          <w:rFonts w:ascii="Arial" w:hAnsi="Arial"/>
          <w:color w:val="5D7284"/>
        </w:rPr>
        <w:t>24:12</w:t>
      </w:r>
    </w:p>
    <w:p w14:paraId="6BA409B1" w14:textId="095C34A1" w:rsidR="00B5478E" w:rsidRDefault="00D95C51">
      <w:pPr>
        <w:spacing w:after="0"/>
      </w:pPr>
      <w:r>
        <w:rPr>
          <w:rFonts w:ascii="Arial" w:hAnsi="Arial"/>
        </w:rPr>
        <w:t>Yeah, while it's like rotating.</w:t>
      </w:r>
    </w:p>
    <w:p w14:paraId="0F14ACF0" w14:textId="77777777" w:rsidR="00B5478E" w:rsidRDefault="00B5478E">
      <w:pPr>
        <w:spacing w:after="0"/>
      </w:pPr>
    </w:p>
    <w:p w14:paraId="273B1A60" w14:textId="77777777" w:rsidR="00B5478E" w:rsidRDefault="006652B9">
      <w:pPr>
        <w:spacing w:after="0"/>
      </w:pPr>
      <w:r>
        <w:rPr>
          <w:rFonts w:ascii="Arial" w:hAnsi="Arial"/>
          <w:b/>
        </w:rPr>
        <w:t xml:space="preserve">Interviewer P:  </w:t>
      </w:r>
      <w:r>
        <w:rPr>
          <w:rFonts w:ascii="Arial" w:hAnsi="Arial"/>
          <w:color w:val="5D7284"/>
        </w:rPr>
        <w:t>24:16</w:t>
      </w:r>
    </w:p>
    <w:p w14:paraId="216FAEA4" w14:textId="2382F941" w:rsidR="00B5478E" w:rsidRDefault="006652B9">
      <w:pPr>
        <w:spacing w:after="0"/>
      </w:pPr>
      <w:r>
        <w:rPr>
          <w:rFonts w:ascii="Arial" w:hAnsi="Arial"/>
        </w:rPr>
        <w:t xml:space="preserve">Okay, so it would follow a straight line, but it would be a slanted straight line. Alright, so next question is another. This one is kind of a demonstration kind of a thought experiment. Next one's a total thought experiment. </w:t>
      </w:r>
      <w:r w:rsidR="00D95C51">
        <w:rPr>
          <w:rFonts w:ascii="Arial" w:hAnsi="Arial"/>
        </w:rPr>
        <w:t>So,</w:t>
      </w:r>
      <w:r>
        <w:rPr>
          <w:rFonts w:ascii="Arial" w:hAnsi="Arial"/>
        </w:rPr>
        <w:t xml:space="preserve"> the Jell-O is kind of wiggly. But let's say it's something that isn't wiggly. Let's say it's like a metal cylinder, like maybe like a record except it has some thickness to it. And now we're rotating that and so we have like a rotating cylinder of metal. And now something's not going to drop through it but maybe something like acid could eat through it. </w:t>
      </w:r>
      <w:r w:rsidR="00D95C51">
        <w:rPr>
          <w:rFonts w:ascii="Arial" w:hAnsi="Arial"/>
        </w:rPr>
        <w:t>So,</w:t>
      </w:r>
      <w:r>
        <w:rPr>
          <w:rFonts w:ascii="Arial" w:hAnsi="Arial"/>
        </w:rPr>
        <w:t xml:space="preserve"> we drop acid on top of the little dots on top of this rotating metal cylinder, and it slowly eats its way down all the way to the bottom. And so can you describe what kind of path you think that acid would take as it burns through that metal that's rotating.</w:t>
      </w:r>
    </w:p>
    <w:p w14:paraId="548B9448" w14:textId="77777777" w:rsidR="00B5478E" w:rsidRDefault="00B5478E">
      <w:pPr>
        <w:spacing w:after="0"/>
      </w:pPr>
    </w:p>
    <w:p w14:paraId="09C46BAC" w14:textId="77777777" w:rsidR="00B5478E" w:rsidRDefault="006652B9">
      <w:pPr>
        <w:spacing w:after="0"/>
      </w:pPr>
      <w:r>
        <w:rPr>
          <w:rFonts w:ascii="Arial" w:hAnsi="Arial"/>
          <w:b/>
        </w:rPr>
        <w:lastRenderedPageBreak/>
        <w:t xml:space="preserve">Participant#5:  </w:t>
      </w:r>
      <w:r>
        <w:rPr>
          <w:rFonts w:ascii="Arial" w:hAnsi="Arial"/>
          <w:color w:val="5D7284"/>
        </w:rPr>
        <w:t>25:21</w:t>
      </w:r>
    </w:p>
    <w:p w14:paraId="4F634CF9" w14:textId="238759C7" w:rsidR="00B5478E" w:rsidRDefault="00D95C51">
      <w:pPr>
        <w:spacing w:after="0"/>
      </w:pPr>
      <w:r>
        <w:rPr>
          <w:rFonts w:ascii="Arial" w:hAnsi="Arial"/>
        </w:rPr>
        <w:t>So, you know, just take like, your regular path of like, whatever the acid like hits for so just follow through. So, like, like, it could be straight down. But it could like, Yeah, I think it would be straight down and we're just like, wouldn't be like a straight-line path. Like, it'd be kind of like, like, messed up.</w:t>
      </w:r>
    </w:p>
    <w:p w14:paraId="2F8CBBBC" w14:textId="77777777" w:rsidR="00B5478E" w:rsidRDefault="00B5478E">
      <w:pPr>
        <w:spacing w:after="0"/>
      </w:pPr>
    </w:p>
    <w:p w14:paraId="450AD584" w14:textId="77777777" w:rsidR="00B5478E" w:rsidRDefault="006652B9">
      <w:pPr>
        <w:spacing w:after="0"/>
      </w:pPr>
      <w:r>
        <w:rPr>
          <w:rFonts w:ascii="Arial" w:hAnsi="Arial"/>
          <w:b/>
        </w:rPr>
        <w:t xml:space="preserve">Interviewer P:  </w:t>
      </w:r>
      <w:r>
        <w:rPr>
          <w:rFonts w:ascii="Arial" w:hAnsi="Arial"/>
          <w:color w:val="5D7284"/>
        </w:rPr>
        <w:t>25:39</w:t>
      </w:r>
    </w:p>
    <w:p w14:paraId="4BAE07F6" w14:textId="4639F9D9" w:rsidR="00B5478E" w:rsidRDefault="00D95C51">
      <w:pPr>
        <w:spacing w:after="0"/>
      </w:pPr>
      <w:r>
        <w:rPr>
          <w:rFonts w:ascii="Arial" w:hAnsi="Arial"/>
        </w:rPr>
        <w:t>Yeah, because it's kind of like, chemically reacting. So, do you and would that straight line be, you know, perpendicular through the metal? Or do you think that it would also be on an incline?</w:t>
      </w:r>
    </w:p>
    <w:p w14:paraId="6E744E7E" w14:textId="77777777" w:rsidR="00B5478E" w:rsidRDefault="00B5478E">
      <w:pPr>
        <w:spacing w:after="0"/>
      </w:pPr>
    </w:p>
    <w:p w14:paraId="7EF427B6" w14:textId="77777777" w:rsidR="00B5478E" w:rsidRDefault="006652B9">
      <w:pPr>
        <w:spacing w:after="0"/>
      </w:pPr>
      <w:r>
        <w:rPr>
          <w:rFonts w:ascii="Arial" w:hAnsi="Arial"/>
          <w:b/>
        </w:rPr>
        <w:t xml:space="preserve">Participant#5:  </w:t>
      </w:r>
      <w:r>
        <w:rPr>
          <w:rFonts w:ascii="Arial" w:hAnsi="Arial"/>
          <w:color w:val="5D7284"/>
        </w:rPr>
        <w:t>25:53</w:t>
      </w:r>
    </w:p>
    <w:p w14:paraId="77A47F8E" w14:textId="77777777" w:rsidR="00B5478E" w:rsidRDefault="006652B9">
      <w:pPr>
        <w:spacing w:after="0"/>
      </w:pPr>
      <w:r>
        <w:rPr>
          <w:rFonts w:ascii="Arial" w:hAnsi="Arial"/>
        </w:rPr>
        <w:t>I think it'd be perpendicular. Like, for the most part.</w:t>
      </w:r>
    </w:p>
    <w:p w14:paraId="7CBE4FF6" w14:textId="77777777" w:rsidR="00B5478E" w:rsidRDefault="00B5478E">
      <w:pPr>
        <w:spacing w:after="0"/>
      </w:pPr>
    </w:p>
    <w:p w14:paraId="2C0E876E" w14:textId="77777777" w:rsidR="00B5478E" w:rsidRDefault="006652B9">
      <w:pPr>
        <w:spacing w:after="0"/>
      </w:pPr>
      <w:r>
        <w:rPr>
          <w:rFonts w:ascii="Arial" w:hAnsi="Arial"/>
          <w:b/>
        </w:rPr>
        <w:t xml:space="preserve">Interviewer P:  </w:t>
      </w:r>
      <w:r>
        <w:rPr>
          <w:rFonts w:ascii="Arial" w:hAnsi="Arial"/>
          <w:color w:val="5D7284"/>
        </w:rPr>
        <w:t>25:58</w:t>
      </w:r>
    </w:p>
    <w:p w14:paraId="446E5290" w14:textId="77777777" w:rsidR="00B5478E" w:rsidRDefault="006652B9">
      <w:pPr>
        <w:spacing w:after="0"/>
      </w:pPr>
      <w:r>
        <w:rPr>
          <w:rFonts w:ascii="Arial" w:hAnsi="Arial"/>
        </w:rPr>
        <w:t>Straight up and down?</w:t>
      </w:r>
    </w:p>
    <w:p w14:paraId="576242B7" w14:textId="77777777" w:rsidR="00B5478E" w:rsidRDefault="00B5478E">
      <w:pPr>
        <w:spacing w:after="0"/>
      </w:pPr>
    </w:p>
    <w:p w14:paraId="6FA64F9A" w14:textId="77777777" w:rsidR="00B5478E" w:rsidRDefault="006652B9">
      <w:pPr>
        <w:spacing w:after="0"/>
      </w:pPr>
      <w:r>
        <w:rPr>
          <w:rFonts w:ascii="Arial" w:hAnsi="Arial"/>
          <w:b/>
        </w:rPr>
        <w:t xml:space="preserve">Participant#5:  </w:t>
      </w:r>
      <w:r>
        <w:rPr>
          <w:rFonts w:ascii="Arial" w:hAnsi="Arial"/>
          <w:color w:val="5D7284"/>
        </w:rPr>
        <w:t>25:59</w:t>
      </w:r>
    </w:p>
    <w:p w14:paraId="5A48C114" w14:textId="77777777" w:rsidR="00B5478E" w:rsidRDefault="006652B9">
      <w:pPr>
        <w:spacing w:after="0"/>
      </w:pPr>
      <w:r>
        <w:rPr>
          <w:rFonts w:ascii="Arial" w:hAnsi="Arial"/>
        </w:rPr>
        <w:t>Yeah, just because it's like eating away, like everything it touches.</w:t>
      </w:r>
    </w:p>
    <w:p w14:paraId="3423F8F4" w14:textId="77777777" w:rsidR="00B5478E" w:rsidRDefault="00B5478E">
      <w:pPr>
        <w:spacing w:after="0"/>
      </w:pPr>
    </w:p>
    <w:p w14:paraId="63127690" w14:textId="77777777" w:rsidR="00B5478E" w:rsidRDefault="006652B9">
      <w:pPr>
        <w:spacing w:after="0"/>
      </w:pPr>
      <w:r>
        <w:rPr>
          <w:rFonts w:ascii="Arial" w:hAnsi="Arial"/>
          <w:b/>
        </w:rPr>
        <w:t xml:space="preserve">Interviewer P:  </w:t>
      </w:r>
      <w:r>
        <w:rPr>
          <w:rFonts w:ascii="Arial" w:hAnsi="Arial"/>
          <w:color w:val="5D7284"/>
        </w:rPr>
        <w:t>26:07</w:t>
      </w:r>
    </w:p>
    <w:p w14:paraId="565B6EEB" w14:textId="5E1A967B" w:rsidR="00B5478E" w:rsidRDefault="006652B9">
      <w:pPr>
        <w:spacing w:after="0"/>
      </w:pPr>
      <w:r>
        <w:rPr>
          <w:rFonts w:ascii="Arial" w:hAnsi="Arial"/>
        </w:rPr>
        <w:t xml:space="preserve">Okay, one more silly thought experiment. </w:t>
      </w:r>
      <w:r w:rsidR="00D95C51">
        <w:rPr>
          <w:rFonts w:ascii="Arial" w:hAnsi="Arial"/>
        </w:rPr>
        <w:t>So,</w:t>
      </w:r>
      <w:r>
        <w:rPr>
          <w:rFonts w:ascii="Arial" w:hAnsi="Arial"/>
        </w:rPr>
        <w:t xml:space="preserve"> let's say now that we have like, a planter that's filled full of soil, and it's rotating, and we have a seed, and we're gonna plant this seed in this soil. And during the whole life of this plant, as it grows, it's rotating 24/7. And let's say it takes it's </w:t>
      </w:r>
      <w:r w:rsidR="00D95C51">
        <w:rPr>
          <w:rFonts w:ascii="Arial" w:hAnsi="Arial"/>
        </w:rPr>
        <w:t>fast-growing</w:t>
      </w:r>
      <w:r>
        <w:rPr>
          <w:rFonts w:ascii="Arial" w:hAnsi="Arial"/>
        </w:rPr>
        <w:t xml:space="preserve"> plants, so it takes maybe a couple of weeks to grow. And </w:t>
      </w:r>
      <w:r w:rsidR="00D95C51">
        <w:rPr>
          <w:rFonts w:ascii="Arial" w:hAnsi="Arial"/>
        </w:rPr>
        <w:t>so,</w:t>
      </w:r>
      <w:r>
        <w:rPr>
          <w:rFonts w:ascii="Arial" w:hAnsi="Arial"/>
        </w:rPr>
        <w:t xml:space="preserve"> after a couple of weeks, now it has leapt out, it's green, you know, maybe a foot or so high. It has some leaves on it. </w:t>
      </w:r>
      <w:r w:rsidR="00D95C51">
        <w:rPr>
          <w:rFonts w:ascii="Arial" w:hAnsi="Arial"/>
        </w:rPr>
        <w:t>So,</w:t>
      </w:r>
      <w:r>
        <w:rPr>
          <w:rFonts w:ascii="Arial" w:hAnsi="Arial"/>
        </w:rPr>
        <w:t xml:space="preserve"> but it's been rotating this whole time. It's growing. </w:t>
      </w:r>
      <w:r w:rsidR="00D95C51">
        <w:rPr>
          <w:rFonts w:ascii="Arial" w:hAnsi="Arial"/>
        </w:rPr>
        <w:t>So,</w:t>
      </w:r>
      <w:r>
        <w:rPr>
          <w:rFonts w:ascii="Arial" w:hAnsi="Arial"/>
        </w:rPr>
        <w:t xml:space="preserve"> what do you think its roots would be like?</w:t>
      </w:r>
    </w:p>
    <w:p w14:paraId="0CBB09D6" w14:textId="77777777" w:rsidR="00B5478E" w:rsidRDefault="00B5478E">
      <w:pPr>
        <w:spacing w:after="0"/>
      </w:pPr>
    </w:p>
    <w:p w14:paraId="7E750FC2" w14:textId="77777777" w:rsidR="00B5478E" w:rsidRDefault="006652B9">
      <w:pPr>
        <w:spacing w:after="0"/>
      </w:pPr>
      <w:r>
        <w:rPr>
          <w:rFonts w:ascii="Arial" w:hAnsi="Arial"/>
          <w:b/>
        </w:rPr>
        <w:t xml:space="preserve">Participant#5:  </w:t>
      </w:r>
      <w:r>
        <w:rPr>
          <w:rFonts w:ascii="Arial" w:hAnsi="Arial"/>
          <w:color w:val="5D7284"/>
        </w:rPr>
        <w:t>26:55</w:t>
      </w:r>
    </w:p>
    <w:p w14:paraId="6BEA8E71" w14:textId="77777777" w:rsidR="00B5478E" w:rsidRDefault="006652B9">
      <w:pPr>
        <w:spacing w:after="0"/>
      </w:pPr>
      <w:r>
        <w:rPr>
          <w:rFonts w:ascii="Arial" w:hAnsi="Arial"/>
        </w:rPr>
        <w:t>Maybe or I think you're like, like, spread out. Like, as a rotates. I think the roots will they go behind it.</w:t>
      </w:r>
    </w:p>
    <w:p w14:paraId="206786C1" w14:textId="77777777" w:rsidR="00B5478E" w:rsidRDefault="00B5478E">
      <w:pPr>
        <w:spacing w:after="0"/>
      </w:pPr>
    </w:p>
    <w:p w14:paraId="3EA95DC6" w14:textId="77777777" w:rsidR="00B5478E" w:rsidRDefault="006652B9">
      <w:pPr>
        <w:spacing w:after="0"/>
      </w:pPr>
      <w:r>
        <w:rPr>
          <w:rFonts w:ascii="Arial" w:hAnsi="Arial"/>
          <w:b/>
        </w:rPr>
        <w:t xml:space="preserve">Interviewer P:  </w:t>
      </w:r>
      <w:r>
        <w:rPr>
          <w:rFonts w:ascii="Arial" w:hAnsi="Arial"/>
          <w:color w:val="5D7284"/>
        </w:rPr>
        <w:t>27:05</w:t>
      </w:r>
    </w:p>
    <w:p w14:paraId="027F4F99" w14:textId="77777777" w:rsidR="00B5478E" w:rsidRDefault="006652B9">
      <w:pPr>
        <w:spacing w:after="0"/>
      </w:pPr>
      <w:r>
        <w:rPr>
          <w:rFonts w:ascii="Arial" w:hAnsi="Arial"/>
        </w:rPr>
        <w:t>Okay, trail. Yeah, and what about the plant itself? That's above them soil level?</w:t>
      </w:r>
    </w:p>
    <w:p w14:paraId="691D4BD0" w14:textId="77777777" w:rsidR="00B5478E" w:rsidRDefault="00B5478E">
      <w:pPr>
        <w:spacing w:after="0"/>
      </w:pPr>
    </w:p>
    <w:p w14:paraId="23F2635A" w14:textId="77777777" w:rsidR="00B5478E" w:rsidRDefault="006652B9">
      <w:pPr>
        <w:spacing w:after="0"/>
      </w:pPr>
      <w:r>
        <w:rPr>
          <w:rFonts w:ascii="Arial" w:hAnsi="Arial"/>
          <w:b/>
        </w:rPr>
        <w:t xml:space="preserve">Participant#5:  </w:t>
      </w:r>
      <w:r>
        <w:rPr>
          <w:rFonts w:ascii="Arial" w:hAnsi="Arial"/>
          <w:color w:val="5D7284"/>
        </w:rPr>
        <w:t>27:14</w:t>
      </w:r>
    </w:p>
    <w:p w14:paraId="24DA36AF" w14:textId="21CBA80B" w:rsidR="00B5478E" w:rsidRDefault="006652B9">
      <w:pPr>
        <w:spacing w:after="0"/>
      </w:pPr>
      <w:r>
        <w:rPr>
          <w:rFonts w:ascii="Arial" w:hAnsi="Arial"/>
        </w:rPr>
        <w:t xml:space="preserve">I think he grooves straight up. Because like, if it's like, the size of this, then I feel like you're just </w:t>
      </w:r>
      <w:r w:rsidR="00D95C51">
        <w:rPr>
          <w:rFonts w:ascii="Arial" w:hAnsi="Arial"/>
        </w:rPr>
        <w:t>goanna</w:t>
      </w:r>
      <w:r>
        <w:rPr>
          <w:rFonts w:ascii="Arial" w:hAnsi="Arial"/>
        </w:rPr>
        <w:t xml:space="preserve"> straight up like wherever it gets sunlight. But the roots might be affected. </w:t>
      </w:r>
    </w:p>
    <w:p w14:paraId="627099E2" w14:textId="77777777" w:rsidR="00B5478E" w:rsidRDefault="00B5478E">
      <w:pPr>
        <w:spacing w:after="0"/>
      </w:pPr>
    </w:p>
    <w:p w14:paraId="14CC69CA" w14:textId="77777777" w:rsidR="00B5478E" w:rsidRDefault="006652B9">
      <w:pPr>
        <w:spacing w:after="0"/>
      </w:pPr>
      <w:r>
        <w:rPr>
          <w:rFonts w:ascii="Arial" w:hAnsi="Arial"/>
          <w:b/>
        </w:rPr>
        <w:t xml:space="preserve">Interviewer P:  </w:t>
      </w:r>
      <w:r>
        <w:rPr>
          <w:rFonts w:ascii="Arial" w:hAnsi="Arial"/>
          <w:color w:val="5D7284"/>
        </w:rPr>
        <w:t>27:29</w:t>
      </w:r>
    </w:p>
    <w:p w14:paraId="01033970" w14:textId="72E8D298" w:rsidR="00B5478E" w:rsidRDefault="006652B9">
      <w:pPr>
        <w:spacing w:after="0"/>
      </w:pPr>
      <w:r>
        <w:rPr>
          <w:rFonts w:ascii="Arial" w:hAnsi="Arial"/>
        </w:rPr>
        <w:t xml:space="preserve">Oh, yeah, that's a good point with the sunlight because plants grow towards the sun. So yeah. Maybe you're wondering, as it's constantly like, trying to face the sun to see if like, gets, I </w:t>
      </w:r>
      <w:r w:rsidR="00D95C51">
        <w:rPr>
          <w:rFonts w:ascii="Arial" w:hAnsi="Arial"/>
        </w:rPr>
        <w:t>don’t</w:t>
      </w:r>
      <w:r>
        <w:rPr>
          <w:rFonts w:ascii="Arial" w:hAnsi="Arial"/>
        </w:rPr>
        <w:t xml:space="preserve"> know what do you think?</w:t>
      </w:r>
    </w:p>
    <w:p w14:paraId="73BF2300" w14:textId="77777777" w:rsidR="00B5478E" w:rsidRDefault="00B5478E">
      <w:pPr>
        <w:spacing w:after="0"/>
      </w:pPr>
    </w:p>
    <w:p w14:paraId="06AEA261" w14:textId="77777777" w:rsidR="00B5478E" w:rsidRDefault="006652B9">
      <w:pPr>
        <w:spacing w:after="0"/>
      </w:pPr>
      <w:r>
        <w:rPr>
          <w:rFonts w:ascii="Arial" w:hAnsi="Arial"/>
          <w:b/>
        </w:rPr>
        <w:t xml:space="preserve">Participant#5:  </w:t>
      </w:r>
      <w:r>
        <w:rPr>
          <w:rFonts w:ascii="Arial" w:hAnsi="Arial"/>
          <w:color w:val="5D7284"/>
        </w:rPr>
        <w:t>27:45</w:t>
      </w:r>
    </w:p>
    <w:p w14:paraId="749806FA" w14:textId="77777777" w:rsidR="00B5478E" w:rsidRDefault="006652B9">
      <w:pPr>
        <w:spacing w:after="0"/>
      </w:pPr>
      <w:r>
        <w:rPr>
          <w:rFonts w:ascii="Arial" w:hAnsi="Arial"/>
        </w:rPr>
        <w:t>Yeah, maybe like, the, like, the stem would be kind of twisted. But I think it would like face like, the same direction, like usually where the sun would be facing or...</w:t>
      </w:r>
    </w:p>
    <w:p w14:paraId="07509751" w14:textId="77777777" w:rsidR="00B5478E" w:rsidRDefault="00B5478E">
      <w:pPr>
        <w:spacing w:after="0"/>
      </w:pPr>
    </w:p>
    <w:p w14:paraId="39C9A085" w14:textId="77777777" w:rsidR="00B5478E" w:rsidRDefault="006652B9">
      <w:pPr>
        <w:spacing w:after="0"/>
      </w:pPr>
      <w:r>
        <w:rPr>
          <w:rFonts w:ascii="Arial" w:hAnsi="Arial"/>
          <w:b/>
        </w:rPr>
        <w:t xml:space="preserve">Interviewer P:  </w:t>
      </w:r>
      <w:r>
        <w:rPr>
          <w:rFonts w:ascii="Arial" w:hAnsi="Arial"/>
          <w:color w:val="5D7284"/>
        </w:rPr>
        <w:t>27:59</w:t>
      </w:r>
    </w:p>
    <w:p w14:paraId="071FDA99" w14:textId="37DED117" w:rsidR="00B5478E" w:rsidRDefault="006652B9">
      <w:pPr>
        <w:spacing w:after="0"/>
      </w:pPr>
      <w:r>
        <w:rPr>
          <w:rFonts w:ascii="Arial" w:hAnsi="Arial"/>
        </w:rPr>
        <w:t xml:space="preserve">Yeah, yeah. Okay. </w:t>
      </w:r>
      <w:r w:rsidR="00D95C51">
        <w:rPr>
          <w:rFonts w:ascii="Arial" w:hAnsi="Arial"/>
        </w:rPr>
        <w:t>So,</w:t>
      </w:r>
      <w:r>
        <w:rPr>
          <w:rFonts w:ascii="Arial" w:hAnsi="Arial"/>
        </w:rPr>
        <w:t xml:space="preserve"> we have one more thing, I have these little fish, which grab a handful of them here. And </w:t>
      </w:r>
      <w:r w:rsidR="00D95C51">
        <w:rPr>
          <w:rFonts w:ascii="Arial" w:hAnsi="Arial"/>
        </w:rPr>
        <w:t>so,</w:t>
      </w:r>
      <w:r>
        <w:rPr>
          <w:rFonts w:ascii="Arial" w:hAnsi="Arial"/>
        </w:rPr>
        <w:t xml:space="preserve"> I'm </w:t>
      </w:r>
      <w:r w:rsidR="00D95C51">
        <w:rPr>
          <w:rFonts w:ascii="Arial" w:hAnsi="Arial"/>
        </w:rPr>
        <w:t>goanna</w:t>
      </w:r>
      <w:r>
        <w:rPr>
          <w:rFonts w:ascii="Arial" w:hAnsi="Arial"/>
        </w:rPr>
        <w:t xml:space="preserve"> put them in the tank, and some of them float and some of them saying. </w:t>
      </w:r>
      <w:r w:rsidR="00D95C51">
        <w:rPr>
          <w:rFonts w:ascii="Arial" w:hAnsi="Arial"/>
        </w:rPr>
        <w:t>So,</w:t>
      </w:r>
      <w:r>
        <w:rPr>
          <w:rFonts w:ascii="Arial" w:hAnsi="Arial"/>
        </w:rPr>
        <w:t xml:space="preserve"> I'll just kind of spread them all around. And </w:t>
      </w:r>
      <w:r w:rsidR="00D95C51">
        <w:rPr>
          <w:rFonts w:ascii="Arial" w:hAnsi="Arial"/>
        </w:rPr>
        <w:t>so,</w:t>
      </w:r>
      <w:r>
        <w:rPr>
          <w:rFonts w:ascii="Arial" w:hAnsi="Arial"/>
        </w:rPr>
        <w:t xml:space="preserve"> this is a little bit of a different scenario than what we had before. Because before when you came in, this tank had been like spinning already for 30 minutes. </w:t>
      </w:r>
      <w:r w:rsidR="00D95C51">
        <w:rPr>
          <w:rFonts w:ascii="Arial" w:hAnsi="Arial"/>
        </w:rPr>
        <w:t>So,</w:t>
      </w:r>
      <w:r>
        <w:rPr>
          <w:rFonts w:ascii="Arial" w:hAnsi="Arial"/>
        </w:rPr>
        <w:t xml:space="preserve"> this is different because now we're starting at, like from a standstill. It's just sitting here. </w:t>
      </w:r>
      <w:r w:rsidR="00D95C51">
        <w:rPr>
          <w:rFonts w:ascii="Arial" w:hAnsi="Arial"/>
        </w:rPr>
        <w:t>So,</w:t>
      </w:r>
      <w:r>
        <w:rPr>
          <w:rFonts w:ascii="Arial" w:hAnsi="Arial"/>
        </w:rPr>
        <w:t xml:space="preserve"> we have the floating </w:t>
      </w:r>
      <w:r w:rsidR="00D95C51">
        <w:rPr>
          <w:rFonts w:ascii="Arial" w:hAnsi="Arial"/>
        </w:rPr>
        <w:t>fish,</w:t>
      </w:r>
      <w:r>
        <w:rPr>
          <w:rFonts w:ascii="Arial" w:hAnsi="Arial"/>
        </w:rPr>
        <w:t xml:space="preserve"> and we have the fish that are like dead on the bottom. Or maybe they're like flounder, I don't know. Anyway, so I'm </w:t>
      </w:r>
      <w:r w:rsidR="00D95C51">
        <w:rPr>
          <w:rFonts w:ascii="Arial" w:hAnsi="Arial"/>
        </w:rPr>
        <w:t>goanna</w:t>
      </w:r>
      <w:r>
        <w:rPr>
          <w:rFonts w:ascii="Arial" w:hAnsi="Arial"/>
        </w:rPr>
        <w:t xml:space="preserve"> start this rotating and in a minute, but ask you first like when I get it started, what do you think the fish are </w:t>
      </w:r>
      <w:r w:rsidR="00D95C51">
        <w:rPr>
          <w:rFonts w:ascii="Arial" w:hAnsi="Arial"/>
        </w:rPr>
        <w:t>goanna</w:t>
      </w:r>
      <w:r>
        <w:rPr>
          <w:rFonts w:ascii="Arial" w:hAnsi="Arial"/>
        </w:rPr>
        <w:t xml:space="preserve"> do?</w:t>
      </w:r>
    </w:p>
    <w:p w14:paraId="6C11CF9C" w14:textId="77777777" w:rsidR="00B5478E" w:rsidRDefault="00B5478E">
      <w:pPr>
        <w:spacing w:after="0"/>
      </w:pPr>
    </w:p>
    <w:p w14:paraId="02567E13" w14:textId="77777777" w:rsidR="00B5478E" w:rsidRDefault="006652B9">
      <w:pPr>
        <w:spacing w:after="0"/>
      </w:pPr>
      <w:r>
        <w:rPr>
          <w:rFonts w:ascii="Arial" w:hAnsi="Arial"/>
          <w:b/>
        </w:rPr>
        <w:t xml:space="preserve">Participant#5:  </w:t>
      </w:r>
      <w:r>
        <w:rPr>
          <w:rFonts w:ascii="Arial" w:hAnsi="Arial"/>
          <w:color w:val="5D7284"/>
        </w:rPr>
        <w:t>28:58</w:t>
      </w:r>
    </w:p>
    <w:p w14:paraId="4B2F4FAE" w14:textId="0AC93791" w:rsidR="00B5478E" w:rsidRDefault="006652B9">
      <w:pPr>
        <w:spacing w:after="0"/>
      </w:pPr>
      <w:r>
        <w:rPr>
          <w:rFonts w:ascii="Arial" w:hAnsi="Arial"/>
        </w:rPr>
        <w:t xml:space="preserve">I think the top fish would go like the ones that float would like </w:t>
      </w:r>
      <w:r w:rsidR="00D95C51">
        <w:rPr>
          <w:rFonts w:ascii="Arial" w:hAnsi="Arial"/>
        </w:rPr>
        <w:t>follow</w:t>
      </w:r>
      <w:r>
        <w:rPr>
          <w:rFonts w:ascii="Arial" w:hAnsi="Arial"/>
        </w:rPr>
        <w:t xml:space="preserve"> the rotation. And I think the ones on the bottom would just stand still.</w:t>
      </w:r>
    </w:p>
    <w:p w14:paraId="7110A991" w14:textId="77777777" w:rsidR="00B5478E" w:rsidRDefault="00B5478E">
      <w:pPr>
        <w:spacing w:after="0"/>
      </w:pPr>
    </w:p>
    <w:p w14:paraId="27460AFA" w14:textId="77777777" w:rsidR="00B5478E" w:rsidRDefault="006652B9">
      <w:pPr>
        <w:spacing w:after="0"/>
      </w:pPr>
      <w:r>
        <w:rPr>
          <w:rFonts w:ascii="Arial" w:hAnsi="Arial"/>
          <w:b/>
        </w:rPr>
        <w:t xml:space="preserve">Interviewer P:  </w:t>
      </w:r>
      <w:r>
        <w:rPr>
          <w:rFonts w:ascii="Arial" w:hAnsi="Arial"/>
          <w:color w:val="5D7284"/>
        </w:rPr>
        <w:t>29:05</w:t>
      </w:r>
    </w:p>
    <w:p w14:paraId="451FD07E" w14:textId="5C901033" w:rsidR="00B5478E" w:rsidRDefault="00D95C51">
      <w:pPr>
        <w:spacing w:after="0"/>
      </w:pPr>
      <w:r>
        <w:rPr>
          <w:rFonts w:ascii="Arial" w:hAnsi="Arial"/>
        </w:rPr>
        <w:t>So, when you say standstill.</w:t>
      </w:r>
    </w:p>
    <w:p w14:paraId="708E4A09" w14:textId="77777777" w:rsidR="00B5478E" w:rsidRDefault="00B5478E">
      <w:pPr>
        <w:spacing w:after="0"/>
      </w:pPr>
    </w:p>
    <w:p w14:paraId="1DBB3A6D" w14:textId="77777777" w:rsidR="00B5478E" w:rsidRDefault="006652B9">
      <w:pPr>
        <w:spacing w:after="0"/>
      </w:pPr>
      <w:r>
        <w:rPr>
          <w:rFonts w:ascii="Arial" w:hAnsi="Arial"/>
          <w:b/>
        </w:rPr>
        <w:t xml:space="preserve">Participant#5:  </w:t>
      </w:r>
      <w:r>
        <w:rPr>
          <w:rFonts w:ascii="Arial" w:hAnsi="Arial"/>
          <w:color w:val="5D7284"/>
        </w:rPr>
        <w:t>29:09</w:t>
      </w:r>
    </w:p>
    <w:p w14:paraId="32BD2484" w14:textId="7250CA41" w:rsidR="00B5478E" w:rsidRDefault="006652B9">
      <w:pPr>
        <w:spacing w:after="0"/>
      </w:pPr>
      <w:r>
        <w:rPr>
          <w:rFonts w:ascii="Arial" w:hAnsi="Arial"/>
        </w:rPr>
        <w:t xml:space="preserve">They would say in their same position, but he would like </w:t>
      </w:r>
      <w:r w:rsidR="00D95C51">
        <w:rPr>
          <w:rFonts w:ascii="Arial" w:hAnsi="Arial"/>
        </w:rPr>
        <w:t>rotate</w:t>
      </w:r>
      <w:r>
        <w:rPr>
          <w:rFonts w:ascii="Arial" w:hAnsi="Arial"/>
        </w:rPr>
        <w:t xml:space="preserve"> with.</w:t>
      </w:r>
    </w:p>
    <w:p w14:paraId="1D2EA948" w14:textId="77777777" w:rsidR="00B5478E" w:rsidRDefault="00B5478E">
      <w:pPr>
        <w:spacing w:after="0"/>
      </w:pPr>
    </w:p>
    <w:p w14:paraId="2220F404" w14:textId="77777777" w:rsidR="00B5478E" w:rsidRDefault="006652B9">
      <w:pPr>
        <w:spacing w:after="0"/>
      </w:pPr>
      <w:r>
        <w:rPr>
          <w:rFonts w:ascii="Arial" w:hAnsi="Arial"/>
          <w:b/>
        </w:rPr>
        <w:t xml:space="preserve">Interviewer P:  </w:t>
      </w:r>
      <w:r>
        <w:rPr>
          <w:rFonts w:ascii="Arial" w:hAnsi="Arial"/>
          <w:color w:val="5D7284"/>
        </w:rPr>
        <w:t>29:13</w:t>
      </w:r>
    </w:p>
    <w:p w14:paraId="653E1485" w14:textId="77777777" w:rsidR="00B5478E" w:rsidRDefault="006652B9">
      <w:pPr>
        <w:spacing w:after="0"/>
      </w:pPr>
      <w:r>
        <w:rPr>
          <w:rFonts w:ascii="Arial" w:hAnsi="Arial"/>
        </w:rPr>
        <w:t>Okay that was my question. When you say standstill? Do you mean that the tank like rotates under it? But I think from what I heard, you said that it'll they'll move through it. Okay, and so then just for clarification, what are the fish on the top doing?</w:t>
      </w:r>
    </w:p>
    <w:p w14:paraId="19A60EB5" w14:textId="77777777" w:rsidR="00B5478E" w:rsidRDefault="00B5478E">
      <w:pPr>
        <w:spacing w:after="0"/>
      </w:pPr>
    </w:p>
    <w:p w14:paraId="128EE7CF" w14:textId="77777777" w:rsidR="00B5478E" w:rsidRDefault="006652B9">
      <w:pPr>
        <w:spacing w:after="0"/>
      </w:pPr>
      <w:r>
        <w:rPr>
          <w:rFonts w:ascii="Arial" w:hAnsi="Arial"/>
          <w:b/>
        </w:rPr>
        <w:t xml:space="preserve">Participant#5:  </w:t>
      </w:r>
      <w:r>
        <w:rPr>
          <w:rFonts w:ascii="Arial" w:hAnsi="Arial"/>
          <w:color w:val="5D7284"/>
        </w:rPr>
        <w:t>29:29</w:t>
      </w:r>
    </w:p>
    <w:p w14:paraId="0F5FB091" w14:textId="122EA63A" w:rsidR="00B5478E" w:rsidRDefault="006652B9">
      <w:pPr>
        <w:spacing w:after="0"/>
      </w:pPr>
      <w:r>
        <w:rPr>
          <w:rFonts w:ascii="Arial" w:hAnsi="Arial"/>
        </w:rPr>
        <w:t>I think they were like, move with the tank as well. But I don't think they would like stay like the same distance apart from each other. I think they could like</w:t>
      </w:r>
      <w:r w:rsidR="00D95C51">
        <w:rPr>
          <w:rFonts w:ascii="Arial" w:hAnsi="Arial"/>
        </w:rPr>
        <w:t xml:space="preserve"> collide</w:t>
      </w:r>
      <w:r>
        <w:rPr>
          <w:rFonts w:ascii="Arial" w:hAnsi="Arial"/>
        </w:rPr>
        <w:t xml:space="preserve"> or like move closer to each other. Okay, so we're further away.</w:t>
      </w:r>
    </w:p>
    <w:p w14:paraId="65055F46" w14:textId="77777777" w:rsidR="00B5478E" w:rsidRDefault="00B5478E">
      <w:pPr>
        <w:spacing w:after="0"/>
      </w:pPr>
    </w:p>
    <w:p w14:paraId="1A24EDE7" w14:textId="77777777" w:rsidR="00B5478E" w:rsidRDefault="006652B9">
      <w:pPr>
        <w:spacing w:after="0"/>
      </w:pPr>
      <w:r>
        <w:rPr>
          <w:rFonts w:ascii="Arial" w:hAnsi="Arial"/>
          <w:b/>
        </w:rPr>
        <w:t xml:space="preserve">Interviewer P:  </w:t>
      </w:r>
      <w:r>
        <w:rPr>
          <w:rFonts w:ascii="Arial" w:hAnsi="Arial"/>
          <w:color w:val="5D7284"/>
        </w:rPr>
        <w:t>29:46</w:t>
      </w:r>
    </w:p>
    <w:p w14:paraId="15C778DC" w14:textId="77777777" w:rsidR="00B5478E" w:rsidRDefault="006652B9">
      <w:pPr>
        <w:spacing w:after="0"/>
      </w:pPr>
      <w:r>
        <w:rPr>
          <w:rFonts w:ascii="Arial" w:hAnsi="Arial"/>
        </w:rPr>
        <w:t>Okay, so then from what I'm hearing, all of the fish are going to start to circulate with the tank, but the ones on the top might bump into each other. So why do you think they'll bump into each other?</w:t>
      </w:r>
    </w:p>
    <w:p w14:paraId="20743D68" w14:textId="77777777" w:rsidR="00B5478E" w:rsidRDefault="00B5478E">
      <w:pPr>
        <w:spacing w:after="0"/>
      </w:pPr>
    </w:p>
    <w:p w14:paraId="26647C13" w14:textId="77777777" w:rsidR="00B5478E" w:rsidRDefault="006652B9">
      <w:pPr>
        <w:spacing w:after="0"/>
      </w:pPr>
      <w:r>
        <w:rPr>
          <w:rFonts w:ascii="Arial" w:hAnsi="Arial"/>
          <w:b/>
        </w:rPr>
        <w:t xml:space="preserve">Participant#5:  </w:t>
      </w:r>
      <w:r>
        <w:rPr>
          <w:rFonts w:ascii="Arial" w:hAnsi="Arial"/>
          <w:color w:val="5D7284"/>
        </w:rPr>
        <w:t>29:58</w:t>
      </w:r>
    </w:p>
    <w:p w14:paraId="77F8AEB4" w14:textId="0E9D395D" w:rsidR="00B5478E" w:rsidRDefault="006652B9">
      <w:pPr>
        <w:spacing w:after="0"/>
      </w:pPr>
      <w:r>
        <w:rPr>
          <w:rFonts w:ascii="Arial" w:hAnsi="Arial"/>
        </w:rPr>
        <w:t xml:space="preserve">I think just cuz they're like like they're more affected by the water they're like floating at the top </w:t>
      </w:r>
      <w:r w:rsidR="00D95C51">
        <w:rPr>
          <w:rFonts w:ascii="Arial" w:hAnsi="Arial"/>
        </w:rPr>
        <w:t>yeah,</w:t>
      </w:r>
      <w:r>
        <w:rPr>
          <w:rFonts w:ascii="Arial" w:hAnsi="Arial"/>
        </w:rPr>
        <w:t xml:space="preserve"> I just think you're getting more like momentum rather than like the ones that are just like sitting still.</w:t>
      </w:r>
    </w:p>
    <w:p w14:paraId="1A532C60" w14:textId="77777777" w:rsidR="00B5478E" w:rsidRDefault="00B5478E">
      <w:pPr>
        <w:spacing w:after="0"/>
      </w:pPr>
    </w:p>
    <w:p w14:paraId="03DA1175" w14:textId="77777777" w:rsidR="00B5478E" w:rsidRDefault="006652B9">
      <w:pPr>
        <w:spacing w:after="0"/>
      </w:pPr>
      <w:r>
        <w:rPr>
          <w:rFonts w:ascii="Arial" w:hAnsi="Arial"/>
          <w:b/>
        </w:rPr>
        <w:t xml:space="preserve">Interviewer P:  </w:t>
      </w:r>
      <w:r>
        <w:rPr>
          <w:rFonts w:ascii="Arial" w:hAnsi="Arial"/>
          <w:color w:val="5D7284"/>
        </w:rPr>
        <w:t>30:14</w:t>
      </w:r>
    </w:p>
    <w:p w14:paraId="5FDC59EB" w14:textId="2FC0D641" w:rsidR="00B5478E" w:rsidRDefault="006652B9">
      <w:pPr>
        <w:spacing w:after="0"/>
      </w:pPr>
      <w:r>
        <w:rPr>
          <w:rFonts w:ascii="Arial" w:hAnsi="Arial"/>
        </w:rPr>
        <w:t xml:space="preserve">Alright so let's get going. </w:t>
      </w:r>
      <w:r w:rsidR="00D95C51">
        <w:rPr>
          <w:rFonts w:ascii="Arial" w:hAnsi="Arial"/>
        </w:rPr>
        <w:t>So,</w:t>
      </w:r>
      <w:r>
        <w:rPr>
          <w:rFonts w:ascii="Arial" w:hAnsi="Arial"/>
        </w:rPr>
        <w:t xml:space="preserve"> what do you think is that happening well what are the ones on the bottom doing?</w:t>
      </w:r>
    </w:p>
    <w:p w14:paraId="237270DA" w14:textId="77777777" w:rsidR="00B5478E" w:rsidRDefault="00B5478E">
      <w:pPr>
        <w:spacing w:after="0"/>
      </w:pPr>
    </w:p>
    <w:p w14:paraId="786024EC" w14:textId="77777777" w:rsidR="00B5478E" w:rsidRDefault="006652B9">
      <w:pPr>
        <w:spacing w:after="0"/>
      </w:pPr>
      <w:r>
        <w:rPr>
          <w:rFonts w:ascii="Arial" w:hAnsi="Arial"/>
          <w:b/>
        </w:rPr>
        <w:t xml:space="preserve">Participant#5:  </w:t>
      </w:r>
      <w:r>
        <w:rPr>
          <w:rFonts w:ascii="Arial" w:hAnsi="Arial"/>
          <w:color w:val="5D7284"/>
        </w:rPr>
        <w:t>30:36</w:t>
      </w:r>
    </w:p>
    <w:p w14:paraId="1B7567C0" w14:textId="77777777" w:rsidR="00B5478E" w:rsidRDefault="006652B9">
      <w:pPr>
        <w:spacing w:after="0"/>
      </w:pPr>
      <w:r>
        <w:rPr>
          <w:rFonts w:ascii="Arial" w:hAnsi="Arial"/>
        </w:rPr>
        <w:lastRenderedPageBreak/>
        <w:t>Some of them are moving like some are like stuck. There all going to the outside except for those like two. And then the top ones there moving in opposite directions I thought because the tank is moving this sort of like, turning the other way.</w:t>
      </w:r>
    </w:p>
    <w:p w14:paraId="0219E787" w14:textId="77777777" w:rsidR="00B5478E" w:rsidRDefault="00B5478E">
      <w:pPr>
        <w:spacing w:after="0"/>
      </w:pPr>
    </w:p>
    <w:p w14:paraId="36D3D10D" w14:textId="77777777" w:rsidR="00B5478E" w:rsidRDefault="006652B9">
      <w:pPr>
        <w:spacing w:after="0"/>
      </w:pPr>
      <w:r>
        <w:rPr>
          <w:rFonts w:ascii="Arial" w:hAnsi="Arial"/>
          <w:b/>
        </w:rPr>
        <w:t xml:space="preserve">Interviewer P:  </w:t>
      </w:r>
      <w:r>
        <w:rPr>
          <w:rFonts w:ascii="Arial" w:hAnsi="Arial"/>
          <w:color w:val="5D7284"/>
        </w:rPr>
        <w:t>31:11</w:t>
      </w:r>
    </w:p>
    <w:p w14:paraId="7707C39A" w14:textId="77777777" w:rsidR="00B5478E" w:rsidRDefault="006652B9">
      <w:pPr>
        <w:spacing w:after="0"/>
      </w:pPr>
      <w:r>
        <w:rPr>
          <w:rFonts w:ascii="Arial" w:hAnsi="Arial"/>
        </w:rPr>
        <w:t>Why do you think that is?</w:t>
      </w:r>
    </w:p>
    <w:p w14:paraId="7FE7E0A7" w14:textId="77777777" w:rsidR="00B5478E" w:rsidRDefault="00B5478E">
      <w:pPr>
        <w:spacing w:after="0"/>
      </w:pPr>
    </w:p>
    <w:p w14:paraId="7DA274A7" w14:textId="77777777" w:rsidR="00B5478E" w:rsidRDefault="006652B9">
      <w:pPr>
        <w:spacing w:after="0"/>
      </w:pPr>
      <w:r>
        <w:rPr>
          <w:rFonts w:ascii="Arial" w:hAnsi="Arial"/>
          <w:b/>
        </w:rPr>
        <w:t xml:space="preserve">Participant#5:  </w:t>
      </w:r>
      <w:r>
        <w:rPr>
          <w:rFonts w:ascii="Arial" w:hAnsi="Arial"/>
          <w:color w:val="5D7284"/>
        </w:rPr>
        <w:t>31:12</w:t>
      </w:r>
    </w:p>
    <w:p w14:paraId="5C6232F6" w14:textId="1A0538BA" w:rsidR="00B5478E" w:rsidRDefault="006652B9">
      <w:pPr>
        <w:spacing w:after="0"/>
      </w:pPr>
      <w:r>
        <w:rPr>
          <w:rFonts w:ascii="Arial" w:hAnsi="Arial"/>
        </w:rPr>
        <w:t xml:space="preserve">Maybe it's cus like the whole thing is rotating and disconnected to each other but there like roaming, as that's turning forward, they kind of like floating, there just doing </w:t>
      </w:r>
      <w:r w:rsidR="00D95C51">
        <w:rPr>
          <w:rFonts w:ascii="Arial" w:hAnsi="Arial"/>
        </w:rPr>
        <w:t>their own</w:t>
      </w:r>
      <w:r>
        <w:rPr>
          <w:rFonts w:ascii="Arial" w:hAnsi="Arial"/>
        </w:rPr>
        <w:t xml:space="preserve"> thing.</w:t>
      </w:r>
    </w:p>
    <w:p w14:paraId="3E49F0CB" w14:textId="77777777" w:rsidR="00B5478E" w:rsidRDefault="00B5478E">
      <w:pPr>
        <w:spacing w:after="0"/>
      </w:pPr>
    </w:p>
    <w:p w14:paraId="35A76507" w14:textId="77777777" w:rsidR="00B5478E" w:rsidRDefault="006652B9">
      <w:pPr>
        <w:spacing w:after="0"/>
      </w:pPr>
      <w:r>
        <w:rPr>
          <w:rFonts w:ascii="Arial" w:hAnsi="Arial"/>
          <w:b/>
        </w:rPr>
        <w:t xml:space="preserve">Interviewer P:  </w:t>
      </w:r>
      <w:r>
        <w:rPr>
          <w:rFonts w:ascii="Arial" w:hAnsi="Arial"/>
          <w:color w:val="5D7284"/>
        </w:rPr>
        <w:t>31:58</w:t>
      </w:r>
    </w:p>
    <w:p w14:paraId="71DB89BE" w14:textId="1D95DF29" w:rsidR="00B5478E" w:rsidRDefault="00D95C51">
      <w:pPr>
        <w:spacing w:after="0"/>
      </w:pPr>
      <w:r>
        <w:rPr>
          <w:rFonts w:ascii="Arial" w:hAnsi="Arial"/>
        </w:rPr>
        <w:t xml:space="preserve">So, there's this guy here this orange one with the black spots kind of looks like he's rotating with the tank. Like Like if you compare him to this orange one on the bottom are they doing the same thing? </w:t>
      </w:r>
    </w:p>
    <w:p w14:paraId="0E4033D0" w14:textId="77777777" w:rsidR="00B5478E" w:rsidRDefault="00B5478E">
      <w:pPr>
        <w:spacing w:after="0"/>
      </w:pPr>
    </w:p>
    <w:p w14:paraId="50107AB8" w14:textId="77777777" w:rsidR="00B5478E" w:rsidRDefault="006652B9">
      <w:pPr>
        <w:spacing w:after="0"/>
      </w:pPr>
      <w:r>
        <w:rPr>
          <w:rFonts w:ascii="Arial" w:hAnsi="Arial"/>
          <w:b/>
        </w:rPr>
        <w:t xml:space="preserve">Participant#5:  </w:t>
      </w:r>
      <w:r>
        <w:rPr>
          <w:rFonts w:ascii="Arial" w:hAnsi="Arial"/>
          <w:color w:val="5D7284"/>
        </w:rPr>
        <w:t>32:18</w:t>
      </w:r>
    </w:p>
    <w:p w14:paraId="2340BB9D" w14:textId="77777777" w:rsidR="00B5478E" w:rsidRDefault="006652B9">
      <w:pPr>
        <w:spacing w:after="0"/>
      </w:pPr>
      <w:r>
        <w:rPr>
          <w:rFonts w:ascii="Arial" w:hAnsi="Arial"/>
        </w:rPr>
        <w:t>Yeah.</w:t>
      </w:r>
    </w:p>
    <w:p w14:paraId="056A368D" w14:textId="77777777" w:rsidR="00B5478E" w:rsidRDefault="00B5478E">
      <w:pPr>
        <w:spacing w:after="0"/>
      </w:pPr>
    </w:p>
    <w:p w14:paraId="56BB81C2" w14:textId="77777777" w:rsidR="00B5478E" w:rsidRDefault="006652B9">
      <w:pPr>
        <w:spacing w:after="0"/>
      </w:pPr>
      <w:r>
        <w:rPr>
          <w:rFonts w:ascii="Arial" w:hAnsi="Arial"/>
          <w:b/>
        </w:rPr>
        <w:t xml:space="preserve">Interviewer P:  </w:t>
      </w:r>
      <w:r>
        <w:rPr>
          <w:rFonts w:ascii="Arial" w:hAnsi="Arial"/>
          <w:color w:val="5D7284"/>
        </w:rPr>
        <w:t>32:19</w:t>
      </w:r>
    </w:p>
    <w:p w14:paraId="726DD4B4" w14:textId="106A61BB" w:rsidR="00B5478E" w:rsidRDefault="006652B9">
      <w:pPr>
        <w:spacing w:after="0"/>
      </w:pPr>
      <w:r>
        <w:rPr>
          <w:rFonts w:ascii="Arial" w:hAnsi="Arial"/>
        </w:rPr>
        <w:t xml:space="preserve">Though the ones on the bottom are like lapping him. They're certainly circulating much </w:t>
      </w:r>
      <w:r w:rsidR="00D95C51">
        <w:rPr>
          <w:rFonts w:ascii="Arial" w:hAnsi="Arial"/>
        </w:rPr>
        <w:t>faster,</w:t>
      </w:r>
      <w:r>
        <w:rPr>
          <w:rFonts w:ascii="Arial" w:hAnsi="Arial"/>
        </w:rPr>
        <w:t xml:space="preserve"> but he does seem to be circulating and then now that I look at it the other ones like this one.</w:t>
      </w:r>
    </w:p>
    <w:p w14:paraId="7A85E670" w14:textId="77777777" w:rsidR="00B5478E" w:rsidRDefault="00B5478E">
      <w:pPr>
        <w:spacing w:after="0"/>
      </w:pPr>
    </w:p>
    <w:p w14:paraId="7DE649D9" w14:textId="77777777" w:rsidR="00B5478E" w:rsidRDefault="006652B9">
      <w:pPr>
        <w:spacing w:after="0"/>
      </w:pPr>
      <w:r>
        <w:rPr>
          <w:rFonts w:ascii="Arial" w:hAnsi="Arial"/>
          <w:b/>
        </w:rPr>
        <w:t xml:space="preserve">Participant#5:  </w:t>
      </w:r>
      <w:r>
        <w:rPr>
          <w:rFonts w:ascii="Arial" w:hAnsi="Arial"/>
          <w:color w:val="5D7284"/>
        </w:rPr>
        <w:t>32:37</w:t>
      </w:r>
    </w:p>
    <w:p w14:paraId="06AC1115" w14:textId="77777777" w:rsidR="00B5478E" w:rsidRDefault="006652B9">
      <w:pPr>
        <w:spacing w:after="0"/>
      </w:pPr>
      <w:r>
        <w:rPr>
          <w:rFonts w:ascii="Arial" w:hAnsi="Arial"/>
        </w:rPr>
        <w:t>Yeah, okay, they are all moving with the water.</w:t>
      </w:r>
    </w:p>
    <w:p w14:paraId="121800DD" w14:textId="77777777" w:rsidR="00B5478E" w:rsidRDefault="00B5478E">
      <w:pPr>
        <w:spacing w:after="0"/>
      </w:pPr>
    </w:p>
    <w:p w14:paraId="3DE5D489" w14:textId="77777777" w:rsidR="00B5478E" w:rsidRDefault="006652B9">
      <w:pPr>
        <w:spacing w:after="0"/>
      </w:pPr>
      <w:r>
        <w:rPr>
          <w:rFonts w:ascii="Arial" w:hAnsi="Arial"/>
          <w:b/>
        </w:rPr>
        <w:t xml:space="preserve">Interviewer P:  </w:t>
      </w:r>
      <w:r>
        <w:rPr>
          <w:rFonts w:ascii="Arial" w:hAnsi="Arial"/>
          <w:color w:val="5D7284"/>
        </w:rPr>
        <w:t>32:39</w:t>
      </w:r>
    </w:p>
    <w:p w14:paraId="351752BA" w14:textId="77777777" w:rsidR="00B5478E" w:rsidRDefault="006652B9">
      <w:pPr>
        <w:spacing w:after="0"/>
      </w:pPr>
      <w:r>
        <w:rPr>
          <w:rFonts w:ascii="Arial" w:hAnsi="Arial"/>
        </w:rPr>
        <w:t>There they are now were they doing it in the beginning? So do you think that anything has changed that has caused them to start swimming along in the same direction as the tank now I guess swimming isn't a good idea a good word because they're not swimming. They're just kind of moving.</w:t>
      </w:r>
    </w:p>
    <w:p w14:paraId="5ACD83EF" w14:textId="77777777" w:rsidR="00B5478E" w:rsidRDefault="00B5478E">
      <w:pPr>
        <w:spacing w:after="0"/>
      </w:pPr>
    </w:p>
    <w:p w14:paraId="194B43EA" w14:textId="77777777" w:rsidR="00B5478E" w:rsidRDefault="006652B9">
      <w:pPr>
        <w:spacing w:after="0"/>
      </w:pPr>
      <w:r>
        <w:rPr>
          <w:rFonts w:ascii="Arial" w:hAnsi="Arial"/>
          <w:b/>
        </w:rPr>
        <w:t xml:space="preserve">Participant#5:  </w:t>
      </w:r>
      <w:r>
        <w:rPr>
          <w:rFonts w:ascii="Arial" w:hAnsi="Arial"/>
          <w:color w:val="5D7284"/>
        </w:rPr>
        <w:t>33:01</w:t>
      </w:r>
    </w:p>
    <w:p w14:paraId="7779248C" w14:textId="1B53D2D4" w:rsidR="00B5478E" w:rsidRDefault="006652B9">
      <w:pPr>
        <w:spacing w:after="0"/>
      </w:pPr>
      <w:r>
        <w:rPr>
          <w:rFonts w:ascii="Arial" w:hAnsi="Arial"/>
        </w:rPr>
        <w:t xml:space="preserve">Once like the rotation got them in like a certain part of the water that allows them to rotate around and not move, I guess </w:t>
      </w:r>
      <w:r w:rsidR="00D95C51">
        <w:rPr>
          <w:rFonts w:ascii="Arial" w:hAnsi="Arial"/>
        </w:rPr>
        <w:t>that’s</w:t>
      </w:r>
      <w:r>
        <w:rPr>
          <w:rFonts w:ascii="Arial" w:hAnsi="Arial"/>
        </w:rPr>
        <w:t xml:space="preserve"> what happened.</w:t>
      </w:r>
    </w:p>
    <w:p w14:paraId="7D7C0611" w14:textId="77777777" w:rsidR="00B5478E" w:rsidRDefault="00B5478E">
      <w:pPr>
        <w:spacing w:after="0"/>
      </w:pPr>
    </w:p>
    <w:p w14:paraId="1A01BA15" w14:textId="77777777" w:rsidR="00B5478E" w:rsidRDefault="006652B9">
      <w:pPr>
        <w:spacing w:after="0"/>
      </w:pPr>
      <w:r>
        <w:rPr>
          <w:rFonts w:ascii="Arial" w:hAnsi="Arial"/>
          <w:b/>
        </w:rPr>
        <w:t xml:space="preserve">Interviewer P:  </w:t>
      </w:r>
      <w:r>
        <w:rPr>
          <w:rFonts w:ascii="Arial" w:hAnsi="Arial"/>
          <w:color w:val="5D7284"/>
        </w:rPr>
        <w:t>33:12</w:t>
      </w:r>
    </w:p>
    <w:p w14:paraId="4F4C6D80" w14:textId="5D1B38A8" w:rsidR="00B5478E" w:rsidRDefault="006652B9">
      <w:pPr>
        <w:spacing w:after="0"/>
      </w:pPr>
      <w:r>
        <w:rPr>
          <w:rFonts w:ascii="Arial" w:hAnsi="Arial"/>
        </w:rPr>
        <w:t xml:space="preserve">Okay, so tell me if what I'm hearing is what you're saying. </w:t>
      </w:r>
      <w:r w:rsidR="00D95C51">
        <w:rPr>
          <w:rFonts w:ascii="Arial" w:hAnsi="Arial"/>
        </w:rPr>
        <w:t>So,</w:t>
      </w:r>
      <w:r>
        <w:rPr>
          <w:rFonts w:ascii="Arial" w:hAnsi="Arial"/>
        </w:rPr>
        <w:t xml:space="preserve"> the fish kind of bobbed around and then they eventually got to a part of the tank where they could be moved with the water okay and what part of the tank would that be?</w:t>
      </w:r>
    </w:p>
    <w:p w14:paraId="4211B858" w14:textId="77777777" w:rsidR="00B5478E" w:rsidRDefault="00B5478E">
      <w:pPr>
        <w:spacing w:after="0"/>
      </w:pPr>
    </w:p>
    <w:p w14:paraId="3CD9D093" w14:textId="77777777" w:rsidR="00B5478E" w:rsidRDefault="006652B9">
      <w:pPr>
        <w:spacing w:after="0"/>
      </w:pPr>
      <w:r>
        <w:rPr>
          <w:rFonts w:ascii="Arial" w:hAnsi="Arial"/>
          <w:b/>
        </w:rPr>
        <w:t xml:space="preserve">Participant#5:  </w:t>
      </w:r>
      <w:r>
        <w:rPr>
          <w:rFonts w:ascii="Arial" w:hAnsi="Arial"/>
          <w:color w:val="5D7284"/>
        </w:rPr>
        <w:t>33:36</w:t>
      </w:r>
    </w:p>
    <w:p w14:paraId="0B23719F" w14:textId="135C63A9" w:rsidR="00B5478E" w:rsidRDefault="006652B9">
      <w:pPr>
        <w:spacing w:after="0"/>
      </w:pPr>
      <w:r>
        <w:rPr>
          <w:rFonts w:ascii="Arial" w:hAnsi="Arial"/>
        </w:rPr>
        <w:t xml:space="preserve">It would be kind of like middle all most the center and then like ones that are like gone to the outside the puffer fish are just like </w:t>
      </w:r>
      <w:r w:rsidR="00D95C51">
        <w:rPr>
          <w:rFonts w:ascii="Arial" w:hAnsi="Arial"/>
        </w:rPr>
        <w:t>waiting,</w:t>
      </w:r>
      <w:r>
        <w:rPr>
          <w:rFonts w:ascii="Arial" w:hAnsi="Arial"/>
        </w:rPr>
        <w:t xml:space="preserve"> I guess.</w:t>
      </w:r>
    </w:p>
    <w:p w14:paraId="69CA888C" w14:textId="77777777" w:rsidR="00B5478E" w:rsidRDefault="00B5478E">
      <w:pPr>
        <w:spacing w:after="0"/>
      </w:pPr>
    </w:p>
    <w:p w14:paraId="19E54E02" w14:textId="77777777" w:rsidR="00B5478E" w:rsidRDefault="006652B9">
      <w:pPr>
        <w:spacing w:after="0"/>
      </w:pPr>
      <w:r>
        <w:rPr>
          <w:rFonts w:ascii="Arial" w:hAnsi="Arial"/>
          <w:b/>
        </w:rPr>
        <w:t xml:space="preserve">Interviewer P:  </w:t>
      </w:r>
      <w:r>
        <w:rPr>
          <w:rFonts w:ascii="Arial" w:hAnsi="Arial"/>
          <w:color w:val="5D7284"/>
        </w:rPr>
        <w:t>33:59</w:t>
      </w:r>
    </w:p>
    <w:p w14:paraId="0CEE72D4" w14:textId="77777777" w:rsidR="00B5478E" w:rsidRDefault="006652B9">
      <w:pPr>
        <w:spacing w:after="0"/>
      </w:pPr>
      <w:r>
        <w:rPr>
          <w:rFonts w:ascii="Arial" w:hAnsi="Arial"/>
        </w:rPr>
        <w:lastRenderedPageBreak/>
        <w:t xml:space="preserve">Are they all moving in the direction of the tank now? </w:t>
      </w:r>
    </w:p>
    <w:p w14:paraId="32B7E929" w14:textId="77777777" w:rsidR="00B5478E" w:rsidRDefault="00B5478E">
      <w:pPr>
        <w:spacing w:after="0"/>
      </w:pPr>
    </w:p>
    <w:p w14:paraId="5478A1EF" w14:textId="77777777" w:rsidR="00B5478E" w:rsidRDefault="006652B9">
      <w:pPr>
        <w:spacing w:after="0"/>
      </w:pPr>
      <w:r>
        <w:rPr>
          <w:rFonts w:ascii="Arial" w:hAnsi="Arial"/>
          <w:b/>
        </w:rPr>
        <w:t xml:space="preserve">Participant#5:  </w:t>
      </w:r>
      <w:r>
        <w:rPr>
          <w:rFonts w:ascii="Arial" w:hAnsi="Arial"/>
          <w:color w:val="5D7284"/>
        </w:rPr>
        <w:t>34:05</w:t>
      </w:r>
    </w:p>
    <w:p w14:paraId="32E93813" w14:textId="77777777" w:rsidR="00B5478E" w:rsidRDefault="006652B9">
      <w:pPr>
        <w:spacing w:after="0"/>
      </w:pPr>
      <w:r>
        <w:rPr>
          <w:rFonts w:ascii="Arial" w:hAnsi="Arial"/>
        </w:rPr>
        <w:t>Yeah.</w:t>
      </w:r>
    </w:p>
    <w:p w14:paraId="3818FA1C" w14:textId="77777777" w:rsidR="00B5478E" w:rsidRDefault="00B5478E">
      <w:pPr>
        <w:spacing w:after="0"/>
      </w:pPr>
    </w:p>
    <w:p w14:paraId="313FC968" w14:textId="77777777" w:rsidR="00B5478E" w:rsidRDefault="006652B9">
      <w:pPr>
        <w:spacing w:after="0"/>
      </w:pPr>
      <w:r>
        <w:rPr>
          <w:rFonts w:ascii="Arial" w:hAnsi="Arial"/>
          <w:b/>
        </w:rPr>
        <w:t xml:space="preserve">Interviewer P:  </w:t>
      </w:r>
      <w:r>
        <w:rPr>
          <w:rFonts w:ascii="Arial" w:hAnsi="Arial"/>
          <w:color w:val="5D7284"/>
        </w:rPr>
        <w:t>34:05</w:t>
      </w:r>
    </w:p>
    <w:p w14:paraId="771E6E53" w14:textId="77777777" w:rsidR="00B5478E" w:rsidRDefault="006652B9">
      <w:pPr>
        <w:spacing w:after="0"/>
      </w:pPr>
      <w:r>
        <w:rPr>
          <w:rFonts w:ascii="Arial" w:hAnsi="Arial"/>
        </w:rPr>
        <w:t>Are they Yeah, it looks like they're kind of all doing the thing now.</w:t>
      </w:r>
    </w:p>
    <w:p w14:paraId="657B544C" w14:textId="77777777" w:rsidR="00B5478E" w:rsidRDefault="00B5478E">
      <w:pPr>
        <w:spacing w:after="0"/>
      </w:pPr>
    </w:p>
    <w:p w14:paraId="475DC1E6" w14:textId="77777777" w:rsidR="00B5478E" w:rsidRDefault="006652B9">
      <w:pPr>
        <w:spacing w:after="0"/>
      </w:pPr>
      <w:r>
        <w:rPr>
          <w:rFonts w:ascii="Arial" w:hAnsi="Arial"/>
          <w:b/>
        </w:rPr>
        <w:t xml:space="preserve">Participant#5:  </w:t>
      </w:r>
      <w:r>
        <w:rPr>
          <w:rFonts w:ascii="Arial" w:hAnsi="Arial"/>
          <w:color w:val="5D7284"/>
        </w:rPr>
        <w:t>34:11</w:t>
      </w:r>
    </w:p>
    <w:p w14:paraId="72E469AC" w14:textId="3247DFCE" w:rsidR="00B5478E" w:rsidRDefault="006652B9">
      <w:pPr>
        <w:spacing w:after="0"/>
      </w:pPr>
      <w:r>
        <w:rPr>
          <w:rFonts w:ascii="Arial" w:hAnsi="Arial"/>
        </w:rPr>
        <w:t xml:space="preserve">So mostly like the center </w:t>
      </w:r>
      <w:r w:rsidR="00D95C51">
        <w:rPr>
          <w:rFonts w:ascii="Arial" w:hAnsi="Arial"/>
        </w:rPr>
        <w:t>area,</w:t>
      </w:r>
      <w:r>
        <w:rPr>
          <w:rFonts w:ascii="Arial" w:hAnsi="Arial"/>
        </w:rPr>
        <w:t xml:space="preserve"> I guess. And outside ones are just like staying in that part. Like if the top ones were like drift to edges at the beginning, and eventually like, well, like gravity to the center.</w:t>
      </w:r>
    </w:p>
    <w:p w14:paraId="3FB6D283" w14:textId="77777777" w:rsidR="00B5478E" w:rsidRDefault="00B5478E">
      <w:pPr>
        <w:spacing w:after="0"/>
      </w:pPr>
    </w:p>
    <w:p w14:paraId="63B6BC23" w14:textId="77777777" w:rsidR="00B5478E" w:rsidRDefault="006652B9">
      <w:pPr>
        <w:spacing w:after="0"/>
      </w:pPr>
      <w:r>
        <w:rPr>
          <w:rFonts w:ascii="Arial" w:hAnsi="Arial"/>
          <w:b/>
        </w:rPr>
        <w:t xml:space="preserve">Interviewer P:  </w:t>
      </w:r>
      <w:r>
        <w:rPr>
          <w:rFonts w:ascii="Arial" w:hAnsi="Arial"/>
          <w:color w:val="5D7284"/>
        </w:rPr>
        <w:t>34:42</w:t>
      </w:r>
    </w:p>
    <w:p w14:paraId="745C6EAB" w14:textId="77777777" w:rsidR="00B5478E" w:rsidRDefault="006652B9">
      <w:pPr>
        <w:spacing w:after="0"/>
      </w:pPr>
      <w:r>
        <w:rPr>
          <w:rFonts w:ascii="Arial" w:hAnsi="Arial"/>
        </w:rPr>
        <w:t xml:space="preserve">So, just to be clear, what determines whether or not the fish rotate as within the direction of the tank? </w:t>
      </w:r>
    </w:p>
    <w:p w14:paraId="190E7BCD" w14:textId="77777777" w:rsidR="00B5478E" w:rsidRDefault="00B5478E">
      <w:pPr>
        <w:spacing w:after="0"/>
      </w:pPr>
    </w:p>
    <w:p w14:paraId="5BB02DAE" w14:textId="77777777" w:rsidR="00B5478E" w:rsidRDefault="006652B9">
      <w:pPr>
        <w:spacing w:after="0"/>
      </w:pPr>
      <w:r>
        <w:rPr>
          <w:rFonts w:ascii="Arial" w:hAnsi="Arial"/>
          <w:b/>
        </w:rPr>
        <w:t xml:space="preserve">Participant#5:  </w:t>
      </w:r>
      <w:r>
        <w:rPr>
          <w:rFonts w:ascii="Arial" w:hAnsi="Arial"/>
          <w:color w:val="5D7284"/>
        </w:rPr>
        <w:t>34:54</w:t>
      </w:r>
    </w:p>
    <w:p w14:paraId="10D54D9F" w14:textId="77777777" w:rsidR="00B5478E" w:rsidRDefault="006652B9">
      <w:pPr>
        <w:spacing w:after="0"/>
      </w:pPr>
      <w:r>
        <w:rPr>
          <w:rFonts w:ascii="Arial" w:hAnsi="Arial"/>
        </w:rPr>
        <w:t>Your point in the tank.</w:t>
      </w:r>
    </w:p>
    <w:p w14:paraId="620F8555" w14:textId="77777777" w:rsidR="00B5478E" w:rsidRDefault="00B5478E">
      <w:pPr>
        <w:spacing w:after="0"/>
      </w:pPr>
    </w:p>
    <w:p w14:paraId="087AED0B" w14:textId="77777777" w:rsidR="00B5478E" w:rsidRDefault="006652B9">
      <w:pPr>
        <w:spacing w:after="0"/>
      </w:pPr>
      <w:r>
        <w:rPr>
          <w:rFonts w:ascii="Arial" w:hAnsi="Arial"/>
          <w:b/>
        </w:rPr>
        <w:t xml:space="preserve">Interviewer P:  </w:t>
      </w:r>
      <w:r>
        <w:rPr>
          <w:rFonts w:ascii="Arial" w:hAnsi="Arial"/>
          <w:color w:val="5D7284"/>
        </w:rPr>
        <w:t>34:56</w:t>
      </w:r>
    </w:p>
    <w:p w14:paraId="6EE46655" w14:textId="4E0CF6CD" w:rsidR="00B5478E" w:rsidRDefault="006652B9">
      <w:pPr>
        <w:spacing w:after="0"/>
      </w:pPr>
      <w:r>
        <w:rPr>
          <w:rFonts w:ascii="Arial" w:hAnsi="Arial"/>
        </w:rPr>
        <w:t xml:space="preserve">And by point do you mean position or time okay. </w:t>
      </w:r>
      <w:r w:rsidR="00D95C51">
        <w:rPr>
          <w:rFonts w:ascii="Arial" w:hAnsi="Arial"/>
        </w:rPr>
        <w:t>So,</w:t>
      </w:r>
      <w:r>
        <w:rPr>
          <w:rFonts w:ascii="Arial" w:hAnsi="Arial"/>
        </w:rPr>
        <w:t xml:space="preserve"> where they are located in the tank what do you think will happen if I turn the tank off?</w:t>
      </w:r>
    </w:p>
    <w:p w14:paraId="4B36B294" w14:textId="77777777" w:rsidR="00B5478E" w:rsidRDefault="00B5478E">
      <w:pPr>
        <w:spacing w:after="0"/>
      </w:pPr>
    </w:p>
    <w:p w14:paraId="0C6DC098" w14:textId="77777777" w:rsidR="00B5478E" w:rsidRDefault="006652B9">
      <w:pPr>
        <w:spacing w:after="0"/>
      </w:pPr>
      <w:r>
        <w:rPr>
          <w:rFonts w:ascii="Arial" w:hAnsi="Arial"/>
          <w:b/>
        </w:rPr>
        <w:t xml:space="preserve">Participant#5:  </w:t>
      </w:r>
      <w:r>
        <w:rPr>
          <w:rFonts w:ascii="Arial" w:hAnsi="Arial"/>
          <w:color w:val="5D7284"/>
        </w:rPr>
        <w:t>35:09</w:t>
      </w:r>
    </w:p>
    <w:p w14:paraId="69823F1D" w14:textId="77777777" w:rsidR="00B5478E" w:rsidRDefault="006652B9">
      <w:pPr>
        <w:spacing w:after="0"/>
      </w:pPr>
      <w:r>
        <w:rPr>
          <w:rFonts w:ascii="Arial" w:hAnsi="Arial"/>
        </w:rPr>
        <w:t xml:space="preserve">The theory I think they would all go in the opposite direction for a little bit and then settle out. </w:t>
      </w:r>
    </w:p>
    <w:p w14:paraId="44BC28B5" w14:textId="77777777" w:rsidR="00B5478E" w:rsidRDefault="00B5478E">
      <w:pPr>
        <w:spacing w:after="0"/>
      </w:pPr>
    </w:p>
    <w:p w14:paraId="0172742F" w14:textId="77777777" w:rsidR="00B5478E" w:rsidRDefault="006652B9">
      <w:pPr>
        <w:spacing w:after="0"/>
      </w:pPr>
      <w:r>
        <w:rPr>
          <w:rFonts w:ascii="Arial" w:hAnsi="Arial"/>
          <w:b/>
        </w:rPr>
        <w:t xml:space="preserve">Interviewer P:  </w:t>
      </w:r>
      <w:r>
        <w:rPr>
          <w:rFonts w:ascii="Arial" w:hAnsi="Arial"/>
          <w:color w:val="5D7284"/>
        </w:rPr>
        <w:t>35:18</w:t>
      </w:r>
    </w:p>
    <w:p w14:paraId="1EDFED0B" w14:textId="77777777" w:rsidR="00B5478E" w:rsidRDefault="006652B9">
      <w:pPr>
        <w:spacing w:after="0"/>
      </w:pPr>
      <w:r>
        <w:rPr>
          <w:rFonts w:ascii="Arial" w:hAnsi="Arial"/>
        </w:rPr>
        <w:t>Okay, and so which direct can you show me with your hands how they would move if I when I stopped the tank?</w:t>
      </w:r>
    </w:p>
    <w:p w14:paraId="0F957ACB" w14:textId="77777777" w:rsidR="00B5478E" w:rsidRDefault="00B5478E">
      <w:pPr>
        <w:spacing w:after="0"/>
      </w:pPr>
    </w:p>
    <w:p w14:paraId="74947AC6" w14:textId="77777777" w:rsidR="00B5478E" w:rsidRDefault="006652B9">
      <w:pPr>
        <w:spacing w:after="0"/>
      </w:pPr>
      <w:r>
        <w:rPr>
          <w:rFonts w:ascii="Arial" w:hAnsi="Arial"/>
          <w:b/>
        </w:rPr>
        <w:t xml:space="preserve">Participant#5:  </w:t>
      </w:r>
      <w:r>
        <w:rPr>
          <w:rFonts w:ascii="Arial" w:hAnsi="Arial"/>
          <w:color w:val="5D7284"/>
        </w:rPr>
        <w:t>35:24</w:t>
      </w:r>
    </w:p>
    <w:p w14:paraId="7F36E8E3" w14:textId="77777777" w:rsidR="00B5478E" w:rsidRDefault="006652B9">
      <w:pPr>
        <w:spacing w:after="0"/>
      </w:pPr>
      <w:r>
        <w:rPr>
          <w:rFonts w:ascii="Arial" w:hAnsi="Arial"/>
        </w:rPr>
        <w:t>I think there are actually I think they would continue to do this sort of for a little bit and then stop and then settle.</w:t>
      </w:r>
    </w:p>
    <w:p w14:paraId="789144B9" w14:textId="77777777" w:rsidR="00B5478E" w:rsidRDefault="00B5478E">
      <w:pPr>
        <w:spacing w:after="0"/>
      </w:pPr>
    </w:p>
    <w:p w14:paraId="78065B93" w14:textId="77777777" w:rsidR="00B5478E" w:rsidRDefault="006652B9">
      <w:pPr>
        <w:spacing w:after="0"/>
      </w:pPr>
      <w:r>
        <w:rPr>
          <w:rFonts w:ascii="Arial" w:hAnsi="Arial"/>
          <w:b/>
        </w:rPr>
        <w:t xml:space="preserve">Interviewer P:  </w:t>
      </w:r>
      <w:r>
        <w:rPr>
          <w:rFonts w:ascii="Arial" w:hAnsi="Arial"/>
          <w:color w:val="5D7284"/>
        </w:rPr>
        <w:t>35:32</w:t>
      </w:r>
    </w:p>
    <w:p w14:paraId="26F405AC" w14:textId="190C7F89" w:rsidR="00B5478E" w:rsidRDefault="00D95C51">
      <w:pPr>
        <w:spacing w:after="0"/>
      </w:pPr>
      <w:r>
        <w:rPr>
          <w:rFonts w:ascii="Arial" w:hAnsi="Arial"/>
        </w:rPr>
        <w:t>So, they'll they're not goanna like start going backwards from direction they're now they're just goanna keep going the way that they're going but eventually what stop. Alright well let's see. Many little bubbles of air come up to. Now what do you notice about the ones on the bottom compared to the ones on the top?</w:t>
      </w:r>
    </w:p>
    <w:p w14:paraId="7A8A6748" w14:textId="77777777" w:rsidR="00B5478E" w:rsidRDefault="00B5478E">
      <w:pPr>
        <w:spacing w:after="0"/>
      </w:pPr>
    </w:p>
    <w:p w14:paraId="2AA92028" w14:textId="77777777" w:rsidR="00B5478E" w:rsidRDefault="006652B9">
      <w:pPr>
        <w:spacing w:after="0"/>
      </w:pPr>
      <w:r>
        <w:rPr>
          <w:rFonts w:ascii="Arial" w:hAnsi="Arial"/>
          <w:b/>
        </w:rPr>
        <w:t xml:space="preserve">Participant#5:  </w:t>
      </w:r>
      <w:r>
        <w:rPr>
          <w:rFonts w:ascii="Arial" w:hAnsi="Arial"/>
          <w:color w:val="5D7284"/>
        </w:rPr>
        <w:t>36:17</w:t>
      </w:r>
    </w:p>
    <w:p w14:paraId="354360B2" w14:textId="77777777" w:rsidR="00B5478E" w:rsidRDefault="006652B9">
      <w:pPr>
        <w:spacing w:after="0"/>
      </w:pPr>
      <w:r>
        <w:rPr>
          <w:rFonts w:ascii="Arial" w:hAnsi="Arial"/>
        </w:rPr>
        <w:t>The ones on the bottom are mostly still well the ones closer to the center are still and then the one on the outside is still kind of moving and the top ones are still.</w:t>
      </w:r>
    </w:p>
    <w:p w14:paraId="74E14F0C" w14:textId="77777777" w:rsidR="00B5478E" w:rsidRDefault="00B5478E">
      <w:pPr>
        <w:spacing w:after="0"/>
      </w:pPr>
    </w:p>
    <w:p w14:paraId="02A27D05" w14:textId="77777777" w:rsidR="00B5478E" w:rsidRDefault="006652B9">
      <w:pPr>
        <w:spacing w:after="0"/>
      </w:pPr>
      <w:r>
        <w:rPr>
          <w:rFonts w:ascii="Arial" w:hAnsi="Arial"/>
          <w:b/>
        </w:rPr>
        <w:t xml:space="preserve">Interviewer P:  </w:t>
      </w:r>
      <w:r>
        <w:rPr>
          <w:rFonts w:ascii="Arial" w:hAnsi="Arial"/>
          <w:color w:val="5D7284"/>
        </w:rPr>
        <w:t>36:31</w:t>
      </w:r>
    </w:p>
    <w:p w14:paraId="2EA2CD75" w14:textId="77777777" w:rsidR="00B5478E" w:rsidRDefault="006652B9">
      <w:pPr>
        <w:spacing w:after="0"/>
      </w:pPr>
      <w:r>
        <w:rPr>
          <w:rFonts w:ascii="Arial" w:hAnsi="Arial"/>
        </w:rPr>
        <w:lastRenderedPageBreak/>
        <w:t>Huh why would that be?</w:t>
      </w:r>
    </w:p>
    <w:p w14:paraId="36B0D487" w14:textId="77777777" w:rsidR="00B5478E" w:rsidRDefault="00B5478E">
      <w:pPr>
        <w:spacing w:after="0"/>
      </w:pPr>
    </w:p>
    <w:p w14:paraId="38D6136A" w14:textId="77777777" w:rsidR="00B5478E" w:rsidRDefault="006652B9">
      <w:pPr>
        <w:spacing w:after="0"/>
      </w:pPr>
      <w:r>
        <w:rPr>
          <w:rFonts w:ascii="Arial" w:hAnsi="Arial"/>
          <w:b/>
        </w:rPr>
        <w:t xml:space="preserve">Participant#5:  </w:t>
      </w:r>
      <w:r>
        <w:rPr>
          <w:rFonts w:ascii="Arial" w:hAnsi="Arial"/>
          <w:color w:val="5D7284"/>
        </w:rPr>
        <w:t>36:34</w:t>
      </w:r>
    </w:p>
    <w:p w14:paraId="07B39138" w14:textId="77777777" w:rsidR="00B5478E" w:rsidRDefault="006652B9">
      <w:pPr>
        <w:spacing w:after="0"/>
      </w:pPr>
      <w:r>
        <w:rPr>
          <w:rFonts w:ascii="Arial" w:hAnsi="Arial"/>
        </w:rPr>
        <w:t>Maybe because like the force moved.</w:t>
      </w:r>
    </w:p>
    <w:p w14:paraId="0ED6BE4E" w14:textId="77777777" w:rsidR="00B5478E" w:rsidRDefault="00B5478E">
      <w:pPr>
        <w:spacing w:after="0"/>
      </w:pPr>
    </w:p>
    <w:p w14:paraId="5F4F6936" w14:textId="77777777" w:rsidR="00B5478E" w:rsidRDefault="006652B9">
      <w:pPr>
        <w:spacing w:after="0"/>
      </w:pPr>
      <w:r>
        <w:rPr>
          <w:rFonts w:ascii="Arial" w:hAnsi="Arial"/>
          <w:b/>
        </w:rPr>
        <w:t xml:space="preserve">Interviewer P:  </w:t>
      </w:r>
      <w:r>
        <w:rPr>
          <w:rFonts w:ascii="Arial" w:hAnsi="Arial"/>
          <w:color w:val="5D7284"/>
        </w:rPr>
        <w:t>36:39</w:t>
      </w:r>
    </w:p>
    <w:p w14:paraId="04842346" w14:textId="77777777" w:rsidR="00B5478E" w:rsidRDefault="006652B9">
      <w:pPr>
        <w:spacing w:after="0"/>
      </w:pPr>
      <w:r>
        <w:rPr>
          <w:rFonts w:ascii="Arial" w:hAnsi="Arial"/>
        </w:rPr>
        <w:t xml:space="preserve">The ones on the top are still going and the old one the bottom are dead. </w:t>
      </w:r>
    </w:p>
    <w:p w14:paraId="5C49E20F" w14:textId="77777777" w:rsidR="00B5478E" w:rsidRDefault="00B5478E">
      <w:pPr>
        <w:spacing w:after="0"/>
      </w:pPr>
    </w:p>
    <w:p w14:paraId="19724B0B" w14:textId="77777777" w:rsidR="00B5478E" w:rsidRDefault="006652B9">
      <w:pPr>
        <w:spacing w:after="0"/>
      </w:pPr>
      <w:r>
        <w:rPr>
          <w:rFonts w:ascii="Arial" w:hAnsi="Arial"/>
          <w:b/>
        </w:rPr>
        <w:t xml:space="preserve">Participant#5:  </w:t>
      </w:r>
      <w:r>
        <w:rPr>
          <w:rFonts w:ascii="Arial" w:hAnsi="Arial"/>
          <w:color w:val="5D7284"/>
        </w:rPr>
        <w:t>36:48</w:t>
      </w:r>
    </w:p>
    <w:p w14:paraId="50B5A68F" w14:textId="77777777" w:rsidR="00B5478E" w:rsidRDefault="006652B9">
      <w:pPr>
        <w:spacing w:after="0"/>
      </w:pPr>
      <w:r>
        <w:rPr>
          <w:rFonts w:ascii="Arial" w:hAnsi="Arial"/>
        </w:rPr>
        <w:t>Maybe the top is still rotating.</w:t>
      </w:r>
    </w:p>
    <w:p w14:paraId="63C39350" w14:textId="77777777" w:rsidR="00B5478E" w:rsidRDefault="00B5478E">
      <w:pPr>
        <w:spacing w:after="0"/>
      </w:pPr>
    </w:p>
    <w:p w14:paraId="60F75C52" w14:textId="77777777" w:rsidR="00B5478E" w:rsidRDefault="006652B9">
      <w:pPr>
        <w:spacing w:after="0"/>
      </w:pPr>
      <w:r>
        <w:rPr>
          <w:rFonts w:ascii="Arial" w:hAnsi="Arial"/>
          <w:b/>
        </w:rPr>
        <w:t xml:space="preserve">Interviewer P:  </w:t>
      </w:r>
      <w:r>
        <w:rPr>
          <w:rFonts w:ascii="Arial" w:hAnsi="Arial"/>
          <w:color w:val="5D7284"/>
        </w:rPr>
        <w:t>36:51</w:t>
      </w:r>
    </w:p>
    <w:p w14:paraId="0C9DA416" w14:textId="77777777" w:rsidR="00B5478E" w:rsidRDefault="006652B9">
      <w:pPr>
        <w:spacing w:after="0"/>
      </w:pPr>
      <w:r>
        <w:rPr>
          <w:rFonts w:ascii="Arial" w:hAnsi="Arial"/>
        </w:rPr>
        <w:t>Why would that be? Do you think the top of the water could be rotating while the bottom of the water isn't?</w:t>
      </w:r>
    </w:p>
    <w:p w14:paraId="16ACA1DB" w14:textId="77777777" w:rsidR="00B5478E" w:rsidRDefault="00B5478E">
      <w:pPr>
        <w:spacing w:after="0"/>
      </w:pPr>
    </w:p>
    <w:p w14:paraId="77CA1B6F" w14:textId="77777777" w:rsidR="00B5478E" w:rsidRDefault="006652B9">
      <w:pPr>
        <w:spacing w:after="0"/>
      </w:pPr>
      <w:r>
        <w:rPr>
          <w:rFonts w:ascii="Arial" w:hAnsi="Arial"/>
          <w:b/>
        </w:rPr>
        <w:t xml:space="preserve">Participant#5:  </w:t>
      </w:r>
      <w:r>
        <w:rPr>
          <w:rFonts w:ascii="Arial" w:hAnsi="Arial"/>
          <w:color w:val="5D7284"/>
        </w:rPr>
        <w:t>37:03</w:t>
      </w:r>
    </w:p>
    <w:p w14:paraId="1F8B591A" w14:textId="77777777" w:rsidR="00B5478E" w:rsidRDefault="006652B9">
      <w:pPr>
        <w:spacing w:after="0"/>
      </w:pPr>
      <w:r>
        <w:rPr>
          <w:rFonts w:ascii="Arial" w:hAnsi="Arial"/>
        </w:rPr>
        <w:t>Perhaps maybe there's just like too much volume on the bottom part for it's a bit more it's just like how it settles or because they're floating and not on the bottom being pulled down by gravity. They'd still be like doing that motion I think they would all stop eventually.</w:t>
      </w:r>
    </w:p>
    <w:p w14:paraId="3FE603F3" w14:textId="77777777" w:rsidR="00B5478E" w:rsidRDefault="00B5478E">
      <w:pPr>
        <w:spacing w:after="0"/>
      </w:pPr>
    </w:p>
    <w:p w14:paraId="76326262" w14:textId="77777777" w:rsidR="00B5478E" w:rsidRDefault="006652B9">
      <w:pPr>
        <w:spacing w:after="0"/>
      </w:pPr>
      <w:r>
        <w:rPr>
          <w:rFonts w:ascii="Arial" w:hAnsi="Arial"/>
          <w:b/>
        </w:rPr>
        <w:t xml:space="preserve">Interviewer P:  </w:t>
      </w:r>
      <w:r>
        <w:rPr>
          <w:rFonts w:ascii="Arial" w:hAnsi="Arial"/>
          <w:color w:val="5D7284"/>
        </w:rPr>
        <w:t>37:35</w:t>
      </w:r>
    </w:p>
    <w:p w14:paraId="05F53308" w14:textId="34D875AA" w:rsidR="00B5478E" w:rsidRDefault="006652B9">
      <w:pPr>
        <w:spacing w:after="0"/>
      </w:pPr>
      <w:r>
        <w:rPr>
          <w:rFonts w:ascii="Arial" w:hAnsi="Arial"/>
        </w:rPr>
        <w:t xml:space="preserve">It seems like they're slowing down already. It's amazing that they're still going. All right well that is it. I'm </w:t>
      </w:r>
      <w:r w:rsidR="00D95C51">
        <w:rPr>
          <w:rFonts w:ascii="Arial" w:hAnsi="Arial"/>
        </w:rPr>
        <w:t>goanna</w:t>
      </w:r>
      <w:r>
        <w:rPr>
          <w:rFonts w:ascii="Arial" w:hAnsi="Arial"/>
        </w:rPr>
        <w:t xml:space="preserve"> stop the video recorder and you can hit stop over on that one.</w:t>
      </w:r>
    </w:p>
    <w:sectPr w:rsidR="00B5478E"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EB000A" w14:textId="77777777" w:rsidR="007C6985" w:rsidRDefault="007C6985">
      <w:pPr>
        <w:spacing w:after="0" w:line="240" w:lineRule="auto"/>
      </w:pPr>
      <w:r>
        <w:separator/>
      </w:r>
    </w:p>
  </w:endnote>
  <w:endnote w:type="continuationSeparator" w:id="0">
    <w:p w14:paraId="53060009" w14:textId="77777777" w:rsidR="007C6985" w:rsidRDefault="007C69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DBDCB7"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22AF1C7B"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32E45B29"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3319F419"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05B6258C"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8843E"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FB7F49" w14:textId="77777777" w:rsidR="007C6985" w:rsidRDefault="007C6985">
      <w:pPr>
        <w:spacing w:after="0" w:line="240" w:lineRule="auto"/>
      </w:pPr>
      <w:r>
        <w:separator/>
      </w:r>
    </w:p>
  </w:footnote>
  <w:footnote w:type="continuationSeparator" w:id="0">
    <w:p w14:paraId="6AEEC8D7" w14:textId="77777777" w:rsidR="007C6985" w:rsidRDefault="007C69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9C389"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EB0AF"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7904A"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580287544">
    <w:abstractNumId w:val="8"/>
  </w:num>
  <w:num w:numId="2" w16cid:durableId="749697664">
    <w:abstractNumId w:val="6"/>
  </w:num>
  <w:num w:numId="3" w16cid:durableId="1715158508">
    <w:abstractNumId w:val="5"/>
  </w:num>
  <w:num w:numId="4" w16cid:durableId="1136292520">
    <w:abstractNumId w:val="4"/>
  </w:num>
  <w:num w:numId="5" w16cid:durableId="1395860820">
    <w:abstractNumId w:val="7"/>
  </w:num>
  <w:num w:numId="6" w16cid:durableId="363988593">
    <w:abstractNumId w:val="3"/>
  </w:num>
  <w:num w:numId="7" w16cid:durableId="338846534">
    <w:abstractNumId w:val="2"/>
  </w:num>
  <w:num w:numId="8" w16cid:durableId="1224370787">
    <w:abstractNumId w:val="1"/>
  </w:num>
  <w:num w:numId="9" w16cid:durableId="4675494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510F6A"/>
    <w:rsid w:val="006652B9"/>
    <w:rsid w:val="006E2A8C"/>
    <w:rsid w:val="007749AF"/>
    <w:rsid w:val="00794EBC"/>
    <w:rsid w:val="007C6985"/>
    <w:rsid w:val="008007D2"/>
    <w:rsid w:val="00930F33"/>
    <w:rsid w:val="009C3AF0"/>
    <w:rsid w:val="00A12EE5"/>
    <w:rsid w:val="00AA1D8D"/>
    <w:rsid w:val="00B47730"/>
    <w:rsid w:val="00B5478E"/>
    <w:rsid w:val="00BA4C2B"/>
    <w:rsid w:val="00BD0140"/>
    <w:rsid w:val="00C24502"/>
    <w:rsid w:val="00CB0664"/>
    <w:rsid w:val="00D57E81"/>
    <w:rsid w:val="00D95C51"/>
    <w:rsid w:val="00ED3244"/>
    <w:rsid w:val="00FC693F"/>
    <w:rsid w:val="04ABF8B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9E223EC"/>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35C2DFB7-0D03-432B-B598-3A894EF58D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98FE3B-D16C-4ADD-8982-490C20760108}">
  <ds:schemaRefs>
    <ds:schemaRef ds:uri="http://schemas.microsoft.com/sharepoint/v3/contenttype/forms"/>
  </ds:schemaRefs>
</ds:datastoreItem>
</file>

<file path=customXml/itemProps4.xml><?xml version="1.0" encoding="utf-8"?>
<ds:datastoreItem xmlns:ds="http://schemas.openxmlformats.org/officeDocument/2006/customXml" ds:itemID="{F806890C-AA94-46D3-9804-FCF4121F19D7}">
  <ds:schemaRefs>
    <ds:schemaRef ds:uri="http://schemas.microsoft.com/office/2006/metadata/properties"/>
    <ds:schemaRef ds:uri="http://www.w3.org/XML/1998/namespace"/>
    <ds:schemaRef ds:uri="5b1983e9-55b4-4f9e-a196-30376d2238aa"/>
    <ds:schemaRef ds:uri="http://schemas.openxmlformats.org/package/2006/metadata/core-properties"/>
    <ds:schemaRef ds:uri="http://purl.org/dc/terms/"/>
    <ds:schemaRef ds:uri="http://purl.org/dc/dcmitype/"/>
    <ds:schemaRef ds:uri="http://schemas.microsoft.com/office/2006/documentManagement/types"/>
    <ds:schemaRef ds:uri="http://schemas.microsoft.com/sharepoint/v3"/>
    <ds:schemaRef ds:uri="http://schemas.microsoft.com/office/infopath/2007/PartnerControls"/>
    <ds:schemaRef ds:uri="eeef5ad7-d6de-419e-9305-cd9bdd8d89a9"/>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3844</Words>
  <Characters>21914</Characters>
  <Application>Microsoft Office Word</Application>
  <DocSecurity>4</DocSecurity>
  <Lines>182</Lines>
  <Paragraphs>51</Paragraphs>
  <ScaleCrop>false</ScaleCrop>
  <Manager/>
  <Company/>
  <LinksUpToDate>false</LinksUpToDate>
  <CharactersWithSpaces>25707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2024-05-21T16:06:00Z</dcterms:created>
  <dcterms:modified xsi:type="dcterms:W3CDTF">2024-05-21T16:06:00Z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