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8D3C1E" w14:textId="77777777" w:rsidR="00930F33" w:rsidRDefault="00930F33">
      <w:pPr>
        <w:spacing w:after="0"/>
        <w:rPr>
          <w:lang w:eastAsia="zh-CN"/>
        </w:rPr>
      </w:pPr>
    </w:p>
    <w:p w14:paraId="78482350" w14:textId="77777777" w:rsidR="00383590" w:rsidRDefault="00BA6E60">
      <w:r>
        <w:rPr>
          <w:rFonts w:ascii="Arial" w:hAnsi="Arial"/>
          <w:sz w:val="48"/>
        </w:rPr>
        <w:t>Participant #10 Audio</w:t>
      </w:r>
    </w:p>
    <w:p w14:paraId="027F9ACB" w14:textId="77777777" w:rsidR="00383590" w:rsidRDefault="00BA6E60">
      <w:r>
        <w:rPr>
          <w:rFonts w:ascii="Arial" w:hAnsi="Arial"/>
          <w:color w:val="4F6880"/>
        </w:rPr>
        <w:t>Mon, Nov 13, 2023 9:50PM • 44:40</w:t>
      </w:r>
    </w:p>
    <w:p w14:paraId="7462126B" w14:textId="77777777" w:rsidR="00383590" w:rsidRDefault="00BA6E60">
      <w:pPr>
        <w:spacing w:before="440" w:after="0"/>
      </w:pPr>
      <w:r>
        <w:rPr>
          <w:rFonts w:ascii="Arial" w:hAnsi="Arial"/>
          <w:b/>
          <w:color w:val="4F6880"/>
        </w:rPr>
        <w:t>SUMMARY KEYWORDS</w:t>
      </w:r>
    </w:p>
    <w:p w14:paraId="7169874F" w14:textId="77777777" w:rsidR="00383590" w:rsidRDefault="00BA6E60">
      <w:r>
        <w:rPr>
          <w:rFonts w:ascii="Arial" w:hAnsi="Arial"/>
          <w:color w:val="4F6880"/>
        </w:rPr>
        <w:t>jell, moving, water, bottom, temperature, dye, tank, rotating, dividing wall, color, swirl, top, spinning, thought, bbs, mix, salt, jiggle, yellow, minute</w:t>
      </w:r>
    </w:p>
    <w:p w14:paraId="7878DCCE" w14:textId="77777777" w:rsidR="00383590" w:rsidRDefault="00BA6E60">
      <w:pPr>
        <w:spacing w:before="440" w:after="0"/>
      </w:pPr>
      <w:r>
        <w:rPr>
          <w:rFonts w:ascii="Arial" w:hAnsi="Arial"/>
          <w:b/>
          <w:color w:val="4F6880"/>
        </w:rPr>
        <w:t>SPEAKERS</w:t>
      </w:r>
    </w:p>
    <w:p w14:paraId="4FBBB575" w14:textId="42C0A445" w:rsidR="00383590" w:rsidRDefault="00BA6E60">
      <w:r w:rsidRPr="74A61BE5">
        <w:rPr>
          <w:rFonts w:ascii="Arial" w:hAnsi="Arial"/>
          <w:color w:val="4F6880"/>
        </w:rPr>
        <w:t xml:space="preserve">Interviewer </w:t>
      </w:r>
      <w:r w:rsidR="10AF5D85" w:rsidRPr="74A61BE5">
        <w:rPr>
          <w:rFonts w:ascii="Arial" w:hAnsi="Arial"/>
          <w:color w:val="4F6880"/>
        </w:rPr>
        <w:t>P:</w:t>
      </w:r>
      <w:r w:rsidRPr="74A61BE5">
        <w:rPr>
          <w:rFonts w:ascii="Arial" w:hAnsi="Arial"/>
          <w:color w:val="4F6880"/>
        </w:rPr>
        <w:t xml:space="preserve"> Participant#10:</w:t>
      </w:r>
    </w:p>
    <w:p w14:paraId="6F2D359F" w14:textId="77777777" w:rsidR="00383590" w:rsidRDefault="00383590">
      <w:pPr>
        <w:spacing w:after="0"/>
      </w:pPr>
    </w:p>
    <w:p w14:paraId="346F1916" w14:textId="77777777" w:rsidR="00383590" w:rsidRDefault="00BA6E60">
      <w:pPr>
        <w:spacing w:after="0"/>
      </w:pPr>
      <w:r>
        <w:rPr>
          <w:rFonts w:ascii="Arial" w:hAnsi="Arial"/>
          <w:b/>
        </w:rPr>
        <w:t xml:space="preserve">Interviewer P:  </w:t>
      </w:r>
      <w:r>
        <w:rPr>
          <w:rFonts w:ascii="Arial" w:hAnsi="Arial"/>
          <w:color w:val="5D7284"/>
        </w:rPr>
        <w:t>00:00</w:t>
      </w:r>
    </w:p>
    <w:p w14:paraId="2522324B" w14:textId="27330191" w:rsidR="00383590" w:rsidRDefault="00BA6E60">
      <w:pPr>
        <w:spacing w:after="0"/>
      </w:pPr>
      <w:r w:rsidRPr="74A61BE5">
        <w:rPr>
          <w:rFonts w:ascii="Arial" w:hAnsi="Arial"/>
        </w:rPr>
        <w:t xml:space="preserve">Alright, so this is participant number 10. All right, so here I have two pitchers of water, one's colored blue and one's colored red, and they're significantly different temperatures you can feel on the side to see. </w:t>
      </w:r>
      <w:r w:rsidR="3B29F442" w:rsidRPr="74A61BE5">
        <w:rPr>
          <w:rFonts w:ascii="Arial" w:hAnsi="Arial"/>
        </w:rPr>
        <w:t>Yes</w:t>
      </w:r>
      <w:r w:rsidRPr="74A61BE5">
        <w:rPr>
          <w:rFonts w:ascii="Arial" w:hAnsi="Arial"/>
        </w:rPr>
        <w:t xml:space="preserve">, so red is warm and the blue one is pretty cold. And </w:t>
      </w:r>
      <w:r w:rsidR="66FABFC7" w:rsidRPr="74A61BE5">
        <w:rPr>
          <w:rFonts w:ascii="Arial" w:hAnsi="Arial"/>
        </w:rPr>
        <w:t>so,</w:t>
      </w:r>
      <w:r w:rsidRPr="74A61BE5">
        <w:rPr>
          <w:rFonts w:ascii="Arial" w:hAnsi="Arial"/>
        </w:rPr>
        <w:t xml:space="preserve"> what I'm </w:t>
      </w:r>
      <w:r w:rsidR="30273AA7" w:rsidRPr="74A61BE5">
        <w:rPr>
          <w:rFonts w:ascii="Arial" w:hAnsi="Arial"/>
        </w:rPr>
        <w:t>goanna</w:t>
      </w:r>
      <w:r w:rsidRPr="74A61BE5">
        <w:rPr>
          <w:rFonts w:ascii="Arial" w:hAnsi="Arial"/>
        </w:rPr>
        <w:t xml:space="preserve"> do is pour these into this tank with a dividing wall, one on each side. </w:t>
      </w:r>
      <w:r w:rsidR="1ABBF345" w:rsidRPr="74A61BE5">
        <w:rPr>
          <w:rFonts w:ascii="Arial" w:hAnsi="Arial"/>
        </w:rPr>
        <w:t>So,</w:t>
      </w:r>
      <w:r w:rsidRPr="74A61BE5">
        <w:rPr>
          <w:rFonts w:ascii="Arial" w:hAnsi="Arial"/>
        </w:rPr>
        <w:t xml:space="preserve"> I'll pour red on this side and blue on this side. And then I'm going to remove the dividing wall so that they'll have the opportunity to combine and we're going to think about what that might look like a minute after I moved the dividing wall, how it might end up working, so I'm going to ask you to make a prediction of what you think it will look like and to show me what your prediction is. I'm </w:t>
      </w:r>
      <w:r w:rsidR="06B558A9" w:rsidRPr="74A61BE5">
        <w:rPr>
          <w:rFonts w:ascii="Arial" w:hAnsi="Arial"/>
        </w:rPr>
        <w:t>goanna</w:t>
      </w:r>
      <w:r w:rsidRPr="74A61BE5">
        <w:rPr>
          <w:rFonts w:ascii="Arial" w:hAnsi="Arial"/>
        </w:rPr>
        <w:t xml:space="preserve"> ask you to sketch what you think it will look like a minute after I do the combination there's all the colors there that you can choose from to show me what it will make.</w:t>
      </w:r>
    </w:p>
    <w:p w14:paraId="2BF01DCC" w14:textId="77777777" w:rsidR="00383590" w:rsidRDefault="00383590">
      <w:pPr>
        <w:spacing w:after="0"/>
      </w:pPr>
    </w:p>
    <w:p w14:paraId="35B3D794" w14:textId="77777777" w:rsidR="00383590" w:rsidRDefault="00BA6E60">
      <w:pPr>
        <w:spacing w:after="0"/>
      </w:pPr>
      <w:r>
        <w:rPr>
          <w:rFonts w:ascii="Arial" w:hAnsi="Arial"/>
          <w:b/>
        </w:rPr>
        <w:t xml:space="preserve">Participant#10:  </w:t>
      </w:r>
      <w:r>
        <w:rPr>
          <w:rFonts w:ascii="Arial" w:hAnsi="Arial"/>
          <w:color w:val="5D7284"/>
        </w:rPr>
        <w:t>01:37</w:t>
      </w:r>
    </w:p>
    <w:p w14:paraId="4F6212A5" w14:textId="77777777" w:rsidR="00383590" w:rsidRDefault="00BA6E60">
      <w:pPr>
        <w:spacing w:after="0"/>
      </w:pPr>
      <w:r>
        <w:rPr>
          <w:rFonts w:ascii="Arial" w:hAnsi="Arial"/>
        </w:rPr>
        <w:t>The whole thing?</w:t>
      </w:r>
    </w:p>
    <w:p w14:paraId="00722188" w14:textId="77777777" w:rsidR="00383590" w:rsidRDefault="00383590">
      <w:pPr>
        <w:spacing w:after="0"/>
      </w:pPr>
    </w:p>
    <w:p w14:paraId="357D0CDD" w14:textId="77777777" w:rsidR="00383590" w:rsidRDefault="00BA6E60">
      <w:pPr>
        <w:spacing w:after="0"/>
      </w:pPr>
      <w:r>
        <w:rPr>
          <w:rFonts w:ascii="Arial" w:hAnsi="Arial"/>
          <w:b/>
        </w:rPr>
        <w:t xml:space="preserve">Interviewer P:  </w:t>
      </w:r>
      <w:r>
        <w:rPr>
          <w:rFonts w:ascii="Arial" w:hAnsi="Arial"/>
          <w:color w:val="5D7284"/>
        </w:rPr>
        <w:t>01:38</w:t>
      </w:r>
    </w:p>
    <w:p w14:paraId="19634571" w14:textId="121BF8BD" w:rsidR="00383590" w:rsidRDefault="00BA6E60">
      <w:pPr>
        <w:spacing w:after="0"/>
      </w:pPr>
      <w:r w:rsidRPr="74A61BE5">
        <w:rPr>
          <w:rFonts w:ascii="Arial" w:hAnsi="Arial"/>
        </w:rPr>
        <w:t xml:space="preserve">If sure up until you know as high I'm pretty much </w:t>
      </w:r>
      <w:r w:rsidR="5E6FAD38" w:rsidRPr="74A61BE5">
        <w:rPr>
          <w:rFonts w:ascii="Arial" w:hAnsi="Arial"/>
        </w:rPr>
        <w:t>goanna</w:t>
      </w:r>
      <w:r w:rsidRPr="74A61BE5">
        <w:rPr>
          <w:rFonts w:ascii="Arial" w:hAnsi="Arial"/>
        </w:rPr>
        <w:t xml:space="preserve"> fill it </w:t>
      </w:r>
    </w:p>
    <w:p w14:paraId="106BC61D" w14:textId="77777777" w:rsidR="00383590" w:rsidRDefault="00383590">
      <w:pPr>
        <w:spacing w:after="0"/>
      </w:pPr>
    </w:p>
    <w:p w14:paraId="119BF3A5" w14:textId="77777777" w:rsidR="00383590" w:rsidRDefault="00BA6E60">
      <w:pPr>
        <w:spacing w:after="0"/>
      </w:pPr>
      <w:r>
        <w:rPr>
          <w:rFonts w:ascii="Arial" w:hAnsi="Arial"/>
          <w:b/>
        </w:rPr>
        <w:t xml:space="preserve">Participant#10:  </w:t>
      </w:r>
      <w:r>
        <w:rPr>
          <w:rFonts w:ascii="Arial" w:hAnsi="Arial"/>
          <w:color w:val="5D7284"/>
        </w:rPr>
        <w:t>01:43</w:t>
      </w:r>
    </w:p>
    <w:p w14:paraId="26DEC1C2" w14:textId="77777777" w:rsidR="00383590" w:rsidRDefault="00BA6E60">
      <w:pPr>
        <w:spacing w:after="0"/>
      </w:pPr>
      <w:r>
        <w:rPr>
          <w:rFonts w:ascii="Arial" w:hAnsi="Arial"/>
        </w:rPr>
        <w:t>Okay.</w:t>
      </w:r>
    </w:p>
    <w:p w14:paraId="4ABBE786" w14:textId="77777777" w:rsidR="00383590" w:rsidRDefault="00383590">
      <w:pPr>
        <w:spacing w:after="0"/>
      </w:pPr>
    </w:p>
    <w:p w14:paraId="25ADD46D" w14:textId="77777777" w:rsidR="00383590" w:rsidRDefault="00BA6E60">
      <w:pPr>
        <w:spacing w:after="0"/>
      </w:pPr>
      <w:r>
        <w:rPr>
          <w:rFonts w:ascii="Arial" w:hAnsi="Arial"/>
          <w:b/>
        </w:rPr>
        <w:t xml:space="preserve">Interviewer P:  </w:t>
      </w:r>
      <w:r>
        <w:rPr>
          <w:rFonts w:ascii="Arial" w:hAnsi="Arial"/>
          <w:color w:val="5D7284"/>
        </w:rPr>
        <w:t>01:43</w:t>
      </w:r>
    </w:p>
    <w:p w14:paraId="18BB1DC9" w14:textId="77777777" w:rsidR="00383590" w:rsidRDefault="00BA6E60">
      <w:pPr>
        <w:spacing w:after="0"/>
      </w:pPr>
      <w:r>
        <w:rPr>
          <w:rFonts w:ascii="Arial" w:hAnsi="Arial"/>
        </w:rPr>
        <w:t>Yeah awesome, okay, so tell me about that.</w:t>
      </w:r>
    </w:p>
    <w:p w14:paraId="5D7266BC" w14:textId="77777777" w:rsidR="00383590" w:rsidRDefault="00383590">
      <w:pPr>
        <w:spacing w:after="0"/>
      </w:pPr>
    </w:p>
    <w:p w14:paraId="08DC156A" w14:textId="77777777" w:rsidR="00383590" w:rsidRDefault="00BA6E60">
      <w:pPr>
        <w:spacing w:after="0"/>
      </w:pPr>
      <w:r>
        <w:rPr>
          <w:rFonts w:ascii="Arial" w:hAnsi="Arial"/>
          <w:b/>
        </w:rPr>
        <w:t xml:space="preserve">Participant#10:  </w:t>
      </w:r>
      <w:r>
        <w:rPr>
          <w:rFonts w:ascii="Arial" w:hAnsi="Arial"/>
          <w:color w:val="5D7284"/>
        </w:rPr>
        <w:t>02:15</w:t>
      </w:r>
    </w:p>
    <w:p w14:paraId="7E2E322F" w14:textId="226A68FA" w:rsidR="00383590" w:rsidRDefault="00BA6E60">
      <w:pPr>
        <w:spacing w:after="0"/>
      </w:pPr>
      <w:r w:rsidRPr="74A61BE5">
        <w:rPr>
          <w:rFonts w:ascii="Arial" w:hAnsi="Arial"/>
        </w:rPr>
        <w:t xml:space="preserve">I think that when the two colors </w:t>
      </w:r>
      <w:r w:rsidR="26CDFDC5" w:rsidRPr="74A61BE5">
        <w:rPr>
          <w:rFonts w:ascii="Arial" w:hAnsi="Arial"/>
        </w:rPr>
        <w:t>mixed</w:t>
      </w:r>
      <w:r w:rsidRPr="74A61BE5">
        <w:rPr>
          <w:rFonts w:ascii="Arial" w:hAnsi="Arial"/>
        </w:rPr>
        <w:t xml:space="preserve"> together, they're going to create a color purple and like a purplish color. And of course the temperature on both of them is going to change into like a warmer temperature because when </w:t>
      </w:r>
      <w:r w:rsidR="2E3C6B72" w:rsidRPr="74A61BE5">
        <w:rPr>
          <w:rFonts w:ascii="Arial" w:hAnsi="Arial"/>
        </w:rPr>
        <w:t>it's</w:t>
      </w:r>
      <w:r w:rsidRPr="74A61BE5">
        <w:rPr>
          <w:rFonts w:ascii="Arial" w:hAnsi="Arial"/>
        </w:rPr>
        <w:t xml:space="preserve"> hot then when it is cold.</w:t>
      </w:r>
    </w:p>
    <w:p w14:paraId="4D483B7F" w14:textId="77777777" w:rsidR="00383590" w:rsidRDefault="00383590">
      <w:pPr>
        <w:spacing w:after="0"/>
      </w:pPr>
    </w:p>
    <w:p w14:paraId="671F4BBB" w14:textId="77777777" w:rsidR="00383590" w:rsidRDefault="00BA6E60">
      <w:pPr>
        <w:spacing w:after="0"/>
      </w:pPr>
      <w:r>
        <w:rPr>
          <w:rFonts w:ascii="Arial" w:hAnsi="Arial"/>
          <w:b/>
        </w:rPr>
        <w:t xml:space="preserve">Interviewer P:  </w:t>
      </w:r>
      <w:r>
        <w:rPr>
          <w:rFonts w:ascii="Arial" w:hAnsi="Arial"/>
          <w:color w:val="5D7284"/>
        </w:rPr>
        <w:t>02:31</w:t>
      </w:r>
    </w:p>
    <w:p w14:paraId="36A9218C" w14:textId="266ADAFE" w:rsidR="00383590" w:rsidRDefault="00BA6E60">
      <w:pPr>
        <w:spacing w:after="0"/>
      </w:pPr>
      <w:r w:rsidRPr="74A61BE5">
        <w:rPr>
          <w:rFonts w:ascii="Arial" w:hAnsi="Arial"/>
        </w:rPr>
        <w:lastRenderedPageBreak/>
        <w:t xml:space="preserve">Okay, and so when I moved the dividing wall do you have ideas of how the water might move? Or if it's </w:t>
      </w:r>
      <w:r w:rsidR="06B2143E" w:rsidRPr="74A61BE5">
        <w:rPr>
          <w:rFonts w:ascii="Arial" w:hAnsi="Arial"/>
        </w:rPr>
        <w:t>gonna</w:t>
      </w:r>
      <w:r w:rsidRPr="74A61BE5">
        <w:rPr>
          <w:rFonts w:ascii="Arial" w:hAnsi="Arial"/>
        </w:rPr>
        <w:t xml:space="preserve"> move and can you show me maybe with your hands how you think it's gonna move if it does? Or is it okay so it's gonna kind of seep together in the middle. Okay, so let's do this start the timer as I start to pour. All right, here we go.</w:t>
      </w:r>
    </w:p>
    <w:p w14:paraId="1178BED2" w14:textId="77777777" w:rsidR="00383590" w:rsidRDefault="00383590">
      <w:pPr>
        <w:spacing w:after="0"/>
      </w:pPr>
    </w:p>
    <w:p w14:paraId="603D324A" w14:textId="77777777" w:rsidR="00383590" w:rsidRDefault="00BA6E60">
      <w:pPr>
        <w:spacing w:after="0"/>
      </w:pPr>
      <w:r>
        <w:rPr>
          <w:rFonts w:ascii="Arial" w:hAnsi="Arial"/>
          <w:b/>
        </w:rPr>
        <w:t xml:space="preserve">Participant#10:  </w:t>
      </w:r>
      <w:r>
        <w:rPr>
          <w:rFonts w:ascii="Arial" w:hAnsi="Arial"/>
          <w:color w:val="5D7284"/>
        </w:rPr>
        <w:t>03:40</w:t>
      </w:r>
    </w:p>
    <w:p w14:paraId="26BF1CF9" w14:textId="77777777" w:rsidR="00383590" w:rsidRDefault="00BA6E60">
      <w:pPr>
        <w:spacing w:after="0"/>
      </w:pPr>
      <w:r>
        <w:rPr>
          <w:rFonts w:ascii="Arial" w:hAnsi="Arial"/>
        </w:rPr>
        <w:t>This is just water?</w:t>
      </w:r>
    </w:p>
    <w:p w14:paraId="0CC73901" w14:textId="77777777" w:rsidR="00383590" w:rsidRDefault="00383590">
      <w:pPr>
        <w:spacing w:after="0"/>
      </w:pPr>
    </w:p>
    <w:p w14:paraId="51E285D9" w14:textId="77777777" w:rsidR="00383590" w:rsidRDefault="00BA6E60">
      <w:pPr>
        <w:spacing w:after="0"/>
      </w:pPr>
      <w:r>
        <w:rPr>
          <w:rFonts w:ascii="Arial" w:hAnsi="Arial"/>
          <w:b/>
        </w:rPr>
        <w:t xml:space="preserve">Interviewer P:  </w:t>
      </w:r>
      <w:r>
        <w:rPr>
          <w:rFonts w:ascii="Arial" w:hAnsi="Arial"/>
          <w:color w:val="5D7284"/>
        </w:rPr>
        <w:t>03:43</w:t>
      </w:r>
    </w:p>
    <w:p w14:paraId="7A35AF4B" w14:textId="77777777" w:rsidR="00383590" w:rsidRDefault="00BA6E60">
      <w:pPr>
        <w:spacing w:after="0"/>
      </w:pPr>
      <w:r>
        <w:rPr>
          <w:rFonts w:ascii="Arial" w:hAnsi="Arial"/>
        </w:rPr>
        <w:t xml:space="preserve"> With food color it's no magical water so does that surprise you?</w:t>
      </w:r>
    </w:p>
    <w:p w14:paraId="7892CBCD" w14:textId="77777777" w:rsidR="00383590" w:rsidRDefault="00383590">
      <w:pPr>
        <w:spacing w:after="0"/>
      </w:pPr>
    </w:p>
    <w:p w14:paraId="32A1658B" w14:textId="77777777" w:rsidR="00383590" w:rsidRDefault="00BA6E60">
      <w:pPr>
        <w:spacing w:after="0"/>
      </w:pPr>
      <w:r>
        <w:rPr>
          <w:rFonts w:ascii="Arial" w:hAnsi="Arial"/>
          <w:b/>
        </w:rPr>
        <w:t xml:space="preserve">Participant#10:  </w:t>
      </w:r>
      <w:r>
        <w:rPr>
          <w:rFonts w:ascii="Arial" w:hAnsi="Arial"/>
          <w:color w:val="5D7284"/>
        </w:rPr>
        <w:t>04:06</w:t>
      </w:r>
    </w:p>
    <w:p w14:paraId="74C158E3" w14:textId="77777777" w:rsidR="00383590" w:rsidRDefault="00BA6E60">
      <w:pPr>
        <w:spacing w:after="0"/>
      </w:pPr>
      <w:r>
        <w:rPr>
          <w:rFonts w:ascii="Arial" w:hAnsi="Arial"/>
        </w:rPr>
        <w:t>Yes, I thought that the color will completely go away not knowing that both of the colors will still show but it still looks like the blue kind of took power. Actually, it looks equal. Looks like half of it is blue and then the top half is still red.</w:t>
      </w:r>
    </w:p>
    <w:p w14:paraId="387C0309" w14:textId="77777777" w:rsidR="00383590" w:rsidRDefault="00383590">
      <w:pPr>
        <w:spacing w:after="0"/>
      </w:pPr>
    </w:p>
    <w:p w14:paraId="088D52CE" w14:textId="77777777" w:rsidR="00383590" w:rsidRDefault="00BA6E60">
      <w:pPr>
        <w:spacing w:after="0"/>
      </w:pPr>
      <w:r>
        <w:rPr>
          <w:rFonts w:ascii="Arial" w:hAnsi="Arial"/>
          <w:b/>
        </w:rPr>
        <w:t xml:space="preserve">Interviewer P:  </w:t>
      </w:r>
      <w:r>
        <w:rPr>
          <w:rFonts w:ascii="Arial" w:hAnsi="Arial"/>
          <w:color w:val="5D7284"/>
        </w:rPr>
        <w:t>04:24</w:t>
      </w:r>
    </w:p>
    <w:p w14:paraId="30AE56D8" w14:textId="3E4AA98E" w:rsidR="00383590" w:rsidRDefault="00BA6E60">
      <w:pPr>
        <w:spacing w:after="0"/>
      </w:pPr>
      <w:r w:rsidRPr="74A61BE5">
        <w:rPr>
          <w:rFonts w:ascii="Arial" w:hAnsi="Arial"/>
        </w:rPr>
        <w:t xml:space="preserve">Uh huh. </w:t>
      </w:r>
      <w:r w:rsidR="1D661FA3" w:rsidRPr="74A61BE5">
        <w:rPr>
          <w:rFonts w:ascii="Arial" w:hAnsi="Arial"/>
        </w:rPr>
        <w:t>So,</w:t>
      </w:r>
      <w:r w:rsidRPr="74A61BE5">
        <w:rPr>
          <w:rFonts w:ascii="Arial" w:hAnsi="Arial"/>
        </w:rPr>
        <w:t xml:space="preserve"> do you think that they will ever mix like you predicted?</w:t>
      </w:r>
    </w:p>
    <w:p w14:paraId="2B46642D" w14:textId="77777777" w:rsidR="00383590" w:rsidRDefault="00383590">
      <w:pPr>
        <w:spacing w:after="0"/>
      </w:pPr>
    </w:p>
    <w:p w14:paraId="467DE5AB" w14:textId="77777777" w:rsidR="00383590" w:rsidRDefault="00BA6E60">
      <w:pPr>
        <w:spacing w:after="0"/>
      </w:pPr>
      <w:r>
        <w:rPr>
          <w:rFonts w:ascii="Arial" w:hAnsi="Arial"/>
          <w:b/>
        </w:rPr>
        <w:t xml:space="preserve">Participant#10:  </w:t>
      </w:r>
      <w:r>
        <w:rPr>
          <w:rFonts w:ascii="Arial" w:hAnsi="Arial"/>
          <w:color w:val="5D7284"/>
        </w:rPr>
        <w:t>04:34</w:t>
      </w:r>
    </w:p>
    <w:p w14:paraId="66E0AA5C" w14:textId="77777777" w:rsidR="00383590" w:rsidRDefault="00BA6E60">
      <w:pPr>
        <w:spacing w:after="0"/>
      </w:pPr>
      <w:r>
        <w:rPr>
          <w:rFonts w:ascii="Arial" w:hAnsi="Arial"/>
        </w:rPr>
        <w:t>No. I mean, maybe if you like mix it around.</w:t>
      </w:r>
    </w:p>
    <w:p w14:paraId="53F47213" w14:textId="77777777" w:rsidR="00383590" w:rsidRDefault="00383590">
      <w:pPr>
        <w:spacing w:after="0"/>
      </w:pPr>
    </w:p>
    <w:p w14:paraId="63C916E5" w14:textId="77777777" w:rsidR="00383590" w:rsidRDefault="00BA6E60">
      <w:pPr>
        <w:spacing w:after="0"/>
      </w:pPr>
      <w:r>
        <w:rPr>
          <w:rFonts w:ascii="Arial" w:hAnsi="Arial"/>
          <w:b/>
        </w:rPr>
        <w:t xml:space="preserve">Interviewer P:  </w:t>
      </w:r>
      <w:r>
        <w:rPr>
          <w:rFonts w:ascii="Arial" w:hAnsi="Arial"/>
          <w:color w:val="5D7284"/>
        </w:rPr>
        <w:t>04:37</w:t>
      </w:r>
    </w:p>
    <w:p w14:paraId="348040C9" w14:textId="77777777" w:rsidR="00383590" w:rsidRDefault="00BA6E60">
      <w:pPr>
        <w:spacing w:after="0"/>
      </w:pPr>
      <w:r>
        <w:rPr>
          <w:rFonts w:ascii="Arial" w:hAnsi="Arial"/>
        </w:rPr>
        <w:t>Shake it.</w:t>
      </w:r>
    </w:p>
    <w:p w14:paraId="37422095" w14:textId="77777777" w:rsidR="00383590" w:rsidRDefault="00383590">
      <w:pPr>
        <w:spacing w:after="0"/>
      </w:pPr>
    </w:p>
    <w:p w14:paraId="7EE8CB7E" w14:textId="77777777" w:rsidR="00383590" w:rsidRDefault="00BA6E60">
      <w:pPr>
        <w:spacing w:after="0"/>
      </w:pPr>
      <w:r>
        <w:rPr>
          <w:rFonts w:ascii="Arial" w:hAnsi="Arial"/>
          <w:b/>
        </w:rPr>
        <w:t xml:space="preserve">Participant#10:  </w:t>
      </w:r>
      <w:r>
        <w:rPr>
          <w:rFonts w:ascii="Arial" w:hAnsi="Arial"/>
          <w:color w:val="5D7284"/>
        </w:rPr>
        <w:t>04:37</w:t>
      </w:r>
    </w:p>
    <w:p w14:paraId="43D39909" w14:textId="1AE6CB0B" w:rsidR="00383590" w:rsidRDefault="00BA6E60">
      <w:pPr>
        <w:spacing w:after="0"/>
      </w:pPr>
      <w:r w:rsidRPr="599B233C">
        <w:rPr>
          <w:rFonts w:ascii="Arial" w:hAnsi="Arial"/>
        </w:rPr>
        <w:t>Yeah, it m</w:t>
      </w:r>
      <w:r w:rsidR="364B9CEC" w:rsidRPr="599B233C">
        <w:rPr>
          <w:rFonts w:ascii="Arial" w:hAnsi="Arial"/>
        </w:rPr>
        <w:t>a</w:t>
      </w:r>
      <w:r w:rsidRPr="599B233C">
        <w:rPr>
          <w:rFonts w:ascii="Arial" w:hAnsi="Arial"/>
        </w:rPr>
        <w:t xml:space="preserve">y mix. But right </w:t>
      </w:r>
      <w:r w:rsidR="50BFB0E9" w:rsidRPr="599B233C">
        <w:rPr>
          <w:rFonts w:ascii="Arial" w:hAnsi="Arial"/>
        </w:rPr>
        <w:t>now,</w:t>
      </w:r>
      <w:r w:rsidRPr="599B233C">
        <w:rPr>
          <w:rFonts w:ascii="Arial" w:hAnsi="Arial"/>
        </w:rPr>
        <w:t xml:space="preserve"> No. And I think if it does mix, the blue is gonna be like the main color </w:t>
      </w:r>
      <w:r w:rsidR="7F92F9F2" w:rsidRPr="599B233C">
        <w:rPr>
          <w:rFonts w:ascii="Arial" w:hAnsi="Arial"/>
        </w:rPr>
        <w:t>it's</w:t>
      </w:r>
      <w:r w:rsidRPr="599B233C">
        <w:rPr>
          <w:rFonts w:ascii="Arial" w:hAnsi="Arial"/>
        </w:rPr>
        <w:t xml:space="preserve"> not going to mix into a different color its going to stay between the red and blue. And I thought the blue was going to take over.</w:t>
      </w:r>
    </w:p>
    <w:p w14:paraId="27A2B647" w14:textId="77777777" w:rsidR="00383590" w:rsidRDefault="00383590">
      <w:pPr>
        <w:spacing w:after="0"/>
      </w:pPr>
    </w:p>
    <w:p w14:paraId="28378AA0" w14:textId="77777777" w:rsidR="00383590" w:rsidRDefault="00BA6E60">
      <w:pPr>
        <w:spacing w:after="0"/>
      </w:pPr>
      <w:r>
        <w:rPr>
          <w:rFonts w:ascii="Arial" w:hAnsi="Arial"/>
          <w:b/>
        </w:rPr>
        <w:t xml:space="preserve">Interviewer P:  </w:t>
      </w:r>
      <w:r>
        <w:rPr>
          <w:rFonts w:ascii="Arial" w:hAnsi="Arial"/>
          <w:color w:val="5D7284"/>
        </w:rPr>
        <w:t>04:59</w:t>
      </w:r>
    </w:p>
    <w:p w14:paraId="75CDE4E1" w14:textId="06FF15B5" w:rsidR="00383590" w:rsidRDefault="00BA6E60">
      <w:pPr>
        <w:spacing w:after="0"/>
      </w:pPr>
      <w:r w:rsidRPr="74A61BE5">
        <w:rPr>
          <w:rFonts w:ascii="Arial" w:hAnsi="Arial"/>
        </w:rPr>
        <w:t xml:space="preserve">Take over? </w:t>
      </w:r>
      <w:r w:rsidR="4441236D" w:rsidRPr="74A61BE5">
        <w:rPr>
          <w:rFonts w:ascii="Arial" w:hAnsi="Arial"/>
        </w:rPr>
        <w:t>So,</w:t>
      </w:r>
      <w:r w:rsidRPr="74A61BE5">
        <w:rPr>
          <w:rFonts w:ascii="Arial" w:hAnsi="Arial"/>
        </w:rPr>
        <w:t xml:space="preserve"> would there be any red left?</w:t>
      </w:r>
    </w:p>
    <w:p w14:paraId="76D273E3" w14:textId="77777777" w:rsidR="00383590" w:rsidRDefault="00383590">
      <w:pPr>
        <w:spacing w:after="0"/>
      </w:pPr>
    </w:p>
    <w:p w14:paraId="02B4B7BE" w14:textId="77777777" w:rsidR="00383590" w:rsidRDefault="00BA6E60">
      <w:pPr>
        <w:spacing w:after="0"/>
      </w:pPr>
      <w:r>
        <w:rPr>
          <w:rFonts w:ascii="Arial" w:hAnsi="Arial"/>
          <w:b/>
        </w:rPr>
        <w:t xml:space="preserve">Participant#10:  </w:t>
      </w:r>
      <w:r>
        <w:rPr>
          <w:rFonts w:ascii="Arial" w:hAnsi="Arial"/>
          <w:color w:val="5D7284"/>
        </w:rPr>
        <w:t>05:02</w:t>
      </w:r>
    </w:p>
    <w:p w14:paraId="69F99344" w14:textId="77777777" w:rsidR="00383590" w:rsidRDefault="00BA6E60">
      <w:pPr>
        <w:spacing w:after="0"/>
      </w:pPr>
      <w:r>
        <w:rPr>
          <w:rFonts w:ascii="Arial" w:hAnsi="Arial"/>
        </w:rPr>
        <w:t>Maybe like on the top, but the majority might be blue, yeah.</w:t>
      </w:r>
    </w:p>
    <w:p w14:paraId="26938E18" w14:textId="77777777" w:rsidR="00383590" w:rsidRDefault="00383590">
      <w:pPr>
        <w:spacing w:after="0"/>
      </w:pPr>
    </w:p>
    <w:p w14:paraId="05BEF8E7" w14:textId="77777777" w:rsidR="00383590" w:rsidRDefault="00BA6E60">
      <w:pPr>
        <w:spacing w:after="0"/>
      </w:pPr>
      <w:r>
        <w:rPr>
          <w:rFonts w:ascii="Arial" w:hAnsi="Arial"/>
          <w:b/>
        </w:rPr>
        <w:t xml:space="preserve">Interviewer P:  </w:t>
      </w:r>
      <w:r>
        <w:rPr>
          <w:rFonts w:ascii="Arial" w:hAnsi="Arial"/>
          <w:color w:val="5D7284"/>
        </w:rPr>
        <w:t>05:08</w:t>
      </w:r>
    </w:p>
    <w:p w14:paraId="0A5F62A7" w14:textId="77777777" w:rsidR="00383590" w:rsidRDefault="00BA6E60">
      <w:pPr>
        <w:spacing w:after="0"/>
      </w:pPr>
      <w:r>
        <w:rPr>
          <w:rFonts w:ascii="Arial" w:hAnsi="Arial"/>
        </w:rPr>
        <w:t>And how long do you think that that would take to do that?</w:t>
      </w:r>
    </w:p>
    <w:p w14:paraId="08586502" w14:textId="77777777" w:rsidR="00383590" w:rsidRDefault="00383590">
      <w:pPr>
        <w:spacing w:after="0"/>
      </w:pPr>
    </w:p>
    <w:p w14:paraId="4227A404" w14:textId="77777777" w:rsidR="00383590" w:rsidRDefault="00BA6E60">
      <w:pPr>
        <w:spacing w:after="0"/>
      </w:pPr>
      <w:r>
        <w:rPr>
          <w:rFonts w:ascii="Arial" w:hAnsi="Arial"/>
          <w:b/>
        </w:rPr>
        <w:t xml:space="preserve">Participant#10:  </w:t>
      </w:r>
      <w:r>
        <w:rPr>
          <w:rFonts w:ascii="Arial" w:hAnsi="Arial"/>
          <w:color w:val="5D7284"/>
        </w:rPr>
        <w:t>05:11</w:t>
      </w:r>
    </w:p>
    <w:p w14:paraId="05CC0054" w14:textId="77777777" w:rsidR="00383590" w:rsidRDefault="00BA6E60">
      <w:pPr>
        <w:spacing w:after="0"/>
      </w:pPr>
      <w:r>
        <w:rPr>
          <w:rFonts w:ascii="Arial" w:hAnsi="Arial"/>
        </w:rPr>
        <w:t>A minute or so? If you keep stirring. Cuz it kind of took a while for this to settle into the actual red on top and the blue on the bottom.</w:t>
      </w:r>
    </w:p>
    <w:p w14:paraId="7E3545F1" w14:textId="77777777" w:rsidR="00383590" w:rsidRDefault="00383590">
      <w:pPr>
        <w:spacing w:after="0"/>
      </w:pPr>
    </w:p>
    <w:p w14:paraId="5CC92DED" w14:textId="77777777" w:rsidR="00383590" w:rsidRDefault="00BA6E60">
      <w:pPr>
        <w:spacing w:after="0"/>
      </w:pPr>
      <w:r>
        <w:rPr>
          <w:rFonts w:ascii="Arial" w:hAnsi="Arial"/>
          <w:b/>
        </w:rPr>
        <w:t xml:space="preserve">Interviewer P:  </w:t>
      </w:r>
      <w:r>
        <w:rPr>
          <w:rFonts w:ascii="Arial" w:hAnsi="Arial"/>
          <w:color w:val="5D7284"/>
        </w:rPr>
        <w:t>05:25</w:t>
      </w:r>
    </w:p>
    <w:p w14:paraId="2CF3D536" w14:textId="77777777" w:rsidR="00383590" w:rsidRDefault="00BA6E60">
      <w:pPr>
        <w:spacing w:after="0"/>
      </w:pPr>
      <w:r>
        <w:rPr>
          <w:rFonts w:ascii="Arial" w:hAnsi="Arial"/>
        </w:rPr>
        <w:lastRenderedPageBreak/>
        <w:t xml:space="preserve">And what if we didn't stir it? We just let it sit here. </w:t>
      </w:r>
    </w:p>
    <w:p w14:paraId="2147329D" w14:textId="77777777" w:rsidR="00383590" w:rsidRDefault="00383590">
      <w:pPr>
        <w:spacing w:after="0"/>
      </w:pPr>
    </w:p>
    <w:p w14:paraId="436D7B24" w14:textId="77777777" w:rsidR="00383590" w:rsidRDefault="00BA6E60">
      <w:pPr>
        <w:spacing w:after="0"/>
      </w:pPr>
      <w:r>
        <w:rPr>
          <w:rFonts w:ascii="Arial" w:hAnsi="Arial"/>
          <w:b/>
        </w:rPr>
        <w:t xml:space="preserve">Participant#10:  </w:t>
      </w:r>
      <w:r>
        <w:rPr>
          <w:rFonts w:ascii="Arial" w:hAnsi="Arial"/>
          <w:color w:val="5D7284"/>
        </w:rPr>
        <w:t>05:28</w:t>
      </w:r>
    </w:p>
    <w:p w14:paraId="5A19E034" w14:textId="77777777" w:rsidR="00383590" w:rsidRDefault="00BA6E60">
      <w:pPr>
        <w:spacing w:after="0"/>
      </w:pPr>
      <w:r>
        <w:rPr>
          <w:rFonts w:ascii="Arial" w:hAnsi="Arial"/>
        </w:rPr>
        <w:t>I don't think it would mix.</w:t>
      </w:r>
    </w:p>
    <w:p w14:paraId="2DBB19B6" w14:textId="77777777" w:rsidR="00383590" w:rsidRDefault="00383590">
      <w:pPr>
        <w:spacing w:after="0"/>
      </w:pPr>
    </w:p>
    <w:p w14:paraId="7DD62764" w14:textId="77777777" w:rsidR="00383590" w:rsidRDefault="00BA6E60">
      <w:pPr>
        <w:spacing w:after="0"/>
      </w:pPr>
      <w:r>
        <w:rPr>
          <w:rFonts w:ascii="Arial" w:hAnsi="Arial"/>
          <w:b/>
        </w:rPr>
        <w:t xml:space="preserve">Interviewer P:  </w:t>
      </w:r>
      <w:r>
        <w:rPr>
          <w:rFonts w:ascii="Arial" w:hAnsi="Arial"/>
          <w:color w:val="5D7284"/>
        </w:rPr>
        <w:t>05:30</w:t>
      </w:r>
    </w:p>
    <w:p w14:paraId="1BB22416" w14:textId="77777777" w:rsidR="00383590" w:rsidRDefault="00BA6E60">
      <w:pPr>
        <w:spacing w:after="0"/>
      </w:pPr>
      <w:r>
        <w:rPr>
          <w:rFonts w:ascii="Arial" w:hAnsi="Arial"/>
        </w:rPr>
        <w:t>Ever?</w:t>
      </w:r>
    </w:p>
    <w:p w14:paraId="1C1F241B" w14:textId="77777777" w:rsidR="00383590" w:rsidRDefault="00383590">
      <w:pPr>
        <w:spacing w:after="0"/>
      </w:pPr>
    </w:p>
    <w:p w14:paraId="71B8D78D" w14:textId="77777777" w:rsidR="00383590" w:rsidRDefault="00BA6E60">
      <w:pPr>
        <w:spacing w:after="0"/>
      </w:pPr>
      <w:r>
        <w:rPr>
          <w:rFonts w:ascii="Arial" w:hAnsi="Arial"/>
          <w:b/>
        </w:rPr>
        <w:t xml:space="preserve">Participant#10:  </w:t>
      </w:r>
      <w:r>
        <w:rPr>
          <w:rFonts w:ascii="Arial" w:hAnsi="Arial"/>
          <w:color w:val="5D7284"/>
        </w:rPr>
        <w:t>05:30</w:t>
      </w:r>
    </w:p>
    <w:p w14:paraId="5B3241D2" w14:textId="77777777" w:rsidR="00383590" w:rsidRDefault="00BA6E60">
      <w:pPr>
        <w:spacing w:after="0"/>
      </w:pPr>
      <w:r>
        <w:rPr>
          <w:rFonts w:ascii="Arial" w:hAnsi="Arial"/>
        </w:rPr>
        <w:t xml:space="preserve"> No. By the looks of it right now.</w:t>
      </w:r>
    </w:p>
    <w:p w14:paraId="3213EA09" w14:textId="77777777" w:rsidR="00383590" w:rsidRDefault="00383590">
      <w:pPr>
        <w:spacing w:after="0"/>
      </w:pPr>
    </w:p>
    <w:p w14:paraId="41061F74" w14:textId="77777777" w:rsidR="00383590" w:rsidRDefault="00BA6E60">
      <w:pPr>
        <w:spacing w:after="0"/>
      </w:pPr>
      <w:r>
        <w:rPr>
          <w:rFonts w:ascii="Arial" w:hAnsi="Arial"/>
          <w:b/>
        </w:rPr>
        <w:t xml:space="preserve">Interviewer P:  </w:t>
      </w:r>
      <w:r>
        <w:rPr>
          <w:rFonts w:ascii="Arial" w:hAnsi="Arial"/>
          <w:color w:val="5D7284"/>
        </w:rPr>
        <w:t>05:34</w:t>
      </w:r>
    </w:p>
    <w:p w14:paraId="22F18A39" w14:textId="77777777" w:rsidR="00383590" w:rsidRDefault="00BA6E60">
      <w:pPr>
        <w:spacing w:after="0"/>
      </w:pPr>
      <w:r>
        <w:rPr>
          <w:rFonts w:ascii="Arial" w:hAnsi="Arial"/>
        </w:rPr>
        <w:t xml:space="preserve">Yeah. </w:t>
      </w:r>
    </w:p>
    <w:p w14:paraId="27506175" w14:textId="77777777" w:rsidR="00383590" w:rsidRDefault="00383590">
      <w:pPr>
        <w:spacing w:after="0"/>
      </w:pPr>
    </w:p>
    <w:p w14:paraId="51B79A8C" w14:textId="77777777" w:rsidR="00383590" w:rsidRDefault="00BA6E60">
      <w:pPr>
        <w:spacing w:after="0"/>
      </w:pPr>
      <w:r>
        <w:rPr>
          <w:rFonts w:ascii="Arial" w:hAnsi="Arial"/>
          <w:b/>
        </w:rPr>
        <w:t xml:space="preserve">Participant#10:  </w:t>
      </w:r>
      <w:r>
        <w:rPr>
          <w:rFonts w:ascii="Arial" w:hAnsi="Arial"/>
          <w:color w:val="5D7284"/>
        </w:rPr>
        <w:t>05:34</w:t>
      </w:r>
    </w:p>
    <w:p w14:paraId="0BB0CCEC" w14:textId="77777777" w:rsidR="00383590" w:rsidRDefault="00BA6E60">
      <w:pPr>
        <w:spacing w:after="0"/>
      </w:pPr>
      <w:r>
        <w:rPr>
          <w:rFonts w:ascii="Arial" w:hAnsi="Arial"/>
        </w:rPr>
        <w:t>Yeah.</w:t>
      </w:r>
    </w:p>
    <w:p w14:paraId="18B227F8" w14:textId="77777777" w:rsidR="00383590" w:rsidRDefault="00383590">
      <w:pPr>
        <w:spacing w:after="0"/>
      </w:pPr>
    </w:p>
    <w:p w14:paraId="05B40B59" w14:textId="77777777" w:rsidR="00383590" w:rsidRDefault="00BA6E60">
      <w:pPr>
        <w:spacing w:after="0"/>
      </w:pPr>
      <w:r>
        <w:rPr>
          <w:rFonts w:ascii="Arial" w:hAnsi="Arial"/>
          <w:b/>
        </w:rPr>
        <w:t xml:space="preserve">Interviewer P:  </w:t>
      </w:r>
      <w:r>
        <w:rPr>
          <w:rFonts w:ascii="Arial" w:hAnsi="Arial"/>
          <w:color w:val="5D7284"/>
        </w:rPr>
        <w:t>05:38</w:t>
      </w:r>
    </w:p>
    <w:p w14:paraId="6723F5EC" w14:textId="77777777" w:rsidR="00383590" w:rsidRDefault="00BA6E60">
      <w:pPr>
        <w:spacing w:after="0"/>
      </w:pPr>
      <w:r>
        <w:rPr>
          <w:rFonts w:ascii="Arial" w:hAnsi="Arial"/>
        </w:rPr>
        <w:t>And do you think that it will eventually reach the same temperature? Like because if you feel here, you can still feel that the red is warm, and then at the bottom, that blue is still cold.</w:t>
      </w:r>
    </w:p>
    <w:p w14:paraId="699E5F75" w14:textId="77777777" w:rsidR="00383590" w:rsidRDefault="00383590">
      <w:pPr>
        <w:spacing w:after="0"/>
      </w:pPr>
    </w:p>
    <w:p w14:paraId="7BC10DF3" w14:textId="77777777" w:rsidR="00383590" w:rsidRDefault="00BA6E60">
      <w:pPr>
        <w:spacing w:after="0"/>
      </w:pPr>
      <w:r>
        <w:rPr>
          <w:rFonts w:ascii="Arial" w:hAnsi="Arial"/>
          <w:b/>
        </w:rPr>
        <w:t xml:space="preserve">Participant#10:  </w:t>
      </w:r>
      <w:r>
        <w:rPr>
          <w:rFonts w:ascii="Arial" w:hAnsi="Arial"/>
          <w:color w:val="5D7284"/>
        </w:rPr>
        <w:t>05:57</w:t>
      </w:r>
    </w:p>
    <w:p w14:paraId="38412C8C" w14:textId="77777777" w:rsidR="00383590" w:rsidRDefault="00BA6E60">
      <w:pPr>
        <w:spacing w:after="0"/>
      </w:pPr>
      <w:r>
        <w:rPr>
          <w:rFonts w:ascii="Arial" w:hAnsi="Arial"/>
        </w:rPr>
        <w:t>Maybe if it sits for a little while, it might just be I mean like, eventually coming to one temperature from right now. Wow. I think eventually, yes, it'll change temperatures.</w:t>
      </w:r>
    </w:p>
    <w:p w14:paraId="3756C7B5" w14:textId="77777777" w:rsidR="00383590" w:rsidRDefault="00383590">
      <w:pPr>
        <w:spacing w:after="0"/>
      </w:pPr>
    </w:p>
    <w:p w14:paraId="17384439" w14:textId="77777777" w:rsidR="00383590" w:rsidRDefault="00BA6E60">
      <w:pPr>
        <w:spacing w:after="0"/>
      </w:pPr>
      <w:r>
        <w:rPr>
          <w:rFonts w:ascii="Arial" w:hAnsi="Arial"/>
          <w:b/>
        </w:rPr>
        <w:t xml:space="preserve">Interviewer P:  </w:t>
      </w:r>
      <w:r>
        <w:rPr>
          <w:rFonts w:ascii="Arial" w:hAnsi="Arial"/>
          <w:color w:val="5D7284"/>
        </w:rPr>
        <w:t>06:12</w:t>
      </w:r>
    </w:p>
    <w:p w14:paraId="649DED89" w14:textId="77777777" w:rsidR="00383590" w:rsidRDefault="00BA6E60">
      <w:pPr>
        <w:spacing w:after="0"/>
      </w:pPr>
      <w:r>
        <w:rPr>
          <w:rFonts w:ascii="Arial" w:hAnsi="Arial"/>
        </w:rPr>
        <w:t>And about how long do you think that?</w:t>
      </w:r>
    </w:p>
    <w:p w14:paraId="19AE8EC4" w14:textId="77777777" w:rsidR="00383590" w:rsidRDefault="00383590">
      <w:pPr>
        <w:spacing w:after="0"/>
      </w:pPr>
    </w:p>
    <w:p w14:paraId="58A7C18E" w14:textId="77777777" w:rsidR="00383590" w:rsidRDefault="00BA6E60">
      <w:pPr>
        <w:spacing w:after="0"/>
      </w:pPr>
      <w:r>
        <w:rPr>
          <w:rFonts w:ascii="Arial" w:hAnsi="Arial"/>
          <w:b/>
        </w:rPr>
        <w:t xml:space="preserve">Participant#10:  </w:t>
      </w:r>
      <w:r>
        <w:rPr>
          <w:rFonts w:ascii="Arial" w:hAnsi="Arial"/>
          <w:color w:val="5D7284"/>
        </w:rPr>
        <w:t>06:16</w:t>
      </w:r>
    </w:p>
    <w:p w14:paraId="36B941F3" w14:textId="77777777" w:rsidR="00383590" w:rsidRDefault="00BA6E60">
      <w:pPr>
        <w:spacing w:after="0"/>
      </w:pPr>
      <w:r>
        <w:rPr>
          <w:rFonts w:ascii="Arial" w:hAnsi="Arial"/>
        </w:rPr>
        <w:t>Maybe in five minutes.</w:t>
      </w:r>
    </w:p>
    <w:p w14:paraId="7C23C730" w14:textId="77777777" w:rsidR="00383590" w:rsidRDefault="00383590">
      <w:pPr>
        <w:spacing w:after="0"/>
      </w:pPr>
    </w:p>
    <w:p w14:paraId="039D7A52" w14:textId="77777777" w:rsidR="00383590" w:rsidRDefault="00BA6E60">
      <w:pPr>
        <w:spacing w:after="0"/>
      </w:pPr>
      <w:r>
        <w:rPr>
          <w:rFonts w:ascii="Arial" w:hAnsi="Arial"/>
          <w:b/>
        </w:rPr>
        <w:t xml:space="preserve">Interviewer P:  </w:t>
      </w:r>
      <w:r>
        <w:rPr>
          <w:rFonts w:ascii="Arial" w:hAnsi="Arial"/>
          <w:color w:val="5D7284"/>
        </w:rPr>
        <w:t>06:20</w:t>
      </w:r>
    </w:p>
    <w:p w14:paraId="4B6A5542" w14:textId="699EF51A" w:rsidR="00383590" w:rsidRDefault="7562EC16">
      <w:pPr>
        <w:spacing w:after="0"/>
      </w:pPr>
      <w:r w:rsidRPr="74A61BE5">
        <w:rPr>
          <w:rFonts w:ascii="Arial" w:hAnsi="Arial"/>
        </w:rPr>
        <w:t>So,</w:t>
      </w:r>
      <w:r w:rsidR="00BA6E60" w:rsidRPr="74A61BE5">
        <w:rPr>
          <w:rFonts w:ascii="Arial" w:hAnsi="Arial"/>
        </w:rPr>
        <w:t xml:space="preserve"> I have a time lapse video and I'll show you the same thing. Can you see it? Or is there a glare? </w:t>
      </w:r>
    </w:p>
    <w:p w14:paraId="4955AB07" w14:textId="77777777" w:rsidR="00383590" w:rsidRDefault="00383590">
      <w:pPr>
        <w:spacing w:after="0"/>
      </w:pPr>
    </w:p>
    <w:p w14:paraId="768F1484" w14:textId="77777777" w:rsidR="00383590" w:rsidRDefault="00BA6E60">
      <w:pPr>
        <w:spacing w:after="0"/>
      </w:pPr>
      <w:r>
        <w:rPr>
          <w:rFonts w:ascii="Arial" w:hAnsi="Arial"/>
          <w:b/>
        </w:rPr>
        <w:t xml:space="preserve">Participant#10:  </w:t>
      </w:r>
      <w:r>
        <w:rPr>
          <w:rFonts w:ascii="Arial" w:hAnsi="Arial"/>
          <w:color w:val="5D7284"/>
        </w:rPr>
        <w:t>06:49</w:t>
      </w:r>
    </w:p>
    <w:p w14:paraId="6A12F826" w14:textId="77777777" w:rsidR="00383590" w:rsidRDefault="00BA6E60">
      <w:pPr>
        <w:spacing w:after="0"/>
      </w:pPr>
      <w:r>
        <w:rPr>
          <w:rFonts w:ascii="Arial" w:hAnsi="Arial"/>
        </w:rPr>
        <w:t xml:space="preserve">I can see. </w:t>
      </w:r>
    </w:p>
    <w:p w14:paraId="74C6AEBB" w14:textId="77777777" w:rsidR="00383590" w:rsidRDefault="00383590">
      <w:pPr>
        <w:spacing w:after="0"/>
      </w:pPr>
    </w:p>
    <w:p w14:paraId="052A2F7A" w14:textId="77777777" w:rsidR="00383590" w:rsidRDefault="00BA6E60">
      <w:pPr>
        <w:spacing w:after="0"/>
      </w:pPr>
      <w:r>
        <w:rPr>
          <w:rFonts w:ascii="Arial" w:hAnsi="Arial"/>
          <w:b/>
        </w:rPr>
        <w:t xml:space="preserve">Interviewer P:  </w:t>
      </w:r>
      <w:r>
        <w:rPr>
          <w:rFonts w:ascii="Arial" w:hAnsi="Arial"/>
          <w:color w:val="5D7284"/>
        </w:rPr>
        <w:t>06:49</w:t>
      </w:r>
    </w:p>
    <w:p w14:paraId="3E6C123E" w14:textId="60419654" w:rsidR="00383590" w:rsidRDefault="00BA6E60">
      <w:pPr>
        <w:spacing w:after="0"/>
      </w:pPr>
      <w:r w:rsidRPr="74A61BE5">
        <w:rPr>
          <w:rFonts w:ascii="Arial" w:hAnsi="Arial"/>
        </w:rPr>
        <w:t xml:space="preserve">Okay. </w:t>
      </w:r>
      <w:r w:rsidR="1BB43A12" w:rsidRPr="74A61BE5">
        <w:rPr>
          <w:rFonts w:ascii="Arial" w:hAnsi="Arial"/>
        </w:rPr>
        <w:t>So,</w:t>
      </w:r>
      <w:r w:rsidRPr="74A61BE5">
        <w:rPr>
          <w:rFonts w:ascii="Arial" w:hAnsi="Arial"/>
        </w:rPr>
        <w:t xml:space="preserve"> this is condensed time down to 33 seconds. Do you want to take a guess? What the original time was? How long that took?</w:t>
      </w:r>
    </w:p>
    <w:p w14:paraId="5304B3D5" w14:textId="77777777" w:rsidR="00383590" w:rsidRDefault="00383590">
      <w:pPr>
        <w:spacing w:after="0"/>
      </w:pPr>
    </w:p>
    <w:p w14:paraId="7673CE03" w14:textId="77777777" w:rsidR="00383590" w:rsidRDefault="00BA6E60">
      <w:pPr>
        <w:spacing w:after="0"/>
      </w:pPr>
      <w:r>
        <w:rPr>
          <w:rFonts w:ascii="Arial" w:hAnsi="Arial"/>
          <w:b/>
        </w:rPr>
        <w:t xml:space="preserve">Participant#10:  </w:t>
      </w:r>
      <w:r>
        <w:rPr>
          <w:rFonts w:ascii="Arial" w:hAnsi="Arial"/>
          <w:color w:val="5D7284"/>
        </w:rPr>
        <w:t>07:41</w:t>
      </w:r>
    </w:p>
    <w:p w14:paraId="53B34EE9" w14:textId="77777777" w:rsidR="00383590" w:rsidRDefault="00BA6E60">
      <w:pPr>
        <w:spacing w:after="0"/>
      </w:pPr>
      <w:r>
        <w:rPr>
          <w:rFonts w:ascii="Arial" w:hAnsi="Arial"/>
        </w:rPr>
        <w:t xml:space="preserve"> 10 minutes.</w:t>
      </w:r>
    </w:p>
    <w:p w14:paraId="20E72A39" w14:textId="77777777" w:rsidR="00383590" w:rsidRDefault="00383590">
      <w:pPr>
        <w:spacing w:after="0"/>
      </w:pPr>
    </w:p>
    <w:p w14:paraId="5F4B7D8F" w14:textId="77777777" w:rsidR="00383590" w:rsidRDefault="00BA6E60">
      <w:pPr>
        <w:spacing w:after="0"/>
      </w:pPr>
      <w:r>
        <w:rPr>
          <w:rFonts w:ascii="Arial" w:hAnsi="Arial"/>
          <w:b/>
        </w:rPr>
        <w:lastRenderedPageBreak/>
        <w:t xml:space="preserve">Interviewer P:  </w:t>
      </w:r>
      <w:r>
        <w:rPr>
          <w:rFonts w:ascii="Arial" w:hAnsi="Arial"/>
          <w:color w:val="5D7284"/>
        </w:rPr>
        <w:t>07:42</w:t>
      </w:r>
    </w:p>
    <w:p w14:paraId="6E1CC145" w14:textId="77777777" w:rsidR="00383590" w:rsidRDefault="00BA6E60">
      <w:pPr>
        <w:spacing w:after="0"/>
      </w:pPr>
      <w:r>
        <w:rPr>
          <w:rFonts w:ascii="Arial" w:hAnsi="Arial"/>
        </w:rPr>
        <w:t xml:space="preserve"> It was an hour. Yeah. </w:t>
      </w:r>
    </w:p>
    <w:p w14:paraId="602F6A9A" w14:textId="77777777" w:rsidR="00383590" w:rsidRDefault="00383590">
      <w:pPr>
        <w:spacing w:after="0"/>
      </w:pPr>
    </w:p>
    <w:p w14:paraId="16197D6D" w14:textId="77777777" w:rsidR="00383590" w:rsidRDefault="00BA6E60">
      <w:pPr>
        <w:spacing w:after="0"/>
      </w:pPr>
      <w:r>
        <w:rPr>
          <w:rFonts w:ascii="Arial" w:hAnsi="Arial"/>
          <w:b/>
        </w:rPr>
        <w:t xml:space="preserve">Participant#10:  </w:t>
      </w:r>
      <w:r>
        <w:rPr>
          <w:rFonts w:ascii="Arial" w:hAnsi="Arial"/>
          <w:color w:val="5D7284"/>
        </w:rPr>
        <w:t>07:44</w:t>
      </w:r>
    </w:p>
    <w:p w14:paraId="6AED6C27" w14:textId="77777777" w:rsidR="00383590" w:rsidRDefault="00BA6E60">
      <w:pPr>
        <w:spacing w:after="0"/>
      </w:pPr>
      <w:r>
        <w:rPr>
          <w:rFonts w:ascii="Arial" w:hAnsi="Arial"/>
        </w:rPr>
        <w:t>An hour?</w:t>
      </w:r>
    </w:p>
    <w:p w14:paraId="315AFECB" w14:textId="77777777" w:rsidR="00383590" w:rsidRDefault="00383590">
      <w:pPr>
        <w:spacing w:after="0"/>
      </w:pPr>
    </w:p>
    <w:p w14:paraId="0AED7782" w14:textId="77777777" w:rsidR="00383590" w:rsidRDefault="00BA6E60">
      <w:pPr>
        <w:spacing w:after="0"/>
      </w:pPr>
      <w:r>
        <w:rPr>
          <w:rFonts w:ascii="Arial" w:hAnsi="Arial"/>
          <w:b/>
        </w:rPr>
        <w:t xml:space="preserve">Interviewer P:  </w:t>
      </w:r>
      <w:r>
        <w:rPr>
          <w:rFonts w:ascii="Arial" w:hAnsi="Arial"/>
          <w:color w:val="5D7284"/>
        </w:rPr>
        <w:t>07:45</w:t>
      </w:r>
    </w:p>
    <w:p w14:paraId="530E6DD3" w14:textId="77777777" w:rsidR="00383590" w:rsidRDefault="00BA6E60">
      <w:pPr>
        <w:spacing w:after="0"/>
      </w:pPr>
      <w:r>
        <w:rPr>
          <w:rFonts w:ascii="Arial" w:hAnsi="Arial"/>
        </w:rPr>
        <w:t>Yeah.</w:t>
      </w:r>
    </w:p>
    <w:p w14:paraId="6B9808F2" w14:textId="77777777" w:rsidR="00383590" w:rsidRDefault="00383590">
      <w:pPr>
        <w:spacing w:after="0"/>
      </w:pPr>
    </w:p>
    <w:p w14:paraId="429C2F30" w14:textId="77777777" w:rsidR="00383590" w:rsidRDefault="00BA6E60">
      <w:pPr>
        <w:spacing w:after="0"/>
      </w:pPr>
      <w:r>
        <w:rPr>
          <w:rFonts w:ascii="Arial" w:hAnsi="Arial"/>
          <w:b/>
        </w:rPr>
        <w:t xml:space="preserve">Participant#10:  </w:t>
      </w:r>
      <w:r>
        <w:rPr>
          <w:rFonts w:ascii="Arial" w:hAnsi="Arial"/>
          <w:color w:val="5D7284"/>
        </w:rPr>
        <w:t>07:46</w:t>
      </w:r>
    </w:p>
    <w:p w14:paraId="7CCB2744" w14:textId="77777777" w:rsidR="00383590" w:rsidRDefault="00BA6E60">
      <w:pPr>
        <w:spacing w:after="0"/>
      </w:pPr>
      <w:r>
        <w:rPr>
          <w:rFonts w:ascii="Arial" w:hAnsi="Arial"/>
        </w:rPr>
        <w:t>Wow what. Oh, wow.</w:t>
      </w:r>
    </w:p>
    <w:p w14:paraId="18AE4BF3" w14:textId="77777777" w:rsidR="00383590" w:rsidRDefault="00383590">
      <w:pPr>
        <w:spacing w:after="0"/>
      </w:pPr>
    </w:p>
    <w:p w14:paraId="71A4607F" w14:textId="77777777" w:rsidR="00383590" w:rsidRDefault="00BA6E60">
      <w:pPr>
        <w:spacing w:after="0"/>
      </w:pPr>
      <w:r>
        <w:rPr>
          <w:rFonts w:ascii="Arial" w:hAnsi="Arial"/>
          <w:b/>
        </w:rPr>
        <w:t xml:space="preserve">Interviewer P:  </w:t>
      </w:r>
      <w:r>
        <w:rPr>
          <w:rFonts w:ascii="Arial" w:hAnsi="Arial"/>
          <w:color w:val="5D7284"/>
        </w:rPr>
        <w:t>07:51</w:t>
      </w:r>
    </w:p>
    <w:p w14:paraId="4A16E352" w14:textId="77777777" w:rsidR="00383590" w:rsidRDefault="00BA6E60">
      <w:pPr>
        <w:spacing w:after="0"/>
      </w:pPr>
      <w:r>
        <w:rPr>
          <w:rFonts w:ascii="Arial" w:hAnsi="Arial"/>
        </w:rPr>
        <w:t xml:space="preserve">So that surprised you. </w:t>
      </w:r>
    </w:p>
    <w:p w14:paraId="6B1B8BF1" w14:textId="77777777" w:rsidR="00383590" w:rsidRDefault="00383590">
      <w:pPr>
        <w:spacing w:after="0"/>
      </w:pPr>
    </w:p>
    <w:p w14:paraId="1AD47D83" w14:textId="77777777" w:rsidR="00383590" w:rsidRDefault="00BA6E60">
      <w:pPr>
        <w:spacing w:after="0"/>
      </w:pPr>
      <w:r>
        <w:rPr>
          <w:rFonts w:ascii="Arial" w:hAnsi="Arial"/>
          <w:b/>
        </w:rPr>
        <w:t xml:space="preserve">Participant#10:  </w:t>
      </w:r>
      <w:r>
        <w:rPr>
          <w:rFonts w:ascii="Arial" w:hAnsi="Arial"/>
          <w:color w:val="5D7284"/>
        </w:rPr>
        <w:t>07:54</w:t>
      </w:r>
    </w:p>
    <w:p w14:paraId="64DFBFB6" w14:textId="77777777" w:rsidR="00383590" w:rsidRDefault="00BA6E60">
      <w:pPr>
        <w:spacing w:after="0"/>
      </w:pPr>
      <w:r>
        <w:rPr>
          <w:rFonts w:ascii="Arial" w:hAnsi="Arial"/>
        </w:rPr>
        <w:t>Yup.</w:t>
      </w:r>
    </w:p>
    <w:p w14:paraId="76CAA100" w14:textId="77777777" w:rsidR="00383590" w:rsidRDefault="00383590">
      <w:pPr>
        <w:spacing w:after="0"/>
      </w:pPr>
    </w:p>
    <w:p w14:paraId="568F6ED1" w14:textId="77777777" w:rsidR="00383590" w:rsidRDefault="00BA6E60">
      <w:pPr>
        <w:spacing w:after="0"/>
      </w:pPr>
      <w:r>
        <w:rPr>
          <w:rFonts w:ascii="Arial" w:hAnsi="Arial"/>
          <w:b/>
        </w:rPr>
        <w:t xml:space="preserve">Interviewer P:  </w:t>
      </w:r>
      <w:r>
        <w:rPr>
          <w:rFonts w:ascii="Arial" w:hAnsi="Arial"/>
          <w:color w:val="5D7284"/>
        </w:rPr>
        <w:t>07:54</w:t>
      </w:r>
    </w:p>
    <w:p w14:paraId="579B1E78" w14:textId="77777777" w:rsidR="00383590" w:rsidRDefault="00BA6E60">
      <w:pPr>
        <w:spacing w:after="0"/>
      </w:pPr>
      <w:r>
        <w:rPr>
          <w:rFonts w:ascii="Arial" w:hAnsi="Arial"/>
        </w:rPr>
        <w:t>Anything else about that surprising or you found interesting?</w:t>
      </w:r>
    </w:p>
    <w:p w14:paraId="74ECB390" w14:textId="77777777" w:rsidR="00383590" w:rsidRDefault="00383590">
      <w:pPr>
        <w:spacing w:after="0"/>
      </w:pPr>
    </w:p>
    <w:p w14:paraId="37B19093" w14:textId="77777777" w:rsidR="00383590" w:rsidRDefault="00BA6E60">
      <w:pPr>
        <w:spacing w:after="0"/>
      </w:pPr>
      <w:r>
        <w:rPr>
          <w:rFonts w:ascii="Arial" w:hAnsi="Arial"/>
          <w:b/>
        </w:rPr>
        <w:t xml:space="preserve">Participant#10:  </w:t>
      </w:r>
      <w:r>
        <w:rPr>
          <w:rFonts w:ascii="Arial" w:hAnsi="Arial"/>
          <w:color w:val="5D7284"/>
        </w:rPr>
        <w:t>07:57</w:t>
      </w:r>
    </w:p>
    <w:p w14:paraId="32043B95" w14:textId="77777777" w:rsidR="00383590" w:rsidRDefault="00BA6E60">
      <w:pPr>
        <w:spacing w:after="0"/>
      </w:pPr>
      <w:r>
        <w:rPr>
          <w:rFonts w:ascii="Arial" w:hAnsi="Arial"/>
        </w:rPr>
        <w:t xml:space="preserve">That took an hour and they're still red in there? </w:t>
      </w:r>
    </w:p>
    <w:p w14:paraId="676E9759" w14:textId="77777777" w:rsidR="00383590" w:rsidRDefault="00383590">
      <w:pPr>
        <w:spacing w:after="0"/>
      </w:pPr>
    </w:p>
    <w:p w14:paraId="18B11178" w14:textId="77777777" w:rsidR="00383590" w:rsidRDefault="00BA6E60">
      <w:pPr>
        <w:spacing w:after="0"/>
      </w:pPr>
      <w:r>
        <w:rPr>
          <w:rFonts w:ascii="Arial" w:hAnsi="Arial"/>
          <w:b/>
        </w:rPr>
        <w:t xml:space="preserve">Interviewer P:  </w:t>
      </w:r>
      <w:r>
        <w:rPr>
          <w:rFonts w:ascii="Arial" w:hAnsi="Arial"/>
          <w:color w:val="5D7284"/>
        </w:rPr>
        <w:t>08:00</w:t>
      </w:r>
    </w:p>
    <w:p w14:paraId="5BF7DDCB" w14:textId="77777777" w:rsidR="00383590" w:rsidRDefault="00BA6E60">
      <w:pPr>
        <w:spacing w:after="0"/>
      </w:pPr>
      <w:r>
        <w:rPr>
          <w:rFonts w:ascii="Arial" w:hAnsi="Arial"/>
        </w:rPr>
        <w:t xml:space="preserve">Yeah. </w:t>
      </w:r>
    </w:p>
    <w:p w14:paraId="4F048D3C" w14:textId="77777777" w:rsidR="00383590" w:rsidRDefault="00383590">
      <w:pPr>
        <w:spacing w:after="0"/>
      </w:pPr>
    </w:p>
    <w:p w14:paraId="7CAB247D" w14:textId="77777777" w:rsidR="00383590" w:rsidRDefault="00BA6E60">
      <w:pPr>
        <w:spacing w:after="0"/>
      </w:pPr>
      <w:r>
        <w:rPr>
          <w:rFonts w:ascii="Arial" w:hAnsi="Arial"/>
          <w:b/>
        </w:rPr>
        <w:t xml:space="preserve">Participant#10:  </w:t>
      </w:r>
      <w:r>
        <w:rPr>
          <w:rFonts w:ascii="Arial" w:hAnsi="Arial"/>
          <w:color w:val="5D7284"/>
        </w:rPr>
        <w:t>08:01</w:t>
      </w:r>
    </w:p>
    <w:p w14:paraId="4CA3CC9D" w14:textId="77777777" w:rsidR="00383590" w:rsidRDefault="00BA6E60">
      <w:pPr>
        <w:spacing w:after="0"/>
      </w:pPr>
      <w:r>
        <w:rPr>
          <w:rFonts w:ascii="Arial" w:hAnsi="Arial"/>
        </w:rPr>
        <w:t>Yeah.</w:t>
      </w:r>
    </w:p>
    <w:p w14:paraId="42ED90F5" w14:textId="77777777" w:rsidR="00383590" w:rsidRDefault="00383590">
      <w:pPr>
        <w:spacing w:after="0"/>
      </w:pPr>
    </w:p>
    <w:p w14:paraId="2EDECC64" w14:textId="77777777" w:rsidR="00383590" w:rsidRDefault="00BA6E60">
      <w:pPr>
        <w:spacing w:after="0"/>
      </w:pPr>
      <w:r>
        <w:rPr>
          <w:rFonts w:ascii="Arial" w:hAnsi="Arial"/>
          <w:b/>
        </w:rPr>
        <w:t xml:space="preserve">Interviewer P:  </w:t>
      </w:r>
      <w:r>
        <w:rPr>
          <w:rFonts w:ascii="Arial" w:hAnsi="Arial"/>
          <w:color w:val="5D7284"/>
        </w:rPr>
        <w:t>08:04</w:t>
      </w:r>
    </w:p>
    <w:p w14:paraId="3453D373" w14:textId="77777777" w:rsidR="00383590" w:rsidRDefault="00BA6E60">
      <w:pPr>
        <w:spacing w:after="0"/>
      </w:pPr>
      <w:r>
        <w:rPr>
          <w:rFonts w:ascii="Arial" w:hAnsi="Arial"/>
        </w:rPr>
        <w:t>Yeah, so the fact that they're still they're still two different colors there after an hour.</w:t>
      </w:r>
    </w:p>
    <w:p w14:paraId="0EE3A252" w14:textId="77777777" w:rsidR="00383590" w:rsidRDefault="00383590">
      <w:pPr>
        <w:spacing w:after="0"/>
      </w:pPr>
    </w:p>
    <w:p w14:paraId="4DD6D877" w14:textId="77777777" w:rsidR="00383590" w:rsidRDefault="00BA6E60">
      <w:pPr>
        <w:spacing w:after="0"/>
      </w:pPr>
      <w:r>
        <w:rPr>
          <w:rFonts w:ascii="Arial" w:hAnsi="Arial"/>
          <w:b/>
        </w:rPr>
        <w:t xml:space="preserve">Participant#10:  </w:t>
      </w:r>
      <w:r>
        <w:rPr>
          <w:rFonts w:ascii="Arial" w:hAnsi="Arial"/>
          <w:color w:val="5D7284"/>
        </w:rPr>
        <w:t>08:10</w:t>
      </w:r>
    </w:p>
    <w:p w14:paraId="463B1B4E" w14:textId="77777777" w:rsidR="00383590" w:rsidRDefault="00BA6E60">
      <w:pPr>
        <w:spacing w:after="0"/>
      </w:pPr>
      <w:r>
        <w:rPr>
          <w:rFonts w:ascii="Arial" w:hAnsi="Arial"/>
        </w:rPr>
        <w:t>Did the temperature change?</w:t>
      </w:r>
    </w:p>
    <w:p w14:paraId="64936383" w14:textId="77777777" w:rsidR="00383590" w:rsidRDefault="00383590">
      <w:pPr>
        <w:spacing w:after="0"/>
      </w:pPr>
    </w:p>
    <w:p w14:paraId="055D932D" w14:textId="77777777" w:rsidR="00383590" w:rsidRDefault="00BA6E60">
      <w:pPr>
        <w:spacing w:after="0"/>
      </w:pPr>
      <w:r>
        <w:rPr>
          <w:rFonts w:ascii="Arial" w:hAnsi="Arial"/>
          <w:b/>
        </w:rPr>
        <w:t xml:space="preserve">Interviewer P:  </w:t>
      </w:r>
      <w:r>
        <w:rPr>
          <w:rFonts w:ascii="Arial" w:hAnsi="Arial"/>
          <w:color w:val="5D7284"/>
        </w:rPr>
        <w:t>08:13</w:t>
      </w:r>
    </w:p>
    <w:p w14:paraId="71E3DF1D" w14:textId="1D02761D" w:rsidR="00383590" w:rsidRDefault="00BA6E60">
      <w:pPr>
        <w:spacing w:after="0"/>
      </w:pPr>
      <w:r w:rsidRPr="74A61BE5">
        <w:rPr>
          <w:rFonts w:ascii="Arial" w:hAnsi="Arial"/>
        </w:rPr>
        <w:t xml:space="preserve">I would say that it's closer to being the same temperature than it is after what this has been like five minutes. But I bet this red is still a little warmer than where you see that blue. Yeah. Alright, so I have kind of a silly thought experiment question. And </w:t>
      </w:r>
      <w:r w:rsidR="0D2AE2E8" w:rsidRPr="74A61BE5">
        <w:rPr>
          <w:rFonts w:ascii="Arial" w:hAnsi="Arial"/>
        </w:rPr>
        <w:t>so,</w:t>
      </w:r>
      <w:r w:rsidRPr="74A61BE5">
        <w:rPr>
          <w:rFonts w:ascii="Arial" w:hAnsi="Arial"/>
        </w:rPr>
        <w:t xml:space="preserve"> imagine that we did this again. But, </w:t>
      </w:r>
      <w:r w:rsidR="4CA1840B" w:rsidRPr="74A61BE5">
        <w:rPr>
          <w:rFonts w:ascii="Arial" w:hAnsi="Arial"/>
        </w:rPr>
        <w:t>instead</w:t>
      </w:r>
      <w:r w:rsidRPr="74A61BE5">
        <w:rPr>
          <w:rFonts w:ascii="Arial" w:hAnsi="Arial"/>
        </w:rPr>
        <w:t xml:space="preserve"> of using water, we use Jell-O. </w:t>
      </w:r>
      <w:r w:rsidR="3EFEB792" w:rsidRPr="74A61BE5">
        <w:rPr>
          <w:rFonts w:ascii="Arial" w:hAnsi="Arial"/>
        </w:rPr>
        <w:t>So,</w:t>
      </w:r>
      <w:r w:rsidRPr="74A61BE5">
        <w:rPr>
          <w:rFonts w:ascii="Arial" w:hAnsi="Arial"/>
        </w:rPr>
        <w:t xml:space="preserve"> Jell-O, I'm not gonna get to be the temperature that difference to be as great. But I could probably get a 30 or 40 degree temperature difference. Like I could put Jell-O in the, you know, get it to almost freezing, it would still be Jell-O, but maybe be like 40 degrees. And then I could have some other Jell-O at room temperature like 60 or 70. So 20 or 30 degree difference in this warm </w:t>
      </w:r>
      <w:r w:rsidRPr="74A61BE5">
        <w:rPr>
          <w:rFonts w:ascii="Arial" w:hAnsi="Arial"/>
        </w:rPr>
        <w:lastRenderedPageBreak/>
        <w:t xml:space="preserve">and cold Jell-O. </w:t>
      </w:r>
      <w:r w:rsidR="3B4E3FDF" w:rsidRPr="74A61BE5">
        <w:rPr>
          <w:rFonts w:ascii="Arial" w:hAnsi="Arial"/>
        </w:rPr>
        <w:t>So,</w:t>
      </w:r>
      <w:r w:rsidRPr="74A61BE5">
        <w:rPr>
          <w:rFonts w:ascii="Arial" w:hAnsi="Arial"/>
        </w:rPr>
        <w:t xml:space="preserve"> let's say we did the same thing. Red warm Jell-O here, blue cold Jell-O over here, dividing wall here and I take out the dividing wall. Do you think that the </w:t>
      </w:r>
      <w:r w:rsidR="66A8E183" w:rsidRPr="74A61BE5">
        <w:rPr>
          <w:rFonts w:ascii="Arial" w:hAnsi="Arial"/>
        </w:rPr>
        <w:t>Jell-O's</w:t>
      </w:r>
      <w:r w:rsidRPr="74A61BE5">
        <w:rPr>
          <w:rFonts w:ascii="Arial" w:hAnsi="Arial"/>
        </w:rPr>
        <w:t xml:space="preserve"> would move?</w:t>
      </w:r>
    </w:p>
    <w:p w14:paraId="4DF35D76" w14:textId="77777777" w:rsidR="00383590" w:rsidRDefault="00383590">
      <w:pPr>
        <w:spacing w:after="0"/>
      </w:pPr>
    </w:p>
    <w:p w14:paraId="0C55505C" w14:textId="77777777" w:rsidR="00383590" w:rsidRDefault="00BA6E60">
      <w:pPr>
        <w:spacing w:after="0"/>
      </w:pPr>
      <w:r>
        <w:rPr>
          <w:rFonts w:ascii="Arial" w:hAnsi="Arial"/>
          <w:b/>
        </w:rPr>
        <w:t xml:space="preserve">Participant#10:  </w:t>
      </w:r>
      <w:r>
        <w:rPr>
          <w:rFonts w:ascii="Arial" w:hAnsi="Arial"/>
          <w:color w:val="5D7284"/>
        </w:rPr>
        <w:t>09:23</w:t>
      </w:r>
    </w:p>
    <w:p w14:paraId="3FF8A0C1" w14:textId="77777777" w:rsidR="00383590" w:rsidRDefault="00BA6E60">
      <w:pPr>
        <w:spacing w:after="0"/>
      </w:pPr>
      <w:r>
        <w:rPr>
          <w:rFonts w:ascii="Arial" w:hAnsi="Arial"/>
        </w:rPr>
        <w:t>Because of this Jell-O, it doesn't really move as fully as water does? Yeah. I don't think it will move.</w:t>
      </w:r>
    </w:p>
    <w:p w14:paraId="403BE2F5" w14:textId="77777777" w:rsidR="00383590" w:rsidRDefault="00383590">
      <w:pPr>
        <w:spacing w:after="0"/>
      </w:pPr>
    </w:p>
    <w:p w14:paraId="547E987C" w14:textId="77777777" w:rsidR="00383590" w:rsidRDefault="00BA6E60">
      <w:pPr>
        <w:spacing w:after="0"/>
      </w:pPr>
      <w:r>
        <w:rPr>
          <w:rFonts w:ascii="Arial" w:hAnsi="Arial"/>
          <w:b/>
        </w:rPr>
        <w:t xml:space="preserve">Interviewer P:  </w:t>
      </w:r>
      <w:r>
        <w:rPr>
          <w:rFonts w:ascii="Arial" w:hAnsi="Arial"/>
          <w:color w:val="5D7284"/>
        </w:rPr>
        <w:t>09:30</w:t>
      </w:r>
    </w:p>
    <w:p w14:paraId="17ACB1D4" w14:textId="20679713" w:rsidR="00383590" w:rsidRDefault="11EE85D3">
      <w:pPr>
        <w:spacing w:after="0"/>
      </w:pPr>
      <w:r w:rsidRPr="74A61BE5">
        <w:rPr>
          <w:rFonts w:ascii="Arial" w:hAnsi="Arial"/>
        </w:rPr>
        <w:t>So,</w:t>
      </w:r>
      <w:r w:rsidR="00BA6E60" w:rsidRPr="74A61BE5">
        <w:rPr>
          <w:rFonts w:ascii="Arial" w:hAnsi="Arial"/>
        </w:rPr>
        <w:t xml:space="preserve"> you think it'll just sit there? And would there be anything happened like when they can touch each other? Do you think any there would be any color change or anything going on there? And do you think that the two Jell-O's would eventually come to the same picture?</w:t>
      </w:r>
    </w:p>
    <w:p w14:paraId="572ED141" w14:textId="77777777" w:rsidR="00383590" w:rsidRDefault="00383590">
      <w:pPr>
        <w:spacing w:after="0"/>
      </w:pPr>
    </w:p>
    <w:p w14:paraId="3A1E9024" w14:textId="77777777" w:rsidR="00383590" w:rsidRDefault="00BA6E60">
      <w:pPr>
        <w:spacing w:after="0"/>
      </w:pPr>
      <w:r>
        <w:rPr>
          <w:rFonts w:ascii="Arial" w:hAnsi="Arial"/>
          <w:b/>
        </w:rPr>
        <w:t xml:space="preserve">Participant#10:  </w:t>
      </w:r>
      <w:r>
        <w:rPr>
          <w:rFonts w:ascii="Arial" w:hAnsi="Arial"/>
          <w:color w:val="5D7284"/>
        </w:rPr>
        <w:t>09:47</w:t>
      </w:r>
    </w:p>
    <w:p w14:paraId="418C93A3" w14:textId="77777777" w:rsidR="00383590" w:rsidRDefault="00BA6E60">
      <w:pPr>
        <w:spacing w:after="0"/>
      </w:pPr>
      <w:r>
        <w:rPr>
          <w:rFonts w:ascii="Arial" w:hAnsi="Arial"/>
        </w:rPr>
        <w:t>No, they'll stay the same temperature because they're not merging with each other.</w:t>
      </w:r>
    </w:p>
    <w:p w14:paraId="4908B6E5" w14:textId="77777777" w:rsidR="00383590" w:rsidRDefault="00383590">
      <w:pPr>
        <w:spacing w:after="0"/>
      </w:pPr>
    </w:p>
    <w:p w14:paraId="6E5D517F" w14:textId="77777777" w:rsidR="00383590" w:rsidRDefault="00BA6E60">
      <w:pPr>
        <w:spacing w:after="0"/>
      </w:pPr>
      <w:r>
        <w:rPr>
          <w:rFonts w:ascii="Arial" w:hAnsi="Arial"/>
          <w:b/>
        </w:rPr>
        <w:t xml:space="preserve">Interviewer P:  </w:t>
      </w:r>
      <w:r>
        <w:rPr>
          <w:rFonts w:ascii="Arial" w:hAnsi="Arial"/>
          <w:color w:val="5D7284"/>
        </w:rPr>
        <w:t>09:53</w:t>
      </w:r>
    </w:p>
    <w:p w14:paraId="0D0C5AF8" w14:textId="2E6EEA14" w:rsidR="00383590" w:rsidRDefault="38A86E25">
      <w:pPr>
        <w:spacing w:after="0"/>
      </w:pPr>
      <w:r w:rsidRPr="74A61BE5">
        <w:rPr>
          <w:rFonts w:ascii="Arial" w:hAnsi="Arial"/>
        </w:rPr>
        <w:t>So,</w:t>
      </w:r>
      <w:r w:rsidR="00BA6E60" w:rsidRPr="74A61BE5">
        <w:rPr>
          <w:rFonts w:ascii="Arial" w:hAnsi="Arial"/>
        </w:rPr>
        <w:t xml:space="preserve"> the blue Jell-O will stay at about 40 and the red Jell-O would stay at about 70 and they would stay like that forever.</w:t>
      </w:r>
    </w:p>
    <w:p w14:paraId="2E0A89E0" w14:textId="77777777" w:rsidR="00383590" w:rsidRDefault="00383590">
      <w:pPr>
        <w:spacing w:after="0"/>
      </w:pPr>
    </w:p>
    <w:p w14:paraId="65582F8A" w14:textId="77777777" w:rsidR="00383590" w:rsidRDefault="00BA6E60">
      <w:pPr>
        <w:spacing w:after="0"/>
      </w:pPr>
      <w:r>
        <w:rPr>
          <w:rFonts w:ascii="Arial" w:hAnsi="Arial"/>
          <w:b/>
        </w:rPr>
        <w:t xml:space="preserve">Participant#10:  </w:t>
      </w:r>
      <w:r>
        <w:rPr>
          <w:rFonts w:ascii="Arial" w:hAnsi="Arial"/>
          <w:color w:val="5D7284"/>
        </w:rPr>
        <w:t>10:01</w:t>
      </w:r>
    </w:p>
    <w:p w14:paraId="0324A0D2" w14:textId="77777777" w:rsidR="00383590" w:rsidRDefault="00BA6E60">
      <w:pPr>
        <w:spacing w:after="0"/>
      </w:pPr>
      <w:r>
        <w:rPr>
          <w:rFonts w:ascii="Arial" w:hAnsi="Arial"/>
        </w:rPr>
        <w:t>I mean not, forever, there, eventually all cool down to one, but since it's not mixing, it's not going to be all of them actually make one temperature yeah.</w:t>
      </w:r>
    </w:p>
    <w:p w14:paraId="2F3A4A0B" w14:textId="77777777" w:rsidR="00383590" w:rsidRDefault="00383590">
      <w:pPr>
        <w:spacing w:after="0"/>
      </w:pPr>
    </w:p>
    <w:p w14:paraId="6A3752D9" w14:textId="77777777" w:rsidR="00383590" w:rsidRDefault="00BA6E60">
      <w:pPr>
        <w:spacing w:after="0"/>
      </w:pPr>
      <w:r>
        <w:rPr>
          <w:rFonts w:ascii="Arial" w:hAnsi="Arial"/>
          <w:b/>
        </w:rPr>
        <w:t xml:space="preserve">Interviewer P:  </w:t>
      </w:r>
      <w:r>
        <w:rPr>
          <w:rFonts w:ascii="Arial" w:hAnsi="Arial"/>
          <w:color w:val="5D7284"/>
        </w:rPr>
        <w:t>10:12</w:t>
      </w:r>
    </w:p>
    <w:p w14:paraId="67725148" w14:textId="61CB6F39" w:rsidR="00383590" w:rsidRDefault="3C258B52">
      <w:pPr>
        <w:spacing w:after="0"/>
      </w:pPr>
      <w:r w:rsidRPr="74A61BE5">
        <w:rPr>
          <w:rFonts w:ascii="Arial" w:hAnsi="Arial"/>
        </w:rPr>
        <w:t>So,</w:t>
      </w:r>
      <w:r w:rsidR="00BA6E60" w:rsidRPr="74A61BE5">
        <w:rPr>
          <w:rFonts w:ascii="Arial" w:hAnsi="Arial"/>
        </w:rPr>
        <w:t xml:space="preserve"> I think, tell me, I think I understand what you're saying, </w:t>
      </w:r>
      <w:r w:rsidR="6310FC7B" w:rsidRPr="74A61BE5">
        <w:rPr>
          <w:rFonts w:ascii="Arial" w:hAnsi="Arial"/>
        </w:rPr>
        <w:t>tell</w:t>
      </w:r>
      <w:r w:rsidR="00BA6E60" w:rsidRPr="74A61BE5">
        <w:rPr>
          <w:rFonts w:ascii="Arial" w:hAnsi="Arial"/>
        </w:rPr>
        <w:t xml:space="preserve"> me if it's right, that they would come to the same temperature because they're both in the same room. But they're not going to affect each other. </w:t>
      </w:r>
    </w:p>
    <w:p w14:paraId="27A51A10" w14:textId="77777777" w:rsidR="00383590" w:rsidRDefault="00383590">
      <w:pPr>
        <w:spacing w:after="0"/>
      </w:pPr>
    </w:p>
    <w:p w14:paraId="03E5A8AA" w14:textId="77777777" w:rsidR="00383590" w:rsidRDefault="00BA6E60">
      <w:pPr>
        <w:spacing w:after="0"/>
      </w:pPr>
      <w:r>
        <w:rPr>
          <w:rFonts w:ascii="Arial" w:hAnsi="Arial"/>
          <w:b/>
        </w:rPr>
        <w:t xml:space="preserve">Participant#10:  </w:t>
      </w:r>
      <w:r>
        <w:rPr>
          <w:rFonts w:ascii="Arial" w:hAnsi="Arial"/>
          <w:color w:val="5D7284"/>
        </w:rPr>
        <w:t>10:23</w:t>
      </w:r>
    </w:p>
    <w:p w14:paraId="1C8434DD" w14:textId="77777777" w:rsidR="00383590" w:rsidRDefault="00BA6E60">
      <w:pPr>
        <w:spacing w:after="0"/>
      </w:pPr>
      <w:r>
        <w:rPr>
          <w:rFonts w:ascii="Arial" w:hAnsi="Arial"/>
        </w:rPr>
        <w:t xml:space="preserve">Yeah. </w:t>
      </w:r>
    </w:p>
    <w:p w14:paraId="16ECB11E" w14:textId="77777777" w:rsidR="00383590" w:rsidRDefault="00383590">
      <w:pPr>
        <w:spacing w:after="0"/>
      </w:pPr>
    </w:p>
    <w:p w14:paraId="11539388" w14:textId="77777777" w:rsidR="00383590" w:rsidRDefault="00BA6E60">
      <w:pPr>
        <w:spacing w:after="0"/>
      </w:pPr>
      <w:r>
        <w:rPr>
          <w:rFonts w:ascii="Arial" w:hAnsi="Arial"/>
          <w:b/>
        </w:rPr>
        <w:t xml:space="preserve">Interviewer P:  </w:t>
      </w:r>
      <w:r>
        <w:rPr>
          <w:rFonts w:ascii="Arial" w:hAnsi="Arial"/>
          <w:color w:val="5D7284"/>
        </w:rPr>
        <w:t>10:26</w:t>
      </w:r>
    </w:p>
    <w:p w14:paraId="4E4F94C2" w14:textId="016C82F9" w:rsidR="00383590" w:rsidRDefault="00BA6E60">
      <w:pPr>
        <w:spacing w:after="0"/>
      </w:pPr>
      <w:r w:rsidRPr="74A61BE5">
        <w:rPr>
          <w:rFonts w:ascii="Arial" w:hAnsi="Arial"/>
        </w:rPr>
        <w:t xml:space="preserve">Okay, cool. All right. </w:t>
      </w:r>
      <w:r w:rsidR="156446D3" w:rsidRPr="74A61BE5">
        <w:rPr>
          <w:rFonts w:ascii="Arial" w:hAnsi="Arial"/>
        </w:rPr>
        <w:t>So,</w:t>
      </w:r>
      <w:r w:rsidRPr="74A61BE5">
        <w:rPr>
          <w:rFonts w:ascii="Arial" w:hAnsi="Arial"/>
        </w:rPr>
        <w:t xml:space="preserve"> I have I'm going to move this over here. And I have two beakers of water that actually are the same temperature of water. So you can feel those to see they're both just like I just got it out of the sink so if those are the same temperature water and I put them in here, do you think that they would do the same thing as that one did over there when I have the hot and the cold?</w:t>
      </w:r>
    </w:p>
    <w:p w14:paraId="5E0AB3D6" w14:textId="77777777" w:rsidR="00383590" w:rsidRDefault="00383590">
      <w:pPr>
        <w:spacing w:after="0"/>
      </w:pPr>
    </w:p>
    <w:p w14:paraId="5BA1FF05" w14:textId="77777777" w:rsidR="00383590" w:rsidRDefault="00BA6E60">
      <w:pPr>
        <w:spacing w:after="0"/>
      </w:pPr>
      <w:r>
        <w:rPr>
          <w:rFonts w:ascii="Arial" w:hAnsi="Arial"/>
          <w:b/>
        </w:rPr>
        <w:t xml:space="preserve">Participant#10:  </w:t>
      </w:r>
      <w:r>
        <w:rPr>
          <w:rFonts w:ascii="Arial" w:hAnsi="Arial"/>
          <w:color w:val="5D7284"/>
        </w:rPr>
        <w:t>11:09</w:t>
      </w:r>
    </w:p>
    <w:p w14:paraId="70C13A54" w14:textId="77777777" w:rsidR="00383590" w:rsidRDefault="00BA6E60">
      <w:pPr>
        <w:spacing w:after="0"/>
      </w:pPr>
      <w:r>
        <w:rPr>
          <w:rFonts w:ascii="Arial" w:hAnsi="Arial"/>
        </w:rPr>
        <w:t>No, I feel like since they're the same temperature, they might all just come together at the same time. Yeah.</w:t>
      </w:r>
    </w:p>
    <w:p w14:paraId="3FE7AEB6" w14:textId="77777777" w:rsidR="00383590" w:rsidRDefault="00383590">
      <w:pPr>
        <w:spacing w:after="0"/>
      </w:pPr>
    </w:p>
    <w:p w14:paraId="3626623F" w14:textId="77777777" w:rsidR="00383590" w:rsidRDefault="00BA6E60">
      <w:pPr>
        <w:spacing w:after="0"/>
      </w:pPr>
      <w:r>
        <w:rPr>
          <w:rFonts w:ascii="Arial" w:hAnsi="Arial"/>
          <w:b/>
        </w:rPr>
        <w:t xml:space="preserve">Interviewer P:  </w:t>
      </w:r>
      <w:r>
        <w:rPr>
          <w:rFonts w:ascii="Arial" w:hAnsi="Arial"/>
          <w:color w:val="5D7284"/>
        </w:rPr>
        <w:t>11:19</w:t>
      </w:r>
    </w:p>
    <w:p w14:paraId="7993D477" w14:textId="03A6D7EC" w:rsidR="00383590" w:rsidRDefault="00BA6E60">
      <w:pPr>
        <w:spacing w:after="0"/>
      </w:pPr>
      <w:r w:rsidRPr="74A61BE5">
        <w:rPr>
          <w:rFonts w:ascii="Arial" w:hAnsi="Arial"/>
        </w:rPr>
        <w:t xml:space="preserve">And then mix to be whatever color yellow and green. Okay, so the thing is that these are the same </w:t>
      </w:r>
      <w:r w:rsidR="43255D49" w:rsidRPr="74A61BE5">
        <w:rPr>
          <w:rFonts w:ascii="Arial" w:hAnsi="Arial"/>
        </w:rPr>
        <w:t>temperature,</w:t>
      </w:r>
      <w:r w:rsidRPr="74A61BE5">
        <w:rPr>
          <w:rFonts w:ascii="Arial" w:hAnsi="Arial"/>
        </w:rPr>
        <w:t xml:space="preserve"> but the water is a different a little bit different because I put salt in here. </w:t>
      </w:r>
      <w:r w:rsidR="58A7750B" w:rsidRPr="74A61BE5">
        <w:rPr>
          <w:rFonts w:ascii="Arial" w:hAnsi="Arial"/>
        </w:rPr>
        <w:t>So,</w:t>
      </w:r>
      <w:r w:rsidRPr="74A61BE5">
        <w:rPr>
          <w:rFonts w:ascii="Arial" w:hAnsi="Arial"/>
        </w:rPr>
        <w:t xml:space="preserve"> this is </w:t>
      </w:r>
      <w:r w:rsidR="45108932" w:rsidRPr="74A61BE5">
        <w:rPr>
          <w:rFonts w:ascii="Arial" w:hAnsi="Arial"/>
        </w:rPr>
        <w:t>freshwater,</w:t>
      </w:r>
      <w:r w:rsidRPr="74A61BE5">
        <w:rPr>
          <w:rFonts w:ascii="Arial" w:hAnsi="Arial"/>
        </w:rPr>
        <w:t xml:space="preserve"> and this is saltwater. </w:t>
      </w:r>
      <w:r w:rsidR="78D0C44B" w:rsidRPr="74A61BE5">
        <w:rPr>
          <w:rFonts w:ascii="Arial" w:hAnsi="Arial"/>
        </w:rPr>
        <w:t>So,</w:t>
      </w:r>
      <w:r w:rsidRPr="74A61BE5">
        <w:rPr>
          <w:rFonts w:ascii="Arial" w:hAnsi="Arial"/>
        </w:rPr>
        <w:t xml:space="preserve"> they're the same temperature now but they are different in that </w:t>
      </w:r>
      <w:r w:rsidRPr="74A61BE5">
        <w:rPr>
          <w:rFonts w:ascii="Arial" w:hAnsi="Arial"/>
        </w:rPr>
        <w:lastRenderedPageBreak/>
        <w:t xml:space="preserve">one's salty and one's fresh. </w:t>
      </w:r>
      <w:r w:rsidR="11FB4692" w:rsidRPr="74A61BE5">
        <w:rPr>
          <w:rFonts w:ascii="Arial" w:hAnsi="Arial"/>
        </w:rPr>
        <w:t>So,</w:t>
      </w:r>
      <w:r w:rsidRPr="74A61BE5">
        <w:rPr>
          <w:rFonts w:ascii="Arial" w:hAnsi="Arial"/>
        </w:rPr>
        <w:t xml:space="preserve"> I'm going to ask you if you would do the same thing that you did with this one and make a prediction of how you think it will look a minute after I moved that dividing wall if they're the same temp but they're salty and freshwater now. So green is salty and yellow is fresh. Okay so tell me about that sketch.</w:t>
      </w:r>
    </w:p>
    <w:p w14:paraId="374AC14F" w14:textId="77777777" w:rsidR="00383590" w:rsidRDefault="00383590">
      <w:pPr>
        <w:spacing w:after="0"/>
      </w:pPr>
    </w:p>
    <w:p w14:paraId="49E6B2B7" w14:textId="77777777" w:rsidR="00383590" w:rsidRDefault="00BA6E60">
      <w:pPr>
        <w:spacing w:after="0"/>
      </w:pPr>
      <w:r>
        <w:rPr>
          <w:rFonts w:ascii="Arial" w:hAnsi="Arial"/>
          <w:b/>
        </w:rPr>
        <w:t xml:space="preserve">Participant#10:  </w:t>
      </w:r>
      <w:r>
        <w:rPr>
          <w:rFonts w:ascii="Arial" w:hAnsi="Arial"/>
          <w:color w:val="5D7284"/>
        </w:rPr>
        <w:t>13:26</w:t>
      </w:r>
    </w:p>
    <w:p w14:paraId="3262E71B" w14:textId="77777777" w:rsidR="00383590" w:rsidRDefault="00BA6E60">
      <w:pPr>
        <w:spacing w:after="0"/>
      </w:pPr>
      <w:r>
        <w:rPr>
          <w:rFonts w:ascii="Arial" w:hAnsi="Arial"/>
        </w:rPr>
        <w:t>I think that the salt is in there. The green is really gonna take power over the yellow but then there might be small like like how the blue where there might be a little small small aspects of the yellow popping out.</w:t>
      </w:r>
    </w:p>
    <w:p w14:paraId="1748BB5F" w14:textId="77777777" w:rsidR="00383590" w:rsidRDefault="00383590">
      <w:pPr>
        <w:spacing w:after="0"/>
      </w:pPr>
    </w:p>
    <w:p w14:paraId="5C48E6B4" w14:textId="77777777" w:rsidR="00383590" w:rsidRDefault="00BA6E60">
      <w:pPr>
        <w:spacing w:after="0"/>
      </w:pPr>
      <w:r>
        <w:rPr>
          <w:rFonts w:ascii="Arial" w:hAnsi="Arial"/>
          <w:b/>
        </w:rPr>
        <w:t xml:space="preserve">Interviewer P:  </w:t>
      </w:r>
      <w:r>
        <w:rPr>
          <w:rFonts w:ascii="Arial" w:hAnsi="Arial"/>
          <w:color w:val="5D7284"/>
        </w:rPr>
        <w:t>13:42</w:t>
      </w:r>
    </w:p>
    <w:p w14:paraId="73C77442" w14:textId="5BFDB14F" w:rsidR="00383590" w:rsidRDefault="00BA6E60">
      <w:pPr>
        <w:spacing w:after="0"/>
      </w:pPr>
      <w:r w:rsidRPr="74A61BE5">
        <w:rPr>
          <w:rFonts w:ascii="Arial" w:hAnsi="Arial"/>
        </w:rPr>
        <w:t>Okay so mostly green but little</w:t>
      </w:r>
      <w:r w:rsidR="769D0DF8" w:rsidRPr="74A61BE5">
        <w:rPr>
          <w:rFonts w:ascii="Arial" w:hAnsi="Arial"/>
        </w:rPr>
        <w:t>.</w:t>
      </w:r>
      <w:r w:rsidRPr="74A61BE5">
        <w:rPr>
          <w:rFonts w:ascii="Arial" w:hAnsi="Arial"/>
        </w:rPr>
        <w:t xml:space="preserve"> </w:t>
      </w:r>
      <w:r w:rsidR="24D31655" w:rsidRPr="74A61BE5">
        <w:rPr>
          <w:rFonts w:ascii="Arial" w:hAnsi="Arial"/>
        </w:rPr>
        <w:t>You might</w:t>
      </w:r>
      <w:r w:rsidRPr="74A61BE5">
        <w:rPr>
          <w:rFonts w:ascii="Arial" w:hAnsi="Arial"/>
        </w:rPr>
        <w:t xml:space="preserve"> still might be able to see a little bit of that. Alright. Let's do that. Let's see what happens here and I am not as good at point</w:t>
      </w:r>
      <w:r w:rsidR="045F24F2" w:rsidRPr="74A61BE5">
        <w:rPr>
          <w:rFonts w:ascii="Arial" w:hAnsi="Arial"/>
        </w:rPr>
        <w:t>.</w:t>
      </w:r>
      <w:r w:rsidRPr="74A61BE5">
        <w:rPr>
          <w:rFonts w:ascii="Arial" w:hAnsi="Arial"/>
        </w:rPr>
        <w:t xml:space="preserve"> </w:t>
      </w:r>
      <w:r w:rsidR="7BA5B5F3" w:rsidRPr="74A61BE5">
        <w:rPr>
          <w:rFonts w:ascii="Arial" w:hAnsi="Arial"/>
        </w:rPr>
        <w:t>T</w:t>
      </w:r>
      <w:r w:rsidRPr="74A61BE5">
        <w:rPr>
          <w:rFonts w:ascii="Arial" w:hAnsi="Arial"/>
        </w:rPr>
        <w:t xml:space="preserve">hese </w:t>
      </w:r>
      <w:r w:rsidR="2A8B7B89" w:rsidRPr="74A61BE5">
        <w:rPr>
          <w:rFonts w:ascii="Arial" w:hAnsi="Arial"/>
        </w:rPr>
        <w:t xml:space="preserve">beakers </w:t>
      </w:r>
      <w:r w:rsidRPr="74A61BE5">
        <w:rPr>
          <w:rFonts w:ascii="Arial" w:hAnsi="Arial"/>
        </w:rPr>
        <w:t xml:space="preserve">because they don't have a handle. Pretty good so far alright let's see what happens. Right so that's a minute. Does that </w:t>
      </w:r>
      <w:r w:rsidR="11B07728" w:rsidRPr="74A61BE5">
        <w:rPr>
          <w:rFonts w:ascii="Arial" w:hAnsi="Arial"/>
        </w:rPr>
        <w:t>surprise</w:t>
      </w:r>
      <w:r w:rsidRPr="74A61BE5">
        <w:rPr>
          <w:rFonts w:ascii="Arial" w:hAnsi="Arial"/>
        </w:rPr>
        <w:t xml:space="preserve"> you?</w:t>
      </w:r>
    </w:p>
    <w:p w14:paraId="45C40542" w14:textId="77777777" w:rsidR="00383590" w:rsidRDefault="00383590">
      <w:pPr>
        <w:spacing w:after="0"/>
      </w:pPr>
    </w:p>
    <w:p w14:paraId="0C0A836E" w14:textId="77777777" w:rsidR="00383590" w:rsidRDefault="00BA6E60">
      <w:pPr>
        <w:spacing w:after="0"/>
      </w:pPr>
      <w:r>
        <w:rPr>
          <w:rFonts w:ascii="Arial" w:hAnsi="Arial"/>
          <w:b/>
        </w:rPr>
        <w:t xml:space="preserve">Participant#10:  </w:t>
      </w:r>
      <w:r>
        <w:rPr>
          <w:rFonts w:ascii="Arial" w:hAnsi="Arial"/>
          <w:color w:val="5D7284"/>
        </w:rPr>
        <w:t>15:00</w:t>
      </w:r>
    </w:p>
    <w:p w14:paraId="0A60CD42" w14:textId="69BD5E1E" w:rsidR="00383590" w:rsidRDefault="00BA6E60">
      <w:pPr>
        <w:spacing w:after="0"/>
      </w:pPr>
      <w:r w:rsidRPr="74A61BE5">
        <w:rPr>
          <w:rFonts w:ascii="Arial" w:hAnsi="Arial"/>
        </w:rPr>
        <w:t>Yes. I thought the green would mix because of how dark the green color was, and how light the yellow was, but not that they're gonna do the exact same thing. And I thought that since since the salt was in there, it's gonna make a difference, and maybe have some type of reaction. And make the green overpower the yellow.</w:t>
      </w:r>
    </w:p>
    <w:p w14:paraId="3EAF1C97" w14:textId="77777777" w:rsidR="00383590" w:rsidRDefault="00383590">
      <w:pPr>
        <w:spacing w:after="0"/>
      </w:pPr>
    </w:p>
    <w:p w14:paraId="5EE8AEDC" w14:textId="77777777" w:rsidR="00383590" w:rsidRDefault="00BA6E60">
      <w:pPr>
        <w:spacing w:after="0"/>
      </w:pPr>
      <w:r>
        <w:rPr>
          <w:rFonts w:ascii="Arial" w:hAnsi="Arial"/>
          <w:b/>
        </w:rPr>
        <w:t xml:space="preserve">Interviewer P:  </w:t>
      </w:r>
      <w:r>
        <w:rPr>
          <w:rFonts w:ascii="Arial" w:hAnsi="Arial"/>
          <w:color w:val="5D7284"/>
        </w:rPr>
        <w:t>15:24</w:t>
      </w:r>
    </w:p>
    <w:p w14:paraId="1F891E3E" w14:textId="24ADE4E6" w:rsidR="00383590" w:rsidRDefault="17CECD82" w:rsidP="74A61BE5">
      <w:pPr>
        <w:spacing w:after="0"/>
        <w:rPr>
          <w:rFonts w:ascii="Arial" w:hAnsi="Arial"/>
        </w:rPr>
      </w:pPr>
      <w:r w:rsidRPr="74A61BE5">
        <w:rPr>
          <w:rFonts w:ascii="Arial" w:hAnsi="Arial"/>
        </w:rPr>
        <w:t>Yeah,</w:t>
      </w:r>
      <w:r w:rsidR="00BA6E60" w:rsidRPr="74A61BE5">
        <w:rPr>
          <w:rFonts w:ascii="Arial" w:hAnsi="Arial"/>
        </w:rPr>
        <w:t xml:space="preserve"> so what about these layers? Do you think that they'll remain or with time that they'll </w:t>
      </w:r>
      <w:r w:rsidR="54E82281" w:rsidRPr="74A61BE5">
        <w:rPr>
          <w:rFonts w:ascii="Arial" w:hAnsi="Arial"/>
        </w:rPr>
        <w:t>dissipate?</w:t>
      </w:r>
    </w:p>
    <w:p w14:paraId="6A59EEB6" w14:textId="77777777" w:rsidR="00383590" w:rsidRDefault="00383590">
      <w:pPr>
        <w:spacing w:after="0"/>
      </w:pPr>
    </w:p>
    <w:p w14:paraId="1727B32E" w14:textId="77777777" w:rsidR="00383590" w:rsidRDefault="00BA6E60">
      <w:pPr>
        <w:spacing w:after="0"/>
      </w:pPr>
      <w:r>
        <w:rPr>
          <w:rFonts w:ascii="Arial" w:hAnsi="Arial"/>
          <w:b/>
        </w:rPr>
        <w:t xml:space="preserve">Participant#10:  </w:t>
      </w:r>
      <w:r>
        <w:rPr>
          <w:rFonts w:ascii="Arial" w:hAnsi="Arial"/>
          <w:color w:val="5D7284"/>
        </w:rPr>
        <w:t>15:38</w:t>
      </w:r>
    </w:p>
    <w:p w14:paraId="6911B73D" w14:textId="77777777" w:rsidR="00383590" w:rsidRDefault="00BA6E60">
      <w:pPr>
        <w:spacing w:after="0"/>
      </w:pPr>
      <w:r>
        <w:rPr>
          <w:rFonts w:ascii="Arial" w:hAnsi="Arial"/>
        </w:rPr>
        <w:t>I think that with time that they'll get this from here right here it will get lighter, like a light green? Because I see like, it's like it's going ombre a little bit. It's like the yellows and a little bit of lime, and then it gets darker. I think over time, you'll get like that middle light color.</w:t>
      </w:r>
    </w:p>
    <w:p w14:paraId="67AF7C98" w14:textId="77777777" w:rsidR="00383590" w:rsidRDefault="00383590">
      <w:pPr>
        <w:spacing w:after="0"/>
      </w:pPr>
    </w:p>
    <w:p w14:paraId="524BC077" w14:textId="77777777" w:rsidR="00383590" w:rsidRDefault="00BA6E60">
      <w:pPr>
        <w:spacing w:after="0"/>
      </w:pPr>
      <w:r>
        <w:rPr>
          <w:rFonts w:ascii="Arial" w:hAnsi="Arial"/>
          <w:b/>
        </w:rPr>
        <w:t xml:space="preserve">Interviewer P:  </w:t>
      </w:r>
      <w:r>
        <w:rPr>
          <w:rFonts w:ascii="Arial" w:hAnsi="Arial"/>
          <w:color w:val="5D7284"/>
        </w:rPr>
        <w:t>15:57</w:t>
      </w:r>
    </w:p>
    <w:p w14:paraId="3F2368A0" w14:textId="67462DCF" w:rsidR="00383590" w:rsidRDefault="00BA6E60">
      <w:pPr>
        <w:spacing w:after="0"/>
      </w:pPr>
      <w:r w:rsidRPr="74A61BE5">
        <w:rPr>
          <w:rFonts w:ascii="Arial" w:hAnsi="Arial"/>
        </w:rPr>
        <w:t xml:space="preserve">Yeah. </w:t>
      </w:r>
      <w:r w:rsidR="62B2579F" w:rsidRPr="74A61BE5">
        <w:rPr>
          <w:rFonts w:ascii="Arial" w:hAnsi="Arial"/>
        </w:rPr>
        <w:t>So,</w:t>
      </w:r>
      <w:r w:rsidRPr="74A61BE5">
        <w:rPr>
          <w:rFonts w:ascii="Arial" w:hAnsi="Arial"/>
        </w:rPr>
        <w:t xml:space="preserve"> you're saying you see a little bit of a gradient there? </w:t>
      </w:r>
    </w:p>
    <w:p w14:paraId="4C71A255" w14:textId="77777777" w:rsidR="00383590" w:rsidRDefault="00383590">
      <w:pPr>
        <w:spacing w:after="0"/>
      </w:pPr>
    </w:p>
    <w:p w14:paraId="3E6D7969" w14:textId="77777777" w:rsidR="00383590" w:rsidRDefault="00BA6E60">
      <w:pPr>
        <w:spacing w:after="0"/>
      </w:pPr>
      <w:r>
        <w:rPr>
          <w:rFonts w:ascii="Arial" w:hAnsi="Arial"/>
          <w:b/>
        </w:rPr>
        <w:t xml:space="preserve">Participant#10:  </w:t>
      </w:r>
      <w:r>
        <w:rPr>
          <w:rFonts w:ascii="Arial" w:hAnsi="Arial"/>
          <w:color w:val="5D7284"/>
        </w:rPr>
        <w:t>16:00</w:t>
      </w:r>
    </w:p>
    <w:p w14:paraId="08D78584" w14:textId="77777777" w:rsidR="00383590" w:rsidRDefault="00BA6E60">
      <w:pPr>
        <w:spacing w:after="0"/>
      </w:pPr>
      <w:r>
        <w:rPr>
          <w:rFonts w:ascii="Arial" w:hAnsi="Arial"/>
        </w:rPr>
        <w:t>Yeah.</w:t>
      </w:r>
    </w:p>
    <w:p w14:paraId="4F29E0A9" w14:textId="77777777" w:rsidR="00383590" w:rsidRDefault="00383590">
      <w:pPr>
        <w:spacing w:after="0"/>
      </w:pPr>
    </w:p>
    <w:p w14:paraId="149C86B8" w14:textId="77777777" w:rsidR="00383590" w:rsidRDefault="00BA6E60">
      <w:pPr>
        <w:spacing w:after="0"/>
      </w:pPr>
      <w:r>
        <w:rPr>
          <w:rFonts w:ascii="Arial" w:hAnsi="Arial"/>
          <w:b/>
        </w:rPr>
        <w:t xml:space="preserve">Interviewer P:  </w:t>
      </w:r>
      <w:r>
        <w:rPr>
          <w:rFonts w:ascii="Arial" w:hAnsi="Arial"/>
          <w:color w:val="5D7284"/>
        </w:rPr>
        <w:t>16:00</w:t>
      </w:r>
    </w:p>
    <w:p w14:paraId="53E8F3B8" w14:textId="6F5FBD7B" w:rsidR="00383590" w:rsidRDefault="00BA6E60">
      <w:pPr>
        <w:spacing w:after="0"/>
      </w:pPr>
      <w:r w:rsidRPr="74A61BE5">
        <w:rPr>
          <w:rFonts w:ascii="Arial" w:hAnsi="Arial"/>
        </w:rPr>
        <w:t xml:space="preserve">And then. </w:t>
      </w:r>
      <w:r w:rsidR="26F8F351" w:rsidRPr="74A61BE5">
        <w:rPr>
          <w:rFonts w:ascii="Arial" w:hAnsi="Arial"/>
        </w:rPr>
        <w:t>So,</w:t>
      </w:r>
      <w:r w:rsidRPr="74A61BE5">
        <w:rPr>
          <w:rFonts w:ascii="Arial" w:hAnsi="Arial"/>
        </w:rPr>
        <w:t xml:space="preserve"> with time that they will kind of combine. How long do you think that'll take?</w:t>
      </w:r>
    </w:p>
    <w:p w14:paraId="2ADAC07F" w14:textId="77777777" w:rsidR="00383590" w:rsidRDefault="00383590">
      <w:pPr>
        <w:spacing w:after="0"/>
      </w:pPr>
    </w:p>
    <w:p w14:paraId="25179C22" w14:textId="77777777" w:rsidR="00383590" w:rsidRDefault="00BA6E60">
      <w:pPr>
        <w:spacing w:after="0"/>
      </w:pPr>
      <w:r>
        <w:rPr>
          <w:rFonts w:ascii="Arial" w:hAnsi="Arial"/>
          <w:b/>
        </w:rPr>
        <w:t xml:space="preserve">Participant#10:  </w:t>
      </w:r>
      <w:r>
        <w:rPr>
          <w:rFonts w:ascii="Arial" w:hAnsi="Arial"/>
          <w:color w:val="5D7284"/>
        </w:rPr>
        <w:t>16:09</w:t>
      </w:r>
    </w:p>
    <w:p w14:paraId="15CD8F95" w14:textId="6917D096" w:rsidR="00383590" w:rsidRDefault="00BA6E60">
      <w:pPr>
        <w:spacing w:after="0"/>
      </w:pPr>
      <w:r w:rsidRPr="74A61BE5">
        <w:rPr>
          <w:rFonts w:ascii="Arial" w:hAnsi="Arial"/>
        </w:rPr>
        <w:t xml:space="preserve">Um judging by the other one it'll take about an hour or so. </w:t>
      </w:r>
      <w:r w:rsidR="79DA9945" w:rsidRPr="74A61BE5">
        <w:rPr>
          <w:rFonts w:ascii="Arial" w:hAnsi="Arial"/>
        </w:rPr>
        <w:t>Yeah,</w:t>
      </w:r>
      <w:r w:rsidRPr="74A61BE5">
        <w:rPr>
          <w:rFonts w:ascii="Arial" w:hAnsi="Arial"/>
        </w:rPr>
        <w:t xml:space="preserve"> an hour.</w:t>
      </w:r>
    </w:p>
    <w:p w14:paraId="0A0A08B2" w14:textId="77777777" w:rsidR="00383590" w:rsidRDefault="00383590">
      <w:pPr>
        <w:spacing w:after="0"/>
      </w:pPr>
    </w:p>
    <w:p w14:paraId="3DFC45AB" w14:textId="77777777" w:rsidR="00383590" w:rsidRDefault="00BA6E60">
      <w:pPr>
        <w:spacing w:after="0"/>
      </w:pPr>
      <w:r>
        <w:rPr>
          <w:rFonts w:ascii="Arial" w:hAnsi="Arial"/>
          <w:b/>
        </w:rPr>
        <w:t xml:space="preserve">Interviewer P:  </w:t>
      </w:r>
      <w:r>
        <w:rPr>
          <w:rFonts w:ascii="Arial" w:hAnsi="Arial"/>
          <w:color w:val="5D7284"/>
        </w:rPr>
        <w:t>16:14</w:t>
      </w:r>
    </w:p>
    <w:p w14:paraId="12098305" w14:textId="2171F6DA" w:rsidR="00383590" w:rsidRDefault="183401FF">
      <w:pPr>
        <w:spacing w:after="0"/>
      </w:pPr>
      <w:r w:rsidRPr="74A61BE5">
        <w:rPr>
          <w:rFonts w:ascii="Arial" w:hAnsi="Arial"/>
        </w:rPr>
        <w:t>So,</w:t>
      </w:r>
      <w:r w:rsidR="00BA6E60" w:rsidRPr="74A61BE5">
        <w:rPr>
          <w:rFonts w:ascii="Arial" w:hAnsi="Arial"/>
        </w:rPr>
        <w:t xml:space="preserve"> in an hour, it'll look maybe more like that.</w:t>
      </w:r>
    </w:p>
    <w:p w14:paraId="11F41EC0" w14:textId="77777777" w:rsidR="00383590" w:rsidRDefault="00383590">
      <w:pPr>
        <w:spacing w:after="0"/>
      </w:pPr>
    </w:p>
    <w:p w14:paraId="5D4C6D9C" w14:textId="77777777" w:rsidR="00383590" w:rsidRDefault="00BA6E60">
      <w:pPr>
        <w:spacing w:after="0"/>
      </w:pPr>
      <w:r>
        <w:rPr>
          <w:rFonts w:ascii="Arial" w:hAnsi="Arial"/>
          <w:b/>
        </w:rPr>
        <w:t xml:space="preserve">Participant#10:  </w:t>
      </w:r>
      <w:r>
        <w:rPr>
          <w:rFonts w:ascii="Arial" w:hAnsi="Arial"/>
          <w:color w:val="5D7284"/>
        </w:rPr>
        <w:t>16:17</w:t>
      </w:r>
    </w:p>
    <w:p w14:paraId="5815ECE9" w14:textId="77777777" w:rsidR="00383590" w:rsidRDefault="00BA6E60">
      <w:pPr>
        <w:spacing w:after="0"/>
      </w:pPr>
      <w:r>
        <w:rPr>
          <w:rFonts w:ascii="Arial" w:hAnsi="Arial"/>
        </w:rPr>
        <w:t>I mean, not like mine. But a little bit more.</w:t>
      </w:r>
    </w:p>
    <w:p w14:paraId="5C2E8E6B" w14:textId="77777777" w:rsidR="00383590" w:rsidRDefault="00383590">
      <w:pPr>
        <w:spacing w:after="0"/>
      </w:pPr>
    </w:p>
    <w:p w14:paraId="011A8EAB" w14:textId="77777777" w:rsidR="00383590" w:rsidRDefault="00BA6E60">
      <w:pPr>
        <w:spacing w:after="0"/>
      </w:pPr>
      <w:r>
        <w:rPr>
          <w:rFonts w:ascii="Arial" w:hAnsi="Arial"/>
          <w:b/>
        </w:rPr>
        <w:t xml:space="preserve">Interviewer P:  </w:t>
      </w:r>
      <w:r>
        <w:rPr>
          <w:rFonts w:ascii="Arial" w:hAnsi="Arial"/>
          <w:color w:val="5D7284"/>
        </w:rPr>
        <w:t>16:20</w:t>
      </w:r>
    </w:p>
    <w:p w14:paraId="72DFE9E5" w14:textId="77777777" w:rsidR="00383590" w:rsidRDefault="00BA6E60">
      <w:pPr>
        <w:spacing w:after="0"/>
      </w:pPr>
      <w:r>
        <w:rPr>
          <w:rFonts w:ascii="Arial" w:hAnsi="Arial"/>
        </w:rPr>
        <w:t>Towards that?</w:t>
      </w:r>
    </w:p>
    <w:p w14:paraId="131CE3BE" w14:textId="77777777" w:rsidR="00383590" w:rsidRDefault="00383590">
      <w:pPr>
        <w:spacing w:after="0"/>
      </w:pPr>
    </w:p>
    <w:p w14:paraId="56599E1A" w14:textId="77777777" w:rsidR="00383590" w:rsidRDefault="00BA6E60">
      <w:pPr>
        <w:spacing w:after="0"/>
      </w:pPr>
      <w:r>
        <w:rPr>
          <w:rFonts w:ascii="Arial" w:hAnsi="Arial"/>
          <w:b/>
        </w:rPr>
        <w:t xml:space="preserve">Participant#10:  </w:t>
      </w:r>
      <w:r>
        <w:rPr>
          <w:rFonts w:ascii="Arial" w:hAnsi="Arial"/>
          <w:color w:val="5D7284"/>
        </w:rPr>
        <w:t>16:22</w:t>
      </w:r>
    </w:p>
    <w:p w14:paraId="4713407C" w14:textId="77777777" w:rsidR="00383590" w:rsidRDefault="00BA6E60">
      <w:pPr>
        <w:spacing w:after="0"/>
      </w:pPr>
      <w:r>
        <w:rPr>
          <w:rFonts w:ascii="Arial" w:hAnsi="Arial"/>
        </w:rPr>
        <w:t>Lighter, I can't find the lighter. Maybe. Lighter.</w:t>
      </w:r>
    </w:p>
    <w:p w14:paraId="489DA43F" w14:textId="77777777" w:rsidR="00383590" w:rsidRDefault="00383590">
      <w:pPr>
        <w:spacing w:after="0"/>
      </w:pPr>
    </w:p>
    <w:p w14:paraId="62B2DE80" w14:textId="77777777" w:rsidR="00383590" w:rsidRDefault="00BA6E60">
      <w:pPr>
        <w:spacing w:after="0"/>
      </w:pPr>
      <w:r>
        <w:rPr>
          <w:rFonts w:ascii="Arial" w:hAnsi="Arial"/>
          <w:b/>
        </w:rPr>
        <w:t xml:space="preserve">Interviewer P:  </w:t>
      </w:r>
      <w:r>
        <w:rPr>
          <w:rFonts w:ascii="Arial" w:hAnsi="Arial"/>
          <w:color w:val="5D7284"/>
        </w:rPr>
        <w:t>16:27</w:t>
      </w:r>
    </w:p>
    <w:p w14:paraId="030EB7A2" w14:textId="687E5A04" w:rsidR="00383590" w:rsidRDefault="00BA6E60">
      <w:pPr>
        <w:spacing w:after="0"/>
      </w:pPr>
      <w:r w:rsidRPr="74A61BE5">
        <w:rPr>
          <w:rFonts w:ascii="Arial" w:hAnsi="Arial"/>
        </w:rPr>
        <w:t xml:space="preserve">Got it? Yeah. </w:t>
      </w:r>
      <w:r w:rsidR="59CE1FA8" w:rsidRPr="74A61BE5">
        <w:rPr>
          <w:rFonts w:ascii="Arial" w:hAnsi="Arial"/>
        </w:rPr>
        <w:t>Yeah,</w:t>
      </w:r>
      <w:r w:rsidRPr="74A61BE5">
        <w:rPr>
          <w:rFonts w:ascii="Arial" w:hAnsi="Arial"/>
        </w:rPr>
        <w:t xml:space="preserve"> I like that. Any ideas why it made those layers?</w:t>
      </w:r>
    </w:p>
    <w:p w14:paraId="66A7813D" w14:textId="77777777" w:rsidR="00383590" w:rsidRDefault="00383590">
      <w:pPr>
        <w:spacing w:after="0"/>
      </w:pPr>
    </w:p>
    <w:p w14:paraId="4315F4A1" w14:textId="77777777" w:rsidR="00383590" w:rsidRDefault="00BA6E60">
      <w:pPr>
        <w:spacing w:after="0"/>
      </w:pPr>
      <w:r>
        <w:rPr>
          <w:rFonts w:ascii="Arial" w:hAnsi="Arial"/>
          <w:b/>
        </w:rPr>
        <w:t xml:space="preserve">Participant#10:  </w:t>
      </w:r>
      <w:r>
        <w:rPr>
          <w:rFonts w:ascii="Arial" w:hAnsi="Arial"/>
          <w:color w:val="5D7284"/>
        </w:rPr>
        <w:t>16:36</w:t>
      </w:r>
    </w:p>
    <w:p w14:paraId="3C568B72" w14:textId="77777777" w:rsidR="00383590" w:rsidRDefault="00BA6E60">
      <w:pPr>
        <w:spacing w:after="0"/>
      </w:pPr>
      <w:r>
        <w:rPr>
          <w:rFonts w:ascii="Arial" w:hAnsi="Arial"/>
        </w:rPr>
        <w:t>Because of the salt.</w:t>
      </w:r>
    </w:p>
    <w:p w14:paraId="5F306EC7" w14:textId="77777777" w:rsidR="00383590" w:rsidRDefault="00383590">
      <w:pPr>
        <w:spacing w:after="0"/>
      </w:pPr>
    </w:p>
    <w:p w14:paraId="6016A461" w14:textId="77777777" w:rsidR="00383590" w:rsidRDefault="00BA6E60">
      <w:pPr>
        <w:spacing w:after="0"/>
      </w:pPr>
      <w:r>
        <w:rPr>
          <w:rFonts w:ascii="Arial" w:hAnsi="Arial"/>
          <w:b/>
        </w:rPr>
        <w:t xml:space="preserve">Interviewer P:  </w:t>
      </w:r>
      <w:r>
        <w:rPr>
          <w:rFonts w:ascii="Arial" w:hAnsi="Arial"/>
          <w:color w:val="5D7284"/>
        </w:rPr>
        <w:t>16:38</w:t>
      </w:r>
    </w:p>
    <w:p w14:paraId="5FAD0024" w14:textId="77777777" w:rsidR="00383590" w:rsidRDefault="00BA6E60">
      <w:pPr>
        <w:spacing w:after="0"/>
      </w:pPr>
      <w:r>
        <w:rPr>
          <w:rFonts w:ascii="Arial" w:hAnsi="Arial"/>
        </w:rPr>
        <w:t xml:space="preserve"> What do you what do you think that salt is doing?</w:t>
      </w:r>
    </w:p>
    <w:p w14:paraId="0AEB5C4B" w14:textId="77777777" w:rsidR="00383590" w:rsidRDefault="00383590">
      <w:pPr>
        <w:spacing w:after="0"/>
      </w:pPr>
    </w:p>
    <w:p w14:paraId="02405C5A" w14:textId="77777777" w:rsidR="00383590" w:rsidRDefault="00BA6E60">
      <w:pPr>
        <w:spacing w:after="0"/>
      </w:pPr>
      <w:r>
        <w:rPr>
          <w:rFonts w:ascii="Arial" w:hAnsi="Arial"/>
          <w:b/>
        </w:rPr>
        <w:t xml:space="preserve">Participant#10:  </w:t>
      </w:r>
      <w:r>
        <w:rPr>
          <w:rFonts w:ascii="Arial" w:hAnsi="Arial"/>
          <w:color w:val="5D7284"/>
        </w:rPr>
        <w:t>16:43</w:t>
      </w:r>
    </w:p>
    <w:p w14:paraId="7A239786" w14:textId="194FEC5D" w:rsidR="00383590" w:rsidRDefault="00BA6E60">
      <w:pPr>
        <w:spacing w:after="0"/>
      </w:pPr>
      <w:r w:rsidRPr="74A61BE5">
        <w:rPr>
          <w:rFonts w:ascii="Arial" w:hAnsi="Arial"/>
        </w:rPr>
        <w:t xml:space="preserve">Honestly, I </w:t>
      </w:r>
      <w:r w:rsidR="16DA0D0D" w:rsidRPr="74A61BE5">
        <w:rPr>
          <w:rFonts w:ascii="Arial" w:hAnsi="Arial"/>
        </w:rPr>
        <w:t>don't</w:t>
      </w:r>
      <w:r w:rsidRPr="74A61BE5">
        <w:rPr>
          <w:rFonts w:ascii="Arial" w:hAnsi="Arial"/>
        </w:rPr>
        <w:t xml:space="preserve"> know, I think the salt is probably trying to like power over it and take control.</w:t>
      </w:r>
    </w:p>
    <w:p w14:paraId="4278DDAD" w14:textId="77777777" w:rsidR="00383590" w:rsidRDefault="00383590">
      <w:pPr>
        <w:spacing w:after="0"/>
      </w:pPr>
    </w:p>
    <w:p w14:paraId="31DD1921" w14:textId="77777777" w:rsidR="00383590" w:rsidRDefault="00BA6E60">
      <w:pPr>
        <w:spacing w:after="0"/>
      </w:pPr>
      <w:r>
        <w:rPr>
          <w:rFonts w:ascii="Arial" w:hAnsi="Arial"/>
          <w:b/>
        </w:rPr>
        <w:t xml:space="preserve">Interviewer P:  </w:t>
      </w:r>
      <w:r>
        <w:rPr>
          <w:rFonts w:ascii="Arial" w:hAnsi="Arial"/>
          <w:color w:val="5D7284"/>
        </w:rPr>
        <w:t>16:51</w:t>
      </w:r>
    </w:p>
    <w:p w14:paraId="0A19D451" w14:textId="77777777" w:rsidR="00383590" w:rsidRDefault="00BA6E60">
      <w:pPr>
        <w:spacing w:after="0"/>
      </w:pPr>
      <w:r>
        <w:rPr>
          <w:rFonts w:ascii="Arial" w:hAnsi="Arial"/>
        </w:rPr>
        <w:t>Can you see the salt?</w:t>
      </w:r>
    </w:p>
    <w:p w14:paraId="1BF2EC4A" w14:textId="77777777" w:rsidR="00383590" w:rsidRDefault="00383590">
      <w:pPr>
        <w:spacing w:after="0"/>
      </w:pPr>
    </w:p>
    <w:p w14:paraId="515F8396" w14:textId="77777777" w:rsidR="00383590" w:rsidRDefault="00BA6E60">
      <w:pPr>
        <w:spacing w:after="0"/>
      </w:pPr>
      <w:r>
        <w:rPr>
          <w:rFonts w:ascii="Arial" w:hAnsi="Arial"/>
          <w:b/>
        </w:rPr>
        <w:t xml:space="preserve">Participant#10:  </w:t>
      </w:r>
      <w:r>
        <w:rPr>
          <w:rFonts w:ascii="Arial" w:hAnsi="Arial"/>
          <w:color w:val="5D7284"/>
        </w:rPr>
        <w:t>16:51</w:t>
      </w:r>
    </w:p>
    <w:p w14:paraId="5847EDE1" w14:textId="77777777" w:rsidR="00383590" w:rsidRDefault="00BA6E60">
      <w:pPr>
        <w:spacing w:after="0"/>
      </w:pPr>
      <w:r>
        <w:rPr>
          <w:rFonts w:ascii="Arial" w:hAnsi="Arial"/>
        </w:rPr>
        <w:t>Uh, no, it looks it dissolved in there.</w:t>
      </w:r>
    </w:p>
    <w:p w14:paraId="5A7DA927" w14:textId="77777777" w:rsidR="00383590" w:rsidRDefault="00383590">
      <w:pPr>
        <w:spacing w:after="0"/>
      </w:pPr>
    </w:p>
    <w:p w14:paraId="21CF23E6" w14:textId="77777777" w:rsidR="00383590" w:rsidRDefault="00BA6E60">
      <w:pPr>
        <w:spacing w:after="0"/>
      </w:pPr>
      <w:r>
        <w:rPr>
          <w:rFonts w:ascii="Arial" w:hAnsi="Arial"/>
          <w:b/>
        </w:rPr>
        <w:t xml:space="preserve">Interviewer P:  </w:t>
      </w:r>
      <w:r>
        <w:rPr>
          <w:rFonts w:ascii="Arial" w:hAnsi="Arial"/>
          <w:color w:val="5D7284"/>
        </w:rPr>
        <w:t>16:56</w:t>
      </w:r>
    </w:p>
    <w:p w14:paraId="22A0E328" w14:textId="77777777" w:rsidR="00383590" w:rsidRDefault="00BA6E60">
      <w:pPr>
        <w:spacing w:after="0"/>
      </w:pPr>
      <w:r>
        <w:rPr>
          <w:rFonts w:ascii="Arial" w:hAnsi="Arial"/>
        </w:rPr>
        <w:t>I do not have a time lapse video of this one. But I do have a picture that I took after I let this sit for an hour. So that surprises you. Yeah.</w:t>
      </w:r>
    </w:p>
    <w:p w14:paraId="11373CA4" w14:textId="77777777" w:rsidR="00383590" w:rsidRDefault="00383590">
      <w:pPr>
        <w:spacing w:after="0"/>
      </w:pPr>
    </w:p>
    <w:p w14:paraId="0F1E2185" w14:textId="77777777" w:rsidR="00383590" w:rsidRDefault="00BA6E60">
      <w:pPr>
        <w:spacing w:after="0"/>
      </w:pPr>
      <w:r>
        <w:rPr>
          <w:rFonts w:ascii="Arial" w:hAnsi="Arial"/>
          <w:b/>
        </w:rPr>
        <w:t xml:space="preserve">Participant#10:  </w:t>
      </w:r>
      <w:r>
        <w:rPr>
          <w:rFonts w:ascii="Arial" w:hAnsi="Arial"/>
          <w:color w:val="5D7284"/>
        </w:rPr>
        <w:t>17:16</w:t>
      </w:r>
    </w:p>
    <w:p w14:paraId="11F898CD" w14:textId="77777777" w:rsidR="00383590" w:rsidRDefault="00BA6E60">
      <w:pPr>
        <w:spacing w:after="0"/>
      </w:pPr>
      <w:r>
        <w:rPr>
          <w:rFonts w:ascii="Arial" w:hAnsi="Arial"/>
        </w:rPr>
        <w:t>Yeah, it looks exactly the same.</w:t>
      </w:r>
    </w:p>
    <w:p w14:paraId="090AADC5" w14:textId="77777777" w:rsidR="00383590" w:rsidRDefault="00383590">
      <w:pPr>
        <w:spacing w:after="0"/>
      </w:pPr>
    </w:p>
    <w:p w14:paraId="79B90201" w14:textId="77777777" w:rsidR="00383590" w:rsidRDefault="00BA6E60">
      <w:pPr>
        <w:spacing w:after="0"/>
      </w:pPr>
      <w:r>
        <w:rPr>
          <w:rFonts w:ascii="Arial" w:hAnsi="Arial"/>
          <w:b/>
        </w:rPr>
        <w:t xml:space="preserve">Interviewer P:  </w:t>
      </w:r>
      <w:r>
        <w:rPr>
          <w:rFonts w:ascii="Arial" w:hAnsi="Arial"/>
          <w:color w:val="5D7284"/>
        </w:rPr>
        <w:t>17:18</w:t>
      </w:r>
    </w:p>
    <w:p w14:paraId="498EDD58" w14:textId="7DA7E9A1" w:rsidR="00383590" w:rsidRDefault="00BA6E60">
      <w:pPr>
        <w:spacing w:after="0"/>
      </w:pPr>
      <w:r w:rsidRPr="74A61BE5">
        <w:rPr>
          <w:rFonts w:ascii="Arial" w:hAnsi="Arial"/>
        </w:rPr>
        <w:t xml:space="preserve">Yeah, it does. It's pretty remarkable. It's very persistent. All right, so we're going to switch up from rectangular tanks and move to circular tanks. And we're going to use clear water and a different kind of dye. </w:t>
      </w:r>
      <w:r w:rsidR="37775690" w:rsidRPr="74A61BE5">
        <w:rPr>
          <w:rFonts w:ascii="Arial" w:hAnsi="Arial"/>
        </w:rPr>
        <w:t>So,</w:t>
      </w:r>
      <w:r w:rsidRPr="74A61BE5">
        <w:rPr>
          <w:rFonts w:ascii="Arial" w:hAnsi="Arial"/>
        </w:rPr>
        <w:t xml:space="preserve"> I have that circular tank there. Because I wanted it to be really still and when I put it on the table, we bump it and it gets jiggly. </w:t>
      </w:r>
      <w:r w:rsidR="169E63E4" w:rsidRPr="74A61BE5">
        <w:rPr>
          <w:rFonts w:ascii="Arial" w:hAnsi="Arial"/>
        </w:rPr>
        <w:t>So,</w:t>
      </w:r>
      <w:r w:rsidRPr="74A61BE5">
        <w:rPr>
          <w:rFonts w:ascii="Arial" w:hAnsi="Arial"/>
        </w:rPr>
        <w:t xml:space="preserve"> it just has clear water in it. It's just plain water out of the tap doesn't have any salt. And it isn't particularly warm or cold. But I have this potassium for manganese. </w:t>
      </w:r>
      <w:r w:rsidR="4DFA7258" w:rsidRPr="74A61BE5">
        <w:rPr>
          <w:rFonts w:ascii="Arial" w:hAnsi="Arial"/>
        </w:rPr>
        <w:t>So,</w:t>
      </w:r>
      <w:r w:rsidRPr="74A61BE5">
        <w:rPr>
          <w:rFonts w:ascii="Arial" w:hAnsi="Arial"/>
        </w:rPr>
        <w:t xml:space="preserve"> this is a crystal dye. </w:t>
      </w:r>
      <w:r w:rsidR="6D39B3C9" w:rsidRPr="74A61BE5">
        <w:rPr>
          <w:rFonts w:ascii="Arial" w:hAnsi="Arial"/>
        </w:rPr>
        <w:t>So,</w:t>
      </w:r>
      <w:r w:rsidRPr="74A61BE5">
        <w:rPr>
          <w:rFonts w:ascii="Arial" w:hAnsi="Arial"/>
        </w:rPr>
        <w:t xml:space="preserve"> like I used food color with this like you use for dying eggs. And this unlike food color isn't a liquid, it's a solid. And </w:t>
      </w:r>
      <w:r w:rsidR="689F119B" w:rsidRPr="74A61BE5">
        <w:rPr>
          <w:rFonts w:ascii="Arial" w:hAnsi="Arial"/>
        </w:rPr>
        <w:t>so,</w:t>
      </w:r>
      <w:r w:rsidRPr="74A61BE5">
        <w:rPr>
          <w:rFonts w:ascii="Arial" w:hAnsi="Arial"/>
        </w:rPr>
        <w:t xml:space="preserve"> since it's a solid and it's a crystal when I put it in water, it sinks to the bottom. it'll sink to the bottom of that, but what it does is it digests the water on the way </w:t>
      </w:r>
      <w:r w:rsidRPr="74A61BE5">
        <w:rPr>
          <w:rFonts w:ascii="Arial" w:hAnsi="Arial"/>
        </w:rPr>
        <w:lastRenderedPageBreak/>
        <w:t xml:space="preserve">down as it </w:t>
      </w:r>
      <w:r w:rsidR="67E76BF9" w:rsidRPr="74A61BE5">
        <w:rPr>
          <w:rFonts w:ascii="Arial" w:hAnsi="Arial"/>
        </w:rPr>
        <w:t>is seeping</w:t>
      </w:r>
      <w:r w:rsidRPr="74A61BE5">
        <w:rPr>
          <w:rFonts w:ascii="Arial" w:hAnsi="Arial"/>
        </w:rPr>
        <w:t xml:space="preserve"> down. </w:t>
      </w:r>
      <w:r w:rsidR="7D505718" w:rsidRPr="74A61BE5">
        <w:rPr>
          <w:rFonts w:ascii="Arial" w:hAnsi="Arial"/>
        </w:rPr>
        <w:t>So,</w:t>
      </w:r>
      <w:r w:rsidRPr="74A61BE5">
        <w:rPr>
          <w:rFonts w:ascii="Arial" w:hAnsi="Arial"/>
        </w:rPr>
        <w:t xml:space="preserve"> I just want to show you what that looks like in a steel tank of water so that you can see how this dyes the water, so that's that. Anything surprising or interesting there? Is that what you expected? </w:t>
      </w:r>
    </w:p>
    <w:p w14:paraId="08CE51EA" w14:textId="77777777" w:rsidR="00383590" w:rsidRDefault="00383590">
      <w:pPr>
        <w:spacing w:after="0"/>
      </w:pPr>
    </w:p>
    <w:p w14:paraId="6E29226C" w14:textId="77777777" w:rsidR="00383590" w:rsidRDefault="00BA6E60">
      <w:pPr>
        <w:spacing w:after="0"/>
      </w:pPr>
      <w:r>
        <w:rPr>
          <w:rFonts w:ascii="Arial" w:hAnsi="Arial"/>
          <w:b/>
        </w:rPr>
        <w:t xml:space="preserve">Participant#10:  </w:t>
      </w:r>
      <w:r>
        <w:rPr>
          <w:rFonts w:ascii="Arial" w:hAnsi="Arial"/>
          <w:color w:val="5D7284"/>
        </w:rPr>
        <w:t>17:46</w:t>
      </w:r>
    </w:p>
    <w:p w14:paraId="3B1A6DB7" w14:textId="77777777" w:rsidR="00383590" w:rsidRDefault="00BA6E60">
      <w:pPr>
        <w:spacing w:after="0"/>
      </w:pPr>
      <w:r>
        <w:rPr>
          <w:rFonts w:ascii="Arial" w:hAnsi="Arial"/>
        </w:rPr>
        <w:t xml:space="preserve">Not the color. </w:t>
      </w:r>
    </w:p>
    <w:p w14:paraId="7FEFCF48" w14:textId="77777777" w:rsidR="00383590" w:rsidRDefault="00383590">
      <w:pPr>
        <w:spacing w:after="0"/>
      </w:pPr>
    </w:p>
    <w:p w14:paraId="2DEFFA23" w14:textId="77777777" w:rsidR="00383590" w:rsidRDefault="00BA6E60">
      <w:pPr>
        <w:spacing w:after="0"/>
      </w:pPr>
      <w:r>
        <w:rPr>
          <w:rFonts w:ascii="Arial" w:hAnsi="Arial"/>
          <w:b/>
        </w:rPr>
        <w:t xml:space="preserve">Interviewer P:  </w:t>
      </w:r>
      <w:r>
        <w:rPr>
          <w:rFonts w:ascii="Arial" w:hAnsi="Arial"/>
          <w:color w:val="5D7284"/>
        </w:rPr>
        <w:t>19:16</w:t>
      </w:r>
    </w:p>
    <w:p w14:paraId="6A5BE9A7" w14:textId="77777777" w:rsidR="00383590" w:rsidRDefault="00BA6E60">
      <w:pPr>
        <w:spacing w:after="0"/>
      </w:pPr>
      <w:r>
        <w:rPr>
          <w:rFonts w:ascii="Arial" w:hAnsi="Arial"/>
        </w:rPr>
        <w:t>Yeah, it goes from black to purple. Yeah. Anything else?</w:t>
      </w:r>
    </w:p>
    <w:p w14:paraId="631F9CCF" w14:textId="77777777" w:rsidR="00383590" w:rsidRDefault="00383590">
      <w:pPr>
        <w:spacing w:after="0"/>
      </w:pPr>
    </w:p>
    <w:p w14:paraId="4ECF95AD" w14:textId="77777777" w:rsidR="00383590" w:rsidRDefault="00BA6E60">
      <w:pPr>
        <w:spacing w:after="0"/>
      </w:pPr>
      <w:r>
        <w:rPr>
          <w:rFonts w:ascii="Arial" w:hAnsi="Arial"/>
          <w:b/>
        </w:rPr>
        <w:t xml:space="preserve">Participant#10:  </w:t>
      </w:r>
      <w:r>
        <w:rPr>
          <w:rFonts w:ascii="Arial" w:hAnsi="Arial"/>
          <w:color w:val="5D7284"/>
        </w:rPr>
        <w:t>19:23</w:t>
      </w:r>
    </w:p>
    <w:p w14:paraId="0CADFDF2" w14:textId="77777777" w:rsidR="00383590" w:rsidRDefault="00BA6E60">
      <w:pPr>
        <w:spacing w:after="0"/>
      </w:pPr>
      <w:r>
        <w:rPr>
          <w:rFonts w:ascii="Arial" w:hAnsi="Arial"/>
        </w:rPr>
        <w:t>That it's it's not moving? It's still.</w:t>
      </w:r>
    </w:p>
    <w:p w14:paraId="09F3D634" w14:textId="77777777" w:rsidR="00383590" w:rsidRDefault="00383590">
      <w:pPr>
        <w:spacing w:after="0"/>
      </w:pPr>
    </w:p>
    <w:p w14:paraId="6A6D3F96" w14:textId="77777777" w:rsidR="00383590" w:rsidRDefault="00BA6E60">
      <w:pPr>
        <w:spacing w:after="0"/>
      </w:pPr>
      <w:r>
        <w:rPr>
          <w:rFonts w:ascii="Arial" w:hAnsi="Arial"/>
          <w:b/>
        </w:rPr>
        <w:t xml:space="preserve">Interviewer P:  </w:t>
      </w:r>
      <w:r>
        <w:rPr>
          <w:rFonts w:ascii="Arial" w:hAnsi="Arial"/>
          <w:color w:val="5D7284"/>
        </w:rPr>
        <w:t>19:27</w:t>
      </w:r>
    </w:p>
    <w:p w14:paraId="7C2D4E42" w14:textId="77777777" w:rsidR="00383590" w:rsidRDefault="00BA6E60">
      <w:pPr>
        <w:spacing w:after="0"/>
      </w:pPr>
      <w:r>
        <w:rPr>
          <w:rFonts w:ascii="Arial" w:hAnsi="Arial"/>
        </w:rPr>
        <w:t xml:space="preserve"> Yeah. </w:t>
      </w:r>
    </w:p>
    <w:p w14:paraId="712021F9" w14:textId="77777777" w:rsidR="00383590" w:rsidRDefault="00383590">
      <w:pPr>
        <w:spacing w:after="0"/>
      </w:pPr>
    </w:p>
    <w:p w14:paraId="78C45227" w14:textId="77777777" w:rsidR="00383590" w:rsidRDefault="00BA6E60">
      <w:pPr>
        <w:spacing w:after="0"/>
      </w:pPr>
      <w:r>
        <w:rPr>
          <w:rFonts w:ascii="Arial" w:hAnsi="Arial"/>
          <w:b/>
        </w:rPr>
        <w:t xml:space="preserve">Participant#10:  </w:t>
      </w:r>
      <w:r>
        <w:rPr>
          <w:rFonts w:ascii="Arial" w:hAnsi="Arial"/>
          <w:color w:val="5D7284"/>
        </w:rPr>
        <w:t>19:28</w:t>
      </w:r>
    </w:p>
    <w:p w14:paraId="1E909662" w14:textId="77777777" w:rsidR="00383590" w:rsidRDefault="00BA6E60">
      <w:pPr>
        <w:spacing w:after="0"/>
      </w:pPr>
      <w:r>
        <w:rPr>
          <w:rFonts w:ascii="Arial" w:hAnsi="Arial"/>
        </w:rPr>
        <w:t xml:space="preserve">Like not trying to take over the other water or wherever you put the the dye is staying there. </w:t>
      </w:r>
    </w:p>
    <w:p w14:paraId="2BE5FCF4" w14:textId="77777777" w:rsidR="00383590" w:rsidRDefault="00383590">
      <w:pPr>
        <w:spacing w:after="0"/>
      </w:pPr>
    </w:p>
    <w:p w14:paraId="3125DDD4" w14:textId="77777777" w:rsidR="00383590" w:rsidRDefault="00BA6E60">
      <w:pPr>
        <w:spacing w:after="0"/>
      </w:pPr>
      <w:r>
        <w:rPr>
          <w:rFonts w:ascii="Arial" w:hAnsi="Arial"/>
          <w:b/>
        </w:rPr>
        <w:t xml:space="preserve">Interviewer P:  </w:t>
      </w:r>
      <w:r>
        <w:rPr>
          <w:rFonts w:ascii="Arial" w:hAnsi="Arial"/>
          <w:color w:val="5D7284"/>
        </w:rPr>
        <w:t>19:34</w:t>
      </w:r>
    </w:p>
    <w:p w14:paraId="14BBE8E8" w14:textId="77777777" w:rsidR="00383590" w:rsidRDefault="00BA6E60">
      <w:pPr>
        <w:spacing w:after="0"/>
      </w:pPr>
      <w:r>
        <w:rPr>
          <w:rFonts w:ascii="Arial" w:hAnsi="Arial"/>
        </w:rPr>
        <w:t>Yeah.</w:t>
      </w:r>
    </w:p>
    <w:p w14:paraId="07E2CC6C" w14:textId="77777777" w:rsidR="00383590" w:rsidRDefault="00383590">
      <w:pPr>
        <w:spacing w:after="0"/>
      </w:pPr>
    </w:p>
    <w:p w14:paraId="22C9114B" w14:textId="77777777" w:rsidR="00383590" w:rsidRDefault="00BA6E60">
      <w:pPr>
        <w:spacing w:after="0"/>
      </w:pPr>
      <w:r>
        <w:rPr>
          <w:rFonts w:ascii="Arial" w:hAnsi="Arial"/>
          <w:b/>
        </w:rPr>
        <w:t xml:space="preserve">Participant#10:  </w:t>
      </w:r>
      <w:r>
        <w:rPr>
          <w:rFonts w:ascii="Arial" w:hAnsi="Arial"/>
          <w:color w:val="5D7284"/>
        </w:rPr>
        <w:t>19:35</w:t>
      </w:r>
    </w:p>
    <w:p w14:paraId="16A93DB8" w14:textId="77777777" w:rsidR="00383590" w:rsidRDefault="00BA6E60">
      <w:pPr>
        <w:spacing w:after="0"/>
      </w:pPr>
      <w:r>
        <w:rPr>
          <w:rFonts w:ascii="Arial" w:hAnsi="Arial"/>
        </w:rPr>
        <w:t xml:space="preserve">It's not spreading. </w:t>
      </w:r>
    </w:p>
    <w:p w14:paraId="75B17CA7" w14:textId="77777777" w:rsidR="00383590" w:rsidRDefault="00383590">
      <w:pPr>
        <w:spacing w:after="0"/>
      </w:pPr>
    </w:p>
    <w:p w14:paraId="35081771" w14:textId="77777777" w:rsidR="00383590" w:rsidRDefault="00BA6E60">
      <w:pPr>
        <w:spacing w:after="0"/>
      </w:pPr>
      <w:r>
        <w:rPr>
          <w:rFonts w:ascii="Arial" w:hAnsi="Arial"/>
          <w:b/>
        </w:rPr>
        <w:t xml:space="preserve">Interviewer P:  </w:t>
      </w:r>
      <w:r>
        <w:rPr>
          <w:rFonts w:ascii="Arial" w:hAnsi="Arial"/>
          <w:color w:val="5D7284"/>
        </w:rPr>
        <w:t>19:35</w:t>
      </w:r>
    </w:p>
    <w:p w14:paraId="12781ECC" w14:textId="77777777" w:rsidR="00383590" w:rsidRDefault="00BA6E60">
      <w:pPr>
        <w:spacing w:after="0"/>
      </w:pPr>
      <w:r>
        <w:rPr>
          <w:rFonts w:ascii="Arial" w:hAnsi="Arial"/>
        </w:rPr>
        <w:t>Yeah, which is kind of different from food coloring. Because usually you put food coloring and it just dyes all the water. And that's more like making streaks.</w:t>
      </w:r>
    </w:p>
    <w:p w14:paraId="25423C4C" w14:textId="77777777" w:rsidR="00383590" w:rsidRDefault="00383590">
      <w:pPr>
        <w:spacing w:after="0"/>
      </w:pPr>
    </w:p>
    <w:p w14:paraId="790FEE52" w14:textId="77777777" w:rsidR="00383590" w:rsidRDefault="00BA6E60">
      <w:pPr>
        <w:spacing w:after="0"/>
      </w:pPr>
      <w:r>
        <w:rPr>
          <w:rFonts w:ascii="Arial" w:hAnsi="Arial"/>
          <w:b/>
        </w:rPr>
        <w:t xml:space="preserve">Participant#10:  </w:t>
      </w:r>
      <w:r>
        <w:rPr>
          <w:rFonts w:ascii="Arial" w:hAnsi="Arial"/>
          <w:color w:val="5D7284"/>
        </w:rPr>
        <w:t>19:43</w:t>
      </w:r>
    </w:p>
    <w:p w14:paraId="7336C143" w14:textId="77777777" w:rsidR="00383590" w:rsidRDefault="00BA6E60">
      <w:pPr>
        <w:spacing w:after="0"/>
      </w:pPr>
      <w:r>
        <w:rPr>
          <w:rFonts w:ascii="Arial" w:hAnsi="Arial"/>
        </w:rPr>
        <w:t>And it's like it's the lines how they are going down the same exact same way.</w:t>
      </w:r>
    </w:p>
    <w:p w14:paraId="16A122C0" w14:textId="77777777" w:rsidR="00383590" w:rsidRDefault="00383590">
      <w:pPr>
        <w:spacing w:after="0"/>
      </w:pPr>
    </w:p>
    <w:p w14:paraId="3EBED985" w14:textId="77777777" w:rsidR="00383590" w:rsidRDefault="00BA6E60">
      <w:pPr>
        <w:spacing w:after="0"/>
      </w:pPr>
      <w:r>
        <w:rPr>
          <w:rFonts w:ascii="Arial" w:hAnsi="Arial"/>
          <w:b/>
        </w:rPr>
        <w:t xml:space="preserve">Interviewer P:  </w:t>
      </w:r>
      <w:r>
        <w:rPr>
          <w:rFonts w:ascii="Arial" w:hAnsi="Arial"/>
          <w:color w:val="5D7284"/>
        </w:rPr>
        <w:t>19:49</w:t>
      </w:r>
    </w:p>
    <w:p w14:paraId="3AAB9EE1" w14:textId="77777777" w:rsidR="00383590" w:rsidRDefault="00BA6E60">
      <w:pPr>
        <w:spacing w:after="0"/>
      </w:pPr>
      <w:r>
        <w:rPr>
          <w:rFonts w:ascii="Arial" w:hAnsi="Arial"/>
        </w:rPr>
        <w:t xml:space="preserve">Yeah! Isn't that interesting? </w:t>
      </w:r>
    </w:p>
    <w:p w14:paraId="64FAF63A" w14:textId="77777777" w:rsidR="00383590" w:rsidRDefault="00383590">
      <w:pPr>
        <w:spacing w:after="0"/>
      </w:pPr>
    </w:p>
    <w:p w14:paraId="0AC4FCC5" w14:textId="77777777" w:rsidR="00383590" w:rsidRDefault="00BA6E60">
      <w:pPr>
        <w:spacing w:after="0"/>
      </w:pPr>
      <w:r>
        <w:rPr>
          <w:rFonts w:ascii="Arial" w:hAnsi="Arial"/>
          <w:b/>
        </w:rPr>
        <w:t xml:space="preserve">Participant#10:  </w:t>
      </w:r>
      <w:r>
        <w:rPr>
          <w:rFonts w:ascii="Arial" w:hAnsi="Arial"/>
          <w:color w:val="5D7284"/>
        </w:rPr>
        <w:t>19:50</w:t>
      </w:r>
    </w:p>
    <w:p w14:paraId="4221C20C" w14:textId="77777777" w:rsidR="00383590" w:rsidRDefault="00BA6E60">
      <w:pPr>
        <w:spacing w:after="0"/>
      </w:pPr>
      <w:r>
        <w:rPr>
          <w:rFonts w:ascii="Arial" w:hAnsi="Arial"/>
        </w:rPr>
        <w:t>Yeah.</w:t>
      </w:r>
    </w:p>
    <w:p w14:paraId="241E0DD8" w14:textId="77777777" w:rsidR="00383590" w:rsidRDefault="00383590">
      <w:pPr>
        <w:spacing w:after="0"/>
      </w:pPr>
    </w:p>
    <w:p w14:paraId="3005D5E3" w14:textId="77777777" w:rsidR="00383590" w:rsidRDefault="00BA6E60">
      <w:pPr>
        <w:spacing w:after="0"/>
      </w:pPr>
      <w:r>
        <w:rPr>
          <w:rFonts w:ascii="Arial" w:hAnsi="Arial"/>
          <w:b/>
        </w:rPr>
        <w:t xml:space="preserve">Interviewer P:  </w:t>
      </w:r>
      <w:r>
        <w:rPr>
          <w:rFonts w:ascii="Arial" w:hAnsi="Arial"/>
          <w:color w:val="5D7284"/>
        </w:rPr>
        <w:t>19:52</w:t>
      </w:r>
    </w:p>
    <w:p w14:paraId="6AEB24B4" w14:textId="0944A845" w:rsidR="00383590" w:rsidRDefault="00BA6E60">
      <w:pPr>
        <w:spacing w:after="0"/>
      </w:pPr>
      <w:r w:rsidRPr="74A61BE5">
        <w:rPr>
          <w:rFonts w:ascii="Arial" w:hAnsi="Arial"/>
        </w:rPr>
        <w:t xml:space="preserve">Okay, so you can probably see where we're going with this. Now that you know what it looks like in a still tank of water. This tank has been rotating for maybe 30 minutes I started up before you came in. And </w:t>
      </w:r>
      <w:r w:rsidR="55CA9145" w:rsidRPr="74A61BE5">
        <w:rPr>
          <w:rFonts w:ascii="Arial" w:hAnsi="Arial"/>
        </w:rPr>
        <w:t>so,</w:t>
      </w:r>
      <w:r w:rsidRPr="74A61BE5">
        <w:rPr>
          <w:rFonts w:ascii="Arial" w:hAnsi="Arial"/>
        </w:rPr>
        <w:t xml:space="preserve"> we're going to do the same thing in the rotating tank of water. So same thing I'm going to ask you to make your prediction of what you think it'll look like. And </w:t>
      </w:r>
      <w:r w:rsidR="62BCAD59" w:rsidRPr="74A61BE5">
        <w:rPr>
          <w:rFonts w:ascii="Arial" w:hAnsi="Arial"/>
        </w:rPr>
        <w:t>so,</w:t>
      </w:r>
      <w:r w:rsidRPr="74A61BE5">
        <w:rPr>
          <w:rFonts w:ascii="Arial" w:hAnsi="Arial"/>
        </w:rPr>
        <w:t xml:space="preserve"> to get your ideas, I'm going to ask you to sketch it. And </w:t>
      </w:r>
      <w:r w:rsidR="4C79A1DE" w:rsidRPr="74A61BE5">
        <w:rPr>
          <w:rFonts w:ascii="Arial" w:hAnsi="Arial"/>
        </w:rPr>
        <w:t>so,</w:t>
      </w:r>
      <w:r w:rsidRPr="74A61BE5">
        <w:rPr>
          <w:rFonts w:ascii="Arial" w:hAnsi="Arial"/>
        </w:rPr>
        <w:t xml:space="preserve"> this is the </w:t>
      </w:r>
      <w:r w:rsidR="21F8151D" w:rsidRPr="74A61BE5">
        <w:rPr>
          <w:rFonts w:ascii="Arial" w:hAnsi="Arial"/>
        </w:rPr>
        <w:t>paper,</w:t>
      </w:r>
      <w:r w:rsidRPr="74A61BE5">
        <w:rPr>
          <w:rFonts w:ascii="Arial" w:hAnsi="Arial"/>
        </w:rPr>
        <w:t xml:space="preserve"> and we'll do the same thing like a minute after. So that's </w:t>
      </w:r>
      <w:r w:rsidRPr="74A61BE5">
        <w:rPr>
          <w:rFonts w:ascii="Arial" w:hAnsi="Arial"/>
        </w:rPr>
        <w:lastRenderedPageBreak/>
        <w:t xml:space="preserve">about one minute </w:t>
      </w:r>
      <w:r w:rsidR="328A9EA4" w:rsidRPr="74A61BE5">
        <w:rPr>
          <w:rFonts w:ascii="Arial" w:hAnsi="Arial"/>
        </w:rPr>
        <w:t>now,</w:t>
      </w:r>
      <w:r w:rsidRPr="74A61BE5">
        <w:rPr>
          <w:rFonts w:ascii="Arial" w:hAnsi="Arial"/>
        </w:rPr>
        <w:t xml:space="preserve"> I guess. But a minute after I put it in the rotating take, and your sketch should illustrate like a moment in time. </w:t>
      </w:r>
      <w:r w:rsidR="3D4DB13F" w:rsidRPr="74A61BE5">
        <w:rPr>
          <w:rFonts w:ascii="Arial" w:hAnsi="Arial"/>
        </w:rPr>
        <w:t>So,</w:t>
      </w:r>
      <w:r w:rsidRPr="74A61BE5">
        <w:rPr>
          <w:rFonts w:ascii="Arial" w:hAnsi="Arial"/>
        </w:rPr>
        <w:t xml:space="preserve"> like if you took a picture in two views, so there's a top view so it's like if you took your phone here, and then you've done here and took a picture on this side. Okay, so a minute after I put the crystallin single moment in time top view and side view and I just dumped all the dye on the floor, where did it </w:t>
      </w:r>
      <w:r w:rsidR="2D85F0D8" w:rsidRPr="74A61BE5">
        <w:rPr>
          <w:rFonts w:ascii="Arial" w:hAnsi="Arial"/>
        </w:rPr>
        <w:t>go?</w:t>
      </w:r>
      <w:r w:rsidRPr="74A61BE5">
        <w:rPr>
          <w:rFonts w:ascii="Arial" w:hAnsi="Arial"/>
        </w:rPr>
        <w:t xml:space="preserve"> That is weird this was the one that had the dye on it. </w:t>
      </w:r>
    </w:p>
    <w:p w14:paraId="59EBF2EB" w14:textId="77777777" w:rsidR="00383590" w:rsidRDefault="00383590">
      <w:pPr>
        <w:spacing w:after="0"/>
      </w:pPr>
    </w:p>
    <w:p w14:paraId="4BD30001" w14:textId="77777777" w:rsidR="00383590" w:rsidRDefault="00BA6E60">
      <w:pPr>
        <w:spacing w:after="0"/>
      </w:pPr>
      <w:r>
        <w:rPr>
          <w:rFonts w:ascii="Arial" w:hAnsi="Arial"/>
          <w:b/>
        </w:rPr>
        <w:t xml:space="preserve">Participant#10:  </w:t>
      </w:r>
      <w:r>
        <w:rPr>
          <w:rFonts w:ascii="Arial" w:hAnsi="Arial"/>
          <w:color w:val="5D7284"/>
        </w:rPr>
        <w:t>21:12</w:t>
      </w:r>
    </w:p>
    <w:p w14:paraId="78B41002" w14:textId="4EBC0A7C" w:rsidR="00383590" w:rsidRDefault="67531367">
      <w:pPr>
        <w:spacing w:after="0"/>
      </w:pPr>
      <w:r w:rsidRPr="74A61BE5">
        <w:rPr>
          <w:rFonts w:ascii="Arial" w:hAnsi="Arial"/>
        </w:rPr>
        <w:t>It's</w:t>
      </w:r>
      <w:r w:rsidR="00BA6E60" w:rsidRPr="74A61BE5">
        <w:rPr>
          <w:rFonts w:ascii="Arial" w:hAnsi="Arial"/>
        </w:rPr>
        <w:t xml:space="preserve"> right here.</w:t>
      </w:r>
    </w:p>
    <w:p w14:paraId="2ED72147" w14:textId="77777777" w:rsidR="00383590" w:rsidRDefault="00383590">
      <w:pPr>
        <w:spacing w:after="0"/>
      </w:pPr>
    </w:p>
    <w:p w14:paraId="0E2460B6" w14:textId="77777777" w:rsidR="00383590" w:rsidRDefault="00BA6E60">
      <w:pPr>
        <w:spacing w:after="0"/>
      </w:pPr>
      <w:r>
        <w:rPr>
          <w:rFonts w:ascii="Arial" w:hAnsi="Arial"/>
          <w:b/>
        </w:rPr>
        <w:t xml:space="preserve">Interviewer P:  </w:t>
      </w:r>
      <w:r>
        <w:rPr>
          <w:rFonts w:ascii="Arial" w:hAnsi="Arial"/>
          <w:color w:val="5D7284"/>
        </w:rPr>
        <w:t>21:13</w:t>
      </w:r>
    </w:p>
    <w:p w14:paraId="249ED746" w14:textId="1D6966CA" w:rsidR="00383590" w:rsidRDefault="00BA6E60">
      <w:pPr>
        <w:spacing w:after="0"/>
      </w:pPr>
      <w:r w:rsidRPr="74A61BE5">
        <w:rPr>
          <w:rFonts w:ascii="Arial" w:hAnsi="Arial"/>
        </w:rPr>
        <w:t xml:space="preserve">Oh </w:t>
      </w:r>
      <w:r w:rsidR="0D5EBDB1" w:rsidRPr="74A61BE5">
        <w:rPr>
          <w:rFonts w:ascii="Arial" w:hAnsi="Arial"/>
        </w:rPr>
        <w:t>yeah,</w:t>
      </w:r>
      <w:r w:rsidRPr="74A61BE5">
        <w:rPr>
          <w:rFonts w:ascii="Arial" w:hAnsi="Arial"/>
        </w:rPr>
        <w:t xml:space="preserve"> I see it, I see it. </w:t>
      </w:r>
    </w:p>
    <w:p w14:paraId="7CB551E5" w14:textId="77777777" w:rsidR="00383590" w:rsidRDefault="00383590">
      <w:pPr>
        <w:spacing w:after="0"/>
      </w:pPr>
    </w:p>
    <w:p w14:paraId="5313CA9B" w14:textId="77777777" w:rsidR="00383590" w:rsidRDefault="00BA6E60">
      <w:pPr>
        <w:spacing w:after="0"/>
      </w:pPr>
      <w:r>
        <w:rPr>
          <w:rFonts w:ascii="Arial" w:hAnsi="Arial"/>
          <w:b/>
        </w:rPr>
        <w:t xml:space="preserve">Participant#10:  </w:t>
      </w:r>
      <w:r>
        <w:rPr>
          <w:rFonts w:ascii="Arial" w:hAnsi="Arial"/>
          <w:color w:val="5D7284"/>
        </w:rPr>
        <w:t>21:21</w:t>
      </w:r>
    </w:p>
    <w:p w14:paraId="39508549" w14:textId="77777777" w:rsidR="00383590" w:rsidRDefault="00BA6E60">
      <w:pPr>
        <w:spacing w:after="0"/>
      </w:pPr>
      <w:r>
        <w:rPr>
          <w:rFonts w:ascii="Arial" w:hAnsi="Arial"/>
        </w:rPr>
        <w:t xml:space="preserve">I can do my prediction right now? Not the best drawer. </w:t>
      </w:r>
    </w:p>
    <w:p w14:paraId="6116075A" w14:textId="77777777" w:rsidR="00383590" w:rsidRDefault="00383590">
      <w:pPr>
        <w:spacing w:after="0"/>
      </w:pPr>
    </w:p>
    <w:p w14:paraId="2524ECA0" w14:textId="77777777" w:rsidR="00383590" w:rsidRDefault="00BA6E60">
      <w:pPr>
        <w:spacing w:after="0"/>
      </w:pPr>
      <w:r>
        <w:rPr>
          <w:rFonts w:ascii="Arial" w:hAnsi="Arial"/>
          <w:b/>
        </w:rPr>
        <w:t xml:space="preserve">Interviewer P:  </w:t>
      </w:r>
      <w:r>
        <w:rPr>
          <w:rFonts w:ascii="Arial" w:hAnsi="Arial"/>
          <w:color w:val="5D7284"/>
        </w:rPr>
        <w:t>21:23</w:t>
      </w:r>
    </w:p>
    <w:p w14:paraId="1496834E" w14:textId="77777777" w:rsidR="00383590" w:rsidRDefault="00BA6E60">
      <w:pPr>
        <w:spacing w:after="0"/>
      </w:pPr>
      <w:r>
        <w:rPr>
          <w:rFonts w:ascii="Arial" w:hAnsi="Arial"/>
        </w:rPr>
        <w:t>Yes please. Thats ok! Alright, so tell me about it.</w:t>
      </w:r>
    </w:p>
    <w:p w14:paraId="6D37FE42" w14:textId="77777777" w:rsidR="00383590" w:rsidRDefault="00383590">
      <w:pPr>
        <w:spacing w:after="0"/>
      </w:pPr>
    </w:p>
    <w:p w14:paraId="1822094A" w14:textId="77777777" w:rsidR="00383590" w:rsidRDefault="00BA6E60">
      <w:pPr>
        <w:spacing w:after="0"/>
      </w:pPr>
      <w:r>
        <w:rPr>
          <w:rFonts w:ascii="Arial" w:hAnsi="Arial"/>
          <w:b/>
        </w:rPr>
        <w:t xml:space="preserve">Participant#10:  </w:t>
      </w:r>
      <w:r>
        <w:rPr>
          <w:rFonts w:ascii="Arial" w:hAnsi="Arial"/>
          <w:color w:val="5D7284"/>
        </w:rPr>
        <w:t>22:31</w:t>
      </w:r>
    </w:p>
    <w:p w14:paraId="6CCB1128" w14:textId="77777777" w:rsidR="00383590" w:rsidRDefault="00BA6E60">
      <w:pPr>
        <w:spacing w:after="0"/>
      </w:pPr>
      <w:r>
        <w:rPr>
          <w:rFonts w:ascii="Arial" w:hAnsi="Arial"/>
        </w:rPr>
        <w:t xml:space="preserve">I think that when it starts, like the top view, you'll see it kind of like swirling around, but you will still see the little the dots at the bottom of the tank. </w:t>
      </w:r>
    </w:p>
    <w:p w14:paraId="455E0AFD" w14:textId="77777777" w:rsidR="00383590" w:rsidRDefault="00383590">
      <w:pPr>
        <w:spacing w:after="0"/>
      </w:pPr>
    </w:p>
    <w:p w14:paraId="43D8757C" w14:textId="77777777" w:rsidR="00383590" w:rsidRDefault="00BA6E60">
      <w:pPr>
        <w:spacing w:after="0"/>
      </w:pPr>
      <w:r>
        <w:rPr>
          <w:rFonts w:ascii="Arial" w:hAnsi="Arial"/>
          <w:b/>
        </w:rPr>
        <w:t xml:space="preserve">Interviewer P:  </w:t>
      </w:r>
      <w:r>
        <w:rPr>
          <w:rFonts w:ascii="Arial" w:hAnsi="Arial"/>
          <w:color w:val="5D7284"/>
        </w:rPr>
        <w:t>22:42</w:t>
      </w:r>
    </w:p>
    <w:p w14:paraId="621FED43" w14:textId="77777777" w:rsidR="00383590" w:rsidRDefault="00BA6E60">
      <w:pPr>
        <w:spacing w:after="0"/>
      </w:pPr>
      <w:r>
        <w:rPr>
          <w:rFonts w:ascii="Arial" w:hAnsi="Arial"/>
        </w:rPr>
        <w:t xml:space="preserve">Okay. </w:t>
      </w:r>
    </w:p>
    <w:p w14:paraId="7DDE0DA9" w14:textId="77777777" w:rsidR="00383590" w:rsidRDefault="00383590">
      <w:pPr>
        <w:spacing w:after="0"/>
      </w:pPr>
    </w:p>
    <w:p w14:paraId="4ABF02EE" w14:textId="77777777" w:rsidR="00383590" w:rsidRDefault="00BA6E60">
      <w:pPr>
        <w:spacing w:after="0"/>
      </w:pPr>
      <w:r>
        <w:rPr>
          <w:rFonts w:ascii="Arial" w:hAnsi="Arial"/>
          <w:b/>
        </w:rPr>
        <w:t xml:space="preserve">Participant#10:  </w:t>
      </w:r>
      <w:r>
        <w:rPr>
          <w:rFonts w:ascii="Arial" w:hAnsi="Arial"/>
          <w:color w:val="5D7284"/>
        </w:rPr>
        <w:t>22:42</w:t>
      </w:r>
    </w:p>
    <w:p w14:paraId="1CE04BF0" w14:textId="77777777" w:rsidR="00383590" w:rsidRDefault="00BA6E60">
      <w:pPr>
        <w:spacing w:after="0"/>
      </w:pPr>
      <w:r>
        <w:rPr>
          <w:rFonts w:ascii="Arial" w:hAnsi="Arial"/>
        </w:rPr>
        <w:t>And then the side view is the dots on the bottom of the tank. And these are the waters coming down like it's turning turning turning.</w:t>
      </w:r>
    </w:p>
    <w:p w14:paraId="63CE0A1B" w14:textId="77777777" w:rsidR="00383590" w:rsidRDefault="00383590">
      <w:pPr>
        <w:spacing w:after="0"/>
      </w:pPr>
    </w:p>
    <w:p w14:paraId="7266986E" w14:textId="77777777" w:rsidR="00383590" w:rsidRDefault="00BA6E60">
      <w:pPr>
        <w:spacing w:after="0"/>
      </w:pPr>
      <w:r>
        <w:rPr>
          <w:rFonts w:ascii="Arial" w:hAnsi="Arial"/>
          <w:b/>
        </w:rPr>
        <w:t xml:space="preserve">Interviewer P:  </w:t>
      </w:r>
      <w:r>
        <w:rPr>
          <w:rFonts w:ascii="Arial" w:hAnsi="Arial"/>
          <w:color w:val="5D7284"/>
        </w:rPr>
        <w:t>22:52</w:t>
      </w:r>
    </w:p>
    <w:p w14:paraId="64F2A001" w14:textId="58C4C173" w:rsidR="00383590" w:rsidRDefault="00BA6E60">
      <w:pPr>
        <w:spacing w:after="0"/>
      </w:pPr>
      <w:r w:rsidRPr="74A61BE5">
        <w:rPr>
          <w:rFonts w:ascii="Arial" w:hAnsi="Arial"/>
        </w:rPr>
        <w:t xml:space="preserve">Okay, good. </w:t>
      </w:r>
      <w:r w:rsidR="4D52F480" w:rsidRPr="74A61BE5">
        <w:rPr>
          <w:rFonts w:ascii="Arial" w:hAnsi="Arial"/>
        </w:rPr>
        <w:t>So,</w:t>
      </w:r>
      <w:r w:rsidRPr="74A61BE5">
        <w:rPr>
          <w:rFonts w:ascii="Arial" w:hAnsi="Arial"/>
        </w:rPr>
        <w:t xml:space="preserve"> this is these dots are actually sunk all the way to the bottom? </w:t>
      </w:r>
    </w:p>
    <w:p w14:paraId="4AF143B8" w14:textId="77777777" w:rsidR="00383590" w:rsidRDefault="00383590">
      <w:pPr>
        <w:spacing w:after="0"/>
      </w:pPr>
    </w:p>
    <w:p w14:paraId="24BFBF44" w14:textId="77777777" w:rsidR="00383590" w:rsidRDefault="00BA6E60">
      <w:pPr>
        <w:spacing w:after="0"/>
      </w:pPr>
      <w:r>
        <w:rPr>
          <w:rFonts w:ascii="Arial" w:hAnsi="Arial"/>
          <w:b/>
        </w:rPr>
        <w:t xml:space="preserve">Participant#10:  </w:t>
      </w:r>
      <w:r>
        <w:rPr>
          <w:rFonts w:ascii="Arial" w:hAnsi="Arial"/>
          <w:color w:val="5D7284"/>
        </w:rPr>
        <w:t>22:56</w:t>
      </w:r>
    </w:p>
    <w:p w14:paraId="6B1949E0" w14:textId="77777777" w:rsidR="00383590" w:rsidRDefault="00BA6E60">
      <w:pPr>
        <w:spacing w:after="0"/>
      </w:pPr>
      <w:r>
        <w:rPr>
          <w:rFonts w:ascii="Arial" w:hAnsi="Arial"/>
        </w:rPr>
        <w:t xml:space="preserve">Yeah. </w:t>
      </w:r>
    </w:p>
    <w:p w14:paraId="4433FCBA" w14:textId="77777777" w:rsidR="00383590" w:rsidRDefault="00383590">
      <w:pPr>
        <w:spacing w:after="0"/>
      </w:pPr>
    </w:p>
    <w:p w14:paraId="19734A0F" w14:textId="77777777" w:rsidR="00383590" w:rsidRDefault="00BA6E60">
      <w:pPr>
        <w:spacing w:after="0"/>
      </w:pPr>
      <w:r>
        <w:rPr>
          <w:rFonts w:ascii="Arial" w:hAnsi="Arial"/>
          <w:b/>
        </w:rPr>
        <w:t xml:space="preserve">Interviewer P:  </w:t>
      </w:r>
      <w:r>
        <w:rPr>
          <w:rFonts w:ascii="Arial" w:hAnsi="Arial"/>
          <w:color w:val="5D7284"/>
        </w:rPr>
        <w:t>22:57</w:t>
      </w:r>
    </w:p>
    <w:p w14:paraId="76ECD6CC" w14:textId="2D7CF861" w:rsidR="00383590" w:rsidRDefault="00BA6E60">
      <w:pPr>
        <w:spacing w:after="0"/>
      </w:pPr>
      <w:r w:rsidRPr="74A61BE5">
        <w:rPr>
          <w:rFonts w:ascii="Arial" w:hAnsi="Arial"/>
        </w:rPr>
        <w:t xml:space="preserve">And this is kind of on the top or in the middle and swirling all right and so same thing here and this is the swirling. Got it. All right, let's do that and see what happens here. Right so </w:t>
      </w:r>
      <w:r w:rsidR="5E6F487B" w:rsidRPr="74A61BE5">
        <w:rPr>
          <w:rFonts w:ascii="Arial" w:hAnsi="Arial"/>
        </w:rPr>
        <w:t>that's</w:t>
      </w:r>
      <w:r w:rsidRPr="74A61BE5">
        <w:rPr>
          <w:rFonts w:ascii="Arial" w:hAnsi="Arial"/>
        </w:rPr>
        <w:t xml:space="preserve"> a minute what do you think?</w:t>
      </w:r>
    </w:p>
    <w:p w14:paraId="76F93689" w14:textId="77777777" w:rsidR="00383590" w:rsidRDefault="00383590">
      <w:pPr>
        <w:spacing w:after="0"/>
      </w:pPr>
    </w:p>
    <w:p w14:paraId="51AE0B4C" w14:textId="77777777" w:rsidR="00383590" w:rsidRDefault="00BA6E60">
      <w:pPr>
        <w:spacing w:after="0"/>
      </w:pPr>
      <w:r>
        <w:rPr>
          <w:rFonts w:ascii="Arial" w:hAnsi="Arial"/>
          <w:b/>
        </w:rPr>
        <w:t xml:space="preserve">Participant#10:  </w:t>
      </w:r>
      <w:r>
        <w:rPr>
          <w:rFonts w:ascii="Arial" w:hAnsi="Arial"/>
          <w:color w:val="5D7284"/>
        </w:rPr>
        <w:t>24:28</w:t>
      </w:r>
    </w:p>
    <w:p w14:paraId="1CF4413F" w14:textId="77777777" w:rsidR="00383590" w:rsidRDefault="00BA6E60">
      <w:pPr>
        <w:spacing w:after="0"/>
      </w:pPr>
      <w:r>
        <w:rPr>
          <w:rFonts w:ascii="Arial" w:hAnsi="Arial"/>
        </w:rPr>
        <w:t>I would say that the bottom part right that the bottom did it did sink to the bottom, but it's not really it's not moving with it, actually it's like expanding in a way. Yeah. But it's not like coming all out as how I expected it to come but it's staying in its own little section.</w:t>
      </w:r>
    </w:p>
    <w:p w14:paraId="6177D12C" w14:textId="77777777" w:rsidR="00383590" w:rsidRDefault="00383590">
      <w:pPr>
        <w:spacing w:after="0"/>
      </w:pPr>
    </w:p>
    <w:p w14:paraId="4CA0632B" w14:textId="77777777" w:rsidR="00383590" w:rsidRDefault="00BA6E60">
      <w:pPr>
        <w:spacing w:after="0"/>
      </w:pPr>
      <w:r>
        <w:rPr>
          <w:rFonts w:ascii="Arial" w:hAnsi="Arial"/>
          <w:b/>
        </w:rPr>
        <w:t xml:space="preserve">Interviewer P:  </w:t>
      </w:r>
      <w:r>
        <w:rPr>
          <w:rFonts w:ascii="Arial" w:hAnsi="Arial"/>
          <w:color w:val="5D7284"/>
        </w:rPr>
        <w:t>24:58</w:t>
      </w:r>
    </w:p>
    <w:p w14:paraId="40094ED3" w14:textId="77777777" w:rsidR="00383590" w:rsidRDefault="00BA6E60">
      <w:pPr>
        <w:spacing w:after="0"/>
      </w:pPr>
      <w:r>
        <w:rPr>
          <w:rFonts w:ascii="Arial" w:hAnsi="Arial"/>
        </w:rPr>
        <w:t>Can you do another drawing to show what it does look like now? A minute later as much as possible. All right, so what you corrected here it looks like as we lost the swirls. And these are standing up and we don't have the swirls in here. So why did you think it was going to swirl?</w:t>
      </w:r>
    </w:p>
    <w:p w14:paraId="4021C533" w14:textId="77777777" w:rsidR="00383590" w:rsidRDefault="00383590">
      <w:pPr>
        <w:spacing w:after="0"/>
      </w:pPr>
    </w:p>
    <w:p w14:paraId="6A97197B" w14:textId="77777777" w:rsidR="00383590" w:rsidRDefault="00BA6E60">
      <w:pPr>
        <w:spacing w:after="0"/>
      </w:pPr>
      <w:r>
        <w:rPr>
          <w:rFonts w:ascii="Arial" w:hAnsi="Arial"/>
          <w:b/>
        </w:rPr>
        <w:t xml:space="preserve">Participant#10:  </w:t>
      </w:r>
      <w:r>
        <w:rPr>
          <w:rFonts w:ascii="Arial" w:hAnsi="Arial"/>
          <w:color w:val="5D7284"/>
        </w:rPr>
        <w:t>25:01</w:t>
      </w:r>
    </w:p>
    <w:p w14:paraId="41B9695D" w14:textId="77777777" w:rsidR="00383590" w:rsidRDefault="00BA6E60">
      <w:pPr>
        <w:spacing w:after="0"/>
      </w:pPr>
      <w:r>
        <w:rPr>
          <w:rFonts w:ascii="Arial" w:hAnsi="Arial"/>
        </w:rPr>
        <w:t>Because it's moving and I thought the motion would at least make the dye turn around. But when we dropped the dye in it just stayed, and then it's kind of spanned it until it just Swizzled.</w:t>
      </w:r>
    </w:p>
    <w:p w14:paraId="010BDAEC" w14:textId="77777777" w:rsidR="00383590" w:rsidRDefault="00383590">
      <w:pPr>
        <w:spacing w:after="0"/>
      </w:pPr>
    </w:p>
    <w:p w14:paraId="3EDA43CF" w14:textId="77777777" w:rsidR="00383590" w:rsidRDefault="00BA6E60">
      <w:pPr>
        <w:spacing w:after="0"/>
      </w:pPr>
      <w:r>
        <w:rPr>
          <w:rFonts w:ascii="Arial" w:hAnsi="Arial"/>
          <w:b/>
        </w:rPr>
        <w:t xml:space="preserve">Interviewer P:  </w:t>
      </w:r>
      <w:r>
        <w:rPr>
          <w:rFonts w:ascii="Arial" w:hAnsi="Arial"/>
          <w:color w:val="5D7284"/>
        </w:rPr>
        <w:t>26:20</w:t>
      </w:r>
    </w:p>
    <w:p w14:paraId="56683F41" w14:textId="77777777" w:rsidR="00383590" w:rsidRDefault="00BA6E60">
      <w:pPr>
        <w:spacing w:after="0"/>
      </w:pPr>
      <w:r>
        <w:rPr>
          <w:rFonts w:ascii="Arial" w:hAnsi="Arial"/>
        </w:rPr>
        <w:t>Do you think that if I left it spinning long enough, it would. It would swirl?</w:t>
      </w:r>
    </w:p>
    <w:p w14:paraId="784F8ADC" w14:textId="77777777" w:rsidR="00383590" w:rsidRDefault="00383590">
      <w:pPr>
        <w:spacing w:after="0"/>
      </w:pPr>
    </w:p>
    <w:p w14:paraId="1E8F097E" w14:textId="77777777" w:rsidR="00383590" w:rsidRDefault="00BA6E60">
      <w:pPr>
        <w:spacing w:after="0"/>
      </w:pPr>
      <w:r>
        <w:rPr>
          <w:rFonts w:ascii="Arial" w:hAnsi="Arial"/>
          <w:b/>
        </w:rPr>
        <w:t xml:space="preserve">Participant#10:  </w:t>
      </w:r>
      <w:r>
        <w:rPr>
          <w:rFonts w:ascii="Arial" w:hAnsi="Arial"/>
          <w:color w:val="5D7284"/>
        </w:rPr>
        <w:t>26:27</w:t>
      </w:r>
    </w:p>
    <w:p w14:paraId="706BEC14" w14:textId="77777777" w:rsidR="00383590" w:rsidRDefault="00BA6E60">
      <w:pPr>
        <w:spacing w:after="0"/>
      </w:pPr>
      <w:r>
        <w:rPr>
          <w:rFonts w:ascii="Arial" w:hAnsi="Arial"/>
        </w:rPr>
        <w:t>It wouldn't swirl. But it looks like it'll just keep expanding. Yeah.</w:t>
      </w:r>
    </w:p>
    <w:p w14:paraId="774CBC24" w14:textId="77777777" w:rsidR="00383590" w:rsidRDefault="00383590">
      <w:pPr>
        <w:spacing w:after="0"/>
      </w:pPr>
    </w:p>
    <w:p w14:paraId="55DA9B1A" w14:textId="77777777" w:rsidR="00383590" w:rsidRDefault="00BA6E60">
      <w:pPr>
        <w:spacing w:after="0"/>
      </w:pPr>
      <w:r>
        <w:rPr>
          <w:rFonts w:ascii="Arial" w:hAnsi="Arial"/>
          <w:b/>
        </w:rPr>
        <w:t xml:space="preserve">Interviewer P:  </w:t>
      </w:r>
      <w:r>
        <w:rPr>
          <w:rFonts w:ascii="Arial" w:hAnsi="Arial"/>
          <w:color w:val="5D7284"/>
        </w:rPr>
        <w:t>26:34</w:t>
      </w:r>
    </w:p>
    <w:p w14:paraId="3E7D0F2F" w14:textId="77777777" w:rsidR="00383590" w:rsidRDefault="00BA6E60">
      <w:pPr>
        <w:spacing w:after="0"/>
      </w:pPr>
      <w:r>
        <w:rPr>
          <w:rFonts w:ascii="Arial" w:hAnsi="Arial"/>
        </w:rPr>
        <w:t>So, what are your thoughts on why it's doing that?</w:t>
      </w:r>
    </w:p>
    <w:p w14:paraId="5EBC56A3" w14:textId="77777777" w:rsidR="00383590" w:rsidRDefault="00383590">
      <w:pPr>
        <w:spacing w:after="0"/>
      </w:pPr>
    </w:p>
    <w:p w14:paraId="7A549FE0" w14:textId="77777777" w:rsidR="00383590" w:rsidRDefault="00BA6E60">
      <w:pPr>
        <w:spacing w:after="0"/>
      </w:pPr>
      <w:r>
        <w:rPr>
          <w:rFonts w:ascii="Arial" w:hAnsi="Arial"/>
          <w:b/>
        </w:rPr>
        <w:t xml:space="preserve">Participant#10:  </w:t>
      </w:r>
      <w:r>
        <w:rPr>
          <w:rFonts w:ascii="Arial" w:hAnsi="Arial"/>
          <w:color w:val="5D7284"/>
        </w:rPr>
        <w:t>26:39</w:t>
      </w:r>
    </w:p>
    <w:p w14:paraId="1B864D76" w14:textId="77777777" w:rsidR="00383590" w:rsidRDefault="00BA6E60">
      <w:pPr>
        <w:spacing w:after="0"/>
      </w:pPr>
      <w:r>
        <w:rPr>
          <w:rFonts w:ascii="Arial" w:hAnsi="Arial"/>
        </w:rPr>
        <w:t>Why?</w:t>
      </w:r>
    </w:p>
    <w:p w14:paraId="0A566FBA" w14:textId="77777777" w:rsidR="00383590" w:rsidRDefault="00383590">
      <w:pPr>
        <w:spacing w:after="0"/>
      </w:pPr>
    </w:p>
    <w:p w14:paraId="3108ED77" w14:textId="77777777" w:rsidR="00383590" w:rsidRDefault="00BA6E60">
      <w:pPr>
        <w:spacing w:after="0"/>
      </w:pPr>
      <w:r>
        <w:rPr>
          <w:rFonts w:ascii="Arial" w:hAnsi="Arial"/>
          <w:b/>
        </w:rPr>
        <w:t xml:space="preserve">Interviewer P:  </w:t>
      </w:r>
      <w:r>
        <w:rPr>
          <w:rFonts w:ascii="Arial" w:hAnsi="Arial"/>
          <w:color w:val="5D7284"/>
        </w:rPr>
        <w:t>26:40</w:t>
      </w:r>
    </w:p>
    <w:p w14:paraId="3E8ABF3A" w14:textId="77777777" w:rsidR="00383590" w:rsidRDefault="00BA6E60">
      <w:pPr>
        <w:spacing w:after="0"/>
      </w:pPr>
      <w:r>
        <w:rPr>
          <w:rFonts w:ascii="Arial" w:hAnsi="Arial"/>
        </w:rPr>
        <w:t xml:space="preserve"> Yeah. </w:t>
      </w:r>
    </w:p>
    <w:p w14:paraId="6BD6FB78" w14:textId="77777777" w:rsidR="00383590" w:rsidRDefault="00383590">
      <w:pPr>
        <w:spacing w:after="0"/>
      </w:pPr>
    </w:p>
    <w:p w14:paraId="317A1DE9" w14:textId="77777777" w:rsidR="00383590" w:rsidRDefault="00BA6E60">
      <w:pPr>
        <w:spacing w:after="0"/>
      </w:pPr>
      <w:r>
        <w:rPr>
          <w:rFonts w:ascii="Arial" w:hAnsi="Arial"/>
          <w:b/>
        </w:rPr>
        <w:t xml:space="preserve">Participant#10:  </w:t>
      </w:r>
      <w:r>
        <w:rPr>
          <w:rFonts w:ascii="Arial" w:hAnsi="Arial"/>
          <w:color w:val="5D7284"/>
        </w:rPr>
        <w:t>26:42</w:t>
      </w:r>
    </w:p>
    <w:p w14:paraId="34DA3C1A" w14:textId="5187209C" w:rsidR="00383590" w:rsidRDefault="00BA6E60">
      <w:pPr>
        <w:spacing w:after="0"/>
      </w:pPr>
      <w:r w:rsidRPr="74A61BE5">
        <w:rPr>
          <w:rFonts w:ascii="Arial" w:hAnsi="Arial"/>
        </w:rPr>
        <w:t xml:space="preserve">Because it's moving. Yeah, because it's moving. Because I'm looking at that one. It looks like it's just stayed still. But </w:t>
      </w:r>
      <w:r w:rsidR="2C89F00A" w:rsidRPr="74A61BE5">
        <w:rPr>
          <w:rFonts w:ascii="Arial" w:hAnsi="Arial"/>
        </w:rPr>
        <w:t>since</w:t>
      </w:r>
      <w:r w:rsidRPr="74A61BE5">
        <w:rPr>
          <w:rFonts w:ascii="Arial" w:hAnsi="Arial"/>
        </w:rPr>
        <w:t xml:space="preserve"> its moving. It looks like it's just having fun moving around.</w:t>
      </w:r>
    </w:p>
    <w:p w14:paraId="33407DB9" w14:textId="77777777" w:rsidR="00383590" w:rsidRDefault="00383590">
      <w:pPr>
        <w:spacing w:after="0"/>
      </w:pPr>
    </w:p>
    <w:p w14:paraId="4C23F899" w14:textId="77777777" w:rsidR="00383590" w:rsidRDefault="00BA6E60">
      <w:pPr>
        <w:spacing w:after="0"/>
      </w:pPr>
      <w:r>
        <w:rPr>
          <w:rFonts w:ascii="Arial" w:hAnsi="Arial"/>
          <w:b/>
        </w:rPr>
        <w:t xml:space="preserve">Interviewer P:  </w:t>
      </w:r>
      <w:r>
        <w:rPr>
          <w:rFonts w:ascii="Arial" w:hAnsi="Arial"/>
          <w:color w:val="5D7284"/>
        </w:rPr>
        <w:t>26:57</w:t>
      </w:r>
    </w:p>
    <w:p w14:paraId="1B04EFFC" w14:textId="40241C27" w:rsidR="00383590" w:rsidRDefault="002FD302">
      <w:pPr>
        <w:spacing w:after="0"/>
      </w:pPr>
      <w:r w:rsidRPr="74A61BE5">
        <w:rPr>
          <w:rFonts w:ascii="Arial" w:hAnsi="Arial"/>
        </w:rPr>
        <w:t>So,</w:t>
      </w:r>
      <w:r w:rsidR="00BA6E60" w:rsidRPr="74A61BE5">
        <w:rPr>
          <w:rFonts w:ascii="Arial" w:hAnsi="Arial"/>
        </w:rPr>
        <w:t xml:space="preserve"> you thought that there would be swirls because it's moving. And it's standing straight up and down. And so you're saying that that's because it's moving? So how has </w:t>
      </w:r>
      <w:r w:rsidR="047431E4" w:rsidRPr="74A61BE5">
        <w:rPr>
          <w:rFonts w:ascii="Arial" w:hAnsi="Arial"/>
        </w:rPr>
        <w:t>you're</w:t>
      </w:r>
      <w:r w:rsidR="00BA6E60" w:rsidRPr="74A61BE5">
        <w:rPr>
          <w:rFonts w:ascii="Arial" w:hAnsi="Arial"/>
        </w:rPr>
        <w:t xml:space="preserve"> thinking about it changed if now you're using moving to explain this when you originally thought that it would do this?</w:t>
      </w:r>
    </w:p>
    <w:p w14:paraId="27774754" w14:textId="77777777" w:rsidR="00383590" w:rsidRDefault="00383590">
      <w:pPr>
        <w:spacing w:after="0"/>
      </w:pPr>
    </w:p>
    <w:p w14:paraId="25F81E82" w14:textId="77777777" w:rsidR="00383590" w:rsidRDefault="00BA6E60">
      <w:pPr>
        <w:spacing w:after="0"/>
      </w:pPr>
      <w:r>
        <w:rPr>
          <w:rFonts w:ascii="Arial" w:hAnsi="Arial"/>
          <w:b/>
        </w:rPr>
        <w:t xml:space="preserve">Participant#10:  </w:t>
      </w:r>
      <w:r>
        <w:rPr>
          <w:rFonts w:ascii="Arial" w:hAnsi="Arial"/>
          <w:color w:val="5D7284"/>
        </w:rPr>
        <w:t>27:21</w:t>
      </w:r>
    </w:p>
    <w:p w14:paraId="3AB73586" w14:textId="77777777" w:rsidR="00383590" w:rsidRDefault="00BA6E60">
      <w:pPr>
        <w:spacing w:after="0"/>
      </w:pPr>
      <w:r>
        <w:rPr>
          <w:rFonts w:ascii="Arial" w:hAnsi="Arial"/>
        </w:rPr>
        <w:t>Thinking about a change? Actually? Why wait repeat the question one more time?</w:t>
      </w:r>
    </w:p>
    <w:p w14:paraId="218D166B" w14:textId="77777777" w:rsidR="00383590" w:rsidRDefault="00383590">
      <w:pPr>
        <w:spacing w:after="0"/>
      </w:pPr>
    </w:p>
    <w:p w14:paraId="3CA1DE50" w14:textId="77777777" w:rsidR="00383590" w:rsidRDefault="00BA6E60">
      <w:pPr>
        <w:spacing w:after="0"/>
      </w:pPr>
      <w:r>
        <w:rPr>
          <w:rFonts w:ascii="Arial" w:hAnsi="Arial"/>
          <w:b/>
        </w:rPr>
        <w:t xml:space="preserve">Interviewer P:  </w:t>
      </w:r>
      <w:r>
        <w:rPr>
          <w:rFonts w:ascii="Arial" w:hAnsi="Arial"/>
          <w:color w:val="5D7284"/>
        </w:rPr>
        <w:t>27:29</w:t>
      </w:r>
    </w:p>
    <w:p w14:paraId="28DA7BEE" w14:textId="7FE2F9EA" w:rsidR="00383590" w:rsidRDefault="428816AC">
      <w:pPr>
        <w:spacing w:after="0"/>
      </w:pPr>
      <w:r w:rsidRPr="74A61BE5">
        <w:rPr>
          <w:rFonts w:ascii="Arial" w:hAnsi="Arial"/>
        </w:rPr>
        <w:t>So,</w:t>
      </w:r>
      <w:r w:rsidR="00BA6E60" w:rsidRPr="74A61BE5">
        <w:rPr>
          <w:rFonts w:ascii="Arial" w:hAnsi="Arial"/>
        </w:rPr>
        <w:t xml:space="preserve"> when I asked you, why did you think there would be </w:t>
      </w:r>
      <w:r w:rsidR="5717D6AC" w:rsidRPr="74A61BE5">
        <w:rPr>
          <w:rFonts w:ascii="Arial" w:hAnsi="Arial"/>
        </w:rPr>
        <w:t>swirls?</w:t>
      </w:r>
      <w:r w:rsidR="00BA6E60" w:rsidRPr="74A61BE5">
        <w:rPr>
          <w:rFonts w:ascii="Arial" w:hAnsi="Arial"/>
        </w:rPr>
        <w:t xml:space="preserve"> You said because it's moving. And so then I said, </w:t>
      </w:r>
      <w:r w:rsidR="094090D3" w:rsidRPr="74A61BE5">
        <w:rPr>
          <w:rFonts w:ascii="Arial" w:hAnsi="Arial"/>
        </w:rPr>
        <w:t>well</w:t>
      </w:r>
      <w:r w:rsidR="00BA6E60" w:rsidRPr="74A61BE5">
        <w:rPr>
          <w:rFonts w:ascii="Arial" w:hAnsi="Arial"/>
        </w:rPr>
        <w:t xml:space="preserve">, why do you think it's standing up. And you said, because it's moving. </w:t>
      </w:r>
      <w:r w:rsidR="0CBEB220" w:rsidRPr="74A61BE5">
        <w:rPr>
          <w:rFonts w:ascii="Arial" w:hAnsi="Arial"/>
        </w:rPr>
        <w:t>So,</w:t>
      </w:r>
      <w:r w:rsidR="00BA6E60" w:rsidRPr="74A61BE5">
        <w:rPr>
          <w:rFonts w:ascii="Arial" w:hAnsi="Arial"/>
        </w:rPr>
        <w:t xml:space="preserve"> you changed your thinking. So why is originally you thought moving would make squirt swirls, but now you're saying no moving makes it stand up. So was trying to dig a little deeper into that. </w:t>
      </w:r>
      <w:r w:rsidR="5C28FEB3" w:rsidRPr="74A61BE5">
        <w:rPr>
          <w:rFonts w:ascii="Arial" w:hAnsi="Arial"/>
        </w:rPr>
        <w:t>So,</w:t>
      </w:r>
      <w:r w:rsidR="00BA6E60" w:rsidRPr="74A61BE5">
        <w:rPr>
          <w:rFonts w:ascii="Arial" w:hAnsi="Arial"/>
        </w:rPr>
        <w:t xml:space="preserve"> what is it about the moving that's keeping those columns up right?</w:t>
      </w:r>
    </w:p>
    <w:p w14:paraId="60D11D45" w14:textId="77777777" w:rsidR="00383590" w:rsidRDefault="00383590">
      <w:pPr>
        <w:spacing w:after="0"/>
      </w:pPr>
    </w:p>
    <w:p w14:paraId="515CC8AA" w14:textId="77777777" w:rsidR="00383590" w:rsidRDefault="00BA6E60">
      <w:pPr>
        <w:spacing w:after="0"/>
      </w:pPr>
      <w:r>
        <w:rPr>
          <w:rFonts w:ascii="Arial" w:hAnsi="Arial"/>
          <w:b/>
        </w:rPr>
        <w:lastRenderedPageBreak/>
        <w:t xml:space="preserve">Participant#10:  </w:t>
      </w:r>
      <w:r>
        <w:rPr>
          <w:rFonts w:ascii="Arial" w:hAnsi="Arial"/>
          <w:color w:val="5D7284"/>
        </w:rPr>
        <w:t>28:07</w:t>
      </w:r>
    </w:p>
    <w:p w14:paraId="6F8B1179" w14:textId="77777777" w:rsidR="00383590" w:rsidRDefault="00BA6E60">
      <w:pPr>
        <w:spacing w:after="0"/>
      </w:pPr>
      <w:r>
        <w:rPr>
          <w:rFonts w:ascii="Arial" w:hAnsi="Arial"/>
        </w:rPr>
        <w:t>Maybe because it's the dye, it's scientific dye?</w:t>
      </w:r>
    </w:p>
    <w:p w14:paraId="452A487E" w14:textId="77777777" w:rsidR="00383590" w:rsidRDefault="00383590">
      <w:pPr>
        <w:spacing w:after="0"/>
      </w:pPr>
    </w:p>
    <w:p w14:paraId="022BD515" w14:textId="77777777" w:rsidR="00383590" w:rsidRDefault="00BA6E60">
      <w:pPr>
        <w:spacing w:after="0"/>
      </w:pPr>
      <w:r>
        <w:rPr>
          <w:rFonts w:ascii="Arial" w:hAnsi="Arial"/>
          <w:b/>
        </w:rPr>
        <w:t xml:space="preserve">Interviewer P:  </w:t>
      </w:r>
      <w:r>
        <w:rPr>
          <w:rFonts w:ascii="Arial" w:hAnsi="Arial"/>
          <w:color w:val="5D7284"/>
        </w:rPr>
        <w:t>28:13</w:t>
      </w:r>
    </w:p>
    <w:p w14:paraId="669A28CB" w14:textId="62A21EA2" w:rsidR="00383590" w:rsidRDefault="67B247FF">
      <w:pPr>
        <w:spacing w:after="0"/>
      </w:pPr>
      <w:r w:rsidRPr="74A61BE5">
        <w:rPr>
          <w:rFonts w:ascii="Arial" w:hAnsi="Arial"/>
        </w:rPr>
        <w:t>So,</w:t>
      </w:r>
      <w:r w:rsidR="00BA6E60" w:rsidRPr="74A61BE5">
        <w:rPr>
          <w:rFonts w:ascii="Arial" w:hAnsi="Arial"/>
        </w:rPr>
        <w:t xml:space="preserve"> it might be a property of the dye. </w:t>
      </w:r>
    </w:p>
    <w:p w14:paraId="431BED5B" w14:textId="77777777" w:rsidR="00383590" w:rsidRDefault="00383590">
      <w:pPr>
        <w:spacing w:after="0"/>
      </w:pPr>
    </w:p>
    <w:p w14:paraId="216DA556" w14:textId="77777777" w:rsidR="00383590" w:rsidRDefault="00BA6E60">
      <w:pPr>
        <w:spacing w:after="0"/>
      </w:pPr>
      <w:r>
        <w:rPr>
          <w:rFonts w:ascii="Arial" w:hAnsi="Arial"/>
          <w:b/>
        </w:rPr>
        <w:t xml:space="preserve">Participant#10:  </w:t>
      </w:r>
      <w:r>
        <w:rPr>
          <w:rFonts w:ascii="Arial" w:hAnsi="Arial"/>
          <w:color w:val="5D7284"/>
        </w:rPr>
        <w:t>28:16</w:t>
      </w:r>
    </w:p>
    <w:p w14:paraId="066C8F97" w14:textId="77777777" w:rsidR="00383590" w:rsidRDefault="00BA6E60">
      <w:pPr>
        <w:spacing w:after="0"/>
      </w:pPr>
      <w:r>
        <w:rPr>
          <w:rFonts w:ascii="Arial" w:hAnsi="Arial"/>
        </w:rPr>
        <w:t>Yeah property of the dye.</w:t>
      </w:r>
    </w:p>
    <w:p w14:paraId="0DCD41F1" w14:textId="77777777" w:rsidR="00383590" w:rsidRDefault="00383590">
      <w:pPr>
        <w:spacing w:after="0"/>
      </w:pPr>
    </w:p>
    <w:p w14:paraId="166762DD" w14:textId="77777777" w:rsidR="00383590" w:rsidRDefault="00BA6E60">
      <w:pPr>
        <w:spacing w:after="0"/>
      </w:pPr>
      <w:r>
        <w:rPr>
          <w:rFonts w:ascii="Arial" w:hAnsi="Arial"/>
          <w:b/>
        </w:rPr>
        <w:t xml:space="preserve">Interviewer P:  </w:t>
      </w:r>
      <w:r>
        <w:rPr>
          <w:rFonts w:ascii="Arial" w:hAnsi="Arial"/>
          <w:color w:val="5D7284"/>
        </w:rPr>
        <w:t>28:18</w:t>
      </w:r>
    </w:p>
    <w:p w14:paraId="1748877D" w14:textId="77777777" w:rsidR="00383590" w:rsidRDefault="00BA6E60">
      <w:pPr>
        <w:spacing w:after="0"/>
      </w:pPr>
      <w:r>
        <w:rPr>
          <w:rFonts w:ascii="Arial" w:hAnsi="Arial"/>
        </w:rPr>
        <w:t xml:space="preserve">So. </w:t>
      </w:r>
    </w:p>
    <w:p w14:paraId="548279A9" w14:textId="77777777" w:rsidR="00383590" w:rsidRDefault="00383590">
      <w:pPr>
        <w:spacing w:after="0"/>
      </w:pPr>
    </w:p>
    <w:p w14:paraId="2C822B87" w14:textId="77777777" w:rsidR="00383590" w:rsidRDefault="00BA6E60">
      <w:pPr>
        <w:spacing w:after="0"/>
      </w:pPr>
      <w:r>
        <w:rPr>
          <w:rFonts w:ascii="Arial" w:hAnsi="Arial"/>
          <w:b/>
        </w:rPr>
        <w:t xml:space="preserve">Participant#10:  </w:t>
      </w:r>
      <w:r>
        <w:rPr>
          <w:rFonts w:ascii="Arial" w:hAnsi="Arial"/>
          <w:color w:val="5D7284"/>
        </w:rPr>
        <w:t>28:18</w:t>
      </w:r>
    </w:p>
    <w:p w14:paraId="18CC996F" w14:textId="0F69CA7B" w:rsidR="00383590" w:rsidRDefault="00BA6E60">
      <w:pPr>
        <w:spacing w:after="0"/>
      </w:pPr>
      <w:r w:rsidRPr="74A61BE5">
        <w:rPr>
          <w:rFonts w:ascii="Arial" w:hAnsi="Arial"/>
        </w:rPr>
        <w:t xml:space="preserve">And </w:t>
      </w:r>
      <w:r w:rsidR="33A6BB87" w:rsidRPr="74A61BE5">
        <w:rPr>
          <w:rFonts w:ascii="Arial" w:hAnsi="Arial"/>
        </w:rPr>
        <w:t>plus,</w:t>
      </w:r>
      <w:r w:rsidRPr="74A61BE5">
        <w:rPr>
          <w:rFonts w:ascii="Arial" w:hAnsi="Arial"/>
        </w:rPr>
        <w:t xml:space="preserve"> the moving around. It's with that is making it do its thing by standing up and expand. </w:t>
      </w:r>
    </w:p>
    <w:p w14:paraId="7C27046C" w14:textId="77777777" w:rsidR="00383590" w:rsidRDefault="00383590">
      <w:pPr>
        <w:spacing w:after="0"/>
      </w:pPr>
    </w:p>
    <w:p w14:paraId="7FE19FE9" w14:textId="77777777" w:rsidR="00383590" w:rsidRDefault="00BA6E60">
      <w:pPr>
        <w:spacing w:after="0"/>
      </w:pPr>
      <w:r>
        <w:rPr>
          <w:rFonts w:ascii="Arial" w:hAnsi="Arial"/>
          <w:b/>
        </w:rPr>
        <w:t xml:space="preserve">Interviewer P:  </w:t>
      </w:r>
      <w:r>
        <w:rPr>
          <w:rFonts w:ascii="Arial" w:hAnsi="Arial"/>
          <w:color w:val="5D7284"/>
        </w:rPr>
        <w:t>28:27</w:t>
      </w:r>
    </w:p>
    <w:p w14:paraId="0DC0B771" w14:textId="77777777" w:rsidR="00383590" w:rsidRDefault="00BA6E60">
      <w:pPr>
        <w:spacing w:after="0"/>
      </w:pPr>
      <w:r>
        <w:rPr>
          <w:rFonts w:ascii="Arial" w:hAnsi="Arial"/>
        </w:rPr>
        <w:t>Yeah, so I guess that's what I'm trying to get at is how does the moving keep it standing up? If you have any thoughts about that.</w:t>
      </w:r>
    </w:p>
    <w:p w14:paraId="354A1F07" w14:textId="77777777" w:rsidR="00383590" w:rsidRDefault="00383590">
      <w:pPr>
        <w:spacing w:after="0"/>
      </w:pPr>
    </w:p>
    <w:p w14:paraId="77951320" w14:textId="77777777" w:rsidR="00383590" w:rsidRDefault="00BA6E60">
      <w:pPr>
        <w:spacing w:after="0"/>
      </w:pPr>
      <w:r>
        <w:rPr>
          <w:rFonts w:ascii="Arial" w:hAnsi="Arial"/>
          <w:b/>
        </w:rPr>
        <w:t xml:space="preserve">Participant#10:  </w:t>
      </w:r>
      <w:r>
        <w:rPr>
          <w:rFonts w:ascii="Arial" w:hAnsi="Arial"/>
          <w:color w:val="5D7284"/>
        </w:rPr>
        <w:t>28:39</w:t>
      </w:r>
    </w:p>
    <w:p w14:paraId="2D0BACAF" w14:textId="77777777" w:rsidR="00383590" w:rsidRDefault="00BA6E60">
      <w:pPr>
        <w:spacing w:after="0"/>
      </w:pPr>
      <w:r>
        <w:rPr>
          <w:rFonts w:ascii="Arial" w:hAnsi="Arial"/>
        </w:rPr>
        <w:t>Because the chemicals in the dye.</w:t>
      </w:r>
    </w:p>
    <w:p w14:paraId="33EC8B5E" w14:textId="77777777" w:rsidR="00383590" w:rsidRDefault="00383590">
      <w:pPr>
        <w:spacing w:after="0"/>
      </w:pPr>
    </w:p>
    <w:p w14:paraId="14AB6E2B" w14:textId="77777777" w:rsidR="00383590" w:rsidRDefault="00BA6E60">
      <w:pPr>
        <w:spacing w:after="0"/>
      </w:pPr>
      <w:r>
        <w:rPr>
          <w:rFonts w:ascii="Arial" w:hAnsi="Arial"/>
          <w:b/>
        </w:rPr>
        <w:t xml:space="preserve">Interviewer P:  </w:t>
      </w:r>
      <w:r>
        <w:rPr>
          <w:rFonts w:ascii="Arial" w:hAnsi="Arial"/>
          <w:color w:val="5D7284"/>
        </w:rPr>
        <w:t>28:41</w:t>
      </w:r>
    </w:p>
    <w:p w14:paraId="0FAE1302" w14:textId="77777777" w:rsidR="00383590" w:rsidRDefault="00BA6E60">
      <w:pPr>
        <w:spacing w:after="0"/>
      </w:pPr>
      <w:r>
        <w:rPr>
          <w:rFonts w:ascii="Arial" w:hAnsi="Arial"/>
        </w:rPr>
        <w:t xml:space="preserve">So, again, it's a property of the dye. </w:t>
      </w:r>
    </w:p>
    <w:p w14:paraId="241BEDB9" w14:textId="77777777" w:rsidR="00383590" w:rsidRDefault="00383590">
      <w:pPr>
        <w:spacing w:after="0"/>
      </w:pPr>
    </w:p>
    <w:p w14:paraId="5E7B9C4F" w14:textId="77777777" w:rsidR="00383590" w:rsidRDefault="00BA6E60">
      <w:pPr>
        <w:spacing w:after="0"/>
      </w:pPr>
      <w:r>
        <w:rPr>
          <w:rFonts w:ascii="Arial" w:hAnsi="Arial"/>
          <w:b/>
        </w:rPr>
        <w:t xml:space="preserve">Participant#10:  </w:t>
      </w:r>
      <w:r>
        <w:rPr>
          <w:rFonts w:ascii="Arial" w:hAnsi="Arial"/>
          <w:color w:val="5D7284"/>
        </w:rPr>
        <w:t>28:43</w:t>
      </w:r>
    </w:p>
    <w:p w14:paraId="47287531" w14:textId="77777777" w:rsidR="00383590" w:rsidRDefault="00BA6E60">
      <w:pPr>
        <w:spacing w:after="0"/>
      </w:pPr>
      <w:r>
        <w:rPr>
          <w:rFonts w:ascii="Arial" w:hAnsi="Arial"/>
        </w:rPr>
        <w:t xml:space="preserve">Yeah. </w:t>
      </w:r>
    </w:p>
    <w:p w14:paraId="7624A141" w14:textId="77777777" w:rsidR="00383590" w:rsidRDefault="00383590">
      <w:pPr>
        <w:spacing w:after="0"/>
      </w:pPr>
    </w:p>
    <w:p w14:paraId="764B2D40" w14:textId="77777777" w:rsidR="00383590" w:rsidRDefault="00BA6E60">
      <w:pPr>
        <w:spacing w:after="0"/>
      </w:pPr>
      <w:r>
        <w:rPr>
          <w:rFonts w:ascii="Arial" w:hAnsi="Arial"/>
          <w:b/>
        </w:rPr>
        <w:t xml:space="preserve">Interviewer P:  </w:t>
      </w:r>
      <w:r>
        <w:rPr>
          <w:rFonts w:ascii="Arial" w:hAnsi="Arial"/>
          <w:color w:val="5D7284"/>
        </w:rPr>
        <w:t>28:44</w:t>
      </w:r>
    </w:p>
    <w:p w14:paraId="3D13ED02" w14:textId="7BFCD7B6" w:rsidR="00383590" w:rsidRDefault="00BA6E60">
      <w:pPr>
        <w:spacing w:after="0"/>
      </w:pPr>
      <w:r w:rsidRPr="74A61BE5">
        <w:rPr>
          <w:rFonts w:ascii="Arial" w:hAnsi="Arial"/>
        </w:rPr>
        <w:t xml:space="preserve">Okay. </w:t>
      </w:r>
      <w:r w:rsidR="6279EE54" w:rsidRPr="74A61BE5">
        <w:rPr>
          <w:rFonts w:ascii="Arial" w:hAnsi="Arial"/>
        </w:rPr>
        <w:t>So,</w:t>
      </w:r>
      <w:r w:rsidRPr="74A61BE5">
        <w:rPr>
          <w:rFonts w:ascii="Arial" w:hAnsi="Arial"/>
        </w:rPr>
        <w:t xml:space="preserve"> do you think it has more to do with the dye and less to do with the water and the rotation? Do you think that there's anything I could do to make it look like that or we could do to make it look like that? </w:t>
      </w:r>
    </w:p>
    <w:p w14:paraId="407829D6" w14:textId="77777777" w:rsidR="00383590" w:rsidRDefault="00383590">
      <w:pPr>
        <w:spacing w:after="0"/>
      </w:pPr>
    </w:p>
    <w:p w14:paraId="5CE9D4DA" w14:textId="77777777" w:rsidR="00383590" w:rsidRDefault="00BA6E60">
      <w:pPr>
        <w:spacing w:after="0"/>
      </w:pPr>
      <w:r>
        <w:rPr>
          <w:rFonts w:ascii="Arial" w:hAnsi="Arial"/>
          <w:b/>
        </w:rPr>
        <w:t xml:space="preserve">Participant#10:  </w:t>
      </w:r>
      <w:r>
        <w:rPr>
          <w:rFonts w:ascii="Arial" w:hAnsi="Arial"/>
          <w:color w:val="5D7284"/>
        </w:rPr>
        <w:t>28:56</w:t>
      </w:r>
    </w:p>
    <w:p w14:paraId="11978E6F" w14:textId="77777777" w:rsidR="00383590" w:rsidRDefault="00BA6E60">
      <w:pPr>
        <w:spacing w:after="0"/>
      </w:pPr>
      <w:r>
        <w:rPr>
          <w:rFonts w:ascii="Arial" w:hAnsi="Arial"/>
        </w:rPr>
        <w:t xml:space="preserve">Maybe again, with the mixing? </w:t>
      </w:r>
    </w:p>
    <w:p w14:paraId="7E3FE6A0" w14:textId="77777777" w:rsidR="00383590" w:rsidRDefault="00383590">
      <w:pPr>
        <w:spacing w:after="0"/>
      </w:pPr>
    </w:p>
    <w:p w14:paraId="747F9211" w14:textId="77777777" w:rsidR="00383590" w:rsidRDefault="00BA6E60">
      <w:pPr>
        <w:spacing w:after="0"/>
      </w:pPr>
      <w:r>
        <w:rPr>
          <w:rFonts w:ascii="Arial" w:hAnsi="Arial"/>
          <w:b/>
        </w:rPr>
        <w:t xml:space="preserve">Interviewer P:  </w:t>
      </w:r>
      <w:r>
        <w:rPr>
          <w:rFonts w:ascii="Arial" w:hAnsi="Arial"/>
          <w:color w:val="5D7284"/>
        </w:rPr>
        <w:t>28:58</w:t>
      </w:r>
    </w:p>
    <w:p w14:paraId="5D137F73" w14:textId="77777777" w:rsidR="00383590" w:rsidRDefault="00BA6E60">
      <w:pPr>
        <w:spacing w:after="0"/>
      </w:pPr>
      <w:r>
        <w:rPr>
          <w:rFonts w:ascii="Arial" w:hAnsi="Arial"/>
        </w:rPr>
        <w:t>Okay, like put something in there?</w:t>
      </w:r>
    </w:p>
    <w:p w14:paraId="500D408F" w14:textId="77777777" w:rsidR="00383590" w:rsidRDefault="00383590">
      <w:pPr>
        <w:spacing w:after="0"/>
      </w:pPr>
    </w:p>
    <w:p w14:paraId="2772895D" w14:textId="77777777" w:rsidR="00383590" w:rsidRDefault="00BA6E60">
      <w:pPr>
        <w:spacing w:after="0"/>
      </w:pPr>
      <w:r>
        <w:rPr>
          <w:rFonts w:ascii="Arial" w:hAnsi="Arial"/>
          <w:b/>
        </w:rPr>
        <w:t xml:space="preserve">Participant#10:  </w:t>
      </w:r>
      <w:r>
        <w:rPr>
          <w:rFonts w:ascii="Arial" w:hAnsi="Arial"/>
          <w:color w:val="5D7284"/>
        </w:rPr>
        <w:t>29:01</w:t>
      </w:r>
    </w:p>
    <w:p w14:paraId="700C7F56" w14:textId="77777777" w:rsidR="00383590" w:rsidRDefault="00BA6E60">
      <w:pPr>
        <w:spacing w:after="0"/>
      </w:pPr>
      <w:r>
        <w:rPr>
          <w:rFonts w:ascii="Arial" w:hAnsi="Arial"/>
        </w:rPr>
        <w:t xml:space="preserve"> Yeah. That will help. </w:t>
      </w:r>
    </w:p>
    <w:p w14:paraId="2A7DFC2E" w14:textId="77777777" w:rsidR="00383590" w:rsidRDefault="00383590">
      <w:pPr>
        <w:spacing w:after="0"/>
      </w:pPr>
    </w:p>
    <w:p w14:paraId="3E4046CE" w14:textId="77777777" w:rsidR="00383590" w:rsidRDefault="00BA6E60">
      <w:pPr>
        <w:spacing w:after="0"/>
      </w:pPr>
      <w:r>
        <w:rPr>
          <w:rFonts w:ascii="Arial" w:hAnsi="Arial"/>
          <w:b/>
        </w:rPr>
        <w:t xml:space="preserve">Interviewer P:  </w:t>
      </w:r>
      <w:r>
        <w:rPr>
          <w:rFonts w:ascii="Arial" w:hAnsi="Arial"/>
          <w:color w:val="5D7284"/>
        </w:rPr>
        <w:t>29:04</w:t>
      </w:r>
    </w:p>
    <w:p w14:paraId="42E91B5C" w14:textId="77777777" w:rsidR="00383590" w:rsidRDefault="00BA6E60">
      <w:pPr>
        <w:spacing w:after="0"/>
      </w:pPr>
      <w:r>
        <w:rPr>
          <w:rFonts w:ascii="Arial" w:hAnsi="Arial"/>
        </w:rPr>
        <w:t>Any other ideas?</w:t>
      </w:r>
    </w:p>
    <w:p w14:paraId="03CB800D" w14:textId="77777777" w:rsidR="00383590" w:rsidRDefault="00383590">
      <w:pPr>
        <w:spacing w:after="0"/>
      </w:pPr>
    </w:p>
    <w:p w14:paraId="30FC2E38" w14:textId="77777777" w:rsidR="00383590" w:rsidRDefault="00BA6E60">
      <w:pPr>
        <w:spacing w:after="0"/>
      </w:pPr>
      <w:r>
        <w:rPr>
          <w:rFonts w:ascii="Arial" w:hAnsi="Arial"/>
          <w:b/>
        </w:rPr>
        <w:t xml:space="preserve">Participant#10:  </w:t>
      </w:r>
      <w:r>
        <w:rPr>
          <w:rFonts w:ascii="Arial" w:hAnsi="Arial"/>
          <w:color w:val="5D7284"/>
        </w:rPr>
        <w:t>29:11</w:t>
      </w:r>
    </w:p>
    <w:p w14:paraId="5585D65C" w14:textId="77777777" w:rsidR="00383590" w:rsidRDefault="00BA6E60">
      <w:pPr>
        <w:spacing w:after="0"/>
      </w:pPr>
      <w:r>
        <w:rPr>
          <w:rFonts w:ascii="Arial" w:hAnsi="Arial"/>
        </w:rPr>
        <w:t>Just by mixing it.</w:t>
      </w:r>
    </w:p>
    <w:p w14:paraId="0A7D7439" w14:textId="77777777" w:rsidR="00383590" w:rsidRDefault="00383590">
      <w:pPr>
        <w:spacing w:after="0"/>
      </w:pPr>
    </w:p>
    <w:p w14:paraId="09E0584C" w14:textId="77777777" w:rsidR="00383590" w:rsidRDefault="00BA6E60">
      <w:pPr>
        <w:spacing w:after="0"/>
      </w:pPr>
      <w:r>
        <w:rPr>
          <w:rFonts w:ascii="Arial" w:hAnsi="Arial"/>
          <w:b/>
        </w:rPr>
        <w:t xml:space="preserve">Interviewer P:  </w:t>
      </w:r>
      <w:r>
        <w:rPr>
          <w:rFonts w:ascii="Arial" w:hAnsi="Arial"/>
          <w:color w:val="5D7284"/>
        </w:rPr>
        <w:t>29:12</w:t>
      </w:r>
    </w:p>
    <w:p w14:paraId="7EA807D0" w14:textId="77777777" w:rsidR="00383590" w:rsidRDefault="00BA6E60">
      <w:pPr>
        <w:spacing w:after="0"/>
      </w:pPr>
      <w:r>
        <w:rPr>
          <w:rFonts w:ascii="Arial" w:hAnsi="Arial"/>
        </w:rPr>
        <w:t>Yeah. What do you think might happen if I changed the speed?</w:t>
      </w:r>
    </w:p>
    <w:p w14:paraId="0F40BD36" w14:textId="77777777" w:rsidR="00383590" w:rsidRDefault="00383590">
      <w:pPr>
        <w:spacing w:after="0"/>
      </w:pPr>
    </w:p>
    <w:p w14:paraId="41A783D4" w14:textId="77777777" w:rsidR="00383590" w:rsidRDefault="00BA6E60">
      <w:pPr>
        <w:spacing w:after="0"/>
      </w:pPr>
      <w:r>
        <w:rPr>
          <w:rFonts w:ascii="Arial" w:hAnsi="Arial"/>
          <w:b/>
        </w:rPr>
        <w:t xml:space="preserve">Participant#10:  </w:t>
      </w:r>
      <w:r>
        <w:rPr>
          <w:rFonts w:ascii="Arial" w:hAnsi="Arial"/>
          <w:color w:val="5D7284"/>
        </w:rPr>
        <w:t>29:19</w:t>
      </w:r>
    </w:p>
    <w:p w14:paraId="5279333B" w14:textId="77777777" w:rsidR="00383590" w:rsidRDefault="00BA6E60">
      <w:pPr>
        <w:spacing w:after="0"/>
      </w:pPr>
      <w:r>
        <w:rPr>
          <w:rFonts w:ascii="Arial" w:hAnsi="Arial"/>
        </w:rPr>
        <w:t>Faster? Oh, then it will, the speed will make it swirl.</w:t>
      </w:r>
    </w:p>
    <w:p w14:paraId="0EAF48C3" w14:textId="77777777" w:rsidR="00383590" w:rsidRDefault="00383590">
      <w:pPr>
        <w:spacing w:after="0"/>
      </w:pPr>
    </w:p>
    <w:p w14:paraId="75870AA6" w14:textId="77777777" w:rsidR="00383590" w:rsidRDefault="00BA6E60">
      <w:pPr>
        <w:spacing w:after="0"/>
      </w:pPr>
      <w:r>
        <w:rPr>
          <w:rFonts w:ascii="Arial" w:hAnsi="Arial"/>
          <w:b/>
        </w:rPr>
        <w:t xml:space="preserve">Interviewer P:  </w:t>
      </w:r>
      <w:r>
        <w:rPr>
          <w:rFonts w:ascii="Arial" w:hAnsi="Arial"/>
          <w:color w:val="5D7284"/>
        </w:rPr>
        <w:t>29:23</w:t>
      </w:r>
    </w:p>
    <w:p w14:paraId="58B069C8" w14:textId="20407BED" w:rsidR="00383590" w:rsidRDefault="00BA6E60">
      <w:pPr>
        <w:spacing w:after="0"/>
      </w:pPr>
      <w:r w:rsidRPr="74A61BE5">
        <w:rPr>
          <w:rFonts w:ascii="Arial" w:hAnsi="Arial"/>
        </w:rPr>
        <w:t xml:space="preserve">You think so. Alright, let's try that and I'm going to because this has gotten a little bit diluted, I'm going to put some fresh in there. </w:t>
      </w:r>
      <w:r w:rsidR="386E21CF" w:rsidRPr="74A61BE5">
        <w:rPr>
          <w:rFonts w:ascii="Arial" w:hAnsi="Arial"/>
        </w:rPr>
        <w:t>So,</w:t>
      </w:r>
      <w:r w:rsidRPr="74A61BE5">
        <w:rPr>
          <w:rFonts w:ascii="Arial" w:hAnsi="Arial"/>
        </w:rPr>
        <w:t xml:space="preserve"> we can look at it in </w:t>
      </w:r>
      <w:r w:rsidR="5E7E16DC" w:rsidRPr="74A61BE5">
        <w:rPr>
          <w:rFonts w:ascii="Arial" w:hAnsi="Arial"/>
        </w:rPr>
        <w:t>its</w:t>
      </w:r>
      <w:r w:rsidRPr="74A61BE5">
        <w:rPr>
          <w:rFonts w:ascii="Arial" w:hAnsi="Arial"/>
        </w:rPr>
        <w:t xml:space="preserve"> original form.  </w:t>
      </w:r>
      <w:r w:rsidR="5377A1F9" w:rsidRPr="74A61BE5">
        <w:rPr>
          <w:rFonts w:ascii="Arial" w:hAnsi="Arial"/>
        </w:rPr>
        <w:t>So,</w:t>
      </w:r>
      <w:r w:rsidRPr="74A61BE5">
        <w:rPr>
          <w:rFonts w:ascii="Arial" w:hAnsi="Arial"/>
        </w:rPr>
        <w:t xml:space="preserve"> lets see if speeding it </w:t>
      </w:r>
      <w:r w:rsidR="2AB9382F" w:rsidRPr="74A61BE5">
        <w:rPr>
          <w:rFonts w:ascii="Arial" w:hAnsi="Arial"/>
        </w:rPr>
        <w:t>up</w:t>
      </w:r>
      <w:r w:rsidRPr="74A61BE5">
        <w:rPr>
          <w:rFonts w:ascii="Arial" w:hAnsi="Arial"/>
        </w:rPr>
        <w:t xml:space="preserve"> makes it swirl. There we go. Just sped it up a little bit. Because I had it almost going as fast as it was go it can go. That didn't to do much. I I can slow it down a lot more than I could speed it up. Do you think that'll swirl? No? </w:t>
      </w:r>
    </w:p>
    <w:p w14:paraId="02D6F1A8" w14:textId="77777777" w:rsidR="00383590" w:rsidRDefault="00383590">
      <w:pPr>
        <w:spacing w:after="0"/>
      </w:pPr>
    </w:p>
    <w:p w14:paraId="0B015EE6" w14:textId="77777777" w:rsidR="00383590" w:rsidRDefault="00BA6E60">
      <w:pPr>
        <w:spacing w:after="0"/>
      </w:pPr>
      <w:r>
        <w:rPr>
          <w:rFonts w:ascii="Arial" w:hAnsi="Arial"/>
          <w:b/>
        </w:rPr>
        <w:t xml:space="preserve">Participant#10:  </w:t>
      </w:r>
      <w:r>
        <w:rPr>
          <w:rFonts w:ascii="Arial" w:hAnsi="Arial"/>
          <w:color w:val="5D7284"/>
        </w:rPr>
        <w:t>30:11</w:t>
      </w:r>
    </w:p>
    <w:p w14:paraId="4EA25F1E" w14:textId="77777777" w:rsidR="00383590" w:rsidRDefault="00BA6E60">
      <w:pPr>
        <w:spacing w:after="0"/>
      </w:pPr>
      <w:r>
        <w:rPr>
          <w:rFonts w:ascii="Arial" w:hAnsi="Arial"/>
        </w:rPr>
        <w:t>Slowing down is not going to do anything.</w:t>
      </w:r>
    </w:p>
    <w:p w14:paraId="4627F042" w14:textId="77777777" w:rsidR="00383590" w:rsidRDefault="00383590">
      <w:pPr>
        <w:spacing w:after="0"/>
      </w:pPr>
    </w:p>
    <w:p w14:paraId="0538F3E4" w14:textId="77777777" w:rsidR="00383590" w:rsidRDefault="00BA6E60">
      <w:pPr>
        <w:spacing w:after="0"/>
      </w:pPr>
      <w:r>
        <w:rPr>
          <w:rFonts w:ascii="Arial" w:hAnsi="Arial"/>
          <w:b/>
        </w:rPr>
        <w:t xml:space="preserve">Interviewer P:  </w:t>
      </w:r>
      <w:r>
        <w:rPr>
          <w:rFonts w:ascii="Arial" w:hAnsi="Arial"/>
          <w:color w:val="5D7284"/>
        </w:rPr>
        <w:t>30:12</w:t>
      </w:r>
    </w:p>
    <w:p w14:paraId="74F1121F" w14:textId="35B774F7" w:rsidR="00383590" w:rsidRDefault="00BA6E60">
      <w:pPr>
        <w:spacing w:after="0"/>
      </w:pPr>
      <w:r w:rsidRPr="74A61BE5">
        <w:rPr>
          <w:rFonts w:ascii="Arial" w:hAnsi="Arial"/>
        </w:rPr>
        <w:t xml:space="preserve">You don't think so. </w:t>
      </w:r>
      <w:r w:rsidR="7BC3DFBC" w:rsidRPr="74A61BE5">
        <w:rPr>
          <w:rFonts w:ascii="Arial" w:hAnsi="Arial"/>
        </w:rPr>
        <w:t>So,</w:t>
      </w:r>
      <w:r w:rsidRPr="74A61BE5">
        <w:rPr>
          <w:rFonts w:ascii="Arial" w:hAnsi="Arial"/>
        </w:rPr>
        <w:t xml:space="preserve"> I'm gonna slow it down.</w:t>
      </w:r>
    </w:p>
    <w:p w14:paraId="5F51141D" w14:textId="77777777" w:rsidR="00383590" w:rsidRDefault="00383590">
      <w:pPr>
        <w:spacing w:after="0"/>
      </w:pPr>
    </w:p>
    <w:p w14:paraId="447D891B" w14:textId="77777777" w:rsidR="00383590" w:rsidRDefault="00BA6E60">
      <w:pPr>
        <w:spacing w:after="0"/>
      </w:pPr>
      <w:r>
        <w:rPr>
          <w:rFonts w:ascii="Arial" w:hAnsi="Arial"/>
          <w:b/>
        </w:rPr>
        <w:t xml:space="preserve">Participant#10:  </w:t>
      </w:r>
      <w:r>
        <w:rPr>
          <w:rFonts w:ascii="Arial" w:hAnsi="Arial"/>
          <w:color w:val="5D7284"/>
        </w:rPr>
        <w:t>30:19</w:t>
      </w:r>
    </w:p>
    <w:p w14:paraId="1F01B238" w14:textId="77777777" w:rsidR="00383590" w:rsidRDefault="00BA6E60">
      <w:pPr>
        <w:spacing w:after="0"/>
      </w:pPr>
      <w:r>
        <w:rPr>
          <w:rFonts w:ascii="Arial" w:hAnsi="Arial"/>
        </w:rPr>
        <w:t>What!</w:t>
      </w:r>
    </w:p>
    <w:p w14:paraId="1F1EC6EB" w14:textId="77777777" w:rsidR="00383590" w:rsidRDefault="00383590">
      <w:pPr>
        <w:spacing w:after="0"/>
      </w:pPr>
    </w:p>
    <w:p w14:paraId="7AC1DE2A" w14:textId="77777777" w:rsidR="00383590" w:rsidRDefault="00BA6E60">
      <w:pPr>
        <w:spacing w:after="0"/>
      </w:pPr>
      <w:r>
        <w:rPr>
          <w:rFonts w:ascii="Arial" w:hAnsi="Arial"/>
          <w:b/>
        </w:rPr>
        <w:t xml:space="preserve">Interviewer P:  </w:t>
      </w:r>
      <w:r>
        <w:rPr>
          <w:rFonts w:ascii="Arial" w:hAnsi="Arial"/>
          <w:color w:val="5D7284"/>
        </w:rPr>
        <w:t>30:46</w:t>
      </w:r>
    </w:p>
    <w:p w14:paraId="7A74E552" w14:textId="77777777" w:rsidR="00383590" w:rsidRDefault="00BA6E60">
      <w:pPr>
        <w:spacing w:after="0"/>
      </w:pPr>
      <w:r>
        <w:rPr>
          <w:rFonts w:ascii="Arial" w:hAnsi="Arial"/>
        </w:rPr>
        <w:t>Does that look more like what you have here?</w:t>
      </w:r>
    </w:p>
    <w:p w14:paraId="718E6290" w14:textId="77777777" w:rsidR="00383590" w:rsidRDefault="00383590">
      <w:pPr>
        <w:spacing w:after="0"/>
      </w:pPr>
    </w:p>
    <w:p w14:paraId="7E681E2D" w14:textId="77777777" w:rsidR="00383590" w:rsidRDefault="00BA6E60">
      <w:pPr>
        <w:spacing w:after="0"/>
      </w:pPr>
      <w:r>
        <w:rPr>
          <w:rFonts w:ascii="Arial" w:hAnsi="Arial"/>
          <w:b/>
        </w:rPr>
        <w:t xml:space="preserve">Participant#10:  </w:t>
      </w:r>
      <w:r>
        <w:rPr>
          <w:rFonts w:ascii="Arial" w:hAnsi="Arial"/>
          <w:color w:val="5D7284"/>
        </w:rPr>
        <w:t>30:48</w:t>
      </w:r>
    </w:p>
    <w:p w14:paraId="7B5AABE4" w14:textId="77777777" w:rsidR="00383590" w:rsidRDefault="00BA6E60">
      <w:pPr>
        <w:spacing w:after="0"/>
      </w:pPr>
      <w:r>
        <w:rPr>
          <w:rFonts w:ascii="Arial" w:hAnsi="Arial"/>
        </w:rPr>
        <w:t>Yeah it does.</w:t>
      </w:r>
    </w:p>
    <w:p w14:paraId="60813A4B" w14:textId="77777777" w:rsidR="00383590" w:rsidRDefault="00383590">
      <w:pPr>
        <w:spacing w:after="0"/>
      </w:pPr>
    </w:p>
    <w:p w14:paraId="58A641CF" w14:textId="77777777" w:rsidR="00383590" w:rsidRDefault="00BA6E60">
      <w:pPr>
        <w:spacing w:after="0"/>
      </w:pPr>
      <w:r>
        <w:rPr>
          <w:rFonts w:ascii="Arial" w:hAnsi="Arial"/>
          <w:b/>
        </w:rPr>
        <w:t xml:space="preserve">Interviewer P:  </w:t>
      </w:r>
      <w:r>
        <w:rPr>
          <w:rFonts w:ascii="Arial" w:hAnsi="Arial"/>
          <w:color w:val="5D7284"/>
        </w:rPr>
        <w:t>31:00</w:t>
      </w:r>
    </w:p>
    <w:p w14:paraId="7D3797FC" w14:textId="77777777" w:rsidR="00383590" w:rsidRDefault="00BA6E60">
      <w:pPr>
        <w:spacing w:after="0"/>
      </w:pPr>
      <w:r>
        <w:rPr>
          <w:rFonts w:ascii="Arial" w:hAnsi="Arial"/>
        </w:rPr>
        <w:t>It's definitely swirling but it's also still staying upright a bit.</w:t>
      </w:r>
    </w:p>
    <w:p w14:paraId="58CE8D11" w14:textId="77777777" w:rsidR="00383590" w:rsidRDefault="00383590">
      <w:pPr>
        <w:spacing w:after="0"/>
      </w:pPr>
    </w:p>
    <w:p w14:paraId="07069C05" w14:textId="77777777" w:rsidR="00383590" w:rsidRDefault="00BA6E60">
      <w:pPr>
        <w:spacing w:after="0"/>
      </w:pPr>
      <w:r>
        <w:rPr>
          <w:rFonts w:ascii="Arial" w:hAnsi="Arial"/>
          <w:b/>
        </w:rPr>
        <w:t xml:space="preserve">Participant#10:  </w:t>
      </w:r>
      <w:r>
        <w:rPr>
          <w:rFonts w:ascii="Arial" w:hAnsi="Arial"/>
          <w:color w:val="5D7284"/>
        </w:rPr>
        <w:t>31:05</w:t>
      </w:r>
    </w:p>
    <w:p w14:paraId="239C334D" w14:textId="77777777" w:rsidR="00383590" w:rsidRDefault="00BA6E60">
      <w:pPr>
        <w:spacing w:after="0"/>
      </w:pPr>
      <w:r>
        <w:rPr>
          <w:rFonts w:ascii="Arial" w:hAnsi="Arial"/>
        </w:rPr>
        <w:t>It looks like a lot of it tried to get in the middle.</w:t>
      </w:r>
    </w:p>
    <w:p w14:paraId="3A68CF63" w14:textId="77777777" w:rsidR="00383590" w:rsidRDefault="00383590">
      <w:pPr>
        <w:spacing w:after="0"/>
      </w:pPr>
    </w:p>
    <w:p w14:paraId="61E8EE91" w14:textId="77777777" w:rsidR="00383590" w:rsidRDefault="00BA6E60">
      <w:pPr>
        <w:spacing w:after="0"/>
      </w:pPr>
      <w:r>
        <w:rPr>
          <w:rFonts w:ascii="Arial" w:hAnsi="Arial"/>
          <w:b/>
        </w:rPr>
        <w:t xml:space="preserve">Interviewer P:  </w:t>
      </w:r>
      <w:r>
        <w:rPr>
          <w:rFonts w:ascii="Arial" w:hAnsi="Arial"/>
          <w:color w:val="5D7284"/>
        </w:rPr>
        <w:t>31:09</w:t>
      </w:r>
    </w:p>
    <w:p w14:paraId="40151634" w14:textId="77777777" w:rsidR="00383590" w:rsidRDefault="00BA6E60">
      <w:pPr>
        <w:spacing w:after="0"/>
      </w:pPr>
      <w:r>
        <w:rPr>
          <w:rFonts w:ascii="Arial" w:hAnsi="Arial"/>
        </w:rPr>
        <w:t xml:space="preserve">I'm gonna shut it off now and see if that does anything,so the tank isn't rotating anymore. </w:t>
      </w:r>
    </w:p>
    <w:p w14:paraId="0401A774" w14:textId="77777777" w:rsidR="00383590" w:rsidRDefault="00383590">
      <w:pPr>
        <w:spacing w:after="0"/>
      </w:pPr>
    </w:p>
    <w:p w14:paraId="4E81C975" w14:textId="77777777" w:rsidR="00383590" w:rsidRDefault="00BA6E60">
      <w:pPr>
        <w:spacing w:after="0"/>
      </w:pPr>
      <w:r>
        <w:rPr>
          <w:rFonts w:ascii="Arial" w:hAnsi="Arial"/>
          <w:b/>
        </w:rPr>
        <w:t xml:space="preserve">Participant#10:  </w:t>
      </w:r>
      <w:r>
        <w:rPr>
          <w:rFonts w:ascii="Arial" w:hAnsi="Arial"/>
          <w:color w:val="5D7284"/>
        </w:rPr>
        <w:t>31:32</w:t>
      </w:r>
    </w:p>
    <w:p w14:paraId="641A6FCF" w14:textId="77777777" w:rsidR="00383590" w:rsidRDefault="00BA6E60">
      <w:pPr>
        <w:spacing w:after="0"/>
      </w:pPr>
      <w:r>
        <w:rPr>
          <w:rFonts w:ascii="Arial" w:hAnsi="Arial"/>
        </w:rPr>
        <w:t xml:space="preserve">Water? </w:t>
      </w:r>
    </w:p>
    <w:p w14:paraId="65403E06" w14:textId="77777777" w:rsidR="00383590" w:rsidRDefault="00383590">
      <w:pPr>
        <w:spacing w:after="0"/>
      </w:pPr>
    </w:p>
    <w:p w14:paraId="6C98669C" w14:textId="77777777" w:rsidR="00383590" w:rsidRDefault="00BA6E60">
      <w:pPr>
        <w:spacing w:after="0"/>
      </w:pPr>
      <w:r>
        <w:rPr>
          <w:rFonts w:ascii="Arial" w:hAnsi="Arial"/>
          <w:b/>
        </w:rPr>
        <w:lastRenderedPageBreak/>
        <w:t xml:space="preserve">Interviewer P:  </w:t>
      </w:r>
      <w:r>
        <w:rPr>
          <w:rFonts w:ascii="Arial" w:hAnsi="Arial"/>
          <w:color w:val="5D7284"/>
        </w:rPr>
        <w:t>31:36</w:t>
      </w:r>
    </w:p>
    <w:p w14:paraId="2DA5673C" w14:textId="77777777" w:rsidR="00383590" w:rsidRDefault="00BA6E60">
      <w:pPr>
        <w:spacing w:after="0"/>
      </w:pPr>
      <w:r>
        <w:rPr>
          <w:rFonts w:ascii="Arial" w:hAnsi="Arial"/>
        </w:rPr>
        <w:t>That looks a lot like what you have here. Interesting.</w:t>
      </w:r>
    </w:p>
    <w:p w14:paraId="3D762650" w14:textId="77777777" w:rsidR="00383590" w:rsidRDefault="00383590">
      <w:pPr>
        <w:spacing w:after="0"/>
      </w:pPr>
    </w:p>
    <w:p w14:paraId="78A8A9C5" w14:textId="77777777" w:rsidR="00383590" w:rsidRDefault="00BA6E60">
      <w:pPr>
        <w:spacing w:after="0"/>
      </w:pPr>
      <w:r>
        <w:rPr>
          <w:rFonts w:ascii="Arial" w:hAnsi="Arial"/>
          <w:b/>
        </w:rPr>
        <w:t xml:space="preserve">Participant#10:  </w:t>
      </w:r>
      <w:r>
        <w:rPr>
          <w:rFonts w:ascii="Arial" w:hAnsi="Arial"/>
          <w:color w:val="5D7284"/>
        </w:rPr>
        <w:t>31:44</w:t>
      </w:r>
    </w:p>
    <w:p w14:paraId="7985DB2E" w14:textId="77777777" w:rsidR="00383590" w:rsidRDefault="00BA6E60">
      <w:pPr>
        <w:spacing w:after="0"/>
      </w:pPr>
      <w:r>
        <w:rPr>
          <w:rFonts w:ascii="Arial" w:hAnsi="Arial"/>
        </w:rPr>
        <w:t>And the color of the water is changing.</w:t>
      </w:r>
    </w:p>
    <w:p w14:paraId="1F367437" w14:textId="77777777" w:rsidR="00383590" w:rsidRDefault="00383590">
      <w:pPr>
        <w:spacing w:after="0"/>
      </w:pPr>
    </w:p>
    <w:p w14:paraId="0715293E" w14:textId="77777777" w:rsidR="00383590" w:rsidRDefault="00BA6E60">
      <w:pPr>
        <w:spacing w:after="0"/>
      </w:pPr>
      <w:r>
        <w:rPr>
          <w:rFonts w:ascii="Arial" w:hAnsi="Arial"/>
          <w:b/>
        </w:rPr>
        <w:t xml:space="preserve">Interviewer P:  </w:t>
      </w:r>
      <w:r>
        <w:rPr>
          <w:rFonts w:ascii="Arial" w:hAnsi="Arial"/>
          <w:color w:val="5D7284"/>
        </w:rPr>
        <w:t>31:47</w:t>
      </w:r>
    </w:p>
    <w:p w14:paraId="51DBD908" w14:textId="06B67043" w:rsidR="00383590" w:rsidRDefault="00BA6E60">
      <w:pPr>
        <w:spacing w:after="0"/>
      </w:pPr>
      <w:r w:rsidRPr="74A61BE5">
        <w:rPr>
          <w:rFonts w:ascii="Arial" w:hAnsi="Arial"/>
        </w:rPr>
        <w:t xml:space="preserve">It's changing to be more what pink overall, or purple overall. </w:t>
      </w:r>
      <w:r w:rsidR="44A81BD9" w:rsidRPr="74A61BE5">
        <w:rPr>
          <w:rFonts w:ascii="Arial" w:hAnsi="Arial"/>
        </w:rPr>
        <w:t>So,</w:t>
      </w:r>
      <w:r w:rsidRPr="74A61BE5">
        <w:rPr>
          <w:rFonts w:ascii="Arial" w:hAnsi="Arial"/>
        </w:rPr>
        <w:t xml:space="preserve"> when it was moving it did this. But when we stopped it, it did what you originally thought. </w:t>
      </w:r>
    </w:p>
    <w:p w14:paraId="7A21F9DE" w14:textId="77777777" w:rsidR="00383590" w:rsidRDefault="00383590">
      <w:pPr>
        <w:spacing w:after="0"/>
      </w:pPr>
    </w:p>
    <w:p w14:paraId="047BC46B" w14:textId="77777777" w:rsidR="00383590" w:rsidRDefault="00BA6E60">
      <w:pPr>
        <w:spacing w:after="0"/>
      </w:pPr>
      <w:r>
        <w:rPr>
          <w:rFonts w:ascii="Arial" w:hAnsi="Arial"/>
          <w:b/>
        </w:rPr>
        <w:t xml:space="preserve">Participant#10:  </w:t>
      </w:r>
      <w:r>
        <w:rPr>
          <w:rFonts w:ascii="Arial" w:hAnsi="Arial"/>
          <w:color w:val="5D7284"/>
        </w:rPr>
        <w:t>31:59</w:t>
      </w:r>
    </w:p>
    <w:p w14:paraId="1B2AFFA3" w14:textId="79782B44" w:rsidR="00383590" w:rsidRDefault="0FC0908F">
      <w:pPr>
        <w:spacing w:after="0"/>
      </w:pPr>
      <w:r w:rsidRPr="74A61BE5">
        <w:rPr>
          <w:rFonts w:ascii="Arial" w:hAnsi="Arial"/>
        </w:rPr>
        <w:t>Yeah,</w:t>
      </w:r>
      <w:r w:rsidR="00BA6E60" w:rsidRPr="74A61BE5">
        <w:rPr>
          <w:rFonts w:ascii="Arial" w:hAnsi="Arial"/>
        </w:rPr>
        <w:t xml:space="preserve"> </w:t>
      </w:r>
      <w:r w:rsidR="3A930786" w:rsidRPr="74A61BE5">
        <w:rPr>
          <w:rFonts w:ascii="Arial" w:hAnsi="Arial"/>
        </w:rPr>
        <w:t>that's</w:t>
      </w:r>
      <w:r w:rsidR="00BA6E60" w:rsidRPr="74A61BE5">
        <w:rPr>
          <w:rFonts w:ascii="Arial" w:hAnsi="Arial"/>
        </w:rPr>
        <w:t xml:space="preserve"> so weird. </w:t>
      </w:r>
    </w:p>
    <w:p w14:paraId="5B9DBD9F" w14:textId="77777777" w:rsidR="00383590" w:rsidRDefault="00383590">
      <w:pPr>
        <w:spacing w:after="0"/>
      </w:pPr>
    </w:p>
    <w:p w14:paraId="4D805973" w14:textId="77777777" w:rsidR="00383590" w:rsidRDefault="00BA6E60">
      <w:pPr>
        <w:spacing w:after="0"/>
      </w:pPr>
      <w:r>
        <w:rPr>
          <w:rFonts w:ascii="Arial" w:hAnsi="Arial"/>
          <w:b/>
        </w:rPr>
        <w:t xml:space="preserve">Interviewer P:  </w:t>
      </w:r>
      <w:r>
        <w:rPr>
          <w:rFonts w:ascii="Arial" w:hAnsi="Arial"/>
          <w:color w:val="5D7284"/>
        </w:rPr>
        <w:t>32:00</w:t>
      </w:r>
    </w:p>
    <w:p w14:paraId="4FF45EB4" w14:textId="7888E915" w:rsidR="00383590" w:rsidRDefault="2C7935A9">
      <w:pPr>
        <w:spacing w:after="0"/>
      </w:pPr>
      <w:r w:rsidRPr="74A61BE5">
        <w:rPr>
          <w:rFonts w:ascii="Arial" w:hAnsi="Arial"/>
        </w:rPr>
        <w:t>So,</w:t>
      </w:r>
      <w:r w:rsidR="00BA6E60" w:rsidRPr="74A61BE5">
        <w:rPr>
          <w:rFonts w:ascii="Arial" w:hAnsi="Arial"/>
        </w:rPr>
        <w:t xml:space="preserve"> any ideas why?</w:t>
      </w:r>
    </w:p>
    <w:p w14:paraId="6CE1F5A1" w14:textId="77777777" w:rsidR="00383590" w:rsidRDefault="00383590">
      <w:pPr>
        <w:spacing w:after="0"/>
      </w:pPr>
    </w:p>
    <w:p w14:paraId="33992450" w14:textId="77777777" w:rsidR="00383590" w:rsidRDefault="00BA6E60">
      <w:pPr>
        <w:spacing w:after="0"/>
      </w:pPr>
      <w:r>
        <w:rPr>
          <w:rFonts w:ascii="Arial" w:hAnsi="Arial"/>
          <w:b/>
        </w:rPr>
        <w:t xml:space="preserve">Participant#10:  </w:t>
      </w:r>
      <w:r>
        <w:rPr>
          <w:rFonts w:ascii="Arial" w:hAnsi="Arial"/>
          <w:color w:val="5D7284"/>
        </w:rPr>
        <w:t>32:11</w:t>
      </w:r>
    </w:p>
    <w:p w14:paraId="1512F073" w14:textId="77777777" w:rsidR="00383590" w:rsidRDefault="00BA6E60">
      <w:pPr>
        <w:spacing w:after="0"/>
      </w:pPr>
      <w:r>
        <w:rPr>
          <w:rFonts w:ascii="Arial" w:hAnsi="Arial"/>
        </w:rPr>
        <w:t xml:space="preserve">Why, no, I thought that because since is moving faster all together and do that and slowing it down. Will make it stop. Yeah, oh my gosh, this is tripping me out. </w:t>
      </w:r>
    </w:p>
    <w:p w14:paraId="129F2806" w14:textId="77777777" w:rsidR="00383590" w:rsidRDefault="00383590">
      <w:pPr>
        <w:spacing w:after="0"/>
      </w:pPr>
    </w:p>
    <w:p w14:paraId="7ECF2327" w14:textId="77777777" w:rsidR="00383590" w:rsidRDefault="00BA6E60">
      <w:pPr>
        <w:spacing w:after="0"/>
      </w:pPr>
      <w:r>
        <w:rPr>
          <w:rFonts w:ascii="Arial" w:hAnsi="Arial"/>
          <w:b/>
        </w:rPr>
        <w:t xml:space="preserve">Interviewer P:  </w:t>
      </w:r>
      <w:r>
        <w:rPr>
          <w:rFonts w:ascii="Arial" w:hAnsi="Arial"/>
          <w:color w:val="5D7284"/>
        </w:rPr>
        <w:t>32:26</w:t>
      </w:r>
    </w:p>
    <w:p w14:paraId="6B84791D" w14:textId="08882B4D" w:rsidR="00383590" w:rsidRDefault="00BA6E60">
      <w:pPr>
        <w:spacing w:after="0"/>
      </w:pPr>
      <w:r w:rsidRPr="74A61BE5">
        <w:rPr>
          <w:rFonts w:ascii="Arial" w:hAnsi="Arial"/>
        </w:rPr>
        <w:t xml:space="preserve">Okay, so I'm going to take this and we're going to do a little bit more kind of a thought experiment kind of not to remember when I talked about Jell-O. </w:t>
      </w:r>
      <w:r w:rsidR="4B1DB2D9" w:rsidRPr="74A61BE5">
        <w:rPr>
          <w:rFonts w:ascii="Arial" w:hAnsi="Arial"/>
        </w:rPr>
        <w:t>So,</w:t>
      </w:r>
      <w:r w:rsidRPr="74A61BE5">
        <w:rPr>
          <w:rFonts w:ascii="Arial" w:hAnsi="Arial"/>
        </w:rPr>
        <w:t xml:space="preserve"> I do have a tank of Jell-O. And I have this lazy Susans. I can put it on here and use that to get it to spin. And I actually have a little Lego motor over here too. That I can use to turn the Lazy Susan. And </w:t>
      </w:r>
      <w:r w:rsidR="5F0F8B8F" w:rsidRPr="74A61BE5">
        <w:rPr>
          <w:rFonts w:ascii="Arial" w:hAnsi="Arial"/>
        </w:rPr>
        <w:t>so,</w:t>
      </w:r>
      <w:r w:rsidRPr="74A61BE5">
        <w:rPr>
          <w:rFonts w:ascii="Arial" w:hAnsi="Arial"/>
        </w:rPr>
        <w:t xml:space="preserve"> when I start spinning, the Jell-O and the ideas of what the Jell-O will look like when it starts to spin?</w:t>
      </w:r>
    </w:p>
    <w:p w14:paraId="54274798" w14:textId="77777777" w:rsidR="00383590" w:rsidRDefault="00383590">
      <w:pPr>
        <w:spacing w:after="0"/>
      </w:pPr>
    </w:p>
    <w:p w14:paraId="01F26804" w14:textId="77777777" w:rsidR="00383590" w:rsidRDefault="00BA6E60">
      <w:pPr>
        <w:spacing w:after="0"/>
      </w:pPr>
      <w:r>
        <w:rPr>
          <w:rFonts w:ascii="Arial" w:hAnsi="Arial"/>
          <w:b/>
        </w:rPr>
        <w:t xml:space="preserve">Participant#10:  </w:t>
      </w:r>
      <w:r>
        <w:rPr>
          <w:rFonts w:ascii="Arial" w:hAnsi="Arial"/>
          <w:color w:val="5D7284"/>
        </w:rPr>
        <w:t>33:08</w:t>
      </w:r>
    </w:p>
    <w:p w14:paraId="4B8D141B" w14:textId="77777777" w:rsidR="00383590" w:rsidRDefault="00BA6E60">
      <w:pPr>
        <w:spacing w:after="0"/>
      </w:pPr>
      <w:r>
        <w:rPr>
          <w:rFonts w:ascii="Arial" w:hAnsi="Arial"/>
        </w:rPr>
        <w:t>Probably jiggle a little bit.</w:t>
      </w:r>
    </w:p>
    <w:p w14:paraId="7E49218E" w14:textId="77777777" w:rsidR="00383590" w:rsidRDefault="00383590">
      <w:pPr>
        <w:spacing w:after="0"/>
      </w:pPr>
    </w:p>
    <w:p w14:paraId="56993BF2" w14:textId="77777777" w:rsidR="00383590" w:rsidRDefault="00BA6E60">
      <w:pPr>
        <w:spacing w:after="0"/>
      </w:pPr>
      <w:r>
        <w:rPr>
          <w:rFonts w:ascii="Arial" w:hAnsi="Arial"/>
          <w:b/>
        </w:rPr>
        <w:t xml:space="preserve">Interviewer P:  </w:t>
      </w:r>
      <w:r>
        <w:rPr>
          <w:rFonts w:ascii="Arial" w:hAnsi="Arial"/>
          <w:color w:val="5D7284"/>
        </w:rPr>
        <w:t>33:12</w:t>
      </w:r>
    </w:p>
    <w:p w14:paraId="066614D5" w14:textId="42CB9992" w:rsidR="00383590" w:rsidRDefault="00BA6E60">
      <w:pPr>
        <w:spacing w:after="0"/>
      </w:pPr>
      <w:r w:rsidRPr="073F07AE">
        <w:rPr>
          <w:rFonts w:ascii="Arial" w:hAnsi="Arial"/>
        </w:rPr>
        <w:t xml:space="preserve">Jiggle a little bit. Make sense to me? Let's see. All right. </w:t>
      </w:r>
      <w:r w:rsidR="49151433" w:rsidRPr="073F07AE">
        <w:rPr>
          <w:rFonts w:ascii="Arial" w:hAnsi="Arial"/>
        </w:rPr>
        <w:t>So,</w:t>
      </w:r>
      <w:r w:rsidRPr="073F07AE">
        <w:rPr>
          <w:rFonts w:ascii="Arial" w:hAnsi="Arial"/>
        </w:rPr>
        <w:t xml:space="preserve"> this is where we morph from a real demo to a thought experiment. Because ideally, what I would like to do is drop something into that Jell-O that would sink to the bottom, like the crystal dye sink, sink to the bottom of that. </w:t>
      </w:r>
      <w:r w:rsidR="449050CE" w:rsidRPr="073F07AE">
        <w:rPr>
          <w:rFonts w:ascii="Arial" w:hAnsi="Arial"/>
        </w:rPr>
        <w:t>So,</w:t>
      </w:r>
      <w:r w:rsidRPr="073F07AE">
        <w:rPr>
          <w:rFonts w:ascii="Arial" w:hAnsi="Arial"/>
        </w:rPr>
        <w:t xml:space="preserve"> I have these little BBs but when I put them in, they just sit on top, they don't sink to the bottom. </w:t>
      </w:r>
      <w:r w:rsidR="7E6B4C84" w:rsidRPr="073F07AE">
        <w:rPr>
          <w:rFonts w:ascii="Arial" w:hAnsi="Arial"/>
        </w:rPr>
        <w:t>So,</w:t>
      </w:r>
      <w:r w:rsidRPr="073F07AE">
        <w:rPr>
          <w:rFonts w:ascii="Arial" w:hAnsi="Arial"/>
        </w:rPr>
        <w:t xml:space="preserve"> we have to imagine now that they were heavy enough or hot enough or whatever it takes for them to actually drop through the Jell-O to the bottom. </w:t>
      </w:r>
      <w:r w:rsidR="43379993" w:rsidRPr="073F07AE">
        <w:rPr>
          <w:rFonts w:ascii="Arial" w:hAnsi="Arial"/>
        </w:rPr>
        <w:t>So,</w:t>
      </w:r>
      <w:r w:rsidRPr="073F07AE">
        <w:rPr>
          <w:rFonts w:ascii="Arial" w:hAnsi="Arial"/>
        </w:rPr>
        <w:t xml:space="preserve"> if that happened in this rotating tank of Jell-O, can you describe what kind of a path you think those BBs would take? </w:t>
      </w:r>
    </w:p>
    <w:p w14:paraId="2ECC5AA5" w14:textId="0A564CBB" w:rsidR="00383590" w:rsidRDefault="00383590" w:rsidP="073F07AE">
      <w:pPr>
        <w:spacing w:after="0"/>
        <w:rPr>
          <w:rFonts w:ascii="Arial" w:hAnsi="Arial"/>
        </w:rPr>
      </w:pPr>
    </w:p>
    <w:p w14:paraId="04CEB0E9" w14:textId="3437C021" w:rsidR="00383590" w:rsidRDefault="4BA9D6D7" w:rsidP="073F07AE">
      <w:pPr>
        <w:spacing w:after="0"/>
        <w:rPr>
          <w:rFonts w:ascii="Arial" w:hAnsi="Arial"/>
          <w:color w:val="5D7284"/>
        </w:rPr>
      </w:pPr>
      <w:r w:rsidRPr="073F07AE">
        <w:rPr>
          <w:rFonts w:ascii="Arial" w:hAnsi="Arial"/>
          <w:b/>
          <w:bCs/>
        </w:rPr>
        <w:t xml:space="preserve">Participant#10: </w:t>
      </w:r>
      <w:r w:rsidR="00BA6E60" w:rsidRPr="073F07AE">
        <w:rPr>
          <w:rFonts w:ascii="Arial" w:hAnsi="Arial"/>
        </w:rPr>
        <w:t xml:space="preserve">Straight down. </w:t>
      </w:r>
    </w:p>
    <w:p w14:paraId="18CF2654" w14:textId="1D56D4D9" w:rsidR="00383590" w:rsidRDefault="00383590" w:rsidP="073F07AE">
      <w:pPr>
        <w:spacing w:after="0"/>
        <w:rPr>
          <w:rFonts w:ascii="Arial" w:hAnsi="Arial"/>
        </w:rPr>
      </w:pPr>
    </w:p>
    <w:p w14:paraId="4F9D9A64" w14:textId="6F0C9C4E" w:rsidR="00383590" w:rsidRDefault="66CBD6AB" w:rsidP="073F07AE">
      <w:pPr>
        <w:spacing w:after="0"/>
        <w:rPr>
          <w:rFonts w:ascii="Arial" w:hAnsi="Arial"/>
          <w:color w:val="5D7284"/>
        </w:rPr>
      </w:pPr>
      <w:r w:rsidRPr="073F07AE">
        <w:rPr>
          <w:rFonts w:ascii="Arial" w:hAnsi="Arial"/>
          <w:b/>
          <w:bCs/>
        </w:rPr>
        <w:t>Interviewer P:</w:t>
      </w:r>
      <w:r w:rsidRPr="073F07AE">
        <w:rPr>
          <w:rFonts w:ascii="Arial" w:hAnsi="Arial"/>
        </w:rPr>
        <w:t xml:space="preserve"> </w:t>
      </w:r>
      <w:r w:rsidR="0320F09F" w:rsidRPr="073F07AE">
        <w:rPr>
          <w:rFonts w:ascii="Arial" w:hAnsi="Arial"/>
        </w:rPr>
        <w:t>So,</w:t>
      </w:r>
      <w:r w:rsidR="00BA6E60" w:rsidRPr="073F07AE">
        <w:rPr>
          <w:rFonts w:ascii="Arial" w:hAnsi="Arial"/>
        </w:rPr>
        <w:t xml:space="preserve"> kind of like just like that. And take it to the next step.</w:t>
      </w:r>
      <w:r w:rsidR="7D9DD425" w:rsidRPr="073F07AE">
        <w:rPr>
          <w:rFonts w:ascii="Arial" w:hAnsi="Arial"/>
        </w:rPr>
        <w:t>So,</w:t>
      </w:r>
      <w:r w:rsidR="00BA6E60" w:rsidRPr="073F07AE">
        <w:rPr>
          <w:rFonts w:ascii="Arial" w:hAnsi="Arial"/>
        </w:rPr>
        <w:t xml:space="preserve">o this is kind of jiggly Jell-O. But let's say that it was instead a cylinder of metal. </w:t>
      </w:r>
      <w:r w:rsidR="76187364" w:rsidRPr="073F07AE">
        <w:rPr>
          <w:rFonts w:ascii="Arial" w:hAnsi="Arial"/>
        </w:rPr>
        <w:t>So,</w:t>
      </w:r>
      <w:r w:rsidR="00BA6E60" w:rsidRPr="073F07AE">
        <w:rPr>
          <w:rFonts w:ascii="Arial" w:hAnsi="Arial"/>
        </w:rPr>
        <w:t xml:space="preserve"> it's a complete solid, it's not going to jiggle at all. And clearly my BBs wouldn't even go through the lead either. But something like an acid could eat </w:t>
      </w:r>
      <w:r w:rsidR="00BA6E60" w:rsidRPr="073F07AE">
        <w:rPr>
          <w:rFonts w:ascii="Arial" w:hAnsi="Arial"/>
        </w:rPr>
        <w:lastRenderedPageBreak/>
        <w:t xml:space="preserve">through or a metal acid can eat through a metal. </w:t>
      </w:r>
      <w:r w:rsidR="066DDCAD" w:rsidRPr="073F07AE">
        <w:rPr>
          <w:rFonts w:ascii="Arial" w:hAnsi="Arial"/>
        </w:rPr>
        <w:t>So,</w:t>
      </w:r>
      <w:r w:rsidR="00BA6E60" w:rsidRPr="073F07AE">
        <w:rPr>
          <w:rFonts w:ascii="Arial" w:hAnsi="Arial"/>
        </w:rPr>
        <w:t xml:space="preserve"> let's say that I have a rotating metal cylinder, and I dropped this acid on it and it starts eating its way through while it is also rotating. And </w:t>
      </w:r>
      <w:r w:rsidR="3A8AA319" w:rsidRPr="073F07AE">
        <w:rPr>
          <w:rFonts w:ascii="Arial" w:hAnsi="Arial"/>
        </w:rPr>
        <w:t>so,</w:t>
      </w:r>
      <w:r w:rsidR="00BA6E60" w:rsidRPr="073F07AE">
        <w:rPr>
          <w:rFonts w:ascii="Arial" w:hAnsi="Arial"/>
        </w:rPr>
        <w:t xml:space="preserve"> what kind of a path do you think that acid would eat through the metal?</w:t>
      </w:r>
    </w:p>
    <w:p w14:paraId="6C38C23F" w14:textId="77777777" w:rsidR="00383590" w:rsidRDefault="00383590">
      <w:pPr>
        <w:spacing w:after="0"/>
      </w:pPr>
    </w:p>
    <w:p w14:paraId="5880D582" w14:textId="77777777" w:rsidR="00383590" w:rsidRDefault="00BA6E60">
      <w:pPr>
        <w:spacing w:after="0"/>
      </w:pPr>
      <w:r>
        <w:rPr>
          <w:rFonts w:ascii="Arial" w:hAnsi="Arial"/>
          <w:b/>
        </w:rPr>
        <w:t xml:space="preserve">Participant#10:  </w:t>
      </w:r>
      <w:r>
        <w:rPr>
          <w:rFonts w:ascii="Arial" w:hAnsi="Arial"/>
          <w:color w:val="5D7284"/>
        </w:rPr>
        <w:t>34:47</w:t>
      </w:r>
    </w:p>
    <w:p w14:paraId="618BC859" w14:textId="77777777" w:rsidR="00383590" w:rsidRDefault="00BA6E60">
      <w:pPr>
        <w:spacing w:after="0"/>
      </w:pPr>
      <w:r>
        <w:rPr>
          <w:rFonts w:ascii="Arial" w:hAnsi="Arial"/>
        </w:rPr>
        <w:t>It will probably burn in the middle. But it was so do the same thing. I said go straight down.</w:t>
      </w:r>
    </w:p>
    <w:p w14:paraId="4A91DC4B" w14:textId="77777777" w:rsidR="00383590" w:rsidRDefault="00383590">
      <w:pPr>
        <w:spacing w:after="0"/>
      </w:pPr>
    </w:p>
    <w:p w14:paraId="58BCFA8B" w14:textId="77777777" w:rsidR="00383590" w:rsidRDefault="00BA6E60">
      <w:pPr>
        <w:spacing w:after="0"/>
      </w:pPr>
      <w:r>
        <w:rPr>
          <w:rFonts w:ascii="Arial" w:hAnsi="Arial"/>
          <w:b/>
        </w:rPr>
        <w:t xml:space="preserve">Interviewer P:  </w:t>
      </w:r>
      <w:r>
        <w:rPr>
          <w:rFonts w:ascii="Arial" w:hAnsi="Arial"/>
          <w:color w:val="5D7284"/>
        </w:rPr>
        <w:t>34:53</w:t>
      </w:r>
    </w:p>
    <w:p w14:paraId="64E48368" w14:textId="77777777" w:rsidR="00383590" w:rsidRDefault="00BA6E60">
      <w:pPr>
        <w:spacing w:after="0"/>
      </w:pPr>
      <w:r>
        <w:rPr>
          <w:rFonts w:ascii="Arial" w:hAnsi="Arial"/>
        </w:rPr>
        <w:t>Go straight down? So again, just kind of like that. Okay, so, third really silly thought experiment is, what if now we I have like a plant or like something, you would grow a plant. And it's constantly rotating, it's full of soil. So I put a seed in it, I watered, it gets sunshine. This plant grows over the course of a couple of weeks. So it puts down roots and it sends up a stem, it has some leaves. But the whole time it's been growing 24/7 It's been continuously spinning. So what do you think the roots would be like?</w:t>
      </w:r>
    </w:p>
    <w:p w14:paraId="2D920F9D" w14:textId="77777777" w:rsidR="00383590" w:rsidRDefault="00383590">
      <w:pPr>
        <w:spacing w:after="0"/>
      </w:pPr>
    </w:p>
    <w:p w14:paraId="576DC3EA" w14:textId="77777777" w:rsidR="00383590" w:rsidRDefault="00BA6E60">
      <w:pPr>
        <w:spacing w:after="0"/>
      </w:pPr>
      <w:r>
        <w:rPr>
          <w:rFonts w:ascii="Arial" w:hAnsi="Arial"/>
          <w:b/>
        </w:rPr>
        <w:t xml:space="preserve">Participant#10:  </w:t>
      </w:r>
      <w:r>
        <w:rPr>
          <w:rFonts w:ascii="Arial" w:hAnsi="Arial"/>
          <w:color w:val="5D7284"/>
        </w:rPr>
        <w:t>35:31</w:t>
      </w:r>
    </w:p>
    <w:p w14:paraId="2901C598" w14:textId="77777777" w:rsidR="00383590" w:rsidRDefault="00BA6E60">
      <w:pPr>
        <w:spacing w:after="0"/>
      </w:pPr>
      <w:r>
        <w:rPr>
          <w:rFonts w:ascii="Arial" w:hAnsi="Arial"/>
        </w:rPr>
        <w:t>Like, all over it because it was spinning.</w:t>
      </w:r>
    </w:p>
    <w:p w14:paraId="44062D0A" w14:textId="77777777" w:rsidR="00383590" w:rsidRDefault="00383590">
      <w:pPr>
        <w:spacing w:after="0"/>
      </w:pPr>
    </w:p>
    <w:p w14:paraId="3BFAA3C9" w14:textId="77777777" w:rsidR="00383590" w:rsidRDefault="00BA6E60">
      <w:pPr>
        <w:spacing w:after="0"/>
      </w:pPr>
      <w:r>
        <w:rPr>
          <w:rFonts w:ascii="Arial" w:hAnsi="Arial"/>
          <w:b/>
        </w:rPr>
        <w:t xml:space="preserve">Interviewer P:  </w:t>
      </w:r>
      <w:r>
        <w:rPr>
          <w:rFonts w:ascii="Arial" w:hAnsi="Arial"/>
          <w:color w:val="5D7284"/>
        </w:rPr>
        <w:t>35:33</w:t>
      </w:r>
    </w:p>
    <w:p w14:paraId="196A36FB" w14:textId="77777777" w:rsidR="00383590" w:rsidRDefault="00BA6E60">
      <w:pPr>
        <w:spacing w:after="0"/>
      </w:pPr>
      <w:r>
        <w:rPr>
          <w:rFonts w:ascii="Arial" w:hAnsi="Arial"/>
        </w:rPr>
        <w:t xml:space="preserve">Yeah. </w:t>
      </w:r>
    </w:p>
    <w:p w14:paraId="1ACBF04F" w14:textId="77777777" w:rsidR="00383590" w:rsidRDefault="00383590">
      <w:pPr>
        <w:spacing w:after="0"/>
      </w:pPr>
    </w:p>
    <w:p w14:paraId="1CCED839" w14:textId="77777777" w:rsidR="00383590" w:rsidRDefault="00BA6E60">
      <w:pPr>
        <w:spacing w:after="0"/>
      </w:pPr>
      <w:r>
        <w:rPr>
          <w:rFonts w:ascii="Arial" w:hAnsi="Arial"/>
          <w:b/>
        </w:rPr>
        <w:t xml:space="preserve">Participant#10:  </w:t>
      </w:r>
      <w:r>
        <w:rPr>
          <w:rFonts w:ascii="Arial" w:hAnsi="Arial"/>
          <w:color w:val="5D7284"/>
        </w:rPr>
        <w:t>35:33</w:t>
      </w:r>
    </w:p>
    <w:p w14:paraId="4649CE29" w14:textId="77777777" w:rsidR="00383590" w:rsidRDefault="00BA6E60">
      <w:pPr>
        <w:spacing w:after="0"/>
      </w:pPr>
      <w:r>
        <w:rPr>
          <w:rFonts w:ascii="Arial" w:hAnsi="Arial"/>
        </w:rPr>
        <w:t>Yeah.</w:t>
      </w:r>
    </w:p>
    <w:p w14:paraId="1876D15D" w14:textId="77777777" w:rsidR="00383590" w:rsidRDefault="00383590">
      <w:pPr>
        <w:spacing w:after="0"/>
      </w:pPr>
    </w:p>
    <w:p w14:paraId="214AA7CA" w14:textId="77777777" w:rsidR="00383590" w:rsidRDefault="00BA6E60">
      <w:pPr>
        <w:spacing w:after="0"/>
      </w:pPr>
      <w:r>
        <w:rPr>
          <w:rFonts w:ascii="Arial" w:hAnsi="Arial"/>
          <w:b/>
        </w:rPr>
        <w:t xml:space="preserve">Interviewer P:  </w:t>
      </w:r>
      <w:r>
        <w:rPr>
          <w:rFonts w:ascii="Arial" w:hAnsi="Arial"/>
          <w:color w:val="5D7284"/>
        </w:rPr>
        <w:t>35:33</w:t>
      </w:r>
    </w:p>
    <w:p w14:paraId="4813C367" w14:textId="77777777" w:rsidR="00383590" w:rsidRDefault="00BA6E60">
      <w:pPr>
        <w:spacing w:after="0"/>
      </w:pPr>
      <w:r>
        <w:rPr>
          <w:rFonts w:ascii="Arial" w:hAnsi="Arial"/>
        </w:rPr>
        <w:t>So you think that they would just be kind of tangled or spiraled or?</w:t>
      </w:r>
    </w:p>
    <w:p w14:paraId="393C2A26" w14:textId="77777777" w:rsidR="00383590" w:rsidRDefault="00383590">
      <w:pPr>
        <w:spacing w:after="0"/>
      </w:pPr>
    </w:p>
    <w:p w14:paraId="5429C494" w14:textId="77777777" w:rsidR="00383590" w:rsidRDefault="00BA6E60">
      <w:pPr>
        <w:spacing w:after="0"/>
      </w:pPr>
      <w:r>
        <w:rPr>
          <w:rFonts w:ascii="Arial" w:hAnsi="Arial"/>
          <w:b/>
        </w:rPr>
        <w:t xml:space="preserve">Participant#10:  </w:t>
      </w:r>
      <w:r>
        <w:rPr>
          <w:rFonts w:ascii="Arial" w:hAnsi="Arial"/>
          <w:color w:val="5D7284"/>
        </w:rPr>
        <w:t>35:37</w:t>
      </w:r>
    </w:p>
    <w:p w14:paraId="61673443" w14:textId="77777777" w:rsidR="00383590" w:rsidRDefault="00BA6E60">
      <w:pPr>
        <w:spacing w:after="0"/>
      </w:pPr>
      <w:r>
        <w:rPr>
          <w:rFonts w:ascii="Arial" w:hAnsi="Arial"/>
        </w:rPr>
        <w:t>Yeah tangled up? Because of all the spinning.</w:t>
      </w:r>
    </w:p>
    <w:p w14:paraId="4F4CC7A7" w14:textId="77777777" w:rsidR="00383590" w:rsidRDefault="00383590">
      <w:pPr>
        <w:spacing w:after="0"/>
      </w:pPr>
    </w:p>
    <w:p w14:paraId="4F943F4A" w14:textId="77777777" w:rsidR="00383590" w:rsidRDefault="00BA6E60">
      <w:pPr>
        <w:spacing w:after="0"/>
      </w:pPr>
      <w:r>
        <w:rPr>
          <w:rFonts w:ascii="Arial" w:hAnsi="Arial"/>
          <w:b/>
        </w:rPr>
        <w:t xml:space="preserve">Interviewer P:  </w:t>
      </w:r>
      <w:r>
        <w:rPr>
          <w:rFonts w:ascii="Arial" w:hAnsi="Arial"/>
          <w:color w:val="5D7284"/>
        </w:rPr>
        <w:t>35:40</w:t>
      </w:r>
    </w:p>
    <w:p w14:paraId="054CC9C3" w14:textId="77777777" w:rsidR="00383590" w:rsidRDefault="00BA6E60">
      <w:pPr>
        <w:spacing w:after="0"/>
      </w:pPr>
      <w:r>
        <w:rPr>
          <w:rFonts w:ascii="Arial" w:hAnsi="Arial"/>
        </w:rPr>
        <w:t>They'd be all tangled up? And what do you think the top of that plant might look like?</w:t>
      </w:r>
    </w:p>
    <w:p w14:paraId="6DE4E314" w14:textId="77777777" w:rsidR="00383590" w:rsidRDefault="00383590">
      <w:pPr>
        <w:spacing w:after="0"/>
      </w:pPr>
    </w:p>
    <w:p w14:paraId="00E85AAC" w14:textId="77777777" w:rsidR="00383590" w:rsidRDefault="00BA6E60">
      <w:pPr>
        <w:spacing w:after="0"/>
      </w:pPr>
      <w:r>
        <w:rPr>
          <w:rFonts w:ascii="Arial" w:hAnsi="Arial"/>
          <w:b/>
        </w:rPr>
        <w:t xml:space="preserve">Participant#10:  </w:t>
      </w:r>
      <w:r>
        <w:rPr>
          <w:rFonts w:ascii="Arial" w:hAnsi="Arial"/>
          <w:color w:val="5D7284"/>
        </w:rPr>
        <w:t>35:45</w:t>
      </w:r>
    </w:p>
    <w:p w14:paraId="6CEB3B3E" w14:textId="77777777" w:rsidR="00383590" w:rsidRDefault="00BA6E60">
      <w:pPr>
        <w:spacing w:after="0"/>
      </w:pPr>
      <w:r>
        <w:rPr>
          <w:rFonts w:ascii="Arial" w:hAnsi="Arial"/>
        </w:rPr>
        <w:t>I think we'll look normal, just going straight.</w:t>
      </w:r>
    </w:p>
    <w:p w14:paraId="174CB3A9" w14:textId="77777777" w:rsidR="00383590" w:rsidRDefault="00383590">
      <w:pPr>
        <w:spacing w:after="0"/>
      </w:pPr>
    </w:p>
    <w:p w14:paraId="74951C41" w14:textId="77777777" w:rsidR="00383590" w:rsidRDefault="00BA6E60">
      <w:pPr>
        <w:spacing w:after="0"/>
      </w:pPr>
      <w:r>
        <w:rPr>
          <w:rFonts w:ascii="Arial" w:hAnsi="Arial"/>
          <w:b/>
        </w:rPr>
        <w:t xml:space="preserve">Interviewer P:  </w:t>
      </w:r>
      <w:r>
        <w:rPr>
          <w:rFonts w:ascii="Arial" w:hAnsi="Arial"/>
          <w:color w:val="5D7284"/>
        </w:rPr>
        <w:t>35:48</w:t>
      </w:r>
    </w:p>
    <w:p w14:paraId="1769DCDB" w14:textId="77777777" w:rsidR="00383590" w:rsidRDefault="00BA6E60">
      <w:pPr>
        <w:spacing w:after="0"/>
      </w:pPr>
      <w:r>
        <w:rPr>
          <w:rFonts w:ascii="Arial" w:hAnsi="Arial"/>
        </w:rPr>
        <w:t xml:space="preserve">So the top would be normal? </w:t>
      </w:r>
    </w:p>
    <w:p w14:paraId="534A7EF8" w14:textId="77777777" w:rsidR="00383590" w:rsidRDefault="00383590">
      <w:pPr>
        <w:spacing w:after="0"/>
      </w:pPr>
    </w:p>
    <w:p w14:paraId="6BF5DFE2" w14:textId="77777777" w:rsidR="00383590" w:rsidRDefault="00BA6E60">
      <w:pPr>
        <w:spacing w:after="0"/>
      </w:pPr>
      <w:r>
        <w:rPr>
          <w:rFonts w:ascii="Arial" w:hAnsi="Arial"/>
          <w:b/>
        </w:rPr>
        <w:t xml:space="preserve">Participant#10:  </w:t>
      </w:r>
      <w:r>
        <w:rPr>
          <w:rFonts w:ascii="Arial" w:hAnsi="Arial"/>
          <w:color w:val="5D7284"/>
        </w:rPr>
        <w:t>35:49</w:t>
      </w:r>
    </w:p>
    <w:p w14:paraId="529AE19A" w14:textId="77777777" w:rsidR="00383590" w:rsidRDefault="00BA6E60">
      <w:pPr>
        <w:spacing w:after="0"/>
      </w:pPr>
      <w:r>
        <w:rPr>
          <w:rFonts w:ascii="Arial" w:hAnsi="Arial"/>
        </w:rPr>
        <w:t>But the root at the bottom is where all the fun is happening.</w:t>
      </w:r>
    </w:p>
    <w:p w14:paraId="1ACDBE91" w14:textId="77777777" w:rsidR="00383590" w:rsidRDefault="00383590">
      <w:pPr>
        <w:spacing w:after="0"/>
      </w:pPr>
    </w:p>
    <w:p w14:paraId="6214908C" w14:textId="77777777" w:rsidR="00383590" w:rsidRDefault="00BA6E60">
      <w:pPr>
        <w:spacing w:after="0"/>
      </w:pPr>
      <w:r>
        <w:rPr>
          <w:rFonts w:ascii="Arial" w:hAnsi="Arial"/>
          <w:b/>
        </w:rPr>
        <w:t xml:space="preserve">Interviewer P:  </w:t>
      </w:r>
      <w:r>
        <w:rPr>
          <w:rFonts w:ascii="Arial" w:hAnsi="Arial"/>
          <w:color w:val="5D7284"/>
        </w:rPr>
        <w:t>35:53</w:t>
      </w:r>
    </w:p>
    <w:p w14:paraId="49FA3CD3" w14:textId="77777777" w:rsidR="00383590" w:rsidRDefault="00BA6E60">
      <w:pPr>
        <w:spacing w:after="0"/>
      </w:pPr>
      <w:r>
        <w:rPr>
          <w:rFonts w:ascii="Arial" w:hAnsi="Arial"/>
        </w:rPr>
        <w:t xml:space="preserve">Yeah alright, so next, I have some little plastic fish that I can put in this tank. Show you they're over here. And some of them sink to the bottom and some of them float on top. And you'll see that and so in </w:t>
      </w:r>
      <w:r>
        <w:rPr>
          <w:rFonts w:ascii="Arial" w:hAnsi="Arial"/>
        </w:rPr>
        <w:lastRenderedPageBreak/>
        <w:t>a minute, I'm going to start this tank rotating again. And so we'll see what the fish do. The ones that sink to the bottom and the ones that float on top. But I think we should recognize first that this is different from what we were looking at before because like I said, before you came in, I had started this tank rotating and it had been going for about 30 minutes. So it was used to rotating the water and everything in it. But now we're starting it from a standstill. So that's different. It's got to start rotating. Okay, so we have some fish floating on the top and some fish on the bottom. So when I start rotating it again, what do you think will happen?</w:t>
      </w:r>
    </w:p>
    <w:p w14:paraId="1FFC4F0F" w14:textId="77777777" w:rsidR="00383590" w:rsidRDefault="00383590">
      <w:pPr>
        <w:spacing w:after="0"/>
      </w:pPr>
    </w:p>
    <w:p w14:paraId="2D71B536" w14:textId="77777777" w:rsidR="00383590" w:rsidRDefault="00BA6E60">
      <w:pPr>
        <w:spacing w:after="0"/>
      </w:pPr>
      <w:r>
        <w:rPr>
          <w:rFonts w:ascii="Arial" w:hAnsi="Arial"/>
          <w:b/>
        </w:rPr>
        <w:t xml:space="preserve">Participant#10:  </w:t>
      </w:r>
      <w:r>
        <w:rPr>
          <w:rFonts w:ascii="Arial" w:hAnsi="Arial"/>
          <w:color w:val="5D7284"/>
        </w:rPr>
        <w:t>37:13</w:t>
      </w:r>
    </w:p>
    <w:p w14:paraId="7E41AC62" w14:textId="77777777" w:rsidR="00383590" w:rsidRDefault="00BA6E60">
      <w:pPr>
        <w:spacing w:after="0"/>
      </w:pPr>
      <w:r>
        <w:rPr>
          <w:rFonts w:ascii="Arial" w:hAnsi="Arial"/>
        </w:rPr>
        <w:t>I think will still stay the same.</w:t>
      </w:r>
    </w:p>
    <w:p w14:paraId="387F2EA7" w14:textId="77777777" w:rsidR="00383590" w:rsidRDefault="00383590">
      <w:pPr>
        <w:spacing w:after="0"/>
      </w:pPr>
    </w:p>
    <w:p w14:paraId="022D8AAC" w14:textId="77777777" w:rsidR="00383590" w:rsidRDefault="00BA6E60">
      <w:pPr>
        <w:spacing w:after="0"/>
      </w:pPr>
      <w:r>
        <w:rPr>
          <w:rFonts w:ascii="Arial" w:hAnsi="Arial"/>
          <w:b/>
        </w:rPr>
        <w:t xml:space="preserve">Interviewer P:  </w:t>
      </w:r>
      <w:r>
        <w:rPr>
          <w:rFonts w:ascii="Arial" w:hAnsi="Arial"/>
          <w:color w:val="5D7284"/>
        </w:rPr>
        <w:t>37:16</w:t>
      </w:r>
    </w:p>
    <w:p w14:paraId="282D9F55" w14:textId="77777777" w:rsidR="00383590" w:rsidRDefault="00BA6E60">
      <w:pPr>
        <w:spacing w:after="0"/>
      </w:pPr>
      <w:r>
        <w:rPr>
          <w:rFonts w:ascii="Arial" w:hAnsi="Arial"/>
        </w:rPr>
        <w:t>So what do you mean by the same?</w:t>
      </w:r>
    </w:p>
    <w:p w14:paraId="79465838" w14:textId="77777777" w:rsidR="00383590" w:rsidRDefault="00383590">
      <w:pPr>
        <w:spacing w:after="0"/>
      </w:pPr>
    </w:p>
    <w:p w14:paraId="1AB3531C" w14:textId="77777777" w:rsidR="00383590" w:rsidRDefault="00BA6E60">
      <w:pPr>
        <w:spacing w:after="0"/>
      </w:pPr>
      <w:r>
        <w:rPr>
          <w:rFonts w:ascii="Arial" w:hAnsi="Arial"/>
          <w:b/>
        </w:rPr>
        <w:t xml:space="preserve">Participant#10:  </w:t>
      </w:r>
      <w:r>
        <w:rPr>
          <w:rFonts w:ascii="Arial" w:hAnsi="Arial"/>
          <w:color w:val="5D7284"/>
        </w:rPr>
        <w:t>37:18</w:t>
      </w:r>
    </w:p>
    <w:p w14:paraId="6C8808E6" w14:textId="77777777" w:rsidR="00383590" w:rsidRDefault="00BA6E60">
      <w:pPr>
        <w:spacing w:after="0"/>
      </w:pPr>
      <w:r>
        <w:rPr>
          <w:rFonts w:ascii="Arial" w:hAnsi="Arial"/>
        </w:rPr>
        <w:t>The fish on the bottom will they are going to want to stay at the bottom. The fish on the top are going to stay on top.</w:t>
      </w:r>
    </w:p>
    <w:p w14:paraId="39CA5472" w14:textId="77777777" w:rsidR="00383590" w:rsidRDefault="00383590">
      <w:pPr>
        <w:spacing w:after="0"/>
      </w:pPr>
    </w:p>
    <w:p w14:paraId="22165AAE" w14:textId="77777777" w:rsidR="00383590" w:rsidRDefault="00BA6E60">
      <w:pPr>
        <w:spacing w:after="0"/>
      </w:pPr>
      <w:r>
        <w:rPr>
          <w:rFonts w:ascii="Arial" w:hAnsi="Arial"/>
          <w:b/>
        </w:rPr>
        <w:t xml:space="preserve">Interviewer P:  </w:t>
      </w:r>
      <w:r>
        <w:rPr>
          <w:rFonts w:ascii="Arial" w:hAnsi="Arial"/>
          <w:color w:val="5D7284"/>
        </w:rPr>
        <w:t>37:24</w:t>
      </w:r>
    </w:p>
    <w:p w14:paraId="4EA180B4" w14:textId="77777777" w:rsidR="00383590" w:rsidRDefault="00BA6E60">
      <w:pPr>
        <w:spacing w:after="0"/>
      </w:pPr>
      <w:r>
        <w:rPr>
          <w:rFonts w:ascii="Arial" w:hAnsi="Arial"/>
        </w:rPr>
        <w:t xml:space="preserve">And do you think that they'll move at all? </w:t>
      </w:r>
    </w:p>
    <w:p w14:paraId="24D35BC6" w14:textId="77777777" w:rsidR="00383590" w:rsidRDefault="00383590">
      <w:pPr>
        <w:spacing w:after="0"/>
      </w:pPr>
    </w:p>
    <w:p w14:paraId="5B74815C" w14:textId="77777777" w:rsidR="00383590" w:rsidRDefault="00BA6E60">
      <w:pPr>
        <w:spacing w:after="0"/>
      </w:pPr>
      <w:r>
        <w:rPr>
          <w:rFonts w:ascii="Arial" w:hAnsi="Arial"/>
          <w:b/>
        </w:rPr>
        <w:t xml:space="preserve">Participant#10:  </w:t>
      </w:r>
      <w:r>
        <w:rPr>
          <w:rFonts w:ascii="Arial" w:hAnsi="Arial"/>
          <w:color w:val="5D7284"/>
        </w:rPr>
        <w:t>37:27</w:t>
      </w:r>
    </w:p>
    <w:p w14:paraId="1F939CBC" w14:textId="77777777" w:rsidR="00383590" w:rsidRDefault="00BA6E60">
      <w:pPr>
        <w:spacing w:after="0"/>
      </w:pPr>
      <w:r>
        <w:rPr>
          <w:rFonts w:ascii="Arial" w:hAnsi="Arial"/>
        </w:rPr>
        <w:t>No.</w:t>
      </w:r>
    </w:p>
    <w:p w14:paraId="7CF0AADD" w14:textId="77777777" w:rsidR="00383590" w:rsidRDefault="00383590">
      <w:pPr>
        <w:spacing w:after="0"/>
      </w:pPr>
    </w:p>
    <w:p w14:paraId="37D7E6EF" w14:textId="77777777" w:rsidR="00383590" w:rsidRDefault="00BA6E60">
      <w:pPr>
        <w:spacing w:after="0"/>
      </w:pPr>
      <w:r>
        <w:rPr>
          <w:rFonts w:ascii="Arial" w:hAnsi="Arial"/>
          <w:b/>
        </w:rPr>
        <w:t xml:space="preserve">Interviewer P:  </w:t>
      </w:r>
      <w:r>
        <w:rPr>
          <w:rFonts w:ascii="Arial" w:hAnsi="Arial"/>
          <w:color w:val="5D7284"/>
        </w:rPr>
        <w:t>37:28</w:t>
      </w:r>
    </w:p>
    <w:p w14:paraId="70C32208" w14:textId="77777777" w:rsidR="00383590" w:rsidRDefault="00BA6E60">
      <w:pPr>
        <w:spacing w:after="0"/>
      </w:pPr>
      <w:r>
        <w:rPr>
          <w:rFonts w:ascii="Arial" w:hAnsi="Arial"/>
        </w:rPr>
        <w:t>So.</w:t>
      </w:r>
    </w:p>
    <w:p w14:paraId="08FD8A7D" w14:textId="77777777" w:rsidR="00383590" w:rsidRDefault="00383590">
      <w:pPr>
        <w:spacing w:after="0"/>
      </w:pPr>
    </w:p>
    <w:p w14:paraId="01B6A160" w14:textId="77777777" w:rsidR="00383590" w:rsidRDefault="00BA6E60">
      <w:pPr>
        <w:spacing w:after="0"/>
      </w:pPr>
      <w:r>
        <w:rPr>
          <w:rFonts w:ascii="Arial" w:hAnsi="Arial"/>
          <w:b/>
        </w:rPr>
        <w:t xml:space="preserve">Participant#10:  </w:t>
      </w:r>
      <w:r>
        <w:rPr>
          <w:rFonts w:ascii="Arial" w:hAnsi="Arial"/>
          <w:color w:val="5D7284"/>
        </w:rPr>
        <w:t>37:28</w:t>
      </w:r>
    </w:p>
    <w:p w14:paraId="565989AF" w14:textId="77777777" w:rsidR="00383590" w:rsidRDefault="00BA6E60">
      <w:pPr>
        <w:spacing w:after="0"/>
      </w:pPr>
      <w:r>
        <w:rPr>
          <w:rFonts w:ascii="Arial" w:hAnsi="Arial"/>
        </w:rPr>
        <w:t>Maybe the ones on the top they're they're going to move. But the ones at the bottom they're going to stay there because they're already sunk.</w:t>
      </w:r>
    </w:p>
    <w:p w14:paraId="4403E60D" w14:textId="77777777" w:rsidR="00383590" w:rsidRDefault="00383590">
      <w:pPr>
        <w:spacing w:after="0"/>
      </w:pPr>
    </w:p>
    <w:p w14:paraId="649D6BA5" w14:textId="77777777" w:rsidR="00383590" w:rsidRDefault="00BA6E60">
      <w:pPr>
        <w:spacing w:after="0"/>
      </w:pPr>
      <w:r>
        <w:rPr>
          <w:rFonts w:ascii="Arial" w:hAnsi="Arial"/>
          <w:b/>
        </w:rPr>
        <w:t xml:space="preserve">Interviewer P:  </w:t>
      </w:r>
      <w:r>
        <w:rPr>
          <w:rFonts w:ascii="Arial" w:hAnsi="Arial"/>
          <w:color w:val="5D7284"/>
        </w:rPr>
        <w:t>37:35</w:t>
      </w:r>
    </w:p>
    <w:p w14:paraId="06377A80" w14:textId="77777777" w:rsidR="00383590" w:rsidRDefault="00BA6E60">
      <w:pPr>
        <w:spacing w:after="0"/>
      </w:pPr>
      <w:r>
        <w:rPr>
          <w:rFonts w:ascii="Arial" w:hAnsi="Arial"/>
        </w:rPr>
        <w:t>Okay, so so when you say they're not going to move. Will, they just sit where they are and the tank will move under them.</w:t>
      </w:r>
    </w:p>
    <w:p w14:paraId="19634703" w14:textId="77777777" w:rsidR="00383590" w:rsidRDefault="00383590">
      <w:pPr>
        <w:spacing w:after="0"/>
      </w:pPr>
    </w:p>
    <w:p w14:paraId="10A7EEA6" w14:textId="77777777" w:rsidR="00383590" w:rsidRDefault="00BA6E60">
      <w:pPr>
        <w:spacing w:after="0"/>
      </w:pPr>
      <w:r>
        <w:rPr>
          <w:rFonts w:ascii="Arial" w:hAnsi="Arial"/>
          <w:b/>
        </w:rPr>
        <w:t xml:space="preserve">Participant#10:  </w:t>
      </w:r>
      <w:r>
        <w:rPr>
          <w:rFonts w:ascii="Arial" w:hAnsi="Arial"/>
          <w:color w:val="5D7284"/>
        </w:rPr>
        <w:t>37:43</w:t>
      </w:r>
    </w:p>
    <w:p w14:paraId="157AFE65" w14:textId="77777777" w:rsidR="00383590" w:rsidRDefault="00BA6E60">
      <w:pPr>
        <w:spacing w:after="0"/>
      </w:pPr>
      <w:r>
        <w:rPr>
          <w:rFonts w:ascii="Arial" w:hAnsi="Arial"/>
        </w:rPr>
        <w:t xml:space="preserve">Wait they're all going up on top. </w:t>
      </w:r>
    </w:p>
    <w:p w14:paraId="2A7E22FD" w14:textId="77777777" w:rsidR="00383590" w:rsidRDefault="00383590">
      <w:pPr>
        <w:spacing w:after="0"/>
      </w:pPr>
    </w:p>
    <w:p w14:paraId="44110386" w14:textId="77777777" w:rsidR="00383590" w:rsidRDefault="00BA6E60">
      <w:pPr>
        <w:spacing w:after="0"/>
      </w:pPr>
      <w:r>
        <w:rPr>
          <w:rFonts w:ascii="Arial" w:hAnsi="Arial"/>
          <w:b/>
        </w:rPr>
        <w:t xml:space="preserve">Interviewer P:  </w:t>
      </w:r>
      <w:r>
        <w:rPr>
          <w:rFonts w:ascii="Arial" w:hAnsi="Arial"/>
          <w:color w:val="5D7284"/>
        </w:rPr>
        <w:t>37:46</w:t>
      </w:r>
    </w:p>
    <w:p w14:paraId="5BC10DAF" w14:textId="77777777" w:rsidR="00383590" w:rsidRDefault="00BA6E60">
      <w:pPr>
        <w:spacing w:after="0"/>
      </w:pPr>
      <w:r>
        <w:rPr>
          <w:rFonts w:ascii="Arial" w:hAnsi="Arial"/>
        </w:rPr>
        <w:t>Oh, you think they'll float up?</w:t>
      </w:r>
    </w:p>
    <w:p w14:paraId="1836E2E5" w14:textId="77777777" w:rsidR="00383590" w:rsidRDefault="00383590">
      <w:pPr>
        <w:spacing w:after="0"/>
      </w:pPr>
    </w:p>
    <w:p w14:paraId="0CAB2963" w14:textId="77777777" w:rsidR="00383590" w:rsidRDefault="00BA6E60">
      <w:pPr>
        <w:spacing w:after="0"/>
      </w:pPr>
      <w:r>
        <w:rPr>
          <w:rFonts w:ascii="Arial" w:hAnsi="Arial"/>
          <w:b/>
        </w:rPr>
        <w:t xml:space="preserve">Participant#10:  </w:t>
      </w:r>
      <w:r>
        <w:rPr>
          <w:rFonts w:ascii="Arial" w:hAnsi="Arial"/>
          <w:color w:val="5D7284"/>
        </w:rPr>
        <w:t>37:47</w:t>
      </w:r>
    </w:p>
    <w:p w14:paraId="1D5F654D" w14:textId="77777777" w:rsidR="00383590" w:rsidRDefault="00BA6E60">
      <w:pPr>
        <w:spacing w:after="0"/>
      </w:pPr>
      <w:r>
        <w:rPr>
          <w:rFonts w:ascii="Arial" w:hAnsi="Arial"/>
        </w:rPr>
        <w:t xml:space="preserve">Yeah, change. They're all stay on top. </w:t>
      </w:r>
    </w:p>
    <w:p w14:paraId="6FBE067F" w14:textId="77777777" w:rsidR="00383590" w:rsidRDefault="00383590">
      <w:pPr>
        <w:spacing w:after="0"/>
      </w:pPr>
    </w:p>
    <w:p w14:paraId="680C39EF" w14:textId="77777777" w:rsidR="00383590" w:rsidRDefault="00BA6E60">
      <w:pPr>
        <w:spacing w:after="0"/>
      </w:pPr>
      <w:r>
        <w:rPr>
          <w:rFonts w:ascii="Arial" w:hAnsi="Arial"/>
          <w:b/>
        </w:rPr>
        <w:lastRenderedPageBreak/>
        <w:t xml:space="preserve">Interviewer P:  </w:t>
      </w:r>
      <w:r>
        <w:rPr>
          <w:rFonts w:ascii="Arial" w:hAnsi="Arial"/>
          <w:color w:val="5D7284"/>
        </w:rPr>
        <w:t>37:50</w:t>
      </w:r>
    </w:p>
    <w:p w14:paraId="38177325" w14:textId="77777777" w:rsidR="00383590" w:rsidRDefault="00BA6E60">
      <w:pPr>
        <w:spacing w:after="0"/>
      </w:pPr>
      <w:r>
        <w:rPr>
          <w:rFonts w:ascii="Arial" w:hAnsi="Arial"/>
        </w:rPr>
        <w:t xml:space="preserve">And so why will they float on the top? </w:t>
      </w:r>
    </w:p>
    <w:p w14:paraId="76A92CCD" w14:textId="77777777" w:rsidR="00383590" w:rsidRDefault="00383590">
      <w:pPr>
        <w:spacing w:after="0"/>
      </w:pPr>
    </w:p>
    <w:p w14:paraId="5328B6EC" w14:textId="77777777" w:rsidR="00383590" w:rsidRDefault="00BA6E60">
      <w:pPr>
        <w:spacing w:after="0"/>
      </w:pPr>
      <w:r>
        <w:rPr>
          <w:rFonts w:ascii="Arial" w:hAnsi="Arial"/>
          <w:b/>
        </w:rPr>
        <w:t xml:space="preserve">Participant#10:  </w:t>
      </w:r>
      <w:r>
        <w:rPr>
          <w:rFonts w:ascii="Arial" w:hAnsi="Arial"/>
          <w:color w:val="5D7284"/>
        </w:rPr>
        <w:t>37:53</w:t>
      </w:r>
    </w:p>
    <w:p w14:paraId="5BFE5EB7" w14:textId="77777777" w:rsidR="00383590" w:rsidRDefault="00BA6E60">
      <w:pPr>
        <w:spacing w:after="0"/>
      </w:pPr>
      <w:r>
        <w:rPr>
          <w:rFonts w:ascii="Arial" w:hAnsi="Arial"/>
        </w:rPr>
        <w:t>Because of the moving water will bring the one from the bottom up.</w:t>
      </w:r>
    </w:p>
    <w:p w14:paraId="48846A4C" w14:textId="77777777" w:rsidR="00383590" w:rsidRDefault="00383590">
      <w:pPr>
        <w:spacing w:after="0"/>
      </w:pPr>
    </w:p>
    <w:p w14:paraId="1AEEBAF5" w14:textId="77777777" w:rsidR="00383590" w:rsidRDefault="00BA6E60">
      <w:pPr>
        <w:spacing w:after="0"/>
      </w:pPr>
      <w:r>
        <w:rPr>
          <w:rFonts w:ascii="Arial" w:hAnsi="Arial"/>
          <w:b/>
        </w:rPr>
        <w:t xml:space="preserve">Interviewer P:  </w:t>
      </w:r>
      <w:r>
        <w:rPr>
          <w:rFonts w:ascii="Arial" w:hAnsi="Arial"/>
          <w:color w:val="5D7284"/>
        </w:rPr>
        <w:t>37:57</w:t>
      </w:r>
    </w:p>
    <w:p w14:paraId="5386F835" w14:textId="77777777" w:rsidR="00383590" w:rsidRDefault="00BA6E60">
      <w:pPr>
        <w:spacing w:after="0"/>
      </w:pPr>
      <w:r>
        <w:rPr>
          <w:rFonts w:ascii="Arial" w:hAnsi="Arial"/>
        </w:rPr>
        <w:t xml:space="preserve">Okay. And what do you think the ones on the top will do? </w:t>
      </w:r>
    </w:p>
    <w:p w14:paraId="7BECF3B9" w14:textId="77777777" w:rsidR="00383590" w:rsidRDefault="00383590">
      <w:pPr>
        <w:spacing w:after="0"/>
      </w:pPr>
    </w:p>
    <w:p w14:paraId="4C4F04AE" w14:textId="77777777" w:rsidR="00383590" w:rsidRDefault="00BA6E60">
      <w:pPr>
        <w:spacing w:after="0"/>
      </w:pPr>
      <w:r>
        <w:rPr>
          <w:rFonts w:ascii="Arial" w:hAnsi="Arial"/>
          <w:b/>
        </w:rPr>
        <w:t xml:space="preserve">Participant#10:  </w:t>
      </w:r>
      <w:r>
        <w:rPr>
          <w:rFonts w:ascii="Arial" w:hAnsi="Arial"/>
          <w:color w:val="5D7284"/>
        </w:rPr>
        <w:t>38:00</w:t>
      </w:r>
    </w:p>
    <w:p w14:paraId="0E736673" w14:textId="77777777" w:rsidR="00383590" w:rsidRDefault="00BA6E60">
      <w:pPr>
        <w:spacing w:after="0"/>
      </w:pPr>
      <w:r>
        <w:rPr>
          <w:rFonts w:ascii="Arial" w:hAnsi="Arial"/>
        </w:rPr>
        <w:t xml:space="preserve">They will just move around on the top. </w:t>
      </w:r>
    </w:p>
    <w:p w14:paraId="7C2DF814" w14:textId="77777777" w:rsidR="00383590" w:rsidRDefault="00383590">
      <w:pPr>
        <w:spacing w:after="0"/>
      </w:pPr>
    </w:p>
    <w:p w14:paraId="0A932136" w14:textId="77777777" w:rsidR="00383590" w:rsidRDefault="00BA6E60">
      <w:pPr>
        <w:spacing w:after="0"/>
      </w:pPr>
      <w:r>
        <w:rPr>
          <w:rFonts w:ascii="Arial" w:hAnsi="Arial"/>
          <w:b/>
        </w:rPr>
        <w:t xml:space="preserve">Interviewer P:  </w:t>
      </w:r>
      <w:r>
        <w:rPr>
          <w:rFonts w:ascii="Arial" w:hAnsi="Arial"/>
          <w:color w:val="5D7284"/>
        </w:rPr>
        <w:t>38:02</w:t>
      </w:r>
    </w:p>
    <w:p w14:paraId="496DD787" w14:textId="77777777" w:rsidR="00383590" w:rsidRDefault="00BA6E60">
      <w:pPr>
        <w:spacing w:after="0"/>
      </w:pPr>
      <w:r>
        <w:rPr>
          <w:rFonts w:ascii="Arial" w:hAnsi="Arial"/>
        </w:rPr>
        <w:t>They're gonna spin around in the tank. Okay. I like that hypothesis. Let's see what they do. They are moving on the bottom can you describe how they're moving on the bottom?</w:t>
      </w:r>
    </w:p>
    <w:p w14:paraId="15F237C1" w14:textId="77777777" w:rsidR="00383590" w:rsidRDefault="00383590">
      <w:pPr>
        <w:spacing w:after="0"/>
      </w:pPr>
    </w:p>
    <w:p w14:paraId="08519533" w14:textId="77777777" w:rsidR="00383590" w:rsidRDefault="00BA6E60">
      <w:pPr>
        <w:spacing w:after="0"/>
      </w:pPr>
      <w:r>
        <w:rPr>
          <w:rFonts w:ascii="Arial" w:hAnsi="Arial"/>
          <w:b/>
        </w:rPr>
        <w:t xml:space="preserve">Participant#10:  </w:t>
      </w:r>
      <w:r>
        <w:rPr>
          <w:rFonts w:ascii="Arial" w:hAnsi="Arial"/>
          <w:color w:val="5D7284"/>
        </w:rPr>
        <w:t>38:36</w:t>
      </w:r>
    </w:p>
    <w:p w14:paraId="3CD56DD7" w14:textId="77777777" w:rsidR="00383590" w:rsidRDefault="00BA6E60">
      <w:pPr>
        <w:spacing w:after="0"/>
      </w:pPr>
      <w:r>
        <w:rPr>
          <w:rFonts w:ascii="Arial" w:hAnsi="Arial"/>
        </w:rPr>
        <w:t xml:space="preserve">Some of them are going, that, wait its just like going along with the </w:t>
      </w:r>
      <w:r>
        <w:rPr>
          <w:rFonts w:ascii="Arial" w:hAnsi="Arial"/>
          <w:highlight w:val="yellow"/>
        </w:rPr>
        <w:t>water, I</w:t>
      </w:r>
      <w:r>
        <w:rPr>
          <w:rFonts w:ascii="Arial" w:hAnsi="Arial"/>
        </w:rPr>
        <w:t xml:space="preserve"> mean the motion.</w:t>
      </w:r>
    </w:p>
    <w:p w14:paraId="62E3A04E" w14:textId="77777777" w:rsidR="00383590" w:rsidRDefault="00383590">
      <w:pPr>
        <w:spacing w:after="0"/>
      </w:pPr>
    </w:p>
    <w:p w14:paraId="5189A9F3" w14:textId="77777777" w:rsidR="00383590" w:rsidRDefault="00BA6E60">
      <w:pPr>
        <w:spacing w:after="0"/>
      </w:pPr>
      <w:r>
        <w:rPr>
          <w:rFonts w:ascii="Arial" w:hAnsi="Arial"/>
          <w:b/>
        </w:rPr>
        <w:t xml:space="preserve">Interviewer P:  </w:t>
      </w:r>
      <w:r>
        <w:rPr>
          <w:rFonts w:ascii="Arial" w:hAnsi="Arial"/>
          <w:color w:val="5D7284"/>
        </w:rPr>
        <w:t>38:47</w:t>
      </w:r>
    </w:p>
    <w:p w14:paraId="2949B269" w14:textId="77777777" w:rsidR="00383590" w:rsidRDefault="00BA6E60">
      <w:pPr>
        <w:spacing w:after="0"/>
      </w:pPr>
      <w:r>
        <w:rPr>
          <w:rFonts w:ascii="Arial" w:hAnsi="Arial"/>
        </w:rPr>
        <w:t>Okay. So they are spinning like the tank is moving.</w:t>
      </w:r>
    </w:p>
    <w:p w14:paraId="0B4E258A" w14:textId="77777777" w:rsidR="00383590" w:rsidRDefault="00383590">
      <w:pPr>
        <w:spacing w:after="0"/>
      </w:pPr>
    </w:p>
    <w:p w14:paraId="5002C5DF" w14:textId="77777777" w:rsidR="00383590" w:rsidRDefault="00BA6E60">
      <w:pPr>
        <w:spacing w:after="0"/>
      </w:pPr>
      <w:r>
        <w:rPr>
          <w:rFonts w:ascii="Arial" w:hAnsi="Arial"/>
          <w:b/>
        </w:rPr>
        <w:t xml:space="preserve">Participant#10:  </w:t>
      </w:r>
      <w:r>
        <w:rPr>
          <w:rFonts w:ascii="Arial" w:hAnsi="Arial"/>
          <w:color w:val="5D7284"/>
        </w:rPr>
        <w:t>38:53</w:t>
      </w:r>
    </w:p>
    <w:p w14:paraId="156DD255" w14:textId="77777777" w:rsidR="00383590" w:rsidRDefault="00BA6E60">
      <w:pPr>
        <w:spacing w:after="0"/>
      </w:pPr>
      <w:r>
        <w:rPr>
          <w:rFonts w:ascii="Arial" w:hAnsi="Arial"/>
        </w:rPr>
        <w:t>They're kind of like drifting. Yeah, they're just dealing with the water.</w:t>
      </w:r>
    </w:p>
    <w:p w14:paraId="312AC3F2" w14:textId="77777777" w:rsidR="00383590" w:rsidRDefault="00383590">
      <w:pPr>
        <w:spacing w:after="0"/>
      </w:pPr>
    </w:p>
    <w:p w14:paraId="50ABF62D" w14:textId="77777777" w:rsidR="00383590" w:rsidRDefault="00BA6E60">
      <w:pPr>
        <w:spacing w:after="0"/>
      </w:pPr>
      <w:r>
        <w:rPr>
          <w:rFonts w:ascii="Arial" w:hAnsi="Arial"/>
          <w:b/>
        </w:rPr>
        <w:t xml:space="preserve">Interviewer P:  </w:t>
      </w:r>
      <w:r>
        <w:rPr>
          <w:rFonts w:ascii="Arial" w:hAnsi="Arial"/>
          <w:color w:val="5D7284"/>
        </w:rPr>
        <w:t>38:58</w:t>
      </w:r>
    </w:p>
    <w:p w14:paraId="700FFF53" w14:textId="77777777" w:rsidR="00383590" w:rsidRDefault="00BA6E60">
      <w:pPr>
        <w:spacing w:after="0"/>
      </w:pPr>
      <w:r>
        <w:rPr>
          <w:rFonts w:ascii="Arial" w:hAnsi="Arial"/>
        </w:rPr>
        <w:t>The ones on the bottom?</w:t>
      </w:r>
    </w:p>
    <w:p w14:paraId="30C31155" w14:textId="77777777" w:rsidR="00383590" w:rsidRDefault="00383590">
      <w:pPr>
        <w:spacing w:after="0"/>
      </w:pPr>
    </w:p>
    <w:p w14:paraId="467CBF39" w14:textId="77777777" w:rsidR="00383590" w:rsidRDefault="00BA6E60">
      <w:pPr>
        <w:spacing w:after="0"/>
      </w:pPr>
      <w:r>
        <w:rPr>
          <w:rFonts w:ascii="Arial" w:hAnsi="Arial"/>
          <w:b/>
        </w:rPr>
        <w:t xml:space="preserve">Participant#10:  </w:t>
      </w:r>
      <w:r>
        <w:rPr>
          <w:rFonts w:ascii="Arial" w:hAnsi="Arial"/>
          <w:color w:val="5D7284"/>
        </w:rPr>
        <w:t>38:59</w:t>
      </w:r>
    </w:p>
    <w:p w14:paraId="3AC0C347" w14:textId="77777777" w:rsidR="00383590" w:rsidRDefault="00BA6E60">
      <w:pPr>
        <w:spacing w:after="0"/>
      </w:pPr>
      <w:r>
        <w:rPr>
          <w:rFonts w:ascii="Arial" w:hAnsi="Arial"/>
        </w:rPr>
        <w:t>So the ones on the top. They're not really moving with the bottom its just that they look shakey.</w:t>
      </w:r>
    </w:p>
    <w:p w14:paraId="10103EE8" w14:textId="77777777" w:rsidR="00383590" w:rsidRDefault="00383590">
      <w:pPr>
        <w:spacing w:after="0"/>
      </w:pPr>
    </w:p>
    <w:p w14:paraId="5A4A0207" w14:textId="77777777" w:rsidR="00383590" w:rsidRDefault="00BA6E60">
      <w:pPr>
        <w:spacing w:after="0"/>
      </w:pPr>
      <w:r>
        <w:rPr>
          <w:rFonts w:ascii="Arial" w:hAnsi="Arial"/>
          <w:b/>
        </w:rPr>
        <w:t xml:space="preserve">Interviewer P:  </w:t>
      </w:r>
      <w:r>
        <w:rPr>
          <w:rFonts w:ascii="Arial" w:hAnsi="Arial"/>
          <w:color w:val="5D7284"/>
        </w:rPr>
        <w:t>39:05</w:t>
      </w:r>
    </w:p>
    <w:p w14:paraId="643CA5C6" w14:textId="77777777" w:rsidR="00383590" w:rsidRDefault="00BA6E60">
      <w:pPr>
        <w:spacing w:after="0"/>
      </w:pPr>
      <w:r>
        <w:rPr>
          <w:rFonts w:ascii="Arial" w:hAnsi="Arial"/>
        </w:rPr>
        <w:t xml:space="preserve">Yeah, like bobbing up and down. </w:t>
      </w:r>
    </w:p>
    <w:p w14:paraId="05B097F7" w14:textId="77777777" w:rsidR="00383590" w:rsidRDefault="00383590">
      <w:pPr>
        <w:spacing w:after="0"/>
      </w:pPr>
    </w:p>
    <w:p w14:paraId="62C29BF2" w14:textId="77777777" w:rsidR="00383590" w:rsidRDefault="00BA6E60">
      <w:pPr>
        <w:spacing w:after="0"/>
      </w:pPr>
      <w:r>
        <w:rPr>
          <w:rFonts w:ascii="Arial" w:hAnsi="Arial"/>
          <w:b/>
        </w:rPr>
        <w:t xml:space="preserve">Participant#10:  </w:t>
      </w:r>
      <w:r>
        <w:rPr>
          <w:rFonts w:ascii="Arial" w:hAnsi="Arial"/>
          <w:color w:val="5D7284"/>
        </w:rPr>
        <w:t>39:06</w:t>
      </w:r>
    </w:p>
    <w:p w14:paraId="5EE57C1D" w14:textId="77777777" w:rsidR="00383590" w:rsidRDefault="00BA6E60">
      <w:pPr>
        <w:spacing w:after="0"/>
      </w:pPr>
      <w:r>
        <w:rPr>
          <w:rFonts w:ascii="Arial" w:hAnsi="Arial"/>
        </w:rPr>
        <w:t>Yeah.</w:t>
      </w:r>
    </w:p>
    <w:p w14:paraId="24D73F46" w14:textId="77777777" w:rsidR="00383590" w:rsidRDefault="00383590">
      <w:pPr>
        <w:spacing w:after="0"/>
      </w:pPr>
    </w:p>
    <w:p w14:paraId="70A338FE" w14:textId="77777777" w:rsidR="00383590" w:rsidRDefault="00BA6E60">
      <w:pPr>
        <w:spacing w:after="0"/>
      </w:pPr>
      <w:r>
        <w:rPr>
          <w:rFonts w:ascii="Arial" w:hAnsi="Arial"/>
          <w:b/>
        </w:rPr>
        <w:t xml:space="preserve">Interviewer P:  </w:t>
      </w:r>
      <w:r>
        <w:rPr>
          <w:rFonts w:ascii="Arial" w:hAnsi="Arial"/>
          <w:color w:val="5D7284"/>
        </w:rPr>
        <w:t>39:08</w:t>
      </w:r>
    </w:p>
    <w:p w14:paraId="40CE5CF0" w14:textId="77777777" w:rsidR="00383590" w:rsidRDefault="00BA6E60">
      <w:pPr>
        <w:spacing w:after="0"/>
      </w:pPr>
      <w:r>
        <w:rPr>
          <w:rFonts w:ascii="Arial" w:hAnsi="Arial"/>
        </w:rPr>
        <w:t xml:space="preserve">But like that orange one the puffer, puffer fish on the bottom. It's moving with the rotation of the tank right going round and round and round. And do you think the water is moving with so fish is moving in a circle. The tank is moving in a circle. Do you think the water is moving in a circle? </w:t>
      </w:r>
    </w:p>
    <w:p w14:paraId="47D035FC" w14:textId="77777777" w:rsidR="00383590" w:rsidRDefault="00383590">
      <w:pPr>
        <w:spacing w:after="0"/>
      </w:pPr>
    </w:p>
    <w:p w14:paraId="19B3D360" w14:textId="77777777" w:rsidR="00383590" w:rsidRDefault="00BA6E60">
      <w:pPr>
        <w:spacing w:after="0"/>
      </w:pPr>
      <w:r>
        <w:rPr>
          <w:rFonts w:ascii="Arial" w:hAnsi="Arial"/>
          <w:b/>
        </w:rPr>
        <w:t xml:space="preserve">Participant#10:  </w:t>
      </w:r>
      <w:r>
        <w:rPr>
          <w:rFonts w:ascii="Arial" w:hAnsi="Arial"/>
          <w:color w:val="5D7284"/>
        </w:rPr>
        <w:t>39:39</w:t>
      </w:r>
    </w:p>
    <w:p w14:paraId="22C0C0A6" w14:textId="77777777" w:rsidR="00383590" w:rsidRDefault="00BA6E60">
      <w:pPr>
        <w:spacing w:after="0"/>
      </w:pPr>
      <w:r>
        <w:rPr>
          <w:rFonts w:ascii="Arial" w:hAnsi="Arial"/>
        </w:rPr>
        <w:t>No. I think it's just the tank.</w:t>
      </w:r>
    </w:p>
    <w:p w14:paraId="57AB71AD" w14:textId="77777777" w:rsidR="00383590" w:rsidRDefault="00383590">
      <w:pPr>
        <w:spacing w:after="0"/>
      </w:pPr>
    </w:p>
    <w:p w14:paraId="6734DDBA" w14:textId="77777777" w:rsidR="00383590" w:rsidRDefault="00BA6E60">
      <w:pPr>
        <w:spacing w:after="0"/>
      </w:pPr>
      <w:r>
        <w:rPr>
          <w:rFonts w:ascii="Arial" w:hAnsi="Arial"/>
          <w:b/>
        </w:rPr>
        <w:t xml:space="preserve">Interviewer P:  </w:t>
      </w:r>
      <w:r>
        <w:rPr>
          <w:rFonts w:ascii="Arial" w:hAnsi="Arial"/>
          <w:color w:val="5D7284"/>
        </w:rPr>
        <w:t>39:42</w:t>
      </w:r>
    </w:p>
    <w:p w14:paraId="722B0747" w14:textId="77777777" w:rsidR="00383590" w:rsidRDefault="00BA6E60">
      <w:pPr>
        <w:spacing w:after="0"/>
      </w:pPr>
      <w:r>
        <w:rPr>
          <w:rFonts w:ascii="Arial" w:hAnsi="Arial"/>
        </w:rPr>
        <w:t xml:space="preserve">So the tank is like moving around the water. </w:t>
      </w:r>
    </w:p>
    <w:p w14:paraId="77C31F68" w14:textId="77777777" w:rsidR="00383590" w:rsidRDefault="00383590">
      <w:pPr>
        <w:spacing w:after="0"/>
      </w:pPr>
    </w:p>
    <w:p w14:paraId="1398D949" w14:textId="77777777" w:rsidR="00383590" w:rsidRDefault="00BA6E60">
      <w:pPr>
        <w:spacing w:after="0"/>
      </w:pPr>
      <w:r>
        <w:rPr>
          <w:rFonts w:ascii="Arial" w:hAnsi="Arial"/>
          <w:b/>
        </w:rPr>
        <w:t xml:space="preserve">Participant#10:  </w:t>
      </w:r>
      <w:r>
        <w:rPr>
          <w:rFonts w:ascii="Arial" w:hAnsi="Arial"/>
          <w:color w:val="5D7284"/>
        </w:rPr>
        <w:t>39:44</w:t>
      </w:r>
    </w:p>
    <w:p w14:paraId="69D48CC6" w14:textId="77777777" w:rsidR="00383590" w:rsidRDefault="00BA6E60">
      <w:pPr>
        <w:spacing w:after="0"/>
      </w:pPr>
      <w:r>
        <w:rPr>
          <w:rFonts w:ascii="Arial" w:hAnsi="Arial"/>
        </w:rPr>
        <w:t>Yeah. The tank is rotating and the water is not rotating.</w:t>
      </w:r>
    </w:p>
    <w:p w14:paraId="1A297E2B" w14:textId="77777777" w:rsidR="00383590" w:rsidRDefault="00383590">
      <w:pPr>
        <w:spacing w:after="0"/>
      </w:pPr>
    </w:p>
    <w:p w14:paraId="44DA0339" w14:textId="77777777" w:rsidR="00383590" w:rsidRDefault="00BA6E60">
      <w:pPr>
        <w:spacing w:after="0"/>
      </w:pPr>
      <w:r>
        <w:rPr>
          <w:rFonts w:ascii="Arial" w:hAnsi="Arial"/>
          <w:b/>
        </w:rPr>
        <w:t xml:space="preserve">Interviewer P:  </w:t>
      </w:r>
      <w:r>
        <w:rPr>
          <w:rFonts w:ascii="Arial" w:hAnsi="Arial"/>
          <w:color w:val="5D7284"/>
        </w:rPr>
        <w:t>39:48</w:t>
      </w:r>
    </w:p>
    <w:p w14:paraId="7ABA861C" w14:textId="77777777" w:rsidR="00383590" w:rsidRDefault="00BA6E60">
      <w:pPr>
        <w:spacing w:after="0"/>
      </w:pPr>
      <w:r>
        <w:rPr>
          <w:rFonts w:ascii="Arial" w:hAnsi="Arial"/>
        </w:rPr>
        <w:t xml:space="preserve">So why are the fish moving? </w:t>
      </w:r>
    </w:p>
    <w:p w14:paraId="60B7C94B" w14:textId="77777777" w:rsidR="00383590" w:rsidRDefault="00383590">
      <w:pPr>
        <w:spacing w:after="0"/>
      </w:pPr>
    </w:p>
    <w:p w14:paraId="05B23C75" w14:textId="77777777" w:rsidR="00383590" w:rsidRDefault="00BA6E60">
      <w:pPr>
        <w:spacing w:after="0"/>
      </w:pPr>
      <w:r>
        <w:rPr>
          <w:rFonts w:ascii="Arial" w:hAnsi="Arial"/>
          <w:b/>
        </w:rPr>
        <w:t xml:space="preserve">Participant#10:  </w:t>
      </w:r>
      <w:r>
        <w:rPr>
          <w:rFonts w:ascii="Arial" w:hAnsi="Arial"/>
          <w:color w:val="5D7284"/>
        </w:rPr>
        <w:t>39:50</w:t>
      </w:r>
    </w:p>
    <w:p w14:paraId="21C611CC" w14:textId="77777777" w:rsidR="00383590" w:rsidRDefault="00BA6E60">
      <w:pPr>
        <w:spacing w:after="0"/>
      </w:pPr>
      <w:r>
        <w:rPr>
          <w:rFonts w:ascii="Arial" w:hAnsi="Arial"/>
        </w:rPr>
        <w:t>Because of the tank.</w:t>
      </w:r>
    </w:p>
    <w:p w14:paraId="46A588EA" w14:textId="77777777" w:rsidR="00383590" w:rsidRDefault="00383590">
      <w:pPr>
        <w:spacing w:after="0"/>
      </w:pPr>
    </w:p>
    <w:p w14:paraId="57824FA0" w14:textId="77777777" w:rsidR="00383590" w:rsidRDefault="00BA6E60">
      <w:pPr>
        <w:spacing w:after="0"/>
      </w:pPr>
      <w:r>
        <w:rPr>
          <w:rFonts w:ascii="Arial" w:hAnsi="Arial"/>
          <w:b/>
        </w:rPr>
        <w:t xml:space="preserve">Interviewer P:  </w:t>
      </w:r>
      <w:r>
        <w:rPr>
          <w:rFonts w:ascii="Arial" w:hAnsi="Arial"/>
          <w:color w:val="5D7284"/>
        </w:rPr>
        <w:t>39:51</w:t>
      </w:r>
    </w:p>
    <w:p w14:paraId="3D358611" w14:textId="77777777" w:rsidR="00383590" w:rsidRDefault="00BA6E60">
      <w:pPr>
        <w:spacing w:after="0"/>
      </w:pPr>
      <w:r>
        <w:rPr>
          <w:rFonts w:ascii="Arial" w:hAnsi="Arial"/>
        </w:rPr>
        <w:t>Okay, gotcha. So that's why the ones on the top are just kind of bobbing. Although they may be starting to move, look at that guy.</w:t>
      </w:r>
    </w:p>
    <w:p w14:paraId="496504F4" w14:textId="77777777" w:rsidR="00383590" w:rsidRDefault="00383590">
      <w:pPr>
        <w:spacing w:after="0"/>
      </w:pPr>
    </w:p>
    <w:p w14:paraId="437BE91F" w14:textId="77777777" w:rsidR="00383590" w:rsidRDefault="00BA6E60">
      <w:pPr>
        <w:spacing w:after="0"/>
      </w:pPr>
      <w:r>
        <w:rPr>
          <w:rFonts w:ascii="Arial" w:hAnsi="Arial"/>
          <w:b/>
        </w:rPr>
        <w:t xml:space="preserve">Participant#10:  </w:t>
      </w:r>
      <w:r>
        <w:rPr>
          <w:rFonts w:ascii="Arial" w:hAnsi="Arial"/>
          <w:color w:val="5D7284"/>
        </w:rPr>
        <w:t>40:04</w:t>
      </w:r>
    </w:p>
    <w:p w14:paraId="03AB13FF" w14:textId="77777777" w:rsidR="00383590" w:rsidRDefault="00BA6E60">
      <w:pPr>
        <w:spacing w:after="0"/>
      </w:pPr>
      <w:r>
        <w:rPr>
          <w:rFonts w:ascii="Arial" w:hAnsi="Arial"/>
        </w:rPr>
        <w:t>Maybe the water is moving more then the tank, that's what's creating them to even jiggle.</w:t>
      </w:r>
    </w:p>
    <w:p w14:paraId="552AC6EC" w14:textId="77777777" w:rsidR="00383590" w:rsidRDefault="00383590">
      <w:pPr>
        <w:spacing w:after="0"/>
      </w:pPr>
    </w:p>
    <w:p w14:paraId="651E28CB" w14:textId="77777777" w:rsidR="00383590" w:rsidRDefault="00BA6E60">
      <w:pPr>
        <w:spacing w:after="0"/>
      </w:pPr>
      <w:r>
        <w:rPr>
          <w:rFonts w:ascii="Arial" w:hAnsi="Arial"/>
          <w:b/>
        </w:rPr>
        <w:t xml:space="preserve">Interviewer P:  </w:t>
      </w:r>
      <w:r>
        <w:rPr>
          <w:rFonts w:ascii="Arial" w:hAnsi="Arial"/>
          <w:color w:val="5D7284"/>
        </w:rPr>
        <w:t>40:11</w:t>
      </w:r>
    </w:p>
    <w:p w14:paraId="510FE483" w14:textId="77777777" w:rsidR="00383590" w:rsidRDefault="00BA6E60">
      <w:pPr>
        <w:spacing w:after="0"/>
      </w:pPr>
      <w:r>
        <w:rPr>
          <w:rFonts w:ascii="Arial" w:hAnsi="Arial"/>
        </w:rPr>
        <w:t>Yeah.</w:t>
      </w:r>
    </w:p>
    <w:p w14:paraId="69BE5D97" w14:textId="77777777" w:rsidR="00383590" w:rsidRDefault="00383590">
      <w:pPr>
        <w:spacing w:after="0"/>
      </w:pPr>
    </w:p>
    <w:p w14:paraId="47194831" w14:textId="77777777" w:rsidR="00383590" w:rsidRDefault="00BA6E60">
      <w:pPr>
        <w:spacing w:after="0"/>
      </w:pPr>
      <w:r>
        <w:rPr>
          <w:rFonts w:ascii="Arial" w:hAnsi="Arial"/>
          <w:b/>
        </w:rPr>
        <w:t xml:space="preserve">Participant#10:  </w:t>
      </w:r>
      <w:r>
        <w:rPr>
          <w:rFonts w:ascii="Arial" w:hAnsi="Arial"/>
          <w:color w:val="5D7284"/>
        </w:rPr>
        <w:t>40:11</w:t>
      </w:r>
    </w:p>
    <w:p w14:paraId="2FF34D94" w14:textId="77777777" w:rsidR="00383590" w:rsidRDefault="00BA6E60">
      <w:pPr>
        <w:spacing w:after="0"/>
      </w:pPr>
      <w:r>
        <w:rPr>
          <w:rFonts w:ascii="Arial" w:hAnsi="Arial"/>
        </w:rPr>
        <w:t>Because the water. Yeah the water is moving. But it's not really moving down much I just like small like little subtle waves. Yeah. Do you think the ones on the top are now all circlely, going in a circle. Going in?</w:t>
      </w:r>
    </w:p>
    <w:p w14:paraId="23F3EF13" w14:textId="77777777" w:rsidR="00383590" w:rsidRDefault="00383590">
      <w:pPr>
        <w:spacing w:after="0"/>
      </w:pPr>
    </w:p>
    <w:p w14:paraId="60276A3E" w14:textId="77777777" w:rsidR="00383590" w:rsidRDefault="00BA6E60">
      <w:pPr>
        <w:spacing w:after="0"/>
      </w:pPr>
      <w:r>
        <w:rPr>
          <w:rFonts w:ascii="Arial" w:hAnsi="Arial"/>
          <w:b/>
        </w:rPr>
        <w:t xml:space="preserve">Interviewer P:  </w:t>
      </w:r>
      <w:r>
        <w:rPr>
          <w:rFonts w:ascii="Arial" w:hAnsi="Arial"/>
          <w:color w:val="5D7284"/>
        </w:rPr>
        <w:t>40:37</w:t>
      </w:r>
    </w:p>
    <w:p w14:paraId="6323AB28" w14:textId="77777777" w:rsidR="00383590" w:rsidRDefault="00BA6E60">
      <w:pPr>
        <w:spacing w:after="0"/>
      </w:pPr>
      <w:r>
        <w:rPr>
          <w:rFonts w:ascii="Arial" w:hAnsi="Arial"/>
        </w:rPr>
        <w:t xml:space="preserve">Like if you keep your eye on one of them. So let's say this one is it moving in a circle around? </w:t>
      </w:r>
    </w:p>
    <w:p w14:paraId="6A6A072E" w14:textId="77777777" w:rsidR="00383590" w:rsidRDefault="00383590">
      <w:pPr>
        <w:spacing w:after="0"/>
      </w:pPr>
    </w:p>
    <w:p w14:paraId="00A24DE6" w14:textId="77777777" w:rsidR="00383590" w:rsidRDefault="00BA6E60">
      <w:pPr>
        <w:spacing w:after="0"/>
      </w:pPr>
      <w:r>
        <w:rPr>
          <w:rFonts w:ascii="Arial" w:hAnsi="Arial"/>
          <w:b/>
        </w:rPr>
        <w:t xml:space="preserve">Participant#10:  </w:t>
      </w:r>
      <w:r>
        <w:rPr>
          <w:rFonts w:ascii="Arial" w:hAnsi="Arial"/>
          <w:color w:val="5D7284"/>
        </w:rPr>
        <w:t>40:46</w:t>
      </w:r>
    </w:p>
    <w:p w14:paraId="6D933064" w14:textId="77777777" w:rsidR="00383590" w:rsidRDefault="00BA6E60">
      <w:pPr>
        <w:spacing w:after="0"/>
      </w:pPr>
      <w:r>
        <w:rPr>
          <w:rFonts w:ascii="Arial" w:hAnsi="Arial"/>
        </w:rPr>
        <w:t>Yes it is.</w:t>
      </w:r>
    </w:p>
    <w:p w14:paraId="42B4633E" w14:textId="77777777" w:rsidR="00383590" w:rsidRDefault="00383590">
      <w:pPr>
        <w:spacing w:after="0"/>
      </w:pPr>
    </w:p>
    <w:p w14:paraId="1D500A95" w14:textId="77777777" w:rsidR="00383590" w:rsidRDefault="00BA6E60">
      <w:pPr>
        <w:spacing w:after="0"/>
      </w:pPr>
      <w:r>
        <w:rPr>
          <w:rFonts w:ascii="Arial" w:hAnsi="Arial"/>
          <w:b/>
        </w:rPr>
        <w:t xml:space="preserve">Interviewer P:  </w:t>
      </w:r>
      <w:r>
        <w:rPr>
          <w:rFonts w:ascii="Arial" w:hAnsi="Arial"/>
          <w:color w:val="5D7284"/>
        </w:rPr>
        <w:t>40:47</w:t>
      </w:r>
    </w:p>
    <w:p w14:paraId="22B2AD6E" w14:textId="77777777" w:rsidR="00383590" w:rsidRDefault="00BA6E60">
      <w:pPr>
        <w:spacing w:after="0"/>
      </w:pPr>
      <w:r>
        <w:rPr>
          <w:rFonts w:ascii="Arial" w:hAnsi="Arial"/>
        </w:rPr>
        <w:t>But clearly not as fast as like that red one on the bottom. Is that a change? Was it doing that all along?</w:t>
      </w:r>
    </w:p>
    <w:p w14:paraId="3BB40A63" w14:textId="77777777" w:rsidR="00383590" w:rsidRDefault="00383590">
      <w:pPr>
        <w:spacing w:after="0"/>
      </w:pPr>
    </w:p>
    <w:p w14:paraId="04FF3F00" w14:textId="77777777" w:rsidR="00383590" w:rsidRDefault="00BA6E60">
      <w:pPr>
        <w:spacing w:after="0"/>
      </w:pPr>
      <w:r>
        <w:rPr>
          <w:rFonts w:ascii="Arial" w:hAnsi="Arial"/>
          <w:b/>
        </w:rPr>
        <w:t xml:space="preserve">Participant#10:  </w:t>
      </w:r>
      <w:r>
        <w:rPr>
          <w:rFonts w:ascii="Arial" w:hAnsi="Arial"/>
          <w:color w:val="5D7284"/>
        </w:rPr>
        <w:t>40:56</w:t>
      </w:r>
    </w:p>
    <w:p w14:paraId="4F209DF8" w14:textId="77777777" w:rsidR="00383590" w:rsidRDefault="00BA6E60">
      <w:pPr>
        <w:spacing w:after="0"/>
      </w:pPr>
      <w:r>
        <w:rPr>
          <w:rFonts w:ascii="Arial" w:hAnsi="Arial"/>
        </w:rPr>
        <w:t>No.</w:t>
      </w:r>
    </w:p>
    <w:p w14:paraId="31590B10" w14:textId="77777777" w:rsidR="00383590" w:rsidRDefault="00383590">
      <w:pPr>
        <w:spacing w:after="0"/>
      </w:pPr>
    </w:p>
    <w:p w14:paraId="400A21BB" w14:textId="77777777" w:rsidR="00383590" w:rsidRDefault="00BA6E60">
      <w:pPr>
        <w:spacing w:after="0"/>
      </w:pPr>
      <w:r>
        <w:rPr>
          <w:rFonts w:ascii="Arial" w:hAnsi="Arial"/>
          <w:b/>
        </w:rPr>
        <w:t xml:space="preserve">Interviewer P:  </w:t>
      </w:r>
      <w:r>
        <w:rPr>
          <w:rFonts w:ascii="Arial" w:hAnsi="Arial"/>
          <w:color w:val="5D7284"/>
        </w:rPr>
        <w:t>40:57</w:t>
      </w:r>
    </w:p>
    <w:p w14:paraId="5FBCD042" w14:textId="77777777" w:rsidR="00383590" w:rsidRDefault="00BA6E60">
      <w:pPr>
        <w:spacing w:after="0"/>
      </w:pPr>
      <w:r>
        <w:rPr>
          <w:rFonts w:ascii="Arial" w:hAnsi="Arial"/>
        </w:rPr>
        <w:t>I wonder what are your thoughts about like, why first they were just bobbing and and now all of a sudden they're like joining in?</w:t>
      </w:r>
    </w:p>
    <w:p w14:paraId="698E5F32" w14:textId="77777777" w:rsidR="00383590" w:rsidRDefault="00383590">
      <w:pPr>
        <w:spacing w:after="0"/>
      </w:pPr>
    </w:p>
    <w:p w14:paraId="15E6FE99" w14:textId="77777777" w:rsidR="00383590" w:rsidRDefault="00BA6E60">
      <w:pPr>
        <w:spacing w:after="0"/>
      </w:pPr>
      <w:r>
        <w:rPr>
          <w:rFonts w:ascii="Arial" w:hAnsi="Arial"/>
          <w:b/>
        </w:rPr>
        <w:lastRenderedPageBreak/>
        <w:t xml:space="preserve">Participant#10:  </w:t>
      </w:r>
      <w:r>
        <w:rPr>
          <w:rFonts w:ascii="Arial" w:hAnsi="Arial"/>
          <w:color w:val="5D7284"/>
        </w:rPr>
        <w:t>41:04</w:t>
      </w:r>
    </w:p>
    <w:p w14:paraId="59C1E99B" w14:textId="77777777" w:rsidR="00383590" w:rsidRDefault="00BA6E60">
      <w:pPr>
        <w:spacing w:after="0"/>
      </w:pPr>
      <w:r>
        <w:rPr>
          <w:rFonts w:ascii="Arial" w:hAnsi="Arial"/>
        </w:rPr>
        <w:t xml:space="preserve">Because of how long it's been left on. </w:t>
      </w:r>
    </w:p>
    <w:p w14:paraId="7F2BB7B8" w14:textId="77777777" w:rsidR="00383590" w:rsidRDefault="00383590">
      <w:pPr>
        <w:spacing w:after="0"/>
      </w:pPr>
    </w:p>
    <w:p w14:paraId="4B341AEF" w14:textId="77777777" w:rsidR="00383590" w:rsidRDefault="00BA6E60">
      <w:pPr>
        <w:spacing w:after="0"/>
      </w:pPr>
      <w:r>
        <w:rPr>
          <w:rFonts w:ascii="Arial" w:hAnsi="Arial"/>
          <w:b/>
        </w:rPr>
        <w:t xml:space="preserve">Interviewer P:  </w:t>
      </w:r>
      <w:r>
        <w:rPr>
          <w:rFonts w:ascii="Arial" w:hAnsi="Arial"/>
          <w:color w:val="5D7284"/>
        </w:rPr>
        <w:t>41:08</w:t>
      </w:r>
    </w:p>
    <w:p w14:paraId="28FA1DDD" w14:textId="77777777" w:rsidR="00383590" w:rsidRDefault="00BA6E60">
      <w:pPr>
        <w:spacing w:after="0"/>
      </w:pPr>
      <w:r>
        <w:rPr>
          <w:rFonts w:ascii="Arial" w:hAnsi="Arial"/>
        </w:rPr>
        <w:t>Okay.</w:t>
      </w:r>
    </w:p>
    <w:p w14:paraId="1E58755D" w14:textId="77777777" w:rsidR="00383590" w:rsidRDefault="00383590">
      <w:pPr>
        <w:spacing w:after="0"/>
      </w:pPr>
    </w:p>
    <w:p w14:paraId="429B2E9A" w14:textId="77777777" w:rsidR="00383590" w:rsidRDefault="00BA6E60">
      <w:pPr>
        <w:spacing w:after="0"/>
      </w:pPr>
      <w:r>
        <w:rPr>
          <w:rFonts w:ascii="Arial" w:hAnsi="Arial"/>
          <w:b/>
        </w:rPr>
        <w:t xml:space="preserve">Participant#10:  </w:t>
      </w:r>
      <w:r>
        <w:rPr>
          <w:rFonts w:ascii="Arial" w:hAnsi="Arial"/>
          <w:color w:val="5D7284"/>
        </w:rPr>
        <w:t>41:08</w:t>
      </w:r>
    </w:p>
    <w:p w14:paraId="56579E2A" w14:textId="77777777" w:rsidR="00383590" w:rsidRDefault="00BA6E60">
      <w:pPr>
        <w:spacing w:after="0"/>
      </w:pPr>
      <w:r>
        <w:rPr>
          <w:rFonts w:ascii="Arial" w:hAnsi="Arial"/>
        </w:rPr>
        <w:t>Because remember, you said that before I got here it's been on for like 30 minutes now it has had some time to settle so now its getting comfortable. That's when the fish... So do you think the water is moving now?  Yeah.</w:t>
      </w:r>
    </w:p>
    <w:p w14:paraId="7A5B9163" w14:textId="77777777" w:rsidR="00383590" w:rsidRDefault="00383590">
      <w:pPr>
        <w:spacing w:after="0"/>
      </w:pPr>
    </w:p>
    <w:p w14:paraId="25E584E4" w14:textId="77777777" w:rsidR="00383590" w:rsidRDefault="00BA6E60">
      <w:pPr>
        <w:spacing w:after="0"/>
      </w:pPr>
      <w:r>
        <w:rPr>
          <w:rFonts w:ascii="Arial" w:hAnsi="Arial"/>
          <w:b/>
        </w:rPr>
        <w:t xml:space="preserve">Interviewer P:  </w:t>
      </w:r>
      <w:r>
        <w:rPr>
          <w:rFonts w:ascii="Arial" w:hAnsi="Arial"/>
          <w:color w:val="5D7284"/>
        </w:rPr>
        <w:t>41:23</w:t>
      </w:r>
    </w:p>
    <w:p w14:paraId="7127F751" w14:textId="77777777" w:rsidR="00383590" w:rsidRDefault="00BA6E60">
      <w:pPr>
        <w:spacing w:after="0"/>
      </w:pPr>
      <w:r>
        <w:rPr>
          <w:rFonts w:ascii="Arial" w:hAnsi="Arial"/>
        </w:rPr>
        <w:t xml:space="preserve">But it wasn't before. But it started moving eventually. Do you think the ones on the top will ever move as fast as the ones on the bottom? </w:t>
      </w:r>
    </w:p>
    <w:p w14:paraId="2547CC1F" w14:textId="77777777" w:rsidR="00383590" w:rsidRDefault="00383590">
      <w:pPr>
        <w:spacing w:after="0"/>
      </w:pPr>
    </w:p>
    <w:p w14:paraId="4E6E981A" w14:textId="77777777" w:rsidR="00383590" w:rsidRDefault="00BA6E60">
      <w:pPr>
        <w:spacing w:after="0"/>
      </w:pPr>
      <w:r>
        <w:rPr>
          <w:rFonts w:ascii="Arial" w:hAnsi="Arial"/>
          <w:b/>
        </w:rPr>
        <w:t xml:space="preserve">Participant#10:  </w:t>
      </w:r>
      <w:r>
        <w:rPr>
          <w:rFonts w:ascii="Arial" w:hAnsi="Arial"/>
          <w:color w:val="5D7284"/>
        </w:rPr>
        <w:t>41:33</w:t>
      </w:r>
    </w:p>
    <w:p w14:paraId="03CE0B4B" w14:textId="77777777" w:rsidR="00383590" w:rsidRDefault="00BA6E60">
      <w:pPr>
        <w:spacing w:after="0"/>
      </w:pPr>
      <w:r>
        <w:rPr>
          <w:rFonts w:ascii="Arial" w:hAnsi="Arial"/>
        </w:rPr>
        <w:t>No. They're just constantly like just just jiggle around that they won't move, like how the ones on the bottom are moving.</w:t>
      </w:r>
    </w:p>
    <w:p w14:paraId="1293FAAA" w14:textId="77777777" w:rsidR="00383590" w:rsidRDefault="00383590">
      <w:pPr>
        <w:spacing w:after="0"/>
      </w:pPr>
    </w:p>
    <w:p w14:paraId="52040AFF" w14:textId="77777777" w:rsidR="00383590" w:rsidRDefault="00BA6E60">
      <w:pPr>
        <w:spacing w:after="0"/>
      </w:pPr>
      <w:r>
        <w:rPr>
          <w:rFonts w:ascii="Arial" w:hAnsi="Arial"/>
          <w:b/>
        </w:rPr>
        <w:t xml:space="preserve">Interviewer P:  </w:t>
      </w:r>
      <w:r>
        <w:rPr>
          <w:rFonts w:ascii="Arial" w:hAnsi="Arial"/>
          <w:color w:val="5D7284"/>
        </w:rPr>
        <w:t>41:43</w:t>
      </w:r>
    </w:p>
    <w:p w14:paraId="0026BE2B" w14:textId="77777777" w:rsidR="00383590" w:rsidRDefault="00BA6E60">
      <w:pPr>
        <w:spacing w:after="0"/>
      </w:pPr>
      <w:r>
        <w:rPr>
          <w:rFonts w:ascii="Arial" w:hAnsi="Arial"/>
        </w:rPr>
        <w:t xml:space="preserve">So they are moving like the ones on the bottom because they are circling they're just not going as fast. </w:t>
      </w:r>
    </w:p>
    <w:p w14:paraId="695A2FD1" w14:textId="77777777" w:rsidR="00383590" w:rsidRDefault="00383590">
      <w:pPr>
        <w:spacing w:after="0"/>
      </w:pPr>
    </w:p>
    <w:p w14:paraId="43E9479C" w14:textId="77777777" w:rsidR="00383590" w:rsidRDefault="00BA6E60">
      <w:pPr>
        <w:spacing w:after="0"/>
      </w:pPr>
      <w:r>
        <w:rPr>
          <w:rFonts w:ascii="Arial" w:hAnsi="Arial"/>
          <w:b/>
        </w:rPr>
        <w:t xml:space="preserve">Participant#10:  </w:t>
      </w:r>
      <w:r>
        <w:rPr>
          <w:rFonts w:ascii="Arial" w:hAnsi="Arial"/>
          <w:color w:val="5D7284"/>
        </w:rPr>
        <w:t>41:48</w:t>
      </w:r>
    </w:p>
    <w:p w14:paraId="676CF600" w14:textId="77777777" w:rsidR="00383590" w:rsidRDefault="00BA6E60">
      <w:pPr>
        <w:spacing w:after="0"/>
      </w:pPr>
      <w:r>
        <w:rPr>
          <w:rFonts w:ascii="Arial" w:hAnsi="Arial"/>
        </w:rPr>
        <w:t>Yeah.</w:t>
      </w:r>
    </w:p>
    <w:p w14:paraId="5A263F08" w14:textId="77777777" w:rsidR="00383590" w:rsidRDefault="00383590">
      <w:pPr>
        <w:spacing w:after="0"/>
      </w:pPr>
    </w:p>
    <w:p w14:paraId="084CF85E" w14:textId="77777777" w:rsidR="00383590" w:rsidRDefault="00BA6E60">
      <w:pPr>
        <w:spacing w:after="0"/>
      </w:pPr>
      <w:r>
        <w:rPr>
          <w:rFonts w:ascii="Arial" w:hAnsi="Arial"/>
          <w:b/>
        </w:rPr>
        <w:t xml:space="preserve">Interviewer P:  </w:t>
      </w:r>
      <w:r>
        <w:rPr>
          <w:rFonts w:ascii="Arial" w:hAnsi="Arial"/>
          <w:color w:val="5D7284"/>
        </w:rPr>
        <w:t>41:48</w:t>
      </w:r>
    </w:p>
    <w:p w14:paraId="0BE0D531" w14:textId="77777777" w:rsidR="00383590" w:rsidRDefault="00BA6E60">
      <w:pPr>
        <w:spacing w:after="0"/>
      </w:pPr>
      <w:r>
        <w:rPr>
          <w:rFonts w:ascii="Arial" w:hAnsi="Arial"/>
        </w:rPr>
        <w:t>So what you're saying is they'll never really catch up. Why not?</w:t>
      </w:r>
    </w:p>
    <w:p w14:paraId="4B5F5E44" w14:textId="77777777" w:rsidR="00383590" w:rsidRDefault="00383590">
      <w:pPr>
        <w:spacing w:after="0"/>
      </w:pPr>
    </w:p>
    <w:p w14:paraId="24B029A7" w14:textId="77777777" w:rsidR="00383590" w:rsidRDefault="00BA6E60">
      <w:pPr>
        <w:spacing w:after="0"/>
      </w:pPr>
      <w:r>
        <w:rPr>
          <w:rFonts w:ascii="Arial" w:hAnsi="Arial"/>
          <w:b/>
        </w:rPr>
        <w:t xml:space="preserve">Participant#10:  </w:t>
      </w:r>
      <w:r>
        <w:rPr>
          <w:rFonts w:ascii="Arial" w:hAnsi="Arial"/>
          <w:color w:val="5D7284"/>
        </w:rPr>
        <w:t>41:56</w:t>
      </w:r>
    </w:p>
    <w:p w14:paraId="153AA212" w14:textId="77777777" w:rsidR="00383590" w:rsidRDefault="00BA6E60">
      <w:pPr>
        <w:spacing w:after="0"/>
      </w:pPr>
      <w:r>
        <w:rPr>
          <w:rFonts w:ascii="Arial" w:hAnsi="Arial"/>
        </w:rPr>
        <w:t>But it looks like they are all coming together.</w:t>
      </w:r>
    </w:p>
    <w:p w14:paraId="05683B13" w14:textId="77777777" w:rsidR="00383590" w:rsidRDefault="00383590">
      <w:pPr>
        <w:spacing w:after="0"/>
      </w:pPr>
    </w:p>
    <w:p w14:paraId="0AAEF3AA" w14:textId="77777777" w:rsidR="00383590" w:rsidRDefault="00BA6E60">
      <w:pPr>
        <w:spacing w:after="0"/>
      </w:pPr>
      <w:r>
        <w:rPr>
          <w:rFonts w:ascii="Arial" w:hAnsi="Arial"/>
          <w:b/>
        </w:rPr>
        <w:t xml:space="preserve">Interviewer P:  </w:t>
      </w:r>
      <w:r>
        <w:rPr>
          <w:rFonts w:ascii="Arial" w:hAnsi="Arial"/>
          <w:color w:val="5D7284"/>
        </w:rPr>
        <w:t>41:58</w:t>
      </w:r>
    </w:p>
    <w:p w14:paraId="74C6773A" w14:textId="77777777" w:rsidR="00383590" w:rsidRDefault="00BA6E60">
      <w:pPr>
        <w:spacing w:after="0"/>
      </w:pPr>
      <w:r>
        <w:rPr>
          <w:rFonts w:ascii="Arial" w:hAnsi="Arial"/>
        </w:rPr>
        <w:t>They do seem to be moving to the middle.</w:t>
      </w:r>
    </w:p>
    <w:p w14:paraId="7CD8EE4B" w14:textId="77777777" w:rsidR="00383590" w:rsidRDefault="00383590">
      <w:pPr>
        <w:spacing w:after="0"/>
      </w:pPr>
    </w:p>
    <w:p w14:paraId="293AA79D" w14:textId="77777777" w:rsidR="00383590" w:rsidRDefault="00BA6E60">
      <w:pPr>
        <w:spacing w:after="0"/>
      </w:pPr>
      <w:r>
        <w:rPr>
          <w:rFonts w:ascii="Arial" w:hAnsi="Arial"/>
          <w:b/>
        </w:rPr>
        <w:t xml:space="preserve">Participant#10:  </w:t>
      </w:r>
      <w:r>
        <w:rPr>
          <w:rFonts w:ascii="Arial" w:hAnsi="Arial"/>
          <w:color w:val="5D7284"/>
        </w:rPr>
        <w:t>42:00</w:t>
      </w:r>
    </w:p>
    <w:p w14:paraId="4A3CE8F5" w14:textId="77777777" w:rsidR="00383590" w:rsidRDefault="00BA6E60">
      <w:pPr>
        <w:spacing w:after="0"/>
      </w:pPr>
      <w:r>
        <w:rPr>
          <w:rFonts w:ascii="Arial" w:hAnsi="Arial"/>
        </w:rPr>
        <w:t>And the ones on the bottom they're not coming together, they are just like spread apart. So what do you think will happen if I turn this off? Like I put the brakes on this. Uhm, I feel like they're just stay where they are.</w:t>
      </w:r>
    </w:p>
    <w:p w14:paraId="1DC1DE51" w14:textId="77777777" w:rsidR="00383590" w:rsidRDefault="00383590">
      <w:pPr>
        <w:spacing w:after="0"/>
      </w:pPr>
    </w:p>
    <w:p w14:paraId="317A7EB3" w14:textId="77777777" w:rsidR="00383590" w:rsidRDefault="00BA6E60">
      <w:pPr>
        <w:spacing w:after="0"/>
      </w:pPr>
      <w:r>
        <w:rPr>
          <w:rFonts w:ascii="Arial" w:hAnsi="Arial"/>
          <w:b/>
        </w:rPr>
        <w:t xml:space="preserve">Interviewer P:  </w:t>
      </w:r>
      <w:r>
        <w:rPr>
          <w:rFonts w:ascii="Arial" w:hAnsi="Arial"/>
          <w:color w:val="5D7284"/>
        </w:rPr>
        <w:t>42:19</w:t>
      </w:r>
    </w:p>
    <w:p w14:paraId="435B787C" w14:textId="77777777" w:rsidR="00383590" w:rsidRDefault="00BA6E60">
      <w:pPr>
        <w:spacing w:after="0"/>
      </w:pPr>
      <w:r>
        <w:rPr>
          <w:rFonts w:ascii="Arial" w:hAnsi="Arial"/>
        </w:rPr>
        <w:t>So.</w:t>
      </w:r>
    </w:p>
    <w:p w14:paraId="272A169F" w14:textId="77777777" w:rsidR="00383590" w:rsidRDefault="00383590">
      <w:pPr>
        <w:spacing w:after="0"/>
      </w:pPr>
    </w:p>
    <w:p w14:paraId="14B2A8FB" w14:textId="77777777" w:rsidR="00383590" w:rsidRDefault="00BA6E60">
      <w:pPr>
        <w:spacing w:after="0"/>
      </w:pPr>
      <w:r>
        <w:rPr>
          <w:rFonts w:ascii="Arial" w:hAnsi="Arial"/>
          <w:b/>
        </w:rPr>
        <w:t xml:space="preserve">Participant#10:  </w:t>
      </w:r>
      <w:r>
        <w:rPr>
          <w:rFonts w:ascii="Arial" w:hAnsi="Arial"/>
          <w:color w:val="5D7284"/>
        </w:rPr>
        <w:t>42:20</w:t>
      </w:r>
    </w:p>
    <w:p w14:paraId="25096925" w14:textId="77777777" w:rsidR="00383590" w:rsidRDefault="00BA6E60">
      <w:pPr>
        <w:spacing w:after="0"/>
      </w:pPr>
      <w:r>
        <w:rPr>
          <w:rFonts w:ascii="Arial" w:hAnsi="Arial"/>
        </w:rPr>
        <w:t>Or water will still be moving. The water will be still moving. Yeah.</w:t>
      </w:r>
    </w:p>
    <w:p w14:paraId="7513809D" w14:textId="77777777" w:rsidR="00383590" w:rsidRDefault="00383590">
      <w:pPr>
        <w:spacing w:after="0"/>
      </w:pPr>
    </w:p>
    <w:p w14:paraId="0839EE84" w14:textId="77777777" w:rsidR="00383590" w:rsidRDefault="00BA6E60">
      <w:pPr>
        <w:spacing w:after="0"/>
      </w:pPr>
      <w:r>
        <w:rPr>
          <w:rFonts w:ascii="Arial" w:hAnsi="Arial"/>
          <w:b/>
        </w:rPr>
        <w:t xml:space="preserve">Interviewer P:  </w:t>
      </w:r>
      <w:r>
        <w:rPr>
          <w:rFonts w:ascii="Arial" w:hAnsi="Arial"/>
          <w:color w:val="5D7284"/>
        </w:rPr>
        <w:t>42:25</w:t>
      </w:r>
    </w:p>
    <w:p w14:paraId="317FEB96" w14:textId="77777777" w:rsidR="00383590" w:rsidRDefault="00BA6E60">
      <w:pPr>
        <w:spacing w:after="0"/>
      </w:pPr>
      <w:r>
        <w:rPr>
          <w:rFonts w:ascii="Arial" w:hAnsi="Arial"/>
        </w:rPr>
        <w:t>So will they still move?</w:t>
      </w:r>
    </w:p>
    <w:p w14:paraId="137DA4B9" w14:textId="77777777" w:rsidR="00383590" w:rsidRDefault="00383590">
      <w:pPr>
        <w:spacing w:after="0"/>
      </w:pPr>
    </w:p>
    <w:p w14:paraId="56250EC5" w14:textId="77777777" w:rsidR="00383590" w:rsidRDefault="00BA6E60">
      <w:pPr>
        <w:spacing w:after="0"/>
      </w:pPr>
      <w:r>
        <w:rPr>
          <w:rFonts w:ascii="Arial" w:hAnsi="Arial"/>
          <w:b/>
        </w:rPr>
        <w:t xml:space="preserve">Participant#10:  </w:t>
      </w:r>
      <w:r>
        <w:rPr>
          <w:rFonts w:ascii="Arial" w:hAnsi="Arial"/>
          <w:color w:val="5D7284"/>
        </w:rPr>
        <w:t>42:26</w:t>
      </w:r>
    </w:p>
    <w:p w14:paraId="66B472EE" w14:textId="77777777" w:rsidR="00383590" w:rsidRDefault="00BA6E60">
      <w:pPr>
        <w:spacing w:after="0"/>
      </w:pPr>
      <w:r>
        <w:rPr>
          <w:rFonts w:ascii="Arial" w:hAnsi="Arial"/>
        </w:rPr>
        <w:t>Yes because the waters moving.</w:t>
      </w:r>
    </w:p>
    <w:p w14:paraId="33AA0CB9" w14:textId="77777777" w:rsidR="00383590" w:rsidRDefault="00383590">
      <w:pPr>
        <w:spacing w:after="0"/>
      </w:pPr>
    </w:p>
    <w:p w14:paraId="1DB6DD24" w14:textId="77777777" w:rsidR="00383590" w:rsidRDefault="00BA6E60">
      <w:pPr>
        <w:spacing w:after="0"/>
      </w:pPr>
      <w:r>
        <w:rPr>
          <w:rFonts w:ascii="Arial" w:hAnsi="Arial"/>
          <w:b/>
        </w:rPr>
        <w:t xml:space="preserve">Interviewer P:  </w:t>
      </w:r>
      <w:r>
        <w:rPr>
          <w:rFonts w:ascii="Arial" w:hAnsi="Arial"/>
          <w:color w:val="5D7284"/>
        </w:rPr>
        <w:t>42:30</w:t>
      </w:r>
    </w:p>
    <w:p w14:paraId="0B4E6FF2" w14:textId="77777777" w:rsidR="00383590" w:rsidRDefault="00BA6E60">
      <w:pPr>
        <w:spacing w:after="0"/>
      </w:pPr>
      <w:r>
        <w:rPr>
          <w:rFonts w:ascii="Arial" w:hAnsi="Arial"/>
        </w:rPr>
        <w:t>And do you think that that will be the case for all of the fish, thr ones on the top at the bottom? Let's try it and see, is that what you expected? The top are still going.</w:t>
      </w:r>
    </w:p>
    <w:p w14:paraId="5B293D6D" w14:textId="77777777" w:rsidR="00383590" w:rsidRDefault="00383590">
      <w:pPr>
        <w:spacing w:after="0"/>
      </w:pPr>
    </w:p>
    <w:p w14:paraId="5826665F" w14:textId="77777777" w:rsidR="00383590" w:rsidRDefault="00BA6E60">
      <w:pPr>
        <w:spacing w:after="0"/>
      </w:pPr>
      <w:r>
        <w:rPr>
          <w:rFonts w:ascii="Arial" w:hAnsi="Arial"/>
          <w:b/>
        </w:rPr>
        <w:t xml:space="preserve">Participant#10:  </w:t>
      </w:r>
      <w:r>
        <w:rPr>
          <w:rFonts w:ascii="Arial" w:hAnsi="Arial"/>
          <w:color w:val="5D7284"/>
        </w:rPr>
        <w:t>43:11</w:t>
      </w:r>
    </w:p>
    <w:p w14:paraId="54323A4E" w14:textId="77777777" w:rsidR="00383590" w:rsidRDefault="00BA6E60">
      <w:pPr>
        <w:spacing w:after="0"/>
      </w:pPr>
      <w:r>
        <w:rPr>
          <w:rFonts w:ascii="Arial" w:hAnsi="Arial"/>
        </w:rPr>
        <w:t>Yeah.</w:t>
      </w:r>
    </w:p>
    <w:p w14:paraId="25F39C7A" w14:textId="77777777" w:rsidR="00383590" w:rsidRDefault="00383590">
      <w:pPr>
        <w:spacing w:after="0"/>
      </w:pPr>
    </w:p>
    <w:p w14:paraId="0DC6BB81" w14:textId="77777777" w:rsidR="00383590" w:rsidRDefault="00BA6E60">
      <w:pPr>
        <w:spacing w:after="0"/>
      </w:pPr>
      <w:r>
        <w:rPr>
          <w:rFonts w:ascii="Arial" w:hAnsi="Arial"/>
          <w:b/>
        </w:rPr>
        <w:t xml:space="preserve">Interviewer P:  </w:t>
      </w:r>
      <w:r>
        <w:rPr>
          <w:rFonts w:ascii="Arial" w:hAnsi="Arial"/>
          <w:color w:val="5D7284"/>
        </w:rPr>
        <w:t>43:11</w:t>
      </w:r>
    </w:p>
    <w:p w14:paraId="1C140CC5" w14:textId="77777777" w:rsidR="00383590" w:rsidRDefault="00BA6E60">
      <w:pPr>
        <w:spacing w:after="0"/>
      </w:pPr>
      <w:r>
        <w:rPr>
          <w:rFonts w:ascii="Arial" w:hAnsi="Arial"/>
        </w:rPr>
        <w:t>And some of the ones on the bottom are.</w:t>
      </w:r>
    </w:p>
    <w:p w14:paraId="483AB14A" w14:textId="77777777" w:rsidR="00383590" w:rsidRDefault="00383590">
      <w:pPr>
        <w:spacing w:after="0"/>
      </w:pPr>
    </w:p>
    <w:p w14:paraId="0EB047EA" w14:textId="77777777" w:rsidR="00383590" w:rsidRDefault="00BA6E60">
      <w:pPr>
        <w:spacing w:after="0"/>
      </w:pPr>
      <w:r>
        <w:rPr>
          <w:rFonts w:ascii="Arial" w:hAnsi="Arial"/>
          <w:b/>
        </w:rPr>
        <w:t xml:space="preserve">Participant#10:  </w:t>
      </w:r>
      <w:r>
        <w:rPr>
          <w:rFonts w:ascii="Arial" w:hAnsi="Arial"/>
          <w:color w:val="5D7284"/>
        </w:rPr>
        <w:t>43:14</w:t>
      </w:r>
    </w:p>
    <w:p w14:paraId="1BC3A24B" w14:textId="77777777" w:rsidR="00383590" w:rsidRDefault="00BA6E60">
      <w:pPr>
        <w:spacing w:after="0"/>
      </w:pPr>
      <w:r>
        <w:rPr>
          <w:rFonts w:ascii="Arial" w:hAnsi="Arial"/>
        </w:rPr>
        <w:t>Not all of them.</w:t>
      </w:r>
    </w:p>
    <w:p w14:paraId="3B35D942" w14:textId="77777777" w:rsidR="00383590" w:rsidRDefault="00383590">
      <w:pPr>
        <w:spacing w:after="0"/>
      </w:pPr>
    </w:p>
    <w:p w14:paraId="1BDC93CB" w14:textId="77777777" w:rsidR="00383590" w:rsidRDefault="00BA6E60">
      <w:pPr>
        <w:spacing w:after="0"/>
      </w:pPr>
      <w:r>
        <w:rPr>
          <w:rFonts w:ascii="Arial" w:hAnsi="Arial"/>
          <w:b/>
        </w:rPr>
        <w:t xml:space="preserve">Interviewer P:  </w:t>
      </w:r>
      <w:r>
        <w:rPr>
          <w:rFonts w:ascii="Arial" w:hAnsi="Arial"/>
          <w:color w:val="5D7284"/>
        </w:rPr>
        <w:t>43:19</w:t>
      </w:r>
    </w:p>
    <w:p w14:paraId="781E8BEA" w14:textId="77777777" w:rsidR="00383590" w:rsidRDefault="00BA6E60">
      <w:pPr>
        <w:spacing w:after="0"/>
      </w:pPr>
      <w:r>
        <w:rPr>
          <w:rFonts w:ascii="Arial" w:hAnsi="Arial"/>
        </w:rPr>
        <w:t xml:space="preserve">This one now the ones on the top are winning the rase they're circling a lot faster. That little orange puffer fish is slowing down it's like almost like let me out. </w:t>
      </w:r>
    </w:p>
    <w:p w14:paraId="46EA808D" w14:textId="77777777" w:rsidR="00383590" w:rsidRDefault="00383590">
      <w:pPr>
        <w:spacing w:after="0"/>
      </w:pPr>
    </w:p>
    <w:p w14:paraId="2D527452" w14:textId="77777777" w:rsidR="00383590" w:rsidRDefault="00BA6E60">
      <w:pPr>
        <w:spacing w:after="0"/>
      </w:pPr>
      <w:r>
        <w:rPr>
          <w:rFonts w:ascii="Arial" w:hAnsi="Arial"/>
          <w:b/>
        </w:rPr>
        <w:t xml:space="preserve">Participant#10:  </w:t>
      </w:r>
      <w:r>
        <w:rPr>
          <w:rFonts w:ascii="Arial" w:hAnsi="Arial"/>
          <w:color w:val="5D7284"/>
        </w:rPr>
        <w:t>43:30</w:t>
      </w:r>
    </w:p>
    <w:p w14:paraId="4F453220" w14:textId="77777777" w:rsidR="00383590" w:rsidRDefault="00BA6E60">
      <w:pPr>
        <w:spacing w:after="0"/>
      </w:pPr>
      <w:r>
        <w:rPr>
          <w:rFonts w:ascii="Arial" w:hAnsi="Arial"/>
        </w:rPr>
        <w:t>The ones on the top are still going.</w:t>
      </w:r>
    </w:p>
    <w:p w14:paraId="2CA0C247" w14:textId="77777777" w:rsidR="00383590" w:rsidRDefault="00383590">
      <w:pPr>
        <w:spacing w:after="0"/>
      </w:pPr>
    </w:p>
    <w:p w14:paraId="2E49F0AA" w14:textId="77777777" w:rsidR="00383590" w:rsidRDefault="00BA6E60">
      <w:pPr>
        <w:spacing w:after="0"/>
      </w:pPr>
      <w:r>
        <w:rPr>
          <w:rFonts w:ascii="Arial" w:hAnsi="Arial"/>
          <w:b/>
        </w:rPr>
        <w:t xml:space="preserve">Interviewer P:  </w:t>
      </w:r>
      <w:r>
        <w:rPr>
          <w:rFonts w:ascii="Arial" w:hAnsi="Arial"/>
          <w:color w:val="5D7284"/>
        </w:rPr>
        <w:t>43:31</w:t>
      </w:r>
    </w:p>
    <w:p w14:paraId="65A27F8C" w14:textId="77777777" w:rsidR="00383590" w:rsidRDefault="00BA6E60">
      <w:pPr>
        <w:spacing w:after="0"/>
      </w:pPr>
      <w:r>
        <w:rPr>
          <w:rFonts w:ascii="Arial" w:hAnsi="Arial"/>
        </w:rPr>
        <w:t xml:space="preserve">Yeah, I wonder why the ones on the top are still going. </w:t>
      </w:r>
    </w:p>
    <w:p w14:paraId="26041D3D" w14:textId="77777777" w:rsidR="00383590" w:rsidRDefault="00383590">
      <w:pPr>
        <w:spacing w:after="0"/>
      </w:pPr>
    </w:p>
    <w:p w14:paraId="06E27EE9" w14:textId="77777777" w:rsidR="00383590" w:rsidRDefault="00BA6E60">
      <w:pPr>
        <w:spacing w:after="0"/>
      </w:pPr>
      <w:r>
        <w:rPr>
          <w:rFonts w:ascii="Arial" w:hAnsi="Arial"/>
          <w:b/>
        </w:rPr>
        <w:t xml:space="preserve">Participant#10:  </w:t>
      </w:r>
      <w:r>
        <w:rPr>
          <w:rFonts w:ascii="Arial" w:hAnsi="Arial"/>
          <w:color w:val="5D7284"/>
        </w:rPr>
        <w:t>43:33</w:t>
      </w:r>
    </w:p>
    <w:p w14:paraId="3A2B6AA4" w14:textId="77777777" w:rsidR="00383590" w:rsidRDefault="00BA6E60">
      <w:pPr>
        <w:spacing w:after="0"/>
      </w:pPr>
      <w:r>
        <w:rPr>
          <w:rFonts w:ascii="Arial" w:hAnsi="Arial"/>
        </w:rPr>
        <w:t>Probably because they are on top, just because they on their on top so they still have that.</w:t>
      </w:r>
    </w:p>
    <w:p w14:paraId="2EA6DFAF" w14:textId="77777777" w:rsidR="00383590" w:rsidRDefault="00383590">
      <w:pPr>
        <w:spacing w:after="0"/>
      </w:pPr>
    </w:p>
    <w:p w14:paraId="52E008B3" w14:textId="77777777" w:rsidR="00383590" w:rsidRDefault="00BA6E60">
      <w:pPr>
        <w:spacing w:after="0"/>
      </w:pPr>
      <w:r>
        <w:rPr>
          <w:rFonts w:ascii="Arial" w:hAnsi="Arial"/>
          <w:b/>
        </w:rPr>
        <w:t xml:space="preserve">Interviewer P:  </w:t>
      </w:r>
      <w:r>
        <w:rPr>
          <w:rFonts w:ascii="Arial" w:hAnsi="Arial"/>
          <w:color w:val="5D7284"/>
        </w:rPr>
        <w:t>43:40</w:t>
      </w:r>
    </w:p>
    <w:p w14:paraId="77BAA9D8" w14:textId="77777777" w:rsidR="00383590" w:rsidRDefault="00BA6E60">
      <w:pPr>
        <w:spacing w:after="0"/>
      </w:pPr>
      <w:r>
        <w:rPr>
          <w:rFonts w:ascii="Arial" w:hAnsi="Arial"/>
        </w:rPr>
        <w:t>Yeah, but the water isn't doing that on the bottom.</w:t>
      </w:r>
    </w:p>
    <w:p w14:paraId="4F12B61C" w14:textId="77777777" w:rsidR="00383590" w:rsidRDefault="00383590">
      <w:pPr>
        <w:spacing w:after="0"/>
      </w:pPr>
    </w:p>
    <w:p w14:paraId="1BE12691" w14:textId="77777777" w:rsidR="00383590" w:rsidRDefault="00BA6E60">
      <w:pPr>
        <w:spacing w:after="0"/>
      </w:pPr>
      <w:r>
        <w:rPr>
          <w:rFonts w:ascii="Arial" w:hAnsi="Arial"/>
          <w:b/>
        </w:rPr>
        <w:t xml:space="preserve">Participant#10:  </w:t>
      </w:r>
      <w:r>
        <w:rPr>
          <w:rFonts w:ascii="Arial" w:hAnsi="Arial"/>
          <w:color w:val="5D7284"/>
        </w:rPr>
        <w:t>43:43</w:t>
      </w:r>
    </w:p>
    <w:p w14:paraId="27914CB6" w14:textId="77777777" w:rsidR="00383590" w:rsidRDefault="00BA6E60">
      <w:pPr>
        <w:spacing w:after="0"/>
      </w:pPr>
      <w:r>
        <w:rPr>
          <w:rFonts w:ascii="Arial" w:hAnsi="Arial"/>
        </w:rPr>
        <w:t>It's just doing it on the top.</w:t>
      </w:r>
    </w:p>
    <w:p w14:paraId="0C38B943" w14:textId="77777777" w:rsidR="00383590" w:rsidRDefault="00383590">
      <w:pPr>
        <w:spacing w:after="0"/>
      </w:pPr>
    </w:p>
    <w:p w14:paraId="7727FC54" w14:textId="77777777" w:rsidR="00383590" w:rsidRDefault="00BA6E60">
      <w:pPr>
        <w:spacing w:after="0"/>
      </w:pPr>
      <w:r>
        <w:rPr>
          <w:rFonts w:ascii="Arial" w:hAnsi="Arial"/>
          <w:b/>
        </w:rPr>
        <w:t xml:space="preserve">Interviewer P:  </w:t>
      </w:r>
      <w:r>
        <w:rPr>
          <w:rFonts w:ascii="Arial" w:hAnsi="Arial"/>
          <w:color w:val="5D7284"/>
        </w:rPr>
        <w:t>43:44</w:t>
      </w:r>
    </w:p>
    <w:p w14:paraId="54081D2C" w14:textId="6355799B" w:rsidR="00383590" w:rsidRDefault="00BA6E60">
      <w:pPr>
        <w:spacing w:after="0"/>
      </w:pPr>
      <w:r w:rsidRPr="74A61BE5">
        <w:rPr>
          <w:rFonts w:ascii="Arial" w:hAnsi="Arial"/>
        </w:rPr>
        <w:t xml:space="preserve">And wonder why it's just doing it on the top any ideas about that? Like why the water on the top is moving and the water in the bottom isn't </w:t>
      </w:r>
      <w:r w:rsidR="23DAC05C" w:rsidRPr="74A61BE5">
        <w:rPr>
          <w:rFonts w:ascii="Arial" w:hAnsi="Arial"/>
        </w:rPr>
        <w:t>moving</w:t>
      </w:r>
      <w:r w:rsidRPr="74A61BE5">
        <w:rPr>
          <w:rFonts w:ascii="Arial" w:hAnsi="Arial"/>
        </w:rPr>
        <w:t>?</w:t>
      </w:r>
    </w:p>
    <w:p w14:paraId="56540829" w14:textId="77777777" w:rsidR="00383590" w:rsidRDefault="00383590">
      <w:pPr>
        <w:spacing w:after="0"/>
      </w:pPr>
    </w:p>
    <w:p w14:paraId="70C9EB4D" w14:textId="77777777" w:rsidR="00383590" w:rsidRDefault="00BA6E60">
      <w:pPr>
        <w:spacing w:after="0"/>
      </w:pPr>
      <w:r>
        <w:rPr>
          <w:rFonts w:ascii="Arial" w:hAnsi="Arial"/>
          <w:b/>
        </w:rPr>
        <w:t xml:space="preserve">Participant#10:  </w:t>
      </w:r>
      <w:r>
        <w:rPr>
          <w:rFonts w:ascii="Arial" w:hAnsi="Arial"/>
          <w:color w:val="5D7284"/>
        </w:rPr>
        <w:t>44:01</w:t>
      </w:r>
    </w:p>
    <w:p w14:paraId="0D54E415" w14:textId="5337DA25" w:rsidR="00383590" w:rsidRDefault="00BA6E60">
      <w:pPr>
        <w:spacing w:after="0"/>
      </w:pPr>
      <w:r w:rsidRPr="74A61BE5">
        <w:rPr>
          <w:rFonts w:ascii="Arial" w:hAnsi="Arial"/>
        </w:rPr>
        <w:lastRenderedPageBreak/>
        <w:t xml:space="preserve">I </w:t>
      </w:r>
      <w:r w:rsidR="37E4DE57" w:rsidRPr="74A61BE5">
        <w:rPr>
          <w:rFonts w:ascii="Arial" w:hAnsi="Arial"/>
        </w:rPr>
        <w:t>don't</w:t>
      </w:r>
      <w:r w:rsidRPr="74A61BE5">
        <w:rPr>
          <w:rFonts w:ascii="Arial" w:hAnsi="Arial"/>
        </w:rPr>
        <w:t xml:space="preserve"> know, it's all one water. Because it's on top so it got all the good stuff.</w:t>
      </w:r>
    </w:p>
    <w:p w14:paraId="0CBEBDE4" w14:textId="77777777" w:rsidR="00383590" w:rsidRDefault="00383590">
      <w:pPr>
        <w:spacing w:after="0"/>
      </w:pPr>
    </w:p>
    <w:p w14:paraId="0C879984" w14:textId="77777777" w:rsidR="00383590" w:rsidRDefault="00BA6E60">
      <w:pPr>
        <w:spacing w:after="0"/>
      </w:pPr>
      <w:r>
        <w:rPr>
          <w:rFonts w:ascii="Arial" w:hAnsi="Arial"/>
          <w:b/>
        </w:rPr>
        <w:t xml:space="preserve">Interviewer P:  </w:t>
      </w:r>
      <w:r>
        <w:rPr>
          <w:rFonts w:ascii="Arial" w:hAnsi="Arial"/>
          <w:color w:val="5D7284"/>
        </w:rPr>
        <w:t>44:10</w:t>
      </w:r>
    </w:p>
    <w:p w14:paraId="49190D95" w14:textId="65D2B80C" w:rsidR="00383590" w:rsidRDefault="00BA6E60">
      <w:pPr>
        <w:spacing w:after="0"/>
      </w:pPr>
      <w:r w:rsidRPr="74A61BE5">
        <w:rPr>
          <w:rFonts w:ascii="Arial" w:hAnsi="Arial"/>
        </w:rPr>
        <w:t xml:space="preserve">I like that </w:t>
      </w:r>
      <w:r w:rsidR="05912350" w:rsidRPr="74A61BE5">
        <w:rPr>
          <w:rFonts w:ascii="Arial" w:hAnsi="Arial"/>
        </w:rPr>
        <w:t>it's</w:t>
      </w:r>
      <w:r w:rsidRPr="74A61BE5">
        <w:rPr>
          <w:rFonts w:ascii="Arial" w:hAnsi="Arial"/>
        </w:rPr>
        <w:t xml:space="preserve"> got all the good stuff. Do you think I mean I think it's gonna stop do you?</w:t>
      </w:r>
    </w:p>
    <w:p w14:paraId="612AE28C" w14:textId="77777777" w:rsidR="00383590" w:rsidRDefault="00383590">
      <w:pPr>
        <w:spacing w:after="0"/>
      </w:pPr>
    </w:p>
    <w:p w14:paraId="4541F165" w14:textId="77777777" w:rsidR="00383590" w:rsidRDefault="00BA6E60">
      <w:pPr>
        <w:spacing w:after="0"/>
      </w:pPr>
      <w:r>
        <w:rPr>
          <w:rFonts w:ascii="Arial" w:hAnsi="Arial"/>
          <w:b/>
        </w:rPr>
        <w:t xml:space="preserve">Participant#10:  </w:t>
      </w:r>
      <w:r>
        <w:rPr>
          <w:rFonts w:ascii="Arial" w:hAnsi="Arial"/>
          <w:color w:val="5D7284"/>
        </w:rPr>
        <w:t>44:19</w:t>
      </w:r>
    </w:p>
    <w:p w14:paraId="0DD6960C" w14:textId="77777777" w:rsidR="00383590" w:rsidRDefault="00BA6E60">
      <w:pPr>
        <w:spacing w:after="0"/>
      </w:pPr>
      <w:r>
        <w:rPr>
          <w:rFonts w:ascii="Arial" w:hAnsi="Arial"/>
        </w:rPr>
        <w:t>Yeah, eventually they're stop, they're all slowing down.</w:t>
      </w:r>
    </w:p>
    <w:p w14:paraId="7C47027A" w14:textId="77777777" w:rsidR="00383590" w:rsidRDefault="00383590">
      <w:pPr>
        <w:spacing w:after="0"/>
      </w:pPr>
    </w:p>
    <w:p w14:paraId="4B370465" w14:textId="77777777" w:rsidR="00383590" w:rsidRDefault="00BA6E60">
      <w:pPr>
        <w:spacing w:after="0"/>
      </w:pPr>
      <w:r>
        <w:rPr>
          <w:rFonts w:ascii="Arial" w:hAnsi="Arial"/>
          <w:b/>
        </w:rPr>
        <w:t xml:space="preserve">Interviewer P:  </w:t>
      </w:r>
      <w:r>
        <w:rPr>
          <w:rFonts w:ascii="Arial" w:hAnsi="Arial"/>
          <w:color w:val="5D7284"/>
        </w:rPr>
        <w:t>44:21</w:t>
      </w:r>
    </w:p>
    <w:p w14:paraId="18B07D1F" w14:textId="3EA14B4F" w:rsidR="00383590" w:rsidRDefault="00BA6E60">
      <w:pPr>
        <w:spacing w:after="0"/>
      </w:pPr>
      <w:r w:rsidRPr="74A61BE5">
        <w:rPr>
          <w:rFonts w:ascii="Arial" w:hAnsi="Arial"/>
        </w:rPr>
        <w:t xml:space="preserve">Yeah, well good, all right that's pretty much it. </w:t>
      </w:r>
      <w:r w:rsidR="4B2DBD1C" w:rsidRPr="74A61BE5">
        <w:rPr>
          <w:rFonts w:ascii="Arial" w:hAnsi="Arial"/>
        </w:rPr>
        <w:t>So,</w:t>
      </w:r>
      <w:r w:rsidRPr="74A61BE5">
        <w:rPr>
          <w:rFonts w:ascii="Arial" w:hAnsi="Arial"/>
        </w:rPr>
        <w:t xml:space="preserve"> I'm gonna stop the recording. And over here, whoa, I almost had a catastrophe.</w:t>
      </w:r>
    </w:p>
    <w:sectPr w:rsidR="00383590" w:rsidSect="001216B9">
      <w:headerReference w:type="even" r:id="rId11"/>
      <w:headerReference w:type="default" r:id="rId12"/>
      <w:footerReference w:type="even" r:id="rId13"/>
      <w:footerReference w:type="default" r:id="rId14"/>
      <w:headerReference w:type="first" r:id="rId15"/>
      <w:footerReference w:type="first" r:id="rId16"/>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D2ED58" w14:textId="77777777" w:rsidR="002F392C" w:rsidRDefault="002F392C">
      <w:pPr>
        <w:spacing w:after="0" w:line="240" w:lineRule="auto"/>
      </w:pPr>
      <w:r>
        <w:separator/>
      </w:r>
    </w:p>
  </w:endnote>
  <w:endnote w:type="continuationSeparator" w:id="0">
    <w:p w14:paraId="79502A9B" w14:textId="77777777" w:rsidR="002F392C" w:rsidRDefault="002F39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51B2A3"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p w14:paraId="493EF3AD"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p w14:paraId="0F17133C"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3AB3D7F9" w14:textId="77777777"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20712F0C" w14:textId="77777777"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19C767"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567B5C" w14:textId="77777777" w:rsidR="002F392C" w:rsidRDefault="002F392C">
      <w:pPr>
        <w:spacing w:after="0" w:line="240" w:lineRule="auto"/>
      </w:pPr>
      <w:r>
        <w:separator/>
      </w:r>
    </w:p>
  </w:footnote>
  <w:footnote w:type="continuationSeparator" w:id="0">
    <w:p w14:paraId="5F3DE865" w14:textId="77777777" w:rsidR="002F392C" w:rsidRDefault="002F392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CD0E53"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5BAC54"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62B051"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16cid:durableId="647436620">
    <w:abstractNumId w:val="8"/>
  </w:num>
  <w:num w:numId="2" w16cid:durableId="383792390">
    <w:abstractNumId w:val="6"/>
  </w:num>
  <w:num w:numId="3" w16cid:durableId="1518688032">
    <w:abstractNumId w:val="5"/>
  </w:num>
  <w:num w:numId="4" w16cid:durableId="81991598">
    <w:abstractNumId w:val="4"/>
  </w:num>
  <w:num w:numId="5" w16cid:durableId="208804033">
    <w:abstractNumId w:val="7"/>
  </w:num>
  <w:num w:numId="6" w16cid:durableId="1871606767">
    <w:abstractNumId w:val="3"/>
  </w:num>
  <w:num w:numId="7" w16cid:durableId="917060587">
    <w:abstractNumId w:val="2"/>
  </w:num>
  <w:num w:numId="8" w16cid:durableId="1946033430">
    <w:abstractNumId w:val="1"/>
  </w:num>
  <w:num w:numId="9" w16cid:durableId="52567975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5074B"/>
    <w:rsid w:val="0029639D"/>
    <w:rsid w:val="002F392C"/>
    <w:rsid w:val="002FD302"/>
    <w:rsid w:val="00326F90"/>
    <w:rsid w:val="00383590"/>
    <w:rsid w:val="004A641F"/>
    <w:rsid w:val="004B593C"/>
    <w:rsid w:val="00556B0F"/>
    <w:rsid w:val="005B32CC"/>
    <w:rsid w:val="006E2A8C"/>
    <w:rsid w:val="007749AF"/>
    <w:rsid w:val="00794EBC"/>
    <w:rsid w:val="00930F33"/>
    <w:rsid w:val="009C3AF0"/>
    <w:rsid w:val="00A12EE5"/>
    <w:rsid w:val="00AA1D8D"/>
    <w:rsid w:val="00B47730"/>
    <w:rsid w:val="00BA4C2B"/>
    <w:rsid w:val="00BA6E60"/>
    <w:rsid w:val="00BD0140"/>
    <w:rsid w:val="00C24502"/>
    <w:rsid w:val="00CB0664"/>
    <w:rsid w:val="00D57E81"/>
    <w:rsid w:val="00ED3244"/>
    <w:rsid w:val="00FC693F"/>
    <w:rsid w:val="0320F09F"/>
    <w:rsid w:val="040CB4F6"/>
    <w:rsid w:val="0425DD53"/>
    <w:rsid w:val="045F24F2"/>
    <w:rsid w:val="047431E4"/>
    <w:rsid w:val="05912350"/>
    <w:rsid w:val="066DDCAD"/>
    <w:rsid w:val="06B2143E"/>
    <w:rsid w:val="06B558A9"/>
    <w:rsid w:val="073F07AE"/>
    <w:rsid w:val="094090D3"/>
    <w:rsid w:val="0CBEB220"/>
    <w:rsid w:val="0D2AE2E8"/>
    <w:rsid w:val="0D5EBDB1"/>
    <w:rsid w:val="0DB3973C"/>
    <w:rsid w:val="0FC0908F"/>
    <w:rsid w:val="10AF5D85"/>
    <w:rsid w:val="11B07728"/>
    <w:rsid w:val="11EE85D3"/>
    <w:rsid w:val="11FB4692"/>
    <w:rsid w:val="156446D3"/>
    <w:rsid w:val="169E63E4"/>
    <w:rsid w:val="16DA0D0D"/>
    <w:rsid w:val="17CECD82"/>
    <w:rsid w:val="183401FF"/>
    <w:rsid w:val="1ABBF345"/>
    <w:rsid w:val="1BB43A12"/>
    <w:rsid w:val="1D661FA3"/>
    <w:rsid w:val="1DDA6E2B"/>
    <w:rsid w:val="20594E5A"/>
    <w:rsid w:val="21F8151D"/>
    <w:rsid w:val="23DAC05C"/>
    <w:rsid w:val="24D31655"/>
    <w:rsid w:val="26CDFDC5"/>
    <w:rsid w:val="26F8F351"/>
    <w:rsid w:val="2A8B7B89"/>
    <w:rsid w:val="2AB9382F"/>
    <w:rsid w:val="2C7935A9"/>
    <w:rsid w:val="2C89F00A"/>
    <w:rsid w:val="2D85F0D8"/>
    <w:rsid w:val="2E126BF8"/>
    <w:rsid w:val="2E3C6B72"/>
    <w:rsid w:val="30273AA7"/>
    <w:rsid w:val="328A9EA4"/>
    <w:rsid w:val="33A6BB87"/>
    <w:rsid w:val="33AF006C"/>
    <w:rsid w:val="364B9CEC"/>
    <w:rsid w:val="37775690"/>
    <w:rsid w:val="37E4DE57"/>
    <w:rsid w:val="386E21CF"/>
    <w:rsid w:val="38A86E25"/>
    <w:rsid w:val="3A8AA319"/>
    <w:rsid w:val="3A930786"/>
    <w:rsid w:val="3B29F442"/>
    <w:rsid w:val="3B4E3FDF"/>
    <w:rsid w:val="3C258B52"/>
    <w:rsid w:val="3D4DB13F"/>
    <w:rsid w:val="3EFEB792"/>
    <w:rsid w:val="428816AC"/>
    <w:rsid w:val="43255D49"/>
    <w:rsid w:val="43379993"/>
    <w:rsid w:val="4441236D"/>
    <w:rsid w:val="449050CE"/>
    <w:rsid w:val="44A81BD9"/>
    <w:rsid w:val="45108932"/>
    <w:rsid w:val="49151433"/>
    <w:rsid w:val="4B1DB2D9"/>
    <w:rsid w:val="4B2DBD1C"/>
    <w:rsid w:val="4BA9D6D7"/>
    <w:rsid w:val="4BEDF2DE"/>
    <w:rsid w:val="4C79A1DE"/>
    <w:rsid w:val="4CA1840B"/>
    <w:rsid w:val="4D52F480"/>
    <w:rsid w:val="4DFA7258"/>
    <w:rsid w:val="50BFB0E9"/>
    <w:rsid w:val="5300E9D8"/>
    <w:rsid w:val="5377A1F9"/>
    <w:rsid w:val="54E82281"/>
    <w:rsid w:val="55CA9145"/>
    <w:rsid w:val="5717D6AC"/>
    <w:rsid w:val="58A7750B"/>
    <w:rsid w:val="599B233C"/>
    <w:rsid w:val="59CE1FA8"/>
    <w:rsid w:val="5C28FEB3"/>
    <w:rsid w:val="5E6F487B"/>
    <w:rsid w:val="5E6FAD38"/>
    <w:rsid w:val="5E7E16DC"/>
    <w:rsid w:val="5F0F8B8F"/>
    <w:rsid w:val="6279EE54"/>
    <w:rsid w:val="62B2579F"/>
    <w:rsid w:val="62BCAD59"/>
    <w:rsid w:val="6310FC7B"/>
    <w:rsid w:val="64BACB89"/>
    <w:rsid w:val="66A8E183"/>
    <w:rsid w:val="66CBD6AB"/>
    <w:rsid w:val="66FABFC7"/>
    <w:rsid w:val="67531367"/>
    <w:rsid w:val="67B247FF"/>
    <w:rsid w:val="67E76BF9"/>
    <w:rsid w:val="689F119B"/>
    <w:rsid w:val="6D39B3C9"/>
    <w:rsid w:val="71802634"/>
    <w:rsid w:val="74A61BE5"/>
    <w:rsid w:val="7562EC16"/>
    <w:rsid w:val="76187364"/>
    <w:rsid w:val="769D0DF8"/>
    <w:rsid w:val="78D0C44B"/>
    <w:rsid w:val="79DA9945"/>
    <w:rsid w:val="7A7EFB0C"/>
    <w:rsid w:val="7BA5B5F3"/>
    <w:rsid w:val="7BC3DFBC"/>
    <w:rsid w:val="7D505718"/>
    <w:rsid w:val="7D9DD425"/>
    <w:rsid w:val="7E6B4C84"/>
    <w:rsid w:val="7F92F9F2"/>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3341E9A"/>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FB6B50DB5C2D9049A455B65F50A91513" ma:contentTypeVersion="19" ma:contentTypeDescription="Create a new document." ma:contentTypeScope="" ma:versionID="3a16c1aeab35fa1018ba1da9226c6a57">
  <xsd:schema xmlns:xsd="http://www.w3.org/2001/XMLSchema" xmlns:xs="http://www.w3.org/2001/XMLSchema" xmlns:p="http://schemas.microsoft.com/office/2006/metadata/properties" xmlns:ns1="http://schemas.microsoft.com/sharepoint/v3" xmlns:ns3="5b1983e9-55b4-4f9e-a196-30376d2238aa" xmlns:ns4="eeef5ad7-d6de-419e-9305-cd9bdd8d89a9" targetNamespace="http://schemas.microsoft.com/office/2006/metadata/properties" ma:root="true" ma:fieldsID="14babd06b9650ff1536de784e9f88f66" ns1:_="" ns3:_="" ns4:_="">
    <xsd:import namespace="http://schemas.microsoft.com/sharepoint/v3"/>
    <xsd:import namespace="5b1983e9-55b4-4f9e-a196-30376d2238aa"/>
    <xsd:import namespace="eeef5ad7-d6de-419e-9305-cd9bdd8d89a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Unified Compliance Policy Properties" ma:hidden="true" ma:internalName="_ip_UnifiedCompliancePolicyProperties">
      <xsd:simpleType>
        <xsd:restriction base="dms:Note"/>
      </xsd:simpleType>
    </xsd:element>
    <xsd:element name="_ip_UnifiedCompliancePolicyUIAction" ma:index="2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1983e9-55b4-4f9e-a196-30376d2238aa"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eef5ad7-d6de-419e-9305-cd9bdd8d89a9"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_activity" ma:index="23" nillable="true" ma:displayName="_activity" ma:hidden="true" ma:internalName="_activity">
      <xsd:simpleType>
        <xsd:restriction base="dms:Note"/>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ystemTags" ma:index="25" nillable="true" ma:displayName="MediaServiceSystemTags" ma:hidden="true" ma:internalName="MediaServiceSystemTags" ma:readOnly="true">
      <xsd:simpleType>
        <xsd:restriction base="dms:Note"/>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activity xmlns="eeef5ad7-d6de-419e-9305-cd9bdd8d89a9"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customXml/itemProps2.xml><?xml version="1.0" encoding="utf-8"?>
<ds:datastoreItem xmlns:ds="http://schemas.openxmlformats.org/officeDocument/2006/customXml" ds:itemID="{96DA7A0E-C681-46A8-B54F-528719F7DFF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b1983e9-55b4-4f9e-a196-30376d2238aa"/>
    <ds:schemaRef ds:uri="eeef5ad7-d6de-419e-9305-cd9bdd8d89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59B2FF1-6280-4DBA-A238-EDC0C71B470C}">
  <ds:schemaRefs>
    <ds:schemaRef ds:uri="http://schemas.microsoft.com/sharepoint/v3/contenttype/forms"/>
  </ds:schemaRefs>
</ds:datastoreItem>
</file>

<file path=customXml/itemProps4.xml><?xml version="1.0" encoding="utf-8"?>
<ds:datastoreItem xmlns:ds="http://schemas.openxmlformats.org/officeDocument/2006/customXml" ds:itemID="{3C09CC90-E79C-4D90-9635-60550C375E95}">
  <ds:schemaRefs>
    <ds:schemaRef ds:uri="http://schemas.microsoft.com/office/2006/documentManagement/types"/>
    <ds:schemaRef ds:uri="http://schemas.microsoft.com/office/2006/metadata/properties"/>
    <ds:schemaRef ds:uri="eeef5ad7-d6de-419e-9305-cd9bdd8d89a9"/>
    <ds:schemaRef ds:uri="http://schemas.microsoft.com/sharepoint/v3"/>
    <ds:schemaRef ds:uri="5b1983e9-55b4-4f9e-a196-30376d2238aa"/>
    <ds:schemaRef ds:uri="http://purl.org/dc/terms/"/>
    <ds:schemaRef ds:uri="http://www.w3.org/XML/1998/namespace"/>
    <ds:schemaRef ds:uri="http://purl.org/dc/dcmitype/"/>
    <ds:schemaRef ds:uri="http://schemas.microsoft.com/office/infopath/2007/PartnerControls"/>
    <ds:schemaRef ds:uri="http://schemas.openxmlformats.org/package/2006/metadata/core-properties"/>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4615</Words>
  <Characters>26311</Characters>
  <Application>Microsoft Office Word</Application>
  <DocSecurity>4</DocSecurity>
  <Lines>219</Lines>
  <Paragraphs>61</Paragraphs>
  <ScaleCrop>false</ScaleCrop>
  <Manager/>
  <Company/>
  <LinksUpToDate>false</LinksUpToDate>
  <CharactersWithSpaces>30865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Zukowski, Adam</cp:lastModifiedBy>
  <cp:revision>2</cp:revision>
  <dcterms:created xsi:type="dcterms:W3CDTF">2024-05-21T16:09:00Z</dcterms:created>
  <dcterms:modified xsi:type="dcterms:W3CDTF">2024-05-21T16:09:00Z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0x010100FB6B50DB5C2D9049A455B65F50A91513</vt:lpwstr>
  </property>
</Properties>
</file>