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E99B1F" w14:textId="77777777" w:rsidR="00930F33" w:rsidRDefault="00930F33">
      <w:pPr>
        <w:spacing w:after="0"/>
        <w:rPr>
          <w:lang w:eastAsia="zh-CN"/>
        </w:rPr>
      </w:pPr>
    </w:p>
    <w:p w14:paraId="22F0D96B" w14:textId="77777777" w:rsidR="001D5185" w:rsidRDefault="006D7AAE">
      <w:r>
        <w:rPr>
          <w:rFonts w:ascii="Arial" w:hAnsi="Arial"/>
          <w:sz w:val="48"/>
        </w:rPr>
        <w:t>Participant #34</w:t>
      </w:r>
    </w:p>
    <w:p w14:paraId="0CD19998" w14:textId="77777777" w:rsidR="001D5185" w:rsidRDefault="006D7AAE">
      <w:r>
        <w:rPr>
          <w:rFonts w:ascii="Arial" w:hAnsi="Arial"/>
          <w:color w:val="4F6880"/>
        </w:rPr>
        <w:t>Mon, Apr 01, 2024 12:12PM • 35:54</w:t>
      </w:r>
    </w:p>
    <w:p w14:paraId="5FFE06C7" w14:textId="77777777" w:rsidR="001D5185" w:rsidRDefault="006D7AAE">
      <w:pPr>
        <w:spacing w:before="440" w:after="0"/>
      </w:pPr>
      <w:r>
        <w:rPr>
          <w:rFonts w:ascii="Arial" w:hAnsi="Arial"/>
          <w:b/>
          <w:color w:val="4F6880"/>
        </w:rPr>
        <w:t>SUMMARY KEYWORDS</w:t>
      </w:r>
    </w:p>
    <w:p w14:paraId="2F56E0BA" w14:textId="0AB17FF3" w:rsidR="001D5185" w:rsidRDefault="006D7AAE">
      <w:r>
        <w:rPr>
          <w:rFonts w:ascii="Arial" w:hAnsi="Arial"/>
          <w:color w:val="4F6880"/>
        </w:rPr>
        <w:t xml:space="preserve">saltwater, water, combine, freshwater, cold water, mixing, cold, temperature, blue, top, </w:t>
      </w:r>
      <w:r w:rsidR="00623041">
        <w:rPr>
          <w:rFonts w:ascii="Arial" w:hAnsi="Arial"/>
          <w:color w:val="4F6880"/>
        </w:rPr>
        <w:t>Olympic</w:t>
      </w:r>
      <w:r>
        <w:rPr>
          <w:rFonts w:ascii="Arial" w:hAnsi="Arial"/>
          <w:color w:val="4F6880"/>
        </w:rPr>
        <w:t xml:space="preserve"> sized pool, moving, hot, bottom, localized, guess, sinks, minute, pretty, sketches</w:t>
      </w:r>
    </w:p>
    <w:p w14:paraId="32F810A5" w14:textId="77777777" w:rsidR="001D5185" w:rsidRDefault="006D7AAE">
      <w:pPr>
        <w:spacing w:before="440" w:after="0"/>
      </w:pPr>
      <w:r>
        <w:rPr>
          <w:rFonts w:ascii="Arial" w:hAnsi="Arial"/>
          <w:b/>
          <w:color w:val="4F6880"/>
        </w:rPr>
        <w:t>SPEAKERS</w:t>
      </w:r>
    </w:p>
    <w:p w14:paraId="71A351F2" w14:textId="77777777" w:rsidR="001D5185" w:rsidRDefault="006D7AAE">
      <w:r>
        <w:rPr>
          <w:rFonts w:ascii="Arial" w:hAnsi="Arial"/>
          <w:color w:val="4F6880"/>
        </w:rPr>
        <w:t>Interviewer P:, Participant # 34:, Interviewer E:</w:t>
      </w:r>
    </w:p>
    <w:p w14:paraId="218BA01C" w14:textId="77777777" w:rsidR="001D5185" w:rsidRDefault="001D5185">
      <w:pPr>
        <w:spacing w:after="0"/>
      </w:pPr>
    </w:p>
    <w:p w14:paraId="048A1AEE" w14:textId="77777777" w:rsidR="001D5185" w:rsidRDefault="006D7AAE">
      <w:pPr>
        <w:spacing w:after="0"/>
      </w:pPr>
      <w:r>
        <w:rPr>
          <w:rFonts w:ascii="Arial" w:hAnsi="Arial"/>
          <w:b/>
        </w:rPr>
        <w:t xml:space="preserve">Interviewer P:  </w:t>
      </w:r>
      <w:r>
        <w:rPr>
          <w:rFonts w:ascii="Arial" w:hAnsi="Arial"/>
          <w:color w:val="5D7284"/>
        </w:rPr>
        <w:t>00:10</w:t>
      </w:r>
    </w:p>
    <w:p w14:paraId="4137DE40" w14:textId="57199257" w:rsidR="001D5185" w:rsidRDefault="006D7AAE">
      <w:pPr>
        <w:spacing w:after="0"/>
      </w:pPr>
      <w:r>
        <w:rPr>
          <w:rFonts w:ascii="Arial" w:hAnsi="Arial"/>
        </w:rPr>
        <w:t xml:space="preserve">Okay, so this is participant number 34. All right. </w:t>
      </w:r>
      <w:r w:rsidR="00623041">
        <w:rPr>
          <w:rFonts w:ascii="Arial" w:hAnsi="Arial"/>
        </w:rPr>
        <w:t>So,</w:t>
      </w:r>
      <w:r>
        <w:rPr>
          <w:rFonts w:ascii="Arial" w:hAnsi="Arial"/>
        </w:rPr>
        <w:t xml:space="preserve"> you notice we have this tank of rotating water. And I want you to imagine that we have a tank, just like it next to it that isn't rotating. </w:t>
      </w:r>
      <w:r w:rsidR="00623041">
        <w:rPr>
          <w:rFonts w:ascii="Arial" w:hAnsi="Arial"/>
        </w:rPr>
        <w:t>So,</w:t>
      </w:r>
      <w:r>
        <w:rPr>
          <w:rFonts w:ascii="Arial" w:hAnsi="Arial"/>
        </w:rPr>
        <w:t xml:space="preserve"> I don't have two tanks, but we're going to ask you questions about the </w:t>
      </w:r>
      <w:r w:rsidR="00623041">
        <w:rPr>
          <w:rFonts w:ascii="Arial" w:hAnsi="Arial"/>
        </w:rPr>
        <w:t>non-rotating</w:t>
      </w:r>
      <w:r>
        <w:rPr>
          <w:rFonts w:ascii="Arial" w:hAnsi="Arial"/>
        </w:rPr>
        <w:t xml:space="preserve"> one. And the rotating one. </w:t>
      </w:r>
      <w:r w:rsidR="00623041">
        <w:rPr>
          <w:rFonts w:ascii="Arial" w:hAnsi="Arial"/>
        </w:rPr>
        <w:t>nonrotating</w:t>
      </w:r>
      <w:r>
        <w:rPr>
          <w:rFonts w:ascii="Arial" w:hAnsi="Arial"/>
        </w:rPr>
        <w:t xml:space="preserve"> one is imaginary.</w:t>
      </w:r>
    </w:p>
    <w:p w14:paraId="17560329" w14:textId="77777777" w:rsidR="001D5185" w:rsidRDefault="001D5185">
      <w:pPr>
        <w:spacing w:after="0"/>
      </w:pPr>
    </w:p>
    <w:p w14:paraId="59C4016D" w14:textId="77777777" w:rsidR="001D5185" w:rsidRDefault="006D7AAE">
      <w:pPr>
        <w:spacing w:after="0"/>
      </w:pPr>
      <w:r>
        <w:rPr>
          <w:rFonts w:ascii="Arial" w:hAnsi="Arial"/>
          <w:b/>
        </w:rPr>
        <w:t xml:space="preserve">Participant # 34:  </w:t>
      </w:r>
      <w:r>
        <w:rPr>
          <w:rFonts w:ascii="Arial" w:hAnsi="Arial"/>
          <w:color w:val="5D7284"/>
        </w:rPr>
        <w:t>00:36</w:t>
      </w:r>
    </w:p>
    <w:p w14:paraId="4F77A204" w14:textId="77777777" w:rsidR="001D5185" w:rsidRDefault="006D7AAE">
      <w:pPr>
        <w:spacing w:after="0"/>
      </w:pPr>
      <w:r>
        <w:rPr>
          <w:rFonts w:ascii="Arial" w:hAnsi="Arial"/>
        </w:rPr>
        <w:t>Yes.</w:t>
      </w:r>
    </w:p>
    <w:p w14:paraId="3B8F511D" w14:textId="77777777" w:rsidR="001D5185" w:rsidRDefault="001D5185">
      <w:pPr>
        <w:spacing w:after="0"/>
      </w:pPr>
    </w:p>
    <w:p w14:paraId="0427A154" w14:textId="77777777" w:rsidR="001D5185" w:rsidRDefault="006D7AAE">
      <w:pPr>
        <w:spacing w:after="0"/>
      </w:pPr>
      <w:r>
        <w:rPr>
          <w:rFonts w:ascii="Arial" w:hAnsi="Arial"/>
          <w:b/>
        </w:rPr>
        <w:t xml:space="preserve">Interviewer P:  </w:t>
      </w:r>
      <w:r>
        <w:rPr>
          <w:rFonts w:ascii="Arial" w:hAnsi="Arial"/>
          <w:color w:val="5D7284"/>
        </w:rPr>
        <w:t>00:37</w:t>
      </w:r>
    </w:p>
    <w:p w14:paraId="7F64B42E" w14:textId="05C3F86F" w:rsidR="001D5185" w:rsidRDefault="006D7AAE">
      <w:pPr>
        <w:spacing w:after="0"/>
      </w:pPr>
      <w:r>
        <w:rPr>
          <w:rFonts w:ascii="Arial" w:hAnsi="Arial"/>
        </w:rPr>
        <w:t xml:space="preserve">But they're the same size and everything. </w:t>
      </w:r>
      <w:r w:rsidR="00623041">
        <w:rPr>
          <w:rFonts w:ascii="Arial" w:hAnsi="Arial"/>
        </w:rPr>
        <w:t>So,</w:t>
      </w:r>
      <w:r>
        <w:rPr>
          <w:rFonts w:ascii="Arial" w:hAnsi="Arial"/>
        </w:rPr>
        <w:t xml:space="preserve"> imagine that I had red and blue food color, and I put some in so like four drops, like boop, boop, boop, and then I put like four drops of the other color in and then I take this which isn't a spoon, but it's a stick. And I kind of go like this, just gently stir it through once. Okay, so what I'm going to ask you is, what do you think that that will look like in both cases, so in the </w:t>
      </w:r>
      <w:r w:rsidR="00623041">
        <w:rPr>
          <w:rFonts w:ascii="Arial" w:hAnsi="Arial"/>
        </w:rPr>
        <w:t>non-rotating</w:t>
      </w:r>
      <w:r>
        <w:rPr>
          <w:rFonts w:ascii="Arial" w:hAnsi="Arial"/>
        </w:rPr>
        <w:t xml:space="preserve"> case, case and the rotating case, we can say a minute after I've dropped the dye the food color in and stirred </w:t>
      </w:r>
      <w:r>
        <w:rPr>
          <w:rFonts w:ascii="Arial" w:hAnsi="Arial"/>
        </w:rPr>
        <w:t>it.</w:t>
      </w:r>
    </w:p>
    <w:p w14:paraId="55615068" w14:textId="77777777" w:rsidR="001D5185" w:rsidRDefault="001D5185">
      <w:pPr>
        <w:spacing w:after="0"/>
      </w:pPr>
    </w:p>
    <w:p w14:paraId="11567DD3" w14:textId="77777777" w:rsidR="001D5185" w:rsidRDefault="006D7AAE">
      <w:pPr>
        <w:spacing w:after="0"/>
      </w:pPr>
      <w:r>
        <w:rPr>
          <w:rFonts w:ascii="Arial" w:hAnsi="Arial"/>
          <w:b/>
        </w:rPr>
        <w:t xml:space="preserve">Participant # 34:  </w:t>
      </w:r>
      <w:r>
        <w:rPr>
          <w:rFonts w:ascii="Arial" w:hAnsi="Arial"/>
          <w:color w:val="5D7284"/>
        </w:rPr>
        <w:t>01:29</w:t>
      </w:r>
    </w:p>
    <w:p w14:paraId="3E25CB8A" w14:textId="4222367F" w:rsidR="001D5185" w:rsidRDefault="006D7AAE">
      <w:pPr>
        <w:spacing w:after="0"/>
      </w:pPr>
      <w:r>
        <w:rPr>
          <w:rFonts w:ascii="Arial" w:hAnsi="Arial"/>
        </w:rPr>
        <w:t xml:space="preserve">Okay in this still tank, it would have just like gone right down and then after you moved it, it would have like followed the pattern that you made in the water with the stick. </w:t>
      </w:r>
      <w:r w:rsidR="00623041">
        <w:rPr>
          <w:rFonts w:ascii="Arial" w:hAnsi="Arial"/>
        </w:rPr>
        <w:t>So,</w:t>
      </w:r>
      <w:r>
        <w:rPr>
          <w:rFonts w:ascii="Arial" w:hAnsi="Arial"/>
        </w:rPr>
        <w:t xml:space="preserve"> it would probably be more localized like after a minute, I don't think it would have dispersed as much as it would have been that one because in that one it's being mixed around. Again, I want to think like </w:t>
      </w:r>
      <w:r w:rsidR="00623041">
        <w:rPr>
          <w:rFonts w:ascii="Arial" w:hAnsi="Arial"/>
        </w:rPr>
        <w:t>slowly,</w:t>
      </w:r>
      <w:r>
        <w:rPr>
          <w:rFonts w:ascii="Arial" w:hAnsi="Arial"/>
        </w:rPr>
        <w:t xml:space="preserve"> but it wouldn't have just settled to the ground as much it would have kept moving then like you dragged it with a </w:t>
      </w:r>
      <w:r w:rsidR="00623041">
        <w:rPr>
          <w:rFonts w:ascii="Arial" w:hAnsi="Arial"/>
        </w:rPr>
        <w:t>stick,</w:t>
      </w:r>
      <w:r>
        <w:rPr>
          <w:rFonts w:ascii="Arial" w:hAnsi="Arial"/>
        </w:rPr>
        <w:t xml:space="preserve"> but it would have kept moving so I think that the the water in that would be more like evenly colored and that one would be more localized</w:t>
      </w:r>
    </w:p>
    <w:p w14:paraId="4AFE3656" w14:textId="77777777" w:rsidR="001D5185" w:rsidRDefault="001D5185">
      <w:pPr>
        <w:spacing w:after="0"/>
      </w:pPr>
    </w:p>
    <w:p w14:paraId="15776CD8" w14:textId="77777777" w:rsidR="001D5185" w:rsidRDefault="006D7AAE">
      <w:pPr>
        <w:spacing w:after="0"/>
      </w:pPr>
      <w:r>
        <w:rPr>
          <w:rFonts w:ascii="Arial" w:hAnsi="Arial"/>
          <w:b/>
        </w:rPr>
        <w:t xml:space="preserve">Interviewer P:  </w:t>
      </w:r>
      <w:r>
        <w:rPr>
          <w:rFonts w:ascii="Arial" w:hAnsi="Arial"/>
          <w:color w:val="5D7284"/>
        </w:rPr>
        <w:t>02:11</w:t>
      </w:r>
    </w:p>
    <w:p w14:paraId="219747A7" w14:textId="77777777" w:rsidR="001D5185" w:rsidRDefault="006D7AAE">
      <w:pPr>
        <w:spacing w:after="0"/>
      </w:pPr>
      <w:r>
        <w:rPr>
          <w:rFonts w:ascii="Arial" w:hAnsi="Arial"/>
        </w:rPr>
        <w:t>Okay, so they will look different.</w:t>
      </w:r>
    </w:p>
    <w:p w14:paraId="43A49973" w14:textId="77777777" w:rsidR="001D5185" w:rsidRDefault="001D5185">
      <w:pPr>
        <w:spacing w:after="0"/>
      </w:pPr>
    </w:p>
    <w:p w14:paraId="1C9FAB12" w14:textId="77777777" w:rsidR="001D5185" w:rsidRDefault="006D7AAE">
      <w:pPr>
        <w:spacing w:after="0"/>
      </w:pPr>
      <w:r>
        <w:rPr>
          <w:rFonts w:ascii="Arial" w:hAnsi="Arial"/>
          <w:b/>
        </w:rPr>
        <w:lastRenderedPageBreak/>
        <w:t xml:space="preserve">Participant # 34:  </w:t>
      </w:r>
      <w:r>
        <w:rPr>
          <w:rFonts w:ascii="Arial" w:hAnsi="Arial"/>
          <w:color w:val="5D7284"/>
        </w:rPr>
        <w:t>02:13</w:t>
      </w:r>
    </w:p>
    <w:p w14:paraId="3472804C" w14:textId="77777777" w:rsidR="001D5185" w:rsidRDefault="006D7AAE">
      <w:pPr>
        <w:spacing w:after="0"/>
      </w:pPr>
      <w:r>
        <w:rPr>
          <w:rFonts w:ascii="Arial" w:hAnsi="Arial"/>
        </w:rPr>
        <w:t xml:space="preserve">I think so. </w:t>
      </w:r>
    </w:p>
    <w:p w14:paraId="27B0A446" w14:textId="77777777" w:rsidR="001D5185" w:rsidRDefault="001D5185">
      <w:pPr>
        <w:spacing w:after="0"/>
      </w:pPr>
    </w:p>
    <w:p w14:paraId="3E9AE1E7" w14:textId="77777777" w:rsidR="001D5185" w:rsidRDefault="006D7AAE">
      <w:pPr>
        <w:spacing w:after="0"/>
      </w:pPr>
      <w:r>
        <w:rPr>
          <w:rFonts w:ascii="Arial" w:hAnsi="Arial"/>
          <w:b/>
        </w:rPr>
        <w:t xml:space="preserve">Interviewer P:  </w:t>
      </w:r>
      <w:r>
        <w:rPr>
          <w:rFonts w:ascii="Arial" w:hAnsi="Arial"/>
          <w:color w:val="5D7284"/>
        </w:rPr>
        <w:t>02:14</w:t>
      </w:r>
    </w:p>
    <w:p w14:paraId="56D937E7" w14:textId="68F508AE" w:rsidR="001D5185" w:rsidRDefault="006D7AAE">
      <w:pPr>
        <w:spacing w:after="0"/>
      </w:pPr>
      <w:r>
        <w:rPr>
          <w:rFonts w:ascii="Arial" w:hAnsi="Arial"/>
        </w:rPr>
        <w:t xml:space="preserve">Okay, would you mind showing me with a sketch How do you imagine that they will look different okay. </w:t>
      </w:r>
      <w:r w:rsidR="00623041">
        <w:rPr>
          <w:rFonts w:ascii="Arial" w:hAnsi="Arial"/>
        </w:rPr>
        <w:t>So,</w:t>
      </w:r>
      <w:r>
        <w:rPr>
          <w:rFonts w:ascii="Arial" w:hAnsi="Arial"/>
        </w:rPr>
        <w:t xml:space="preserve"> </w:t>
      </w:r>
      <w:r w:rsidR="00623041">
        <w:rPr>
          <w:rFonts w:ascii="Arial" w:hAnsi="Arial"/>
        </w:rPr>
        <w:t>I’ll</w:t>
      </w:r>
      <w:r>
        <w:rPr>
          <w:rFonts w:ascii="Arial" w:hAnsi="Arial"/>
        </w:rPr>
        <w:t xml:space="preserve"> give you two.</w:t>
      </w:r>
    </w:p>
    <w:p w14:paraId="664282B7" w14:textId="77777777" w:rsidR="001D5185" w:rsidRDefault="001D5185">
      <w:pPr>
        <w:spacing w:after="0"/>
      </w:pPr>
    </w:p>
    <w:p w14:paraId="209D929B" w14:textId="77777777" w:rsidR="001D5185" w:rsidRDefault="006D7AAE">
      <w:pPr>
        <w:spacing w:after="0"/>
      </w:pPr>
      <w:r>
        <w:rPr>
          <w:rFonts w:ascii="Arial" w:hAnsi="Arial"/>
          <w:b/>
        </w:rPr>
        <w:t xml:space="preserve">Participant # 34:  </w:t>
      </w:r>
      <w:r>
        <w:rPr>
          <w:rFonts w:ascii="Arial" w:hAnsi="Arial"/>
          <w:color w:val="5D7284"/>
        </w:rPr>
        <w:t>02:24</w:t>
      </w:r>
    </w:p>
    <w:p w14:paraId="580DFBE7" w14:textId="77777777" w:rsidR="001D5185" w:rsidRDefault="006D7AAE">
      <w:pPr>
        <w:spacing w:after="0"/>
      </w:pPr>
      <w:r>
        <w:rPr>
          <w:rFonts w:ascii="Arial" w:hAnsi="Arial"/>
        </w:rPr>
        <w:t>There are colored pencils.</w:t>
      </w:r>
    </w:p>
    <w:p w14:paraId="2B85C494" w14:textId="77777777" w:rsidR="001D5185" w:rsidRDefault="001D5185">
      <w:pPr>
        <w:spacing w:after="0"/>
      </w:pPr>
    </w:p>
    <w:p w14:paraId="45D33EAD" w14:textId="77777777" w:rsidR="001D5185" w:rsidRDefault="006D7AAE">
      <w:pPr>
        <w:spacing w:after="0"/>
      </w:pPr>
      <w:r>
        <w:rPr>
          <w:rFonts w:ascii="Arial" w:hAnsi="Arial"/>
          <w:b/>
        </w:rPr>
        <w:t xml:space="preserve">Interviewer P:  </w:t>
      </w:r>
      <w:r>
        <w:rPr>
          <w:rFonts w:ascii="Arial" w:hAnsi="Arial"/>
          <w:color w:val="5D7284"/>
        </w:rPr>
        <w:t>02:32</w:t>
      </w:r>
    </w:p>
    <w:p w14:paraId="541855AD" w14:textId="0AD3B58C" w:rsidR="001D5185" w:rsidRDefault="00623041">
      <w:pPr>
        <w:spacing w:after="0"/>
      </w:pPr>
      <w:r>
        <w:rPr>
          <w:rFonts w:ascii="Arial" w:hAnsi="Arial"/>
        </w:rPr>
        <w:t>So, here's it says it at the top nonrotating here's rotating Yep, some colored pencils. So, we have it from the top you and the side view and you can draw it like if it was a snapshot like a moment in time.</w:t>
      </w:r>
    </w:p>
    <w:p w14:paraId="449BBE17" w14:textId="77777777" w:rsidR="001D5185" w:rsidRDefault="001D5185">
      <w:pPr>
        <w:spacing w:after="0"/>
      </w:pPr>
    </w:p>
    <w:p w14:paraId="25D855F1" w14:textId="77777777" w:rsidR="001D5185" w:rsidRDefault="006D7AAE">
      <w:pPr>
        <w:spacing w:after="0"/>
      </w:pPr>
      <w:r>
        <w:rPr>
          <w:rFonts w:ascii="Arial" w:hAnsi="Arial"/>
          <w:b/>
        </w:rPr>
        <w:t xml:space="preserve">Participant # 34:  </w:t>
      </w:r>
      <w:r>
        <w:rPr>
          <w:rFonts w:ascii="Arial" w:hAnsi="Arial"/>
          <w:color w:val="5D7284"/>
        </w:rPr>
        <w:t>02:48</w:t>
      </w:r>
    </w:p>
    <w:p w14:paraId="7765D35E" w14:textId="77777777" w:rsidR="001D5185" w:rsidRDefault="006D7AAE">
      <w:pPr>
        <w:spacing w:after="0"/>
      </w:pPr>
      <w:r>
        <w:rPr>
          <w:rFonts w:ascii="Arial" w:hAnsi="Arial"/>
        </w:rPr>
        <w:t>Okay. Can I just thinking out loud Can I draw like a circle here for like right after you do the stick and then like after a minute.</w:t>
      </w:r>
    </w:p>
    <w:p w14:paraId="186AAEAB" w14:textId="77777777" w:rsidR="001D5185" w:rsidRDefault="001D5185">
      <w:pPr>
        <w:spacing w:after="0"/>
      </w:pPr>
    </w:p>
    <w:p w14:paraId="4FBB90CA" w14:textId="77777777" w:rsidR="001D5185" w:rsidRDefault="006D7AAE">
      <w:pPr>
        <w:spacing w:after="0"/>
      </w:pPr>
      <w:r>
        <w:rPr>
          <w:rFonts w:ascii="Arial" w:hAnsi="Arial"/>
          <w:b/>
        </w:rPr>
        <w:t xml:space="preserve">Interviewer P:  </w:t>
      </w:r>
      <w:r>
        <w:rPr>
          <w:rFonts w:ascii="Arial" w:hAnsi="Arial"/>
          <w:color w:val="5D7284"/>
        </w:rPr>
        <w:t>03:00</w:t>
      </w:r>
    </w:p>
    <w:p w14:paraId="69AE77D6" w14:textId="77777777" w:rsidR="001D5185" w:rsidRDefault="006D7AAE">
      <w:pPr>
        <w:spacing w:after="0"/>
      </w:pPr>
      <w:r>
        <w:rPr>
          <w:rFonts w:ascii="Arial" w:hAnsi="Arial"/>
        </w:rPr>
        <w:t>Right so there's going to be blue also.</w:t>
      </w:r>
    </w:p>
    <w:p w14:paraId="65384081" w14:textId="77777777" w:rsidR="001D5185" w:rsidRDefault="001D5185">
      <w:pPr>
        <w:spacing w:after="0"/>
      </w:pPr>
    </w:p>
    <w:p w14:paraId="3A0F870E" w14:textId="77777777" w:rsidR="001D5185" w:rsidRDefault="006D7AAE">
      <w:pPr>
        <w:spacing w:after="0"/>
      </w:pPr>
      <w:r>
        <w:rPr>
          <w:rFonts w:ascii="Arial" w:hAnsi="Arial"/>
          <w:b/>
        </w:rPr>
        <w:t xml:space="preserve">Participant # 34:  </w:t>
      </w:r>
      <w:r>
        <w:rPr>
          <w:rFonts w:ascii="Arial" w:hAnsi="Arial"/>
          <w:color w:val="5D7284"/>
        </w:rPr>
        <w:t>04:05</w:t>
      </w:r>
    </w:p>
    <w:p w14:paraId="00BCF709" w14:textId="10D46948" w:rsidR="001D5185" w:rsidRDefault="006D7AAE">
      <w:pPr>
        <w:spacing w:after="0"/>
      </w:pPr>
      <w:r>
        <w:rPr>
          <w:rFonts w:ascii="Arial" w:hAnsi="Arial"/>
        </w:rPr>
        <w:t xml:space="preserve">Okay, oh, well </w:t>
      </w:r>
      <w:r w:rsidR="00623041">
        <w:rPr>
          <w:rFonts w:ascii="Arial" w:hAnsi="Arial"/>
        </w:rPr>
        <w:t>then,</w:t>
      </w:r>
      <w:r>
        <w:rPr>
          <w:rFonts w:ascii="Arial" w:hAnsi="Arial"/>
        </w:rPr>
        <w:t xml:space="preserve"> this one would be kind of purple. Okay. I think this one would have mix more than this one. I feel kind of stupid right now. </w:t>
      </w:r>
    </w:p>
    <w:p w14:paraId="6C5DCAAA" w14:textId="77777777" w:rsidR="001D5185" w:rsidRDefault="001D5185">
      <w:pPr>
        <w:spacing w:after="0"/>
      </w:pPr>
    </w:p>
    <w:p w14:paraId="6534D704" w14:textId="77777777" w:rsidR="001D5185" w:rsidRDefault="006D7AAE">
      <w:pPr>
        <w:spacing w:after="0"/>
      </w:pPr>
      <w:r>
        <w:rPr>
          <w:rFonts w:ascii="Arial" w:hAnsi="Arial"/>
          <w:b/>
        </w:rPr>
        <w:t xml:space="preserve">Interviewer P:  </w:t>
      </w:r>
      <w:r>
        <w:rPr>
          <w:rFonts w:ascii="Arial" w:hAnsi="Arial"/>
          <w:color w:val="5D7284"/>
        </w:rPr>
        <w:t>04:35</w:t>
      </w:r>
    </w:p>
    <w:p w14:paraId="3729920A" w14:textId="77777777" w:rsidR="001D5185" w:rsidRDefault="006D7AAE">
      <w:pPr>
        <w:spacing w:after="0"/>
      </w:pPr>
      <w:r>
        <w:rPr>
          <w:rFonts w:ascii="Arial" w:hAnsi="Arial"/>
        </w:rPr>
        <w:t xml:space="preserve">One thing that I always tell my research participants because I get that a lot is like if everybody came in here and like I know exactly what's going to </w:t>
      </w:r>
      <w:r>
        <w:rPr>
          <w:rFonts w:ascii="Arial" w:hAnsi="Arial"/>
        </w:rPr>
        <w:t>happen and predicted everything completely.</w:t>
      </w:r>
    </w:p>
    <w:p w14:paraId="50D45E73" w14:textId="77777777" w:rsidR="001D5185" w:rsidRDefault="001D5185">
      <w:pPr>
        <w:spacing w:after="0"/>
      </w:pPr>
    </w:p>
    <w:p w14:paraId="7E38534A" w14:textId="77777777" w:rsidR="001D5185" w:rsidRDefault="006D7AAE">
      <w:pPr>
        <w:spacing w:after="0"/>
      </w:pPr>
      <w:r>
        <w:rPr>
          <w:rFonts w:ascii="Arial" w:hAnsi="Arial"/>
          <w:b/>
        </w:rPr>
        <w:t xml:space="preserve">Participant # 34:  </w:t>
      </w:r>
      <w:r>
        <w:rPr>
          <w:rFonts w:ascii="Arial" w:hAnsi="Arial"/>
          <w:color w:val="5D7284"/>
        </w:rPr>
        <w:t>04:47</w:t>
      </w:r>
    </w:p>
    <w:p w14:paraId="51E04534" w14:textId="77777777" w:rsidR="001D5185" w:rsidRDefault="006D7AAE">
      <w:pPr>
        <w:spacing w:after="0"/>
      </w:pPr>
      <w:r>
        <w:rPr>
          <w:rFonts w:ascii="Arial" w:hAnsi="Arial"/>
        </w:rPr>
        <w:t xml:space="preserve">You would have a bad paper? </w:t>
      </w:r>
    </w:p>
    <w:p w14:paraId="23CBB761" w14:textId="77777777" w:rsidR="001D5185" w:rsidRDefault="001D5185">
      <w:pPr>
        <w:spacing w:after="0"/>
      </w:pPr>
    </w:p>
    <w:p w14:paraId="5946D5C2" w14:textId="77777777" w:rsidR="001D5185" w:rsidRDefault="006D7AAE">
      <w:pPr>
        <w:spacing w:after="0"/>
      </w:pPr>
      <w:r>
        <w:rPr>
          <w:rFonts w:ascii="Arial" w:hAnsi="Arial"/>
          <w:b/>
        </w:rPr>
        <w:t xml:space="preserve">Interviewer P:  </w:t>
      </w:r>
      <w:r>
        <w:rPr>
          <w:rFonts w:ascii="Arial" w:hAnsi="Arial"/>
          <w:color w:val="5D7284"/>
        </w:rPr>
        <w:t>04:48</w:t>
      </w:r>
    </w:p>
    <w:p w14:paraId="0D83654C" w14:textId="7894C0C2" w:rsidR="001D5185" w:rsidRDefault="006D7AAE">
      <w:pPr>
        <w:spacing w:after="0"/>
      </w:pPr>
      <w:r>
        <w:rPr>
          <w:rFonts w:ascii="Arial" w:hAnsi="Arial"/>
        </w:rPr>
        <w:t xml:space="preserve">Yes, my data would be very boring. </w:t>
      </w:r>
      <w:r w:rsidR="00623041">
        <w:rPr>
          <w:rFonts w:ascii="Arial" w:hAnsi="Arial"/>
        </w:rPr>
        <w:t>So,</w:t>
      </w:r>
      <w:r>
        <w:rPr>
          <w:rFonts w:ascii="Arial" w:hAnsi="Arial"/>
        </w:rPr>
        <w:t xml:space="preserve"> this is exactly what we're trying to get at is what do people think and how.</w:t>
      </w:r>
    </w:p>
    <w:p w14:paraId="04D1C4B8" w14:textId="77777777" w:rsidR="001D5185" w:rsidRDefault="001D5185">
      <w:pPr>
        <w:spacing w:after="0"/>
      </w:pPr>
    </w:p>
    <w:p w14:paraId="7E746B7B" w14:textId="77777777" w:rsidR="001D5185" w:rsidRDefault="006D7AAE">
      <w:pPr>
        <w:spacing w:after="0"/>
      </w:pPr>
      <w:r>
        <w:rPr>
          <w:rFonts w:ascii="Arial" w:hAnsi="Arial"/>
          <w:b/>
        </w:rPr>
        <w:t xml:space="preserve">Participant # 34:  </w:t>
      </w:r>
      <w:r>
        <w:rPr>
          <w:rFonts w:ascii="Arial" w:hAnsi="Arial"/>
          <w:color w:val="5D7284"/>
        </w:rPr>
        <w:t>04:58</w:t>
      </w:r>
    </w:p>
    <w:p w14:paraId="534C4711" w14:textId="77777777" w:rsidR="001D5185" w:rsidRDefault="006D7AAE">
      <w:pPr>
        <w:spacing w:after="0"/>
      </w:pPr>
      <w:r>
        <w:rPr>
          <w:rFonts w:ascii="Arial" w:hAnsi="Arial"/>
        </w:rPr>
        <w:t>I just never had to think about this one before. Do you want me to do the sides too?</w:t>
      </w:r>
    </w:p>
    <w:p w14:paraId="304F3AE8" w14:textId="77777777" w:rsidR="001D5185" w:rsidRDefault="001D5185">
      <w:pPr>
        <w:spacing w:after="0"/>
      </w:pPr>
    </w:p>
    <w:p w14:paraId="6A93A70D" w14:textId="77777777" w:rsidR="001D5185" w:rsidRDefault="006D7AAE">
      <w:pPr>
        <w:spacing w:after="0"/>
      </w:pPr>
      <w:r>
        <w:rPr>
          <w:rFonts w:ascii="Arial" w:hAnsi="Arial"/>
          <w:b/>
        </w:rPr>
        <w:t xml:space="preserve">Interviewer P:  </w:t>
      </w:r>
      <w:r>
        <w:rPr>
          <w:rFonts w:ascii="Arial" w:hAnsi="Arial"/>
          <w:color w:val="5D7284"/>
        </w:rPr>
        <w:t>05:13</w:t>
      </w:r>
    </w:p>
    <w:p w14:paraId="3D7C9695" w14:textId="77777777" w:rsidR="001D5185" w:rsidRDefault="006D7AAE">
      <w:pPr>
        <w:spacing w:after="0"/>
      </w:pPr>
      <w:r>
        <w:rPr>
          <w:rFonts w:ascii="Arial" w:hAnsi="Arial"/>
        </w:rPr>
        <w:t xml:space="preserve"> quickly yeah. Okay, so beautiful. </w:t>
      </w:r>
    </w:p>
    <w:p w14:paraId="6FA9AB71" w14:textId="77777777" w:rsidR="001D5185" w:rsidRDefault="001D5185">
      <w:pPr>
        <w:spacing w:after="0"/>
      </w:pPr>
    </w:p>
    <w:p w14:paraId="5B22FBAB" w14:textId="77777777" w:rsidR="001D5185" w:rsidRDefault="006D7AAE">
      <w:pPr>
        <w:spacing w:after="0"/>
      </w:pPr>
      <w:r>
        <w:rPr>
          <w:rFonts w:ascii="Arial" w:hAnsi="Arial"/>
          <w:b/>
        </w:rPr>
        <w:t xml:space="preserve">Participant # 34:  </w:t>
      </w:r>
      <w:r>
        <w:rPr>
          <w:rFonts w:ascii="Arial" w:hAnsi="Arial"/>
          <w:color w:val="5D7284"/>
        </w:rPr>
        <w:t>06:12</w:t>
      </w:r>
    </w:p>
    <w:p w14:paraId="681DC56E" w14:textId="77777777" w:rsidR="001D5185" w:rsidRDefault="006D7AAE">
      <w:pPr>
        <w:spacing w:after="0"/>
      </w:pPr>
      <w:r>
        <w:rPr>
          <w:rFonts w:ascii="Arial" w:hAnsi="Arial"/>
        </w:rPr>
        <w:t xml:space="preserve">Thank you. </w:t>
      </w:r>
    </w:p>
    <w:p w14:paraId="592C05E5" w14:textId="77777777" w:rsidR="001D5185" w:rsidRDefault="001D5185">
      <w:pPr>
        <w:spacing w:after="0"/>
      </w:pPr>
    </w:p>
    <w:p w14:paraId="08EB027A" w14:textId="77777777" w:rsidR="001D5185" w:rsidRDefault="006D7AAE">
      <w:pPr>
        <w:spacing w:after="0"/>
      </w:pPr>
      <w:r>
        <w:rPr>
          <w:rFonts w:ascii="Arial" w:hAnsi="Arial"/>
          <w:b/>
        </w:rPr>
        <w:t xml:space="preserve">Interviewer P:  </w:t>
      </w:r>
      <w:r>
        <w:rPr>
          <w:rFonts w:ascii="Arial" w:hAnsi="Arial"/>
          <w:color w:val="5D7284"/>
        </w:rPr>
        <w:t>06:13</w:t>
      </w:r>
    </w:p>
    <w:p w14:paraId="3ACAC575" w14:textId="248B716D" w:rsidR="001D5185" w:rsidRDefault="006D7AAE">
      <w:pPr>
        <w:spacing w:after="0"/>
      </w:pPr>
      <w:r>
        <w:rPr>
          <w:rFonts w:ascii="Arial" w:hAnsi="Arial"/>
        </w:rPr>
        <w:t xml:space="preserve">Alright, since I only have one </w:t>
      </w:r>
      <w:r w:rsidR="00623041">
        <w:rPr>
          <w:rFonts w:ascii="Arial" w:hAnsi="Arial"/>
        </w:rPr>
        <w:t>tank,</w:t>
      </w:r>
      <w:r>
        <w:rPr>
          <w:rFonts w:ascii="Arial" w:hAnsi="Arial"/>
        </w:rPr>
        <w:t xml:space="preserve"> I did the </w:t>
      </w:r>
      <w:r w:rsidR="00623041">
        <w:rPr>
          <w:rFonts w:ascii="Arial" w:hAnsi="Arial"/>
        </w:rPr>
        <w:t>non-rotating</w:t>
      </w:r>
      <w:r>
        <w:rPr>
          <w:rFonts w:ascii="Arial" w:hAnsi="Arial"/>
        </w:rPr>
        <w:t xml:space="preserve"> version previously and video recorded it so we'll look at that and then we'll do it in here so that's me putting in the blue and red dye. There goes the stirring. Then wait a minute to see what happens which we can speed up a little bit for yeah.</w:t>
      </w:r>
    </w:p>
    <w:p w14:paraId="1005E9C1" w14:textId="77777777" w:rsidR="001D5185" w:rsidRDefault="001D5185">
      <w:pPr>
        <w:spacing w:after="0"/>
      </w:pPr>
    </w:p>
    <w:p w14:paraId="4DE55932" w14:textId="77777777" w:rsidR="001D5185" w:rsidRDefault="006D7AAE">
      <w:pPr>
        <w:spacing w:after="0"/>
      </w:pPr>
      <w:r>
        <w:rPr>
          <w:rFonts w:ascii="Arial" w:hAnsi="Arial"/>
          <w:b/>
        </w:rPr>
        <w:t xml:space="preserve">Participant # 34:  </w:t>
      </w:r>
      <w:r>
        <w:rPr>
          <w:rFonts w:ascii="Arial" w:hAnsi="Arial"/>
          <w:color w:val="5D7284"/>
        </w:rPr>
        <w:t>06:54</w:t>
      </w:r>
    </w:p>
    <w:p w14:paraId="729BA2F6" w14:textId="5A7858B4" w:rsidR="001D5185" w:rsidRDefault="00623041">
      <w:pPr>
        <w:spacing w:after="0"/>
      </w:pPr>
      <w:r>
        <w:rPr>
          <w:rFonts w:ascii="Arial" w:hAnsi="Arial"/>
        </w:rPr>
        <w:t>Well, the red didn't put up a fight at all.</w:t>
      </w:r>
    </w:p>
    <w:p w14:paraId="57C7A25D" w14:textId="77777777" w:rsidR="001D5185" w:rsidRDefault="001D5185">
      <w:pPr>
        <w:spacing w:after="0"/>
      </w:pPr>
    </w:p>
    <w:p w14:paraId="20ACB250" w14:textId="77777777" w:rsidR="001D5185" w:rsidRDefault="006D7AAE">
      <w:pPr>
        <w:spacing w:after="0"/>
      </w:pPr>
      <w:r>
        <w:rPr>
          <w:rFonts w:ascii="Arial" w:hAnsi="Arial"/>
          <w:b/>
        </w:rPr>
        <w:t xml:space="preserve">Interviewer P:  </w:t>
      </w:r>
      <w:r>
        <w:rPr>
          <w:rFonts w:ascii="Arial" w:hAnsi="Arial"/>
          <w:color w:val="5D7284"/>
        </w:rPr>
        <w:t>07:01</w:t>
      </w:r>
    </w:p>
    <w:p w14:paraId="1C416974" w14:textId="47C04520" w:rsidR="001D5185" w:rsidRDefault="006D7AAE">
      <w:pPr>
        <w:spacing w:after="0"/>
      </w:pPr>
      <w:r>
        <w:rPr>
          <w:rFonts w:ascii="Arial" w:hAnsi="Arial"/>
        </w:rPr>
        <w:t xml:space="preserve">Alright so that's after a minute </w:t>
      </w:r>
      <w:r w:rsidR="00623041">
        <w:rPr>
          <w:rFonts w:ascii="Arial" w:hAnsi="Arial"/>
        </w:rPr>
        <w:t>eighteen</w:t>
      </w:r>
      <w:r>
        <w:rPr>
          <w:rFonts w:ascii="Arial" w:hAnsi="Arial"/>
        </w:rPr>
        <w:t xml:space="preserve">. </w:t>
      </w:r>
      <w:r w:rsidR="00623041">
        <w:rPr>
          <w:rFonts w:ascii="Arial" w:hAnsi="Arial"/>
        </w:rPr>
        <w:t>So,</w:t>
      </w:r>
      <w:r>
        <w:rPr>
          <w:rFonts w:ascii="Arial" w:hAnsi="Arial"/>
        </w:rPr>
        <w:t xml:space="preserve"> anything that surprises you about that?</w:t>
      </w:r>
    </w:p>
    <w:p w14:paraId="14773812" w14:textId="77777777" w:rsidR="001D5185" w:rsidRDefault="001D5185">
      <w:pPr>
        <w:spacing w:after="0"/>
      </w:pPr>
    </w:p>
    <w:p w14:paraId="3CAED578" w14:textId="77777777" w:rsidR="001D5185" w:rsidRDefault="006D7AAE">
      <w:pPr>
        <w:spacing w:after="0"/>
      </w:pPr>
      <w:r>
        <w:rPr>
          <w:rFonts w:ascii="Arial" w:hAnsi="Arial"/>
          <w:b/>
        </w:rPr>
        <w:t xml:space="preserve">Participant # 34:  </w:t>
      </w:r>
      <w:r>
        <w:rPr>
          <w:rFonts w:ascii="Arial" w:hAnsi="Arial"/>
          <w:color w:val="5D7284"/>
        </w:rPr>
        <w:t>07:08</w:t>
      </w:r>
    </w:p>
    <w:p w14:paraId="1A4028A6" w14:textId="5333AE79" w:rsidR="001D5185" w:rsidRDefault="006D7AAE">
      <w:pPr>
        <w:spacing w:after="0"/>
      </w:pPr>
      <w:r>
        <w:rPr>
          <w:rFonts w:ascii="Arial" w:hAnsi="Arial"/>
        </w:rPr>
        <w:t xml:space="preserve">There's no red, it's all blue. And like, I feel like there might be a little bit of purple in the middle but it's basically all blue. And it was more </w:t>
      </w:r>
      <w:r w:rsidR="00623041">
        <w:rPr>
          <w:rFonts w:ascii="Arial" w:hAnsi="Arial"/>
        </w:rPr>
        <w:t>localized,</w:t>
      </w:r>
      <w:r>
        <w:rPr>
          <w:rFonts w:ascii="Arial" w:hAnsi="Arial"/>
        </w:rPr>
        <w:t xml:space="preserve"> and I was kind of thinking that the edges would be more water and less blue and that that did </w:t>
      </w:r>
      <w:r w:rsidR="00623041">
        <w:rPr>
          <w:rFonts w:ascii="Arial" w:hAnsi="Arial"/>
        </w:rPr>
        <w:t>happen,</w:t>
      </w:r>
      <w:r>
        <w:rPr>
          <w:rFonts w:ascii="Arial" w:hAnsi="Arial"/>
        </w:rPr>
        <w:t xml:space="preserve"> but it did disperse more than I thought it would, I just I don't know I thought the red would have put up more of a fight.</w:t>
      </w:r>
    </w:p>
    <w:p w14:paraId="2A6429CB" w14:textId="77777777" w:rsidR="001D5185" w:rsidRDefault="001D5185">
      <w:pPr>
        <w:spacing w:after="0"/>
      </w:pPr>
    </w:p>
    <w:p w14:paraId="5FA42124" w14:textId="77777777" w:rsidR="001D5185" w:rsidRDefault="006D7AAE">
      <w:pPr>
        <w:spacing w:after="0"/>
      </w:pPr>
      <w:r>
        <w:rPr>
          <w:rFonts w:ascii="Arial" w:hAnsi="Arial"/>
          <w:b/>
        </w:rPr>
        <w:t xml:space="preserve">Interviewer P:  </w:t>
      </w:r>
      <w:r>
        <w:rPr>
          <w:rFonts w:ascii="Arial" w:hAnsi="Arial"/>
          <w:color w:val="5D7284"/>
        </w:rPr>
        <w:t>07:37</w:t>
      </w:r>
    </w:p>
    <w:p w14:paraId="36985E76" w14:textId="25EEF410" w:rsidR="001D5185" w:rsidRDefault="006D7AAE">
      <w:pPr>
        <w:spacing w:after="0"/>
      </w:pPr>
      <w:r>
        <w:rPr>
          <w:rFonts w:ascii="Arial" w:hAnsi="Arial"/>
        </w:rPr>
        <w:t xml:space="preserve">Okay, so let's do it over here the top this is just dish soap and the reason that I do that is </w:t>
      </w:r>
      <w:r>
        <w:rPr>
          <w:rFonts w:ascii="Arial" w:hAnsi="Arial"/>
        </w:rPr>
        <w:t>because we know how water has surface tension and so it has enough surface tension that we can just drop the dye in it kind of slats across the water before it sinks down which is not what we want it to do we want it to you know do its thing and so by what the dish soap does is breaks up the surface tension a little bit so that it doesn't just f</w:t>
      </w:r>
      <w:r w:rsidR="00623041">
        <w:rPr>
          <w:rFonts w:ascii="Arial" w:hAnsi="Arial"/>
        </w:rPr>
        <w:t>lo</w:t>
      </w:r>
      <w:r>
        <w:rPr>
          <w:rFonts w:ascii="Arial" w:hAnsi="Arial"/>
        </w:rPr>
        <w:t>at on top.</w:t>
      </w:r>
    </w:p>
    <w:p w14:paraId="0E6C9C6D" w14:textId="77777777" w:rsidR="001D5185" w:rsidRDefault="001D5185">
      <w:pPr>
        <w:spacing w:after="0"/>
      </w:pPr>
    </w:p>
    <w:p w14:paraId="77B9C6FA" w14:textId="77777777" w:rsidR="001D5185" w:rsidRDefault="006D7AAE">
      <w:pPr>
        <w:spacing w:after="0"/>
      </w:pPr>
      <w:r>
        <w:rPr>
          <w:rFonts w:ascii="Arial" w:hAnsi="Arial"/>
          <w:b/>
        </w:rPr>
        <w:t xml:space="preserve">Participant # 34:  </w:t>
      </w:r>
      <w:r>
        <w:rPr>
          <w:rFonts w:ascii="Arial" w:hAnsi="Arial"/>
          <w:color w:val="5D7284"/>
        </w:rPr>
        <w:t>08:21</w:t>
      </w:r>
    </w:p>
    <w:p w14:paraId="2D136CAB" w14:textId="77777777" w:rsidR="001D5185" w:rsidRDefault="006D7AAE">
      <w:pPr>
        <w:spacing w:after="0"/>
      </w:pPr>
      <w:r>
        <w:rPr>
          <w:rFonts w:ascii="Arial" w:hAnsi="Arial"/>
        </w:rPr>
        <w:t>Okay.</w:t>
      </w:r>
    </w:p>
    <w:p w14:paraId="5D3C9BBC" w14:textId="77777777" w:rsidR="001D5185" w:rsidRDefault="001D5185">
      <w:pPr>
        <w:spacing w:after="0"/>
      </w:pPr>
    </w:p>
    <w:p w14:paraId="792F5D4D" w14:textId="77777777" w:rsidR="001D5185" w:rsidRDefault="006D7AAE">
      <w:pPr>
        <w:spacing w:after="0"/>
      </w:pPr>
      <w:r>
        <w:rPr>
          <w:rFonts w:ascii="Arial" w:hAnsi="Arial"/>
          <w:b/>
        </w:rPr>
        <w:t xml:space="preserve">Interviewer P:  </w:t>
      </w:r>
      <w:r>
        <w:rPr>
          <w:rFonts w:ascii="Arial" w:hAnsi="Arial"/>
          <w:color w:val="5D7284"/>
        </w:rPr>
        <w:t>08:32</w:t>
      </w:r>
    </w:p>
    <w:p w14:paraId="291B434B" w14:textId="77777777" w:rsidR="001D5185" w:rsidRDefault="006D7AAE">
      <w:pPr>
        <w:spacing w:after="0"/>
      </w:pPr>
      <w:r>
        <w:rPr>
          <w:rFonts w:ascii="Arial" w:hAnsi="Arial"/>
        </w:rPr>
        <w:t>All right so we'll do red first. And mix it up does anything surprise you about that?</w:t>
      </w:r>
    </w:p>
    <w:p w14:paraId="15F15284" w14:textId="77777777" w:rsidR="001D5185" w:rsidRDefault="001D5185">
      <w:pPr>
        <w:spacing w:after="0"/>
      </w:pPr>
    </w:p>
    <w:p w14:paraId="65F74341" w14:textId="77777777" w:rsidR="001D5185" w:rsidRDefault="006D7AAE">
      <w:pPr>
        <w:spacing w:after="0"/>
      </w:pPr>
      <w:r>
        <w:rPr>
          <w:rFonts w:ascii="Arial" w:hAnsi="Arial"/>
          <w:b/>
        </w:rPr>
        <w:t xml:space="preserve">Participant # 34:  </w:t>
      </w:r>
      <w:r>
        <w:rPr>
          <w:rFonts w:ascii="Arial" w:hAnsi="Arial"/>
          <w:color w:val="5D7284"/>
        </w:rPr>
        <w:t>09:02</w:t>
      </w:r>
    </w:p>
    <w:p w14:paraId="59DC0262" w14:textId="77777777" w:rsidR="001D5185" w:rsidRDefault="006D7AAE">
      <w:pPr>
        <w:spacing w:after="0"/>
      </w:pPr>
      <w:r>
        <w:rPr>
          <w:rFonts w:ascii="Arial" w:hAnsi="Arial"/>
        </w:rPr>
        <w:t>It's not really going anywhere. Like it's going down but it's not going out. And I guess the water is not really spinning too much. I was I was thinking the water will be spinning more but it's not so. It makes sense that it would just go down.</w:t>
      </w:r>
    </w:p>
    <w:p w14:paraId="68544769" w14:textId="77777777" w:rsidR="001D5185" w:rsidRDefault="001D5185">
      <w:pPr>
        <w:spacing w:after="0"/>
      </w:pPr>
    </w:p>
    <w:p w14:paraId="044470DF" w14:textId="77777777" w:rsidR="001D5185" w:rsidRDefault="006D7AAE">
      <w:pPr>
        <w:spacing w:after="0"/>
      </w:pPr>
      <w:r>
        <w:rPr>
          <w:rFonts w:ascii="Arial" w:hAnsi="Arial"/>
          <w:b/>
        </w:rPr>
        <w:t xml:space="preserve">Interviewer P:  </w:t>
      </w:r>
      <w:r>
        <w:rPr>
          <w:rFonts w:ascii="Arial" w:hAnsi="Arial"/>
          <w:color w:val="5D7284"/>
        </w:rPr>
        <w:t>09:24</w:t>
      </w:r>
    </w:p>
    <w:p w14:paraId="50AAD9CD" w14:textId="77777777" w:rsidR="001D5185" w:rsidRDefault="006D7AAE">
      <w:pPr>
        <w:spacing w:after="0"/>
      </w:pPr>
      <w:r>
        <w:rPr>
          <w:rFonts w:ascii="Arial" w:hAnsi="Arial"/>
        </w:rPr>
        <w:t>So now I will stir it. You can come over here and check it out. Right So is this surprising?</w:t>
      </w:r>
    </w:p>
    <w:p w14:paraId="45726F8E" w14:textId="77777777" w:rsidR="001D5185" w:rsidRDefault="001D5185">
      <w:pPr>
        <w:spacing w:after="0"/>
      </w:pPr>
    </w:p>
    <w:p w14:paraId="522E6B82" w14:textId="77777777" w:rsidR="001D5185" w:rsidRDefault="006D7AAE">
      <w:pPr>
        <w:spacing w:after="0"/>
      </w:pPr>
      <w:r>
        <w:rPr>
          <w:rFonts w:ascii="Arial" w:hAnsi="Arial"/>
          <w:b/>
        </w:rPr>
        <w:t xml:space="preserve">Participant # 34:  </w:t>
      </w:r>
      <w:r>
        <w:rPr>
          <w:rFonts w:ascii="Arial" w:hAnsi="Arial"/>
          <w:color w:val="5D7284"/>
        </w:rPr>
        <w:t>10:02</w:t>
      </w:r>
    </w:p>
    <w:p w14:paraId="59DF3AA8" w14:textId="1ACE2F6D" w:rsidR="001D5185" w:rsidRDefault="006D7AAE">
      <w:pPr>
        <w:spacing w:after="0"/>
      </w:pPr>
      <w:r>
        <w:rPr>
          <w:rFonts w:ascii="Arial" w:hAnsi="Arial"/>
        </w:rPr>
        <w:t xml:space="preserve">Yeah, this is way more localized than the other one. Like it kind of stayed. Like the red there. It's just spiraling. It's not going out anywhere. There's no purple. There's no purple, but they go </w:t>
      </w:r>
      <w:r w:rsidR="00623041">
        <w:rPr>
          <w:rFonts w:ascii="Arial" w:hAnsi="Arial"/>
        </w:rPr>
        <w:t>red,</w:t>
      </w:r>
      <w:r>
        <w:rPr>
          <w:rFonts w:ascii="Arial" w:hAnsi="Arial"/>
        </w:rPr>
        <w:t xml:space="preserve"> and the blue are both still there. Yeah, it's like making little coils. It's not mixing. Yeah, that's not what I would have predicted at all, like would have.</w:t>
      </w:r>
    </w:p>
    <w:p w14:paraId="63DA3677" w14:textId="77777777" w:rsidR="001D5185" w:rsidRDefault="001D5185">
      <w:pPr>
        <w:spacing w:after="0"/>
      </w:pPr>
    </w:p>
    <w:p w14:paraId="4568619A" w14:textId="77777777" w:rsidR="001D5185" w:rsidRDefault="006D7AAE">
      <w:pPr>
        <w:spacing w:after="0"/>
      </w:pPr>
      <w:r>
        <w:rPr>
          <w:rFonts w:ascii="Arial" w:hAnsi="Arial"/>
          <w:b/>
        </w:rPr>
        <w:t xml:space="preserve">Interviewer P:  </w:t>
      </w:r>
      <w:r>
        <w:rPr>
          <w:rFonts w:ascii="Arial" w:hAnsi="Arial"/>
          <w:color w:val="5D7284"/>
        </w:rPr>
        <w:t>10:34</w:t>
      </w:r>
    </w:p>
    <w:p w14:paraId="507519C6" w14:textId="77777777" w:rsidR="001D5185" w:rsidRDefault="006D7AAE">
      <w:pPr>
        <w:spacing w:after="0"/>
      </w:pPr>
      <w:r>
        <w:rPr>
          <w:rFonts w:ascii="Arial" w:hAnsi="Arial"/>
        </w:rPr>
        <w:t>Well, so is there anything that you could think of or say that might explain that?</w:t>
      </w:r>
    </w:p>
    <w:p w14:paraId="376AB00D" w14:textId="77777777" w:rsidR="001D5185" w:rsidRDefault="001D5185">
      <w:pPr>
        <w:spacing w:after="0"/>
      </w:pPr>
    </w:p>
    <w:p w14:paraId="12F0A483" w14:textId="77777777" w:rsidR="001D5185" w:rsidRDefault="006D7AAE">
      <w:pPr>
        <w:spacing w:after="0"/>
      </w:pPr>
      <w:r>
        <w:rPr>
          <w:rFonts w:ascii="Arial" w:hAnsi="Arial"/>
          <w:b/>
        </w:rPr>
        <w:t xml:space="preserve">Participant # 34:  </w:t>
      </w:r>
      <w:r>
        <w:rPr>
          <w:rFonts w:ascii="Arial" w:hAnsi="Arial"/>
          <w:color w:val="5D7284"/>
        </w:rPr>
        <w:t>10:50</w:t>
      </w:r>
    </w:p>
    <w:p w14:paraId="34E3FB80" w14:textId="77777777" w:rsidR="001D5185" w:rsidRDefault="006D7AAE">
      <w:pPr>
        <w:spacing w:after="0"/>
      </w:pPr>
      <w:r>
        <w:rPr>
          <w:rFonts w:ascii="Arial" w:hAnsi="Arial"/>
        </w:rPr>
        <w:t>I mean, it's rotating. I don't know why it's doing that. But it's cool that it's the same pattern on top and under the water. You can't really see in the middle, but there's like the bottom and the top that has the same spiral. I don't I don't really know why it would do that. Centrifugal force. But</w:t>
      </w:r>
    </w:p>
    <w:p w14:paraId="29342309" w14:textId="77777777" w:rsidR="001D5185" w:rsidRDefault="001D5185">
      <w:pPr>
        <w:spacing w:after="0"/>
      </w:pPr>
    </w:p>
    <w:p w14:paraId="5030D953" w14:textId="77777777" w:rsidR="001D5185" w:rsidRDefault="006D7AAE">
      <w:pPr>
        <w:spacing w:after="0"/>
      </w:pPr>
      <w:r>
        <w:rPr>
          <w:rFonts w:ascii="Arial" w:hAnsi="Arial"/>
          <w:b/>
        </w:rPr>
        <w:t xml:space="preserve">Interviewer P:  </w:t>
      </w:r>
      <w:r>
        <w:rPr>
          <w:rFonts w:ascii="Arial" w:hAnsi="Arial"/>
          <w:color w:val="5D7284"/>
        </w:rPr>
        <w:t>11:13</w:t>
      </w:r>
    </w:p>
    <w:p w14:paraId="7D0E22CF" w14:textId="77777777" w:rsidR="001D5185" w:rsidRDefault="006D7AAE">
      <w:pPr>
        <w:spacing w:after="0"/>
      </w:pPr>
      <w:r>
        <w:rPr>
          <w:rFonts w:ascii="Arial" w:hAnsi="Arial"/>
        </w:rPr>
        <w:t xml:space="preserve">But you would say this pattern of mixing is different. </w:t>
      </w:r>
    </w:p>
    <w:p w14:paraId="225A615A" w14:textId="77777777" w:rsidR="001D5185" w:rsidRDefault="001D5185">
      <w:pPr>
        <w:spacing w:after="0"/>
      </w:pPr>
    </w:p>
    <w:p w14:paraId="005580CE" w14:textId="77777777" w:rsidR="001D5185" w:rsidRDefault="006D7AAE">
      <w:pPr>
        <w:spacing w:after="0"/>
      </w:pPr>
      <w:r>
        <w:rPr>
          <w:rFonts w:ascii="Arial" w:hAnsi="Arial"/>
          <w:b/>
        </w:rPr>
        <w:t xml:space="preserve">Participant # 34:  </w:t>
      </w:r>
      <w:r>
        <w:rPr>
          <w:rFonts w:ascii="Arial" w:hAnsi="Arial"/>
          <w:color w:val="5D7284"/>
        </w:rPr>
        <w:t>11:16</w:t>
      </w:r>
    </w:p>
    <w:p w14:paraId="6B3B20C5" w14:textId="77777777" w:rsidR="001D5185" w:rsidRDefault="006D7AAE">
      <w:pPr>
        <w:spacing w:after="0"/>
      </w:pPr>
      <w:r>
        <w:rPr>
          <w:rFonts w:ascii="Arial" w:hAnsi="Arial"/>
        </w:rPr>
        <w:t>Yeah.</w:t>
      </w:r>
    </w:p>
    <w:p w14:paraId="56651FC6" w14:textId="77777777" w:rsidR="001D5185" w:rsidRDefault="001D5185">
      <w:pPr>
        <w:spacing w:after="0"/>
      </w:pPr>
    </w:p>
    <w:p w14:paraId="0080E0E6" w14:textId="77777777" w:rsidR="001D5185" w:rsidRDefault="006D7AAE">
      <w:pPr>
        <w:spacing w:after="0"/>
      </w:pPr>
      <w:r>
        <w:rPr>
          <w:rFonts w:ascii="Arial" w:hAnsi="Arial"/>
          <w:b/>
        </w:rPr>
        <w:t xml:space="preserve">Interviewer P:  </w:t>
      </w:r>
      <w:r>
        <w:rPr>
          <w:rFonts w:ascii="Arial" w:hAnsi="Arial"/>
          <w:color w:val="5D7284"/>
        </w:rPr>
        <w:t>11:16</w:t>
      </w:r>
    </w:p>
    <w:p w14:paraId="6B409598" w14:textId="77777777" w:rsidR="001D5185" w:rsidRDefault="006D7AAE">
      <w:pPr>
        <w:spacing w:after="0"/>
      </w:pPr>
      <w:r>
        <w:rPr>
          <w:rFonts w:ascii="Arial" w:hAnsi="Arial"/>
        </w:rPr>
        <w:t xml:space="preserve">From what you saw in the still? </w:t>
      </w:r>
    </w:p>
    <w:p w14:paraId="27B7D159" w14:textId="77777777" w:rsidR="001D5185" w:rsidRDefault="001D5185">
      <w:pPr>
        <w:spacing w:after="0"/>
      </w:pPr>
    </w:p>
    <w:p w14:paraId="51E6FC34" w14:textId="77777777" w:rsidR="001D5185" w:rsidRDefault="006D7AAE">
      <w:pPr>
        <w:spacing w:after="0"/>
      </w:pPr>
      <w:r>
        <w:rPr>
          <w:rFonts w:ascii="Arial" w:hAnsi="Arial"/>
          <w:b/>
        </w:rPr>
        <w:t xml:space="preserve">Participant # 34:  </w:t>
      </w:r>
      <w:r>
        <w:rPr>
          <w:rFonts w:ascii="Arial" w:hAnsi="Arial"/>
          <w:color w:val="5D7284"/>
        </w:rPr>
        <w:t>11:18</w:t>
      </w:r>
    </w:p>
    <w:p w14:paraId="25662B90" w14:textId="72FE24EA" w:rsidR="001D5185" w:rsidRDefault="006D7AAE">
      <w:pPr>
        <w:spacing w:after="0"/>
      </w:pPr>
      <w:r>
        <w:rPr>
          <w:rFonts w:ascii="Arial" w:hAnsi="Arial"/>
        </w:rPr>
        <w:t>Yeah.</w:t>
      </w:r>
      <w:r w:rsidR="00623041">
        <w:rPr>
          <w:rFonts w:ascii="Arial" w:hAnsi="Arial"/>
        </w:rPr>
        <w:t xml:space="preserve"> </w:t>
      </w:r>
      <w:r>
        <w:rPr>
          <w:rFonts w:ascii="Arial" w:hAnsi="Arial"/>
        </w:rPr>
        <w:t>I thought it would have mixed together and made purple. But it didn't.</w:t>
      </w:r>
    </w:p>
    <w:p w14:paraId="5BA1F087" w14:textId="77777777" w:rsidR="001D5185" w:rsidRDefault="001D5185">
      <w:pPr>
        <w:spacing w:after="0"/>
      </w:pPr>
    </w:p>
    <w:p w14:paraId="6E95543D" w14:textId="77777777" w:rsidR="001D5185" w:rsidRDefault="006D7AAE">
      <w:pPr>
        <w:spacing w:after="0"/>
      </w:pPr>
      <w:r>
        <w:rPr>
          <w:rFonts w:ascii="Arial" w:hAnsi="Arial"/>
          <w:b/>
        </w:rPr>
        <w:t xml:space="preserve">Interviewer P:  </w:t>
      </w:r>
      <w:r>
        <w:rPr>
          <w:rFonts w:ascii="Arial" w:hAnsi="Arial"/>
          <w:color w:val="5D7284"/>
        </w:rPr>
        <w:t>11:32</w:t>
      </w:r>
    </w:p>
    <w:p w14:paraId="71CDA942" w14:textId="52E2C853" w:rsidR="001D5185" w:rsidRDefault="006D7AAE">
      <w:pPr>
        <w:spacing w:after="0"/>
      </w:pPr>
      <w:r>
        <w:rPr>
          <w:rFonts w:ascii="Arial" w:hAnsi="Arial"/>
        </w:rPr>
        <w:t>Alight. Yeah, that is pretty cool</w:t>
      </w:r>
      <w:r>
        <w:rPr>
          <w:rFonts w:ascii="Arial" w:hAnsi="Arial"/>
        </w:rPr>
        <w:t xml:space="preserve">. You know. </w:t>
      </w:r>
      <w:r w:rsidR="00623041">
        <w:rPr>
          <w:rFonts w:ascii="Arial" w:hAnsi="Arial"/>
        </w:rPr>
        <w:t>So,</w:t>
      </w:r>
      <w:r>
        <w:rPr>
          <w:rFonts w:ascii="Arial" w:hAnsi="Arial"/>
        </w:rPr>
        <w:t xml:space="preserve"> Erika is going to pick it up from here. After a few minutes, I'm actually going to take off So Erika, so </w:t>
      </w:r>
      <w:r w:rsidR="00623041">
        <w:rPr>
          <w:rFonts w:ascii="Arial" w:hAnsi="Arial"/>
        </w:rPr>
        <w:t>you’re</w:t>
      </w:r>
      <w:r>
        <w:rPr>
          <w:rFonts w:ascii="Arial" w:hAnsi="Arial"/>
        </w:rPr>
        <w:t xml:space="preserve"> be in very good hands.</w:t>
      </w:r>
    </w:p>
    <w:p w14:paraId="79E347FA" w14:textId="77777777" w:rsidR="001D5185" w:rsidRDefault="001D5185">
      <w:pPr>
        <w:spacing w:after="0"/>
      </w:pPr>
    </w:p>
    <w:p w14:paraId="1F4D3D87" w14:textId="77777777" w:rsidR="001D5185" w:rsidRDefault="006D7AAE">
      <w:pPr>
        <w:spacing w:after="0"/>
      </w:pPr>
      <w:r>
        <w:rPr>
          <w:rFonts w:ascii="Arial" w:hAnsi="Arial"/>
          <w:b/>
        </w:rPr>
        <w:t xml:space="preserve">Interviewer E:  </w:t>
      </w:r>
      <w:r>
        <w:rPr>
          <w:rFonts w:ascii="Arial" w:hAnsi="Arial"/>
          <w:color w:val="5D7284"/>
        </w:rPr>
        <w:t>11:56</w:t>
      </w:r>
    </w:p>
    <w:p w14:paraId="713E39AF" w14:textId="18CD5891" w:rsidR="001D5185" w:rsidRDefault="00623041">
      <w:pPr>
        <w:spacing w:after="0"/>
      </w:pPr>
      <w:r>
        <w:rPr>
          <w:rFonts w:ascii="Arial" w:hAnsi="Arial"/>
        </w:rPr>
        <w:t>So, I want to show you a pair of pitchers. This has green dye in the water. And this has yellow, the green one is saltwater. Okay, the yellow one is freshwater. And they're the exact same temperature, okay. The second pair of pitchers, I have blue and red, the blue is cold, and the red is hot, you can feel that they're both.</w:t>
      </w:r>
    </w:p>
    <w:p w14:paraId="7B37E003" w14:textId="77777777" w:rsidR="001D5185" w:rsidRDefault="001D5185">
      <w:pPr>
        <w:spacing w:after="0"/>
      </w:pPr>
    </w:p>
    <w:p w14:paraId="2999D372" w14:textId="77777777" w:rsidR="001D5185" w:rsidRDefault="006D7AAE">
      <w:pPr>
        <w:spacing w:after="0"/>
      </w:pPr>
      <w:r>
        <w:rPr>
          <w:rFonts w:ascii="Arial" w:hAnsi="Arial"/>
          <w:b/>
        </w:rPr>
        <w:t xml:space="preserve">Participant # 34:  </w:t>
      </w:r>
      <w:r>
        <w:rPr>
          <w:rFonts w:ascii="Arial" w:hAnsi="Arial"/>
          <w:color w:val="5D7284"/>
        </w:rPr>
        <w:t>12:16</w:t>
      </w:r>
    </w:p>
    <w:p w14:paraId="0D5175BD" w14:textId="77777777" w:rsidR="001D5185" w:rsidRDefault="006D7AAE">
      <w:pPr>
        <w:spacing w:after="0"/>
      </w:pPr>
      <w:r>
        <w:rPr>
          <w:rFonts w:ascii="Arial" w:hAnsi="Arial"/>
        </w:rPr>
        <w:t xml:space="preserve">They are both fresh water. </w:t>
      </w:r>
    </w:p>
    <w:p w14:paraId="091E856B" w14:textId="77777777" w:rsidR="001D5185" w:rsidRDefault="001D5185">
      <w:pPr>
        <w:spacing w:after="0"/>
      </w:pPr>
    </w:p>
    <w:p w14:paraId="72F0FE5C" w14:textId="77777777" w:rsidR="001D5185" w:rsidRDefault="006D7AAE">
      <w:pPr>
        <w:spacing w:after="0"/>
      </w:pPr>
      <w:r>
        <w:rPr>
          <w:rFonts w:ascii="Arial" w:hAnsi="Arial"/>
          <w:b/>
        </w:rPr>
        <w:t xml:space="preserve">Interviewer E:  </w:t>
      </w:r>
      <w:r>
        <w:rPr>
          <w:rFonts w:ascii="Arial" w:hAnsi="Arial"/>
          <w:color w:val="5D7284"/>
        </w:rPr>
        <w:t>12:17</w:t>
      </w:r>
    </w:p>
    <w:p w14:paraId="225AFADF" w14:textId="0863D2F2" w:rsidR="001D5185" w:rsidRDefault="006D7AAE">
      <w:pPr>
        <w:spacing w:after="0"/>
      </w:pPr>
      <w:r>
        <w:rPr>
          <w:rFonts w:ascii="Arial" w:hAnsi="Arial"/>
        </w:rPr>
        <w:t xml:space="preserve">Yep, these are both freshwater. Okay, there's just a difference in temperature between the two. And I also want to show you these tanks. </w:t>
      </w:r>
      <w:r w:rsidR="00623041">
        <w:rPr>
          <w:rFonts w:ascii="Arial" w:hAnsi="Arial"/>
        </w:rPr>
        <w:t>So,</w:t>
      </w:r>
      <w:r>
        <w:rPr>
          <w:rFonts w:ascii="Arial" w:hAnsi="Arial"/>
        </w:rPr>
        <w:t xml:space="preserve"> this basically what I'm going to do is I'm going to take both of the two sets of pitchers and one at a time. And I'm going to pour them in. </w:t>
      </w:r>
      <w:r w:rsidR="00623041">
        <w:rPr>
          <w:rFonts w:ascii="Arial" w:hAnsi="Arial"/>
        </w:rPr>
        <w:t>So,</w:t>
      </w:r>
      <w:r>
        <w:rPr>
          <w:rFonts w:ascii="Arial" w:hAnsi="Arial"/>
        </w:rPr>
        <w:t xml:space="preserve"> like I take the cold and the hot and I pour one on this side, one on the other. And then I would lift this up to show you what happens. And I would do the same thing with the saltwater and freshwater.</w:t>
      </w:r>
    </w:p>
    <w:p w14:paraId="1757029F" w14:textId="77777777" w:rsidR="001D5185" w:rsidRDefault="001D5185">
      <w:pPr>
        <w:spacing w:after="0"/>
      </w:pPr>
    </w:p>
    <w:p w14:paraId="000C5DCA" w14:textId="77777777" w:rsidR="001D5185" w:rsidRDefault="006D7AAE">
      <w:pPr>
        <w:spacing w:after="0"/>
      </w:pPr>
      <w:r>
        <w:rPr>
          <w:rFonts w:ascii="Arial" w:hAnsi="Arial"/>
          <w:b/>
        </w:rPr>
        <w:t xml:space="preserve">Participant # 34:  </w:t>
      </w:r>
      <w:r>
        <w:rPr>
          <w:rFonts w:ascii="Arial" w:hAnsi="Arial"/>
          <w:color w:val="5D7284"/>
        </w:rPr>
        <w:t>12:53</w:t>
      </w:r>
    </w:p>
    <w:p w14:paraId="7576C18E" w14:textId="77777777" w:rsidR="001D5185" w:rsidRDefault="006D7AAE">
      <w:pPr>
        <w:spacing w:after="0"/>
      </w:pPr>
      <w:r>
        <w:rPr>
          <w:rFonts w:ascii="Arial" w:hAnsi="Arial"/>
        </w:rPr>
        <w:t>Okay.</w:t>
      </w:r>
    </w:p>
    <w:p w14:paraId="67EC671C" w14:textId="77777777" w:rsidR="001D5185" w:rsidRDefault="001D5185">
      <w:pPr>
        <w:spacing w:after="0"/>
      </w:pPr>
    </w:p>
    <w:p w14:paraId="733C94AE" w14:textId="77777777" w:rsidR="001D5185" w:rsidRDefault="006D7AAE">
      <w:pPr>
        <w:spacing w:after="0"/>
      </w:pPr>
      <w:r>
        <w:rPr>
          <w:rFonts w:ascii="Arial" w:hAnsi="Arial"/>
          <w:b/>
        </w:rPr>
        <w:lastRenderedPageBreak/>
        <w:t xml:space="preserve">Interviewer E:  </w:t>
      </w:r>
      <w:r>
        <w:rPr>
          <w:rFonts w:ascii="Arial" w:hAnsi="Arial"/>
          <w:color w:val="5D7284"/>
        </w:rPr>
        <w:t>12:55</w:t>
      </w:r>
    </w:p>
    <w:p w14:paraId="7620CC8C" w14:textId="77777777" w:rsidR="001D5185" w:rsidRDefault="006D7AAE">
      <w:pPr>
        <w:spacing w:after="0"/>
      </w:pPr>
      <w:r>
        <w:rPr>
          <w:rFonts w:ascii="Arial" w:hAnsi="Arial"/>
        </w:rPr>
        <w:t xml:space="preserve">Do you have any questions about that? </w:t>
      </w:r>
    </w:p>
    <w:p w14:paraId="635401EE" w14:textId="77777777" w:rsidR="001D5185" w:rsidRDefault="001D5185">
      <w:pPr>
        <w:spacing w:after="0"/>
      </w:pPr>
    </w:p>
    <w:p w14:paraId="28DAF708" w14:textId="77777777" w:rsidR="001D5185" w:rsidRDefault="006D7AAE">
      <w:pPr>
        <w:spacing w:after="0"/>
      </w:pPr>
      <w:r>
        <w:rPr>
          <w:rFonts w:ascii="Arial" w:hAnsi="Arial"/>
          <w:b/>
        </w:rPr>
        <w:t xml:space="preserve">Participant # 34:  </w:t>
      </w:r>
      <w:r>
        <w:rPr>
          <w:rFonts w:ascii="Arial" w:hAnsi="Arial"/>
          <w:color w:val="5D7284"/>
        </w:rPr>
        <w:t>12:56</w:t>
      </w:r>
    </w:p>
    <w:p w14:paraId="7343B323" w14:textId="77777777" w:rsidR="001D5185" w:rsidRDefault="006D7AAE">
      <w:pPr>
        <w:spacing w:after="0"/>
      </w:pPr>
      <w:r>
        <w:rPr>
          <w:rFonts w:ascii="Arial" w:hAnsi="Arial"/>
        </w:rPr>
        <w:t xml:space="preserve">Nope. </w:t>
      </w:r>
    </w:p>
    <w:p w14:paraId="073C3FA1" w14:textId="77777777" w:rsidR="001D5185" w:rsidRDefault="001D5185">
      <w:pPr>
        <w:spacing w:after="0"/>
      </w:pPr>
    </w:p>
    <w:p w14:paraId="2D61A4FC" w14:textId="77777777" w:rsidR="001D5185" w:rsidRDefault="006D7AAE">
      <w:pPr>
        <w:spacing w:after="0"/>
      </w:pPr>
      <w:r>
        <w:rPr>
          <w:rFonts w:ascii="Arial" w:hAnsi="Arial"/>
          <w:b/>
        </w:rPr>
        <w:t xml:space="preserve">Interviewer E:  </w:t>
      </w:r>
      <w:r>
        <w:rPr>
          <w:rFonts w:ascii="Arial" w:hAnsi="Arial"/>
          <w:color w:val="5D7284"/>
        </w:rPr>
        <w:t>12:57</w:t>
      </w:r>
    </w:p>
    <w:p w14:paraId="16031272" w14:textId="38D2C53C" w:rsidR="001D5185" w:rsidRDefault="006D7AAE">
      <w:pPr>
        <w:spacing w:after="0"/>
      </w:pPr>
      <w:r>
        <w:rPr>
          <w:rFonts w:ascii="Arial" w:hAnsi="Arial"/>
        </w:rPr>
        <w:t xml:space="preserve">All right. </w:t>
      </w:r>
      <w:r w:rsidR="00623041">
        <w:rPr>
          <w:rFonts w:ascii="Arial" w:hAnsi="Arial"/>
        </w:rPr>
        <w:t>So,</w:t>
      </w:r>
      <w:r>
        <w:rPr>
          <w:rFonts w:ascii="Arial" w:hAnsi="Arial"/>
        </w:rPr>
        <w:t xml:space="preserve"> at some point, do you think that you water masses would combine either the two different temperature ones, or the salt and freshwater?</w:t>
      </w:r>
    </w:p>
    <w:p w14:paraId="0EE74A0D" w14:textId="77777777" w:rsidR="001D5185" w:rsidRDefault="001D5185">
      <w:pPr>
        <w:spacing w:after="0"/>
      </w:pPr>
    </w:p>
    <w:p w14:paraId="5A1095C2" w14:textId="77777777" w:rsidR="001D5185" w:rsidRDefault="006D7AAE">
      <w:pPr>
        <w:spacing w:after="0"/>
      </w:pPr>
      <w:r>
        <w:rPr>
          <w:rFonts w:ascii="Arial" w:hAnsi="Arial"/>
          <w:b/>
        </w:rPr>
        <w:t xml:space="preserve">Participant # 34:  </w:t>
      </w:r>
      <w:r>
        <w:rPr>
          <w:rFonts w:ascii="Arial" w:hAnsi="Arial"/>
          <w:color w:val="5D7284"/>
        </w:rPr>
        <w:t>13:12</w:t>
      </w:r>
    </w:p>
    <w:p w14:paraId="494E26CA" w14:textId="58C1A201" w:rsidR="001D5185" w:rsidRDefault="006D7AAE">
      <w:pPr>
        <w:spacing w:after="0"/>
      </w:pPr>
      <w:r>
        <w:rPr>
          <w:rFonts w:ascii="Arial" w:hAnsi="Arial"/>
        </w:rPr>
        <w:t xml:space="preserve">I know warm water goes to the surface and cold water goes to the ocean floor. That's I know that. </w:t>
      </w:r>
      <w:r w:rsidR="00623041">
        <w:rPr>
          <w:rFonts w:ascii="Arial" w:hAnsi="Arial"/>
        </w:rPr>
        <w:t>So,</w:t>
      </w:r>
      <w:r>
        <w:rPr>
          <w:rFonts w:ascii="Arial" w:hAnsi="Arial"/>
        </w:rPr>
        <w:t xml:space="preserve"> since the red one, the red one was the hot one, right?</w:t>
      </w:r>
    </w:p>
    <w:p w14:paraId="56330220" w14:textId="77777777" w:rsidR="001D5185" w:rsidRDefault="001D5185">
      <w:pPr>
        <w:spacing w:after="0"/>
      </w:pPr>
    </w:p>
    <w:p w14:paraId="7DE5714B" w14:textId="77777777" w:rsidR="001D5185" w:rsidRDefault="006D7AAE">
      <w:pPr>
        <w:spacing w:after="0"/>
      </w:pPr>
      <w:r>
        <w:rPr>
          <w:rFonts w:ascii="Arial" w:hAnsi="Arial"/>
          <w:b/>
        </w:rPr>
        <w:t xml:space="preserve">Interviewer E:  </w:t>
      </w:r>
      <w:r>
        <w:rPr>
          <w:rFonts w:ascii="Arial" w:hAnsi="Arial"/>
          <w:color w:val="5D7284"/>
        </w:rPr>
        <w:t>13:26</w:t>
      </w:r>
    </w:p>
    <w:p w14:paraId="66384B1F" w14:textId="77777777" w:rsidR="001D5185" w:rsidRDefault="006D7AAE">
      <w:pPr>
        <w:spacing w:after="0"/>
      </w:pPr>
      <w:r>
        <w:rPr>
          <w:rFonts w:ascii="Arial" w:hAnsi="Arial"/>
        </w:rPr>
        <w:t>Yes.</w:t>
      </w:r>
    </w:p>
    <w:p w14:paraId="18A6CE4A" w14:textId="77777777" w:rsidR="001D5185" w:rsidRDefault="001D5185">
      <w:pPr>
        <w:spacing w:after="0"/>
      </w:pPr>
    </w:p>
    <w:p w14:paraId="5244A12F" w14:textId="77777777" w:rsidR="001D5185" w:rsidRDefault="006D7AAE">
      <w:pPr>
        <w:spacing w:after="0"/>
      </w:pPr>
      <w:r>
        <w:rPr>
          <w:rFonts w:ascii="Arial" w:hAnsi="Arial"/>
          <w:b/>
        </w:rPr>
        <w:t xml:space="preserve">Participant # 34:  </w:t>
      </w:r>
      <w:r>
        <w:rPr>
          <w:rFonts w:ascii="Arial" w:hAnsi="Arial"/>
          <w:color w:val="5D7284"/>
        </w:rPr>
        <w:t>13:26</w:t>
      </w:r>
    </w:p>
    <w:p w14:paraId="2DE859AC" w14:textId="2785EEAC" w:rsidR="001D5185" w:rsidRDefault="006D7AAE">
      <w:pPr>
        <w:spacing w:after="0"/>
      </w:pPr>
      <w:r>
        <w:rPr>
          <w:rFonts w:ascii="Arial" w:hAnsi="Arial"/>
        </w:rPr>
        <w:t xml:space="preserve"> Okay, that makes it easy. Since the red ones warmer, it would be on top of the blue water. And I think that they would probably like, eventually merge because they will cool down or like reach room temperature eventually. </w:t>
      </w:r>
      <w:r w:rsidR="00623041">
        <w:rPr>
          <w:rFonts w:ascii="Arial" w:hAnsi="Arial"/>
        </w:rPr>
        <w:t>So,</w:t>
      </w:r>
      <w:r>
        <w:rPr>
          <w:rFonts w:ascii="Arial" w:hAnsi="Arial"/>
        </w:rPr>
        <w:t xml:space="preserve"> then they would start to emerge. But at first it would be the red and blue. And then I think the saltwater in the freshwater will do something similar. Like the saltwater is probably denser. </w:t>
      </w:r>
      <w:r w:rsidR="00623041">
        <w:rPr>
          <w:rFonts w:ascii="Arial" w:hAnsi="Arial"/>
        </w:rPr>
        <w:t>So,</w:t>
      </w:r>
      <w:r>
        <w:rPr>
          <w:rFonts w:ascii="Arial" w:hAnsi="Arial"/>
        </w:rPr>
        <w:t xml:space="preserve"> it'll go below the freshwater or go on top. All right, and I'm just saying that because salt is extra, but I don't know if that's that could be wrong, but one of them will probably go on top. I think that the salt in the freshwater would combine faster than the temperature ones.</w:t>
      </w:r>
    </w:p>
    <w:p w14:paraId="45C4EDE8" w14:textId="77777777" w:rsidR="001D5185" w:rsidRDefault="001D5185">
      <w:pPr>
        <w:spacing w:after="0"/>
      </w:pPr>
    </w:p>
    <w:p w14:paraId="2EE7AFA1" w14:textId="77777777" w:rsidR="001D5185" w:rsidRDefault="006D7AAE">
      <w:pPr>
        <w:spacing w:after="0"/>
      </w:pPr>
      <w:r>
        <w:rPr>
          <w:rFonts w:ascii="Arial" w:hAnsi="Arial"/>
          <w:b/>
        </w:rPr>
        <w:t xml:space="preserve">Interviewer E:  </w:t>
      </w:r>
      <w:r>
        <w:rPr>
          <w:rFonts w:ascii="Arial" w:hAnsi="Arial"/>
          <w:color w:val="5D7284"/>
        </w:rPr>
        <w:t>14:06</w:t>
      </w:r>
    </w:p>
    <w:p w14:paraId="09497EDF" w14:textId="77777777" w:rsidR="001D5185" w:rsidRDefault="006D7AAE">
      <w:pPr>
        <w:spacing w:after="0"/>
      </w:pPr>
      <w:r>
        <w:rPr>
          <w:rFonts w:ascii="Arial" w:hAnsi="Arial"/>
        </w:rPr>
        <w:t>Okay and how long if you could give me an estimation, how long would you say it would take for the hot and cold to combine.</w:t>
      </w:r>
    </w:p>
    <w:p w14:paraId="6394DA25" w14:textId="77777777" w:rsidR="001D5185" w:rsidRDefault="001D5185">
      <w:pPr>
        <w:spacing w:after="0"/>
      </w:pPr>
    </w:p>
    <w:p w14:paraId="6081B2ED" w14:textId="77777777" w:rsidR="001D5185" w:rsidRDefault="006D7AAE">
      <w:pPr>
        <w:spacing w:after="0"/>
      </w:pPr>
      <w:r>
        <w:rPr>
          <w:rFonts w:ascii="Arial" w:hAnsi="Arial"/>
          <w:b/>
        </w:rPr>
        <w:t xml:space="preserve">Participant # 34:  </w:t>
      </w:r>
      <w:r>
        <w:rPr>
          <w:rFonts w:ascii="Arial" w:hAnsi="Arial"/>
          <w:color w:val="5D7284"/>
        </w:rPr>
        <w:t>14:19</w:t>
      </w:r>
    </w:p>
    <w:p w14:paraId="6ABA271B" w14:textId="6B0774BE" w:rsidR="001D5185" w:rsidRDefault="006D7AAE">
      <w:pPr>
        <w:spacing w:after="0"/>
      </w:pPr>
      <w:r>
        <w:rPr>
          <w:rFonts w:ascii="Arial" w:hAnsi="Arial"/>
        </w:rPr>
        <w:t xml:space="preserve">That water was pretty cold. </w:t>
      </w:r>
      <w:r w:rsidR="00623041">
        <w:rPr>
          <w:rFonts w:ascii="Arial" w:hAnsi="Arial"/>
        </w:rPr>
        <w:t>So,</w:t>
      </w:r>
      <w:r>
        <w:rPr>
          <w:rFonts w:ascii="Arial" w:hAnsi="Arial"/>
        </w:rPr>
        <w:t xml:space="preserve"> like two minutes, a minute?</w:t>
      </w:r>
    </w:p>
    <w:p w14:paraId="027B1E10" w14:textId="77777777" w:rsidR="001D5185" w:rsidRDefault="001D5185">
      <w:pPr>
        <w:spacing w:after="0"/>
      </w:pPr>
    </w:p>
    <w:p w14:paraId="483D0AD4" w14:textId="77777777" w:rsidR="001D5185" w:rsidRDefault="006D7AAE">
      <w:pPr>
        <w:spacing w:after="0"/>
      </w:pPr>
      <w:r>
        <w:rPr>
          <w:rFonts w:ascii="Arial" w:hAnsi="Arial"/>
          <w:b/>
        </w:rPr>
        <w:t xml:space="preserve">Interviewer E:  </w:t>
      </w:r>
      <w:r>
        <w:rPr>
          <w:rFonts w:ascii="Arial" w:hAnsi="Arial"/>
          <w:color w:val="5D7284"/>
        </w:rPr>
        <w:t>14:26</w:t>
      </w:r>
    </w:p>
    <w:p w14:paraId="68D537A3" w14:textId="77777777" w:rsidR="001D5185" w:rsidRDefault="006D7AAE">
      <w:pPr>
        <w:spacing w:after="0"/>
      </w:pPr>
      <w:r>
        <w:rPr>
          <w:rFonts w:ascii="Arial" w:hAnsi="Arial"/>
        </w:rPr>
        <w:t xml:space="preserve">Two minutes or minutes? </w:t>
      </w:r>
    </w:p>
    <w:p w14:paraId="56C46A24" w14:textId="77777777" w:rsidR="001D5185" w:rsidRDefault="001D5185">
      <w:pPr>
        <w:spacing w:after="0"/>
      </w:pPr>
    </w:p>
    <w:p w14:paraId="4828BF91" w14:textId="77777777" w:rsidR="001D5185" w:rsidRDefault="006D7AAE">
      <w:pPr>
        <w:spacing w:after="0"/>
      </w:pPr>
      <w:r>
        <w:rPr>
          <w:rFonts w:ascii="Arial" w:hAnsi="Arial"/>
          <w:b/>
        </w:rPr>
        <w:t xml:space="preserve">Participant # 34:  </w:t>
      </w:r>
      <w:r>
        <w:rPr>
          <w:rFonts w:ascii="Arial" w:hAnsi="Arial"/>
          <w:color w:val="5D7284"/>
        </w:rPr>
        <w:t>14:27</w:t>
      </w:r>
    </w:p>
    <w:p w14:paraId="5E4A0B5F" w14:textId="77777777" w:rsidR="001D5185" w:rsidRDefault="006D7AAE">
      <w:pPr>
        <w:spacing w:after="0"/>
      </w:pPr>
      <w:r>
        <w:rPr>
          <w:rFonts w:ascii="Arial" w:hAnsi="Arial"/>
        </w:rPr>
        <w:t xml:space="preserve">Yeah. </w:t>
      </w:r>
    </w:p>
    <w:p w14:paraId="59A3125A" w14:textId="77777777" w:rsidR="001D5185" w:rsidRDefault="001D5185">
      <w:pPr>
        <w:spacing w:after="0"/>
      </w:pPr>
    </w:p>
    <w:p w14:paraId="6003F48A" w14:textId="77777777" w:rsidR="001D5185" w:rsidRDefault="006D7AAE">
      <w:pPr>
        <w:spacing w:after="0"/>
      </w:pPr>
      <w:r>
        <w:rPr>
          <w:rFonts w:ascii="Arial" w:hAnsi="Arial"/>
          <w:b/>
        </w:rPr>
        <w:t xml:space="preserve">Interviewer E:  </w:t>
      </w:r>
      <w:r>
        <w:rPr>
          <w:rFonts w:ascii="Arial" w:hAnsi="Arial"/>
          <w:color w:val="5D7284"/>
        </w:rPr>
        <w:t>14:28</w:t>
      </w:r>
    </w:p>
    <w:p w14:paraId="12C936EA" w14:textId="77777777" w:rsidR="001D5185" w:rsidRDefault="006D7AAE">
      <w:pPr>
        <w:spacing w:after="0"/>
      </w:pPr>
      <w:r>
        <w:rPr>
          <w:rFonts w:ascii="Arial" w:hAnsi="Arial"/>
        </w:rPr>
        <w:t xml:space="preserve">What about the saltwater freshwater? </w:t>
      </w:r>
    </w:p>
    <w:p w14:paraId="4C4C6E3F" w14:textId="77777777" w:rsidR="001D5185" w:rsidRDefault="001D5185">
      <w:pPr>
        <w:spacing w:after="0"/>
      </w:pPr>
    </w:p>
    <w:p w14:paraId="2B2E4C6B" w14:textId="77777777" w:rsidR="001D5185" w:rsidRDefault="006D7AAE">
      <w:pPr>
        <w:spacing w:after="0"/>
      </w:pPr>
      <w:r>
        <w:rPr>
          <w:rFonts w:ascii="Arial" w:hAnsi="Arial"/>
          <w:b/>
        </w:rPr>
        <w:t xml:space="preserve">Participant # 34:  </w:t>
      </w:r>
      <w:r>
        <w:rPr>
          <w:rFonts w:ascii="Arial" w:hAnsi="Arial"/>
          <w:color w:val="5D7284"/>
        </w:rPr>
        <w:t>14:31</w:t>
      </w:r>
    </w:p>
    <w:p w14:paraId="2A365D12" w14:textId="77777777" w:rsidR="001D5185" w:rsidRDefault="006D7AAE">
      <w:pPr>
        <w:spacing w:after="0"/>
      </w:pPr>
      <w:r>
        <w:rPr>
          <w:rFonts w:ascii="Arial" w:hAnsi="Arial"/>
        </w:rPr>
        <w:lastRenderedPageBreak/>
        <w:t xml:space="preserve">I think that would be </w:t>
      </w:r>
      <w:r>
        <w:rPr>
          <w:rFonts w:ascii="Arial" w:hAnsi="Arial"/>
        </w:rPr>
        <w:t>faster, like within a minute within a minute. Okay. So, I would like you to do some sketches for me.</w:t>
      </w:r>
    </w:p>
    <w:p w14:paraId="029D37DC" w14:textId="77777777" w:rsidR="001D5185" w:rsidRDefault="001D5185">
      <w:pPr>
        <w:spacing w:after="0"/>
      </w:pPr>
    </w:p>
    <w:p w14:paraId="6474AEDD" w14:textId="77777777" w:rsidR="001D5185" w:rsidRDefault="006D7AAE">
      <w:pPr>
        <w:spacing w:after="0"/>
      </w:pPr>
      <w:r>
        <w:rPr>
          <w:rFonts w:ascii="Arial" w:hAnsi="Arial"/>
          <w:b/>
        </w:rPr>
        <w:t xml:space="preserve">Interviewer E:  </w:t>
      </w:r>
      <w:r>
        <w:rPr>
          <w:rFonts w:ascii="Arial" w:hAnsi="Arial"/>
          <w:color w:val="5D7284"/>
        </w:rPr>
        <w:t>14:40</w:t>
      </w:r>
    </w:p>
    <w:p w14:paraId="6B653A1D" w14:textId="77777777" w:rsidR="001D5185" w:rsidRDefault="006D7AAE">
      <w:pPr>
        <w:spacing w:after="0"/>
      </w:pPr>
      <w:r>
        <w:rPr>
          <w:rFonts w:ascii="Arial" w:hAnsi="Arial"/>
        </w:rPr>
        <w:t>Okay. Yes, drive safe.</w:t>
      </w:r>
    </w:p>
    <w:p w14:paraId="2573559C" w14:textId="77777777" w:rsidR="001D5185" w:rsidRDefault="001D5185">
      <w:pPr>
        <w:spacing w:after="0"/>
      </w:pPr>
    </w:p>
    <w:p w14:paraId="54A80AE0" w14:textId="77777777" w:rsidR="001D5185" w:rsidRDefault="006D7AAE">
      <w:pPr>
        <w:spacing w:after="0"/>
      </w:pPr>
      <w:r>
        <w:rPr>
          <w:rFonts w:ascii="Arial" w:hAnsi="Arial"/>
          <w:b/>
        </w:rPr>
        <w:t xml:space="preserve">Interviewer P:  </w:t>
      </w:r>
      <w:r>
        <w:rPr>
          <w:rFonts w:ascii="Arial" w:hAnsi="Arial"/>
          <w:color w:val="5D7284"/>
        </w:rPr>
        <w:t>14:50</w:t>
      </w:r>
    </w:p>
    <w:p w14:paraId="4DB61EF9" w14:textId="77777777" w:rsidR="001D5185" w:rsidRDefault="006D7AAE">
      <w:pPr>
        <w:spacing w:after="0"/>
      </w:pPr>
      <w:r>
        <w:rPr>
          <w:rFonts w:ascii="Arial" w:hAnsi="Arial"/>
        </w:rPr>
        <w:t>Thank you.</w:t>
      </w:r>
    </w:p>
    <w:p w14:paraId="5ECF0A00" w14:textId="77777777" w:rsidR="001D5185" w:rsidRDefault="001D5185">
      <w:pPr>
        <w:spacing w:after="0"/>
      </w:pPr>
    </w:p>
    <w:p w14:paraId="47BF9025" w14:textId="77777777" w:rsidR="001D5185" w:rsidRDefault="006D7AAE">
      <w:pPr>
        <w:spacing w:after="0"/>
      </w:pPr>
      <w:r>
        <w:rPr>
          <w:rFonts w:ascii="Arial" w:hAnsi="Arial"/>
          <w:b/>
        </w:rPr>
        <w:t xml:space="preserve">Interviewer E:  </w:t>
      </w:r>
      <w:r>
        <w:rPr>
          <w:rFonts w:ascii="Arial" w:hAnsi="Arial"/>
          <w:color w:val="5D7284"/>
        </w:rPr>
        <w:t>14:54</w:t>
      </w:r>
    </w:p>
    <w:p w14:paraId="1B09B5BC" w14:textId="06E029A0" w:rsidR="001D5185" w:rsidRDefault="006D7AAE">
      <w:pPr>
        <w:spacing w:after="0"/>
      </w:pPr>
      <w:r>
        <w:rPr>
          <w:rFonts w:ascii="Arial" w:hAnsi="Arial"/>
        </w:rPr>
        <w:t xml:space="preserve">Thank you. Alright, so you said two minutes for the hot and cold water Right, yes. All right. </w:t>
      </w:r>
      <w:r w:rsidR="00623041">
        <w:rPr>
          <w:rFonts w:ascii="Arial" w:hAnsi="Arial"/>
        </w:rPr>
        <w:t>So,</w:t>
      </w:r>
      <w:r>
        <w:rPr>
          <w:rFonts w:ascii="Arial" w:hAnsi="Arial"/>
        </w:rPr>
        <w:t xml:space="preserve"> this this one is going to be immediate. And maybe let's say break it up and do that one more I Guess if I did 25 seconds, 50 seconds? No Let's do 15 seconds 30 seconds and then a minute. Said a </w:t>
      </w:r>
      <w:r w:rsidR="00623041">
        <w:rPr>
          <w:rFonts w:ascii="Arial" w:hAnsi="Arial"/>
        </w:rPr>
        <w:t>minute,</w:t>
      </w:r>
      <w:r>
        <w:rPr>
          <w:rFonts w:ascii="Arial" w:hAnsi="Arial"/>
        </w:rPr>
        <w:t xml:space="preserve"> right? </w:t>
      </w:r>
      <w:r w:rsidR="00623041">
        <w:rPr>
          <w:rFonts w:ascii="Arial" w:hAnsi="Arial"/>
        </w:rPr>
        <w:t>So,</w:t>
      </w:r>
      <w:r>
        <w:rPr>
          <w:rFonts w:ascii="Arial" w:hAnsi="Arial"/>
        </w:rPr>
        <w:t xml:space="preserve"> two minutes.</w:t>
      </w:r>
    </w:p>
    <w:p w14:paraId="5E8D9C0D" w14:textId="77777777" w:rsidR="001D5185" w:rsidRDefault="001D5185">
      <w:pPr>
        <w:spacing w:after="0"/>
      </w:pPr>
    </w:p>
    <w:p w14:paraId="79A885BF" w14:textId="77777777" w:rsidR="001D5185" w:rsidRDefault="006D7AAE">
      <w:pPr>
        <w:spacing w:after="0"/>
      </w:pPr>
      <w:r>
        <w:rPr>
          <w:rFonts w:ascii="Arial" w:hAnsi="Arial"/>
          <w:b/>
        </w:rPr>
        <w:t xml:space="preserve">Participant # 34:  </w:t>
      </w:r>
      <w:r>
        <w:rPr>
          <w:rFonts w:ascii="Arial" w:hAnsi="Arial"/>
          <w:color w:val="5D7284"/>
        </w:rPr>
        <w:t>15:42</w:t>
      </w:r>
    </w:p>
    <w:p w14:paraId="511FE739" w14:textId="61B80EA7" w:rsidR="001D5185" w:rsidRDefault="006D7AAE">
      <w:pPr>
        <w:spacing w:after="0"/>
      </w:pPr>
      <w:r>
        <w:rPr>
          <w:rFonts w:ascii="Arial" w:hAnsi="Arial"/>
        </w:rPr>
        <w:t xml:space="preserve">For the hot in the cold this could be as this can be the </w:t>
      </w:r>
      <w:r w:rsidR="00623041">
        <w:rPr>
          <w:rFonts w:ascii="Arial" w:hAnsi="Arial"/>
        </w:rPr>
        <w:t>saline</w:t>
      </w:r>
      <w:r>
        <w:rPr>
          <w:rFonts w:ascii="Arial" w:hAnsi="Arial"/>
        </w:rPr>
        <w:t>.</w:t>
      </w:r>
    </w:p>
    <w:p w14:paraId="4FF652B1" w14:textId="77777777" w:rsidR="001D5185" w:rsidRDefault="001D5185">
      <w:pPr>
        <w:spacing w:after="0"/>
      </w:pPr>
    </w:p>
    <w:p w14:paraId="37CF3A1A" w14:textId="77777777" w:rsidR="001D5185" w:rsidRDefault="006D7AAE">
      <w:pPr>
        <w:spacing w:after="0"/>
      </w:pPr>
      <w:r>
        <w:rPr>
          <w:rFonts w:ascii="Arial" w:hAnsi="Arial"/>
          <w:b/>
        </w:rPr>
        <w:t xml:space="preserve">Interviewer E:  </w:t>
      </w:r>
      <w:r>
        <w:rPr>
          <w:rFonts w:ascii="Arial" w:hAnsi="Arial"/>
          <w:color w:val="5D7284"/>
        </w:rPr>
        <w:t>15:46</w:t>
      </w:r>
    </w:p>
    <w:p w14:paraId="23F4BD35" w14:textId="34649C7F" w:rsidR="001D5185" w:rsidRDefault="006D7AAE">
      <w:pPr>
        <w:spacing w:after="0"/>
      </w:pPr>
      <w:r>
        <w:rPr>
          <w:rFonts w:ascii="Arial" w:hAnsi="Arial"/>
        </w:rPr>
        <w:t xml:space="preserve"> All right, I'm changing it. </w:t>
      </w:r>
      <w:r w:rsidR="00623041">
        <w:rPr>
          <w:rFonts w:ascii="Arial" w:hAnsi="Arial"/>
        </w:rPr>
        <w:t>So,</w:t>
      </w:r>
      <w:r>
        <w:rPr>
          <w:rFonts w:ascii="Arial" w:hAnsi="Arial"/>
        </w:rPr>
        <w:t xml:space="preserve"> all right, and then this one you said a minute or two minutes, gotcha, it's been a long day. Alright, so this is a </w:t>
      </w:r>
      <w:r w:rsidR="00623041">
        <w:rPr>
          <w:rFonts w:ascii="Arial" w:hAnsi="Arial"/>
        </w:rPr>
        <w:t>immediate</w:t>
      </w:r>
      <w:r>
        <w:rPr>
          <w:rFonts w:ascii="Arial" w:hAnsi="Arial"/>
        </w:rPr>
        <w:t xml:space="preserve"> and we're going to divide.</w:t>
      </w:r>
    </w:p>
    <w:p w14:paraId="7F0B51D9" w14:textId="77777777" w:rsidR="001D5185" w:rsidRDefault="001D5185">
      <w:pPr>
        <w:spacing w:after="0"/>
      </w:pPr>
    </w:p>
    <w:p w14:paraId="704FE97D" w14:textId="77777777" w:rsidR="001D5185" w:rsidRDefault="006D7AAE">
      <w:pPr>
        <w:spacing w:after="0"/>
      </w:pPr>
      <w:r>
        <w:rPr>
          <w:rFonts w:ascii="Arial" w:hAnsi="Arial"/>
          <w:b/>
        </w:rPr>
        <w:t xml:space="preserve">Participant # 34:  </w:t>
      </w:r>
      <w:r>
        <w:rPr>
          <w:rFonts w:ascii="Arial" w:hAnsi="Arial"/>
          <w:color w:val="5D7284"/>
        </w:rPr>
        <w:t>16:16</w:t>
      </w:r>
    </w:p>
    <w:p w14:paraId="44BD63C2" w14:textId="77777777" w:rsidR="001D5185" w:rsidRDefault="006D7AAE">
      <w:pPr>
        <w:spacing w:after="0"/>
      </w:pPr>
      <w:r>
        <w:rPr>
          <w:rFonts w:ascii="Arial" w:hAnsi="Arial"/>
        </w:rPr>
        <w:t>No time isn't like that. It would be 40 seconds. 40 seconds, a third of a minute or two thirds.</w:t>
      </w:r>
    </w:p>
    <w:p w14:paraId="30A8F35A" w14:textId="77777777" w:rsidR="001D5185" w:rsidRDefault="001D5185">
      <w:pPr>
        <w:spacing w:after="0"/>
      </w:pPr>
    </w:p>
    <w:p w14:paraId="5C8C906C" w14:textId="77777777" w:rsidR="001D5185" w:rsidRDefault="006D7AAE">
      <w:pPr>
        <w:spacing w:after="0"/>
      </w:pPr>
      <w:r>
        <w:rPr>
          <w:rFonts w:ascii="Arial" w:hAnsi="Arial"/>
          <w:b/>
        </w:rPr>
        <w:t xml:space="preserve">Interviewer E:  </w:t>
      </w:r>
      <w:r>
        <w:rPr>
          <w:rFonts w:ascii="Arial" w:hAnsi="Arial"/>
          <w:color w:val="5D7284"/>
        </w:rPr>
        <w:t>16:21</w:t>
      </w:r>
    </w:p>
    <w:p w14:paraId="178D5914" w14:textId="59A52886" w:rsidR="001D5185" w:rsidRDefault="006D7AAE">
      <w:pPr>
        <w:spacing w:after="0"/>
      </w:pPr>
      <w:r>
        <w:rPr>
          <w:rFonts w:ascii="Arial" w:hAnsi="Arial"/>
        </w:rPr>
        <w:t xml:space="preserve">All right. And then we're doing one minute and never do too. All right. I was trying to divide it up evenly but it's like weird so art Alright, okay. So </w:t>
      </w:r>
      <w:r w:rsidR="00623041">
        <w:rPr>
          <w:rFonts w:ascii="Arial" w:hAnsi="Arial"/>
        </w:rPr>
        <w:t>basically,</w:t>
      </w:r>
      <w:r>
        <w:rPr>
          <w:rFonts w:ascii="Arial" w:hAnsi="Arial"/>
        </w:rPr>
        <w:t xml:space="preserve"> in the same order that I showed you if you could just drop me what you think it would look like as those time intervals.</w:t>
      </w:r>
    </w:p>
    <w:p w14:paraId="249EFF94" w14:textId="77777777" w:rsidR="001D5185" w:rsidRDefault="001D5185">
      <w:pPr>
        <w:spacing w:after="0"/>
      </w:pPr>
    </w:p>
    <w:p w14:paraId="02BF83CC" w14:textId="77777777" w:rsidR="001D5185" w:rsidRDefault="006D7AAE">
      <w:pPr>
        <w:spacing w:after="0"/>
      </w:pPr>
      <w:r>
        <w:rPr>
          <w:rFonts w:ascii="Arial" w:hAnsi="Arial"/>
          <w:b/>
        </w:rPr>
        <w:t xml:space="preserve">Participant # 34:  </w:t>
      </w:r>
      <w:r>
        <w:rPr>
          <w:rFonts w:ascii="Arial" w:hAnsi="Arial"/>
          <w:color w:val="5D7284"/>
        </w:rPr>
        <w:t>16:41</w:t>
      </w:r>
    </w:p>
    <w:p w14:paraId="082FD0FA" w14:textId="165C0B09" w:rsidR="001D5185" w:rsidRDefault="00623041">
      <w:pPr>
        <w:spacing w:after="0"/>
      </w:pPr>
      <w:r>
        <w:rPr>
          <w:rFonts w:ascii="Arial" w:hAnsi="Arial"/>
        </w:rPr>
        <w:t>Immediately after you move the wall.</w:t>
      </w:r>
    </w:p>
    <w:p w14:paraId="2D70AC37" w14:textId="77777777" w:rsidR="001D5185" w:rsidRDefault="001D5185">
      <w:pPr>
        <w:spacing w:after="0"/>
      </w:pPr>
    </w:p>
    <w:p w14:paraId="568B7696" w14:textId="77777777" w:rsidR="001D5185" w:rsidRDefault="006D7AAE">
      <w:pPr>
        <w:spacing w:after="0"/>
      </w:pPr>
      <w:r>
        <w:rPr>
          <w:rFonts w:ascii="Arial" w:hAnsi="Arial"/>
          <w:b/>
        </w:rPr>
        <w:t xml:space="preserve">Interviewer E:  </w:t>
      </w:r>
      <w:r>
        <w:rPr>
          <w:rFonts w:ascii="Arial" w:hAnsi="Arial"/>
          <w:color w:val="5D7284"/>
        </w:rPr>
        <w:t>16:43</w:t>
      </w:r>
    </w:p>
    <w:p w14:paraId="3F51476D" w14:textId="77777777" w:rsidR="001D5185" w:rsidRDefault="006D7AAE">
      <w:pPr>
        <w:spacing w:after="0"/>
      </w:pPr>
      <w:r>
        <w:rPr>
          <w:rFonts w:ascii="Arial" w:hAnsi="Arial"/>
        </w:rPr>
        <w:t>Yes.</w:t>
      </w:r>
    </w:p>
    <w:p w14:paraId="2C2DE42F" w14:textId="77777777" w:rsidR="001D5185" w:rsidRDefault="001D5185">
      <w:pPr>
        <w:spacing w:after="0"/>
      </w:pPr>
    </w:p>
    <w:p w14:paraId="7797B2C4" w14:textId="77777777" w:rsidR="001D5185" w:rsidRDefault="006D7AAE">
      <w:pPr>
        <w:spacing w:after="0"/>
      </w:pPr>
      <w:r>
        <w:rPr>
          <w:rFonts w:ascii="Arial" w:hAnsi="Arial"/>
          <w:b/>
        </w:rPr>
        <w:t xml:space="preserve">Participant # 34:  </w:t>
      </w:r>
      <w:r>
        <w:rPr>
          <w:rFonts w:ascii="Arial" w:hAnsi="Arial"/>
          <w:color w:val="5D7284"/>
        </w:rPr>
        <w:t>16:47</w:t>
      </w:r>
    </w:p>
    <w:p w14:paraId="11B2054A" w14:textId="77777777" w:rsidR="001D5185" w:rsidRDefault="006D7AAE">
      <w:pPr>
        <w:spacing w:after="0"/>
      </w:pPr>
      <w:r>
        <w:rPr>
          <w:rFonts w:ascii="Arial" w:hAnsi="Arial"/>
        </w:rPr>
        <w:t>The green is the saltwater.</w:t>
      </w:r>
    </w:p>
    <w:p w14:paraId="75819390" w14:textId="77777777" w:rsidR="001D5185" w:rsidRDefault="001D5185">
      <w:pPr>
        <w:spacing w:after="0"/>
      </w:pPr>
    </w:p>
    <w:p w14:paraId="0706F78C" w14:textId="77777777" w:rsidR="001D5185" w:rsidRDefault="006D7AAE">
      <w:pPr>
        <w:spacing w:after="0"/>
      </w:pPr>
      <w:r>
        <w:rPr>
          <w:rFonts w:ascii="Arial" w:hAnsi="Arial"/>
          <w:b/>
        </w:rPr>
        <w:t xml:space="preserve">Interviewer E:  </w:t>
      </w:r>
      <w:r>
        <w:rPr>
          <w:rFonts w:ascii="Arial" w:hAnsi="Arial"/>
          <w:color w:val="5D7284"/>
        </w:rPr>
        <w:t>16:49</w:t>
      </w:r>
    </w:p>
    <w:p w14:paraId="31536F7B" w14:textId="77777777" w:rsidR="001D5185" w:rsidRDefault="006D7AAE">
      <w:pPr>
        <w:spacing w:after="0"/>
      </w:pPr>
      <w:r>
        <w:rPr>
          <w:rFonts w:ascii="Arial" w:hAnsi="Arial"/>
        </w:rPr>
        <w:t xml:space="preserve"> Yeah.</w:t>
      </w:r>
    </w:p>
    <w:p w14:paraId="68E88F4F" w14:textId="77777777" w:rsidR="001D5185" w:rsidRDefault="001D5185">
      <w:pPr>
        <w:spacing w:after="0"/>
      </w:pPr>
    </w:p>
    <w:p w14:paraId="3CCEAA6F" w14:textId="77777777" w:rsidR="001D5185" w:rsidRDefault="006D7AAE">
      <w:pPr>
        <w:spacing w:after="0"/>
      </w:pPr>
      <w:r>
        <w:rPr>
          <w:rFonts w:ascii="Arial" w:hAnsi="Arial"/>
          <w:b/>
        </w:rPr>
        <w:t xml:space="preserve">Participant # 34:  </w:t>
      </w:r>
      <w:r>
        <w:rPr>
          <w:rFonts w:ascii="Arial" w:hAnsi="Arial"/>
          <w:color w:val="5D7284"/>
        </w:rPr>
        <w:t>17:58</w:t>
      </w:r>
    </w:p>
    <w:p w14:paraId="5F6D2AE8" w14:textId="77777777" w:rsidR="001D5185" w:rsidRDefault="006D7AAE">
      <w:pPr>
        <w:spacing w:after="0"/>
      </w:pPr>
      <w:r>
        <w:rPr>
          <w:rFonts w:ascii="Arial" w:hAnsi="Arial"/>
        </w:rPr>
        <w:t xml:space="preserve">This is when </w:t>
      </w:r>
      <w:r>
        <w:rPr>
          <w:rFonts w:ascii="Arial" w:hAnsi="Arial"/>
        </w:rPr>
        <w:t>they're combined anyway. Okay, just for sake of or do you want to keep.</w:t>
      </w:r>
    </w:p>
    <w:p w14:paraId="7A13E42A" w14:textId="77777777" w:rsidR="001D5185" w:rsidRDefault="001D5185">
      <w:pPr>
        <w:spacing w:after="0"/>
      </w:pPr>
    </w:p>
    <w:p w14:paraId="68250FF3" w14:textId="77777777" w:rsidR="001D5185" w:rsidRDefault="006D7AAE">
      <w:pPr>
        <w:spacing w:after="0"/>
      </w:pPr>
      <w:r>
        <w:rPr>
          <w:rFonts w:ascii="Arial" w:hAnsi="Arial"/>
          <w:b/>
        </w:rPr>
        <w:t xml:space="preserve">Interviewer E:  </w:t>
      </w:r>
      <w:r>
        <w:rPr>
          <w:rFonts w:ascii="Arial" w:hAnsi="Arial"/>
          <w:color w:val="5D7284"/>
        </w:rPr>
        <w:t>18:04</w:t>
      </w:r>
    </w:p>
    <w:p w14:paraId="70E1BE4F" w14:textId="77777777" w:rsidR="001D5185" w:rsidRDefault="006D7AAE">
      <w:pPr>
        <w:spacing w:after="0"/>
      </w:pPr>
      <w:r>
        <w:rPr>
          <w:rFonts w:ascii="Arial" w:hAnsi="Arial"/>
        </w:rPr>
        <w:t>I mean you can write on it if you want.</w:t>
      </w:r>
    </w:p>
    <w:p w14:paraId="1F4EBF28" w14:textId="77777777" w:rsidR="001D5185" w:rsidRDefault="001D5185">
      <w:pPr>
        <w:spacing w:after="0"/>
      </w:pPr>
    </w:p>
    <w:p w14:paraId="2B082EEF" w14:textId="77777777" w:rsidR="001D5185" w:rsidRDefault="006D7AAE">
      <w:pPr>
        <w:spacing w:after="0"/>
      </w:pPr>
      <w:r>
        <w:rPr>
          <w:rFonts w:ascii="Arial" w:hAnsi="Arial"/>
          <w:b/>
        </w:rPr>
        <w:t xml:space="preserve">Participant # 34:  </w:t>
      </w:r>
      <w:r>
        <w:rPr>
          <w:rFonts w:ascii="Arial" w:hAnsi="Arial"/>
          <w:color w:val="5D7284"/>
        </w:rPr>
        <w:t>18:42</w:t>
      </w:r>
    </w:p>
    <w:p w14:paraId="73FD52A6" w14:textId="77777777" w:rsidR="001D5185" w:rsidRDefault="006D7AAE">
      <w:pPr>
        <w:spacing w:after="0"/>
      </w:pPr>
      <w:r>
        <w:rPr>
          <w:rFonts w:ascii="Arial" w:hAnsi="Arial"/>
        </w:rPr>
        <w:t xml:space="preserve">If you were to publish a paper like this, would you put my little drawings in there or </w:t>
      </w:r>
      <w:r>
        <w:rPr>
          <w:rFonts w:ascii="Arial" w:hAnsi="Arial"/>
        </w:rPr>
        <w:t>would you make a little diagram yourself?</w:t>
      </w:r>
    </w:p>
    <w:p w14:paraId="5858A39D" w14:textId="77777777" w:rsidR="001D5185" w:rsidRDefault="001D5185">
      <w:pPr>
        <w:spacing w:after="0"/>
      </w:pPr>
    </w:p>
    <w:p w14:paraId="5B899ADF" w14:textId="77777777" w:rsidR="001D5185" w:rsidRDefault="006D7AAE">
      <w:pPr>
        <w:spacing w:after="0"/>
      </w:pPr>
      <w:r>
        <w:rPr>
          <w:rFonts w:ascii="Arial" w:hAnsi="Arial"/>
          <w:b/>
        </w:rPr>
        <w:t xml:space="preserve">Interviewer E:  </w:t>
      </w:r>
      <w:r>
        <w:rPr>
          <w:rFonts w:ascii="Arial" w:hAnsi="Arial"/>
          <w:color w:val="5D7284"/>
        </w:rPr>
        <w:t>18:48</w:t>
      </w:r>
    </w:p>
    <w:p w14:paraId="490738E0" w14:textId="77777777" w:rsidR="001D5185" w:rsidRDefault="006D7AAE">
      <w:pPr>
        <w:spacing w:after="0"/>
      </w:pPr>
      <w:r>
        <w:rPr>
          <w:rFonts w:ascii="Arial" w:hAnsi="Arial"/>
        </w:rPr>
        <w:t>I will put your drawings in there of course absolutely.</w:t>
      </w:r>
    </w:p>
    <w:p w14:paraId="351DB760" w14:textId="77777777" w:rsidR="001D5185" w:rsidRDefault="001D5185">
      <w:pPr>
        <w:spacing w:after="0"/>
      </w:pPr>
    </w:p>
    <w:p w14:paraId="5010BB16" w14:textId="77777777" w:rsidR="001D5185" w:rsidRDefault="006D7AAE">
      <w:pPr>
        <w:spacing w:after="0"/>
      </w:pPr>
      <w:r>
        <w:rPr>
          <w:rFonts w:ascii="Arial" w:hAnsi="Arial"/>
          <w:b/>
        </w:rPr>
        <w:t xml:space="preserve">Participant # 34:  </w:t>
      </w:r>
      <w:r>
        <w:rPr>
          <w:rFonts w:ascii="Arial" w:hAnsi="Arial"/>
          <w:color w:val="5D7284"/>
        </w:rPr>
        <w:t>18:53</w:t>
      </w:r>
    </w:p>
    <w:p w14:paraId="2CE61356" w14:textId="77777777" w:rsidR="001D5185" w:rsidRDefault="006D7AAE">
      <w:pPr>
        <w:spacing w:after="0"/>
      </w:pPr>
      <w:r>
        <w:rPr>
          <w:rFonts w:ascii="Arial" w:hAnsi="Arial"/>
        </w:rPr>
        <w:t>Okay.</w:t>
      </w:r>
    </w:p>
    <w:p w14:paraId="118083A4" w14:textId="77777777" w:rsidR="001D5185" w:rsidRDefault="001D5185">
      <w:pPr>
        <w:spacing w:after="0"/>
      </w:pPr>
    </w:p>
    <w:p w14:paraId="0A46E34D" w14:textId="77777777" w:rsidR="001D5185" w:rsidRDefault="006D7AAE">
      <w:pPr>
        <w:spacing w:after="0"/>
      </w:pPr>
      <w:r>
        <w:rPr>
          <w:rFonts w:ascii="Arial" w:hAnsi="Arial"/>
          <w:b/>
        </w:rPr>
        <w:t xml:space="preserve">Interviewer E:  </w:t>
      </w:r>
      <w:r>
        <w:rPr>
          <w:rFonts w:ascii="Arial" w:hAnsi="Arial"/>
          <w:color w:val="5D7284"/>
        </w:rPr>
        <w:t>19:20</w:t>
      </w:r>
    </w:p>
    <w:p w14:paraId="5C8AC7B4" w14:textId="58626B2E" w:rsidR="001D5185" w:rsidRDefault="006D7AAE">
      <w:pPr>
        <w:spacing w:after="0"/>
      </w:pPr>
      <w:r>
        <w:rPr>
          <w:rFonts w:ascii="Arial" w:hAnsi="Arial"/>
        </w:rPr>
        <w:t xml:space="preserve">Okay, I see I couldn't see the difference between the diff two greens until now and I'm like, </w:t>
      </w:r>
      <w:r w:rsidR="00623041">
        <w:rPr>
          <w:rFonts w:ascii="Arial" w:hAnsi="Arial"/>
        </w:rPr>
        <w:t>oh</w:t>
      </w:r>
      <w:r>
        <w:rPr>
          <w:rFonts w:ascii="Arial" w:hAnsi="Arial"/>
        </w:rPr>
        <w:t>, wait, they're like, Okay, yeah.</w:t>
      </w:r>
    </w:p>
    <w:p w14:paraId="531C3036" w14:textId="77777777" w:rsidR="001D5185" w:rsidRDefault="001D5185">
      <w:pPr>
        <w:spacing w:after="0"/>
      </w:pPr>
    </w:p>
    <w:p w14:paraId="7B727010" w14:textId="77777777" w:rsidR="001D5185" w:rsidRDefault="006D7AAE">
      <w:pPr>
        <w:spacing w:after="0"/>
      </w:pPr>
      <w:r>
        <w:rPr>
          <w:rFonts w:ascii="Arial" w:hAnsi="Arial"/>
          <w:b/>
        </w:rPr>
        <w:t xml:space="preserve">Participant # 34:  </w:t>
      </w:r>
      <w:r>
        <w:rPr>
          <w:rFonts w:ascii="Arial" w:hAnsi="Arial"/>
          <w:color w:val="5D7284"/>
        </w:rPr>
        <w:t>19:28</w:t>
      </w:r>
    </w:p>
    <w:p w14:paraId="70421DF4" w14:textId="40B0DF0B" w:rsidR="001D5185" w:rsidRDefault="006D7AAE">
      <w:pPr>
        <w:spacing w:after="0"/>
      </w:pPr>
      <w:r>
        <w:rPr>
          <w:rFonts w:ascii="Arial" w:hAnsi="Arial"/>
        </w:rPr>
        <w:t xml:space="preserve">No, there's like, </w:t>
      </w:r>
      <w:r w:rsidR="00623041">
        <w:rPr>
          <w:rFonts w:ascii="Arial" w:hAnsi="Arial"/>
        </w:rPr>
        <w:t>no</w:t>
      </w:r>
      <w:r>
        <w:rPr>
          <w:rFonts w:ascii="Arial" w:hAnsi="Arial"/>
        </w:rPr>
        <w:t>, I'm making a transition layer.</w:t>
      </w:r>
    </w:p>
    <w:p w14:paraId="33841B7E" w14:textId="77777777" w:rsidR="001D5185" w:rsidRDefault="001D5185">
      <w:pPr>
        <w:spacing w:after="0"/>
      </w:pPr>
    </w:p>
    <w:p w14:paraId="6E1F825E" w14:textId="77777777" w:rsidR="001D5185" w:rsidRDefault="006D7AAE">
      <w:pPr>
        <w:spacing w:after="0"/>
      </w:pPr>
      <w:r>
        <w:rPr>
          <w:rFonts w:ascii="Arial" w:hAnsi="Arial"/>
          <w:b/>
        </w:rPr>
        <w:t xml:space="preserve">Interviewer E:  </w:t>
      </w:r>
      <w:r>
        <w:rPr>
          <w:rFonts w:ascii="Arial" w:hAnsi="Arial"/>
          <w:color w:val="5D7284"/>
        </w:rPr>
        <w:t>19:33</w:t>
      </w:r>
    </w:p>
    <w:p w14:paraId="49D948EF" w14:textId="77777777" w:rsidR="001D5185" w:rsidRDefault="006D7AAE">
      <w:pPr>
        <w:spacing w:after="0"/>
      </w:pPr>
      <w:r>
        <w:rPr>
          <w:rFonts w:ascii="Arial" w:hAnsi="Arial"/>
        </w:rPr>
        <w:t>Okay, okay.</w:t>
      </w:r>
    </w:p>
    <w:p w14:paraId="2FCFCB2C" w14:textId="77777777" w:rsidR="001D5185" w:rsidRDefault="001D5185">
      <w:pPr>
        <w:spacing w:after="0"/>
      </w:pPr>
    </w:p>
    <w:p w14:paraId="51B2225D" w14:textId="77777777" w:rsidR="001D5185" w:rsidRDefault="006D7AAE">
      <w:pPr>
        <w:spacing w:after="0"/>
      </w:pPr>
      <w:r>
        <w:rPr>
          <w:rFonts w:ascii="Arial" w:hAnsi="Arial"/>
          <w:b/>
        </w:rPr>
        <w:t xml:space="preserve">Participant # 34:  </w:t>
      </w:r>
      <w:r>
        <w:rPr>
          <w:rFonts w:ascii="Arial" w:hAnsi="Arial"/>
          <w:color w:val="5D7284"/>
        </w:rPr>
        <w:t>19:37</w:t>
      </w:r>
    </w:p>
    <w:p w14:paraId="39DD1949" w14:textId="41DE265F" w:rsidR="001D5185" w:rsidRDefault="006D7AAE">
      <w:pPr>
        <w:spacing w:after="0"/>
      </w:pPr>
      <w:r>
        <w:rPr>
          <w:rFonts w:ascii="Arial" w:hAnsi="Arial"/>
        </w:rPr>
        <w:t xml:space="preserve">No, I think I might be severely </w:t>
      </w:r>
      <w:r w:rsidR="00623041">
        <w:rPr>
          <w:rFonts w:ascii="Arial" w:hAnsi="Arial"/>
        </w:rPr>
        <w:t>underestimating</w:t>
      </w:r>
      <w:r>
        <w:rPr>
          <w:rFonts w:ascii="Arial" w:hAnsi="Arial"/>
        </w:rPr>
        <w:t xml:space="preserve"> how long 30 seconds but. There so you remember.</w:t>
      </w:r>
    </w:p>
    <w:p w14:paraId="721FD4A4" w14:textId="77777777" w:rsidR="001D5185" w:rsidRDefault="001D5185">
      <w:pPr>
        <w:spacing w:after="0"/>
      </w:pPr>
    </w:p>
    <w:p w14:paraId="4A2D9096" w14:textId="77777777" w:rsidR="001D5185" w:rsidRDefault="006D7AAE">
      <w:pPr>
        <w:spacing w:after="0"/>
      </w:pPr>
      <w:r>
        <w:rPr>
          <w:rFonts w:ascii="Arial" w:hAnsi="Arial"/>
          <w:b/>
        </w:rPr>
        <w:t xml:space="preserve">Interviewer E:  </w:t>
      </w:r>
      <w:r>
        <w:rPr>
          <w:rFonts w:ascii="Arial" w:hAnsi="Arial"/>
          <w:color w:val="5D7284"/>
        </w:rPr>
        <w:t>20:02</w:t>
      </w:r>
    </w:p>
    <w:p w14:paraId="5110B1D1" w14:textId="77777777" w:rsidR="001D5185" w:rsidRDefault="006D7AAE">
      <w:pPr>
        <w:spacing w:after="0"/>
      </w:pPr>
      <w:r>
        <w:rPr>
          <w:rFonts w:ascii="Arial" w:hAnsi="Arial"/>
        </w:rPr>
        <w:t>Thank you. I'm alright. So just some follow up questions with this. Can you explain to me what's going on?</w:t>
      </w:r>
    </w:p>
    <w:p w14:paraId="08828B47" w14:textId="77777777" w:rsidR="001D5185" w:rsidRDefault="001D5185">
      <w:pPr>
        <w:spacing w:after="0"/>
      </w:pPr>
    </w:p>
    <w:p w14:paraId="1325C8EF" w14:textId="77777777" w:rsidR="001D5185" w:rsidRDefault="006D7AAE">
      <w:pPr>
        <w:spacing w:after="0"/>
      </w:pPr>
      <w:r>
        <w:rPr>
          <w:rFonts w:ascii="Arial" w:hAnsi="Arial"/>
          <w:b/>
        </w:rPr>
        <w:t xml:space="preserve">Participant # 34:  </w:t>
      </w:r>
      <w:r>
        <w:rPr>
          <w:rFonts w:ascii="Arial" w:hAnsi="Arial"/>
          <w:color w:val="5D7284"/>
        </w:rPr>
        <w:t>20:10</w:t>
      </w:r>
    </w:p>
    <w:p w14:paraId="2B9A3DC3" w14:textId="67CD4AC9" w:rsidR="001D5185" w:rsidRDefault="006D7AAE">
      <w:pPr>
        <w:spacing w:after="0"/>
      </w:pPr>
      <w:r>
        <w:rPr>
          <w:rFonts w:ascii="Arial" w:hAnsi="Arial"/>
        </w:rPr>
        <w:t xml:space="preserve">Okay, </w:t>
      </w:r>
      <w:r w:rsidR="00623041">
        <w:rPr>
          <w:rFonts w:ascii="Arial" w:hAnsi="Arial"/>
        </w:rPr>
        <w:t>yes</w:t>
      </w:r>
      <w:r>
        <w:rPr>
          <w:rFonts w:ascii="Arial" w:hAnsi="Arial"/>
        </w:rPr>
        <w:t xml:space="preserve">. </w:t>
      </w:r>
      <w:r w:rsidR="00623041">
        <w:rPr>
          <w:rFonts w:ascii="Arial" w:hAnsi="Arial"/>
        </w:rPr>
        <w:t>So,</w:t>
      </w:r>
      <w:r>
        <w:rPr>
          <w:rFonts w:ascii="Arial" w:hAnsi="Arial"/>
        </w:rPr>
        <w:t xml:space="preserve"> this is the green.</w:t>
      </w:r>
    </w:p>
    <w:p w14:paraId="57401983" w14:textId="77777777" w:rsidR="001D5185" w:rsidRDefault="001D5185">
      <w:pPr>
        <w:spacing w:after="0"/>
      </w:pPr>
    </w:p>
    <w:p w14:paraId="511F8EDB" w14:textId="77777777" w:rsidR="001D5185" w:rsidRDefault="006D7AAE">
      <w:pPr>
        <w:spacing w:after="0"/>
      </w:pPr>
      <w:r>
        <w:rPr>
          <w:rFonts w:ascii="Arial" w:hAnsi="Arial"/>
          <w:b/>
        </w:rPr>
        <w:t xml:space="preserve">Interviewer E:  </w:t>
      </w:r>
      <w:r>
        <w:rPr>
          <w:rFonts w:ascii="Arial" w:hAnsi="Arial"/>
          <w:color w:val="5D7284"/>
        </w:rPr>
        <w:t>20:13</w:t>
      </w:r>
    </w:p>
    <w:p w14:paraId="42B84059" w14:textId="77777777" w:rsidR="001D5185" w:rsidRDefault="006D7AAE">
      <w:pPr>
        <w:spacing w:after="0"/>
      </w:pPr>
      <w:r>
        <w:rPr>
          <w:rFonts w:ascii="Arial" w:hAnsi="Arial"/>
        </w:rPr>
        <w:t xml:space="preserve"> Okay. </w:t>
      </w:r>
    </w:p>
    <w:p w14:paraId="3189798A" w14:textId="77777777" w:rsidR="001D5185" w:rsidRDefault="001D5185">
      <w:pPr>
        <w:spacing w:after="0"/>
      </w:pPr>
    </w:p>
    <w:p w14:paraId="0208697F" w14:textId="77777777" w:rsidR="001D5185" w:rsidRDefault="006D7AAE">
      <w:pPr>
        <w:spacing w:after="0"/>
      </w:pPr>
      <w:r>
        <w:rPr>
          <w:rFonts w:ascii="Arial" w:hAnsi="Arial"/>
          <w:b/>
        </w:rPr>
        <w:t xml:space="preserve">Participant # 34:  </w:t>
      </w:r>
      <w:r>
        <w:rPr>
          <w:rFonts w:ascii="Arial" w:hAnsi="Arial"/>
          <w:color w:val="5D7284"/>
        </w:rPr>
        <w:t>20:16</w:t>
      </w:r>
    </w:p>
    <w:p w14:paraId="17C3CFC2" w14:textId="77777777" w:rsidR="001D5185" w:rsidRDefault="006D7AAE">
      <w:pPr>
        <w:spacing w:after="0"/>
      </w:pPr>
      <w:r>
        <w:rPr>
          <w:rFonts w:ascii="Arial" w:hAnsi="Arial"/>
        </w:rPr>
        <w:t>This is the saltwater. And this is the freshwater. And I think that right after you remove the wall, because it'll go up, like from the bottom, if the green will go, like kind of rush in the yellow will kind of move in, but it's like the green will sweep under, and just kind of that but it like combines a little I think that the freshwater gets eaten by the saltwater.</w:t>
      </w:r>
    </w:p>
    <w:p w14:paraId="4E05F5CF" w14:textId="77777777" w:rsidR="001D5185" w:rsidRDefault="001D5185">
      <w:pPr>
        <w:spacing w:after="0"/>
      </w:pPr>
    </w:p>
    <w:p w14:paraId="55B3D6BF" w14:textId="77777777" w:rsidR="001D5185" w:rsidRDefault="006D7AAE">
      <w:pPr>
        <w:spacing w:after="0"/>
      </w:pPr>
      <w:r>
        <w:rPr>
          <w:rFonts w:ascii="Arial" w:hAnsi="Arial"/>
          <w:b/>
        </w:rPr>
        <w:t xml:space="preserve">Interviewer E:  </w:t>
      </w:r>
      <w:r>
        <w:rPr>
          <w:rFonts w:ascii="Arial" w:hAnsi="Arial"/>
          <w:color w:val="5D7284"/>
        </w:rPr>
        <w:t>20:35</w:t>
      </w:r>
    </w:p>
    <w:p w14:paraId="6F424157" w14:textId="77777777" w:rsidR="001D5185" w:rsidRDefault="006D7AAE">
      <w:pPr>
        <w:spacing w:after="0"/>
      </w:pPr>
      <w:r>
        <w:rPr>
          <w:rFonts w:ascii="Arial" w:hAnsi="Arial"/>
        </w:rPr>
        <w:lastRenderedPageBreak/>
        <w:t xml:space="preserve"> Okay.</w:t>
      </w:r>
    </w:p>
    <w:p w14:paraId="5BD18C48" w14:textId="77777777" w:rsidR="001D5185" w:rsidRDefault="001D5185">
      <w:pPr>
        <w:spacing w:after="0"/>
      </w:pPr>
    </w:p>
    <w:p w14:paraId="10FF92BB" w14:textId="77777777" w:rsidR="001D5185" w:rsidRDefault="006D7AAE">
      <w:pPr>
        <w:spacing w:after="0"/>
      </w:pPr>
      <w:r>
        <w:rPr>
          <w:rFonts w:ascii="Arial" w:hAnsi="Arial"/>
          <w:b/>
        </w:rPr>
        <w:t xml:space="preserve">Participant # 34:  </w:t>
      </w:r>
      <w:r>
        <w:rPr>
          <w:rFonts w:ascii="Arial" w:hAnsi="Arial"/>
          <w:color w:val="5D7284"/>
        </w:rPr>
        <w:t>20:36</w:t>
      </w:r>
    </w:p>
    <w:p w14:paraId="37ACCAFA" w14:textId="77777777" w:rsidR="001D5185" w:rsidRDefault="006D7AAE">
      <w:pPr>
        <w:spacing w:after="0"/>
      </w:pPr>
      <w:r>
        <w:rPr>
          <w:rFonts w:ascii="Arial" w:hAnsi="Arial"/>
        </w:rPr>
        <w:t xml:space="preserve">Because otherwise we wouldn't have no freshwater. </w:t>
      </w:r>
    </w:p>
    <w:p w14:paraId="7AF3B7C0" w14:textId="77777777" w:rsidR="001D5185" w:rsidRDefault="001D5185">
      <w:pPr>
        <w:spacing w:after="0"/>
      </w:pPr>
    </w:p>
    <w:p w14:paraId="72DD4645" w14:textId="77777777" w:rsidR="001D5185" w:rsidRDefault="006D7AAE">
      <w:pPr>
        <w:spacing w:after="0"/>
      </w:pPr>
      <w:r>
        <w:rPr>
          <w:rFonts w:ascii="Arial" w:hAnsi="Arial"/>
          <w:b/>
        </w:rPr>
        <w:t xml:space="preserve">Interviewer E:  </w:t>
      </w:r>
      <w:r>
        <w:rPr>
          <w:rFonts w:ascii="Arial" w:hAnsi="Arial"/>
          <w:color w:val="5D7284"/>
        </w:rPr>
        <w:t>20:38</w:t>
      </w:r>
    </w:p>
    <w:p w14:paraId="2DDDB922" w14:textId="77777777" w:rsidR="001D5185" w:rsidRDefault="006D7AAE">
      <w:pPr>
        <w:spacing w:after="0"/>
      </w:pPr>
      <w:r>
        <w:rPr>
          <w:rFonts w:ascii="Arial" w:hAnsi="Arial"/>
        </w:rPr>
        <w:t xml:space="preserve">Okay. </w:t>
      </w:r>
    </w:p>
    <w:p w14:paraId="2E140EC4" w14:textId="77777777" w:rsidR="001D5185" w:rsidRDefault="001D5185">
      <w:pPr>
        <w:spacing w:after="0"/>
      </w:pPr>
    </w:p>
    <w:p w14:paraId="52873EA2" w14:textId="77777777" w:rsidR="001D5185" w:rsidRDefault="006D7AAE">
      <w:pPr>
        <w:spacing w:after="0"/>
      </w:pPr>
      <w:r>
        <w:rPr>
          <w:rFonts w:ascii="Arial" w:hAnsi="Arial"/>
          <w:b/>
        </w:rPr>
        <w:t xml:space="preserve">Participant # 34:  </w:t>
      </w:r>
      <w:r>
        <w:rPr>
          <w:rFonts w:ascii="Arial" w:hAnsi="Arial"/>
          <w:color w:val="5D7284"/>
        </w:rPr>
        <w:t>20:39</w:t>
      </w:r>
    </w:p>
    <w:p w14:paraId="297AA6FE" w14:textId="263358FE" w:rsidR="001D5185" w:rsidRDefault="006D7AAE">
      <w:pPr>
        <w:spacing w:after="0"/>
      </w:pPr>
      <w:r>
        <w:rPr>
          <w:rFonts w:ascii="Arial" w:hAnsi="Arial"/>
        </w:rPr>
        <w:t xml:space="preserve">And then this is just kind of like the saltwater is like taking over the freshwater? Like, I don't know, it's mixing. And then it's I don't </w:t>
      </w:r>
      <w:r w:rsidR="00623041">
        <w:rPr>
          <w:rFonts w:ascii="Arial" w:hAnsi="Arial"/>
        </w:rPr>
        <w:t>know;</w:t>
      </w:r>
      <w:r>
        <w:rPr>
          <w:rFonts w:ascii="Arial" w:hAnsi="Arial"/>
        </w:rPr>
        <w:t xml:space="preserve"> it just keeps mixing.</w:t>
      </w:r>
    </w:p>
    <w:p w14:paraId="61652574" w14:textId="77777777" w:rsidR="001D5185" w:rsidRDefault="001D5185">
      <w:pPr>
        <w:spacing w:after="0"/>
      </w:pPr>
    </w:p>
    <w:p w14:paraId="005AC26A" w14:textId="77777777" w:rsidR="001D5185" w:rsidRDefault="006D7AAE">
      <w:pPr>
        <w:spacing w:after="0"/>
      </w:pPr>
      <w:r>
        <w:rPr>
          <w:rFonts w:ascii="Arial" w:hAnsi="Arial"/>
          <w:b/>
        </w:rPr>
        <w:t xml:space="preserve">Interviewer E:  </w:t>
      </w:r>
      <w:r>
        <w:rPr>
          <w:rFonts w:ascii="Arial" w:hAnsi="Arial"/>
          <w:color w:val="5D7284"/>
        </w:rPr>
        <w:t>20:52</w:t>
      </w:r>
    </w:p>
    <w:p w14:paraId="34E105DF" w14:textId="77777777" w:rsidR="001D5185" w:rsidRDefault="006D7AAE">
      <w:pPr>
        <w:spacing w:after="0"/>
      </w:pPr>
      <w:r>
        <w:rPr>
          <w:rFonts w:ascii="Arial" w:hAnsi="Arial"/>
        </w:rPr>
        <w:t xml:space="preserve"> All right. </w:t>
      </w:r>
    </w:p>
    <w:p w14:paraId="37AAF9AE" w14:textId="77777777" w:rsidR="001D5185" w:rsidRDefault="001D5185">
      <w:pPr>
        <w:spacing w:after="0"/>
      </w:pPr>
    </w:p>
    <w:p w14:paraId="35395CE2" w14:textId="77777777" w:rsidR="001D5185" w:rsidRDefault="006D7AAE">
      <w:pPr>
        <w:spacing w:after="0"/>
      </w:pPr>
      <w:r>
        <w:rPr>
          <w:rFonts w:ascii="Arial" w:hAnsi="Arial"/>
          <w:b/>
        </w:rPr>
        <w:t xml:space="preserve">Participant # 34:  </w:t>
      </w:r>
      <w:r>
        <w:rPr>
          <w:rFonts w:ascii="Arial" w:hAnsi="Arial"/>
          <w:color w:val="5D7284"/>
        </w:rPr>
        <w:t>20:53</w:t>
      </w:r>
    </w:p>
    <w:p w14:paraId="74AD0751" w14:textId="77777777" w:rsidR="001D5185" w:rsidRDefault="006D7AAE">
      <w:pPr>
        <w:spacing w:after="0"/>
      </w:pPr>
      <w:r>
        <w:rPr>
          <w:rFonts w:ascii="Arial" w:hAnsi="Arial"/>
        </w:rPr>
        <w:t>I don't really know how the mixing happens, but it's mixing.</w:t>
      </w:r>
    </w:p>
    <w:p w14:paraId="2CFE97A0" w14:textId="77777777" w:rsidR="001D5185" w:rsidRDefault="001D5185">
      <w:pPr>
        <w:spacing w:after="0"/>
      </w:pPr>
    </w:p>
    <w:p w14:paraId="3E0BAFDD" w14:textId="77777777" w:rsidR="001D5185" w:rsidRDefault="006D7AAE">
      <w:pPr>
        <w:spacing w:after="0"/>
      </w:pPr>
      <w:r>
        <w:rPr>
          <w:rFonts w:ascii="Arial" w:hAnsi="Arial"/>
          <w:b/>
        </w:rPr>
        <w:t xml:space="preserve">Interviewer E:  </w:t>
      </w:r>
      <w:r>
        <w:rPr>
          <w:rFonts w:ascii="Arial" w:hAnsi="Arial"/>
          <w:color w:val="5D7284"/>
        </w:rPr>
        <w:t>20:56</w:t>
      </w:r>
    </w:p>
    <w:p w14:paraId="616689D9" w14:textId="77777777" w:rsidR="001D5185" w:rsidRDefault="006D7AAE">
      <w:pPr>
        <w:spacing w:after="0"/>
      </w:pPr>
      <w:r>
        <w:rPr>
          <w:rFonts w:ascii="Arial" w:hAnsi="Arial"/>
        </w:rPr>
        <w:t>Okay, so this is just a mixture between the salt and the fresh water. It's like a like a little bit of fresh and.</w:t>
      </w:r>
    </w:p>
    <w:p w14:paraId="35C33E7F" w14:textId="77777777" w:rsidR="001D5185" w:rsidRDefault="001D5185">
      <w:pPr>
        <w:spacing w:after="0"/>
      </w:pPr>
    </w:p>
    <w:p w14:paraId="1E4160DC" w14:textId="77777777" w:rsidR="001D5185" w:rsidRDefault="006D7AAE">
      <w:pPr>
        <w:spacing w:after="0"/>
      </w:pPr>
      <w:r>
        <w:rPr>
          <w:rFonts w:ascii="Arial" w:hAnsi="Arial"/>
          <w:b/>
        </w:rPr>
        <w:t xml:space="preserve">Participant # 34:  </w:t>
      </w:r>
      <w:r>
        <w:rPr>
          <w:rFonts w:ascii="Arial" w:hAnsi="Arial"/>
          <w:color w:val="5D7284"/>
        </w:rPr>
        <w:t>21:03</w:t>
      </w:r>
    </w:p>
    <w:p w14:paraId="4D2D9FC7" w14:textId="77777777" w:rsidR="001D5185" w:rsidRDefault="006D7AAE">
      <w:pPr>
        <w:spacing w:after="0"/>
      </w:pPr>
      <w:r>
        <w:rPr>
          <w:rFonts w:ascii="Arial" w:hAnsi="Arial"/>
        </w:rPr>
        <w:t>I think like a little bit remains. Okay. I don't know.</w:t>
      </w:r>
    </w:p>
    <w:p w14:paraId="6A57768C" w14:textId="77777777" w:rsidR="001D5185" w:rsidRDefault="001D5185">
      <w:pPr>
        <w:spacing w:after="0"/>
      </w:pPr>
    </w:p>
    <w:p w14:paraId="386BD039" w14:textId="77777777" w:rsidR="001D5185" w:rsidRDefault="006D7AAE">
      <w:pPr>
        <w:spacing w:after="0"/>
      </w:pPr>
      <w:r>
        <w:rPr>
          <w:rFonts w:ascii="Arial" w:hAnsi="Arial"/>
          <w:b/>
        </w:rPr>
        <w:t xml:space="preserve">Interviewer E:  </w:t>
      </w:r>
      <w:r>
        <w:rPr>
          <w:rFonts w:ascii="Arial" w:hAnsi="Arial"/>
          <w:color w:val="5D7284"/>
        </w:rPr>
        <w:t>21:07</w:t>
      </w:r>
    </w:p>
    <w:p w14:paraId="1B1FDBBF" w14:textId="3F00C357" w:rsidR="001D5185" w:rsidRDefault="006D7AAE">
      <w:pPr>
        <w:spacing w:after="0"/>
      </w:pPr>
      <w:r>
        <w:rPr>
          <w:rFonts w:ascii="Arial" w:hAnsi="Arial"/>
        </w:rPr>
        <w:t xml:space="preserve">Okay and just kind of thrown it out there. But if I had an Olympic sized swimming pool, so these were kind of based on this, but if I had an Olympic sized swimming pool and I had a big divider wall and I put saltwater on one side freshwater another and then I lifted it up with the same thing happened that you </w:t>
      </w:r>
      <w:r w:rsidR="00623041">
        <w:rPr>
          <w:rFonts w:ascii="Arial" w:hAnsi="Arial"/>
        </w:rPr>
        <w:t>drew,</w:t>
      </w:r>
      <w:r>
        <w:rPr>
          <w:rFonts w:ascii="Arial" w:hAnsi="Arial"/>
        </w:rPr>
        <w:t xml:space="preserve"> or would it be different?</w:t>
      </w:r>
    </w:p>
    <w:p w14:paraId="303DFB57" w14:textId="77777777" w:rsidR="001D5185" w:rsidRDefault="001D5185">
      <w:pPr>
        <w:spacing w:after="0"/>
      </w:pPr>
    </w:p>
    <w:p w14:paraId="54E000FC" w14:textId="77777777" w:rsidR="001D5185" w:rsidRDefault="006D7AAE">
      <w:pPr>
        <w:spacing w:after="0"/>
      </w:pPr>
      <w:r>
        <w:rPr>
          <w:rFonts w:ascii="Arial" w:hAnsi="Arial"/>
          <w:b/>
        </w:rPr>
        <w:t xml:space="preserve">Participant # 34:  </w:t>
      </w:r>
      <w:r>
        <w:rPr>
          <w:rFonts w:ascii="Arial" w:hAnsi="Arial"/>
          <w:color w:val="5D7284"/>
        </w:rPr>
        <w:t>21:30</w:t>
      </w:r>
    </w:p>
    <w:p w14:paraId="3092AF38" w14:textId="77777777" w:rsidR="001D5185" w:rsidRDefault="006D7AAE">
      <w:pPr>
        <w:spacing w:after="0"/>
      </w:pPr>
      <w:r>
        <w:rPr>
          <w:rFonts w:ascii="Arial" w:hAnsi="Arial"/>
        </w:rPr>
        <w:t xml:space="preserve">Is the pool the same depth the entire way across? </w:t>
      </w:r>
    </w:p>
    <w:p w14:paraId="0658D1DC" w14:textId="77777777" w:rsidR="001D5185" w:rsidRDefault="001D5185">
      <w:pPr>
        <w:spacing w:after="0"/>
      </w:pPr>
    </w:p>
    <w:p w14:paraId="1877A896" w14:textId="77777777" w:rsidR="001D5185" w:rsidRDefault="006D7AAE">
      <w:pPr>
        <w:spacing w:after="0"/>
      </w:pPr>
      <w:r>
        <w:rPr>
          <w:rFonts w:ascii="Arial" w:hAnsi="Arial"/>
          <w:b/>
        </w:rPr>
        <w:t xml:space="preserve">Interviewer E:  </w:t>
      </w:r>
      <w:r>
        <w:rPr>
          <w:rFonts w:ascii="Arial" w:hAnsi="Arial"/>
          <w:color w:val="5D7284"/>
        </w:rPr>
        <w:t>21:33</w:t>
      </w:r>
    </w:p>
    <w:p w14:paraId="418B36CB" w14:textId="77777777" w:rsidR="001D5185" w:rsidRDefault="006D7AAE">
      <w:pPr>
        <w:spacing w:after="0"/>
      </w:pPr>
      <w:r>
        <w:rPr>
          <w:rFonts w:ascii="Arial" w:hAnsi="Arial"/>
        </w:rPr>
        <w:t>Yeah. Yes, like 10 feet or something. Something crazy.</w:t>
      </w:r>
    </w:p>
    <w:p w14:paraId="14C1DB59" w14:textId="77777777" w:rsidR="001D5185" w:rsidRDefault="001D5185">
      <w:pPr>
        <w:spacing w:after="0"/>
      </w:pPr>
    </w:p>
    <w:p w14:paraId="6C089163" w14:textId="77777777" w:rsidR="001D5185" w:rsidRDefault="006D7AAE">
      <w:pPr>
        <w:spacing w:after="0"/>
      </w:pPr>
      <w:r>
        <w:rPr>
          <w:rFonts w:ascii="Arial" w:hAnsi="Arial"/>
          <w:b/>
        </w:rPr>
        <w:t xml:space="preserve">Participant # 34:  </w:t>
      </w:r>
      <w:r>
        <w:rPr>
          <w:rFonts w:ascii="Arial" w:hAnsi="Arial"/>
          <w:color w:val="5D7284"/>
        </w:rPr>
        <w:t>21:38</w:t>
      </w:r>
    </w:p>
    <w:p w14:paraId="1FBE7BAD" w14:textId="77777777" w:rsidR="001D5185" w:rsidRDefault="006D7AAE">
      <w:pPr>
        <w:spacing w:after="0"/>
      </w:pPr>
      <w:r>
        <w:rPr>
          <w:rFonts w:ascii="Arial" w:hAnsi="Arial"/>
        </w:rPr>
        <w:t>Okay. Yes, but slower at a slower rate.</w:t>
      </w:r>
    </w:p>
    <w:p w14:paraId="699B674C" w14:textId="77777777" w:rsidR="001D5185" w:rsidRDefault="001D5185">
      <w:pPr>
        <w:spacing w:after="0"/>
      </w:pPr>
    </w:p>
    <w:p w14:paraId="09D6CB72" w14:textId="77777777" w:rsidR="001D5185" w:rsidRDefault="006D7AAE">
      <w:pPr>
        <w:spacing w:after="0"/>
      </w:pPr>
      <w:r>
        <w:rPr>
          <w:rFonts w:ascii="Arial" w:hAnsi="Arial"/>
          <w:b/>
        </w:rPr>
        <w:t xml:space="preserve">Interviewer E:  </w:t>
      </w:r>
      <w:r>
        <w:rPr>
          <w:rFonts w:ascii="Arial" w:hAnsi="Arial"/>
          <w:color w:val="5D7284"/>
        </w:rPr>
        <w:t>21:42</w:t>
      </w:r>
    </w:p>
    <w:p w14:paraId="1047790F" w14:textId="77777777" w:rsidR="001D5185" w:rsidRDefault="006D7AAE">
      <w:pPr>
        <w:spacing w:after="0"/>
      </w:pPr>
      <w:r>
        <w:rPr>
          <w:rFonts w:ascii="Arial" w:hAnsi="Arial"/>
        </w:rPr>
        <w:t>How much slower?</w:t>
      </w:r>
    </w:p>
    <w:p w14:paraId="20FBE11C" w14:textId="77777777" w:rsidR="001D5185" w:rsidRDefault="001D5185">
      <w:pPr>
        <w:spacing w:after="0"/>
      </w:pPr>
    </w:p>
    <w:p w14:paraId="79F7AC89" w14:textId="77777777" w:rsidR="001D5185" w:rsidRDefault="006D7AAE">
      <w:pPr>
        <w:spacing w:after="0"/>
      </w:pPr>
      <w:r>
        <w:rPr>
          <w:rFonts w:ascii="Arial" w:hAnsi="Arial"/>
          <w:b/>
        </w:rPr>
        <w:t xml:space="preserve">Participant # 34:  </w:t>
      </w:r>
      <w:r>
        <w:rPr>
          <w:rFonts w:ascii="Arial" w:hAnsi="Arial"/>
          <w:color w:val="5D7284"/>
        </w:rPr>
        <w:t>21:45</w:t>
      </w:r>
    </w:p>
    <w:p w14:paraId="2DA2FAE8" w14:textId="77777777" w:rsidR="001D5185" w:rsidRDefault="006D7AAE">
      <w:pPr>
        <w:spacing w:after="0"/>
      </w:pPr>
      <w:r>
        <w:rPr>
          <w:rFonts w:ascii="Arial" w:hAnsi="Arial"/>
        </w:rPr>
        <w:lastRenderedPageBreak/>
        <w:t xml:space="preserve">Well, not slower, it would just take longer because there's more space to cover. Okay, but I guess it wouldn't actually happen any slower. </w:t>
      </w:r>
    </w:p>
    <w:p w14:paraId="608068C7" w14:textId="77777777" w:rsidR="001D5185" w:rsidRDefault="001D5185">
      <w:pPr>
        <w:spacing w:after="0"/>
      </w:pPr>
    </w:p>
    <w:p w14:paraId="3940739C" w14:textId="77777777" w:rsidR="001D5185" w:rsidRDefault="006D7AAE">
      <w:pPr>
        <w:spacing w:after="0"/>
      </w:pPr>
      <w:r>
        <w:rPr>
          <w:rFonts w:ascii="Arial" w:hAnsi="Arial"/>
          <w:b/>
        </w:rPr>
        <w:t xml:space="preserve">Interviewer E:  </w:t>
      </w:r>
      <w:r>
        <w:rPr>
          <w:rFonts w:ascii="Arial" w:hAnsi="Arial"/>
          <w:color w:val="5D7284"/>
        </w:rPr>
        <w:t>21:54</w:t>
      </w:r>
    </w:p>
    <w:p w14:paraId="789FEEED" w14:textId="77777777" w:rsidR="001D5185" w:rsidRDefault="006D7AAE">
      <w:pPr>
        <w:spacing w:after="0"/>
      </w:pPr>
      <w:r>
        <w:rPr>
          <w:rFonts w:ascii="Arial" w:hAnsi="Arial"/>
        </w:rPr>
        <w:t>Okay. So, like, kind of just spreading out due to the larger volume of water.</w:t>
      </w:r>
    </w:p>
    <w:p w14:paraId="2A9DF056" w14:textId="77777777" w:rsidR="001D5185" w:rsidRDefault="001D5185">
      <w:pPr>
        <w:spacing w:after="0"/>
      </w:pPr>
    </w:p>
    <w:p w14:paraId="0819DED9" w14:textId="77777777" w:rsidR="001D5185" w:rsidRDefault="006D7AAE">
      <w:pPr>
        <w:spacing w:after="0"/>
      </w:pPr>
      <w:r>
        <w:rPr>
          <w:rFonts w:ascii="Arial" w:hAnsi="Arial"/>
          <w:b/>
        </w:rPr>
        <w:t xml:space="preserve">Participant # 34:  </w:t>
      </w:r>
      <w:r>
        <w:rPr>
          <w:rFonts w:ascii="Arial" w:hAnsi="Arial"/>
          <w:color w:val="5D7284"/>
        </w:rPr>
        <w:t>22:02</w:t>
      </w:r>
    </w:p>
    <w:p w14:paraId="6386E8DF" w14:textId="77777777" w:rsidR="001D5185" w:rsidRDefault="006D7AAE">
      <w:pPr>
        <w:spacing w:after="0"/>
      </w:pPr>
      <w:r>
        <w:rPr>
          <w:rFonts w:ascii="Arial" w:hAnsi="Arial"/>
        </w:rPr>
        <w:t>Yeah, it would take longer because I think that probably like there's like the water sweeps in and then it starts blending together.</w:t>
      </w:r>
    </w:p>
    <w:p w14:paraId="49A09C23" w14:textId="77777777" w:rsidR="001D5185" w:rsidRDefault="001D5185">
      <w:pPr>
        <w:spacing w:after="0"/>
      </w:pPr>
    </w:p>
    <w:p w14:paraId="3192BE7C" w14:textId="77777777" w:rsidR="001D5185" w:rsidRDefault="006D7AAE">
      <w:pPr>
        <w:spacing w:after="0"/>
      </w:pPr>
      <w:r>
        <w:rPr>
          <w:rFonts w:ascii="Arial" w:hAnsi="Arial"/>
          <w:b/>
        </w:rPr>
        <w:t xml:space="preserve">Interviewer E:  </w:t>
      </w:r>
      <w:r>
        <w:rPr>
          <w:rFonts w:ascii="Arial" w:hAnsi="Arial"/>
          <w:color w:val="5D7284"/>
        </w:rPr>
        <w:t>22:13</w:t>
      </w:r>
    </w:p>
    <w:p w14:paraId="65A277BB" w14:textId="77777777" w:rsidR="001D5185" w:rsidRDefault="006D7AAE">
      <w:pPr>
        <w:spacing w:after="0"/>
      </w:pPr>
      <w:r>
        <w:rPr>
          <w:rFonts w:ascii="Arial" w:hAnsi="Arial"/>
        </w:rPr>
        <w:t>Okay, is there any? Is there any memory or anything like that that made you think that to draw it that way?</w:t>
      </w:r>
    </w:p>
    <w:p w14:paraId="24D83539" w14:textId="77777777" w:rsidR="001D5185" w:rsidRDefault="001D5185">
      <w:pPr>
        <w:spacing w:after="0"/>
      </w:pPr>
    </w:p>
    <w:p w14:paraId="157EA1F4" w14:textId="77777777" w:rsidR="001D5185" w:rsidRDefault="006D7AAE">
      <w:pPr>
        <w:spacing w:after="0"/>
      </w:pPr>
      <w:r>
        <w:rPr>
          <w:rFonts w:ascii="Arial" w:hAnsi="Arial"/>
          <w:b/>
        </w:rPr>
        <w:t xml:space="preserve">Participant # 34:  </w:t>
      </w:r>
      <w:r>
        <w:rPr>
          <w:rFonts w:ascii="Arial" w:hAnsi="Arial"/>
          <w:color w:val="5D7284"/>
        </w:rPr>
        <w:t>22:22</w:t>
      </w:r>
    </w:p>
    <w:p w14:paraId="3617C3BD" w14:textId="3A56E4DA" w:rsidR="001D5185" w:rsidRDefault="006D7AAE">
      <w:pPr>
        <w:spacing w:after="0"/>
      </w:pPr>
      <w:r>
        <w:rPr>
          <w:rFonts w:ascii="Arial" w:hAnsi="Arial"/>
        </w:rPr>
        <w:t xml:space="preserve">Not really. I just know that. Like, we drink fresh </w:t>
      </w:r>
      <w:r w:rsidR="00623041">
        <w:rPr>
          <w:rFonts w:ascii="Arial" w:hAnsi="Arial"/>
        </w:rPr>
        <w:t>water,</w:t>
      </w:r>
      <w:r>
        <w:rPr>
          <w:rFonts w:ascii="Arial" w:hAnsi="Arial"/>
        </w:rPr>
        <w:t xml:space="preserve"> and we can't drink saltwater, but I know that fresh water can be polluted by saltwater so I just figured that saltwater would be taking over the freshwater I don't actually know why that would happen. I just know that you can't drink fresh water if it's been mixed with saltwater so that's that's the logic I'm using.</w:t>
      </w:r>
    </w:p>
    <w:p w14:paraId="48BD090B" w14:textId="77777777" w:rsidR="001D5185" w:rsidRDefault="001D5185">
      <w:pPr>
        <w:spacing w:after="0"/>
      </w:pPr>
    </w:p>
    <w:p w14:paraId="1710CD9B" w14:textId="77777777" w:rsidR="001D5185" w:rsidRDefault="006D7AAE">
      <w:pPr>
        <w:spacing w:after="0"/>
      </w:pPr>
      <w:r>
        <w:rPr>
          <w:rFonts w:ascii="Arial" w:hAnsi="Arial"/>
          <w:b/>
        </w:rPr>
        <w:t xml:space="preserve">Interviewer E:  </w:t>
      </w:r>
      <w:r>
        <w:rPr>
          <w:rFonts w:ascii="Arial" w:hAnsi="Arial"/>
          <w:color w:val="5D7284"/>
        </w:rPr>
        <w:t>22:46</w:t>
      </w:r>
    </w:p>
    <w:p w14:paraId="7AAC6848" w14:textId="0AF1F13D" w:rsidR="001D5185" w:rsidRDefault="00623041">
      <w:pPr>
        <w:spacing w:after="0"/>
      </w:pPr>
      <w:r>
        <w:rPr>
          <w:rFonts w:ascii="Arial" w:hAnsi="Arial"/>
        </w:rPr>
        <w:t>Yeah, I like that all right now if you could do the same thing for the hot and cold water.</w:t>
      </w:r>
    </w:p>
    <w:p w14:paraId="43297C1B" w14:textId="77777777" w:rsidR="001D5185" w:rsidRDefault="001D5185">
      <w:pPr>
        <w:spacing w:after="0"/>
      </w:pPr>
    </w:p>
    <w:p w14:paraId="298AEB81" w14:textId="77777777" w:rsidR="001D5185" w:rsidRDefault="006D7AAE">
      <w:pPr>
        <w:spacing w:after="0"/>
      </w:pPr>
      <w:r>
        <w:rPr>
          <w:rFonts w:ascii="Arial" w:hAnsi="Arial"/>
          <w:b/>
        </w:rPr>
        <w:t xml:space="preserve">Participant # 34:  </w:t>
      </w:r>
      <w:r>
        <w:rPr>
          <w:rFonts w:ascii="Arial" w:hAnsi="Arial"/>
          <w:color w:val="5D7284"/>
        </w:rPr>
        <w:t>22:54</w:t>
      </w:r>
    </w:p>
    <w:p w14:paraId="51798995" w14:textId="77777777" w:rsidR="001D5185" w:rsidRDefault="006D7AAE">
      <w:pPr>
        <w:spacing w:after="0"/>
      </w:pPr>
      <w:r>
        <w:rPr>
          <w:rFonts w:ascii="Arial" w:hAnsi="Arial"/>
        </w:rPr>
        <w:t xml:space="preserve"> Okay.</w:t>
      </w:r>
    </w:p>
    <w:p w14:paraId="3E9FEB2D" w14:textId="77777777" w:rsidR="001D5185" w:rsidRDefault="001D5185">
      <w:pPr>
        <w:spacing w:after="0"/>
      </w:pPr>
    </w:p>
    <w:p w14:paraId="180DF338" w14:textId="77777777" w:rsidR="001D5185" w:rsidRDefault="006D7AAE">
      <w:pPr>
        <w:spacing w:after="0"/>
      </w:pPr>
      <w:r>
        <w:rPr>
          <w:rFonts w:ascii="Arial" w:hAnsi="Arial"/>
          <w:b/>
        </w:rPr>
        <w:t xml:space="preserve">Interviewer E:  </w:t>
      </w:r>
      <w:r>
        <w:rPr>
          <w:rFonts w:ascii="Arial" w:hAnsi="Arial"/>
          <w:color w:val="5D7284"/>
        </w:rPr>
        <w:t>24:07</w:t>
      </w:r>
    </w:p>
    <w:p w14:paraId="6A3864F6" w14:textId="5F18C74A" w:rsidR="001D5185" w:rsidRDefault="00623041">
      <w:pPr>
        <w:spacing w:after="0"/>
      </w:pPr>
      <w:r>
        <w:rPr>
          <w:rFonts w:ascii="Arial" w:hAnsi="Arial"/>
        </w:rPr>
        <w:t>Yeah, I noticed that in this one you did the minute first affected that 30 seconds.</w:t>
      </w:r>
    </w:p>
    <w:p w14:paraId="1086255C" w14:textId="77777777" w:rsidR="001D5185" w:rsidRDefault="001D5185">
      <w:pPr>
        <w:spacing w:after="0"/>
      </w:pPr>
    </w:p>
    <w:p w14:paraId="0553F4CC" w14:textId="77777777" w:rsidR="001D5185" w:rsidRDefault="006D7AAE">
      <w:pPr>
        <w:spacing w:after="0"/>
      </w:pPr>
      <w:r>
        <w:rPr>
          <w:rFonts w:ascii="Arial" w:hAnsi="Arial"/>
          <w:b/>
        </w:rPr>
        <w:t xml:space="preserve">Participant # 34:  </w:t>
      </w:r>
      <w:r>
        <w:rPr>
          <w:rFonts w:ascii="Arial" w:hAnsi="Arial"/>
          <w:color w:val="5D7284"/>
        </w:rPr>
        <w:t>24:11</w:t>
      </w:r>
    </w:p>
    <w:p w14:paraId="00E2D655" w14:textId="0E010E46" w:rsidR="001D5185" w:rsidRDefault="00623041">
      <w:pPr>
        <w:spacing w:after="0"/>
      </w:pPr>
      <w:r>
        <w:rPr>
          <w:rFonts w:ascii="Arial" w:hAnsi="Arial"/>
        </w:rPr>
        <w:t>Oh, I did. I kind of cheated on the other one because you said how long when they're like fully combined or whatever was a full year when they just start to combine. Well, this one it's I'm doing fully so they're a whole thing's pretty cool.</w:t>
      </w:r>
    </w:p>
    <w:p w14:paraId="19453267" w14:textId="77777777" w:rsidR="001D5185" w:rsidRDefault="001D5185">
      <w:pPr>
        <w:spacing w:after="0"/>
      </w:pPr>
    </w:p>
    <w:p w14:paraId="0EAB63C0" w14:textId="77777777" w:rsidR="001D5185" w:rsidRDefault="006D7AAE">
      <w:pPr>
        <w:spacing w:after="0"/>
      </w:pPr>
      <w:r>
        <w:rPr>
          <w:rFonts w:ascii="Arial" w:hAnsi="Arial"/>
          <w:b/>
        </w:rPr>
        <w:t xml:space="preserve">Interviewer E:  </w:t>
      </w:r>
      <w:r>
        <w:rPr>
          <w:rFonts w:ascii="Arial" w:hAnsi="Arial"/>
          <w:color w:val="5D7284"/>
        </w:rPr>
        <w:t>24:41</w:t>
      </w:r>
    </w:p>
    <w:p w14:paraId="601E82EB" w14:textId="77777777" w:rsidR="001D5185" w:rsidRDefault="006D7AAE">
      <w:pPr>
        <w:spacing w:after="0"/>
      </w:pPr>
      <w:r>
        <w:rPr>
          <w:rFonts w:ascii="Arial" w:hAnsi="Arial"/>
        </w:rPr>
        <w:t xml:space="preserve"> All right. </w:t>
      </w:r>
    </w:p>
    <w:p w14:paraId="0D91627B" w14:textId="77777777" w:rsidR="001D5185" w:rsidRDefault="001D5185">
      <w:pPr>
        <w:spacing w:after="0"/>
      </w:pPr>
    </w:p>
    <w:p w14:paraId="1D7BB02C" w14:textId="77777777" w:rsidR="001D5185" w:rsidRDefault="006D7AAE">
      <w:pPr>
        <w:spacing w:after="0"/>
      </w:pPr>
      <w:r>
        <w:rPr>
          <w:rFonts w:ascii="Arial" w:hAnsi="Arial"/>
          <w:b/>
        </w:rPr>
        <w:t xml:space="preserve">Participant # 34:  </w:t>
      </w:r>
      <w:r>
        <w:rPr>
          <w:rFonts w:ascii="Arial" w:hAnsi="Arial"/>
          <w:color w:val="5D7284"/>
        </w:rPr>
        <w:t>24:42</w:t>
      </w:r>
    </w:p>
    <w:p w14:paraId="2D225743" w14:textId="77777777" w:rsidR="001D5185" w:rsidRDefault="006D7AAE">
      <w:pPr>
        <w:spacing w:after="0"/>
      </w:pPr>
      <w:r>
        <w:rPr>
          <w:rFonts w:ascii="Arial" w:hAnsi="Arial"/>
        </w:rPr>
        <w:t>So.</w:t>
      </w:r>
    </w:p>
    <w:p w14:paraId="197A5F90" w14:textId="77777777" w:rsidR="001D5185" w:rsidRDefault="001D5185">
      <w:pPr>
        <w:spacing w:after="0"/>
      </w:pPr>
    </w:p>
    <w:p w14:paraId="06B0CFF6" w14:textId="77777777" w:rsidR="001D5185" w:rsidRDefault="006D7AAE">
      <w:pPr>
        <w:spacing w:after="0"/>
      </w:pPr>
      <w:r>
        <w:rPr>
          <w:rFonts w:ascii="Arial" w:hAnsi="Arial"/>
          <w:b/>
        </w:rPr>
        <w:t xml:space="preserve">Interviewer E:  </w:t>
      </w:r>
      <w:r>
        <w:rPr>
          <w:rFonts w:ascii="Arial" w:hAnsi="Arial"/>
          <w:color w:val="5D7284"/>
        </w:rPr>
        <w:t>24:46</w:t>
      </w:r>
    </w:p>
    <w:p w14:paraId="4826D022" w14:textId="77777777" w:rsidR="001D5185" w:rsidRDefault="006D7AAE">
      <w:pPr>
        <w:spacing w:after="0"/>
      </w:pPr>
      <w:r>
        <w:rPr>
          <w:rFonts w:ascii="Arial" w:hAnsi="Arial"/>
        </w:rPr>
        <w:t>Okay, so same thing if you can just verbally explain to me what's going on with these sketches.</w:t>
      </w:r>
    </w:p>
    <w:p w14:paraId="140B71EF" w14:textId="77777777" w:rsidR="001D5185" w:rsidRDefault="001D5185">
      <w:pPr>
        <w:spacing w:after="0"/>
      </w:pPr>
    </w:p>
    <w:p w14:paraId="161E9F8A" w14:textId="77777777" w:rsidR="001D5185" w:rsidRDefault="006D7AAE">
      <w:pPr>
        <w:spacing w:after="0"/>
      </w:pPr>
      <w:r>
        <w:rPr>
          <w:rFonts w:ascii="Arial" w:hAnsi="Arial"/>
          <w:b/>
        </w:rPr>
        <w:t xml:space="preserve">Participant # 34:  </w:t>
      </w:r>
      <w:r>
        <w:rPr>
          <w:rFonts w:ascii="Arial" w:hAnsi="Arial"/>
          <w:color w:val="5D7284"/>
        </w:rPr>
        <w:t>24:54</w:t>
      </w:r>
    </w:p>
    <w:p w14:paraId="2FDB3013" w14:textId="08F9467C" w:rsidR="001D5185" w:rsidRDefault="006D7AAE">
      <w:pPr>
        <w:spacing w:after="0"/>
      </w:pPr>
      <w:r>
        <w:rPr>
          <w:rFonts w:ascii="Arial" w:hAnsi="Arial"/>
        </w:rPr>
        <w:lastRenderedPageBreak/>
        <w:t xml:space="preserve">Okay, I know that like with air and water and stuff thought is hot rises hot arises and then cold sinks, cold water sinks. And </w:t>
      </w:r>
      <w:r w:rsidR="00623041">
        <w:rPr>
          <w:rFonts w:ascii="Arial" w:hAnsi="Arial"/>
        </w:rPr>
        <w:t>so,</w:t>
      </w:r>
      <w:r>
        <w:rPr>
          <w:rFonts w:ascii="Arial" w:hAnsi="Arial"/>
        </w:rPr>
        <w:t xml:space="preserve"> I think that second the gate has removed the cold comes in. I think it would push the water back a little bit but then once the wall is like totally out the hot water like that's on top of a cold rising the bottom and then this is when it's like it would start in the middle because the hot water would start to get cooled by the cold water. </w:t>
      </w:r>
      <w:r w:rsidR="00623041">
        <w:rPr>
          <w:rFonts w:ascii="Arial" w:hAnsi="Arial"/>
        </w:rPr>
        <w:t>So,</w:t>
      </w:r>
      <w:r>
        <w:rPr>
          <w:rFonts w:ascii="Arial" w:hAnsi="Arial"/>
        </w:rPr>
        <w:t xml:space="preserve"> then it would like they would start to combine was the temperatures are about the same. And then the temperatures are the same. </w:t>
      </w:r>
      <w:r w:rsidR="00623041">
        <w:rPr>
          <w:rFonts w:ascii="Arial" w:hAnsi="Arial"/>
        </w:rPr>
        <w:t>So,</w:t>
      </w:r>
      <w:r>
        <w:rPr>
          <w:rFonts w:ascii="Arial" w:hAnsi="Arial"/>
        </w:rPr>
        <w:t xml:space="preserve"> they're combined.</w:t>
      </w:r>
    </w:p>
    <w:p w14:paraId="06D01290" w14:textId="77777777" w:rsidR="001D5185" w:rsidRDefault="001D5185">
      <w:pPr>
        <w:spacing w:after="0"/>
      </w:pPr>
    </w:p>
    <w:p w14:paraId="7764C0A0" w14:textId="77777777" w:rsidR="001D5185" w:rsidRDefault="006D7AAE">
      <w:pPr>
        <w:spacing w:after="0"/>
      </w:pPr>
      <w:r>
        <w:rPr>
          <w:rFonts w:ascii="Arial" w:hAnsi="Arial"/>
          <w:b/>
        </w:rPr>
        <w:t xml:space="preserve">Interviewer E:  </w:t>
      </w:r>
      <w:r>
        <w:rPr>
          <w:rFonts w:ascii="Arial" w:hAnsi="Arial"/>
          <w:color w:val="5D7284"/>
        </w:rPr>
        <w:t>25:34</w:t>
      </w:r>
    </w:p>
    <w:p w14:paraId="6F3EC1AB" w14:textId="77777777" w:rsidR="001D5185" w:rsidRDefault="006D7AAE">
      <w:pPr>
        <w:spacing w:after="0"/>
      </w:pPr>
      <w:r>
        <w:rPr>
          <w:rFonts w:ascii="Arial" w:hAnsi="Arial"/>
        </w:rPr>
        <w:t>Okay. Um, shame question. Is there any memory particularly that reminds you of hot and cold water this interaction right here.</w:t>
      </w:r>
    </w:p>
    <w:p w14:paraId="5598AD96" w14:textId="77777777" w:rsidR="001D5185" w:rsidRDefault="001D5185">
      <w:pPr>
        <w:spacing w:after="0"/>
      </w:pPr>
    </w:p>
    <w:p w14:paraId="5D48460E" w14:textId="77777777" w:rsidR="001D5185" w:rsidRDefault="006D7AAE">
      <w:pPr>
        <w:spacing w:after="0"/>
      </w:pPr>
      <w:r>
        <w:rPr>
          <w:rFonts w:ascii="Arial" w:hAnsi="Arial"/>
          <w:b/>
        </w:rPr>
        <w:t xml:space="preserve">Participant # 34:  </w:t>
      </w:r>
      <w:r>
        <w:rPr>
          <w:rFonts w:ascii="Arial" w:hAnsi="Arial"/>
          <w:color w:val="5D7284"/>
        </w:rPr>
        <w:t>25:46</w:t>
      </w:r>
    </w:p>
    <w:p w14:paraId="38B47CE0" w14:textId="77777777" w:rsidR="001D5185" w:rsidRDefault="006D7AAE">
      <w:pPr>
        <w:spacing w:after="0"/>
      </w:pPr>
      <w:r>
        <w:rPr>
          <w:rFonts w:ascii="Arial" w:hAnsi="Arial"/>
        </w:rPr>
        <w:t xml:space="preserve">I know that ocean currents they occur because the of the movement of the water and that happens because like the cold goes down in the heart goes up and then like convection was like convection currents. Is that right? And I also know that you're supposed to watch out when, like certain water the top gets really warm because I was a lifeguard like a beach lifeguard. So that can mean that a riptide is going to start because it means that like the cold sinking and it can pull back out. Right. And that's when </w:t>
      </w:r>
      <w:r>
        <w:rPr>
          <w:rFonts w:ascii="Arial" w:hAnsi="Arial"/>
        </w:rPr>
        <w:t>people get stuck in the ocean. I don't know that's.</w:t>
      </w:r>
    </w:p>
    <w:p w14:paraId="7F276587" w14:textId="77777777" w:rsidR="001D5185" w:rsidRDefault="001D5185">
      <w:pPr>
        <w:spacing w:after="0"/>
      </w:pPr>
    </w:p>
    <w:p w14:paraId="256EE92D" w14:textId="77777777" w:rsidR="001D5185" w:rsidRDefault="006D7AAE">
      <w:pPr>
        <w:spacing w:after="0"/>
      </w:pPr>
      <w:r>
        <w:rPr>
          <w:rFonts w:ascii="Arial" w:hAnsi="Arial"/>
          <w:b/>
        </w:rPr>
        <w:t xml:space="preserve">Interviewer E:  </w:t>
      </w:r>
      <w:r>
        <w:rPr>
          <w:rFonts w:ascii="Arial" w:hAnsi="Arial"/>
          <w:color w:val="5D7284"/>
        </w:rPr>
        <w:t>26:24</w:t>
      </w:r>
    </w:p>
    <w:p w14:paraId="2AF423DD" w14:textId="6B99418F" w:rsidR="001D5185" w:rsidRDefault="006D7AAE">
      <w:pPr>
        <w:spacing w:after="0"/>
      </w:pPr>
      <w:r>
        <w:rPr>
          <w:rFonts w:ascii="Arial" w:hAnsi="Arial"/>
        </w:rPr>
        <w:t xml:space="preserve">I mean, I think it's interesting. And what about if the same thing we had an Olympic sized pool? We did the same </w:t>
      </w:r>
      <w:r w:rsidR="00623041">
        <w:rPr>
          <w:rFonts w:ascii="Arial" w:hAnsi="Arial"/>
        </w:rPr>
        <w:t>thing.</w:t>
      </w:r>
      <w:r>
        <w:rPr>
          <w:rFonts w:ascii="Arial" w:hAnsi="Arial"/>
        </w:rPr>
        <w:t xml:space="preserve"> </w:t>
      </w:r>
    </w:p>
    <w:p w14:paraId="731097D2" w14:textId="77777777" w:rsidR="001D5185" w:rsidRDefault="001D5185">
      <w:pPr>
        <w:spacing w:after="0"/>
      </w:pPr>
    </w:p>
    <w:p w14:paraId="5E9D3884" w14:textId="77777777" w:rsidR="001D5185" w:rsidRDefault="006D7AAE">
      <w:pPr>
        <w:spacing w:after="0"/>
      </w:pPr>
      <w:r>
        <w:rPr>
          <w:rFonts w:ascii="Arial" w:hAnsi="Arial"/>
          <w:b/>
        </w:rPr>
        <w:t xml:space="preserve">Participant # 34:  </w:t>
      </w:r>
      <w:r>
        <w:rPr>
          <w:rFonts w:ascii="Arial" w:hAnsi="Arial"/>
          <w:color w:val="5D7284"/>
        </w:rPr>
        <w:t>26:31</w:t>
      </w:r>
    </w:p>
    <w:p w14:paraId="508E0914" w14:textId="77777777" w:rsidR="001D5185" w:rsidRDefault="006D7AAE">
      <w:pPr>
        <w:spacing w:after="0"/>
      </w:pPr>
      <w:r>
        <w:rPr>
          <w:rFonts w:ascii="Arial" w:hAnsi="Arial"/>
        </w:rPr>
        <w:t>Yes, I'm more confident in that one just because I know the hot water cold water thing. So now it's gonna be really embarrassing. If this doesn't happen. I know that the hot water goes to the top of the cold when it goes to the bottom. It's like one of the only things I know.</w:t>
      </w:r>
    </w:p>
    <w:p w14:paraId="73FF1808" w14:textId="77777777" w:rsidR="001D5185" w:rsidRDefault="001D5185">
      <w:pPr>
        <w:spacing w:after="0"/>
      </w:pPr>
    </w:p>
    <w:p w14:paraId="1C49EDF5" w14:textId="77777777" w:rsidR="001D5185" w:rsidRDefault="006D7AAE">
      <w:pPr>
        <w:spacing w:after="0"/>
      </w:pPr>
      <w:r>
        <w:rPr>
          <w:rFonts w:ascii="Arial" w:hAnsi="Arial"/>
          <w:b/>
        </w:rPr>
        <w:t xml:space="preserve">Interviewer E:  </w:t>
      </w:r>
      <w:r>
        <w:rPr>
          <w:rFonts w:ascii="Arial" w:hAnsi="Arial"/>
          <w:color w:val="5D7284"/>
        </w:rPr>
        <w:t>26:43</w:t>
      </w:r>
    </w:p>
    <w:p w14:paraId="5B3A9E01" w14:textId="71750EAC" w:rsidR="001D5185" w:rsidRDefault="006D7AAE">
      <w:pPr>
        <w:spacing w:after="0"/>
      </w:pPr>
      <w:r>
        <w:rPr>
          <w:rFonts w:ascii="Arial" w:hAnsi="Arial"/>
        </w:rPr>
        <w:t>All right. Well, we are going to do the demonstration and we'll see. Yeah, let's do salting and fresh first in the same order. Not mean not laying on the table.</w:t>
      </w:r>
      <w:r w:rsidR="00623041">
        <w:rPr>
          <w:rFonts w:ascii="Arial" w:hAnsi="Arial"/>
        </w:rPr>
        <w:t xml:space="preserve"> </w:t>
      </w:r>
      <w:r>
        <w:rPr>
          <w:rFonts w:ascii="Arial" w:hAnsi="Arial"/>
        </w:rPr>
        <w:t>Yeah, no, it wasn't gonna be perfect, but and.</w:t>
      </w:r>
    </w:p>
    <w:p w14:paraId="72CC6992" w14:textId="77777777" w:rsidR="001D5185" w:rsidRDefault="001D5185">
      <w:pPr>
        <w:spacing w:after="0"/>
      </w:pPr>
    </w:p>
    <w:p w14:paraId="26FB04BF" w14:textId="77777777" w:rsidR="001D5185" w:rsidRDefault="006D7AAE">
      <w:pPr>
        <w:spacing w:after="0"/>
      </w:pPr>
      <w:r>
        <w:rPr>
          <w:rFonts w:ascii="Arial" w:hAnsi="Arial"/>
          <w:b/>
        </w:rPr>
        <w:t xml:space="preserve">Participant # 34:  </w:t>
      </w:r>
      <w:r>
        <w:rPr>
          <w:rFonts w:ascii="Arial" w:hAnsi="Arial"/>
          <w:color w:val="5D7284"/>
        </w:rPr>
        <w:t>27:34</w:t>
      </w:r>
    </w:p>
    <w:p w14:paraId="06F1CCDC" w14:textId="77777777" w:rsidR="001D5185" w:rsidRDefault="006D7AAE">
      <w:pPr>
        <w:spacing w:after="0"/>
      </w:pPr>
      <w:r>
        <w:rPr>
          <w:rFonts w:ascii="Arial" w:hAnsi="Arial"/>
        </w:rPr>
        <w:t>I'm a fucking genius. Oh. Okay, I guess I didn't account for the fact that the waters moving and it'll like bounce back and forth.</w:t>
      </w:r>
    </w:p>
    <w:p w14:paraId="054CD39D" w14:textId="77777777" w:rsidR="001D5185" w:rsidRDefault="001D5185">
      <w:pPr>
        <w:spacing w:after="0"/>
      </w:pPr>
    </w:p>
    <w:p w14:paraId="6F5EF0A5" w14:textId="77777777" w:rsidR="001D5185" w:rsidRDefault="006D7AAE">
      <w:pPr>
        <w:spacing w:after="0"/>
      </w:pPr>
      <w:r>
        <w:rPr>
          <w:rFonts w:ascii="Arial" w:hAnsi="Arial"/>
          <w:b/>
        </w:rPr>
        <w:t xml:space="preserve">Interviewer E:  </w:t>
      </w:r>
      <w:r>
        <w:rPr>
          <w:rFonts w:ascii="Arial" w:hAnsi="Arial"/>
          <w:color w:val="5D7284"/>
        </w:rPr>
        <w:t>27:52</w:t>
      </w:r>
    </w:p>
    <w:p w14:paraId="2842D624" w14:textId="77777777" w:rsidR="001D5185" w:rsidRDefault="006D7AAE">
      <w:pPr>
        <w:spacing w:after="0"/>
      </w:pPr>
      <w:r>
        <w:rPr>
          <w:rFonts w:ascii="Arial" w:hAnsi="Arial"/>
        </w:rPr>
        <w:t>Oh, it is a small tank. So.</w:t>
      </w:r>
    </w:p>
    <w:p w14:paraId="271DE1A5" w14:textId="77777777" w:rsidR="001D5185" w:rsidRDefault="001D5185">
      <w:pPr>
        <w:spacing w:after="0"/>
      </w:pPr>
    </w:p>
    <w:p w14:paraId="4066441E" w14:textId="77777777" w:rsidR="001D5185" w:rsidRDefault="006D7AAE">
      <w:pPr>
        <w:spacing w:after="0"/>
      </w:pPr>
      <w:r>
        <w:rPr>
          <w:rFonts w:ascii="Arial" w:hAnsi="Arial"/>
          <w:b/>
        </w:rPr>
        <w:t xml:space="preserve">Participant # 34:  </w:t>
      </w:r>
      <w:r>
        <w:rPr>
          <w:rFonts w:ascii="Arial" w:hAnsi="Arial"/>
          <w:color w:val="5D7284"/>
        </w:rPr>
        <w:t>27:55</w:t>
      </w:r>
    </w:p>
    <w:p w14:paraId="2E501030" w14:textId="77777777" w:rsidR="001D5185" w:rsidRDefault="006D7AAE">
      <w:pPr>
        <w:spacing w:after="0"/>
      </w:pPr>
      <w:r>
        <w:rPr>
          <w:rFonts w:ascii="Arial" w:hAnsi="Arial"/>
        </w:rPr>
        <w:t>The Olympic sized pool wouldn't have done that.</w:t>
      </w:r>
    </w:p>
    <w:p w14:paraId="5089BA62" w14:textId="77777777" w:rsidR="001D5185" w:rsidRDefault="001D5185">
      <w:pPr>
        <w:spacing w:after="0"/>
      </w:pPr>
    </w:p>
    <w:p w14:paraId="4EC01D3D" w14:textId="77777777" w:rsidR="001D5185" w:rsidRDefault="006D7AAE">
      <w:pPr>
        <w:spacing w:after="0"/>
      </w:pPr>
      <w:r>
        <w:rPr>
          <w:rFonts w:ascii="Arial" w:hAnsi="Arial"/>
          <w:b/>
        </w:rPr>
        <w:t xml:space="preserve">Interviewer E:  </w:t>
      </w:r>
      <w:r>
        <w:rPr>
          <w:rFonts w:ascii="Arial" w:hAnsi="Arial"/>
          <w:color w:val="5D7284"/>
        </w:rPr>
        <w:t>27:59</w:t>
      </w:r>
    </w:p>
    <w:p w14:paraId="3B2E8C9F" w14:textId="77777777" w:rsidR="001D5185" w:rsidRDefault="006D7AAE">
      <w:pPr>
        <w:spacing w:after="0"/>
      </w:pPr>
      <w:r>
        <w:rPr>
          <w:rFonts w:ascii="Arial" w:hAnsi="Arial"/>
        </w:rPr>
        <w:t>Probably not.</w:t>
      </w:r>
    </w:p>
    <w:p w14:paraId="03D572FA" w14:textId="77777777" w:rsidR="001D5185" w:rsidRDefault="001D5185">
      <w:pPr>
        <w:spacing w:after="0"/>
      </w:pPr>
    </w:p>
    <w:p w14:paraId="2EA891AD" w14:textId="77777777" w:rsidR="001D5185" w:rsidRDefault="006D7AAE">
      <w:pPr>
        <w:spacing w:after="0"/>
      </w:pPr>
      <w:r>
        <w:rPr>
          <w:rFonts w:ascii="Arial" w:hAnsi="Arial"/>
          <w:b/>
        </w:rPr>
        <w:t xml:space="preserve">Participant # 34:  </w:t>
      </w:r>
      <w:r>
        <w:rPr>
          <w:rFonts w:ascii="Arial" w:hAnsi="Arial"/>
          <w:color w:val="5D7284"/>
        </w:rPr>
        <w:t>28:02</w:t>
      </w:r>
    </w:p>
    <w:p w14:paraId="13E95DD0" w14:textId="77777777" w:rsidR="001D5185" w:rsidRDefault="006D7AAE">
      <w:pPr>
        <w:spacing w:after="0"/>
      </w:pPr>
      <w:r>
        <w:rPr>
          <w:rFonts w:ascii="Arial" w:hAnsi="Arial"/>
        </w:rPr>
        <w:t>The Greens pretty.</w:t>
      </w:r>
    </w:p>
    <w:p w14:paraId="7AC09E5F" w14:textId="77777777" w:rsidR="001D5185" w:rsidRDefault="001D5185">
      <w:pPr>
        <w:spacing w:after="0"/>
      </w:pPr>
    </w:p>
    <w:p w14:paraId="4A8889FD" w14:textId="77777777" w:rsidR="001D5185" w:rsidRDefault="006D7AAE">
      <w:pPr>
        <w:spacing w:after="0"/>
      </w:pPr>
      <w:r>
        <w:rPr>
          <w:rFonts w:ascii="Arial" w:hAnsi="Arial"/>
          <w:b/>
        </w:rPr>
        <w:t xml:space="preserve">Interviewer E:  </w:t>
      </w:r>
      <w:r>
        <w:rPr>
          <w:rFonts w:ascii="Arial" w:hAnsi="Arial"/>
          <w:color w:val="5D7284"/>
        </w:rPr>
        <w:t>28:04</w:t>
      </w:r>
    </w:p>
    <w:p w14:paraId="732282E7" w14:textId="1E5784C4" w:rsidR="001D5185" w:rsidRDefault="006D7AAE">
      <w:pPr>
        <w:spacing w:after="0"/>
      </w:pPr>
      <w:r>
        <w:rPr>
          <w:rFonts w:ascii="Arial" w:hAnsi="Arial"/>
        </w:rPr>
        <w:t xml:space="preserve">It is. It's giving more like a teal. </w:t>
      </w:r>
      <w:r w:rsidR="00623041">
        <w:rPr>
          <w:rFonts w:ascii="Arial" w:hAnsi="Arial"/>
        </w:rPr>
        <w:t>So,</w:t>
      </w:r>
      <w:r>
        <w:rPr>
          <w:rFonts w:ascii="Arial" w:hAnsi="Arial"/>
        </w:rPr>
        <w:t xml:space="preserve"> was this surprising in any way?</w:t>
      </w:r>
    </w:p>
    <w:p w14:paraId="0E04C983" w14:textId="77777777" w:rsidR="001D5185" w:rsidRDefault="001D5185">
      <w:pPr>
        <w:spacing w:after="0"/>
      </w:pPr>
    </w:p>
    <w:p w14:paraId="68B36826" w14:textId="77777777" w:rsidR="001D5185" w:rsidRDefault="006D7AAE">
      <w:pPr>
        <w:spacing w:after="0"/>
      </w:pPr>
      <w:r>
        <w:rPr>
          <w:rFonts w:ascii="Arial" w:hAnsi="Arial"/>
          <w:b/>
        </w:rPr>
        <w:t xml:space="preserve">Participant # 34:  </w:t>
      </w:r>
      <w:r>
        <w:rPr>
          <w:rFonts w:ascii="Arial" w:hAnsi="Arial"/>
          <w:color w:val="5D7284"/>
        </w:rPr>
        <w:t>28:17</w:t>
      </w:r>
    </w:p>
    <w:p w14:paraId="45AF7789" w14:textId="5803EDAE" w:rsidR="001D5185" w:rsidRDefault="006D7AAE">
      <w:pPr>
        <w:spacing w:after="0"/>
      </w:pPr>
      <w:r>
        <w:rPr>
          <w:rFonts w:ascii="Arial" w:hAnsi="Arial"/>
        </w:rPr>
        <w:t xml:space="preserve">I mean, I fully forgot that it wouldn't just like immediately balance out and just like, stay there. And it would go back and forth. </w:t>
      </w:r>
      <w:r w:rsidR="00623041">
        <w:rPr>
          <w:rFonts w:ascii="Arial" w:hAnsi="Arial"/>
        </w:rPr>
        <w:t>So,</w:t>
      </w:r>
      <w:r>
        <w:rPr>
          <w:rFonts w:ascii="Arial" w:hAnsi="Arial"/>
        </w:rPr>
        <w:t xml:space="preserve"> it seems solid for a while. And I just didn't even think about the fact that it would be moving. But I was right that it would be yellow on top of and green on the bottom. There's not really a middle layer too much.</w:t>
      </w:r>
    </w:p>
    <w:p w14:paraId="778994AA" w14:textId="77777777" w:rsidR="001D5185" w:rsidRDefault="001D5185">
      <w:pPr>
        <w:spacing w:after="0"/>
      </w:pPr>
    </w:p>
    <w:p w14:paraId="74192C0D" w14:textId="77777777" w:rsidR="001D5185" w:rsidRDefault="006D7AAE">
      <w:pPr>
        <w:spacing w:after="0"/>
      </w:pPr>
      <w:r>
        <w:rPr>
          <w:rFonts w:ascii="Arial" w:hAnsi="Arial"/>
          <w:b/>
        </w:rPr>
        <w:t xml:space="preserve">Interviewer E:  </w:t>
      </w:r>
      <w:r>
        <w:rPr>
          <w:rFonts w:ascii="Arial" w:hAnsi="Arial"/>
          <w:color w:val="5D7284"/>
        </w:rPr>
        <w:t>28:39</w:t>
      </w:r>
    </w:p>
    <w:p w14:paraId="04BBD6F4" w14:textId="77777777" w:rsidR="001D5185" w:rsidRDefault="006D7AAE">
      <w:pPr>
        <w:spacing w:after="0"/>
      </w:pPr>
      <w:r>
        <w:rPr>
          <w:rFonts w:ascii="Arial" w:hAnsi="Arial"/>
        </w:rPr>
        <w:t>Yeah, not really much mixing going on.</w:t>
      </w:r>
    </w:p>
    <w:p w14:paraId="3531F53B" w14:textId="77777777" w:rsidR="001D5185" w:rsidRDefault="001D5185">
      <w:pPr>
        <w:spacing w:after="0"/>
      </w:pPr>
    </w:p>
    <w:p w14:paraId="5899A0D0" w14:textId="77777777" w:rsidR="001D5185" w:rsidRDefault="006D7AAE">
      <w:pPr>
        <w:spacing w:after="0"/>
      </w:pPr>
      <w:r>
        <w:rPr>
          <w:rFonts w:ascii="Arial" w:hAnsi="Arial"/>
          <w:b/>
        </w:rPr>
        <w:t xml:space="preserve">Participant # 34:  </w:t>
      </w:r>
      <w:r>
        <w:rPr>
          <w:rFonts w:ascii="Arial" w:hAnsi="Arial"/>
          <w:color w:val="5D7284"/>
        </w:rPr>
        <w:t>28:41</w:t>
      </w:r>
    </w:p>
    <w:p w14:paraId="18BB373D" w14:textId="77777777" w:rsidR="001D5185" w:rsidRDefault="006D7AAE">
      <w:pPr>
        <w:spacing w:after="0"/>
      </w:pPr>
      <w:r>
        <w:rPr>
          <w:rFonts w:ascii="Arial" w:hAnsi="Arial"/>
        </w:rPr>
        <w:t>I guess the freshwater just floats. Excellent. But yeah, doesn't mix.</w:t>
      </w:r>
    </w:p>
    <w:p w14:paraId="6142D34F" w14:textId="77777777" w:rsidR="001D5185" w:rsidRDefault="001D5185">
      <w:pPr>
        <w:spacing w:after="0"/>
      </w:pPr>
    </w:p>
    <w:p w14:paraId="5BB167B9" w14:textId="77777777" w:rsidR="001D5185" w:rsidRDefault="006D7AAE">
      <w:pPr>
        <w:spacing w:after="0"/>
      </w:pPr>
      <w:r>
        <w:rPr>
          <w:rFonts w:ascii="Arial" w:hAnsi="Arial"/>
          <w:b/>
        </w:rPr>
        <w:t xml:space="preserve">Interviewer E:  </w:t>
      </w:r>
      <w:r>
        <w:rPr>
          <w:rFonts w:ascii="Arial" w:hAnsi="Arial"/>
          <w:color w:val="5D7284"/>
        </w:rPr>
        <w:t>28:50</w:t>
      </w:r>
    </w:p>
    <w:p w14:paraId="3FE4FEDF" w14:textId="77777777" w:rsidR="001D5185" w:rsidRDefault="006D7AAE">
      <w:pPr>
        <w:spacing w:after="0"/>
      </w:pPr>
      <w:r>
        <w:rPr>
          <w:rFonts w:ascii="Arial" w:hAnsi="Arial"/>
        </w:rPr>
        <w:t>Can you try to explain to me what's going on?</w:t>
      </w:r>
    </w:p>
    <w:p w14:paraId="4F12829C" w14:textId="77777777" w:rsidR="001D5185" w:rsidRDefault="001D5185">
      <w:pPr>
        <w:spacing w:after="0"/>
      </w:pPr>
    </w:p>
    <w:p w14:paraId="14296D19" w14:textId="77777777" w:rsidR="001D5185" w:rsidRDefault="006D7AAE">
      <w:pPr>
        <w:spacing w:after="0"/>
      </w:pPr>
      <w:r>
        <w:rPr>
          <w:rFonts w:ascii="Arial" w:hAnsi="Arial"/>
          <w:b/>
        </w:rPr>
        <w:t xml:space="preserve">Participant # 34:  </w:t>
      </w:r>
      <w:r>
        <w:rPr>
          <w:rFonts w:ascii="Arial" w:hAnsi="Arial"/>
          <w:color w:val="5D7284"/>
        </w:rPr>
        <w:t>28:57</w:t>
      </w:r>
    </w:p>
    <w:p w14:paraId="144B0411" w14:textId="3E06FA22" w:rsidR="001D5185" w:rsidRDefault="006D7AAE">
      <w:pPr>
        <w:spacing w:after="0"/>
      </w:pPr>
      <w:r>
        <w:rPr>
          <w:rFonts w:ascii="Arial" w:hAnsi="Arial"/>
        </w:rPr>
        <w:t xml:space="preserve">The saltwater has salt in it. </w:t>
      </w:r>
      <w:r w:rsidR="00623041">
        <w:rPr>
          <w:rFonts w:ascii="Arial" w:hAnsi="Arial"/>
        </w:rPr>
        <w:t>So,</w:t>
      </w:r>
      <w:r>
        <w:rPr>
          <w:rFonts w:ascii="Arial" w:hAnsi="Arial"/>
        </w:rPr>
        <w:t xml:space="preserve"> it's denser. And </w:t>
      </w:r>
      <w:r w:rsidR="00623041">
        <w:rPr>
          <w:rFonts w:ascii="Arial" w:hAnsi="Arial"/>
        </w:rPr>
        <w:t>so,</w:t>
      </w:r>
      <w:r>
        <w:rPr>
          <w:rFonts w:ascii="Arial" w:hAnsi="Arial"/>
        </w:rPr>
        <w:t xml:space="preserve"> it sinks to the bottom. That's the same reason why the cold and the hot thing happens. But the saltwater goes to the bottom. The freshwater is just water. </w:t>
      </w:r>
      <w:r w:rsidR="00623041">
        <w:rPr>
          <w:rFonts w:ascii="Arial" w:hAnsi="Arial"/>
        </w:rPr>
        <w:t>So,</w:t>
      </w:r>
      <w:r>
        <w:rPr>
          <w:rFonts w:ascii="Arial" w:hAnsi="Arial"/>
        </w:rPr>
        <w:t xml:space="preserve"> it rises to the top doesn't really rise because it didn't come out of anything. But it establishes itself at the top. And then I guess there's no reason for them to combine. like nothing's mixing them up or anything so they wouldn't. They're just gonna chill like that.</w:t>
      </w:r>
    </w:p>
    <w:p w14:paraId="1CE7CB8E" w14:textId="77777777" w:rsidR="001D5185" w:rsidRDefault="001D5185">
      <w:pPr>
        <w:spacing w:after="0"/>
      </w:pPr>
    </w:p>
    <w:p w14:paraId="0378D617" w14:textId="77777777" w:rsidR="001D5185" w:rsidRDefault="006D7AAE">
      <w:pPr>
        <w:spacing w:after="0"/>
      </w:pPr>
      <w:r>
        <w:rPr>
          <w:rFonts w:ascii="Arial" w:hAnsi="Arial"/>
          <w:b/>
        </w:rPr>
        <w:t xml:space="preserve">Interviewer E:  </w:t>
      </w:r>
      <w:r>
        <w:rPr>
          <w:rFonts w:ascii="Arial" w:hAnsi="Arial"/>
          <w:color w:val="5D7284"/>
        </w:rPr>
        <w:t>29:24</w:t>
      </w:r>
    </w:p>
    <w:p w14:paraId="4DB9D91E" w14:textId="77777777" w:rsidR="001D5185" w:rsidRDefault="006D7AAE">
      <w:pPr>
        <w:spacing w:after="0"/>
      </w:pPr>
      <w:r>
        <w:rPr>
          <w:rFonts w:ascii="Arial" w:hAnsi="Arial"/>
        </w:rPr>
        <w:t>Well, looking at okay, so looking at this, you said they're just going to chill like that. Or so now, do you ever think you said it'll chill but will it ever combine? Like, ever?</w:t>
      </w:r>
    </w:p>
    <w:p w14:paraId="6DCB268B" w14:textId="77777777" w:rsidR="001D5185" w:rsidRDefault="001D5185">
      <w:pPr>
        <w:spacing w:after="0"/>
      </w:pPr>
    </w:p>
    <w:p w14:paraId="259289C0" w14:textId="77777777" w:rsidR="001D5185" w:rsidRDefault="006D7AAE">
      <w:pPr>
        <w:spacing w:after="0"/>
      </w:pPr>
      <w:r>
        <w:rPr>
          <w:rFonts w:ascii="Arial" w:hAnsi="Arial"/>
          <w:b/>
        </w:rPr>
        <w:t xml:space="preserve">Participant # 34:  </w:t>
      </w:r>
      <w:r>
        <w:rPr>
          <w:rFonts w:ascii="Arial" w:hAnsi="Arial"/>
          <w:color w:val="5D7284"/>
        </w:rPr>
        <w:t>29:37</w:t>
      </w:r>
    </w:p>
    <w:p w14:paraId="01BB49C5" w14:textId="77777777" w:rsidR="001D5185" w:rsidRDefault="006D7AAE">
      <w:pPr>
        <w:spacing w:after="0"/>
      </w:pPr>
      <w:r>
        <w:rPr>
          <w:rFonts w:ascii="Arial" w:hAnsi="Arial"/>
        </w:rPr>
        <w:t>Um.</w:t>
      </w:r>
    </w:p>
    <w:p w14:paraId="0909B4D4" w14:textId="77777777" w:rsidR="001D5185" w:rsidRDefault="001D5185">
      <w:pPr>
        <w:spacing w:after="0"/>
      </w:pPr>
    </w:p>
    <w:p w14:paraId="546AED94" w14:textId="77777777" w:rsidR="001D5185" w:rsidRDefault="006D7AAE">
      <w:pPr>
        <w:spacing w:after="0"/>
      </w:pPr>
      <w:r>
        <w:rPr>
          <w:rFonts w:ascii="Arial" w:hAnsi="Arial"/>
          <w:b/>
        </w:rPr>
        <w:t xml:space="preserve">Interviewer E:  </w:t>
      </w:r>
      <w:r>
        <w:rPr>
          <w:rFonts w:ascii="Arial" w:hAnsi="Arial"/>
          <w:color w:val="5D7284"/>
        </w:rPr>
        <w:t>29:39</w:t>
      </w:r>
    </w:p>
    <w:p w14:paraId="252918F4" w14:textId="77777777" w:rsidR="001D5185" w:rsidRDefault="006D7AAE">
      <w:pPr>
        <w:spacing w:after="0"/>
      </w:pPr>
      <w:r>
        <w:rPr>
          <w:rFonts w:ascii="Arial" w:hAnsi="Arial"/>
        </w:rPr>
        <w:t>Like, if we just sat this in like a dusty room and just left it. Do you think you know we came back in two years it would still look like that.</w:t>
      </w:r>
    </w:p>
    <w:p w14:paraId="34AF1D29" w14:textId="77777777" w:rsidR="001D5185" w:rsidRDefault="001D5185">
      <w:pPr>
        <w:spacing w:after="0"/>
      </w:pPr>
    </w:p>
    <w:p w14:paraId="3CFE838A" w14:textId="77777777" w:rsidR="001D5185" w:rsidRDefault="006D7AAE">
      <w:pPr>
        <w:spacing w:after="0"/>
      </w:pPr>
      <w:r>
        <w:rPr>
          <w:rFonts w:ascii="Arial" w:hAnsi="Arial"/>
          <w:b/>
        </w:rPr>
        <w:t xml:space="preserve">Participant # 34:  </w:t>
      </w:r>
      <w:r>
        <w:rPr>
          <w:rFonts w:ascii="Arial" w:hAnsi="Arial"/>
          <w:color w:val="5D7284"/>
        </w:rPr>
        <w:t>29:46</w:t>
      </w:r>
    </w:p>
    <w:p w14:paraId="0B091037" w14:textId="25E9124E" w:rsidR="001D5185" w:rsidRDefault="006D7AAE">
      <w:pPr>
        <w:spacing w:after="0"/>
      </w:pPr>
      <w:r>
        <w:rPr>
          <w:rFonts w:ascii="Arial" w:hAnsi="Arial"/>
        </w:rPr>
        <w:t xml:space="preserve">I feel like in two years. I mean, it wouldn't look like that it would be moldy. Yeah, um, it um I guess it would probably combine but I think that wait for it to combine like recent or soon. It's something we need to do something to it. Like if it got messed up that it would combine, right. But right </w:t>
      </w:r>
      <w:r w:rsidR="00623041">
        <w:rPr>
          <w:rFonts w:ascii="Arial" w:hAnsi="Arial"/>
        </w:rPr>
        <w:t>now,</w:t>
      </w:r>
      <w:r>
        <w:rPr>
          <w:rFonts w:ascii="Arial" w:hAnsi="Arial"/>
        </w:rPr>
        <w:t xml:space="preserve"> I think it'll </w:t>
      </w:r>
      <w:r>
        <w:rPr>
          <w:rFonts w:ascii="Arial" w:hAnsi="Arial"/>
        </w:rPr>
        <w:lastRenderedPageBreak/>
        <w:t>stay where it is. Two years, I don't know, it would probably do something. I don't know what it would do. I just feel like it wouldn't stay like that for two years.</w:t>
      </w:r>
    </w:p>
    <w:p w14:paraId="75BFC19A" w14:textId="77777777" w:rsidR="001D5185" w:rsidRDefault="001D5185">
      <w:pPr>
        <w:spacing w:after="0"/>
      </w:pPr>
    </w:p>
    <w:p w14:paraId="587336EA" w14:textId="77777777" w:rsidR="001D5185" w:rsidRDefault="006D7AAE">
      <w:pPr>
        <w:spacing w:after="0"/>
      </w:pPr>
      <w:r>
        <w:rPr>
          <w:rFonts w:ascii="Arial" w:hAnsi="Arial"/>
          <w:b/>
        </w:rPr>
        <w:t xml:space="preserve">Interviewer E:  </w:t>
      </w:r>
      <w:r>
        <w:rPr>
          <w:rFonts w:ascii="Arial" w:hAnsi="Arial"/>
          <w:color w:val="5D7284"/>
        </w:rPr>
        <w:t>30:20</w:t>
      </w:r>
    </w:p>
    <w:p w14:paraId="570EA684" w14:textId="5659525B" w:rsidR="001D5185" w:rsidRDefault="006D7AAE">
      <w:pPr>
        <w:spacing w:after="0"/>
      </w:pPr>
      <w:r>
        <w:rPr>
          <w:rFonts w:ascii="Arial" w:hAnsi="Arial"/>
        </w:rPr>
        <w:t xml:space="preserve">Alright so give me a timeframe, then the best estimate </w:t>
      </w:r>
      <w:r w:rsidR="00623041">
        <w:rPr>
          <w:rFonts w:ascii="Arial" w:hAnsi="Arial"/>
        </w:rPr>
        <w:t>possible.</w:t>
      </w:r>
    </w:p>
    <w:p w14:paraId="68170B4A" w14:textId="77777777" w:rsidR="001D5185" w:rsidRDefault="001D5185">
      <w:pPr>
        <w:spacing w:after="0"/>
      </w:pPr>
    </w:p>
    <w:p w14:paraId="571900F4" w14:textId="77777777" w:rsidR="001D5185" w:rsidRDefault="006D7AAE">
      <w:pPr>
        <w:spacing w:after="0"/>
      </w:pPr>
      <w:r>
        <w:rPr>
          <w:rFonts w:ascii="Arial" w:hAnsi="Arial"/>
          <w:b/>
        </w:rPr>
        <w:t xml:space="preserve">Participant # 34:  </w:t>
      </w:r>
      <w:r>
        <w:rPr>
          <w:rFonts w:ascii="Arial" w:hAnsi="Arial"/>
          <w:color w:val="5D7284"/>
        </w:rPr>
        <w:t>30:29</w:t>
      </w:r>
    </w:p>
    <w:p w14:paraId="75468022" w14:textId="77777777" w:rsidR="001D5185" w:rsidRDefault="006D7AAE">
      <w:pPr>
        <w:spacing w:after="0"/>
      </w:pPr>
      <w:r>
        <w:rPr>
          <w:rFonts w:ascii="Arial" w:hAnsi="Arial"/>
        </w:rPr>
        <w:t>I don't know. Um, a month.</w:t>
      </w:r>
    </w:p>
    <w:p w14:paraId="2CAE7CFB" w14:textId="77777777" w:rsidR="001D5185" w:rsidRDefault="001D5185">
      <w:pPr>
        <w:spacing w:after="0"/>
      </w:pPr>
    </w:p>
    <w:p w14:paraId="3CFD80ED" w14:textId="77777777" w:rsidR="001D5185" w:rsidRDefault="006D7AAE">
      <w:pPr>
        <w:spacing w:after="0"/>
      </w:pPr>
      <w:r>
        <w:rPr>
          <w:rFonts w:ascii="Arial" w:hAnsi="Arial"/>
          <w:b/>
        </w:rPr>
        <w:t xml:space="preserve">Interviewer E:  </w:t>
      </w:r>
      <w:r>
        <w:rPr>
          <w:rFonts w:ascii="Arial" w:hAnsi="Arial"/>
          <w:color w:val="5D7284"/>
        </w:rPr>
        <w:t>30:33</w:t>
      </w:r>
    </w:p>
    <w:p w14:paraId="6447D279" w14:textId="77777777" w:rsidR="001D5185" w:rsidRDefault="006D7AAE">
      <w:pPr>
        <w:spacing w:after="0"/>
      </w:pPr>
      <w:r>
        <w:rPr>
          <w:rFonts w:ascii="Arial" w:hAnsi="Arial"/>
        </w:rPr>
        <w:t xml:space="preserve">A month. Okay. There was one time we didn't, we didn't clean up and we just kind of left it and it was still like this in the morning. And that was probably like a good 12 hours or so. So it's just messy. I have like dye all over me. All right. Let's do our final demonstration. We have the cold. </w:t>
      </w:r>
    </w:p>
    <w:p w14:paraId="326245A6" w14:textId="77777777" w:rsidR="001D5185" w:rsidRDefault="001D5185">
      <w:pPr>
        <w:spacing w:after="0"/>
      </w:pPr>
    </w:p>
    <w:p w14:paraId="7F16B509" w14:textId="77777777" w:rsidR="001D5185" w:rsidRDefault="006D7AAE">
      <w:pPr>
        <w:spacing w:after="0"/>
      </w:pPr>
      <w:r>
        <w:rPr>
          <w:rFonts w:ascii="Arial" w:hAnsi="Arial"/>
          <w:b/>
        </w:rPr>
        <w:t xml:space="preserve">Participant # 34:  </w:t>
      </w:r>
      <w:r>
        <w:rPr>
          <w:rFonts w:ascii="Arial" w:hAnsi="Arial"/>
          <w:color w:val="5D7284"/>
        </w:rPr>
        <w:t>31:00</w:t>
      </w:r>
    </w:p>
    <w:p w14:paraId="252C2244" w14:textId="77777777" w:rsidR="001D5185" w:rsidRDefault="006D7AAE">
      <w:pPr>
        <w:spacing w:after="0"/>
      </w:pPr>
      <w:r>
        <w:rPr>
          <w:rFonts w:ascii="Arial" w:hAnsi="Arial"/>
        </w:rPr>
        <w:t>I did leave it a little bit lighter. I just thought it would combine more in the middle.</w:t>
      </w:r>
    </w:p>
    <w:p w14:paraId="292B5841" w14:textId="77777777" w:rsidR="001D5185" w:rsidRDefault="001D5185">
      <w:pPr>
        <w:spacing w:after="0"/>
      </w:pPr>
    </w:p>
    <w:p w14:paraId="7EE58F60" w14:textId="77777777" w:rsidR="001D5185" w:rsidRDefault="006D7AAE">
      <w:pPr>
        <w:spacing w:after="0"/>
      </w:pPr>
      <w:r>
        <w:rPr>
          <w:rFonts w:ascii="Arial" w:hAnsi="Arial"/>
          <w:b/>
        </w:rPr>
        <w:t xml:space="preserve">Interviewer E:  </w:t>
      </w:r>
      <w:r>
        <w:rPr>
          <w:rFonts w:ascii="Arial" w:hAnsi="Arial"/>
          <w:color w:val="5D7284"/>
        </w:rPr>
        <w:t>31:03</w:t>
      </w:r>
    </w:p>
    <w:p w14:paraId="47BA46F1" w14:textId="3278C631" w:rsidR="001D5185" w:rsidRDefault="00623041">
      <w:pPr>
        <w:spacing w:after="0"/>
      </w:pPr>
      <w:r>
        <w:rPr>
          <w:rFonts w:ascii="Arial" w:hAnsi="Arial"/>
        </w:rPr>
        <w:t>Yeah, you yeah. You had like the layering, essentially. Right? Maybe not necessarily the combining. But to be honest, if I never did this, I probably would have said something similar. So. Shattuck mushroom. All right and. So.</w:t>
      </w:r>
    </w:p>
    <w:p w14:paraId="50406923" w14:textId="77777777" w:rsidR="001D5185" w:rsidRDefault="001D5185">
      <w:pPr>
        <w:spacing w:after="0"/>
      </w:pPr>
    </w:p>
    <w:p w14:paraId="520E3888" w14:textId="77777777" w:rsidR="001D5185" w:rsidRDefault="006D7AAE">
      <w:pPr>
        <w:spacing w:after="0"/>
      </w:pPr>
      <w:r>
        <w:rPr>
          <w:rFonts w:ascii="Arial" w:hAnsi="Arial"/>
          <w:b/>
        </w:rPr>
        <w:t xml:space="preserve">Participant # 34:  </w:t>
      </w:r>
      <w:r>
        <w:rPr>
          <w:rFonts w:ascii="Arial" w:hAnsi="Arial"/>
          <w:color w:val="5D7284"/>
        </w:rPr>
        <w:t>32:24</w:t>
      </w:r>
    </w:p>
    <w:p w14:paraId="069BAAED" w14:textId="77777777" w:rsidR="001D5185" w:rsidRDefault="006D7AAE">
      <w:pPr>
        <w:spacing w:after="0"/>
      </w:pPr>
      <w:r>
        <w:rPr>
          <w:rFonts w:ascii="Arial" w:hAnsi="Arial"/>
        </w:rPr>
        <w:t>Yeah, I mean, that sort of felt what I thought.</w:t>
      </w:r>
    </w:p>
    <w:p w14:paraId="1CF900B2" w14:textId="77777777" w:rsidR="001D5185" w:rsidRDefault="001D5185">
      <w:pPr>
        <w:spacing w:after="0"/>
      </w:pPr>
    </w:p>
    <w:p w14:paraId="179C61CB" w14:textId="77777777" w:rsidR="001D5185" w:rsidRDefault="006D7AAE">
      <w:pPr>
        <w:spacing w:after="0"/>
      </w:pPr>
      <w:r>
        <w:rPr>
          <w:rFonts w:ascii="Arial" w:hAnsi="Arial"/>
          <w:b/>
        </w:rPr>
        <w:t xml:space="preserve">Interviewer E:  </w:t>
      </w:r>
      <w:r>
        <w:rPr>
          <w:rFonts w:ascii="Arial" w:hAnsi="Arial"/>
          <w:color w:val="5D7284"/>
        </w:rPr>
        <w:t>32:26</w:t>
      </w:r>
    </w:p>
    <w:p w14:paraId="656053E7" w14:textId="77777777" w:rsidR="001D5185" w:rsidRDefault="006D7AAE">
      <w:pPr>
        <w:spacing w:after="0"/>
      </w:pPr>
      <w:r>
        <w:rPr>
          <w:rFonts w:ascii="Arial" w:hAnsi="Arial"/>
        </w:rPr>
        <w:t>Yeah, as it surprising at all?</w:t>
      </w:r>
    </w:p>
    <w:p w14:paraId="3B7FB6BC" w14:textId="77777777" w:rsidR="001D5185" w:rsidRDefault="001D5185">
      <w:pPr>
        <w:spacing w:after="0"/>
      </w:pPr>
    </w:p>
    <w:p w14:paraId="2D9220C4" w14:textId="77777777" w:rsidR="001D5185" w:rsidRDefault="006D7AAE">
      <w:pPr>
        <w:spacing w:after="0"/>
      </w:pPr>
      <w:r>
        <w:rPr>
          <w:rFonts w:ascii="Arial" w:hAnsi="Arial"/>
          <w:b/>
        </w:rPr>
        <w:t xml:space="preserve">Participant # 34:  </w:t>
      </w:r>
      <w:r>
        <w:rPr>
          <w:rFonts w:ascii="Arial" w:hAnsi="Arial"/>
          <w:color w:val="5D7284"/>
        </w:rPr>
        <w:t>32:28</w:t>
      </w:r>
    </w:p>
    <w:p w14:paraId="59FFCA35" w14:textId="3DDC8DE5" w:rsidR="001D5185" w:rsidRDefault="006D7AAE">
      <w:pPr>
        <w:spacing w:after="0"/>
      </w:pPr>
      <w:r>
        <w:rPr>
          <w:rFonts w:ascii="Arial" w:hAnsi="Arial"/>
        </w:rPr>
        <w:t xml:space="preserve">I mean, I forgot that it would be moving again. </w:t>
      </w:r>
      <w:r w:rsidR="00623041">
        <w:rPr>
          <w:rFonts w:ascii="Arial" w:hAnsi="Arial"/>
        </w:rPr>
        <w:t>So,</w:t>
      </w:r>
      <w:r>
        <w:rPr>
          <w:rFonts w:ascii="Arial" w:hAnsi="Arial"/>
        </w:rPr>
        <w:t xml:space="preserve"> it had to like </w:t>
      </w:r>
      <w:r w:rsidR="00623041">
        <w:rPr>
          <w:rFonts w:ascii="Arial" w:hAnsi="Arial"/>
        </w:rPr>
        <w:t>to reconstitute</w:t>
      </w:r>
      <w:r>
        <w:rPr>
          <w:rFonts w:ascii="Arial" w:hAnsi="Arial"/>
        </w:rPr>
        <w:t>, you know, it was like, rocking back and forth for a little but now it's doing layers is what I thought would happen. And there's kind of a purple in the middle, I think. I don't know. I feel like there's a little bit of a middle bit. Because you can see a tiny bit of pink going into the blue. A little bit. I think, there there's like tendrils.</w:t>
      </w:r>
    </w:p>
    <w:p w14:paraId="44FD2646" w14:textId="77777777" w:rsidR="001D5185" w:rsidRDefault="001D5185">
      <w:pPr>
        <w:spacing w:after="0"/>
      </w:pPr>
    </w:p>
    <w:p w14:paraId="3EB22F29" w14:textId="77777777" w:rsidR="001D5185" w:rsidRDefault="006D7AAE">
      <w:pPr>
        <w:spacing w:after="0"/>
      </w:pPr>
      <w:r>
        <w:rPr>
          <w:rFonts w:ascii="Arial" w:hAnsi="Arial"/>
          <w:b/>
        </w:rPr>
        <w:t xml:space="preserve">Interviewer E:  </w:t>
      </w:r>
      <w:r>
        <w:rPr>
          <w:rFonts w:ascii="Arial" w:hAnsi="Arial"/>
          <w:color w:val="5D7284"/>
        </w:rPr>
        <w:t>33:01</w:t>
      </w:r>
    </w:p>
    <w:p w14:paraId="54C808AB" w14:textId="131B851B" w:rsidR="001D5185" w:rsidRDefault="006D7AAE">
      <w:pPr>
        <w:spacing w:after="0"/>
      </w:pPr>
      <w:r>
        <w:rPr>
          <w:rFonts w:ascii="Arial" w:hAnsi="Arial"/>
        </w:rPr>
        <w:t xml:space="preserve">And you're originally you were saying that? It would probably do something similar. For similar reasons like the saltwater, like the saltwater going to the bottom. Do you think you could you explain to me why do you think the </w:t>
      </w:r>
      <w:r w:rsidR="00623041">
        <w:rPr>
          <w:rFonts w:ascii="Arial" w:hAnsi="Arial"/>
        </w:rPr>
        <w:t>cold-water</w:t>
      </w:r>
      <w:r>
        <w:rPr>
          <w:rFonts w:ascii="Arial" w:hAnsi="Arial"/>
        </w:rPr>
        <w:t xml:space="preserve"> went to the bottom?</w:t>
      </w:r>
    </w:p>
    <w:p w14:paraId="19015A9F" w14:textId="77777777" w:rsidR="001D5185" w:rsidRDefault="001D5185">
      <w:pPr>
        <w:spacing w:after="0"/>
      </w:pPr>
    </w:p>
    <w:p w14:paraId="63FE38B6" w14:textId="77777777" w:rsidR="001D5185" w:rsidRDefault="006D7AAE">
      <w:pPr>
        <w:spacing w:after="0"/>
      </w:pPr>
      <w:r>
        <w:rPr>
          <w:rFonts w:ascii="Arial" w:hAnsi="Arial"/>
          <w:b/>
        </w:rPr>
        <w:t xml:space="preserve">Participant # 34:  </w:t>
      </w:r>
      <w:r>
        <w:rPr>
          <w:rFonts w:ascii="Arial" w:hAnsi="Arial"/>
          <w:color w:val="5D7284"/>
        </w:rPr>
        <w:t>33:19</w:t>
      </w:r>
    </w:p>
    <w:p w14:paraId="2AD28BBD" w14:textId="46FD58C3" w:rsidR="001D5185" w:rsidRDefault="006D7AAE">
      <w:pPr>
        <w:spacing w:after="0"/>
      </w:pPr>
      <w:r>
        <w:rPr>
          <w:rFonts w:ascii="Arial" w:hAnsi="Arial"/>
        </w:rPr>
        <w:t xml:space="preserve">Density, because when things are cold, there, wait, okay, when things heat up their molecules, they're happy. They go, they like get further apart. And then cold things like hunker down for the winter. </w:t>
      </w:r>
      <w:r w:rsidR="00623041">
        <w:rPr>
          <w:rFonts w:ascii="Arial" w:hAnsi="Arial"/>
        </w:rPr>
        <w:t>So,</w:t>
      </w:r>
      <w:r>
        <w:rPr>
          <w:rFonts w:ascii="Arial" w:hAnsi="Arial"/>
        </w:rPr>
        <w:t xml:space="preserve"> they like condense and get close together. So cold things are generally more dense than hot things. And </w:t>
      </w:r>
      <w:r w:rsidR="00623041">
        <w:rPr>
          <w:rFonts w:ascii="Arial" w:hAnsi="Arial"/>
        </w:rPr>
        <w:t>so,</w:t>
      </w:r>
      <w:r>
        <w:rPr>
          <w:rFonts w:ascii="Arial" w:hAnsi="Arial"/>
        </w:rPr>
        <w:t xml:space="preserve"> the cold water is sunk to the bottom because it's like compacted. </w:t>
      </w:r>
    </w:p>
    <w:p w14:paraId="6A47A188" w14:textId="77777777" w:rsidR="001D5185" w:rsidRDefault="001D5185">
      <w:pPr>
        <w:spacing w:after="0"/>
      </w:pPr>
    </w:p>
    <w:p w14:paraId="590CD05F" w14:textId="77777777" w:rsidR="001D5185" w:rsidRDefault="006D7AAE">
      <w:pPr>
        <w:spacing w:after="0"/>
      </w:pPr>
      <w:r>
        <w:rPr>
          <w:rFonts w:ascii="Arial" w:hAnsi="Arial"/>
          <w:b/>
        </w:rPr>
        <w:t xml:space="preserve">Interviewer E:  </w:t>
      </w:r>
      <w:r>
        <w:rPr>
          <w:rFonts w:ascii="Arial" w:hAnsi="Arial"/>
          <w:color w:val="5D7284"/>
        </w:rPr>
        <w:t>33:43</w:t>
      </w:r>
    </w:p>
    <w:p w14:paraId="5BA2B0EA" w14:textId="77777777" w:rsidR="001D5185" w:rsidRDefault="006D7AAE">
      <w:pPr>
        <w:spacing w:after="0"/>
      </w:pPr>
      <w:r>
        <w:rPr>
          <w:rFonts w:ascii="Arial" w:hAnsi="Arial"/>
        </w:rPr>
        <w:t>I like to hunker down for the winter part.</w:t>
      </w:r>
    </w:p>
    <w:p w14:paraId="0B69EA23" w14:textId="77777777" w:rsidR="001D5185" w:rsidRDefault="001D5185">
      <w:pPr>
        <w:spacing w:after="0"/>
      </w:pPr>
    </w:p>
    <w:p w14:paraId="7947EE1E" w14:textId="77777777" w:rsidR="001D5185" w:rsidRDefault="006D7AAE">
      <w:pPr>
        <w:spacing w:after="0"/>
      </w:pPr>
      <w:r>
        <w:rPr>
          <w:rFonts w:ascii="Arial" w:hAnsi="Arial"/>
          <w:b/>
        </w:rPr>
        <w:t xml:space="preserve">Participant # 34:  </w:t>
      </w:r>
      <w:r>
        <w:rPr>
          <w:rFonts w:ascii="Arial" w:hAnsi="Arial"/>
          <w:color w:val="5D7284"/>
        </w:rPr>
        <w:t>33:46</w:t>
      </w:r>
    </w:p>
    <w:p w14:paraId="5786F7F2" w14:textId="77777777" w:rsidR="001D5185" w:rsidRDefault="006D7AAE">
      <w:pPr>
        <w:spacing w:after="0"/>
      </w:pPr>
      <w:r>
        <w:rPr>
          <w:rFonts w:ascii="Arial" w:hAnsi="Arial"/>
        </w:rPr>
        <w:t xml:space="preserve">I must have heard that from like a middle school or something. </w:t>
      </w:r>
    </w:p>
    <w:p w14:paraId="6FE2F346" w14:textId="77777777" w:rsidR="001D5185" w:rsidRDefault="001D5185">
      <w:pPr>
        <w:spacing w:after="0"/>
      </w:pPr>
    </w:p>
    <w:p w14:paraId="709BC800" w14:textId="77777777" w:rsidR="001D5185" w:rsidRDefault="006D7AAE">
      <w:pPr>
        <w:spacing w:after="0"/>
      </w:pPr>
      <w:r>
        <w:rPr>
          <w:rFonts w:ascii="Arial" w:hAnsi="Arial"/>
          <w:b/>
        </w:rPr>
        <w:t xml:space="preserve">Interviewer E:  </w:t>
      </w:r>
      <w:r>
        <w:rPr>
          <w:rFonts w:ascii="Arial" w:hAnsi="Arial"/>
          <w:color w:val="5D7284"/>
        </w:rPr>
        <w:t>33:49</w:t>
      </w:r>
    </w:p>
    <w:p w14:paraId="2354A6B5" w14:textId="77777777" w:rsidR="001D5185" w:rsidRDefault="006D7AAE">
      <w:pPr>
        <w:spacing w:after="0"/>
      </w:pPr>
      <w:r>
        <w:rPr>
          <w:rFonts w:ascii="Arial" w:hAnsi="Arial"/>
        </w:rPr>
        <w:t>That's a cool way of looking at it, actually. So how long do you think it would take now seeing this, how long do you think it would take to completely combine. Right. I'm trying to remember I think, what's the freezing point?</w:t>
      </w:r>
    </w:p>
    <w:p w14:paraId="018C273A" w14:textId="77777777" w:rsidR="001D5185" w:rsidRDefault="001D5185">
      <w:pPr>
        <w:spacing w:after="0"/>
      </w:pPr>
    </w:p>
    <w:p w14:paraId="78C99BC2" w14:textId="77777777" w:rsidR="001D5185" w:rsidRDefault="006D7AAE">
      <w:pPr>
        <w:spacing w:after="0"/>
      </w:pPr>
      <w:r>
        <w:rPr>
          <w:rFonts w:ascii="Arial" w:hAnsi="Arial"/>
          <w:b/>
        </w:rPr>
        <w:t xml:space="preserve">Participant # 34:  </w:t>
      </w:r>
      <w:r>
        <w:rPr>
          <w:rFonts w:ascii="Arial" w:hAnsi="Arial"/>
          <w:color w:val="5D7284"/>
        </w:rPr>
        <w:t>33:57</w:t>
      </w:r>
    </w:p>
    <w:p w14:paraId="69694A73" w14:textId="0413D314" w:rsidR="001D5185" w:rsidRDefault="006D7AAE">
      <w:pPr>
        <w:spacing w:after="0"/>
      </w:pPr>
      <w:r>
        <w:rPr>
          <w:rFonts w:ascii="Arial" w:hAnsi="Arial"/>
        </w:rPr>
        <w:t xml:space="preserve">Something like some Kelvins law of cooling or something, I don't, there's some some formula about cooling and I didn't like it. But however long it takes for this, once it gets to room temperature, there wouldn't be that density difference. </w:t>
      </w:r>
      <w:r w:rsidR="00623041">
        <w:rPr>
          <w:rFonts w:ascii="Arial" w:hAnsi="Arial"/>
        </w:rPr>
        <w:t>So,</w:t>
      </w:r>
      <w:r>
        <w:rPr>
          <w:rFonts w:ascii="Arial" w:hAnsi="Arial"/>
        </w:rPr>
        <w:t xml:space="preserve"> they would just be combining. But I don't know if they're like the same difference from room temperature. Because I know that this was cold water and that was hot water. And I don't know if they're both like 20 degrees apart or something. </w:t>
      </w:r>
      <w:r w:rsidR="00623041">
        <w:rPr>
          <w:rFonts w:ascii="Arial" w:hAnsi="Arial"/>
        </w:rPr>
        <w:t>So,</w:t>
      </w:r>
      <w:r>
        <w:rPr>
          <w:rFonts w:ascii="Arial" w:hAnsi="Arial"/>
        </w:rPr>
        <w:t xml:space="preserve"> then it would take like the same amount of time. </w:t>
      </w:r>
      <w:r w:rsidR="00623041">
        <w:rPr>
          <w:rFonts w:ascii="Arial" w:hAnsi="Arial"/>
        </w:rPr>
        <w:t>So,</w:t>
      </w:r>
      <w:r>
        <w:rPr>
          <w:rFonts w:ascii="Arial" w:hAnsi="Arial"/>
        </w:rPr>
        <w:t xml:space="preserve"> then they would just like I thought it would happen faster. Let's just because the water felt really cold. So um, but I am more confident that this one would end up changing because they would reach room temperat</w:t>
      </w:r>
      <w:r>
        <w:rPr>
          <w:rFonts w:ascii="Arial" w:hAnsi="Arial"/>
        </w:rPr>
        <w:t>ure both waters and then they would mix. Freezing water water is zero Celsius.</w:t>
      </w:r>
    </w:p>
    <w:p w14:paraId="075A1571" w14:textId="77777777" w:rsidR="001D5185" w:rsidRDefault="001D5185">
      <w:pPr>
        <w:spacing w:after="0"/>
      </w:pPr>
    </w:p>
    <w:p w14:paraId="25F5469A" w14:textId="77777777" w:rsidR="001D5185" w:rsidRDefault="006D7AAE">
      <w:pPr>
        <w:spacing w:after="0"/>
      </w:pPr>
      <w:r>
        <w:rPr>
          <w:rFonts w:ascii="Arial" w:hAnsi="Arial"/>
          <w:b/>
        </w:rPr>
        <w:t xml:space="preserve">Interviewer E:  </w:t>
      </w:r>
      <w:r>
        <w:rPr>
          <w:rFonts w:ascii="Arial" w:hAnsi="Arial"/>
          <w:color w:val="5D7284"/>
        </w:rPr>
        <w:t>34:50</w:t>
      </w:r>
    </w:p>
    <w:p w14:paraId="4DA23E69" w14:textId="77777777" w:rsidR="001D5185" w:rsidRDefault="006D7AAE">
      <w:pPr>
        <w:spacing w:after="0"/>
      </w:pPr>
      <w:r>
        <w:rPr>
          <w:rFonts w:ascii="Arial" w:hAnsi="Arial"/>
        </w:rPr>
        <w:t>And the boiling point.</w:t>
      </w:r>
    </w:p>
    <w:p w14:paraId="64413263" w14:textId="77777777" w:rsidR="001D5185" w:rsidRDefault="001D5185">
      <w:pPr>
        <w:spacing w:after="0"/>
      </w:pPr>
    </w:p>
    <w:p w14:paraId="3436DD8D" w14:textId="77777777" w:rsidR="001D5185" w:rsidRDefault="006D7AAE">
      <w:pPr>
        <w:spacing w:after="0"/>
      </w:pPr>
      <w:r>
        <w:rPr>
          <w:rFonts w:ascii="Arial" w:hAnsi="Arial"/>
          <w:b/>
        </w:rPr>
        <w:t xml:space="preserve">Participant # 34:  </w:t>
      </w:r>
      <w:r>
        <w:rPr>
          <w:rFonts w:ascii="Arial" w:hAnsi="Arial"/>
          <w:color w:val="5D7284"/>
        </w:rPr>
        <w:t>34:52</w:t>
      </w:r>
    </w:p>
    <w:p w14:paraId="37DE3F0B" w14:textId="77777777" w:rsidR="001D5185" w:rsidRDefault="006D7AAE">
      <w:pPr>
        <w:spacing w:after="0"/>
      </w:pPr>
      <w:r>
        <w:rPr>
          <w:rFonts w:ascii="Arial" w:hAnsi="Arial"/>
        </w:rPr>
        <w:t>100 degrees.</w:t>
      </w:r>
    </w:p>
    <w:p w14:paraId="64255426" w14:textId="77777777" w:rsidR="001D5185" w:rsidRDefault="001D5185">
      <w:pPr>
        <w:spacing w:after="0"/>
      </w:pPr>
    </w:p>
    <w:p w14:paraId="071A16C4" w14:textId="77777777" w:rsidR="001D5185" w:rsidRDefault="006D7AAE">
      <w:pPr>
        <w:spacing w:after="0"/>
      </w:pPr>
      <w:r>
        <w:rPr>
          <w:rFonts w:ascii="Arial" w:hAnsi="Arial"/>
          <w:b/>
        </w:rPr>
        <w:t xml:space="preserve">Interviewer E:  </w:t>
      </w:r>
      <w:r>
        <w:rPr>
          <w:rFonts w:ascii="Arial" w:hAnsi="Arial"/>
          <w:color w:val="5D7284"/>
        </w:rPr>
        <w:t>34:52</w:t>
      </w:r>
    </w:p>
    <w:p w14:paraId="0EE81255" w14:textId="06DA489F" w:rsidR="001D5185" w:rsidRDefault="006D7AAE">
      <w:pPr>
        <w:spacing w:after="0"/>
      </w:pPr>
      <w:r>
        <w:rPr>
          <w:rFonts w:ascii="Arial" w:hAnsi="Arial"/>
        </w:rPr>
        <w:t xml:space="preserve"> Okay, so those are your temperatures because this this water had ice in it. This was pretty slushy and </w:t>
      </w:r>
      <w:r w:rsidR="00623041">
        <w:rPr>
          <w:rFonts w:ascii="Arial" w:hAnsi="Arial"/>
        </w:rPr>
        <w:t>this,</w:t>
      </w:r>
      <w:r>
        <w:rPr>
          <w:rFonts w:ascii="Arial" w:hAnsi="Arial"/>
        </w:rPr>
        <w:t xml:space="preserve"> here I boiled. Okay, so they're pretty crazy different temperatures. </w:t>
      </w:r>
    </w:p>
    <w:p w14:paraId="7813F209" w14:textId="77777777" w:rsidR="001D5185" w:rsidRDefault="001D5185">
      <w:pPr>
        <w:spacing w:after="0"/>
      </w:pPr>
    </w:p>
    <w:p w14:paraId="30393516" w14:textId="77777777" w:rsidR="001D5185" w:rsidRDefault="006D7AAE">
      <w:pPr>
        <w:spacing w:after="0"/>
      </w:pPr>
      <w:r>
        <w:rPr>
          <w:rFonts w:ascii="Arial" w:hAnsi="Arial"/>
          <w:b/>
        </w:rPr>
        <w:t xml:space="preserve">Participant # 34:  </w:t>
      </w:r>
      <w:r>
        <w:rPr>
          <w:rFonts w:ascii="Arial" w:hAnsi="Arial"/>
          <w:color w:val="5D7284"/>
        </w:rPr>
        <w:t>35:04</w:t>
      </w:r>
    </w:p>
    <w:p w14:paraId="1DB66389" w14:textId="77777777" w:rsidR="001D5185" w:rsidRDefault="006D7AAE">
      <w:pPr>
        <w:spacing w:after="0"/>
      </w:pPr>
      <w:r>
        <w:rPr>
          <w:rFonts w:ascii="Arial" w:hAnsi="Arial"/>
        </w:rPr>
        <w:t>Okay, so with those temperature is like 25 degrees Celsius.</w:t>
      </w:r>
    </w:p>
    <w:p w14:paraId="791550BD" w14:textId="77777777" w:rsidR="001D5185" w:rsidRDefault="001D5185">
      <w:pPr>
        <w:spacing w:after="0"/>
      </w:pPr>
    </w:p>
    <w:p w14:paraId="41C757EC" w14:textId="77777777" w:rsidR="001D5185" w:rsidRDefault="006D7AAE">
      <w:pPr>
        <w:spacing w:after="0"/>
      </w:pPr>
      <w:r>
        <w:rPr>
          <w:rFonts w:ascii="Arial" w:hAnsi="Arial"/>
          <w:b/>
        </w:rPr>
        <w:t xml:space="preserve">Interviewer E:  </w:t>
      </w:r>
      <w:r>
        <w:rPr>
          <w:rFonts w:ascii="Arial" w:hAnsi="Arial"/>
          <w:color w:val="5D7284"/>
        </w:rPr>
        <w:t>35:11</w:t>
      </w:r>
    </w:p>
    <w:p w14:paraId="1784DCEB" w14:textId="77777777" w:rsidR="001D5185" w:rsidRDefault="006D7AAE">
      <w:pPr>
        <w:spacing w:after="0"/>
      </w:pPr>
      <w:r>
        <w:rPr>
          <w:rFonts w:ascii="Arial" w:hAnsi="Arial"/>
        </w:rPr>
        <w:t xml:space="preserve"> Okay, so. </w:t>
      </w:r>
    </w:p>
    <w:p w14:paraId="5F1BD13A" w14:textId="77777777" w:rsidR="001D5185" w:rsidRDefault="001D5185">
      <w:pPr>
        <w:spacing w:after="0"/>
      </w:pPr>
    </w:p>
    <w:p w14:paraId="49367E34" w14:textId="77777777" w:rsidR="001D5185" w:rsidRDefault="006D7AAE">
      <w:pPr>
        <w:spacing w:after="0"/>
      </w:pPr>
      <w:r>
        <w:rPr>
          <w:rFonts w:ascii="Arial" w:hAnsi="Arial"/>
          <w:b/>
        </w:rPr>
        <w:t xml:space="preserve">Participant # 34:  </w:t>
      </w:r>
      <w:r>
        <w:rPr>
          <w:rFonts w:ascii="Arial" w:hAnsi="Arial"/>
          <w:color w:val="5D7284"/>
        </w:rPr>
        <w:t>35:12</w:t>
      </w:r>
    </w:p>
    <w:p w14:paraId="4A946C74" w14:textId="77777777" w:rsidR="001D5185" w:rsidRDefault="006D7AAE">
      <w:pPr>
        <w:spacing w:after="0"/>
      </w:pPr>
      <w:r>
        <w:rPr>
          <w:rFonts w:ascii="Arial" w:hAnsi="Arial"/>
        </w:rPr>
        <w:t xml:space="preserve">I don't know, I know it's in Fahrenheit. It's like 60-68 or something. </w:t>
      </w:r>
    </w:p>
    <w:p w14:paraId="3B1176A2" w14:textId="77777777" w:rsidR="001D5185" w:rsidRDefault="001D5185">
      <w:pPr>
        <w:spacing w:after="0"/>
      </w:pPr>
    </w:p>
    <w:p w14:paraId="2800EC2F" w14:textId="77777777" w:rsidR="001D5185" w:rsidRDefault="006D7AAE">
      <w:pPr>
        <w:spacing w:after="0"/>
      </w:pPr>
      <w:r>
        <w:rPr>
          <w:rFonts w:ascii="Arial" w:hAnsi="Arial"/>
          <w:b/>
        </w:rPr>
        <w:t xml:space="preserve">Interviewer E:  </w:t>
      </w:r>
      <w:r>
        <w:rPr>
          <w:rFonts w:ascii="Arial" w:hAnsi="Arial"/>
          <w:color w:val="5D7284"/>
        </w:rPr>
        <w:t>35:16</w:t>
      </w:r>
    </w:p>
    <w:p w14:paraId="46719DEB" w14:textId="77777777" w:rsidR="001D5185" w:rsidRDefault="006D7AAE">
      <w:pPr>
        <w:spacing w:after="0"/>
      </w:pPr>
      <w:r>
        <w:rPr>
          <w:rFonts w:ascii="Arial" w:hAnsi="Arial"/>
        </w:rPr>
        <w:t>Yeah. Well, keeping those into consideration. Could you put a estimation on it then?</w:t>
      </w:r>
    </w:p>
    <w:p w14:paraId="0FC407DB" w14:textId="77777777" w:rsidR="001D5185" w:rsidRDefault="001D5185">
      <w:pPr>
        <w:spacing w:after="0"/>
      </w:pPr>
    </w:p>
    <w:p w14:paraId="6E6E1AF9" w14:textId="77777777" w:rsidR="001D5185" w:rsidRDefault="006D7AAE">
      <w:pPr>
        <w:spacing w:after="0"/>
      </w:pPr>
      <w:r>
        <w:rPr>
          <w:rFonts w:ascii="Arial" w:hAnsi="Arial"/>
          <w:b/>
        </w:rPr>
        <w:t xml:space="preserve">Participant # 34:  </w:t>
      </w:r>
      <w:r>
        <w:rPr>
          <w:rFonts w:ascii="Arial" w:hAnsi="Arial"/>
          <w:color w:val="5D7284"/>
        </w:rPr>
        <w:t>35:23</w:t>
      </w:r>
    </w:p>
    <w:p w14:paraId="110DA810" w14:textId="77777777" w:rsidR="001D5185" w:rsidRDefault="006D7AAE">
      <w:pPr>
        <w:spacing w:after="0"/>
      </w:pPr>
      <w:r>
        <w:rPr>
          <w:rFonts w:ascii="Arial" w:hAnsi="Arial"/>
        </w:rPr>
        <w:t>Timelines?</w:t>
      </w:r>
    </w:p>
    <w:p w14:paraId="53F52CFA" w14:textId="77777777" w:rsidR="001D5185" w:rsidRDefault="001D5185">
      <w:pPr>
        <w:spacing w:after="0"/>
      </w:pPr>
    </w:p>
    <w:p w14:paraId="7FCB5160" w14:textId="77777777" w:rsidR="001D5185" w:rsidRDefault="006D7AAE">
      <w:pPr>
        <w:spacing w:after="0"/>
      </w:pPr>
      <w:r>
        <w:rPr>
          <w:rFonts w:ascii="Arial" w:hAnsi="Arial"/>
          <w:b/>
        </w:rPr>
        <w:t xml:space="preserve">Interviewer E:  </w:t>
      </w:r>
      <w:r>
        <w:rPr>
          <w:rFonts w:ascii="Arial" w:hAnsi="Arial"/>
          <w:color w:val="5D7284"/>
        </w:rPr>
        <w:t>35:24</w:t>
      </w:r>
    </w:p>
    <w:p w14:paraId="35FDD8EB" w14:textId="77777777" w:rsidR="001D5185" w:rsidRDefault="006D7AAE">
      <w:pPr>
        <w:spacing w:after="0"/>
      </w:pPr>
      <w:r>
        <w:rPr>
          <w:rFonts w:ascii="Arial" w:hAnsi="Arial"/>
        </w:rPr>
        <w:t xml:space="preserve"> Yeah. Your best guess doesn't have, you know. </w:t>
      </w:r>
    </w:p>
    <w:p w14:paraId="667791C0" w14:textId="77777777" w:rsidR="001D5185" w:rsidRDefault="001D5185">
      <w:pPr>
        <w:spacing w:after="0"/>
      </w:pPr>
    </w:p>
    <w:p w14:paraId="141F5F8D" w14:textId="77777777" w:rsidR="001D5185" w:rsidRDefault="006D7AAE">
      <w:pPr>
        <w:spacing w:after="0"/>
      </w:pPr>
      <w:r>
        <w:rPr>
          <w:rFonts w:ascii="Arial" w:hAnsi="Arial"/>
          <w:b/>
        </w:rPr>
        <w:t xml:space="preserve">Participant # 34:  </w:t>
      </w:r>
      <w:r>
        <w:rPr>
          <w:rFonts w:ascii="Arial" w:hAnsi="Arial"/>
          <w:color w:val="5D7284"/>
        </w:rPr>
        <w:t>35:28</w:t>
      </w:r>
    </w:p>
    <w:p w14:paraId="12A14DD0" w14:textId="77777777" w:rsidR="001D5185" w:rsidRDefault="006D7AAE">
      <w:pPr>
        <w:spacing w:after="0"/>
      </w:pPr>
      <w:r>
        <w:rPr>
          <w:rFonts w:ascii="Arial" w:hAnsi="Arial"/>
        </w:rPr>
        <w:t xml:space="preserve">An hour. </w:t>
      </w:r>
    </w:p>
    <w:p w14:paraId="5132D0C5" w14:textId="77777777" w:rsidR="001D5185" w:rsidRDefault="001D5185">
      <w:pPr>
        <w:spacing w:after="0"/>
      </w:pPr>
    </w:p>
    <w:p w14:paraId="257FF5DA" w14:textId="77777777" w:rsidR="001D5185" w:rsidRDefault="006D7AAE">
      <w:pPr>
        <w:spacing w:after="0"/>
      </w:pPr>
      <w:r>
        <w:rPr>
          <w:rFonts w:ascii="Arial" w:hAnsi="Arial"/>
          <w:b/>
        </w:rPr>
        <w:t xml:space="preserve">Interviewer E:  </w:t>
      </w:r>
      <w:r>
        <w:rPr>
          <w:rFonts w:ascii="Arial" w:hAnsi="Arial"/>
          <w:color w:val="5D7284"/>
        </w:rPr>
        <w:t>35:30</w:t>
      </w:r>
    </w:p>
    <w:p w14:paraId="39076F55" w14:textId="77777777" w:rsidR="001D5185" w:rsidRDefault="006D7AAE">
      <w:pPr>
        <w:spacing w:after="0"/>
      </w:pPr>
      <w:r>
        <w:rPr>
          <w:rFonts w:ascii="Arial" w:hAnsi="Arial"/>
        </w:rPr>
        <w:t>An hour an hour. Okay.</w:t>
      </w:r>
    </w:p>
    <w:p w14:paraId="6D46E020" w14:textId="77777777" w:rsidR="001D5185" w:rsidRDefault="001D5185">
      <w:pPr>
        <w:spacing w:after="0"/>
      </w:pPr>
    </w:p>
    <w:p w14:paraId="53111A12" w14:textId="77777777" w:rsidR="001D5185" w:rsidRDefault="006D7AAE">
      <w:pPr>
        <w:spacing w:after="0"/>
      </w:pPr>
      <w:r>
        <w:rPr>
          <w:rFonts w:ascii="Arial" w:hAnsi="Arial"/>
          <w:b/>
        </w:rPr>
        <w:t xml:space="preserve">Participant # 34:  </w:t>
      </w:r>
      <w:r>
        <w:rPr>
          <w:rFonts w:ascii="Arial" w:hAnsi="Arial"/>
          <w:color w:val="5D7284"/>
        </w:rPr>
        <w:t>35:36</w:t>
      </w:r>
    </w:p>
    <w:p w14:paraId="5221F456" w14:textId="77777777" w:rsidR="001D5185" w:rsidRDefault="006D7AAE">
      <w:pPr>
        <w:spacing w:after="0"/>
      </w:pPr>
      <w:r>
        <w:rPr>
          <w:rFonts w:ascii="Arial" w:hAnsi="Arial"/>
        </w:rPr>
        <w:t xml:space="preserve">I think. </w:t>
      </w:r>
    </w:p>
    <w:p w14:paraId="7BA7723D" w14:textId="77777777" w:rsidR="001D5185" w:rsidRDefault="001D5185">
      <w:pPr>
        <w:spacing w:after="0"/>
      </w:pPr>
    </w:p>
    <w:p w14:paraId="61D676AF" w14:textId="77777777" w:rsidR="001D5185" w:rsidRDefault="006D7AAE">
      <w:pPr>
        <w:spacing w:after="0"/>
      </w:pPr>
      <w:r>
        <w:rPr>
          <w:rFonts w:ascii="Arial" w:hAnsi="Arial"/>
          <w:b/>
        </w:rPr>
        <w:t xml:space="preserve">Interviewer E:  </w:t>
      </w:r>
      <w:r>
        <w:rPr>
          <w:rFonts w:ascii="Arial" w:hAnsi="Arial"/>
          <w:color w:val="5D7284"/>
        </w:rPr>
        <w:t>35:37</w:t>
      </w:r>
    </w:p>
    <w:p w14:paraId="7B940065" w14:textId="77777777" w:rsidR="001D5185" w:rsidRDefault="006D7AAE">
      <w:pPr>
        <w:spacing w:after="0"/>
      </w:pPr>
      <w:r>
        <w:rPr>
          <w:rFonts w:ascii="Arial" w:hAnsi="Arial"/>
        </w:rPr>
        <w:t xml:space="preserve">Yeah, no, that's great. And that's all we have for you. </w:t>
      </w:r>
    </w:p>
    <w:p w14:paraId="77E02750" w14:textId="77777777" w:rsidR="001D5185" w:rsidRDefault="001D5185">
      <w:pPr>
        <w:spacing w:after="0"/>
      </w:pPr>
    </w:p>
    <w:p w14:paraId="6D51153B" w14:textId="77777777" w:rsidR="001D5185" w:rsidRDefault="006D7AAE">
      <w:pPr>
        <w:spacing w:after="0"/>
      </w:pPr>
      <w:r>
        <w:rPr>
          <w:rFonts w:ascii="Arial" w:hAnsi="Arial"/>
          <w:b/>
        </w:rPr>
        <w:t xml:space="preserve">Participant # 34:  </w:t>
      </w:r>
      <w:r>
        <w:rPr>
          <w:rFonts w:ascii="Arial" w:hAnsi="Arial"/>
          <w:color w:val="5D7284"/>
        </w:rPr>
        <w:t>35:42</w:t>
      </w:r>
    </w:p>
    <w:p w14:paraId="5AA86B4C" w14:textId="77777777" w:rsidR="001D5185" w:rsidRDefault="006D7AAE">
      <w:pPr>
        <w:spacing w:after="0"/>
      </w:pPr>
      <w:r>
        <w:rPr>
          <w:rFonts w:ascii="Arial" w:hAnsi="Arial"/>
        </w:rPr>
        <w:t xml:space="preserve">That's it. </w:t>
      </w:r>
    </w:p>
    <w:p w14:paraId="0A292DFC" w14:textId="77777777" w:rsidR="001D5185" w:rsidRDefault="001D5185">
      <w:pPr>
        <w:spacing w:after="0"/>
      </w:pPr>
    </w:p>
    <w:p w14:paraId="68D5DB2F" w14:textId="77777777" w:rsidR="001D5185" w:rsidRDefault="006D7AAE">
      <w:pPr>
        <w:spacing w:after="0"/>
      </w:pPr>
      <w:r>
        <w:rPr>
          <w:rFonts w:ascii="Arial" w:hAnsi="Arial"/>
          <w:b/>
        </w:rPr>
        <w:t xml:space="preserve">Interviewer E:  </w:t>
      </w:r>
      <w:r>
        <w:rPr>
          <w:rFonts w:ascii="Arial" w:hAnsi="Arial"/>
          <w:color w:val="5D7284"/>
        </w:rPr>
        <w:t>35:43</w:t>
      </w:r>
    </w:p>
    <w:p w14:paraId="6F469494" w14:textId="77777777" w:rsidR="001D5185" w:rsidRDefault="006D7AAE">
      <w:pPr>
        <w:spacing w:after="0"/>
      </w:pPr>
      <w:r>
        <w:rPr>
          <w:rFonts w:ascii="Arial" w:hAnsi="Arial"/>
        </w:rPr>
        <w:t xml:space="preserve">Yeah. </w:t>
      </w:r>
    </w:p>
    <w:p w14:paraId="01BEF14C" w14:textId="77777777" w:rsidR="001D5185" w:rsidRDefault="001D5185">
      <w:pPr>
        <w:spacing w:after="0"/>
      </w:pPr>
    </w:p>
    <w:p w14:paraId="153BA9EF" w14:textId="77777777" w:rsidR="001D5185" w:rsidRDefault="006D7AAE">
      <w:pPr>
        <w:spacing w:after="0"/>
      </w:pPr>
      <w:r>
        <w:rPr>
          <w:rFonts w:ascii="Arial" w:hAnsi="Arial"/>
          <w:b/>
        </w:rPr>
        <w:t xml:space="preserve">Participant # 34:  </w:t>
      </w:r>
      <w:r>
        <w:rPr>
          <w:rFonts w:ascii="Arial" w:hAnsi="Arial"/>
          <w:color w:val="5D7284"/>
        </w:rPr>
        <w:t>35:44</w:t>
      </w:r>
    </w:p>
    <w:p w14:paraId="2CF2E795" w14:textId="77777777" w:rsidR="001D5185" w:rsidRDefault="006D7AAE">
      <w:pPr>
        <w:spacing w:after="0"/>
      </w:pPr>
      <w:r>
        <w:rPr>
          <w:rFonts w:ascii="Arial" w:hAnsi="Arial"/>
        </w:rPr>
        <w:t xml:space="preserve">And that's like the easiest $50 I've ever made. </w:t>
      </w:r>
    </w:p>
    <w:p w14:paraId="7DAAFA9E" w14:textId="77777777" w:rsidR="001D5185" w:rsidRDefault="001D5185">
      <w:pPr>
        <w:spacing w:after="0"/>
      </w:pPr>
    </w:p>
    <w:p w14:paraId="235D8825" w14:textId="77777777" w:rsidR="001D5185" w:rsidRDefault="006D7AAE">
      <w:pPr>
        <w:spacing w:after="0"/>
      </w:pPr>
      <w:r>
        <w:rPr>
          <w:rFonts w:ascii="Arial" w:hAnsi="Arial"/>
          <w:b/>
        </w:rPr>
        <w:t xml:space="preserve">Interviewer E:  </w:t>
      </w:r>
      <w:r>
        <w:rPr>
          <w:rFonts w:ascii="Arial" w:hAnsi="Arial"/>
          <w:color w:val="5D7284"/>
        </w:rPr>
        <w:t>35:47</w:t>
      </w:r>
    </w:p>
    <w:p w14:paraId="563CB9F3" w14:textId="77777777" w:rsidR="001D5185" w:rsidRDefault="006D7AAE">
      <w:pPr>
        <w:spacing w:after="0"/>
      </w:pPr>
      <w:r>
        <w:rPr>
          <w:rFonts w:ascii="Arial" w:hAnsi="Arial"/>
        </w:rPr>
        <w:t>Yeah, I mean, I feel like you know, people that they should like.</w:t>
      </w:r>
    </w:p>
    <w:sectPr w:rsidR="001D5185" w:rsidSect="001216B9">
      <w:headerReference w:type="even" r:id="rId11"/>
      <w:headerReference w:type="default" r:id="rId12"/>
      <w:footerReference w:type="even" r:id="rId13"/>
      <w:footerReference w:type="default" r:id="rId14"/>
      <w:headerReference w:type="first" r:id="rId15"/>
      <w:footerReference w:type="first" r:id="rId16"/>
      <w:pgSz w:w="12240" w:h="15840"/>
      <w:pgMar w:top="1440" w:right="1080" w:bottom="1440" w:left="1080" w:header="720" w:footer="720" w:gutter="0"/>
      <w:pgNumType w:fmt="numberInDash"/>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4BF9DE5" w14:textId="77777777" w:rsidR="00126FA4" w:rsidRDefault="00126FA4">
      <w:pPr>
        <w:spacing w:after="0" w:line="240" w:lineRule="auto"/>
      </w:pPr>
      <w:r>
        <w:separator/>
      </w:r>
    </w:p>
  </w:endnote>
  <w:endnote w:type="continuationSeparator" w:id="0">
    <w:p w14:paraId="4AFD217B" w14:textId="77777777" w:rsidR="00126FA4" w:rsidRDefault="00126FA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372650680"/>
      <w:docPartObj>
        <w:docPartGallery w:val="Page Numbers (Bottom of Page)"/>
        <w:docPartUnique/>
      </w:docPartObj>
    </w:sdtPr>
    <w:sdtEndPr>
      <w:rPr>
        <w:rStyle w:val="PageNumber"/>
      </w:rPr>
    </w:sdtEndPr>
    <w:sdtContent>
      <w:p w14:paraId="5F4BF711" w14:textId="77777777"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937484424"/>
      <w:docPartObj>
        <w:docPartGallery w:val="Page Numbers (Bottom of Page)"/>
        <w:docPartUnique/>
      </w:docPartObj>
    </w:sdtPr>
    <w:sdtEndPr>
      <w:rPr>
        <w:rStyle w:val="PageNumber"/>
      </w:rPr>
    </w:sdtEndPr>
    <w:sdtContent>
      <w:p w14:paraId="005238C5" w14:textId="77777777"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D589F20" w14:textId="77777777" w:rsidR="001216B9" w:rsidRDefault="001216B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Fonts w:ascii="Arial" w:hAnsi="Arial" w:cs="Arial"/>
      </w:rPr>
      <w:id w:val="1113323662"/>
      <w:docPartObj>
        <w:docPartGallery w:val="Page Numbers (Bottom of Page)"/>
        <w:docPartUnique/>
      </w:docPartObj>
    </w:sdtPr>
    <w:sdtEndPr>
      <w:rPr>
        <w:rStyle w:val="PageNumber"/>
      </w:rPr>
    </w:sdtEndPr>
    <w:sdtContent>
      <w:p w14:paraId="7D5E5F57" w14:textId="77777777" w:rsidR="001216B9" w:rsidRPr="009C3AF0" w:rsidRDefault="001216B9" w:rsidP="00A73672">
        <w:pPr>
          <w:pStyle w:val="Footer"/>
          <w:framePr w:wrap="none" w:vAnchor="text" w:hAnchor="margin" w:xAlign="center" w:y="1"/>
          <w:rPr>
            <w:rStyle w:val="PageNumber"/>
            <w:rFonts w:ascii="Arial" w:hAnsi="Arial" w:cs="Arial"/>
          </w:rPr>
        </w:pPr>
        <w:r w:rsidRPr="009C3AF0">
          <w:rPr>
            <w:rStyle w:val="PageNumber"/>
            <w:rFonts w:ascii="Arial" w:hAnsi="Arial" w:cs="Arial"/>
          </w:rPr>
          <w:fldChar w:fldCharType="begin"/>
        </w:r>
        <w:r w:rsidRPr="009C3AF0">
          <w:rPr>
            <w:rStyle w:val="PageNumber"/>
            <w:rFonts w:ascii="Arial" w:hAnsi="Arial" w:cs="Arial"/>
          </w:rPr>
          <w:instrText xml:space="preserve"> PAGE </w:instrText>
        </w:r>
        <w:r w:rsidRPr="009C3AF0">
          <w:rPr>
            <w:rStyle w:val="PageNumber"/>
            <w:rFonts w:ascii="Arial" w:hAnsi="Arial" w:cs="Arial"/>
          </w:rPr>
          <w:fldChar w:fldCharType="separate"/>
        </w:r>
        <w:r w:rsidRPr="009C3AF0">
          <w:rPr>
            <w:rStyle w:val="PageNumber"/>
            <w:rFonts w:ascii="Arial" w:hAnsi="Arial" w:cs="Arial"/>
            <w:noProof/>
          </w:rPr>
          <w:t>- 1 -</w:t>
        </w:r>
        <w:r w:rsidRPr="009C3AF0">
          <w:rPr>
            <w:rStyle w:val="PageNumber"/>
            <w:rFonts w:ascii="Arial" w:hAnsi="Arial" w:cs="Arial"/>
          </w:rPr>
          <w:fldChar w:fldCharType="end"/>
        </w:r>
      </w:p>
    </w:sdtContent>
  </w:sdt>
  <w:p w14:paraId="287C762E" w14:textId="77777777" w:rsidR="00930F33" w:rsidRPr="009C3AF0" w:rsidRDefault="001216B9">
    <w:pPr>
      <w:pStyle w:val="Footer"/>
      <w:rPr>
        <w:rFonts w:ascii="Arial" w:hAnsi="Arial" w:cs="Arial"/>
        <w:color w:val="BFBFBF" w:themeColor="background1" w:themeShade="BF"/>
      </w:rPr>
    </w:pPr>
    <w:r w:rsidRPr="009C3AF0">
      <w:rPr>
        <w:rFonts w:ascii="Arial" w:hAnsi="Arial" w:cs="Arial"/>
        <w:color w:val="BFBFBF" w:themeColor="background1" w:themeShade="BF"/>
      </w:rPr>
      <w:ptab w:relativeTo="margin" w:alignment="center" w:leader="none"/>
    </w:r>
    <w:r w:rsidRPr="009C3AF0">
      <w:rPr>
        <w:rFonts w:ascii="Arial" w:hAnsi="Arial" w:cs="Arial"/>
        <w:color w:val="BFBFBF" w:themeColor="background1" w:themeShade="BF"/>
      </w:rPr>
      <w:ptab w:relativeTo="margin" w:alignment="right" w:leader="none"/>
    </w:r>
    <w:r w:rsidRPr="009C3AF0">
      <w:rPr>
        <w:rFonts w:ascii="Arial" w:hAnsi="Arial" w:cs="Arial"/>
        <w:color w:val="BFBFBF" w:themeColor="background1" w:themeShade="BF"/>
      </w:rPr>
      <w:t xml:space="preserve">Transcribed by </w:t>
    </w:r>
    <w:hyperlink r:id="rId1" w:history="1">
      <w:r w:rsidRPr="006E2A8C">
        <w:rPr>
          <w:rStyle w:val="Hyperlink"/>
          <w:rFonts w:ascii="Arial" w:hAnsi="Arial" w:cs="Arial"/>
        </w:rPr>
        <w:t>https://otter.ai</w:t>
      </w:r>
    </w:hyperlink>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98CB75" w14:textId="77777777" w:rsidR="006E2A8C" w:rsidRDefault="006E2A8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82DD3A2" w14:textId="77777777" w:rsidR="00126FA4" w:rsidRDefault="00126FA4">
      <w:pPr>
        <w:spacing w:after="0" w:line="240" w:lineRule="auto"/>
      </w:pPr>
      <w:r>
        <w:separator/>
      </w:r>
    </w:p>
  </w:footnote>
  <w:footnote w:type="continuationSeparator" w:id="0">
    <w:p w14:paraId="57792ABB" w14:textId="77777777" w:rsidR="00126FA4" w:rsidRDefault="00126FA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C5389A" w14:textId="77777777" w:rsidR="006E2A8C" w:rsidRDefault="006E2A8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DD2F28" w14:textId="77777777" w:rsidR="006E2A8C" w:rsidRDefault="006E2A8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F6E34B" w14:textId="77777777" w:rsidR="006E2A8C" w:rsidRDefault="006E2A8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num w:numId="1" w16cid:durableId="932977353">
    <w:abstractNumId w:val="8"/>
  </w:num>
  <w:num w:numId="2" w16cid:durableId="328482971">
    <w:abstractNumId w:val="6"/>
  </w:num>
  <w:num w:numId="3" w16cid:durableId="618415652">
    <w:abstractNumId w:val="5"/>
  </w:num>
  <w:num w:numId="4" w16cid:durableId="181095536">
    <w:abstractNumId w:val="4"/>
  </w:num>
  <w:num w:numId="5" w16cid:durableId="1774593090">
    <w:abstractNumId w:val="7"/>
  </w:num>
  <w:num w:numId="6" w16cid:durableId="1225676788">
    <w:abstractNumId w:val="3"/>
  </w:num>
  <w:num w:numId="7" w16cid:durableId="511335774">
    <w:abstractNumId w:val="2"/>
  </w:num>
  <w:num w:numId="8" w16cid:durableId="969096684">
    <w:abstractNumId w:val="1"/>
  </w:num>
  <w:num w:numId="9" w16cid:durableId="172591316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34616"/>
    <w:rsid w:val="00050A6B"/>
    <w:rsid w:val="0006063C"/>
    <w:rsid w:val="00066610"/>
    <w:rsid w:val="001216B9"/>
    <w:rsid w:val="00126FA4"/>
    <w:rsid w:val="0015074B"/>
    <w:rsid w:val="001D5185"/>
    <w:rsid w:val="0029639D"/>
    <w:rsid w:val="00326F90"/>
    <w:rsid w:val="004A641F"/>
    <w:rsid w:val="004B593C"/>
    <w:rsid w:val="00623041"/>
    <w:rsid w:val="006D7AAE"/>
    <w:rsid w:val="006E2A8C"/>
    <w:rsid w:val="007749AF"/>
    <w:rsid w:val="00794EBC"/>
    <w:rsid w:val="00930F33"/>
    <w:rsid w:val="009C3AF0"/>
    <w:rsid w:val="00A12EE5"/>
    <w:rsid w:val="00AA1D8D"/>
    <w:rsid w:val="00B47730"/>
    <w:rsid w:val="00BA4C2B"/>
    <w:rsid w:val="00BD0140"/>
    <w:rsid w:val="00C24502"/>
    <w:rsid w:val="00CB0664"/>
    <w:rsid w:val="00D57E81"/>
    <w:rsid w:val="00ED3244"/>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0D9D9097"/>
  <w14:defaultImageDpi w14:val="300"/>
  <w15:docId w15:val="{BBBC883F-E58E-BB4C-A526-B24797FD08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PageNumber">
    <w:name w:val="page number"/>
    <w:basedOn w:val="DefaultParagraphFont"/>
    <w:uiPriority w:val="99"/>
    <w:semiHidden/>
    <w:unhideWhenUsed/>
    <w:rsid w:val="001216B9"/>
  </w:style>
  <w:style w:type="character" w:styleId="Hyperlink">
    <w:name w:val="Hyperlink"/>
    <w:basedOn w:val="DefaultParagraphFont"/>
    <w:uiPriority w:val="99"/>
    <w:unhideWhenUsed/>
    <w:rsid w:val="006E2A8C"/>
    <w:rPr>
      <w:color w:val="0000FF" w:themeColor="hyperlink"/>
      <w:u w:val="single"/>
    </w:rPr>
  </w:style>
  <w:style w:type="character" w:styleId="UnresolvedMention">
    <w:name w:val="Unresolved Mention"/>
    <w:basedOn w:val="DefaultParagraphFont"/>
    <w:uiPriority w:val="99"/>
    <w:semiHidden/>
    <w:unhideWhenUsed/>
    <w:rsid w:val="006E2A8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hyperlink" Target="https://otter.a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FB6B50DB5C2D9049A455B65F50A91513" ma:contentTypeVersion="19" ma:contentTypeDescription="Create a new document." ma:contentTypeScope="" ma:versionID="3a16c1aeab35fa1018ba1da9226c6a57">
  <xsd:schema xmlns:xsd="http://www.w3.org/2001/XMLSchema" xmlns:xs="http://www.w3.org/2001/XMLSchema" xmlns:p="http://schemas.microsoft.com/office/2006/metadata/properties" xmlns:ns1="http://schemas.microsoft.com/sharepoint/v3" xmlns:ns3="5b1983e9-55b4-4f9e-a196-30376d2238aa" xmlns:ns4="eeef5ad7-d6de-419e-9305-cd9bdd8d89a9" targetNamespace="http://schemas.microsoft.com/office/2006/metadata/properties" ma:root="true" ma:fieldsID="14babd06b9650ff1536de784e9f88f66" ns1:_="" ns3:_="" ns4:_="">
    <xsd:import namespace="http://schemas.microsoft.com/sharepoint/v3"/>
    <xsd:import namespace="5b1983e9-55b4-4f9e-a196-30376d2238aa"/>
    <xsd:import namespace="eeef5ad7-d6de-419e-9305-cd9bdd8d89a9"/>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LengthInSeconds"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Unified Compliance Policy Properties" ma:hidden="true" ma:internalName="_ip_UnifiedCompliancePolicyProperties">
      <xsd:simpleType>
        <xsd:restriction base="dms:Note"/>
      </xsd:simpleType>
    </xsd:element>
    <xsd:element name="_ip_UnifiedCompliancePolicyUIAction" ma:index="21"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1983e9-55b4-4f9e-a196-30376d2238aa"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SharingHintHash" ma:index="10" nillable="true" ma:displayName="Sharing Hint Hash"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eef5ad7-d6de-419e-9305-cd9bdd8d89a9" elementFormDefault="qualified">
    <xsd:import namespace="http://schemas.microsoft.com/office/2006/documentManagement/types"/>
    <xsd:import namespace="http://schemas.microsoft.com/office/infopath/2007/PartnerControls"/>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2" nillable="true" ma:displayName="MediaLengthInSeconds" ma:hidden="true" ma:internalName="MediaLengthInSeconds" ma:readOnly="true">
      <xsd:simpleType>
        <xsd:restriction base="dms:Unknown"/>
      </xsd:simpleType>
    </xsd:element>
    <xsd:element name="_activity" ma:index="23" nillable="true" ma:displayName="_activity" ma:hidden="true" ma:internalName="_activity">
      <xsd:simpleType>
        <xsd:restriction base="dms:Note"/>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ystemTags" ma:index="25" nillable="true" ma:displayName="MediaServiceSystemTags" ma:hidden="true" ma:internalName="MediaServiceSystemTags" ma:readOnly="true">
      <xsd:simpleType>
        <xsd:restriction base="dms:Note"/>
      </xsd:simpleType>
    </xsd:element>
    <xsd:element name="MediaServiceSearchProperties" ma:index="26"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activity xmlns="eeef5ad7-d6de-419e-9305-cd9bdd8d89a9"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23411EC8-F1B9-C84B-81E7-620E13BCCD61}">
  <ds:schemaRefs>
    <ds:schemaRef ds:uri="http://schemas.openxmlformats.org/officeDocument/2006/bibliography"/>
  </ds:schemaRefs>
</ds:datastoreItem>
</file>

<file path=customXml/itemProps2.xml><?xml version="1.0" encoding="utf-8"?>
<ds:datastoreItem xmlns:ds="http://schemas.openxmlformats.org/officeDocument/2006/customXml" ds:itemID="{D45923FA-CE35-4087-96FE-A930E56B721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b1983e9-55b4-4f9e-a196-30376d2238aa"/>
    <ds:schemaRef ds:uri="eeef5ad7-d6de-419e-9305-cd9bdd8d89a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530795B-D7C7-4C5F-946A-F6CC9D7509CD}">
  <ds:schemaRefs>
    <ds:schemaRef ds:uri="http://schemas.microsoft.com/sharepoint/v3/contenttype/forms"/>
  </ds:schemaRefs>
</ds:datastoreItem>
</file>

<file path=customXml/itemProps4.xml><?xml version="1.0" encoding="utf-8"?>
<ds:datastoreItem xmlns:ds="http://schemas.openxmlformats.org/officeDocument/2006/customXml" ds:itemID="{9636879A-0FBA-4D8B-94F9-2E2A1FEDDA41}">
  <ds:schemaRefs>
    <ds:schemaRef ds:uri="http://schemas.microsoft.com/office/2006/metadata/properties"/>
    <ds:schemaRef ds:uri="http://www.w3.org/XML/1998/namespace"/>
    <ds:schemaRef ds:uri="http://schemas.openxmlformats.org/package/2006/metadata/core-properties"/>
    <ds:schemaRef ds:uri="http://schemas.microsoft.com/office/2006/documentManagement/types"/>
    <ds:schemaRef ds:uri="http://purl.org/dc/terms/"/>
    <ds:schemaRef ds:uri="http://purl.org/dc/elements/1.1/"/>
    <ds:schemaRef ds:uri="5b1983e9-55b4-4f9e-a196-30376d2238aa"/>
    <ds:schemaRef ds:uri="http://schemas.microsoft.com/office/infopath/2007/PartnerControls"/>
    <ds:schemaRef ds:uri="eeef5ad7-d6de-419e-9305-cd9bdd8d89a9"/>
    <ds:schemaRef ds:uri="http://schemas.microsoft.com/sharepoint/v3"/>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14</Pages>
  <Words>3616</Words>
  <Characters>20612</Characters>
  <Application>Microsoft Office Word</Application>
  <DocSecurity>4</DocSecurity>
  <Lines>171</Lines>
  <Paragraphs>48</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24180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Zukowski, Adam</cp:lastModifiedBy>
  <cp:revision>2</cp:revision>
  <dcterms:created xsi:type="dcterms:W3CDTF">2024-05-21T15:59:00Z</dcterms:created>
  <dcterms:modified xsi:type="dcterms:W3CDTF">2024-05-21T15:59:00Z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0x010100FB6B50DB5C2D9049A455B65F50A91513</vt:lpwstr>
  </property>
</Properties>
</file>