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3C968B" w14:textId="77777777" w:rsidR="00930F33" w:rsidRDefault="00930F33">
      <w:pPr>
        <w:spacing w:after="0"/>
        <w:rPr>
          <w:lang w:eastAsia="zh-CN"/>
        </w:rPr>
      </w:pPr>
    </w:p>
    <w:p w14:paraId="4D682C26" w14:textId="77777777" w:rsidR="009D0FD3" w:rsidRDefault="00D05A5D">
      <w:r>
        <w:rPr>
          <w:rFonts w:ascii="Arial" w:hAnsi="Arial"/>
          <w:sz w:val="48"/>
        </w:rPr>
        <w:t>Participant #4</w:t>
      </w:r>
    </w:p>
    <w:p w14:paraId="30728147" w14:textId="141AA6F0" w:rsidR="009D0FD3" w:rsidRDefault="00D05A5D">
      <w:r>
        <w:rPr>
          <w:rFonts w:ascii="Arial" w:hAnsi="Arial"/>
          <w:color w:val="4F6880"/>
        </w:rPr>
        <w:t xml:space="preserve">Fri, Jan 19, </w:t>
      </w:r>
      <w:r w:rsidR="00194E72">
        <w:rPr>
          <w:rFonts w:ascii="Arial" w:hAnsi="Arial"/>
          <w:color w:val="4F6880"/>
        </w:rPr>
        <w:t>2024,</w:t>
      </w:r>
      <w:r>
        <w:rPr>
          <w:rFonts w:ascii="Arial" w:hAnsi="Arial"/>
          <w:color w:val="4F6880"/>
        </w:rPr>
        <w:t xml:space="preserve"> 11:53AM • 40:38</w:t>
      </w:r>
    </w:p>
    <w:p w14:paraId="33D6419B" w14:textId="77777777" w:rsidR="009D0FD3" w:rsidRDefault="00D05A5D">
      <w:pPr>
        <w:spacing w:before="440" w:after="0"/>
      </w:pPr>
      <w:r>
        <w:rPr>
          <w:rFonts w:ascii="Arial" w:hAnsi="Arial"/>
          <w:b/>
          <w:color w:val="4F6880"/>
        </w:rPr>
        <w:t>SUMMARY KEYWORDS</w:t>
      </w:r>
    </w:p>
    <w:p w14:paraId="3D9FB5B8" w14:textId="3C046017" w:rsidR="009D0FD3" w:rsidRDefault="00D05A5D">
      <w:r>
        <w:rPr>
          <w:rFonts w:ascii="Arial" w:hAnsi="Arial"/>
          <w:color w:val="4F6880"/>
        </w:rPr>
        <w:t xml:space="preserve">spinning, jell, tank, bottom, water, moving, top, dividing wall, streaks, rotating, thought, pulled, dye, hot water, shake, sunk, crystals, cold water, middle, </w:t>
      </w:r>
      <w:r w:rsidR="00194E72">
        <w:rPr>
          <w:rFonts w:ascii="Arial" w:hAnsi="Arial"/>
          <w:color w:val="4F6880"/>
        </w:rPr>
        <w:t>minute.</w:t>
      </w:r>
    </w:p>
    <w:p w14:paraId="330B2897" w14:textId="77777777" w:rsidR="009D0FD3" w:rsidRDefault="00D05A5D">
      <w:pPr>
        <w:spacing w:before="440" w:after="0"/>
      </w:pPr>
      <w:r>
        <w:rPr>
          <w:rFonts w:ascii="Arial" w:hAnsi="Arial"/>
          <w:b/>
          <w:color w:val="4F6880"/>
        </w:rPr>
        <w:t>SPEAKERS</w:t>
      </w:r>
    </w:p>
    <w:p w14:paraId="4E20ED0A" w14:textId="00D2C428" w:rsidR="009D0FD3" w:rsidRDefault="00D05A5D">
      <w:r>
        <w:rPr>
          <w:rFonts w:ascii="Arial" w:hAnsi="Arial"/>
          <w:color w:val="4F6880"/>
        </w:rPr>
        <w:t xml:space="preserve">Interviewer </w:t>
      </w:r>
      <w:r w:rsidR="00194E72">
        <w:rPr>
          <w:rFonts w:ascii="Arial" w:hAnsi="Arial"/>
          <w:color w:val="4F6880"/>
        </w:rPr>
        <w:t>E:</w:t>
      </w:r>
      <w:r>
        <w:rPr>
          <w:rFonts w:ascii="Arial" w:hAnsi="Arial"/>
          <w:color w:val="4F6880"/>
        </w:rPr>
        <w:t xml:space="preserve"> Participant #</w:t>
      </w:r>
      <w:r w:rsidR="00194E72">
        <w:rPr>
          <w:rFonts w:ascii="Arial" w:hAnsi="Arial"/>
          <w:color w:val="4F6880"/>
        </w:rPr>
        <w:t>4:</w:t>
      </w:r>
      <w:r>
        <w:rPr>
          <w:rFonts w:ascii="Arial" w:hAnsi="Arial"/>
          <w:color w:val="4F6880"/>
        </w:rPr>
        <w:t xml:space="preserve"> Interviewer P:</w:t>
      </w:r>
    </w:p>
    <w:p w14:paraId="60327DB6" w14:textId="77777777" w:rsidR="009D0FD3" w:rsidRDefault="009D0FD3">
      <w:pPr>
        <w:spacing w:after="0"/>
      </w:pPr>
    </w:p>
    <w:p w14:paraId="0C0D8A3C" w14:textId="77777777" w:rsidR="009D0FD3" w:rsidRDefault="00D05A5D">
      <w:pPr>
        <w:spacing w:after="0"/>
      </w:pPr>
      <w:r>
        <w:rPr>
          <w:rFonts w:ascii="Arial" w:hAnsi="Arial"/>
          <w:b/>
        </w:rPr>
        <w:t xml:space="preserve">Interviewer P:  </w:t>
      </w:r>
      <w:r>
        <w:rPr>
          <w:rFonts w:ascii="Arial" w:hAnsi="Arial"/>
          <w:color w:val="5D7284"/>
        </w:rPr>
        <w:t>00:01</w:t>
      </w:r>
    </w:p>
    <w:p w14:paraId="7E7CCE79" w14:textId="17596CBE" w:rsidR="009D0FD3" w:rsidRDefault="00D05A5D">
      <w:pPr>
        <w:spacing w:after="0"/>
      </w:pPr>
      <w:r>
        <w:rPr>
          <w:rFonts w:ascii="Arial" w:hAnsi="Arial"/>
        </w:rPr>
        <w:t xml:space="preserve">Starts, alright, so this is participant number 4. And what we're going to do first is I have two pitchers of </w:t>
      </w:r>
      <w:r w:rsidR="00194E72">
        <w:rPr>
          <w:rFonts w:ascii="Arial" w:hAnsi="Arial"/>
        </w:rPr>
        <w:t>water;</w:t>
      </w:r>
      <w:r>
        <w:rPr>
          <w:rFonts w:ascii="Arial" w:hAnsi="Arial"/>
        </w:rPr>
        <w:t xml:space="preserve"> the red is </w:t>
      </w:r>
      <w:r w:rsidR="00194E72">
        <w:rPr>
          <w:rFonts w:ascii="Arial" w:hAnsi="Arial"/>
        </w:rPr>
        <w:t>warm,</w:t>
      </w:r>
      <w:r>
        <w:rPr>
          <w:rFonts w:ascii="Arial" w:hAnsi="Arial"/>
        </w:rPr>
        <w:t xml:space="preserve"> and the blue is cold so you can feel them to verify that. </w:t>
      </w:r>
      <w:r w:rsidR="00194E72">
        <w:rPr>
          <w:rFonts w:ascii="Arial" w:hAnsi="Arial"/>
        </w:rPr>
        <w:t>So,</w:t>
      </w:r>
      <w:r>
        <w:rPr>
          <w:rFonts w:ascii="Arial" w:hAnsi="Arial"/>
        </w:rPr>
        <w:t xml:space="preserve"> I have this pretty cool little tank here and it has a dividing wall. And </w:t>
      </w:r>
      <w:r w:rsidR="00194E72">
        <w:rPr>
          <w:rFonts w:ascii="Arial" w:hAnsi="Arial"/>
        </w:rPr>
        <w:t>so,</w:t>
      </w:r>
      <w:r>
        <w:rPr>
          <w:rFonts w:ascii="Arial" w:hAnsi="Arial"/>
        </w:rPr>
        <w:t xml:space="preserve"> in a minute, what I'm going to attempt to do without spilling is pour the red water in one side and the blue water in the other side. The dividing wall isn't totally </w:t>
      </w:r>
      <w:r w:rsidR="00194E72">
        <w:rPr>
          <w:rFonts w:ascii="Arial" w:hAnsi="Arial"/>
        </w:rPr>
        <w:t>leak</w:t>
      </w:r>
      <w:r>
        <w:rPr>
          <w:rFonts w:ascii="Arial" w:hAnsi="Arial"/>
        </w:rPr>
        <w:t xml:space="preserve"> proof so sometimes a little bit of that leaks back and forth. So that's why we do it </w:t>
      </w:r>
      <w:r w:rsidR="00194E72">
        <w:rPr>
          <w:rFonts w:ascii="Arial" w:hAnsi="Arial"/>
        </w:rPr>
        <w:t>quickly</w:t>
      </w:r>
      <w:r>
        <w:rPr>
          <w:rFonts w:ascii="Arial" w:hAnsi="Arial"/>
        </w:rPr>
        <w:t xml:space="preserve"> and then move the dividing wall so that the two different colors of water can combine</w:t>
      </w:r>
      <w:r>
        <w:rPr>
          <w:rFonts w:ascii="Arial" w:hAnsi="Arial"/>
        </w:rPr>
        <w:t xml:space="preserve">. </w:t>
      </w:r>
      <w:r w:rsidR="00194E72">
        <w:rPr>
          <w:rFonts w:ascii="Arial" w:hAnsi="Arial"/>
        </w:rPr>
        <w:t>So,</w:t>
      </w:r>
      <w:r>
        <w:rPr>
          <w:rFonts w:ascii="Arial" w:hAnsi="Arial"/>
        </w:rPr>
        <w:t xml:space="preserve"> we're gonna watch what happens but also let it sit for a full minute. Okay, and so I want you to imagine what it would look like after it's combined and then sat for a full minute and make a prediction and sketch you've got all these different colors here sketch what you think it will look like after a minute.</w:t>
      </w:r>
    </w:p>
    <w:p w14:paraId="1509FE62" w14:textId="77777777" w:rsidR="009D0FD3" w:rsidRDefault="009D0FD3">
      <w:pPr>
        <w:spacing w:after="0"/>
      </w:pPr>
    </w:p>
    <w:p w14:paraId="3B70A3D5" w14:textId="77777777" w:rsidR="009D0FD3" w:rsidRDefault="00D05A5D">
      <w:pPr>
        <w:spacing w:after="0"/>
      </w:pPr>
      <w:r>
        <w:rPr>
          <w:rFonts w:ascii="Arial" w:hAnsi="Arial"/>
          <w:b/>
        </w:rPr>
        <w:t xml:space="preserve">Participant #4:  </w:t>
      </w:r>
      <w:r>
        <w:rPr>
          <w:rFonts w:ascii="Arial" w:hAnsi="Arial"/>
          <w:color w:val="5D7284"/>
        </w:rPr>
        <w:t>01:27</w:t>
      </w:r>
    </w:p>
    <w:p w14:paraId="6B49FEFD" w14:textId="4A8AA051" w:rsidR="009D0FD3" w:rsidRDefault="00D05A5D">
      <w:pPr>
        <w:spacing w:after="0"/>
      </w:pPr>
      <w:r>
        <w:rPr>
          <w:rFonts w:ascii="Arial" w:hAnsi="Arial"/>
        </w:rPr>
        <w:t xml:space="preserve">It's </w:t>
      </w:r>
      <w:r w:rsidR="00194E72">
        <w:rPr>
          <w:rFonts w:ascii="Arial" w:hAnsi="Arial"/>
        </w:rPr>
        <w:t>not...</w:t>
      </w:r>
      <w:r>
        <w:rPr>
          <w:rFonts w:ascii="Arial" w:hAnsi="Arial"/>
        </w:rPr>
        <w:t xml:space="preserve"> but like so that the cold water be at the very top, hot water at the bottom and they kinda mix in the middle.</w:t>
      </w:r>
    </w:p>
    <w:p w14:paraId="10C81D3C" w14:textId="77777777" w:rsidR="009D0FD3" w:rsidRDefault="009D0FD3">
      <w:pPr>
        <w:spacing w:after="0"/>
      </w:pPr>
    </w:p>
    <w:p w14:paraId="68163ADF" w14:textId="77777777" w:rsidR="009D0FD3" w:rsidRDefault="00D05A5D">
      <w:pPr>
        <w:spacing w:after="0"/>
      </w:pPr>
      <w:r>
        <w:rPr>
          <w:rFonts w:ascii="Arial" w:hAnsi="Arial"/>
          <w:b/>
        </w:rPr>
        <w:t xml:space="preserve">Interviewer P:  </w:t>
      </w:r>
      <w:r>
        <w:rPr>
          <w:rFonts w:ascii="Arial" w:hAnsi="Arial"/>
          <w:color w:val="5D7284"/>
        </w:rPr>
        <w:t>02:54</w:t>
      </w:r>
    </w:p>
    <w:p w14:paraId="37DD6011" w14:textId="77777777" w:rsidR="009D0FD3" w:rsidRDefault="00D05A5D">
      <w:pPr>
        <w:spacing w:after="0"/>
      </w:pPr>
      <w:r>
        <w:rPr>
          <w:rFonts w:ascii="Arial" w:hAnsi="Arial"/>
        </w:rPr>
        <w:t>Okay and tell me about the colors.</w:t>
      </w:r>
    </w:p>
    <w:p w14:paraId="42BB4AF6" w14:textId="77777777" w:rsidR="009D0FD3" w:rsidRDefault="009D0FD3">
      <w:pPr>
        <w:spacing w:after="0"/>
      </w:pPr>
    </w:p>
    <w:p w14:paraId="26379097" w14:textId="77777777" w:rsidR="009D0FD3" w:rsidRDefault="00D05A5D">
      <w:pPr>
        <w:spacing w:after="0"/>
      </w:pPr>
      <w:r>
        <w:rPr>
          <w:rFonts w:ascii="Arial" w:hAnsi="Arial"/>
          <w:b/>
        </w:rPr>
        <w:t xml:space="preserve">Participant #4:  </w:t>
      </w:r>
      <w:r>
        <w:rPr>
          <w:rFonts w:ascii="Arial" w:hAnsi="Arial"/>
          <w:color w:val="5D7284"/>
        </w:rPr>
        <w:t>02:58</w:t>
      </w:r>
    </w:p>
    <w:p w14:paraId="3CB2C6CC" w14:textId="68F55CC2" w:rsidR="009D0FD3" w:rsidRDefault="00D05A5D">
      <w:pPr>
        <w:spacing w:after="0"/>
      </w:pPr>
      <w:r>
        <w:rPr>
          <w:rFonts w:ascii="Arial" w:hAnsi="Arial"/>
        </w:rPr>
        <w:t xml:space="preserve">The hot water would go on the top and then the cold water on the </w:t>
      </w:r>
      <w:r w:rsidR="00194E72">
        <w:rPr>
          <w:rFonts w:ascii="Arial" w:hAnsi="Arial"/>
        </w:rPr>
        <w:t>bottom, I</w:t>
      </w:r>
      <w:r>
        <w:rPr>
          <w:rFonts w:ascii="Arial" w:hAnsi="Arial"/>
        </w:rPr>
        <w:t xml:space="preserve"> tried to use the like... the cold and the hot but I just messed it up...</w:t>
      </w:r>
    </w:p>
    <w:p w14:paraId="31816710" w14:textId="77777777" w:rsidR="009D0FD3" w:rsidRDefault="009D0FD3">
      <w:pPr>
        <w:spacing w:after="0"/>
      </w:pPr>
    </w:p>
    <w:p w14:paraId="4C5B9A51" w14:textId="77777777" w:rsidR="009D0FD3" w:rsidRDefault="00D05A5D">
      <w:pPr>
        <w:spacing w:after="0"/>
      </w:pPr>
      <w:r>
        <w:rPr>
          <w:rFonts w:ascii="Arial" w:hAnsi="Arial"/>
          <w:b/>
        </w:rPr>
        <w:t xml:space="preserve">Interviewer P:  </w:t>
      </w:r>
      <w:r>
        <w:rPr>
          <w:rFonts w:ascii="Arial" w:hAnsi="Arial"/>
          <w:color w:val="5D7284"/>
        </w:rPr>
        <w:t>03:07</w:t>
      </w:r>
    </w:p>
    <w:p w14:paraId="713BF688" w14:textId="77777777" w:rsidR="009D0FD3" w:rsidRDefault="00D05A5D">
      <w:pPr>
        <w:spacing w:after="0"/>
      </w:pPr>
      <w:r>
        <w:rPr>
          <w:rFonts w:ascii="Arial" w:hAnsi="Arial"/>
        </w:rPr>
        <w:t xml:space="preserve">Do you want to do it again? </w:t>
      </w:r>
    </w:p>
    <w:p w14:paraId="246DA8D5" w14:textId="77777777" w:rsidR="009D0FD3" w:rsidRDefault="009D0FD3">
      <w:pPr>
        <w:spacing w:after="0"/>
      </w:pPr>
    </w:p>
    <w:p w14:paraId="1DF2BCBC" w14:textId="77777777" w:rsidR="009D0FD3" w:rsidRDefault="00D05A5D">
      <w:pPr>
        <w:spacing w:after="0"/>
      </w:pPr>
      <w:r>
        <w:rPr>
          <w:rFonts w:ascii="Arial" w:hAnsi="Arial"/>
          <w:b/>
        </w:rPr>
        <w:t xml:space="preserve">Participant #4:  </w:t>
      </w:r>
      <w:r>
        <w:rPr>
          <w:rFonts w:ascii="Arial" w:hAnsi="Arial"/>
          <w:color w:val="5D7284"/>
        </w:rPr>
        <w:t>03:08</w:t>
      </w:r>
    </w:p>
    <w:p w14:paraId="043F4B79" w14:textId="77777777" w:rsidR="009D0FD3" w:rsidRDefault="00D05A5D">
      <w:pPr>
        <w:spacing w:after="0"/>
      </w:pPr>
      <w:r>
        <w:rPr>
          <w:rFonts w:ascii="Arial" w:hAnsi="Arial"/>
        </w:rPr>
        <w:t>Sure.</w:t>
      </w:r>
    </w:p>
    <w:p w14:paraId="0B3F05E6" w14:textId="77777777" w:rsidR="009D0FD3" w:rsidRDefault="009D0FD3">
      <w:pPr>
        <w:spacing w:after="0"/>
      </w:pPr>
    </w:p>
    <w:p w14:paraId="0BD21117" w14:textId="77777777" w:rsidR="009D0FD3" w:rsidRDefault="00D05A5D">
      <w:pPr>
        <w:spacing w:after="0"/>
      </w:pPr>
      <w:r>
        <w:rPr>
          <w:rFonts w:ascii="Arial" w:hAnsi="Arial"/>
          <w:b/>
        </w:rPr>
        <w:t xml:space="preserve">Interviewer P:  </w:t>
      </w:r>
      <w:r>
        <w:rPr>
          <w:rFonts w:ascii="Arial" w:hAnsi="Arial"/>
          <w:color w:val="5D7284"/>
        </w:rPr>
        <w:t>03:09</w:t>
      </w:r>
    </w:p>
    <w:p w14:paraId="14E64C3E" w14:textId="34618563" w:rsidR="009D0FD3" w:rsidRDefault="00D05A5D">
      <w:pPr>
        <w:spacing w:after="0"/>
      </w:pPr>
      <w:r>
        <w:rPr>
          <w:rFonts w:ascii="Arial" w:hAnsi="Arial"/>
        </w:rPr>
        <w:lastRenderedPageBreak/>
        <w:t xml:space="preserve">Okay, I have plenty of those no worries. Here </w:t>
      </w:r>
      <w:r w:rsidR="00194E72">
        <w:rPr>
          <w:rFonts w:ascii="Arial" w:hAnsi="Arial"/>
        </w:rPr>
        <w:t>I’ll</w:t>
      </w:r>
      <w:r>
        <w:rPr>
          <w:rFonts w:ascii="Arial" w:hAnsi="Arial"/>
        </w:rPr>
        <w:t xml:space="preserve"> put another four. Do you have the time lapse, um okay, </w:t>
      </w:r>
      <w:r w:rsidR="00194E72">
        <w:rPr>
          <w:rFonts w:ascii="Arial" w:hAnsi="Arial"/>
        </w:rPr>
        <w:t>right-thinking</w:t>
      </w:r>
      <w:r>
        <w:rPr>
          <w:rFonts w:ascii="Arial" w:hAnsi="Arial"/>
        </w:rPr>
        <w:t xml:space="preserve"> this would be better off over here because of you phones. Okay, so now tell me about your sketch. </w:t>
      </w:r>
    </w:p>
    <w:p w14:paraId="6207926E" w14:textId="77777777" w:rsidR="009D0FD3" w:rsidRDefault="009D0FD3">
      <w:pPr>
        <w:spacing w:after="0"/>
      </w:pPr>
    </w:p>
    <w:p w14:paraId="578970BC" w14:textId="77777777" w:rsidR="009D0FD3" w:rsidRDefault="00D05A5D">
      <w:pPr>
        <w:spacing w:after="0"/>
      </w:pPr>
      <w:r>
        <w:rPr>
          <w:rFonts w:ascii="Arial" w:hAnsi="Arial"/>
          <w:b/>
        </w:rPr>
        <w:t xml:space="preserve">Participant #4:  </w:t>
      </w:r>
      <w:r>
        <w:rPr>
          <w:rFonts w:ascii="Arial" w:hAnsi="Arial"/>
          <w:color w:val="5D7284"/>
        </w:rPr>
        <w:t>04:50</w:t>
      </w:r>
    </w:p>
    <w:p w14:paraId="4EB6AFEB" w14:textId="0CFB41F1" w:rsidR="009D0FD3" w:rsidRDefault="00194E72">
      <w:pPr>
        <w:spacing w:after="0"/>
      </w:pPr>
      <w:r>
        <w:rPr>
          <w:rFonts w:ascii="Arial" w:hAnsi="Arial"/>
        </w:rPr>
        <w:t>So, I think like the two ends of the water, where it's like the furthest away where the bottom of the cold water would be closest to like how it originally was. And then on top of the water would probably be as hot as it is. Of course, it is hot as it originally is. And then they probably just mix in the middle.</w:t>
      </w:r>
    </w:p>
    <w:p w14:paraId="5187991F" w14:textId="77777777" w:rsidR="009D0FD3" w:rsidRDefault="009D0FD3">
      <w:pPr>
        <w:spacing w:after="0"/>
      </w:pPr>
    </w:p>
    <w:p w14:paraId="5A0A106E" w14:textId="77777777" w:rsidR="009D0FD3" w:rsidRDefault="00D05A5D">
      <w:pPr>
        <w:spacing w:after="0"/>
      </w:pPr>
      <w:r>
        <w:rPr>
          <w:rFonts w:ascii="Arial" w:hAnsi="Arial"/>
          <w:b/>
        </w:rPr>
        <w:t xml:space="preserve">Interviewer P:  </w:t>
      </w:r>
      <w:r>
        <w:rPr>
          <w:rFonts w:ascii="Arial" w:hAnsi="Arial"/>
          <w:color w:val="5D7284"/>
        </w:rPr>
        <w:t>05:06</w:t>
      </w:r>
    </w:p>
    <w:p w14:paraId="4F252174" w14:textId="77777777" w:rsidR="009D0FD3" w:rsidRDefault="00D05A5D">
      <w:pPr>
        <w:spacing w:after="0"/>
      </w:pPr>
      <w:r>
        <w:rPr>
          <w:rFonts w:ascii="Arial" w:hAnsi="Arial"/>
        </w:rPr>
        <w:t>Alright so tell me about your colors.</w:t>
      </w:r>
    </w:p>
    <w:p w14:paraId="5E8142A5" w14:textId="77777777" w:rsidR="009D0FD3" w:rsidRDefault="009D0FD3">
      <w:pPr>
        <w:spacing w:after="0"/>
      </w:pPr>
    </w:p>
    <w:p w14:paraId="1FE6962D" w14:textId="77777777" w:rsidR="009D0FD3" w:rsidRDefault="00D05A5D">
      <w:pPr>
        <w:spacing w:after="0"/>
      </w:pPr>
      <w:r>
        <w:rPr>
          <w:rFonts w:ascii="Arial" w:hAnsi="Arial"/>
          <w:b/>
        </w:rPr>
        <w:t xml:space="preserve">Participant #4:  </w:t>
      </w:r>
      <w:r>
        <w:rPr>
          <w:rFonts w:ascii="Arial" w:hAnsi="Arial"/>
          <w:color w:val="5D7284"/>
        </w:rPr>
        <w:t>05:07</w:t>
      </w:r>
    </w:p>
    <w:p w14:paraId="6C1BF4D7" w14:textId="77777777" w:rsidR="009D0FD3" w:rsidRDefault="00D05A5D">
      <w:pPr>
        <w:spacing w:after="0"/>
      </w:pPr>
      <w:r>
        <w:rPr>
          <w:rFonts w:ascii="Arial" w:hAnsi="Arial"/>
        </w:rPr>
        <w:t>Oh.</w:t>
      </w:r>
    </w:p>
    <w:p w14:paraId="078CDAAA" w14:textId="77777777" w:rsidR="009D0FD3" w:rsidRDefault="009D0FD3">
      <w:pPr>
        <w:spacing w:after="0"/>
      </w:pPr>
    </w:p>
    <w:p w14:paraId="41AD574B" w14:textId="77777777" w:rsidR="009D0FD3" w:rsidRDefault="00D05A5D">
      <w:pPr>
        <w:spacing w:after="0"/>
      </w:pPr>
      <w:r>
        <w:rPr>
          <w:rFonts w:ascii="Arial" w:hAnsi="Arial"/>
          <w:b/>
        </w:rPr>
        <w:t xml:space="preserve">Interviewer P:  </w:t>
      </w:r>
      <w:r>
        <w:rPr>
          <w:rFonts w:ascii="Arial" w:hAnsi="Arial"/>
          <w:color w:val="5D7284"/>
        </w:rPr>
        <w:t>05:08</w:t>
      </w:r>
    </w:p>
    <w:p w14:paraId="31FAA02E" w14:textId="77777777" w:rsidR="009D0FD3" w:rsidRDefault="00D05A5D">
      <w:pPr>
        <w:spacing w:after="0"/>
      </w:pPr>
      <w:r>
        <w:rPr>
          <w:rFonts w:ascii="Arial" w:hAnsi="Arial"/>
        </w:rPr>
        <w:t>It's very colorful I like it.</w:t>
      </w:r>
    </w:p>
    <w:p w14:paraId="76DFC692" w14:textId="77777777" w:rsidR="009D0FD3" w:rsidRDefault="009D0FD3">
      <w:pPr>
        <w:spacing w:after="0"/>
      </w:pPr>
    </w:p>
    <w:p w14:paraId="01D1C248" w14:textId="77777777" w:rsidR="009D0FD3" w:rsidRDefault="00D05A5D">
      <w:pPr>
        <w:spacing w:after="0"/>
      </w:pPr>
      <w:r>
        <w:rPr>
          <w:rFonts w:ascii="Arial" w:hAnsi="Arial"/>
          <w:b/>
        </w:rPr>
        <w:t xml:space="preserve">Participant #4:  </w:t>
      </w:r>
      <w:r>
        <w:rPr>
          <w:rFonts w:ascii="Arial" w:hAnsi="Arial"/>
          <w:color w:val="5D7284"/>
        </w:rPr>
        <w:t>05:10</w:t>
      </w:r>
    </w:p>
    <w:p w14:paraId="67170591" w14:textId="61D5A4B5" w:rsidR="009D0FD3" w:rsidRDefault="00D05A5D">
      <w:pPr>
        <w:spacing w:after="0"/>
      </w:pPr>
      <w:r>
        <w:rPr>
          <w:rFonts w:ascii="Arial" w:hAnsi="Arial"/>
        </w:rPr>
        <w:t xml:space="preserve">The blues the coldest and then going... is slightly less cold like </w:t>
      </w:r>
      <w:r w:rsidR="00194E72">
        <w:rPr>
          <w:rFonts w:ascii="Arial" w:hAnsi="Arial"/>
        </w:rPr>
        <w:t>where</w:t>
      </w:r>
      <w:r>
        <w:rPr>
          <w:rFonts w:ascii="Arial" w:hAnsi="Arial"/>
        </w:rPr>
        <w:t xml:space="preserve"> they vary where they all mix.</w:t>
      </w:r>
    </w:p>
    <w:p w14:paraId="793D7B78" w14:textId="77777777" w:rsidR="009D0FD3" w:rsidRDefault="009D0FD3">
      <w:pPr>
        <w:spacing w:after="0"/>
      </w:pPr>
    </w:p>
    <w:p w14:paraId="46B69BBC" w14:textId="77777777" w:rsidR="009D0FD3" w:rsidRDefault="00D05A5D">
      <w:pPr>
        <w:spacing w:after="0"/>
      </w:pPr>
      <w:r>
        <w:rPr>
          <w:rFonts w:ascii="Arial" w:hAnsi="Arial"/>
          <w:b/>
        </w:rPr>
        <w:t xml:space="preserve">Interviewer P:  </w:t>
      </w:r>
      <w:r>
        <w:rPr>
          <w:rFonts w:ascii="Arial" w:hAnsi="Arial"/>
          <w:color w:val="5D7284"/>
        </w:rPr>
        <w:t>05:18</w:t>
      </w:r>
    </w:p>
    <w:p w14:paraId="66815FC6" w14:textId="77777777" w:rsidR="009D0FD3" w:rsidRDefault="00D05A5D">
      <w:pPr>
        <w:spacing w:after="0"/>
      </w:pPr>
      <w:r>
        <w:rPr>
          <w:rFonts w:ascii="Arial" w:hAnsi="Arial"/>
        </w:rPr>
        <w:t>So what color is that?</w:t>
      </w:r>
    </w:p>
    <w:p w14:paraId="0C441F07" w14:textId="77777777" w:rsidR="009D0FD3" w:rsidRDefault="009D0FD3">
      <w:pPr>
        <w:spacing w:after="0"/>
      </w:pPr>
    </w:p>
    <w:p w14:paraId="2C66F8D4" w14:textId="77777777" w:rsidR="009D0FD3" w:rsidRDefault="00D05A5D">
      <w:pPr>
        <w:spacing w:after="0"/>
      </w:pPr>
      <w:r>
        <w:rPr>
          <w:rFonts w:ascii="Arial" w:hAnsi="Arial"/>
          <w:b/>
        </w:rPr>
        <w:t xml:space="preserve">Participant #4:  </w:t>
      </w:r>
      <w:r>
        <w:rPr>
          <w:rFonts w:ascii="Arial" w:hAnsi="Arial"/>
          <w:color w:val="5D7284"/>
        </w:rPr>
        <w:t>05:19</w:t>
      </w:r>
    </w:p>
    <w:p w14:paraId="0564BA15" w14:textId="32143757" w:rsidR="009D0FD3" w:rsidRDefault="00D05A5D">
      <w:pPr>
        <w:spacing w:after="0"/>
      </w:pPr>
      <w:r>
        <w:rPr>
          <w:rFonts w:ascii="Arial" w:hAnsi="Arial"/>
        </w:rPr>
        <w:t xml:space="preserve">It's like a mix of all the colors I used kind of to the </w:t>
      </w:r>
      <w:r w:rsidR="00194E72">
        <w:rPr>
          <w:rFonts w:ascii="Arial" w:hAnsi="Arial"/>
        </w:rPr>
        <w:t>orange. To</w:t>
      </w:r>
      <w:r>
        <w:rPr>
          <w:rFonts w:ascii="Arial" w:hAnsi="Arial"/>
        </w:rPr>
        <w:t xml:space="preserve"> the orange and green color green color and then the </w:t>
      </w:r>
      <w:r w:rsidR="00194E72">
        <w:rPr>
          <w:rFonts w:ascii="Arial" w:hAnsi="Arial"/>
        </w:rPr>
        <w:t>orange, orange</w:t>
      </w:r>
      <w:r>
        <w:rPr>
          <w:rFonts w:ascii="Arial" w:hAnsi="Arial"/>
        </w:rPr>
        <w:t xml:space="preserve"> is like the slightly colder hot water and then the dark red is just the hot water.</w:t>
      </w:r>
    </w:p>
    <w:p w14:paraId="04435BAC" w14:textId="77777777" w:rsidR="009D0FD3" w:rsidRDefault="009D0FD3">
      <w:pPr>
        <w:spacing w:after="0"/>
      </w:pPr>
    </w:p>
    <w:p w14:paraId="27209720" w14:textId="77777777" w:rsidR="009D0FD3" w:rsidRDefault="00D05A5D">
      <w:pPr>
        <w:spacing w:after="0"/>
      </w:pPr>
      <w:r>
        <w:rPr>
          <w:rFonts w:ascii="Arial" w:hAnsi="Arial"/>
          <w:b/>
        </w:rPr>
        <w:t xml:space="preserve">Interviewer P:  </w:t>
      </w:r>
      <w:r>
        <w:rPr>
          <w:rFonts w:ascii="Arial" w:hAnsi="Arial"/>
          <w:color w:val="5D7284"/>
        </w:rPr>
        <w:t>05:36</w:t>
      </w:r>
    </w:p>
    <w:p w14:paraId="28525E99" w14:textId="77777777" w:rsidR="009D0FD3" w:rsidRDefault="00D05A5D">
      <w:pPr>
        <w:spacing w:after="0"/>
      </w:pPr>
      <w:r>
        <w:rPr>
          <w:rFonts w:ascii="Arial" w:hAnsi="Arial"/>
        </w:rPr>
        <w:t>Okay, and is when I take out the dividing wall how do you think the water masses are gonna move while they're becoming that?</w:t>
      </w:r>
    </w:p>
    <w:p w14:paraId="7B03E15B" w14:textId="77777777" w:rsidR="009D0FD3" w:rsidRDefault="009D0FD3">
      <w:pPr>
        <w:spacing w:after="0"/>
      </w:pPr>
    </w:p>
    <w:p w14:paraId="5EE94EBA" w14:textId="77777777" w:rsidR="009D0FD3" w:rsidRDefault="00D05A5D">
      <w:pPr>
        <w:spacing w:after="0"/>
      </w:pPr>
      <w:r>
        <w:rPr>
          <w:rFonts w:ascii="Arial" w:hAnsi="Arial"/>
          <w:b/>
        </w:rPr>
        <w:t xml:space="preserve">Participant #4:  </w:t>
      </w:r>
      <w:r>
        <w:rPr>
          <w:rFonts w:ascii="Arial" w:hAnsi="Arial"/>
          <w:color w:val="5D7284"/>
        </w:rPr>
        <w:t>05:40</w:t>
      </w:r>
    </w:p>
    <w:p w14:paraId="377E1A5A" w14:textId="4CD5A5F5" w:rsidR="009D0FD3" w:rsidRDefault="00D05A5D">
      <w:pPr>
        <w:spacing w:after="0"/>
      </w:pPr>
      <w:r>
        <w:rPr>
          <w:rFonts w:ascii="Arial" w:hAnsi="Arial"/>
        </w:rPr>
        <w:t xml:space="preserve">I think at </w:t>
      </w:r>
      <w:r w:rsidR="00194E72">
        <w:rPr>
          <w:rFonts w:ascii="Arial" w:hAnsi="Arial"/>
        </w:rPr>
        <w:t>first,</w:t>
      </w:r>
      <w:r>
        <w:rPr>
          <w:rFonts w:ascii="Arial" w:hAnsi="Arial"/>
        </w:rPr>
        <w:t xml:space="preserve"> they're gonna like slip over each other and then just slowly like move into each other, kinda as the hot water cools down and as the hot the cold water warms up it'll go up. A little </w:t>
      </w:r>
      <w:r w:rsidR="00194E72">
        <w:rPr>
          <w:rFonts w:ascii="Arial" w:hAnsi="Arial"/>
        </w:rPr>
        <w:t>y</w:t>
      </w:r>
      <w:r>
        <w:rPr>
          <w:rFonts w:ascii="Arial" w:hAnsi="Arial"/>
        </w:rPr>
        <w:t xml:space="preserve">eah, I didn't. </w:t>
      </w:r>
    </w:p>
    <w:p w14:paraId="7BC5ADEE" w14:textId="77777777" w:rsidR="009D0FD3" w:rsidRDefault="009D0FD3">
      <w:pPr>
        <w:spacing w:after="0"/>
      </w:pPr>
    </w:p>
    <w:p w14:paraId="69AE8F5A" w14:textId="77777777" w:rsidR="009D0FD3" w:rsidRDefault="00D05A5D">
      <w:pPr>
        <w:spacing w:after="0"/>
      </w:pPr>
      <w:r>
        <w:rPr>
          <w:rFonts w:ascii="Arial" w:hAnsi="Arial"/>
          <w:b/>
        </w:rPr>
        <w:t xml:space="preserve">Interviewer P:  </w:t>
      </w:r>
      <w:r>
        <w:rPr>
          <w:rFonts w:ascii="Arial" w:hAnsi="Arial"/>
          <w:color w:val="5D7284"/>
        </w:rPr>
        <w:t>06:06</w:t>
      </w:r>
    </w:p>
    <w:p w14:paraId="68BE4E54" w14:textId="1027F5D1" w:rsidR="009D0FD3" w:rsidRDefault="00D05A5D">
      <w:pPr>
        <w:spacing w:after="0"/>
      </w:pPr>
      <w:r>
        <w:rPr>
          <w:rFonts w:ascii="Arial" w:hAnsi="Arial"/>
        </w:rPr>
        <w:t xml:space="preserve">Okay all right. </w:t>
      </w:r>
      <w:r w:rsidR="00194E72">
        <w:rPr>
          <w:rFonts w:ascii="Arial" w:hAnsi="Arial"/>
        </w:rPr>
        <w:t>So,</w:t>
      </w:r>
      <w:r>
        <w:rPr>
          <w:rFonts w:ascii="Arial" w:hAnsi="Arial"/>
        </w:rPr>
        <w:t xml:space="preserve"> let's do this and I have my timer so after I pull the wall </w:t>
      </w:r>
      <w:r w:rsidR="00194E72">
        <w:rPr>
          <w:rFonts w:ascii="Arial" w:hAnsi="Arial"/>
        </w:rPr>
        <w:t>out,</w:t>
      </w:r>
      <w:r>
        <w:rPr>
          <w:rFonts w:ascii="Arial" w:hAnsi="Arial"/>
        </w:rPr>
        <w:t xml:space="preserve"> we'll let it sit for a </w:t>
      </w:r>
      <w:r w:rsidR="00194E72">
        <w:rPr>
          <w:rFonts w:ascii="Arial" w:hAnsi="Arial"/>
        </w:rPr>
        <w:t>minute</w:t>
      </w:r>
      <w:r>
        <w:rPr>
          <w:rFonts w:ascii="Arial" w:hAnsi="Arial"/>
        </w:rPr>
        <w:t xml:space="preserve">, a spill which is highly likely. All right, so that was a minute are you surprised? Oh, sorry. </w:t>
      </w:r>
    </w:p>
    <w:p w14:paraId="67CFD62A" w14:textId="77777777" w:rsidR="009D0FD3" w:rsidRDefault="009D0FD3">
      <w:pPr>
        <w:spacing w:after="0"/>
      </w:pPr>
    </w:p>
    <w:p w14:paraId="2B57E772" w14:textId="77777777" w:rsidR="009D0FD3" w:rsidRDefault="00D05A5D">
      <w:pPr>
        <w:spacing w:after="0"/>
      </w:pPr>
      <w:r>
        <w:rPr>
          <w:rFonts w:ascii="Arial" w:hAnsi="Arial"/>
          <w:b/>
        </w:rPr>
        <w:t xml:space="preserve">Participant #4:  </w:t>
      </w:r>
      <w:r>
        <w:rPr>
          <w:rFonts w:ascii="Arial" w:hAnsi="Arial"/>
          <w:color w:val="5D7284"/>
        </w:rPr>
        <w:t>07:45</w:t>
      </w:r>
    </w:p>
    <w:p w14:paraId="6656C040" w14:textId="6B1BF345" w:rsidR="009D0FD3" w:rsidRDefault="00D05A5D">
      <w:pPr>
        <w:spacing w:after="0"/>
      </w:pPr>
      <w:r>
        <w:rPr>
          <w:rFonts w:ascii="Arial" w:hAnsi="Arial"/>
        </w:rPr>
        <w:lastRenderedPageBreak/>
        <w:t xml:space="preserve">I didn't expect it to like </w:t>
      </w:r>
      <w:r w:rsidR="00194E72">
        <w:rPr>
          <w:rFonts w:ascii="Arial" w:hAnsi="Arial"/>
        </w:rPr>
        <w:t>to fluctuate</w:t>
      </w:r>
      <w:r>
        <w:rPr>
          <w:rFonts w:ascii="Arial" w:hAnsi="Arial"/>
        </w:rPr>
        <w:t xml:space="preserve"> on the sides like when it originally went over each other and expected to keep doing that after it like settled and then because it's still kind of going on the side it's going up and down. And I also thought it would melt like mix a little better.</w:t>
      </w:r>
    </w:p>
    <w:p w14:paraId="291A4E2A" w14:textId="77777777" w:rsidR="009D0FD3" w:rsidRDefault="009D0FD3">
      <w:pPr>
        <w:spacing w:after="0"/>
      </w:pPr>
    </w:p>
    <w:p w14:paraId="71355ED9" w14:textId="77777777" w:rsidR="009D0FD3" w:rsidRDefault="00D05A5D">
      <w:pPr>
        <w:spacing w:after="0"/>
      </w:pPr>
      <w:r>
        <w:rPr>
          <w:rFonts w:ascii="Arial" w:hAnsi="Arial"/>
          <w:b/>
        </w:rPr>
        <w:t xml:space="preserve">Interviewer P:  </w:t>
      </w:r>
      <w:r>
        <w:rPr>
          <w:rFonts w:ascii="Arial" w:hAnsi="Arial"/>
          <w:color w:val="5D7284"/>
        </w:rPr>
        <w:t>08:04</w:t>
      </w:r>
    </w:p>
    <w:p w14:paraId="27849083" w14:textId="77777777" w:rsidR="009D0FD3" w:rsidRDefault="00D05A5D">
      <w:pPr>
        <w:spacing w:after="0"/>
      </w:pPr>
      <w:r>
        <w:rPr>
          <w:rFonts w:ascii="Arial" w:hAnsi="Arial"/>
        </w:rPr>
        <w:t>Yeah, how is it different from your sketch?</w:t>
      </w:r>
    </w:p>
    <w:p w14:paraId="23A8B7CD" w14:textId="77777777" w:rsidR="009D0FD3" w:rsidRDefault="009D0FD3">
      <w:pPr>
        <w:spacing w:after="0"/>
      </w:pPr>
    </w:p>
    <w:p w14:paraId="1A9FEE85" w14:textId="77777777" w:rsidR="009D0FD3" w:rsidRDefault="00D05A5D">
      <w:pPr>
        <w:spacing w:after="0"/>
      </w:pPr>
      <w:r>
        <w:rPr>
          <w:rFonts w:ascii="Arial" w:hAnsi="Arial"/>
          <w:b/>
        </w:rPr>
        <w:t xml:space="preserve">Participant #4:  </w:t>
      </w:r>
      <w:r>
        <w:rPr>
          <w:rFonts w:ascii="Arial" w:hAnsi="Arial"/>
          <w:color w:val="5D7284"/>
        </w:rPr>
        <w:t>08:08</w:t>
      </w:r>
    </w:p>
    <w:p w14:paraId="048E1CE4" w14:textId="61AC6795" w:rsidR="009D0FD3" w:rsidRDefault="00D05A5D">
      <w:pPr>
        <w:spacing w:after="0"/>
      </w:pPr>
      <w:r>
        <w:rPr>
          <w:rFonts w:ascii="Arial" w:hAnsi="Arial"/>
        </w:rPr>
        <w:t xml:space="preserve">The middle is like it's not as mixed it's definitely more pronounced with like that the cold water and </w:t>
      </w:r>
      <w:r w:rsidR="00194E72">
        <w:rPr>
          <w:rFonts w:ascii="Arial" w:hAnsi="Arial"/>
        </w:rPr>
        <w:t>that’s</w:t>
      </w:r>
      <w:r>
        <w:rPr>
          <w:rFonts w:ascii="Arial" w:hAnsi="Arial"/>
        </w:rPr>
        <w:t xml:space="preserve"> the hot water.</w:t>
      </w:r>
    </w:p>
    <w:p w14:paraId="5AF70F9F" w14:textId="77777777" w:rsidR="009D0FD3" w:rsidRDefault="009D0FD3">
      <w:pPr>
        <w:spacing w:after="0"/>
      </w:pPr>
    </w:p>
    <w:p w14:paraId="531F3AD3" w14:textId="77777777" w:rsidR="009D0FD3" w:rsidRDefault="00D05A5D">
      <w:pPr>
        <w:spacing w:after="0"/>
      </w:pPr>
      <w:r>
        <w:rPr>
          <w:rFonts w:ascii="Arial" w:hAnsi="Arial"/>
          <w:b/>
        </w:rPr>
        <w:t xml:space="preserve">Interviewer P:  </w:t>
      </w:r>
      <w:r>
        <w:rPr>
          <w:rFonts w:ascii="Arial" w:hAnsi="Arial"/>
          <w:color w:val="5D7284"/>
        </w:rPr>
        <w:t>08:16</w:t>
      </w:r>
    </w:p>
    <w:p w14:paraId="7020985A" w14:textId="4BC152D9" w:rsidR="009D0FD3" w:rsidRDefault="00D05A5D">
      <w:pPr>
        <w:spacing w:after="0"/>
      </w:pPr>
      <w:r>
        <w:rPr>
          <w:rFonts w:ascii="Arial" w:hAnsi="Arial"/>
        </w:rPr>
        <w:t xml:space="preserve">And do you think that it would eventually </w:t>
      </w:r>
      <w:r w:rsidR="00194E72">
        <w:rPr>
          <w:rFonts w:ascii="Arial" w:hAnsi="Arial"/>
        </w:rPr>
        <w:t>mix,</w:t>
      </w:r>
      <w:r>
        <w:rPr>
          <w:rFonts w:ascii="Arial" w:hAnsi="Arial"/>
        </w:rPr>
        <w:t xml:space="preserve"> or would it stay like that forever?</w:t>
      </w:r>
    </w:p>
    <w:p w14:paraId="2D819D85" w14:textId="77777777" w:rsidR="009D0FD3" w:rsidRDefault="009D0FD3">
      <w:pPr>
        <w:spacing w:after="0"/>
      </w:pPr>
    </w:p>
    <w:p w14:paraId="6084D5A6" w14:textId="77777777" w:rsidR="009D0FD3" w:rsidRDefault="00D05A5D">
      <w:pPr>
        <w:spacing w:after="0"/>
      </w:pPr>
      <w:r>
        <w:rPr>
          <w:rFonts w:ascii="Arial" w:hAnsi="Arial"/>
          <w:b/>
        </w:rPr>
        <w:t xml:space="preserve">Participant #4:  </w:t>
      </w:r>
      <w:r>
        <w:rPr>
          <w:rFonts w:ascii="Arial" w:hAnsi="Arial"/>
          <w:color w:val="5D7284"/>
        </w:rPr>
        <w:t>08:21</w:t>
      </w:r>
    </w:p>
    <w:p w14:paraId="63053571" w14:textId="77777777" w:rsidR="009D0FD3" w:rsidRDefault="00D05A5D">
      <w:pPr>
        <w:spacing w:after="0"/>
      </w:pPr>
      <w:r>
        <w:rPr>
          <w:rFonts w:ascii="Arial" w:hAnsi="Arial"/>
        </w:rPr>
        <w:t>It would definitely eventually mix because like once the water cools down and both go the same amount like mix through.</w:t>
      </w:r>
    </w:p>
    <w:p w14:paraId="59E01EB8" w14:textId="77777777" w:rsidR="009D0FD3" w:rsidRDefault="009D0FD3">
      <w:pPr>
        <w:spacing w:after="0"/>
      </w:pPr>
    </w:p>
    <w:p w14:paraId="06075D8D" w14:textId="77777777" w:rsidR="009D0FD3" w:rsidRDefault="00D05A5D">
      <w:pPr>
        <w:spacing w:after="0"/>
      </w:pPr>
      <w:r>
        <w:rPr>
          <w:rFonts w:ascii="Arial" w:hAnsi="Arial"/>
          <w:b/>
        </w:rPr>
        <w:t xml:space="preserve">Interviewer P:  </w:t>
      </w:r>
      <w:r>
        <w:rPr>
          <w:rFonts w:ascii="Arial" w:hAnsi="Arial"/>
          <w:color w:val="5D7284"/>
        </w:rPr>
        <w:t>08:31</w:t>
      </w:r>
    </w:p>
    <w:p w14:paraId="639CA27E" w14:textId="77777777" w:rsidR="009D0FD3" w:rsidRDefault="00D05A5D">
      <w:pPr>
        <w:spacing w:after="0"/>
      </w:pPr>
      <w:r>
        <w:rPr>
          <w:rFonts w:ascii="Arial" w:hAnsi="Arial"/>
        </w:rPr>
        <w:t xml:space="preserve">How long do you think </w:t>
      </w:r>
      <w:r>
        <w:rPr>
          <w:rFonts w:ascii="Arial" w:hAnsi="Arial"/>
        </w:rPr>
        <w:t>that'll take?</w:t>
      </w:r>
    </w:p>
    <w:p w14:paraId="0B12A56D" w14:textId="77777777" w:rsidR="009D0FD3" w:rsidRDefault="009D0FD3">
      <w:pPr>
        <w:spacing w:after="0"/>
      </w:pPr>
    </w:p>
    <w:p w14:paraId="6560FE6B" w14:textId="77777777" w:rsidR="009D0FD3" w:rsidRDefault="00D05A5D">
      <w:pPr>
        <w:spacing w:after="0"/>
      </w:pPr>
      <w:r>
        <w:rPr>
          <w:rFonts w:ascii="Arial" w:hAnsi="Arial"/>
          <w:b/>
        </w:rPr>
        <w:t xml:space="preserve">Participant #4:  </w:t>
      </w:r>
      <w:r>
        <w:rPr>
          <w:rFonts w:ascii="Arial" w:hAnsi="Arial"/>
          <w:color w:val="5D7284"/>
        </w:rPr>
        <w:t>08:32</w:t>
      </w:r>
    </w:p>
    <w:p w14:paraId="550D3513" w14:textId="77777777" w:rsidR="009D0FD3" w:rsidRDefault="00D05A5D">
      <w:pPr>
        <w:spacing w:after="0"/>
      </w:pPr>
      <w:r>
        <w:rPr>
          <w:rFonts w:ascii="Arial" w:hAnsi="Arial"/>
        </w:rPr>
        <w:t>Until the water goes down, so like maybe 15-20 minutes.</w:t>
      </w:r>
    </w:p>
    <w:p w14:paraId="76B9EA72" w14:textId="77777777" w:rsidR="009D0FD3" w:rsidRDefault="009D0FD3">
      <w:pPr>
        <w:spacing w:after="0"/>
      </w:pPr>
    </w:p>
    <w:p w14:paraId="556421BB" w14:textId="77777777" w:rsidR="009D0FD3" w:rsidRDefault="00D05A5D">
      <w:pPr>
        <w:spacing w:after="0"/>
      </w:pPr>
      <w:r>
        <w:rPr>
          <w:rFonts w:ascii="Arial" w:hAnsi="Arial"/>
          <w:b/>
        </w:rPr>
        <w:t xml:space="preserve">Interviewer P:  </w:t>
      </w:r>
      <w:r>
        <w:rPr>
          <w:rFonts w:ascii="Arial" w:hAnsi="Arial"/>
          <w:color w:val="5D7284"/>
        </w:rPr>
        <w:t>08:38</w:t>
      </w:r>
    </w:p>
    <w:p w14:paraId="7D6EE89C" w14:textId="77777777" w:rsidR="009D0FD3" w:rsidRDefault="00D05A5D">
      <w:pPr>
        <w:spacing w:after="0"/>
      </w:pPr>
      <w:r>
        <w:rPr>
          <w:rFonts w:ascii="Arial" w:hAnsi="Arial"/>
        </w:rPr>
        <w:t>15-20 minutes. How long do you think it will take for it all to be one temperature?</w:t>
      </w:r>
    </w:p>
    <w:p w14:paraId="22DE952C" w14:textId="77777777" w:rsidR="009D0FD3" w:rsidRDefault="009D0FD3">
      <w:pPr>
        <w:spacing w:after="0"/>
      </w:pPr>
    </w:p>
    <w:p w14:paraId="500D6D0F" w14:textId="77777777" w:rsidR="009D0FD3" w:rsidRDefault="00D05A5D">
      <w:pPr>
        <w:spacing w:after="0"/>
      </w:pPr>
      <w:r>
        <w:rPr>
          <w:rFonts w:ascii="Arial" w:hAnsi="Arial"/>
          <w:b/>
        </w:rPr>
        <w:t xml:space="preserve">Participant #4:  </w:t>
      </w:r>
      <w:r>
        <w:rPr>
          <w:rFonts w:ascii="Arial" w:hAnsi="Arial"/>
          <w:color w:val="5D7284"/>
        </w:rPr>
        <w:t>08:49</w:t>
      </w:r>
    </w:p>
    <w:p w14:paraId="2E1DBB81" w14:textId="77777777" w:rsidR="009D0FD3" w:rsidRDefault="00D05A5D">
      <w:pPr>
        <w:spacing w:after="0"/>
      </w:pPr>
      <w:r>
        <w:rPr>
          <w:rFonts w:ascii="Arial" w:hAnsi="Arial"/>
        </w:rPr>
        <w:t>I don't think it would all be one temperature like ever but maybe like an hour, for like to reach room temperature.</w:t>
      </w:r>
    </w:p>
    <w:p w14:paraId="45AF22A6" w14:textId="77777777" w:rsidR="009D0FD3" w:rsidRDefault="009D0FD3">
      <w:pPr>
        <w:spacing w:after="0"/>
      </w:pPr>
    </w:p>
    <w:p w14:paraId="6AD10B86" w14:textId="77777777" w:rsidR="009D0FD3" w:rsidRDefault="00D05A5D">
      <w:pPr>
        <w:spacing w:after="0"/>
      </w:pPr>
      <w:r>
        <w:rPr>
          <w:rFonts w:ascii="Arial" w:hAnsi="Arial"/>
          <w:b/>
        </w:rPr>
        <w:t xml:space="preserve">Interviewer P:  </w:t>
      </w:r>
      <w:r>
        <w:rPr>
          <w:rFonts w:ascii="Arial" w:hAnsi="Arial"/>
          <w:color w:val="5D7284"/>
        </w:rPr>
        <w:t>08:58</w:t>
      </w:r>
    </w:p>
    <w:p w14:paraId="70B40FFC" w14:textId="099888D7" w:rsidR="009D0FD3" w:rsidRDefault="00D05A5D">
      <w:pPr>
        <w:spacing w:after="0"/>
      </w:pPr>
      <w:r>
        <w:rPr>
          <w:rFonts w:ascii="Arial" w:hAnsi="Arial"/>
        </w:rPr>
        <w:t xml:space="preserve">Alright, So Erika made this time lapse video she let it sit for an hour and then this is all down squashed down into 33 seconds. </w:t>
      </w:r>
      <w:r w:rsidR="00194E72">
        <w:rPr>
          <w:rFonts w:ascii="Arial" w:hAnsi="Arial"/>
        </w:rPr>
        <w:t>So,</w:t>
      </w:r>
      <w:r>
        <w:rPr>
          <w:rFonts w:ascii="Arial" w:hAnsi="Arial"/>
        </w:rPr>
        <w:t xml:space="preserve"> let's see what it does in an hour. Where's my cursor there it is. Think it's done. Does that surprise you?</w:t>
      </w:r>
    </w:p>
    <w:p w14:paraId="46D61D93" w14:textId="77777777" w:rsidR="009D0FD3" w:rsidRDefault="009D0FD3">
      <w:pPr>
        <w:spacing w:after="0"/>
      </w:pPr>
    </w:p>
    <w:p w14:paraId="1F3960F4" w14:textId="77777777" w:rsidR="009D0FD3" w:rsidRDefault="00D05A5D">
      <w:pPr>
        <w:spacing w:after="0"/>
      </w:pPr>
      <w:r>
        <w:rPr>
          <w:rFonts w:ascii="Arial" w:hAnsi="Arial"/>
          <w:b/>
        </w:rPr>
        <w:t xml:space="preserve">Participant #4:  </w:t>
      </w:r>
      <w:r>
        <w:rPr>
          <w:rFonts w:ascii="Arial" w:hAnsi="Arial"/>
          <w:color w:val="5D7284"/>
        </w:rPr>
        <w:t>09:59</w:t>
      </w:r>
    </w:p>
    <w:p w14:paraId="77492E3B" w14:textId="7371E886" w:rsidR="009D0FD3" w:rsidRDefault="00D05A5D">
      <w:pPr>
        <w:spacing w:after="0"/>
      </w:pPr>
      <w:r>
        <w:rPr>
          <w:rFonts w:ascii="Arial" w:hAnsi="Arial"/>
        </w:rPr>
        <w:t xml:space="preserve">A little. I thought it would I </w:t>
      </w:r>
      <w:r w:rsidR="00194E72">
        <w:rPr>
          <w:rFonts w:ascii="Arial" w:hAnsi="Arial"/>
        </w:rPr>
        <w:t>thought</w:t>
      </w:r>
      <w:r>
        <w:rPr>
          <w:rFonts w:ascii="Arial" w:hAnsi="Arial"/>
        </w:rPr>
        <w:t xml:space="preserve"> it would be </w:t>
      </w:r>
      <w:r w:rsidR="00194E72">
        <w:rPr>
          <w:rFonts w:ascii="Arial" w:hAnsi="Arial"/>
        </w:rPr>
        <w:t>mixed,</w:t>
      </w:r>
      <w:r>
        <w:rPr>
          <w:rFonts w:ascii="Arial" w:hAnsi="Arial"/>
        </w:rPr>
        <w:t xml:space="preserve"> it would be more like big swoops. Not like lines going up and down. And then even at the end of the video, there's still like parts of the tank where like it's more red than it is blue.</w:t>
      </w:r>
    </w:p>
    <w:p w14:paraId="4D7F731C" w14:textId="77777777" w:rsidR="009D0FD3" w:rsidRDefault="009D0FD3">
      <w:pPr>
        <w:spacing w:after="0"/>
      </w:pPr>
    </w:p>
    <w:p w14:paraId="2D6FE5BF" w14:textId="77777777" w:rsidR="009D0FD3" w:rsidRDefault="00D05A5D">
      <w:pPr>
        <w:spacing w:after="0"/>
      </w:pPr>
      <w:r>
        <w:rPr>
          <w:rFonts w:ascii="Arial" w:hAnsi="Arial"/>
          <w:b/>
        </w:rPr>
        <w:t xml:space="preserve">Interviewer P:  </w:t>
      </w:r>
      <w:r>
        <w:rPr>
          <w:rFonts w:ascii="Arial" w:hAnsi="Arial"/>
          <w:color w:val="5D7284"/>
        </w:rPr>
        <w:t>10:16</w:t>
      </w:r>
    </w:p>
    <w:p w14:paraId="38CD8B6E" w14:textId="77777777" w:rsidR="009D0FD3" w:rsidRDefault="00D05A5D">
      <w:pPr>
        <w:spacing w:after="0"/>
      </w:pPr>
      <w:r>
        <w:rPr>
          <w:rFonts w:ascii="Arial" w:hAnsi="Arial"/>
        </w:rPr>
        <w:t>Did it ever do this?</w:t>
      </w:r>
    </w:p>
    <w:p w14:paraId="406AD9E5" w14:textId="77777777" w:rsidR="009D0FD3" w:rsidRDefault="009D0FD3">
      <w:pPr>
        <w:spacing w:after="0"/>
      </w:pPr>
    </w:p>
    <w:p w14:paraId="5E360559" w14:textId="77777777" w:rsidR="009D0FD3" w:rsidRDefault="00D05A5D">
      <w:pPr>
        <w:spacing w:after="0"/>
      </w:pPr>
      <w:r>
        <w:rPr>
          <w:rFonts w:ascii="Arial" w:hAnsi="Arial"/>
          <w:b/>
        </w:rPr>
        <w:lastRenderedPageBreak/>
        <w:t xml:space="preserve">Participant #4:  </w:t>
      </w:r>
      <w:r>
        <w:rPr>
          <w:rFonts w:ascii="Arial" w:hAnsi="Arial"/>
          <w:color w:val="5D7284"/>
        </w:rPr>
        <w:t>10:19</w:t>
      </w:r>
    </w:p>
    <w:p w14:paraId="59781B65" w14:textId="77777777" w:rsidR="009D0FD3" w:rsidRDefault="00D05A5D">
      <w:pPr>
        <w:spacing w:after="0"/>
      </w:pPr>
      <w:r>
        <w:rPr>
          <w:rFonts w:ascii="Arial" w:hAnsi="Arial"/>
        </w:rPr>
        <w:t>A couple of seconds or I guess minutes in like real time, for a little bit, there was like, three seconds where it was um.</w:t>
      </w:r>
    </w:p>
    <w:p w14:paraId="6FBFD964" w14:textId="77777777" w:rsidR="009D0FD3" w:rsidRDefault="009D0FD3">
      <w:pPr>
        <w:spacing w:after="0"/>
      </w:pPr>
    </w:p>
    <w:p w14:paraId="2E03BA27" w14:textId="77777777" w:rsidR="009D0FD3" w:rsidRDefault="00D05A5D">
      <w:pPr>
        <w:spacing w:after="0"/>
      </w:pPr>
      <w:r>
        <w:rPr>
          <w:rFonts w:ascii="Arial" w:hAnsi="Arial"/>
          <w:b/>
        </w:rPr>
        <w:t xml:space="preserve">Interviewer P:  </w:t>
      </w:r>
      <w:r>
        <w:rPr>
          <w:rFonts w:ascii="Arial" w:hAnsi="Arial"/>
          <w:color w:val="5D7284"/>
        </w:rPr>
        <w:t>10:27</w:t>
      </w:r>
    </w:p>
    <w:p w14:paraId="60094880" w14:textId="1770BA6A" w:rsidR="009D0FD3" w:rsidRDefault="00D05A5D">
      <w:pPr>
        <w:spacing w:after="0"/>
      </w:pPr>
      <w:r>
        <w:rPr>
          <w:rFonts w:ascii="Arial" w:hAnsi="Arial"/>
        </w:rPr>
        <w:t xml:space="preserve">Yeah, cool. All right, so we're gonna do a very strange thought experiment. I'm not going to </w:t>
      </w:r>
      <w:r w:rsidR="00194E72">
        <w:rPr>
          <w:rFonts w:ascii="Arial" w:hAnsi="Arial"/>
        </w:rPr>
        <w:t>demonstrate</w:t>
      </w:r>
      <w:r>
        <w:rPr>
          <w:rFonts w:ascii="Arial" w:hAnsi="Arial"/>
        </w:rPr>
        <w:t xml:space="preserve"> this. But let's imagine that instead of putting red and blue water in there, I put red and blue Jell-O. </w:t>
      </w:r>
      <w:r w:rsidR="00194E72">
        <w:rPr>
          <w:rFonts w:ascii="Arial" w:hAnsi="Arial"/>
        </w:rPr>
        <w:t>So,</w:t>
      </w:r>
      <w:r>
        <w:rPr>
          <w:rFonts w:ascii="Arial" w:hAnsi="Arial"/>
        </w:rPr>
        <w:t xml:space="preserve"> it's firm, solid like, and yet, they're still different temperatures. </w:t>
      </w:r>
      <w:r w:rsidR="00194E72">
        <w:rPr>
          <w:rFonts w:ascii="Arial" w:hAnsi="Arial"/>
        </w:rPr>
        <w:t>So,</w:t>
      </w:r>
      <w:r>
        <w:rPr>
          <w:rFonts w:ascii="Arial" w:hAnsi="Arial"/>
        </w:rPr>
        <w:t xml:space="preserve"> with Jell-O, we're not going to be able to get a range of temperatures as great. But we could maybe have, you know, some of the Jell-O at about 70 degrees, the red Jell-O, and the blue Jell-O may be at about 40 degrees. </w:t>
      </w:r>
      <w:r w:rsidR="00194E72">
        <w:rPr>
          <w:rFonts w:ascii="Arial" w:hAnsi="Arial"/>
        </w:rPr>
        <w:t>So,</w:t>
      </w:r>
      <w:r>
        <w:rPr>
          <w:rFonts w:ascii="Arial" w:hAnsi="Arial"/>
        </w:rPr>
        <w:t xml:space="preserve"> they're gonna be like a </w:t>
      </w:r>
      <w:r w:rsidR="00194E72">
        <w:rPr>
          <w:rFonts w:ascii="Arial" w:hAnsi="Arial"/>
        </w:rPr>
        <w:t>30-degree</w:t>
      </w:r>
      <w:r>
        <w:rPr>
          <w:rFonts w:ascii="Arial" w:hAnsi="Arial"/>
        </w:rPr>
        <w:t xml:space="preserve"> temperature, let's say. And </w:t>
      </w:r>
      <w:r w:rsidR="00194E72">
        <w:rPr>
          <w:rFonts w:ascii="Arial" w:hAnsi="Arial"/>
        </w:rPr>
        <w:t>so,</w:t>
      </w:r>
      <w:r>
        <w:rPr>
          <w:rFonts w:ascii="Arial" w:hAnsi="Arial"/>
        </w:rPr>
        <w:t xml:space="preserve"> let's say that I do the same red and blue Jell-O and I pull out the dividing wall. What do you think that would look like?</w:t>
      </w:r>
    </w:p>
    <w:p w14:paraId="5F2F4AA3" w14:textId="77777777" w:rsidR="009D0FD3" w:rsidRDefault="009D0FD3">
      <w:pPr>
        <w:spacing w:after="0"/>
      </w:pPr>
    </w:p>
    <w:p w14:paraId="344F3DE3" w14:textId="77777777" w:rsidR="009D0FD3" w:rsidRDefault="00D05A5D">
      <w:pPr>
        <w:spacing w:after="0"/>
      </w:pPr>
      <w:r>
        <w:rPr>
          <w:rFonts w:ascii="Arial" w:hAnsi="Arial"/>
          <w:b/>
        </w:rPr>
        <w:t xml:space="preserve">Participant #4:  </w:t>
      </w:r>
      <w:r>
        <w:rPr>
          <w:rFonts w:ascii="Arial" w:hAnsi="Arial"/>
          <w:color w:val="5D7284"/>
        </w:rPr>
        <w:t>11:19</w:t>
      </w:r>
    </w:p>
    <w:p w14:paraId="5F05EBCE" w14:textId="77777777" w:rsidR="009D0FD3" w:rsidRDefault="00D05A5D">
      <w:pPr>
        <w:spacing w:after="0"/>
      </w:pPr>
      <w:r>
        <w:rPr>
          <w:rFonts w:ascii="Arial" w:hAnsi="Arial"/>
        </w:rPr>
        <w:t>I don't know if the dyes would be able to slip under each other. Or maybe they just like stay in their tanks instead of like the the change between the water for the separation so we have like horizontally they would vertically the way they're touching. That will probably slip into the side.</w:t>
      </w:r>
    </w:p>
    <w:p w14:paraId="01341C79" w14:textId="77777777" w:rsidR="009D0FD3" w:rsidRDefault="009D0FD3">
      <w:pPr>
        <w:spacing w:after="0"/>
      </w:pPr>
    </w:p>
    <w:p w14:paraId="4735113E" w14:textId="77777777" w:rsidR="009D0FD3" w:rsidRDefault="00D05A5D">
      <w:pPr>
        <w:spacing w:after="0"/>
      </w:pPr>
      <w:r>
        <w:rPr>
          <w:rFonts w:ascii="Arial" w:hAnsi="Arial"/>
          <w:b/>
        </w:rPr>
        <w:t xml:space="preserve">Interviewer P:  </w:t>
      </w:r>
      <w:r>
        <w:rPr>
          <w:rFonts w:ascii="Arial" w:hAnsi="Arial"/>
          <w:color w:val="5D7284"/>
        </w:rPr>
        <w:t>11:42</w:t>
      </w:r>
    </w:p>
    <w:p w14:paraId="59E355B5" w14:textId="77777777" w:rsidR="009D0FD3" w:rsidRDefault="00D05A5D">
      <w:pPr>
        <w:spacing w:after="0"/>
      </w:pPr>
      <w:r>
        <w:rPr>
          <w:rFonts w:ascii="Arial" w:hAnsi="Arial"/>
        </w:rPr>
        <w:t>Just be careful.</w:t>
      </w:r>
    </w:p>
    <w:p w14:paraId="015BF26D" w14:textId="77777777" w:rsidR="009D0FD3" w:rsidRDefault="009D0FD3">
      <w:pPr>
        <w:spacing w:after="0"/>
      </w:pPr>
    </w:p>
    <w:p w14:paraId="3F6FE1C4" w14:textId="77777777" w:rsidR="009D0FD3" w:rsidRDefault="00D05A5D">
      <w:pPr>
        <w:spacing w:after="0"/>
      </w:pPr>
      <w:r>
        <w:rPr>
          <w:rFonts w:ascii="Arial" w:hAnsi="Arial"/>
          <w:b/>
        </w:rPr>
        <w:t xml:space="preserve">Participant #4:  </w:t>
      </w:r>
      <w:r>
        <w:rPr>
          <w:rFonts w:ascii="Arial" w:hAnsi="Arial"/>
          <w:color w:val="5D7284"/>
        </w:rPr>
        <w:t>11:43</w:t>
      </w:r>
    </w:p>
    <w:p w14:paraId="4234EF73" w14:textId="77777777" w:rsidR="009D0FD3" w:rsidRDefault="00D05A5D">
      <w:pPr>
        <w:spacing w:after="0"/>
      </w:pPr>
      <w:r>
        <w:rPr>
          <w:rFonts w:ascii="Arial" w:hAnsi="Arial"/>
        </w:rPr>
        <w:t>I realize once I looked.</w:t>
      </w:r>
    </w:p>
    <w:p w14:paraId="03D2EC84" w14:textId="77777777" w:rsidR="009D0FD3" w:rsidRDefault="009D0FD3">
      <w:pPr>
        <w:spacing w:after="0"/>
      </w:pPr>
    </w:p>
    <w:p w14:paraId="4DC84058" w14:textId="77777777" w:rsidR="009D0FD3" w:rsidRDefault="00D05A5D">
      <w:pPr>
        <w:spacing w:after="0"/>
      </w:pPr>
      <w:r>
        <w:rPr>
          <w:rFonts w:ascii="Arial" w:hAnsi="Arial"/>
          <w:b/>
        </w:rPr>
        <w:t xml:space="preserve">Interviewer P:  </w:t>
      </w:r>
      <w:r>
        <w:rPr>
          <w:rFonts w:ascii="Arial" w:hAnsi="Arial"/>
          <w:color w:val="5D7284"/>
        </w:rPr>
        <w:t>11:47</w:t>
      </w:r>
    </w:p>
    <w:p w14:paraId="1659593F" w14:textId="77777777" w:rsidR="009D0FD3" w:rsidRDefault="00D05A5D">
      <w:pPr>
        <w:spacing w:after="0"/>
      </w:pPr>
      <w:r>
        <w:rPr>
          <w:rFonts w:ascii="Arial" w:hAnsi="Arial"/>
        </w:rPr>
        <w:t>You're the first one without a new setup, so it's good. You're telling me what we might need to change for future ones. But yeah, I guess we could probably move this whole table like over that way. So that Yeah. Okay, so do you think that the Jell-O would start to show some different colors after time?</w:t>
      </w:r>
    </w:p>
    <w:p w14:paraId="7CC1813A" w14:textId="77777777" w:rsidR="009D0FD3" w:rsidRDefault="009D0FD3">
      <w:pPr>
        <w:spacing w:after="0"/>
      </w:pPr>
    </w:p>
    <w:p w14:paraId="268788E1" w14:textId="77777777" w:rsidR="009D0FD3" w:rsidRDefault="00D05A5D">
      <w:pPr>
        <w:spacing w:after="0"/>
      </w:pPr>
      <w:r>
        <w:rPr>
          <w:rFonts w:ascii="Arial" w:hAnsi="Arial"/>
          <w:b/>
        </w:rPr>
        <w:t xml:space="preserve">Participant #4:  </w:t>
      </w:r>
      <w:r>
        <w:rPr>
          <w:rFonts w:ascii="Arial" w:hAnsi="Arial"/>
          <w:color w:val="5D7284"/>
        </w:rPr>
        <w:t>12:14</w:t>
      </w:r>
    </w:p>
    <w:p w14:paraId="389AEE7D" w14:textId="77777777" w:rsidR="009D0FD3" w:rsidRDefault="00D05A5D">
      <w:pPr>
        <w:spacing w:after="0"/>
      </w:pPr>
      <w:r>
        <w:rPr>
          <w:rFonts w:ascii="Arial" w:hAnsi="Arial"/>
        </w:rPr>
        <w:t>I think yeah, in like in the middle, maybe the colors would change but because it's Jell-O and it's still solid, like the sides would probably still be the solid Jell-O as it kind of makes them the middle. Or maybe because the Jell-O is melt, like slow to like melt back into like liquid form. We would just be a weird like mixture of the colors in the middle just like slop.</w:t>
      </w:r>
    </w:p>
    <w:p w14:paraId="2ABC0794" w14:textId="77777777" w:rsidR="009D0FD3" w:rsidRDefault="009D0FD3">
      <w:pPr>
        <w:spacing w:after="0"/>
      </w:pPr>
    </w:p>
    <w:p w14:paraId="0A7B8E43" w14:textId="77777777" w:rsidR="009D0FD3" w:rsidRDefault="00D05A5D">
      <w:pPr>
        <w:spacing w:after="0"/>
      </w:pPr>
      <w:r>
        <w:rPr>
          <w:rFonts w:ascii="Arial" w:hAnsi="Arial"/>
          <w:b/>
        </w:rPr>
        <w:t xml:space="preserve">Interviewer P:  </w:t>
      </w:r>
      <w:r>
        <w:rPr>
          <w:rFonts w:ascii="Arial" w:hAnsi="Arial"/>
          <w:color w:val="5D7284"/>
        </w:rPr>
        <w:t>12:38</w:t>
      </w:r>
    </w:p>
    <w:p w14:paraId="410D5D7B" w14:textId="77777777" w:rsidR="009D0FD3" w:rsidRDefault="00D05A5D">
      <w:pPr>
        <w:spacing w:after="0"/>
      </w:pPr>
      <w:r>
        <w:rPr>
          <w:rFonts w:ascii="Arial" w:hAnsi="Arial"/>
        </w:rPr>
        <w:t xml:space="preserve">And how long do you think it would take for all the Jell-O to get to the same temperature? </w:t>
      </w:r>
    </w:p>
    <w:p w14:paraId="38C819EA" w14:textId="77777777" w:rsidR="009D0FD3" w:rsidRDefault="009D0FD3">
      <w:pPr>
        <w:spacing w:after="0"/>
      </w:pPr>
    </w:p>
    <w:p w14:paraId="6F9704DD" w14:textId="77777777" w:rsidR="009D0FD3" w:rsidRDefault="00D05A5D">
      <w:pPr>
        <w:spacing w:after="0"/>
      </w:pPr>
      <w:r>
        <w:rPr>
          <w:rFonts w:ascii="Arial" w:hAnsi="Arial"/>
          <w:b/>
        </w:rPr>
        <w:t xml:space="preserve">Participant #4:  </w:t>
      </w:r>
      <w:r>
        <w:rPr>
          <w:rFonts w:ascii="Arial" w:hAnsi="Arial"/>
          <w:color w:val="5D7284"/>
        </w:rPr>
        <w:t>12:43</w:t>
      </w:r>
    </w:p>
    <w:p w14:paraId="0FA290D8" w14:textId="77777777" w:rsidR="009D0FD3" w:rsidRDefault="00D05A5D">
      <w:pPr>
        <w:spacing w:after="0"/>
      </w:pPr>
      <w:r>
        <w:rPr>
          <w:rFonts w:ascii="Arial" w:hAnsi="Arial"/>
        </w:rPr>
        <w:t xml:space="preserve">Okay same temperature. </w:t>
      </w:r>
    </w:p>
    <w:p w14:paraId="6A9B5A00" w14:textId="77777777" w:rsidR="009D0FD3" w:rsidRDefault="009D0FD3">
      <w:pPr>
        <w:spacing w:after="0"/>
      </w:pPr>
    </w:p>
    <w:p w14:paraId="64D8A04B" w14:textId="77777777" w:rsidR="009D0FD3" w:rsidRDefault="00D05A5D">
      <w:pPr>
        <w:spacing w:after="0"/>
      </w:pPr>
      <w:r>
        <w:rPr>
          <w:rFonts w:ascii="Arial" w:hAnsi="Arial"/>
          <w:b/>
        </w:rPr>
        <w:t xml:space="preserve">Interviewer P:  </w:t>
      </w:r>
      <w:r>
        <w:rPr>
          <w:rFonts w:ascii="Arial" w:hAnsi="Arial"/>
          <w:color w:val="5D7284"/>
        </w:rPr>
        <w:t>12:44</w:t>
      </w:r>
    </w:p>
    <w:p w14:paraId="658A4578" w14:textId="77777777" w:rsidR="009D0FD3" w:rsidRDefault="00D05A5D">
      <w:pPr>
        <w:spacing w:after="0"/>
      </w:pPr>
      <w:r>
        <w:rPr>
          <w:rFonts w:ascii="Arial" w:hAnsi="Arial"/>
        </w:rPr>
        <w:t xml:space="preserve">Yeah. </w:t>
      </w:r>
    </w:p>
    <w:p w14:paraId="0497FFD6" w14:textId="77777777" w:rsidR="009D0FD3" w:rsidRDefault="009D0FD3">
      <w:pPr>
        <w:spacing w:after="0"/>
      </w:pPr>
    </w:p>
    <w:p w14:paraId="563E7627" w14:textId="77777777" w:rsidR="009D0FD3" w:rsidRDefault="00D05A5D">
      <w:pPr>
        <w:spacing w:after="0"/>
      </w:pPr>
      <w:r>
        <w:rPr>
          <w:rFonts w:ascii="Arial" w:hAnsi="Arial"/>
          <w:b/>
        </w:rPr>
        <w:lastRenderedPageBreak/>
        <w:t xml:space="preserve">Participant #4:  </w:t>
      </w:r>
      <w:r>
        <w:rPr>
          <w:rFonts w:ascii="Arial" w:hAnsi="Arial"/>
          <w:color w:val="5D7284"/>
        </w:rPr>
        <w:t>12:47</w:t>
      </w:r>
    </w:p>
    <w:p w14:paraId="3547A5F6" w14:textId="77777777" w:rsidR="009D0FD3" w:rsidRDefault="00D05A5D">
      <w:pPr>
        <w:spacing w:after="0"/>
      </w:pPr>
      <w:r>
        <w:rPr>
          <w:rFonts w:ascii="Arial" w:hAnsi="Arial"/>
        </w:rPr>
        <w:t>Two hours maybe.</w:t>
      </w:r>
    </w:p>
    <w:p w14:paraId="18B6A882" w14:textId="77777777" w:rsidR="009D0FD3" w:rsidRDefault="009D0FD3">
      <w:pPr>
        <w:spacing w:after="0"/>
      </w:pPr>
    </w:p>
    <w:p w14:paraId="326B4A69" w14:textId="77777777" w:rsidR="009D0FD3" w:rsidRDefault="00D05A5D">
      <w:pPr>
        <w:spacing w:after="0"/>
      </w:pPr>
      <w:r>
        <w:rPr>
          <w:rFonts w:ascii="Arial" w:hAnsi="Arial"/>
          <w:b/>
        </w:rPr>
        <w:t xml:space="preserve">Interviewer P:  </w:t>
      </w:r>
      <w:r>
        <w:rPr>
          <w:rFonts w:ascii="Arial" w:hAnsi="Arial"/>
          <w:color w:val="5D7284"/>
        </w:rPr>
        <w:t>12:48</w:t>
      </w:r>
    </w:p>
    <w:p w14:paraId="5912670C" w14:textId="1558A6BA" w:rsidR="009D0FD3" w:rsidRDefault="00D05A5D">
      <w:pPr>
        <w:spacing w:after="0"/>
      </w:pPr>
      <w:r>
        <w:rPr>
          <w:rFonts w:ascii="Arial" w:hAnsi="Arial"/>
        </w:rPr>
        <w:t xml:space="preserve">Two hours. Oh, that's pretty good guess. All right, we're gonna move on to a thank you to a new demonstration. Move this way down here. This one we're going to use that small tank over there which I decided in the middle to move it over there. Because what I'm trying to do with both of these is to not like bump </w:t>
      </w:r>
      <w:r w:rsidR="00194E72">
        <w:rPr>
          <w:rFonts w:ascii="Arial" w:hAnsi="Arial"/>
        </w:rPr>
        <w:t>them,</w:t>
      </w:r>
      <w:r>
        <w:rPr>
          <w:rFonts w:ascii="Arial" w:hAnsi="Arial"/>
        </w:rPr>
        <w:t xml:space="preserve"> I just noticed just with writing on this table, it was bumping it. So, now it's over there. And I have this substance called potassium permanganate and it's a crystal dye. </w:t>
      </w:r>
      <w:r w:rsidR="00194E72">
        <w:rPr>
          <w:rFonts w:ascii="Arial" w:hAnsi="Arial"/>
        </w:rPr>
        <w:t>So,</w:t>
      </w:r>
      <w:r>
        <w:rPr>
          <w:rFonts w:ascii="Arial" w:hAnsi="Arial"/>
        </w:rPr>
        <w:t xml:space="preserve"> if I drop it in that water since it's a solid it will sink all the way to the bottom but what it does as </w:t>
      </w:r>
      <w:r w:rsidR="00194E72">
        <w:rPr>
          <w:rFonts w:ascii="Arial" w:hAnsi="Arial"/>
        </w:rPr>
        <w:t>its</w:t>
      </w:r>
      <w:r>
        <w:rPr>
          <w:rFonts w:ascii="Arial" w:hAnsi="Arial"/>
        </w:rPr>
        <w:t xml:space="preserve"> sinking is it colors the water as it sinks so I have this tank small tank of water that's just sitting there so let me go ahead and do that. What do you think it'll look like?</w:t>
      </w:r>
    </w:p>
    <w:p w14:paraId="32082D73" w14:textId="77777777" w:rsidR="009D0FD3" w:rsidRDefault="009D0FD3">
      <w:pPr>
        <w:spacing w:after="0"/>
      </w:pPr>
    </w:p>
    <w:p w14:paraId="7EC45271" w14:textId="77777777" w:rsidR="009D0FD3" w:rsidRDefault="00D05A5D">
      <w:pPr>
        <w:spacing w:after="0"/>
      </w:pPr>
      <w:r>
        <w:rPr>
          <w:rFonts w:ascii="Arial" w:hAnsi="Arial"/>
          <w:b/>
        </w:rPr>
        <w:t xml:space="preserve">Participant #4:  </w:t>
      </w:r>
      <w:r>
        <w:rPr>
          <w:rFonts w:ascii="Arial" w:hAnsi="Arial"/>
          <w:color w:val="5D7284"/>
        </w:rPr>
        <w:t>14:08</w:t>
      </w:r>
    </w:p>
    <w:p w14:paraId="4C9BA5B2" w14:textId="77777777" w:rsidR="009D0FD3" w:rsidRDefault="00D05A5D">
      <w:pPr>
        <w:spacing w:after="0"/>
      </w:pPr>
      <w:r>
        <w:rPr>
          <w:rFonts w:ascii="Arial" w:hAnsi="Arial"/>
        </w:rPr>
        <w:t>If you like falling straight down the trail behind it really hits the hits the bottom of the tank probably spread out a little.</w:t>
      </w:r>
    </w:p>
    <w:p w14:paraId="0A30860B" w14:textId="77777777" w:rsidR="009D0FD3" w:rsidRDefault="009D0FD3">
      <w:pPr>
        <w:spacing w:after="0"/>
      </w:pPr>
    </w:p>
    <w:p w14:paraId="02930873" w14:textId="77777777" w:rsidR="009D0FD3" w:rsidRDefault="00D05A5D">
      <w:pPr>
        <w:spacing w:after="0"/>
      </w:pPr>
      <w:r>
        <w:rPr>
          <w:rFonts w:ascii="Arial" w:hAnsi="Arial"/>
          <w:b/>
        </w:rPr>
        <w:t xml:space="preserve">Interviewer P:  </w:t>
      </w:r>
      <w:r>
        <w:rPr>
          <w:rFonts w:ascii="Arial" w:hAnsi="Arial"/>
          <w:color w:val="5D7284"/>
        </w:rPr>
        <w:t>14:19</w:t>
      </w:r>
    </w:p>
    <w:p w14:paraId="5DB7DCF2" w14:textId="2AA69105" w:rsidR="009D0FD3" w:rsidRDefault="00D05A5D">
      <w:pPr>
        <w:spacing w:after="0"/>
      </w:pPr>
      <w:r>
        <w:rPr>
          <w:rFonts w:ascii="Arial" w:hAnsi="Arial"/>
        </w:rPr>
        <w:t xml:space="preserve">That'll battle come after. Yeah. Thank you though for reminding me. Cool, anything </w:t>
      </w:r>
      <w:r w:rsidR="00194E72">
        <w:rPr>
          <w:rFonts w:ascii="Arial" w:hAnsi="Arial"/>
        </w:rPr>
        <w:t>surprise</w:t>
      </w:r>
      <w:r>
        <w:rPr>
          <w:rFonts w:ascii="Arial" w:hAnsi="Arial"/>
        </w:rPr>
        <w:t xml:space="preserve"> you about that? </w:t>
      </w:r>
    </w:p>
    <w:p w14:paraId="71A42075" w14:textId="77777777" w:rsidR="009D0FD3" w:rsidRDefault="009D0FD3">
      <w:pPr>
        <w:spacing w:after="0"/>
      </w:pPr>
    </w:p>
    <w:p w14:paraId="407E129A" w14:textId="77777777" w:rsidR="009D0FD3" w:rsidRDefault="00D05A5D">
      <w:pPr>
        <w:spacing w:after="0"/>
      </w:pPr>
      <w:r>
        <w:rPr>
          <w:rFonts w:ascii="Arial" w:hAnsi="Arial"/>
          <w:b/>
        </w:rPr>
        <w:t xml:space="preserve">Participant #4:  </w:t>
      </w:r>
      <w:r>
        <w:rPr>
          <w:rFonts w:ascii="Arial" w:hAnsi="Arial"/>
          <w:color w:val="5D7284"/>
        </w:rPr>
        <w:t>14:44</w:t>
      </w:r>
    </w:p>
    <w:p w14:paraId="3F9C7F94" w14:textId="48A5445B" w:rsidR="009D0FD3" w:rsidRDefault="00D05A5D">
      <w:pPr>
        <w:spacing w:after="0"/>
      </w:pPr>
      <w:r>
        <w:rPr>
          <w:rFonts w:ascii="Arial" w:hAnsi="Arial"/>
        </w:rPr>
        <w:t xml:space="preserve">Now that I look kind of fluid speed down or like semi straight down as it goes </w:t>
      </w:r>
      <w:r w:rsidR="00194E72">
        <w:rPr>
          <w:rFonts w:ascii="Arial" w:hAnsi="Arial"/>
        </w:rPr>
        <w:t>down.</w:t>
      </w:r>
      <w:r>
        <w:rPr>
          <w:rFonts w:ascii="Arial" w:hAnsi="Arial"/>
        </w:rPr>
        <w:t xml:space="preserve"> Splats at the bottom.</w:t>
      </w:r>
    </w:p>
    <w:p w14:paraId="71D71E3D" w14:textId="77777777" w:rsidR="009D0FD3" w:rsidRDefault="009D0FD3">
      <w:pPr>
        <w:spacing w:after="0"/>
      </w:pPr>
    </w:p>
    <w:p w14:paraId="64B00351" w14:textId="77777777" w:rsidR="009D0FD3" w:rsidRDefault="00D05A5D">
      <w:pPr>
        <w:spacing w:after="0"/>
      </w:pPr>
      <w:r>
        <w:rPr>
          <w:rFonts w:ascii="Arial" w:hAnsi="Arial"/>
          <w:b/>
        </w:rPr>
        <w:t xml:space="preserve">Interviewer P:  </w:t>
      </w:r>
      <w:r>
        <w:rPr>
          <w:rFonts w:ascii="Arial" w:hAnsi="Arial"/>
          <w:color w:val="5D7284"/>
        </w:rPr>
        <w:t>14:55</w:t>
      </w:r>
    </w:p>
    <w:p w14:paraId="4F7C2FB0" w14:textId="60A4DE3A" w:rsidR="009D0FD3" w:rsidRDefault="00D05A5D">
      <w:pPr>
        <w:spacing w:after="0"/>
      </w:pPr>
      <w:r>
        <w:rPr>
          <w:rFonts w:ascii="Arial" w:hAnsi="Arial"/>
        </w:rPr>
        <w:t xml:space="preserve">Okay. Scary awkward. All right, so you can probably see where this is going. I'm going to do that same thing like that. Okay, so and as you know, that's been we've had it spinning, I don't know, maybe 30-40 minutes before you came in here. And </w:t>
      </w:r>
      <w:r w:rsidR="00194E72">
        <w:rPr>
          <w:rFonts w:ascii="Arial" w:hAnsi="Arial"/>
        </w:rPr>
        <w:t>so,</w:t>
      </w:r>
      <w:r>
        <w:rPr>
          <w:rFonts w:ascii="Arial" w:hAnsi="Arial"/>
        </w:rPr>
        <w:t xml:space="preserve"> it's been spinning like that for all that time. So again, what I want you to do is make a prediction of what you think that dye will look like in that rotating tank. </w:t>
      </w:r>
      <w:r w:rsidR="00194E72">
        <w:rPr>
          <w:rFonts w:ascii="Arial" w:hAnsi="Arial"/>
        </w:rPr>
        <w:t>So,</w:t>
      </w:r>
      <w:r>
        <w:rPr>
          <w:rFonts w:ascii="Arial" w:hAnsi="Arial"/>
        </w:rPr>
        <w:t xml:space="preserve"> hang on for a second, one minute after I put it in. And there's two views. </w:t>
      </w:r>
      <w:r w:rsidR="00194E72">
        <w:rPr>
          <w:rFonts w:ascii="Arial" w:hAnsi="Arial"/>
        </w:rPr>
        <w:t>So,</w:t>
      </w:r>
      <w:r>
        <w:rPr>
          <w:rFonts w:ascii="Arial" w:hAnsi="Arial"/>
        </w:rPr>
        <w:t xml:space="preserve"> there's the top view and the side view. </w:t>
      </w:r>
      <w:r w:rsidR="00194E72">
        <w:rPr>
          <w:rFonts w:ascii="Arial" w:hAnsi="Arial"/>
        </w:rPr>
        <w:t>So,</w:t>
      </w:r>
      <w:r>
        <w:rPr>
          <w:rFonts w:ascii="Arial" w:hAnsi="Arial"/>
        </w:rPr>
        <w:t xml:space="preserve"> it's like as if you're taking a picture and so it's a single moment in time. </w:t>
      </w:r>
      <w:r w:rsidR="00194E72">
        <w:rPr>
          <w:rFonts w:ascii="Arial" w:hAnsi="Arial"/>
        </w:rPr>
        <w:t>So,</w:t>
      </w:r>
      <w:r>
        <w:rPr>
          <w:rFonts w:ascii="Arial" w:hAnsi="Arial"/>
        </w:rPr>
        <w:t xml:space="preserve"> it's as if you're up here and you're going. That's the top that first one and then as if you were down here and you went all right and got the second one so yeah, so go ahead and make a prediction of what you think that will look like. Okay, so tell us about your sketch.</w:t>
      </w:r>
    </w:p>
    <w:p w14:paraId="6A3E570A" w14:textId="77777777" w:rsidR="009D0FD3" w:rsidRDefault="009D0FD3">
      <w:pPr>
        <w:spacing w:after="0"/>
      </w:pPr>
    </w:p>
    <w:p w14:paraId="749E0E3F" w14:textId="77777777" w:rsidR="009D0FD3" w:rsidRDefault="00D05A5D">
      <w:pPr>
        <w:spacing w:after="0"/>
      </w:pPr>
      <w:r>
        <w:rPr>
          <w:rFonts w:ascii="Arial" w:hAnsi="Arial"/>
          <w:b/>
        </w:rPr>
        <w:t xml:space="preserve">Participant #4:  </w:t>
      </w:r>
      <w:r>
        <w:rPr>
          <w:rFonts w:ascii="Arial" w:hAnsi="Arial"/>
          <w:color w:val="5D7284"/>
        </w:rPr>
        <w:t>17:33</w:t>
      </w:r>
    </w:p>
    <w:p w14:paraId="6E956B23" w14:textId="77777777" w:rsidR="009D0FD3" w:rsidRDefault="00D05A5D">
      <w:pPr>
        <w:spacing w:after="0"/>
      </w:pPr>
      <w:r>
        <w:rPr>
          <w:rFonts w:ascii="Arial" w:hAnsi="Arial"/>
        </w:rPr>
        <w:t>So, I think that after a minute from the bottom or from the side, it will like still have that same kind of streak, but because it's spinning, they feel kind of like trying to like, go into the middle like to away from the spinning. And then.</w:t>
      </w:r>
    </w:p>
    <w:p w14:paraId="753C1F43" w14:textId="77777777" w:rsidR="009D0FD3" w:rsidRDefault="009D0FD3">
      <w:pPr>
        <w:spacing w:after="0"/>
      </w:pPr>
    </w:p>
    <w:p w14:paraId="1E884FCB" w14:textId="77777777" w:rsidR="009D0FD3" w:rsidRDefault="00D05A5D">
      <w:pPr>
        <w:spacing w:after="0"/>
      </w:pPr>
      <w:r>
        <w:rPr>
          <w:rFonts w:ascii="Arial" w:hAnsi="Arial"/>
          <w:b/>
        </w:rPr>
        <w:t xml:space="preserve">Interviewer P:  </w:t>
      </w:r>
      <w:r>
        <w:rPr>
          <w:rFonts w:ascii="Arial" w:hAnsi="Arial"/>
          <w:color w:val="5D7284"/>
        </w:rPr>
        <w:t>17:50</w:t>
      </w:r>
    </w:p>
    <w:p w14:paraId="6E69DB5C" w14:textId="77777777" w:rsidR="009D0FD3" w:rsidRDefault="00D05A5D">
      <w:pPr>
        <w:spacing w:after="0"/>
      </w:pPr>
      <w:r>
        <w:rPr>
          <w:rFonts w:ascii="Arial" w:hAnsi="Arial"/>
        </w:rPr>
        <w:t>So that's what this, going towards the middle okay.</w:t>
      </w:r>
    </w:p>
    <w:p w14:paraId="6E115699" w14:textId="77777777" w:rsidR="009D0FD3" w:rsidRDefault="009D0FD3">
      <w:pPr>
        <w:spacing w:after="0"/>
      </w:pPr>
    </w:p>
    <w:p w14:paraId="2A34274A" w14:textId="77777777" w:rsidR="009D0FD3" w:rsidRDefault="00D05A5D">
      <w:pPr>
        <w:spacing w:after="0"/>
      </w:pPr>
      <w:r>
        <w:rPr>
          <w:rFonts w:ascii="Arial" w:hAnsi="Arial"/>
          <w:b/>
        </w:rPr>
        <w:lastRenderedPageBreak/>
        <w:t xml:space="preserve">Participant #4:  </w:t>
      </w:r>
      <w:r>
        <w:rPr>
          <w:rFonts w:ascii="Arial" w:hAnsi="Arial"/>
          <w:color w:val="5D7284"/>
        </w:rPr>
        <w:t>17:52</w:t>
      </w:r>
    </w:p>
    <w:p w14:paraId="2DD41787" w14:textId="77777777" w:rsidR="009D0FD3" w:rsidRDefault="00D05A5D">
      <w:pPr>
        <w:spacing w:after="0"/>
      </w:pPr>
      <w:r>
        <w:rPr>
          <w:rFonts w:ascii="Arial" w:hAnsi="Arial"/>
        </w:rPr>
        <w:t>Yeah, from like the center same thing up here where from the top you can see them coming down but they're like being pulled towards the middle.</w:t>
      </w:r>
    </w:p>
    <w:p w14:paraId="3C97611F" w14:textId="77777777" w:rsidR="009D0FD3" w:rsidRDefault="009D0FD3">
      <w:pPr>
        <w:spacing w:after="0"/>
      </w:pPr>
    </w:p>
    <w:p w14:paraId="1675BC41" w14:textId="77777777" w:rsidR="009D0FD3" w:rsidRDefault="00D05A5D">
      <w:pPr>
        <w:spacing w:after="0"/>
      </w:pPr>
      <w:r>
        <w:rPr>
          <w:rFonts w:ascii="Arial" w:hAnsi="Arial"/>
          <w:b/>
        </w:rPr>
        <w:t xml:space="preserve">Interviewer P:  </w:t>
      </w:r>
      <w:r>
        <w:rPr>
          <w:rFonts w:ascii="Arial" w:hAnsi="Arial"/>
          <w:color w:val="5D7284"/>
        </w:rPr>
        <w:t>17:59</w:t>
      </w:r>
    </w:p>
    <w:p w14:paraId="3DC3C2DC" w14:textId="77777777" w:rsidR="009D0FD3" w:rsidRDefault="00D05A5D">
      <w:pPr>
        <w:spacing w:after="0"/>
      </w:pPr>
      <w:r>
        <w:rPr>
          <w:rFonts w:ascii="Arial" w:hAnsi="Arial"/>
        </w:rPr>
        <w:t xml:space="preserve">Okay, so you'll have these streaks but they're all going to be kind of streaking down towards the middle. </w:t>
      </w:r>
    </w:p>
    <w:p w14:paraId="1A174312" w14:textId="77777777" w:rsidR="009D0FD3" w:rsidRDefault="009D0FD3">
      <w:pPr>
        <w:spacing w:after="0"/>
      </w:pPr>
    </w:p>
    <w:p w14:paraId="0974D884" w14:textId="77777777" w:rsidR="009D0FD3" w:rsidRDefault="00D05A5D">
      <w:pPr>
        <w:spacing w:after="0"/>
      </w:pPr>
      <w:r>
        <w:rPr>
          <w:rFonts w:ascii="Arial" w:hAnsi="Arial"/>
          <w:b/>
        </w:rPr>
        <w:t xml:space="preserve">Participant #4:  </w:t>
      </w:r>
      <w:r>
        <w:rPr>
          <w:rFonts w:ascii="Arial" w:hAnsi="Arial"/>
          <w:color w:val="5D7284"/>
        </w:rPr>
        <w:t>18:09</w:t>
      </w:r>
    </w:p>
    <w:p w14:paraId="62A304A9" w14:textId="77777777" w:rsidR="009D0FD3" w:rsidRDefault="00D05A5D">
      <w:pPr>
        <w:spacing w:after="0"/>
      </w:pPr>
      <w:r>
        <w:rPr>
          <w:rFonts w:ascii="Arial" w:hAnsi="Arial"/>
        </w:rPr>
        <w:t>The middle of the.</w:t>
      </w:r>
    </w:p>
    <w:p w14:paraId="22F6B6E4" w14:textId="77777777" w:rsidR="009D0FD3" w:rsidRDefault="009D0FD3">
      <w:pPr>
        <w:spacing w:after="0"/>
      </w:pPr>
    </w:p>
    <w:p w14:paraId="6DD30717" w14:textId="77777777" w:rsidR="009D0FD3" w:rsidRDefault="00D05A5D">
      <w:pPr>
        <w:spacing w:after="0"/>
      </w:pPr>
      <w:r>
        <w:rPr>
          <w:rFonts w:ascii="Arial" w:hAnsi="Arial"/>
          <w:b/>
        </w:rPr>
        <w:t xml:space="preserve">Interviewer P:  </w:t>
      </w:r>
      <w:r>
        <w:rPr>
          <w:rFonts w:ascii="Arial" w:hAnsi="Arial"/>
          <w:color w:val="5D7284"/>
        </w:rPr>
        <w:t>18:09</w:t>
      </w:r>
    </w:p>
    <w:p w14:paraId="53C3FB62" w14:textId="49312938" w:rsidR="009D0FD3" w:rsidRDefault="00194E72">
      <w:pPr>
        <w:spacing w:after="0"/>
      </w:pPr>
      <w:r>
        <w:rPr>
          <w:rFonts w:ascii="Arial" w:hAnsi="Arial"/>
        </w:rPr>
        <w:t xml:space="preserve">Yeah, I like that. Okay. All right. So, I'm going to start this and then I'm going to go ahead and do this because again, this is like after a minute, thanks for giving me the room. All right, so Is that surprising? </w:t>
      </w:r>
    </w:p>
    <w:p w14:paraId="208FCC60" w14:textId="77777777" w:rsidR="009D0FD3" w:rsidRDefault="009D0FD3">
      <w:pPr>
        <w:spacing w:after="0"/>
      </w:pPr>
    </w:p>
    <w:p w14:paraId="47A03652" w14:textId="77777777" w:rsidR="009D0FD3" w:rsidRDefault="00D05A5D">
      <w:pPr>
        <w:spacing w:after="0"/>
      </w:pPr>
      <w:r>
        <w:rPr>
          <w:rFonts w:ascii="Arial" w:hAnsi="Arial"/>
          <w:b/>
        </w:rPr>
        <w:t xml:space="preserve">Participant #4:  </w:t>
      </w:r>
      <w:r>
        <w:rPr>
          <w:rFonts w:ascii="Arial" w:hAnsi="Arial"/>
          <w:color w:val="5D7284"/>
        </w:rPr>
        <w:t>19:29</w:t>
      </w:r>
    </w:p>
    <w:p w14:paraId="6850D183" w14:textId="59DC42AA" w:rsidR="009D0FD3" w:rsidRDefault="00D05A5D">
      <w:pPr>
        <w:spacing w:after="0"/>
      </w:pPr>
      <w:r>
        <w:rPr>
          <w:rFonts w:ascii="Arial" w:hAnsi="Arial"/>
        </w:rPr>
        <w:t xml:space="preserve">Yes. Because I thought it didn't start like spinning or like kind of the trail moving until it touched the bottom. </w:t>
      </w:r>
      <w:r w:rsidR="00194E72">
        <w:rPr>
          <w:rFonts w:ascii="Arial" w:hAnsi="Arial"/>
        </w:rPr>
        <w:t>So,</w:t>
      </w:r>
      <w:r>
        <w:rPr>
          <w:rFonts w:ascii="Arial" w:hAnsi="Arial"/>
        </w:rPr>
        <w:t xml:space="preserve"> it's like the water in it is still even though the downside is </w:t>
      </w:r>
      <w:r w:rsidR="00194E72">
        <w:rPr>
          <w:rFonts w:ascii="Arial" w:hAnsi="Arial"/>
        </w:rPr>
        <w:t>spinning,</w:t>
      </w:r>
      <w:r>
        <w:rPr>
          <w:rFonts w:ascii="Arial" w:hAnsi="Arial"/>
        </w:rPr>
        <w:t xml:space="preserve"> and we didn't really get any of that movement from the spin until it touched the bottom.</w:t>
      </w:r>
    </w:p>
    <w:p w14:paraId="7F8273BD" w14:textId="77777777" w:rsidR="009D0FD3" w:rsidRDefault="009D0FD3">
      <w:pPr>
        <w:spacing w:after="0"/>
      </w:pPr>
    </w:p>
    <w:p w14:paraId="4A9F221B" w14:textId="77777777" w:rsidR="009D0FD3" w:rsidRDefault="00D05A5D">
      <w:pPr>
        <w:spacing w:after="0"/>
      </w:pPr>
      <w:r>
        <w:rPr>
          <w:rFonts w:ascii="Arial" w:hAnsi="Arial"/>
          <w:b/>
        </w:rPr>
        <w:t xml:space="preserve">Interviewer P:  </w:t>
      </w:r>
      <w:r>
        <w:rPr>
          <w:rFonts w:ascii="Arial" w:hAnsi="Arial"/>
          <w:color w:val="5D7284"/>
        </w:rPr>
        <w:t>19:49</w:t>
      </w:r>
    </w:p>
    <w:p w14:paraId="55EC36CE" w14:textId="77777777" w:rsidR="009D0FD3" w:rsidRDefault="00D05A5D">
      <w:pPr>
        <w:spacing w:after="0"/>
      </w:pPr>
      <w:r>
        <w:rPr>
          <w:rFonts w:ascii="Arial" w:hAnsi="Arial"/>
        </w:rPr>
        <w:t>Can you do the same sketch of what actually happened? We started at 10:15 right? We started at 10:30?</w:t>
      </w:r>
    </w:p>
    <w:p w14:paraId="61FF643C" w14:textId="77777777" w:rsidR="009D0FD3" w:rsidRDefault="009D0FD3">
      <w:pPr>
        <w:spacing w:after="0"/>
      </w:pPr>
    </w:p>
    <w:p w14:paraId="1DB5451D" w14:textId="77777777" w:rsidR="009D0FD3" w:rsidRDefault="00D05A5D">
      <w:pPr>
        <w:spacing w:after="0"/>
      </w:pPr>
      <w:r>
        <w:rPr>
          <w:rFonts w:ascii="Arial" w:hAnsi="Arial"/>
          <w:b/>
        </w:rPr>
        <w:t xml:space="preserve">Interviewer E:  </w:t>
      </w:r>
      <w:r>
        <w:rPr>
          <w:rFonts w:ascii="Arial" w:hAnsi="Arial"/>
          <w:color w:val="5D7284"/>
        </w:rPr>
        <w:t>20:34</w:t>
      </w:r>
    </w:p>
    <w:p w14:paraId="4E2931EA" w14:textId="77777777" w:rsidR="009D0FD3" w:rsidRDefault="00D05A5D">
      <w:pPr>
        <w:spacing w:after="0"/>
      </w:pPr>
      <w:r>
        <w:rPr>
          <w:rFonts w:ascii="Arial" w:hAnsi="Arial"/>
        </w:rPr>
        <w:t xml:space="preserve"> Because we got in early, so we started around 10-10:30. </w:t>
      </w:r>
    </w:p>
    <w:p w14:paraId="1D6CC9AF" w14:textId="77777777" w:rsidR="009D0FD3" w:rsidRDefault="009D0FD3">
      <w:pPr>
        <w:spacing w:after="0"/>
      </w:pPr>
    </w:p>
    <w:p w14:paraId="7181F2B9" w14:textId="77777777" w:rsidR="009D0FD3" w:rsidRDefault="00D05A5D">
      <w:pPr>
        <w:spacing w:after="0"/>
      </w:pPr>
      <w:r>
        <w:rPr>
          <w:rFonts w:ascii="Arial" w:hAnsi="Arial"/>
          <w:b/>
        </w:rPr>
        <w:t xml:space="preserve">Interviewer P:  </w:t>
      </w:r>
      <w:r>
        <w:rPr>
          <w:rFonts w:ascii="Arial" w:hAnsi="Arial"/>
          <w:color w:val="5D7284"/>
        </w:rPr>
        <w:t>20:51</w:t>
      </w:r>
    </w:p>
    <w:p w14:paraId="21498D3C" w14:textId="77777777" w:rsidR="009D0FD3" w:rsidRDefault="00D05A5D">
      <w:pPr>
        <w:spacing w:after="0"/>
      </w:pPr>
      <w:r>
        <w:rPr>
          <w:rFonts w:ascii="Arial" w:hAnsi="Arial"/>
        </w:rPr>
        <w:t>Okay, so tell me about that one and how, how you corrected for what you did first.</w:t>
      </w:r>
    </w:p>
    <w:p w14:paraId="1DBBEB2D" w14:textId="77777777" w:rsidR="009D0FD3" w:rsidRDefault="009D0FD3">
      <w:pPr>
        <w:spacing w:after="0"/>
      </w:pPr>
    </w:p>
    <w:p w14:paraId="4D39CF8D" w14:textId="77777777" w:rsidR="009D0FD3" w:rsidRDefault="00D05A5D">
      <w:pPr>
        <w:spacing w:after="0"/>
      </w:pPr>
      <w:r>
        <w:rPr>
          <w:rFonts w:ascii="Arial" w:hAnsi="Arial"/>
          <w:b/>
        </w:rPr>
        <w:t xml:space="preserve">Participant #4:  </w:t>
      </w:r>
      <w:r>
        <w:rPr>
          <w:rFonts w:ascii="Arial" w:hAnsi="Arial"/>
          <w:color w:val="5D7284"/>
        </w:rPr>
        <w:t>20:56</w:t>
      </w:r>
    </w:p>
    <w:p w14:paraId="3DDC2286" w14:textId="51C87661" w:rsidR="009D0FD3" w:rsidRDefault="00194E72">
      <w:pPr>
        <w:spacing w:after="0"/>
      </w:pPr>
      <w:r>
        <w:rPr>
          <w:rFonts w:ascii="Arial" w:hAnsi="Arial"/>
        </w:rPr>
        <w:t>So, for the first one I had them um, they're kind of coming down and put this with the streak itself as it's come down with the part that was like moving and being dragged by the water. But in this second one it was straight and then it started moving once It touched the bottom of the water. And the tank from the top, it's just the line would be coming in with the movement, like spin. The other one, it didn't start moving in the direction of the spinning. But they all started moving in the direction of the spinning...</w:t>
      </w:r>
    </w:p>
    <w:p w14:paraId="41254167" w14:textId="77777777" w:rsidR="009D0FD3" w:rsidRDefault="009D0FD3">
      <w:pPr>
        <w:spacing w:after="0"/>
      </w:pPr>
    </w:p>
    <w:p w14:paraId="4D4AD446" w14:textId="77777777" w:rsidR="009D0FD3" w:rsidRDefault="00D05A5D">
      <w:pPr>
        <w:spacing w:after="0"/>
      </w:pPr>
      <w:r>
        <w:rPr>
          <w:rFonts w:ascii="Arial" w:hAnsi="Arial"/>
          <w:b/>
        </w:rPr>
        <w:t xml:space="preserve">Interviewer P:  </w:t>
      </w:r>
      <w:r>
        <w:rPr>
          <w:rFonts w:ascii="Arial" w:hAnsi="Arial"/>
          <w:color w:val="5D7284"/>
        </w:rPr>
        <w:t>21:41</w:t>
      </w:r>
    </w:p>
    <w:p w14:paraId="4ABE62B0" w14:textId="7A4C7792" w:rsidR="009D0FD3" w:rsidRDefault="00D05A5D">
      <w:pPr>
        <w:spacing w:after="0"/>
      </w:pPr>
      <w:r>
        <w:rPr>
          <w:rFonts w:ascii="Arial" w:hAnsi="Arial"/>
        </w:rPr>
        <w:t xml:space="preserve">That's okay. </w:t>
      </w:r>
      <w:r w:rsidR="00194E72">
        <w:rPr>
          <w:rFonts w:ascii="Arial" w:hAnsi="Arial"/>
        </w:rPr>
        <w:t>So,</w:t>
      </w:r>
      <w:r>
        <w:rPr>
          <w:rFonts w:ascii="Arial" w:hAnsi="Arial"/>
        </w:rPr>
        <w:t xml:space="preserve"> what do you think is, like maintaining, like you're standing up? </w:t>
      </w:r>
    </w:p>
    <w:p w14:paraId="04DCCAF0" w14:textId="77777777" w:rsidR="009D0FD3" w:rsidRDefault="009D0FD3">
      <w:pPr>
        <w:spacing w:after="0"/>
      </w:pPr>
    </w:p>
    <w:p w14:paraId="25621A3A" w14:textId="77777777" w:rsidR="009D0FD3" w:rsidRDefault="00D05A5D">
      <w:pPr>
        <w:spacing w:after="0"/>
      </w:pPr>
      <w:r>
        <w:rPr>
          <w:rFonts w:ascii="Arial" w:hAnsi="Arial"/>
          <w:b/>
        </w:rPr>
        <w:t xml:space="preserve">Participant #4:  </w:t>
      </w:r>
      <w:r>
        <w:rPr>
          <w:rFonts w:ascii="Arial" w:hAnsi="Arial"/>
          <w:color w:val="5D7284"/>
        </w:rPr>
        <w:t>21:48</w:t>
      </w:r>
    </w:p>
    <w:p w14:paraId="3F94F006" w14:textId="77777777" w:rsidR="009D0FD3" w:rsidRDefault="00D05A5D">
      <w:pPr>
        <w:spacing w:after="0"/>
      </w:pPr>
      <w:r>
        <w:rPr>
          <w:rFonts w:ascii="Arial" w:hAnsi="Arial"/>
        </w:rPr>
        <w:t xml:space="preserve">Yeah. </w:t>
      </w:r>
    </w:p>
    <w:p w14:paraId="4FC8DE8F" w14:textId="77777777" w:rsidR="009D0FD3" w:rsidRDefault="009D0FD3">
      <w:pPr>
        <w:spacing w:after="0"/>
      </w:pPr>
    </w:p>
    <w:p w14:paraId="680EFF9E" w14:textId="77777777" w:rsidR="009D0FD3" w:rsidRDefault="00D05A5D">
      <w:pPr>
        <w:spacing w:after="0"/>
      </w:pPr>
      <w:r>
        <w:rPr>
          <w:rFonts w:ascii="Arial" w:hAnsi="Arial"/>
          <w:b/>
        </w:rPr>
        <w:t xml:space="preserve">Interviewer P:  </w:t>
      </w:r>
      <w:r>
        <w:rPr>
          <w:rFonts w:ascii="Arial" w:hAnsi="Arial"/>
          <w:color w:val="5D7284"/>
        </w:rPr>
        <w:t>21:49</w:t>
      </w:r>
    </w:p>
    <w:p w14:paraId="22715147" w14:textId="7563707E" w:rsidR="009D0FD3" w:rsidRDefault="00194E72">
      <w:pPr>
        <w:spacing w:after="0"/>
      </w:pPr>
      <w:r>
        <w:rPr>
          <w:rFonts w:ascii="Arial" w:hAnsi="Arial"/>
        </w:rPr>
        <w:t>So, what do you think is maintaining those upright columns.</w:t>
      </w:r>
    </w:p>
    <w:p w14:paraId="7047D473" w14:textId="77777777" w:rsidR="009D0FD3" w:rsidRDefault="009D0FD3">
      <w:pPr>
        <w:spacing w:after="0"/>
      </w:pPr>
    </w:p>
    <w:p w14:paraId="0EAE40CF" w14:textId="77777777" w:rsidR="009D0FD3" w:rsidRDefault="00D05A5D">
      <w:pPr>
        <w:spacing w:after="0"/>
      </w:pPr>
      <w:r>
        <w:rPr>
          <w:rFonts w:ascii="Arial" w:hAnsi="Arial"/>
          <w:b/>
        </w:rPr>
        <w:t xml:space="preserve">Participant #4:  </w:t>
      </w:r>
      <w:r>
        <w:rPr>
          <w:rFonts w:ascii="Arial" w:hAnsi="Arial"/>
          <w:color w:val="5D7284"/>
        </w:rPr>
        <w:t>21:53</w:t>
      </w:r>
    </w:p>
    <w:p w14:paraId="4DF8F06F" w14:textId="77777777" w:rsidR="009D0FD3" w:rsidRDefault="00D05A5D">
      <w:pPr>
        <w:spacing w:after="0"/>
      </w:pPr>
      <w:r>
        <w:rPr>
          <w:rFonts w:ascii="Arial" w:hAnsi="Arial"/>
        </w:rPr>
        <w:t>I think the water not moving and not spinning.</w:t>
      </w:r>
    </w:p>
    <w:p w14:paraId="622CA4BE" w14:textId="77777777" w:rsidR="009D0FD3" w:rsidRDefault="009D0FD3">
      <w:pPr>
        <w:spacing w:after="0"/>
      </w:pPr>
    </w:p>
    <w:p w14:paraId="65B905BB" w14:textId="77777777" w:rsidR="009D0FD3" w:rsidRDefault="00D05A5D">
      <w:pPr>
        <w:spacing w:after="0"/>
      </w:pPr>
      <w:r>
        <w:rPr>
          <w:rFonts w:ascii="Arial" w:hAnsi="Arial"/>
          <w:b/>
        </w:rPr>
        <w:t xml:space="preserve">Interviewer P:  </w:t>
      </w:r>
      <w:r>
        <w:rPr>
          <w:rFonts w:ascii="Arial" w:hAnsi="Arial"/>
          <w:color w:val="5D7284"/>
        </w:rPr>
        <w:t>21:57</w:t>
      </w:r>
    </w:p>
    <w:p w14:paraId="061DC8AE" w14:textId="4C528BC1" w:rsidR="009D0FD3" w:rsidRDefault="00194E72">
      <w:pPr>
        <w:spacing w:after="0"/>
      </w:pPr>
      <w:r>
        <w:rPr>
          <w:rFonts w:ascii="Arial" w:hAnsi="Arial"/>
        </w:rPr>
        <w:t>So, can you tell me what you mean by the water not moving and not spinning? Because clearly, it's so?</w:t>
      </w:r>
    </w:p>
    <w:p w14:paraId="3FA86459" w14:textId="77777777" w:rsidR="009D0FD3" w:rsidRDefault="009D0FD3">
      <w:pPr>
        <w:spacing w:after="0"/>
      </w:pPr>
    </w:p>
    <w:p w14:paraId="3A1E7975" w14:textId="77777777" w:rsidR="009D0FD3" w:rsidRDefault="00D05A5D">
      <w:pPr>
        <w:spacing w:after="0"/>
      </w:pPr>
      <w:r>
        <w:rPr>
          <w:rFonts w:ascii="Arial" w:hAnsi="Arial"/>
          <w:b/>
        </w:rPr>
        <w:t xml:space="preserve">Participant #4:  </w:t>
      </w:r>
      <w:r>
        <w:rPr>
          <w:rFonts w:ascii="Arial" w:hAnsi="Arial"/>
          <w:color w:val="5D7284"/>
        </w:rPr>
        <w:t>22:07</w:t>
      </w:r>
    </w:p>
    <w:p w14:paraId="3E265026" w14:textId="0EF2A270" w:rsidR="009D0FD3" w:rsidRDefault="00D05A5D">
      <w:pPr>
        <w:spacing w:after="0"/>
      </w:pPr>
      <w:r>
        <w:rPr>
          <w:rFonts w:ascii="Arial" w:hAnsi="Arial"/>
        </w:rPr>
        <w:t xml:space="preserve">Yeah. </w:t>
      </w:r>
      <w:r w:rsidR="00194E72">
        <w:rPr>
          <w:rFonts w:ascii="Arial" w:hAnsi="Arial"/>
        </w:rPr>
        <w:t>So,</w:t>
      </w:r>
      <w:r>
        <w:rPr>
          <w:rFonts w:ascii="Arial" w:hAnsi="Arial"/>
        </w:rPr>
        <w:t xml:space="preserve"> like the container and like, everything in it moving? Well, because they're all moving at the same time. It's kinda like, you know, how the earth is spinning? Right, it's just kind of spinning to the point where it just looks like it's not moving or it's still. Or the water is like being held by the moving container for itself is not moving. When you spin a water bottle like above your head, the bottles moving because the water is being pulled away won't come down.</w:t>
      </w:r>
    </w:p>
    <w:p w14:paraId="5EDDA90E" w14:textId="77777777" w:rsidR="009D0FD3" w:rsidRDefault="009D0FD3">
      <w:pPr>
        <w:spacing w:after="0"/>
      </w:pPr>
    </w:p>
    <w:p w14:paraId="78AB6376" w14:textId="77777777" w:rsidR="009D0FD3" w:rsidRDefault="00D05A5D">
      <w:pPr>
        <w:spacing w:after="0"/>
      </w:pPr>
      <w:r>
        <w:rPr>
          <w:rFonts w:ascii="Arial" w:hAnsi="Arial"/>
          <w:b/>
        </w:rPr>
        <w:t xml:space="preserve">Interviewer P:  </w:t>
      </w:r>
      <w:r>
        <w:rPr>
          <w:rFonts w:ascii="Arial" w:hAnsi="Arial"/>
          <w:color w:val="5D7284"/>
        </w:rPr>
        <w:t>22:40</w:t>
      </w:r>
    </w:p>
    <w:p w14:paraId="62139CDA" w14:textId="4715E6BA" w:rsidR="009D0FD3" w:rsidRDefault="00194E72">
      <w:pPr>
        <w:spacing w:after="0"/>
      </w:pPr>
      <w:r>
        <w:rPr>
          <w:rFonts w:ascii="Arial" w:hAnsi="Arial"/>
        </w:rPr>
        <w:t>So, do you think that there's anything that we could do to the tank or to the water to make it look like that?</w:t>
      </w:r>
    </w:p>
    <w:p w14:paraId="2575421F" w14:textId="77777777" w:rsidR="009D0FD3" w:rsidRDefault="009D0FD3">
      <w:pPr>
        <w:spacing w:after="0"/>
      </w:pPr>
    </w:p>
    <w:p w14:paraId="1E765A75" w14:textId="77777777" w:rsidR="009D0FD3" w:rsidRDefault="00D05A5D">
      <w:pPr>
        <w:spacing w:after="0"/>
      </w:pPr>
      <w:r>
        <w:rPr>
          <w:rFonts w:ascii="Arial" w:hAnsi="Arial"/>
          <w:b/>
        </w:rPr>
        <w:t xml:space="preserve">Participant #4:  </w:t>
      </w:r>
      <w:r>
        <w:rPr>
          <w:rFonts w:ascii="Arial" w:hAnsi="Arial"/>
          <w:color w:val="5D7284"/>
        </w:rPr>
        <w:t>22:50</w:t>
      </w:r>
    </w:p>
    <w:p w14:paraId="3D790103" w14:textId="77777777" w:rsidR="009D0FD3" w:rsidRDefault="00D05A5D">
      <w:pPr>
        <w:spacing w:after="0"/>
      </w:pPr>
      <w:r>
        <w:rPr>
          <w:rFonts w:ascii="Arial" w:hAnsi="Arial"/>
        </w:rPr>
        <w:t>If you had like spokes in the tank at the bottom like moving the water as the...</w:t>
      </w:r>
    </w:p>
    <w:p w14:paraId="6628A701" w14:textId="77777777" w:rsidR="009D0FD3" w:rsidRDefault="009D0FD3">
      <w:pPr>
        <w:spacing w:after="0"/>
      </w:pPr>
    </w:p>
    <w:p w14:paraId="409BC62D" w14:textId="77777777" w:rsidR="009D0FD3" w:rsidRDefault="00D05A5D">
      <w:pPr>
        <w:spacing w:after="0"/>
      </w:pPr>
      <w:r>
        <w:rPr>
          <w:rFonts w:ascii="Arial" w:hAnsi="Arial"/>
          <w:b/>
        </w:rPr>
        <w:t xml:space="preserve">Interviewer P:  </w:t>
      </w:r>
      <w:r>
        <w:rPr>
          <w:rFonts w:ascii="Arial" w:hAnsi="Arial"/>
          <w:color w:val="5D7284"/>
        </w:rPr>
        <w:t>22:56</w:t>
      </w:r>
    </w:p>
    <w:p w14:paraId="330E8D02" w14:textId="77777777" w:rsidR="009D0FD3" w:rsidRDefault="00D05A5D">
      <w:pPr>
        <w:spacing w:after="0"/>
      </w:pPr>
      <w:r>
        <w:rPr>
          <w:rFonts w:ascii="Arial" w:hAnsi="Arial"/>
        </w:rPr>
        <w:t>Okay, do you think if I left if I just left it like that for let's say 24 hours and we came back tomorrow do you think it would look like that or at some point?</w:t>
      </w:r>
    </w:p>
    <w:p w14:paraId="50444557" w14:textId="77777777" w:rsidR="009D0FD3" w:rsidRDefault="009D0FD3">
      <w:pPr>
        <w:spacing w:after="0"/>
      </w:pPr>
    </w:p>
    <w:p w14:paraId="6624FC9C" w14:textId="77777777" w:rsidR="009D0FD3" w:rsidRDefault="00D05A5D">
      <w:pPr>
        <w:spacing w:after="0"/>
      </w:pPr>
      <w:r>
        <w:rPr>
          <w:rFonts w:ascii="Arial" w:hAnsi="Arial"/>
          <w:b/>
        </w:rPr>
        <w:t xml:space="preserve">Participant #4:  </w:t>
      </w:r>
      <w:r>
        <w:rPr>
          <w:rFonts w:ascii="Arial" w:hAnsi="Arial"/>
          <w:color w:val="5D7284"/>
        </w:rPr>
        <w:t>23:09</w:t>
      </w:r>
    </w:p>
    <w:p w14:paraId="33FBDCFE" w14:textId="61C440CA" w:rsidR="009D0FD3" w:rsidRDefault="00D05A5D">
      <w:pPr>
        <w:spacing w:after="0"/>
      </w:pPr>
      <w:r>
        <w:rPr>
          <w:rFonts w:ascii="Arial" w:hAnsi="Arial"/>
        </w:rPr>
        <w:t xml:space="preserve">I don't think so like it might fade a little </w:t>
      </w:r>
      <w:r w:rsidR="00194E72">
        <w:rPr>
          <w:rFonts w:ascii="Arial" w:hAnsi="Arial"/>
        </w:rPr>
        <w:t>bit,</w:t>
      </w:r>
      <w:r>
        <w:rPr>
          <w:rFonts w:ascii="Arial" w:hAnsi="Arial"/>
        </w:rPr>
        <w:t xml:space="preserve"> but it probably won't look like the streaks are moving or just be like this original </w:t>
      </w:r>
      <w:r w:rsidR="00194E72">
        <w:rPr>
          <w:rFonts w:ascii="Arial" w:hAnsi="Arial"/>
        </w:rPr>
        <w:t>streaks’</w:t>
      </w:r>
      <w:r>
        <w:rPr>
          <w:rFonts w:ascii="Arial" w:hAnsi="Arial"/>
        </w:rPr>
        <w:t xml:space="preserve"> streaks are just like broken apart.</w:t>
      </w:r>
    </w:p>
    <w:p w14:paraId="6059BA76" w14:textId="77777777" w:rsidR="009D0FD3" w:rsidRDefault="009D0FD3">
      <w:pPr>
        <w:spacing w:after="0"/>
      </w:pPr>
    </w:p>
    <w:p w14:paraId="6D5337ED" w14:textId="77777777" w:rsidR="009D0FD3" w:rsidRDefault="00D05A5D">
      <w:pPr>
        <w:spacing w:after="0"/>
      </w:pPr>
      <w:r>
        <w:rPr>
          <w:rFonts w:ascii="Arial" w:hAnsi="Arial"/>
          <w:b/>
        </w:rPr>
        <w:t xml:space="preserve">Interviewer P:  </w:t>
      </w:r>
      <w:r>
        <w:rPr>
          <w:rFonts w:ascii="Arial" w:hAnsi="Arial"/>
          <w:color w:val="5D7284"/>
        </w:rPr>
        <w:t>23:22</w:t>
      </w:r>
    </w:p>
    <w:p w14:paraId="2C9570FD" w14:textId="77777777" w:rsidR="009D0FD3" w:rsidRDefault="00D05A5D">
      <w:pPr>
        <w:spacing w:after="0"/>
      </w:pPr>
      <w:r>
        <w:rPr>
          <w:rFonts w:ascii="Arial" w:hAnsi="Arial"/>
        </w:rPr>
        <w:t>And what do you think would happen if I turned it off?</w:t>
      </w:r>
    </w:p>
    <w:p w14:paraId="7C1C7758" w14:textId="77777777" w:rsidR="009D0FD3" w:rsidRDefault="009D0FD3">
      <w:pPr>
        <w:spacing w:after="0"/>
      </w:pPr>
    </w:p>
    <w:p w14:paraId="6B1B5836" w14:textId="77777777" w:rsidR="009D0FD3" w:rsidRDefault="00D05A5D">
      <w:pPr>
        <w:spacing w:after="0"/>
      </w:pPr>
      <w:r>
        <w:rPr>
          <w:rFonts w:ascii="Arial" w:hAnsi="Arial"/>
          <w:b/>
        </w:rPr>
        <w:t xml:space="preserve">Participant #4:  </w:t>
      </w:r>
      <w:r>
        <w:rPr>
          <w:rFonts w:ascii="Arial" w:hAnsi="Arial"/>
          <w:color w:val="5D7284"/>
        </w:rPr>
        <w:t>23:28</w:t>
      </w:r>
    </w:p>
    <w:p w14:paraId="13140961" w14:textId="01A7911E" w:rsidR="009D0FD3" w:rsidRDefault="00D05A5D">
      <w:pPr>
        <w:spacing w:after="0"/>
      </w:pPr>
      <w:r>
        <w:rPr>
          <w:rFonts w:ascii="Arial" w:hAnsi="Arial"/>
        </w:rPr>
        <w:t>I think that's when the water might move because the water is already maybe fit oh well it depends if this stops suddenly, then year probably shake the water</w:t>
      </w:r>
      <w:r w:rsidR="00194E72">
        <w:rPr>
          <w:rFonts w:ascii="Arial" w:hAnsi="Arial"/>
        </w:rPr>
        <w:t xml:space="preserve"> </w:t>
      </w:r>
      <w:r>
        <w:rPr>
          <w:rFonts w:ascii="Arial" w:hAnsi="Arial"/>
        </w:rPr>
        <w:t>a little if it slowed down real hard.</w:t>
      </w:r>
    </w:p>
    <w:p w14:paraId="02B88829" w14:textId="77777777" w:rsidR="009D0FD3" w:rsidRDefault="009D0FD3">
      <w:pPr>
        <w:spacing w:after="0"/>
      </w:pPr>
    </w:p>
    <w:p w14:paraId="7C4C5007" w14:textId="77777777" w:rsidR="009D0FD3" w:rsidRDefault="00D05A5D">
      <w:pPr>
        <w:spacing w:after="0"/>
      </w:pPr>
      <w:r>
        <w:rPr>
          <w:rFonts w:ascii="Arial" w:hAnsi="Arial"/>
          <w:b/>
        </w:rPr>
        <w:t xml:space="preserve">Interviewer P:  </w:t>
      </w:r>
      <w:r>
        <w:rPr>
          <w:rFonts w:ascii="Arial" w:hAnsi="Arial"/>
          <w:color w:val="5D7284"/>
        </w:rPr>
        <w:t>23:40</w:t>
      </w:r>
    </w:p>
    <w:p w14:paraId="16A71329" w14:textId="77777777" w:rsidR="009D0FD3" w:rsidRDefault="00D05A5D">
      <w:pPr>
        <w:spacing w:after="0"/>
      </w:pPr>
      <w:r>
        <w:rPr>
          <w:rFonts w:ascii="Arial" w:hAnsi="Arial"/>
        </w:rPr>
        <w:t xml:space="preserve">And what do you think would happen to the purple? </w:t>
      </w:r>
    </w:p>
    <w:p w14:paraId="2296C49E" w14:textId="77777777" w:rsidR="009D0FD3" w:rsidRDefault="009D0FD3">
      <w:pPr>
        <w:spacing w:after="0"/>
      </w:pPr>
    </w:p>
    <w:p w14:paraId="0D01A822" w14:textId="77777777" w:rsidR="009D0FD3" w:rsidRDefault="00D05A5D">
      <w:pPr>
        <w:spacing w:after="0"/>
      </w:pPr>
      <w:r>
        <w:rPr>
          <w:rFonts w:ascii="Arial" w:hAnsi="Arial"/>
          <w:b/>
        </w:rPr>
        <w:t xml:space="preserve">Participant #4:  </w:t>
      </w:r>
      <w:r>
        <w:rPr>
          <w:rFonts w:ascii="Arial" w:hAnsi="Arial"/>
          <w:color w:val="5D7284"/>
        </w:rPr>
        <w:t>23:44</w:t>
      </w:r>
    </w:p>
    <w:p w14:paraId="139BE5D0" w14:textId="4360E689" w:rsidR="009D0FD3" w:rsidRDefault="00D05A5D">
      <w:pPr>
        <w:spacing w:after="0"/>
      </w:pPr>
      <w:r>
        <w:rPr>
          <w:rFonts w:ascii="Arial" w:hAnsi="Arial"/>
        </w:rPr>
        <w:t xml:space="preserve">Oh, well, if it stopped suddenly the </w:t>
      </w:r>
      <w:r w:rsidR="00194E72">
        <w:rPr>
          <w:rFonts w:ascii="Arial" w:hAnsi="Arial"/>
        </w:rPr>
        <w:t>purple,</w:t>
      </w:r>
      <w:r>
        <w:rPr>
          <w:rFonts w:ascii="Arial" w:hAnsi="Arial"/>
        </w:rPr>
        <w:t xml:space="preserve"> we just like shake around and dissipate. You like the tank is kind of sitting there. And then if it </w:t>
      </w:r>
      <w:r w:rsidR="00194E72">
        <w:rPr>
          <w:rFonts w:ascii="Arial" w:hAnsi="Arial"/>
        </w:rPr>
        <w:t>stops</w:t>
      </w:r>
      <w:r>
        <w:rPr>
          <w:rFonts w:ascii="Arial" w:hAnsi="Arial"/>
        </w:rPr>
        <w:t xml:space="preserve"> slowly might </w:t>
      </w:r>
      <w:r w:rsidR="00194E72">
        <w:rPr>
          <w:rFonts w:ascii="Arial" w:hAnsi="Arial"/>
        </w:rPr>
        <w:t>warp</w:t>
      </w:r>
      <w:r>
        <w:rPr>
          <w:rFonts w:ascii="Arial" w:hAnsi="Arial"/>
        </w:rPr>
        <w:t xml:space="preserve"> a little bit probably, maintain the same...</w:t>
      </w:r>
    </w:p>
    <w:p w14:paraId="5ECC1EA6" w14:textId="77777777" w:rsidR="009D0FD3" w:rsidRDefault="009D0FD3">
      <w:pPr>
        <w:spacing w:after="0"/>
      </w:pPr>
    </w:p>
    <w:p w14:paraId="57C0A816" w14:textId="77777777" w:rsidR="009D0FD3" w:rsidRDefault="00D05A5D">
      <w:pPr>
        <w:spacing w:after="0"/>
      </w:pPr>
      <w:r>
        <w:rPr>
          <w:rFonts w:ascii="Arial" w:hAnsi="Arial"/>
          <w:b/>
        </w:rPr>
        <w:t xml:space="preserve">Interviewer P:  </w:t>
      </w:r>
      <w:r>
        <w:rPr>
          <w:rFonts w:ascii="Arial" w:hAnsi="Arial"/>
          <w:color w:val="5D7284"/>
        </w:rPr>
        <w:t>23:59</w:t>
      </w:r>
    </w:p>
    <w:p w14:paraId="14FD2F68" w14:textId="77777777" w:rsidR="009D0FD3" w:rsidRDefault="00D05A5D">
      <w:pPr>
        <w:spacing w:after="0"/>
      </w:pPr>
      <w:r>
        <w:rPr>
          <w:rFonts w:ascii="Arial" w:hAnsi="Arial"/>
        </w:rPr>
        <w:lastRenderedPageBreak/>
        <w:t>Yeah. Alright, well, let's try that and actually see what happens. Is that what you expected?</w:t>
      </w:r>
    </w:p>
    <w:p w14:paraId="50107356" w14:textId="77777777" w:rsidR="009D0FD3" w:rsidRDefault="009D0FD3">
      <w:pPr>
        <w:spacing w:after="0"/>
      </w:pPr>
    </w:p>
    <w:p w14:paraId="222579D1" w14:textId="77777777" w:rsidR="009D0FD3" w:rsidRDefault="00D05A5D">
      <w:pPr>
        <w:spacing w:after="0"/>
      </w:pPr>
      <w:r>
        <w:rPr>
          <w:rFonts w:ascii="Arial" w:hAnsi="Arial"/>
          <w:b/>
        </w:rPr>
        <w:t xml:space="preserve">Participant #4:  </w:t>
      </w:r>
      <w:r>
        <w:rPr>
          <w:rFonts w:ascii="Arial" w:hAnsi="Arial"/>
          <w:color w:val="5D7284"/>
        </w:rPr>
        <w:t>24:36</w:t>
      </w:r>
    </w:p>
    <w:p w14:paraId="12BF1D05" w14:textId="77777777" w:rsidR="009D0FD3" w:rsidRDefault="00D05A5D">
      <w:pPr>
        <w:spacing w:after="0"/>
      </w:pPr>
      <w:r>
        <w:rPr>
          <w:rFonts w:ascii="Arial" w:hAnsi="Arial"/>
        </w:rPr>
        <w:t xml:space="preserve">No, not entirely, because it's giving me like the same kind of </w:t>
      </w:r>
      <w:r>
        <w:rPr>
          <w:rFonts w:ascii="Arial" w:hAnsi="Arial"/>
        </w:rPr>
        <w:t>being pulled to the center. But all the lines have started to move together in the through the center. Not like they were standing there. And then they just started like shaking and dissipating.</w:t>
      </w:r>
    </w:p>
    <w:p w14:paraId="48C91757" w14:textId="77777777" w:rsidR="009D0FD3" w:rsidRDefault="009D0FD3">
      <w:pPr>
        <w:spacing w:after="0"/>
      </w:pPr>
    </w:p>
    <w:p w14:paraId="65914C3B" w14:textId="77777777" w:rsidR="009D0FD3" w:rsidRDefault="00D05A5D">
      <w:pPr>
        <w:spacing w:after="0"/>
      </w:pPr>
      <w:r>
        <w:rPr>
          <w:rFonts w:ascii="Arial" w:hAnsi="Arial"/>
          <w:b/>
        </w:rPr>
        <w:t xml:space="preserve">Interviewer P:  </w:t>
      </w:r>
      <w:r>
        <w:rPr>
          <w:rFonts w:ascii="Arial" w:hAnsi="Arial"/>
          <w:color w:val="5D7284"/>
        </w:rPr>
        <w:t>24:49</w:t>
      </w:r>
    </w:p>
    <w:p w14:paraId="1226554B" w14:textId="77777777" w:rsidR="009D0FD3" w:rsidRDefault="00D05A5D">
      <w:pPr>
        <w:spacing w:after="0"/>
      </w:pPr>
      <w:r>
        <w:rPr>
          <w:rFonts w:ascii="Arial" w:hAnsi="Arial"/>
        </w:rPr>
        <w:t>Yeah, it's interesting because it's, at least if I'm understanding you correctly, it did what you thought it would do originally.</w:t>
      </w:r>
    </w:p>
    <w:p w14:paraId="63A2DA43" w14:textId="77777777" w:rsidR="009D0FD3" w:rsidRDefault="009D0FD3">
      <w:pPr>
        <w:spacing w:after="0"/>
      </w:pPr>
    </w:p>
    <w:p w14:paraId="799C2922" w14:textId="77777777" w:rsidR="009D0FD3" w:rsidRDefault="00D05A5D">
      <w:pPr>
        <w:spacing w:after="0"/>
      </w:pPr>
      <w:r>
        <w:rPr>
          <w:rFonts w:ascii="Arial" w:hAnsi="Arial"/>
          <w:b/>
        </w:rPr>
        <w:t xml:space="preserve">Participant #4:  </w:t>
      </w:r>
      <w:r>
        <w:rPr>
          <w:rFonts w:ascii="Arial" w:hAnsi="Arial"/>
          <w:color w:val="5D7284"/>
        </w:rPr>
        <w:t>24:58</w:t>
      </w:r>
    </w:p>
    <w:p w14:paraId="76E2F3A9" w14:textId="77777777" w:rsidR="009D0FD3" w:rsidRDefault="00D05A5D">
      <w:pPr>
        <w:spacing w:after="0"/>
      </w:pPr>
      <w:r>
        <w:rPr>
          <w:rFonts w:ascii="Arial" w:hAnsi="Arial"/>
        </w:rPr>
        <w:t>Because I thought the water would be spinning the same way that the tank is spinning. But it wasn't or it kept up with the spins or it wasn't spinning.</w:t>
      </w:r>
    </w:p>
    <w:p w14:paraId="7BAA9367" w14:textId="77777777" w:rsidR="009D0FD3" w:rsidRDefault="009D0FD3">
      <w:pPr>
        <w:spacing w:after="0"/>
      </w:pPr>
    </w:p>
    <w:p w14:paraId="59E5BDBE" w14:textId="77777777" w:rsidR="009D0FD3" w:rsidRDefault="00D05A5D">
      <w:pPr>
        <w:spacing w:after="0"/>
      </w:pPr>
      <w:r>
        <w:rPr>
          <w:rFonts w:ascii="Arial" w:hAnsi="Arial"/>
          <w:b/>
        </w:rPr>
        <w:t xml:space="preserve">Interviewer P:  </w:t>
      </w:r>
      <w:r>
        <w:rPr>
          <w:rFonts w:ascii="Arial" w:hAnsi="Arial"/>
          <w:color w:val="5D7284"/>
        </w:rPr>
        <w:t>25:09</w:t>
      </w:r>
    </w:p>
    <w:p w14:paraId="5DAD0E71" w14:textId="58050EE9" w:rsidR="009D0FD3" w:rsidRDefault="00D05A5D">
      <w:pPr>
        <w:spacing w:after="0"/>
      </w:pPr>
      <w:r>
        <w:rPr>
          <w:rFonts w:ascii="Arial" w:hAnsi="Arial"/>
        </w:rPr>
        <w:t xml:space="preserve">Cool. All right. </w:t>
      </w:r>
      <w:r w:rsidR="00194E72">
        <w:rPr>
          <w:rFonts w:ascii="Arial" w:hAnsi="Arial"/>
        </w:rPr>
        <w:t>So,</w:t>
      </w:r>
      <w:r>
        <w:rPr>
          <w:rFonts w:ascii="Arial" w:hAnsi="Arial"/>
        </w:rPr>
        <w:t xml:space="preserve"> this time I have this tank, which is </w:t>
      </w:r>
      <w:r w:rsidR="00194E72">
        <w:rPr>
          <w:rFonts w:ascii="Arial" w:hAnsi="Arial"/>
        </w:rPr>
        <w:t>Jell-O,</w:t>
      </w:r>
      <w:r>
        <w:rPr>
          <w:rFonts w:ascii="Arial" w:hAnsi="Arial"/>
        </w:rPr>
        <w:t xml:space="preserve"> and I can put that on there, center, I have a small little Lego motor here. What do you think's gonna happen to the Jell-O when I spin it?</w:t>
      </w:r>
    </w:p>
    <w:p w14:paraId="530FFEE2" w14:textId="77777777" w:rsidR="009D0FD3" w:rsidRDefault="009D0FD3">
      <w:pPr>
        <w:spacing w:after="0"/>
      </w:pPr>
    </w:p>
    <w:p w14:paraId="27B20B48" w14:textId="77777777" w:rsidR="009D0FD3" w:rsidRDefault="00D05A5D">
      <w:pPr>
        <w:spacing w:after="0"/>
      </w:pPr>
      <w:r>
        <w:rPr>
          <w:rFonts w:ascii="Arial" w:hAnsi="Arial"/>
          <w:b/>
        </w:rPr>
        <w:t xml:space="preserve">Participant #4:  </w:t>
      </w:r>
      <w:r>
        <w:rPr>
          <w:rFonts w:ascii="Arial" w:hAnsi="Arial"/>
          <w:color w:val="5D7284"/>
        </w:rPr>
        <w:t>25:46</w:t>
      </w:r>
    </w:p>
    <w:p w14:paraId="74678133" w14:textId="77777777" w:rsidR="009D0FD3" w:rsidRDefault="00D05A5D">
      <w:pPr>
        <w:spacing w:after="0"/>
      </w:pPr>
      <w:r>
        <w:rPr>
          <w:rFonts w:ascii="Arial" w:hAnsi="Arial"/>
        </w:rPr>
        <w:t>I think it might like shake in the beginning, but it might like even out with the spinning water the same way.</w:t>
      </w:r>
    </w:p>
    <w:p w14:paraId="41D47CA2" w14:textId="77777777" w:rsidR="009D0FD3" w:rsidRDefault="009D0FD3">
      <w:pPr>
        <w:spacing w:after="0"/>
      </w:pPr>
    </w:p>
    <w:p w14:paraId="0FBE3D7A" w14:textId="77777777" w:rsidR="009D0FD3" w:rsidRDefault="00D05A5D">
      <w:pPr>
        <w:spacing w:after="0"/>
      </w:pPr>
      <w:r>
        <w:rPr>
          <w:rFonts w:ascii="Arial" w:hAnsi="Arial"/>
          <w:b/>
        </w:rPr>
        <w:t xml:space="preserve">Interviewer P:  </w:t>
      </w:r>
      <w:r>
        <w:rPr>
          <w:rFonts w:ascii="Arial" w:hAnsi="Arial"/>
          <w:color w:val="5D7284"/>
        </w:rPr>
        <w:t>26:00</w:t>
      </w:r>
    </w:p>
    <w:p w14:paraId="10493702" w14:textId="18BB1ADE" w:rsidR="009D0FD3" w:rsidRDefault="00194E72">
      <w:pPr>
        <w:spacing w:after="0"/>
      </w:pPr>
      <w:r>
        <w:rPr>
          <w:rFonts w:ascii="Arial" w:hAnsi="Arial"/>
        </w:rPr>
        <w:t>So, this is partially a demonstration and partially a thought experiment. Kind of how would you explain how the Jell-O is moving?</w:t>
      </w:r>
    </w:p>
    <w:p w14:paraId="63CFF85A" w14:textId="77777777" w:rsidR="009D0FD3" w:rsidRDefault="009D0FD3">
      <w:pPr>
        <w:spacing w:after="0"/>
      </w:pPr>
    </w:p>
    <w:p w14:paraId="3C77907A" w14:textId="77777777" w:rsidR="009D0FD3" w:rsidRDefault="00D05A5D">
      <w:pPr>
        <w:spacing w:after="0"/>
      </w:pPr>
      <w:r>
        <w:rPr>
          <w:rFonts w:ascii="Arial" w:hAnsi="Arial"/>
          <w:b/>
        </w:rPr>
        <w:t xml:space="preserve">Participant #4:  </w:t>
      </w:r>
      <w:r>
        <w:rPr>
          <w:rFonts w:ascii="Arial" w:hAnsi="Arial"/>
          <w:color w:val="5D7284"/>
        </w:rPr>
        <w:t>26:14</w:t>
      </w:r>
    </w:p>
    <w:p w14:paraId="51EE74DB" w14:textId="77777777" w:rsidR="009D0FD3" w:rsidRDefault="00D05A5D">
      <w:pPr>
        <w:spacing w:after="0"/>
      </w:pPr>
      <w:r>
        <w:rPr>
          <w:rFonts w:ascii="Arial" w:hAnsi="Arial"/>
        </w:rPr>
        <w:t>It's just spinning. Oh, it's a little shaky spin.</w:t>
      </w:r>
    </w:p>
    <w:p w14:paraId="4405DBE9" w14:textId="77777777" w:rsidR="009D0FD3" w:rsidRDefault="009D0FD3">
      <w:pPr>
        <w:spacing w:after="0"/>
      </w:pPr>
    </w:p>
    <w:p w14:paraId="2FD25821" w14:textId="77777777" w:rsidR="009D0FD3" w:rsidRDefault="00D05A5D">
      <w:pPr>
        <w:spacing w:after="0"/>
      </w:pPr>
      <w:r>
        <w:rPr>
          <w:rFonts w:ascii="Arial" w:hAnsi="Arial"/>
          <w:b/>
        </w:rPr>
        <w:t xml:space="preserve">Interviewer P:  </w:t>
      </w:r>
      <w:r>
        <w:rPr>
          <w:rFonts w:ascii="Arial" w:hAnsi="Arial"/>
          <w:color w:val="5D7284"/>
        </w:rPr>
        <w:t>26:22</w:t>
      </w:r>
    </w:p>
    <w:p w14:paraId="338BC5B4" w14:textId="77777777" w:rsidR="009D0FD3" w:rsidRDefault="00D05A5D">
      <w:pPr>
        <w:spacing w:after="0"/>
      </w:pPr>
      <w:r>
        <w:rPr>
          <w:rFonts w:ascii="Arial" w:hAnsi="Arial"/>
        </w:rPr>
        <w:t>Compared to the water.</w:t>
      </w:r>
    </w:p>
    <w:p w14:paraId="142C4A75" w14:textId="77777777" w:rsidR="009D0FD3" w:rsidRDefault="009D0FD3">
      <w:pPr>
        <w:spacing w:after="0"/>
      </w:pPr>
    </w:p>
    <w:p w14:paraId="02312999" w14:textId="77777777" w:rsidR="009D0FD3" w:rsidRDefault="00D05A5D">
      <w:pPr>
        <w:spacing w:after="0"/>
      </w:pPr>
      <w:r>
        <w:rPr>
          <w:rFonts w:ascii="Arial" w:hAnsi="Arial"/>
          <w:b/>
        </w:rPr>
        <w:t xml:space="preserve">Participant #4:  </w:t>
      </w:r>
      <w:r>
        <w:rPr>
          <w:rFonts w:ascii="Arial" w:hAnsi="Arial"/>
          <w:color w:val="5D7284"/>
        </w:rPr>
        <w:t>26:24</w:t>
      </w:r>
    </w:p>
    <w:p w14:paraId="331583D0" w14:textId="77777777" w:rsidR="009D0FD3" w:rsidRDefault="00D05A5D">
      <w:pPr>
        <w:spacing w:after="0"/>
      </w:pPr>
      <w:r>
        <w:rPr>
          <w:rFonts w:ascii="Arial" w:hAnsi="Arial"/>
        </w:rPr>
        <w:t>The waters much smoother...</w:t>
      </w:r>
    </w:p>
    <w:p w14:paraId="5B6E8300" w14:textId="77777777" w:rsidR="009D0FD3" w:rsidRDefault="009D0FD3">
      <w:pPr>
        <w:spacing w:after="0"/>
      </w:pPr>
    </w:p>
    <w:p w14:paraId="39A48FEF" w14:textId="77777777" w:rsidR="009D0FD3" w:rsidRDefault="00D05A5D">
      <w:pPr>
        <w:spacing w:after="0"/>
      </w:pPr>
      <w:r>
        <w:rPr>
          <w:rFonts w:ascii="Arial" w:hAnsi="Arial"/>
          <w:b/>
        </w:rPr>
        <w:t xml:space="preserve">Interviewer P:  </w:t>
      </w:r>
      <w:r>
        <w:rPr>
          <w:rFonts w:ascii="Arial" w:hAnsi="Arial"/>
          <w:color w:val="5D7284"/>
        </w:rPr>
        <w:t>26:26</w:t>
      </w:r>
    </w:p>
    <w:p w14:paraId="7932A41B" w14:textId="77777777" w:rsidR="009D0FD3" w:rsidRDefault="00D05A5D">
      <w:pPr>
        <w:spacing w:after="0"/>
      </w:pPr>
      <w:r>
        <w:rPr>
          <w:rFonts w:ascii="Arial" w:hAnsi="Arial"/>
        </w:rPr>
        <w:t>My little Lego motor isn't as consistent either. So that probably is contributing to the shape. Okay, so when I put these BBs on here, they just ride along on top. Okay, but imagine that these BBs were heavy enough that they actually sunk to the bottom like that crystal dye did in other words that they could kind of like board their way all the way to the bottom of this tank filled with Jell-O. Can you tell me what kind of a path you think they would take?</w:t>
      </w:r>
    </w:p>
    <w:p w14:paraId="26CE894F" w14:textId="77777777" w:rsidR="009D0FD3" w:rsidRDefault="009D0FD3">
      <w:pPr>
        <w:spacing w:after="0"/>
      </w:pPr>
    </w:p>
    <w:p w14:paraId="5C766BF2" w14:textId="77777777" w:rsidR="009D0FD3" w:rsidRDefault="00D05A5D">
      <w:pPr>
        <w:spacing w:after="0"/>
      </w:pPr>
      <w:r>
        <w:rPr>
          <w:rFonts w:ascii="Arial" w:hAnsi="Arial"/>
          <w:b/>
        </w:rPr>
        <w:t xml:space="preserve">Participant #4:  </w:t>
      </w:r>
      <w:r>
        <w:rPr>
          <w:rFonts w:ascii="Arial" w:hAnsi="Arial"/>
          <w:color w:val="5D7284"/>
        </w:rPr>
        <w:t>27:05</w:t>
      </w:r>
    </w:p>
    <w:p w14:paraId="4618115C" w14:textId="77777777" w:rsidR="009D0FD3" w:rsidRDefault="00D05A5D">
      <w:pPr>
        <w:spacing w:after="0"/>
      </w:pPr>
      <w:r>
        <w:rPr>
          <w:rFonts w:ascii="Arial" w:hAnsi="Arial"/>
        </w:rPr>
        <w:lastRenderedPageBreak/>
        <w:t>I think it would be closer to like my first path where he is straight with curved line, just because they're circular. As it's pushing down with each other, I think you were just like roll around.</w:t>
      </w:r>
    </w:p>
    <w:p w14:paraId="245EC639" w14:textId="77777777" w:rsidR="009D0FD3" w:rsidRDefault="009D0FD3">
      <w:pPr>
        <w:spacing w:after="0"/>
      </w:pPr>
    </w:p>
    <w:p w14:paraId="62E73D57" w14:textId="77777777" w:rsidR="009D0FD3" w:rsidRDefault="00D05A5D">
      <w:pPr>
        <w:spacing w:after="0"/>
      </w:pPr>
      <w:r>
        <w:rPr>
          <w:rFonts w:ascii="Arial" w:hAnsi="Arial"/>
          <w:b/>
        </w:rPr>
        <w:t xml:space="preserve">Interviewer P:  </w:t>
      </w:r>
      <w:r>
        <w:rPr>
          <w:rFonts w:ascii="Arial" w:hAnsi="Arial"/>
          <w:color w:val="5D7284"/>
        </w:rPr>
        <w:t>27:22</w:t>
      </w:r>
    </w:p>
    <w:p w14:paraId="5C291B21" w14:textId="77777777" w:rsidR="009D0FD3" w:rsidRDefault="00D05A5D">
      <w:pPr>
        <w:spacing w:after="0"/>
      </w:pPr>
      <w:r>
        <w:rPr>
          <w:rFonts w:ascii="Arial" w:hAnsi="Arial"/>
        </w:rPr>
        <w:t>Can you show me with your hands what the path would look like.</w:t>
      </w:r>
    </w:p>
    <w:p w14:paraId="3002A9BD" w14:textId="77777777" w:rsidR="009D0FD3" w:rsidRDefault="009D0FD3">
      <w:pPr>
        <w:spacing w:after="0"/>
      </w:pPr>
    </w:p>
    <w:p w14:paraId="71368EF3" w14:textId="77777777" w:rsidR="009D0FD3" w:rsidRDefault="00D05A5D">
      <w:pPr>
        <w:spacing w:after="0"/>
      </w:pPr>
      <w:r>
        <w:rPr>
          <w:rFonts w:ascii="Arial" w:hAnsi="Arial"/>
          <w:b/>
        </w:rPr>
        <w:t xml:space="preserve">Participant #4:  </w:t>
      </w:r>
      <w:r>
        <w:rPr>
          <w:rFonts w:ascii="Arial" w:hAnsi="Arial"/>
          <w:color w:val="5D7284"/>
        </w:rPr>
        <w:t>27:25</w:t>
      </w:r>
    </w:p>
    <w:p w14:paraId="5516F191" w14:textId="77777777" w:rsidR="009D0FD3" w:rsidRDefault="00D05A5D">
      <w:pPr>
        <w:spacing w:after="0"/>
      </w:pPr>
      <w:r>
        <w:rPr>
          <w:rFonts w:ascii="Arial" w:hAnsi="Arial"/>
        </w:rPr>
        <w:t>Falling down and curving a one way or the other?</w:t>
      </w:r>
    </w:p>
    <w:p w14:paraId="6C3E3A17" w14:textId="77777777" w:rsidR="009D0FD3" w:rsidRDefault="009D0FD3">
      <w:pPr>
        <w:spacing w:after="0"/>
      </w:pPr>
    </w:p>
    <w:p w14:paraId="2A476C35" w14:textId="77777777" w:rsidR="009D0FD3" w:rsidRDefault="00D05A5D">
      <w:pPr>
        <w:spacing w:after="0"/>
      </w:pPr>
      <w:r>
        <w:rPr>
          <w:rFonts w:ascii="Arial" w:hAnsi="Arial"/>
          <w:b/>
        </w:rPr>
        <w:t xml:space="preserve">Interviewer P:  </w:t>
      </w:r>
      <w:r>
        <w:rPr>
          <w:rFonts w:ascii="Arial" w:hAnsi="Arial"/>
          <w:color w:val="5D7284"/>
        </w:rPr>
        <w:t>27:28</w:t>
      </w:r>
    </w:p>
    <w:p w14:paraId="110EFDA8" w14:textId="4DB88CD3" w:rsidR="009D0FD3" w:rsidRDefault="00D05A5D">
      <w:pPr>
        <w:spacing w:after="0"/>
      </w:pPr>
      <w:r>
        <w:rPr>
          <w:rFonts w:ascii="Arial" w:hAnsi="Arial"/>
        </w:rPr>
        <w:t xml:space="preserve">Okay. </w:t>
      </w:r>
      <w:r w:rsidR="00194E72">
        <w:rPr>
          <w:rFonts w:ascii="Arial" w:hAnsi="Arial"/>
        </w:rPr>
        <w:t>So,</w:t>
      </w:r>
      <w:r>
        <w:rPr>
          <w:rFonts w:ascii="Arial" w:hAnsi="Arial"/>
        </w:rPr>
        <w:t xml:space="preserve"> kind of like that.</w:t>
      </w:r>
    </w:p>
    <w:p w14:paraId="0725C5B0" w14:textId="77777777" w:rsidR="009D0FD3" w:rsidRDefault="009D0FD3">
      <w:pPr>
        <w:spacing w:after="0"/>
      </w:pPr>
    </w:p>
    <w:p w14:paraId="4F1DB87E" w14:textId="77777777" w:rsidR="009D0FD3" w:rsidRDefault="00D05A5D">
      <w:pPr>
        <w:spacing w:after="0"/>
      </w:pPr>
      <w:r>
        <w:rPr>
          <w:rFonts w:ascii="Arial" w:hAnsi="Arial"/>
          <w:b/>
        </w:rPr>
        <w:t xml:space="preserve">Participant #4:  </w:t>
      </w:r>
      <w:r>
        <w:rPr>
          <w:rFonts w:ascii="Arial" w:hAnsi="Arial"/>
          <w:color w:val="5D7284"/>
        </w:rPr>
        <w:t>27:31</w:t>
      </w:r>
    </w:p>
    <w:p w14:paraId="423BA585" w14:textId="77777777" w:rsidR="009D0FD3" w:rsidRDefault="00D05A5D">
      <w:pPr>
        <w:spacing w:after="0"/>
      </w:pPr>
      <w:r>
        <w:rPr>
          <w:rFonts w:ascii="Arial" w:hAnsi="Arial"/>
        </w:rPr>
        <w:t>Kinda like a L.</w:t>
      </w:r>
    </w:p>
    <w:p w14:paraId="0549C0CD" w14:textId="77777777" w:rsidR="009D0FD3" w:rsidRDefault="009D0FD3">
      <w:pPr>
        <w:spacing w:after="0"/>
      </w:pPr>
    </w:p>
    <w:p w14:paraId="79763802" w14:textId="77777777" w:rsidR="009D0FD3" w:rsidRDefault="00D05A5D">
      <w:pPr>
        <w:spacing w:after="0"/>
      </w:pPr>
      <w:r>
        <w:rPr>
          <w:rFonts w:ascii="Arial" w:hAnsi="Arial"/>
          <w:b/>
        </w:rPr>
        <w:t xml:space="preserve">Interviewer P:  </w:t>
      </w:r>
      <w:r>
        <w:rPr>
          <w:rFonts w:ascii="Arial" w:hAnsi="Arial"/>
          <w:color w:val="5D7284"/>
        </w:rPr>
        <w:t>27:32</w:t>
      </w:r>
    </w:p>
    <w:p w14:paraId="474FA621" w14:textId="77777777" w:rsidR="009D0FD3" w:rsidRDefault="00D05A5D">
      <w:pPr>
        <w:spacing w:after="0"/>
      </w:pPr>
      <w:r>
        <w:rPr>
          <w:rFonts w:ascii="Arial" w:hAnsi="Arial"/>
        </w:rPr>
        <w:t>Oh, I wish that they really went down to the bottom so that we can see but I'm still working on it.</w:t>
      </w:r>
    </w:p>
    <w:p w14:paraId="55A50E23" w14:textId="77777777" w:rsidR="009D0FD3" w:rsidRDefault="009D0FD3">
      <w:pPr>
        <w:spacing w:after="0"/>
      </w:pPr>
    </w:p>
    <w:p w14:paraId="381C3FDD" w14:textId="77777777" w:rsidR="009D0FD3" w:rsidRDefault="00D05A5D">
      <w:pPr>
        <w:spacing w:after="0"/>
      </w:pPr>
      <w:r>
        <w:rPr>
          <w:rFonts w:ascii="Arial" w:hAnsi="Arial"/>
          <w:b/>
        </w:rPr>
        <w:t xml:space="preserve">Participant #4:  </w:t>
      </w:r>
      <w:r>
        <w:rPr>
          <w:rFonts w:ascii="Arial" w:hAnsi="Arial"/>
          <w:color w:val="5D7284"/>
        </w:rPr>
        <w:t>27:39</w:t>
      </w:r>
    </w:p>
    <w:p w14:paraId="2ECAD163" w14:textId="77777777" w:rsidR="009D0FD3" w:rsidRDefault="00D05A5D">
      <w:pPr>
        <w:spacing w:after="0"/>
      </w:pPr>
      <w:r>
        <w:rPr>
          <w:rFonts w:ascii="Arial" w:hAnsi="Arial"/>
        </w:rPr>
        <w:t>Or get them hot enough.</w:t>
      </w:r>
    </w:p>
    <w:p w14:paraId="35CF7D1C" w14:textId="77777777" w:rsidR="009D0FD3" w:rsidRDefault="009D0FD3">
      <w:pPr>
        <w:spacing w:after="0"/>
      </w:pPr>
    </w:p>
    <w:p w14:paraId="73FF7336" w14:textId="77777777" w:rsidR="009D0FD3" w:rsidRDefault="00D05A5D">
      <w:pPr>
        <w:spacing w:after="0"/>
      </w:pPr>
      <w:r>
        <w:rPr>
          <w:rFonts w:ascii="Arial" w:hAnsi="Arial"/>
          <w:b/>
        </w:rPr>
        <w:t xml:space="preserve">Interviewer P:  </w:t>
      </w:r>
      <w:r>
        <w:rPr>
          <w:rFonts w:ascii="Arial" w:hAnsi="Arial"/>
          <w:color w:val="5D7284"/>
        </w:rPr>
        <w:t>27:40</w:t>
      </w:r>
    </w:p>
    <w:p w14:paraId="29F3C8DE" w14:textId="4F4DB007" w:rsidR="009D0FD3" w:rsidRDefault="00D05A5D">
      <w:pPr>
        <w:spacing w:after="0"/>
      </w:pPr>
      <w:r>
        <w:rPr>
          <w:rFonts w:ascii="Arial" w:hAnsi="Arial"/>
        </w:rPr>
        <w:t xml:space="preserve">I did. I boiled them and they still don't go through. </w:t>
      </w:r>
      <w:r w:rsidR="00194E72">
        <w:rPr>
          <w:rFonts w:ascii="Arial" w:hAnsi="Arial"/>
        </w:rPr>
        <w:t>So,</w:t>
      </w:r>
      <w:r>
        <w:rPr>
          <w:rFonts w:ascii="Arial" w:hAnsi="Arial"/>
        </w:rPr>
        <w:t xml:space="preserve"> we're still working on that. But it's a good visual. Alright, so another question. Imagine if instead of Jell-O, I had like a rotating metal cylinder. Okay, so now that thing is spinning. </w:t>
      </w:r>
      <w:r w:rsidR="00194E72">
        <w:rPr>
          <w:rFonts w:ascii="Arial" w:hAnsi="Arial"/>
        </w:rPr>
        <w:t>So,</w:t>
      </w:r>
      <w:r>
        <w:rPr>
          <w:rFonts w:ascii="Arial" w:hAnsi="Arial"/>
        </w:rPr>
        <w:t xml:space="preserve"> I mean, it could be kind of like a record, but it has thickness, okay. And then on top of it, I dropped some acid that an acid will eat through metal. And so now the acid is eating through this spinning cylinder of metal, can you describe what kind of a path you think that acid would take through the spinning metal</w:t>
      </w:r>
      <w:r>
        <w:rPr>
          <w:rFonts w:ascii="Arial" w:hAnsi="Arial"/>
        </w:rPr>
        <w:t xml:space="preserve"> cylinder?</w:t>
      </w:r>
    </w:p>
    <w:p w14:paraId="086DB5DB" w14:textId="77777777" w:rsidR="009D0FD3" w:rsidRDefault="009D0FD3">
      <w:pPr>
        <w:spacing w:after="0"/>
      </w:pPr>
    </w:p>
    <w:p w14:paraId="73E657CA" w14:textId="77777777" w:rsidR="009D0FD3" w:rsidRDefault="00D05A5D">
      <w:pPr>
        <w:spacing w:after="0"/>
      </w:pPr>
      <w:r>
        <w:rPr>
          <w:rFonts w:ascii="Arial" w:hAnsi="Arial"/>
          <w:b/>
        </w:rPr>
        <w:t xml:space="preserve">Participant #4:  </w:t>
      </w:r>
      <w:r>
        <w:rPr>
          <w:rFonts w:ascii="Arial" w:hAnsi="Arial"/>
          <w:color w:val="5D7284"/>
        </w:rPr>
        <w:t>28:28</w:t>
      </w:r>
    </w:p>
    <w:p w14:paraId="66C2DA4A" w14:textId="113F46AB" w:rsidR="009D0FD3" w:rsidRDefault="00D05A5D">
      <w:pPr>
        <w:spacing w:after="0"/>
      </w:pPr>
      <w:r>
        <w:rPr>
          <w:rFonts w:ascii="Arial" w:hAnsi="Arial"/>
        </w:rPr>
        <w:t xml:space="preserve">I think it would kind of be the same way with like the water. And kinda like it would be the in between the water and the crystals in the fall, where it was like, as soon as it touched the metal, it would probably be moved a little bit because it's spinning. But once it starts eating through, it would be like semi straight, depending on like where it eats the metal as it doesn't eat through like metal, like evenly. </w:t>
      </w:r>
      <w:r w:rsidR="00194E72">
        <w:rPr>
          <w:rFonts w:ascii="Arial" w:hAnsi="Arial"/>
        </w:rPr>
        <w:t>So,</w:t>
      </w:r>
      <w:r>
        <w:rPr>
          <w:rFonts w:ascii="Arial" w:hAnsi="Arial"/>
        </w:rPr>
        <w:t xml:space="preserve"> it.</w:t>
      </w:r>
    </w:p>
    <w:p w14:paraId="5C3D371A" w14:textId="77777777" w:rsidR="009D0FD3" w:rsidRDefault="009D0FD3">
      <w:pPr>
        <w:spacing w:after="0"/>
      </w:pPr>
    </w:p>
    <w:p w14:paraId="3377C1B4" w14:textId="77777777" w:rsidR="009D0FD3" w:rsidRDefault="00D05A5D">
      <w:pPr>
        <w:spacing w:after="0"/>
      </w:pPr>
      <w:r>
        <w:rPr>
          <w:rFonts w:ascii="Arial" w:hAnsi="Arial"/>
          <w:b/>
        </w:rPr>
        <w:t xml:space="preserve">Interviewer P:  </w:t>
      </w:r>
      <w:r>
        <w:rPr>
          <w:rFonts w:ascii="Arial" w:hAnsi="Arial"/>
          <w:color w:val="5D7284"/>
        </w:rPr>
        <w:t>28:51</w:t>
      </w:r>
    </w:p>
    <w:p w14:paraId="144EE764" w14:textId="0E84BF82" w:rsidR="009D0FD3" w:rsidRDefault="00D05A5D">
      <w:pPr>
        <w:spacing w:after="0"/>
      </w:pPr>
      <w:r>
        <w:rPr>
          <w:rFonts w:ascii="Arial" w:hAnsi="Arial"/>
        </w:rPr>
        <w:t xml:space="preserve">It seems like we would have to keep adding some acid. So okay, so given that. And it let's say it eats all the way to the bottom. </w:t>
      </w:r>
      <w:r w:rsidR="00194E72">
        <w:rPr>
          <w:rFonts w:ascii="Arial" w:hAnsi="Arial"/>
        </w:rPr>
        <w:t>So,</w:t>
      </w:r>
      <w:r>
        <w:rPr>
          <w:rFonts w:ascii="Arial" w:hAnsi="Arial"/>
        </w:rPr>
        <w:t xml:space="preserve"> what will that path look like?</w:t>
      </w:r>
    </w:p>
    <w:p w14:paraId="320FA85E" w14:textId="77777777" w:rsidR="009D0FD3" w:rsidRDefault="009D0FD3">
      <w:pPr>
        <w:spacing w:after="0"/>
      </w:pPr>
    </w:p>
    <w:p w14:paraId="1DBAEB1A" w14:textId="77777777" w:rsidR="009D0FD3" w:rsidRDefault="00D05A5D">
      <w:pPr>
        <w:spacing w:after="0"/>
      </w:pPr>
      <w:r>
        <w:rPr>
          <w:rFonts w:ascii="Arial" w:hAnsi="Arial"/>
          <w:b/>
        </w:rPr>
        <w:t xml:space="preserve">Participant #4:  </w:t>
      </w:r>
      <w:r>
        <w:rPr>
          <w:rFonts w:ascii="Arial" w:hAnsi="Arial"/>
          <w:color w:val="5D7284"/>
        </w:rPr>
        <w:t>29:02</w:t>
      </w:r>
    </w:p>
    <w:p w14:paraId="26DA0CD4" w14:textId="77777777" w:rsidR="009D0FD3" w:rsidRDefault="00D05A5D">
      <w:pPr>
        <w:spacing w:after="0"/>
      </w:pPr>
      <w:r>
        <w:rPr>
          <w:rFonts w:ascii="Arial" w:hAnsi="Arial"/>
        </w:rPr>
        <w:t>There'll be like this semi straight, but like a slight maybe like jagged.</w:t>
      </w:r>
    </w:p>
    <w:p w14:paraId="162AE654" w14:textId="77777777" w:rsidR="009D0FD3" w:rsidRDefault="009D0FD3">
      <w:pPr>
        <w:spacing w:after="0"/>
      </w:pPr>
    </w:p>
    <w:p w14:paraId="06D2D8AB" w14:textId="77777777" w:rsidR="009D0FD3" w:rsidRDefault="00D05A5D">
      <w:pPr>
        <w:spacing w:after="0"/>
      </w:pPr>
      <w:r>
        <w:rPr>
          <w:rFonts w:ascii="Arial" w:hAnsi="Arial"/>
          <w:b/>
        </w:rPr>
        <w:t xml:space="preserve">Interviewer P:  </w:t>
      </w:r>
      <w:r>
        <w:rPr>
          <w:rFonts w:ascii="Arial" w:hAnsi="Arial"/>
          <w:color w:val="5D7284"/>
        </w:rPr>
        <w:t>29:07</w:t>
      </w:r>
    </w:p>
    <w:p w14:paraId="61CEDBC8" w14:textId="77777777" w:rsidR="009D0FD3" w:rsidRDefault="00D05A5D">
      <w:pPr>
        <w:spacing w:after="0"/>
      </w:pPr>
      <w:r>
        <w:rPr>
          <w:rFonts w:ascii="Arial" w:hAnsi="Arial"/>
        </w:rPr>
        <w:lastRenderedPageBreak/>
        <w:t>Okay, like zigzag? Yeah. And what is this exactly come from?</w:t>
      </w:r>
    </w:p>
    <w:p w14:paraId="57D26251" w14:textId="77777777" w:rsidR="009D0FD3" w:rsidRDefault="009D0FD3">
      <w:pPr>
        <w:spacing w:after="0"/>
      </w:pPr>
    </w:p>
    <w:p w14:paraId="3D12B563" w14:textId="77777777" w:rsidR="009D0FD3" w:rsidRDefault="00D05A5D">
      <w:pPr>
        <w:spacing w:after="0"/>
      </w:pPr>
      <w:r>
        <w:rPr>
          <w:rFonts w:ascii="Arial" w:hAnsi="Arial"/>
          <w:b/>
        </w:rPr>
        <w:t xml:space="preserve">Participant #4:  </w:t>
      </w:r>
      <w:r>
        <w:rPr>
          <w:rFonts w:ascii="Arial" w:hAnsi="Arial"/>
          <w:color w:val="5D7284"/>
        </w:rPr>
        <w:t>29:13</w:t>
      </w:r>
    </w:p>
    <w:p w14:paraId="11C56964" w14:textId="77777777" w:rsidR="009D0FD3" w:rsidRDefault="00D05A5D">
      <w:pPr>
        <w:spacing w:after="0"/>
      </w:pPr>
      <w:r>
        <w:rPr>
          <w:rFonts w:ascii="Arial" w:hAnsi="Arial"/>
        </w:rPr>
        <w:t>Just the, just the, the way that acid eats through the metal, because it doesn't keep giving you is keep eating and filling.</w:t>
      </w:r>
    </w:p>
    <w:p w14:paraId="5D68CD4F" w14:textId="77777777" w:rsidR="009D0FD3" w:rsidRDefault="009D0FD3">
      <w:pPr>
        <w:spacing w:after="0"/>
      </w:pPr>
    </w:p>
    <w:p w14:paraId="18994171" w14:textId="77777777" w:rsidR="009D0FD3" w:rsidRDefault="00D05A5D">
      <w:pPr>
        <w:spacing w:after="0"/>
      </w:pPr>
      <w:r>
        <w:rPr>
          <w:rFonts w:ascii="Arial" w:hAnsi="Arial"/>
          <w:b/>
        </w:rPr>
        <w:t xml:space="preserve">Interviewer P:  </w:t>
      </w:r>
      <w:r>
        <w:rPr>
          <w:rFonts w:ascii="Arial" w:hAnsi="Arial"/>
          <w:color w:val="5D7284"/>
        </w:rPr>
        <w:t>29:21</w:t>
      </w:r>
    </w:p>
    <w:p w14:paraId="4A705B8D" w14:textId="77777777" w:rsidR="009D0FD3" w:rsidRDefault="00D05A5D">
      <w:pPr>
        <w:spacing w:after="0"/>
      </w:pPr>
      <w:r>
        <w:rPr>
          <w:rFonts w:ascii="Arial" w:hAnsi="Arial"/>
        </w:rPr>
        <w:t>Okay, so does the zigzag half? Is that a property of the acid or a property of the property of the spinning.</w:t>
      </w:r>
    </w:p>
    <w:p w14:paraId="5374FF59" w14:textId="77777777" w:rsidR="009D0FD3" w:rsidRDefault="009D0FD3">
      <w:pPr>
        <w:spacing w:after="0"/>
      </w:pPr>
    </w:p>
    <w:p w14:paraId="4A74CBFA" w14:textId="77777777" w:rsidR="009D0FD3" w:rsidRDefault="00D05A5D">
      <w:pPr>
        <w:spacing w:after="0"/>
      </w:pPr>
      <w:r>
        <w:rPr>
          <w:rFonts w:ascii="Arial" w:hAnsi="Arial"/>
          <w:b/>
        </w:rPr>
        <w:t xml:space="preserve">Participant #4:  </w:t>
      </w:r>
      <w:r>
        <w:rPr>
          <w:rFonts w:ascii="Arial" w:hAnsi="Arial"/>
          <w:color w:val="5D7284"/>
        </w:rPr>
        <w:t>29:29</w:t>
      </w:r>
    </w:p>
    <w:p w14:paraId="7DC21D11" w14:textId="77777777" w:rsidR="009D0FD3" w:rsidRDefault="00D05A5D">
      <w:pPr>
        <w:spacing w:after="0"/>
      </w:pPr>
      <w:r>
        <w:rPr>
          <w:rFonts w:ascii="Arial" w:hAnsi="Arial"/>
        </w:rPr>
        <w:t>I think it would be a property of the acid.</w:t>
      </w:r>
    </w:p>
    <w:p w14:paraId="1AE220EB" w14:textId="77777777" w:rsidR="009D0FD3" w:rsidRDefault="009D0FD3">
      <w:pPr>
        <w:spacing w:after="0"/>
      </w:pPr>
    </w:p>
    <w:p w14:paraId="7015A811" w14:textId="77777777" w:rsidR="009D0FD3" w:rsidRDefault="00D05A5D">
      <w:pPr>
        <w:spacing w:after="0"/>
      </w:pPr>
      <w:r>
        <w:rPr>
          <w:rFonts w:ascii="Arial" w:hAnsi="Arial"/>
          <w:b/>
        </w:rPr>
        <w:t xml:space="preserve">Interviewer P:  </w:t>
      </w:r>
      <w:r>
        <w:rPr>
          <w:rFonts w:ascii="Arial" w:hAnsi="Arial"/>
          <w:color w:val="5D7284"/>
        </w:rPr>
        <w:t>29:30</w:t>
      </w:r>
    </w:p>
    <w:p w14:paraId="09DD8612" w14:textId="77777777" w:rsidR="009D0FD3" w:rsidRDefault="00D05A5D">
      <w:pPr>
        <w:spacing w:after="0"/>
      </w:pPr>
      <w:r>
        <w:rPr>
          <w:rFonts w:ascii="Arial" w:hAnsi="Arial"/>
        </w:rPr>
        <w:t>Okay.</w:t>
      </w:r>
    </w:p>
    <w:p w14:paraId="126D179D" w14:textId="77777777" w:rsidR="009D0FD3" w:rsidRDefault="009D0FD3">
      <w:pPr>
        <w:spacing w:after="0"/>
      </w:pPr>
    </w:p>
    <w:p w14:paraId="7E2FA8EA" w14:textId="77777777" w:rsidR="009D0FD3" w:rsidRDefault="00D05A5D">
      <w:pPr>
        <w:spacing w:after="0"/>
      </w:pPr>
      <w:r>
        <w:rPr>
          <w:rFonts w:ascii="Arial" w:hAnsi="Arial"/>
          <w:b/>
        </w:rPr>
        <w:t xml:space="preserve">Participant #4:  </w:t>
      </w:r>
      <w:r>
        <w:rPr>
          <w:rFonts w:ascii="Arial" w:hAnsi="Arial"/>
          <w:color w:val="5D7284"/>
        </w:rPr>
        <w:t>29:32</w:t>
      </w:r>
    </w:p>
    <w:p w14:paraId="057012C5" w14:textId="77777777" w:rsidR="009D0FD3" w:rsidRDefault="00D05A5D">
      <w:pPr>
        <w:spacing w:after="0"/>
      </w:pPr>
      <w:r>
        <w:rPr>
          <w:rFonts w:ascii="Arial" w:hAnsi="Arial"/>
        </w:rPr>
        <w:t xml:space="preserve">If it was just acid and metal without the property of the acid moving through, probably be like, completely straight. </w:t>
      </w:r>
    </w:p>
    <w:p w14:paraId="378CC97D" w14:textId="77777777" w:rsidR="009D0FD3" w:rsidRDefault="009D0FD3">
      <w:pPr>
        <w:spacing w:after="0"/>
      </w:pPr>
    </w:p>
    <w:p w14:paraId="2F1A838C" w14:textId="77777777" w:rsidR="009D0FD3" w:rsidRDefault="00D05A5D">
      <w:pPr>
        <w:spacing w:after="0"/>
      </w:pPr>
      <w:r>
        <w:rPr>
          <w:rFonts w:ascii="Arial" w:hAnsi="Arial"/>
          <w:b/>
        </w:rPr>
        <w:t xml:space="preserve">Interviewer P:  </w:t>
      </w:r>
      <w:r>
        <w:rPr>
          <w:rFonts w:ascii="Arial" w:hAnsi="Arial"/>
          <w:color w:val="5D7284"/>
        </w:rPr>
        <w:t>29:38</w:t>
      </w:r>
    </w:p>
    <w:p w14:paraId="2735621C" w14:textId="3875FDDF" w:rsidR="009D0FD3" w:rsidRDefault="00D05A5D">
      <w:pPr>
        <w:spacing w:after="0"/>
      </w:pPr>
      <w:r>
        <w:rPr>
          <w:rFonts w:ascii="Arial" w:hAnsi="Arial"/>
        </w:rPr>
        <w:t xml:space="preserve">Okay. All right, one more silly thought experiment. </w:t>
      </w:r>
      <w:r w:rsidR="00194E72">
        <w:rPr>
          <w:rFonts w:ascii="Arial" w:hAnsi="Arial"/>
        </w:rPr>
        <w:t>So,</w:t>
      </w:r>
      <w:r>
        <w:rPr>
          <w:rFonts w:ascii="Arial" w:hAnsi="Arial"/>
        </w:rPr>
        <w:t xml:space="preserve"> let's say that I'm trying to grow a </w:t>
      </w:r>
      <w:r w:rsidR="00194E72">
        <w:rPr>
          <w:rFonts w:ascii="Arial" w:hAnsi="Arial"/>
        </w:rPr>
        <w:t>plant,</w:t>
      </w:r>
      <w:r>
        <w:rPr>
          <w:rFonts w:ascii="Arial" w:hAnsi="Arial"/>
        </w:rPr>
        <w:t xml:space="preserve"> so I take like a big, you know, pot full of soil and I get it rotating. </w:t>
      </w:r>
      <w:r w:rsidR="00194E72">
        <w:rPr>
          <w:rFonts w:ascii="Arial" w:hAnsi="Arial"/>
        </w:rPr>
        <w:t>So,</w:t>
      </w:r>
      <w:r>
        <w:rPr>
          <w:rFonts w:ascii="Arial" w:hAnsi="Arial"/>
        </w:rPr>
        <w:t xml:space="preserve"> it's on a rotating table. So now I have this pot of soil in a in a planter rotating, and I put in a seed and </w:t>
      </w:r>
      <w:r w:rsidR="00194E72">
        <w:rPr>
          <w:rFonts w:ascii="Arial" w:hAnsi="Arial"/>
        </w:rPr>
        <w:t>its</w:t>
      </w:r>
      <w:r>
        <w:rPr>
          <w:rFonts w:ascii="Arial" w:hAnsi="Arial"/>
        </w:rPr>
        <w:t xml:space="preserve"> fairly quick growing plant. And </w:t>
      </w:r>
      <w:r w:rsidR="00194E72">
        <w:rPr>
          <w:rFonts w:ascii="Arial" w:hAnsi="Arial"/>
        </w:rPr>
        <w:t>so,</w:t>
      </w:r>
      <w:r>
        <w:rPr>
          <w:rFonts w:ascii="Arial" w:hAnsi="Arial"/>
        </w:rPr>
        <w:t xml:space="preserve"> in a week or so it's sent down roots and sent up shoots, and it has leaves, and it's a plant. But it's been growing while it's been rotating this whole time. </w:t>
      </w:r>
      <w:r w:rsidR="00194E72">
        <w:rPr>
          <w:rFonts w:ascii="Arial" w:hAnsi="Arial"/>
        </w:rPr>
        <w:t>So,</w:t>
      </w:r>
      <w:r>
        <w:rPr>
          <w:rFonts w:ascii="Arial" w:hAnsi="Arial"/>
        </w:rPr>
        <w:t xml:space="preserve"> what do you think the roots would look like?</w:t>
      </w:r>
    </w:p>
    <w:p w14:paraId="46019441" w14:textId="77777777" w:rsidR="009D0FD3" w:rsidRDefault="009D0FD3">
      <w:pPr>
        <w:spacing w:after="0"/>
      </w:pPr>
    </w:p>
    <w:p w14:paraId="45A15169" w14:textId="77777777" w:rsidR="009D0FD3" w:rsidRDefault="00D05A5D">
      <w:pPr>
        <w:spacing w:after="0"/>
      </w:pPr>
      <w:r>
        <w:rPr>
          <w:rFonts w:ascii="Arial" w:hAnsi="Arial"/>
          <w:b/>
        </w:rPr>
        <w:t xml:space="preserve">Participant #4:  </w:t>
      </w:r>
      <w:r>
        <w:rPr>
          <w:rFonts w:ascii="Arial" w:hAnsi="Arial"/>
          <w:color w:val="5D7284"/>
        </w:rPr>
        <w:t>30:16</w:t>
      </w:r>
    </w:p>
    <w:p w14:paraId="58BD1424" w14:textId="77777777" w:rsidR="009D0FD3" w:rsidRDefault="00D05A5D">
      <w:pPr>
        <w:spacing w:after="0"/>
      </w:pPr>
      <w:r>
        <w:rPr>
          <w:rFonts w:ascii="Arial" w:hAnsi="Arial"/>
        </w:rPr>
        <w:t>The roots or like the sprouting like.</w:t>
      </w:r>
    </w:p>
    <w:p w14:paraId="68BA919A" w14:textId="77777777" w:rsidR="009D0FD3" w:rsidRDefault="009D0FD3">
      <w:pPr>
        <w:spacing w:after="0"/>
      </w:pPr>
    </w:p>
    <w:p w14:paraId="5870A9B2" w14:textId="77777777" w:rsidR="009D0FD3" w:rsidRDefault="00D05A5D">
      <w:pPr>
        <w:spacing w:after="0"/>
      </w:pPr>
      <w:r>
        <w:rPr>
          <w:rFonts w:ascii="Arial" w:hAnsi="Arial"/>
          <w:b/>
        </w:rPr>
        <w:t xml:space="preserve">Interviewer P:  </w:t>
      </w:r>
      <w:r>
        <w:rPr>
          <w:rFonts w:ascii="Arial" w:hAnsi="Arial"/>
          <w:color w:val="5D7284"/>
        </w:rPr>
        <w:t>30:19</w:t>
      </w:r>
    </w:p>
    <w:p w14:paraId="752AE8F4" w14:textId="77777777" w:rsidR="009D0FD3" w:rsidRDefault="00D05A5D">
      <w:pPr>
        <w:spacing w:after="0"/>
      </w:pPr>
      <w:r>
        <w:rPr>
          <w:rFonts w:ascii="Arial" w:hAnsi="Arial"/>
        </w:rPr>
        <w:t xml:space="preserve">The roots that are going </w:t>
      </w:r>
      <w:r>
        <w:rPr>
          <w:rFonts w:ascii="Arial" w:hAnsi="Arial"/>
        </w:rPr>
        <w:t>down through the will do both. But let's start with roots.</w:t>
      </w:r>
    </w:p>
    <w:p w14:paraId="0A37C9F0" w14:textId="77777777" w:rsidR="009D0FD3" w:rsidRDefault="009D0FD3">
      <w:pPr>
        <w:spacing w:after="0"/>
      </w:pPr>
    </w:p>
    <w:p w14:paraId="194AA1E1" w14:textId="77777777" w:rsidR="009D0FD3" w:rsidRDefault="00D05A5D">
      <w:pPr>
        <w:spacing w:after="0"/>
      </w:pPr>
      <w:r>
        <w:rPr>
          <w:rFonts w:ascii="Arial" w:hAnsi="Arial"/>
          <w:b/>
        </w:rPr>
        <w:t xml:space="preserve">Participant #4:  </w:t>
      </w:r>
      <w:r>
        <w:rPr>
          <w:rFonts w:ascii="Arial" w:hAnsi="Arial"/>
          <w:color w:val="5D7284"/>
        </w:rPr>
        <w:t>30:24</w:t>
      </w:r>
    </w:p>
    <w:p w14:paraId="5F30F639" w14:textId="77777777" w:rsidR="009D0FD3" w:rsidRDefault="00D05A5D">
      <w:pPr>
        <w:spacing w:after="0"/>
      </w:pPr>
      <w:r>
        <w:rPr>
          <w:rFonts w:ascii="Arial" w:hAnsi="Arial"/>
        </w:rPr>
        <w:t>I think the roots would probably just look like normal roots just spreading out to wherever they could fit the base of the potting.</w:t>
      </w:r>
    </w:p>
    <w:p w14:paraId="7462DF77" w14:textId="77777777" w:rsidR="009D0FD3" w:rsidRDefault="009D0FD3">
      <w:pPr>
        <w:spacing w:after="0"/>
      </w:pPr>
    </w:p>
    <w:p w14:paraId="1023D49D" w14:textId="77777777" w:rsidR="009D0FD3" w:rsidRDefault="00D05A5D">
      <w:pPr>
        <w:spacing w:after="0"/>
      </w:pPr>
      <w:r>
        <w:rPr>
          <w:rFonts w:ascii="Arial" w:hAnsi="Arial"/>
          <w:b/>
        </w:rPr>
        <w:t xml:space="preserve">Interviewer P:  </w:t>
      </w:r>
      <w:r>
        <w:rPr>
          <w:rFonts w:ascii="Arial" w:hAnsi="Arial"/>
          <w:color w:val="5D7284"/>
        </w:rPr>
        <w:t>30:33</w:t>
      </w:r>
    </w:p>
    <w:p w14:paraId="49A05297" w14:textId="77777777" w:rsidR="009D0FD3" w:rsidRDefault="00D05A5D">
      <w:pPr>
        <w:spacing w:after="0"/>
      </w:pPr>
      <w:r>
        <w:rPr>
          <w:rFonts w:ascii="Arial" w:hAnsi="Arial"/>
        </w:rPr>
        <w:t>Okay, so normal roots. And what do you think about the plant?</w:t>
      </w:r>
    </w:p>
    <w:p w14:paraId="268D569B" w14:textId="77777777" w:rsidR="009D0FD3" w:rsidRDefault="009D0FD3">
      <w:pPr>
        <w:spacing w:after="0"/>
      </w:pPr>
    </w:p>
    <w:p w14:paraId="1740336E" w14:textId="77777777" w:rsidR="009D0FD3" w:rsidRDefault="00D05A5D">
      <w:pPr>
        <w:spacing w:after="0"/>
      </w:pPr>
      <w:r>
        <w:rPr>
          <w:rFonts w:ascii="Arial" w:hAnsi="Arial"/>
          <w:b/>
        </w:rPr>
        <w:t xml:space="preserve">Participant #4:  </w:t>
      </w:r>
      <w:r>
        <w:rPr>
          <w:rFonts w:ascii="Arial" w:hAnsi="Arial"/>
          <w:color w:val="5D7284"/>
        </w:rPr>
        <w:t>30:37</w:t>
      </w:r>
    </w:p>
    <w:p w14:paraId="1501C281" w14:textId="77777777" w:rsidR="009D0FD3" w:rsidRDefault="00D05A5D">
      <w:pPr>
        <w:spacing w:after="0"/>
      </w:pPr>
      <w:r>
        <w:rPr>
          <w:rFonts w:ascii="Arial" w:hAnsi="Arial"/>
        </w:rPr>
        <w:t>I think the plant would grow, like pretty much normally, but I feel like the ends of the plant would probably be bigger than like they normally would be.</w:t>
      </w:r>
    </w:p>
    <w:p w14:paraId="7F8F8389" w14:textId="77777777" w:rsidR="009D0FD3" w:rsidRDefault="009D0FD3">
      <w:pPr>
        <w:spacing w:after="0"/>
      </w:pPr>
    </w:p>
    <w:p w14:paraId="3FB61335" w14:textId="77777777" w:rsidR="009D0FD3" w:rsidRDefault="00D05A5D">
      <w:pPr>
        <w:spacing w:after="0"/>
      </w:pPr>
      <w:r>
        <w:rPr>
          <w:rFonts w:ascii="Arial" w:hAnsi="Arial"/>
          <w:b/>
        </w:rPr>
        <w:lastRenderedPageBreak/>
        <w:t xml:space="preserve">Interviewer P:  </w:t>
      </w:r>
      <w:r>
        <w:rPr>
          <w:rFonts w:ascii="Arial" w:hAnsi="Arial"/>
          <w:color w:val="5D7284"/>
        </w:rPr>
        <w:t>30:47</w:t>
      </w:r>
    </w:p>
    <w:p w14:paraId="470BBC6F" w14:textId="77777777" w:rsidR="009D0FD3" w:rsidRDefault="00D05A5D">
      <w:pPr>
        <w:spacing w:after="0"/>
      </w:pPr>
      <w:r>
        <w:rPr>
          <w:rFonts w:ascii="Arial" w:hAnsi="Arial"/>
        </w:rPr>
        <w:t>Why would that be?</w:t>
      </w:r>
    </w:p>
    <w:p w14:paraId="2848C28C" w14:textId="77777777" w:rsidR="009D0FD3" w:rsidRDefault="009D0FD3">
      <w:pPr>
        <w:spacing w:after="0"/>
      </w:pPr>
    </w:p>
    <w:p w14:paraId="0A5C2EA2" w14:textId="77777777" w:rsidR="009D0FD3" w:rsidRDefault="00D05A5D">
      <w:pPr>
        <w:spacing w:after="0"/>
      </w:pPr>
      <w:r>
        <w:rPr>
          <w:rFonts w:ascii="Arial" w:hAnsi="Arial"/>
          <w:b/>
        </w:rPr>
        <w:t xml:space="preserve">Participant #4:  </w:t>
      </w:r>
      <w:r>
        <w:rPr>
          <w:rFonts w:ascii="Arial" w:hAnsi="Arial"/>
          <w:color w:val="5D7284"/>
        </w:rPr>
        <w:t>30:48</w:t>
      </w:r>
    </w:p>
    <w:p w14:paraId="0D75B20E" w14:textId="77777777" w:rsidR="009D0FD3" w:rsidRDefault="00D05A5D">
      <w:pPr>
        <w:spacing w:after="0"/>
      </w:pPr>
      <w:r>
        <w:rPr>
          <w:rFonts w:ascii="Arial" w:hAnsi="Arial"/>
        </w:rPr>
        <w:t xml:space="preserve">Because like as it's spinning and like water is being sent up to the plants, the plates spinning motion will probably pull more of the water out to the ends of the plant. And then as they get more water, more nutrients just grow slightly probably. </w:t>
      </w:r>
    </w:p>
    <w:p w14:paraId="773C7536" w14:textId="77777777" w:rsidR="009D0FD3" w:rsidRDefault="009D0FD3">
      <w:pPr>
        <w:spacing w:after="0"/>
      </w:pPr>
    </w:p>
    <w:p w14:paraId="6569864F" w14:textId="77777777" w:rsidR="009D0FD3" w:rsidRDefault="00D05A5D">
      <w:pPr>
        <w:spacing w:after="0"/>
      </w:pPr>
      <w:r>
        <w:rPr>
          <w:rFonts w:ascii="Arial" w:hAnsi="Arial"/>
          <w:b/>
        </w:rPr>
        <w:t xml:space="preserve">Interviewer P:  </w:t>
      </w:r>
      <w:r>
        <w:rPr>
          <w:rFonts w:ascii="Arial" w:hAnsi="Arial"/>
          <w:color w:val="5D7284"/>
        </w:rPr>
        <w:t>31:02</w:t>
      </w:r>
    </w:p>
    <w:p w14:paraId="1C5281E8" w14:textId="57B3FCC8" w:rsidR="009D0FD3" w:rsidRDefault="00D05A5D">
      <w:pPr>
        <w:spacing w:after="0"/>
      </w:pPr>
      <w:r>
        <w:rPr>
          <w:rFonts w:ascii="Arial" w:hAnsi="Arial"/>
        </w:rPr>
        <w:t xml:space="preserve">Interesting, I like that theory. Alright, so one more thing to do in the big tank. And I have these plastic fish. Is it, takes a while to settle down </w:t>
      </w:r>
      <w:r w:rsidR="00194E72">
        <w:rPr>
          <w:rFonts w:ascii="Arial" w:hAnsi="Arial"/>
        </w:rPr>
        <w:t>again.</w:t>
      </w:r>
    </w:p>
    <w:p w14:paraId="244E68C4" w14:textId="77777777" w:rsidR="009D0FD3" w:rsidRDefault="009D0FD3">
      <w:pPr>
        <w:spacing w:after="0"/>
      </w:pPr>
    </w:p>
    <w:p w14:paraId="6F15E59E" w14:textId="77777777" w:rsidR="009D0FD3" w:rsidRDefault="00D05A5D">
      <w:pPr>
        <w:spacing w:after="0"/>
      </w:pPr>
      <w:r>
        <w:rPr>
          <w:rFonts w:ascii="Arial" w:hAnsi="Arial"/>
          <w:b/>
        </w:rPr>
        <w:t xml:space="preserve">Participant #4:  </w:t>
      </w:r>
      <w:r>
        <w:rPr>
          <w:rFonts w:ascii="Arial" w:hAnsi="Arial"/>
          <w:color w:val="5D7284"/>
        </w:rPr>
        <w:t>31:25</w:t>
      </w:r>
    </w:p>
    <w:p w14:paraId="3616C401" w14:textId="77777777" w:rsidR="009D0FD3" w:rsidRDefault="00D05A5D">
      <w:pPr>
        <w:spacing w:after="0"/>
      </w:pPr>
      <w:r>
        <w:rPr>
          <w:rFonts w:ascii="Arial" w:hAnsi="Arial"/>
        </w:rPr>
        <w:t xml:space="preserve">With the floating. </w:t>
      </w:r>
    </w:p>
    <w:p w14:paraId="226A1988" w14:textId="77777777" w:rsidR="009D0FD3" w:rsidRDefault="009D0FD3">
      <w:pPr>
        <w:spacing w:after="0"/>
      </w:pPr>
    </w:p>
    <w:p w14:paraId="5B622E9A" w14:textId="77777777" w:rsidR="009D0FD3" w:rsidRDefault="00D05A5D">
      <w:pPr>
        <w:spacing w:after="0"/>
      </w:pPr>
      <w:r>
        <w:rPr>
          <w:rFonts w:ascii="Arial" w:hAnsi="Arial"/>
          <w:b/>
        </w:rPr>
        <w:t xml:space="preserve">Interviewer P:  </w:t>
      </w:r>
      <w:r>
        <w:rPr>
          <w:rFonts w:ascii="Arial" w:hAnsi="Arial"/>
          <w:color w:val="5D7284"/>
        </w:rPr>
        <w:t>31:29</w:t>
      </w:r>
    </w:p>
    <w:p w14:paraId="60A2ACA0" w14:textId="77777777" w:rsidR="009D0FD3" w:rsidRDefault="00D05A5D">
      <w:pPr>
        <w:spacing w:after="0"/>
      </w:pPr>
      <w:r>
        <w:rPr>
          <w:rFonts w:ascii="Arial" w:hAnsi="Arial"/>
        </w:rPr>
        <w:t>Little pieces of dirt on the bottom? Yeah. Yeah. Okay, so these, I'm going to put some of these fish in here. Some of them float some of them sink. When I get this, when I turn it back on, can you tell me what you think is going to happen to the fish, both the floating ones and the ones that are sunk, I'm gonna turn the camera just a little bit so that we can get the tank to here.</w:t>
      </w:r>
    </w:p>
    <w:p w14:paraId="5BC5586E" w14:textId="77777777" w:rsidR="009D0FD3" w:rsidRDefault="009D0FD3">
      <w:pPr>
        <w:spacing w:after="0"/>
      </w:pPr>
    </w:p>
    <w:p w14:paraId="3CDE59CA" w14:textId="77777777" w:rsidR="009D0FD3" w:rsidRDefault="00D05A5D">
      <w:pPr>
        <w:spacing w:after="0"/>
      </w:pPr>
      <w:r>
        <w:rPr>
          <w:rFonts w:ascii="Arial" w:hAnsi="Arial"/>
          <w:b/>
        </w:rPr>
        <w:t xml:space="preserve">Participant #4:  </w:t>
      </w:r>
      <w:r>
        <w:rPr>
          <w:rFonts w:ascii="Arial" w:hAnsi="Arial"/>
          <w:color w:val="5D7284"/>
        </w:rPr>
        <w:t>32:14</w:t>
      </w:r>
    </w:p>
    <w:p w14:paraId="39276E74" w14:textId="233E2EE6" w:rsidR="009D0FD3" w:rsidRDefault="00194E72">
      <w:pPr>
        <w:spacing w:after="0"/>
      </w:pPr>
      <w:r>
        <w:rPr>
          <w:rFonts w:ascii="Arial" w:hAnsi="Arial"/>
        </w:rPr>
        <w:t>So, when you turn on the tank, I think the bottoms ones at the bottom was it sunk would move like in the same direction of the spin stronger than the ones that were moving at the top, the ones at the top would probably move a little bit but just not as much as the tank.</w:t>
      </w:r>
    </w:p>
    <w:p w14:paraId="38C52A56" w14:textId="77777777" w:rsidR="009D0FD3" w:rsidRDefault="009D0FD3">
      <w:pPr>
        <w:spacing w:after="0"/>
      </w:pPr>
    </w:p>
    <w:p w14:paraId="7EF6090B" w14:textId="77777777" w:rsidR="009D0FD3" w:rsidRDefault="00D05A5D">
      <w:pPr>
        <w:spacing w:after="0"/>
      </w:pPr>
      <w:r>
        <w:rPr>
          <w:rFonts w:ascii="Arial" w:hAnsi="Arial"/>
          <w:b/>
        </w:rPr>
        <w:t xml:space="preserve">Interviewer P:  </w:t>
      </w:r>
      <w:r>
        <w:rPr>
          <w:rFonts w:ascii="Arial" w:hAnsi="Arial"/>
          <w:color w:val="5D7284"/>
        </w:rPr>
        <w:t>32:30</w:t>
      </w:r>
    </w:p>
    <w:p w14:paraId="3FC5E91A" w14:textId="77777777" w:rsidR="009D0FD3" w:rsidRDefault="00D05A5D">
      <w:pPr>
        <w:spacing w:after="0"/>
      </w:pPr>
      <w:r>
        <w:rPr>
          <w:rFonts w:ascii="Arial" w:hAnsi="Arial"/>
        </w:rPr>
        <w:t>And what about after 10 minutes?</w:t>
      </w:r>
    </w:p>
    <w:p w14:paraId="268C58E6" w14:textId="77777777" w:rsidR="009D0FD3" w:rsidRDefault="009D0FD3">
      <w:pPr>
        <w:spacing w:after="0"/>
      </w:pPr>
    </w:p>
    <w:p w14:paraId="713B29D9" w14:textId="77777777" w:rsidR="009D0FD3" w:rsidRDefault="00D05A5D">
      <w:pPr>
        <w:spacing w:after="0"/>
      </w:pPr>
      <w:r>
        <w:rPr>
          <w:rFonts w:ascii="Arial" w:hAnsi="Arial"/>
          <w:b/>
        </w:rPr>
        <w:t xml:space="preserve">Participant #4:  </w:t>
      </w:r>
      <w:r>
        <w:rPr>
          <w:rFonts w:ascii="Arial" w:hAnsi="Arial"/>
          <w:color w:val="5D7284"/>
        </w:rPr>
        <w:t>32:33</w:t>
      </w:r>
    </w:p>
    <w:p w14:paraId="05C14FD0" w14:textId="77777777" w:rsidR="009D0FD3" w:rsidRDefault="00D05A5D">
      <w:pPr>
        <w:spacing w:after="0"/>
      </w:pPr>
      <w:r>
        <w:rPr>
          <w:rFonts w:ascii="Arial" w:hAnsi="Arial"/>
        </w:rPr>
        <w:t>I think they probably settle in their like position after 10 minutes where they're just floating as they normally would be if it was like still water.</w:t>
      </w:r>
    </w:p>
    <w:p w14:paraId="641F9A47" w14:textId="77777777" w:rsidR="009D0FD3" w:rsidRDefault="009D0FD3">
      <w:pPr>
        <w:spacing w:after="0"/>
      </w:pPr>
    </w:p>
    <w:p w14:paraId="2B6E8D15" w14:textId="77777777" w:rsidR="009D0FD3" w:rsidRDefault="00D05A5D">
      <w:pPr>
        <w:spacing w:after="0"/>
      </w:pPr>
      <w:r>
        <w:rPr>
          <w:rFonts w:ascii="Arial" w:hAnsi="Arial"/>
          <w:b/>
        </w:rPr>
        <w:t xml:space="preserve">Interviewer P:  </w:t>
      </w:r>
      <w:r>
        <w:rPr>
          <w:rFonts w:ascii="Arial" w:hAnsi="Arial"/>
          <w:color w:val="5D7284"/>
        </w:rPr>
        <w:t>32:43</w:t>
      </w:r>
    </w:p>
    <w:p w14:paraId="4B2718B3" w14:textId="77777777" w:rsidR="009D0FD3" w:rsidRDefault="00D05A5D">
      <w:pPr>
        <w:spacing w:after="0"/>
      </w:pPr>
      <w:r>
        <w:rPr>
          <w:rFonts w:ascii="Arial" w:hAnsi="Arial"/>
        </w:rPr>
        <w:t>Okay, so just kind of bobbing up and down. And what about the ones at the bottom. Would they be doing the same. Or would they be doing something different from the ones that are floating.</w:t>
      </w:r>
    </w:p>
    <w:p w14:paraId="35EB5C1A" w14:textId="77777777" w:rsidR="009D0FD3" w:rsidRDefault="009D0FD3">
      <w:pPr>
        <w:spacing w:after="0"/>
      </w:pPr>
    </w:p>
    <w:p w14:paraId="21391974" w14:textId="77777777" w:rsidR="009D0FD3" w:rsidRDefault="00D05A5D">
      <w:pPr>
        <w:spacing w:after="0"/>
      </w:pPr>
      <w:r>
        <w:rPr>
          <w:rFonts w:ascii="Arial" w:hAnsi="Arial"/>
          <w:b/>
        </w:rPr>
        <w:t xml:space="preserve">Participant #4:  </w:t>
      </w:r>
      <w:r>
        <w:rPr>
          <w:rFonts w:ascii="Arial" w:hAnsi="Arial"/>
          <w:color w:val="5D7284"/>
        </w:rPr>
        <w:t>32:53</w:t>
      </w:r>
    </w:p>
    <w:p w14:paraId="26923FF9" w14:textId="64E718B6" w:rsidR="009D0FD3" w:rsidRDefault="00D05A5D">
      <w:pPr>
        <w:spacing w:after="0"/>
      </w:pPr>
      <w:r>
        <w:rPr>
          <w:rFonts w:ascii="Arial" w:hAnsi="Arial"/>
        </w:rPr>
        <w:t xml:space="preserve">They might be pulled into the </w:t>
      </w:r>
      <w:r w:rsidR="00194E72">
        <w:rPr>
          <w:rFonts w:ascii="Arial" w:hAnsi="Arial"/>
        </w:rPr>
        <w:t>center because</w:t>
      </w:r>
      <w:r>
        <w:rPr>
          <w:rFonts w:ascii="Arial" w:hAnsi="Arial"/>
        </w:rPr>
        <w:t xml:space="preserve"> the bottom is still spinning from like the crystals that touched as they were that is the the the tank was still spinning, the trail of them was kind of converging or moving around the same lines. So those are like probably heavy enough to be moved by the water they get pulled into the middle.</w:t>
      </w:r>
    </w:p>
    <w:p w14:paraId="53ACFC36" w14:textId="77777777" w:rsidR="009D0FD3" w:rsidRDefault="009D0FD3">
      <w:pPr>
        <w:spacing w:after="0"/>
      </w:pPr>
    </w:p>
    <w:p w14:paraId="2E548BC5" w14:textId="77777777" w:rsidR="009D0FD3" w:rsidRDefault="00D05A5D">
      <w:pPr>
        <w:spacing w:after="0"/>
      </w:pPr>
      <w:r>
        <w:rPr>
          <w:rFonts w:ascii="Arial" w:hAnsi="Arial"/>
          <w:b/>
        </w:rPr>
        <w:t xml:space="preserve">Interviewer P:  </w:t>
      </w:r>
      <w:r>
        <w:rPr>
          <w:rFonts w:ascii="Arial" w:hAnsi="Arial"/>
          <w:color w:val="5D7284"/>
        </w:rPr>
        <w:t>33:16</w:t>
      </w:r>
    </w:p>
    <w:p w14:paraId="7C82CA79" w14:textId="60139726" w:rsidR="009D0FD3" w:rsidRDefault="00D05A5D">
      <w:pPr>
        <w:spacing w:after="0"/>
      </w:pPr>
      <w:r>
        <w:rPr>
          <w:rFonts w:ascii="Arial" w:hAnsi="Arial"/>
        </w:rPr>
        <w:lastRenderedPageBreak/>
        <w:t xml:space="preserve">After 10 minutes of rotation, this is a little bit different because we're starting this from stop, you know, whereas with the crystals, I put it in after it had already spent spinning for a long time. So now we're saying we're going to start it from relatively still. And then we're going to let it spin for a while and we'll see if the motion changes. </w:t>
      </w:r>
      <w:r w:rsidR="00194E72">
        <w:rPr>
          <w:rFonts w:ascii="Arial" w:hAnsi="Arial"/>
        </w:rPr>
        <w:t>So,</w:t>
      </w:r>
      <w:r>
        <w:rPr>
          <w:rFonts w:ascii="Arial" w:hAnsi="Arial"/>
        </w:rPr>
        <w:t xml:space="preserve"> and you're saying that after a while, the motion would change such that the fish on the bottom would move towards the middle.</w:t>
      </w:r>
    </w:p>
    <w:p w14:paraId="409E6FDB" w14:textId="77777777" w:rsidR="009D0FD3" w:rsidRDefault="009D0FD3">
      <w:pPr>
        <w:spacing w:after="0"/>
      </w:pPr>
    </w:p>
    <w:p w14:paraId="1935ED9E" w14:textId="77777777" w:rsidR="009D0FD3" w:rsidRDefault="00D05A5D">
      <w:pPr>
        <w:spacing w:after="0"/>
      </w:pPr>
      <w:r>
        <w:rPr>
          <w:rFonts w:ascii="Arial" w:hAnsi="Arial"/>
          <w:b/>
        </w:rPr>
        <w:t xml:space="preserve">Participant #4:  </w:t>
      </w:r>
      <w:r>
        <w:rPr>
          <w:rFonts w:ascii="Arial" w:hAnsi="Arial"/>
          <w:color w:val="5D7284"/>
        </w:rPr>
        <w:t>33:49</w:t>
      </w:r>
    </w:p>
    <w:p w14:paraId="44E97DB2" w14:textId="355A8EC4" w:rsidR="009D0FD3" w:rsidRDefault="00D05A5D">
      <w:pPr>
        <w:spacing w:after="0"/>
      </w:pPr>
      <w:r>
        <w:rPr>
          <w:rFonts w:ascii="Arial" w:hAnsi="Arial"/>
        </w:rPr>
        <w:t xml:space="preserve">Closer to </w:t>
      </w:r>
      <w:r w:rsidR="00194E72">
        <w:rPr>
          <w:rFonts w:ascii="Arial" w:hAnsi="Arial"/>
        </w:rPr>
        <w:t>each other</w:t>
      </w:r>
      <w:r>
        <w:rPr>
          <w:rFonts w:ascii="Arial" w:hAnsi="Arial"/>
        </w:rPr>
        <w:t xml:space="preserve"> yeah, towards the middle and the ones at the top will probably still be moving and spinning and then separated. </w:t>
      </w:r>
      <w:r w:rsidR="00194E72">
        <w:rPr>
          <w:rFonts w:ascii="Arial" w:hAnsi="Arial"/>
        </w:rPr>
        <w:t>We’re</w:t>
      </w:r>
      <w:r>
        <w:rPr>
          <w:rFonts w:ascii="Arial" w:hAnsi="Arial"/>
        </w:rPr>
        <w:t xml:space="preserve"> not as ....</w:t>
      </w:r>
    </w:p>
    <w:p w14:paraId="4C87F173" w14:textId="77777777" w:rsidR="009D0FD3" w:rsidRDefault="009D0FD3">
      <w:pPr>
        <w:spacing w:after="0"/>
      </w:pPr>
    </w:p>
    <w:p w14:paraId="1646B62D" w14:textId="77777777" w:rsidR="009D0FD3" w:rsidRDefault="00D05A5D">
      <w:pPr>
        <w:spacing w:after="0"/>
      </w:pPr>
      <w:r>
        <w:rPr>
          <w:rFonts w:ascii="Arial" w:hAnsi="Arial"/>
          <w:b/>
        </w:rPr>
        <w:t xml:space="preserve">Interviewer P:  </w:t>
      </w:r>
      <w:r>
        <w:rPr>
          <w:rFonts w:ascii="Arial" w:hAnsi="Arial"/>
          <w:color w:val="5D7284"/>
        </w:rPr>
        <w:t>33:58</w:t>
      </w:r>
    </w:p>
    <w:p w14:paraId="31C79751" w14:textId="77777777" w:rsidR="009D0FD3" w:rsidRDefault="00D05A5D">
      <w:pPr>
        <w:spacing w:after="0"/>
      </w:pPr>
      <w:r>
        <w:rPr>
          <w:rFonts w:ascii="Arial" w:hAnsi="Arial"/>
        </w:rPr>
        <w:t>Yeah. Okay. All right. Can you describe what's happening?</w:t>
      </w:r>
    </w:p>
    <w:p w14:paraId="5104D664" w14:textId="77777777" w:rsidR="009D0FD3" w:rsidRDefault="009D0FD3">
      <w:pPr>
        <w:spacing w:after="0"/>
      </w:pPr>
    </w:p>
    <w:p w14:paraId="41A19D9C" w14:textId="77777777" w:rsidR="009D0FD3" w:rsidRDefault="00D05A5D">
      <w:pPr>
        <w:spacing w:after="0"/>
      </w:pPr>
      <w:r>
        <w:rPr>
          <w:rFonts w:ascii="Arial" w:hAnsi="Arial"/>
          <w:b/>
        </w:rPr>
        <w:t xml:space="preserve">Participant #4:  </w:t>
      </w:r>
      <w:r>
        <w:rPr>
          <w:rFonts w:ascii="Arial" w:hAnsi="Arial"/>
          <w:color w:val="5D7284"/>
        </w:rPr>
        <w:t>34:13</w:t>
      </w:r>
    </w:p>
    <w:p w14:paraId="702836FF" w14:textId="77777777" w:rsidR="009D0FD3" w:rsidRDefault="00D05A5D">
      <w:pPr>
        <w:spacing w:after="0"/>
      </w:pPr>
      <w:r>
        <w:rPr>
          <w:rFonts w:ascii="Arial" w:hAnsi="Arial"/>
        </w:rPr>
        <w:t>Oh, the ones at the top are basically in their same position or moving around, but like not changing position.</w:t>
      </w:r>
    </w:p>
    <w:p w14:paraId="51D2BFDC" w14:textId="77777777" w:rsidR="009D0FD3" w:rsidRDefault="009D0FD3">
      <w:pPr>
        <w:spacing w:after="0"/>
      </w:pPr>
    </w:p>
    <w:p w14:paraId="1D173211" w14:textId="77777777" w:rsidR="009D0FD3" w:rsidRDefault="00D05A5D">
      <w:pPr>
        <w:spacing w:after="0"/>
      </w:pPr>
      <w:r>
        <w:rPr>
          <w:rFonts w:ascii="Arial" w:hAnsi="Arial"/>
          <w:b/>
        </w:rPr>
        <w:t xml:space="preserve">Interviewer P:  </w:t>
      </w:r>
      <w:r>
        <w:rPr>
          <w:rFonts w:ascii="Arial" w:hAnsi="Arial"/>
          <w:color w:val="5D7284"/>
        </w:rPr>
        <w:t>34:20</w:t>
      </w:r>
    </w:p>
    <w:p w14:paraId="1DE8732B" w14:textId="77777777" w:rsidR="009D0FD3" w:rsidRDefault="00D05A5D">
      <w:pPr>
        <w:spacing w:after="0"/>
      </w:pPr>
      <w:r>
        <w:rPr>
          <w:rFonts w:ascii="Arial" w:hAnsi="Arial"/>
        </w:rPr>
        <w:t xml:space="preserve">They're like bobbing. </w:t>
      </w:r>
    </w:p>
    <w:p w14:paraId="79970CEA" w14:textId="77777777" w:rsidR="009D0FD3" w:rsidRDefault="009D0FD3">
      <w:pPr>
        <w:spacing w:after="0"/>
      </w:pPr>
    </w:p>
    <w:p w14:paraId="32D7541C" w14:textId="77777777" w:rsidR="009D0FD3" w:rsidRDefault="00D05A5D">
      <w:pPr>
        <w:spacing w:after="0"/>
      </w:pPr>
      <w:r>
        <w:rPr>
          <w:rFonts w:ascii="Arial" w:hAnsi="Arial"/>
          <w:b/>
        </w:rPr>
        <w:t xml:space="preserve">Participant #4:  </w:t>
      </w:r>
      <w:r>
        <w:rPr>
          <w:rFonts w:ascii="Arial" w:hAnsi="Arial"/>
          <w:color w:val="5D7284"/>
        </w:rPr>
        <w:t>34:21</w:t>
      </w:r>
    </w:p>
    <w:p w14:paraId="09C28D9E" w14:textId="6A865BCF" w:rsidR="009D0FD3" w:rsidRDefault="00D05A5D">
      <w:pPr>
        <w:spacing w:after="0"/>
      </w:pPr>
      <w:r>
        <w:rPr>
          <w:rFonts w:ascii="Arial" w:hAnsi="Arial"/>
        </w:rPr>
        <w:t xml:space="preserve">Yeah, they're like spinning bobbing a bit. And the ones at the bottom are actually getting formed out to this side instead of the center, so they're being pulled </w:t>
      </w:r>
      <w:r w:rsidR="00194E72">
        <w:rPr>
          <w:rFonts w:ascii="Arial" w:hAnsi="Arial"/>
        </w:rPr>
        <w:t>away</w:t>
      </w:r>
      <w:r>
        <w:rPr>
          <w:rFonts w:ascii="Arial" w:hAnsi="Arial"/>
        </w:rPr>
        <w:t>. Yeah, some of them are in. There's a couple that are still being pulled.</w:t>
      </w:r>
    </w:p>
    <w:p w14:paraId="07BF98E7" w14:textId="77777777" w:rsidR="009D0FD3" w:rsidRDefault="009D0FD3">
      <w:pPr>
        <w:spacing w:after="0"/>
      </w:pPr>
    </w:p>
    <w:p w14:paraId="5C5999BA" w14:textId="77777777" w:rsidR="009D0FD3" w:rsidRDefault="00D05A5D">
      <w:pPr>
        <w:spacing w:after="0"/>
      </w:pPr>
      <w:r>
        <w:rPr>
          <w:rFonts w:ascii="Arial" w:hAnsi="Arial"/>
          <w:b/>
        </w:rPr>
        <w:t xml:space="preserve">Interviewer P:  </w:t>
      </w:r>
      <w:r>
        <w:rPr>
          <w:rFonts w:ascii="Arial" w:hAnsi="Arial"/>
          <w:color w:val="5D7284"/>
        </w:rPr>
        <w:t>34:37</w:t>
      </w:r>
    </w:p>
    <w:p w14:paraId="746B5D2B" w14:textId="77777777" w:rsidR="009D0FD3" w:rsidRDefault="00D05A5D">
      <w:pPr>
        <w:spacing w:after="0"/>
      </w:pPr>
      <w:r>
        <w:rPr>
          <w:rFonts w:ascii="Arial" w:hAnsi="Arial"/>
        </w:rPr>
        <w:t>And how are the ones on the bottom that are still being pulled moving?</w:t>
      </w:r>
    </w:p>
    <w:p w14:paraId="55E22A57" w14:textId="77777777" w:rsidR="009D0FD3" w:rsidRDefault="009D0FD3">
      <w:pPr>
        <w:spacing w:after="0"/>
      </w:pPr>
    </w:p>
    <w:p w14:paraId="607F1ED9" w14:textId="77777777" w:rsidR="009D0FD3" w:rsidRDefault="00D05A5D">
      <w:pPr>
        <w:spacing w:after="0"/>
      </w:pPr>
      <w:r>
        <w:rPr>
          <w:rFonts w:ascii="Arial" w:hAnsi="Arial"/>
          <w:b/>
        </w:rPr>
        <w:t xml:space="preserve">Participant #4:  </w:t>
      </w:r>
      <w:r>
        <w:rPr>
          <w:rFonts w:ascii="Arial" w:hAnsi="Arial"/>
          <w:color w:val="5D7284"/>
        </w:rPr>
        <w:t>34:48</w:t>
      </w:r>
    </w:p>
    <w:p w14:paraId="07CF6378" w14:textId="77777777" w:rsidR="009D0FD3" w:rsidRDefault="00D05A5D">
      <w:pPr>
        <w:spacing w:after="0"/>
      </w:pPr>
      <w:r>
        <w:rPr>
          <w:rFonts w:ascii="Arial" w:hAnsi="Arial"/>
        </w:rPr>
        <w:t>Kinda like straight paths.</w:t>
      </w:r>
    </w:p>
    <w:p w14:paraId="3A27B701" w14:textId="77777777" w:rsidR="009D0FD3" w:rsidRDefault="009D0FD3">
      <w:pPr>
        <w:spacing w:after="0"/>
      </w:pPr>
    </w:p>
    <w:p w14:paraId="20A474FC" w14:textId="77777777" w:rsidR="009D0FD3" w:rsidRDefault="00D05A5D">
      <w:pPr>
        <w:spacing w:after="0"/>
      </w:pPr>
      <w:r>
        <w:rPr>
          <w:rFonts w:ascii="Arial" w:hAnsi="Arial"/>
          <w:b/>
        </w:rPr>
        <w:t xml:space="preserve">Interviewer P:  </w:t>
      </w:r>
      <w:r>
        <w:rPr>
          <w:rFonts w:ascii="Arial" w:hAnsi="Arial"/>
          <w:color w:val="5D7284"/>
        </w:rPr>
        <w:t>34:50</w:t>
      </w:r>
    </w:p>
    <w:p w14:paraId="6028B64B" w14:textId="77777777" w:rsidR="009D0FD3" w:rsidRDefault="00D05A5D">
      <w:pPr>
        <w:spacing w:after="0"/>
      </w:pPr>
      <w:r>
        <w:rPr>
          <w:rFonts w:ascii="Arial" w:hAnsi="Arial"/>
        </w:rPr>
        <w:t xml:space="preserve">Okay, are they rotating? </w:t>
      </w:r>
    </w:p>
    <w:p w14:paraId="14E657C8" w14:textId="77777777" w:rsidR="009D0FD3" w:rsidRDefault="009D0FD3">
      <w:pPr>
        <w:spacing w:after="0"/>
      </w:pPr>
    </w:p>
    <w:p w14:paraId="63C242C9" w14:textId="77777777" w:rsidR="009D0FD3" w:rsidRDefault="00D05A5D">
      <w:pPr>
        <w:spacing w:after="0"/>
      </w:pPr>
      <w:r>
        <w:rPr>
          <w:rFonts w:ascii="Arial" w:hAnsi="Arial"/>
          <w:b/>
        </w:rPr>
        <w:t xml:space="preserve">Participant #4:  </w:t>
      </w:r>
      <w:r>
        <w:rPr>
          <w:rFonts w:ascii="Arial" w:hAnsi="Arial"/>
          <w:color w:val="5D7284"/>
        </w:rPr>
        <w:t>34:54</w:t>
      </w:r>
    </w:p>
    <w:p w14:paraId="2E88FC87" w14:textId="0BFE1377" w:rsidR="009D0FD3" w:rsidRDefault="00D05A5D">
      <w:pPr>
        <w:spacing w:after="0"/>
      </w:pPr>
      <w:r>
        <w:rPr>
          <w:rFonts w:ascii="Arial" w:hAnsi="Arial"/>
        </w:rPr>
        <w:t xml:space="preserve">Yeah. They're being moved around with the bottom of the tank. </w:t>
      </w:r>
      <w:r w:rsidR="00194E72">
        <w:rPr>
          <w:rFonts w:ascii="Arial" w:hAnsi="Arial"/>
        </w:rPr>
        <w:t>Yeah,</w:t>
      </w:r>
      <w:r>
        <w:rPr>
          <w:rFonts w:ascii="Arial" w:hAnsi="Arial"/>
        </w:rPr>
        <w:t xml:space="preserve"> relative to the ones are top. Because if you look at like the one in front of me here, the one under it keeps changing. But that one is still there.</w:t>
      </w:r>
    </w:p>
    <w:p w14:paraId="584C82E9" w14:textId="77777777" w:rsidR="009D0FD3" w:rsidRDefault="009D0FD3">
      <w:pPr>
        <w:spacing w:after="0"/>
      </w:pPr>
    </w:p>
    <w:p w14:paraId="0A470382" w14:textId="77777777" w:rsidR="009D0FD3" w:rsidRDefault="00D05A5D">
      <w:pPr>
        <w:spacing w:after="0"/>
      </w:pPr>
      <w:r>
        <w:rPr>
          <w:rFonts w:ascii="Arial" w:hAnsi="Arial"/>
          <w:b/>
        </w:rPr>
        <w:t xml:space="preserve">Interviewer P:  </w:t>
      </w:r>
      <w:r>
        <w:rPr>
          <w:rFonts w:ascii="Arial" w:hAnsi="Arial"/>
          <w:color w:val="5D7284"/>
        </w:rPr>
        <w:t>35:07</w:t>
      </w:r>
    </w:p>
    <w:p w14:paraId="615E440D" w14:textId="77777777" w:rsidR="009D0FD3" w:rsidRDefault="00D05A5D">
      <w:pPr>
        <w:spacing w:after="0"/>
      </w:pPr>
      <w:r>
        <w:rPr>
          <w:rFonts w:ascii="Arial" w:hAnsi="Arial"/>
        </w:rPr>
        <w:t>Yeah, yeah. And so how would you explain the fact that the ones on the bottom are moving differently from the fish on the top?</w:t>
      </w:r>
    </w:p>
    <w:p w14:paraId="78659EE8" w14:textId="77777777" w:rsidR="009D0FD3" w:rsidRDefault="009D0FD3">
      <w:pPr>
        <w:spacing w:after="0"/>
      </w:pPr>
    </w:p>
    <w:p w14:paraId="6D8E119B" w14:textId="77777777" w:rsidR="009D0FD3" w:rsidRDefault="00D05A5D">
      <w:pPr>
        <w:spacing w:after="0"/>
      </w:pPr>
      <w:r>
        <w:rPr>
          <w:rFonts w:ascii="Arial" w:hAnsi="Arial"/>
          <w:b/>
        </w:rPr>
        <w:t xml:space="preserve">Participant #4:  </w:t>
      </w:r>
      <w:r>
        <w:rPr>
          <w:rFonts w:ascii="Arial" w:hAnsi="Arial"/>
          <w:color w:val="5D7284"/>
        </w:rPr>
        <w:t>35:19</w:t>
      </w:r>
    </w:p>
    <w:p w14:paraId="7E4653BA" w14:textId="77777777" w:rsidR="009D0FD3" w:rsidRDefault="00D05A5D">
      <w:pPr>
        <w:spacing w:after="0"/>
      </w:pPr>
      <w:r>
        <w:rPr>
          <w:rFonts w:ascii="Arial" w:hAnsi="Arial"/>
        </w:rPr>
        <w:lastRenderedPageBreak/>
        <w:t>The ones at the bottom are being influenced by the movement of a tank. Like as it's still spinning, and the ones at the top, were influenced by like, the motion of the movement, but weren't continuously affected by that motion. Like they got affected once and they're just in that position.</w:t>
      </w:r>
    </w:p>
    <w:p w14:paraId="6B07007A" w14:textId="77777777" w:rsidR="009D0FD3" w:rsidRDefault="009D0FD3">
      <w:pPr>
        <w:spacing w:after="0"/>
      </w:pPr>
    </w:p>
    <w:p w14:paraId="06AA368B" w14:textId="77777777" w:rsidR="009D0FD3" w:rsidRDefault="00D05A5D">
      <w:pPr>
        <w:spacing w:after="0"/>
      </w:pPr>
      <w:r>
        <w:rPr>
          <w:rFonts w:ascii="Arial" w:hAnsi="Arial"/>
          <w:b/>
        </w:rPr>
        <w:t xml:space="preserve">Interviewer P:  </w:t>
      </w:r>
      <w:r>
        <w:rPr>
          <w:rFonts w:ascii="Arial" w:hAnsi="Arial"/>
          <w:color w:val="5D7284"/>
        </w:rPr>
        <w:t>35:36</w:t>
      </w:r>
    </w:p>
    <w:p w14:paraId="4AFB2D77" w14:textId="77777777" w:rsidR="009D0FD3" w:rsidRDefault="00D05A5D">
      <w:pPr>
        <w:spacing w:after="0"/>
      </w:pPr>
      <w:r>
        <w:rPr>
          <w:rFonts w:ascii="Arial" w:hAnsi="Arial"/>
        </w:rPr>
        <w:t>Okay, so once it started moving, and they were kind of like, whoa, hold on. But now they're kind of like, chill.</w:t>
      </w:r>
    </w:p>
    <w:p w14:paraId="210C0633" w14:textId="77777777" w:rsidR="009D0FD3" w:rsidRDefault="009D0FD3">
      <w:pPr>
        <w:spacing w:after="0"/>
      </w:pPr>
    </w:p>
    <w:p w14:paraId="65568F71" w14:textId="77777777" w:rsidR="009D0FD3" w:rsidRDefault="00D05A5D">
      <w:pPr>
        <w:spacing w:after="0"/>
      </w:pPr>
      <w:r>
        <w:rPr>
          <w:rFonts w:ascii="Arial" w:hAnsi="Arial"/>
          <w:b/>
        </w:rPr>
        <w:t xml:space="preserve">Participant #4:  </w:t>
      </w:r>
      <w:r>
        <w:rPr>
          <w:rFonts w:ascii="Arial" w:hAnsi="Arial"/>
          <w:color w:val="5D7284"/>
        </w:rPr>
        <w:t>35:42</w:t>
      </w:r>
    </w:p>
    <w:p w14:paraId="44C9D5BD" w14:textId="77777777" w:rsidR="009D0FD3" w:rsidRDefault="00D05A5D">
      <w:pPr>
        <w:spacing w:after="0"/>
      </w:pPr>
      <w:r>
        <w:rPr>
          <w:rFonts w:ascii="Arial" w:hAnsi="Arial"/>
        </w:rPr>
        <w:t>Now they are starting to pull into the middle a little too. Or bumping into each other and spinning.</w:t>
      </w:r>
    </w:p>
    <w:p w14:paraId="0E199EE3" w14:textId="77777777" w:rsidR="009D0FD3" w:rsidRDefault="009D0FD3">
      <w:pPr>
        <w:spacing w:after="0"/>
      </w:pPr>
    </w:p>
    <w:p w14:paraId="07F11B2C" w14:textId="77777777" w:rsidR="009D0FD3" w:rsidRDefault="00D05A5D">
      <w:pPr>
        <w:spacing w:after="0"/>
      </w:pPr>
      <w:r>
        <w:rPr>
          <w:rFonts w:ascii="Arial" w:hAnsi="Arial"/>
          <w:b/>
        </w:rPr>
        <w:t xml:space="preserve">Interviewer P:  </w:t>
      </w:r>
      <w:r>
        <w:rPr>
          <w:rFonts w:ascii="Arial" w:hAnsi="Arial"/>
          <w:color w:val="5D7284"/>
        </w:rPr>
        <w:t>35:50</w:t>
      </w:r>
    </w:p>
    <w:p w14:paraId="47AC1D02" w14:textId="77777777" w:rsidR="009D0FD3" w:rsidRDefault="00D05A5D">
      <w:pPr>
        <w:spacing w:after="0"/>
      </w:pPr>
      <w:r>
        <w:rPr>
          <w:rFonts w:ascii="Arial" w:hAnsi="Arial"/>
        </w:rPr>
        <w:t>So why do you think that is?</w:t>
      </w:r>
    </w:p>
    <w:p w14:paraId="30E1AE25" w14:textId="77777777" w:rsidR="009D0FD3" w:rsidRDefault="009D0FD3">
      <w:pPr>
        <w:spacing w:after="0"/>
      </w:pPr>
    </w:p>
    <w:p w14:paraId="5CE281CE" w14:textId="77777777" w:rsidR="009D0FD3" w:rsidRDefault="00D05A5D">
      <w:pPr>
        <w:spacing w:after="0"/>
      </w:pPr>
      <w:r>
        <w:rPr>
          <w:rFonts w:ascii="Arial" w:hAnsi="Arial"/>
          <w:b/>
        </w:rPr>
        <w:t xml:space="preserve">Participant #4:  </w:t>
      </w:r>
      <w:r>
        <w:rPr>
          <w:rFonts w:ascii="Arial" w:hAnsi="Arial"/>
          <w:color w:val="5D7284"/>
        </w:rPr>
        <w:t>35:52</w:t>
      </w:r>
    </w:p>
    <w:p w14:paraId="789A96CC" w14:textId="2774F5A1" w:rsidR="009D0FD3" w:rsidRDefault="00D05A5D">
      <w:pPr>
        <w:spacing w:after="0"/>
      </w:pPr>
      <w:r>
        <w:rPr>
          <w:rFonts w:ascii="Arial" w:hAnsi="Arial"/>
        </w:rPr>
        <w:t xml:space="preserve">They're probably just light enough for the water to keep pushing them or once they were pushed, they just kept floating in that direction. And now they're just bumping into each other. Clustering, spinning </w:t>
      </w:r>
      <w:r w:rsidR="00194E72">
        <w:rPr>
          <w:rFonts w:ascii="Arial" w:hAnsi="Arial"/>
        </w:rPr>
        <w:t>away because</w:t>
      </w:r>
      <w:r>
        <w:rPr>
          <w:rFonts w:ascii="Arial" w:hAnsi="Arial"/>
        </w:rPr>
        <w:t xml:space="preserve"> some of them are spinning away, or not touching each other. And others are like moving together.</w:t>
      </w:r>
    </w:p>
    <w:p w14:paraId="5D97FD94" w14:textId="77777777" w:rsidR="009D0FD3" w:rsidRDefault="009D0FD3">
      <w:pPr>
        <w:spacing w:after="0"/>
      </w:pPr>
    </w:p>
    <w:p w14:paraId="2AE7FF24" w14:textId="77777777" w:rsidR="009D0FD3" w:rsidRDefault="00D05A5D">
      <w:pPr>
        <w:spacing w:after="0"/>
      </w:pPr>
      <w:r>
        <w:rPr>
          <w:rFonts w:ascii="Arial" w:hAnsi="Arial"/>
          <w:b/>
        </w:rPr>
        <w:t xml:space="preserve">Interviewer P:  </w:t>
      </w:r>
      <w:r>
        <w:rPr>
          <w:rFonts w:ascii="Arial" w:hAnsi="Arial"/>
          <w:color w:val="5D7284"/>
        </w:rPr>
        <w:t>36:17</w:t>
      </w:r>
    </w:p>
    <w:p w14:paraId="2133E2E5" w14:textId="0F2F272C" w:rsidR="009D0FD3" w:rsidRDefault="00194E72">
      <w:pPr>
        <w:spacing w:after="0"/>
      </w:pPr>
      <w:r>
        <w:rPr>
          <w:rFonts w:ascii="Arial" w:hAnsi="Arial"/>
        </w:rPr>
        <w:t>The ones on the bottom look to me like they're they're moving the same way the tank is moving and the ones on the top. What would you say? Are they moving the same way the tank is moving?</w:t>
      </w:r>
    </w:p>
    <w:p w14:paraId="5E94245C" w14:textId="77777777" w:rsidR="009D0FD3" w:rsidRDefault="009D0FD3">
      <w:pPr>
        <w:spacing w:after="0"/>
      </w:pPr>
    </w:p>
    <w:p w14:paraId="7443CDF6" w14:textId="77777777" w:rsidR="009D0FD3" w:rsidRDefault="00D05A5D">
      <w:pPr>
        <w:spacing w:after="0"/>
      </w:pPr>
      <w:r>
        <w:rPr>
          <w:rFonts w:ascii="Arial" w:hAnsi="Arial"/>
          <w:b/>
        </w:rPr>
        <w:t xml:space="preserve">Participant #4:  </w:t>
      </w:r>
      <w:r>
        <w:rPr>
          <w:rFonts w:ascii="Arial" w:hAnsi="Arial"/>
          <w:color w:val="5D7284"/>
        </w:rPr>
        <w:t>36:36</w:t>
      </w:r>
    </w:p>
    <w:p w14:paraId="68414FD3" w14:textId="77777777" w:rsidR="009D0FD3" w:rsidRDefault="00D05A5D">
      <w:pPr>
        <w:spacing w:after="0"/>
      </w:pPr>
      <w:r>
        <w:rPr>
          <w:rFonts w:ascii="Arial" w:hAnsi="Arial"/>
        </w:rPr>
        <w:t>No, I think they have like like they're spinning the opposite direction of the tank, right? Or it kinda looks because it looks like they're moving like that, but the tank is moving like this.</w:t>
      </w:r>
    </w:p>
    <w:p w14:paraId="2CA03C6D" w14:textId="77777777" w:rsidR="009D0FD3" w:rsidRDefault="009D0FD3">
      <w:pPr>
        <w:spacing w:after="0"/>
      </w:pPr>
    </w:p>
    <w:p w14:paraId="1A3AF538" w14:textId="77777777" w:rsidR="009D0FD3" w:rsidRDefault="00D05A5D">
      <w:pPr>
        <w:spacing w:after="0"/>
      </w:pPr>
      <w:r>
        <w:rPr>
          <w:rFonts w:ascii="Arial" w:hAnsi="Arial"/>
          <w:b/>
        </w:rPr>
        <w:t xml:space="preserve">Interviewer P:  </w:t>
      </w:r>
      <w:r>
        <w:rPr>
          <w:rFonts w:ascii="Arial" w:hAnsi="Arial"/>
          <w:color w:val="5D7284"/>
        </w:rPr>
        <w:t>36:47</w:t>
      </w:r>
    </w:p>
    <w:p w14:paraId="62DE3417" w14:textId="54D72C61" w:rsidR="009D0FD3" w:rsidRDefault="00194E72">
      <w:pPr>
        <w:spacing w:after="0"/>
      </w:pPr>
      <w:r>
        <w:rPr>
          <w:rFonts w:ascii="Arial" w:hAnsi="Arial"/>
        </w:rPr>
        <w:t>So, focus on the yellow one with the blue stripes. Is it going opposite the direction of the tank.</w:t>
      </w:r>
    </w:p>
    <w:p w14:paraId="018152E4" w14:textId="77777777" w:rsidR="009D0FD3" w:rsidRDefault="009D0FD3">
      <w:pPr>
        <w:spacing w:after="0"/>
      </w:pPr>
    </w:p>
    <w:p w14:paraId="5955A3F5" w14:textId="77777777" w:rsidR="009D0FD3" w:rsidRDefault="00D05A5D">
      <w:pPr>
        <w:spacing w:after="0"/>
      </w:pPr>
      <w:r>
        <w:rPr>
          <w:rFonts w:ascii="Arial" w:hAnsi="Arial"/>
          <w:b/>
        </w:rPr>
        <w:t xml:space="preserve">Participant #4:  </w:t>
      </w:r>
      <w:r>
        <w:rPr>
          <w:rFonts w:ascii="Arial" w:hAnsi="Arial"/>
          <w:color w:val="5D7284"/>
        </w:rPr>
        <w:t>36:54</w:t>
      </w:r>
    </w:p>
    <w:p w14:paraId="457FD183" w14:textId="7FC71CD2" w:rsidR="009D0FD3" w:rsidRDefault="00194E72">
      <w:pPr>
        <w:spacing w:after="0"/>
      </w:pPr>
      <w:r>
        <w:rPr>
          <w:rFonts w:ascii="Arial" w:hAnsi="Arial"/>
        </w:rPr>
        <w:t>Oh, nope it's going the same way, it's starring at the tank.</w:t>
      </w:r>
    </w:p>
    <w:p w14:paraId="539555EC" w14:textId="77777777" w:rsidR="009D0FD3" w:rsidRDefault="009D0FD3">
      <w:pPr>
        <w:spacing w:after="0"/>
      </w:pPr>
    </w:p>
    <w:p w14:paraId="230E1594" w14:textId="77777777" w:rsidR="009D0FD3" w:rsidRDefault="00D05A5D">
      <w:pPr>
        <w:spacing w:after="0"/>
      </w:pPr>
      <w:r>
        <w:rPr>
          <w:rFonts w:ascii="Arial" w:hAnsi="Arial"/>
          <w:b/>
        </w:rPr>
        <w:t xml:space="preserve">Interviewer P:  </w:t>
      </w:r>
      <w:r>
        <w:rPr>
          <w:rFonts w:ascii="Arial" w:hAnsi="Arial"/>
          <w:color w:val="5D7284"/>
        </w:rPr>
        <w:t>37:00</w:t>
      </w:r>
    </w:p>
    <w:p w14:paraId="6E5E963F" w14:textId="63A81F02" w:rsidR="009D0FD3" w:rsidRDefault="00194E72">
      <w:pPr>
        <w:spacing w:after="0"/>
      </w:pPr>
      <w:r>
        <w:rPr>
          <w:rFonts w:ascii="Arial" w:hAnsi="Arial"/>
        </w:rPr>
        <w:t>So, are the rest of them doing that kind of sorta, too? Are they going with the tank?</w:t>
      </w:r>
    </w:p>
    <w:p w14:paraId="3DB6D3AA" w14:textId="77777777" w:rsidR="009D0FD3" w:rsidRDefault="009D0FD3">
      <w:pPr>
        <w:spacing w:after="0"/>
      </w:pPr>
    </w:p>
    <w:p w14:paraId="29E30670" w14:textId="77777777" w:rsidR="009D0FD3" w:rsidRDefault="00D05A5D">
      <w:pPr>
        <w:spacing w:after="0"/>
      </w:pPr>
      <w:r>
        <w:rPr>
          <w:rFonts w:ascii="Arial" w:hAnsi="Arial"/>
          <w:b/>
        </w:rPr>
        <w:t xml:space="preserve">Participant #4:  </w:t>
      </w:r>
      <w:r>
        <w:rPr>
          <w:rFonts w:ascii="Arial" w:hAnsi="Arial"/>
          <w:color w:val="5D7284"/>
        </w:rPr>
        <w:t>37:06</w:t>
      </w:r>
    </w:p>
    <w:p w14:paraId="057ABCD3" w14:textId="23FC4AA0" w:rsidR="009D0FD3" w:rsidRDefault="00D05A5D">
      <w:pPr>
        <w:spacing w:after="0"/>
      </w:pPr>
      <w:r>
        <w:rPr>
          <w:rFonts w:ascii="Arial" w:hAnsi="Arial"/>
        </w:rPr>
        <w:t xml:space="preserve">With the </w:t>
      </w:r>
      <w:r w:rsidR="00194E72">
        <w:rPr>
          <w:rFonts w:ascii="Arial" w:hAnsi="Arial"/>
        </w:rPr>
        <w:t>tank?</w:t>
      </w:r>
      <w:r>
        <w:rPr>
          <w:rFonts w:ascii="Arial" w:hAnsi="Arial"/>
        </w:rPr>
        <w:t xml:space="preserve"> The ones at the bottom are faster </w:t>
      </w:r>
      <w:r w:rsidR="00194E72">
        <w:rPr>
          <w:rFonts w:ascii="Arial" w:hAnsi="Arial"/>
        </w:rPr>
        <w:t>than</w:t>
      </w:r>
      <w:r>
        <w:rPr>
          <w:rFonts w:ascii="Arial" w:hAnsi="Arial"/>
        </w:rPr>
        <w:t xml:space="preserve"> the ones at the top.</w:t>
      </w:r>
    </w:p>
    <w:p w14:paraId="50AA9EBA" w14:textId="77777777" w:rsidR="009D0FD3" w:rsidRDefault="009D0FD3">
      <w:pPr>
        <w:spacing w:after="0"/>
      </w:pPr>
    </w:p>
    <w:p w14:paraId="3C9828A0" w14:textId="77777777" w:rsidR="009D0FD3" w:rsidRDefault="00D05A5D">
      <w:pPr>
        <w:spacing w:after="0"/>
      </w:pPr>
      <w:r>
        <w:rPr>
          <w:rFonts w:ascii="Arial" w:hAnsi="Arial"/>
          <w:b/>
        </w:rPr>
        <w:t xml:space="preserve">Interviewer P:  </w:t>
      </w:r>
      <w:r>
        <w:rPr>
          <w:rFonts w:ascii="Arial" w:hAnsi="Arial"/>
          <w:color w:val="5D7284"/>
        </w:rPr>
        <w:t>37:09</w:t>
      </w:r>
    </w:p>
    <w:p w14:paraId="345B60E9" w14:textId="5FFCE9D2" w:rsidR="009D0FD3" w:rsidRDefault="00194E72">
      <w:pPr>
        <w:spacing w:after="0"/>
      </w:pPr>
      <w:r>
        <w:rPr>
          <w:rFonts w:ascii="Arial" w:hAnsi="Arial"/>
        </w:rPr>
        <w:t xml:space="preserve">Yeah, I would agree. They're lapping the ones at the bar at the top. But I guess what I'm wondering is are the ones at the top also moving like tank? </w:t>
      </w:r>
    </w:p>
    <w:p w14:paraId="30A19BDE" w14:textId="77777777" w:rsidR="009D0FD3" w:rsidRDefault="009D0FD3">
      <w:pPr>
        <w:spacing w:after="0"/>
      </w:pPr>
    </w:p>
    <w:p w14:paraId="42E56997" w14:textId="77777777" w:rsidR="009D0FD3" w:rsidRDefault="00D05A5D">
      <w:pPr>
        <w:spacing w:after="0"/>
      </w:pPr>
      <w:r>
        <w:rPr>
          <w:rFonts w:ascii="Arial" w:hAnsi="Arial"/>
          <w:b/>
        </w:rPr>
        <w:lastRenderedPageBreak/>
        <w:t xml:space="preserve">Participant #4:  </w:t>
      </w:r>
      <w:r>
        <w:rPr>
          <w:rFonts w:ascii="Arial" w:hAnsi="Arial"/>
          <w:color w:val="5D7284"/>
        </w:rPr>
        <w:t>37:21</w:t>
      </w:r>
    </w:p>
    <w:p w14:paraId="7610ACCE" w14:textId="77777777" w:rsidR="009D0FD3" w:rsidRDefault="00D05A5D">
      <w:pPr>
        <w:spacing w:after="0"/>
      </w:pPr>
      <w:r>
        <w:rPr>
          <w:rFonts w:ascii="Arial" w:hAnsi="Arial"/>
        </w:rPr>
        <w:t>Yes, they are.</w:t>
      </w:r>
    </w:p>
    <w:p w14:paraId="78C24AB3" w14:textId="77777777" w:rsidR="009D0FD3" w:rsidRDefault="009D0FD3">
      <w:pPr>
        <w:spacing w:after="0"/>
      </w:pPr>
    </w:p>
    <w:p w14:paraId="50B8BC92" w14:textId="77777777" w:rsidR="009D0FD3" w:rsidRDefault="00D05A5D">
      <w:pPr>
        <w:spacing w:after="0"/>
      </w:pPr>
      <w:r>
        <w:rPr>
          <w:rFonts w:ascii="Arial" w:hAnsi="Arial"/>
          <w:b/>
        </w:rPr>
        <w:t xml:space="preserve">Interviewer P:  </w:t>
      </w:r>
      <w:r>
        <w:rPr>
          <w:rFonts w:ascii="Arial" w:hAnsi="Arial"/>
          <w:color w:val="5D7284"/>
        </w:rPr>
        <w:t>37:22</w:t>
      </w:r>
    </w:p>
    <w:p w14:paraId="5A271D81" w14:textId="77777777" w:rsidR="009D0FD3" w:rsidRDefault="00D05A5D">
      <w:pPr>
        <w:spacing w:after="0"/>
      </w:pPr>
      <w:r>
        <w:rPr>
          <w:rFonts w:ascii="Arial" w:hAnsi="Arial"/>
        </w:rPr>
        <w:t>They are?</w:t>
      </w:r>
    </w:p>
    <w:p w14:paraId="29A3D05B" w14:textId="77777777" w:rsidR="009D0FD3" w:rsidRDefault="009D0FD3">
      <w:pPr>
        <w:spacing w:after="0"/>
      </w:pPr>
    </w:p>
    <w:p w14:paraId="0C7CFB85" w14:textId="77777777" w:rsidR="009D0FD3" w:rsidRDefault="00D05A5D">
      <w:pPr>
        <w:spacing w:after="0"/>
      </w:pPr>
      <w:r>
        <w:rPr>
          <w:rFonts w:ascii="Arial" w:hAnsi="Arial"/>
          <w:b/>
        </w:rPr>
        <w:t xml:space="preserve">Participant #4:  </w:t>
      </w:r>
      <w:r>
        <w:rPr>
          <w:rFonts w:ascii="Arial" w:hAnsi="Arial"/>
          <w:color w:val="5D7284"/>
        </w:rPr>
        <w:t>37:22</w:t>
      </w:r>
    </w:p>
    <w:p w14:paraId="31C9C33B" w14:textId="28FE6CE8" w:rsidR="009D0FD3" w:rsidRDefault="00194E72">
      <w:pPr>
        <w:spacing w:after="0"/>
      </w:pPr>
      <w:r>
        <w:rPr>
          <w:rFonts w:ascii="Arial" w:hAnsi="Arial"/>
        </w:rPr>
        <w:t xml:space="preserve">Yeah, but they're they're slower than the tank because the ones at the bottom are moving with the tank or like the same speed as the tank and the ones at the top were delayed by like almost half the rotation. </w:t>
      </w:r>
    </w:p>
    <w:p w14:paraId="245384D4" w14:textId="77777777" w:rsidR="009D0FD3" w:rsidRDefault="009D0FD3">
      <w:pPr>
        <w:spacing w:after="0"/>
      </w:pPr>
    </w:p>
    <w:p w14:paraId="331B7D0D" w14:textId="77777777" w:rsidR="009D0FD3" w:rsidRDefault="00D05A5D">
      <w:pPr>
        <w:spacing w:after="0"/>
      </w:pPr>
      <w:r>
        <w:rPr>
          <w:rFonts w:ascii="Arial" w:hAnsi="Arial"/>
          <w:b/>
        </w:rPr>
        <w:t xml:space="preserve">Interviewer P:  </w:t>
      </w:r>
      <w:r>
        <w:rPr>
          <w:rFonts w:ascii="Arial" w:hAnsi="Arial"/>
          <w:color w:val="5D7284"/>
        </w:rPr>
        <w:t>37:35</w:t>
      </w:r>
    </w:p>
    <w:p w14:paraId="409932DD" w14:textId="77777777" w:rsidR="009D0FD3" w:rsidRDefault="00D05A5D">
      <w:pPr>
        <w:spacing w:after="0"/>
      </w:pPr>
      <w:r>
        <w:rPr>
          <w:rFonts w:ascii="Arial" w:hAnsi="Arial"/>
        </w:rPr>
        <w:t>Yeah, yeah. Yeah. And why do you think that is?</w:t>
      </w:r>
    </w:p>
    <w:p w14:paraId="50412BA4" w14:textId="77777777" w:rsidR="009D0FD3" w:rsidRDefault="009D0FD3">
      <w:pPr>
        <w:spacing w:after="0"/>
      </w:pPr>
    </w:p>
    <w:p w14:paraId="6F3406DF" w14:textId="77777777" w:rsidR="009D0FD3" w:rsidRDefault="00D05A5D">
      <w:pPr>
        <w:spacing w:after="0"/>
      </w:pPr>
      <w:r>
        <w:rPr>
          <w:rFonts w:ascii="Arial" w:hAnsi="Arial"/>
          <w:b/>
        </w:rPr>
        <w:t xml:space="preserve">Participant #4:  </w:t>
      </w:r>
      <w:r>
        <w:rPr>
          <w:rFonts w:ascii="Arial" w:hAnsi="Arial"/>
          <w:color w:val="5D7284"/>
        </w:rPr>
        <w:t>37:38</w:t>
      </w:r>
    </w:p>
    <w:p w14:paraId="39F8801D" w14:textId="77777777" w:rsidR="009D0FD3" w:rsidRDefault="00D05A5D">
      <w:pPr>
        <w:spacing w:after="0"/>
      </w:pPr>
      <w:r>
        <w:rPr>
          <w:rFonts w:ascii="Arial" w:hAnsi="Arial"/>
        </w:rPr>
        <w:t>I think it's just as the tank because it takes is affecting like the bottom of the water as you get further away from your tank it's less of an effect.</w:t>
      </w:r>
    </w:p>
    <w:p w14:paraId="0D57AFFB" w14:textId="77777777" w:rsidR="009D0FD3" w:rsidRDefault="009D0FD3">
      <w:pPr>
        <w:spacing w:after="0"/>
      </w:pPr>
    </w:p>
    <w:p w14:paraId="7806E2AF" w14:textId="77777777" w:rsidR="009D0FD3" w:rsidRDefault="00D05A5D">
      <w:pPr>
        <w:spacing w:after="0"/>
      </w:pPr>
      <w:r>
        <w:rPr>
          <w:rFonts w:ascii="Arial" w:hAnsi="Arial"/>
          <w:b/>
        </w:rPr>
        <w:t xml:space="preserve">Interviewer P:  </w:t>
      </w:r>
      <w:r>
        <w:rPr>
          <w:rFonts w:ascii="Arial" w:hAnsi="Arial"/>
          <w:color w:val="5D7284"/>
        </w:rPr>
        <w:t>37:46</w:t>
      </w:r>
    </w:p>
    <w:p w14:paraId="3B333DC0" w14:textId="77777777" w:rsidR="009D0FD3" w:rsidRDefault="00D05A5D">
      <w:pPr>
        <w:spacing w:after="0"/>
      </w:pPr>
      <w:r>
        <w:rPr>
          <w:rFonts w:ascii="Arial" w:hAnsi="Arial"/>
        </w:rPr>
        <w:t>Got it, would they ever catch up?</w:t>
      </w:r>
    </w:p>
    <w:p w14:paraId="37D4B110" w14:textId="77777777" w:rsidR="009D0FD3" w:rsidRDefault="009D0FD3">
      <w:pPr>
        <w:spacing w:after="0"/>
      </w:pPr>
    </w:p>
    <w:p w14:paraId="75998322" w14:textId="77777777" w:rsidR="009D0FD3" w:rsidRDefault="00D05A5D">
      <w:pPr>
        <w:spacing w:after="0"/>
      </w:pPr>
      <w:r>
        <w:rPr>
          <w:rFonts w:ascii="Arial" w:hAnsi="Arial"/>
          <w:b/>
        </w:rPr>
        <w:t xml:space="preserve">Participant #4:  </w:t>
      </w:r>
      <w:r>
        <w:rPr>
          <w:rFonts w:ascii="Arial" w:hAnsi="Arial"/>
          <w:color w:val="5D7284"/>
        </w:rPr>
        <w:t>37:52</w:t>
      </w:r>
    </w:p>
    <w:p w14:paraId="1D48A4C4" w14:textId="070DEEA1" w:rsidR="009D0FD3" w:rsidRDefault="00D05A5D">
      <w:pPr>
        <w:spacing w:after="0"/>
      </w:pPr>
      <w:r>
        <w:rPr>
          <w:rFonts w:ascii="Arial" w:hAnsi="Arial"/>
        </w:rPr>
        <w:t>Probably not because I don't think it's gonna like</w:t>
      </w:r>
      <w:r w:rsidR="00194E72">
        <w:rPr>
          <w:rFonts w:ascii="Arial" w:hAnsi="Arial"/>
        </w:rPr>
        <w:t xml:space="preserve"> accelerate</w:t>
      </w:r>
      <w:r>
        <w:rPr>
          <w:rFonts w:ascii="Arial" w:hAnsi="Arial"/>
        </w:rPr>
        <w:t xml:space="preserve"> and keep getting faster for them to ever like catch up the same speed moving.</w:t>
      </w:r>
    </w:p>
    <w:p w14:paraId="06E5BEF6" w14:textId="77777777" w:rsidR="009D0FD3" w:rsidRDefault="009D0FD3">
      <w:pPr>
        <w:spacing w:after="0"/>
      </w:pPr>
    </w:p>
    <w:p w14:paraId="36DB88FB" w14:textId="77777777" w:rsidR="009D0FD3" w:rsidRDefault="00D05A5D">
      <w:pPr>
        <w:spacing w:after="0"/>
      </w:pPr>
      <w:r>
        <w:rPr>
          <w:rFonts w:ascii="Arial" w:hAnsi="Arial"/>
          <w:b/>
        </w:rPr>
        <w:t xml:space="preserve">Interviewer P:  </w:t>
      </w:r>
      <w:r>
        <w:rPr>
          <w:rFonts w:ascii="Arial" w:hAnsi="Arial"/>
          <w:color w:val="5D7284"/>
        </w:rPr>
        <w:t>38:04</w:t>
      </w:r>
    </w:p>
    <w:p w14:paraId="1F22E611" w14:textId="77777777" w:rsidR="009D0FD3" w:rsidRDefault="00D05A5D">
      <w:pPr>
        <w:spacing w:after="0"/>
      </w:pPr>
      <w:r>
        <w:rPr>
          <w:rFonts w:ascii="Arial" w:hAnsi="Arial"/>
        </w:rPr>
        <w:t>What do you think what happened if I stopped the tank?</w:t>
      </w:r>
    </w:p>
    <w:p w14:paraId="18E0EEB3" w14:textId="77777777" w:rsidR="009D0FD3" w:rsidRDefault="009D0FD3">
      <w:pPr>
        <w:spacing w:after="0"/>
      </w:pPr>
    </w:p>
    <w:p w14:paraId="0831F850" w14:textId="77777777" w:rsidR="009D0FD3" w:rsidRDefault="00D05A5D">
      <w:pPr>
        <w:spacing w:after="0"/>
      </w:pPr>
      <w:r>
        <w:rPr>
          <w:rFonts w:ascii="Arial" w:hAnsi="Arial"/>
          <w:b/>
        </w:rPr>
        <w:t xml:space="preserve">Participant #4:  </w:t>
      </w:r>
      <w:r>
        <w:rPr>
          <w:rFonts w:ascii="Arial" w:hAnsi="Arial"/>
          <w:color w:val="5D7284"/>
        </w:rPr>
        <w:t>38:07</w:t>
      </w:r>
    </w:p>
    <w:p w14:paraId="000FB9C8" w14:textId="505E92D9" w:rsidR="009D0FD3" w:rsidRDefault="00D05A5D">
      <w:pPr>
        <w:spacing w:after="0"/>
      </w:pPr>
      <w:r>
        <w:rPr>
          <w:rFonts w:ascii="Arial" w:hAnsi="Arial"/>
        </w:rPr>
        <w:t>They are all gonna shake like the dye did I think the ones that are at the bottom being pushed all the way out might like</w:t>
      </w:r>
      <w:r w:rsidR="00194E72">
        <w:rPr>
          <w:rFonts w:ascii="Arial" w:hAnsi="Arial"/>
        </w:rPr>
        <w:t xml:space="preserve"> shake</w:t>
      </w:r>
      <w:r>
        <w:rPr>
          <w:rFonts w:ascii="Arial" w:hAnsi="Arial"/>
        </w:rPr>
        <w:t xml:space="preserve"> around and not be pushed all the way up to the ...bar.</w:t>
      </w:r>
    </w:p>
    <w:p w14:paraId="7656E147" w14:textId="77777777" w:rsidR="009D0FD3" w:rsidRDefault="009D0FD3">
      <w:pPr>
        <w:spacing w:after="0"/>
      </w:pPr>
    </w:p>
    <w:p w14:paraId="7E0D66C3" w14:textId="77777777" w:rsidR="009D0FD3" w:rsidRDefault="00D05A5D">
      <w:pPr>
        <w:spacing w:after="0"/>
      </w:pPr>
      <w:r>
        <w:rPr>
          <w:rFonts w:ascii="Arial" w:hAnsi="Arial"/>
          <w:b/>
        </w:rPr>
        <w:t xml:space="preserve">Interviewer P:  </w:t>
      </w:r>
      <w:r>
        <w:rPr>
          <w:rFonts w:ascii="Arial" w:hAnsi="Arial"/>
          <w:color w:val="5D7284"/>
        </w:rPr>
        <w:t>38:22</w:t>
      </w:r>
    </w:p>
    <w:p w14:paraId="632C4BFC" w14:textId="5615721B" w:rsidR="009D0FD3" w:rsidRDefault="00194E72">
      <w:pPr>
        <w:spacing w:after="0"/>
      </w:pPr>
      <w:r>
        <w:rPr>
          <w:rFonts w:ascii="Arial" w:hAnsi="Arial"/>
        </w:rPr>
        <w:t>So, you think they're just going to kind of like shake?</w:t>
      </w:r>
    </w:p>
    <w:p w14:paraId="356BFA35" w14:textId="77777777" w:rsidR="009D0FD3" w:rsidRDefault="009D0FD3">
      <w:pPr>
        <w:spacing w:after="0"/>
      </w:pPr>
    </w:p>
    <w:p w14:paraId="0A6AA02B" w14:textId="77777777" w:rsidR="009D0FD3" w:rsidRDefault="00D05A5D">
      <w:pPr>
        <w:spacing w:after="0"/>
      </w:pPr>
      <w:r>
        <w:rPr>
          <w:rFonts w:ascii="Arial" w:hAnsi="Arial"/>
          <w:b/>
        </w:rPr>
        <w:t xml:space="preserve">Participant #4:  </w:t>
      </w:r>
      <w:r>
        <w:rPr>
          <w:rFonts w:ascii="Arial" w:hAnsi="Arial"/>
          <w:color w:val="5D7284"/>
        </w:rPr>
        <w:t>38:24</w:t>
      </w:r>
    </w:p>
    <w:p w14:paraId="378F4E17" w14:textId="77777777" w:rsidR="009D0FD3" w:rsidRDefault="00D05A5D">
      <w:pPr>
        <w:spacing w:after="0"/>
      </w:pPr>
      <w:r>
        <w:rPr>
          <w:rFonts w:ascii="Arial" w:hAnsi="Arial"/>
        </w:rPr>
        <w:t>They're going to shake and not be like pushed against because it looks like they're being pushed or like pulled against in the tank stops I think they would move away from the sides.</w:t>
      </w:r>
    </w:p>
    <w:p w14:paraId="0FB3923D" w14:textId="77777777" w:rsidR="009D0FD3" w:rsidRDefault="009D0FD3">
      <w:pPr>
        <w:spacing w:after="0"/>
      </w:pPr>
    </w:p>
    <w:p w14:paraId="76FDE561" w14:textId="77777777" w:rsidR="009D0FD3" w:rsidRDefault="00D05A5D">
      <w:pPr>
        <w:spacing w:after="0"/>
      </w:pPr>
      <w:r>
        <w:rPr>
          <w:rFonts w:ascii="Arial" w:hAnsi="Arial"/>
          <w:b/>
        </w:rPr>
        <w:t xml:space="preserve">Interviewer P:  </w:t>
      </w:r>
      <w:r>
        <w:rPr>
          <w:rFonts w:ascii="Arial" w:hAnsi="Arial"/>
          <w:color w:val="5D7284"/>
        </w:rPr>
        <w:t>38:34</w:t>
      </w:r>
    </w:p>
    <w:p w14:paraId="0555B56D" w14:textId="77777777" w:rsidR="009D0FD3" w:rsidRDefault="00D05A5D">
      <w:pPr>
        <w:spacing w:after="0"/>
      </w:pPr>
      <w:r>
        <w:rPr>
          <w:rFonts w:ascii="Arial" w:hAnsi="Arial"/>
        </w:rPr>
        <w:t xml:space="preserve">Okay, so </w:t>
      </w:r>
      <w:r>
        <w:rPr>
          <w:rFonts w:ascii="Arial" w:hAnsi="Arial"/>
        </w:rPr>
        <w:t>they'll move away from the sides.</w:t>
      </w:r>
    </w:p>
    <w:p w14:paraId="441DBB63" w14:textId="77777777" w:rsidR="009D0FD3" w:rsidRDefault="009D0FD3">
      <w:pPr>
        <w:spacing w:after="0"/>
      </w:pPr>
    </w:p>
    <w:p w14:paraId="43AAA5EC" w14:textId="77777777" w:rsidR="009D0FD3" w:rsidRDefault="00D05A5D">
      <w:pPr>
        <w:spacing w:after="0"/>
      </w:pPr>
      <w:r>
        <w:rPr>
          <w:rFonts w:ascii="Arial" w:hAnsi="Arial"/>
          <w:b/>
        </w:rPr>
        <w:t xml:space="preserve">Participant #4:  </w:t>
      </w:r>
      <w:r>
        <w:rPr>
          <w:rFonts w:ascii="Arial" w:hAnsi="Arial"/>
          <w:color w:val="5D7284"/>
        </w:rPr>
        <w:t>38:37</w:t>
      </w:r>
    </w:p>
    <w:p w14:paraId="04AC2A3A" w14:textId="77777777" w:rsidR="009D0FD3" w:rsidRDefault="00D05A5D">
      <w:pPr>
        <w:spacing w:after="0"/>
      </w:pPr>
      <w:r>
        <w:rPr>
          <w:rFonts w:ascii="Arial" w:hAnsi="Arial"/>
        </w:rPr>
        <w:t xml:space="preserve">And then just shake then settled. </w:t>
      </w:r>
    </w:p>
    <w:p w14:paraId="5BDC9E3A" w14:textId="77777777" w:rsidR="009D0FD3" w:rsidRDefault="009D0FD3">
      <w:pPr>
        <w:spacing w:after="0"/>
      </w:pPr>
    </w:p>
    <w:p w14:paraId="39AF08E3" w14:textId="77777777" w:rsidR="009D0FD3" w:rsidRDefault="00D05A5D">
      <w:pPr>
        <w:spacing w:after="0"/>
      </w:pPr>
      <w:r>
        <w:rPr>
          <w:rFonts w:ascii="Arial" w:hAnsi="Arial"/>
          <w:b/>
        </w:rPr>
        <w:lastRenderedPageBreak/>
        <w:t xml:space="preserve">Interviewer P:  </w:t>
      </w:r>
      <w:r>
        <w:rPr>
          <w:rFonts w:ascii="Arial" w:hAnsi="Arial"/>
          <w:color w:val="5D7284"/>
        </w:rPr>
        <w:t>38:39</w:t>
      </w:r>
    </w:p>
    <w:p w14:paraId="0AF4C2F0" w14:textId="77777777" w:rsidR="009D0FD3" w:rsidRDefault="00D05A5D">
      <w:pPr>
        <w:spacing w:after="0"/>
      </w:pPr>
      <w:r>
        <w:rPr>
          <w:rFonts w:ascii="Arial" w:hAnsi="Arial"/>
        </w:rPr>
        <w:t>And shake around and settle will they so right now like if they're in a race and they're like, you know going around the race track the ones on the bottom are lapping the ones on the top. Are they going to keep doing that? Are they going to keep racing?</w:t>
      </w:r>
    </w:p>
    <w:p w14:paraId="6AE715D3" w14:textId="77777777" w:rsidR="009D0FD3" w:rsidRDefault="009D0FD3">
      <w:pPr>
        <w:spacing w:after="0"/>
      </w:pPr>
    </w:p>
    <w:p w14:paraId="3E3D3909" w14:textId="77777777" w:rsidR="009D0FD3" w:rsidRDefault="00D05A5D">
      <w:pPr>
        <w:spacing w:after="0"/>
      </w:pPr>
      <w:r>
        <w:rPr>
          <w:rFonts w:ascii="Arial" w:hAnsi="Arial"/>
          <w:b/>
        </w:rPr>
        <w:t xml:space="preserve">Participant #4:  </w:t>
      </w:r>
      <w:r>
        <w:rPr>
          <w:rFonts w:ascii="Arial" w:hAnsi="Arial"/>
          <w:color w:val="5D7284"/>
        </w:rPr>
        <w:t>38:54</w:t>
      </w:r>
    </w:p>
    <w:p w14:paraId="4DC1F200" w14:textId="77777777" w:rsidR="009D0FD3" w:rsidRDefault="00D05A5D">
      <w:pPr>
        <w:spacing w:after="0"/>
      </w:pPr>
      <w:r>
        <w:rPr>
          <w:rFonts w:ascii="Arial" w:hAnsi="Arial"/>
        </w:rPr>
        <w:t>I think they keep racing but the bottom one might slow down while the top one is still spinning.</w:t>
      </w:r>
    </w:p>
    <w:p w14:paraId="246DBAC6" w14:textId="77777777" w:rsidR="009D0FD3" w:rsidRDefault="009D0FD3">
      <w:pPr>
        <w:spacing w:after="0"/>
      </w:pPr>
    </w:p>
    <w:p w14:paraId="20A3106E" w14:textId="77777777" w:rsidR="009D0FD3" w:rsidRDefault="00D05A5D">
      <w:pPr>
        <w:spacing w:after="0"/>
      </w:pPr>
      <w:r>
        <w:rPr>
          <w:rFonts w:ascii="Arial" w:hAnsi="Arial"/>
          <w:b/>
        </w:rPr>
        <w:t xml:space="preserve">Interviewer P:  </w:t>
      </w:r>
      <w:r>
        <w:rPr>
          <w:rFonts w:ascii="Arial" w:hAnsi="Arial"/>
          <w:color w:val="5D7284"/>
        </w:rPr>
        <w:t>39:00</w:t>
      </w:r>
    </w:p>
    <w:p w14:paraId="2AB9FEEA" w14:textId="6F2A23BD" w:rsidR="009D0FD3" w:rsidRDefault="00D05A5D">
      <w:pPr>
        <w:spacing w:after="0"/>
      </w:pPr>
      <w:r>
        <w:rPr>
          <w:rFonts w:ascii="Arial" w:hAnsi="Arial"/>
        </w:rPr>
        <w:t xml:space="preserve">Ah interesting. </w:t>
      </w:r>
      <w:r w:rsidR="00194E72">
        <w:rPr>
          <w:rFonts w:ascii="Arial" w:hAnsi="Arial"/>
        </w:rPr>
        <w:t>All right</w:t>
      </w:r>
      <w:r>
        <w:rPr>
          <w:rFonts w:ascii="Arial" w:hAnsi="Arial"/>
        </w:rPr>
        <w:t xml:space="preserve"> well let's do it and see what they do. Can hear them bouncing along the bottom?</w:t>
      </w:r>
    </w:p>
    <w:p w14:paraId="3C751E44" w14:textId="77777777" w:rsidR="009D0FD3" w:rsidRDefault="009D0FD3">
      <w:pPr>
        <w:spacing w:after="0"/>
      </w:pPr>
    </w:p>
    <w:p w14:paraId="7416E693" w14:textId="77777777" w:rsidR="009D0FD3" w:rsidRDefault="00D05A5D">
      <w:pPr>
        <w:spacing w:after="0"/>
      </w:pPr>
      <w:r>
        <w:rPr>
          <w:rFonts w:ascii="Arial" w:hAnsi="Arial"/>
          <w:b/>
        </w:rPr>
        <w:t xml:space="preserve">Participant #4:  </w:t>
      </w:r>
      <w:r>
        <w:rPr>
          <w:rFonts w:ascii="Arial" w:hAnsi="Arial"/>
          <w:color w:val="5D7284"/>
        </w:rPr>
        <w:t>39:26</w:t>
      </w:r>
    </w:p>
    <w:p w14:paraId="2D98875F" w14:textId="77777777" w:rsidR="009D0FD3" w:rsidRDefault="00D05A5D">
      <w:pPr>
        <w:spacing w:after="0"/>
      </w:pPr>
      <w:r>
        <w:rPr>
          <w:rFonts w:ascii="Arial" w:hAnsi="Arial"/>
        </w:rPr>
        <w:t>I think they're like a lot closer to even now.</w:t>
      </w:r>
    </w:p>
    <w:p w14:paraId="4F8E05A0" w14:textId="77777777" w:rsidR="009D0FD3" w:rsidRDefault="009D0FD3">
      <w:pPr>
        <w:spacing w:after="0"/>
      </w:pPr>
    </w:p>
    <w:p w14:paraId="167ABB38" w14:textId="77777777" w:rsidR="009D0FD3" w:rsidRDefault="00D05A5D">
      <w:pPr>
        <w:spacing w:after="0"/>
      </w:pPr>
      <w:r>
        <w:rPr>
          <w:rFonts w:ascii="Arial" w:hAnsi="Arial"/>
          <w:b/>
        </w:rPr>
        <w:t xml:space="preserve">Interviewer P:  </w:t>
      </w:r>
      <w:r>
        <w:rPr>
          <w:rFonts w:ascii="Arial" w:hAnsi="Arial"/>
          <w:color w:val="5D7284"/>
        </w:rPr>
        <w:t>39:31</w:t>
      </w:r>
    </w:p>
    <w:p w14:paraId="7D6D22FD" w14:textId="77777777" w:rsidR="009D0FD3" w:rsidRDefault="00D05A5D">
      <w:pPr>
        <w:spacing w:after="0"/>
      </w:pPr>
      <w:r>
        <w:rPr>
          <w:rFonts w:ascii="Arial" w:hAnsi="Arial"/>
        </w:rPr>
        <w:t>With the speed that they're racing.</w:t>
      </w:r>
    </w:p>
    <w:p w14:paraId="5EE44755" w14:textId="77777777" w:rsidR="009D0FD3" w:rsidRDefault="009D0FD3">
      <w:pPr>
        <w:spacing w:after="0"/>
      </w:pPr>
    </w:p>
    <w:p w14:paraId="769178A5" w14:textId="77777777" w:rsidR="009D0FD3" w:rsidRDefault="00D05A5D">
      <w:pPr>
        <w:spacing w:after="0"/>
      </w:pPr>
      <w:r>
        <w:rPr>
          <w:rFonts w:ascii="Arial" w:hAnsi="Arial"/>
          <w:b/>
        </w:rPr>
        <w:t xml:space="preserve">Participant #4:  </w:t>
      </w:r>
      <w:r>
        <w:rPr>
          <w:rFonts w:ascii="Arial" w:hAnsi="Arial"/>
          <w:color w:val="5D7284"/>
        </w:rPr>
        <w:t>39:32</w:t>
      </w:r>
    </w:p>
    <w:p w14:paraId="45CE39F1" w14:textId="77777777" w:rsidR="009D0FD3" w:rsidRDefault="00D05A5D">
      <w:pPr>
        <w:spacing w:after="0"/>
      </w:pPr>
      <w:r>
        <w:rPr>
          <w:rFonts w:ascii="Arial" w:hAnsi="Arial"/>
        </w:rPr>
        <w:t>With the speed that they're racing, yeah. We're a little closer than they were before.</w:t>
      </w:r>
    </w:p>
    <w:p w14:paraId="1391B0E3" w14:textId="77777777" w:rsidR="009D0FD3" w:rsidRDefault="009D0FD3">
      <w:pPr>
        <w:spacing w:after="0"/>
      </w:pPr>
    </w:p>
    <w:p w14:paraId="573BC23D" w14:textId="77777777" w:rsidR="009D0FD3" w:rsidRDefault="00D05A5D">
      <w:pPr>
        <w:spacing w:after="0"/>
      </w:pPr>
      <w:r>
        <w:rPr>
          <w:rFonts w:ascii="Arial" w:hAnsi="Arial"/>
          <w:b/>
        </w:rPr>
        <w:t xml:space="preserve">Interviewer P:  </w:t>
      </w:r>
      <w:r>
        <w:rPr>
          <w:rFonts w:ascii="Arial" w:hAnsi="Arial"/>
          <w:color w:val="5D7284"/>
        </w:rPr>
        <w:t>39:37</w:t>
      </w:r>
    </w:p>
    <w:p w14:paraId="2A978CD5" w14:textId="18B9FDF5" w:rsidR="009D0FD3" w:rsidRDefault="00D05A5D">
      <w:pPr>
        <w:spacing w:after="0"/>
      </w:pPr>
      <w:r>
        <w:rPr>
          <w:rFonts w:ascii="Arial" w:hAnsi="Arial"/>
        </w:rPr>
        <w:t xml:space="preserve">Yeah, yeah, yeah. That poor orange one is doing cartwheels did anything about that surprise </w:t>
      </w:r>
      <w:r w:rsidR="00194E72">
        <w:rPr>
          <w:rFonts w:ascii="Arial" w:hAnsi="Arial"/>
        </w:rPr>
        <w:t>you.</w:t>
      </w:r>
    </w:p>
    <w:p w14:paraId="130285B9" w14:textId="77777777" w:rsidR="009D0FD3" w:rsidRDefault="009D0FD3">
      <w:pPr>
        <w:spacing w:after="0"/>
      </w:pPr>
    </w:p>
    <w:p w14:paraId="62D0C27A" w14:textId="77777777" w:rsidR="009D0FD3" w:rsidRDefault="00D05A5D">
      <w:pPr>
        <w:spacing w:after="0"/>
      </w:pPr>
      <w:r>
        <w:rPr>
          <w:rFonts w:ascii="Arial" w:hAnsi="Arial"/>
          <w:b/>
        </w:rPr>
        <w:t xml:space="preserve">Participant #4:  </w:t>
      </w:r>
      <w:r>
        <w:rPr>
          <w:rFonts w:ascii="Arial" w:hAnsi="Arial"/>
          <w:color w:val="5D7284"/>
        </w:rPr>
        <w:t>39:48</w:t>
      </w:r>
    </w:p>
    <w:p w14:paraId="7DC1ABF7" w14:textId="77777777" w:rsidR="009D0FD3" w:rsidRDefault="00D05A5D">
      <w:pPr>
        <w:spacing w:after="0"/>
      </w:pPr>
      <w:r>
        <w:rPr>
          <w:rFonts w:ascii="Arial" w:hAnsi="Arial"/>
        </w:rPr>
        <w:t>Yes and no like so the I expected the bottom ones to stop moving and the top ones is still keep moving which is kind of happened after a little bit. Like the bottom ones did stop and the top ones are still going. I didn't expect the bottom line is to keep going as strong as they weren't going. I thought they would like shake or resist the movement a little more.</w:t>
      </w:r>
    </w:p>
    <w:p w14:paraId="09EF2748" w14:textId="77777777" w:rsidR="009D0FD3" w:rsidRDefault="009D0FD3">
      <w:pPr>
        <w:spacing w:after="0"/>
      </w:pPr>
    </w:p>
    <w:p w14:paraId="36C2B512" w14:textId="77777777" w:rsidR="009D0FD3" w:rsidRDefault="00D05A5D">
      <w:pPr>
        <w:spacing w:after="0"/>
      </w:pPr>
      <w:r>
        <w:rPr>
          <w:rFonts w:ascii="Arial" w:hAnsi="Arial"/>
          <w:b/>
        </w:rPr>
        <w:t xml:space="preserve">Interviewer P:  </w:t>
      </w:r>
      <w:r>
        <w:rPr>
          <w:rFonts w:ascii="Arial" w:hAnsi="Arial"/>
          <w:color w:val="5D7284"/>
        </w:rPr>
        <w:t>40:06</w:t>
      </w:r>
    </w:p>
    <w:p w14:paraId="66A94B0E" w14:textId="77777777" w:rsidR="009D0FD3" w:rsidRDefault="00D05A5D">
      <w:pPr>
        <w:spacing w:after="0"/>
      </w:pPr>
      <w:r>
        <w:rPr>
          <w:rFonts w:ascii="Arial" w:hAnsi="Arial"/>
        </w:rPr>
        <w:t>And why or why do you think the ones on the top are still going and the ones on the bottom are just they're dead.</w:t>
      </w:r>
    </w:p>
    <w:p w14:paraId="07B137EC" w14:textId="77777777" w:rsidR="009D0FD3" w:rsidRDefault="009D0FD3">
      <w:pPr>
        <w:spacing w:after="0"/>
      </w:pPr>
    </w:p>
    <w:p w14:paraId="34BB186D" w14:textId="77777777" w:rsidR="009D0FD3" w:rsidRDefault="00D05A5D">
      <w:pPr>
        <w:spacing w:after="0"/>
      </w:pPr>
      <w:r>
        <w:rPr>
          <w:rFonts w:ascii="Arial" w:hAnsi="Arial"/>
          <w:b/>
        </w:rPr>
        <w:t xml:space="preserve">Participant #4:  </w:t>
      </w:r>
      <w:r>
        <w:rPr>
          <w:rFonts w:ascii="Arial" w:hAnsi="Arial"/>
          <w:color w:val="5D7284"/>
        </w:rPr>
        <w:t>40:12</w:t>
      </w:r>
    </w:p>
    <w:p w14:paraId="08A4D036" w14:textId="77777777" w:rsidR="009D0FD3" w:rsidRDefault="00D05A5D">
      <w:pPr>
        <w:spacing w:after="0"/>
      </w:pPr>
      <w:r>
        <w:rPr>
          <w:rFonts w:ascii="Arial" w:hAnsi="Arial"/>
        </w:rPr>
        <w:t>Because the ones at the bottom were being moved by the tank. The ones at the top would be moved by the water that the tank had already moved and spun.</w:t>
      </w:r>
    </w:p>
    <w:p w14:paraId="35D46D74" w14:textId="77777777" w:rsidR="009D0FD3" w:rsidRDefault="009D0FD3">
      <w:pPr>
        <w:spacing w:after="0"/>
      </w:pPr>
    </w:p>
    <w:p w14:paraId="3177B9B5" w14:textId="77777777" w:rsidR="009D0FD3" w:rsidRDefault="00D05A5D">
      <w:pPr>
        <w:spacing w:after="0"/>
      </w:pPr>
      <w:r>
        <w:rPr>
          <w:rFonts w:ascii="Arial" w:hAnsi="Arial"/>
          <w:b/>
        </w:rPr>
        <w:t xml:space="preserve">Interviewer P:  </w:t>
      </w:r>
      <w:r>
        <w:rPr>
          <w:rFonts w:ascii="Arial" w:hAnsi="Arial"/>
          <w:color w:val="5D7284"/>
        </w:rPr>
        <w:t>40:20</w:t>
      </w:r>
    </w:p>
    <w:p w14:paraId="591C21EE" w14:textId="77777777" w:rsidR="009D0FD3" w:rsidRDefault="00D05A5D">
      <w:pPr>
        <w:spacing w:after="0"/>
      </w:pPr>
      <w:r>
        <w:rPr>
          <w:rFonts w:ascii="Arial" w:hAnsi="Arial"/>
        </w:rPr>
        <w:t xml:space="preserve">And is the water still going? </w:t>
      </w:r>
    </w:p>
    <w:p w14:paraId="274E84C0" w14:textId="77777777" w:rsidR="009D0FD3" w:rsidRDefault="009D0FD3">
      <w:pPr>
        <w:spacing w:after="0"/>
      </w:pPr>
    </w:p>
    <w:p w14:paraId="0A4772B3" w14:textId="77777777" w:rsidR="009D0FD3" w:rsidRDefault="00D05A5D">
      <w:pPr>
        <w:spacing w:after="0"/>
      </w:pPr>
      <w:r>
        <w:rPr>
          <w:rFonts w:ascii="Arial" w:hAnsi="Arial"/>
          <w:b/>
        </w:rPr>
        <w:t xml:space="preserve">Participant #4:  </w:t>
      </w:r>
      <w:r>
        <w:rPr>
          <w:rFonts w:ascii="Arial" w:hAnsi="Arial"/>
          <w:color w:val="5D7284"/>
        </w:rPr>
        <w:t>40:22</w:t>
      </w:r>
    </w:p>
    <w:p w14:paraId="7207F24C" w14:textId="77777777" w:rsidR="009D0FD3" w:rsidRDefault="00D05A5D">
      <w:pPr>
        <w:spacing w:after="0"/>
      </w:pPr>
      <w:r>
        <w:rPr>
          <w:rFonts w:ascii="Arial" w:hAnsi="Arial"/>
        </w:rPr>
        <w:t xml:space="preserve">Yeah. At least the top of the water is, still definitely cool. </w:t>
      </w:r>
    </w:p>
    <w:p w14:paraId="35E7536F" w14:textId="77777777" w:rsidR="009D0FD3" w:rsidRDefault="009D0FD3">
      <w:pPr>
        <w:spacing w:after="0"/>
      </w:pPr>
    </w:p>
    <w:p w14:paraId="06788C8A" w14:textId="77777777" w:rsidR="009D0FD3" w:rsidRDefault="00D05A5D">
      <w:pPr>
        <w:spacing w:after="0"/>
      </w:pPr>
      <w:r>
        <w:rPr>
          <w:rFonts w:ascii="Arial" w:hAnsi="Arial"/>
          <w:b/>
        </w:rPr>
        <w:t xml:space="preserve">Interviewer P:  </w:t>
      </w:r>
      <w:r>
        <w:rPr>
          <w:rFonts w:ascii="Arial" w:hAnsi="Arial"/>
          <w:color w:val="5D7284"/>
        </w:rPr>
        <w:t>40:32</w:t>
      </w:r>
    </w:p>
    <w:p w14:paraId="59B43AFC" w14:textId="77777777" w:rsidR="009D0FD3" w:rsidRDefault="00D05A5D">
      <w:pPr>
        <w:spacing w:after="0"/>
      </w:pPr>
      <w:r>
        <w:rPr>
          <w:rFonts w:ascii="Arial" w:hAnsi="Arial"/>
        </w:rPr>
        <w:lastRenderedPageBreak/>
        <w:t>All right. Well, that is it. In a turn this off.</w:t>
      </w:r>
    </w:p>
    <w:sectPr w:rsidR="009D0FD3"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3A2E11" w14:textId="77777777" w:rsidR="00B85E01" w:rsidRDefault="00B85E01">
      <w:pPr>
        <w:spacing w:after="0" w:line="240" w:lineRule="auto"/>
      </w:pPr>
      <w:r>
        <w:separator/>
      </w:r>
    </w:p>
  </w:endnote>
  <w:endnote w:type="continuationSeparator" w:id="0">
    <w:p w14:paraId="5CC0C7DD" w14:textId="77777777" w:rsidR="00B85E01" w:rsidRDefault="00B85E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47E31ECE"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6F219CCD"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78947C0"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57F287DB"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0E52B67A"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9F1957"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715300" w14:textId="77777777" w:rsidR="00B85E01" w:rsidRDefault="00B85E01">
      <w:pPr>
        <w:spacing w:after="0" w:line="240" w:lineRule="auto"/>
      </w:pPr>
      <w:r>
        <w:separator/>
      </w:r>
    </w:p>
  </w:footnote>
  <w:footnote w:type="continuationSeparator" w:id="0">
    <w:p w14:paraId="7638B8D9" w14:textId="77777777" w:rsidR="00B85E01" w:rsidRDefault="00B85E0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A6789A"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24378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CF7ADA"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910315399">
    <w:abstractNumId w:val="8"/>
  </w:num>
  <w:num w:numId="2" w16cid:durableId="1326934227">
    <w:abstractNumId w:val="6"/>
  </w:num>
  <w:num w:numId="3" w16cid:durableId="1091463947">
    <w:abstractNumId w:val="5"/>
  </w:num>
  <w:num w:numId="4" w16cid:durableId="1982421730">
    <w:abstractNumId w:val="4"/>
  </w:num>
  <w:num w:numId="5" w16cid:durableId="272372521">
    <w:abstractNumId w:val="7"/>
  </w:num>
  <w:num w:numId="6" w16cid:durableId="1986349766">
    <w:abstractNumId w:val="3"/>
  </w:num>
  <w:num w:numId="7" w16cid:durableId="1200893809">
    <w:abstractNumId w:val="2"/>
  </w:num>
  <w:num w:numId="8" w16cid:durableId="1556352416">
    <w:abstractNumId w:val="1"/>
  </w:num>
  <w:num w:numId="9" w16cid:durableId="2426844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194E72"/>
    <w:rsid w:val="0029639D"/>
    <w:rsid w:val="00326F90"/>
    <w:rsid w:val="004A641F"/>
    <w:rsid w:val="004B593C"/>
    <w:rsid w:val="006E2A8C"/>
    <w:rsid w:val="007749AF"/>
    <w:rsid w:val="00794EBC"/>
    <w:rsid w:val="00930F33"/>
    <w:rsid w:val="009C3AF0"/>
    <w:rsid w:val="009D0FD3"/>
    <w:rsid w:val="00A12EE5"/>
    <w:rsid w:val="00AA1D8D"/>
    <w:rsid w:val="00B47730"/>
    <w:rsid w:val="00B85E01"/>
    <w:rsid w:val="00BA4C2B"/>
    <w:rsid w:val="00BD0140"/>
    <w:rsid w:val="00C24502"/>
    <w:rsid w:val="00CB0664"/>
    <w:rsid w:val="00D05A5D"/>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5C87060"/>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491ABF38-6691-4003-8A14-592F4762F0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D1CC783-4ED5-4A86-B74D-6EB8015BA38F}">
  <ds:schemaRefs>
    <ds:schemaRef ds:uri="http://schemas.microsoft.com/sharepoint/v3/contenttype/forms"/>
  </ds:schemaRefs>
</ds:datastoreItem>
</file>

<file path=customXml/itemProps4.xml><?xml version="1.0" encoding="utf-8"?>
<ds:datastoreItem xmlns:ds="http://schemas.openxmlformats.org/officeDocument/2006/customXml" ds:itemID="{59196996-CC05-4548-B0E9-985AD459A9FF}">
  <ds:schemaRefs>
    <ds:schemaRef ds:uri="http://purl.org/dc/elements/1.1/"/>
    <ds:schemaRef ds:uri="http://schemas.microsoft.com/office/2006/metadata/properties"/>
    <ds:schemaRef ds:uri="http://schemas.microsoft.com/office/infopath/2007/PartnerControls"/>
    <ds:schemaRef ds:uri="http://purl.org/dc/terms/"/>
    <ds:schemaRef ds:uri="http://purl.org/dc/dcmitype/"/>
    <ds:schemaRef ds:uri="eeef5ad7-d6de-419e-9305-cd9bdd8d89a9"/>
    <ds:schemaRef ds:uri="http://schemas.openxmlformats.org/package/2006/metadata/core-properties"/>
    <ds:schemaRef ds:uri="http://schemas.microsoft.com/office/2006/documentManagement/types"/>
    <ds:schemaRef ds:uri="5b1983e9-55b4-4f9e-a196-30376d2238aa"/>
    <ds:schemaRef ds:uri="http://schemas.microsoft.com/sharepoint/v3"/>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4261</Words>
  <Characters>24291</Characters>
  <Application>Microsoft Office Word</Application>
  <DocSecurity>4</DocSecurity>
  <Lines>202</Lines>
  <Paragraphs>56</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28496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2024-05-21T16:06:00Z</dcterms:created>
  <dcterms:modified xsi:type="dcterms:W3CDTF">2024-05-21T16:06:00Z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