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49952" w14:textId="77777777" w:rsidR="00930F33" w:rsidRDefault="00930F33">
      <w:pPr>
        <w:spacing w:after="0"/>
        <w:rPr>
          <w:lang w:eastAsia="zh-CN"/>
        </w:rPr>
      </w:pPr>
    </w:p>
    <w:p w14:paraId="556AAF1C" w14:textId="77777777" w:rsidR="00F3069B" w:rsidRDefault="00764CA8">
      <w:r>
        <w:rPr>
          <w:rFonts w:ascii="Arial" w:hAnsi="Arial"/>
          <w:sz w:val="48"/>
        </w:rPr>
        <w:t>Participant #3</w:t>
      </w:r>
    </w:p>
    <w:p w14:paraId="78CCBA95" w14:textId="67C9F273" w:rsidR="00F3069B" w:rsidRDefault="00764CA8">
      <w:r>
        <w:rPr>
          <w:rFonts w:ascii="Arial" w:hAnsi="Arial"/>
          <w:color w:val="4F6880"/>
        </w:rPr>
        <w:t xml:space="preserve">Fri, Jan 19, </w:t>
      </w:r>
      <w:r w:rsidR="005A36E4">
        <w:rPr>
          <w:rFonts w:ascii="Arial" w:hAnsi="Arial"/>
          <w:color w:val="4F6880"/>
        </w:rPr>
        <w:t>2024,</w:t>
      </w:r>
      <w:r>
        <w:rPr>
          <w:rFonts w:ascii="Arial" w:hAnsi="Arial"/>
          <w:color w:val="4F6880"/>
        </w:rPr>
        <w:t xml:space="preserve"> 11:41AM • 41:07</w:t>
      </w:r>
    </w:p>
    <w:p w14:paraId="611ED82B" w14:textId="77777777" w:rsidR="00F3069B" w:rsidRDefault="00764CA8">
      <w:pPr>
        <w:spacing w:before="440" w:after="0"/>
      </w:pPr>
      <w:r>
        <w:rPr>
          <w:rFonts w:ascii="Arial" w:hAnsi="Arial"/>
          <w:b/>
          <w:color w:val="4F6880"/>
        </w:rPr>
        <w:t>SUMMARY KEYWORDS</w:t>
      </w:r>
    </w:p>
    <w:p w14:paraId="7757D4FE" w14:textId="1DCECEA0" w:rsidR="00F3069B" w:rsidRDefault="00764CA8">
      <w:r>
        <w:rPr>
          <w:rFonts w:ascii="Arial" w:hAnsi="Arial"/>
          <w:color w:val="4F6880"/>
        </w:rPr>
        <w:t xml:space="preserve">jell, spinning, moving, tank, water, dividing wall, bottom, sketch, dye, stopped, clump, thought, movement, spiral, stirring, cool, color, slowly, swirling, </w:t>
      </w:r>
      <w:r w:rsidR="005A36E4">
        <w:rPr>
          <w:rFonts w:ascii="Arial" w:hAnsi="Arial"/>
          <w:color w:val="4F6880"/>
        </w:rPr>
        <w:t>top.</w:t>
      </w:r>
    </w:p>
    <w:p w14:paraId="7F92F946" w14:textId="77777777" w:rsidR="00F3069B" w:rsidRDefault="00764CA8">
      <w:pPr>
        <w:spacing w:before="440" w:after="0"/>
      </w:pPr>
      <w:r>
        <w:rPr>
          <w:rFonts w:ascii="Arial" w:hAnsi="Arial"/>
          <w:b/>
          <w:color w:val="4F6880"/>
        </w:rPr>
        <w:t>SPEAKERS</w:t>
      </w:r>
    </w:p>
    <w:p w14:paraId="4471ECF0" w14:textId="30F9585A" w:rsidR="00F3069B" w:rsidRDefault="00764CA8">
      <w:r>
        <w:rPr>
          <w:rFonts w:ascii="Arial" w:hAnsi="Arial"/>
          <w:color w:val="4F6880"/>
        </w:rPr>
        <w:t>Participant #</w:t>
      </w:r>
      <w:r w:rsidR="005A36E4">
        <w:rPr>
          <w:rFonts w:ascii="Arial" w:hAnsi="Arial"/>
          <w:color w:val="4F6880"/>
        </w:rPr>
        <w:t>3,</w:t>
      </w:r>
      <w:r>
        <w:rPr>
          <w:rFonts w:ascii="Arial" w:hAnsi="Arial"/>
          <w:color w:val="4F6880"/>
        </w:rPr>
        <w:t xml:space="preserve"> Interviewer P:</w:t>
      </w:r>
    </w:p>
    <w:p w14:paraId="619B8C6D" w14:textId="77777777" w:rsidR="00F3069B" w:rsidRDefault="00F3069B">
      <w:pPr>
        <w:spacing w:after="0"/>
      </w:pPr>
    </w:p>
    <w:p w14:paraId="27671840" w14:textId="77777777" w:rsidR="00F3069B" w:rsidRDefault="00764CA8">
      <w:pPr>
        <w:spacing w:after="0"/>
      </w:pPr>
      <w:r>
        <w:rPr>
          <w:rFonts w:ascii="Arial" w:hAnsi="Arial"/>
          <w:b/>
        </w:rPr>
        <w:t xml:space="preserve">Interviewer P:  </w:t>
      </w:r>
      <w:r>
        <w:rPr>
          <w:rFonts w:ascii="Arial" w:hAnsi="Arial"/>
          <w:color w:val="5D7284"/>
        </w:rPr>
        <w:t>00:04</w:t>
      </w:r>
    </w:p>
    <w:p w14:paraId="391A233F" w14:textId="7BA6A6B1" w:rsidR="00F3069B" w:rsidRDefault="00764CA8">
      <w:pPr>
        <w:spacing w:after="0"/>
      </w:pPr>
      <w:r>
        <w:rPr>
          <w:rFonts w:ascii="Arial" w:hAnsi="Arial"/>
        </w:rPr>
        <w:t xml:space="preserve">And this is participant number </w:t>
      </w:r>
      <w:r w:rsidR="005A36E4">
        <w:rPr>
          <w:rFonts w:ascii="Arial" w:hAnsi="Arial"/>
        </w:rPr>
        <w:t>three,</w:t>
      </w:r>
      <w:r>
        <w:rPr>
          <w:rFonts w:ascii="Arial" w:hAnsi="Arial"/>
        </w:rPr>
        <w:t xml:space="preserve"> and we have cold and warm water and I'm gonna pour them onto either side. The dividing wall is a little bit leaky not too I pour them at the same time, but it will for the most part hold them back until I remove it. All right and then we'll watch and observe what happens. But before we do that when I'm going to ask you to do is i am going to give you this and you have colored pencils over there so you can use whatever color you want. And I'm going to ask you to sketch what you think the tank will loo</w:t>
      </w:r>
      <w:r>
        <w:rPr>
          <w:rFonts w:ascii="Arial" w:hAnsi="Arial"/>
        </w:rPr>
        <w:t xml:space="preserve">k like. Not immediately but like a full minute after I've removed the dividing wall. Okay, so like you said you got plenty of colors there you can use whatever you want so a sketch of how you think the tank will look one minute after I removed the dividing </w:t>
      </w:r>
      <w:r w:rsidR="005A36E4">
        <w:rPr>
          <w:rFonts w:ascii="Arial" w:hAnsi="Arial"/>
        </w:rPr>
        <w:t>wall,</w:t>
      </w:r>
      <w:r>
        <w:rPr>
          <w:rFonts w:ascii="Arial" w:hAnsi="Arial"/>
        </w:rPr>
        <w:t xml:space="preserve"> I'm going to grab my phone so that I can use it as a timer. It will be good when we have a bigger space. Okay, can you tell me about your sketch.</w:t>
      </w:r>
    </w:p>
    <w:p w14:paraId="3AC6F31E" w14:textId="77777777" w:rsidR="00F3069B" w:rsidRDefault="00F3069B">
      <w:pPr>
        <w:spacing w:after="0"/>
      </w:pPr>
    </w:p>
    <w:p w14:paraId="7D698775" w14:textId="77777777" w:rsidR="00F3069B" w:rsidRDefault="00764CA8">
      <w:pPr>
        <w:spacing w:after="0"/>
      </w:pPr>
      <w:r>
        <w:rPr>
          <w:rFonts w:ascii="Arial" w:hAnsi="Arial"/>
          <w:b/>
        </w:rPr>
        <w:t xml:space="preserve">Participant #3:  </w:t>
      </w:r>
      <w:r>
        <w:rPr>
          <w:rFonts w:ascii="Arial" w:hAnsi="Arial"/>
          <w:color w:val="5D7284"/>
        </w:rPr>
        <w:t>01:42</w:t>
      </w:r>
    </w:p>
    <w:p w14:paraId="547E913C" w14:textId="7DD3EC33" w:rsidR="00F3069B" w:rsidRDefault="00764CA8">
      <w:pPr>
        <w:spacing w:after="0"/>
      </w:pPr>
      <w:r>
        <w:rPr>
          <w:rFonts w:ascii="Arial" w:hAnsi="Arial"/>
        </w:rPr>
        <w:t xml:space="preserve">Um, I when I remember I just remember like walking in the ocean and like it'll be hotter more above the water. </w:t>
      </w:r>
      <w:r w:rsidR="005A36E4">
        <w:rPr>
          <w:rFonts w:ascii="Arial" w:hAnsi="Arial"/>
        </w:rPr>
        <w:t>So,</w:t>
      </w:r>
      <w:r>
        <w:rPr>
          <w:rFonts w:ascii="Arial" w:hAnsi="Arial"/>
        </w:rPr>
        <w:t xml:space="preserve"> but it's also sometimes I think it's not an exact like oil and water complete device split. </w:t>
      </w:r>
      <w:r w:rsidR="005A36E4">
        <w:rPr>
          <w:rFonts w:ascii="Arial" w:hAnsi="Arial"/>
        </w:rPr>
        <w:t>So,</w:t>
      </w:r>
      <w:r>
        <w:rPr>
          <w:rFonts w:ascii="Arial" w:hAnsi="Arial"/>
        </w:rPr>
        <w:t xml:space="preserve"> I put that the cool waters at the bottom and then there's also a little bit of hot water in the cold water, but maybe not at the top.</w:t>
      </w:r>
    </w:p>
    <w:p w14:paraId="16967CB2" w14:textId="77777777" w:rsidR="00F3069B" w:rsidRDefault="00F3069B">
      <w:pPr>
        <w:spacing w:after="0"/>
      </w:pPr>
    </w:p>
    <w:p w14:paraId="263A8099" w14:textId="77777777" w:rsidR="00F3069B" w:rsidRDefault="00764CA8">
      <w:pPr>
        <w:spacing w:after="0"/>
      </w:pPr>
      <w:r>
        <w:rPr>
          <w:rFonts w:ascii="Arial" w:hAnsi="Arial"/>
          <w:b/>
        </w:rPr>
        <w:t xml:space="preserve">Interviewer P:  </w:t>
      </w:r>
      <w:r>
        <w:rPr>
          <w:rFonts w:ascii="Arial" w:hAnsi="Arial"/>
          <w:color w:val="5D7284"/>
        </w:rPr>
        <w:t>02:11</w:t>
      </w:r>
    </w:p>
    <w:p w14:paraId="2D642F72" w14:textId="77777777" w:rsidR="00F3069B" w:rsidRDefault="00764CA8">
      <w:pPr>
        <w:spacing w:after="0"/>
      </w:pPr>
      <w:r>
        <w:rPr>
          <w:rFonts w:ascii="Arial" w:hAnsi="Arial"/>
        </w:rPr>
        <w:t xml:space="preserve">Okay, and so when I move that dividing wall and the water starts moving, can you explain a little bit about you can like kind of show with your hands if you want but can you explain how you think the water will move to get to that position? </w:t>
      </w:r>
    </w:p>
    <w:p w14:paraId="777CF54A" w14:textId="77777777" w:rsidR="00F3069B" w:rsidRDefault="00F3069B">
      <w:pPr>
        <w:spacing w:after="0"/>
      </w:pPr>
    </w:p>
    <w:p w14:paraId="0FDAFFA9" w14:textId="77777777" w:rsidR="00F3069B" w:rsidRDefault="00764CA8">
      <w:pPr>
        <w:spacing w:after="0"/>
      </w:pPr>
      <w:r>
        <w:rPr>
          <w:rFonts w:ascii="Arial" w:hAnsi="Arial"/>
          <w:b/>
        </w:rPr>
        <w:t xml:space="preserve">Participant #3:  </w:t>
      </w:r>
      <w:r>
        <w:rPr>
          <w:rFonts w:ascii="Arial" w:hAnsi="Arial"/>
          <w:color w:val="5D7284"/>
        </w:rPr>
        <w:t>02:29</w:t>
      </w:r>
    </w:p>
    <w:p w14:paraId="5F8EBFE6" w14:textId="77777777" w:rsidR="00F3069B" w:rsidRDefault="00764CA8">
      <w:pPr>
        <w:spacing w:after="0"/>
      </w:pPr>
      <w:r>
        <w:rPr>
          <w:rFonts w:ascii="Arial" w:hAnsi="Arial"/>
        </w:rPr>
        <w:t>I think it'll just sort of collide and then slowly separate a little bit.</w:t>
      </w:r>
    </w:p>
    <w:p w14:paraId="0264BBAA" w14:textId="77777777" w:rsidR="00F3069B" w:rsidRDefault="00F3069B">
      <w:pPr>
        <w:spacing w:after="0"/>
      </w:pPr>
    </w:p>
    <w:p w14:paraId="6D802BD1" w14:textId="77777777" w:rsidR="00F3069B" w:rsidRDefault="00764CA8">
      <w:pPr>
        <w:spacing w:after="0"/>
      </w:pPr>
      <w:r>
        <w:rPr>
          <w:rFonts w:ascii="Arial" w:hAnsi="Arial"/>
          <w:b/>
        </w:rPr>
        <w:t xml:space="preserve">Interviewer P:  </w:t>
      </w:r>
      <w:r>
        <w:rPr>
          <w:rFonts w:ascii="Arial" w:hAnsi="Arial"/>
          <w:color w:val="5D7284"/>
        </w:rPr>
        <w:t>02:37</w:t>
      </w:r>
    </w:p>
    <w:p w14:paraId="691DE092" w14:textId="77777777" w:rsidR="00F3069B" w:rsidRDefault="00764CA8">
      <w:pPr>
        <w:spacing w:after="0"/>
      </w:pPr>
      <w:r>
        <w:rPr>
          <w:rFonts w:ascii="Arial" w:hAnsi="Arial"/>
        </w:rPr>
        <w:t>Yeah.</w:t>
      </w:r>
    </w:p>
    <w:p w14:paraId="3A3D242B" w14:textId="77777777" w:rsidR="00F3069B" w:rsidRDefault="00F3069B">
      <w:pPr>
        <w:spacing w:after="0"/>
      </w:pPr>
    </w:p>
    <w:p w14:paraId="56A16B5F" w14:textId="77777777" w:rsidR="00F3069B" w:rsidRDefault="00764CA8">
      <w:pPr>
        <w:spacing w:after="0"/>
      </w:pPr>
      <w:r>
        <w:rPr>
          <w:rFonts w:ascii="Arial" w:hAnsi="Arial"/>
          <w:b/>
        </w:rPr>
        <w:lastRenderedPageBreak/>
        <w:t xml:space="preserve">Participant #3:  </w:t>
      </w:r>
      <w:r>
        <w:rPr>
          <w:rFonts w:ascii="Arial" w:hAnsi="Arial"/>
          <w:color w:val="5D7284"/>
        </w:rPr>
        <w:t>02:38</w:t>
      </w:r>
    </w:p>
    <w:p w14:paraId="09A10EFB" w14:textId="77777777" w:rsidR="00F3069B" w:rsidRDefault="00764CA8">
      <w:pPr>
        <w:spacing w:after="0"/>
      </w:pPr>
      <w:r>
        <w:rPr>
          <w:rFonts w:ascii="Arial" w:hAnsi="Arial"/>
        </w:rPr>
        <w:t>Not too much.</w:t>
      </w:r>
    </w:p>
    <w:p w14:paraId="02C86324" w14:textId="77777777" w:rsidR="00F3069B" w:rsidRDefault="00F3069B">
      <w:pPr>
        <w:spacing w:after="0"/>
      </w:pPr>
    </w:p>
    <w:p w14:paraId="5C901925" w14:textId="77777777" w:rsidR="00F3069B" w:rsidRDefault="00764CA8">
      <w:pPr>
        <w:spacing w:after="0"/>
      </w:pPr>
      <w:r>
        <w:rPr>
          <w:rFonts w:ascii="Arial" w:hAnsi="Arial"/>
          <w:b/>
        </w:rPr>
        <w:t xml:space="preserve">Interviewer P:  </w:t>
      </w:r>
      <w:r>
        <w:rPr>
          <w:rFonts w:ascii="Arial" w:hAnsi="Arial"/>
          <w:color w:val="5D7284"/>
        </w:rPr>
        <w:t>02:38</w:t>
      </w:r>
    </w:p>
    <w:p w14:paraId="1F217BB5" w14:textId="77777777" w:rsidR="00F3069B" w:rsidRDefault="00764CA8">
      <w:pPr>
        <w:spacing w:after="0"/>
      </w:pPr>
      <w:r>
        <w:rPr>
          <w:rFonts w:ascii="Arial" w:hAnsi="Arial"/>
        </w:rPr>
        <w:t>Yeah.</w:t>
      </w:r>
    </w:p>
    <w:p w14:paraId="6293A25F" w14:textId="77777777" w:rsidR="00F3069B" w:rsidRDefault="00F3069B">
      <w:pPr>
        <w:spacing w:after="0"/>
      </w:pPr>
    </w:p>
    <w:p w14:paraId="54C90BA0" w14:textId="77777777" w:rsidR="00F3069B" w:rsidRDefault="00764CA8">
      <w:pPr>
        <w:spacing w:after="0"/>
      </w:pPr>
      <w:r>
        <w:rPr>
          <w:rFonts w:ascii="Arial" w:hAnsi="Arial"/>
          <w:b/>
        </w:rPr>
        <w:t xml:space="preserve">Participant #3:  </w:t>
      </w:r>
      <w:r>
        <w:rPr>
          <w:rFonts w:ascii="Arial" w:hAnsi="Arial"/>
          <w:color w:val="5D7284"/>
        </w:rPr>
        <w:t>02:40</w:t>
      </w:r>
    </w:p>
    <w:p w14:paraId="3FCFCF4B" w14:textId="77777777" w:rsidR="00F3069B" w:rsidRDefault="00764CA8">
      <w:pPr>
        <w:spacing w:after="0"/>
      </w:pPr>
      <w:r>
        <w:rPr>
          <w:rFonts w:ascii="Arial" w:hAnsi="Arial"/>
        </w:rPr>
        <w:t xml:space="preserve">I'm just like I'm thinking of just like oil and </w:t>
      </w:r>
      <w:r>
        <w:rPr>
          <w:rFonts w:ascii="Arial" w:hAnsi="Arial"/>
        </w:rPr>
        <w:t>water like this collide at first and the most slowly start to separate.</w:t>
      </w:r>
    </w:p>
    <w:p w14:paraId="225045BE" w14:textId="77777777" w:rsidR="00F3069B" w:rsidRDefault="00F3069B">
      <w:pPr>
        <w:spacing w:after="0"/>
      </w:pPr>
    </w:p>
    <w:p w14:paraId="7C904729" w14:textId="77777777" w:rsidR="00F3069B" w:rsidRDefault="00764CA8">
      <w:pPr>
        <w:spacing w:after="0"/>
      </w:pPr>
      <w:r>
        <w:rPr>
          <w:rFonts w:ascii="Arial" w:hAnsi="Arial"/>
          <w:b/>
        </w:rPr>
        <w:t xml:space="preserve">Interviewer P:  </w:t>
      </w:r>
      <w:r>
        <w:rPr>
          <w:rFonts w:ascii="Arial" w:hAnsi="Arial"/>
          <w:color w:val="5D7284"/>
        </w:rPr>
        <w:t>02:46</w:t>
      </w:r>
    </w:p>
    <w:p w14:paraId="4606F87D" w14:textId="77777777" w:rsidR="00F3069B" w:rsidRDefault="00764CA8">
      <w:pPr>
        <w:spacing w:after="0"/>
      </w:pPr>
      <w:r>
        <w:rPr>
          <w:rFonts w:ascii="Arial" w:hAnsi="Arial"/>
        </w:rPr>
        <w:t>Okay cool. All right, so let's go ahead and do this about another 30 seconds ... so did anything about that surprise you?</w:t>
      </w:r>
    </w:p>
    <w:p w14:paraId="1477B259" w14:textId="77777777" w:rsidR="00F3069B" w:rsidRDefault="00F3069B">
      <w:pPr>
        <w:spacing w:after="0"/>
      </w:pPr>
    </w:p>
    <w:p w14:paraId="4F01B921" w14:textId="77777777" w:rsidR="00F3069B" w:rsidRDefault="00764CA8">
      <w:pPr>
        <w:spacing w:after="0"/>
      </w:pPr>
      <w:r>
        <w:rPr>
          <w:rFonts w:ascii="Arial" w:hAnsi="Arial"/>
          <w:b/>
        </w:rPr>
        <w:t xml:space="preserve">Participant #3:  </w:t>
      </w:r>
      <w:r>
        <w:rPr>
          <w:rFonts w:ascii="Arial" w:hAnsi="Arial"/>
          <w:color w:val="5D7284"/>
        </w:rPr>
        <w:t>04:30</w:t>
      </w:r>
    </w:p>
    <w:p w14:paraId="1027F4B1" w14:textId="77777777" w:rsidR="00F3069B" w:rsidRDefault="00764CA8">
      <w:pPr>
        <w:spacing w:after="0"/>
      </w:pPr>
      <w:r>
        <w:rPr>
          <w:rFonts w:ascii="Arial" w:hAnsi="Arial"/>
        </w:rPr>
        <w:t>It's more split than I thought it would be like there's more of a like defining line between the two I thought it be more mixed.</w:t>
      </w:r>
    </w:p>
    <w:p w14:paraId="67E2EBA3" w14:textId="77777777" w:rsidR="00F3069B" w:rsidRDefault="00F3069B">
      <w:pPr>
        <w:spacing w:after="0"/>
      </w:pPr>
    </w:p>
    <w:p w14:paraId="0776B50B" w14:textId="77777777" w:rsidR="00F3069B" w:rsidRDefault="00764CA8">
      <w:pPr>
        <w:spacing w:after="0"/>
      </w:pPr>
      <w:r>
        <w:rPr>
          <w:rFonts w:ascii="Arial" w:hAnsi="Arial"/>
          <w:b/>
        </w:rPr>
        <w:t xml:space="preserve">Interviewer P:  </w:t>
      </w:r>
      <w:r>
        <w:rPr>
          <w:rFonts w:ascii="Arial" w:hAnsi="Arial"/>
          <w:color w:val="5D7284"/>
        </w:rPr>
        <w:t>04:39</w:t>
      </w:r>
    </w:p>
    <w:p w14:paraId="700C1EE4" w14:textId="77777777" w:rsidR="00F3069B" w:rsidRDefault="00764CA8">
      <w:pPr>
        <w:spacing w:after="0"/>
      </w:pPr>
      <w:r>
        <w:rPr>
          <w:rFonts w:ascii="Arial" w:hAnsi="Arial"/>
        </w:rPr>
        <w:t>And when you say more mixed. What is What do you mean by that?</w:t>
      </w:r>
    </w:p>
    <w:p w14:paraId="1C09FE00" w14:textId="77777777" w:rsidR="00F3069B" w:rsidRDefault="00F3069B">
      <w:pPr>
        <w:spacing w:after="0"/>
      </w:pPr>
    </w:p>
    <w:p w14:paraId="46621280" w14:textId="77777777" w:rsidR="00F3069B" w:rsidRDefault="00764CA8">
      <w:pPr>
        <w:spacing w:after="0"/>
      </w:pPr>
      <w:r>
        <w:rPr>
          <w:rFonts w:ascii="Arial" w:hAnsi="Arial"/>
          <w:b/>
        </w:rPr>
        <w:t xml:space="preserve">Participant #3:  </w:t>
      </w:r>
      <w:r>
        <w:rPr>
          <w:rFonts w:ascii="Arial" w:hAnsi="Arial"/>
          <w:color w:val="5D7284"/>
        </w:rPr>
        <w:t>04:42</w:t>
      </w:r>
    </w:p>
    <w:p w14:paraId="3B6CA3CC" w14:textId="77777777" w:rsidR="00F3069B" w:rsidRDefault="00764CA8">
      <w:pPr>
        <w:spacing w:after="0"/>
      </w:pPr>
      <w:r>
        <w:rPr>
          <w:rFonts w:ascii="Arial" w:hAnsi="Arial"/>
        </w:rPr>
        <w:t>Like I thought there would be some of like this color down here. Not like a lot but just like a faded bit, my guess it kind of like mixes. And I thought, there would be more down here too. It's just all up here.</w:t>
      </w:r>
    </w:p>
    <w:p w14:paraId="51D4A725" w14:textId="77777777" w:rsidR="00F3069B" w:rsidRDefault="00F3069B">
      <w:pPr>
        <w:spacing w:after="0"/>
      </w:pPr>
    </w:p>
    <w:p w14:paraId="661D0EB4" w14:textId="77777777" w:rsidR="00F3069B" w:rsidRDefault="00764CA8">
      <w:pPr>
        <w:spacing w:after="0"/>
      </w:pPr>
      <w:r>
        <w:rPr>
          <w:rFonts w:ascii="Arial" w:hAnsi="Arial"/>
          <w:b/>
        </w:rPr>
        <w:t xml:space="preserve">Interviewer P:  </w:t>
      </w:r>
      <w:r>
        <w:rPr>
          <w:rFonts w:ascii="Arial" w:hAnsi="Arial"/>
          <w:color w:val="5D7284"/>
        </w:rPr>
        <w:t>05:01</w:t>
      </w:r>
    </w:p>
    <w:p w14:paraId="03CA0E8C" w14:textId="77777777" w:rsidR="00F3069B" w:rsidRDefault="00764CA8">
      <w:pPr>
        <w:spacing w:after="0"/>
      </w:pPr>
      <w:r>
        <w:rPr>
          <w:rFonts w:ascii="Arial" w:hAnsi="Arial"/>
        </w:rPr>
        <w:t xml:space="preserve">Did anything surprise you about the way that it combined? Or didn't? </w:t>
      </w:r>
    </w:p>
    <w:p w14:paraId="799CCDB3" w14:textId="77777777" w:rsidR="00F3069B" w:rsidRDefault="00F3069B">
      <w:pPr>
        <w:spacing w:after="0"/>
      </w:pPr>
    </w:p>
    <w:p w14:paraId="0F8C38C0" w14:textId="77777777" w:rsidR="00F3069B" w:rsidRDefault="00764CA8">
      <w:pPr>
        <w:spacing w:after="0"/>
      </w:pPr>
      <w:r>
        <w:rPr>
          <w:rFonts w:ascii="Arial" w:hAnsi="Arial"/>
          <w:b/>
        </w:rPr>
        <w:t xml:space="preserve">Participant #3:  </w:t>
      </w:r>
      <w:r>
        <w:rPr>
          <w:rFonts w:ascii="Arial" w:hAnsi="Arial"/>
          <w:color w:val="5D7284"/>
        </w:rPr>
        <w:t>05:06</w:t>
      </w:r>
    </w:p>
    <w:p w14:paraId="1169E6CF" w14:textId="16FC251C" w:rsidR="00F3069B" w:rsidRDefault="00764CA8">
      <w:pPr>
        <w:spacing w:after="0"/>
      </w:pPr>
      <w:r>
        <w:rPr>
          <w:rFonts w:ascii="Arial" w:hAnsi="Arial"/>
        </w:rPr>
        <w:t xml:space="preserve">Yeah, it was cool to watch. Like </w:t>
      </w:r>
      <w:r w:rsidR="005A36E4">
        <w:rPr>
          <w:rFonts w:ascii="Arial" w:hAnsi="Arial"/>
        </w:rPr>
        <w:t>your</w:t>
      </w:r>
      <w:r>
        <w:rPr>
          <w:rFonts w:ascii="Arial" w:hAnsi="Arial"/>
        </w:rPr>
        <w:t xml:space="preserve"> kind of just like, one would go under. But it was like kind of like a wave like it would go under. And then it was like, go back. Like, it literally just looked like a wave to me.</w:t>
      </w:r>
    </w:p>
    <w:p w14:paraId="26C84A80" w14:textId="77777777" w:rsidR="00F3069B" w:rsidRDefault="00F3069B">
      <w:pPr>
        <w:spacing w:after="0"/>
      </w:pPr>
    </w:p>
    <w:p w14:paraId="6CDEC5EC" w14:textId="77777777" w:rsidR="00F3069B" w:rsidRDefault="00764CA8">
      <w:pPr>
        <w:spacing w:after="0"/>
      </w:pPr>
      <w:r>
        <w:rPr>
          <w:rFonts w:ascii="Arial" w:hAnsi="Arial"/>
          <w:b/>
        </w:rPr>
        <w:t xml:space="preserve">Interviewer P:  </w:t>
      </w:r>
      <w:r>
        <w:rPr>
          <w:rFonts w:ascii="Arial" w:hAnsi="Arial"/>
          <w:color w:val="5D7284"/>
        </w:rPr>
        <w:t>05:21</w:t>
      </w:r>
    </w:p>
    <w:p w14:paraId="395BDC21" w14:textId="77777777" w:rsidR="00F3069B" w:rsidRDefault="00764CA8">
      <w:pPr>
        <w:spacing w:after="0"/>
      </w:pPr>
      <w:r>
        <w:rPr>
          <w:rFonts w:ascii="Arial" w:hAnsi="Arial"/>
        </w:rPr>
        <w:t>And do you think it would stay like that forever?</w:t>
      </w:r>
    </w:p>
    <w:p w14:paraId="1418BF53" w14:textId="77777777" w:rsidR="00F3069B" w:rsidRDefault="00F3069B">
      <w:pPr>
        <w:spacing w:after="0"/>
      </w:pPr>
    </w:p>
    <w:p w14:paraId="147084C2" w14:textId="77777777" w:rsidR="00F3069B" w:rsidRDefault="00764CA8">
      <w:pPr>
        <w:spacing w:after="0"/>
      </w:pPr>
      <w:r>
        <w:rPr>
          <w:rFonts w:ascii="Arial" w:hAnsi="Arial"/>
          <w:b/>
        </w:rPr>
        <w:t xml:space="preserve">Participant #3:  </w:t>
      </w:r>
      <w:r>
        <w:rPr>
          <w:rFonts w:ascii="Arial" w:hAnsi="Arial"/>
          <w:color w:val="5D7284"/>
        </w:rPr>
        <w:t>05:25</w:t>
      </w:r>
    </w:p>
    <w:p w14:paraId="3BA1C365" w14:textId="77777777" w:rsidR="00F3069B" w:rsidRDefault="00764CA8">
      <w:pPr>
        <w:spacing w:after="0"/>
      </w:pPr>
      <w:r>
        <w:rPr>
          <w:rFonts w:ascii="Arial" w:hAnsi="Arial"/>
        </w:rPr>
        <w:t>No. I do not think so.</w:t>
      </w:r>
    </w:p>
    <w:p w14:paraId="47D1C704" w14:textId="77777777" w:rsidR="00F3069B" w:rsidRDefault="00F3069B">
      <w:pPr>
        <w:spacing w:after="0"/>
      </w:pPr>
    </w:p>
    <w:p w14:paraId="55CCCFAD" w14:textId="77777777" w:rsidR="00F3069B" w:rsidRDefault="00764CA8">
      <w:pPr>
        <w:spacing w:after="0"/>
      </w:pPr>
      <w:r>
        <w:rPr>
          <w:rFonts w:ascii="Arial" w:hAnsi="Arial"/>
          <w:b/>
        </w:rPr>
        <w:t xml:space="preserve">Interviewer P:  </w:t>
      </w:r>
      <w:r>
        <w:rPr>
          <w:rFonts w:ascii="Arial" w:hAnsi="Arial"/>
          <w:color w:val="5D7284"/>
        </w:rPr>
        <w:t>05:29</w:t>
      </w:r>
    </w:p>
    <w:p w14:paraId="2D47F6EA" w14:textId="77777777" w:rsidR="00F3069B" w:rsidRDefault="00764CA8">
      <w:pPr>
        <w:spacing w:after="0"/>
      </w:pPr>
      <w:r>
        <w:rPr>
          <w:rFonts w:ascii="Arial" w:hAnsi="Arial"/>
        </w:rPr>
        <w:t>How long? So. What? What if it doesn't stay like this forever? Then how would it change?</w:t>
      </w:r>
    </w:p>
    <w:p w14:paraId="3CD84B65" w14:textId="77777777" w:rsidR="00F3069B" w:rsidRDefault="00F3069B">
      <w:pPr>
        <w:spacing w:after="0"/>
      </w:pPr>
    </w:p>
    <w:p w14:paraId="50D13A1B" w14:textId="77777777" w:rsidR="00F3069B" w:rsidRDefault="00764CA8">
      <w:pPr>
        <w:spacing w:after="0"/>
      </w:pPr>
      <w:r>
        <w:rPr>
          <w:rFonts w:ascii="Arial" w:hAnsi="Arial"/>
          <w:b/>
        </w:rPr>
        <w:t xml:space="preserve">Participant #3:  </w:t>
      </w:r>
      <w:r>
        <w:rPr>
          <w:rFonts w:ascii="Arial" w:hAnsi="Arial"/>
          <w:color w:val="5D7284"/>
        </w:rPr>
        <w:t>05:37</w:t>
      </w:r>
    </w:p>
    <w:p w14:paraId="05AF048A" w14:textId="77777777" w:rsidR="00F3069B" w:rsidRDefault="00764CA8">
      <w:pPr>
        <w:spacing w:after="0"/>
      </w:pPr>
      <w:r>
        <w:rPr>
          <w:rFonts w:ascii="Arial" w:hAnsi="Arial"/>
        </w:rPr>
        <w:t>I think the hot water would eventually sink down to the bottom, because it's not going to be like hot as hot anymore.... cool down some.</w:t>
      </w:r>
    </w:p>
    <w:p w14:paraId="264DD6BC" w14:textId="77777777" w:rsidR="00F3069B" w:rsidRDefault="00F3069B">
      <w:pPr>
        <w:spacing w:after="0"/>
      </w:pPr>
    </w:p>
    <w:p w14:paraId="1333B168" w14:textId="77777777" w:rsidR="00F3069B" w:rsidRDefault="00764CA8">
      <w:pPr>
        <w:spacing w:after="0"/>
      </w:pPr>
      <w:r>
        <w:rPr>
          <w:rFonts w:ascii="Arial" w:hAnsi="Arial"/>
          <w:b/>
        </w:rPr>
        <w:t xml:space="preserve">Interviewer P:  </w:t>
      </w:r>
      <w:r>
        <w:rPr>
          <w:rFonts w:ascii="Arial" w:hAnsi="Arial"/>
          <w:color w:val="5D7284"/>
        </w:rPr>
        <w:t>05:50</w:t>
      </w:r>
    </w:p>
    <w:p w14:paraId="4129A4B8" w14:textId="77777777" w:rsidR="00F3069B" w:rsidRDefault="00764CA8">
      <w:pPr>
        <w:spacing w:after="0"/>
      </w:pPr>
      <w:r>
        <w:rPr>
          <w:rFonts w:ascii="Arial" w:hAnsi="Arial"/>
        </w:rPr>
        <w:t>Would that change the colors?</w:t>
      </w:r>
    </w:p>
    <w:p w14:paraId="75A0FAB0" w14:textId="77777777" w:rsidR="00F3069B" w:rsidRDefault="00F3069B">
      <w:pPr>
        <w:spacing w:after="0"/>
      </w:pPr>
    </w:p>
    <w:p w14:paraId="3BBE1598" w14:textId="77777777" w:rsidR="00F3069B" w:rsidRDefault="00764CA8">
      <w:pPr>
        <w:spacing w:after="0"/>
      </w:pPr>
      <w:r>
        <w:rPr>
          <w:rFonts w:ascii="Arial" w:hAnsi="Arial"/>
          <w:b/>
        </w:rPr>
        <w:t xml:space="preserve">Participant #3:  </w:t>
      </w:r>
      <w:r>
        <w:rPr>
          <w:rFonts w:ascii="Arial" w:hAnsi="Arial"/>
          <w:color w:val="5D7284"/>
        </w:rPr>
        <w:t>05:54</w:t>
      </w:r>
    </w:p>
    <w:p w14:paraId="064F3207" w14:textId="1443B41A" w:rsidR="00F3069B" w:rsidRDefault="00764CA8">
      <w:pPr>
        <w:spacing w:after="0"/>
      </w:pPr>
      <w:r>
        <w:rPr>
          <w:rFonts w:ascii="Arial" w:hAnsi="Arial"/>
        </w:rPr>
        <w:t xml:space="preserve">Yeah, I did. The colors would just kind of combined. I don't know what color that would be </w:t>
      </w:r>
      <w:r w:rsidR="005A36E4">
        <w:rPr>
          <w:rFonts w:ascii="Arial" w:hAnsi="Arial"/>
        </w:rPr>
        <w:t>technically</w:t>
      </w:r>
      <w:r>
        <w:rPr>
          <w:rFonts w:ascii="Arial" w:hAnsi="Arial"/>
        </w:rPr>
        <w:t>. Just kind of combine.</w:t>
      </w:r>
    </w:p>
    <w:p w14:paraId="273EE6CC" w14:textId="77777777" w:rsidR="00F3069B" w:rsidRDefault="00F3069B">
      <w:pPr>
        <w:spacing w:after="0"/>
      </w:pPr>
    </w:p>
    <w:p w14:paraId="3328F90D" w14:textId="77777777" w:rsidR="00F3069B" w:rsidRDefault="00764CA8">
      <w:pPr>
        <w:spacing w:after="0"/>
      </w:pPr>
      <w:r>
        <w:rPr>
          <w:rFonts w:ascii="Arial" w:hAnsi="Arial"/>
          <w:b/>
        </w:rPr>
        <w:t xml:space="preserve">Interviewer P:  </w:t>
      </w:r>
      <w:r>
        <w:rPr>
          <w:rFonts w:ascii="Arial" w:hAnsi="Arial"/>
          <w:color w:val="5D7284"/>
        </w:rPr>
        <w:t>06:03</w:t>
      </w:r>
    </w:p>
    <w:p w14:paraId="45E73280" w14:textId="77777777" w:rsidR="00F3069B" w:rsidRDefault="00764CA8">
      <w:pPr>
        <w:spacing w:after="0"/>
      </w:pPr>
      <w:r>
        <w:rPr>
          <w:rFonts w:ascii="Arial" w:hAnsi="Arial"/>
        </w:rPr>
        <w:t>Red and blue I think makes purple.</w:t>
      </w:r>
    </w:p>
    <w:p w14:paraId="51893CFA" w14:textId="77777777" w:rsidR="00F3069B" w:rsidRDefault="00F3069B">
      <w:pPr>
        <w:spacing w:after="0"/>
      </w:pPr>
    </w:p>
    <w:p w14:paraId="18F532EA" w14:textId="77777777" w:rsidR="00F3069B" w:rsidRDefault="00764CA8">
      <w:pPr>
        <w:spacing w:after="0"/>
      </w:pPr>
      <w:r>
        <w:rPr>
          <w:rFonts w:ascii="Arial" w:hAnsi="Arial"/>
          <w:b/>
        </w:rPr>
        <w:t xml:space="preserve">Participant #3:  </w:t>
      </w:r>
      <w:r>
        <w:rPr>
          <w:rFonts w:ascii="Arial" w:hAnsi="Arial"/>
          <w:color w:val="5D7284"/>
        </w:rPr>
        <w:t>06:06</w:t>
      </w:r>
    </w:p>
    <w:p w14:paraId="11AF0AA9" w14:textId="54E27A0E" w:rsidR="00F3069B" w:rsidRDefault="00764CA8">
      <w:pPr>
        <w:spacing w:after="0"/>
      </w:pPr>
      <w:r>
        <w:rPr>
          <w:rFonts w:ascii="Arial" w:hAnsi="Arial"/>
        </w:rPr>
        <w:t xml:space="preserve">I think it would be like </w:t>
      </w:r>
      <w:r w:rsidR="005A36E4">
        <w:rPr>
          <w:rFonts w:ascii="Arial" w:hAnsi="Arial"/>
        </w:rPr>
        <w:t>the...</w:t>
      </w:r>
      <w:r>
        <w:rPr>
          <w:rFonts w:ascii="Arial" w:hAnsi="Arial"/>
        </w:rPr>
        <w:t xml:space="preserve"> purple </w:t>
      </w:r>
      <w:r w:rsidR="005A36E4">
        <w:rPr>
          <w:rFonts w:ascii="Arial" w:hAnsi="Arial"/>
        </w:rPr>
        <w:t>color...</w:t>
      </w:r>
      <w:r>
        <w:rPr>
          <w:rFonts w:ascii="Arial" w:hAnsi="Arial"/>
        </w:rPr>
        <w:t xml:space="preserve"> orange.</w:t>
      </w:r>
    </w:p>
    <w:p w14:paraId="0338AC19" w14:textId="77777777" w:rsidR="00F3069B" w:rsidRDefault="00F3069B">
      <w:pPr>
        <w:spacing w:after="0"/>
      </w:pPr>
    </w:p>
    <w:p w14:paraId="302EDF20" w14:textId="77777777" w:rsidR="00F3069B" w:rsidRDefault="00764CA8">
      <w:pPr>
        <w:spacing w:after="0"/>
      </w:pPr>
      <w:r>
        <w:rPr>
          <w:rFonts w:ascii="Arial" w:hAnsi="Arial"/>
          <w:b/>
        </w:rPr>
        <w:t xml:space="preserve">Interviewer P:  </w:t>
      </w:r>
      <w:r>
        <w:rPr>
          <w:rFonts w:ascii="Arial" w:hAnsi="Arial"/>
          <w:color w:val="5D7284"/>
        </w:rPr>
        <w:t>06:14</w:t>
      </w:r>
    </w:p>
    <w:p w14:paraId="11329045" w14:textId="77777777" w:rsidR="00F3069B" w:rsidRDefault="00764CA8">
      <w:pPr>
        <w:spacing w:after="0"/>
      </w:pPr>
      <w:r>
        <w:rPr>
          <w:rFonts w:ascii="Arial" w:hAnsi="Arial"/>
        </w:rPr>
        <w:t>And about how long do you think it would take to do that?</w:t>
      </w:r>
    </w:p>
    <w:p w14:paraId="5BD54FAD" w14:textId="77777777" w:rsidR="00F3069B" w:rsidRDefault="00F3069B">
      <w:pPr>
        <w:spacing w:after="0"/>
      </w:pPr>
    </w:p>
    <w:p w14:paraId="215E8AEC" w14:textId="77777777" w:rsidR="00F3069B" w:rsidRDefault="00764CA8">
      <w:pPr>
        <w:spacing w:after="0"/>
      </w:pPr>
      <w:r>
        <w:rPr>
          <w:rFonts w:ascii="Arial" w:hAnsi="Arial"/>
          <w:b/>
        </w:rPr>
        <w:t xml:space="preserve">Participant #3:  </w:t>
      </w:r>
      <w:r>
        <w:rPr>
          <w:rFonts w:ascii="Arial" w:hAnsi="Arial"/>
          <w:color w:val="5D7284"/>
        </w:rPr>
        <w:t>06:21</w:t>
      </w:r>
    </w:p>
    <w:p w14:paraId="430448DD" w14:textId="6402FBA5" w:rsidR="00F3069B" w:rsidRDefault="00764CA8">
      <w:pPr>
        <w:spacing w:after="0"/>
      </w:pPr>
      <w:r>
        <w:rPr>
          <w:rFonts w:ascii="Arial" w:hAnsi="Arial"/>
        </w:rPr>
        <w:t xml:space="preserve">Um, </w:t>
      </w:r>
      <w:r w:rsidR="005A36E4">
        <w:rPr>
          <w:rFonts w:ascii="Arial" w:hAnsi="Arial"/>
        </w:rPr>
        <w:t>it</w:t>
      </w:r>
      <w:r>
        <w:rPr>
          <w:rFonts w:ascii="Arial" w:hAnsi="Arial"/>
        </w:rPr>
        <w:t xml:space="preserve"> would be like 15 to 20 minutes.</w:t>
      </w:r>
    </w:p>
    <w:p w14:paraId="166C2AEB" w14:textId="77777777" w:rsidR="00F3069B" w:rsidRDefault="00F3069B">
      <w:pPr>
        <w:spacing w:after="0"/>
      </w:pPr>
    </w:p>
    <w:p w14:paraId="4EB72AAC" w14:textId="77777777" w:rsidR="00F3069B" w:rsidRDefault="00764CA8">
      <w:pPr>
        <w:spacing w:after="0"/>
      </w:pPr>
      <w:r>
        <w:rPr>
          <w:rFonts w:ascii="Arial" w:hAnsi="Arial"/>
          <w:b/>
        </w:rPr>
        <w:t xml:space="preserve">Interviewer P:  </w:t>
      </w:r>
      <w:r>
        <w:rPr>
          <w:rFonts w:ascii="Arial" w:hAnsi="Arial"/>
          <w:color w:val="5D7284"/>
        </w:rPr>
        <w:t>06:25</w:t>
      </w:r>
    </w:p>
    <w:p w14:paraId="63ECF641" w14:textId="5C742E69" w:rsidR="00F3069B" w:rsidRDefault="00764CA8">
      <w:pPr>
        <w:spacing w:after="0"/>
      </w:pPr>
      <w:r>
        <w:rPr>
          <w:rFonts w:ascii="Arial" w:hAnsi="Arial"/>
        </w:rPr>
        <w:t xml:space="preserve">15 to 20 minutes. </w:t>
      </w:r>
      <w:r w:rsidR="005A36E4">
        <w:rPr>
          <w:rFonts w:ascii="Arial" w:hAnsi="Arial"/>
        </w:rPr>
        <w:t>So,</w:t>
      </w:r>
      <w:r>
        <w:rPr>
          <w:rFonts w:ascii="Arial" w:hAnsi="Arial"/>
        </w:rPr>
        <w:t xml:space="preserve"> if it was going to turn so if they mixed in and combined and made a single color, let's say purple, it'll do that in about 15 or 20 minutes. How long do you think it would take, yeah feel like you can still feel a difference in temperature. How long do you think it would take for it to reach the same temperature?</w:t>
      </w:r>
    </w:p>
    <w:p w14:paraId="14AFF96D" w14:textId="77777777" w:rsidR="00F3069B" w:rsidRDefault="00F3069B">
      <w:pPr>
        <w:spacing w:after="0"/>
      </w:pPr>
    </w:p>
    <w:p w14:paraId="3E008DF5" w14:textId="77777777" w:rsidR="00F3069B" w:rsidRDefault="00764CA8">
      <w:pPr>
        <w:spacing w:after="0"/>
      </w:pPr>
      <w:r>
        <w:rPr>
          <w:rFonts w:ascii="Arial" w:hAnsi="Arial"/>
          <w:b/>
        </w:rPr>
        <w:t xml:space="preserve">Participant #3:  </w:t>
      </w:r>
      <w:r>
        <w:rPr>
          <w:rFonts w:ascii="Arial" w:hAnsi="Arial"/>
          <w:color w:val="5D7284"/>
        </w:rPr>
        <w:t>06:54</w:t>
      </w:r>
    </w:p>
    <w:p w14:paraId="3652D528" w14:textId="77777777" w:rsidR="00F3069B" w:rsidRDefault="00764CA8">
      <w:pPr>
        <w:spacing w:after="0"/>
      </w:pPr>
      <w:r>
        <w:rPr>
          <w:rFonts w:ascii="Arial" w:hAnsi="Arial"/>
        </w:rPr>
        <w:t>Um to prove a difference or maybe like 40 minutes.</w:t>
      </w:r>
    </w:p>
    <w:p w14:paraId="22C8419D" w14:textId="77777777" w:rsidR="00F3069B" w:rsidRDefault="00F3069B">
      <w:pPr>
        <w:spacing w:after="0"/>
      </w:pPr>
    </w:p>
    <w:p w14:paraId="7789F4F4" w14:textId="77777777" w:rsidR="00F3069B" w:rsidRDefault="00764CA8">
      <w:pPr>
        <w:spacing w:after="0"/>
      </w:pPr>
      <w:r>
        <w:rPr>
          <w:rFonts w:ascii="Arial" w:hAnsi="Arial"/>
          <w:b/>
        </w:rPr>
        <w:t xml:space="preserve">Interviewer P:  </w:t>
      </w:r>
      <w:r>
        <w:rPr>
          <w:rFonts w:ascii="Arial" w:hAnsi="Arial"/>
          <w:color w:val="5D7284"/>
        </w:rPr>
        <w:t>07:01</w:t>
      </w:r>
    </w:p>
    <w:p w14:paraId="02873B71" w14:textId="1F14848B" w:rsidR="00F3069B" w:rsidRDefault="00764CA8">
      <w:pPr>
        <w:spacing w:after="0"/>
      </w:pPr>
      <w:r>
        <w:rPr>
          <w:rFonts w:ascii="Arial" w:hAnsi="Arial"/>
        </w:rPr>
        <w:t xml:space="preserve">40 minutes. </w:t>
      </w:r>
      <w:r w:rsidR="005A36E4">
        <w:rPr>
          <w:rFonts w:ascii="Arial" w:hAnsi="Arial"/>
        </w:rPr>
        <w:t>So,</w:t>
      </w:r>
      <w:r>
        <w:rPr>
          <w:rFonts w:ascii="Arial" w:hAnsi="Arial"/>
        </w:rPr>
        <w:t xml:space="preserve"> Erika made a time lapse video of this, Im gonna grab it and bring it over here. It's really cool. </w:t>
      </w:r>
      <w:r w:rsidR="005A36E4">
        <w:rPr>
          <w:rFonts w:ascii="Arial" w:hAnsi="Arial"/>
        </w:rPr>
        <w:t>So,</w:t>
      </w:r>
      <w:r>
        <w:rPr>
          <w:rFonts w:ascii="Arial" w:hAnsi="Arial"/>
        </w:rPr>
        <w:t xml:space="preserve"> she videotaped it for an hour and so this is an hour condensed down to 33 seconds.</w:t>
      </w:r>
    </w:p>
    <w:p w14:paraId="190008D6" w14:textId="77777777" w:rsidR="00F3069B" w:rsidRDefault="00F3069B">
      <w:pPr>
        <w:spacing w:after="0"/>
      </w:pPr>
    </w:p>
    <w:p w14:paraId="315FC8B8" w14:textId="77777777" w:rsidR="00F3069B" w:rsidRDefault="00764CA8">
      <w:pPr>
        <w:spacing w:after="0"/>
      </w:pPr>
      <w:r>
        <w:rPr>
          <w:rFonts w:ascii="Arial" w:hAnsi="Arial"/>
          <w:b/>
        </w:rPr>
        <w:t xml:space="preserve">Participant #3:  </w:t>
      </w:r>
      <w:r>
        <w:rPr>
          <w:rFonts w:ascii="Arial" w:hAnsi="Arial"/>
          <w:color w:val="5D7284"/>
        </w:rPr>
        <w:t>07:41</w:t>
      </w:r>
    </w:p>
    <w:p w14:paraId="42A4168E" w14:textId="77777777" w:rsidR="00F3069B" w:rsidRDefault="00764CA8">
      <w:pPr>
        <w:spacing w:after="0"/>
      </w:pPr>
      <w:r>
        <w:rPr>
          <w:rFonts w:ascii="Arial" w:hAnsi="Arial"/>
        </w:rPr>
        <w:t>It's cool.</w:t>
      </w:r>
    </w:p>
    <w:p w14:paraId="2C022C04" w14:textId="77777777" w:rsidR="00F3069B" w:rsidRDefault="00F3069B">
      <w:pPr>
        <w:spacing w:after="0"/>
      </w:pPr>
    </w:p>
    <w:p w14:paraId="6A5F548A" w14:textId="77777777" w:rsidR="00F3069B" w:rsidRDefault="00764CA8">
      <w:pPr>
        <w:spacing w:after="0"/>
      </w:pPr>
      <w:r>
        <w:rPr>
          <w:rFonts w:ascii="Arial" w:hAnsi="Arial"/>
          <w:b/>
        </w:rPr>
        <w:t xml:space="preserve">Interviewer P:  </w:t>
      </w:r>
      <w:r>
        <w:rPr>
          <w:rFonts w:ascii="Arial" w:hAnsi="Arial"/>
          <w:color w:val="5D7284"/>
        </w:rPr>
        <w:t>08:09</w:t>
      </w:r>
    </w:p>
    <w:p w14:paraId="663B3016" w14:textId="3E9B3DA2" w:rsidR="00F3069B" w:rsidRDefault="00764CA8">
      <w:pPr>
        <w:spacing w:after="0"/>
      </w:pPr>
      <w:r>
        <w:rPr>
          <w:rFonts w:ascii="Arial" w:hAnsi="Arial"/>
        </w:rPr>
        <w:t xml:space="preserve">It's hard to tell when it's stopped. </w:t>
      </w:r>
      <w:r w:rsidR="005A36E4">
        <w:rPr>
          <w:rFonts w:ascii="Arial" w:hAnsi="Arial"/>
        </w:rPr>
        <w:t>So,</w:t>
      </w:r>
      <w:r>
        <w:rPr>
          <w:rFonts w:ascii="Arial" w:hAnsi="Arial"/>
        </w:rPr>
        <w:t xml:space="preserve"> does anything about that surprise you?</w:t>
      </w:r>
    </w:p>
    <w:p w14:paraId="07B0A2CC" w14:textId="77777777" w:rsidR="00F3069B" w:rsidRDefault="00F3069B">
      <w:pPr>
        <w:spacing w:after="0"/>
      </w:pPr>
    </w:p>
    <w:p w14:paraId="1E6227AE" w14:textId="77777777" w:rsidR="00F3069B" w:rsidRDefault="00764CA8">
      <w:pPr>
        <w:spacing w:after="0"/>
      </w:pPr>
      <w:r>
        <w:rPr>
          <w:rFonts w:ascii="Arial" w:hAnsi="Arial"/>
          <w:b/>
        </w:rPr>
        <w:t xml:space="preserve">Participant #3:  </w:t>
      </w:r>
      <w:r>
        <w:rPr>
          <w:rFonts w:ascii="Arial" w:hAnsi="Arial"/>
          <w:color w:val="5D7284"/>
        </w:rPr>
        <w:t>08:24</w:t>
      </w:r>
    </w:p>
    <w:p w14:paraId="36990133" w14:textId="201808A5" w:rsidR="00F3069B" w:rsidRDefault="00764CA8">
      <w:pPr>
        <w:spacing w:after="0"/>
      </w:pPr>
      <w:r>
        <w:rPr>
          <w:rFonts w:ascii="Arial" w:hAnsi="Arial"/>
        </w:rPr>
        <w:t xml:space="preserve">The way that mix was interesting, but I guess not as much surprisingly. It just keeps on. I don't know if I'm allowed to bring up, like it just holding is just like oil and water to me. </w:t>
      </w:r>
      <w:r w:rsidR="005A36E4">
        <w:rPr>
          <w:rFonts w:ascii="Arial" w:hAnsi="Arial"/>
        </w:rPr>
        <w:t>So,</w:t>
      </w:r>
      <w:r>
        <w:rPr>
          <w:rFonts w:ascii="Arial" w:hAnsi="Arial"/>
        </w:rPr>
        <w:t xml:space="preserve"> I guess like.</w:t>
      </w:r>
    </w:p>
    <w:p w14:paraId="26CFC3D7" w14:textId="77777777" w:rsidR="00F3069B" w:rsidRDefault="00F3069B">
      <w:pPr>
        <w:spacing w:after="0"/>
      </w:pPr>
    </w:p>
    <w:p w14:paraId="0B98DF6F" w14:textId="77777777" w:rsidR="00F3069B" w:rsidRDefault="00764CA8">
      <w:pPr>
        <w:spacing w:after="0"/>
      </w:pPr>
      <w:r>
        <w:rPr>
          <w:rFonts w:ascii="Arial" w:hAnsi="Arial"/>
          <w:b/>
        </w:rPr>
        <w:t xml:space="preserve">Interviewer P:  </w:t>
      </w:r>
      <w:r>
        <w:rPr>
          <w:rFonts w:ascii="Arial" w:hAnsi="Arial"/>
          <w:color w:val="5D7284"/>
        </w:rPr>
        <w:t>08:40</w:t>
      </w:r>
    </w:p>
    <w:p w14:paraId="02C04E04" w14:textId="77777777" w:rsidR="00F3069B" w:rsidRDefault="00764CA8">
      <w:pPr>
        <w:spacing w:after="0"/>
      </w:pPr>
      <w:r>
        <w:rPr>
          <w:rFonts w:ascii="Arial" w:hAnsi="Arial"/>
        </w:rPr>
        <w:lastRenderedPageBreak/>
        <w:t>That's great. That's what we want to hear is like how you're processing?</w:t>
      </w:r>
    </w:p>
    <w:p w14:paraId="267D94C5" w14:textId="77777777" w:rsidR="00F3069B" w:rsidRDefault="00F3069B">
      <w:pPr>
        <w:spacing w:after="0"/>
      </w:pPr>
    </w:p>
    <w:p w14:paraId="3AC10E94" w14:textId="77777777" w:rsidR="00F3069B" w:rsidRDefault="00764CA8">
      <w:pPr>
        <w:spacing w:after="0"/>
      </w:pPr>
      <w:r>
        <w:rPr>
          <w:rFonts w:ascii="Arial" w:hAnsi="Arial"/>
          <w:b/>
        </w:rPr>
        <w:t xml:space="preserve">Participant #3:  </w:t>
      </w:r>
      <w:r>
        <w:rPr>
          <w:rFonts w:ascii="Arial" w:hAnsi="Arial"/>
          <w:color w:val="5D7284"/>
        </w:rPr>
        <w:t>08:43</w:t>
      </w:r>
    </w:p>
    <w:p w14:paraId="1B591969" w14:textId="77777777" w:rsidR="00F3069B" w:rsidRDefault="00764CA8">
      <w:pPr>
        <w:spacing w:after="0"/>
      </w:pPr>
      <w:r>
        <w:rPr>
          <w:rFonts w:ascii="Arial" w:hAnsi="Arial"/>
        </w:rPr>
        <w:t>Yeah so, like, I guess like if I think of it like that, that's how like oil drips down like the little streams and like bubbles. No, I bought a it seems like more blue is going on. That also just might be a more defining color than orange.</w:t>
      </w:r>
    </w:p>
    <w:p w14:paraId="44309C39" w14:textId="77777777" w:rsidR="00F3069B" w:rsidRDefault="00F3069B">
      <w:pPr>
        <w:spacing w:after="0"/>
      </w:pPr>
    </w:p>
    <w:p w14:paraId="17E610B3" w14:textId="77777777" w:rsidR="00F3069B" w:rsidRDefault="00764CA8">
      <w:pPr>
        <w:spacing w:after="0"/>
      </w:pPr>
      <w:r>
        <w:rPr>
          <w:rFonts w:ascii="Arial" w:hAnsi="Arial"/>
          <w:b/>
        </w:rPr>
        <w:t xml:space="preserve">Interviewer P:  </w:t>
      </w:r>
      <w:r>
        <w:rPr>
          <w:rFonts w:ascii="Arial" w:hAnsi="Arial"/>
          <w:color w:val="5D7284"/>
        </w:rPr>
        <w:t>09:05</w:t>
      </w:r>
    </w:p>
    <w:p w14:paraId="701B5C45" w14:textId="77777777" w:rsidR="00F3069B" w:rsidRDefault="00764CA8">
      <w:pPr>
        <w:spacing w:after="0"/>
      </w:pPr>
      <w:r>
        <w:rPr>
          <w:rFonts w:ascii="Arial" w:hAnsi="Arial"/>
        </w:rPr>
        <w:t>Did it turn purple?</w:t>
      </w:r>
    </w:p>
    <w:p w14:paraId="64AFBA93" w14:textId="77777777" w:rsidR="00F3069B" w:rsidRDefault="00F3069B">
      <w:pPr>
        <w:spacing w:after="0"/>
      </w:pPr>
    </w:p>
    <w:p w14:paraId="44958ED1" w14:textId="77777777" w:rsidR="00F3069B" w:rsidRDefault="00764CA8">
      <w:pPr>
        <w:spacing w:after="0"/>
      </w:pPr>
      <w:r>
        <w:rPr>
          <w:rFonts w:ascii="Arial" w:hAnsi="Arial"/>
          <w:b/>
        </w:rPr>
        <w:t xml:space="preserve">Participant #3:  </w:t>
      </w:r>
      <w:r>
        <w:rPr>
          <w:rFonts w:ascii="Arial" w:hAnsi="Arial"/>
          <w:color w:val="5D7284"/>
        </w:rPr>
        <w:t>09:07</w:t>
      </w:r>
    </w:p>
    <w:p w14:paraId="3894B39B" w14:textId="77777777" w:rsidR="00F3069B" w:rsidRDefault="00764CA8">
      <w:pPr>
        <w:spacing w:after="0"/>
      </w:pPr>
      <w:r>
        <w:rPr>
          <w:rFonts w:ascii="Arial" w:hAnsi="Arial"/>
        </w:rPr>
        <w:t xml:space="preserve">No. Interesting. </w:t>
      </w:r>
    </w:p>
    <w:p w14:paraId="3BBB0651" w14:textId="77777777" w:rsidR="00F3069B" w:rsidRDefault="00F3069B">
      <w:pPr>
        <w:spacing w:after="0"/>
      </w:pPr>
    </w:p>
    <w:p w14:paraId="10EE366F" w14:textId="77777777" w:rsidR="00F3069B" w:rsidRDefault="00764CA8">
      <w:pPr>
        <w:spacing w:after="0"/>
      </w:pPr>
      <w:r>
        <w:rPr>
          <w:rFonts w:ascii="Arial" w:hAnsi="Arial"/>
          <w:b/>
        </w:rPr>
        <w:t xml:space="preserve">Interviewer P:  </w:t>
      </w:r>
      <w:r>
        <w:rPr>
          <w:rFonts w:ascii="Arial" w:hAnsi="Arial"/>
          <w:color w:val="5D7284"/>
        </w:rPr>
        <w:t>09:15</w:t>
      </w:r>
    </w:p>
    <w:p w14:paraId="1DAAEE1C" w14:textId="78B2D26A" w:rsidR="00F3069B" w:rsidRDefault="00764CA8">
      <w:pPr>
        <w:spacing w:after="0"/>
      </w:pPr>
      <w:r>
        <w:rPr>
          <w:rFonts w:ascii="Arial" w:hAnsi="Arial"/>
        </w:rPr>
        <w:t xml:space="preserve">Okay, so we're not going to do this demonstration. </w:t>
      </w:r>
      <w:r w:rsidR="005A36E4">
        <w:rPr>
          <w:rFonts w:ascii="Arial" w:hAnsi="Arial"/>
        </w:rPr>
        <w:t>So,</w:t>
      </w:r>
      <w:r>
        <w:rPr>
          <w:rFonts w:ascii="Arial" w:hAnsi="Arial"/>
        </w:rPr>
        <w:t xml:space="preserve"> we'll call it a thought experiment. But imagine that I did this experiment, but instead of water I used Jell-O. So so let's say I had red Jell-O and blue Jell-O and a dividing wall right? And, and with it with Jell-O, we're not going to be able to make the temperatures as far apart as we would with water.</w:t>
      </w:r>
    </w:p>
    <w:p w14:paraId="417D5AF9" w14:textId="77777777" w:rsidR="00F3069B" w:rsidRDefault="00F3069B">
      <w:pPr>
        <w:spacing w:after="0"/>
      </w:pPr>
    </w:p>
    <w:p w14:paraId="0117E225" w14:textId="77777777" w:rsidR="00F3069B" w:rsidRDefault="00764CA8">
      <w:pPr>
        <w:spacing w:after="0"/>
      </w:pPr>
      <w:r>
        <w:rPr>
          <w:rFonts w:ascii="Arial" w:hAnsi="Arial"/>
          <w:b/>
        </w:rPr>
        <w:t xml:space="preserve">Participant #3:  </w:t>
      </w:r>
      <w:r>
        <w:rPr>
          <w:rFonts w:ascii="Arial" w:hAnsi="Arial"/>
          <w:color w:val="5D7284"/>
        </w:rPr>
        <w:t>09:48</w:t>
      </w:r>
    </w:p>
    <w:p w14:paraId="0C4B5733" w14:textId="4EA13E35" w:rsidR="00F3069B" w:rsidRDefault="005A36E4">
      <w:pPr>
        <w:spacing w:after="0"/>
      </w:pPr>
      <w:r>
        <w:rPr>
          <w:rFonts w:ascii="Arial" w:hAnsi="Arial"/>
        </w:rPr>
        <w:t>So, like one will be like full...</w:t>
      </w:r>
    </w:p>
    <w:p w14:paraId="415CE405" w14:textId="77777777" w:rsidR="00F3069B" w:rsidRDefault="00F3069B">
      <w:pPr>
        <w:spacing w:after="0"/>
      </w:pPr>
    </w:p>
    <w:p w14:paraId="23A46467" w14:textId="77777777" w:rsidR="00F3069B" w:rsidRDefault="00764CA8">
      <w:pPr>
        <w:spacing w:after="0"/>
      </w:pPr>
      <w:r>
        <w:rPr>
          <w:rFonts w:ascii="Arial" w:hAnsi="Arial"/>
          <w:b/>
        </w:rPr>
        <w:t xml:space="preserve">Interviewer P:  </w:t>
      </w:r>
      <w:r>
        <w:rPr>
          <w:rFonts w:ascii="Arial" w:hAnsi="Arial"/>
          <w:color w:val="5D7284"/>
        </w:rPr>
        <w:t>09:50</w:t>
      </w:r>
    </w:p>
    <w:p w14:paraId="74AC97B6" w14:textId="5FBE8DAE" w:rsidR="00F3069B" w:rsidRDefault="00764CA8">
      <w:pPr>
        <w:spacing w:after="0"/>
      </w:pPr>
      <w:r>
        <w:rPr>
          <w:rFonts w:ascii="Arial" w:hAnsi="Arial"/>
        </w:rPr>
        <w:t xml:space="preserve">We're gonna try to make like one as cold as we can get it and one as warm as we can get it. </w:t>
      </w:r>
      <w:r w:rsidR="005A36E4">
        <w:rPr>
          <w:rFonts w:ascii="Arial" w:hAnsi="Arial"/>
        </w:rPr>
        <w:t>So,</w:t>
      </w:r>
      <w:r>
        <w:rPr>
          <w:rFonts w:ascii="Arial" w:hAnsi="Arial"/>
        </w:rPr>
        <w:t xml:space="preserve"> we can't really freeze it because then Jell-O would become a </w:t>
      </w:r>
      <w:r w:rsidR="005A36E4">
        <w:rPr>
          <w:rFonts w:ascii="Arial" w:hAnsi="Arial"/>
        </w:rPr>
        <w:t>block,</w:t>
      </w:r>
      <w:r>
        <w:rPr>
          <w:rFonts w:ascii="Arial" w:hAnsi="Arial"/>
        </w:rPr>
        <w:t xml:space="preserve"> but we could probably get got it down to like 41 degrees, right? And leave one out in room temperature. So maybe it's 60 or 70 degrees. So now instead of hot and cold water, we have hot and cold Jell-O in here with the dividing wall, and I pulled the dividing wall out. What do you think would happen?</w:t>
      </w:r>
    </w:p>
    <w:p w14:paraId="1C450839" w14:textId="77777777" w:rsidR="00F3069B" w:rsidRDefault="00F3069B">
      <w:pPr>
        <w:spacing w:after="0"/>
      </w:pPr>
    </w:p>
    <w:p w14:paraId="1F5923CA" w14:textId="77777777" w:rsidR="00F3069B" w:rsidRDefault="00764CA8">
      <w:pPr>
        <w:spacing w:after="0"/>
      </w:pPr>
      <w:r>
        <w:rPr>
          <w:rFonts w:ascii="Arial" w:hAnsi="Arial"/>
          <w:b/>
        </w:rPr>
        <w:t xml:space="preserve">Participant #3:  </w:t>
      </w:r>
      <w:r>
        <w:rPr>
          <w:rFonts w:ascii="Arial" w:hAnsi="Arial"/>
          <w:color w:val="5D7284"/>
        </w:rPr>
        <w:t>10:19</w:t>
      </w:r>
    </w:p>
    <w:p w14:paraId="39BEAEE3" w14:textId="6386C154" w:rsidR="00F3069B" w:rsidRDefault="005A36E4">
      <w:pPr>
        <w:spacing w:after="0"/>
      </w:pPr>
      <w:r>
        <w:rPr>
          <w:rFonts w:ascii="Arial" w:hAnsi="Arial"/>
        </w:rPr>
        <w:t>Well, I don't think anything would happen to the cold Jell-O. Because after if you keep it in the fridge for like five hours, and it's pretty solid, or like the room temperature Jell-O, it's still kind of liquidly. So, I think that we're just like, swoop around, like underneath the colder Jell-O.</w:t>
      </w:r>
    </w:p>
    <w:p w14:paraId="6347FE46" w14:textId="77777777" w:rsidR="00F3069B" w:rsidRDefault="00F3069B">
      <w:pPr>
        <w:spacing w:after="0"/>
      </w:pPr>
    </w:p>
    <w:p w14:paraId="5BF2AC07" w14:textId="77777777" w:rsidR="00F3069B" w:rsidRDefault="00764CA8">
      <w:pPr>
        <w:spacing w:after="0"/>
      </w:pPr>
      <w:r>
        <w:rPr>
          <w:rFonts w:ascii="Arial" w:hAnsi="Arial"/>
          <w:b/>
        </w:rPr>
        <w:t xml:space="preserve">Interviewer P:  </w:t>
      </w:r>
      <w:r>
        <w:rPr>
          <w:rFonts w:ascii="Arial" w:hAnsi="Arial"/>
          <w:color w:val="5D7284"/>
        </w:rPr>
        <w:t>10:37</w:t>
      </w:r>
    </w:p>
    <w:p w14:paraId="07BE7844" w14:textId="03ACEB76" w:rsidR="00F3069B" w:rsidRDefault="005A36E4">
      <w:pPr>
        <w:spacing w:after="0"/>
      </w:pPr>
      <w:r>
        <w:rPr>
          <w:rFonts w:ascii="Arial" w:hAnsi="Arial"/>
        </w:rPr>
        <w:t>So, the warm Jell-O would kind of seep under the cold Jell-O.</w:t>
      </w:r>
    </w:p>
    <w:p w14:paraId="31187583" w14:textId="77777777" w:rsidR="00F3069B" w:rsidRDefault="00F3069B">
      <w:pPr>
        <w:spacing w:after="0"/>
      </w:pPr>
    </w:p>
    <w:p w14:paraId="1260EDE5" w14:textId="77777777" w:rsidR="00F3069B" w:rsidRDefault="00764CA8">
      <w:pPr>
        <w:spacing w:after="0"/>
      </w:pPr>
      <w:r>
        <w:rPr>
          <w:rFonts w:ascii="Arial" w:hAnsi="Arial"/>
          <w:b/>
        </w:rPr>
        <w:t xml:space="preserve">Participant #3:  </w:t>
      </w:r>
      <w:r>
        <w:rPr>
          <w:rFonts w:ascii="Arial" w:hAnsi="Arial"/>
          <w:color w:val="5D7284"/>
        </w:rPr>
        <w:t>10:41</w:t>
      </w:r>
    </w:p>
    <w:p w14:paraId="2B9332B9" w14:textId="3EB3A58D" w:rsidR="00F3069B" w:rsidRDefault="00764CA8">
      <w:pPr>
        <w:spacing w:after="0"/>
      </w:pPr>
      <w:r>
        <w:rPr>
          <w:rFonts w:ascii="Arial" w:hAnsi="Arial"/>
        </w:rPr>
        <w:t xml:space="preserve">Yeah, like maybe in a few hours that one will start to melt. But I think that would be a </w:t>
      </w:r>
      <w:r w:rsidR="005A36E4">
        <w:rPr>
          <w:rFonts w:ascii="Arial" w:hAnsi="Arial"/>
        </w:rPr>
        <w:t>lot...</w:t>
      </w:r>
      <w:r>
        <w:rPr>
          <w:rFonts w:ascii="Arial" w:hAnsi="Arial"/>
        </w:rPr>
        <w:t xml:space="preserve"> I think the cooler Jell-O would be there for a while.</w:t>
      </w:r>
    </w:p>
    <w:p w14:paraId="490DB674" w14:textId="77777777" w:rsidR="00F3069B" w:rsidRDefault="00F3069B">
      <w:pPr>
        <w:spacing w:after="0"/>
      </w:pPr>
    </w:p>
    <w:p w14:paraId="2E1D526A" w14:textId="77777777" w:rsidR="00F3069B" w:rsidRDefault="00764CA8">
      <w:pPr>
        <w:spacing w:after="0"/>
      </w:pPr>
      <w:r>
        <w:rPr>
          <w:rFonts w:ascii="Arial" w:hAnsi="Arial"/>
          <w:b/>
        </w:rPr>
        <w:t xml:space="preserve">Interviewer P:  </w:t>
      </w:r>
      <w:r>
        <w:rPr>
          <w:rFonts w:ascii="Arial" w:hAnsi="Arial"/>
          <w:color w:val="5D7284"/>
        </w:rPr>
        <w:t>10:54</w:t>
      </w:r>
    </w:p>
    <w:p w14:paraId="35EF70EB" w14:textId="77777777" w:rsidR="00F3069B" w:rsidRDefault="00764CA8">
      <w:pPr>
        <w:spacing w:after="0"/>
      </w:pPr>
      <w:r>
        <w:rPr>
          <w:rFonts w:ascii="Arial" w:hAnsi="Arial"/>
        </w:rPr>
        <w:t>Do you think that they wouldn't turn purple?</w:t>
      </w:r>
    </w:p>
    <w:p w14:paraId="3DCBBAFE" w14:textId="77777777" w:rsidR="00F3069B" w:rsidRDefault="00F3069B">
      <w:pPr>
        <w:spacing w:after="0"/>
      </w:pPr>
    </w:p>
    <w:p w14:paraId="4BD17106" w14:textId="77777777" w:rsidR="00F3069B" w:rsidRDefault="00764CA8">
      <w:pPr>
        <w:spacing w:after="0"/>
      </w:pPr>
      <w:r>
        <w:rPr>
          <w:rFonts w:ascii="Arial" w:hAnsi="Arial"/>
          <w:b/>
        </w:rPr>
        <w:lastRenderedPageBreak/>
        <w:t xml:space="preserve">Participant #3:  </w:t>
      </w:r>
      <w:r>
        <w:rPr>
          <w:rFonts w:ascii="Arial" w:hAnsi="Arial"/>
          <w:color w:val="5D7284"/>
        </w:rPr>
        <w:t>10:56</w:t>
      </w:r>
    </w:p>
    <w:p w14:paraId="3CE9C959" w14:textId="4AAB6D48" w:rsidR="00F3069B" w:rsidRDefault="00764CA8">
      <w:pPr>
        <w:spacing w:after="0"/>
      </w:pPr>
      <w:r>
        <w:rPr>
          <w:rFonts w:ascii="Arial" w:hAnsi="Arial"/>
        </w:rPr>
        <w:t xml:space="preserve">Um eventually, maybe like after a very long time, because they both like the blue Jell-O would have to melt. And that would take a while. I don't know if Jell-O melts, eventually it </w:t>
      </w:r>
      <w:r w:rsidR="005A36E4">
        <w:rPr>
          <w:rFonts w:ascii="Arial" w:hAnsi="Arial"/>
        </w:rPr>
        <w:t>does...</w:t>
      </w:r>
    </w:p>
    <w:p w14:paraId="6FDE30D3" w14:textId="77777777" w:rsidR="00F3069B" w:rsidRDefault="00F3069B">
      <w:pPr>
        <w:spacing w:after="0"/>
      </w:pPr>
    </w:p>
    <w:p w14:paraId="3A03F228" w14:textId="77777777" w:rsidR="00F3069B" w:rsidRDefault="00764CA8">
      <w:pPr>
        <w:spacing w:after="0"/>
      </w:pPr>
      <w:r>
        <w:rPr>
          <w:rFonts w:ascii="Arial" w:hAnsi="Arial"/>
          <w:b/>
        </w:rPr>
        <w:t xml:space="preserve">Interviewer P:  </w:t>
      </w:r>
      <w:r>
        <w:rPr>
          <w:rFonts w:ascii="Arial" w:hAnsi="Arial"/>
          <w:color w:val="5D7284"/>
        </w:rPr>
        <w:t>11:16</w:t>
      </w:r>
    </w:p>
    <w:p w14:paraId="446DCAC3" w14:textId="52ED5567" w:rsidR="00F3069B" w:rsidRDefault="00764CA8">
      <w:pPr>
        <w:spacing w:after="0"/>
      </w:pPr>
      <w:r>
        <w:rPr>
          <w:rFonts w:ascii="Arial" w:hAnsi="Arial"/>
        </w:rPr>
        <w:t xml:space="preserve">Well, it starts out like you have to put it in the </w:t>
      </w:r>
      <w:r w:rsidR="005A36E4">
        <w:rPr>
          <w:rFonts w:ascii="Arial" w:hAnsi="Arial"/>
        </w:rPr>
        <w:t>refrigerator</w:t>
      </w:r>
      <w:r>
        <w:rPr>
          <w:rFonts w:ascii="Arial" w:hAnsi="Arial"/>
        </w:rPr>
        <w:t xml:space="preserve"> to make Jell-O. </w:t>
      </w:r>
      <w:r w:rsidR="005A36E4">
        <w:rPr>
          <w:rFonts w:ascii="Arial" w:hAnsi="Arial"/>
        </w:rPr>
        <w:t>So,</w:t>
      </w:r>
      <w:r>
        <w:rPr>
          <w:rFonts w:ascii="Arial" w:hAnsi="Arial"/>
        </w:rPr>
        <w:t xml:space="preserve"> it starts out a liquid.</w:t>
      </w:r>
    </w:p>
    <w:p w14:paraId="430879B3" w14:textId="77777777" w:rsidR="00F3069B" w:rsidRDefault="00F3069B">
      <w:pPr>
        <w:spacing w:after="0"/>
      </w:pPr>
    </w:p>
    <w:p w14:paraId="3731A038" w14:textId="77777777" w:rsidR="00F3069B" w:rsidRDefault="00764CA8">
      <w:pPr>
        <w:spacing w:after="0"/>
      </w:pPr>
      <w:r>
        <w:rPr>
          <w:rFonts w:ascii="Arial" w:hAnsi="Arial"/>
          <w:b/>
        </w:rPr>
        <w:t xml:space="preserve">Participant #3:  </w:t>
      </w:r>
      <w:r>
        <w:rPr>
          <w:rFonts w:ascii="Arial" w:hAnsi="Arial"/>
          <w:color w:val="5D7284"/>
        </w:rPr>
        <w:t>11:22</w:t>
      </w:r>
    </w:p>
    <w:p w14:paraId="05DC562B" w14:textId="77777777" w:rsidR="00F3069B" w:rsidRDefault="00764CA8">
      <w:pPr>
        <w:spacing w:after="0"/>
      </w:pPr>
      <w:r>
        <w:rPr>
          <w:rFonts w:ascii="Arial" w:hAnsi="Arial"/>
        </w:rPr>
        <w:t>Yeah, so I think that would take a long time to have them mix.</w:t>
      </w:r>
    </w:p>
    <w:p w14:paraId="70E27095" w14:textId="77777777" w:rsidR="00F3069B" w:rsidRDefault="00F3069B">
      <w:pPr>
        <w:spacing w:after="0"/>
      </w:pPr>
    </w:p>
    <w:p w14:paraId="3A05F07A" w14:textId="77777777" w:rsidR="00F3069B" w:rsidRDefault="00764CA8">
      <w:pPr>
        <w:spacing w:after="0"/>
      </w:pPr>
      <w:r>
        <w:rPr>
          <w:rFonts w:ascii="Arial" w:hAnsi="Arial"/>
          <w:b/>
        </w:rPr>
        <w:t xml:space="preserve">Interviewer P:  </w:t>
      </w:r>
      <w:r>
        <w:rPr>
          <w:rFonts w:ascii="Arial" w:hAnsi="Arial"/>
          <w:color w:val="5D7284"/>
        </w:rPr>
        <w:t>11:27</w:t>
      </w:r>
    </w:p>
    <w:p w14:paraId="10E744D3" w14:textId="77777777" w:rsidR="00F3069B" w:rsidRDefault="00764CA8">
      <w:pPr>
        <w:spacing w:after="0"/>
      </w:pPr>
      <w:r>
        <w:rPr>
          <w:rFonts w:ascii="Arial" w:hAnsi="Arial"/>
        </w:rPr>
        <w:t>And and like by a long time, how long do you think it would take to turn purple?</w:t>
      </w:r>
    </w:p>
    <w:p w14:paraId="13481797" w14:textId="77777777" w:rsidR="00F3069B" w:rsidRDefault="00F3069B">
      <w:pPr>
        <w:spacing w:after="0"/>
      </w:pPr>
    </w:p>
    <w:p w14:paraId="4FBDB387" w14:textId="77777777" w:rsidR="00F3069B" w:rsidRDefault="00764CA8">
      <w:pPr>
        <w:spacing w:after="0"/>
      </w:pPr>
      <w:r>
        <w:rPr>
          <w:rFonts w:ascii="Arial" w:hAnsi="Arial"/>
          <w:b/>
        </w:rPr>
        <w:t xml:space="preserve">Participant #3:  </w:t>
      </w:r>
      <w:r>
        <w:rPr>
          <w:rFonts w:ascii="Arial" w:hAnsi="Arial"/>
          <w:color w:val="5D7284"/>
        </w:rPr>
        <w:t>11:34</w:t>
      </w:r>
    </w:p>
    <w:p w14:paraId="3B9D1A4F" w14:textId="77777777" w:rsidR="00F3069B" w:rsidRDefault="00764CA8">
      <w:pPr>
        <w:spacing w:after="0"/>
      </w:pPr>
      <w:r>
        <w:rPr>
          <w:rFonts w:ascii="Arial" w:hAnsi="Arial"/>
        </w:rPr>
        <w:t>Like, four or five hours?</w:t>
      </w:r>
    </w:p>
    <w:p w14:paraId="1507217E" w14:textId="77777777" w:rsidR="00F3069B" w:rsidRDefault="00F3069B">
      <w:pPr>
        <w:spacing w:after="0"/>
      </w:pPr>
    </w:p>
    <w:p w14:paraId="4D9C9B9D" w14:textId="77777777" w:rsidR="00F3069B" w:rsidRDefault="00764CA8">
      <w:pPr>
        <w:spacing w:after="0"/>
      </w:pPr>
      <w:r>
        <w:rPr>
          <w:rFonts w:ascii="Arial" w:hAnsi="Arial"/>
          <w:b/>
        </w:rPr>
        <w:t xml:space="preserve">Interviewer P:  </w:t>
      </w:r>
      <w:r>
        <w:rPr>
          <w:rFonts w:ascii="Arial" w:hAnsi="Arial"/>
          <w:color w:val="5D7284"/>
        </w:rPr>
        <w:t>11:37</w:t>
      </w:r>
    </w:p>
    <w:p w14:paraId="0C0AC2C2" w14:textId="77777777" w:rsidR="00F3069B" w:rsidRDefault="00764CA8">
      <w:pPr>
        <w:spacing w:after="0"/>
      </w:pPr>
      <w:r>
        <w:rPr>
          <w:rFonts w:ascii="Arial" w:hAnsi="Arial"/>
        </w:rPr>
        <w:t>And do you think eventually they would like all of the Jell-O would be the same temperature?</w:t>
      </w:r>
    </w:p>
    <w:p w14:paraId="13DE5576" w14:textId="77777777" w:rsidR="00F3069B" w:rsidRDefault="00F3069B">
      <w:pPr>
        <w:spacing w:after="0"/>
      </w:pPr>
    </w:p>
    <w:p w14:paraId="53814032" w14:textId="77777777" w:rsidR="00F3069B" w:rsidRDefault="00764CA8">
      <w:pPr>
        <w:spacing w:after="0"/>
      </w:pPr>
      <w:r>
        <w:rPr>
          <w:rFonts w:ascii="Arial" w:hAnsi="Arial"/>
          <w:b/>
        </w:rPr>
        <w:t xml:space="preserve">Participant #3:  </w:t>
      </w:r>
      <w:r>
        <w:rPr>
          <w:rFonts w:ascii="Arial" w:hAnsi="Arial"/>
          <w:color w:val="5D7284"/>
        </w:rPr>
        <w:t>11:42</w:t>
      </w:r>
    </w:p>
    <w:p w14:paraId="20889E13" w14:textId="77777777" w:rsidR="00F3069B" w:rsidRDefault="00764CA8">
      <w:pPr>
        <w:spacing w:after="0"/>
      </w:pPr>
      <w:r>
        <w:rPr>
          <w:rFonts w:ascii="Arial" w:hAnsi="Arial"/>
        </w:rPr>
        <w:t>Yeah. But I feel like that would still take a while. Maybe like six hours.</w:t>
      </w:r>
    </w:p>
    <w:p w14:paraId="34250590" w14:textId="77777777" w:rsidR="00F3069B" w:rsidRDefault="00F3069B">
      <w:pPr>
        <w:spacing w:after="0"/>
      </w:pPr>
    </w:p>
    <w:p w14:paraId="0B5323CE" w14:textId="77777777" w:rsidR="00F3069B" w:rsidRDefault="00764CA8">
      <w:pPr>
        <w:spacing w:after="0"/>
      </w:pPr>
      <w:r>
        <w:rPr>
          <w:rFonts w:ascii="Arial" w:hAnsi="Arial"/>
          <w:b/>
        </w:rPr>
        <w:t xml:space="preserve">Interviewer P:  </w:t>
      </w:r>
      <w:r>
        <w:rPr>
          <w:rFonts w:ascii="Arial" w:hAnsi="Arial"/>
          <w:color w:val="5D7284"/>
        </w:rPr>
        <w:t>11:48</w:t>
      </w:r>
    </w:p>
    <w:p w14:paraId="0F915C0C" w14:textId="5735D183" w:rsidR="00F3069B" w:rsidRDefault="00764CA8">
      <w:pPr>
        <w:spacing w:after="0"/>
      </w:pPr>
      <w:r>
        <w:rPr>
          <w:rFonts w:ascii="Arial" w:hAnsi="Arial"/>
        </w:rPr>
        <w:t xml:space="preserve">Six hours, Interesting. Okay. Enough of that, we're gonna move on to a different demonstration. And hopefully not nock it over when we walk back and forth. Okay, so I have this container of water now. This is potassium </w:t>
      </w:r>
      <w:r w:rsidR="005A36E4">
        <w:rPr>
          <w:rFonts w:ascii="Arial" w:hAnsi="Arial"/>
        </w:rPr>
        <w:t>permanganate</w:t>
      </w:r>
      <w:r>
        <w:rPr>
          <w:rFonts w:ascii="Arial" w:hAnsi="Arial"/>
        </w:rPr>
        <w:t xml:space="preserve">. And it's a it's a crystal, but it's also a dye. And yeah. And </w:t>
      </w:r>
      <w:r w:rsidR="005A36E4">
        <w:rPr>
          <w:rFonts w:ascii="Arial" w:hAnsi="Arial"/>
        </w:rPr>
        <w:t>so,</w:t>
      </w:r>
      <w:r>
        <w:rPr>
          <w:rFonts w:ascii="Arial" w:hAnsi="Arial"/>
        </w:rPr>
        <w:t xml:space="preserve"> when I drop it in water, it's heavy enough that it will sink to the bottom. But it will dye the water at the same time. </w:t>
      </w:r>
      <w:r w:rsidR="005A36E4">
        <w:rPr>
          <w:rFonts w:ascii="Arial" w:hAnsi="Arial"/>
        </w:rPr>
        <w:t>So,</w:t>
      </w:r>
      <w:r>
        <w:rPr>
          <w:rFonts w:ascii="Arial" w:hAnsi="Arial"/>
        </w:rPr>
        <w:t xml:space="preserve"> I'm going to just put a little bit of it in this water so that you can see what it looks like. In a still. Yeah, </w:t>
      </w:r>
      <w:r w:rsidR="005A36E4">
        <w:rPr>
          <w:rFonts w:ascii="Arial" w:hAnsi="Arial"/>
        </w:rPr>
        <w:t>in a</w:t>
      </w:r>
      <w:r>
        <w:rPr>
          <w:rFonts w:ascii="Arial" w:hAnsi="Arial"/>
        </w:rPr>
        <w:t xml:space="preserve"> still cylinder of water you can look at it kind of from the side. It's pretty cool stuff. </w:t>
      </w:r>
    </w:p>
    <w:p w14:paraId="5684F367" w14:textId="77777777" w:rsidR="00F3069B" w:rsidRDefault="00F3069B">
      <w:pPr>
        <w:spacing w:after="0"/>
      </w:pPr>
    </w:p>
    <w:p w14:paraId="457A955A" w14:textId="77777777" w:rsidR="00F3069B" w:rsidRDefault="00764CA8">
      <w:pPr>
        <w:spacing w:after="0"/>
      </w:pPr>
      <w:r>
        <w:rPr>
          <w:rFonts w:ascii="Arial" w:hAnsi="Arial"/>
          <w:b/>
        </w:rPr>
        <w:t xml:space="preserve">Participant #3:  </w:t>
      </w:r>
      <w:r>
        <w:rPr>
          <w:rFonts w:ascii="Arial" w:hAnsi="Arial"/>
          <w:color w:val="5D7284"/>
        </w:rPr>
        <w:t>13:24</w:t>
      </w:r>
    </w:p>
    <w:p w14:paraId="0AC07CDC" w14:textId="77777777" w:rsidR="00F3069B" w:rsidRDefault="00764CA8">
      <w:pPr>
        <w:spacing w:after="0"/>
      </w:pPr>
      <w:r>
        <w:rPr>
          <w:rFonts w:ascii="Arial" w:hAnsi="Arial"/>
        </w:rPr>
        <w:t xml:space="preserve">This is what people used to dye clothes. </w:t>
      </w:r>
    </w:p>
    <w:p w14:paraId="1582AB43" w14:textId="77777777" w:rsidR="00F3069B" w:rsidRDefault="00F3069B">
      <w:pPr>
        <w:spacing w:after="0"/>
      </w:pPr>
    </w:p>
    <w:p w14:paraId="50F0EAAD" w14:textId="77777777" w:rsidR="00F3069B" w:rsidRDefault="00764CA8">
      <w:pPr>
        <w:spacing w:after="0"/>
      </w:pPr>
      <w:r>
        <w:rPr>
          <w:rFonts w:ascii="Arial" w:hAnsi="Arial"/>
          <w:b/>
        </w:rPr>
        <w:t xml:space="preserve">Interviewer P:  </w:t>
      </w:r>
      <w:r>
        <w:rPr>
          <w:rFonts w:ascii="Arial" w:hAnsi="Arial"/>
          <w:color w:val="5D7284"/>
        </w:rPr>
        <w:t>13:28</w:t>
      </w:r>
    </w:p>
    <w:p w14:paraId="4567D7AC" w14:textId="77777777" w:rsidR="00F3069B" w:rsidRDefault="00764CA8">
      <w:pPr>
        <w:spacing w:after="0"/>
      </w:pPr>
      <w:r>
        <w:rPr>
          <w:rFonts w:ascii="Arial" w:hAnsi="Arial"/>
        </w:rPr>
        <w:t>No, it's more used in like chemistry experiments. But I don't know. Maybe I mean, I would think that all dyes have some similarities. Anything surprised you about that?</w:t>
      </w:r>
    </w:p>
    <w:p w14:paraId="3BC9BFBF" w14:textId="77777777" w:rsidR="00F3069B" w:rsidRDefault="00F3069B">
      <w:pPr>
        <w:spacing w:after="0"/>
      </w:pPr>
    </w:p>
    <w:p w14:paraId="45CDC932" w14:textId="77777777" w:rsidR="00F3069B" w:rsidRDefault="00764CA8">
      <w:pPr>
        <w:spacing w:after="0"/>
      </w:pPr>
      <w:r>
        <w:rPr>
          <w:rFonts w:ascii="Arial" w:hAnsi="Arial"/>
          <w:b/>
        </w:rPr>
        <w:t xml:space="preserve">Participant #3:  </w:t>
      </w:r>
      <w:r>
        <w:rPr>
          <w:rFonts w:ascii="Arial" w:hAnsi="Arial"/>
          <w:color w:val="5D7284"/>
        </w:rPr>
        <w:t>13:46</w:t>
      </w:r>
    </w:p>
    <w:p w14:paraId="02AC4F98" w14:textId="77777777" w:rsidR="00F3069B" w:rsidRDefault="00764CA8">
      <w:pPr>
        <w:spacing w:after="0"/>
      </w:pPr>
      <w:r>
        <w:rPr>
          <w:rFonts w:ascii="Arial" w:hAnsi="Arial"/>
        </w:rPr>
        <w:t>Yeah, I thought it was. I don't know, I didn't think it would like work go that fast to like make the color will be like this very prominent color.</w:t>
      </w:r>
    </w:p>
    <w:p w14:paraId="27763830" w14:textId="77777777" w:rsidR="00F3069B" w:rsidRDefault="00F3069B">
      <w:pPr>
        <w:spacing w:after="0"/>
      </w:pPr>
    </w:p>
    <w:p w14:paraId="7D56453B" w14:textId="77777777" w:rsidR="00F3069B" w:rsidRDefault="00764CA8">
      <w:pPr>
        <w:spacing w:after="0"/>
      </w:pPr>
      <w:r>
        <w:rPr>
          <w:rFonts w:ascii="Arial" w:hAnsi="Arial"/>
          <w:b/>
        </w:rPr>
        <w:t xml:space="preserve">Interviewer P:  </w:t>
      </w:r>
      <w:r>
        <w:rPr>
          <w:rFonts w:ascii="Arial" w:hAnsi="Arial"/>
          <w:color w:val="5D7284"/>
        </w:rPr>
        <w:t>14:03</w:t>
      </w:r>
    </w:p>
    <w:p w14:paraId="71AAD753" w14:textId="14BB5A73" w:rsidR="00F3069B" w:rsidRDefault="00764CA8">
      <w:pPr>
        <w:spacing w:after="0"/>
      </w:pPr>
      <w:r>
        <w:rPr>
          <w:rFonts w:ascii="Arial" w:hAnsi="Arial"/>
        </w:rPr>
        <w:t xml:space="preserve">So, what we're working up to is, I'm going to do the same thing. But I'm going to do it in that tank that spin. Okay, so what I want you to do is kind of the same thing we did here is if I drop that dye in that </w:t>
      </w:r>
      <w:r>
        <w:rPr>
          <w:rFonts w:ascii="Arial" w:hAnsi="Arial"/>
        </w:rPr>
        <w:lastRenderedPageBreak/>
        <w:t xml:space="preserve">spinning team, think about like what's going to happen there and make a prediction of what you think it'll look like in the spinning tank. And I'm going to ask you to try and sketch that as well. So, same thing, what it would look like after a minute. And you'll notice there's two places to sketch here. And that's because we're going to do two views. </w:t>
      </w:r>
      <w:r w:rsidR="005A36E4">
        <w:rPr>
          <w:rFonts w:ascii="Arial" w:hAnsi="Arial"/>
        </w:rPr>
        <w:t>So,</w:t>
      </w:r>
      <w:r>
        <w:rPr>
          <w:rFonts w:ascii="Arial" w:hAnsi="Arial"/>
        </w:rPr>
        <w:t xml:space="preserve"> ones from above and one from the side. And it's also it's also going to be a bit like the picture is going to be like like you're taking it with a camera. </w:t>
      </w:r>
      <w:r>
        <w:rPr>
          <w:rFonts w:ascii="Arial" w:hAnsi="Arial"/>
        </w:rPr>
        <w:t xml:space="preserve">Yeah. </w:t>
      </w:r>
      <w:r w:rsidR="005A36E4">
        <w:rPr>
          <w:rFonts w:ascii="Arial" w:hAnsi="Arial"/>
        </w:rPr>
        <w:t>So,</w:t>
      </w:r>
      <w:r>
        <w:rPr>
          <w:rFonts w:ascii="Arial" w:hAnsi="Arial"/>
        </w:rPr>
        <w:t xml:space="preserve"> it's like you go, here and then down here, here. So that's what you're sketching like a single moment in time. Not like a movie, but just a photograph from above and from below. So again, you've got your colored pencils. So go ahead and.</w:t>
      </w:r>
    </w:p>
    <w:p w14:paraId="421384C3" w14:textId="77777777" w:rsidR="00F3069B" w:rsidRDefault="00F3069B">
      <w:pPr>
        <w:spacing w:after="0"/>
      </w:pPr>
    </w:p>
    <w:p w14:paraId="01D8FF31" w14:textId="77777777" w:rsidR="00F3069B" w:rsidRDefault="00764CA8">
      <w:pPr>
        <w:spacing w:after="0"/>
      </w:pPr>
      <w:r>
        <w:rPr>
          <w:rFonts w:ascii="Arial" w:hAnsi="Arial"/>
          <w:b/>
        </w:rPr>
        <w:t xml:space="preserve">Participant #3:  </w:t>
      </w:r>
      <w:r>
        <w:rPr>
          <w:rFonts w:ascii="Arial" w:hAnsi="Arial"/>
          <w:color w:val="5D7284"/>
        </w:rPr>
        <w:t>15:26</w:t>
      </w:r>
    </w:p>
    <w:p w14:paraId="7CC29FD0" w14:textId="77777777" w:rsidR="00F3069B" w:rsidRDefault="00764CA8">
      <w:pPr>
        <w:spacing w:after="0"/>
      </w:pPr>
      <w:r>
        <w:rPr>
          <w:rFonts w:ascii="Arial" w:hAnsi="Arial"/>
        </w:rPr>
        <w:t>How much are you going to be adding.</w:t>
      </w:r>
    </w:p>
    <w:p w14:paraId="5179E46D" w14:textId="77777777" w:rsidR="00F3069B" w:rsidRDefault="00F3069B">
      <w:pPr>
        <w:spacing w:after="0"/>
      </w:pPr>
    </w:p>
    <w:p w14:paraId="4C3D0FB9" w14:textId="77777777" w:rsidR="00F3069B" w:rsidRDefault="00764CA8">
      <w:pPr>
        <w:spacing w:after="0"/>
      </w:pPr>
      <w:r>
        <w:rPr>
          <w:rFonts w:ascii="Arial" w:hAnsi="Arial"/>
          <w:b/>
        </w:rPr>
        <w:t xml:space="preserve">Interviewer P:  </w:t>
      </w:r>
      <w:r>
        <w:rPr>
          <w:rFonts w:ascii="Arial" w:hAnsi="Arial"/>
          <w:color w:val="5D7284"/>
        </w:rPr>
        <w:t>15:26</w:t>
      </w:r>
    </w:p>
    <w:p w14:paraId="5D911C26" w14:textId="744603E2" w:rsidR="00F3069B" w:rsidRDefault="00764CA8">
      <w:pPr>
        <w:spacing w:after="0"/>
      </w:pPr>
      <w:r>
        <w:rPr>
          <w:rFonts w:ascii="Arial" w:hAnsi="Arial"/>
        </w:rPr>
        <w:t>About the same amount, but a little like that's bigger so yeah to scale if you put a huge like if you just drop a bunch of it in there, it just kind of makes a clump you know, I mean, I can do that here and so and then you can't see kind of the neat things that it does. So that's why I just put tiny bits in so.</w:t>
      </w:r>
      <w:r w:rsidR="005A36E4">
        <w:rPr>
          <w:rFonts w:ascii="Arial" w:hAnsi="Arial"/>
        </w:rPr>
        <w:t xml:space="preserve"> </w:t>
      </w:r>
      <w:r>
        <w:rPr>
          <w:rFonts w:ascii="Arial" w:hAnsi="Arial"/>
        </w:rPr>
        <w:t xml:space="preserve">Very cool look at that from the side. </w:t>
      </w:r>
      <w:r w:rsidR="005A36E4">
        <w:rPr>
          <w:rFonts w:ascii="Arial" w:hAnsi="Arial"/>
        </w:rPr>
        <w:t>Oh,</w:t>
      </w:r>
      <w:r>
        <w:rPr>
          <w:rFonts w:ascii="Arial" w:hAnsi="Arial"/>
        </w:rPr>
        <w:t xml:space="preserve"> </w:t>
      </w:r>
      <w:r w:rsidR="005A36E4">
        <w:rPr>
          <w:rFonts w:ascii="Arial" w:hAnsi="Arial"/>
        </w:rPr>
        <w:t>that’s</w:t>
      </w:r>
      <w:r>
        <w:rPr>
          <w:rFonts w:ascii="Arial" w:hAnsi="Arial"/>
        </w:rPr>
        <w:t xml:space="preserve"> cool, I'm just going to draw halfway like a line I forgot to draw like the water line here. </w:t>
      </w:r>
      <w:r w:rsidR="005A36E4">
        <w:rPr>
          <w:rFonts w:ascii="Arial" w:hAnsi="Arial"/>
        </w:rPr>
        <w:t>So,</w:t>
      </w:r>
      <w:r>
        <w:rPr>
          <w:rFonts w:ascii="Arial" w:hAnsi="Arial"/>
        </w:rPr>
        <w:t xml:space="preserve"> all the way up to the top. I'm just gonna draw it a water line. Okay, so tell me about your sketches.</w:t>
      </w:r>
    </w:p>
    <w:p w14:paraId="22F1C5E2" w14:textId="77777777" w:rsidR="00F3069B" w:rsidRDefault="00F3069B">
      <w:pPr>
        <w:spacing w:after="0"/>
      </w:pPr>
    </w:p>
    <w:p w14:paraId="30412E0B" w14:textId="77777777" w:rsidR="00F3069B" w:rsidRDefault="00764CA8">
      <w:pPr>
        <w:spacing w:after="0"/>
      </w:pPr>
      <w:r>
        <w:rPr>
          <w:rFonts w:ascii="Arial" w:hAnsi="Arial"/>
          <w:b/>
        </w:rPr>
        <w:t xml:space="preserve">Participant #3:  </w:t>
      </w:r>
      <w:r>
        <w:rPr>
          <w:rFonts w:ascii="Arial" w:hAnsi="Arial"/>
          <w:color w:val="5D7284"/>
        </w:rPr>
        <w:t>17:45</w:t>
      </w:r>
    </w:p>
    <w:p w14:paraId="4F9025A6" w14:textId="788078BC" w:rsidR="00F3069B" w:rsidRDefault="00764CA8">
      <w:pPr>
        <w:spacing w:after="0"/>
      </w:pPr>
      <w:r>
        <w:rPr>
          <w:rFonts w:ascii="Arial" w:hAnsi="Arial"/>
        </w:rPr>
        <w:t xml:space="preserve">It's essentially what happened there but it's swirled because that's spinning, yeah. </w:t>
      </w:r>
      <w:r w:rsidR="005A36E4">
        <w:rPr>
          <w:rFonts w:ascii="Arial" w:hAnsi="Arial"/>
        </w:rPr>
        <w:t>So,</w:t>
      </w:r>
      <w:r>
        <w:rPr>
          <w:rFonts w:ascii="Arial" w:hAnsi="Arial"/>
        </w:rPr>
        <w:t xml:space="preserve"> on top it'll just you'll see more of the dots with faded swirl in the background and here...</w:t>
      </w:r>
    </w:p>
    <w:p w14:paraId="68014059" w14:textId="77777777" w:rsidR="00F3069B" w:rsidRDefault="00F3069B">
      <w:pPr>
        <w:spacing w:after="0"/>
      </w:pPr>
    </w:p>
    <w:p w14:paraId="130E7784" w14:textId="77777777" w:rsidR="00F3069B" w:rsidRDefault="00764CA8">
      <w:pPr>
        <w:spacing w:after="0"/>
      </w:pPr>
      <w:r>
        <w:rPr>
          <w:rFonts w:ascii="Arial" w:hAnsi="Arial"/>
          <w:b/>
        </w:rPr>
        <w:t xml:space="preserve">Interviewer P:  </w:t>
      </w:r>
      <w:r>
        <w:rPr>
          <w:rFonts w:ascii="Arial" w:hAnsi="Arial"/>
          <w:color w:val="5D7284"/>
        </w:rPr>
        <w:t>18:04</w:t>
      </w:r>
    </w:p>
    <w:p w14:paraId="2D0BCCFC" w14:textId="77777777" w:rsidR="00F3069B" w:rsidRDefault="00764CA8">
      <w:pPr>
        <w:spacing w:after="0"/>
      </w:pPr>
      <w:r>
        <w:rPr>
          <w:rFonts w:ascii="Arial" w:hAnsi="Arial"/>
        </w:rPr>
        <w:t>Yeah.</w:t>
      </w:r>
    </w:p>
    <w:p w14:paraId="38C3A4B5" w14:textId="77777777" w:rsidR="00F3069B" w:rsidRDefault="00F3069B">
      <w:pPr>
        <w:spacing w:after="0"/>
      </w:pPr>
    </w:p>
    <w:p w14:paraId="44928055" w14:textId="77777777" w:rsidR="00F3069B" w:rsidRDefault="00764CA8">
      <w:pPr>
        <w:spacing w:after="0"/>
      </w:pPr>
      <w:r>
        <w:rPr>
          <w:rFonts w:ascii="Arial" w:hAnsi="Arial"/>
          <w:b/>
        </w:rPr>
        <w:t xml:space="preserve">Participant #3:  </w:t>
      </w:r>
      <w:r>
        <w:rPr>
          <w:rFonts w:ascii="Arial" w:hAnsi="Arial"/>
          <w:color w:val="5D7284"/>
        </w:rPr>
        <w:t>18:07</w:t>
      </w:r>
    </w:p>
    <w:p w14:paraId="435208C8" w14:textId="77777777" w:rsidR="00F3069B" w:rsidRDefault="00764CA8">
      <w:pPr>
        <w:spacing w:after="0"/>
      </w:pPr>
      <w:r>
        <w:rPr>
          <w:rFonts w:ascii="Arial" w:hAnsi="Arial"/>
        </w:rPr>
        <w:t>But kind of the same thing except you're seeing in like a sweeping motion in the spinning direction.</w:t>
      </w:r>
    </w:p>
    <w:p w14:paraId="3D27BA92" w14:textId="77777777" w:rsidR="00F3069B" w:rsidRDefault="00F3069B">
      <w:pPr>
        <w:spacing w:after="0"/>
      </w:pPr>
    </w:p>
    <w:p w14:paraId="382D4BAE" w14:textId="77777777" w:rsidR="00F3069B" w:rsidRDefault="00764CA8">
      <w:pPr>
        <w:spacing w:after="0"/>
      </w:pPr>
      <w:r>
        <w:rPr>
          <w:rFonts w:ascii="Arial" w:hAnsi="Arial"/>
          <w:b/>
        </w:rPr>
        <w:t xml:space="preserve">Interviewer P:  </w:t>
      </w:r>
      <w:r>
        <w:rPr>
          <w:rFonts w:ascii="Arial" w:hAnsi="Arial"/>
          <w:color w:val="5D7284"/>
        </w:rPr>
        <w:t>18:18</w:t>
      </w:r>
    </w:p>
    <w:p w14:paraId="3CBD277B" w14:textId="19FAF8D2" w:rsidR="00F3069B" w:rsidRDefault="00764CA8">
      <w:pPr>
        <w:spacing w:after="0"/>
      </w:pPr>
      <w:r>
        <w:rPr>
          <w:rFonts w:ascii="Arial" w:hAnsi="Arial"/>
        </w:rPr>
        <w:t xml:space="preserve">Okay, cool. Let's do it as we said after one minute. </w:t>
      </w:r>
      <w:r w:rsidR="005A36E4">
        <w:rPr>
          <w:rFonts w:ascii="Arial" w:hAnsi="Arial"/>
        </w:rPr>
        <w:t>So,</w:t>
      </w:r>
      <w:r>
        <w:rPr>
          <w:rFonts w:ascii="Arial" w:hAnsi="Arial"/>
        </w:rPr>
        <w:t xml:space="preserve"> does that surprised you?</w:t>
      </w:r>
    </w:p>
    <w:p w14:paraId="3FA06849" w14:textId="77777777" w:rsidR="00F3069B" w:rsidRDefault="00F3069B">
      <w:pPr>
        <w:spacing w:after="0"/>
      </w:pPr>
    </w:p>
    <w:p w14:paraId="07CD80C1" w14:textId="77777777" w:rsidR="00F3069B" w:rsidRDefault="00764CA8">
      <w:pPr>
        <w:spacing w:after="0"/>
      </w:pPr>
      <w:r>
        <w:rPr>
          <w:rFonts w:ascii="Arial" w:hAnsi="Arial"/>
          <w:b/>
        </w:rPr>
        <w:t xml:space="preserve">Participant #3:  </w:t>
      </w:r>
      <w:r>
        <w:rPr>
          <w:rFonts w:ascii="Arial" w:hAnsi="Arial"/>
          <w:color w:val="5D7284"/>
        </w:rPr>
        <w:t>19:31</w:t>
      </w:r>
    </w:p>
    <w:p w14:paraId="71D1237C" w14:textId="77777777" w:rsidR="00F3069B" w:rsidRDefault="00764CA8">
      <w:pPr>
        <w:spacing w:after="0"/>
      </w:pPr>
      <w:r>
        <w:rPr>
          <w:rFonts w:ascii="Arial" w:hAnsi="Arial"/>
        </w:rPr>
        <w:t>Yeah, I thought it would twirl more together, but they're kind of swirling individually.</w:t>
      </w:r>
    </w:p>
    <w:p w14:paraId="7F4B2ECC" w14:textId="77777777" w:rsidR="00F3069B" w:rsidRDefault="00F3069B">
      <w:pPr>
        <w:spacing w:after="0"/>
      </w:pPr>
    </w:p>
    <w:p w14:paraId="024F57C0" w14:textId="77777777" w:rsidR="00F3069B" w:rsidRDefault="00764CA8">
      <w:pPr>
        <w:spacing w:after="0"/>
      </w:pPr>
      <w:r>
        <w:rPr>
          <w:rFonts w:ascii="Arial" w:hAnsi="Arial"/>
          <w:b/>
        </w:rPr>
        <w:t xml:space="preserve">Interviewer P:  </w:t>
      </w:r>
      <w:r>
        <w:rPr>
          <w:rFonts w:ascii="Arial" w:hAnsi="Arial"/>
          <w:color w:val="5D7284"/>
        </w:rPr>
        <w:t>19:41</w:t>
      </w:r>
    </w:p>
    <w:p w14:paraId="38E61C2B" w14:textId="7958AA11" w:rsidR="00F3069B" w:rsidRDefault="005A36E4">
      <w:pPr>
        <w:spacing w:after="0"/>
      </w:pPr>
      <w:r>
        <w:rPr>
          <w:rFonts w:ascii="Arial" w:hAnsi="Arial"/>
        </w:rPr>
        <w:t>So, tell me about swirling individually. What do you mean?</w:t>
      </w:r>
    </w:p>
    <w:p w14:paraId="6ED37909" w14:textId="77777777" w:rsidR="00F3069B" w:rsidRDefault="00F3069B">
      <w:pPr>
        <w:spacing w:after="0"/>
      </w:pPr>
    </w:p>
    <w:p w14:paraId="41D72FD4" w14:textId="77777777" w:rsidR="00F3069B" w:rsidRDefault="00764CA8">
      <w:pPr>
        <w:spacing w:after="0"/>
      </w:pPr>
      <w:r>
        <w:rPr>
          <w:rFonts w:ascii="Arial" w:hAnsi="Arial"/>
          <w:b/>
        </w:rPr>
        <w:t xml:space="preserve">Participant #3:  </w:t>
      </w:r>
      <w:r>
        <w:rPr>
          <w:rFonts w:ascii="Arial" w:hAnsi="Arial"/>
          <w:color w:val="5D7284"/>
        </w:rPr>
        <w:t>19:44</w:t>
      </w:r>
    </w:p>
    <w:p w14:paraId="77529E85" w14:textId="77777777" w:rsidR="00F3069B" w:rsidRDefault="00764CA8">
      <w:pPr>
        <w:spacing w:after="0"/>
      </w:pPr>
      <w:r>
        <w:rPr>
          <w:rFonts w:ascii="Arial" w:hAnsi="Arial"/>
        </w:rPr>
        <w:t xml:space="preserve">Like instead of the photo where they're all it's all kind of like mixing in one </w:t>
      </w:r>
      <w:r>
        <w:rPr>
          <w:rFonts w:ascii="Arial" w:hAnsi="Arial"/>
        </w:rPr>
        <w:t>direction. Each like little clump or a line it kind of has like its own small little twirl.</w:t>
      </w:r>
    </w:p>
    <w:p w14:paraId="37985199" w14:textId="77777777" w:rsidR="00F3069B" w:rsidRDefault="00F3069B">
      <w:pPr>
        <w:spacing w:after="0"/>
      </w:pPr>
    </w:p>
    <w:p w14:paraId="697F2908" w14:textId="77777777" w:rsidR="00F3069B" w:rsidRDefault="00764CA8">
      <w:pPr>
        <w:spacing w:after="0"/>
      </w:pPr>
      <w:r>
        <w:rPr>
          <w:rFonts w:ascii="Arial" w:hAnsi="Arial"/>
          <w:b/>
        </w:rPr>
        <w:t xml:space="preserve">Interviewer P:  </w:t>
      </w:r>
      <w:r>
        <w:rPr>
          <w:rFonts w:ascii="Arial" w:hAnsi="Arial"/>
          <w:color w:val="5D7284"/>
        </w:rPr>
        <w:t>19:55</w:t>
      </w:r>
    </w:p>
    <w:p w14:paraId="4E55F890" w14:textId="77777777" w:rsidR="00F3069B" w:rsidRDefault="00764CA8">
      <w:pPr>
        <w:spacing w:after="0"/>
      </w:pPr>
      <w:r>
        <w:rPr>
          <w:rFonts w:ascii="Arial" w:hAnsi="Arial"/>
        </w:rPr>
        <w:lastRenderedPageBreak/>
        <w:t>Lovely, I do not know why it stopped. We've got this going for like an hour. All right, well, you got to see what it looks like. That's good. Can you draw just so we don't forget, I was going to ask you, I was going to ask you some more questions and then ask you to draw this but let's go ahead and draw it because that will give us a reference point for what you did see. Okay, so now what I'm asking you to do is to draw the same thing but what you what it actually looked like from the side and from above? S</w:t>
      </w:r>
      <w:r>
        <w:rPr>
          <w:rFonts w:ascii="Arial" w:hAnsi="Arial"/>
        </w:rPr>
        <w:t xml:space="preserve">ee how it's going again. No now, it's not. </w:t>
      </w:r>
    </w:p>
    <w:p w14:paraId="532D924A" w14:textId="77777777" w:rsidR="00F3069B" w:rsidRDefault="00F3069B">
      <w:pPr>
        <w:spacing w:after="0"/>
      </w:pPr>
    </w:p>
    <w:p w14:paraId="165202E4" w14:textId="77777777" w:rsidR="00F3069B" w:rsidRDefault="00764CA8">
      <w:pPr>
        <w:spacing w:after="0"/>
      </w:pPr>
      <w:r>
        <w:rPr>
          <w:rFonts w:ascii="Arial" w:hAnsi="Arial"/>
          <w:b/>
        </w:rPr>
        <w:t xml:space="preserve">Participant #3:  </w:t>
      </w:r>
      <w:r>
        <w:rPr>
          <w:rFonts w:ascii="Arial" w:hAnsi="Arial"/>
          <w:color w:val="5D7284"/>
        </w:rPr>
        <w:t>20:37</w:t>
      </w:r>
    </w:p>
    <w:p w14:paraId="6345AEC8" w14:textId="77777777" w:rsidR="00F3069B" w:rsidRDefault="00764CA8">
      <w:pPr>
        <w:spacing w:after="0"/>
      </w:pPr>
      <w:r>
        <w:rPr>
          <w:rFonts w:ascii="Arial" w:hAnsi="Arial"/>
        </w:rPr>
        <w:t>Is it warm or something?</w:t>
      </w:r>
    </w:p>
    <w:p w14:paraId="034F1337" w14:textId="77777777" w:rsidR="00F3069B" w:rsidRDefault="00F3069B">
      <w:pPr>
        <w:spacing w:after="0"/>
      </w:pPr>
    </w:p>
    <w:p w14:paraId="0BA0CF52" w14:textId="77777777" w:rsidR="00F3069B" w:rsidRDefault="00764CA8">
      <w:pPr>
        <w:spacing w:after="0"/>
      </w:pPr>
      <w:r>
        <w:rPr>
          <w:rFonts w:ascii="Arial" w:hAnsi="Arial"/>
          <w:b/>
        </w:rPr>
        <w:t xml:space="preserve">Interviewer P:  </w:t>
      </w:r>
      <w:r>
        <w:rPr>
          <w:rFonts w:ascii="Arial" w:hAnsi="Arial"/>
          <w:color w:val="5D7284"/>
        </w:rPr>
        <w:t>21:56</w:t>
      </w:r>
    </w:p>
    <w:p w14:paraId="333E21F5" w14:textId="77777777" w:rsidR="00F3069B" w:rsidRDefault="00764CA8">
      <w:pPr>
        <w:spacing w:after="0"/>
      </w:pPr>
      <w:r>
        <w:rPr>
          <w:rFonts w:ascii="Arial" w:hAnsi="Arial"/>
        </w:rPr>
        <w:t>Okay, so tell me about the spinning, tell me about this and tell me specifically how it's different from what you predicted.</w:t>
      </w:r>
    </w:p>
    <w:p w14:paraId="71A98211" w14:textId="77777777" w:rsidR="00F3069B" w:rsidRDefault="00F3069B">
      <w:pPr>
        <w:spacing w:after="0"/>
      </w:pPr>
    </w:p>
    <w:p w14:paraId="0EEFC179" w14:textId="77777777" w:rsidR="00F3069B" w:rsidRDefault="00764CA8">
      <w:pPr>
        <w:spacing w:after="0"/>
      </w:pPr>
      <w:r>
        <w:rPr>
          <w:rFonts w:ascii="Arial" w:hAnsi="Arial"/>
          <w:b/>
        </w:rPr>
        <w:t xml:space="preserve">Participant #3:  </w:t>
      </w:r>
      <w:r>
        <w:rPr>
          <w:rFonts w:ascii="Arial" w:hAnsi="Arial"/>
          <w:color w:val="5D7284"/>
        </w:rPr>
        <w:t>22:06</w:t>
      </w:r>
    </w:p>
    <w:p w14:paraId="1EDE016C" w14:textId="3980EC58" w:rsidR="00F3069B" w:rsidRDefault="005A36E4">
      <w:pPr>
        <w:spacing w:after="0"/>
      </w:pPr>
      <w:r>
        <w:rPr>
          <w:rFonts w:ascii="Arial" w:hAnsi="Arial"/>
        </w:rPr>
        <w:t>So, for this one, I thought they're all like mixing together to make one big spiral. But here, they were kind of just spiraling in their own space, like in columns, like here at like, shows a better, like, they're all just kind of, instead of mixing, they're still staying in their little clumps or lines.</w:t>
      </w:r>
    </w:p>
    <w:p w14:paraId="45E94421" w14:textId="77777777" w:rsidR="00F3069B" w:rsidRDefault="00F3069B">
      <w:pPr>
        <w:spacing w:after="0"/>
      </w:pPr>
    </w:p>
    <w:p w14:paraId="20E79329" w14:textId="77777777" w:rsidR="00F3069B" w:rsidRDefault="00764CA8">
      <w:pPr>
        <w:spacing w:after="0"/>
      </w:pPr>
      <w:r>
        <w:rPr>
          <w:rFonts w:ascii="Arial" w:hAnsi="Arial"/>
          <w:b/>
        </w:rPr>
        <w:t xml:space="preserve">Interviewer P:  </w:t>
      </w:r>
      <w:r>
        <w:rPr>
          <w:rFonts w:ascii="Arial" w:hAnsi="Arial"/>
          <w:color w:val="5D7284"/>
        </w:rPr>
        <w:t>22:23</w:t>
      </w:r>
    </w:p>
    <w:p w14:paraId="6F055852" w14:textId="77777777" w:rsidR="00F3069B" w:rsidRDefault="00764CA8">
      <w:pPr>
        <w:spacing w:after="0"/>
      </w:pPr>
      <w:r>
        <w:rPr>
          <w:rFonts w:ascii="Arial" w:hAnsi="Arial"/>
        </w:rPr>
        <w:t xml:space="preserve">Okay. </w:t>
      </w:r>
    </w:p>
    <w:p w14:paraId="3B1A261E" w14:textId="77777777" w:rsidR="00F3069B" w:rsidRDefault="00F3069B">
      <w:pPr>
        <w:spacing w:after="0"/>
      </w:pPr>
    </w:p>
    <w:p w14:paraId="75352F20" w14:textId="77777777" w:rsidR="00F3069B" w:rsidRDefault="00764CA8">
      <w:pPr>
        <w:spacing w:after="0"/>
      </w:pPr>
      <w:r>
        <w:rPr>
          <w:rFonts w:ascii="Arial" w:hAnsi="Arial"/>
          <w:b/>
        </w:rPr>
        <w:t xml:space="preserve">Participant #3:  </w:t>
      </w:r>
      <w:r>
        <w:rPr>
          <w:rFonts w:ascii="Arial" w:hAnsi="Arial"/>
          <w:color w:val="5D7284"/>
        </w:rPr>
        <w:t>22:24</w:t>
      </w:r>
    </w:p>
    <w:p w14:paraId="145DE3DA" w14:textId="77777777" w:rsidR="00F3069B" w:rsidRDefault="00764CA8">
      <w:pPr>
        <w:spacing w:after="0"/>
      </w:pPr>
      <w:r>
        <w:rPr>
          <w:rFonts w:ascii="Arial" w:hAnsi="Arial"/>
        </w:rPr>
        <w:t>It's kind of making a little spiral.</w:t>
      </w:r>
    </w:p>
    <w:p w14:paraId="70FAD405" w14:textId="77777777" w:rsidR="00F3069B" w:rsidRDefault="00F3069B">
      <w:pPr>
        <w:spacing w:after="0"/>
      </w:pPr>
    </w:p>
    <w:p w14:paraId="61A4BC00" w14:textId="77777777" w:rsidR="00F3069B" w:rsidRDefault="00764CA8">
      <w:pPr>
        <w:spacing w:after="0"/>
      </w:pPr>
      <w:r>
        <w:rPr>
          <w:rFonts w:ascii="Arial" w:hAnsi="Arial"/>
          <w:b/>
        </w:rPr>
        <w:t xml:space="preserve">Interviewer P:  </w:t>
      </w:r>
      <w:r>
        <w:rPr>
          <w:rFonts w:ascii="Arial" w:hAnsi="Arial"/>
          <w:color w:val="5D7284"/>
        </w:rPr>
        <w:t>22:26</w:t>
      </w:r>
    </w:p>
    <w:p w14:paraId="07CD3354" w14:textId="77777777" w:rsidR="00F3069B" w:rsidRDefault="00764CA8">
      <w:pPr>
        <w:spacing w:after="0"/>
      </w:pPr>
      <w:r>
        <w:rPr>
          <w:rFonts w:ascii="Arial" w:hAnsi="Arial"/>
        </w:rPr>
        <w:t xml:space="preserve">Okay, that helps, because whenever you said they were making their own little spirals, I wasn't sure what you meant. </w:t>
      </w:r>
    </w:p>
    <w:p w14:paraId="6636E37F" w14:textId="77777777" w:rsidR="00F3069B" w:rsidRDefault="00F3069B">
      <w:pPr>
        <w:spacing w:after="0"/>
      </w:pPr>
    </w:p>
    <w:p w14:paraId="62C27200" w14:textId="77777777" w:rsidR="00F3069B" w:rsidRDefault="00764CA8">
      <w:pPr>
        <w:spacing w:after="0"/>
      </w:pPr>
      <w:r>
        <w:rPr>
          <w:rFonts w:ascii="Arial" w:hAnsi="Arial"/>
          <w:b/>
        </w:rPr>
        <w:t xml:space="preserve">Participant #3:  </w:t>
      </w:r>
      <w:r>
        <w:rPr>
          <w:rFonts w:ascii="Arial" w:hAnsi="Arial"/>
          <w:color w:val="5D7284"/>
        </w:rPr>
        <w:t>22:32</w:t>
      </w:r>
    </w:p>
    <w:p w14:paraId="589C554C" w14:textId="77777777" w:rsidR="00F3069B" w:rsidRDefault="00764CA8">
      <w:pPr>
        <w:spacing w:after="0"/>
      </w:pPr>
      <w:r>
        <w:rPr>
          <w:rFonts w:ascii="Arial" w:hAnsi="Arial"/>
        </w:rPr>
        <w:t xml:space="preserve">Yeah. </w:t>
      </w:r>
    </w:p>
    <w:p w14:paraId="008122A6" w14:textId="77777777" w:rsidR="00F3069B" w:rsidRDefault="00F3069B">
      <w:pPr>
        <w:spacing w:after="0"/>
      </w:pPr>
    </w:p>
    <w:p w14:paraId="751AEC34" w14:textId="77777777" w:rsidR="00F3069B" w:rsidRDefault="00764CA8">
      <w:pPr>
        <w:spacing w:after="0"/>
      </w:pPr>
      <w:r>
        <w:rPr>
          <w:rFonts w:ascii="Arial" w:hAnsi="Arial"/>
          <w:b/>
        </w:rPr>
        <w:t xml:space="preserve">Interviewer P:  </w:t>
      </w:r>
      <w:r>
        <w:rPr>
          <w:rFonts w:ascii="Arial" w:hAnsi="Arial"/>
          <w:color w:val="5D7284"/>
        </w:rPr>
        <w:t>22:32</w:t>
      </w:r>
    </w:p>
    <w:p w14:paraId="24E4860C" w14:textId="7B968C8C" w:rsidR="00F3069B" w:rsidRDefault="005A36E4">
      <w:pPr>
        <w:spacing w:after="0"/>
      </w:pPr>
      <w:r>
        <w:rPr>
          <w:rFonts w:ascii="Arial" w:hAnsi="Arial"/>
        </w:rPr>
        <w:t>So, can you sew down here if, like, can you show me with your finger how you think the little dye streaks are moving?</w:t>
      </w:r>
    </w:p>
    <w:p w14:paraId="6DF742AA" w14:textId="77777777" w:rsidR="00F3069B" w:rsidRDefault="00F3069B">
      <w:pPr>
        <w:spacing w:after="0"/>
      </w:pPr>
    </w:p>
    <w:p w14:paraId="41C55876" w14:textId="77777777" w:rsidR="00F3069B" w:rsidRDefault="00764CA8">
      <w:pPr>
        <w:spacing w:after="0"/>
      </w:pPr>
      <w:r>
        <w:rPr>
          <w:rFonts w:ascii="Arial" w:hAnsi="Arial"/>
          <w:b/>
        </w:rPr>
        <w:t xml:space="preserve">Participant #3:  </w:t>
      </w:r>
      <w:r>
        <w:rPr>
          <w:rFonts w:ascii="Arial" w:hAnsi="Arial"/>
          <w:color w:val="5D7284"/>
        </w:rPr>
        <w:t>22:42</w:t>
      </w:r>
    </w:p>
    <w:p w14:paraId="4ADF8580" w14:textId="77777777" w:rsidR="00F3069B" w:rsidRDefault="00764CA8">
      <w:pPr>
        <w:spacing w:after="0"/>
      </w:pPr>
      <w:r>
        <w:rPr>
          <w:rFonts w:ascii="Arial" w:hAnsi="Arial"/>
        </w:rPr>
        <w:t xml:space="preserve">In there? </w:t>
      </w:r>
    </w:p>
    <w:p w14:paraId="7C116925" w14:textId="77777777" w:rsidR="00F3069B" w:rsidRDefault="00F3069B">
      <w:pPr>
        <w:spacing w:after="0"/>
      </w:pPr>
    </w:p>
    <w:p w14:paraId="42FBB4FD" w14:textId="77777777" w:rsidR="00F3069B" w:rsidRDefault="00764CA8">
      <w:pPr>
        <w:spacing w:after="0"/>
      </w:pPr>
      <w:r>
        <w:rPr>
          <w:rFonts w:ascii="Arial" w:hAnsi="Arial"/>
          <w:b/>
        </w:rPr>
        <w:t xml:space="preserve">Interviewer P:  </w:t>
      </w:r>
      <w:r>
        <w:rPr>
          <w:rFonts w:ascii="Arial" w:hAnsi="Arial"/>
          <w:color w:val="5D7284"/>
        </w:rPr>
        <w:t>22:42</w:t>
      </w:r>
    </w:p>
    <w:p w14:paraId="4D5B3430" w14:textId="77777777" w:rsidR="00F3069B" w:rsidRDefault="00764CA8">
      <w:pPr>
        <w:spacing w:after="0"/>
      </w:pPr>
      <w:r>
        <w:rPr>
          <w:rFonts w:ascii="Arial" w:hAnsi="Arial"/>
        </w:rPr>
        <w:t>Yeah.</w:t>
      </w:r>
    </w:p>
    <w:p w14:paraId="3EEDECF4" w14:textId="77777777" w:rsidR="00F3069B" w:rsidRDefault="00F3069B">
      <w:pPr>
        <w:spacing w:after="0"/>
      </w:pPr>
    </w:p>
    <w:p w14:paraId="48A82C79" w14:textId="77777777" w:rsidR="00F3069B" w:rsidRDefault="00764CA8">
      <w:pPr>
        <w:spacing w:after="0"/>
      </w:pPr>
      <w:r>
        <w:rPr>
          <w:rFonts w:ascii="Arial" w:hAnsi="Arial"/>
          <w:b/>
        </w:rPr>
        <w:t xml:space="preserve">Participant #3:  </w:t>
      </w:r>
      <w:r>
        <w:rPr>
          <w:rFonts w:ascii="Arial" w:hAnsi="Arial"/>
          <w:color w:val="5D7284"/>
        </w:rPr>
        <w:t>22:45</w:t>
      </w:r>
    </w:p>
    <w:p w14:paraId="76BF0402" w14:textId="77777777" w:rsidR="00F3069B" w:rsidRDefault="00764CA8">
      <w:pPr>
        <w:spacing w:after="0"/>
      </w:pPr>
      <w:r>
        <w:rPr>
          <w:rFonts w:ascii="Arial" w:hAnsi="Arial"/>
        </w:rPr>
        <w:lastRenderedPageBreak/>
        <w:t>They're like starting out straight. And then those slowly, like, just slightly started making like a little spiral. They're not like immediately going like this.</w:t>
      </w:r>
    </w:p>
    <w:p w14:paraId="1909A9B4" w14:textId="77777777" w:rsidR="00F3069B" w:rsidRDefault="00F3069B">
      <w:pPr>
        <w:spacing w:after="0"/>
      </w:pPr>
    </w:p>
    <w:p w14:paraId="22C0244D" w14:textId="77777777" w:rsidR="00F3069B" w:rsidRDefault="00764CA8">
      <w:pPr>
        <w:spacing w:after="0"/>
      </w:pPr>
      <w:r>
        <w:rPr>
          <w:rFonts w:ascii="Arial" w:hAnsi="Arial"/>
          <w:b/>
        </w:rPr>
        <w:t xml:space="preserve">Interviewer P:  </w:t>
      </w:r>
      <w:r>
        <w:rPr>
          <w:rFonts w:ascii="Arial" w:hAnsi="Arial"/>
          <w:color w:val="5D7284"/>
        </w:rPr>
        <w:t>22:54</w:t>
      </w:r>
    </w:p>
    <w:p w14:paraId="403D6382" w14:textId="77777777" w:rsidR="00F3069B" w:rsidRDefault="00764CA8">
      <w:pPr>
        <w:spacing w:after="0"/>
      </w:pPr>
      <w:r>
        <w:rPr>
          <w:rFonts w:ascii="Arial" w:hAnsi="Arial"/>
        </w:rPr>
        <w:t xml:space="preserve">Okay so just to be clear, when you're saying spiraling here, you're meaning like moving around with the tank. But when you're talking about here, do you mean that they're just kind of like doing their own little spiral by themselves? </w:t>
      </w:r>
    </w:p>
    <w:p w14:paraId="0E1F3B49" w14:textId="77777777" w:rsidR="00F3069B" w:rsidRDefault="00F3069B">
      <w:pPr>
        <w:spacing w:after="0"/>
      </w:pPr>
    </w:p>
    <w:p w14:paraId="5F3216D1" w14:textId="77777777" w:rsidR="00F3069B" w:rsidRDefault="00764CA8">
      <w:pPr>
        <w:spacing w:after="0"/>
      </w:pPr>
      <w:r>
        <w:rPr>
          <w:rFonts w:ascii="Arial" w:hAnsi="Arial"/>
          <w:b/>
        </w:rPr>
        <w:t xml:space="preserve">Participant #3:  </w:t>
      </w:r>
      <w:r>
        <w:rPr>
          <w:rFonts w:ascii="Arial" w:hAnsi="Arial"/>
          <w:color w:val="5D7284"/>
        </w:rPr>
        <w:t>23:10</w:t>
      </w:r>
    </w:p>
    <w:p w14:paraId="1FA22BB7" w14:textId="77777777" w:rsidR="00F3069B" w:rsidRDefault="00764CA8">
      <w:pPr>
        <w:spacing w:after="0"/>
      </w:pPr>
      <w:r>
        <w:rPr>
          <w:rFonts w:ascii="Arial" w:hAnsi="Arial"/>
        </w:rPr>
        <w:t>Yes.</w:t>
      </w:r>
    </w:p>
    <w:p w14:paraId="2B73D284" w14:textId="77777777" w:rsidR="00F3069B" w:rsidRDefault="00F3069B">
      <w:pPr>
        <w:spacing w:after="0"/>
      </w:pPr>
    </w:p>
    <w:p w14:paraId="155FCCED" w14:textId="77777777" w:rsidR="00F3069B" w:rsidRDefault="00764CA8">
      <w:pPr>
        <w:spacing w:after="0"/>
      </w:pPr>
      <w:r>
        <w:rPr>
          <w:rFonts w:ascii="Arial" w:hAnsi="Arial"/>
          <w:b/>
        </w:rPr>
        <w:t xml:space="preserve">Interviewer P:  </w:t>
      </w:r>
      <w:r>
        <w:rPr>
          <w:rFonts w:ascii="Arial" w:hAnsi="Arial"/>
          <w:color w:val="5D7284"/>
        </w:rPr>
        <w:t>23:10</w:t>
      </w:r>
    </w:p>
    <w:p w14:paraId="174551B4" w14:textId="2C9216AB" w:rsidR="00F3069B" w:rsidRDefault="00764CA8">
      <w:pPr>
        <w:spacing w:after="0"/>
      </w:pPr>
      <w:r>
        <w:rPr>
          <w:rFonts w:ascii="Arial" w:hAnsi="Arial"/>
        </w:rPr>
        <w:t xml:space="preserve">Okay, that's okay. I wasn't clear on what you </w:t>
      </w:r>
      <w:r w:rsidR="005A36E4">
        <w:rPr>
          <w:rFonts w:ascii="Arial" w:hAnsi="Arial"/>
        </w:rPr>
        <w:t>mean</w:t>
      </w:r>
      <w:r>
        <w:rPr>
          <w:rFonts w:ascii="Arial" w:hAnsi="Arial"/>
        </w:rPr>
        <w:t xml:space="preserve"> by that. But that makes sense now. Okay. And so any ideas on? Like why?</w:t>
      </w:r>
    </w:p>
    <w:p w14:paraId="595C234E" w14:textId="77777777" w:rsidR="00F3069B" w:rsidRDefault="00F3069B">
      <w:pPr>
        <w:spacing w:after="0"/>
      </w:pPr>
    </w:p>
    <w:p w14:paraId="3EC35B07" w14:textId="77777777" w:rsidR="00F3069B" w:rsidRDefault="00764CA8">
      <w:pPr>
        <w:spacing w:after="0"/>
      </w:pPr>
      <w:r>
        <w:rPr>
          <w:rFonts w:ascii="Arial" w:hAnsi="Arial"/>
          <w:b/>
        </w:rPr>
        <w:t xml:space="preserve">Participant #3:  </w:t>
      </w:r>
      <w:r>
        <w:rPr>
          <w:rFonts w:ascii="Arial" w:hAnsi="Arial"/>
          <w:color w:val="5D7284"/>
        </w:rPr>
        <w:t>23:24</w:t>
      </w:r>
    </w:p>
    <w:p w14:paraId="6787E066" w14:textId="77777777" w:rsidR="00F3069B" w:rsidRDefault="00764CA8">
      <w:pPr>
        <w:spacing w:after="0"/>
      </w:pPr>
      <w:r>
        <w:rPr>
          <w:rFonts w:ascii="Arial" w:hAnsi="Arial"/>
        </w:rPr>
        <w:t>Um, well, one thing I noticed is that here I kind of sketched like waves but there wasn't really any like noticeable movements of the water and then also when it's the machine stopped it like that's when it started doing this.</w:t>
      </w:r>
    </w:p>
    <w:p w14:paraId="62B8A67C" w14:textId="77777777" w:rsidR="00F3069B" w:rsidRDefault="00F3069B">
      <w:pPr>
        <w:spacing w:after="0"/>
      </w:pPr>
    </w:p>
    <w:p w14:paraId="60D7BF6F" w14:textId="77777777" w:rsidR="00F3069B" w:rsidRDefault="00764CA8">
      <w:pPr>
        <w:spacing w:after="0"/>
      </w:pPr>
      <w:r>
        <w:rPr>
          <w:rFonts w:ascii="Arial" w:hAnsi="Arial"/>
          <w:b/>
        </w:rPr>
        <w:t xml:space="preserve">Interviewer P:  </w:t>
      </w:r>
      <w:r>
        <w:rPr>
          <w:rFonts w:ascii="Arial" w:hAnsi="Arial"/>
          <w:color w:val="5D7284"/>
        </w:rPr>
        <w:t>23:43</w:t>
      </w:r>
    </w:p>
    <w:p w14:paraId="4FD7DDBD" w14:textId="5CA472CC" w:rsidR="00F3069B" w:rsidRDefault="00764CA8">
      <w:pPr>
        <w:spacing w:after="0"/>
      </w:pPr>
      <w:r>
        <w:rPr>
          <w:rFonts w:ascii="Arial" w:hAnsi="Arial"/>
        </w:rPr>
        <w:t xml:space="preserve"> yes, </w:t>
      </w:r>
      <w:r w:rsidR="005A36E4">
        <w:rPr>
          <w:rFonts w:ascii="Arial" w:hAnsi="Arial"/>
        </w:rPr>
        <w:t>that’s where</w:t>
      </w:r>
      <w:r>
        <w:rPr>
          <w:rFonts w:ascii="Arial" w:hAnsi="Arial"/>
        </w:rPr>
        <w:t xml:space="preserve"> that's where we were going.</w:t>
      </w:r>
    </w:p>
    <w:p w14:paraId="27628263" w14:textId="77777777" w:rsidR="00F3069B" w:rsidRDefault="00F3069B">
      <w:pPr>
        <w:spacing w:after="0"/>
      </w:pPr>
    </w:p>
    <w:p w14:paraId="0930EAEE" w14:textId="77777777" w:rsidR="00F3069B" w:rsidRDefault="00764CA8">
      <w:pPr>
        <w:spacing w:after="0"/>
      </w:pPr>
      <w:r>
        <w:rPr>
          <w:rFonts w:ascii="Arial" w:hAnsi="Arial"/>
          <w:b/>
        </w:rPr>
        <w:t xml:space="preserve">Participant #3:  </w:t>
      </w:r>
      <w:r>
        <w:rPr>
          <w:rFonts w:ascii="Arial" w:hAnsi="Arial"/>
          <w:color w:val="5D7284"/>
        </w:rPr>
        <w:t>23:47</w:t>
      </w:r>
    </w:p>
    <w:p w14:paraId="34B17392" w14:textId="19C43CF9" w:rsidR="00F3069B" w:rsidRDefault="005A36E4">
      <w:pPr>
        <w:spacing w:after="0"/>
      </w:pPr>
      <w:r>
        <w:rPr>
          <w:rFonts w:ascii="Arial" w:hAnsi="Arial"/>
        </w:rPr>
        <w:t>So, like I don't know like I guess because it wasn't like this was like a was not a constant movement like the like the motor the motion like stopped moving the water so then if the tank wasn't moving, then the water was just still moving on its own. And it was like slowly stopping so there was like different motions, I guess. Like one part could have been faster than like the other part. But when there was like a consistent motion with the tank and the water there was as if like the water was like standing still. So that's why these were just doing their own thing and just slightly propelled by the tank movement.</w:t>
      </w:r>
    </w:p>
    <w:p w14:paraId="16AB69FB" w14:textId="77777777" w:rsidR="00F3069B" w:rsidRDefault="00F3069B">
      <w:pPr>
        <w:spacing w:after="0"/>
      </w:pPr>
    </w:p>
    <w:p w14:paraId="490D6FAA" w14:textId="77777777" w:rsidR="00F3069B" w:rsidRDefault="00764CA8">
      <w:pPr>
        <w:spacing w:after="0"/>
      </w:pPr>
      <w:r>
        <w:rPr>
          <w:rFonts w:ascii="Arial" w:hAnsi="Arial"/>
          <w:b/>
        </w:rPr>
        <w:t xml:space="preserve">Interviewer P:  </w:t>
      </w:r>
      <w:r>
        <w:rPr>
          <w:rFonts w:ascii="Arial" w:hAnsi="Arial"/>
          <w:color w:val="5D7284"/>
        </w:rPr>
        <w:t>24:29</w:t>
      </w:r>
    </w:p>
    <w:p w14:paraId="2381B06A" w14:textId="18686B3C" w:rsidR="00F3069B" w:rsidRDefault="005A36E4">
      <w:pPr>
        <w:spacing w:after="0"/>
      </w:pPr>
      <w:r>
        <w:rPr>
          <w:rFonts w:ascii="Arial" w:hAnsi="Arial"/>
        </w:rPr>
        <w:t>So, what do you think it is about the water that would make it do like you said, this.</w:t>
      </w:r>
    </w:p>
    <w:p w14:paraId="41599C50" w14:textId="77777777" w:rsidR="00F3069B" w:rsidRDefault="00F3069B">
      <w:pPr>
        <w:spacing w:after="0"/>
      </w:pPr>
    </w:p>
    <w:p w14:paraId="25CE7FAE" w14:textId="77777777" w:rsidR="00F3069B" w:rsidRDefault="00764CA8">
      <w:pPr>
        <w:spacing w:after="0"/>
      </w:pPr>
      <w:r>
        <w:rPr>
          <w:rFonts w:ascii="Arial" w:hAnsi="Arial"/>
          <w:b/>
        </w:rPr>
        <w:t xml:space="preserve">Participant #3:  </w:t>
      </w:r>
      <w:r>
        <w:rPr>
          <w:rFonts w:ascii="Arial" w:hAnsi="Arial"/>
          <w:color w:val="5D7284"/>
        </w:rPr>
        <w:t>24:38</w:t>
      </w:r>
    </w:p>
    <w:p w14:paraId="7E050F26" w14:textId="4E317E9F" w:rsidR="00F3069B" w:rsidRDefault="00764CA8">
      <w:pPr>
        <w:spacing w:after="0"/>
      </w:pPr>
      <w:r>
        <w:rPr>
          <w:rFonts w:ascii="Arial" w:hAnsi="Arial"/>
        </w:rPr>
        <w:t xml:space="preserve">Maybe like if just the water was moving because here like both of them were moving the tank and the water were moving like simultaneously, but like if you if I were to just like stir this bowl, like just the water would create like a little spiral but nothing else would be moving. </w:t>
      </w:r>
      <w:r w:rsidR="005A36E4">
        <w:rPr>
          <w:rFonts w:ascii="Arial" w:hAnsi="Arial"/>
        </w:rPr>
        <w:t>So,</w:t>
      </w:r>
      <w:r>
        <w:rPr>
          <w:rFonts w:ascii="Arial" w:hAnsi="Arial"/>
        </w:rPr>
        <w:t xml:space="preserve"> I think I don't know how else to explain it, but like I think just like the fact that it's just the water moving, and nothing else is moving. There's nothing that's keeping the motion going. </w:t>
      </w:r>
      <w:r w:rsidR="005A36E4">
        <w:rPr>
          <w:rFonts w:ascii="Arial" w:hAnsi="Arial"/>
        </w:rPr>
        <w:t>So,</w:t>
      </w:r>
      <w:r>
        <w:rPr>
          <w:rFonts w:ascii="Arial" w:hAnsi="Arial"/>
        </w:rPr>
        <w:t xml:space="preserve"> it's slowly like stopping.</w:t>
      </w:r>
    </w:p>
    <w:p w14:paraId="232315F3" w14:textId="77777777" w:rsidR="00F3069B" w:rsidRDefault="00F3069B">
      <w:pPr>
        <w:spacing w:after="0"/>
      </w:pPr>
    </w:p>
    <w:p w14:paraId="140DC965" w14:textId="77777777" w:rsidR="00F3069B" w:rsidRDefault="00764CA8">
      <w:pPr>
        <w:spacing w:after="0"/>
      </w:pPr>
      <w:r>
        <w:rPr>
          <w:rFonts w:ascii="Arial" w:hAnsi="Arial"/>
          <w:b/>
        </w:rPr>
        <w:t xml:space="preserve">Interviewer P:  </w:t>
      </w:r>
      <w:r>
        <w:rPr>
          <w:rFonts w:ascii="Arial" w:hAnsi="Arial"/>
          <w:color w:val="5D7284"/>
        </w:rPr>
        <w:t>25:11</w:t>
      </w:r>
    </w:p>
    <w:p w14:paraId="6FF3F16B" w14:textId="58633E10" w:rsidR="00F3069B" w:rsidRDefault="00764CA8">
      <w:pPr>
        <w:spacing w:after="0"/>
      </w:pPr>
      <w:r>
        <w:rPr>
          <w:rFonts w:ascii="Arial" w:hAnsi="Arial"/>
        </w:rPr>
        <w:t xml:space="preserve">Yeah. </w:t>
      </w:r>
      <w:r w:rsidR="005A36E4">
        <w:rPr>
          <w:rFonts w:ascii="Arial" w:hAnsi="Arial"/>
        </w:rPr>
        <w:t>So,</w:t>
      </w:r>
      <w:r>
        <w:rPr>
          <w:rFonts w:ascii="Arial" w:hAnsi="Arial"/>
        </w:rPr>
        <w:t xml:space="preserve"> in the absence of something that stirring it, what would make it do this? Any?</w:t>
      </w:r>
    </w:p>
    <w:p w14:paraId="7C818BE1" w14:textId="77777777" w:rsidR="00F3069B" w:rsidRDefault="00F3069B">
      <w:pPr>
        <w:spacing w:after="0"/>
      </w:pPr>
    </w:p>
    <w:p w14:paraId="10E03A3E" w14:textId="77777777" w:rsidR="00F3069B" w:rsidRDefault="00764CA8">
      <w:pPr>
        <w:spacing w:after="0"/>
      </w:pPr>
      <w:r>
        <w:rPr>
          <w:rFonts w:ascii="Arial" w:hAnsi="Arial"/>
          <w:b/>
        </w:rPr>
        <w:lastRenderedPageBreak/>
        <w:t xml:space="preserve">Participant #3:  </w:t>
      </w:r>
      <w:r>
        <w:rPr>
          <w:rFonts w:ascii="Arial" w:hAnsi="Arial"/>
          <w:color w:val="5D7284"/>
        </w:rPr>
        <w:t>25:21</w:t>
      </w:r>
    </w:p>
    <w:p w14:paraId="0527079C" w14:textId="77777777" w:rsidR="00F3069B" w:rsidRDefault="00764CA8">
      <w:pPr>
        <w:spacing w:after="0"/>
      </w:pPr>
      <w:r>
        <w:rPr>
          <w:rFonts w:ascii="Arial" w:hAnsi="Arial"/>
        </w:rPr>
        <w:t>If something wasn't stirring it.</w:t>
      </w:r>
    </w:p>
    <w:p w14:paraId="455BB028" w14:textId="77777777" w:rsidR="00F3069B" w:rsidRDefault="00F3069B">
      <w:pPr>
        <w:spacing w:after="0"/>
      </w:pPr>
    </w:p>
    <w:p w14:paraId="6981C91E" w14:textId="77777777" w:rsidR="00F3069B" w:rsidRDefault="00764CA8">
      <w:pPr>
        <w:spacing w:after="0"/>
      </w:pPr>
      <w:r>
        <w:rPr>
          <w:rFonts w:ascii="Arial" w:hAnsi="Arial"/>
          <w:b/>
        </w:rPr>
        <w:t xml:space="preserve">Interviewer P:  </w:t>
      </w:r>
      <w:r>
        <w:rPr>
          <w:rFonts w:ascii="Arial" w:hAnsi="Arial"/>
          <w:color w:val="5D7284"/>
        </w:rPr>
        <w:t>25:25</w:t>
      </w:r>
    </w:p>
    <w:p w14:paraId="330D74E4" w14:textId="4DEE8349" w:rsidR="00F3069B" w:rsidRDefault="00764CA8">
      <w:pPr>
        <w:spacing w:after="0"/>
      </w:pPr>
      <w:r>
        <w:rPr>
          <w:rFonts w:ascii="Arial" w:hAnsi="Arial"/>
        </w:rPr>
        <w:t xml:space="preserve">Yeah, like because there was nothing in there. I'm trying to just like there was nothing in there stirring, the whole thing was turning. </w:t>
      </w:r>
      <w:r w:rsidR="005A36E4">
        <w:rPr>
          <w:rFonts w:ascii="Arial" w:hAnsi="Arial"/>
        </w:rPr>
        <w:t>So,</w:t>
      </w:r>
      <w:r>
        <w:rPr>
          <w:rFonts w:ascii="Arial" w:hAnsi="Arial"/>
        </w:rPr>
        <w:t xml:space="preserve"> I'm just trying to tease apart like when you said like, if something was stirred it would like go like, like, if I stirred that I think that's what you said, then it would go like that. But since there wasn't anything stirring that then what was making the little spirally motion? And if you don't know, you can just say you don't know.</w:t>
      </w:r>
    </w:p>
    <w:p w14:paraId="264A255F" w14:textId="77777777" w:rsidR="00F3069B" w:rsidRDefault="00F3069B">
      <w:pPr>
        <w:spacing w:after="0"/>
      </w:pPr>
    </w:p>
    <w:p w14:paraId="05887F7D" w14:textId="77777777" w:rsidR="00F3069B" w:rsidRDefault="00764CA8">
      <w:pPr>
        <w:spacing w:after="0"/>
      </w:pPr>
      <w:r>
        <w:rPr>
          <w:rFonts w:ascii="Arial" w:hAnsi="Arial"/>
          <w:b/>
        </w:rPr>
        <w:t xml:space="preserve">Participant #3:  </w:t>
      </w:r>
      <w:r>
        <w:rPr>
          <w:rFonts w:ascii="Arial" w:hAnsi="Arial"/>
          <w:color w:val="5D7284"/>
        </w:rPr>
        <w:t>25:50</w:t>
      </w:r>
    </w:p>
    <w:p w14:paraId="608F86F2" w14:textId="77777777" w:rsidR="00F3069B" w:rsidRDefault="00764CA8">
      <w:pPr>
        <w:spacing w:after="0"/>
      </w:pPr>
      <w:r>
        <w:rPr>
          <w:rFonts w:ascii="Arial" w:hAnsi="Arial"/>
        </w:rPr>
        <w:t xml:space="preserve">You can just like the slight motion of the tank, like maybe it's moving like just a slight bit faster than the water. Or like catching up to it. </w:t>
      </w:r>
    </w:p>
    <w:p w14:paraId="7D38D604" w14:textId="77777777" w:rsidR="00F3069B" w:rsidRDefault="00F3069B">
      <w:pPr>
        <w:spacing w:after="0"/>
      </w:pPr>
    </w:p>
    <w:p w14:paraId="08774B12" w14:textId="77777777" w:rsidR="00F3069B" w:rsidRDefault="00764CA8">
      <w:pPr>
        <w:spacing w:after="0"/>
      </w:pPr>
      <w:r>
        <w:rPr>
          <w:rFonts w:ascii="Arial" w:hAnsi="Arial"/>
          <w:b/>
        </w:rPr>
        <w:t xml:space="preserve">Interviewer P:  </w:t>
      </w:r>
      <w:r>
        <w:rPr>
          <w:rFonts w:ascii="Arial" w:hAnsi="Arial"/>
          <w:color w:val="5D7284"/>
        </w:rPr>
        <w:t>26:00</w:t>
      </w:r>
    </w:p>
    <w:p w14:paraId="6387AF81" w14:textId="77777777" w:rsidR="00F3069B" w:rsidRDefault="00764CA8">
      <w:pPr>
        <w:spacing w:after="0"/>
      </w:pPr>
      <w:r>
        <w:rPr>
          <w:rFonts w:ascii="Arial" w:hAnsi="Arial"/>
        </w:rPr>
        <w:t>Yeah.</w:t>
      </w:r>
    </w:p>
    <w:p w14:paraId="6764CA04" w14:textId="77777777" w:rsidR="00F3069B" w:rsidRDefault="00F3069B">
      <w:pPr>
        <w:spacing w:after="0"/>
      </w:pPr>
    </w:p>
    <w:p w14:paraId="20A6F9B6" w14:textId="77777777" w:rsidR="00F3069B" w:rsidRDefault="00764CA8">
      <w:pPr>
        <w:spacing w:after="0"/>
      </w:pPr>
      <w:r>
        <w:rPr>
          <w:rFonts w:ascii="Arial" w:hAnsi="Arial"/>
          <w:b/>
        </w:rPr>
        <w:t xml:space="preserve">Participant #3:  </w:t>
      </w:r>
      <w:r>
        <w:rPr>
          <w:rFonts w:ascii="Arial" w:hAnsi="Arial"/>
          <w:color w:val="5D7284"/>
        </w:rPr>
        <w:t>26:01</w:t>
      </w:r>
    </w:p>
    <w:p w14:paraId="40C67111" w14:textId="77777777" w:rsidR="00F3069B" w:rsidRDefault="00764CA8">
      <w:pPr>
        <w:spacing w:after="0"/>
      </w:pPr>
      <w:r>
        <w:rPr>
          <w:rFonts w:ascii="Arial" w:hAnsi="Arial"/>
        </w:rPr>
        <w:t>So maybe that's like, why there's like the slightest bit of a swirl in it.</w:t>
      </w:r>
    </w:p>
    <w:p w14:paraId="17EC6AA0" w14:textId="77777777" w:rsidR="00F3069B" w:rsidRDefault="00F3069B">
      <w:pPr>
        <w:spacing w:after="0"/>
      </w:pPr>
    </w:p>
    <w:p w14:paraId="63C3409C" w14:textId="77777777" w:rsidR="00F3069B" w:rsidRDefault="00764CA8">
      <w:pPr>
        <w:spacing w:after="0"/>
      </w:pPr>
      <w:r>
        <w:rPr>
          <w:rFonts w:ascii="Arial" w:hAnsi="Arial"/>
          <w:b/>
        </w:rPr>
        <w:t xml:space="preserve">Interviewer P:  </w:t>
      </w:r>
      <w:r>
        <w:rPr>
          <w:rFonts w:ascii="Arial" w:hAnsi="Arial"/>
          <w:color w:val="5D7284"/>
        </w:rPr>
        <w:t>26:05</w:t>
      </w:r>
    </w:p>
    <w:p w14:paraId="54927B42" w14:textId="77777777" w:rsidR="00F3069B" w:rsidRDefault="00764CA8">
      <w:pPr>
        <w:spacing w:after="0"/>
      </w:pPr>
      <w:r>
        <w:rPr>
          <w:rFonts w:ascii="Arial" w:hAnsi="Arial"/>
        </w:rPr>
        <w:t>Yeah, yeah. Anything about the water that you think helps make those, like dye streaks stand up the way that they did?</w:t>
      </w:r>
    </w:p>
    <w:p w14:paraId="128F83F9" w14:textId="77777777" w:rsidR="00F3069B" w:rsidRDefault="00F3069B">
      <w:pPr>
        <w:spacing w:after="0"/>
      </w:pPr>
    </w:p>
    <w:p w14:paraId="26C697A3" w14:textId="77777777" w:rsidR="00F3069B" w:rsidRDefault="00764CA8">
      <w:pPr>
        <w:spacing w:after="0"/>
      </w:pPr>
      <w:r>
        <w:rPr>
          <w:rFonts w:ascii="Arial" w:hAnsi="Arial"/>
          <w:b/>
        </w:rPr>
        <w:t xml:space="preserve">Participant #3:  </w:t>
      </w:r>
      <w:r>
        <w:rPr>
          <w:rFonts w:ascii="Arial" w:hAnsi="Arial"/>
          <w:color w:val="5D7284"/>
        </w:rPr>
        <w:t>26:18</w:t>
      </w:r>
    </w:p>
    <w:p w14:paraId="2BB41A30" w14:textId="77777777" w:rsidR="00F3069B" w:rsidRDefault="00764CA8">
      <w:pPr>
        <w:spacing w:after="0"/>
      </w:pPr>
      <w:r>
        <w:rPr>
          <w:rFonts w:ascii="Arial" w:hAnsi="Arial"/>
        </w:rPr>
        <w:t xml:space="preserve">I don't have an explanation for that. I don't know. </w:t>
      </w:r>
    </w:p>
    <w:p w14:paraId="375D7256" w14:textId="77777777" w:rsidR="00F3069B" w:rsidRDefault="00F3069B">
      <w:pPr>
        <w:spacing w:after="0"/>
      </w:pPr>
    </w:p>
    <w:p w14:paraId="16F83159" w14:textId="77777777" w:rsidR="00F3069B" w:rsidRDefault="00764CA8">
      <w:pPr>
        <w:spacing w:after="0"/>
      </w:pPr>
      <w:r>
        <w:rPr>
          <w:rFonts w:ascii="Arial" w:hAnsi="Arial"/>
          <w:b/>
        </w:rPr>
        <w:t xml:space="preserve">Interviewer P:  </w:t>
      </w:r>
      <w:r>
        <w:rPr>
          <w:rFonts w:ascii="Arial" w:hAnsi="Arial"/>
          <w:color w:val="5D7284"/>
        </w:rPr>
        <w:t>26:24</w:t>
      </w:r>
    </w:p>
    <w:p w14:paraId="4A89F095" w14:textId="2C12A578" w:rsidR="00F3069B" w:rsidRDefault="005A36E4">
      <w:pPr>
        <w:spacing w:after="0"/>
      </w:pPr>
      <w:r>
        <w:rPr>
          <w:rFonts w:ascii="Arial" w:hAnsi="Arial"/>
        </w:rPr>
        <w:t>So, if it hadn't have stopped, and we were still watching it spinning? Do you think that it would ever eventually do this?</w:t>
      </w:r>
    </w:p>
    <w:p w14:paraId="28DF6862" w14:textId="77777777" w:rsidR="00F3069B" w:rsidRDefault="00F3069B">
      <w:pPr>
        <w:spacing w:after="0"/>
      </w:pPr>
    </w:p>
    <w:p w14:paraId="1DB452CB" w14:textId="77777777" w:rsidR="00F3069B" w:rsidRDefault="00764CA8">
      <w:pPr>
        <w:spacing w:after="0"/>
      </w:pPr>
      <w:r>
        <w:rPr>
          <w:rFonts w:ascii="Arial" w:hAnsi="Arial"/>
          <w:b/>
        </w:rPr>
        <w:t xml:space="preserve">Participant #3:  </w:t>
      </w:r>
      <w:r>
        <w:rPr>
          <w:rFonts w:ascii="Arial" w:hAnsi="Arial"/>
          <w:color w:val="5D7284"/>
        </w:rPr>
        <w:t>26:34</w:t>
      </w:r>
    </w:p>
    <w:p w14:paraId="29D8EB65" w14:textId="5979ECF3" w:rsidR="00F3069B" w:rsidRDefault="00764CA8">
      <w:pPr>
        <w:spacing w:after="0"/>
      </w:pPr>
      <w:r>
        <w:rPr>
          <w:rFonts w:ascii="Arial" w:hAnsi="Arial"/>
        </w:rPr>
        <w:t xml:space="preserve">No. Because based on that, it just kind of mixed. It's essentially the same thing. Because they're that's kind of moving up. Like they're both moving the same direction at the same time. </w:t>
      </w:r>
      <w:r w:rsidR="005A36E4">
        <w:rPr>
          <w:rFonts w:ascii="Arial" w:hAnsi="Arial"/>
        </w:rPr>
        <w:t>So,</w:t>
      </w:r>
      <w:r>
        <w:rPr>
          <w:rFonts w:ascii="Arial" w:hAnsi="Arial"/>
        </w:rPr>
        <w:t xml:space="preserve"> it kind of like cancels out like each other. </w:t>
      </w:r>
      <w:r w:rsidR="005A36E4">
        <w:rPr>
          <w:rFonts w:ascii="Arial" w:hAnsi="Arial"/>
        </w:rPr>
        <w:t>So,</w:t>
      </w:r>
      <w:r>
        <w:rPr>
          <w:rFonts w:ascii="Arial" w:hAnsi="Arial"/>
        </w:rPr>
        <w:t xml:space="preserve"> I think it would just be like that.</w:t>
      </w:r>
    </w:p>
    <w:p w14:paraId="01CB5DA2" w14:textId="77777777" w:rsidR="00F3069B" w:rsidRDefault="00F3069B">
      <w:pPr>
        <w:spacing w:after="0"/>
      </w:pPr>
    </w:p>
    <w:p w14:paraId="71D3BE74" w14:textId="77777777" w:rsidR="00F3069B" w:rsidRDefault="00764CA8">
      <w:pPr>
        <w:spacing w:after="0"/>
      </w:pPr>
      <w:r>
        <w:rPr>
          <w:rFonts w:ascii="Arial" w:hAnsi="Arial"/>
          <w:b/>
        </w:rPr>
        <w:t xml:space="preserve">Interviewer P:  </w:t>
      </w:r>
      <w:r>
        <w:rPr>
          <w:rFonts w:ascii="Arial" w:hAnsi="Arial"/>
          <w:color w:val="5D7284"/>
        </w:rPr>
        <w:t>26:50</w:t>
      </w:r>
    </w:p>
    <w:p w14:paraId="633E6798" w14:textId="2735ABD8" w:rsidR="00F3069B" w:rsidRDefault="00764CA8">
      <w:pPr>
        <w:spacing w:after="0"/>
      </w:pPr>
      <w:r>
        <w:rPr>
          <w:rFonts w:ascii="Arial" w:hAnsi="Arial"/>
        </w:rPr>
        <w:t xml:space="preserve">It would eventually do </w:t>
      </w:r>
      <w:r w:rsidR="005A36E4">
        <w:rPr>
          <w:rFonts w:ascii="Arial" w:hAnsi="Arial"/>
        </w:rPr>
        <w:t>this.</w:t>
      </w:r>
      <w:r>
        <w:rPr>
          <w:rFonts w:ascii="Arial" w:hAnsi="Arial"/>
        </w:rPr>
        <w:t xml:space="preserve"> </w:t>
      </w:r>
    </w:p>
    <w:p w14:paraId="6C1921EF" w14:textId="77777777" w:rsidR="00F3069B" w:rsidRDefault="00F3069B">
      <w:pPr>
        <w:spacing w:after="0"/>
      </w:pPr>
    </w:p>
    <w:p w14:paraId="1B37C75C" w14:textId="77777777" w:rsidR="00F3069B" w:rsidRDefault="00764CA8">
      <w:pPr>
        <w:spacing w:after="0"/>
      </w:pPr>
      <w:r>
        <w:rPr>
          <w:rFonts w:ascii="Arial" w:hAnsi="Arial"/>
          <w:b/>
        </w:rPr>
        <w:t xml:space="preserve">Participant #3:  </w:t>
      </w:r>
      <w:r>
        <w:rPr>
          <w:rFonts w:ascii="Arial" w:hAnsi="Arial"/>
          <w:color w:val="5D7284"/>
        </w:rPr>
        <w:t>26:52</w:t>
      </w:r>
    </w:p>
    <w:p w14:paraId="45E7DFBA" w14:textId="77777777" w:rsidR="00F3069B" w:rsidRDefault="00764CA8">
      <w:pPr>
        <w:spacing w:after="0"/>
      </w:pPr>
      <w:r>
        <w:rPr>
          <w:rFonts w:ascii="Arial" w:hAnsi="Arial"/>
        </w:rPr>
        <w:t xml:space="preserve">Yeah. </w:t>
      </w:r>
    </w:p>
    <w:p w14:paraId="6B7EAB19" w14:textId="77777777" w:rsidR="00F3069B" w:rsidRDefault="00F3069B">
      <w:pPr>
        <w:spacing w:after="0"/>
      </w:pPr>
    </w:p>
    <w:p w14:paraId="7576D7B0" w14:textId="77777777" w:rsidR="00F3069B" w:rsidRDefault="00764CA8">
      <w:pPr>
        <w:spacing w:after="0"/>
      </w:pPr>
      <w:r>
        <w:rPr>
          <w:rFonts w:ascii="Arial" w:hAnsi="Arial"/>
          <w:b/>
        </w:rPr>
        <w:t xml:space="preserve">Interviewer P:  </w:t>
      </w:r>
      <w:r>
        <w:rPr>
          <w:rFonts w:ascii="Arial" w:hAnsi="Arial"/>
          <w:color w:val="5D7284"/>
        </w:rPr>
        <w:t>26:53</w:t>
      </w:r>
    </w:p>
    <w:p w14:paraId="6B3D73A5" w14:textId="2A5365FD" w:rsidR="00F3069B" w:rsidRDefault="005A36E4">
      <w:pPr>
        <w:spacing w:after="0"/>
      </w:pPr>
      <w:r>
        <w:rPr>
          <w:rFonts w:ascii="Arial" w:hAnsi="Arial"/>
        </w:rPr>
        <w:t>So, then what, what would I have to do in order to make these swirls?</w:t>
      </w:r>
    </w:p>
    <w:p w14:paraId="2F8A72C2" w14:textId="77777777" w:rsidR="00F3069B" w:rsidRDefault="00F3069B">
      <w:pPr>
        <w:spacing w:after="0"/>
      </w:pPr>
    </w:p>
    <w:p w14:paraId="6D615304" w14:textId="77777777" w:rsidR="00F3069B" w:rsidRDefault="00764CA8">
      <w:pPr>
        <w:spacing w:after="0"/>
      </w:pPr>
      <w:r>
        <w:rPr>
          <w:rFonts w:ascii="Arial" w:hAnsi="Arial"/>
          <w:b/>
        </w:rPr>
        <w:t xml:space="preserve">Participant #3:  </w:t>
      </w:r>
      <w:r>
        <w:rPr>
          <w:rFonts w:ascii="Arial" w:hAnsi="Arial"/>
          <w:color w:val="5D7284"/>
        </w:rPr>
        <w:t>26:59</w:t>
      </w:r>
    </w:p>
    <w:p w14:paraId="49BAB8CA" w14:textId="1C314808" w:rsidR="00F3069B" w:rsidRDefault="00764CA8">
      <w:pPr>
        <w:spacing w:after="0"/>
      </w:pPr>
      <w:r>
        <w:rPr>
          <w:rFonts w:ascii="Arial" w:hAnsi="Arial"/>
        </w:rPr>
        <w:t xml:space="preserve">I think it's just like this small period of time, when it stops. When something whatever is moving, it stops, whatever starting it stops. And then it's like, it's like that period of time when the motion stops, but the water is still going just based off of, I don't know the word for it, but it's just still moving from like the force of everything. </w:t>
      </w:r>
      <w:r w:rsidR="005A36E4">
        <w:rPr>
          <w:rFonts w:ascii="Arial" w:hAnsi="Arial"/>
        </w:rPr>
        <w:t>So,</w:t>
      </w:r>
      <w:r>
        <w:rPr>
          <w:rFonts w:ascii="Arial" w:hAnsi="Arial"/>
        </w:rPr>
        <w:t xml:space="preserve"> I think it's just like that small period, like 10 seconds where it's still swirling, and then it just settles into that.</w:t>
      </w:r>
    </w:p>
    <w:p w14:paraId="1B4FEC49" w14:textId="77777777" w:rsidR="00F3069B" w:rsidRDefault="00F3069B">
      <w:pPr>
        <w:spacing w:after="0"/>
      </w:pPr>
    </w:p>
    <w:p w14:paraId="64286A42" w14:textId="77777777" w:rsidR="00F3069B" w:rsidRDefault="00764CA8">
      <w:pPr>
        <w:spacing w:after="0"/>
      </w:pPr>
      <w:r>
        <w:rPr>
          <w:rFonts w:ascii="Arial" w:hAnsi="Arial"/>
          <w:b/>
        </w:rPr>
        <w:t xml:space="preserve">Interviewer P:  </w:t>
      </w:r>
      <w:r>
        <w:rPr>
          <w:rFonts w:ascii="Arial" w:hAnsi="Arial"/>
          <w:color w:val="5D7284"/>
        </w:rPr>
        <w:t>27:30</w:t>
      </w:r>
    </w:p>
    <w:p w14:paraId="7D815996" w14:textId="1CAA8EE3" w:rsidR="00F3069B" w:rsidRDefault="00764CA8">
      <w:pPr>
        <w:spacing w:after="0"/>
      </w:pPr>
      <w:r>
        <w:rPr>
          <w:rFonts w:ascii="Arial" w:hAnsi="Arial"/>
        </w:rPr>
        <w:t xml:space="preserve">Okay, another thought experiment back to the Jell-O. </w:t>
      </w:r>
      <w:r w:rsidR="005A36E4">
        <w:rPr>
          <w:rFonts w:ascii="Arial" w:hAnsi="Arial"/>
        </w:rPr>
        <w:t>So,</w:t>
      </w:r>
      <w:r>
        <w:rPr>
          <w:rFonts w:ascii="Arial" w:hAnsi="Arial"/>
        </w:rPr>
        <w:t xml:space="preserve"> imagine that instead of a spinning tank of water. Now I had a spinning tank of Jell-O. </w:t>
      </w:r>
    </w:p>
    <w:p w14:paraId="6656DA1C" w14:textId="77777777" w:rsidR="00F3069B" w:rsidRDefault="00F3069B">
      <w:pPr>
        <w:spacing w:after="0"/>
      </w:pPr>
    </w:p>
    <w:p w14:paraId="2CFA3F5C" w14:textId="77777777" w:rsidR="00F3069B" w:rsidRDefault="00764CA8">
      <w:pPr>
        <w:spacing w:after="0"/>
      </w:pPr>
      <w:r>
        <w:rPr>
          <w:rFonts w:ascii="Arial" w:hAnsi="Arial"/>
          <w:b/>
        </w:rPr>
        <w:t xml:space="preserve">Participant #3:  </w:t>
      </w:r>
      <w:r>
        <w:rPr>
          <w:rFonts w:ascii="Arial" w:hAnsi="Arial"/>
          <w:color w:val="5D7284"/>
        </w:rPr>
        <w:t>27:42</w:t>
      </w:r>
    </w:p>
    <w:p w14:paraId="175D8870" w14:textId="77777777" w:rsidR="00F3069B" w:rsidRDefault="00764CA8">
      <w:pPr>
        <w:spacing w:after="0"/>
      </w:pPr>
      <w:r>
        <w:rPr>
          <w:rFonts w:ascii="Arial" w:hAnsi="Arial"/>
        </w:rPr>
        <w:t xml:space="preserve">Okay. </w:t>
      </w:r>
    </w:p>
    <w:p w14:paraId="7A47E642" w14:textId="77777777" w:rsidR="00F3069B" w:rsidRDefault="00F3069B">
      <w:pPr>
        <w:spacing w:after="0"/>
      </w:pPr>
    </w:p>
    <w:p w14:paraId="33596D4F" w14:textId="77777777" w:rsidR="00F3069B" w:rsidRDefault="00764CA8">
      <w:pPr>
        <w:spacing w:after="0"/>
      </w:pPr>
      <w:r>
        <w:rPr>
          <w:rFonts w:ascii="Arial" w:hAnsi="Arial"/>
          <w:b/>
        </w:rPr>
        <w:t xml:space="preserve">Interviewer P:  </w:t>
      </w:r>
      <w:r>
        <w:rPr>
          <w:rFonts w:ascii="Arial" w:hAnsi="Arial"/>
          <w:color w:val="5D7284"/>
        </w:rPr>
        <w:t>27:44</w:t>
      </w:r>
    </w:p>
    <w:p w14:paraId="08C348CB" w14:textId="77777777" w:rsidR="00F3069B" w:rsidRDefault="00764CA8">
      <w:pPr>
        <w:spacing w:after="0"/>
      </w:pPr>
      <w:r>
        <w:rPr>
          <w:rFonts w:ascii="Arial" w:hAnsi="Arial"/>
        </w:rPr>
        <w:t>And I have something that is heavy enough that like, like these dye crystals, but I can drop it into the spinning tank of Jell-O. And it also has enough weight to it that it will make its way to the bottom.</w:t>
      </w:r>
    </w:p>
    <w:p w14:paraId="46CC4619" w14:textId="77777777" w:rsidR="00F3069B" w:rsidRDefault="00F3069B">
      <w:pPr>
        <w:spacing w:after="0"/>
      </w:pPr>
    </w:p>
    <w:p w14:paraId="25AA0952" w14:textId="77777777" w:rsidR="00F3069B" w:rsidRDefault="00764CA8">
      <w:pPr>
        <w:spacing w:after="0"/>
      </w:pPr>
      <w:r>
        <w:rPr>
          <w:rFonts w:ascii="Arial" w:hAnsi="Arial"/>
          <w:b/>
        </w:rPr>
        <w:t xml:space="preserve">Participant #3:  </w:t>
      </w:r>
      <w:r>
        <w:rPr>
          <w:rFonts w:ascii="Arial" w:hAnsi="Arial"/>
          <w:color w:val="5D7284"/>
        </w:rPr>
        <w:t>28:01</w:t>
      </w:r>
    </w:p>
    <w:p w14:paraId="07345946" w14:textId="77777777" w:rsidR="00F3069B" w:rsidRDefault="00764CA8">
      <w:pPr>
        <w:spacing w:after="0"/>
      </w:pPr>
      <w:r>
        <w:rPr>
          <w:rFonts w:ascii="Arial" w:hAnsi="Arial"/>
        </w:rPr>
        <w:t>Is it like fully solidified Jell-O.</w:t>
      </w:r>
    </w:p>
    <w:p w14:paraId="7E5174AB" w14:textId="77777777" w:rsidR="00F3069B" w:rsidRDefault="00F3069B">
      <w:pPr>
        <w:spacing w:after="0"/>
      </w:pPr>
    </w:p>
    <w:p w14:paraId="15F5C4B3" w14:textId="77777777" w:rsidR="00F3069B" w:rsidRDefault="00764CA8">
      <w:pPr>
        <w:spacing w:after="0"/>
      </w:pPr>
      <w:r>
        <w:rPr>
          <w:rFonts w:ascii="Arial" w:hAnsi="Arial"/>
          <w:b/>
        </w:rPr>
        <w:t xml:space="preserve">Interviewer P:  </w:t>
      </w:r>
      <w:r>
        <w:rPr>
          <w:rFonts w:ascii="Arial" w:hAnsi="Arial"/>
          <w:color w:val="5D7284"/>
        </w:rPr>
        <w:t>28:05</w:t>
      </w:r>
    </w:p>
    <w:p w14:paraId="1087D52E" w14:textId="77777777" w:rsidR="00F3069B" w:rsidRDefault="00764CA8">
      <w:pPr>
        <w:spacing w:after="0"/>
      </w:pPr>
      <w:r>
        <w:rPr>
          <w:rFonts w:ascii="Arial" w:hAnsi="Arial"/>
        </w:rPr>
        <w:t>Good question. Yeah.</w:t>
      </w:r>
    </w:p>
    <w:p w14:paraId="460A0A7F" w14:textId="77777777" w:rsidR="00F3069B" w:rsidRDefault="00F3069B">
      <w:pPr>
        <w:spacing w:after="0"/>
      </w:pPr>
    </w:p>
    <w:p w14:paraId="0A417A3D" w14:textId="77777777" w:rsidR="00F3069B" w:rsidRDefault="00764CA8">
      <w:pPr>
        <w:spacing w:after="0"/>
      </w:pPr>
      <w:r>
        <w:rPr>
          <w:rFonts w:ascii="Arial" w:hAnsi="Arial"/>
          <w:b/>
        </w:rPr>
        <w:t xml:space="preserve">Participant #3:  </w:t>
      </w:r>
      <w:r>
        <w:rPr>
          <w:rFonts w:ascii="Arial" w:hAnsi="Arial"/>
          <w:color w:val="5D7284"/>
        </w:rPr>
        <w:t>28:09</w:t>
      </w:r>
    </w:p>
    <w:p w14:paraId="0CFB304F" w14:textId="77777777" w:rsidR="00F3069B" w:rsidRDefault="00764CA8">
      <w:pPr>
        <w:spacing w:after="0"/>
      </w:pPr>
      <w:r>
        <w:rPr>
          <w:rFonts w:ascii="Arial" w:hAnsi="Arial"/>
        </w:rPr>
        <w:t xml:space="preserve">Okay. </w:t>
      </w:r>
    </w:p>
    <w:p w14:paraId="1B78F861" w14:textId="77777777" w:rsidR="00F3069B" w:rsidRDefault="00F3069B">
      <w:pPr>
        <w:spacing w:after="0"/>
      </w:pPr>
    </w:p>
    <w:p w14:paraId="0ADD6520" w14:textId="77777777" w:rsidR="00F3069B" w:rsidRDefault="00764CA8">
      <w:pPr>
        <w:spacing w:after="0"/>
      </w:pPr>
      <w:r>
        <w:rPr>
          <w:rFonts w:ascii="Arial" w:hAnsi="Arial"/>
          <w:b/>
        </w:rPr>
        <w:t xml:space="preserve">Interviewer P:  </w:t>
      </w:r>
      <w:r>
        <w:rPr>
          <w:rFonts w:ascii="Arial" w:hAnsi="Arial"/>
          <w:color w:val="5D7284"/>
        </w:rPr>
        <w:t>28:09</w:t>
      </w:r>
    </w:p>
    <w:p w14:paraId="6A7D45D4" w14:textId="4CF29B9B" w:rsidR="00F3069B" w:rsidRDefault="00764CA8">
      <w:pPr>
        <w:spacing w:after="0"/>
      </w:pPr>
      <w:r>
        <w:rPr>
          <w:rFonts w:ascii="Arial" w:hAnsi="Arial"/>
        </w:rPr>
        <w:t xml:space="preserve">It's not it's not runny Jell-O. </w:t>
      </w:r>
      <w:r w:rsidR="005A36E4">
        <w:rPr>
          <w:rFonts w:ascii="Arial" w:hAnsi="Arial"/>
        </w:rPr>
        <w:t>Its</w:t>
      </w:r>
      <w:r>
        <w:rPr>
          <w:rFonts w:ascii="Arial" w:hAnsi="Arial"/>
        </w:rPr>
        <w:t xml:space="preserve"> firm Jell-O. Okay, so it's firm Jell-O, and it's spinning. And I have something that I can drop in there that will make its way to the bottom. Can you tell me how you think it like what kind of path would it take to the bottom?</w:t>
      </w:r>
    </w:p>
    <w:p w14:paraId="62ECC19C" w14:textId="77777777" w:rsidR="00F3069B" w:rsidRDefault="00F3069B">
      <w:pPr>
        <w:spacing w:after="0"/>
      </w:pPr>
    </w:p>
    <w:p w14:paraId="2FCC7795" w14:textId="77777777" w:rsidR="00F3069B" w:rsidRDefault="00764CA8">
      <w:pPr>
        <w:spacing w:after="0"/>
      </w:pPr>
      <w:r>
        <w:rPr>
          <w:rFonts w:ascii="Arial" w:hAnsi="Arial"/>
          <w:b/>
        </w:rPr>
        <w:t xml:space="preserve">Participant #3:  </w:t>
      </w:r>
      <w:r>
        <w:rPr>
          <w:rFonts w:ascii="Arial" w:hAnsi="Arial"/>
          <w:color w:val="5D7284"/>
        </w:rPr>
        <w:t>28:28</w:t>
      </w:r>
    </w:p>
    <w:p w14:paraId="521456E9" w14:textId="77777777" w:rsidR="00F3069B" w:rsidRDefault="00764CA8">
      <w:pPr>
        <w:spacing w:after="0"/>
      </w:pPr>
      <w:r>
        <w:rPr>
          <w:rFonts w:ascii="Arial" w:hAnsi="Arial"/>
        </w:rPr>
        <w:t>I think it would mostly go straight down with maybe like a little slight angle, but like really mo mainly like, like, kind of like that, like not a perfectly straight line. But just a downward motion.</w:t>
      </w:r>
    </w:p>
    <w:p w14:paraId="715702EE" w14:textId="77777777" w:rsidR="00F3069B" w:rsidRDefault="00F3069B">
      <w:pPr>
        <w:spacing w:after="0"/>
      </w:pPr>
    </w:p>
    <w:p w14:paraId="32185FF2" w14:textId="77777777" w:rsidR="00F3069B" w:rsidRDefault="00764CA8">
      <w:pPr>
        <w:spacing w:after="0"/>
      </w:pPr>
      <w:r>
        <w:rPr>
          <w:rFonts w:ascii="Arial" w:hAnsi="Arial"/>
          <w:b/>
        </w:rPr>
        <w:t xml:space="preserve">Interviewer P:  </w:t>
      </w:r>
      <w:r>
        <w:rPr>
          <w:rFonts w:ascii="Arial" w:hAnsi="Arial"/>
          <w:color w:val="5D7284"/>
        </w:rPr>
        <w:t>28:43</w:t>
      </w:r>
    </w:p>
    <w:p w14:paraId="6C258793" w14:textId="690A25C1" w:rsidR="00F3069B" w:rsidRDefault="00764CA8">
      <w:pPr>
        <w:spacing w:after="0"/>
      </w:pPr>
      <w:r>
        <w:rPr>
          <w:rFonts w:ascii="Arial" w:hAnsi="Arial"/>
        </w:rPr>
        <w:t xml:space="preserve">And </w:t>
      </w:r>
      <w:r w:rsidR="005A36E4">
        <w:rPr>
          <w:rFonts w:ascii="Arial" w:hAnsi="Arial"/>
        </w:rPr>
        <w:t>so,</w:t>
      </w:r>
      <w:r>
        <w:rPr>
          <w:rFonts w:ascii="Arial" w:hAnsi="Arial"/>
        </w:rPr>
        <w:t xml:space="preserve"> is is that like angle that you said? Is that kind of aligned with the direction of the tank that's spinning? </w:t>
      </w:r>
    </w:p>
    <w:p w14:paraId="76CF093C" w14:textId="77777777" w:rsidR="00F3069B" w:rsidRDefault="00F3069B">
      <w:pPr>
        <w:spacing w:after="0"/>
      </w:pPr>
    </w:p>
    <w:p w14:paraId="7FA24625" w14:textId="77777777" w:rsidR="00F3069B" w:rsidRDefault="00764CA8">
      <w:pPr>
        <w:spacing w:after="0"/>
      </w:pPr>
      <w:r>
        <w:rPr>
          <w:rFonts w:ascii="Arial" w:hAnsi="Arial"/>
          <w:b/>
        </w:rPr>
        <w:t xml:space="preserve">Participant #3:  </w:t>
      </w:r>
      <w:r>
        <w:rPr>
          <w:rFonts w:ascii="Arial" w:hAnsi="Arial"/>
          <w:color w:val="5D7284"/>
        </w:rPr>
        <w:t>28:52</w:t>
      </w:r>
    </w:p>
    <w:p w14:paraId="0F69E352" w14:textId="77777777" w:rsidR="00F3069B" w:rsidRDefault="00764CA8">
      <w:pPr>
        <w:spacing w:after="0"/>
      </w:pPr>
      <w:r>
        <w:rPr>
          <w:rFonts w:ascii="Arial" w:hAnsi="Arial"/>
        </w:rPr>
        <w:t>Yeah.</w:t>
      </w:r>
    </w:p>
    <w:p w14:paraId="6C42673A" w14:textId="77777777" w:rsidR="00F3069B" w:rsidRDefault="00F3069B">
      <w:pPr>
        <w:spacing w:after="0"/>
      </w:pPr>
    </w:p>
    <w:p w14:paraId="4A7EFCE1" w14:textId="77777777" w:rsidR="00F3069B" w:rsidRDefault="00764CA8">
      <w:pPr>
        <w:spacing w:after="0"/>
      </w:pPr>
      <w:r>
        <w:rPr>
          <w:rFonts w:ascii="Arial" w:hAnsi="Arial"/>
          <w:b/>
        </w:rPr>
        <w:lastRenderedPageBreak/>
        <w:t xml:space="preserve">Interviewer P:  </w:t>
      </w:r>
      <w:r>
        <w:rPr>
          <w:rFonts w:ascii="Arial" w:hAnsi="Arial"/>
          <w:color w:val="5D7284"/>
        </w:rPr>
        <w:t>28:52</w:t>
      </w:r>
    </w:p>
    <w:p w14:paraId="04B8114B" w14:textId="77777777" w:rsidR="00F3069B" w:rsidRDefault="00764CA8">
      <w:pPr>
        <w:spacing w:after="0"/>
      </w:pPr>
      <w:r>
        <w:rPr>
          <w:rFonts w:ascii="Arial" w:hAnsi="Arial"/>
        </w:rPr>
        <w:t>Yeah. Okay, so now, next thought experiment. Let's say that that's a spinning metal desk. Okay, and now I'm gonna drop some kind of acid on it that will, like slowly eat through the metal all the way to the bottom. As it's spinning. What kind of a path do you think that the acid will take as it slowly eats through the metal?</w:t>
      </w:r>
    </w:p>
    <w:p w14:paraId="247C1DA6" w14:textId="77777777" w:rsidR="00F3069B" w:rsidRDefault="00F3069B">
      <w:pPr>
        <w:spacing w:after="0"/>
      </w:pPr>
    </w:p>
    <w:p w14:paraId="488A3402" w14:textId="77777777" w:rsidR="00F3069B" w:rsidRDefault="00764CA8">
      <w:pPr>
        <w:spacing w:after="0"/>
      </w:pPr>
      <w:r>
        <w:rPr>
          <w:rFonts w:ascii="Arial" w:hAnsi="Arial"/>
          <w:b/>
        </w:rPr>
        <w:t xml:space="preserve">Participant #3:  </w:t>
      </w:r>
      <w:r>
        <w:rPr>
          <w:rFonts w:ascii="Arial" w:hAnsi="Arial"/>
          <w:color w:val="5D7284"/>
        </w:rPr>
        <w:t>29:22</w:t>
      </w:r>
    </w:p>
    <w:p w14:paraId="78FA0E3C" w14:textId="77777777" w:rsidR="00F3069B" w:rsidRDefault="00764CA8">
      <w:pPr>
        <w:spacing w:after="0"/>
      </w:pPr>
      <w:r>
        <w:rPr>
          <w:rFonts w:ascii="Arial" w:hAnsi="Arial"/>
        </w:rPr>
        <w:t>Is it like a consistent drop? Like you're just holding it?</w:t>
      </w:r>
    </w:p>
    <w:p w14:paraId="2C010803" w14:textId="77777777" w:rsidR="00F3069B" w:rsidRDefault="00F3069B">
      <w:pPr>
        <w:spacing w:after="0"/>
      </w:pPr>
    </w:p>
    <w:p w14:paraId="3E9D2A70" w14:textId="77777777" w:rsidR="00F3069B" w:rsidRDefault="00764CA8">
      <w:pPr>
        <w:spacing w:after="0"/>
      </w:pPr>
      <w:r>
        <w:rPr>
          <w:rFonts w:ascii="Arial" w:hAnsi="Arial"/>
          <w:b/>
        </w:rPr>
        <w:t xml:space="preserve">Interviewer P:  </w:t>
      </w:r>
      <w:r>
        <w:rPr>
          <w:rFonts w:ascii="Arial" w:hAnsi="Arial"/>
          <w:color w:val="5D7284"/>
        </w:rPr>
        <w:t>29:25</w:t>
      </w:r>
    </w:p>
    <w:p w14:paraId="2E71F23D" w14:textId="77777777" w:rsidR="00F3069B" w:rsidRDefault="00764CA8">
      <w:pPr>
        <w:spacing w:after="0"/>
      </w:pPr>
      <w:r>
        <w:rPr>
          <w:rFonts w:ascii="Arial" w:hAnsi="Arial"/>
        </w:rPr>
        <w:t xml:space="preserve">So yeah, so basically, like, let's, and I've never done this. So the acid itself, like I let's say, I put like a dropper full on top here. And it's gonna slowly kind of like eat away at it. </w:t>
      </w:r>
    </w:p>
    <w:p w14:paraId="6466E90C" w14:textId="77777777" w:rsidR="00F3069B" w:rsidRDefault="00F3069B">
      <w:pPr>
        <w:spacing w:after="0"/>
      </w:pPr>
    </w:p>
    <w:p w14:paraId="5B0757DC" w14:textId="77777777" w:rsidR="00F3069B" w:rsidRDefault="00764CA8">
      <w:pPr>
        <w:spacing w:after="0"/>
      </w:pPr>
      <w:r>
        <w:rPr>
          <w:rFonts w:ascii="Arial" w:hAnsi="Arial"/>
          <w:b/>
        </w:rPr>
        <w:t xml:space="preserve">Participant #3:  </w:t>
      </w:r>
      <w:r>
        <w:rPr>
          <w:rFonts w:ascii="Arial" w:hAnsi="Arial"/>
          <w:color w:val="5D7284"/>
        </w:rPr>
        <w:t>29:43</w:t>
      </w:r>
    </w:p>
    <w:p w14:paraId="43C27F58" w14:textId="77777777" w:rsidR="00F3069B" w:rsidRDefault="00764CA8">
      <w:pPr>
        <w:spacing w:after="0"/>
      </w:pPr>
      <w:r>
        <w:rPr>
          <w:rFonts w:ascii="Arial" w:hAnsi="Arial"/>
        </w:rPr>
        <w:t xml:space="preserve">Oh, so you just put like one drop. </w:t>
      </w:r>
    </w:p>
    <w:p w14:paraId="179C2671" w14:textId="77777777" w:rsidR="00F3069B" w:rsidRDefault="00F3069B">
      <w:pPr>
        <w:spacing w:after="0"/>
      </w:pPr>
    </w:p>
    <w:p w14:paraId="5C7B7DDD" w14:textId="77777777" w:rsidR="00F3069B" w:rsidRDefault="00764CA8">
      <w:pPr>
        <w:spacing w:after="0"/>
      </w:pPr>
      <w:r>
        <w:rPr>
          <w:rFonts w:ascii="Arial" w:hAnsi="Arial"/>
          <w:b/>
        </w:rPr>
        <w:t xml:space="preserve">Interviewer P:  </w:t>
      </w:r>
      <w:r>
        <w:rPr>
          <w:rFonts w:ascii="Arial" w:hAnsi="Arial"/>
          <w:color w:val="5D7284"/>
        </w:rPr>
        <w:t>29:44</w:t>
      </w:r>
    </w:p>
    <w:p w14:paraId="089865B3" w14:textId="77777777" w:rsidR="00F3069B" w:rsidRDefault="00764CA8">
      <w:pPr>
        <w:spacing w:after="0"/>
      </w:pPr>
      <w:r>
        <w:rPr>
          <w:rFonts w:ascii="Arial" w:hAnsi="Arial"/>
        </w:rPr>
        <w:t>Yeah, but there's enough of it that it can eat its way all the way to the bottom.</w:t>
      </w:r>
    </w:p>
    <w:p w14:paraId="59823268" w14:textId="77777777" w:rsidR="00F3069B" w:rsidRDefault="00F3069B">
      <w:pPr>
        <w:spacing w:after="0"/>
      </w:pPr>
    </w:p>
    <w:p w14:paraId="72D4AA54" w14:textId="77777777" w:rsidR="00F3069B" w:rsidRDefault="00764CA8">
      <w:pPr>
        <w:spacing w:after="0"/>
      </w:pPr>
      <w:r>
        <w:rPr>
          <w:rFonts w:ascii="Arial" w:hAnsi="Arial"/>
          <w:b/>
        </w:rPr>
        <w:t xml:space="preserve">Participant #3:  </w:t>
      </w:r>
      <w:r>
        <w:rPr>
          <w:rFonts w:ascii="Arial" w:hAnsi="Arial"/>
          <w:color w:val="5D7284"/>
        </w:rPr>
        <w:t>29:50</w:t>
      </w:r>
    </w:p>
    <w:p w14:paraId="63973D98" w14:textId="77777777" w:rsidR="00F3069B" w:rsidRDefault="00764CA8">
      <w:pPr>
        <w:spacing w:after="0"/>
      </w:pPr>
      <w:r>
        <w:rPr>
          <w:rFonts w:ascii="Arial" w:hAnsi="Arial"/>
        </w:rPr>
        <w:t xml:space="preserve">I think it </w:t>
      </w:r>
      <w:r>
        <w:rPr>
          <w:rFonts w:ascii="Arial" w:hAnsi="Arial"/>
        </w:rPr>
        <w:t>would. Slowly. I think it would once you drop it. It'll be going in the same. Wait this is just a metal plate.</w:t>
      </w:r>
    </w:p>
    <w:p w14:paraId="3C22CB68" w14:textId="77777777" w:rsidR="00F3069B" w:rsidRDefault="00F3069B">
      <w:pPr>
        <w:spacing w:after="0"/>
      </w:pPr>
    </w:p>
    <w:p w14:paraId="1DE230CC" w14:textId="77777777" w:rsidR="00F3069B" w:rsidRDefault="00764CA8">
      <w:pPr>
        <w:spacing w:after="0"/>
      </w:pPr>
      <w:r>
        <w:rPr>
          <w:rFonts w:ascii="Arial" w:hAnsi="Arial"/>
          <w:b/>
        </w:rPr>
        <w:t xml:space="preserve">Interviewer P:  </w:t>
      </w:r>
      <w:r>
        <w:rPr>
          <w:rFonts w:ascii="Arial" w:hAnsi="Arial"/>
          <w:color w:val="5D7284"/>
        </w:rPr>
        <w:t>30:02</w:t>
      </w:r>
    </w:p>
    <w:p w14:paraId="0976B7B0" w14:textId="77777777" w:rsidR="00F3069B" w:rsidRDefault="00764CA8">
      <w:pPr>
        <w:spacing w:after="0"/>
      </w:pPr>
      <w:r>
        <w:rPr>
          <w:rFonts w:ascii="Arial" w:hAnsi="Arial"/>
        </w:rPr>
        <w:t xml:space="preserve">Yes. </w:t>
      </w:r>
    </w:p>
    <w:p w14:paraId="2A71898B" w14:textId="77777777" w:rsidR="00F3069B" w:rsidRDefault="00F3069B">
      <w:pPr>
        <w:spacing w:after="0"/>
      </w:pPr>
    </w:p>
    <w:p w14:paraId="60B67296" w14:textId="77777777" w:rsidR="00F3069B" w:rsidRDefault="00764CA8">
      <w:pPr>
        <w:spacing w:after="0"/>
      </w:pPr>
      <w:r>
        <w:rPr>
          <w:rFonts w:ascii="Arial" w:hAnsi="Arial"/>
          <w:b/>
        </w:rPr>
        <w:t xml:space="preserve">Participant #3:  </w:t>
      </w:r>
      <w:r>
        <w:rPr>
          <w:rFonts w:ascii="Arial" w:hAnsi="Arial"/>
          <w:color w:val="5D7284"/>
        </w:rPr>
        <w:t>30:02</w:t>
      </w:r>
    </w:p>
    <w:p w14:paraId="5256BD35" w14:textId="77777777" w:rsidR="00F3069B" w:rsidRDefault="00764CA8">
      <w:pPr>
        <w:spacing w:after="0"/>
      </w:pPr>
      <w:r>
        <w:rPr>
          <w:rFonts w:ascii="Arial" w:hAnsi="Arial"/>
        </w:rPr>
        <w:t>Okay. I'm like, I don't know why I'm like thinking of like a.</w:t>
      </w:r>
    </w:p>
    <w:p w14:paraId="64A5767D" w14:textId="77777777" w:rsidR="00F3069B" w:rsidRDefault="00F3069B">
      <w:pPr>
        <w:spacing w:after="0"/>
      </w:pPr>
    </w:p>
    <w:p w14:paraId="3ABF8A41" w14:textId="77777777" w:rsidR="00F3069B" w:rsidRDefault="00764CA8">
      <w:pPr>
        <w:spacing w:after="0"/>
      </w:pPr>
      <w:r>
        <w:rPr>
          <w:rFonts w:ascii="Arial" w:hAnsi="Arial"/>
          <w:b/>
        </w:rPr>
        <w:t xml:space="preserve">Interviewer P:  </w:t>
      </w:r>
      <w:r>
        <w:rPr>
          <w:rFonts w:ascii="Arial" w:hAnsi="Arial"/>
          <w:color w:val="5D7284"/>
        </w:rPr>
        <w:t>30:05</w:t>
      </w:r>
    </w:p>
    <w:p w14:paraId="6127A838" w14:textId="77777777" w:rsidR="00F3069B" w:rsidRDefault="00764CA8">
      <w:pPr>
        <w:spacing w:after="0"/>
      </w:pPr>
      <w:r>
        <w:rPr>
          <w:rFonts w:ascii="Arial" w:hAnsi="Arial"/>
        </w:rPr>
        <w:t xml:space="preserve">Like a.. about this. Yeah, like a record but like really thick. </w:t>
      </w:r>
    </w:p>
    <w:p w14:paraId="496D468F" w14:textId="77777777" w:rsidR="00F3069B" w:rsidRDefault="00F3069B">
      <w:pPr>
        <w:spacing w:after="0"/>
      </w:pPr>
    </w:p>
    <w:p w14:paraId="0038AA1B" w14:textId="77777777" w:rsidR="00F3069B" w:rsidRDefault="00764CA8">
      <w:pPr>
        <w:spacing w:after="0"/>
      </w:pPr>
      <w:r>
        <w:rPr>
          <w:rFonts w:ascii="Arial" w:hAnsi="Arial"/>
          <w:b/>
        </w:rPr>
        <w:t xml:space="preserve">Participant #3:  </w:t>
      </w:r>
      <w:r>
        <w:rPr>
          <w:rFonts w:ascii="Arial" w:hAnsi="Arial"/>
          <w:color w:val="5D7284"/>
        </w:rPr>
        <w:t>30:08</w:t>
      </w:r>
    </w:p>
    <w:p w14:paraId="18E26C3B" w14:textId="77777777" w:rsidR="00F3069B" w:rsidRDefault="00764CA8">
      <w:pPr>
        <w:spacing w:after="0"/>
      </w:pPr>
      <w:r>
        <w:rPr>
          <w:rFonts w:ascii="Arial" w:hAnsi="Arial"/>
        </w:rPr>
        <w:t>Okay.</w:t>
      </w:r>
    </w:p>
    <w:p w14:paraId="415EE389" w14:textId="77777777" w:rsidR="00F3069B" w:rsidRDefault="00F3069B">
      <w:pPr>
        <w:spacing w:after="0"/>
      </w:pPr>
    </w:p>
    <w:p w14:paraId="704BC747" w14:textId="77777777" w:rsidR="00F3069B" w:rsidRDefault="00764CA8">
      <w:pPr>
        <w:spacing w:after="0"/>
      </w:pPr>
      <w:r>
        <w:rPr>
          <w:rFonts w:ascii="Arial" w:hAnsi="Arial"/>
          <w:b/>
        </w:rPr>
        <w:t xml:space="preserve">Interviewer P:  </w:t>
      </w:r>
      <w:r>
        <w:rPr>
          <w:rFonts w:ascii="Arial" w:hAnsi="Arial"/>
          <w:color w:val="5D7284"/>
        </w:rPr>
        <w:t>30:09</w:t>
      </w:r>
    </w:p>
    <w:p w14:paraId="2628F045" w14:textId="733B8961" w:rsidR="00F3069B" w:rsidRDefault="00764CA8">
      <w:pPr>
        <w:spacing w:after="0"/>
      </w:pPr>
      <w:r>
        <w:rPr>
          <w:rFonts w:ascii="Arial" w:hAnsi="Arial"/>
        </w:rPr>
        <w:t xml:space="preserve">Okay, so now it's spinning. And this acid is making It's like eating through it as it's spinning. </w:t>
      </w:r>
      <w:r w:rsidR="005A36E4">
        <w:rPr>
          <w:rFonts w:ascii="Arial" w:hAnsi="Arial"/>
        </w:rPr>
        <w:t>So,</w:t>
      </w:r>
      <w:r>
        <w:rPr>
          <w:rFonts w:ascii="Arial" w:hAnsi="Arial"/>
        </w:rPr>
        <w:t xml:space="preserve"> what kind of a path when they acid take through the spinning disk?</w:t>
      </w:r>
    </w:p>
    <w:p w14:paraId="0B965C1D" w14:textId="77777777" w:rsidR="00F3069B" w:rsidRDefault="00F3069B">
      <w:pPr>
        <w:spacing w:after="0"/>
      </w:pPr>
    </w:p>
    <w:p w14:paraId="22587E3B" w14:textId="77777777" w:rsidR="00F3069B" w:rsidRDefault="00764CA8">
      <w:pPr>
        <w:spacing w:after="0"/>
      </w:pPr>
      <w:r>
        <w:rPr>
          <w:rFonts w:ascii="Arial" w:hAnsi="Arial"/>
          <w:b/>
        </w:rPr>
        <w:t xml:space="preserve">Participant #3:  </w:t>
      </w:r>
      <w:r>
        <w:rPr>
          <w:rFonts w:ascii="Arial" w:hAnsi="Arial"/>
          <w:color w:val="5D7284"/>
        </w:rPr>
        <w:t>30:20</w:t>
      </w:r>
    </w:p>
    <w:p w14:paraId="37EF7207" w14:textId="77777777" w:rsidR="00F3069B" w:rsidRDefault="00764CA8">
      <w:pPr>
        <w:spacing w:after="0"/>
      </w:pPr>
      <w:r>
        <w:rPr>
          <w:rFonts w:ascii="Arial" w:hAnsi="Arial"/>
        </w:rPr>
        <w:t xml:space="preserve">I think it would be in circles aligned with the spinning. And I think it would just get like deeper and deeper and deeper and deeper. </w:t>
      </w:r>
    </w:p>
    <w:p w14:paraId="77F65327" w14:textId="77777777" w:rsidR="00F3069B" w:rsidRDefault="00F3069B">
      <w:pPr>
        <w:spacing w:after="0"/>
      </w:pPr>
    </w:p>
    <w:p w14:paraId="3FE0EC7D" w14:textId="77777777" w:rsidR="00F3069B" w:rsidRDefault="00764CA8">
      <w:pPr>
        <w:spacing w:after="0"/>
      </w:pPr>
      <w:r>
        <w:rPr>
          <w:rFonts w:ascii="Arial" w:hAnsi="Arial"/>
          <w:b/>
        </w:rPr>
        <w:t xml:space="preserve">Interviewer P:  </w:t>
      </w:r>
      <w:r>
        <w:rPr>
          <w:rFonts w:ascii="Arial" w:hAnsi="Arial"/>
          <w:color w:val="5D7284"/>
        </w:rPr>
        <w:t>30:26</w:t>
      </w:r>
    </w:p>
    <w:p w14:paraId="32DD51DA" w14:textId="77777777" w:rsidR="00F3069B" w:rsidRDefault="00764CA8">
      <w:pPr>
        <w:spacing w:after="0"/>
      </w:pPr>
      <w:r>
        <w:rPr>
          <w:rFonts w:ascii="Arial" w:hAnsi="Arial"/>
        </w:rPr>
        <w:lastRenderedPageBreak/>
        <w:t xml:space="preserve">Oh, cool. </w:t>
      </w:r>
    </w:p>
    <w:p w14:paraId="6F99D4E2" w14:textId="77777777" w:rsidR="00F3069B" w:rsidRDefault="00F3069B">
      <w:pPr>
        <w:spacing w:after="0"/>
      </w:pPr>
    </w:p>
    <w:p w14:paraId="7B88E73F" w14:textId="77777777" w:rsidR="00F3069B" w:rsidRDefault="00764CA8">
      <w:pPr>
        <w:spacing w:after="0"/>
      </w:pPr>
      <w:r>
        <w:rPr>
          <w:rFonts w:ascii="Arial" w:hAnsi="Arial"/>
          <w:b/>
        </w:rPr>
        <w:t xml:space="preserve">Participant #3:  </w:t>
      </w:r>
      <w:r>
        <w:rPr>
          <w:rFonts w:ascii="Arial" w:hAnsi="Arial"/>
          <w:color w:val="5D7284"/>
        </w:rPr>
        <w:t>30:27</w:t>
      </w:r>
    </w:p>
    <w:p w14:paraId="4E1C538C" w14:textId="77777777" w:rsidR="00F3069B" w:rsidRDefault="00764CA8">
      <w:pPr>
        <w:spacing w:after="0"/>
      </w:pPr>
      <w:r>
        <w:rPr>
          <w:rFonts w:ascii="Arial" w:hAnsi="Arial"/>
        </w:rPr>
        <w:t>I think of like, you know, spin art. Or like something where you're just holding it. It's just, you're just moving. Yeah, I just think of that. But instead, you're just like, pushing down because it's like, burning through.</w:t>
      </w:r>
    </w:p>
    <w:p w14:paraId="2FBDFED9" w14:textId="77777777" w:rsidR="00F3069B" w:rsidRDefault="00F3069B">
      <w:pPr>
        <w:spacing w:after="0"/>
      </w:pPr>
    </w:p>
    <w:p w14:paraId="26E68E45" w14:textId="77777777" w:rsidR="00F3069B" w:rsidRDefault="00764CA8">
      <w:pPr>
        <w:spacing w:after="0"/>
      </w:pPr>
      <w:r>
        <w:rPr>
          <w:rFonts w:ascii="Arial" w:hAnsi="Arial"/>
          <w:b/>
        </w:rPr>
        <w:t xml:space="preserve">Interviewer P:  </w:t>
      </w:r>
      <w:r>
        <w:rPr>
          <w:rFonts w:ascii="Arial" w:hAnsi="Arial"/>
          <w:color w:val="5D7284"/>
        </w:rPr>
        <w:t>30:38</w:t>
      </w:r>
    </w:p>
    <w:p w14:paraId="75ECB2D2" w14:textId="77777777" w:rsidR="00F3069B" w:rsidRDefault="00764CA8">
      <w:pPr>
        <w:spacing w:after="0"/>
      </w:pPr>
      <w:r>
        <w:rPr>
          <w:rFonts w:ascii="Arial" w:hAnsi="Arial"/>
        </w:rPr>
        <w:t>Yeah, yeah.</w:t>
      </w:r>
    </w:p>
    <w:p w14:paraId="1495269E" w14:textId="77777777" w:rsidR="00F3069B" w:rsidRDefault="00F3069B">
      <w:pPr>
        <w:spacing w:after="0"/>
      </w:pPr>
    </w:p>
    <w:p w14:paraId="38F72655" w14:textId="77777777" w:rsidR="00F3069B" w:rsidRDefault="00764CA8">
      <w:pPr>
        <w:spacing w:after="0"/>
      </w:pPr>
      <w:r>
        <w:rPr>
          <w:rFonts w:ascii="Arial" w:hAnsi="Arial"/>
          <w:b/>
        </w:rPr>
        <w:t xml:space="preserve">Participant #3:  </w:t>
      </w:r>
      <w:r>
        <w:rPr>
          <w:rFonts w:ascii="Arial" w:hAnsi="Arial"/>
          <w:color w:val="5D7284"/>
        </w:rPr>
        <w:t>30:38</w:t>
      </w:r>
    </w:p>
    <w:p w14:paraId="7C8667C9" w14:textId="77777777" w:rsidR="00F3069B" w:rsidRDefault="00764CA8">
      <w:pPr>
        <w:spacing w:after="0"/>
      </w:pPr>
      <w:r>
        <w:rPr>
          <w:rFonts w:ascii="Arial" w:hAnsi="Arial"/>
        </w:rPr>
        <w:t xml:space="preserve">And they're gonna get a bit wider because it's as it's spinning, it's like being pushed outwards because of like, all the spinning everything. Yeah. </w:t>
      </w:r>
    </w:p>
    <w:p w14:paraId="4B489336" w14:textId="77777777" w:rsidR="00F3069B" w:rsidRDefault="00F3069B">
      <w:pPr>
        <w:spacing w:after="0"/>
      </w:pPr>
    </w:p>
    <w:p w14:paraId="3A446EEF" w14:textId="77777777" w:rsidR="00F3069B" w:rsidRDefault="00764CA8">
      <w:pPr>
        <w:spacing w:after="0"/>
      </w:pPr>
      <w:r>
        <w:rPr>
          <w:rFonts w:ascii="Arial" w:hAnsi="Arial"/>
          <w:b/>
        </w:rPr>
        <w:t xml:space="preserve">Interviewer P:  </w:t>
      </w:r>
      <w:r>
        <w:rPr>
          <w:rFonts w:ascii="Arial" w:hAnsi="Arial"/>
          <w:color w:val="5D7284"/>
        </w:rPr>
        <w:t>30:48</w:t>
      </w:r>
    </w:p>
    <w:p w14:paraId="6E60AB60" w14:textId="0E01F8CE" w:rsidR="00F3069B" w:rsidRDefault="00764CA8">
      <w:pPr>
        <w:spacing w:after="0"/>
      </w:pPr>
      <w:r>
        <w:rPr>
          <w:rFonts w:ascii="Arial" w:hAnsi="Arial"/>
        </w:rPr>
        <w:t xml:space="preserve">Okay, now, one more like this. Let's say that you have a spinning like, potted plant, okay, but it's just got the soil in it. </w:t>
      </w:r>
      <w:r w:rsidR="005A36E4">
        <w:rPr>
          <w:rFonts w:ascii="Arial" w:hAnsi="Arial"/>
        </w:rPr>
        <w:t>So,</w:t>
      </w:r>
      <w:r>
        <w:rPr>
          <w:rFonts w:ascii="Arial" w:hAnsi="Arial"/>
        </w:rPr>
        <w:t xml:space="preserve"> there isn't a plant yet. </w:t>
      </w:r>
      <w:r w:rsidR="005A36E4">
        <w:rPr>
          <w:rFonts w:ascii="Arial" w:hAnsi="Arial"/>
        </w:rPr>
        <w:t>So,</w:t>
      </w:r>
      <w:r>
        <w:rPr>
          <w:rFonts w:ascii="Arial" w:hAnsi="Arial"/>
        </w:rPr>
        <w:t xml:space="preserve"> you plant a seed in it, and it's spinning this whole time. So let's say this seed takes a couple of weeks to grow into whatever it's going to be. And the whole time it's growing. It's been spinning. So how do you think the roots will grow into the soil?</w:t>
      </w:r>
    </w:p>
    <w:p w14:paraId="0D9B78F1" w14:textId="77777777" w:rsidR="00F3069B" w:rsidRDefault="00F3069B">
      <w:pPr>
        <w:spacing w:after="0"/>
      </w:pPr>
    </w:p>
    <w:p w14:paraId="207B5ACB" w14:textId="77777777" w:rsidR="00F3069B" w:rsidRDefault="00764CA8">
      <w:pPr>
        <w:spacing w:after="0"/>
      </w:pPr>
      <w:r>
        <w:rPr>
          <w:rFonts w:ascii="Arial" w:hAnsi="Arial"/>
          <w:b/>
        </w:rPr>
        <w:t xml:space="preserve">Participant #3:  </w:t>
      </w:r>
      <w:r>
        <w:rPr>
          <w:rFonts w:ascii="Arial" w:hAnsi="Arial"/>
          <w:color w:val="5D7284"/>
        </w:rPr>
        <w:t>31:19</w:t>
      </w:r>
    </w:p>
    <w:p w14:paraId="3756DBCA" w14:textId="77777777" w:rsidR="00F3069B" w:rsidRDefault="00764CA8">
      <w:pPr>
        <w:spacing w:after="0"/>
      </w:pPr>
      <w:r>
        <w:rPr>
          <w:rFonts w:ascii="Arial" w:hAnsi="Arial"/>
        </w:rPr>
        <w:t xml:space="preserve">I don't know. I think it will just kind of be a normal plant. </w:t>
      </w:r>
    </w:p>
    <w:p w14:paraId="1A3A9726" w14:textId="77777777" w:rsidR="00F3069B" w:rsidRDefault="00F3069B">
      <w:pPr>
        <w:spacing w:after="0"/>
      </w:pPr>
    </w:p>
    <w:p w14:paraId="54C53A36" w14:textId="77777777" w:rsidR="00F3069B" w:rsidRDefault="00764CA8">
      <w:pPr>
        <w:spacing w:after="0"/>
      </w:pPr>
      <w:r>
        <w:rPr>
          <w:rFonts w:ascii="Arial" w:hAnsi="Arial"/>
          <w:b/>
        </w:rPr>
        <w:t xml:space="preserve">Interviewer P:  </w:t>
      </w:r>
      <w:r>
        <w:rPr>
          <w:rFonts w:ascii="Arial" w:hAnsi="Arial"/>
          <w:color w:val="5D7284"/>
        </w:rPr>
        <w:t>31:21</w:t>
      </w:r>
    </w:p>
    <w:p w14:paraId="2D57064E" w14:textId="77777777" w:rsidR="00F3069B" w:rsidRDefault="00764CA8">
      <w:pPr>
        <w:spacing w:after="0"/>
      </w:pPr>
      <w:r>
        <w:rPr>
          <w:rFonts w:ascii="Arial" w:hAnsi="Arial"/>
        </w:rPr>
        <w:t xml:space="preserve">Yeah. </w:t>
      </w:r>
    </w:p>
    <w:p w14:paraId="7E99AC42" w14:textId="77777777" w:rsidR="00F3069B" w:rsidRDefault="00F3069B">
      <w:pPr>
        <w:spacing w:after="0"/>
      </w:pPr>
    </w:p>
    <w:p w14:paraId="68725C95" w14:textId="77777777" w:rsidR="00F3069B" w:rsidRDefault="00764CA8">
      <w:pPr>
        <w:spacing w:after="0"/>
      </w:pPr>
      <w:r>
        <w:rPr>
          <w:rFonts w:ascii="Arial" w:hAnsi="Arial"/>
          <w:b/>
        </w:rPr>
        <w:t xml:space="preserve">Participant #3:  </w:t>
      </w:r>
      <w:r>
        <w:rPr>
          <w:rFonts w:ascii="Arial" w:hAnsi="Arial"/>
          <w:color w:val="5D7284"/>
        </w:rPr>
        <w:t>31:22</w:t>
      </w:r>
    </w:p>
    <w:p w14:paraId="06569CAB" w14:textId="27A7C840" w:rsidR="00F3069B" w:rsidRDefault="00764CA8">
      <w:pPr>
        <w:spacing w:after="0"/>
      </w:pPr>
      <w:r>
        <w:rPr>
          <w:rFonts w:ascii="Arial" w:hAnsi="Arial"/>
        </w:rPr>
        <w:t xml:space="preserve">We're just grow straight </w:t>
      </w:r>
      <w:r w:rsidR="005A36E4">
        <w:rPr>
          <w:rFonts w:ascii="Arial" w:hAnsi="Arial"/>
        </w:rPr>
        <w:t>up,</w:t>
      </w:r>
      <w:r>
        <w:rPr>
          <w:rFonts w:ascii="Arial" w:hAnsi="Arial"/>
        </w:rPr>
        <w:t xml:space="preserve"> and the roots will do what they normally do their little thing. I don't think it would affect the plant grows. Yeah.</w:t>
      </w:r>
    </w:p>
    <w:p w14:paraId="43C50C1C" w14:textId="77777777" w:rsidR="00F3069B" w:rsidRDefault="00F3069B">
      <w:pPr>
        <w:spacing w:after="0"/>
      </w:pPr>
    </w:p>
    <w:p w14:paraId="796E6CA7" w14:textId="77777777" w:rsidR="00F3069B" w:rsidRDefault="00764CA8">
      <w:pPr>
        <w:spacing w:after="0"/>
      </w:pPr>
      <w:r>
        <w:rPr>
          <w:rFonts w:ascii="Arial" w:hAnsi="Arial"/>
          <w:b/>
        </w:rPr>
        <w:t xml:space="preserve">Interviewer P:  </w:t>
      </w:r>
      <w:r>
        <w:rPr>
          <w:rFonts w:ascii="Arial" w:hAnsi="Arial"/>
          <w:color w:val="5D7284"/>
        </w:rPr>
        <w:t>31:34</w:t>
      </w:r>
    </w:p>
    <w:p w14:paraId="1C4B44BF" w14:textId="77777777" w:rsidR="00F3069B" w:rsidRDefault="00764CA8">
      <w:pPr>
        <w:spacing w:after="0"/>
      </w:pPr>
      <w:r>
        <w:rPr>
          <w:rFonts w:ascii="Arial" w:hAnsi="Arial"/>
        </w:rPr>
        <w:t>Cool. All right. We're gonna go back to the tank, now that we think it's working. We hope it's working. And I'm gonna put some fish. Yeah, put some fish in them and some of the fish sink to the bottom and some of them float, which is nice, because then we can.</w:t>
      </w:r>
    </w:p>
    <w:p w14:paraId="0E991374" w14:textId="77777777" w:rsidR="00F3069B" w:rsidRDefault="00F3069B">
      <w:pPr>
        <w:spacing w:after="0"/>
      </w:pPr>
    </w:p>
    <w:p w14:paraId="218C083C" w14:textId="77777777" w:rsidR="00F3069B" w:rsidRDefault="00764CA8">
      <w:pPr>
        <w:spacing w:after="0"/>
      </w:pPr>
      <w:r>
        <w:rPr>
          <w:rFonts w:ascii="Arial" w:hAnsi="Arial"/>
          <w:b/>
        </w:rPr>
        <w:t xml:space="preserve">Participant #3:  </w:t>
      </w:r>
      <w:r>
        <w:rPr>
          <w:rFonts w:ascii="Arial" w:hAnsi="Arial"/>
          <w:color w:val="5D7284"/>
        </w:rPr>
        <w:t>31:57</w:t>
      </w:r>
    </w:p>
    <w:p w14:paraId="14249707" w14:textId="77777777" w:rsidR="00F3069B" w:rsidRDefault="00764CA8">
      <w:pPr>
        <w:spacing w:after="0"/>
      </w:pPr>
      <w:r>
        <w:rPr>
          <w:rFonts w:ascii="Arial" w:hAnsi="Arial"/>
        </w:rPr>
        <w:t>They're so cute.</w:t>
      </w:r>
    </w:p>
    <w:p w14:paraId="5AC2A7FB" w14:textId="77777777" w:rsidR="00F3069B" w:rsidRDefault="00F3069B">
      <w:pPr>
        <w:spacing w:after="0"/>
      </w:pPr>
    </w:p>
    <w:p w14:paraId="78B32A1D" w14:textId="77777777" w:rsidR="00F3069B" w:rsidRDefault="00764CA8">
      <w:pPr>
        <w:spacing w:after="0"/>
      </w:pPr>
      <w:r>
        <w:rPr>
          <w:rFonts w:ascii="Arial" w:hAnsi="Arial"/>
          <w:b/>
        </w:rPr>
        <w:t xml:space="preserve">Interviewer P:  </w:t>
      </w:r>
      <w:r>
        <w:rPr>
          <w:rFonts w:ascii="Arial" w:hAnsi="Arial"/>
          <w:color w:val="5D7284"/>
        </w:rPr>
        <w:t>31:58</w:t>
      </w:r>
    </w:p>
    <w:p w14:paraId="0C6383E3" w14:textId="2006C1EF" w:rsidR="00F3069B" w:rsidRDefault="00764CA8">
      <w:pPr>
        <w:spacing w:after="0"/>
      </w:pPr>
      <w:r>
        <w:rPr>
          <w:rFonts w:ascii="Arial" w:hAnsi="Arial"/>
        </w:rPr>
        <w:t xml:space="preserve">Yeah. Get some more on the bottom. So hopefully, I'm going to start this up and it's going to go and so we're going to kind of compare how the fish on the bottom are moving to how the fish on the top are moving. So just kind of keep your eye on that, okay. So here we go. </w:t>
      </w:r>
      <w:r w:rsidR="005A36E4">
        <w:rPr>
          <w:rFonts w:ascii="Arial" w:hAnsi="Arial"/>
        </w:rPr>
        <w:t>So,</w:t>
      </w:r>
      <w:r>
        <w:rPr>
          <w:rFonts w:ascii="Arial" w:hAnsi="Arial"/>
        </w:rPr>
        <w:t xml:space="preserve"> which would you say are spinning with the tank? Like spinning in the same direction and doing what the tank is doing?</w:t>
      </w:r>
    </w:p>
    <w:p w14:paraId="60C75DC6" w14:textId="77777777" w:rsidR="00F3069B" w:rsidRDefault="00F3069B">
      <w:pPr>
        <w:spacing w:after="0"/>
      </w:pPr>
    </w:p>
    <w:p w14:paraId="5B656B9D" w14:textId="77777777" w:rsidR="00F3069B" w:rsidRDefault="00764CA8">
      <w:pPr>
        <w:spacing w:after="0"/>
      </w:pPr>
      <w:r>
        <w:rPr>
          <w:rFonts w:ascii="Arial" w:hAnsi="Arial"/>
          <w:b/>
        </w:rPr>
        <w:lastRenderedPageBreak/>
        <w:t xml:space="preserve">Participant #3:  </w:t>
      </w:r>
      <w:r>
        <w:rPr>
          <w:rFonts w:ascii="Arial" w:hAnsi="Arial"/>
          <w:color w:val="5D7284"/>
        </w:rPr>
        <w:t>32:42</w:t>
      </w:r>
    </w:p>
    <w:p w14:paraId="5CDE5B72" w14:textId="77777777" w:rsidR="00F3069B" w:rsidRDefault="00764CA8">
      <w:pPr>
        <w:spacing w:after="0"/>
      </w:pPr>
      <w:r>
        <w:rPr>
          <w:rFonts w:ascii="Arial" w:hAnsi="Arial"/>
        </w:rPr>
        <w:t xml:space="preserve">I think that fish on the bottom are moving. I've been watching this </w:t>
      </w:r>
      <w:r>
        <w:rPr>
          <w:rFonts w:ascii="Arial" w:hAnsi="Arial"/>
        </w:rPr>
        <w:t>one like well now those but that one yellow fish at the bottom.</w:t>
      </w:r>
    </w:p>
    <w:p w14:paraId="59671674" w14:textId="77777777" w:rsidR="00F3069B" w:rsidRDefault="00F3069B">
      <w:pPr>
        <w:spacing w:after="0"/>
      </w:pPr>
    </w:p>
    <w:p w14:paraId="62D54B83" w14:textId="77777777" w:rsidR="00F3069B" w:rsidRDefault="00764CA8">
      <w:pPr>
        <w:spacing w:after="0"/>
      </w:pPr>
      <w:r>
        <w:rPr>
          <w:rFonts w:ascii="Arial" w:hAnsi="Arial"/>
          <w:b/>
        </w:rPr>
        <w:t xml:space="preserve">Interviewer P:  </w:t>
      </w:r>
      <w:r>
        <w:rPr>
          <w:rFonts w:ascii="Arial" w:hAnsi="Arial"/>
          <w:color w:val="5D7284"/>
        </w:rPr>
        <w:t>32:51</w:t>
      </w:r>
    </w:p>
    <w:p w14:paraId="2BBEC598" w14:textId="508813BB" w:rsidR="00F3069B" w:rsidRDefault="00764CA8">
      <w:pPr>
        <w:spacing w:after="0"/>
      </w:pPr>
      <w:r>
        <w:rPr>
          <w:rFonts w:ascii="Arial" w:hAnsi="Arial"/>
        </w:rPr>
        <w:t xml:space="preserve">The one that looks like a </w:t>
      </w:r>
      <w:r w:rsidR="005A36E4">
        <w:rPr>
          <w:rFonts w:ascii="Arial" w:hAnsi="Arial"/>
        </w:rPr>
        <w:t>seahorse.</w:t>
      </w:r>
      <w:r>
        <w:rPr>
          <w:rFonts w:ascii="Arial" w:hAnsi="Arial"/>
        </w:rPr>
        <w:t xml:space="preserve"> Or that one the angel fish, like with the black? </w:t>
      </w:r>
    </w:p>
    <w:p w14:paraId="50AF2C5D" w14:textId="77777777" w:rsidR="00F3069B" w:rsidRDefault="00F3069B">
      <w:pPr>
        <w:spacing w:after="0"/>
      </w:pPr>
    </w:p>
    <w:p w14:paraId="6B45C4F3" w14:textId="77777777" w:rsidR="00F3069B" w:rsidRDefault="00764CA8">
      <w:pPr>
        <w:spacing w:after="0"/>
      </w:pPr>
      <w:r>
        <w:rPr>
          <w:rFonts w:ascii="Arial" w:hAnsi="Arial"/>
          <w:b/>
        </w:rPr>
        <w:t xml:space="preserve">Participant #3:  </w:t>
      </w:r>
      <w:r>
        <w:rPr>
          <w:rFonts w:ascii="Arial" w:hAnsi="Arial"/>
          <w:color w:val="5D7284"/>
        </w:rPr>
        <w:t>32:54</w:t>
      </w:r>
    </w:p>
    <w:p w14:paraId="6EA17DF5" w14:textId="77777777" w:rsidR="00F3069B" w:rsidRDefault="00764CA8">
      <w:pPr>
        <w:spacing w:after="0"/>
      </w:pPr>
      <w:r>
        <w:rPr>
          <w:rFonts w:ascii="Arial" w:hAnsi="Arial"/>
        </w:rPr>
        <w:t>With the black.  And it started on like that piece of tape to the left of it. And it's just kind of moved to the right. And same with this little clump fresh here they moved too. I think it's a trick. I think you'd like to think that the the top are moving, but I don't know.</w:t>
      </w:r>
    </w:p>
    <w:p w14:paraId="446A1E8F" w14:textId="77777777" w:rsidR="00F3069B" w:rsidRDefault="00F3069B">
      <w:pPr>
        <w:spacing w:after="0"/>
      </w:pPr>
    </w:p>
    <w:p w14:paraId="362325D9" w14:textId="77777777" w:rsidR="00F3069B" w:rsidRDefault="00764CA8">
      <w:pPr>
        <w:spacing w:after="0"/>
      </w:pPr>
      <w:r>
        <w:rPr>
          <w:rFonts w:ascii="Arial" w:hAnsi="Arial"/>
          <w:b/>
        </w:rPr>
        <w:t xml:space="preserve">Interviewer P:  </w:t>
      </w:r>
      <w:r>
        <w:rPr>
          <w:rFonts w:ascii="Arial" w:hAnsi="Arial"/>
          <w:color w:val="5D7284"/>
        </w:rPr>
        <w:t>32:55</w:t>
      </w:r>
    </w:p>
    <w:p w14:paraId="7D6FBDC3" w14:textId="0627F196" w:rsidR="00F3069B" w:rsidRDefault="00764CA8">
      <w:pPr>
        <w:spacing w:after="0"/>
      </w:pPr>
      <w:r>
        <w:rPr>
          <w:rFonts w:ascii="Arial" w:hAnsi="Arial"/>
        </w:rPr>
        <w:t xml:space="preserve">Yeah. </w:t>
      </w:r>
      <w:r w:rsidR="005A36E4">
        <w:rPr>
          <w:rFonts w:ascii="Arial" w:hAnsi="Arial"/>
        </w:rPr>
        <w:t>So,</w:t>
      </w:r>
      <w:r>
        <w:rPr>
          <w:rFonts w:ascii="Arial" w:hAnsi="Arial"/>
        </w:rPr>
        <w:t xml:space="preserve"> let's go there. How are the fish on the top moved? Are they spinning with the tank or are they doing something else? Or how can you describe that?</w:t>
      </w:r>
    </w:p>
    <w:p w14:paraId="42CFCA11" w14:textId="77777777" w:rsidR="00F3069B" w:rsidRDefault="00F3069B">
      <w:pPr>
        <w:spacing w:after="0"/>
      </w:pPr>
    </w:p>
    <w:p w14:paraId="3887BB21" w14:textId="77777777" w:rsidR="00F3069B" w:rsidRDefault="00764CA8">
      <w:pPr>
        <w:spacing w:after="0"/>
      </w:pPr>
      <w:r>
        <w:rPr>
          <w:rFonts w:ascii="Arial" w:hAnsi="Arial"/>
          <w:b/>
        </w:rPr>
        <w:t xml:space="preserve">Participant #3:  </w:t>
      </w:r>
      <w:r>
        <w:rPr>
          <w:rFonts w:ascii="Arial" w:hAnsi="Arial"/>
          <w:color w:val="5D7284"/>
        </w:rPr>
        <w:t>33:32</w:t>
      </w:r>
    </w:p>
    <w:p w14:paraId="4A22A95E" w14:textId="77777777" w:rsidR="00F3069B" w:rsidRDefault="00764CA8">
      <w:pPr>
        <w:spacing w:after="0"/>
      </w:pPr>
      <w:r>
        <w:rPr>
          <w:rFonts w:ascii="Arial" w:hAnsi="Arial"/>
        </w:rPr>
        <w:t>Okay, they're moving. Yeah, they are moving with um, the tank is going this way.</w:t>
      </w:r>
    </w:p>
    <w:p w14:paraId="2EC866D2" w14:textId="77777777" w:rsidR="00F3069B" w:rsidRDefault="00F3069B">
      <w:pPr>
        <w:spacing w:after="0"/>
      </w:pPr>
    </w:p>
    <w:p w14:paraId="591D60CD" w14:textId="77777777" w:rsidR="00F3069B" w:rsidRDefault="00764CA8">
      <w:pPr>
        <w:spacing w:after="0"/>
      </w:pPr>
      <w:r>
        <w:rPr>
          <w:rFonts w:ascii="Arial" w:hAnsi="Arial"/>
          <w:b/>
        </w:rPr>
        <w:t xml:space="preserve">Interviewer P:  </w:t>
      </w:r>
      <w:r>
        <w:rPr>
          <w:rFonts w:ascii="Arial" w:hAnsi="Arial"/>
          <w:color w:val="5D7284"/>
        </w:rPr>
        <w:t>33:45</w:t>
      </w:r>
    </w:p>
    <w:p w14:paraId="5717827F" w14:textId="62B2C0A6" w:rsidR="00F3069B" w:rsidRDefault="005A36E4">
      <w:pPr>
        <w:spacing w:after="0"/>
      </w:pPr>
      <w:r>
        <w:rPr>
          <w:rFonts w:ascii="Arial" w:hAnsi="Arial"/>
        </w:rPr>
        <w:t>So, it's going clockwise.</w:t>
      </w:r>
    </w:p>
    <w:p w14:paraId="3BF61CCD" w14:textId="77777777" w:rsidR="00F3069B" w:rsidRDefault="00F3069B">
      <w:pPr>
        <w:spacing w:after="0"/>
      </w:pPr>
    </w:p>
    <w:p w14:paraId="6BBBB611" w14:textId="77777777" w:rsidR="00F3069B" w:rsidRDefault="00764CA8">
      <w:pPr>
        <w:spacing w:after="0"/>
      </w:pPr>
      <w:r>
        <w:rPr>
          <w:rFonts w:ascii="Arial" w:hAnsi="Arial"/>
          <w:b/>
        </w:rPr>
        <w:t xml:space="preserve">Participant #3:  </w:t>
      </w:r>
      <w:r>
        <w:rPr>
          <w:rFonts w:ascii="Arial" w:hAnsi="Arial"/>
          <w:color w:val="5D7284"/>
        </w:rPr>
        <w:t>33:49</w:t>
      </w:r>
    </w:p>
    <w:p w14:paraId="1B44A2F6" w14:textId="1DA9D6CD" w:rsidR="00F3069B" w:rsidRDefault="005A36E4">
      <w:pPr>
        <w:spacing w:after="0"/>
      </w:pPr>
      <w:r>
        <w:rPr>
          <w:rFonts w:ascii="Arial" w:hAnsi="Arial"/>
        </w:rPr>
        <w:t>So, they are moving against because they're going this way. It looks like and the tanks going that way.</w:t>
      </w:r>
    </w:p>
    <w:p w14:paraId="332C89B7" w14:textId="77777777" w:rsidR="00F3069B" w:rsidRDefault="00F3069B">
      <w:pPr>
        <w:spacing w:after="0"/>
      </w:pPr>
    </w:p>
    <w:p w14:paraId="4EABFCDC" w14:textId="77777777" w:rsidR="00F3069B" w:rsidRDefault="00764CA8">
      <w:pPr>
        <w:spacing w:after="0"/>
      </w:pPr>
      <w:r>
        <w:rPr>
          <w:rFonts w:ascii="Arial" w:hAnsi="Arial"/>
          <w:b/>
        </w:rPr>
        <w:t xml:space="preserve">Interviewer P:  </w:t>
      </w:r>
      <w:r>
        <w:rPr>
          <w:rFonts w:ascii="Arial" w:hAnsi="Arial"/>
          <w:color w:val="5D7284"/>
        </w:rPr>
        <w:t>33:58</w:t>
      </w:r>
    </w:p>
    <w:p w14:paraId="3710536C" w14:textId="77777777" w:rsidR="00F3069B" w:rsidRDefault="00764CA8">
      <w:pPr>
        <w:spacing w:after="0"/>
      </w:pPr>
      <w:r>
        <w:rPr>
          <w:rFonts w:ascii="Arial" w:hAnsi="Arial"/>
        </w:rPr>
        <w:t>Okay, so just for clarity again, the ones on the bottom are doing what?</w:t>
      </w:r>
    </w:p>
    <w:p w14:paraId="085D255D" w14:textId="77777777" w:rsidR="00F3069B" w:rsidRDefault="00F3069B">
      <w:pPr>
        <w:spacing w:after="0"/>
      </w:pPr>
    </w:p>
    <w:p w14:paraId="786F0D11" w14:textId="77777777" w:rsidR="00F3069B" w:rsidRDefault="00764CA8">
      <w:pPr>
        <w:spacing w:after="0"/>
      </w:pPr>
      <w:r>
        <w:rPr>
          <w:rFonts w:ascii="Arial" w:hAnsi="Arial"/>
          <w:b/>
        </w:rPr>
        <w:t xml:space="preserve">Participant #3:  </w:t>
      </w:r>
      <w:r>
        <w:rPr>
          <w:rFonts w:ascii="Arial" w:hAnsi="Arial"/>
          <w:color w:val="5D7284"/>
        </w:rPr>
        <w:t>34:02</w:t>
      </w:r>
    </w:p>
    <w:p w14:paraId="57552C6D" w14:textId="2739A0D1" w:rsidR="00F3069B" w:rsidRDefault="00764CA8">
      <w:pPr>
        <w:spacing w:after="0"/>
      </w:pPr>
      <w:r>
        <w:rPr>
          <w:rFonts w:ascii="Arial" w:hAnsi="Arial"/>
        </w:rPr>
        <w:t xml:space="preserve">The ones on the bottom are, I think moving in the same direction counterclockwise as the ones on the top. At </w:t>
      </w:r>
      <w:r w:rsidR="005A36E4">
        <w:rPr>
          <w:rFonts w:ascii="Arial" w:hAnsi="Arial"/>
        </w:rPr>
        <w:t>first,</w:t>
      </w:r>
      <w:r>
        <w:rPr>
          <w:rFonts w:ascii="Arial" w:hAnsi="Arial"/>
        </w:rPr>
        <w:t xml:space="preserve"> I didn't think that the ones on the top were moving. But now the ones at the bottom are not moving anymore are they. But the top is still moving.</w:t>
      </w:r>
    </w:p>
    <w:p w14:paraId="799636F9" w14:textId="77777777" w:rsidR="00F3069B" w:rsidRDefault="00F3069B">
      <w:pPr>
        <w:spacing w:after="0"/>
      </w:pPr>
    </w:p>
    <w:p w14:paraId="12C7E572" w14:textId="77777777" w:rsidR="00F3069B" w:rsidRDefault="00764CA8">
      <w:pPr>
        <w:spacing w:after="0"/>
      </w:pPr>
      <w:r>
        <w:rPr>
          <w:rFonts w:ascii="Arial" w:hAnsi="Arial"/>
          <w:b/>
        </w:rPr>
        <w:t xml:space="preserve">Interviewer P:  </w:t>
      </w:r>
      <w:r>
        <w:rPr>
          <w:rFonts w:ascii="Arial" w:hAnsi="Arial"/>
          <w:color w:val="5D7284"/>
        </w:rPr>
        <w:t>34:23</w:t>
      </w:r>
    </w:p>
    <w:p w14:paraId="19BA0AFA" w14:textId="103D7B85" w:rsidR="00F3069B" w:rsidRDefault="005A36E4">
      <w:pPr>
        <w:spacing w:after="0"/>
      </w:pPr>
      <w:r>
        <w:rPr>
          <w:rFonts w:ascii="Arial" w:hAnsi="Arial"/>
        </w:rPr>
        <w:t>So, watch this green one. Is he moving?</w:t>
      </w:r>
    </w:p>
    <w:p w14:paraId="1143D404" w14:textId="77777777" w:rsidR="00F3069B" w:rsidRDefault="00F3069B">
      <w:pPr>
        <w:spacing w:after="0"/>
      </w:pPr>
    </w:p>
    <w:p w14:paraId="722963F5" w14:textId="77777777" w:rsidR="00F3069B" w:rsidRDefault="00764CA8">
      <w:pPr>
        <w:spacing w:after="0"/>
      </w:pPr>
      <w:r>
        <w:rPr>
          <w:rFonts w:ascii="Arial" w:hAnsi="Arial"/>
          <w:b/>
        </w:rPr>
        <w:t xml:space="preserve">Participant #3:  </w:t>
      </w:r>
      <w:r>
        <w:rPr>
          <w:rFonts w:ascii="Arial" w:hAnsi="Arial"/>
          <w:color w:val="5D7284"/>
        </w:rPr>
        <w:t>34:29</w:t>
      </w:r>
    </w:p>
    <w:p w14:paraId="38ECAB49" w14:textId="77777777" w:rsidR="00F3069B" w:rsidRDefault="00764CA8">
      <w:pPr>
        <w:spacing w:after="0"/>
      </w:pPr>
      <w:r>
        <w:rPr>
          <w:rFonts w:ascii="Arial" w:hAnsi="Arial"/>
        </w:rPr>
        <w:t xml:space="preserve">No. They're because they're because at the bottom, they're just moving with the tank. Meanwhile, the fish are in the water are </w:t>
      </w:r>
      <w:r>
        <w:rPr>
          <w:rFonts w:ascii="Arial" w:hAnsi="Arial"/>
        </w:rPr>
        <w:t>moving against the tank.</w:t>
      </w:r>
    </w:p>
    <w:p w14:paraId="6A73DDF8" w14:textId="77777777" w:rsidR="00F3069B" w:rsidRDefault="00F3069B">
      <w:pPr>
        <w:spacing w:after="0"/>
      </w:pPr>
    </w:p>
    <w:p w14:paraId="7A1753BF" w14:textId="77777777" w:rsidR="00F3069B" w:rsidRDefault="00764CA8">
      <w:pPr>
        <w:spacing w:after="0"/>
      </w:pPr>
      <w:r>
        <w:rPr>
          <w:rFonts w:ascii="Arial" w:hAnsi="Arial"/>
          <w:b/>
        </w:rPr>
        <w:t xml:space="preserve">Interviewer P:  </w:t>
      </w:r>
      <w:r>
        <w:rPr>
          <w:rFonts w:ascii="Arial" w:hAnsi="Arial"/>
          <w:color w:val="5D7284"/>
        </w:rPr>
        <w:t>34:38</w:t>
      </w:r>
    </w:p>
    <w:p w14:paraId="6BF4D2BA" w14:textId="77777777" w:rsidR="00F3069B" w:rsidRDefault="00764CA8">
      <w:pPr>
        <w:spacing w:after="0"/>
      </w:pPr>
      <w:r>
        <w:rPr>
          <w:rFonts w:ascii="Arial" w:hAnsi="Arial"/>
        </w:rPr>
        <w:t xml:space="preserve"> Okay. </w:t>
      </w:r>
    </w:p>
    <w:p w14:paraId="2A450BA7" w14:textId="77777777" w:rsidR="00F3069B" w:rsidRDefault="00F3069B">
      <w:pPr>
        <w:spacing w:after="0"/>
      </w:pPr>
    </w:p>
    <w:p w14:paraId="35DCD6AB" w14:textId="77777777" w:rsidR="00F3069B" w:rsidRDefault="00764CA8">
      <w:pPr>
        <w:spacing w:after="0"/>
      </w:pPr>
      <w:r>
        <w:rPr>
          <w:rFonts w:ascii="Arial" w:hAnsi="Arial"/>
          <w:b/>
        </w:rPr>
        <w:t xml:space="preserve">Participant #3:  </w:t>
      </w:r>
      <w:r>
        <w:rPr>
          <w:rFonts w:ascii="Arial" w:hAnsi="Arial"/>
          <w:color w:val="5D7284"/>
        </w:rPr>
        <w:t>34:41</w:t>
      </w:r>
    </w:p>
    <w:p w14:paraId="74241F28" w14:textId="77777777" w:rsidR="00F3069B" w:rsidRDefault="00764CA8">
      <w:pPr>
        <w:spacing w:after="0"/>
      </w:pPr>
      <w:r>
        <w:rPr>
          <w:rFonts w:ascii="Arial" w:hAnsi="Arial"/>
        </w:rPr>
        <w:lastRenderedPageBreak/>
        <w:t>There's a little bit of movement of the bottom fish, but maybe it was just the motor getting started.</w:t>
      </w:r>
    </w:p>
    <w:p w14:paraId="28CC34D9" w14:textId="77777777" w:rsidR="00F3069B" w:rsidRDefault="00F3069B">
      <w:pPr>
        <w:spacing w:after="0"/>
      </w:pPr>
    </w:p>
    <w:p w14:paraId="3D14314A" w14:textId="77777777" w:rsidR="00F3069B" w:rsidRDefault="00764CA8">
      <w:pPr>
        <w:spacing w:after="0"/>
      </w:pPr>
      <w:r>
        <w:rPr>
          <w:rFonts w:ascii="Arial" w:hAnsi="Arial"/>
          <w:b/>
        </w:rPr>
        <w:t xml:space="preserve">Interviewer P:  </w:t>
      </w:r>
      <w:r>
        <w:rPr>
          <w:rFonts w:ascii="Arial" w:hAnsi="Arial"/>
          <w:color w:val="5D7284"/>
        </w:rPr>
        <w:t>34:49</w:t>
      </w:r>
    </w:p>
    <w:p w14:paraId="4AB3B029" w14:textId="449D930D" w:rsidR="00F3069B" w:rsidRDefault="005A36E4">
      <w:pPr>
        <w:spacing w:after="0"/>
      </w:pPr>
      <w:r>
        <w:rPr>
          <w:rFonts w:ascii="Arial" w:hAnsi="Arial"/>
        </w:rPr>
        <w:t xml:space="preserve">So, to be clear, like the one the green one, he's not moving. He's moving. He's spinning like the tank is spinning. </w:t>
      </w:r>
    </w:p>
    <w:p w14:paraId="6A79EB49" w14:textId="77777777" w:rsidR="00F3069B" w:rsidRDefault="00F3069B">
      <w:pPr>
        <w:spacing w:after="0"/>
      </w:pPr>
    </w:p>
    <w:p w14:paraId="624439EA" w14:textId="77777777" w:rsidR="00F3069B" w:rsidRDefault="00764CA8">
      <w:pPr>
        <w:spacing w:after="0"/>
      </w:pPr>
      <w:r>
        <w:rPr>
          <w:rFonts w:ascii="Arial" w:hAnsi="Arial"/>
          <w:b/>
        </w:rPr>
        <w:t xml:space="preserve">Participant #3:  </w:t>
      </w:r>
      <w:r>
        <w:rPr>
          <w:rFonts w:ascii="Arial" w:hAnsi="Arial"/>
          <w:color w:val="5D7284"/>
        </w:rPr>
        <w:t>34:58</w:t>
      </w:r>
    </w:p>
    <w:p w14:paraId="6E6EC383" w14:textId="6C1F3BE0" w:rsidR="00F3069B" w:rsidRDefault="00764CA8">
      <w:pPr>
        <w:spacing w:after="0"/>
      </w:pPr>
      <w:r>
        <w:rPr>
          <w:rFonts w:ascii="Arial" w:hAnsi="Arial"/>
        </w:rPr>
        <w:t>Yeah, he's</w:t>
      </w:r>
      <w:r w:rsidR="005A36E4">
        <w:rPr>
          <w:rFonts w:ascii="Arial" w:hAnsi="Arial"/>
        </w:rPr>
        <w:t xml:space="preserve"> </w:t>
      </w:r>
      <w:r>
        <w:rPr>
          <w:rFonts w:ascii="Arial" w:hAnsi="Arial"/>
        </w:rPr>
        <w:t>not moving with.</w:t>
      </w:r>
    </w:p>
    <w:p w14:paraId="2A4F5BF2" w14:textId="77777777" w:rsidR="00F3069B" w:rsidRDefault="00F3069B">
      <w:pPr>
        <w:spacing w:after="0"/>
      </w:pPr>
    </w:p>
    <w:p w14:paraId="41872735" w14:textId="77777777" w:rsidR="00F3069B" w:rsidRDefault="00764CA8">
      <w:pPr>
        <w:spacing w:after="0"/>
      </w:pPr>
      <w:r>
        <w:rPr>
          <w:rFonts w:ascii="Arial" w:hAnsi="Arial"/>
          <w:b/>
        </w:rPr>
        <w:t xml:space="preserve">Interviewer P:  </w:t>
      </w:r>
      <w:r>
        <w:rPr>
          <w:rFonts w:ascii="Arial" w:hAnsi="Arial"/>
          <w:color w:val="5D7284"/>
        </w:rPr>
        <w:t>35:00</w:t>
      </w:r>
    </w:p>
    <w:p w14:paraId="78F8035A" w14:textId="77777777" w:rsidR="00F3069B" w:rsidRDefault="00764CA8">
      <w:pPr>
        <w:spacing w:after="0"/>
      </w:pPr>
      <w:r>
        <w:rPr>
          <w:rFonts w:ascii="Arial" w:hAnsi="Arial"/>
        </w:rPr>
        <w:t xml:space="preserve">But he is not moving outside of that movement. Is that what you're saying? </w:t>
      </w:r>
    </w:p>
    <w:p w14:paraId="5DA59180" w14:textId="77777777" w:rsidR="00F3069B" w:rsidRDefault="00F3069B">
      <w:pPr>
        <w:spacing w:after="0"/>
      </w:pPr>
    </w:p>
    <w:p w14:paraId="33CBB471" w14:textId="77777777" w:rsidR="00F3069B" w:rsidRDefault="00764CA8">
      <w:pPr>
        <w:spacing w:after="0"/>
      </w:pPr>
      <w:r>
        <w:rPr>
          <w:rFonts w:ascii="Arial" w:hAnsi="Arial"/>
          <w:b/>
        </w:rPr>
        <w:t xml:space="preserve">Participant #3:  </w:t>
      </w:r>
      <w:r>
        <w:rPr>
          <w:rFonts w:ascii="Arial" w:hAnsi="Arial"/>
          <w:color w:val="5D7284"/>
        </w:rPr>
        <w:t>35:03</w:t>
      </w:r>
    </w:p>
    <w:p w14:paraId="28D61DD5" w14:textId="77777777" w:rsidR="00F3069B" w:rsidRDefault="00764CA8">
      <w:pPr>
        <w:spacing w:after="0"/>
      </w:pPr>
      <w:r>
        <w:rPr>
          <w:rFonts w:ascii="Arial" w:hAnsi="Arial"/>
        </w:rPr>
        <w:t xml:space="preserve">Yeah. </w:t>
      </w:r>
    </w:p>
    <w:p w14:paraId="3943327F" w14:textId="77777777" w:rsidR="00F3069B" w:rsidRDefault="00F3069B">
      <w:pPr>
        <w:spacing w:after="0"/>
      </w:pPr>
    </w:p>
    <w:p w14:paraId="61F4FBDD" w14:textId="77777777" w:rsidR="00F3069B" w:rsidRDefault="00764CA8">
      <w:pPr>
        <w:spacing w:after="0"/>
      </w:pPr>
      <w:r>
        <w:rPr>
          <w:rFonts w:ascii="Arial" w:hAnsi="Arial"/>
          <w:b/>
        </w:rPr>
        <w:t xml:space="preserve">Interviewer P:  </w:t>
      </w:r>
      <w:r>
        <w:rPr>
          <w:rFonts w:ascii="Arial" w:hAnsi="Arial"/>
          <w:color w:val="5D7284"/>
        </w:rPr>
        <w:t>35:04</w:t>
      </w:r>
    </w:p>
    <w:p w14:paraId="0E6F434D" w14:textId="77777777" w:rsidR="00F3069B" w:rsidRDefault="00764CA8">
      <w:pPr>
        <w:spacing w:after="0"/>
      </w:pPr>
      <w:r>
        <w:rPr>
          <w:rFonts w:ascii="Arial" w:hAnsi="Arial"/>
        </w:rPr>
        <w:t>Okay so he's spinning like the tank is moving, he's spinning with the tank. And these guys on top.</w:t>
      </w:r>
    </w:p>
    <w:p w14:paraId="5D7597AB" w14:textId="77777777" w:rsidR="00F3069B" w:rsidRDefault="00F3069B">
      <w:pPr>
        <w:spacing w:after="0"/>
      </w:pPr>
    </w:p>
    <w:p w14:paraId="03486BE4" w14:textId="77777777" w:rsidR="00F3069B" w:rsidRDefault="00764CA8">
      <w:pPr>
        <w:spacing w:after="0"/>
      </w:pPr>
      <w:r>
        <w:rPr>
          <w:rFonts w:ascii="Arial" w:hAnsi="Arial"/>
          <w:b/>
        </w:rPr>
        <w:t xml:space="preserve">Participant #3:  </w:t>
      </w:r>
      <w:r>
        <w:rPr>
          <w:rFonts w:ascii="Arial" w:hAnsi="Arial"/>
          <w:color w:val="5D7284"/>
        </w:rPr>
        <w:t>35:10</w:t>
      </w:r>
    </w:p>
    <w:p w14:paraId="0C5FCB78" w14:textId="77777777" w:rsidR="00F3069B" w:rsidRDefault="00764CA8">
      <w:pPr>
        <w:spacing w:after="0"/>
      </w:pPr>
      <w:r>
        <w:rPr>
          <w:rFonts w:ascii="Arial" w:hAnsi="Arial"/>
        </w:rPr>
        <w:t xml:space="preserve">They're spinning against the tank. </w:t>
      </w:r>
    </w:p>
    <w:p w14:paraId="520D7291" w14:textId="77777777" w:rsidR="00F3069B" w:rsidRDefault="00F3069B">
      <w:pPr>
        <w:spacing w:after="0"/>
      </w:pPr>
    </w:p>
    <w:p w14:paraId="68F10971" w14:textId="77777777" w:rsidR="00F3069B" w:rsidRDefault="00764CA8">
      <w:pPr>
        <w:spacing w:after="0"/>
      </w:pPr>
      <w:r>
        <w:rPr>
          <w:rFonts w:ascii="Arial" w:hAnsi="Arial"/>
          <w:b/>
        </w:rPr>
        <w:t xml:space="preserve">Interviewer P:  </w:t>
      </w:r>
      <w:r>
        <w:rPr>
          <w:rFonts w:ascii="Arial" w:hAnsi="Arial"/>
          <w:color w:val="5D7284"/>
        </w:rPr>
        <w:t>35:12</w:t>
      </w:r>
    </w:p>
    <w:p w14:paraId="020430BC" w14:textId="77777777" w:rsidR="00F3069B" w:rsidRDefault="00764CA8">
      <w:pPr>
        <w:spacing w:after="0"/>
      </w:pPr>
      <w:r>
        <w:rPr>
          <w:rFonts w:ascii="Arial" w:hAnsi="Arial"/>
        </w:rPr>
        <w:t xml:space="preserve">Okay. So why do you think that is? Why aren't </w:t>
      </w:r>
      <w:r>
        <w:rPr>
          <w:rFonts w:ascii="Arial" w:hAnsi="Arial"/>
        </w:rPr>
        <w:t>they all just doing the same thing?</w:t>
      </w:r>
    </w:p>
    <w:p w14:paraId="75CE595C" w14:textId="77777777" w:rsidR="00F3069B" w:rsidRDefault="00F3069B">
      <w:pPr>
        <w:spacing w:after="0"/>
      </w:pPr>
    </w:p>
    <w:p w14:paraId="0847200E" w14:textId="77777777" w:rsidR="00F3069B" w:rsidRDefault="00764CA8">
      <w:pPr>
        <w:spacing w:after="0"/>
      </w:pPr>
      <w:r>
        <w:rPr>
          <w:rFonts w:ascii="Arial" w:hAnsi="Arial"/>
          <w:b/>
        </w:rPr>
        <w:t xml:space="preserve">Participant #3:  </w:t>
      </w:r>
      <w:r>
        <w:rPr>
          <w:rFonts w:ascii="Arial" w:hAnsi="Arial"/>
          <w:color w:val="5D7284"/>
        </w:rPr>
        <w:t>35:19</w:t>
      </w:r>
    </w:p>
    <w:p w14:paraId="2BA56645" w14:textId="00DB63CB" w:rsidR="00F3069B" w:rsidRDefault="00764CA8">
      <w:pPr>
        <w:spacing w:after="0"/>
      </w:pPr>
      <w:r>
        <w:rPr>
          <w:rFonts w:ascii="Arial" w:hAnsi="Arial"/>
        </w:rPr>
        <w:t xml:space="preserve">I think part of it is because the ones on the bottom are actually like on the tank, not just like floating over top. </w:t>
      </w:r>
      <w:r w:rsidR="005A36E4">
        <w:rPr>
          <w:rFonts w:ascii="Arial" w:hAnsi="Arial"/>
        </w:rPr>
        <w:t>So,</w:t>
      </w:r>
      <w:r>
        <w:rPr>
          <w:rFonts w:ascii="Arial" w:hAnsi="Arial"/>
        </w:rPr>
        <w:t xml:space="preserve"> the ones on top kind of just, I don't know float, kind of floating just kind of move for everybody. There's nothing I can bring them down to keep them still.</w:t>
      </w:r>
    </w:p>
    <w:p w14:paraId="03512CDA" w14:textId="77777777" w:rsidR="00F3069B" w:rsidRDefault="00F3069B">
      <w:pPr>
        <w:spacing w:after="0"/>
      </w:pPr>
    </w:p>
    <w:p w14:paraId="5C325B1F" w14:textId="77777777" w:rsidR="00F3069B" w:rsidRDefault="00764CA8">
      <w:pPr>
        <w:spacing w:after="0"/>
      </w:pPr>
      <w:r>
        <w:rPr>
          <w:rFonts w:ascii="Arial" w:hAnsi="Arial"/>
          <w:b/>
        </w:rPr>
        <w:t xml:space="preserve">Interviewer P:  </w:t>
      </w:r>
      <w:r>
        <w:rPr>
          <w:rFonts w:ascii="Arial" w:hAnsi="Arial"/>
          <w:color w:val="5D7284"/>
        </w:rPr>
        <w:t>35:42</w:t>
      </w:r>
    </w:p>
    <w:p w14:paraId="12DE8963" w14:textId="0334455D" w:rsidR="00F3069B" w:rsidRDefault="005A36E4">
      <w:pPr>
        <w:spacing w:after="0"/>
      </w:pPr>
      <w:r>
        <w:rPr>
          <w:rFonts w:ascii="Arial" w:hAnsi="Arial"/>
        </w:rPr>
        <w:t xml:space="preserve">So, they're just bobbing up and down. </w:t>
      </w:r>
    </w:p>
    <w:p w14:paraId="7E494C44" w14:textId="77777777" w:rsidR="00F3069B" w:rsidRDefault="00F3069B">
      <w:pPr>
        <w:spacing w:after="0"/>
      </w:pPr>
    </w:p>
    <w:p w14:paraId="5CFFBA79" w14:textId="77777777" w:rsidR="00F3069B" w:rsidRDefault="00764CA8">
      <w:pPr>
        <w:spacing w:after="0"/>
      </w:pPr>
      <w:r>
        <w:rPr>
          <w:rFonts w:ascii="Arial" w:hAnsi="Arial"/>
          <w:b/>
        </w:rPr>
        <w:t xml:space="preserve">Participant #3:  </w:t>
      </w:r>
      <w:r>
        <w:rPr>
          <w:rFonts w:ascii="Arial" w:hAnsi="Arial"/>
          <w:color w:val="5D7284"/>
        </w:rPr>
        <w:t>35:44</w:t>
      </w:r>
    </w:p>
    <w:p w14:paraId="59A191D7" w14:textId="77777777" w:rsidR="00F3069B" w:rsidRDefault="00764CA8">
      <w:pPr>
        <w:spacing w:after="0"/>
      </w:pPr>
      <w:r>
        <w:rPr>
          <w:rFonts w:ascii="Arial" w:hAnsi="Arial"/>
        </w:rPr>
        <w:t>Yeah.</w:t>
      </w:r>
    </w:p>
    <w:p w14:paraId="2664D5CD" w14:textId="77777777" w:rsidR="00F3069B" w:rsidRDefault="00F3069B">
      <w:pPr>
        <w:spacing w:after="0"/>
      </w:pPr>
    </w:p>
    <w:p w14:paraId="056AD425" w14:textId="77777777" w:rsidR="00F3069B" w:rsidRDefault="00764CA8">
      <w:pPr>
        <w:spacing w:after="0"/>
      </w:pPr>
      <w:r>
        <w:rPr>
          <w:rFonts w:ascii="Arial" w:hAnsi="Arial"/>
          <w:b/>
        </w:rPr>
        <w:t xml:space="preserve">Interviewer P:  </w:t>
      </w:r>
      <w:r>
        <w:rPr>
          <w:rFonts w:ascii="Arial" w:hAnsi="Arial"/>
          <w:color w:val="5D7284"/>
        </w:rPr>
        <w:t>35:48</w:t>
      </w:r>
    </w:p>
    <w:p w14:paraId="6E594B88" w14:textId="466DADE7" w:rsidR="00F3069B" w:rsidRDefault="005A36E4">
      <w:pPr>
        <w:spacing w:after="0"/>
      </w:pPr>
      <w:r>
        <w:rPr>
          <w:rFonts w:ascii="Arial" w:hAnsi="Arial"/>
        </w:rPr>
        <w:t>So, do you think the ones on the top will start to spin with the tank? Or will they forever do that?</w:t>
      </w:r>
    </w:p>
    <w:p w14:paraId="72B3942B" w14:textId="77777777" w:rsidR="00F3069B" w:rsidRDefault="00F3069B">
      <w:pPr>
        <w:spacing w:after="0"/>
      </w:pPr>
    </w:p>
    <w:p w14:paraId="6E4827E2" w14:textId="77777777" w:rsidR="00F3069B" w:rsidRDefault="00764CA8">
      <w:pPr>
        <w:spacing w:after="0"/>
      </w:pPr>
      <w:r>
        <w:rPr>
          <w:rFonts w:ascii="Arial" w:hAnsi="Arial"/>
          <w:b/>
        </w:rPr>
        <w:t xml:space="preserve">Participant #3:  </w:t>
      </w:r>
      <w:r>
        <w:rPr>
          <w:rFonts w:ascii="Arial" w:hAnsi="Arial"/>
          <w:color w:val="5D7284"/>
        </w:rPr>
        <w:t>36:02</w:t>
      </w:r>
    </w:p>
    <w:p w14:paraId="612F0974" w14:textId="77777777" w:rsidR="00F3069B" w:rsidRDefault="00764CA8">
      <w:pPr>
        <w:spacing w:after="0"/>
      </w:pPr>
      <w:r>
        <w:rPr>
          <w:rFonts w:ascii="Arial" w:hAnsi="Arial"/>
        </w:rPr>
        <w:t>I don't think they'll start to spin with the tank. I don't have a reason why. But I don't see what would change from what's happening to cause them to spin with the tank. Because it's not like anything needs to settle. For the movement to be concrete. I think we'll continue the way that they are. I have no idea why.</w:t>
      </w:r>
    </w:p>
    <w:p w14:paraId="648A86D2" w14:textId="77777777" w:rsidR="00F3069B" w:rsidRDefault="00F3069B">
      <w:pPr>
        <w:spacing w:after="0"/>
      </w:pPr>
    </w:p>
    <w:p w14:paraId="316324C5" w14:textId="77777777" w:rsidR="00F3069B" w:rsidRDefault="00764CA8">
      <w:pPr>
        <w:spacing w:after="0"/>
      </w:pPr>
      <w:r>
        <w:rPr>
          <w:rFonts w:ascii="Arial" w:hAnsi="Arial"/>
          <w:b/>
        </w:rPr>
        <w:lastRenderedPageBreak/>
        <w:t xml:space="preserve">Interviewer P:  </w:t>
      </w:r>
      <w:r>
        <w:rPr>
          <w:rFonts w:ascii="Arial" w:hAnsi="Arial"/>
          <w:color w:val="5D7284"/>
        </w:rPr>
        <w:t>36:29</w:t>
      </w:r>
    </w:p>
    <w:p w14:paraId="4386646B" w14:textId="292679B1" w:rsidR="00F3069B" w:rsidRDefault="005A36E4">
      <w:pPr>
        <w:spacing w:after="0"/>
      </w:pPr>
      <w:r>
        <w:rPr>
          <w:rFonts w:ascii="Arial" w:hAnsi="Arial"/>
        </w:rPr>
        <w:t>So, if we saw that that guy over there that this one with the blue stripes, I am just wondering is he kind of moving with the tank?</w:t>
      </w:r>
    </w:p>
    <w:p w14:paraId="15C74852" w14:textId="77777777" w:rsidR="00F3069B" w:rsidRDefault="00F3069B">
      <w:pPr>
        <w:spacing w:after="0"/>
      </w:pPr>
    </w:p>
    <w:p w14:paraId="192E3766" w14:textId="77777777" w:rsidR="00F3069B" w:rsidRDefault="00764CA8">
      <w:pPr>
        <w:spacing w:after="0"/>
      </w:pPr>
      <w:r>
        <w:rPr>
          <w:rFonts w:ascii="Arial" w:hAnsi="Arial"/>
          <w:b/>
        </w:rPr>
        <w:t xml:space="preserve">Participant #3:  </w:t>
      </w:r>
      <w:r>
        <w:rPr>
          <w:rFonts w:ascii="Arial" w:hAnsi="Arial"/>
          <w:color w:val="5D7284"/>
        </w:rPr>
        <w:t>36:43</w:t>
      </w:r>
    </w:p>
    <w:p w14:paraId="1D101415" w14:textId="77777777" w:rsidR="00F3069B" w:rsidRDefault="00764CA8">
      <w:pPr>
        <w:spacing w:after="0"/>
      </w:pPr>
      <w:r>
        <w:rPr>
          <w:rFonts w:ascii="Arial" w:hAnsi="Arial"/>
        </w:rPr>
        <w:t>He kind of looks like he is moving because he moved further away.</w:t>
      </w:r>
    </w:p>
    <w:p w14:paraId="0CDF1CCF" w14:textId="77777777" w:rsidR="00F3069B" w:rsidRDefault="00F3069B">
      <w:pPr>
        <w:spacing w:after="0"/>
      </w:pPr>
    </w:p>
    <w:p w14:paraId="6660E6FF" w14:textId="77777777" w:rsidR="00F3069B" w:rsidRDefault="00764CA8">
      <w:pPr>
        <w:spacing w:after="0"/>
      </w:pPr>
      <w:r>
        <w:rPr>
          <w:rFonts w:ascii="Arial" w:hAnsi="Arial"/>
          <w:b/>
        </w:rPr>
        <w:t xml:space="preserve">Interviewer P:  </w:t>
      </w:r>
      <w:r>
        <w:rPr>
          <w:rFonts w:ascii="Arial" w:hAnsi="Arial"/>
          <w:color w:val="5D7284"/>
        </w:rPr>
        <w:t>36:48</w:t>
      </w:r>
    </w:p>
    <w:p w14:paraId="2E8AAE83" w14:textId="44091997" w:rsidR="00F3069B" w:rsidRDefault="00764CA8">
      <w:pPr>
        <w:spacing w:after="0"/>
      </w:pPr>
      <w:r>
        <w:rPr>
          <w:rFonts w:ascii="Arial" w:hAnsi="Arial"/>
        </w:rPr>
        <w:t xml:space="preserve">And </w:t>
      </w:r>
      <w:r w:rsidR="005A36E4">
        <w:rPr>
          <w:rFonts w:ascii="Arial" w:hAnsi="Arial"/>
        </w:rPr>
        <w:t>so,</w:t>
      </w:r>
      <w:r>
        <w:rPr>
          <w:rFonts w:ascii="Arial" w:hAnsi="Arial"/>
        </w:rPr>
        <w:t xml:space="preserve"> like if we compare him to the green one on the bottom, he seems to be moving like the green one on the bottom, but not as fast.</w:t>
      </w:r>
    </w:p>
    <w:p w14:paraId="1955A452" w14:textId="77777777" w:rsidR="00F3069B" w:rsidRDefault="00F3069B">
      <w:pPr>
        <w:spacing w:after="0"/>
      </w:pPr>
    </w:p>
    <w:p w14:paraId="058D9145" w14:textId="77777777" w:rsidR="00F3069B" w:rsidRDefault="00764CA8">
      <w:pPr>
        <w:spacing w:after="0"/>
      </w:pPr>
      <w:r>
        <w:rPr>
          <w:rFonts w:ascii="Arial" w:hAnsi="Arial"/>
          <w:b/>
        </w:rPr>
        <w:t xml:space="preserve">Participant #3:  </w:t>
      </w:r>
      <w:r>
        <w:rPr>
          <w:rFonts w:ascii="Arial" w:hAnsi="Arial"/>
          <w:color w:val="5D7284"/>
        </w:rPr>
        <w:t>37:05</w:t>
      </w:r>
    </w:p>
    <w:p w14:paraId="230AAF61" w14:textId="51E7D4FA" w:rsidR="00F3069B" w:rsidRDefault="00764CA8">
      <w:pPr>
        <w:spacing w:after="0"/>
      </w:pPr>
      <w:r>
        <w:rPr>
          <w:rFonts w:ascii="Arial" w:hAnsi="Arial"/>
        </w:rPr>
        <w:t xml:space="preserve">Yeah. Yeah. Because he's not directly on it. </w:t>
      </w:r>
      <w:r w:rsidR="005A36E4">
        <w:rPr>
          <w:rFonts w:ascii="Arial" w:hAnsi="Arial"/>
        </w:rPr>
        <w:t>So,</w:t>
      </w:r>
      <w:r>
        <w:rPr>
          <w:rFonts w:ascii="Arial" w:hAnsi="Arial"/>
        </w:rPr>
        <w:t xml:space="preserve"> it's like he's moving with, I guess the reaction of the water from the </w:t>
      </w:r>
      <w:r w:rsidR="005A36E4">
        <w:rPr>
          <w:rFonts w:ascii="Arial" w:hAnsi="Arial"/>
        </w:rPr>
        <w:t>tank’s</w:t>
      </w:r>
      <w:r>
        <w:rPr>
          <w:rFonts w:ascii="Arial" w:hAnsi="Arial"/>
        </w:rPr>
        <w:t xml:space="preserve"> movement.</w:t>
      </w:r>
    </w:p>
    <w:p w14:paraId="6BF6CF43" w14:textId="77777777" w:rsidR="00F3069B" w:rsidRDefault="00F3069B">
      <w:pPr>
        <w:spacing w:after="0"/>
      </w:pPr>
    </w:p>
    <w:p w14:paraId="767A31ED" w14:textId="77777777" w:rsidR="00F3069B" w:rsidRDefault="00764CA8">
      <w:pPr>
        <w:spacing w:after="0"/>
      </w:pPr>
      <w:r>
        <w:rPr>
          <w:rFonts w:ascii="Arial" w:hAnsi="Arial"/>
          <w:b/>
        </w:rPr>
        <w:t xml:space="preserve">Interviewer P:  </w:t>
      </w:r>
      <w:r>
        <w:rPr>
          <w:rFonts w:ascii="Arial" w:hAnsi="Arial"/>
          <w:color w:val="5D7284"/>
        </w:rPr>
        <w:t>37:18</w:t>
      </w:r>
    </w:p>
    <w:p w14:paraId="48DA4337" w14:textId="34E1BF3B" w:rsidR="00F3069B" w:rsidRDefault="005A36E4">
      <w:pPr>
        <w:spacing w:after="0"/>
      </w:pPr>
      <w:r>
        <w:rPr>
          <w:rFonts w:ascii="Arial" w:hAnsi="Arial"/>
        </w:rPr>
        <w:t>So, so what do you mean by the reaction of the water?</w:t>
      </w:r>
    </w:p>
    <w:p w14:paraId="78516108" w14:textId="77777777" w:rsidR="00F3069B" w:rsidRDefault="00F3069B">
      <w:pPr>
        <w:spacing w:after="0"/>
      </w:pPr>
    </w:p>
    <w:p w14:paraId="650457C1" w14:textId="77777777" w:rsidR="00F3069B" w:rsidRDefault="00764CA8">
      <w:pPr>
        <w:spacing w:after="0"/>
      </w:pPr>
      <w:r>
        <w:rPr>
          <w:rFonts w:ascii="Arial" w:hAnsi="Arial"/>
          <w:b/>
        </w:rPr>
        <w:t xml:space="preserve">Participant #3:  </w:t>
      </w:r>
      <w:r>
        <w:rPr>
          <w:rFonts w:ascii="Arial" w:hAnsi="Arial"/>
          <w:color w:val="5D7284"/>
        </w:rPr>
        <w:t>37:21</w:t>
      </w:r>
    </w:p>
    <w:p w14:paraId="72A77DDF" w14:textId="77777777" w:rsidR="00F3069B" w:rsidRDefault="00764CA8">
      <w:pPr>
        <w:spacing w:after="0"/>
      </w:pPr>
      <w:r>
        <w:rPr>
          <w:rFonts w:ascii="Arial" w:hAnsi="Arial"/>
        </w:rPr>
        <w:t>Like maybe there's like a slight delay of the movement water compared to the movement of the tank.</w:t>
      </w:r>
    </w:p>
    <w:p w14:paraId="1E94D065" w14:textId="77777777" w:rsidR="00F3069B" w:rsidRDefault="00F3069B">
      <w:pPr>
        <w:spacing w:after="0"/>
      </w:pPr>
    </w:p>
    <w:p w14:paraId="4E0B7A3F" w14:textId="77777777" w:rsidR="00F3069B" w:rsidRDefault="00764CA8">
      <w:pPr>
        <w:spacing w:after="0"/>
      </w:pPr>
      <w:r>
        <w:rPr>
          <w:rFonts w:ascii="Arial" w:hAnsi="Arial"/>
          <w:b/>
        </w:rPr>
        <w:t xml:space="preserve">Interviewer P:  </w:t>
      </w:r>
      <w:r>
        <w:rPr>
          <w:rFonts w:ascii="Arial" w:hAnsi="Arial"/>
          <w:color w:val="5D7284"/>
        </w:rPr>
        <w:t>37:35</w:t>
      </w:r>
    </w:p>
    <w:p w14:paraId="295DAEA3" w14:textId="7C4F01CF" w:rsidR="00F3069B" w:rsidRDefault="00764CA8">
      <w:pPr>
        <w:spacing w:after="0"/>
      </w:pPr>
      <w:r>
        <w:rPr>
          <w:rFonts w:ascii="Arial" w:hAnsi="Arial"/>
        </w:rPr>
        <w:t xml:space="preserve">That one on the bottom just lapped him. Keep your eye on the yellow seahorse. </w:t>
      </w:r>
      <w:r w:rsidR="005A36E4">
        <w:rPr>
          <w:rFonts w:ascii="Arial" w:hAnsi="Arial"/>
        </w:rPr>
        <w:t>So,</w:t>
      </w:r>
      <w:r>
        <w:rPr>
          <w:rFonts w:ascii="Arial" w:hAnsi="Arial"/>
        </w:rPr>
        <w:t xml:space="preserve"> and now the this ones so now the yellow seahorses passing up the yellow with blue stripes.</w:t>
      </w:r>
    </w:p>
    <w:p w14:paraId="0A015E56" w14:textId="77777777" w:rsidR="00F3069B" w:rsidRDefault="00F3069B">
      <w:pPr>
        <w:spacing w:after="0"/>
      </w:pPr>
    </w:p>
    <w:p w14:paraId="718CC8C7" w14:textId="77777777" w:rsidR="00F3069B" w:rsidRDefault="00764CA8">
      <w:pPr>
        <w:spacing w:after="0"/>
      </w:pPr>
      <w:r>
        <w:rPr>
          <w:rFonts w:ascii="Arial" w:hAnsi="Arial"/>
          <w:b/>
        </w:rPr>
        <w:t xml:space="preserve">Participant #3:  </w:t>
      </w:r>
      <w:r>
        <w:rPr>
          <w:rFonts w:ascii="Arial" w:hAnsi="Arial"/>
          <w:color w:val="5D7284"/>
        </w:rPr>
        <w:t>37:47</w:t>
      </w:r>
    </w:p>
    <w:p w14:paraId="40FF7BB2" w14:textId="77777777" w:rsidR="00F3069B" w:rsidRDefault="00764CA8">
      <w:pPr>
        <w:spacing w:after="0"/>
      </w:pPr>
      <w:r>
        <w:rPr>
          <w:rFonts w:ascii="Arial" w:hAnsi="Arial"/>
        </w:rPr>
        <w:t>Yeah.</w:t>
      </w:r>
    </w:p>
    <w:p w14:paraId="243929D1" w14:textId="77777777" w:rsidR="00F3069B" w:rsidRDefault="00F3069B">
      <w:pPr>
        <w:spacing w:after="0"/>
      </w:pPr>
    </w:p>
    <w:p w14:paraId="4005FBB6" w14:textId="77777777" w:rsidR="00F3069B" w:rsidRDefault="00764CA8">
      <w:pPr>
        <w:spacing w:after="0"/>
      </w:pPr>
      <w:r>
        <w:rPr>
          <w:rFonts w:ascii="Arial" w:hAnsi="Arial"/>
          <w:b/>
        </w:rPr>
        <w:t xml:space="preserve">Interviewer P:  </w:t>
      </w:r>
      <w:r>
        <w:rPr>
          <w:rFonts w:ascii="Arial" w:hAnsi="Arial"/>
          <w:color w:val="5D7284"/>
        </w:rPr>
        <w:t>37:49</w:t>
      </w:r>
    </w:p>
    <w:p w14:paraId="40964537" w14:textId="1A287990" w:rsidR="00F3069B" w:rsidRDefault="005A36E4">
      <w:pPr>
        <w:spacing w:after="0"/>
      </w:pPr>
      <w:r>
        <w:rPr>
          <w:rFonts w:ascii="Arial" w:hAnsi="Arial"/>
        </w:rPr>
        <w:t xml:space="preserve">So, it's like they're kind of in a race and they're lapping him. </w:t>
      </w:r>
    </w:p>
    <w:p w14:paraId="5FEA2F7D" w14:textId="77777777" w:rsidR="00F3069B" w:rsidRDefault="00F3069B">
      <w:pPr>
        <w:spacing w:after="0"/>
      </w:pPr>
    </w:p>
    <w:p w14:paraId="362CA674" w14:textId="77777777" w:rsidR="00F3069B" w:rsidRDefault="00764CA8">
      <w:pPr>
        <w:spacing w:after="0"/>
      </w:pPr>
      <w:r>
        <w:rPr>
          <w:rFonts w:ascii="Arial" w:hAnsi="Arial"/>
          <w:b/>
        </w:rPr>
        <w:t xml:space="preserve">Participant #3:  </w:t>
      </w:r>
      <w:r>
        <w:rPr>
          <w:rFonts w:ascii="Arial" w:hAnsi="Arial"/>
          <w:color w:val="5D7284"/>
        </w:rPr>
        <w:t>37:56</w:t>
      </w:r>
    </w:p>
    <w:p w14:paraId="69FA7406" w14:textId="77777777" w:rsidR="00F3069B" w:rsidRDefault="00764CA8">
      <w:pPr>
        <w:spacing w:after="0"/>
      </w:pPr>
      <w:r>
        <w:rPr>
          <w:rFonts w:ascii="Arial" w:hAnsi="Arial"/>
        </w:rPr>
        <w:t xml:space="preserve">Yeah. </w:t>
      </w:r>
    </w:p>
    <w:p w14:paraId="4841F9BF" w14:textId="77777777" w:rsidR="00F3069B" w:rsidRDefault="00F3069B">
      <w:pPr>
        <w:spacing w:after="0"/>
      </w:pPr>
    </w:p>
    <w:p w14:paraId="2616FFFC" w14:textId="77777777" w:rsidR="00F3069B" w:rsidRDefault="00764CA8">
      <w:pPr>
        <w:spacing w:after="0"/>
      </w:pPr>
      <w:r>
        <w:rPr>
          <w:rFonts w:ascii="Arial" w:hAnsi="Arial"/>
          <w:b/>
        </w:rPr>
        <w:t xml:space="preserve">Interviewer P:  </w:t>
      </w:r>
      <w:r>
        <w:rPr>
          <w:rFonts w:ascii="Arial" w:hAnsi="Arial"/>
          <w:color w:val="5D7284"/>
        </w:rPr>
        <w:t>37:59</w:t>
      </w:r>
    </w:p>
    <w:p w14:paraId="5B673A17" w14:textId="77777777" w:rsidR="00F3069B" w:rsidRDefault="00764CA8">
      <w:pPr>
        <w:spacing w:after="0"/>
      </w:pPr>
      <w:r>
        <w:rPr>
          <w:rFonts w:ascii="Arial" w:hAnsi="Arial"/>
        </w:rPr>
        <w:t>So are these guys.</w:t>
      </w:r>
    </w:p>
    <w:p w14:paraId="222C7281" w14:textId="77777777" w:rsidR="00F3069B" w:rsidRDefault="00F3069B">
      <w:pPr>
        <w:spacing w:after="0"/>
      </w:pPr>
    </w:p>
    <w:p w14:paraId="1E3172CA" w14:textId="77777777" w:rsidR="00F3069B" w:rsidRDefault="00764CA8">
      <w:pPr>
        <w:spacing w:after="0"/>
      </w:pPr>
      <w:r>
        <w:rPr>
          <w:rFonts w:ascii="Arial" w:hAnsi="Arial"/>
          <w:b/>
        </w:rPr>
        <w:t xml:space="preserve">Participant #3:  </w:t>
      </w:r>
      <w:r>
        <w:rPr>
          <w:rFonts w:ascii="Arial" w:hAnsi="Arial"/>
          <w:color w:val="5D7284"/>
        </w:rPr>
        <w:t>38:00</w:t>
      </w:r>
    </w:p>
    <w:p w14:paraId="6A0D8480" w14:textId="77777777" w:rsidR="00F3069B" w:rsidRDefault="00764CA8">
      <w:pPr>
        <w:spacing w:after="0"/>
      </w:pPr>
      <w:r>
        <w:rPr>
          <w:rFonts w:ascii="Arial" w:hAnsi="Arial"/>
        </w:rPr>
        <w:t>Maybe because it's one on the outside the ones in the middle aren't really moving but now that we'll start blue fish are more on the outside and he's kind of moving closer to the green fish.</w:t>
      </w:r>
    </w:p>
    <w:p w14:paraId="23A10987" w14:textId="77777777" w:rsidR="00F3069B" w:rsidRDefault="00F3069B">
      <w:pPr>
        <w:spacing w:after="0"/>
      </w:pPr>
    </w:p>
    <w:p w14:paraId="73F75083" w14:textId="77777777" w:rsidR="00F3069B" w:rsidRDefault="00764CA8">
      <w:pPr>
        <w:spacing w:after="0"/>
      </w:pPr>
      <w:r>
        <w:rPr>
          <w:rFonts w:ascii="Arial" w:hAnsi="Arial"/>
          <w:b/>
        </w:rPr>
        <w:t xml:space="preserve">Interviewer P:  </w:t>
      </w:r>
      <w:r>
        <w:rPr>
          <w:rFonts w:ascii="Arial" w:hAnsi="Arial"/>
          <w:color w:val="5D7284"/>
        </w:rPr>
        <w:t>38:20</w:t>
      </w:r>
    </w:p>
    <w:p w14:paraId="71D8B4F0" w14:textId="77777777" w:rsidR="00F3069B" w:rsidRDefault="00764CA8">
      <w:pPr>
        <w:spacing w:after="0"/>
      </w:pPr>
      <w:r>
        <w:rPr>
          <w:rFonts w:ascii="Arial" w:hAnsi="Arial"/>
        </w:rPr>
        <w:t>Well let's think about this now the ones on top are they still just bobbing up and down or do they seem to be.</w:t>
      </w:r>
    </w:p>
    <w:p w14:paraId="21A24510" w14:textId="77777777" w:rsidR="00F3069B" w:rsidRDefault="00F3069B">
      <w:pPr>
        <w:spacing w:after="0"/>
      </w:pPr>
    </w:p>
    <w:p w14:paraId="6940439D" w14:textId="77777777" w:rsidR="00F3069B" w:rsidRDefault="00764CA8">
      <w:pPr>
        <w:spacing w:after="0"/>
      </w:pPr>
      <w:r>
        <w:rPr>
          <w:rFonts w:ascii="Arial" w:hAnsi="Arial"/>
          <w:b/>
        </w:rPr>
        <w:t xml:space="preserve">Participant #3:  </w:t>
      </w:r>
      <w:r>
        <w:rPr>
          <w:rFonts w:ascii="Arial" w:hAnsi="Arial"/>
          <w:color w:val="5D7284"/>
        </w:rPr>
        <w:t>38:25</w:t>
      </w:r>
    </w:p>
    <w:p w14:paraId="616EBED7" w14:textId="205CB565" w:rsidR="00F3069B" w:rsidRDefault="00764CA8">
      <w:pPr>
        <w:spacing w:after="0"/>
      </w:pPr>
      <w:r>
        <w:rPr>
          <w:rFonts w:ascii="Arial" w:hAnsi="Arial"/>
        </w:rPr>
        <w:t xml:space="preserve">I think they're moving slowly I think it's kind of like back again took a stirring thing if you </w:t>
      </w:r>
      <w:r w:rsidR="005A36E4">
        <w:rPr>
          <w:rFonts w:ascii="Arial" w:hAnsi="Arial"/>
        </w:rPr>
        <w:t>stir</w:t>
      </w:r>
      <w:r>
        <w:rPr>
          <w:rFonts w:ascii="Arial" w:hAnsi="Arial"/>
        </w:rPr>
        <w:t xml:space="preserve"> there's like the small little spiral small movements on the inside and then the bigger like bigger movements on the </w:t>
      </w:r>
      <w:r w:rsidR="005A36E4">
        <w:rPr>
          <w:rFonts w:ascii="Arial" w:hAnsi="Arial"/>
        </w:rPr>
        <w:t>outside,</w:t>
      </w:r>
      <w:r>
        <w:rPr>
          <w:rFonts w:ascii="Arial" w:hAnsi="Arial"/>
        </w:rPr>
        <w:t xml:space="preserve"> so I think it's kind of like that.</w:t>
      </w:r>
    </w:p>
    <w:p w14:paraId="709C3204" w14:textId="77777777" w:rsidR="00F3069B" w:rsidRDefault="00F3069B">
      <w:pPr>
        <w:spacing w:after="0"/>
      </w:pPr>
    </w:p>
    <w:p w14:paraId="3337C395" w14:textId="77777777" w:rsidR="00F3069B" w:rsidRDefault="00764CA8">
      <w:pPr>
        <w:spacing w:after="0"/>
      </w:pPr>
      <w:r>
        <w:rPr>
          <w:rFonts w:ascii="Arial" w:hAnsi="Arial"/>
          <w:b/>
        </w:rPr>
        <w:t xml:space="preserve">Interviewer P:  </w:t>
      </w:r>
      <w:r>
        <w:rPr>
          <w:rFonts w:ascii="Arial" w:hAnsi="Arial"/>
          <w:color w:val="5D7284"/>
        </w:rPr>
        <w:t>38:42</w:t>
      </w:r>
    </w:p>
    <w:p w14:paraId="7D56F5D4" w14:textId="77777777" w:rsidR="00F3069B" w:rsidRDefault="00764CA8">
      <w:pPr>
        <w:spacing w:after="0"/>
      </w:pPr>
      <w:r>
        <w:rPr>
          <w:rFonts w:ascii="Arial" w:hAnsi="Arial"/>
        </w:rPr>
        <w:t xml:space="preserve">And are the ones on the tank top moving with the tank now? </w:t>
      </w:r>
    </w:p>
    <w:p w14:paraId="0C21C9E5" w14:textId="77777777" w:rsidR="00F3069B" w:rsidRDefault="00F3069B">
      <w:pPr>
        <w:spacing w:after="0"/>
      </w:pPr>
    </w:p>
    <w:p w14:paraId="074AFDAF" w14:textId="77777777" w:rsidR="00F3069B" w:rsidRDefault="00764CA8">
      <w:pPr>
        <w:spacing w:after="0"/>
      </w:pPr>
      <w:r>
        <w:rPr>
          <w:rFonts w:ascii="Arial" w:hAnsi="Arial"/>
          <w:b/>
        </w:rPr>
        <w:t xml:space="preserve">Participant #3:  </w:t>
      </w:r>
      <w:r>
        <w:rPr>
          <w:rFonts w:ascii="Arial" w:hAnsi="Arial"/>
          <w:color w:val="5D7284"/>
        </w:rPr>
        <w:t>38:49</w:t>
      </w:r>
    </w:p>
    <w:p w14:paraId="62F2CB7C" w14:textId="77777777" w:rsidR="00F3069B" w:rsidRDefault="00764CA8">
      <w:pPr>
        <w:spacing w:after="0"/>
      </w:pPr>
      <w:r>
        <w:rPr>
          <w:rFonts w:ascii="Arial" w:hAnsi="Arial"/>
        </w:rPr>
        <w:t xml:space="preserve">Yeah. </w:t>
      </w:r>
    </w:p>
    <w:p w14:paraId="177534A2" w14:textId="77777777" w:rsidR="00F3069B" w:rsidRDefault="00F3069B">
      <w:pPr>
        <w:spacing w:after="0"/>
      </w:pPr>
    </w:p>
    <w:p w14:paraId="0670E380" w14:textId="77777777" w:rsidR="00F3069B" w:rsidRDefault="00764CA8">
      <w:pPr>
        <w:spacing w:after="0"/>
      </w:pPr>
      <w:r>
        <w:rPr>
          <w:rFonts w:ascii="Arial" w:hAnsi="Arial"/>
          <w:b/>
        </w:rPr>
        <w:t xml:space="preserve">Interviewer P:  </w:t>
      </w:r>
      <w:r>
        <w:rPr>
          <w:rFonts w:ascii="Arial" w:hAnsi="Arial"/>
          <w:color w:val="5D7284"/>
        </w:rPr>
        <w:t>38:51</w:t>
      </w:r>
    </w:p>
    <w:p w14:paraId="33D46544" w14:textId="3A34BB74" w:rsidR="00F3069B" w:rsidRDefault="005A36E4">
      <w:pPr>
        <w:spacing w:after="0"/>
      </w:pPr>
      <w:r>
        <w:rPr>
          <w:rFonts w:ascii="Arial" w:hAnsi="Arial"/>
        </w:rPr>
        <w:t>So, the green one on the bottom is lapping the yellow one with blue strikes again but maybe not as fast anymore.</w:t>
      </w:r>
    </w:p>
    <w:p w14:paraId="763DAB48" w14:textId="77777777" w:rsidR="00F3069B" w:rsidRDefault="00F3069B">
      <w:pPr>
        <w:spacing w:after="0"/>
      </w:pPr>
    </w:p>
    <w:p w14:paraId="36E0D13C" w14:textId="77777777" w:rsidR="00F3069B" w:rsidRDefault="00764CA8">
      <w:pPr>
        <w:spacing w:after="0"/>
      </w:pPr>
      <w:r>
        <w:rPr>
          <w:rFonts w:ascii="Arial" w:hAnsi="Arial"/>
          <w:b/>
        </w:rPr>
        <w:t xml:space="preserve">Participant #3:  </w:t>
      </w:r>
      <w:r>
        <w:rPr>
          <w:rFonts w:ascii="Arial" w:hAnsi="Arial"/>
          <w:color w:val="5D7284"/>
        </w:rPr>
        <w:t>39:00</w:t>
      </w:r>
    </w:p>
    <w:p w14:paraId="69C7A9CF" w14:textId="77777777" w:rsidR="00F3069B" w:rsidRDefault="00764CA8">
      <w:pPr>
        <w:spacing w:after="0"/>
      </w:pPr>
      <w:r>
        <w:rPr>
          <w:rFonts w:ascii="Arial" w:hAnsi="Arial"/>
        </w:rPr>
        <w:t>No not as fast.</w:t>
      </w:r>
    </w:p>
    <w:p w14:paraId="2BCA6130" w14:textId="77777777" w:rsidR="00F3069B" w:rsidRDefault="00F3069B">
      <w:pPr>
        <w:spacing w:after="0"/>
      </w:pPr>
    </w:p>
    <w:p w14:paraId="0DFF3300" w14:textId="77777777" w:rsidR="00F3069B" w:rsidRDefault="00764CA8">
      <w:pPr>
        <w:spacing w:after="0"/>
      </w:pPr>
      <w:r>
        <w:rPr>
          <w:rFonts w:ascii="Arial" w:hAnsi="Arial"/>
          <w:b/>
        </w:rPr>
        <w:t xml:space="preserve">Interviewer P:  </w:t>
      </w:r>
      <w:r>
        <w:rPr>
          <w:rFonts w:ascii="Arial" w:hAnsi="Arial"/>
          <w:color w:val="5D7284"/>
        </w:rPr>
        <w:t>39:03</w:t>
      </w:r>
    </w:p>
    <w:p w14:paraId="12544232" w14:textId="1894D9D9" w:rsidR="00F3069B" w:rsidRDefault="005A36E4">
      <w:pPr>
        <w:spacing w:after="0"/>
      </w:pPr>
      <w:r>
        <w:rPr>
          <w:rFonts w:ascii="Arial" w:hAnsi="Arial"/>
        </w:rPr>
        <w:t>So, what changed?</w:t>
      </w:r>
    </w:p>
    <w:p w14:paraId="457C3EAC" w14:textId="77777777" w:rsidR="00F3069B" w:rsidRDefault="00F3069B">
      <w:pPr>
        <w:spacing w:after="0"/>
      </w:pPr>
    </w:p>
    <w:p w14:paraId="4A7D2367" w14:textId="77777777" w:rsidR="00F3069B" w:rsidRDefault="00764CA8">
      <w:pPr>
        <w:spacing w:after="0"/>
      </w:pPr>
      <w:r>
        <w:rPr>
          <w:rFonts w:ascii="Arial" w:hAnsi="Arial"/>
          <w:b/>
        </w:rPr>
        <w:t xml:space="preserve">Participant #3:  </w:t>
      </w:r>
      <w:r>
        <w:rPr>
          <w:rFonts w:ascii="Arial" w:hAnsi="Arial"/>
          <w:color w:val="5D7284"/>
        </w:rPr>
        <w:t>39:07</w:t>
      </w:r>
    </w:p>
    <w:p w14:paraId="3DC3F4DE" w14:textId="47D1C864" w:rsidR="00F3069B" w:rsidRDefault="00764CA8">
      <w:pPr>
        <w:spacing w:after="0"/>
      </w:pPr>
      <w:r>
        <w:rPr>
          <w:rFonts w:ascii="Arial" w:hAnsi="Arial"/>
        </w:rPr>
        <w:t xml:space="preserve">I guess it's start to settled down and </w:t>
      </w:r>
      <w:r w:rsidR="005A36E4">
        <w:rPr>
          <w:rFonts w:ascii="Arial" w:hAnsi="Arial"/>
        </w:rPr>
        <w:t>everyone’s</w:t>
      </w:r>
      <w:r>
        <w:rPr>
          <w:rFonts w:ascii="Arial" w:hAnsi="Arial"/>
        </w:rPr>
        <w:t xml:space="preserve"> kind of living together I have no idea what change it's hard.</w:t>
      </w:r>
    </w:p>
    <w:p w14:paraId="2195C94F" w14:textId="77777777" w:rsidR="00F3069B" w:rsidRDefault="00F3069B">
      <w:pPr>
        <w:spacing w:after="0"/>
      </w:pPr>
    </w:p>
    <w:p w14:paraId="0A589B51" w14:textId="77777777" w:rsidR="00F3069B" w:rsidRDefault="00764CA8">
      <w:pPr>
        <w:spacing w:after="0"/>
      </w:pPr>
      <w:r>
        <w:rPr>
          <w:rFonts w:ascii="Arial" w:hAnsi="Arial"/>
          <w:b/>
        </w:rPr>
        <w:t xml:space="preserve">Interviewer P:  </w:t>
      </w:r>
      <w:r>
        <w:rPr>
          <w:rFonts w:ascii="Arial" w:hAnsi="Arial"/>
          <w:color w:val="5D7284"/>
        </w:rPr>
        <w:t>39:17</w:t>
      </w:r>
    </w:p>
    <w:p w14:paraId="044B2E13" w14:textId="77777777" w:rsidR="00F3069B" w:rsidRDefault="00764CA8">
      <w:pPr>
        <w:spacing w:after="0"/>
      </w:pPr>
      <w:r>
        <w:rPr>
          <w:rFonts w:ascii="Arial" w:hAnsi="Arial"/>
        </w:rPr>
        <w:t>Yeah, what do you think will happen if I stopped the tank?</w:t>
      </w:r>
    </w:p>
    <w:p w14:paraId="5333327E" w14:textId="77777777" w:rsidR="00F3069B" w:rsidRDefault="00F3069B">
      <w:pPr>
        <w:spacing w:after="0"/>
      </w:pPr>
    </w:p>
    <w:p w14:paraId="6E24F053" w14:textId="77777777" w:rsidR="00F3069B" w:rsidRDefault="00764CA8">
      <w:pPr>
        <w:spacing w:after="0"/>
      </w:pPr>
      <w:r>
        <w:rPr>
          <w:rFonts w:ascii="Arial" w:hAnsi="Arial"/>
          <w:b/>
        </w:rPr>
        <w:t xml:space="preserve">Participant #3:  </w:t>
      </w:r>
      <w:r>
        <w:rPr>
          <w:rFonts w:ascii="Arial" w:hAnsi="Arial"/>
          <w:color w:val="5D7284"/>
        </w:rPr>
        <w:t>39:21</w:t>
      </w:r>
    </w:p>
    <w:p w14:paraId="1A249737" w14:textId="77777777" w:rsidR="00F3069B" w:rsidRDefault="00764CA8">
      <w:pPr>
        <w:spacing w:after="0"/>
      </w:pPr>
      <w:r>
        <w:rPr>
          <w:rFonts w:ascii="Arial" w:hAnsi="Arial"/>
        </w:rPr>
        <w:t>I think they all have a sudden little movement and then just kind of stop with the water.</w:t>
      </w:r>
    </w:p>
    <w:p w14:paraId="08C9E496" w14:textId="77777777" w:rsidR="00F3069B" w:rsidRDefault="00F3069B">
      <w:pPr>
        <w:spacing w:after="0"/>
      </w:pPr>
    </w:p>
    <w:p w14:paraId="44530C88" w14:textId="77777777" w:rsidR="00F3069B" w:rsidRDefault="00764CA8">
      <w:pPr>
        <w:spacing w:after="0"/>
      </w:pPr>
      <w:r>
        <w:rPr>
          <w:rFonts w:ascii="Arial" w:hAnsi="Arial"/>
          <w:b/>
        </w:rPr>
        <w:t xml:space="preserve">Interviewer P:  </w:t>
      </w:r>
      <w:r>
        <w:rPr>
          <w:rFonts w:ascii="Arial" w:hAnsi="Arial"/>
          <w:color w:val="5D7284"/>
        </w:rPr>
        <w:t>39:32</w:t>
      </w:r>
    </w:p>
    <w:p w14:paraId="4114A688" w14:textId="586FC203" w:rsidR="00F3069B" w:rsidRDefault="005A36E4">
      <w:pPr>
        <w:spacing w:after="0"/>
      </w:pPr>
      <w:r>
        <w:rPr>
          <w:rFonts w:ascii="Arial" w:hAnsi="Arial"/>
        </w:rPr>
        <w:t>So, what's the sudden little movement?</w:t>
      </w:r>
    </w:p>
    <w:p w14:paraId="5045832D" w14:textId="77777777" w:rsidR="00F3069B" w:rsidRDefault="00F3069B">
      <w:pPr>
        <w:spacing w:after="0"/>
      </w:pPr>
    </w:p>
    <w:p w14:paraId="15C63209" w14:textId="77777777" w:rsidR="00F3069B" w:rsidRDefault="00764CA8">
      <w:pPr>
        <w:spacing w:after="0"/>
      </w:pPr>
      <w:r>
        <w:rPr>
          <w:rFonts w:ascii="Arial" w:hAnsi="Arial"/>
          <w:b/>
        </w:rPr>
        <w:t xml:space="preserve">Participant #3:  </w:t>
      </w:r>
      <w:r>
        <w:rPr>
          <w:rFonts w:ascii="Arial" w:hAnsi="Arial"/>
          <w:color w:val="5D7284"/>
        </w:rPr>
        <w:t>39:34</w:t>
      </w:r>
    </w:p>
    <w:p w14:paraId="6F7A5131" w14:textId="24C65695" w:rsidR="00F3069B" w:rsidRDefault="00764CA8">
      <w:pPr>
        <w:spacing w:after="0"/>
      </w:pPr>
      <w:r>
        <w:rPr>
          <w:rFonts w:ascii="Arial" w:hAnsi="Arial"/>
        </w:rPr>
        <w:t xml:space="preserve">I don't know if like when you stop the tank the water will have like a little like the water may still be moving for a second. I don't know if that may or may not happen. That's it anyway, so moving. The water is still like going in a circle than </w:t>
      </w:r>
      <w:r w:rsidR="005A36E4">
        <w:rPr>
          <w:rFonts w:ascii="Arial" w:hAnsi="Arial"/>
        </w:rPr>
        <w:t>the...</w:t>
      </w:r>
      <w:r>
        <w:rPr>
          <w:rFonts w:ascii="Arial" w:hAnsi="Arial"/>
        </w:rPr>
        <w:t xml:space="preserve"> will finished with the water and then they will just stop.</w:t>
      </w:r>
    </w:p>
    <w:p w14:paraId="4289C168" w14:textId="77777777" w:rsidR="00F3069B" w:rsidRDefault="00F3069B">
      <w:pPr>
        <w:spacing w:after="0"/>
      </w:pPr>
    </w:p>
    <w:p w14:paraId="39CD8F52" w14:textId="77777777" w:rsidR="00F3069B" w:rsidRDefault="00764CA8">
      <w:pPr>
        <w:spacing w:after="0"/>
      </w:pPr>
      <w:r>
        <w:rPr>
          <w:rFonts w:ascii="Arial" w:hAnsi="Arial"/>
          <w:b/>
        </w:rPr>
        <w:t xml:space="preserve">Interviewer P:  </w:t>
      </w:r>
      <w:r>
        <w:rPr>
          <w:rFonts w:ascii="Arial" w:hAnsi="Arial"/>
          <w:color w:val="5D7284"/>
        </w:rPr>
        <w:t>39:50</w:t>
      </w:r>
    </w:p>
    <w:p w14:paraId="1DFFFCC8" w14:textId="08FE219C" w:rsidR="00F3069B" w:rsidRDefault="00764CA8">
      <w:pPr>
        <w:spacing w:after="0"/>
      </w:pPr>
      <w:r>
        <w:rPr>
          <w:rFonts w:ascii="Arial" w:hAnsi="Arial"/>
        </w:rPr>
        <w:t xml:space="preserve">Ah okay </w:t>
      </w:r>
      <w:r w:rsidR="005A36E4">
        <w:rPr>
          <w:rFonts w:ascii="Arial" w:hAnsi="Arial"/>
        </w:rPr>
        <w:t>let’s</w:t>
      </w:r>
      <w:r>
        <w:rPr>
          <w:rFonts w:ascii="Arial" w:hAnsi="Arial"/>
        </w:rPr>
        <w:t xml:space="preserve"> do it and </w:t>
      </w:r>
      <w:r w:rsidR="005A36E4">
        <w:rPr>
          <w:rFonts w:ascii="Arial" w:hAnsi="Arial"/>
        </w:rPr>
        <w:t>let’s</w:t>
      </w:r>
      <w:r>
        <w:rPr>
          <w:rFonts w:ascii="Arial" w:hAnsi="Arial"/>
        </w:rPr>
        <w:t xml:space="preserve"> see. This guy's on the bottom like funny. They're </w:t>
      </w:r>
      <w:r w:rsidR="005A36E4">
        <w:rPr>
          <w:rFonts w:ascii="Arial" w:hAnsi="Arial"/>
        </w:rPr>
        <w:t>like...</w:t>
      </w:r>
      <w:r>
        <w:rPr>
          <w:rFonts w:ascii="Arial" w:hAnsi="Arial"/>
        </w:rPr>
        <w:t xml:space="preserve"> interesting they're moving towards the center also.</w:t>
      </w:r>
    </w:p>
    <w:p w14:paraId="00913CC8" w14:textId="77777777" w:rsidR="00F3069B" w:rsidRDefault="00F3069B">
      <w:pPr>
        <w:spacing w:after="0"/>
      </w:pPr>
    </w:p>
    <w:p w14:paraId="5ED57A01" w14:textId="77777777" w:rsidR="00F3069B" w:rsidRDefault="00764CA8">
      <w:pPr>
        <w:spacing w:after="0"/>
      </w:pPr>
      <w:r>
        <w:rPr>
          <w:rFonts w:ascii="Arial" w:hAnsi="Arial"/>
          <w:b/>
        </w:rPr>
        <w:lastRenderedPageBreak/>
        <w:t xml:space="preserve">Participant #3:  </w:t>
      </w:r>
      <w:r>
        <w:rPr>
          <w:rFonts w:ascii="Arial" w:hAnsi="Arial"/>
          <w:color w:val="5D7284"/>
        </w:rPr>
        <w:t>40:16</w:t>
      </w:r>
    </w:p>
    <w:p w14:paraId="3EB65ECB" w14:textId="77777777" w:rsidR="00F3069B" w:rsidRDefault="00764CA8">
      <w:pPr>
        <w:spacing w:after="0"/>
      </w:pPr>
      <w:r>
        <w:rPr>
          <w:rFonts w:ascii="Arial" w:hAnsi="Arial"/>
        </w:rPr>
        <w:t>Yeah.</w:t>
      </w:r>
    </w:p>
    <w:p w14:paraId="755F5C4C" w14:textId="77777777" w:rsidR="00F3069B" w:rsidRDefault="00F3069B">
      <w:pPr>
        <w:spacing w:after="0"/>
      </w:pPr>
    </w:p>
    <w:p w14:paraId="6664C58B" w14:textId="77777777" w:rsidR="00F3069B" w:rsidRDefault="00764CA8">
      <w:pPr>
        <w:spacing w:after="0"/>
      </w:pPr>
      <w:r>
        <w:rPr>
          <w:rFonts w:ascii="Arial" w:hAnsi="Arial"/>
          <w:b/>
        </w:rPr>
        <w:t xml:space="preserve">Interviewer P:  </w:t>
      </w:r>
      <w:r>
        <w:rPr>
          <w:rFonts w:ascii="Arial" w:hAnsi="Arial"/>
          <w:color w:val="5D7284"/>
        </w:rPr>
        <w:t>40:19</w:t>
      </w:r>
    </w:p>
    <w:p w14:paraId="42FB61F4" w14:textId="77777777" w:rsidR="00F3069B" w:rsidRDefault="00764CA8">
      <w:pPr>
        <w:spacing w:after="0"/>
      </w:pPr>
      <w:r>
        <w:rPr>
          <w:rFonts w:ascii="Arial" w:hAnsi="Arial"/>
        </w:rPr>
        <w:t>Look at that blue guy. He's on the bottom and he's just scooting along, like out of my way, now the ones on the bottom have stopped and the ones on the top are still going.</w:t>
      </w:r>
    </w:p>
    <w:p w14:paraId="40E99C2A" w14:textId="77777777" w:rsidR="00F3069B" w:rsidRDefault="00F3069B">
      <w:pPr>
        <w:spacing w:after="0"/>
      </w:pPr>
    </w:p>
    <w:p w14:paraId="5D18DEE2" w14:textId="77777777" w:rsidR="00F3069B" w:rsidRDefault="00764CA8">
      <w:pPr>
        <w:spacing w:after="0"/>
      </w:pPr>
      <w:r>
        <w:rPr>
          <w:rFonts w:ascii="Arial" w:hAnsi="Arial"/>
          <w:b/>
        </w:rPr>
        <w:t xml:space="preserve">Participant #3:  </w:t>
      </w:r>
      <w:r>
        <w:rPr>
          <w:rFonts w:ascii="Arial" w:hAnsi="Arial"/>
          <w:color w:val="5D7284"/>
        </w:rPr>
        <w:t>40:35</w:t>
      </w:r>
    </w:p>
    <w:p w14:paraId="1E2B65F6" w14:textId="19EB9415" w:rsidR="00F3069B" w:rsidRDefault="00764CA8">
      <w:pPr>
        <w:spacing w:after="0"/>
      </w:pPr>
      <w:r>
        <w:rPr>
          <w:rFonts w:ascii="Arial" w:hAnsi="Arial"/>
        </w:rPr>
        <w:t xml:space="preserve">That's just because the top of water is still </w:t>
      </w:r>
      <w:r w:rsidR="005A36E4">
        <w:rPr>
          <w:rFonts w:ascii="Arial" w:hAnsi="Arial"/>
        </w:rPr>
        <w:t>settling,</w:t>
      </w:r>
      <w:r>
        <w:rPr>
          <w:rFonts w:ascii="Arial" w:hAnsi="Arial"/>
        </w:rPr>
        <w:t xml:space="preserve"> and I think they will stop eventually.</w:t>
      </w:r>
    </w:p>
    <w:p w14:paraId="01F34A64" w14:textId="77777777" w:rsidR="00F3069B" w:rsidRDefault="00F3069B">
      <w:pPr>
        <w:spacing w:after="0"/>
      </w:pPr>
    </w:p>
    <w:p w14:paraId="6D797E65" w14:textId="77777777" w:rsidR="00F3069B" w:rsidRDefault="00764CA8">
      <w:pPr>
        <w:spacing w:after="0"/>
      </w:pPr>
      <w:r>
        <w:rPr>
          <w:rFonts w:ascii="Arial" w:hAnsi="Arial"/>
          <w:b/>
        </w:rPr>
        <w:t xml:space="preserve">Interviewer P:  </w:t>
      </w:r>
      <w:r>
        <w:rPr>
          <w:rFonts w:ascii="Arial" w:hAnsi="Arial"/>
          <w:color w:val="5D7284"/>
        </w:rPr>
        <w:t>40:52</w:t>
      </w:r>
    </w:p>
    <w:p w14:paraId="68F2DF01" w14:textId="77777777" w:rsidR="00F3069B" w:rsidRDefault="00764CA8">
      <w:pPr>
        <w:spacing w:after="0"/>
      </w:pPr>
      <w:r>
        <w:rPr>
          <w:rFonts w:ascii="Arial" w:hAnsi="Arial"/>
        </w:rPr>
        <w:t xml:space="preserve">They're slowing down for sure. </w:t>
      </w:r>
    </w:p>
    <w:p w14:paraId="486212F0" w14:textId="77777777" w:rsidR="00F3069B" w:rsidRDefault="00F3069B">
      <w:pPr>
        <w:spacing w:after="0"/>
      </w:pPr>
    </w:p>
    <w:p w14:paraId="757D5867" w14:textId="77777777" w:rsidR="00F3069B" w:rsidRDefault="00764CA8">
      <w:pPr>
        <w:spacing w:after="0"/>
      </w:pPr>
      <w:r>
        <w:rPr>
          <w:rFonts w:ascii="Arial" w:hAnsi="Arial"/>
          <w:b/>
        </w:rPr>
        <w:t xml:space="preserve">Participant #3:  </w:t>
      </w:r>
      <w:r>
        <w:rPr>
          <w:rFonts w:ascii="Arial" w:hAnsi="Arial"/>
          <w:color w:val="5D7284"/>
        </w:rPr>
        <w:t>40:53</w:t>
      </w:r>
    </w:p>
    <w:p w14:paraId="64B551BD" w14:textId="77777777" w:rsidR="00F3069B" w:rsidRDefault="00764CA8">
      <w:pPr>
        <w:spacing w:after="0"/>
      </w:pPr>
      <w:r>
        <w:rPr>
          <w:rFonts w:ascii="Arial" w:hAnsi="Arial"/>
        </w:rPr>
        <w:t xml:space="preserve">Yeah. </w:t>
      </w:r>
    </w:p>
    <w:p w14:paraId="1B0DB646" w14:textId="77777777" w:rsidR="00F3069B" w:rsidRDefault="00F3069B">
      <w:pPr>
        <w:spacing w:after="0"/>
      </w:pPr>
    </w:p>
    <w:p w14:paraId="78166382" w14:textId="77777777" w:rsidR="00F3069B" w:rsidRDefault="00764CA8">
      <w:pPr>
        <w:spacing w:after="0"/>
      </w:pPr>
      <w:r>
        <w:rPr>
          <w:rFonts w:ascii="Arial" w:hAnsi="Arial"/>
          <w:b/>
        </w:rPr>
        <w:t xml:space="preserve">Interviewer P:  </w:t>
      </w:r>
      <w:r>
        <w:rPr>
          <w:rFonts w:ascii="Arial" w:hAnsi="Arial"/>
          <w:color w:val="5D7284"/>
        </w:rPr>
        <w:t>40:57</w:t>
      </w:r>
    </w:p>
    <w:p w14:paraId="0DF46864" w14:textId="77777777" w:rsidR="00F3069B" w:rsidRDefault="00764CA8">
      <w:pPr>
        <w:spacing w:after="0"/>
      </w:pPr>
      <w:r>
        <w:rPr>
          <w:rFonts w:ascii="Arial" w:hAnsi="Arial"/>
        </w:rPr>
        <w:t>All right, well while they do their thing. That's that's it I'm gonna stop this.</w:t>
      </w:r>
    </w:p>
    <w:sectPr w:rsidR="00F3069B"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6CB7B" w14:textId="77777777" w:rsidR="00F404DF" w:rsidRDefault="00F404DF">
      <w:pPr>
        <w:spacing w:after="0" w:line="240" w:lineRule="auto"/>
      </w:pPr>
      <w:r>
        <w:separator/>
      </w:r>
    </w:p>
  </w:endnote>
  <w:endnote w:type="continuationSeparator" w:id="0">
    <w:p w14:paraId="17C5FF44" w14:textId="77777777" w:rsidR="00F404DF" w:rsidRDefault="00F404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4D2C0B2F"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DB5F932"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925B4F4"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F5078C1"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D357388"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25792C"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71054" w14:textId="77777777" w:rsidR="00F404DF" w:rsidRDefault="00F404DF">
      <w:pPr>
        <w:spacing w:after="0" w:line="240" w:lineRule="auto"/>
      </w:pPr>
      <w:r>
        <w:separator/>
      </w:r>
    </w:p>
  </w:footnote>
  <w:footnote w:type="continuationSeparator" w:id="0">
    <w:p w14:paraId="13CDF6E4" w14:textId="77777777" w:rsidR="00F404DF" w:rsidRDefault="00F404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FD99B"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91D1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B95F6"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076634280">
    <w:abstractNumId w:val="8"/>
  </w:num>
  <w:num w:numId="2" w16cid:durableId="1690065309">
    <w:abstractNumId w:val="6"/>
  </w:num>
  <w:num w:numId="3" w16cid:durableId="1431003548">
    <w:abstractNumId w:val="5"/>
  </w:num>
  <w:num w:numId="4" w16cid:durableId="1020739617">
    <w:abstractNumId w:val="4"/>
  </w:num>
  <w:num w:numId="5" w16cid:durableId="1669212818">
    <w:abstractNumId w:val="7"/>
  </w:num>
  <w:num w:numId="6" w16cid:durableId="148399978">
    <w:abstractNumId w:val="3"/>
  </w:num>
  <w:num w:numId="7" w16cid:durableId="1508790466">
    <w:abstractNumId w:val="2"/>
  </w:num>
  <w:num w:numId="8" w16cid:durableId="769474736">
    <w:abstractNumId w:val="1"/>
  </w:num>
  <w:num w:numId="9" w16cid:durableId="7942556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5A36E4"/>
    <w:rsid w:val="006E2A8C"/>
    <w:rsid w:val="00764CA8"/>
    <w:rsid w:val="007749AF"/>
    <w:rsid w:val="00794EBC"/>
    <w:rsid w:val="00930F33"/>
    <w:rsid w:val="009C3AF0"/>
    <w:rsid w:val="00A12EE5"/>
    <w:rsid w:val="00AA1D8D"/>
    <w:rsid w:val="00B47730"/>
    <w:rsid w:val="00BA4C2B"/>
    <w:rsid w:val="00BD0140"/>
    <w:rsid w:val="00C24502"/>
    <w:rsid w:val="00CB0664"/>
    <w:rsid w:val="00D57E81"/>
    <w:rsid w:val="00ED3244"/>
    <w:rsid w:val="00F3069B"/>
    <w:rsid w:val="00F404DF"/>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8390DB"/>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F7444200-1175-4B1C-9F60-D3C26D7346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57A941-372B-485B-8F1E-2AAE53084947}">
  <ds:schemaRefs>
    <ds:schemaRef ds:uri="http://schemas.microsoft.com/sharepoint/v3/contenttype/forms"/>
  </ds:schemaRefs>
</ds:datastoreItem>
</file>

<file path=customXml/itemProps4.xml><?xml version="1.0" encoding="utf-8"?>
<ds:datastoreItem xmlns:ds="http://schemas.openxmlformats.org/officeDocument/2006/customXml" ds:itemID="{C5A88269-446A-407D-BCEA-99F271EDB41F}">
  <ds:schemaRefs>
    <ds:schemaRef ds:uri="http://purl.org/dc/dcmitype/"/>
    <ds:schemaRef ds:uri="http://schemas.openxmlformats.org/package/2006/metadata/core-properties"/>
    <ds:schemaRef ds:uri="http://purl.org/dc/terms/"/>
    <ds:schemaRef ds:uri="http://www.w3.org/XML/1998/namespace"/>
    <ds:schemaRef ds:uri="5b1983e9-55b4-4f9e-a196-30376d2238a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eeef5ad7-d6de-419e-9305-cd9bdd8d89a9"/>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4352</Words>
  <Characters>24807</Characters>
  <Application>Microsoft Office Word</Application>
  <DocSecurity>4</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29101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2024-05-21T16:06:00Z</dcterms:created>
  <dcterms:modified xsi:type="dcterms:W3CDTF">2024-05-21T16:06:00Z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