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20F555" w14:textId="77777777" w:rsidR="00930F33" w:rsidRDefault="00930F33">
      <w:pPr>
        <w:spacing w:after="0"/>
        <w:rPr>
          <w:lang w:eastAsia="zh-CN"/>
        </w:rPr>
      </w:pPr>
    </w:p>
    <w:p w14:paraId="43706E95" w14:textId="77777777" w:rsidR="00FE337B" w:rsidRDefault="00A77024">
      <w:r>
        <w:rPr>
          <w:rFonts w:ascii="Arial" w:hAnsi="Arial"/>
          <w:sz w:val="48"/>
        </w:rPr>
        <w:t>Participant #13 Audio (1)</w:t>
      </w:r>
    </w:p>
    <w:p w14:paraId="4B4F2684" w14:textId="183D4587" w:rsidR="00FE337B" w:rsidRDefault="00A77024">
      <w:r>
        <w:rPr>
          <w:rFonts w:ascii="Arial" w:hAnsi="Arial"/>
          <w:color w:val="4F6880"/>
        </w:rPr>
        <w:t xml:space="preserve">Wed, Jan 17, </w:t>
      </w:r>
      <w:r w:rsidR="00850C16">
        <w:rPr>
          <w:rFonts w:ascii="Arial" w:hAnsi="Arial"/>
          <w:color w:val="4F6880"/>
        </w:rPr>
        <w:t>2024,</w:t>
      </w:r>
      <w:r>
        <w:rPr>
          <w:rFonts w:ascii="Arial" w:hAnsi="Arial"/>
          <w:color w:val="4F6880"/>
        </w:rPr>
        <w:t xml:space="preserve"> 11:19AM • 54:21</w:t>
      </w:r>
    </w:p>
    <w:p w14:paraId="36856E5F" w14:textId="77777777" w:rsidR="00FE337B" w:rsidRDefault="00A77024">
      <w:pPr>
        <w:spacing w:before="440" w:after="0"/>
      </w:pPr>
      <w:r>
        <w:rPr>
          <w:rFonts w:ascii="Arial" w:hAnsi="Arial"/>
          <w:b/>
          <w:color w:val="4F6880"/>
        </w:rPr>
        <w:t>SUMMARY KEYWORDS</w:t>
      </w:r>
    </w:p>
    <w:p w14:paraId="37E7F2E0" w14:textId="7B622308" w:rsidR="00FE337B" w:rsidRDefault="00A77024">
      <w:r>
        <w:rPr>
          <w:rFonts w:ascii="Arial" w:hAnsi="Arial"/>
          <w:color w:val="4F6880"/>
        </w:rPr>
        <w:t xml:space="preserve">spinning, rotating, tank, minute, water, dye, jell, guess, bottom, color, temperature, dispersed, put, moving, sketch, feel, sink, fish, jiggle, </w:t>
      </w:r>
      <w:r w:rsidR="00850C16">
        <w:rPr>
          <w:rFonts w:ascii="Arial" w:hAnsi="Arial"/>
          <w:color w:val="4F6880"/>
        </w:rPr>
        <w:t>spirals.</w:t>
      </w:r>
    </w:p>
    <w:p w14:paraId="585D5656" w14:textId="77777777" w:rsidR="00FE337B" w:rsidRDefault="00A77024">
      <w:pPr>
        <w:spacing w:before="440" w:after="0"/>
      </w:pPr>
      <w:r>
        <w:rPr>
          <w:rFonts w:ascii="Arial" w:hAnsi="Arial"/>
          <w:b/>
          <w:color w:val="4F6880"/>
        </w:rPr>
        <w:t>SPEAKERS</w:t>
      </w:r>
    </w:p>
    <w:p w14:paraId="0FC60EB7" w14:textId="78531C9C" w:rsidR="00FE337B" w:rsidRDefault="00A77024">
      <w:r>
        <w:rPr>
          <w:rFonts w:ascii="Arial" w:hAnsi="Arial"/>
          <w:color w:val="4F6880"/>
        </w:rPr>
        <w:t xml:space="preserve">Interviewer </w:t>
      </w:r>
      <w:r w:rsidR="00850C16">
        <w:rPr>
          <w:rFonts w:ascii="Arial" w:hAnsi="Arial"/>
          <w:color w:val="4F6880"/>
        </w:rPr>
        <w:t>P:</w:t>
      </w:r>
      <w:r>
        <w:rPr>
          <w:rFonts w:ascii="Arial" w:hAnsi="Arial"/>
          <w:color w:val="4F6880"/>
        </w:rPr>
        <w:t xml:space="preserve"> Participant #13:</w:t>
      </w:r>
    </w:p>
    <w:p w14:paraId="3C2F446B" w14:textId="77777777" w:rsidR="00FE337B" w:rsidRDefault="00FE337B">
      <w:pPr>
        <w:spacing w:after="0"/>
      </w:pPr>
    </w:p>
    <w:p w14:paraId="7C6090B6" w14:textId="77777777" w:rsidR="00FE337B" w:rsidRDefault="00A77024">
      <w:pPr>
        <w:spacing w:after="0"/>
      </w:pPr>
      <w:r>
        <w:rPr>
          <w:rFonts w:ascii="Arial" w:hAnsi="Arial"/>
          <w:b/>
        </w:rPr>
        <w:t xml:space="preserve">Participant #13:  </w:t>
      </w:r>
      <w:r>
        <w:rPr>
          <w:rFonts w:ascii="Arial" w:hAnsi="Arial"/>
          <w:color w:val="5D7284"/>
        </w:rPr>
        <w:t>00:02</w:t>
      </w:r>
    </w:p>
    <w:p w14:paraId="1F9CA023" w14:textId="3C655A5C" w:rsidR="00FE337B" w:rsidRDefault="00A77024">
      <w:pPr>
        <w:spacing w:after="0"/>
      </w:pPr>
      <w:r>
        <w:rPr>
          <w:rFonts w:ascii="Arial" w:hAnsi="Arial"/>
        </w:rPr>
        <w:t xml:space="preserve">This is participant number 13. All right, so the first thing we're gonna do is start with some water you can look inside that one it's dyed blue, and this one is red. And there are different temperatures you can feel on the side to verify </w:t>
      </w:r>
      <w:r w:rsidR="00850C16">
        <w:rPr>
          <w:rFonts w:ascii="Arial" w:hAnsi="Arial"/>
        </w:rPr>
        <w:t>that,</w:t>
      </w:r>
      <w:r>
        <w:rPr>
          <w:rFonts w:ascii="Arial" w:hAnsi="Arial"/>
        </w:rPr>
        <w:t xml:space="preserve"> </w:t>
      </w:r>
      <w:r w:rsidR="00850C16">
        <w:rPr>
          <w:rFonts w:ascii="Arial" w:hAnsi="Arial"/>
        </w:rPr>
        <w:t>so</w:t>
      </w:r>
      <w:r>
        <w:rPr>
          <w:rFonts w:ascii="Arial" w:hAnsi="Arial"/>
        </w:rPr>
        <w:t xml:space="preserve"> the red is warm and the blue is cold to kind of help you remember which one is which. </w:t>
      </w:r>
      <w:r w:rsidR="00850C16">
        <w:rPr>
          <w:rFonts w:ascii="Arial" w:hAnsi="Arial"/>
        </w:rPr>
        <w:t>So,</w:t>
      </w:r>
      <w:r>
        <w:rPr>
          <w:rFonts w:ascii="Arial" w:hAnsi="Arial"/>
        </w:rPr>
        <w:t xml:space="preserve"> in a bit, I'm going to pour the blue the red in the side and the blue on this side. </w:t>
      </w:r>
      <w:r w:rsidR="00850C16">
        <w:rPr>
          <w:rFonts w:ascii="Arial" w:hAnsi="Arial"/>
        </w:rPr>
        <w:t>So,</w:t>
      </w:r>
      <w:r>
        <w:rPr>
          <w:rFonts w:ascii="Arial" w:hAnsi="Arial"/>
        </w:rPr>
        <w:t xml:space="preserve"> there'll be separated by this dividing wall. But then I'm going to remove the divider and wait a minute and what I'd like for you to do is make a prediction about what you think it will look like a minute after I've moved the dividing and the way that I'd like for you to predict that is to draw a sketch of what you think it</w:t>
      </w:r>
      <w:r>
        <w:rPr>
          <w:rFonts w:ascii="Arial" w:hAnsi="Arial"/>
        </w:rPr>
        <w:t xml:space="preserve"> will look like a minute later. So warm water dyed red cold water dyed blue all different colored pencils there so give it a go. Can I use this as well?</w:t>
      </w:r>
    </w:p>
    <w:p w14:paraId="56B82885" w14:textId="77777777" w:rsidR="00FE337B" w:rsidRDefault="00FE337B">
      <w:pPr>
        <w:spacing w:after="0"/>
      </w:pPr>
    </w:p>
    <w:p w14:paraId="71F74CEE" w14:textId="77777777" w:rsidR="00FE337B" w:rsidRDefault="00A77024">
      <w:pPr>
        <w:spacing w:after="0"/>
      </w:pPr>
      <w:r>
        <w:rPr>
          <w:rFonts w:ascii="Arial" w:hAnsi="Arial"/>
          <w:b/>
        </w:rPr>
        <w:t xml:space="preserve">Interviewer P:  </w:t>
      </w:r>
      <w:r>
        <w:rPr>
          <w:rFonts w:ascii="Arial" w:hAnsi="Arial"/>
          <w:color w:val="5D7284"/>
        </w:rPr>
        <w:t>03:03</w:t>
      </w:r>
    </w:p>
    <w:p w14:paraId="374F45C4" w14:textId="77777777" w:rsidR="00FE337B" w:rsidRDefault="00A77024">
      <w:pPr>
        <w:spacing w:after="0"/>
      </w:pPr>
      <w:r>
        <w:rPr>
          <w:rFonts w:ascii="Arial" w:hAnsi="Arial"/>
        </w:rPr>
        <w:t>Okay, so tell me about your sketch what's going on there.</w:t>
      </w:r>
    </w:p>
    <w:p w14:paraId="77343B0E" w14:textId="77777777" w:rsidR="00FE337B" w:rsidRDefault="00FE337B">
      <w:pPr>
        <w:spacing w:after="0"/>
      </w:pPr>
    </w:p>
    <w:p w14:paraId="29CA7389" w14:textId="77777777" w:rsidR="00FE337B" w:rsidRDefault="00A77024">
      <w:pPr>
        <w:spacing w:after="0"/>
      </w:pPr>
      <w:r>
        <w:rPr>
          <w:rFonts w:ascii="Arial" w:hAnsi="Arial"/>
          <w:b/>
        </w:rPr>
        <w:t xml:space="preserve">Participant #13:  </w:t>
      </w:r>
      <w:r>
        <w:rPr>
          <w:rFonts w:ascii="Arial" w:hAnsi="Arial"/>
          <w:color w:val="5D7284"/>
        </w:rPr>
        <w:t>03:06</w:t>
      </w:r>
    </w:p>
    <w:p w14:paraId="56BF1460" w14:textId="77777777" w:rsidR="00FE337B" w:rsidRDefault="00A77024">
      <w:pPr>
        <w:spacing w:after="0"/>
      </w:pPr>
      <w:r>
        <w:rPr>
          <w:rFonts w:ascii="Arial" w:hAnsi="Arial"/>
        </w:rPr>
        <w:t>I think that after a minute, they're gonna definitely like blend together. I didn't take into account like that the red is warm. So, I don't know but I think the red is gonna go into the blue.</w:t>
      </w:r>
    </w:p>
    <w:p w14:paraId="7B7D9D42" w14:textId="77777777" w:rsidR="00FE337B" w:rsidRDefault="00FE337B">
      <w:pPr>
        <w:spacing w:after="0"/>
      </w:pPr>
    </w:p>
    <w:p w14:paraId="1D06ECE2" w14:textId="77777777" w:rsidR="00FE337B" w:rsidRDefault="00A77024">
      <w:pPr>
        <w:spacing w:after="0"/>
      </w:pPr>
      <w:r>
        <w:rPr>
          <w:rFonts w:ascii="Arial" w:hAnsi="Arial"/>
          <w:b/>
        </w:rPr>
        <w:t xml:space="preserve">Interviewer P:  </w:t>
      </w:r>
      <w:r>
        <w:rPr>
          <w:rFonts w:ascii="Arial" w:hAnsi="Arial"/>
          <w:color w:val="5D7284"/>
        </w:rPr>
        <w:t>03:26</w:t>
      </w:r>
    </w:p>
    <w:p w14:paraId="2DBA4FFA" w14:textId="5F6ECE35" w:rsidR="00FE337B" w:rsidRDefault="00850C16">
      <w:pPr>
        <w:spacing w:after="0"/>
      </w:pPr>
      <w:r>
        <w:rPr>
          <w:rFonts w:ascii="Arial" w:hAnsi="Arial"/>
        </w:rPr>
        <w:t>So, because the red is warmer, it'll go into the blue, a little more than the blue moving towards the red. But you have them staying pretty much on their same sides and some combination in the middle.</w:t>
      </w:r>
    </w:p>
    <w:p w14:paraId="5F9AF44C" w14:textId="77777777" w:rsidR="00FE337B" w:rsidRDefault="00FE337B">
      <w:pPr>
        <w:spacing w:after="0"/>
      </w:pPr>
    </w:p>
    <w:p w14:paraId="569AF694" w14:textId="77777777" w:rsidR="00FE337B" w:rsidRDefault="00A77024">
      <w:pPr>
        <w:spacing w:after="0"/>
      </w:pPr>
      <w:r>
        <w:rPr>
          <w:rFonts w:ascii="Arial" w:hAnsi="Arial"/>
          <w:b/>
        </w:rPr>
        <w:t xml:space="preserve">Participant #13:  </w:t>
      </w:r>
      <w:r>
        <w:rPr>
          <w:rFonts w:ascii="Arial" w:hAnsi="Arial"/>
          <w:color w:val="5D7284"/>
        </w:rPr>
        <w:t>03:40</w:t>
      </w:r>
    </w:p>
    <w:p w14:paraId="11F265FC" w14:textId="77777777" w:rsidR="00FE337B" w:rsidRDefault="00A77024">
      <w:pPr>
        <w:spacing w:after="0"/>
      </w:pPr>
      <w:r>
        <w:rPr>
          <w:rFonts w:ascii="Arial" w:hAnsi="Arial"/>
        </w:rPr>
        <w:t>Yes.</w:t>
      </w:r>
    </w:p>
    <w:p w14:paraId="1B3F1C56" w14:textId="77777777" w:rsidR="00FE337B" w:rsidRDefault="00FE337B">
      <w:pPr>
        <w:spacing w:after="0"/>
      </w:pPr>
    </w:p>
    <w:p w14:paraId="5F2ED406" w14:textId="77777777" w:rsidR="00FE337B" w:rsidRDefault="00A77024">
      <w:pPr>
        <w:spacing w:after="0"/>
      </w:pPr>
      <w:r>
        <w:rPr>
          <w:rFonts w:ascii="Arial" w:hAnsi="Arial"/>
          <w:b/>
        </w:rPr>
        <w:t xml:space="preserve">Interviewer P:  </w:t>
      </w:r>
      <w:r>
        <w:rPr>
          <w:rFonts w:ascii="Arial" w:hAnsi="Arial"/>
          <w:color w:val="5D7284"/>
        </w:rPr>
        <w:t>03:40</w:t>
      </w:r>
    </w:p>
    <w:p w14:paraId="2288E0A5" w14:textId="0463591E" w:rsidR="00FE337B" w:rsidRDefault="00A77024">
      <w:pPr>
        <w:spacing w:after="0"/>
      </w:pPr>
      <w:r>
        <w:rPr>
          <w:rFonts w:ascii="Arial" w:hAnsi="Arial"/>
        </w:rPr>
        <w:t xml:space="preserve">Okay. </w:t>
      </w:r>
      <w:r w:rsidR="00850C16">
        <w:rPr>
          <w:rFonts w:ascii="Arial" w:hAnsi="Arial"/>
        </w:rPr>
        <w:t>So,</w:t>
      </w:r>
      <w:r>
        <w:rPr>
          <w:rFonts w:ascii="Arial" w:hAnsi="Arial"/>
        </w:rPr>
        <w:t xml:space="preserve"> what if we did the same thing, but we had red and blue water, but it was the same temperature so you can feel these? We just took them right out of this out of the tap. Okay, so what do you think would happen then? Okay, so tell me about that one.</w:t>
      </w:r>
    </w:p>
    <w:p w14:paraId="781ED415" w14:textId="77777777" w:rsidR="00FE337B" w:rsidRDefault="00FE337B">
      <w:pPr>
        <w:spacing w:after="0"/>
      </w:pPr>
    </w:p>
    <w:p w14:paraId="51BB2808" w14:textId="77777777" w:rsidR="00FE337B" w:rsidRDefault="00A77024">
      <w:pPr>
        <w:spacing w:after="0"/>
      </w:pPr>
      <w:r>
        <w:rPr>
          <w:rFonts w:ascii="Arial" w:hAnsi="Arial"/>
          <w:b/>
        </w:rPr>
        <w:t xml:space="preserve">Participant #13:  </w:t>
      </w:r>
      <w:r>
        <w:rPr>
          <w:rFonts w:ascii="Arial" w:hAnsi="Arial"/>
          <w:color w:val="5D7284"/>
        </w:rPr>
        <w:t>05:44</w:t>
      </w:r>
    </w:p>
    <w:p w14:paraId="13FBA53C" w14:textId="3108EDB3" w:rsidR="00FE337B" w:rsidRDefault="00A77024">
      <w:pPr>
        <w:spacing w:after="0"/>
      </w:pPr>
      <w:r>
        <w:rPr>
          <w:rFonts w:ascii="Arial" w:hAnsi="Arial"/>
        </w:rPr>
        <w:t xml:space="preserve">Since they are the same temperature, I think they'll even be, like eventually mix together probably at the same. And I was wondering like, so when you when you take the </w:t>
      </w:r>
      <w:r w:rsidR="00850C16">
        <w:rPr>
          <w:rFonts w:ascii="Arial" w:hAnsi="Arial"/>
        </w:rPr>
        <w:t>divider</w:t>
      </w:r>
      <w:r>
        <w:rPr>
          <w:rFonts w:ascii="Arial" w:hAnsi="Arial"/>
        </w:rPr>
        <w:t xml:space="preserve"> off? Are you just going to leave it and let it like?</w:t>
      </w:r>
    </w:p>
    <w:p w14:paraId="37FE989C" w14:textId="77777777" w:rsidR="00FE337B" w:rsidRDefault="00FE337B">
      <w:pPr>
        <w:spacing w:after="0"/>
      </w:pPr>
    </w:p>
    <w:p w14:paraId="3D3159C9" w14:textId="77777777" w:rsidR="00FE337B" w:rsidRDefault="00A77024">
      <w:pPr>
        <w:spacing w:after="0"/>
      </w:pPr>
      <w:r>
        <w:rPr>
          <w:rFonts w:ascii="Arial" w:hAnsi="Arial"/>
          <w:b/>
        </w:rPr>
        <w:t xml:space="preserve">Interviewer P:  </w:t>
      </w:r>
      <w:r>
        <w:rPr>
          <w:rFonts w:ascii="Arial" w:hAnsi="Arial"/>
          <w:color w:val="5D7284"/>
        </w:rPr>
        <w:t>06:06</w:t>
      </w:r>
    </w:p>
    <w:p w14:paraId="294E47F1" w14:textId="77777777" w:rsidR="00FE337B" w:rsidRDefault="00A77024">
      <w:pPr>
        <w:spacing w:after="0"/>
      </w:pPr>
      <w:r>
        <w:rPr>
          <w:rFonts w:ascii="Arial" w:hAnsi="Arial"/>
        </w:rPr>
        <w:t xml:space="preserve">I'm not going to jiggle it or anything. Is that what you meant? </w:t>
      </w:r>
    </w:p>
    <w:p w14:paraId="3B2AACD0" w14:textId="77777777" w:rsidR="00FE337B" w:rsidRDefault="00FE337B">
      <w:pPr>
        <w:spacing w:after="0"/>
      </w:pPr>
    </w:p>
    <w:p w14:paraId="6F346D3E" w14:textId="77777777" w:rsidR="00FE337B" w:rsidRDefault="00A77024">
      <w:pPr>
        <w:spacing w:after="0"/>
      </w:pPr>
      <w:r>
        <w:rPr>
          <w:rFonts w:ascii="Arial" w:hAnsi="Arial"/>
          <w:b/>
        </w:rPr>
        <w:t xml:space="preserve">Participant #13:  </w:t>
      </w:r>
      <w:r>
        <w:rPr>
          <w:rFonts w:ascii="Arial" w:hAnsi="Arial"/>
          <w:color w:val="5D7284"/>
        </w:rPr>
        <w:t>06:08</w:t>
      </w:r>
    </w:p>
    <w:p w14:paraId="494FE0E1" w14:textId="77777777" w:rsidR="00FE337B" w:rsidRDefault="00A77024">
      <w:pPr>
        <w:spacing w:after="0"/>
      </w:pPr>
      <w:r>
        <w:rPr>
          <w:rFonts w:ascii="Arial" w:hAnsi="Arial"/>
        </w:rPr>
        <w:t xml:space="preserve">Yeah. </w:t>
      </w:r>
    </w:p>
    <w:p w14:paraId="1872ED3C" w14:textId="77777777" w:rsidR="00FE337B" w:rsidRDefault="00FE337B">
      <w:pPr>
        <w:spacing w:after="0"/>
      </w:pPr>
    </w:p>
    <w:p w14:paraId="0C03D3F1" w14:textId="77777777" w:rsidR="00FE337B" w:rsidRDefault="00A77024">
      <w:pPr>
        <w:spacing w:after="0"/>
      </w:pPr>
      <w:r>
        <w:rPr>
          <w:rFonts w:ascii="Arial" w:hAnsi="Arial"/>
          <w:b/>
        </w:rPr>
        <w:t xml:space="preserve">Interviewer P:  </w:t>
      </w:r>
      <w:r>
        <w:rPr>
          <w:rFonts w:ascii="Arial" w:hAnsi="Arial"/>
          <w:color w:val="5D7284"/>
        </w:rPr>
        <w:t>06:08</w:t>
      </w:r>
    </w:p>
    <w:p w14:paraId="09E6806C" w14:textId="77777777" w:rsidR="00FE337B" w:rsidRDefault="00A77024">
      <w:pPr>
        <w:spacing w:after="0"/>
      </w:pPr>
      <w:r>
        <w:rPr>
          <w:rFonts w:ascii="Arial" w:hAnsi="Arial"/>
        </w:rPr>
        <w:t>Okay. So how is this one different from this one?</w:t>
      </w:r>
    </w:p>
    <w:p w14:paraId="6AD967BA" w14:textId="77777777" w:rsidR="00FE337B" w:rsidRDefault="00FE337B">
      <w:pPr>
        <w:spacing w:after="0"/>
      </w:pPr>
    </w:p>
    <w:p w14:paraId="316D4920" w14:textId="77777777" w:rsidR="00FE337B" w:rsidRDefault="00A77024">
      <w:pPr>
        <w:spacing w:after="0"/>
      </w:pPr>
      <w:r>
        <w:rPr>
          <w:rFonts w:ascii="Arial" w:hAnsi="Arial"/>
          <w:b/>
        </w:rPr>
        <w:t xml:space="preserve">Participant #13:  </w:t>
      </w:r>
      <w:r>
        <w:rPr>
          <w:rFonts w:ascii="Arial" w:hAnsi="Arial"/>
          <w:color w:val="5D7284"/>
        </w:rPr>
        <w:t>06:14</w:t>
      </w:r>
    </w:p>
    <w:p w14:paraId="489B2285" w14:textId="77777777" w:rsidR="00FE337B" w:rsidRDefault="00A77024">
      <w:pPr>
        <w:spacing w:after="0"/>
      </w:pPr>
      <w:r>
        <w:rPr>
          <w:rFonts w:ascii="Arial" w:hAnsi="Arial"/>
        </w:rPr>
        <w:t>The red goes into the blue more.</w:t>
      </w:r>
    </w:p>
    <w:p w14:paraId="0288369D" w14:textId="77777777" w:rsidR="00FE337B" w:rsidRDefault="00FE337B">
      <w:pPr>
        <w:spacing w:after="0"/>
      </w:pPr>
    </w:p>
    <w:p w14:paraId="3EA3E6E6" w14:textId="77777777" w:rsidR="00FE337B" w:rsidRDefault="00A77024">
      <w:pPr>
        <w:spacing w:after="0"/>
      </w:pPr>
      <w:r>
        <w:rPr>
          <w:rFonts w:ascii="Arial" w:hAnsi="Arial"/>
          <w:b/>
        </w:rPr>
        <w:t xml:space="preserve">Interviewer P:  </w:t>
      </w:r>
      <w:r>
        <w:rPr>
          <w:rFonts w:ascii="Arial" w:hAnsi="Arial"/>
          <w:color w:val="5D7284"/>
        </w:rPr>
        <w:t>06:17</w:t>
      </w:r>
    </w:p>
    <w:p w14:paraId="30DDD26F" w14:textId="531BD5EF" w:rsidR="00FE337B" w:rsidRDefault="00A77024">
      <w:pPr>
        <w:spacing w:after="0"/>
      </w:pPr>
      <w:r>
        <w:rPr>
          <w:rFonts w:ascii="Arial" w:hAnsi="Arial"/>
        </w:rPr>
        <w:t xml:space="preserve">Okay, so the red is doing more than moving towards the blue, got it. All right, and then I have some green and yellow water. Yeah, also, same temperature, you can feel it. Here's what's different about these. This one is saltwater and this one is freshwater. Okay, so same thing </w:t>
      </w:r>
      <w:r w:rsidR="00850C16">
        <w:rPr>
          <w:rFonts w:ascii="Arial" w:hAnsi="Arial"/>
        </w:rPr>
        <w:t>I’ll</w:t>
      </w:r>
      <w:r>
        <w:rPr>
          <w:rFonts w:ascii="Arial" w:hAnsi="Arial"/>
        </w:rPr>
        <w:t xml:space="preserve"> put green on one side. I'll put green over here and yellow over here. </w:t>
      </w:r>
      <w:r w:rsidR="00850C16">
        <w:rPr>
          <w:rFonts w:ascii="Arial" w:hAnsi="Arial"/>
        </w:rPr>
        <w:t>So,</w:t>
      </w:r>
      <w:r>
        <w:rPr>
          <w:rFonts w:ascii="Arial" w:hAnsi="Arial"/>
        </w:rPr>
        <w:t xml:space="preserve"> salt on this side fresh on this side. What do you think is gonna happen with that and again, remember, it's a minute after so it'll have a little time to settle. Okay, so tell me about that one.</w:t>
      </w:r>
    </w:p>
    <w:p w14:paraId="48DEC4BD" w14:textId="77777777" w:rsidR="00FE337B" w:rsidRDefault="00FE337B">
      <w:pPr>
        <w:spacing w:after="0"/>
      </w:pPr>
    </w:p>
    <w:p w14:paraId="252E6D64" w14:textId="77777777" w:rsidR="00FE337B" w:rsidRDefault="00A77024">
      <w:pPr>
        <w:spacing w:after="0"/>
      </w:pPr>
      <w:r>
        <w:rPr>
          <w:rFonts w:ascii="Arial" w:hAnsi="Arial"/>
          <w:b/>
        </w:rPr>
        <w:t xml:space="preserve">Participant #13:  </w:t>
      </w:r>
      <w:r>
        <w:rPr>
          <w:rFonts w:ascii="Arial" w:hAnsi="Arial"/>
          <w:color w:val="5D7284"/>
        </w:rPr>
        <w:t>07:38</w:t>
      </w:r>
    </w:p>
    <w:p w14:paraId="012749EF" w14:textId="77777777" w:rsidR="00FE337B" w:rsidRDefault="00A77024">
      <w:pPr>
        <w:spacing w:after="0"/>
      </w:pPr>
      <w:r>
        <w:rPr>
          <w:rFonts w:ascii="Arial" w:hAnsi="Arial"/>
        </w:rPr>
        <w:t>I believe that saltwater and freshwater doesn't make so I think it'll just kind of stayed there. I think, yeah.</w:t>
      </w:r>
    </w:p>
    <w:p w14:paraId="5B4BF691" w14:textId="77777777" w:rsidR="00FE337B" w:rsidRDefault="00FE337B">
      <w:pPr>
        <w:spacing w:after="0"/>
      </w:pPr>
    </w:p>
    <w:p w14:paraId="0C3F00FB" w14:textId="77777777" w:rsidR="00FE337B" w:rsidRDefault="00A77024">
      <w:pPr>
        <w:spacing w:after="0"/>
      </w:pPr>
      <w:r>
        <w:rPr>
          <w:rFonts w:ascii="Arial" w:hAnsi="Arial"/>
          <w:b/>
        </w:rPr>
        <w:t xml:space="preserve">Interviewer P:  </w:t>
      </w:r>
      <w:r>
        <w:rPr>
          <w:rFonts w:ascii="Arial" w:hAnsi="Arial"/>
          <w:color w:val="5D7284"/>
        </w:rPr>
        <w:t>07:46</w:t>
      </w:r>
    </w:p>
    <w:p w14:paraId="68155621" w14:textId="77777777" w:rsidR="00FE337B" w:rsidRDefault="00A77024">
      <w:pPr>
        <w:spacing w:after="0"/>
      </w:pPr>
      <w:r>
        <w:rPr>
          <w:rFonts w:ascii="Arial" w:hAnsi="Arial"/>
        </w:rPr>
        <w:t>That's what your sketch shows. Alright, so let's try to do it in the order that you made your prediction so we'll do warm and cold water first and I'm gonna set the timer so that we can wait for a minute once I'm done.</w:t>
      </w:r>
    </w:p>
    <w:p w14:paraId="15960BA1" w14:textId="77777777" w:rsidR="00FE337B" w:rsidRDefault="00FE337B">
      <w:pPr>
        <w:spacing w:after="0"/>
      </w:pPr>
    </w:p>
    <w:p w14:paraId="3848D896" w14:textId="77777777" w:rsidR="00FE337B" w:rsidRDefault="00A77024">
      <w:pPr>
        <w:spacing w:after="0"/>
      </w:pPr>
      <w:r>
        <w:rPr>
          <w:rFonts w:ascii="Arial" w:hAnsi="Arial"/>
          <w:b/>
        </w:rPr>
        <w:t xml:space="preserve">Participant #13:  </w:t>
      </w:r>
      <w:r>
        <w:rPr>
          <w:rFonts w:ascii="Arial" w:hAnsi="Arial"/>
          <w:color w:val="5D7284"/>
        </w:rPr>
        <w:t>08:45</w:t>
      </w:r>
    </w:p>
    <w:p w14:paraId="5DA9B5B4" w14:textId="77777777" w:rsidR="00FE337B" w:rsidRDefault="00A77024">
      <w:pPr>
        <w:spacing w:after="0"/>
      </w:pPr>
      <w:r>
        <w:rPr>
          <w:rFonts w:ascii="Arial" w:hAnsi="Arial"/>
        </w:rPr>
        <w:t>This is so interesting.</w:t>
      </w:r>
    </w:p>
    <w:p w14:paraId="52AC919B" w14:textId="77777777" w:rsidR="00FE337B" w:rsidRDefault="00FE337B">
      <w:pPr>
        <w:spacing w:after="0"/>
      </w:pPr>
    </w:p>
    <w:p w14:paraId="415AD1A2" w14:textId="77777777" w:rsidR="00FE337B" w:rsidRDefault="00A77024">
      <w:pPr>
        <w:spacing w:after="0"/>
      </w:pPr>
      <w:r>
        <w:rPr>
          <w:rFonts w:ascii="Arial" w:hAnsi="Arial"/>
          <w:b/>
        </w:rPr>
        <w:t xml:space="preserve">Interviewer P:  </w:t>
      </w:r>
      <w:r>
        <w:rPr>
          <w:rFonts w:ascii="Arial" w:hAnsi="Arial"/>
          <w:color w:val="5D7284"/>
        </w:rPr>
        <w:t>09:15</w:t>
      </w:r>
    </w:p>
    <w:p w14:paraId="54290406" w14:textId="77777777" w:rsidR="00FE337B" w:rsidRDefault="00A77024">
      <w:pPr>
        <w:spacing w:after="0"/>
      </w:pPr>
      <w:r>
        <w:rPr>
          <w:rFonts w:ascii="Arial" w:hAnsi="Arial"/>
        </w:rPr>
        <w:t>Right, so does that surprise you?</w:t>
      </w:r>
    </w:p>
    <w:p w14:paraId="448C41A8" w14:textId="77777777" w:rsidR="00FE337B" w:rsidRDefault="00FE337B">
      <w:pPr>
        <w:spacing w:after="0"/>
      </w:pPr>
    </w:p>
    <w:p w14:paraId="53BF9DF3" w14:textId="77777777" w:rsidR="00FE337B" w:rsidRDefault="00A77024">
      <w:pPr>
        <w:spacing w:after="0"/>
      </w:pPr>
      <w:r>
        <w:rPr>
          <w:rFonts w:ascii="Arial" w:hAnsi="Arial"/>
          <w:b/>
        </w:rPr>
        <w:t xml:space="preserve">Participant #13:  </w:t>
      </w:r>
      <w:r>
        <w:rPr>
          <w:rFonts w:ascii="Arial" w:hAnsi="Arial"/>
          <w:color w:val="5D7284"/>
        </w:rPr>
        <w:t>09:17</w:t>
      </w:r>
    </w:p>
    <w:p w14:paraId="791B5DE6" w14:textId="77777777" w:rsidR="00FE337B" w:rsidRDefault="00A77024">
      <w:pPr>
        <w:spacing w:after="0"/>
      </w:pPr>
      <w:r>
        <w:rPr>
          <w:rFonts w:ascii="Arial" w:hAnsi="Arial"/>
        </w:rPr>
        <w:t>Yes, it does. That's so interesting. I mean, I guess it makes sense because the warm water rises to the top and. That's so cool.</w:t>
      </w:r>
    </w:p>
    <w:p w14:paraId="29EE2C9A" w14:textId="77777777" w:rsidR="00FE337B" w:rsidRDefault="00FE337B">
      <w:pPr>
        <w:spacing w:after="0"/>
      </w:pPr>
    </w:p>
    <w:p w14:paraId="3131E6F0" w14:textId="77777777" w:rsidR="00FE337B" w:rsidRDefault="00A77024">
      <w:pPr>
        <w:spacing w:after="0"/>
      </w:pPr>
      <w:r>
        <w:rPr>
          <w:rFonts w:ascii="Arial" w:hAnsi="Arial"/>
          <w:b/>
        </w:rPr>
        <w:lastRenderedPageBreak/>
        <w:t xml:space="preserve">Interviewer P:  </w:t>
      </w:r>
      <w:r>
        <w:rPr>
          <w:rFonts w:ascii="Arial" w:hAnsi="Arial"/>
          <w:color w:val="5D7284"/>
        </w:rPr>
        <w:t>09:29</w:t>
      </w:r>
    </w:p>
    <w:p w14:paraId="62755A9B" w14:textId="3443A83C" w:rsidR="00FE337B" w:rsidRDefault="00A77024">
      <w:pPr>
        <w:spacing w:after="0"/>
      </w:pPr>
      <w:r>
        <w:rPr>
          <w:rFonts w:ascii="Arial" w:hAnsi="Arial"/>
        </w:rPr>
        <w:t xml:space="preserve">Yeah. </w:t>
      </w:r>
      <w:r w:rsidR="00850C16">
        <w:rPr>
          <w:rFonts w:ascii="Arial" w:hAnsi="Arial"/>
        </w:rPr>
        <w:t>So,</w:t>
      </w:r>
      <w:r>
        <w:rPr>
          <w:rFonts w:ascii="Arial" w:hAnsi="Arial"/>
        </w:rPr>
        <w:t xml:space="preserve"> it made these nice little layers. How persistent do you think those layers are? In other words, will they stay? Let's stay that way forever. Or what do you think will happen? </w:t>
      </w:r>
    </w:p>
    <w:p w14:paraId="4B21C8D8" w14:textId="77777777" w:rsidR="00FE337B" w:rsidRDefault="00FE337B">
      <w:pPr>
        <w:spacing w:after="0"/>
      </w:pPr>
    </w:p>
    <w:p w14:paraId="6A22ECD2" w14:textId="77777777" w:rsidR="00FE337B" w:rsidRDefault="00A77024">
      <w:pPr>
        <w:spacing w:after="0"/>
      </w:pPr>
      <w:r>
        <w:rPr>
          <w:rFonts w:ascii="Arial" w:hAnsi="Arial"/>
          <w:b/>
        </w:rPr>
        <w:t xml:space="preserve">Participant #13:  </w:t>
      </w:r>
      <w:r>
        <w:rPr>
          <w:rFonts w:ascii="Arial" w:hAnsi="Arial"/>
          <w:color w:val="5D7284"/>
        </w:rPr>
        <w:t>09:40</w:t>
      </w:r>
    </w:p>
    <w:p w14:paraId="58E412C6" w14:textId="77777777" w:rsidR="00FE337B" w:rsidRDefault="00A77024">
      <w:pPr>
        <w:spacing w:after="0"/>
      </w:pPr>
      <w:r>
        <w:rPr>
          <w:rFonts w:ascii="Arial" w:hAnsi="Arial"/>
        </w:rPr>
        <w:t>Maybe as the warm water get cooler? It'll start to simmer down to the bottom a little bit.</w:t>
      </w:r>
    </w:p>
    <w:p w14:paraId="40B111A4" w14:textId="77777777" w:rsidR="00FE337B" w:rsidRDefault="00FE337B">
      <w:pPr>
        <w:spacing w:after="0"/>
      </w:pPr>
    </w:p>
    <w:p w14:paraId="63FEA701" w14:textId="77777777" w:rsidR="00FE337B" w:rsidRDefault="00A77024">
      <w:pPr>
        <w:spacing w:after="0"/>
      </w:pPr>
      <w:r>
        <w:rPr>
          <w:rFonts w:ascii="Arial" w:hAnsi="Arial"/>
          <w:b/>
        </w:rPr>
        <w:t xml:space="preserve">Interviewer P:  </w:t>
      </w:r>
      <w:r>
        <w:rPr>
          <w:rFonts w:ascii="Arial" w:hAnsi="Arial"/>
          <w:color w:val="5D7284"/>
        </w:rPr>
        <w:t>09:47</w:t>
      </w:r>
    </w:p>
    <w:p w14:paraId="3B59B6D1" w14:textId="77777777" w:rsidR="00FE337B" w:rsidRDefault="00A77024">
      <w:pPr>
        <w:spacing w:after="0"/>
      </w:pPr>
      <w:r>
        <w:rPr>
          <w:rFonts w:ascii="Arial" w:hAnsi="Arial"/>
        </w:rPr>
        <w:t xml:space="preserve">Okay. </w:t>
      </w:r>
    </w:p>
    <w:p w14:paraId="7BC74783" w14:textId="77777777" w:rsidR="00FE337B" w:rsidRDefault="00FE337B">
      <w:pPr>
        <w:spacing w:after="0"/>
      </w:pPr>
    </w:p>
    <w:p w14:paraId="270F79C2" w14:textId="77777777" w:rsidR="00FE337B" w:rsidRDefault="00A77024">
      <w:pPr>
        <w:spacing w:after="0"/>
      </w:pPr>
      <w:r>
        <w:rPr>
          <w:rFonts w:ascii="Arial" w:hAnsi="Arial"/>
          <w:b/>
        </w:rPr>
        <w:t xml:space="preserve">Participant #13:  </w:t>
      </w:r>
      <w:r>
        <w:rPr>
          <w:rFonts w:ascii="Arial" w:hAnsi="Arial"/>
          <w:color w:val="5D7284"/>
        </w:rPr>
        <w:t>09:47</w:t>
      </w:r>
    </w:p>
    <w:p w14:paraId="17BEC30C" w14:textId="77777777" w:rsidR="00FE337B" w:rsidRDefault="00A77024">
      <w:pPr>
        <w:spacing w:after="0"/>
      </w:pPr>
      <w:r>
        <w:rPr>
          <w:rFonts w:ascii="Arial" w:hAnsi="Arial"/>
        </w:rPr>
        <w:t>Yeah but, I think, I don't know. Yeah, I think it'll eventually come down a little.</w:t>
      </w:r>
    </w:p>
    <w:p w14:paraId="0C4D6659" w14:textId="77777777" w:rsidR="00FE337B" w:rsidRDefault="00FE337B">
      <w:pPr>
        <w:spacing w:after="0"/>
      </w:pPr>
    </w:p>
    <w:p w14:paraId="105C26A6" w14:textId="77777777" w:rsidR="00FE337B" w:rsidRDefault="00A77024">
      <w:pPr>
        <w:spacing w:after="0"/>
      </w:pPr>
      <w:r>
        <w:rPr>
          <w:rFonts w:ascii="Arial" w:hAnsi="Arial"/>
          <w:b/>
        </w:rPr>
        <w:t xml:space="preserve">Interviewer P:  </w:t>
      </w:r>
      <w:r>
        <w:rPr>
          <w:rFonts w:ascii="Arial" w:hAnsi="Arial"/>
          <w:color w:val="5D7284"/>
        </w:rPr>
        <w:t>10:01</w:t>
      </w:r>
    </w:p>
    <w:p w14:paraId="3A435844" w14:textId="77777777" w:rsidR="00FE337B" w:rsidRDefault="00A77024">
      <w:pPr>
        <w:spacing w:after="0"/>
      </w:pPr>
      <w:r>
        <w:rPr>
          <w:rFonts w:ascii="Arial" w:hAnsi="Arial"/>
        </w:rPr>
        <w:t>And then what will it look like?</w:t>
      </w:r>
    </w:p>
    <w:p w14:paraId="449DF7C1" w14:textId="77777777" w:rsidR="00FE337B" w:rsidRDefault="00FE337B">
      <w:pPr>
        <w:spacing w:after="0"/>
      </w:pPr>
    </w:p>
    <w:p w14:paraId="7B3672CA" w14:textId="77777777" w:rsidR="00FE337B" w:rsidRDefault="00A77024">
      <w:pPr>
        <w:spacing w:after="0"/>
      </w:pPr>
      <w:r>
        <w:rPr>
          <w:rFonts w:ascii="Arial" w:hAnsi="Arial"/>
          <w:b/>
        </w:rPr>
        <w:t xml:space="preserve">Participant #13:  </w:t>
      </w:r>
      <w:r>
        <w:rPr>
          <w:rFonts w:ascii="Arial" w:hAnsi="Arial"/>
          <w:color w:val="5D7284"/>
        </w:rPr>
        <w:t>10:04</w:t>
      </w:r>
    </w:p>
    <w:p w14:paraId="72DE9AC1" w14:textId="77777777" w:rsidR="00FE337B" w:rsidRDefault="00A77024">
      <w:pPr>
        <w:spacing w:after="0"/>
      </w:pPr>
      <w:r>
        <w:rPr>
          <w:rFonts w:ascii="Arial" w:hAnsi="Arial"/>
        </w:rPr>
        <w:t>Blended I guess it'll be one more purple?</w:t>
      </w:r>
    </w:p>
    <w:p w14:paraId="60E3C331" w14:textId="77777777" w:rsidR="00FE337B" w:rsidRDefault="00FE337B">
      <w:pPr>
        <w:spacing w:after="0"/>
      </w:pPr>
    </w:p>
    <w:p w14:paraId="1CC409FE" w14:textId="77777777" w:rsidR="00FE337B" w:rsidRDefault="00A77024">
      <w:pPr>
        <w:spacing w:after="0"/>
      </w:pPr>
      <w:r>
        <w:rPr>
          <w:rFonts w:ascii="Arial" w:hAnsi="Arial"/>
          <w:b/>
        </w:rPr>
        <w:t xml:space="preserve">Interviewer P:  </w:t>
      </w:r>
      <w:r>
        <w:rPr>
          <w:rFonts w:ascii="Arial" w:hAnsi="Arial"/>
          <w:color w:val="5D7284"/>
        </w:rPr>
        <w:t>10:08</w:t>
      </w:r>
    </w:p>
    <w:p w14:paraId="27C00AED" w14:textId="77777777" w:rsidR="00FE337B" w:rsidRDefault="00A77024">
      <w:pPr>
        <w:spacing w:after="0"/>
      </w:pPr>
      <w:r>
        <w:rPr>
          <w:rFonts w:ascii="Arial" w:hAnsi="Arial"/>
        </w:rPr>
        <w:t>And about how long do you think that would take?</w:t>
      </w:r>
    </w:p>
    <w:p w14:paraId="0D6FDBAD" w14:textId="77777777" w:rsidR="00FE337B" w:rsidRDefault="00FE337B">
      <w:pPr>
        <w:spacing w:after="0"/>
      </w:pPr>
    </w:p>
    <w:p w14:paraId="174B2A75" w14:textId="77777777" w:rsidR="00FE337B" w:rsidRDefault="00A77024">
      <w:pPr>
        <w:spacing w:after="0"/>
      </w:pPr>
      <w:r>
        <w:rPr>
          <w:rFonts w:ascii="Arial" w:hAnsi="Arial"/>
          <w:b/>
        </w:rPr>
        <w:t xml:space="preserve">Participant #13:  </w:t>
      </w:r>
      <w:r>
        <w:rPr>
          <w:rFonts w:ascii="Arial" w:hAnsi="Arial"/>
          <w:color w:val="5D7284"/>
        </w:rPr>
        <w:t>10:13</w:t>
      </w:r>
    </w:p>
    <w:p w14:paraId="39A87D3B" w14:textId="77777777" w:rsidR="00FE337B" w:rsidRDefault="00A77024">
      <w:pPr>
        <w:spacing w:after="0"/>
      </w:pPr>
      <w:r>
        <w:rPr>
          <w:rFonts w:ascii="Arial" w:hAnsi="Arial"/>
        </w:rPr>
        <w:t>Depending on how hot the water was before.</w:t>
      </w:r>
    </w:p>
    <w:p w14:paraId="0FD91927" w14:textId="77777777" w:rsidR="00FE337B" w:rsidRDefault="00FE337B">
      <w:pPr>
        <w:spacing w:after="0"/>
      </w:pPr>
    </w:p>
    <w:p w14:paraId="16A6A30B" w14:textId="77777777" w:rsidR="00FE337B" w:rsidRDefault="00A77024">
      <w:pPr>
        <w:spacing w:after="0"/>
      </w:pPr>
      <w:r>
        <w:rPr>
          <w:rFonts w:ascii="Arial" w:hAnsi="Arial"/>
          <w:b/>
        </w:rPr>
        <w:t xml:space="preserve">Interviewer P:  </w:t>
      </w:r>
      <w:r>
        <w:rPr>
          <w:rFonts w:ascii="Arial" w:hAnsi="Arial"/>
          <w:color w:val="5D7284"/>
        </w:rPr>
        <w:t>10:16</w:t>
      </w:r>
    </w:p>
    <w:p w14:paraId="11C9A77A" w14:textId="77777777" w:rsidR="00FE337B" w:rsidRDefault="00A77024">
      <w:pPr>
        <w:spacing w:after="0"/>
      </w:pPr>
      <w:r>
        <w:rPr>
          <w:rFonts w:ascii="Arial" w:hAnsi="Arial"/>
        </w:rPr>
        <w:t xml:space="preserve"> Yeah.</w:t>
      </w:r>
    </w:p>
    <w:p w14:paraId="002ABBEE" w14:textId="77777777" w:rsidR="00FE337B" w:rsidRDefault="00FE337B">
      <w:pPr>
        <w:spacing w:after="0"/>
      </w:pPr>
    </w:p>
    <w:p w14:paraId="02784D51" w14:textId="77777777" w:rsidR="00FE337B" w:rsidRDefault="00A77024">
      <w:pPr>
        <w:spacing w:after="0"/>
      </w:pPr>
      <w:r>
        <w:rPr>
          <w:rFonts w:ascii="Arial" w:hAnsi="Arial"/>
          <w:b/>
        </w:rPr>
        <w:t xml:space="preserve">Participant #13:  </w:t>
      </w:r>
      <w:r>
        <w:rPr>
          <w:rFonts w:ascii="Arial" w:hAnsi="Arial"/>
          <w:color w:val="5D7284"/>
        </w:rPr>
        <w:t>10:17</w:t>
      </w:r>
    </w:p>
    <w:p w14:paraId="5C3AC436" w14:textId="77777777" w:rsidR="00FE337B" w:rsidRDefault="00A77024">
      <w:pPr>
        <w:spacing w:after="0"/>
      </w:pPr>
      <w:r>
        <w:rPr>
          <w:rFonts w:ascii="Arial" w:hAnsi="Arial"/>
        </w:rPr>
        <w:t>So as long however long it takes to cool down to the same temperatures as the blue one.</w:t>
      </w:r>
    </w:p>
    <w:p w14:paraId="55864523" w14:textId="77777777" w:rsidR="00FE337B" w:rsidRDefault="00FE337B">
      <w:pPr>
        <w:spacing w:after="0"/>
      </w:pPr>
    </w:p>
    <w:p w14:paraId="1B174175" w14:textId="77777777" w:rsidR="00FE337B" w:rsidRDefault="00A77024">
      <w:pPr>
        <w:spacing w:after="0"/>
      </w:pPr>
      <w:r>
        <w:rPr>
          <w:rFonts w:ascii="Arial" w:hAnsi="Arial"/>
          <w:b/>
        </w:rPr>
        <w:t xml:space="preserve">Interviewer P:  </w:t>
      </w:r>
      <w:r>
        <w:rPr>
          <w:rFonts w:ascii="Arial" w:hAnsi="Arial"/>
          <w:color w:val="5D7284"/>
        </w:rPr>
        <w:t>10:22</w:t>
      </w:r>
    </w:p>
    <w:p w14:paraId="6636F500" w14:textId="3FA3C7F3" w:rsidR="00FE337B" w:rsidRDefault="00A77024">
      <w:pPr>
        <w:spacing w:after="0"/>
      </w:pPr>
      <w:r>
        <w:rPr>
          <w:rFonts w:ascii="Arial" w:hAnsi="Arial"/>
        </w:rPr>
        <w:t xml:space="preserve">Yeah, so I don't have a thermometer, but you kind of have a sense of it from feeling it. </w:t>
      </w:r>
      <w:r w:rsidR="00850C16">
        <w:rPr>
          <w:rFonts w:ascii="Arial" w:hAnsi="Arial"/>
        </w:rPr>
        <w:t>So,</w:t>
      </w:r>
      <w:r>
        <w:rPr>
          <w:rFonts w:ascii="Arial" w:hAnsi="Arial"/>
        </w:rPr>
        <w:t xml:space="preserve"> do you have like a ballpark guess about how long that might take?</w:t>
      </w:r>
    </w:p>
    <w:p w14:paraId="6561F67C" w14:textId="77777777" w:rsidR="00FE337B" w:rsidRDefault="00FE337B">
      <w:pPr>
        <w:spacing w:after="0"/>
      </w:pPr>
    </w:p>
    <w:p w14:paraId="7A39EC0E" w14:textId="77777777" w:rsidR="00FE337B" w:rsidRDefault="00A77024">
      <w:pPr>
        <w:spacing w:after="0"/>
      </w:pPr>
      <w:r>
        <w:rPr>
          <w:rFonts w:ascii="Arial" w:hAnsi="Arial"/>
          <w:b/>
        </w:rPr>
        <w:t xml:space="preserve">Participant #13:  </w:t>
      </w:r>
      <w:r>
        <w:rPr>
          <w:rFonts w:ascii="Arial" w:hAnsi="Arial"/>
          <w:color w:val="5D7284"/>
        </w:rPr>
        <w:t>10:37</w:t>
      </w:r>
    </w:p>
    <w:p w14:paraId="1B21BC57" w14:textId="484D1B80" w:rsidR="00FE337B" w:rsidRDefault="00A77024">
      <w:pPr>
        <w:spacing w:after="0"/>
      </w:pPr>
      <w:r>
        <w:rPr>
          <w:rFonts w:ascii="Arial" w:hAnsi="Arial"/>
        </w:rPr>
        <w:t xml:space="preserve">I would say like 25-30, 25 to like 40-42 for it to </w:t>
      </w:r>
      <w:r w:rsidR="00850C16">
        <w:rPr>
          <w:rFonts w:ascii="Arial" w:hAnsi="Arial"/>
        </w:rPr>
        <w:t>completely</w:t>
      </w:r>
      <w:r>
        <w:rPr>
          <w:rFonts w:ascii="Arial" w:hAnsi="Arial"/>
        </w:rPr>
        <w:t xml:space="preserve"> go down.</w:t>
      </w:r>
    </w:p>
    <w:p w14:paraId="7843149E" w14:textId="77777777" w:rsidR="00FE337B" w:rsidRDefault="00FE337B">
      <w:pPr>
        <w:spacing w:after="0"/>
      </w:pPr>
    </w:p>
    <w:p w14:paraId="407AE863" w14:textId="77777777" w:rsidR="00FE337B" w:rsidRDefault="00A77024">
      <w:pPr>
        <w:spacing w:after="0"/>
      </w:pPr>
      <w:r>
        <w:rPr>
          <w:rFonts w:ascii="Arial" w:hAnsi="Arial"/>
          <w:b/>
        </w:rPr>
        <w:t xml:space="preserve">Interviewer P:  </w:t>
      </w:r>
      <w:r>
        <w:rPr>
          <w:rFonts w:ascii="Arial" w:hAnsi="Arial"/>
          <w:color w:val="5D7284"/>
        </w:rPr>
        <w:t>10:50</w:t>
      </w:r>
    </w:p>
    <w:p w14:paraId="4631E286" w14:textId="0E321890" w:rsidR="00FE337B" w:rsidRDefault="00A77024">
      <w:pPr>
        <w:spacing w:after="0"/>
      </w:pPr>
      <w:r>
        <w:rPr>
          <w:rFonts w:ascii="Arial" w:hAnsi="Arial"/>
        </w:rPr>
        <w:t xml:space="preserve">For it to completely go down, and then it would look </w:t>
      </w:r>
      <w:r w:rsidR="00850C16">
        <w:rPr>
          <w:rFonts w:ascii="Arial" w:hAnsi="Arial"/>
        </w:rPr>
        <w:t>purple.</w:t>
      </w:r>
    </w:p>
    <w:p w14:paraId="02CC103E" w14:textId="77777777" w:rsidR="00FE337B" w:rsidRDefault="00FE337B">
      <w:pPr>
        <w:spacing w:after="0"/>
      </w:pPr>
    </w:p>
    <w:p w14:paraId="6997BAAA" w14:textId="77777777" w:rsidR="00FE337B" w:rsidRDefault="00A77024">
      <w:pPr>
        <w:spacing w:after="0"/>
      </w:pPr>
      <w:r>
        <w:rPr>
          <w:rFonts w:ascii="Arial" w:hAnsi="Arial"/>
          <w:b/>
        </w:rPr>
        <w:t xml:space="preserve">Participant #13:  </w:t>
      </w:r>
      <w:r>
        <w:rPr>
          <w:rFonts w:ascii="Arial" w:hAnsi="Arial"/>
          <w:color w:val="5D7284"/>
        </w:rPr>
        <w:t>10:53</w:t>
      </w:r>
    </w:p>
    <w:p w14:paraId="7CE10909" w14:textId="77777777" w:rsidR="00FE337B" w:rsidRDefault="00A77024">
      <w:pPr>
        <w:spacing w:after="0"/>
      </w:pPr>
      <w:r>
        <w:rPr>
          <w:rFonts w:ascii="Arial" w:hAnsi="Arial"/>
        </w:rPr>
        <w:t>Yes.</w:t>
      </w:r>
    </w:p>
    <w:p w14:paraId="6024AA16" w14:textId="77777777" w:rsidR="00FE337B" w:rsidRDefault="00FE337B">
      <w:pPr>
        <w:spacing w:after="0"/>
      </w:pPr>
    </w:p>
    <w:p w14:paraId="799DE595" w14:textId="77777777" w:rsidR="00FE337B" w:rsidRDefault="00A77024">
      <w:pPr>
        <w:spacing w:after="0"/>
      </w:pPr>
      <w:r>
        <w:rPr>
          <w:rFonts w:ascii="Arial" w:hAnsi="Arial"/>
          <w:b/>
        </w:rPr>
        <w:lastRenderedPageBreak/>
        <w:t xml:space="preserve">Interviewer P:  </w:t>
      </w:r>
      <w:r>
        <w:rPr>
          <w:rFonts w:ascii="Arial" w:hAnsi="Arial"/>
          <w:color w:val="5D7284"/>
        </w:rPr>
        <w:t>10:56</w:t>
      </w:r>
    </w:p>
    <w:p w14:paraId="397D6BEE" w14:textId="5BA97DB7" w:rsidR="00FE337B" w:rsidRDefault="00A77024">
      <w:pPr>
        <w:spacing w:after="0"/>
      </w:pPr>
      <w:r>
        <w:rPr>
          <w:rFonts w:ascii="Arial" w:hAnsi="Arial"/>
        </w:rPr>
        <w:t xml:space="preserve">Cool. All right, so I'm gonna move this one over here, carful. All right, so then the next one that you thought about was same temperature. </w:t>
      </w:r>
      <w:r w:rsidR="00850C16">
        <w:rPr>
          <w:rFonts w:ascii="Arial" w:hAnsi="Arial"/>
        </w:rPr>
        <w:t>So,</w:t>
      </w:r>
      <w:r>
        <w:rPr>
          <w:rFonts w:ascii="Arial" w:hAnsi="Arial"/>
        </w:rPr>
        <w:t xml:space="preserve"> let's do this again, and see what happens with water that's the same temperature. I'm gonna do this one at a time because this is so big. The dividing wall was a little bit leaky, which is why I try to do it all at once. But I also don't want to pour water all over your lap.</w:t>
      </w:r>
    </w:p>
    <w:p w14:paraId="1BA26B65" w14:textId="77777777" w:rsidR="00FE337B" w:rsidRDefault="00FE337B">
      <w:pPr>
        <w:spacing w:after="0"/>
      </w:pPr>
    </w:p>
    <w:p w14:paraId="40FEC4AD" w14:textId="77777777" w:rsidR="00FE337B" w:rsidRDefault="00A77024">
      <w:pPr>
        <w:spacing w:after="0"/>
      </w:pPr>
      <w:r>
        <w:rPr>
          <w:rFonts w:ascii="Arial" w:hAnsi="Arial"/>
          <w:b/>
        </w:rPr>
        <w:t xml:space="preserve">Participant #13:  </w:t>
      </w:r>
      <w:r>
        <w:rPr>
          <w:rFonts w:ascii="Arial" w:hAnsi="Arial"/>
          <w:color w:val="5D7284"/>
        </w:rPr>
        <w:t>11:52</w:t>
      </w:r>
    </w:p>
    <w:p w14:paraId="08CC0987" w14:textId="77777777" w:rsidR="00FE337B" w:rsidRDefault="00A77024">
      <w:pPr>
        <w:spacing w:after="0"/>
      </w:pPr>
      <w:r>
        <w:rPr>
          <w:rFonts w:ascii="Arial" w:hAnsi="Arial"/>
        </w:rPr>
        <w:t>And these are the same temperature?</w:t>
      </w:r>
    </w:p>
    <w:p w14:paraId="16962A01" w14:textId="77777777" w:rsidR="00FE337B" w:rsidRDefault="00FE337B">
      <w:pPr>
        <w:spacing w:after="0"/>
      </w:pPr>
    </w:p>
    <w:p w14:paraId="19D6376A" w14:textId="77777777" w:rsidR="00FE337B" w:rsidRDefault="00A77024">
      <w:pPr>
        <w:spacing w:after="0"/>
      </w:pPr>
      <w:r>
        <w:rPr>
          <w:rFonts w:ascii="Arial" w:hAnsi="Arial"/>
          <w:b/>
        </w:rPr>
        <w:t xml:space="preserve">Interviewer P:  </w:t>
      </w:r>
      <w:r>
        <w:rPr>
          <w:rFonts w:ascii="Arial" w:hAnsi="Arial"/>
          <w:color w:val="5D7284"/>
        </w:rPr>
        <w:t>11:53</w:t>
      </w:r>
    </w:p>
    <w:p w14:paraId="4A18A92F" w14:textId="776A16B1" w:rsidR="00FE337B" w:rsidRDefault="00A77024">
      <w:pPr>
        <w:spacing w:after="0"/>
      </w:pPr>
      <w:r>
        <w:rPr>
          <w:rFonts w:ascii="Arial" w:hAnsi="Arial"/>
        </w:rPr>
        <w:t xml:space="preserve">These are the ones that are the same temperature. Does that </w:t>
      </w:r>
      <w:r w:rsidR="00850C16">
        <w:rPr>
          <w:rFonts w:ascii="Arial" w:hAnsi="Arial"/>
        </w:rPr>
        <w:t>surprise</w:t>
      </w:r>
      <w:r>
        <w:rPr>
          <w:rFonts w:ascii="Arial" w:hAnsi="Arial"/>
        </w:rPr>
        <w:t xml:space="preserve"> you? </w:t>
      </w:r>
    </w:p>
    <w:p w14:paraId="2F1F5B73" w14:textId="77777777" w:rsidR="00FE337B" w:rsidRDefault="00FE337B">
      <w:pPr>
        <w:spacing w:after="0"/>
      </w:pPr>
    </w:p>
    <w:p w14:paraId="6104096A" w14:textId="77777777" w:rsidR="00FE337B" w:rsidRDefault="00A77024">
      <w:pPr>
        <w:spacing w:after="0"/>
      </w:pPr>
      <w:r>
        <w:rPr>
          <w:rFonts w:ascii="Arial" w:hAnsi="Arial"/>
          <w:b/>
        </w:rPr>
        <w:t xml:space="preserve">Participant #13:  </w:t>
      </w:r>
      <w:r>
        <w:rPr>
          <w:rFonts w:ascii="Arial" w:hAnsi="Arial"/>
          <w:color w:val="5D7284"/>
        </w:rPr>
        <w:t>12:36</w:t>
      </w:r>
    </w:p>
    <w:p w14:paraId="72EA2203" w14:textId="77777777" w:rsidR="00FE337B" w:rsidRDefault="00A77024">
      <w:pPr>
        <w:spacing w:after="0"/>
      </w:pPr>
      <w:r>
        <w:rPr>
          <w:rFonts w:ascii="Arial" w:hAnsi="Arial"/>
        </w:rPr>
        <w:t>No, I expected that.</w:t>
      </w:r>
    </w:p>
    <w:p w14:paraId="1B27CC9F" w14:textId="77777777" w:rsidR="00FE337B" w:rsidRDefault="00FE337B">
      <w:pPr>
        <w:spacing w:after="0"/>
      </w:pPr>
    </w:p>
    <w:p w14:paraId="60E1A915" w14:textId="77777777" w:rsidR="00FE337B" w:rsidRDefault="00A77024">
      <w:pPr>
        <w:spacing w:after="0"/>
      </w:pPr>
      <w:r>
        <w:rPr>
          <w:rFonts w:ascii="Arial" w:hAnsi="Arial"/>
          <w:b/>
        </w:rPr>
        <w:t xml:space="preserve">Interviewer P:  </w:t>
      </w:r>
      <w:r>
        <w:rPr>
          <w:rFonts w:ascii="Arial" w:hAnsi="Arial"/>
          <w:color w:val="5D7284"/>
        </w:rPr>
        <w:t>12:40</w:t>
      </w:r>
    </w:p>
    <w:p w14:paraId="4C2062BF" w14:textId="77777777" w:rsidR="00FE337B" w:rsidRDefault="00A77024">
      <w:pPr>
        <w:spacing w:after="0"/>
      </w:pPr>
      <w:r>
        <w:rPr>
          <w:rFonts w:ascii="Arial" w:hAnsi="Arial"/>
        </w:rPr>
        <w:t xml:space="preserve">It's different from what you do you hear? </w:t>
      </w:r>
    </w:p>
    <w:p w14:paraId="1179043E" w14:textId="77777777" w:rsidR="00FE337B" w:rsidRDefault="00FE337B">
      <w:pPr>
        <w:spacing w:after="0"/>
      </w:pPr>
    </w:p>
    <w:p w14:paraId="6AA4839B" w14:textId="77777777" w:rsidR="00FE337B" w:rsidRDefault="00A77024">
      <w:pPr>
        <w:spacing w:after="0"/>
      </w:pPr>
      <w:r>
        <w:rPr>
          <w:rFonts w:ascii="Arial" w:hAnsi="Arial"/>
          <w:b/>
        </w:rPr>
        <w:t xml:space="preserve">Participant #13:  </w:t>
      </w:r>
      <w:r>
        <w:rPr>
          <w:rFonts w:ascii="Arial" w:hAnsi="Arial"/>
          <w:color w:val="5D7284"/>
        </w:rPr>
        <w:t>12:43</w:t>
      </w:r>
    </w:p>
    <w:p w14:paraId="4459BD48" w14:textId="77777777" w:rsidR="00FE337B" w:rsidRDefault="00A77024">
      <w:pPr>
        <w:spacing w:after="0"/>
      </w:pPr>
      <w:r>
        <w:rPr>
          <w:rFonts w:ascii="Arial" w:hAnsi="Arial"/>
        </w:rPr>
        <w:t>Oh, yeah.</w:t>
      </w:r>
    </w:p>
    <w:p w14:paraId="41BF432E" w14:textId="77777777" w:rsidR="00FE337B" w:rsidRDefault="00FE337B">
      <w:pPr>
        <w:spacing w:after="0"/>
      </w:pPr>
    </w:p>
    <w:p w14:paraId="61811540" w14:textId="77777777" w:rsidR="00FE337B" w:rsidRDefault="00A77024">
      <w:pPr>
        <w:spacing w:after="0"/>
      </w:pPr>
      <w:r>
        <w:rPr>
          <w:rFonts w:ascii="Arial" w:hAnsi="Arial"/>
          <w:b/>
        </w:rPr>
        <w:t xml:space="preserve">Interviewer P:  </w:t>
      </w:r>
      <w:r>
        <w:rPr>
          <w:rFonts w:ascii="Arial" w:hAnsi="Arial"/>
          <w:color w:val="5D7284"/>
        </w:rPr>
        <w:t>12:44</w:t>
      </w:r>
    </w:p>
    <w:p w14:paraId="3019146A" w14:textId="77777777" w:rsidR="00FE337B" w:rsidRDefault="00A77024">
      <w:pPr>
        <w:spacing w:after="0"/>
      </w:pPr>
      <w:r>
        <w:rPr>
          <w:rFonts w:ascii="Arial" w:hAnsi="Arial"/>
        </w:rPr>
        <w:t>But but you're. You saw this?</w:t>
      </w:r>
    </w:p>
    <w:p w14:paraId="4D30EA05" w14:textId="77777777" w:rsidR="00FE337B" w:rsidRDefault="00FE337B">
      <w:pPr>
        <w:spacing w:after="0"/>
      </w:pPr>
    </w:p>
    <w:p w14:paraId="688E8E8A" w14:textId="77777777" w:rsidR="00FE337B" w:rsidRDefault="00A77024">
      <w:pPr>
        <w:spacing w:after="0"/>
      </w:pPr>
      <w:r>
        <w:rPr>
          <w:rFonts w:ascii="Arial" w:hAnsi="Arial"/>
          <w:b/>
        </w:rPr>
        <w:t xml:space="preserve">Participant #13:  </w:t>
      </w:r>
      <w:r>
        <w:rPr>
          <w:rFonts w:ascii="Arial" w:hAnsi="Arial"/>
          <w:color w:val="5D7284"/>
        </w:rPr>
        <w:t>12:48</w:t>
      </w:r>
    </w:p>
    <w:p w14:paraId="3FFF4456" w14:textId="77777777" w:rsidR="00FE337B" w:rsidRDefault="00A77024">
      <w:pPr>
        <w:spacing w:after="0"/>
      </w:pPr>
      <w:r>
        <w:rPr>
          <w:rFonts w:ascii="Arial" w:hAnsi="Arial"/>
        </w:rPr>
        <w:t>Yeah. Yeah, it spread out pretty evenly.</w:t>
      </w:r>
    </w:p>
    <w:p w14:paraId="3EED68EA" w14:textId="77777777" w:rsidR="00FE337B" w:rsidRDefault="00FE337B">
      <w:pPr>
        <w:spacing w:after="0"/>
      </w:pPr>
    </w:p>
    <w:p w14:paraId="34DEB266" w14:textId="77777777" w:rsidR="00FE337B" w:rsidRDefault="00A77024">
      <w:pPr>
        <w:spacing w:after="0"/>
      </w:pPr>
      <w:r>
        <w:rPr>
          <w:rFonts w:ascii="Arial" w:hAnsi="Arial"/>
          <w:b/>
        </w:rPr>
        <w:t xml:space="preserve">Interviewer P:  </w:t>
      </w:r>
      <w:r>
        <w:rPr>
          <w:rFonts w:ascii="Arial" w:hAnsi="Arial"/>
          <w:color w:val="5D7284"/>
        </w:rPr>
        <w:t>12:59</w:t>
      </w:r>
    </w:p>
    <w:p w14:paraId="5E6EC147" w14:textId="77777777" w:rsidR="00FE337B" w:rsidRDefault="00A77024">
      <w:pPr>
        <w:spacing w:after="0"/>
      </w:pPr>
      <w:r>
        <w:rPr>
          <w:rFonts w:ascii="Arial" w:hAnsi="Arial"/>
        </w:rPr>
        <w:t xml:space="preserve">So how is that different from the first one? </w:t>
      </w:r>
    </w:p>
    <w:p w14:paraId="59F9B2E8" w14:textId="77777777" w:rsidR="00FE337B" w:rsidRDefault="00FE337B">
      <w:pPr>
        <w:spacing w:after="0"/>
      </w:pPr>
    </w:p>
    <w:p w14:paraId="5B51609F" w14:textId="77777777" w:rsidR="00FE337B" w:rsidRDefault="00A77024">
      <w:pPr>
        <w:spacing w:after="0"/>
      </w:pPr>
      <w:r>
        <w:rPr>
          <w:rFonts w:ascii="Arial" w:hAnsi="Arial"/>
          <w:b/>
        </w:rPr>
        <w:t xml:space="preserve">Participant #13:  </w:t>
      </w:r>
      <w:r>
        <w:rPr>
          <w:rFonts w:ascii="Arial" w:hAnsi="Arial"/>
          <w:color w:val="5D7284"/>
        </w:rPr>
        <w:t>13:02</w:t>
      </w:r>
    </w:p>
    <w:p w14:paraId="5BF494A5" w14:textId="77777777" w:rsidR="00FE337B" w:rsidRDefault="00A77024">
      <w:pPr>
        <w:spacing w:after="0"/>
      </w:pPr>
      <w:r>
        <w:rPr>
          <w:rFonts w:ascii="Arial" w:hAnsi="Arial"/>
        </w:rPr>
        <w:t xml:space="preserve">Well, the first one separated, because of the temperature. And then this one </w:t>
      </w:r>
      <w:r>
        <w:rPr>
          <w:rFonts w:ascii="Arial" w:hAnsi="Arial"/>
        </w:rPr>
        <w:t>since the temperatures about equal it just equally dispersed.</w:t>
      </w:r>
    </w:p>
    <w:p w14:paraId="50F75276" w14:textId="77777777" w:rsidR="00FE337B" w:rsidRDefault="00FE337B">
      <w:pPr>
        <w:spacing w:after="0"/>
      </w:pPr>
    </w:p>
    <w:p w14:paraId="3B234E83" w14:textId="77777777" w:rsidR="00FE337B" w:rsidRDefault="00A77024">
      <w:pPr>
        <w:spacing w:after="0"/>
      </w:pPr>
      <w:r>
        <w:rPr>
          <w:rFonts w:ascii="Arial" w:hAnsi="Arial"/>
          <w:b/>
        </w:rPr>
        <w:t xml:space="preserve">Interviewer P:  </w:t>
      </w:r>
      <w:r>
        <w:rPr>
          <w:rFonts w:ascii="Arial" w:hAnsi="Arial"/>
          <w:color w:val="5D7284"/>
        </w:rPr>
        <w:t>13:12</w:t>
      </w:r>
    </w:p>
    <w:p w14:paraId="5487C2AB" w14:textId="2B89704B" w:rsidR="00FE337B" w:rsidRDefault="00850C16">
      <w:pPr>
        <w:spacing w:after="0"/>
      </w:pPr>
      <w:r>
        <w:rPr>
          <w:rFonts w:ascii="Arial" w:hAnsi="Arial"/>
        </w:rPr>
        <w:t>So, I guess I should ask, is it different from this? Or in some ways? Is it similar?</w:t>
      </w:r>
    </w:p>
    <w:p w14:paraId="7743F41B" w14:textId="77777777" w:rsidR="00FE337B" w:rsidRDefault="00FE337B">
      <w:pPr>
        <w:spacing w:after="0"/>
      </w:pPr>
    </w:p>
    <w:p w14:paraId="04F8B5C9" w14:textId="77777777" w:rsidR="00FE337B" w:rsidRDefault="00A77024">
      <w:pPr>
        <w:spacing w:after="0"/>
      </w:pPr>
      <w:r>
        <w:rPr>
          <w:rFonts w:ascii="Arial" w:hAnsi="Arial"/>
          <w:b/>
        </w:rPr>
        <w:t xml:space="preserve">Participant #13:  </w:t>
      </w:r>
      <w:r>
        <w:rPr>
          <w:rFonts w:ascii="Arial" w:hAnsi="Arial"/>
          <w:color w:val="5D7284"/>
        </w:rPr>
        <w:t>13:18</w:t>
      </w:r>
    </w:p>
    <w:p w14:paraId="54628ACD" w14:textId="77777777" w:rsidR="00FE337B" w:rsidRDefault="00A77024">
      <w:pPr>
        <w:spacing w:after="0"/>
      </w:pPr>
      <w:r>
        <w:rPr>
          <w:rFonts w:ascii="Arial" w:hAnsi="Arial"/>
        </w:rPr>
        <w:t xml:space="preserve">Some similar guests? I guess I didn't. Because obviously water like is more flowing So I guess I should have colored it better. In my mind, I guess. </w:t>
      </w:r>
    </w:p>
    <w:p w14:paraId="6373CFCF" w14:textId="77777777" w:rsidR="00FE337B" w:rsidRDefault="00FE337B">
      <w:pPr>
        <w:spacing w:after="0"/>
      </w:pPr>
    </w:p>
    <w:p w14:paraId="6CF82345" w14:textId="77777777" w:rsidR="00FE337B" w:rsidRDefault="00A77024">
      <w:pPr>
        <w:spacing w:after="0"/>
      </w:pPr>
      <w:r>
        <w:rPr>
          <w:rFonts w:ascii="Arial" w:hAnsi="Arial"/>
          <w:b/>
        </w:rPr>
        <w:t xml:space="preserve">Interviewer P:  </w:t>
      </w:r>
      <w:r>
        <w:rPr>
          <w:rFonts w:ascii="Arial" w:hAnsi="Arial"/>
          <w:color w:val="5D7284"/>
        </w:rPr>
        <w:t>13:32</w:t>
      </w:r>
    </w:p>
    <w:p w14:paraId="066DFD90" w14:textId="7FBC9FCD" w:rsidR="00FE337B" w:rsidRDefault="00A77024">
      <w:pPr>
        <w:spacing w:after="0"/>
      </w:pPr>
      <w:r>
        <w:rPr>
          <w:rFonts w:ascii="Arial" w:hAnsi="Arial"/>
        </w:rPr>
        <w:t xml:space="preserve">Yeah, cuz I'm pointing out that it is more red on your side and it is more blue on that side. But we also have a little more mixing in the metal. </w:t>
      </w:r>
      <w:r w:rsidR="00850C16">
        <w:rPr>
          <w:rFonts w:ascii="Arial" w:hAnsi="Arial"/>
        </w:rPr>
        <w:t>So,</w:t>
      </w:r>
      <w:r>
        <w:rPr>
          <w:rFonts w:ascii="Arial" w:hAnsi="Arial"/>
        </w:rPr>
        <w:t xml:space="preserve"> do you think that this will eventually turn purple as well? </w:t>
      </w:r>
    </w:p>
    <w:p w14:paraId="44A53B94" w14:textId="77777777" w:rsidR="00FE337B" w:rsidRDefault="00FE337B">
      <w:pPr>
        <w:spacing w:after="0"/>
      </w:pPr>
    </w:p>
    <w:p w14:paraId="11EB746F" w14:textId="77777777" w:rsidR="00FE337B" w:rsidRDefault="00A77024">
      <w:pPr>
        <w:spacing w:after="0"/>
      </w:pPr>
      <w:r>
        <w:rPr>
          <w:rFonts w:ascii="Arial" w:hAnsi="Arial"/>
          <w:b/>
        </w:rPr>
        <w:t xml:space="preserve">Participant #13:  </w:t>
      </w:r>
      <w:r>
        <w:rPr>
          <w:rFonts w:ascii="Arial" w:hAnsi="Arial"/>
          <w:color w:val="5D7284"/>
        </w:rPr>
        <w:t>13:47</w:t>
      </w:r>
    </w:p>
    <w:p w14:paraId="10DE8DBC" w14:textId="5397DAEF" w:rsidR="00FE337B" w:rsidRDefault="00A77024">
      <w:pPr>
        <w:spacing w:after="0"/>
      </w:pPr>
      <w:r>
        <w:rPr>
          <w:rFonts w:ascii="Arial" w:hAnsi="Arial"/>
        </w:rPr>
        <w:t xml:space="preserve">Yes, but now that I'm looking at it, it looks like it's just gonna be </w:t>
      </w:r>
      <w:r w:rsidR="00850C16">
        <w:rPr>
          <w:rFonts w:ascii="Arial" w:hAnsi="Arial"/>
        </w:rPr>
        <w:t>blue</w:t>
      </w:r>
      <w:r>
        <w:rPr>
          <w:rFonts w:ascii="Arial" w:hAnsi="Arial"/>
        </w:rPr>
        <w:t>.</w:t>
      </w:r>
    </w:p>
    <w:p w14:paraId="44F01CBE" w14:textId="77777777" w:rsidR="00FE337B" w:rsidRDefault="00FE337B">
      <w:pPr>
        <w:spacing w:after="0"/>
      </w:pPr>
    </w:p>
    <w:p w14:paraId="4A8B8EBF" w14:textId="77777777" w:rsidR="00FE337B" w:rsidRDefault="00A77024">
      <w:pPr>
        <w:spacing w:after="0"/>
      </w:pPr>
      <w:r>
        <w:rPr>
          <w:rFonts w:ascii="Arial" w:hAnsi="Arial"/>
          <w:b/>
        </w:rPr>
        <w:t xml:space="preserve">Interviewer P:  </w:t>
      </w:r>
      <w:r>
        <w:rPr>
          <w:rFonts w:ascii="Arial" w:hAnsi="Arial"/>
          <w:color w:val="5D7284"/>
        </w:rPr>
        <w:t>13:51</w:t>
      </w:r>
    </w:p>
    <w:p w14:paraId="66F01A8A" w14:textId="77777777" w:rsidR="00FE337B" w:rsidRDefault="00A77024">
      <w:pPr>
        <w:spacing w:after="0"/>
      </w:pPr>
      <w:r>
        <w:rPr>
          <w:rFonts w:ascii="Arial" w:hAnsi="Arial"/>
        </w:rPr>
        <w:t xml:space="preserve">Yeah, or maybe just all blue? </w:t>
      </w:r>
    </w:p>
    <w:p w14:paraId="24370237" w14:textId="77777777" w:rsidR="00FE337B" w:rsidRDefault="00FE337B">
      <w:pPr>
        <w:spacing w:after="0"/>
      </w:pPr>
    </w:p>
    <w:p w14:paraId="6D5CC8E7" w14:textId="77777777" w:rsidR="00FE337B" w:rsidRDefault="00A77024">
      <w:pPr>
        <w:spacing w:after="0"/>
      </w:pPr>
      <w:r>
        <w:rPr>
          <w:rFonts w:ascii="Arial" w:hAnsi="Arial"/>
          <w:b/>
        </w:rPr>
        <w:t xml:space="preserve">Participant #13:  </w:t>
      </w:r>
      <w:r>
        <w:rPr>
          <w:rFonts w:ascii="Arial" w:hAnsi="Arial"/>
          <w:color w:val="5D7284"/>
        </w:rPr>
        <w:t>13:53</w:t>
      </w:r>
    </w:p>
    <w:p w14:paraId="1B94265A" w14:textId="77777777" w:rsidR="00FE337B" w:rsidRDefault="00A77024">
      <w:pPr>
        <w:spacing w:after="0"/>
      </w:pPr>
      <w:r>
        <w:rPr>
          <w:rFonts w:ascii="Arial" w:hAnsi="Arial"/>
        </w:rPr>
        <w:t xml:space="preserve">Yeah. </w:t>
      </w:r>
    </w:p>
    <w:p w14:paraId="1D901BD8" w14:textId="77777777" w:rsidR="00FE337B" w:rsidRDefault="00FE337B">
      <w:pPr>
        <w:spacing w:after="0"/>
      </w:pPr>
    </w:p>
    <w:p w14:paraId="3C88FC72" w14:textId="77777777" w:rsidR="00FE337B" w:rsidRDefault="00A77024">
      <w:pPr>
        <w:spacing w:after="0"/>
      </w:pPr>
      <w:r>
        <w:rPr>
          <w:rFonts w:ascii="Arial" w:hAnsi="Arial"/>
          <w:b/>
        </w:rPr>
        <w:t xml:space="preserve">Interviewer P:  </w:t>
      </w:r>
      <w:r>
        <w:rPr>
          <w:rFonts w:ascii="Arial" w:hAnsi="Arial"/>
          <w:color w:val="5D7284"/>
        </w:rPr>
        <w:t>13:54</w:t>
      </w:r>
    </w:p>
    <w:p w14:paraId="6E49661F" w14:textId="77777777" w:rsidR="00FE337B" w:rsidRDefault="00A77024">
      <w:pPr>
        <w:spacing w:after="0"/>
      </w:pPr>
      <w:r>
        <w:rPr>
          <w:rFonts w:ascii="Arial" w:hAnsi="Arial"/>
        </w:rPr>
        <w:t>How long do you think it'll take to get rid of all of the red?</w:t>
      </w:r>
    </w:p>
    <w:p w14:paraId="10DFA2C2" w14:textId="77777777" w:rsidR="00FE337B" w:rsidRDefault="00FE337B">
      <w:pPr>
        <w:spacing w:after="0"/>
      </w:pPr>
    </w:p>
    <w:p w14:paraId="6E73AABD" w14:textId="77777777" w:rsidR="00FE337B" w:rsidRDefault="00A77024">
      <w:pPr>
        <w:spacing w:after="0"/>
      </w:pPr>
      <w:r>
        <w:rPr>
          <w:rFonts w:ascii="Arial" w:hAnsi="Arial"/>
          <w:b/>
        </w:rPr>
        <w:t xml:space="preserve">Participant #13:  </w:t>
      </w:r>
      <w:r>
        <w:rPr>
          <w:rFonts w:ascii="Arial" w:hAnsi="Arial"/>
          <w:color w:val="5D7284"/>
        </w:rPr>
        <w:t>14:09</w:t>
      </w:r>
    </w:p>
    <w:p w14:paraId="666A12B0" w14:textId="553122E8" w:rsidR="00FE337B" w:rsidRDefault="00A77024">
      <w:pPr>
        <w:spacing w:after="0"/>
      </w:pPr>
      <w:r>
        <w:rPr>
          <w:rFonts w:ascii="Arial" w:hAnsi="Arial"/>
        </w:rPr>
        <w:t xml:space="preserve">I feel like it might not even move that much. Unless like the table moves but I feel like, </w:t>
      </w:r>
      <w:r w:rsidR="00850C16">
        <w:rPr>
          <w:rFonts w:ascii="Arial" w:hAnsi="Arial"/>
        </w:rPr>
        <w:t>yeah,</w:t>
      </w:r>
      <w:r>
        <w:rPr>
          <w:rFonts w:ascii="Arial" w:hAnsi="Arial"/>
        </w:rPr>
        <w:t xml:space="preserve"> it'll turn, it might not fully merge, I'd say like.</w:t>
      </w:r>
    </w:p>
    <w:p w14:paraId="0E5BD7B6" w14:textId="77777777" w:rsidR="00FE337B" w:rsidRDefault="00FE337B">
      <w:pPr>
        <w:spacing w:after="0"/>
      </w:pPr>
    </w:p>
    <w:p w14:paraId="746F1890" w14:textId="77777777" w:rsidR="00FE337B" w:rsidRDefault="00A77024">
      <w:pPr>
        <w:spacing w:after="0"/>
      </w:pPr>
      <w:r>
        <w:rPr>
          <w:rFonts w:ascii="Arial" w:hAnsi="Arial"/>
          <w:b/>
        </w:rPr>
        <w:t xml:space="preserve">Interviewer P:  </w:t>
      </w:r>
      <w:r>
        <w:rPr>
          <w:rFonts w:ascii="Arial" w:hAnsi="Arial"/>
          <w:color w:val="5D7284"/>
        </w:rPr>
        <w:t>14:25</w:t>
      </w:r>
    </w:p>
    <w:p w14:paraId="650E3609" w14:textId="77777777" w:rsidR="00FE337B" w:rsidRDefault="00A77024">
      <w:pPr>
        <w:spacing w:after="0"/>
      </w:pPr>
      <w:r>
        <w:rPr>
          <w:rFonts w:ascii="Arial" w:hAnsi="Arial"/>
        </w:rPr>
        <w:t>Opps, carful.</w:t>
      </w:r>
    </w:p>
    <w:p w14:paraId="6D3BDC7F" w14:textId="77777777" w:rsidR="00FE337B" w:rsidRDefault="00FE337B">
      <w:pPr>
        <w:spacing w:after="0"/>
      </w:pPr>
    </w:p>
    <w:p w14:paraId="2C86DD30" w14:textId="77777777" w:rsidR="00FE337B" w:rsidRDefault="00A77024">
      <w:pPr>
        <w:spacing w:after="0"/>
      </w:pPr>
      <w:r>
        <w:rPr>
          <w:rFonts w:ascii="Arial" w:hAnsi="Arial"/>
          <w:b/>
        </w:rPr>
        <w:t xml:space="preserve">Participant #13:  </w:t>
      </w:r>
      <w:r>
        <w:rPr>
          <w:rFonts w:ascii="Arial" w:hAnsi="Arial"/>
          <w:color w:val="5D7284"/>
        </w:rPr>
        <w:t>14:29</w:t>
      </w:r>
    </w:p>
    <w:p w14:paraId="4CE0473D" w14:textId="77777777" w:rsidR="00FE337B" w:rsidRDefault="00A77024">
      <w:pPr>
        <w:spacing w:after="0"/>
      </w:pPr>
      <w:r>
        <w:rPr>
          <w:rFonts w:ascii="Arial" w:hAnsi="Arial"/>
        </w:rPr>
        <w:t xml:space="preserve">Like 15 minutes. </w:t>
      </w:r>
    </w:p>
    <w:p w14:paraId="5319CFF7" w14:textId="77777777" w:rsidR="00FE337B" w:rsidRDefault="00FE337B">
      <w:pPr>
        <w:spacing w:after="0"/>
      </w:pPr>
    </w:p>
    <w:p w14:paraId="204C2AA6" w14:textId="77777777" w:rsidR="00FE337B" w:rsidRDefault="00A77024">
      <w:pPr>
        <w:spacing w:after="0"/>
      </w:pPr>
      <w:r>
        <w:rPr>
          <w:rFonts w:ascii="Arial" w:hAnsi="Arial"/>
          <w:b/>
        </w:rPr>
        <w:t xml:space="preserve">Interviewer P:  </w:t>
      </w:r>
      <w:r>
        <w:rPr>
          <w:rFonts w:ascii="Arial" w:hAnsi="Arial"/>
          <w:color w:val="5D7284"/>
        </w:rPr>
        <w:t>14:35</w:t>
      </w:r>
    </w:p>
    <w:p w14:paraId="250CD5B5" w14:textId="3982AFE8" w:rsidR="00FE337B" w:rsidRDefault="00A77024">
      <w:pPr>
        <w:spacing w:after="0"/>
      </w:pPr>
      <w:r>
        <w:rPr>
          <w:rFonts w:ascii="Arial" w:hAnsi="Arial"/>
        </w:rPr>
        <w:t>Yeah. 15 minutes ish</w:t>
      </w:r>
      <w:r>
        <w:rPr>
          <w:rFonts w:ascii="Arial" w:hAnsi="Arial"/>
        </w:rPr>
        <w:t xml:space="preserve"> to take it to. Yeah, to become one color. Okay, fill this one up as high so it'll be easier. All right. </w:t>
      </w:r>
      <w:r w:rsidR="00850C16">
        <w:rPr>
          <w:rFonts w:ascii="Arial" w:hAnsi="Arial"/>
        </w:rPr>
        <w:t>So,</w:t>
      </w:r>
      <w:r>
        <w:rPr>
          <w:rFonts w:ascii="Arial" w:hAnsi="Arial"/>
        </w:rPr>
        <w:t xml:space="preserve"> let's do that salt and freshwater. You still want to go with this?</w:t>
      </w:r>
    </w:p>
    <w:p w14:paraId="786F4B74" w14:textId="77777777" w:rsidR="00FE337B" w:rsidRDefault="00FE337B">
      <w:pPr>
        <w:spacing w:after="0"/>
      </w:pPr>
    </w:p>
    <w:p w14:paraId="60AEA503" w14:textId="77777777" w:rsidR="00FE337B" w:rsidRDefault="00A77024">
      <w:pPr>
        <w:spacing w:after="0"/>
      </w:pPr>
      <w:r>
        <w:rPr>
          <w:rFonts w:ascii="Arial" w:hAnsi="Arial"/>
          <w:b/>
        </w:rPr>
        <w:t xml:space="preserve">Participant #13:  </w:t>
      </w:r>
      <w:r>
        <w:rPr>
          <w:rFonts w:ascii="Arial" w:hAnsi="Arial"/>
          <w:color w:val="5D7284"/>
        </w:rPr>
        <w:t>15:01</w:t>
      </w:r>
    </w:p>
    <w:p w14:paraId="26FD584E" w14:textId="77777777" w:rsidR="00FE337B" w:rsidRDefault="00A77024">
      <w:pPr>
        <w:spacing w:after="0"/>
      </w:pPr>
      <w:r>
        <w:rPr>
          <w:rFonts w:ascii="Arial" w:hAnsi="Arial"/>
        </w:rPr>
        <w:t>Yeah.</w:t>
      </w:r>
    </w:p>
    <w:p w14:paraId="6031779C" w14:textId="77777777" w:rsidR="00FE337B" w:rsidRDefault="00FE337B">
      <w:pPr>
        <w:spacing w:after="0"/>
      </w:pPr>
    </w:p>
    <w:p w14:paraId="64C67C41" w14:textId="77777777" w:rsidR="00FE337B" w:rsidRDefault="00A77024">
      <w:pPr>
        <w:spacing w:after="0"/>
      </w:pPr>
      <w:r>
        <w:rPr>
          <w:rFonts w:ascii="Arial" w:hAnsi="Arial"/>
          <w:b/>
        </w:rPr>
        <w:t xml:space="preserve">Interviewer P:  </w:t>
      </w:r>
      <w:r>
        <w:rPr>
          <w:rFonts w:ascii="Arial" w:hAnsi="Arial"/>
          <w:color w:val="5D7284"/>
        </w:rPr>
        <w:t>15:12</w:t>
      </w:r>
    </w:p>
    <w:p w14:paraId="2D99A8A0" w14:textId="77777777" w:rsidR="00FE337B" w:rsidRDefault="00A77024">
      <w:pPr>
        <w:spacing w:after="0"/>
      </w:pPr>
      <w:r>
        <w:rPr>
          <w:rFonts w:ascii="Arial" w:hAnsi="Arial"/>
        </w:rPr>
        <w:t>Alright, so again the green is salt and the yellow is fresh.</w:t>
      </w:r>
    </w:p>
    <w:p w14:paraId="7AE6C1E3" w14:textId="77777777" w:rsidR="00FE337B" w:rsidRDefault="00FE337B">
      <w:pPr>
        <w:spacing w:after="0"/>
      </w:pPr>
    </w:p>
    <w:p w14:paraId="01A91169" w14:textId="77777777" w:rsidR="00FE337B" w:rsidRDefault="00A77024">
      <w:pPr>
        <w:spacing w:after="0"/>
      </w:pPr>
      <w:r>
        <w:rPr>
          <w:rFonts w:ascii="Arial" w:hAnsi="Arial"/>
          <w:b/>
        </w:rPr>
        <w:t xml:space="preserve">Participant #13:  </w:t>
      </w:r>
      <w:r>
        <w:rPr>
          <w:rFonts w:ascii="Arial" w:hAnsi="Arial"/>
          <w:color w:val="5D7284"/>
        </w:rPr>
        <w:t>15:57</w:t>
      </w:r>
    </w:p>
    <w:p w14:paraId="4E0DAADB" w14:textId="77777777" w:rsidR="00FE337B" w:rsidRDefault="00A77024">
      <w:pPr>
        <w:spacing w:after="0"/>
      </w:pPr>
      <w:r>
        <w:rPr>
          <w:rFonts w:ascii="Arial" w:hAnsi="Arial"/>
        </w:rPr>
        <w:t>Which is the salt water again?</w:t>
      </w:r>
    </w:p>
    <w:p w14:paraId="7D6078DC" w14:textId="77777777" w:rsidR="00FE337B" w:rsidRDefault="00FE337B">
      <w:pPr>
        <w:spacing w:after="0"/>
      </w:pPr>
    </w:p>
    <w:p w14:paraId="79098B67" w14:textId="77777777" w:rsidR="00FE337B" w:rsidRDefault="00A77024">
      <w:pPr>
        <w:spacing w:after="0"/>
      </w:pPr>
      <w:r>
        <w:rPr>
          <w:rFonts w:ascii="Arial" w:hAnsi="Arial"/>
          <w:b/>
        </w:rPr>
        <w:t xml:space="preserve">Interviewer P:  </w:t>
      </w:r>
      <w:r>
        <w:rPr>
          <w:rFonts w:ascii="Arial" w:hAnsi="Arial"/>
          <w:color w:val="5D7284"/>
        </w:rPr>
        <w:t>15:58</w:t>
      </w:r>
    </w:p>
    <w:p w14:paraId="7E35D571" w14:textId="77777777" w:rsidR="00FE337B" w:rsidRDefault="00A77024">
      <w:pPr>
        <w:spacing w:after="0"/>
      </w:pPr>
      <w:r>
        <w:rPr>
          <w:rFonts w:ascii="Arial" w:hAnsi="Arial"/>
        </w:rPr>
        <w:t>The green.</w:t>
      </w:r>
    </w:p>
    <w:p w14:paraId="724A46F6" w14:textId="77777777" w:rsidR="00FE337B" w:rsidRDefault="00FE337B">
      <w:pPr>
        <w:spacing w:after="0"/>
      </w:pPr>
    </w:p>
    <w:p w14:paraId="26912F66" w14:textId="77777777" w:rsidR="00FE337B" w:rsidRDefault="00A77024">
      <w:pPr>
        <w:spacing w:after="0"/>
      </w:pPr>
      <w:r>
        <w:rPr>
          <w:rFonts w:ascii="Arial" w:hAnsi="Arial"/>
          <w:b/>
        </w:rPr>
        <w:t xml:space="preserve">Participant #13:  </w:t>
      </w:r>
      <w:r>
        <w:rPr>
          <w:rFonts w:ascii="Arial" w:hAnsi="Arial"/>
          <w:color w:val="5D7284"/>
        </w:rPr>
        <w:t>15:58</w:t>
      </w:r>
    </w:p>
    <w:p w14:paraId="2AD4226A" w14:textId="77777777" w:rsidR="00FE337B" w:rsidRDefault="00A77024">
      <w:pPr>
        <w:spacing w:after="0"/>
      </w:pPr>
      <w:r>
        <w:rPr>
          <w:rFonts w:ascii="Arial" w:hAnsi="Arial"/>
        </w:rPr>
        <w:t>The green.</w:t>
      </w:r>
    </w:p>
    <w:p w14:paraId="2739057D" w14:textId="77777777" w:rsidR="00FE337B" w:rsidRDefault="00FE337B">
      <w:pPr>
        <w:spacing w:after="0"/>
      </w:pPr>
    </w:p>
    <w:p w14:paraId="5194631A" w14:textId="77777777" w:rsidR="00FE337B" w:rsidRDefault="00A77024">
      <w:pPr>
        <w:spacing w:after="0"/>
      </w:pPr>
      <w:r>
        <w:rPr>
          <w:rFonts w:ascii="Arial" w:hAnsi="Arial"/>
          <w:b/>
        </w:rPr>
        <w:t xml:space="preserve">Interviewer P:  </w:t>
      </w:r>
      <w:r>
        <w:rPr>
          <w:rFonts w:ascii="Arial" w:hAnsi="Arial"/>
          <w:color w:val="5D7284"/>
        </w:rPr>
        <w:t>16:16</w:t>
      </w:r>
    </w:p>
    <w:p w14:paraId="44AABC5B" w14:textId="77777777" w:rsidR="00FE337B" w:rsidRDefault="00A77024">
      <w:pPr>
        <w:spacing w:after="0"/>
      </w:pPr>
      <w:r>
        <w:rPr>
          <w:rFonts w:ascii="Arial" w:hAnsi="Arial"/>
        </w:rPr>
        <w:t>Was that surprising?</w:t>
      </w:r>
    </w:p>
    <w:p w14:paraId="6508B5B7" w14:textId="77777777" w:rsidR="00FE337B" w:rsidRDefault="00FE337B">
      <w:pPr>
        <w:spacing w:after="0"/>
      </w:pPr>
    </w:p>
    <w:p w14:paraId="1A301256" w14:textId="77777777" w:rsidR="00FE337B" w:rsidRDefault="00A77024">
      <w:pPr>
        <w:spacing w:after="0"/>
      </w:pPr>
      <w:r>
        <w:rPr>
          <w:rFonts w:ascii="Arial" w:hAnsi="Arial"/>
          <w:b/>
        </w:rPr>
        <w:t xml:space="preserve">Participant #13:  </w:t>
      </w:r>
      <w:r>
        <w:rPr>
          <w:rFonts w:ascii="Arial" w:hAnsi="Arial"/>
          <w:color w:val="5D7284"/>
        </w:rPr>
        <w:t>16:18</w:t>
      </w:r>
    </w:p>
    <w:p w14:paraId="413C3373" w14:textId="357BEC72" w:rsidR="00FE337B" w:rsidRDefault="00850C16">
      <w:pPr>
        <w:spacing w:after="0"/>
      </w:pPr>
      <w:r>
        <w:rPr>
          <w:rFonts w:ascii="Arial" w:hAnsi="Arial"/>
        </w:rPr>
        <w:t>Yes, but now that I'm thinking about it, I feel like the divider tricks our brain to think that it was like that but I it makes sense that it would do like separate from like top to bottom instead of just to the side.</w:t>
      </w:r>
    </w:p>
    <w:p w14:paraId="3D8EA42F" w14:textId="77777777" w:rsidR="00FE337B" w:rsidRDefault="00FE337B">
      <w:pPr>
        <w:spacing w:after="0"/>
      </w:pPr>
    </w:p>
    <w:p w14:paraId="243D7E03" w14:textId="77777777" w:rsidR="00FE337B" w:rsidRDefault="00A77024">
      <w:pPr>
        <w:spacing w:after="0"/>
      </w:pPr>
      <w:r>
        <w:rPr>
          <w:rFonts w:ascii="Arial" w:hAnsi="Arial"/>
          <w:b/>
        </w:rPr>
        <w:t xml:space="preserve">Interviewer P:  </w:t>
      </w:r>
      <w:r>
        <w:rPr>
          <w:rFonts w:ascii="Arial" w:hAnsi="Arial"/>
          <w:color w:val="5D7284"/>
        </w:rPr>
        <w:t>16:32</w:t>
      </w:r>
    </w:p>
    <w:p w14:paraId="6617F1E2" w14:textId="64F0308E" w:rsidR="00FE337B" w:rsidRDefault="00850C16">
      <w:pPr>
        <w:spacing w:after="0"/>
      </w:pPr>
      <w:r>
        <w:rPr>
          <w:rFonts w:ascii="Arial" w:hAnsi="Arial"/>
        </w:rPr>
        <w:t xml:space="preserve">Yeah, and why does that make sense? </w:t>
      </w:r>
    </w:p>
    <w:p w14:paraId="3FA75F2A" w14:textId="77777777" w:rsidR="00FE337B" w:rsidRDefault="00FE337B">
      <w:pPr>
        <w:spacing w:after="0"/>
      </w:pPr>
    </w:p>
    <w:p w14:paraId="12FAB5F6" w14:textId="77777777" w:rsidR="00FE337B" w:rsidRDefault="00A77024">
      <w:pPr>
        <w:spacing w:after="0"/>
      </w:pPr>
      <w:r>
        <w:rPr>
          <w:rFonts w:ascii="Arial" w:hAnsi="Arial"/>
          <w:b/>
        </w:rPr>
        <w:t xml:space="preserve">Participant #13:  </w:t>
      </w:r>
      <w:r>
        <w:rPr>
          <w:rFonts w:ascii="Arial" w:hAnsi="Arial"/>
          <w:color w:val="5D7284"/>
        </w:rPr>
        <w:t>16:35</w:t>
      </w:r>
    </w:p>
    <w:p w14:paraId="372360D4" w14:textId="7E069AD5" w:rsidR="00FE337B" w:rsidRDefault="00A77024">
      <w:pPr>
        <w:spacing w:after="0"/>
      </w:pPr>
      <w:r>
        <w:rPr>
          <w:rFonts w:ascii="Arial" w:hAnsi="Arial"/>
        </w:rPr>
        <w:t xml:space="preserve">Cuz isn't salt water more dense then? </w:t>
      </w:r>
      <w:r w:rsidR="00850C16">
        <w:rPr>
          <w:rFonts w:ascii="Arial" w:hAnsi="Arial"/>
        </w:rPr>
        <w:t>So,</w:t>
      </w:r>
      <w:r>
        <w:rPr>
          <w:rFonts w:ascii="Arial" w:hAnsi="Arial"/>
        </w:rPr>
        <w:t xml:space="preserve"> it would stay at the bottom?</w:t>
      </w:r>
    </w:p>
    <w:p w14:paraId="63468346" w14:textId="77777777" w:rsidR="00FE337B" w:rsidRDefault="00FE337B">
      <w:pPr>
        <w:spacing w:after="0"/>
      </w:pPr>
    </w:p>
    <w:p w14:paraId="2327019A" w14:textId="77777777" w:rsidR="00FE337B" w:rsidRDefault="00A77024">
      <w:pPr>
        <w:spacing w:after="0"/>
      </w:pPr>
      <w:r>
        <w:rPr>
          <w:rFonts w:ascii="Arial" w:hAnsi="Arial"/>
          <w:b/>
        </w:rPr>
        <w:t xml:space="preserve">Interviewer P:  </w:t>
      </w:r>
      <w:r>
        <w:rPr>
          <w:rFonts w:ascii="Arial" w:hAnsi="Arial"/>
          <w:color w:val="5D7284"/>
        </w:rPr>
        <w:t>16:46</w:t>
      </w:r>
    </w:p>
    <w:p w14:paraId="2A753D60" w14:textId="77777777" w:rsidR="00FE337B" w:rsidRDefault="00A77024">
      <w:pPr>
        <w:spacing w:after="0"/>
      </w:pPr>
      <w:r>
        <w:rPr>
          <w:rFonts w:ascii="Arial" w:hAnsi="Arial"/>
        </w:rPr>
        <w:t>And do you think these layers will stay like that forever? Forever forever?</w:t>
      </w:r>
    </w:p>
    <w:p w14:paraId="6EC049D7" w14:textId="77777777" w:rsidR="00FE337B" w:rsidRDefault="00FE337B">
      <w:pPr>
        <w:spacing w:after="0"/>
      </w:pPr>
    </w:p>
    <w:p w14:paraId="61DD9F43" w14:textId="77777777" w:rsidR="00FE337B" w:rsidRDefault="00A77024">
      <w:pPr>
        <w:spacing w:after="0"/>
      </w:pPr>
      <w:r>
        <w:rPr>
          <w:rFonts w:ascii="Arial" w:hAnsi="Arial"/>
          <w:b/>
        </w:rPr>
        <w:t xml:space="preserve">Participant #13:  </w:t>
      </w:r>
      <w:r>
        <w:rPr>
          <w:rFonts w:ascii="Arial" w:hAnsi="Arial"/>
          <w:color w:val="5D7284"/>
        </w:rPr>
        <w:t>16:52</w:t>
      </w:r>
    </w:p>
    <w:p w14:paraId="0E33A53C" w14:textId="41584A76" w:rsidR="00FE337B" w:rsidRDefault="00850C16">
      <w:pPr>
        <w:spacing w:after="0"/>
      </w:pPr>
      <w:r>
        <w:rPr>
          <w:rFonts w:ascii="Arial" w:hAnsi="Arial"/>
        </w:rPr>
        <w:t>Yes, actually yes, I think so.</w:t>
      </w:r>
    </w:p>
    <w:p w14:paraId="6E56A4BE" w14:textId="77777777" w:rsidR="00FE337B" w:rsidRDefault="00FE337B">
      <w:pPr>
        <w:spacing w:after="0"/>
      </w:pPr>
    </w:p>
    <w:p w14:paraId="0CFB04D6" w14:textId="77777777" w:rsidR="00FE337B" w:rsidRDefault="00A77024">
      <w:pPr>
        <w:spacing w:after="0"/>
      </w:pPr>
      <w:r>
        <w:rPr>
          <w:rFonts w:ascii="Arial" w:hAnsi="Arial"/>
          <w:b/>
        </w:rPr>
        <w:t xml:space="preserve">Interviewer P:  </w:t>
      </w:r>
      <w:r>
        <w:rPr>
          <w:rFonts w:ascii="Arial" w:hAnsi="Arial"/>
          <w:color w:val="5D7284"/>
        </w:rPr>
        <w:t>16:59</w:t>
      </w:r>
    </w:p>
    <w:p w14:paraId="14F54A4E" w14:textId="77777777" w:rsidR="00FE337B" w:rsidRDefault="00A77024">
      <w:pPr>
        <w:spacing w:after="0"/>
      </w:pPr>
      <w:r>
        <w:rPr>
          <w:rFonts w:ascii="Arial" w:hAnsi="Arial"/>
        </w:rPr>
        <w:t>And tell me about that like what's what would lead you to believe that. Do you have any like experience or memories that help you?</w:t>
      </w:r>
    </w:p>
    <w:p w14:paraId="21304D88" w14:textId="77777777" w:rsidR="00FE337B" w:rsidRDefault="00FE337B">
      <w:pPr>
        <w:spacing w:after="0"/>
      </w:pPr>
    </w:p>
    <w:p w14:paraId="551B20EA" w14:textId="77777777" w:rsidR="00FE337B" w:rsidRDefault="00A77024">
      <w:pPr>
        <w:spacing w:after="0"/>
      </w:pPr>
      <w:r>
        <w:rPr>
          <w:rFonts w:ascii="Arial" w:hAnsi="Arial"/>
          <w:b/>
        </w:rPr>
        <w:t xml:space="preserve">Participant #13:  </w:t>
      </w:r>
      <w:r>
        <w:rPr>
          <w:rFonts w:ascii="Arial" w:hAnsi="Arial"/>
          <w:color w:val="5D7284"/>
        </w:rPr>
        <w:t>17:10</w:t>
      </w:r>
    </w:p>
    <w:p w14:paraId="0CCA87EE" w14:textId="2E2A4D09" w:rsidR="00FE337B" w:rsidRDefault="00A77024">
      <w:pPr>
        <w:spacing w:after="0"/>
      </w:pPr>
      <w:r>
        <w:rPr>
          <w:rFonts w:ascii="Arial" w:hAnsi="Arial"/>
        </w:rPr>
        <w:t xml:space="preserve">I just remember seeing like pictures and videos of like the ocean meeting like a fresh part of water and then it's like </w:t>
      </w:r>
      <w:r w:rsidR="00850C16">
        <w:rPr>
          <w:rFonts w:ascii="Arial" w:hAnsi="Arial"/>
        </w:rPr>
        <w:t>separate</w:t>
      </w:r>
      <w:r>
        <w:rPr>
          <w:rFonts w:ascii="Arial" w:hAnsi="Arial"/>
        </w:rPr>
        <w:t xml:space="preserve"> it doesn't usually mix.</w:t>
      </w:r>
    </w:p>
    <w:p w14:paraId="50CD5D8C" w14:textId="77777777" w:rsidR="00FE337B" w:rsidRDefault="00FE337B">
      <w:pPr>
        <w:spacing w:after="0"/>
      </w:pPr>
    </w:p>
    <w:p w14:paraId="718AA484" w14:textId="77777777" w:rsidR="00FE337B" w:rsidRDefault="00A77024">
      <w:pPr>
        <w:spacing w:after="0"/>
      </w:pPr>
      <w:r>
        <w:rPr>
          <w:rFonts w:ascii="Arial" w:hAnsi="Arial"/>
          <w:b/>
        </w:rPr>
        <w:t xml:space="preserve">Interviewer P:  </w:t>
      </w:r>
      <w:r>
        <w:rPr>
          <w:rFonts w:ascii="Arial" w:hAnsi="Arial"/>
          <w:color w:val="5D7284"/>
        </w:rPr>
        <w:t>17:24</w:t>
      </w:r>
    </w:p>
    <w:p w14:paraId="6ED641EE" w14:textId="4BF4C549" w:rsidR="00FE337B" w:rsidRDefault="00A77024">
      <w:pPr>
        <w:spacing w:after="0"/>
      </w:pPr>
      <w:r>
        <w:rPr>
          <w:rFonts w:ascii="Arial" w:hAnsi="Arial"/>
        </w:rPr>
        <w:t xml:space="preserve">Cool all right let me see if I can get this one down without </w:t>
      </w:r>
      <w:r w:rsidR="00850C16">
        <w:rPr>
          <w:rFonts w:ascii="Arial" w:hAnsi="Arial"/>
        </w:rPr>
        <w:t>spilling</w:t>
      </w:r>
      <w:r>
        <w:rPr>
          <w:rFonts w:ascii="Arial" w:hAnsi="Arial"/>
        </w:rPr>
        <w:t xml:space="preserve">. Okay, so we have some time lapse video Erika my research assistant made these and I want to share with you. </w:t>
      </w:r>
      <w:r w:rsidR="00850C16">
        <w:rPr>
          <w:rFonts w:ascii="Arial" w:hAnsi="Arial"/>
        </w:rPr>
        <w:t>So,</w:t>
      </w:r>
      <w:r>
        <w:rPr>
          <w:rFonts w:ascii="Arial" w:hAnsi="Arial"/>
        </w:rPr>
        <w:t xml:space="preserve"> I have a I have one for each and they're about 30 minutes long each I'm sorry 30 seconds long each but it's they've been condensed down so let me show you this one with hot and cold water. You want to guess about how much time that is originally?</w:t>
      </w:r>
    </w:p>
    <w:p w14:paraId="2CAC298B" w14:textId="77777777" w:rsidR="00FE337B" w:rsidRDefault="00FE337B">
      <w:pPr>
        <w:spacing w:after="0"/>
      </w:pPr>
    </w:p>
    <w:p w14:paraId="63C28A7E" w14:textId="77777777" w:rsidR="00FE337B" w:rsidRDefault="00A77024">
      <w:pPr>
        <w:spacing w:after="0"/>
      </w:pPr>
      <w:r>
        <w:rPr>
          <w:rFonts w:ascii="Arial" w:hAnsi="Arial"/>
          <w:b/>
        </w:rPr>
        <w:t xml:space="preserve">Participant #13:  </w:t>
      </w:r>
      <w:r>
        <w:rPr>
          <w:rFonts w:ascii="Arial" w:hAnsi="Arial"/>
          <w:color w:val="5D7284"/>
        </w:rPr>
        <w:t>18:55</w:t>
      </w:r>
    </w:p>
    <w:p w14:paraId="3947EB2D" w14:textId="77777777" w:rsidR="00FE337B" w:rsidRDefault="00A77024">
      <w:pPr>
        <w:spacing w:after="0"/>
      </w:pPr>
      <w:r>
        <w:rPr>
          <w:rFonts w:ascii="Arial" w:hAnsi="Arial"/>
        </w:rPr>
        <w:t>Like 15 to 20 minutes.</w:t>
      </w:r>
    </w:p>
    <w:p w14:paraId="1715EA4D" w14:textId="77777777" w:rsidR="00FE337B" w:rsidRDefault="00FE337B">
      <w:pPr>
        <w:spacing w:after="0"/>
      </w:pPr>
    </w:p>
    <w:p w14:paraId="3ECA545B" w14:textId="77777777" w:rsidR="00FE337B" w:rsidRDefault="00A77024">
      <w:pPr>
        <w:spacing w:after="0"/>
      </w:pPr>
      <w:r>
        <w:rPr>
          <w:rFonts w:ascii="Arial" w:hAnsi="Arial"/>
          <w:b/>
        </w:rPr>
        <w:t xml:space="preserve">Interviewer P:  </w:t>
      </w:r>
      <w:r>
        <w:rPr>
          <w:rFonts w:ascii="Arial" w:hAnsi="Arial"/>
          <w:color w:val="5D7284"/>
        </w:rPr>
        <w:t>19:00</w:t>
      </w:r>
    </w:p>
    <w:p w14:paraId="7312EC5D" w14:textId="77777777" w:rsidR="00FE337B" w:rsidRDefault="00A77024">
      <w:pPr>
        <w:spacing w:after="0"/>
      </w:pPr>
      <w:r>
        <w:rPr>
          <w:rFonts w:ascii="Arial" w:hAnsi="Arial"/>
        </w:rPr>
        <w:t>15-20 minutes. Yeah, it's about an hour.</w:t>
      </w:r>
    </w:p>
    <w:p w14:paraId="3802ACAA" w14:textId="77777777" w:rsidR="00FE337B" w:rsidRDefault="00FE337B">
      <w:pPr>
        <w:spacing w:after="0"/>
      </w:pPr>
    </w:p>
    <w:p w14:paraId="59A6B96B" w14:textId="77777777" w:rsidR="00FE337B" w:rsidRDefault="00A77024">
      <w:pPr>
        <w:spacing w:after="0"/>
      </w:pPr>
      <w:r>
        <w:rPr>
          <w:rFonts w:ascii="Arial" w:hAnsi="Arial"/>
          <w:b/>
        </w:rPr>
        <w:t xml:space="preserve">Participant #13:  </w:t>
      </w:r>
      <w:r>
        <w:rPr>
          <w:rFonts w:ascii="Arial" w:hAnsi="Arial"/>
          <w:color w:val="5D7284"/>
        </w:rPr>
        <w:t>19:03</w:t>
      </w:r>
    </w:p>
    <w:p w14:paraId="6C241888" w14:textId="77777777" w:rsidR="00FE337B" w:rsidRDefault="00A77024">
      <w:pPr>
        <w:spacing w:after="0"/>
      </w:pPr>
      <w:r>
        <w:rPr>
          <w:rFonts w:ascii="Arial" w:hAnsi="Arial"/>
        </w:rPr>
        <w:t>Really? Wow.</w:t>
      </w:r>
    </w:p>
    <w:p w14:paraId="3FCE115E" w14:textId="77777777" w:rsidR="00FE337B" w:rsidRDefault="00FE337B">
      <w:pPr>
        <w:spacing w:after="0"/>
      </w:pPr>
    </w:p>
    <w:p w14:paraId="5F7D15A5" w14:textId="77777777" w:rsidR="00FE337B" w:rsidRDefault="00A77024">
      <w:pPr>
        <w:spacing w:after="0"/>
      </w:pPr>
      <w:r>
        <w:rPr>
          <w:rFonts w:ascii="Arial" w:hAnsi="Arial"/>
          <w:b/>
        </w:rPr>
        <w:t xml:space="preserve">Interviewer P:  </w:t>
      </w:r>
      <w:r>
        <w:rPr>
          <w:rFonts w:ascii="Arial" w:hAnsi="Arial"/>
          <w:color w:val="5D7284"/>
        </w:rPr>
        <w:t>19:03</w:t>
      </w:r>
    </w:p>
    <w:p w14:paraId="5CB43441" w14:textId="77777777" w:rsidR="00FE337B" w:rsidRDefault="00A77024">
      <w:pPr>
        <w:spacing w:after="0"/>
      </w:pPr>
      <w:r>
        <w:rPr>
          <w:rFonts w:ascii="Arial" w:hAnsi="Arial"/>
        </w:rPr>
        <w:t>Yeah.</w:t>
      </w:r>
    </w:p>
    <w:p w14:paraId="08458F3D" w14:textId="77777777" w:rsidR="00FE337B" w:rsidRDefault="00FE337B">
      <w:pPr>
        <w:spacing w:after="0"/>
      </w:pPr>
    </w:p>
    <w:p w14:paraId="6F94C0AB" w14:textId="77777777" w:rsidR="00FE337B" w:rsidRDefault="00A77024">
      <w:pPr>
        <w:spacing w:after="0"/>
      </w:pPr>
      <w:r>
        <w:rPr>
          <w:rFonts w:ascii="Arial" w:hAnsi="Arial"/>
          <w:b/>
        </w:rPr>
        <w:lastRenderedPageBreak/>
        <w:t xml:space="preserve">Participant #13:  </w:t>
      </w:r>
      <w:r>
        <w:rPr>
          <w:rFonts w:ascii="Arial" w:hAnsi="Arial"/>
          <w:color w:val="5D7284"/>
        </w:rPr>
        <w:t>19:06</w:t>
      </w:r>
    </w:p>
    <w:p w14:paraId="38B05216" w14:textId="77777777" w:rsidR="00FE337B" w:rsidRDefault="00A77024">
      <w:pPr>
        <w:spacing w:after="0"/>
      </w:pPr>
      <w:r>
        <w:rPr>
          <w:rFonts w:ascii="Arial" w:hAnsi="Arial"/>
        </w:rPr>
        <w:t>Oh my gosh, time lapse is amazing.</w:t>
      </w:r>
    </w:p>
    <w:p w14:paraId="5F49FA78" w14:textId="77777777" w:rsidR="00FE337B" w:rsidRDefault="00FE337B">
      <w:pPr>
        <w:spacing w:after="0"/>
      </w:pPr>
    </w:p>
    <w:p w14:paraId="341ABDB0" w14:textId="77777777" w:rsidR="00FE337B" w:rsidRDefault="00A77024">
      <w:pPr>
        <w:spacing w:after="0"/>
      </w:pPr>
      <w:r>
        <w:rPr>
          <w:rFonts w:ascii="Arial" w:hAnsi="Arial"/>
          <w:b/>
        </w:rPr>
        <w:t xml:space="preserve">Interviewer P:  </w:t>
      </w:r>
      <w:r>
        <w:rPr>
          <w:rFonts w:ascii="Arial" w:hAnsi="Arial"/>
          <w:color w:val="5D7284"/>
        </w:rPr>
        <w:t>19:08</w:t>
      </w:r>
    </w:p>
    <w:p w14:paraId="00EBD897" w14:textId="77777777" w:rsidR="00FE337B" w:rsidRDefault="00A77024">
      <w:pPr>
        <w:spacing w:after="0"/>
      </w:pPr>
      <w:r>
        <w:rPr>
          <w:rFonts w:ascii="Arial" w:hAnsi="Arial"/>
        </w:rPr>
        <w:t xml:space="preserve">Does anything surprise your interest you about that? </w:t>
      </w:r>
    </w:p>
    <w:p w14:paraId="72E0CF8D" w14:textId="77777777" w:rsidR="00FE337B" w:rsidRDefault="00FE337B">
      <w:pPr>
        <w:spacing w:after="0"/>
      </w:pPr>
    </w:p>
    <w:p w14:paraId="358744FE" w14:textId="77777777" w:rsidR="00FE337B" w:rsidRDefault="00A77024">
      <w:pPr>
        <w:spacing w:after="0"/>
      </w:pPr>
      <w:r>
        <w:rPr>
          <w:rFonts w:ascii="Arial" w:hAnsi="Arial"/>
          <w:b/>
        </w:rPr>
        <w:t xml:space="preserve">Participant #13:  </w:t>
      </w:r>
      <w:r>
        <w:rPr>
          <w:rFonts w:ascii="Arial" w:hAnsi="Arial"/>
          <w:color w:val="5D7284"/>
        </w:rPr>
        <w:t>19:11</w:t>
      </w:r>
    </w:p>
    <w:p w14:paraId="216E9160" w14:textId="77777777" w:rsidR="00FE337B" w:rsidRDefault="00A77024">
      <w:pPr>
        <w:spacing w:after="0"/>
      </w:pPr>
      <w:r>
        <w:rPr>
          <w:rFonts w:ascii="Arial" w:hAnsi="Arial"/>
        </w:rPr>
        <w:t xml:space="preserve">Yeah, it doesn't really fully the colors doesn't exactly fully mix like you can still see some red right there. </w:t>
      </w:r>
    </w:p>
    <w:p w14:paraId="29CBE632" w14:textId="77777777" w:rsidR="00FE337B" w:rsidRDefault="00FE337B">
      <w:pPr>
        <w:spacing w:after="0"/>
      </w:pPr>
    </w:p>
    <w:p w14:paraId="0E4AC93C" w14:textId="77777777" w:rsidR="00FE337B" w:rsidRDefault="00A77024">
      <w:pPr>
        <w:spacing w:after="0"/>
      </w:pPr>
      <w:r>
        <w:rPr>
          <w:rFonts w:ascii="Arial" w:hAnsi="Arial"/>
          <w:b/>
        </w:rPr>
        <w:t xml:space="preserve">Interviewer P:  </w:t>
      </w:r>
      <w:r>
        <w:rPr>
          <w:rFonts w:ascii="Arial" w:hAnsi="Arial"/>
          <w:color w:val="5D7284"/>
        </w:rPr>
        <w:t>19:20</w:t>
      </w:r>
    </w:p>
    <w:p w14:paraId="6616B7B2" w14:textId="0F03FC62" w:rsidR="00FE337B" w:rsidRDefault="00A77024">
      <w:pPr>
        <w:spacing w:after="0"/>
      </w:pPr>
      <w:r>
        <w:rPr>
          <w:rFonts w:ascii="Arial" w:hAnsi="Arial"/>
        </w:rPr>
        <w:t xml:space="preserve">Yeah, you can still see red and blue in that. Alright, I'll show you the one with the same temperature water again. It's about a 30 second video. </w:t>
      </w:r>
      <w:r w:rsidR="00850C16">
        <w:rPr>
          <w:rFonts w:ascii="Arial" w:hAnsi="Arial"/>
        </w:rPr>
        <w:t>So,</w:t>
      </w:r>
      <w:r>
        <w:rPr>
          <w:rFonts w:ascii="Arial" w:hAnsi="Arial"/>
        </w:rPr>
        <w:t xml:space="preserve"> at this point, we're about halfway through and that's about all it does. </w:t>
      </w:r>
      <w:r w:rsidR="00850C16">
        <w:rPr>
          <w:rFonts w:ascii="Arial" w:hAnsi="Arial"/>
        </w:rPr>
        <w:t>So,</w:t>
      </w:r>
      <w:r>
        <w:rPr>
          <w:rFonts w:ascii="Arial" w:hAnsi="Arial"/>
        </w:rPr>
        <w:t xml:space="preserve"> it does kind of look like what you said which is, you know, it would all turn one color. You wanna take a guess of how long that video is shrunken down from? </w:t>
      </w:r>
      <w:r w:rsidR="00850C16">
        <w:rPr>
          <w:rFonts w:ascii="Arial" w:hAnsi="Arial"/>
        </w:rPr>
        <w:t>So,</w:t>
      </w:r>
      <w:r>
        <w:rPr>
          <w:rFonts w:ascii="Arial" w:hAnsi="Arial"/>
        </w:rPr>
        <w:t xml:space="preserve"> this one is like 40 seconds long, but it didn't change after about 20 seconds.</w:t>
      </w:r>
    </w:p>
    <w:p w14:paraId="10920AA6" w14:textId="77777777" w:rsidR="00FE337B" w:rsidRDefault="00FE337B">
      <w:pPr>
        <w:spacing w:after="0"/>
      </w:pPr>
    </w:p>
    <w:p w14:paraId="4DAF33C2" w14:textId="77777777" w:rsidR="00FE337B" w:rsidRDefault="00A77024">
      <w:pPr>
        <w:spacing w:after="0"/>
      </w:pPr>
      <w:r>
        <w:rPr>
          <w:rFonts w:ascii="Arial" w:hAnsi="Arial"/>
          <w:b/>
        </w:rPr>
        <w:t xml:space="preserve">Participant #13:  </w:t>
      </w:r>
      <w:r>
        <w:rPr>
          <w:rFonts w:ascii="Arial" w:hAnsi="Arial"/>
          <w:color w:val="5D7284"/>
        </w:rPr>
        <w:t>20:24</w:t>
      </w:r>
    </w:p>
    <w:p w14:paraId="55616ED2" w14:textId="77777777" w:rsidR="00FE337B" w:rsidRDefault="00A77024">
      <w:pPr>
        <w:spacing w:after="0"/>
      </w:pPr>
      <w:r>
        <w:rPr>
          <w:rFonts w:ascii="Arial" w:hAnsi="Arial"/>
        </w:rPr>
        <w:t>I'd say about like 40 minutes.</w:t>
      </w:r>
    </w:p>
    <w:p w14:paraId="15E543DC" w14:textId="77777777" w:rsidR="00FE337B" w:rsidRDefault="00FE337B">
      <w:pPr>
        <w:spacing w:after="0"/>
      </w:pPr>
    </w:p>
    <w:p w14:paraId="17691309" w14:textId="77777777" w:rsidR="00FE337B" w:rsidRDefault="00A77024">
      <w:pPr>
        <w:spacing w:after="0"/>
      </w:pPr>
      <w:r>
        <w:rPr>
          <w:rFonts w:ascii="Arial" w:hAnsi="Arial"/>
          <w:b/>
        </w:rPr>
        <w:t xml:space="preserve">Interviewer P:  </w:t>
      </w:r>
      <w:r>
        <w:rPr>
          <w:rFonts w:ascii="Arial" w:hAnsi="Arial"/>
          <w:color w:val="5D7284"/>
        </w:rPr>
        <w:t>20:27</w:t>
      </w:r>
    </w:p>
    <w:p w14:paraId="350BF804" w14:textId="31F48AE7" w:rsidR="00FE337B" w:rsidRDefault="00A77024">
      <w:pPr>
        <w:spacing w:after="0"/>
      </w:pPr>
      <w:r>
        <w:rPr>
          <w:rFonts w:ascii="Arial" w:hAnsi="Arial"/>
        </w:rPr>
        <w:t>Yeah, this one's an hour too. So yeah, it's down from an hour. Now here's the one that is the salt and fresh. And same thing, this it doesn't do anything after this point. It just stays like that. So that's interesting. This one is down from an hour as well, but it really doesn't change after after, you know, the first like minute or even less than a minute I would say. So. So, I'm gonna ask you know about a thought experiment, not a demo. But let's go back to the hot and cold water and say instead of hot a</w:t>
      </w:r>
      <w:r>
        <w:rPr>
          <w:rFonts w:ascii="Arial" w:hAnsi="Arial"/>
        </w:rPr>
        <w:t xml:space="preserve">nd cold water we had warm and cold Jell-O. </w:t>
      </w:r>
      <w:r w:rsidR="00850C16">
        <w:rPr>
          <w:rFonts w:ascii="Arial" w:hAnsi="Arial"/>
        </w:rPr>
        <w:t>So,</w:t>
      </w:r>
      <w:r>
        <w:rPr>
          <w:rFonts w:ascii="Arial" w:hAnsi="Arial"/>
        </w:rPr>
        <w:t xml:space="preserve"> we have our tank. And same thing we put warmer Jell-O that's red on one side and cold or Jell-O that's cold on the that's blue on the other side. Now we're not going to be able to get as big of a temperature </w:t>
      </w:r>
      <w:r w:rsidR="00850C16">
        <w:rPr>
          <w:rFonts w:ascii="Arial" w:hAnsi="Arial"/>
        </w:rPr>
        <w:t>difference,</w:t>
      </w:r>
      <w:r>
        <w:rPr>
          <w:rFonts w:ascii="Arial" w:hAnsi="Arial"/>
        </w:rPr>
        <w:t xml:space="preserve"> but you know, we could probably do like </w:t>
      </w:r>
      <w:r w:rsidR="00850C16">
        <w:rPr>
          <w:rFonts w:ascii="Arial" w:hAnsi="Arial"/>
        </w:rPr>
        <w:t>40-degree</w:t>
      </w:r>
      <w:r>
        <w:rPr>
          <w:rFonts w:ascii="Arial" w:hAnsi="Arial"/>
        </w:rPr>
        <w:t xml:space="preserve"> Jell-O that was in the freezer for a little while and one that's been sitting out but it's still gelled at room temperatures, maybe 70. </w:t>
      </w:r>
      <w:r w:rsidR="00850C16">
        <w:rPr>
          <w:rFonts w:ascii="Arial" w:hAnsi="Arial"/>
        </w:rPr>
        <w:t>So,</w:t>
      </w:r>
      <w:r>
        <w:rPr>
          <w:rFonts w:ascii="Arial" w:hAnsi="Arial"/>
        </w:rPr>
        <w:t xml:space="preserve"> they'd have like a </w:t>
      </w:r>
      <w:r w:rsidR="00850C16">
        <w:rPr>
          <w:rFonts w:ascii="Arial" w:hAnsi="Arial"/>
        </w:rPr>
        <w:t>40-degree</w:t>
      </w:r>
      <w:r>
        <w:rPr>
          <w:rFonts w:ascii="Arial" w:hAnsi="Arial"/>
        </w:rPr>
        <w:t xml:space="preserve"> difference or </w:t>
      </w:r>
      <w:r w:rsidR="00850C16">
        <w:rPr>
          <w:rFonts w:ascii="Arial" w:hAnsi="Arial"/>
        </w:rPr>
        <w:t>30-degree</w:t>
      </w:r>
      <w:r>
        <w:rPr>
          <w:rFonts w:ascii="Arial" w:hAnsi="Arial"/>
        </w:rPr>
        <w:t xml:space="preserve"> di</w:t>
      </w:r>
      <w:r>
        <w:rPr>
          <w:rFonts w:ascii="Arial" w:hAnsi="Arial"/>
        </w:rPr>
        <w:t>fference between.</w:t>
      </w:r>
    </w:p>
    <w:p w14:paraId="273690B0" w14:textId="77777777" w:rsidR="00FE337B" w:rsidRDefault="00FE337B">
      <w:pPr>
        <w:spacing w:after="0"/>
      </w:pPr>
    </w:p>
    <w:p w14:paraId="7359849B" w14:textId="77777777" w:rsidR="00FE337B" w:rsidRDefault="00A77024">
      <w:pPr>
        <w:spacing w:after="0"/>
      </w:pPr>
      <w:r>
        <w:rPr>
          <w:rFonts w:ascii="Arial" w:hAnsi="Arial"/>
          <w:b/>
        </w:rPr>
        <w:t xml:space="preserve">Participant #13:  </w:t>
      </w:r>
      <w:r>
        <w:rPr>
          <w:rFonts w:ascii="Arial" w:hAnsi="Arial"/>
          <w:color w:val="5D7284"/>
        </w:rPr>
        <w:t>21:53</w:t>
      </w:r>
    </w:p>
    <w:p w14:paraId="4C4111E3" w14:textId="77777777" w:rsidR="00FE337B" w:rsidRDefault="00A77024">
      <w:pPr>
        <w:spacing w:after="0"/>
      </w:pPr>
      <w:r>
        <w:rPr>
          <w:rFonts w:ascii="Arial" w:hAnsi="Arial"/>
        </w:rPr>
        <w:t>And these are like actual Jell-O, not like before it gets.</w:t>
      </w:r>
    </w:p>
    <w:p w14:paraId="77581ABC" w14:textId="77777777" w:rsidR="00FE337B" w:rsidRDefault="00FE337B">
      <w:pPr>
        <w:spacing w:after="0"/>
      </w:pPr>
    </w:p>
    <w:p w14:paraId="0A06A65F" w14:textId="77777777" w:rsidR="00FE337B" w:rsidRDefault="00A77024">
      <w:pPr>
        <w:spacing w:after="0"/>
      </w:pPr>
      <w:r>
        <w:rPr>
          <w:rFonts w:ascii="Arial" w:hAnsi="Arial"/>
          <w:b/>
        </w:rPr>
        <w:t xml:space="preserve">Interviewer P:  </w:t>
      </w:r>
      <w:r>
        <w:rPr>
          <w:rFonts w:ascii="Arial" w:hAnsi="Arial"/>
          <w:color w:val="5D7284"/>
        </w:rPr>
        <w:t>21:57</w:t>
      </w:r>
    </w:p>
    <w:p w14:paraId="3C293898" w14:textId="4E69B244" w:rsidR="00FE337B" w:rsidRDefault="00A77024">
      <w:pPr>
        <w:spacing w:after="0"/>
      </w:pPr>
      <w:r>
        <w:rPr>
          <w:rFonts w:ascii="Arial" w:hAnsi="Arial"/>
        </w:rPr>
        <w:t xml:space="preserve">It is that the real Jell-O so you can eat it with a spoon it's just that one is a lot warmer than the other </w:t>
      </w:r>
      <w:r w:rsidR="00850C16">
        <w:rPr>
          <w:rFonts w:ascii="Arial" w:hAnsi="Arial"/>
        </w:rPr>
        <w:t>one,</w:t>
      </w:r>
      <w:r>
        <w:rPr>
          <w:rFonts w:ascii="Arial" w:hAnsi="Arial"/>
        </w:rPr>
        <w:t xml:space="preserve"> so we put those in a dividing </w:t>
      </w:r>
      <w:r w:rsidR="00850C16">
        <w:rPr>
          <w:rFonts w:ascii="Arial" w:hAnsi="Arial"/>
        </w:rPr>
        <w:t>tank,</w:t>
      </w:r>
      <w:r>
        <w:rPr>
          <w:rFonts w:ascii="Arial" w:hAnsi="Arial"/>
        </w:rPr>
        <w:t xml:space="preserve"> and we take out the wall what do you think what happened to the Jell-O?</w:t>
      </w:r>
    </w:p>
    <w:p w14:paraId="146CEDE5" w14:textId="77777777" w:rsidR="00FE337B" w:rsidRDefault="00FE337B">
      <w:pPr>
        <w:spacing w:after="0"/>
      </w:pPr>
    </w:p>
    <w:p w14:paraId="31EF3964" w14:textId="77777777" w:rsidR="00FE337B" w:rsidRDefault="00A77024">
      <w:pPr>
        <w:spacing w:after="0"/>
      </w:pPr>
      <w:r>
        <w:rPr>
          <w:rFonts w:ascii="Arial" w:hAnsi="Arial"/>
          <w:b/>
        </w:rPr>
        <w:t xml:space="preserve">Participant #13:  </w:t>
      </w:r>
      <w:r>
        <w:rPr>
          <w:rFonts w:ascii="Arial" w:hAnsi="Arial"/>
          <w:color w:val="5D7284"/>
        </w:rPr>
        <w:t>22:09</w:t>
      </w:r>
    </w:p>
    <w:p w14:paraId="41798AF1" w14:textId="77777777" w:rsidR="00FE337B" w:rsidRDefault="00A77024">
      <w:pPr>
        <w:spacing w:after="0"/>
      </w:pPr>
      <w:r>
        <w:rPr>
          <w:rFonts w:ascii="Arial" w:hAnsi="Arial"/>
        </w:rPr>
        <w:t>Oh, hm, wouldn't it. Sorry I have to visualize it. Wouldn't do much because it is still solid. Are we like waiting the same time frame?</w:t>
      </w:r>
    </w:p>
    <w:p w14:paraId="6ED422AE" w14:textId="77777777" w:rsidR="00FE337B" w:rsidRDefault="00FE337B">
      <w:pPr>
        <w:spacing w:after="0"/>
      </w:pPr>
    </w:p>
    <w:p w14:paraId="5B4352F6" w14:textId="77777777" w:rsidR="00FE337B" w:rsidRDefault="00A77024">
      <w:pPr>
        <w:spacing w:after="0"/>
      </w:pPr>
      <w:r>
        <w:rPr>
          <w:rFonts w:ascii="Arial" w:hAnsi="Arial"/>
          <w:b/>
        </w:rPr>
        <w:lastRenderedPageBreak/>
        <w:t xml:space="preserve">Interviewer P:  </w:t>
      </w:r>
      <w:r>
        <w:rPr>
          <w:rFonts w:ascii="Arial" w:hAnsi="Arial"/>
          <w:color w:val="5D7284"/>
        </w:rPr>
        <w:t>22:42</w:t>
      </w:r>
    </w:p>
    <w:p w14:paraId="40D29AD5" w14:textId="77777777" w:rsidR="00FE337B" w:rsidRDefault="00A77024">
      <w:pPr>
        <w:spacing w:after="0"/>
      </w:pPr>
      <w:r>
        <w:rPr>
          <w:rFonts w:ascii="Arial" w:hAnsi="Arial"/>
        </w:rPr>
        <w:t>Yeah, like a minute.</w:t>
      </w:r>
    </w:p>
    <w:p w14:paraId="6A8AB3B2" w14:textId="77777777" w:rsidR="00FE337B" w:rsidRDefault="00FE337B">
      <w:pPr>
        <w:spacing w:after="0"/>
      </w:pPr>
    </w:p>
    <w:p w14:paraId="661C9718" w14:textId="77777777" w:rsidR="00FE337B" w:rsidRDefault="00A77024">
      <w:pPr>
        <w:spacing w:after="0"/>
      </w:pPr>
      <w:r>
        <w:rPr>
          <w:rFonts w:ascii="Arial" w:hAnsi="Arial"/>
          <w:b/>
        </w:rPr>
        <w:t xml:space="preserve">Participant #13:  </w:t>
      </w:r>
      <w:r>
        <w:rPr>
          <w:rFonts w:ascii="Arial" w:hAnsi="Arial"/>
          <w:color w:val="5D7284"/>
        </w:rPr>
        <w:t>22:43</w:t>
      </w:r>
    </w:p>
    <w:p w14:paraId="71DD4EFB" w14:textId="77777777" w:rsidR="00FE337B" w:rsidRDefault="00A77024">
      <w:pPr>
        <w:spacing w:after="0"/>
      </w:pPr>
      <w:r>
        <w:rPr>
          <w:rFonts w:ascii="Arial" w:hAnsi="Arial"/>
        </w:rPr>
        <w:t>Okay. I don't think it will do much.</w:t>
      </w:r>
    </w:p>
    <w:p w14:paraId="522BD62A" w14:textId="77777777" w:rsidR="00FE337B" w:rsidRDefault="00FE337B">
      <w:pPr>
        <w:spacing w:after="0"/>
      </w:pPr>
    </w:p>
    <w:p w14:paraId="76C3E125" w14:textId="77777777" w:rsidR="00FE337B" w:rsidRDefault="00A77024">
      <w:pPr>
        <w:spacing w:after="0"/>
      </w:pPr>
      <w:r>
        <w:rPr>
          <w:rFonts w:ascii="Arial" w:hAnsi="Arial"/>
          <w:b/>
        </w:rPr>
        <w:t xml:space="preserve">Interviewer P:  </w:t>
      </w:r>
      <w:r>
        <w:rPr>
          <w:rFonts w:ascii="Arial" w:hAnsi="Arial"/>
          <w:color w:val="5D7284"/>
        </w:rPr>
        <w:t>22:46</w:t>
      </w:r>
    </w:p>
    <w:p w14:paraId="53A14B1E" w14:textId="77777777" w:rsidR="00FE337B" w:rsidRDefault="00A77024">
      <w:pPr>
        <w:spacing w:after="0"/>
      </w:pPr>
      <w:r>
        <w:rPr>
          <w:rFonts w:ascii="Arial" w:hAnsi="Arial"/>
        </w:rPr>
        <w:t>Yeah. Do you think it would ever do much?</w:t>
      </w:r>
    </w:p>
    <w:p w14:paraId="6DCB8F58" w14:textId="77777777" w:rsidR="00FE337B" w:rsidRDefault="00FE337B">
      <w:pPr>
        <w:spacing w:after="0"/>
      </w:pPr>
    </w:p>
    <w:p w14:paraId="35470DD1" w14:textId="77777777" w:rsidR="00FE337B" w:rsidRDefault="00A77024">
      <w:pPr>
        <w:spacing w:after="0"/>
      </w:pPr>
      <w:r>
        <w:rPr>
          <w:rFonts w:ascii="Arial" w:hAnsi="Arial"/>
          <w:b/>
        </w:rPr>
        <w:t xml:space="preserve">Participant #13:  </w:t>
      </w:r>
      <w:r>
        <w:rPr>
          <w:rFonts w:ascii="Arial" w:hAnsi="Arial"/>
          <w:color w:val="5D7284"/>
        </w:rPr>
        <w:t>22:53</w:t>
      </w:r>
    </w:p>
    <w:p w14:paraId="01E9E585" w14:textId="77777777" w:rsidR="00FE337B" w:rsidRDefault="00A77024">
      <w:pPr>
        <w:spacing w:after="0"/>
      </w:pPr>
      <w:r>
        <w:rPr>
          <w:rFonts w:ascii="Arial" w:hAnsi="Arial"/>
        </w:rPr>
        <w:t xml:space="preserve">Probably like something would happen in the middle since it is </w:t>
      </w:r>
      <w:r>
        <w:rPr>
          <w:rFonts w:ascii="Arial" w:hAnsi="Arial"/>
        </w:rPr>
        <w:t>colder, I think it would do something, but probably not much.</w:t>
      </w:r>
    </w:p>
    <w:p w14:paraId="0516C396" w14:textId="77777777" w:rsidR="00FE337B" w:rsidRDefault="00FE337B">
      <w:pPr>
        <w:spacing w:after="0"/>
      </w:pPr>
    </w:p>
    <w:p w14:paraId="555A01AC" w14:textId="77777777" w:rsidR="00FE337B" w:rsidRDefault="00A77024">
      <w:pPr>
        <w:spacing w:after="0"/>
      </w:pPr>
      <w:r>
        <w:rPr>
          <w:rFonts w:ascii="Arial" w:hAnsi="Arial"/>
          <w:b/>
        </w:rPr>
        <w:t xml:space="preserve">Interviewer P:  </w:t>
      </w:r>
      <w:r>
        <w:rPr>
          <w:rFonts w:ascii="Arial" w:hAnsi="Arial"/>
          <w:color w:val="5D7284"/>
        </w:rPr>
        <w:t>23:07</w:t>
      </w:r>
    </w:p>
    <w:p w14:paraId="78FF0C73" w14:textId="77777777" w:rsidR="00FE337B" w:rsidRDefault="00A77024">
      <w:pPr>
        <w:spacing w:after="0"/>
      </w:pPr>
      <w:r>
        <w:rPr>
          <w:rFonts w:ascii="Arial" w:hAnsi="Arial"/>
        </w:rPr>
        <w:t>Yeah, do you think it would turn like purplish in the middle or the same color?</w:t>
      </w:r>
    </w:p>
    <w:p w14:paraId="6B8DA2B1" w14:textId="77777777" w:rsidR="00FE337B" w:rsidRDefault="00FE337B">
      <w:pPr>
        <w:spacing w:after="0"/>
      </w:pPr>
    </w:p>
    <w:p w14:paraId="33A7575D" w14:textId="77777777" w:rsidR="00FE337B" w:rsidRDefault="00A77024">
      <w:pPr>
        <w:spacing w:after="0"/>
      </w:pPr>
      <w:r>
        <w:rPr>
          <w:rFonts w:ascii="Arial" w:hAnsi="Arial"/>
          <w:b/>
        </w:rPr>
        <w:t xml:space="preserve">Participant #13:  </w:t>
      </w:r>
      <w:r>
        <w:rPr>
          <w:rFonts w:ascii="Arial" w:hAnsi="Arial"/>
          <w:color w:val="5D7284"/>
        </w:rPr>
        <w:t>23:15</w:t>
      </w:r>
    </w:p>
    <w:p w14:paraId="35CF5664" w14:textId="77777777" w:rsidR="00FE337B" w:rsidRDefault="00A77024">
      <w:pPr>
        <w:spacing w:after="0"/>
      </w:pPr>
      <w:r>
        <w:rPr>
          <w:rFonts w:ascii="Arial" w:hAnsi="Arial"/>
        </w:rPr>
        <w:t xml:space="preserve">I think it will have like a little bit but not like turn </w:t>
      </w:r>
      <w:r>
        <w:rPr>
          <w:rFonts w:ascii="Arial" w:hAnsi="Arial"/>
        </w:rPr>
        <w:t>color.</w:t>
      </w:r>
    </w:p>
    <w:p w14:paraId="6E31F85E" w14:textId="77777777" w:rsidR="00FE337B" w:rsidRDefault="00FE337B">
      <w:pPr>
        <w:spacing w:after="0"/>
      </w:pPr>
    </w:p>
    <w:p w14:paraId="0E121747" w14:textId="77777777" w:rsidR="00FE337B" w:rsidRDefault="00A77024">
      <w:pPr>
        <w:spacing w:after="0"/>
      </w:pPr>
      <w:r>
        <w:rPr>
          <w:rFonts w:ascii="Arial" w:hAnsi="Arial"/>
          <w:b/>
        </w:rPr>
        <w:t xml:space="preserve">Interviewer P:  </w:t>
      </w:r>
      <w:r>
        <w:rPr>
          <w:rFonts w:ascii="Arial" w:hAnsi="Arial"/>
          <w:color w:val="5D7284"/>
        </w:rPr>
        <w:t>23:20</w:t>
      </w:r>
    </w:p>
    <w:p w14:paraId="6713AC46" w14:textId="77777777" w:rsidR="00FE337B" w:rsidRDefault="00A77024">
      <w:pPr>
        <w:spacing w:after="0"/>
      </w:pPr>
      <w:r>
        <w:rPr>
          <w:rFonts w:ascii="Arial" w:hAnsi="Arial"/>
        </w:rPr>
        <w:t>How long do you think it would take all the Jell-O to come to the same temperature?</w:t>
      </w:r>
    </w:p>
    <w:p w14:paraId="78C4DD15" w14:textId="77777777" w:rsidR="00FE337B" w:rsidRDefault="00FE337B">
      <w:pPr>
        <w:spacing w:after="0"/>
      </w:pPr>
    </w:p>
    <w:p w14:paraId="33625ECC" w14:textId="77777777" w:rsidR="00FE337B" w:rsidRDefault="00A77024">
      <w:pPr>
        <w:spacing w:after="0"/>
      </w:pPr>
      <w:r>
        <w:rPr>
          <w:rFonts w:ascii="Arial" w:hAnsi="Arial"/>
          <w:b/>
        </w:rPr>
        <w:t xml:space="preserve">Participant #13:  </w:t>
      </w:r>
      <w:r>
        <w:rPr>
          <w:rFonts w:ascii="Arial" w:hAnsi="Arial"/>
          <w:color w:val="5D7284"/>
        </w:rPr>
        <w:t>23:26</w:t>
      </w:r>
    </w:p>
    <w:p w14:paraId="5FDB8ECD" w14:textId="77777777" w:rsidR="00FE337B" w:rsidRDefault="00A77024">
      <w:pPr>
        <w:spacing w:after="0"/>
      </w:pPr>
      <w:r>
        <w:rPr>
          <w:rFonts w:ascii="Arial" w:hAnsi="Arial"/>
        </w:rPr>
        <w:t>A long time. Probably like three hours.</w:t>
      </w:r>
    </w:p>
    <w:p w14:paraId="05022E63" w14:textId="77777777" w:rsidR="00FE337B" w:rsidRDefault="00FE337B">
      <w:pPr>
        <w:spacing w:after="0"/>
      </w:pPr>
    </w:p>
    <w:p w14:paraId="3FBA2C42" w14:textId="77777777" w:rsidR="00FE337B" w:rsidRDefault="00A77024">
      <w:pPr>
        <w:spacing w:after="0"/>
      </w:pPr>
      <w:r>
        <w:rPr>
          <w:rFonts w:ascii="Arial" w:hAnsi="Arial"/>
          <w:b/>
        </w:rPr>
        <w:t xml:space="preserve">Interviewer P:  </w:t>
      </w:r>
      <w:r>
        <w:rPr>
          <w:rFonts w:ascii="Arial" w:hAnsi="Arial"/>
          <w:color w:val="5D7284"/>
        </w:rPr>
        <w:t>23:30</w:t>
      </w:r>
    </w:p>
    <w:p w14:paraId="6440C4D4" w14:textId="061090C7" w:rsidR="00FE337B" w:rsidRDefault="00A77024">
      <w:pPr>
        <w:spacing w:after="0"/>
      </w:pPr>
      <w:r>
        <w:rPr>
          <w:rFonts w:ascii="Arial" w:hAnsi="Arial"/>
        </w:rPr>
        <w:t xml:space="preserve">Three hours. Alright, so we're going to switch from rectangular tanks to circular tanks and I have two the one that spinning behind you. But </w:t>
      </w:r>
      <w:r w:rsidR="00850C16">
        <w:rPr>
          <w:rFonts w:ascii="Arial" w:hAnsi="Arial"/>
        </w:rPr>
        <w:t>also,</w:t>
      </w:r>
      <w:r>
        <w:rPr>
          <w:rFonts w:ascii="Arial" w:hAnsi="Arial"/>
        </w:rPr>
        <w:t xml:space="preserve"> this little one that sitting still and I have it over there so that it is still because when I put it on the table, we tend to bump the table and it jiggles so I have also have this </w:t>
      </w:r>
      <w:r w:rsidR="00850C16">
        <w:rPr>
          <w:rFonts w:ascii="Arial" w:hAnsi="Arial"/>
        </w:rPr>
        <w:t>dye</w:t>
      </w:r>
      <w:r>
        <w:rPr>
          <w:rFonts w:ascii="Arial" w:hAnsi="Arial"/>
        </w:rPr>
        <w:t xml:space="preserve"> It's called potassium </w:t>
      </w:r>
      <w:r w:rsidR="00850C16">
        <w:rPr>
          <w:rFonts w:ascii="Arial" w:hAnsi="Arial"/>
        </w:rPr>
        <w:t>permanganate</w:t>
      </w:r>
      <w:r>
        <w:rPr>
          <w:rFonts w:ascii="Arial" w:hAnsi="Arial"/>
        </w:rPr>
        <w:t xml:space="preserve"> but it's it's a color. </w:t>
      </w:r>
      <w:r w:rsidR="00850C16">
        <w:rPr>
          <w:rFonts w:ascii="Arial" w:hAnsi="Arial"/>
        </w:rPr>
        <w:t>So,</w:t>
      </w:r>
      <w:r>
        <w:rPr>
          <w:rFonts w:ascii="Arial" w:hAnsi="Arial"/>
        </w:rPr>
        <w:t xml:space="preserve"> kind of like food color that you would put on eggs except this is a solid and food color of course is a liquid. </w:t>
      </w:r>
      <w:r w:rsidR="00850C16">
        <w:rPr>
          <w:rFonts w:ascii="Arial" w:hAnsi="Arial"/>
        </w:rPr>
        <w:t>So,</w:t>
      </w:r>
      <w:r>
        <w:rPr>
          <w:rFonts w:ascii="Arial" w:hAnsi="Arial"/>
        </w:rPr>
        <w:t xml:space="preserve"> I'm going to put some in that small tank so that you can see what it looks like. And since it's a solid it will sink to the </w:t>
      </w:r>
      <w:r w:rsidR="00850C16">
        <w:rPr>
          <w:rFonts w:ascii="Arial" w:hAnsi="Arial"/>
        </w:rPr>
        <w:t>bottom,</w:t>
      </w:r>
      <w:r>
        <w:rPr>
          <w:rFonts w:ascii="Arial" w:hAnsi="Arial"/>
        </w:rPr>
        <w:t xml:space="preserve"> but it dye</w:t>
      </w:r>
      <w:r>
        <w:rPr>
          <w:rFonts w:ascii="Arial" w:hAnsi="Arial"/>
        </w:rPr>
        <w:t xml:space="preserve">s the water on its way down. </w:t>
      </w:r>
      <w:r w:rsidR="00850C16">
        <w:rPr>
          <w:rFonts w:ascii="Arial" w:hAnsi="Arial"/>
        </w:rPr>
        <w:t>So,</w:t>
      </w:r>
      <w:r>
        <w:rPr>
          <w:rFonts w:ascii="Arial" w:hAnsi="Arial"/>
        </w:rPr>
        <w:t xml:space="preserve"> let's take a look at that. So that's what it looks like. Anything about that surprise you? You find interesting?</w:t>
      </w:r>
    </w:p>
    <w:p w14:paraId="23CBE597" w14:textId="77777777" w:rsidR="00FE337B" w:rsidRDefault="00FE337B">
      <w:pPr>
        <w:spacing w:after="0"/>
      </w:pPr>
    </w:p>
    <w:p w14:paraId="60338CE6" w14:textId="77777777" w:rsidR="00FE337B" w:rsidRDefault="00A77024">
      <w:pPr>
        <w:spacing w:after="0"/>
      </w:pPr>
      <w:r>
        <w:rPr>
          <w:rFonts w:ascii="Arial" w:hAnsi="Arial"/>
          <w:b/>
        </w:rPr>
        <w:t xml:space="preserve">Participant #13:  </w:t>
      </w:r>
      <w:r>
        <w:rPr>
          <w:rFonts w:ascii="Arial" w:hAnsi="Arial"/>
          <w:color w:val="5D7284"/>
        </w:rPr>
        <w:t>25:03</w:t>
      </w:r>
    </w:p>
    <w:p w14:paraId="34B1327D" w14:textId="3BCD4B18" w:rsidR="00FE337B" w:rsidRDefault="00A77024">
      <w:pPr>
        <w:spacing w:after="0"/>
      </w:pPr>
      <w:r>
        <w:rPr>
          <w:rFonts w:ascii="Arial" w:hAnsi="Arial"/>
        </w:rPr>
        <w:t xml:space="preserve">Oh, I think it was really pretty. Nothing </w:t>
      </w:r>
      <w:r w:rsidR="00850C16">
        <w:rPr>
          <w:rFonts w:ascii="Arial" w:hAnsi="Arial"/>
        </w:rPr>
        <w:t>surprised</w:t>
      </w:r>
      <w:r>
        <w:rPr>
          <w:rFonts w:ascii="Arial" w:hAnsi="Arial"/>
        </w:rPr>
        <w:t xml:space="preserve"> me </w:t>
      </w:r>
      <w:r w:rsidR="00850C16">
        <w:rPr>
          <w:rFonts w:ascii="Arial" w:hAnsi="Arial"/>
        </w:rPr>
        <w:t>too</w:t>
      </w:r>
      <w:r>
        <w:rPr>
          <w:rFonts w:ascii="Arial" w:hAnsi="Arial"/>
        </w:rPr>
        <w:t xml:space="preserve"> much.</w:t>
      </w:r>
    </w:p>
    <w:p w14:paraId="0CEAC493" w14:textId="77777777" w:rsidR="00FE337B" w:rsidRDefault="00FE337B">
      <w:pPr>
        <w:spacing w:after="0"/>
      </w:pPr>
    </w:p>
    <w:p w14:paraId="2583E2BE" w14:textId="77777777" w:rsidR="00FE337B" w:rsidRDefault="00A77024">
      <w:pPr>
        <w:spacing w:after="0"/>
      </w:pPr>
      <w:r>
        <w:rPr>
          <w:rFonts w:ascii="Arial" w:hAnsi="Arial"/>
          <w:b/>
        </w:rPr>
        <w:t xml:space="preserve">Interviewer P:  </w:t>
      </w:r>
      <w:r>
        <w:rPr>
          <w:rFonts w:ascii="Arial" w:hAnsi="Arial"/>
          <w:color w:val="5D7284"/>
        </w:rPr>
        <w:t>25:12</w:t>
      </w:r>
    </w:p>
    <w:p w14:paraId="4F9E545C" w14:textId="07EA7FD8" w:rsidR="00FE337B" w:rsidRDefault="00A77024">
      <w:pPr>
        <w:spacing w:after="0"/>
      </w:pPr>
      <w:r>
        <w:rPr>
          <w:rFonts w:ascii="Arial" w:hAnsi="Arial"/>
        </w:rPr>
        <w:t xml:space="preserve">Yeah, okay, so you can probably see where we're going with </w:t>
      </w:r>
      <w:r w:rsidR="00850C16">
        <w:rPr>
          <w:rFonts w:ascii="Arial" w:hAnsi="Arial"/>
        </w:rPr>
        <w:t>this,</w:t>
      </w:r>
      <w:r>
        <w:rPr>
          <w:rFonts w:ascii="Arial" w:hAnsi="Arial"/>
        </w:rPr>
        <w:t xml:space="preserve"> I have this really large</w:t>
      </w:r>
      <w:r>
        <w:rPr>
          <w:rFonts w:ascii="Arial" w:hAnsi="Arial"/>
        </w:rPr>
        <w:t xml:space="preserve"> tank that's been spinning since you've been in here and I wanted to show you what it looks like in that still cylinder of water, um, so that you can make a prediction about what it will look like in the tank behind you. It's been spinning now for like 30 minutes. All right, and so same thing I'm going to give you a piece of paper to sketch what you think it will look like. And we're going to imagine it a minute after I put the </w:t>
      </w:r>
      <w:r>
        <w:rPr>
          <w:rFonts w:ascii="Arial" w:hAnsi="Arial"/>
        </w:rPr>
        <w:lastRenderedPageBreak/>
        <w:t xml:space="preserve">crystals in which is probably about how long that's been but there's two places </w:t>
      </w:r>
      <w:r>
        <w:rPr>
          <w:rFonts w:ascii="Arial" w:hAnsi="Arial"/>
        </w:rPr>
        <w:t>here so one is for a top view and one's a side view. So, what does if you like put the picture up here and then come down here and get one from down there and what I'd like for you to do as a single moment in time like not show it moving but like as if it's a picture about a minute after I drop it in so go ahead and try that? Okay, so can you tell me what you have going on now?</w:t>
      </w:r>
    </w:p>
    <w:p w14:paraId="08173640" w14:textId="77777777" w:rsidR="00FE337B" w:rsidRDefault="00FE337B">
      <w:pPr>
        <w:spacing w:after="0"/>
      </w:pPr>
    </w:p>
    <w:p w14:paraId="7D88ED25" w14:textId="77777777" w:rsidR="00FE337B" w:rsidRDefault="00A77024">
      <w:pPr>
        <w:spacing w:after="0"/>
      </w:pPr>
      <w:r>
        <w:rPr>
          <w:rFonts w:ascii="Arial" w:hAnsi="Arial"/>
          <w:b/>
        </w:rPr>
        <w:t xml:space="preserve">Participant #13:  </w:t>
      </w:r>
      <w:r>
        <w:rPr>
          <w:rFonts w:ascii="Arial" w:hAnsi="Arial"/>
          <w:color w:val="5D7284"/>
        </w:rPr>
        <w:t>28:09</w:t>
      </w:r>
    </w:p>
    <w:p w14:paraId="08FE919E" w14:textId="77777777" w:rsidR="00FE337B" w:rsidRDefault="00A77024">
      <w:pPr>
        <w:spacing w:after="0"/>
      </w:pPr>
      <w:r>
        <w:rPr>
          <w:rFonts w:ascii="Arial" w:hAnsi="Arial"/>
        </w:rPr>
        <w:t>Since it is spinning, I think it's gonna mix more so I guess a lot of the volume will be dyed.</w:t>
      </w:r>
    </w:p>
    <w:p w14:paraId="2925008A" w14:textId="77777777" w:rsidR="00FE337B" w:rsidRDefault="00FE337B">
      <w:pPr>
        <w:spacing w:after="0"/>
      </w:pPr>
    </w:p>
    <w:p w14:paraId="0B927312" w14:textId="77777777" w:rsidR="00FE337B" w:rsidRDefault="00A77024">
      <w:pPr>
        <w:spacing w:after="0"/>
      </w:pPr>
      <w:r>
        <w:rPr>
          <w:rFonts w:ascii="Arial" w:hAnsi="Arial"/>
          <w:b/>
        </w:rPr>
        <w:t xml:space="preserve">Interviewer P:  </w:t>
      </w:r>
      <w:r>
        <w:rPr>
          <w:rFonts w:ascii="Arial" w:hAnsi="Arial"/>
          <w:color w:val="5D7284"/>
        </w:rPr>
        <w:t>28:24</w:t>
      </w:r>
    </w:p>
    <w:p w14:paraId="0C553137" w14:textId="77777777" w:rsidR="00FE337B" w:rsidRDefault="00A77024">
      <w:pPr>
        <w:spacing w:after="0"/>
      </w:pPr>
      <w:r>
        <w:rPr>
          <w:rFonts w:ascii="Arial" w:hAnsi="Arial"/>
        </w:rPr>
        <w:t>So, this is more of a consistent purple color.</w:t>
      </w:r>
    </w:p>
    <w:p w14:paraId="3B4DBCE2" w14:textId="77777777" w:rsidR="00FE337B" w:rsidRDefault="00FE337B">
      <w:pPr>
        <w:spacing w:after="0"/>
      </w:pPr>
    </w:p>
    <w:p w14:paraId="305402E5" w14:textId="77777777" w:rsidR="00FE337B" w:rsidRDefault="00A77024">
      <w:pPr>
        <w:spacing w:after="0"/>
      </w:pPr>
      <w:r>
        <w:rPr>
          <w:rFonts w:ascii="Arial" w:hAnsi="Arial"/>
          <w:b/>
        </w:rPr>
        <w:t xml:space="preserve">Participant #13:  </w:t>
      </w:r>
      <w:r>
        <w:rPr>
          <w:rFonts w:ascii="Arial" w:hAnsi="Arial"/>
          <w:color w:val="5D7284"/>
        </w:rPr>
        <w:t>28:29</w:t>
      </w:r>
    </w:p>
    <w:p w14:paraId="21FFC809" w14:textId="77777777" w:rsidR="00FE337B" w:rsidRDefault="00A77024">
      <w:pPr>
        <w:spacing w:after="0"/>
      </w:pPr>
      <w:r>
        <w:rPr>
          <w:rFonts w:ascii="Arial" w:hAnsi="Arial"/>
        </w:rPr>
        <w:t>Yes, but I do feel like some areas will be some areas won't be as I mean some areas will be lighter than others just because it is moving.</w:t>
      </w:r>
    </w:p>
    <w:p w14:paraId="6CA9C7A0" w14:textId="77777777" w:rsidR="00FE337B" w:rsidRDefault="00FE337B">
      <w:pPr>
        <w:spacing w:after="0"/>
      </w:pPr>
    </w:p>
    <w:p w14:paraId="485C3478" w14:textId="77777777" w:rsidR="00FE337B" w:rsidRDefault="00A77024">
      <w:pPr>
        <w:spacing w:after="0"/>
      </w:pPr>
      <w:r>
        <w:rPr>
          <w:rFonts w:ascii="Arial" w:hAnsi="Arial"/>
          <w:b/>
        </w:rPr>
        <w:t xml:space="preserve">Interviewer P:  </w:t>
      </w:r>
      <w:r>
        <w:rPr>
          <w:rFonts w:ascii="Arial" w:hAnsi="Arial"/>
          <w:color w:val="5D7284"/>
        </w:rPr>
        <w:t>28:42</w:t>
      </w:r>
    </w:p>
    <w:p w14:paraId="1455B64A" w14:textId="77777777" w:rsidR="00FE337B" w:rsidRDefault="00A77024">
      <w:pPr>
        <w:spacing w:after="0"/>
      </w:pPr>
      <w:r>
        <w:rPr>
          <w:rFonts w:ascii="Arial" w:hAnsi="Arial"/>
        </w:rPr>
        <w:t>So, when you drew this is did you draw like this to show it like colored in or are you drawing this as actual? Like dye circles that the.</w:t>
      </w:r>
    </w:p>
    <w:p w14:paraId="373EEE6E" w14:textId="77777777" w:rsidR="00FE337B" w:rsidRDefault="00FE337B">
      <w:pPr>
        <w:spacing w:after="0"/>
      </w:pPr>
    </w:p>
    <w:p w14:paraId="044DB89F" w14:textId="77777777" w:rsidR="00FE337B" w:rsidRDefault="00A77024">
      <w:pPr>
        <w:spacing w:after="0"/>
      </w:pPr>
      <w:r>
        <w:rPr>
          <w:rFonts w:ascii="Arial" w:hAnsi="Arial"/>
          <w:b/>
        </w:rPr>
        <w:t xml:space="preserve">Participant #13:  </w:t>
      </w:r>
      <w:r>
        <w:rPr>
          <w:rFonts w:ascii="Arial" w:hAnsi="Arial"/>
          <w:color w:val="5D7284"/>
        </w:rPr>
        <w:t>28:57</w:t>
      </w:r>
    </w:p>
    <w:p w14:paraId="34B06A41" w14:textId="77777777" w:rsidR="00FE337B" w:rsidRDefault="00A77024">
      <w:pPr>
        <w:spacing w:after="0"/>
      </w:pPr>
      <w:r>
        <w:rPr>
          <w:rFonts w:ascii="Arial" w:hAnsi="Arial"/>
        </w:rPr>
        <w:t>No, I think I just did it from like color in. Yeah, I was trying to go for like swooping.</w:t>
      </w:r>
    </w:p>
    <w:p w14:paraId="6EE905D2" w14:textId="77777777" w:rsidR="00FE337B" w:rsidRDefault="00FE337B">
      <w:pPr>
        <w:spacing w:after="0"/>
      </w:pPr>
    </w:p>
    <w:p w14:paraId="7C912AB1" w14:textId="77777777" w:rsidR="00FE337B" w:rsidRDefault="00A77024">
      <w:pPr>
        <w:spacing w:after="0"/>
      </w:pPr>
      <w:r>
        <w:rPr>
          <w:rFonts w:ascii="Arial" w:hAnsi="Arial"/>
          <w:b/>
        </w:rPr>
        <w:t xml:space="preserve">Interviewer P:  </w:t>
      </w:r>
      <w:r>
        <w:rPr>
          <w:rFonts w:ascii="Arial" w:hAnsi="Arial"/>
          <w:color w:val="5D7284"/>
        </w:rPr>
        <w:t>29:02</w:t>
      </w:r>
    </w:p>
    <w:p w14:paraId="681FCD99" w14:textId="77777777" w:rsidR="00FE337B" w:rsidRDefault="00A77024">
      <w:pPr>
        <w:spacing w:after="0"/>
      </w:pPr>
      <w:r>
        <w:rPr>
          <w:rFonts w:ascii="Arial" w:hAnsi="Arial"/>
        </w:rPr>
        <w:t>Okay, so so what I'm hearing is a kind of consistent purple color but some light and dark patches. And is this like on the surface of the water? Is this sunk to the bottom or is it all the way I guess from here it's all the way throughout since you drew it that way.</w:t>
      </w:r>
    </w:p>
    <w:p w14:paraId="271F45D1" w14:textId="77777777" w:rsidR="00FE337B" w:rsidRDefault="00FE337B">
      <w:pPr>
        <w:spacing w:after="0"/>
      </w:pPr>
    </w:p>
    <w:p w14:paraId="75C63797" w14:textId="77777777" w:rsidR="00FE337B" w:rsidRDefault="00A77024">
      <w:pPr>
        <w:spacing w:after="0"/>
      </w:pPr>
      <w:r>
        <w:rPr>
          <w:rFonts w:ascii="Arial" w:hAnsi="Arial"/>
          <w:b/>
        </w:rPr>
        <w:t xml:space="preserve">Participant #13:  </w:t>
      </w:r>
      <w:r>
        <w:rPr>
          <w:rFonts w:ascii="Arial" w:hAnsi="Arial"/>
          <w:color w:val="5D7284"/>
        </w:rPr>
        <w:t>29:23</w:t>
      </w:r>
    </w:p>
    <w:p w14:paraId="504FA5CC" w14:textId="77777777" w:rsidR="00FE337B" w:rsidRDefault="00A77024">
      <w:pPr>
        <w:spacing w:after="0"/>
      </w:pPr>
      <w:r>
        <w:rPr>
          <w:rFonts w:ascii="Arial" w:hAnsi="Arial"/>
        </w:rPr>
        <w:t>I think more so. On the top. I think it would mix like consistent through like the whole.</w:t>
      </w:r>
    </w:p>
    <w:p w14:paraId="1A986C63" w14:textId="77777777" w:rsidR="00FE337B" w:rsidRDefault="00FE337B">
      <w:pPr>
        <w:spacing w:after="0"/>
      </w:pPr>
    </w:p>
    <w:p w14:paraId="6482CD4E" w14:textId="77777777" w:rsidR="00FE337B" w:rsidRDefault="00A77024">
      <w:pPr>
        <w:spacing w:after="0"/>
      </w:pPr>
      <w:r>
        <w:rPr>
          <w:rFonts w:ascii="Arial" w:hAnsi="Arial"/>
          <w:b/>
        </w:rPr>
        <w:t xml:space="preserve">Interviewer P:  </w:t>
      </w:r>
      <w:r>
        <w:rPr>
          <w:rFonts w:ascii="Arial" w:hAnsi="Arial"/>
          <w:color w:val="5D7284"/>
        </w:rPr>
        <w:t>29:37</w:t>
      </w:r>
    </w:p>
    <w:p w14:paraId="090B2426" w14:textId="77777777" w:rsidR="00FE337B" w:rsidRDefault="00A77024">
      <w:pPr>
        <w:spacing w:after="0"/>
      </w:pPr>
      <w:r>
        <w:rPr>
          <w:rFonts w:ascii="Arial" w:hAnsi="Arial"/>
        </w:rPr>
        <w:t xml:space="preserve">The water column. </w:t>
      </w:r>
    </w:p>
    <w:p w14:paraId="0B766E1F" w14:textId="77777777" w:rsidR="00FE337B" w:rsidRDefault="00FE337B">
      <w:pPr>
        <w:spacing w:after="0"/>
      </w:pPr>
    </w:p>
    <w:p w14:paraId="596B4419" w14:textId="77777777" w:rsidR="00FE337B" w:rsidRDefault="00A77024">
      <w:pPr>
        <w:spacing w:after="0"/>
      </w:pPr>
      <w:r>
        <w:rPr>
          <w:rFonts w:ascii="Arial" w:hAnsi="Arial"/>
          <w:b/>
        </w:rPr>
        <w:t xml:space="preserve">Participant #13:  </w:t>
      </w:r>
      <w:r>
        <w:rPr>
          <w:rFonts w:ascii="Arial" w:hAnsi="Arial"/>
          <w:color w:val="5D7284"/>
        </w:rPr>
        <w:t>29:38</w:t>
      </w:r>
    </w:p>
    <w:p w14:paraId="03204CB3" w14:textId="77777777" w:rsidR="00FE337B" w:rsidRDefault="00A77024">
      <w:pPr>
        <w:spacing w:after="0"/>
      </w:pPr>
      <w:r>
        <w:rPr>
          <w:rFonts w:ascii="Arial" w:hAnsi="Arial"/>
        </w:rPr>
        <w:t>Yes.</w:t>
      </w:r>
    </w:p>
    <w:p w14:paraId="092B2BCC" w14:textId="77777777" w:rsidR="00FE337B" w:rsidRDefault="00FE337B">
      <w:pPr>
        <w:spacing w:after="0"/>
      </w:pPr>
    </w:p>
    <w:p w14:paraId="583BF080" w14:textId="77777777" w:rsidR="00FE337B" w:rsidRDefault="00A77024">
      <w:pPr>
        <w:spacing w:after="0"/>
      </w:pPr>
      <w:r>
        <w:rPr>
          <w:rFonts w:ascii="Arial" w:hAnsi="Arial"/>
          <w:b/>
        </w:rPr>
        <w:t xml:space="preserve">Interviewer P:  </w:t>
      </w:r>
      <w:r>
        <w:rPr>
          <w:rFonts w:ascii="Arial" w:hAnsi="Arial"/>
          <w:color w:val="5D7284"/>
        </w:rPr>
        <w:t>29:38</w:t>
      </w:r>
    </w:p>
    <w:p w14:paraId="0E864299" w14:textId="2BB07D45" w:rsidR="00FE337B" w:rsidRDefault="00A77024">
      <w:pPr>
        <w:spacing w:after="0"/>
      </w:pPr>
      <w:r>
        <w:rPr>
          <w:rFonts w:ascii="Arial" w:hAnsi="Arial"/>
        </w:rPr>
        <w:t xml:space="preserve">Yeah, the thickness of it and so that's what you have here. And so same thing is this just kind of a consistent </w:t>
      </w:r>
      <w:r w:rsidR="00850C16">
        <w:rPr>
          <w:rFonts w:ascii="Arial" w:hAnsi="Arial"/>
        </w:rPr>
        <w:t>color,</w:t>
      </w:r>
      <w:r>
        <w:rPr>
          <w:rFonts w:ascii="Arial" w:hAnsi="Arial"/>
        </w:rPr>
        <w:t xml:space="preserve"> or these individual little streaks are what are we looking at there?</w:t>
      </w:r>
    </w:p>
    <w:p w14:paraId="4FB5A58C" w14:textId="77777777" w:rsidR="00FE337B" w:rsidRDefault="00FE337B">
      <w:pPr>
        <w:spacing w:after="0"/>
      </w:pPr>
    </w:p>
    <w:p w14:paraId="069CCE05" w14:textId="77777777" w:rsidR="00FE337B" w:rsidRDefault="00A77024">
      <w:pPr>
        <w:spacing w:after="0"/>
      </w:pPr>
      <w:r>
        <w:rPr>
          <w:rFonts w:ascii="Arial" w:hAnsi="Arial"/>
          <w:b/>
        </w:rPr>
        <w:t xml:space="preserve">Participant #13:  </w:t>
      </w:r>
      <w:r>
        <w:rPr>
          <w:rFonts w:ascii="Arial" w:hAnsi="Arial"/>
          <w:color w:val="5D7284"/>
        </w:rPr>
        <w:t>29:50</w:t>
      </w:r>
    </w:p>
    <w:p w14:paraId="48984758" w14:textId="77777777" w:rsidR="00FE337B" w:rsidRDefault="00A77024">
      <w:pPr>
        <w:spacing w:after="0"/>
      </w:pPr>
      <w:r>
        <w:rPr>
          <w:rFonts w:ascii="Arial" w:hAnsi="Arial"/>
        </w:rPr>
        <w:t>I think this one is more individual.</w:t>
      </w:r>
    </w:p>
    <w:p w14:paraId="14F5D749" w14:textId="77777777" w:rsidR="00FE337B" w:rsidRDefault="00FE337B">
      <w:pPr>
        <w:spacing w:after="0"/>
      </w:pPr>
    </w:p>
    <w:p w14:paraId="3650B69B" w14:textId="77777777" w:rsidR="00FE337B" w:rsidRDefault="00A77024">
      <w:pPr>
        <w:spacing w:after="0"/>
      </w:pPr>
      <w:r>
        <w:rPr>
          <w:rFonts w:ascii="Arial" w:hAnsi="Arial"/>
          <w:b/>
        </w:rPr>
        <w:lastRenderedPageBreak/>
        <w:t xml:space="preserve">Interviewer P:  </w:t>
      </w:r>
      <w:r>
        <w:rPr>
          <w:rFonts w:ascii="Arial" w:hAnsi="Arial"/>
          <w:color w:val="5D7284"/>
        </w:rPr>
        <w:t>29:55</w:t>
      </w:r>
    </w:p>
    <w:p w14:paraId="517A1CCB" w14:textId="77777777" w:rsidR="00FE337B" w:rsidRDefault="00A77024">
      <w:pPr>
        <w:spacing w:after="0"/>
      </w:pPr>
      <w:r>
        <w:rPr>
          <w:rFonts w:ascii="Arial" w:hAnsi="Arial"/>
        </w:rPr>
        <w:t>Streaky things going through.</w:t>
      </w:r>
    </w:p>
    <w:p w14:paraId="54AF7255" w14:textId="77777777" w:rsidR="00FE337B" w:rsidRDefault="00FE337B">
      <w:pPr>
        <w:spacing w:after="0"/>
      </w:pPr>
    </w:p>
    <w:p w14:paraId="69C217DE" w14:textId="77777777" w:rsidR="00FE337B" w:rsidRDefault="00A77024">
      <w:pPr>
        <w:spacing w:after="0"/>
      </w:pPr>
      <w:r>
        <w:rPr>
          <w:rFonts w:ascii="Arial" w:hAnsi="Arial"/>
          <w:b/>
        </w:rPr>
        <w:t xml:space="preserve">Participant #13:  </w:t>
      </w:r>
      <w:r>
        <w:rPr>
          <w:rFonts w:ascii="Arial" w:hAnsi="Arial"/>
          <w:color w:val="5D7284"/>
        </w:rPr>
        <w:t>29:58</w:t>
      </w:r>
    </w:p>
    <w:p w14:paraId="561A9C8E" w14:textId="77777777" w:rsidR="00FE337B" w:rsidRDefault="00A77024">
      <w:pPr>
        <w:spacing w:after="0"/>
      </w:pPr>
      <w:r>
        <w:rPr>
          <w:rFonts w:ascii="Arial" w:hAnsi="Arial"/>
        </w:rPr>
        <w:t>But it would mix I guess too.</w:t>
      </w:r>
    </w:p>
    <w:p w14:paraId="55F4C58E" w14:textId="77777777" w:rsidR="00FE337B" w:rsidRDefault="00FE337B">
      <w:pPr>
        <w:spacing w:after="0"/>
      </w:pPr>
    </w:p>
    <w:p w14:paraId="2A4BCDDA" w14:textId="77777777" w:rsidR="00FE337B" w:rsidRDefault="00A77024">
      <w:pPr>
        <w:spacing w:after="0"/>
      </w:pPr>
      <w:r>
        <w:rPr>
          <w:rFonts w:ascii="Arial" w:hAnsi="Arial"/>
          <w:b/>
        </w:rPr>
        <w:t xml:space="preserve">Interviewer P:  </w:t>
      </w:r>
      <w:r>
        <w:rPr>
          <w:rFonts w:ascii="Arial" w:hAnsi="Arial"/>
          <w:color w:val="5D7284"/>
        </w:rPr>
        <w:t>30:04</w:t>
      </w:r>
    </w:p>
    <w:p w14:paraId="3924E1F0" w14:textId="77777777" w:rsidR="00FE337B" w:rsidRDefault="00A77024">
      <w:pPr>
        <w:spacing w:after="0"/>
      </w:pPr>
      <w:r>
        <w:rPr>
          <w:rFonts w:ascii="Arial" w:hAnsi="Arial"/>
        </w:rPr>
        <w:t>So, streaky things mixing up.</w:t>
      </w:r>
    </w:p>
    <w:p w14:paraId="56FC8170" w14:textId="77777777" w:rsidR="00FE337B" w:rsidRDefault="00FE337B">
      <w:pPr>
        <w:spacing w:after="0"/>
      </w:pPr>
    </w:p>
    <w:p w14:paraId="2FFE89F1" w14:textId="77777777" w:rsidR="00FE337B" w:rsidRDefault="00A77024">
      <w:pPr>
        <w:spacing w:after="0"/>
      </w:pPr>
      <w:r>
        <w:rPr>
          <w:rFonts w:ascii="Arial" w:hAnsi="Arial"/>
          <w:b/>
        </w:rPr>
        <w:t xml:space="preserve">Participant #13:  </w:t>
      </w:r>
      <w:r>
        <w:rPr>
          <w:rFonts w:ascii="Arial" w:hAnsi="Arial"/>
          <w:color w:val="5D7284"/>
        </w:rPr>
        <w:t>30:06</w:t>
      </w:r>
    </w:p>
    <w:p w14:paraId="52FEBDBD" w14:textId="77777777" w:rsidR="00FE337B" w:rsidRDefault="00A77024">
      <w:pPr>
        <w:spacing w:after="0"/>
      </w:pPr>
      <w:r>
        <w:rPr>
          <w:rFonts w:ascii="Arial" w:hAnsi="Arial"/>
        </w:rPr>
        <w:t>Yup.</w:t>
      </w:r>
    </w:p>
    <w:p w14:paraId="11C1D7AD" w14:textId="77777777" w:rsidR="00FE337B" w:rsidRDefault="00FE337B">
      <w:pPr>
        <w:spacing w:after="0"/>
      </w:pPr>
    </w:p>
    <w:p w14:paraId="547BBD6C" w14:textId="77777777" w:rsidR="00FE337B" w:rsidRDefault="00A77024">
      <w:pPr>
        <w:spacing w:after="0"/>
      </w:pPr>
      <w:r>
        <w:rPr>
          <w:rFonts w:ascii="Arial" w:hAnsi="Arial"/>
          <w:b/>
        </w:rPr>
        <w:t xml:space="preserve">Interviewer P:  </w:t>
      </w:r>
      <w:r>
        <w:rPr>
          <w:rFonts w:ascii="Arial" w:hAnsi="Arial"/>
          <w:color w:val="5D7284"/>
        </w:rPr>
        <w:t>30:09</w:t>
      </w:r>
    </w:p>
    <w:p w14:paraId="2A1EAD34" w14:textId="77777777" w:rsidR="00FE337B" w:rsidRDefault="00A77024">
      <w:pPr>
        <w:spacing w:after="0"/>
      </w:pPr>
      <w:r>
        <w:rPr>
          <w:rFonts w:ascii="Arial" w:hAnsi="Arial"/>
        </w:rPr>
        <w:t>All right well let's try it and see what it looks like. Right right so does that surprise you?</w:t>
      </w:r>
    </w:p>
    <w:p w14:paraId="75E77CFA" w14:textId="77777777" w:rsidR="00FE337B" w:rsidRDefault="00FE337B">
      <w:pPr>
        <w:spacing w:after="0"/>
      </w:pPr>
    </w:p>
    <w:p w14:paraId="4CB281E6" w14:textId="77777777" w:rsidR="00FE337B" w:rsidRDefault="00A77024">
      <w:pPr>
        <w:spacing w:after="0"/>
      </w:pPr>
      <w:r>
        <w:rPr>
          <w:rFonts w:ascii="Arial" w:hAnsi="Arial"/>
          <w:b/>
        </w:rPr>
        <w:t xml:space="preserve">Participant #13:  </w:t>
      </w:r>
      <w:r>
        <w:rPr>
          <w:rFonts w:ascii="Arial" w:hAnsi="Arial"/>
          <w:color w:val="5D7284"/>
        </w:rPr>
        <w:t>31:23</w:t>
      </w:r>
    </w:p>
    <w:p w14:paraId="772E30CA" w14:textId="2DE2DCEF" w:rsidR="00FE337B" w:rsidRDefault="00A77024">
      <w:pPr>
        <w:spacing w:after="0"/>
      </w:pPr>
      <w:r>
        <w:rPr>
          <w:rFonts w:ascii="Arial" w:hAnsi="Arial"/>
        </w:rPr>
        <w:t xml:space="preserve">Yes. </w:t>
      </w:r>
      <w:r w:rsidR="00850C16">
        <w:rPr>
          <w:rFonts w:ascii="Arial" w:hAnsi="Arial"/>
        </w:rPr>
        <w:t>That’s</w:t>
      </w:r>
      <w:r>
        <w:rPr>
          <w:rFonts w:ascii="Arial" w:hAnsi="Arial"/>
        </w:rPr>
        <w:t xml:space="preserve"> so interesting and even with the spinning it's still taking time...</w:t>
      </w:r>
    </w:p>
    <w:p w14:paraId="4212A63A" w14:textId="77777777" w:rsidR="00FE337B" w:rsidRDefault="00FE337B">
      <w:pPr>
        <w:spacing w:after="0"/>
      </w:pPr>
    </w:p>
    <w:p w14:paraId="607FC7AD" w14:textId="77777777" w:rsidR="00FE337B" w:rsidRDefault="00A77024">
      <w:pPr>
        <w:spacing w:after="0"/>
      </w:pPr>
      <w:r>
        <w:rPr>
          <w:rFonts w:ascii="Arial" w:hAnsi="Arial"/>
          <w:b/>
        </w:rPr>
        <w:t xml:space="preserve">Interviewer P:  </w:t>
      </w:r>
      <w:r>
        <w:rPr>
          <w:rFonts w:ascii="Arial" w:hAnsi="Arial"/>
          <w:color w:val="5D7284"/>
        </w:rPr>
        <w:t>31:32</w:t>
      </w:r>
    </w:p>
    <w:p w14:paraId="211C1210" w14:textId="77777777" w:rsidR="00FE337B" w:rsidRDefault="00A77024">
      <w:pPr>
        <w:spacing w:after="0"/>
      </w:pPr>
      <w:r>
        <w:rPr>
          <w:rFonts w:ascii="Arial" w:hAnsi="Arial"/>
        </w:rPr>
        <w:t>Can you rescript sketch what it actually looks like to you? Mkay so what's the main difference in the two. What did you do to correct it?</w:t>
      </w:r>
    </w:p>
    <w:p w14:paraId="4CEDBDF6" w14:textId="77777777" w:rsidR="00FE337B" w:rsidRDefault="00FE337B">
      <w:pPr>
        <w:spacing w:after="0"/>
      </w:pPr>
    </w:p>
    <w:p w14:paraId="579D7183" w14:textId="77777777" w:rsidR="00FE337B" w:rsidRDefault="00A77024">
      <w:pPr>
        <w:spacing w:after="0"/>
      </w:pPr>
      <w:r>
        <w:rPr>
          <w:rFonts w:ascii="Arial" w:hAnsi="Arial"/>
          <w:b/>
        </w:rPr>
        <w:t xml:space="preserve">Participant #13:  </w:t>
      </w:r>
      <w:r>
        <w:rPr>
          <w:rFonts w:ascii="Arial" w:hAnsi="Arial"/>
          <w:color w:val="5D7284"/>
        </w:rPr>
        <w:t>33:30</w:t>
      </w:r>
    </w:p>
    <w:p w14:paraId="4E18A50D" w14:textId="59FD0790" w:rsidR="00FE337B" w:rsidRDefault="00A77024">
      <w:pPr>
        <w:spacing w:after="0"/>
      </w:pPr>
      <w:r>
        <w:rPr>
          <w:rFonts w:ascii="Arial" w:hAnsi="Arial"/>
        </w:rPr>
        <w:t xml:space="preserve">Um is more blotchy from the top. Um this one is just fully dispersed. And then this one you can see the actual little spirals of the </w:t>
      </w:r>
      <w:r w:rsidR="00850C16">
        <w:rPr>
          <w:rFonts w:ascii="Arial" w:hAnsi="Arial"/>
        </w:rPr>
        <w:t>water;</w:t>
      </w:r>
      <w:r>
        <w:rPr>
          <w:rFonts w:ascii="Arial" w:hAnsi="Arial"/>
        </w:rPr>
        <w:t xml:space="preserve"> I mean of the color and then this one is more mixed.</w:t>
      </w:r>
    </w:p>
    <w:p w14:paraId="2280C43B" w14:textId="77777777" w:rsidR="00FE337B" w:rsidRDefault="00FE337B">
      <w:pPr>
        <w:spacing w:after="0"/>
      </w:pPr>
    </w:p>
    <w:p w14:paraId="40F4E379" w14:textId="77777777" w:rsidR="00FE337B" w:rsidRDefault="00A77024">
      <w:pPr>
        <w:spacing w:after="0"/>
      </w:pPr>
      <w:r>
        <w:rPr>
          <w:rFonts w:ascii="Arial" w:hAnsi="Arial"/>
          <w:b/>
        </w:rPr>
        <w:t xml:space="preserve">Interviewer P:  </w:t>
      </w:r>
      <w:r>
        <w:rPr>
          <w:rFonts w:ascii="Arial" w:hAnsi="Arial"/>
          <w:color w:val="5D7284"/>
        </w:rPr>
        <w:t>33:58</w:t>
      </w:r>
    </w:p>
    <w:p w14:paraId="0DC78335" w14:textId="77777777" w:rsidR="00FE337B" w:rsidRDefault="00A77024">
      <w:pPr>
        <w:spacing w:after="0"/>
      </w:pPr>
      <w:r>
        <w:rPr>
          <w:rFonts w:ascii="Arial" w:hAnsi="Arial"/>
        </w:rPr>
        <w:t>So, I noticed that you drew this one these kind of zigzag are are those meant to depict spirals?</w:t>
      </w:r>
    </w:p>
    <w:p w14:paraId="3A015176" w14:textId="77777777" w:rsidR="00FE337B" w:rsidRDefault="00FE337B">
      <w:pPr>
        <w:spacing w:after="0"/>
      </w:pPr>
    </w:p>
    <w:p w14:paraId="5F9EE119" w14:textId="77777777" w:rsidR="00FE337B" w:rsidRDefault="00A77024">
      <w:pPr>
        <w:spacing w:after="0"/>
      </w:pPr>
      <w:r>
        <w:rPr>
          <w:rFonts w:ascii="Arial" w:hAnsi="Arial"/>
          <w:b/>
        </w:rPr>
        <w:t xml:space="preserve">Participant #13:  </w:t>
      </w:r>
      <w:r>
        <w:rPr>
          <w:rFonts w:ascii="Arial" w:hAnsi="Arial"/>
          <w:color w:val="5D7284"/>
        </w:rPr>
        <w:t>34:08</w:t>
      </w:r>
    </w:p>
    <w:p w14:paraId="6D2E75FD" w14:textId="04721A68" w:rsidR="00FE337B" w:rsidRDefault="00850C16">
      <w:pPr>
        <w:spacing w:after="0"/>
      </w:pPr>
      <w:r>
        <w:rPr>
          <w:rFonts w:ascii="Arial" w:hAnsi="Arial"/>
        </w:rPr>
        <w:t>Oh, not necessarily spirals?</w:t>
      </w:r>
    </w:p>
    <w:p w14:paraId="2A71590E" w14:textId="77777777" w:rsidR="00FE337B" w:rsidRDefault="00FE337B">
      <w:pPr>
        <w:spacing w:after="0"/>
      </w:pPr>
    </w:p>
    <w:p w14:paraId="59724860" w14:textId="77777777" w:rsidR="00FE337B" w:rsidRDefault="00A77024">
      <w:pPr>
        <w:spacing w:after="0"/>
      </w:pPr>
      <w:r>
        <w:rPr>
          <w:rFonts w:ascii="Arial" w:hAnsi="Arial"/>
          <w:b/>
        </w:rPr>
        <w:t xml:space="preserve">Interviewer P:  </w:t>
      </w:r>
      <w:r>
        <w:rPr>
          <w:rFonts w:ascii="Arial" w:hAnsi="Arial"/>
          <w:color w:val="5D7284"/>
        </w:rPr>
        <w:t>34:11</w:t>
      </w:r>
    </w:p>
    <w:p w14:paraId="104F5FFF" w14:textId="77777777" w:rsidR="00FE337B" w:rsidRDefault="00A77024">
      <w:pPr>
        <w:spacing w:after="0"/>
      </w:pPr>
      <w:r>
        <w:rPr>
          <w:rFonts w:ascii="Arial" w:hAnsi="Arial"/>
        </w:rPr>
        <w:t xml:space="preserve">Are they spiraling in there? There </w:t>
      </w:r>
      <w:r>
        <w:rPr>
          <w:rFonts w:ascii="Arial" w:hAnsi="Arial"/>
        </w:rPr>
        <w:t>that's what I'm trying to just kind of.</w:t>
      </w:r>
    </w:p>
    <w:p w14:paraId="50227A4D" w14:textId="77777777" w:rsidR="00FE337B" w:rsidRDefault="00FE337B">
      <w:pPr>
        <w:spacing w:after="0"/>
      </w:pPr>
    </w:p>
    <w:p w14:paraId="55BAAC72" w14:textId="77777777" w:rsidR="00FE337B" w:rsidRDefault="00A77024">
      <w:pPr>
        <w:spacing w:after="0"/>
      </w:pPr>
      <w:r>
        <w:rPr>
          <w:rFonts w:ascii="Arial" w:hAnsi="Arial"/>
          <w:b/>
        </w:rPr>
        <w:t xml:space="preserve">Participant #13:  </w:t>
      </w:r>
      <w:r>
        <w:rPr>
          <w:rFonts w:ascii="Arial" w:hAnsi="Arial"/>
          <w:color w:val="5D7284"/>
        </w:rPr>
        <w:t>34:14</w:t>
      </w:r>
    </w:p>
    <w:p w14:paraId="75766E66" w14:textId="47E9620D" w:rsidR="00FE337B" w:rsidRDefault="00850C16">
      <w:pPr>
        <w:spacing w:after="0"/>
      </w:pPr>
      <w:r>
        <w:rPr>
          <w:rFonts w:ascii="Arial" w:hAnsi="Arial"/>
        </w:rPr>
        <w:t>Yeah, it's like, not really, I don’t know the word.</w:t>
      </w:r>
    </w:p>
    <w:p w14:paraId="5B7628DA" w14:textId="77777777" w:rsidR="00FE337B" w:rsidRDefault="00FE337B">
      <w:pPr>
        <w:spacing w:after="0"/>
      </w:pPr>
    </w:p>
    <w:p w14:paraId="5F0A1F51" w14:textId="77777777" w:rsidR="00FE337B" w:rsidRDefault="00A77024">
      <w:pPr>
        <w:spacing w:after="0"/>
      </w:pPr>
      <w:r>
        <w:rPr>
          <w:rFonts w:ascii="Arial" w:hAnsi="Arial"/>
          <w:b/>
        </w:rPr>
        <w:t xml:space="preserve">Interviewer P:  </w:t>
      </w:r>
      <w:r>
        <w:rPr>
          <w:rFonts w:ascii="Arial" w:hAnsi="Arial"/>
          <w:color w:val="5D7284"/>
        </w:rPr>
        <w:t>34:22</w:t>
      </w:r>
    </w:p>
    <w:p w14:paraId="22604463" w14:textId="6106DF2C" w:rsidR="00FE337B" w:rsidRDefault="00A77024">
      <w:pPr>
        <w:spacing w:after="0"/>
      </w:pPr>
      <w:r>
        <w:rPr>
          <w:rFonts w:ascii="Arial" w:hAnsi="Arial"/>
        </w:rPr>
        <w:t xml:space="preserve">So, is it are these </w:t>
      </w:r>
      <w:r w:rsidR="00850C16">
        <w:rPr>
          <w:rFonts w:ascii="Arial" w:hAnsi="Arial"/>
        </w:rPr>
        <w:t>spirals,</w:t>
      </w:r>
      <w:r>
        <w:rPr>
          <w:rFonts w:ascii="Arial" w:hAnsi="Arial"/>
        </w:rPr>
        <w:t xml:space="preserve"> and the dye columns are they more like dye columns that are kind of spread out.</w:t>
      </w:r>
    </w:p>
    <w:p w14:paraId="622C5B43" w14:textId="77777777" w:rsidR="00FE337B" w:rsidRDefault="00FE337B">
      <w:pPr>
        <w:spacing w:after="0"/>
      </w:pPr>
    </w:p>
    <w:p w14:paraId="5AB5F640" w14:textId="77777777" w:rsidR="00FE337B" w:rsidRDefault="00A77024">
      <w:pPr>
        <w:spacing w:after="0"/>
      </w:pPr>
      <w:r>
        <w:rPr>
          <w:rFonts w:ascii="Arial" w:hAnsi="Arial"/>
          <w:b/>
        </w:rPr>
        <w:t xml:space="preserve">Participant #13:  </w:t>
      </w:r>
      <w:r>
        <w:rPr>
          <w:rFonts w:ascii="Arial" w:hAnsi="Arial"/>
          <w:color w:val="5D7284"/>
        </w:rPr>
        <w:t>34:33</w:t>
      </w:r>
    </w:p>
    <w:p w14:paraId="11B4D815" w14:textId="4BA8527C" w:rsidR="00FE337B" w:rsidRDefault="00A77024">
      <w:pPr>
        <w:spacing w:after="0"/>
      </w:pPr>
      <w:r>
        <w:rPr>
          <w:rFonts w:ascii="Arial" w:hAnsi="Arial"/>
        </w:rPr>
        <w:lastRenderedPageBreak/>
        <w:t xml:space="preserve">Um I guess </w:t>
      </w:r>
      <w:r w:rsidR="00850C16">
        <w:rPr>
          <w:rFonts w:ascii="Arial" w:hAnsi="Arial"/>
        </w:rPr>
        <w:t>they’re</w:t>
      </w:r>
      <w:r>
        <w:rPr>
          <w:rFonts w:ascii="Arial" w:hAnsi="Arial"/>
        </w:rPr>
        <w:t xml:space="preserve"> like, like you know how like to remove, not to remove, but like when you spend a water bottle and has a little like.</w:t>
      </w:r>
    </w:p>
    <w:p w14:paraId="61D26782" w14:textId="77777777" w:rsidR="00FE337B" w:rsidRDefault="00FE337B">
      <w:pPr>
        <w:spacing w:after="0"/>
      </w:pPr>
    </w:p>
    <w:p w14:paraId="5FD9C3CF" w14:textId="77777777" w:rsidR="00FE337B" w:rsidRDefault="00A77024">
      <w:pPr>
        <w:spacing w:after="0"/>
      </w:pPr>
      <w:r>
        <w:rPr>
          <w:rFonts w:ascii="Arial" w:hAnsi="Arial"/>
          <w:b/>
        </w:rPr>
        <w:t xml:space="preserve">Interviewer P:  </w:t>
      </w:r>
      <w:r>
        <w:rPr>
          <w:rFonts w:ascii="Arial" w:hAnsi="Arial"/>
          <w:color w:val="5D7284"/>
        </w:rPr>
        <w:t>34:48</w:t>
      </w:r>
    </w:p>
    <w:p w14:paraId="4039D762" w14:textId="1FB647F9" w:rsidR="00FE337B" w:rsidRDefault="00A77024">
      <w:pPr>
        <w:spacing w:after="0"/>
      </w:pPr>
      <w:r>
        <w:rPr>
          <w:rFonts w:ascii="Arial" w:hAnsi="Arial"/>
        </w:rPr>
        <w:t xml:space="preserve">Like a vortex Yeah. Okay, and is that what you're seeing in their a little </w:t>
      </w:r>
      <w:r w:rsidR="00850C16">
        <w:rPr>
          <w:rFonts w:ascii="Arial" w:hAnsi="Arial"/>
        </w:rPr>
        <w:t>vortices</w:t>
      </w:r>
      <w:r>
        <w:rPr>
          <w:rFonts w:ascii="Arial" w:hAnsi="Arial"/>
        </w:rPr>
        <w:t xml:space="preserve"> like in a, like you would see </w:t>
      </w:r>
      <w:r w:rsidR="00850C16">
        <w:rPr>
          <w:rFonts w:ascii="Arial" w:hAnsi="Arial"/>
        </w:rPr>
        <w:t>in</w:t>
      </w:r>
      <w:r>
        <w:rPr>
          <w:rFonts w:ascii="Arial" w:hAnsi="Arial"/>
        </w:rPr>
        <w:t xml:space="preserve"> a water bottle?</w:t>
      </w:r>
    </w:p>
    <w:p w14:paraId="060895C2" w14:textId="77777777" w:rsidR="00FE337B" w:rsidRDefault="00FE337B">
      <w:pPr>
        <w:spacing w:after="0"/>
      </w:pPr>
    </w:p>
    <w:p w14:paraId="1265EE13" w14:textId="77777777" w:rsidR="00FE337B" w:rsidRDefault="00A77024">
      <w:pPr>
        <w:spacing w:after="0"/>
      </w:pPr>
      <w:r>
        <w:rPr>
          <w:rFonts w:ascii="Arial" w:hAnsi="Arial"/>
          <w:b/>
        </w:rPr>
        <w:t xml:space="preserve">Participant #13:  </w:t>
      </w:r>
      <w:r>
        <w:rPr>
          <w:rFonts w:ascii="Arial" w:hAnsi="Arial"/>
          <w:color w:val="5D7284"/>
        </w:rPr>
        <w:t>35:01</w:t>
      </w:r>
    </w:p>
    <w:p w14:paraId="6B6B0406" w14:textId="77777777" w:rsidR="00FE337B" w:rsidRDefault="00A77024">
      <w:pPr>
        <w:spacing w:after="0"/>
      </w:pPr>
      <w:r>
        <w:rPr>
          <w:rFonts w:ascii="Arial" w:hAnsi="Arial"/>
        </w:rPr>
        <w:t>Maybe not the same but it's like it's actually it has its shape like it has a shape.</w:t>
      </w:r>
    </w:p>
    <w:p w14:paraId="03865212" w14:textId="77777777" w:rsidR="00FE337B" w:rsidRDefault="00FE337B">
      <w:pPr>
        <w:spacing w:after="0"/>
      </w:pPr>
    </w:p>
    <w:p w14:paraId="530721A1" w14:textId="77777777" w:rsidR="00FE337B" w:rsidRDefault="00A77024">
      <w:pPr>
        <w:spacing w:after="0"/>
      </w:pPr>
      <w:r>
        <w:rPr>
          <w:rFonts w:ascii="Arial" w:hAnsi="Arial"/>
          <w:b/>
        </w:rPr>
        <w:t xml:space="preserve">Interviewer P:  </w:t>
      </w:r>
      <w:r>
        <w:rPr>
          <w:rFonts w:ascii="Arial" w:hAnsi="Arial"/>
          <w:color w:val="5D7284"/>
        </w:rPr>
        <w:t>35:08</w:t>
      </w:r>
    </w:p>
    <w:p w14:paraId="53A1F3F4" w14:textId="77777777" w:rsidR="00FE337B" w:rsidRDefault="00A77024">
      <w:pPr>
        <w:spacing w:after="0"/>
      </w:pPr>
      <w:r>
        <w:rPr>
          <w:rFonts w:ascii="Arial" w:hAnsi="Arial"/>
        </w:rPr>
        <w:t xml:space="preserve">And what is the shape? </w:t>
      </w:r>
    </w:p>
    <w:p w14:paraId="0718C903" w14:textId="77777777" w:rsidR="00FE337B" w:rsidRDefault="00FE337B">
      <w:pPr>
        <w:spacing w:after="0"/>
      </w:pPr>
    </w:p>
    <w:p w14:paraId="5CE424BF" w14:textId="77777777" w:rsidR="00FE337B" w:rsidRDefault="00A77024">
      <w:pPr>
        <w:spacing w:after="0"/>
      </w:pPr>
      <w:r>
        <w:rPr>
          <w:rFonts w:ascii="Arial" w:hAnsi="Arial"/>
          <w:b/>
        </w:rPr>
        <w:t xml:space="preserve">Participant #13:  </w:t>
      </w:r>
      <w:r>
        <w:rPr>
          <w:rFonts w:ascii="Arial" w:hAnsi="Arial"/>
          <w:color w:val="5D7284"/>
        </w:rPr>
        <w:t>35:11</w:t>
      </w:r>
    </w:p>
    <w:p w14:paraId="3762971E" w14:textId="77777777" w:rsidR="00FE337B" w:rsidRDefault="00A77024">
      <w:pPr>
        <w:spacing w:after="0"/>
      </w:pPr>
      <w:r>
        <w:rPr>
          <w:rFonts w:ascii="Arial" w:hAnsi="Arial"/>
        </w:rPr>
        <w:t>Like a cylinder shape.</w:t>
      </w:r>
    </w:p>
    <w:p w14:paraId="5C4C2AAB" w14:textId="77777777" w:rsidR="00FE337B" w:rsidRDefault="00FE337B">
      <w:pPr>
        <w:spacing w:after="0"/>
      </w:pPr>
    </w:p>
    <w:p w14:paraId="710DDAFA" w14:textId="77777777" w:rsidR="00FE337B" w:rsidRDefault="00A77024">
      <w:pPr>
        <w:spacing w:after="0"/>
      </w:pPr>
      <w:r>
        <w:rPr>
          <w:rFonts w:ascii="Arial" w:hAnsi="Arial"/>
          <w:b/>
        </w:rPr>
        <w:t xml:space="preserve">Interviewer P:  </w:t>
      </w:r>
      <w:r>
        <w:rPr>
          <w:rFonts w:ascii="Arial" w:hAnsi="Arial"/>
          <w:color w:val="5D7284"/>
        </w:rPr>
        <w:t>35:13</w:t>
      </w:r>
    </w:p>
    <w:p w14:paraId="3B96A880" w14:textId="77777777" w:rsidR="00FE337B" w:rsidRDefault="00A77024">
      <w:pPr>
        <w:spacing w:after="0"/>
      </w:pPr>
      <w:r>
        <w:rPr>
          <w:rFonts w:ascii="Arial" w:hAnsi="Arial"/>
        </w:rPr>
        <w:t>It's a cylinder is this or is the cylinder itself spiraling or spinning.</w:t>
      </w:r>
    </w:p>
    <w:p w14:paraId="1DCAFDC2" w14:textId="77777777" w:rsidR="00FE337B" w:rsidRDefault="00FE337B">
      <w:pPr>
        <w:spacing w:after="0"/>
      </w:pPr>
    </w:p>
    <w:p w14:paraId="0F75CB5A" w14:textId="77777777" w:rsidR="00FE337B" w:rsidRDefault="00A77024">
      <w:pPr>
        <w:spacing w:after="0"/>
      </w:pPr>
      <w:r>
        <w:rPr>
          <w:rFonts w:ascii="Arial" w:hAnsi="Arial"/>
          <w:b/>
        </w:rPr>
        <w:t xml:space="preserve">Participant #13:  </w:t>
      </w:r>
      <w:r>
        <w:rPr>
          <w:rFonts w:ascii="Arial" w:hAnsi="Arial"/>
          <w:color w:val="5D7284"/>
        </w:rPr>
        <w:t>35:19</w:t>
      </w:r>
    </w:p>
    <w:p w14:paraId="3507074D" w14:textId="77777777" w:rsidR="00FE337B" w:rsidRDefault="00A77024">
      <w:pPr>
        <w:spacing w:after="0"/>
      </w:pPr>
      <w:r>
        <w:rPr>
          <w:rFonts w:ascii="Arial" w:hAnsi="Arial"/>
        </w:rPr>
        <w:t xml:space="preserve">No, I don't think so. Maybe it is but for </w:t>
      </w:r>
      <w:r>
        <w:rPr>
          <w:rFonts w:ascii="Arial" w:hAnsi="Arial"/>
        </w:rPr>
        <w:t>my eye I can't really see so.</w:t>
      </w:r>
    </w:p>
    <w:p w14:paraId="69AFD303" w14:textId="77777777" w:rsidR="00FE337B" w:rsidRDefault="00FE337B">
      <w:pPr>
        <w:spacing w:after="0"/>
      </w:pPr>
    </w:p>
    <w:p w14:paraId="193F0338" w14:textId="77777777" w:rsidR="00FE337B" w:rsidRDefault="00A77024">
      <w:pPr>
        <w:spacing w:after="0"/>
      </w:pPr>
      <w:r>
        <w:rPr>
          <w:rFonts w:ascii="Arial" w:hAnsi="Arial"/>
          <w:b/>
        </w:rPr>
        <w:t xml:space="preserve">Interviewer P:  </w:t>
      </w:r>
      <w:r>
        <w:rPr>
          <w:rFonts w:ascii="Arial" w:hAnsi="Arial"/>
          <w:color w:val="5D7284"/>
        </w:rPr>
        <w:t>35:36</w:t>
      </w:r>
    </w:p>
    <w:p w14:paraId="216B28C1" w14:textId="77777777" w:rsidR="00FE337B" w:rsidRDefault="00A77024">
      <w:pPr>
        <w:spacing w:after="0"/>
      </w:pPr>
      <w:r>
        <w:rPr>
          <w:rFonts w:ascii="Arial" w:hAnsi="Arial"/>
        </w:rPr>
        <w:t>Would you say they're more spiraling or that they're kind of standing up straight like a soldier?</w:t>
      </w:r>
    </w:p>
    <w:p w14:paraId="27072A70" w14:textId="77777777" w:rsidR="00FE337B" w:rsidRDefault="00FE337B">
      <w:pPr>
        <w:spacing w:after="0"/>
      </w:pPr>
    </w:p>
    <w:p w14:paraId="58F3D89D" w14:textId="77777777" w:rsidR="00FE337B" w:rsidRDefault="00A77024">
      <w:pPr>
        <w:spacing w:after="0"/>
      </w:pPr>
      <w:r>
        <w:rPr>
          <w:rFonts w:ascii="Arial" w:hAnsi="Arial"/>
          <w:b/>
        </w:rPr>
        <w:t xml:space="preserve">Participant #13:  </w:t>
      </w:r>
      <w:r>
        <w:rPr>
          <w:rFonts w:ascii="Arial" w:hAnsi="Arial"/>
          <w:color w:val="5D7284"/>
        </w:rPr>
        <w:t>35:42</w:t>
      </w:r>
    </w:p>
    <w:p w14:paraId="1DC9D548" w14:textId="77777777" w:rsidR="00FE337B" w:rsidRDefault="00A77024">
      <w:pPr>
        <w:spacing w:after="0"/>
      </w:pPr>
      <w:r>
        <w:rPr>
          <w:rFonts w:ascii="Arial" w:hAnsi="Arial"/>
        </w:rPr>
        <w:t>Standing up straight.</w:t>
      </w:r>
    </w:p>
    <w:p w14:paraId="6307E141" w14:textId="77777777" w:rsidR="00FE337B" w:rsidRDefault="00FE337B">
      <w:pPr>
        <w:spacing w:after="0"/>
      </w:pPr>
    </w:p>
    <w:p w14:paraId="405959FF" w14:textId="77777777" w:rsidR="00FE337B" w:rsidRDefault="00A77024">
      <w:pPr>
        <w:spacing w:after="0"/>
      </w:pPr>
      <w:r>
        <w:rPr>
          <w:rFonts w:ascii="Arial" w:hAnsi="Arial"/>
          <w:b/>
        </w:rPr>
        <w:t xml:space="preserve">Interviewer P:  </w:t>
      </w:r>
      <w:r>
        <w:rPr>
          <w:rFonts w:ascii="Arial" w:hAnsi="Arial"/>
          <w:color w:val="5D7284"/>
        </w:rPr>
        <w:t>35:46</w:t>
      </w:r>
    </w:p>
    <w:p w14:paraId="3EDE6E3E" w14:textId="77777777" w:rsidR="00FE337B" w:rsidRDefault="00A77024">
      <w:pPr>
        <w:spacing w:after="0"/>
      </w:pPr>
      <w:r>
        <w:rPr>
          <w:rFonts w:ascii="Arial" w:hAnsi="Arial"/>
        </w:rPr>
        <w:t>What could be holding them up?</w:t>
      </w:r>
    </w:p>
    <w:p w14:paraId="76381BDC" w14:textId="77777777" w:rsidR="00FE337B" w:rsidRDefault="00FE337B">
      <w:pPr>
        <w:spacing w:after="0"/>
      </w:pPr>
    </w:p>
    <w:p w14:paraId="6191B0DE" w14:textId="77777777" w:rsidR="00FE337B" w:rsidRDefault="00A77024">
      <w:pPr>
        <w:spacing w:after="0"/>
      </w:pPr>
      <w:r>
        <w:rPr>
          <w:rFonts w:ascii="Arial" w:hAnsi="Arial"/>
          <w:b/>
        </w:rPr>
        <w:t xml:space="preserve">Participant #13:  </w:t>
      </w:r>
      <w:r>
        <w:rPr>
          <w:rFonts w:ascii="Arial" w:hAnsi="Arial"/>
          <w:color w:val="5D7284"/>
        </w:rPr>
        <w:t>35:50</w:t>
      </w:r>
    </w:p>
    <w:p w14:paraId="2D3B2EB5" w14:textId="77777777" w:rsidR="00FE337B" w:rsidRDefault="00A77024">
      <w:pPr>
        <w:spacing w:after="0"/>
      </w:pPr>
      <w:r>
        <w:rPr>
          <w:rFonts w:ascii="Arial" w:hAnsi="Arial"/>
        </w:rPr>
        <w:t>I guess the motion, the spinning.</w:t>
      </w:r>
    </w:p>
    <w:p w14:paraId="527BAB79" w14:textId="77777777" w:rsidR="00FE337B" w:rsidRDefault="00FE337B">
      <w:pPr>
        <w:spacing w:after="0"/>
      </w:pPr>
    </w:p>
    <w:p w14:paraId="6D6E1300" w14:textId="77777777" w:rsidR="00FE337B" w:rsidRDefault="00A77024">
      <w:pPr>
        <w:spacing w:after="0"/>
      </w:pPr>
      <w:r>
        <w:rPr>
          <w:rFonts w:ascii="Arial" w:hAnsi="Arial"/>
          <w:b/>
        </w:rPr>
        <w:t xml:space="preserve">Interviewer P:  </w:t>
      </w:r>
      <w:r>
        <w:rPr>
          <w:rFonts w:ascii="Arial" w:hAnsi="Arial"/>
          <w:color w:val="5D7284"/>
        </w:rPr>
        <w:t>35:56</w:t>
      </w:r>
    </w:p>
    <w:p w14:paraId="32DBE33B" w14:textId="77777777" w:rsidR="00FE337B" w:rsidRDefault="00A77024">
      <w:pPr>
        <w:spacing w:after="0"/>
      </w:pPr>
      <w:r>
        <w:rPr>
          <w:rFonts w:ascii="Arial" w:hAnsi="Arial"/>
        </w:rPr>
        <w:t>And how does spinning. What are your thoughts about like how some how spinning hold something up?</w:t>
      </w:r>
    </w:p>
    <w:p w14:paraId="38A92E6B" w14:textId="77777777" w:rsidR="00FE337B" w:rsidRDefault="00FE337B">
      <w:pPr>
        <w:spacing w:after="0"/>
      </w:pPr>
    </w:p>
    <w:p w14:paraId="4D668C7F" w14:textId="77777777" w:rsidR="00FE337B" w:rsidRDefault="00A77024">
      <w:pPr>
        <w:spacing w:after="0"/>
      </w:pPr>
      <w:r>
        <w:rPr>
          <w:rFonts w:ascii="Arial" w:hAnsi="Arial"/>
          <w:b/>
        </w:rPr>
        <w:t xml:space="preserve">Participant #13:  </w:t>
      </w:r>
      <w:r>
        <w:rPr>
          <w:rFonts w:ascii="Arial" w:hAnsi="Arial"/>
          <w:color w:val="5D7284"/>
        </w:rPr>
        <w:t>36:04</w:t>
      </w:r>
    </w:p>
    <w:p w14:paraId="7228C4DE" w14:textId="77777777" w:rsidR="00FE337B" w:rsidRDefault="00A77024">
      <w:pPr>
        <w:spacing w:after="0"/>
      </w:pPr>
      <w:r>
        <w:rPr>
          <w:rFonts w:ascii="Arial" w:hAnsi="Arial"/>
        </w:rPr>
        <w:t>I guess like the water is more compact.</w:t>
      </w:r>
    </w:p>
    <w:p w14:paraId="21156599" w14:textId="77777777" w:rsidR="00FE337B" w:rsidRDefault="00FE337B">
      <w:pPr>
        <w:spacing w:after="0"/>
      </w:pPr>
    </w:p>
    <w:p w14:paraId="4CE7561A" w14:textId="77777777" w:rsidR="00FE337B" w:rsidRDefault="00A77024">
      <w:pPr>
        <w:spacing w:after="0"/>
      </w:pPr>
      <w:r>
        <w:rPr>
          <w:rFonts w:ascii="Arial" w:hAnsi="Arial"/>
          <w:b/>
        </w:rPr>
        <w:t xml:space="preserve">Interviewer P:  </w:t>
      </w:r>
      <w:r>
        <w:rPr>
          <w:rFonts w:ascii="Arial" w:hAnsi="Arial"/>
          <w:color w:val="5D7284"/>
        </w:rPr>
        <w:t>36:12</w:t>
      </w:r>
    </w:p>
    <w:p w14:paraId="61DF1423" w14:textId="77777777" w:rsidR="00FE337B" w:rsidRDefault="00A77024">
      <w:pPr>
        <w:spacing w:after="0"/>
      </w:pPr>
      <w:r>
        <w:rPr>
          <w:rFonts w:ascii="Arial" w:hAnsi="Arial"/>
        </w:rPr>
        <w:t>Did you say more compact?</w:t>
      </w:r>
    </w:p>
    <w:p w14:paraId="461463BF" w14:textId="77777777" w:rsidR="00FE337B" w:rsidRDefault="00FE337B">
      <w:pPr>
        <w:spacing w:after="0"/>
      </w:pPr>
    </w:p>
    <w:p w14:paraId="174378D8" w14:textId="77777777" w:rsidR="00FE337B" w:rsidRDefault="00A77024">
      <w:pPr>
        <w:spacing w:after="0"/>
      </w:pPr>
      <w:r>
        <w:rPr>
          <w:rFonts w:ascii="Arial" w:hAnsi="Arial"/>
          <w:b/>
        </w:rPr>
        <w:t xml:space="preserve">Participant #13:  </w:t>
      </w:r>
      <w:r>
        <w:rPr>
          <w:rFonts w:ascii="Arial" w:hAnsi="Arial"/>
          <w:color w:val="5D7284"/>
        </w:rPr>
        <w:t>36:13</w:t>
      </w:r>
    </w:p>
    <w:p w14:paraId="127FC3DF" w14:textId="77777777" w:rsidR="00FE337B" w:rsidRDefault="00A77024">
      <w:pPr>
        <w:spacing w:after="0"/>
      </w:pPr>
      <w:r>
        <w:rPr>
          <w:rFonts w:ascii="Arial" w:hAnsi="Arial"/>
        </w:rPr>
        <w:lastRenderedPageBreak/>
        <w:t>Yeah. Like it's holding the the color.</w:t>
      </w:r>
    </w:p>
    <w:p w14:paraId="4A8A0DD7" w14:textId="77777777" w:rsidR="00FE337B" w:rsidRDefault="00FE337B">
      <w:pPr>
        <w:spacing w:after="0"/>
      </w:pPr>
    </w:p>
    <w:p w14:paraId="2D41C40D" w14:textId="77777777" w:rsidR="00FE337B" w:rsidRDefault="00A77024">
      <w:pPr>
        <w:spacing w:after="0"/>
      </w:pPr>
      <w:r>
        <w:rPr>
          <w:rFonts w:ascii="Arial" w:hAnsi="Arial"/>
          <w:b/>
        </w:rPr>
        <w:t xml:space="preserve">Interviewer P:  </w:t>
      </w:r>
      <w:r>
        <w:rPr>
          <w:rFonts w:ascii="Arial" w:hAnsi="Arial"/>
          <w:color w:val="5D7284"/>
        </w:rPr>
        <w:t>36:35</w:t>
      </w:r>
    </w:p>
    <w:p w14:paraId="4F0B037C" w14:textId="77777777" w:rsidR="00FE337B" w:rsidRDefault="00A77024">
      <w:pPr>
        <w:spacing w:after="0"/>
      </w:pPr>
      <w:r>
        <w:rPr>
          <w:rFonts w:ascii="Arial" w:hAnsi="Arial"/>
        </w:rPr>
        <w:t>Do you think if I left it spinning long enough it would start looking like this?</w:t>
      </w:r>
    </w:p>
    <w:p w14:paraId="749180F0" w14:textId="77777777" w:rsidR="00FE337B" w:rsidRDefault="00FE337B">
      <w:pPr>
        <w:spacing w:after="0"/>
      </w:pPr>
    </w:p>
    <w:p w14:paraId="0D0C6FAD" w14:textId="77777777" w:rsidR="00FE337B" w:rsidRDefault="00A77024">
      <w:pPr>
        <w:spacing w:after="0"/>
      </w:pPr>
      <w:r>
        <w:rPr>
          <w:rFonts w:ascii="Arial" w:hAnsi="Arial"/>
          <w:b/>
        </w:rPr>
        <w:t xml:space="preserve">Participant #13:  </w:t>
      </w:r>
      <w:r>
        <w:rPr>
          <w:rFonts w:ascii="Arial" w:hAnsi="Arial"/>
          <w:color w:val="5D7284"/>
        </w:rPr>
        <w:t>36:42</w:t>
      </w:r>
    </w:p>
    <w:p w14:paraId="3124F652" w14:textId="77777777" w:rsidR="00FE337B" w:rsidRDefault="00A77024">
      <w:pPr>
        <w:spacing w:after="0"/>
      </w:pPr>
      <w:r>
        <w:rPr>
          <w:rFonts w:ascii="Arial" w:hAnsi="Arial"/>
        </w:rPr>
        <w:t>Probably not like that no.</w:t>
      </w:r>
    </w:p>
    <w:p w14:paraId="720A83A6" w14:textId="77777777" w:rsidR="00FE337B" w:rsidRDefault="00FE337B">
      <w:pPr>
        <w:spacing w:after="0"/>
      </w:pPr>
    </w:p>
    <w:p w14:paraId="18696BAC" w14:textId="77777777" w:rsidR="00FE337B" w:rsidRDefault="00A77024">
      <w:pPr>
        <w:spacing w:after="0"/>
      </w:pPr>
      <w:r>
        <w:rPr>
          <w:rFonts w:ascii="Arial" w:hAnsi="Arial"/>
          <w:b/>
        </w:rPr>
        <w:t xml:space="preserve">Interviewer P:  </w:t>
      </w:r>
      <w:r>
        <w:rPr>
          <w:rFonts w:ascii="Arial" w:hAnsi="Arial"/>
          <w:color w:val="5D7284"/>
        </w:rPr>
        <w:t>36:46</w:t>
      </w:r>
    </w:p>
    <w:p w14:paraId="1F545C69" w14:textId="77777777" w:rsidR="00FE337B" w:rsidRDefault="00A77024">
      <w:pPr>
        <w:spacing w:after="0"/>
      </w:pPr>
      <w:r>
        <w:rPr>
          <w:rFonts w:ascii="Arial" w:hAnsi="Arial"/>
        </w:rPr>
        <w:t xml:space="preserve">Do you think that the spirals would or excuse me those columns that you said are kind of like soldiers standing there what do you think they would stay if I kept it spinning? </w:t>
      </w:r>
    </w:p>
    <w:p w14:paraId="0269E118" w14:textId="77777777" w:rsidR="00FE337B" w:rsidRDefault="00FE337B">
      <w:pPr>
        <w:spacing w:after="0"/>
      </w:pPr>
    </w:p>
    <w:p w14:paraId="32ED0AFE" w14:textId="77777777" w:rsidR="00FE337B" w:rsidRDefault="00A77024">
      <w:pPr>
        <w:spacing w:after="0"/>
      </w:pPr>
      <w:r>
        <w:rPr>
          <w:rFonts w:ascii="Arial" w:hAnsi="Arial"/>
          <w:b/>
        </w:rPr>
        <w:t xml:space="preserve">Participant #13:  </w:t>
      </w:r>
      <w:r>
        <w:rPr>
          <w:rFonts w:ascii="Arial" w:hAnsi="Arial"/>
          <w:color w:val="5D7284"/>
        </w:rPr>
        <w:t>36:57</w:t>
      </w:r>
    </w:p>
    <w:p w14:paraId="4ACB91BC" w14:textId="77777777" w:rsidR="00FE337B" w:rsidRDefault="00A77024">
      <w:pPr>
        <w:spacing w:after="0"/>
      </w:pPr>
      <w:r>
        <w:rPr>
          <w:rFonts w:ascii="Arial" w:hAnsi="Arial"/>
        </w:rPr>
        <w:t>How long would you keep it spinning for.</w:t>
      </w:r>
    </w:p>
    <w:p w14:paraId="7EA2B382" w14:textId="77777777" w:rsidR="00FE337B" w:rsidRDefault="00FE337B">
      <w:pPr>
        <w:spacing w:after="0"/>
      </w:pPr>
    </w:p>
    <w:p w14:paraId="42CD76BD" w14:textId="77777777" w:rsidR="00FE337B" w:rsidRDefault="00A77024">
      <w:pPr>
        <w:spacing w:after="0"/>
      </w:pPr>
      <w:r>
        <w:rPr>
          <w:rFonts w:ascii="Arial" w:hAnsi="Arial"/>
          <w:b/>
        </w:rPr>
        <w:t xml:space="preserve">Interviewer P:  </w:t>
      </w:r>
      <w:r>
        <w:rPr>
          <w:rFonts w:ascii="Arial" w:hAnsi="Arial"/>
          <w:color w:val="5D7284"/>
        </w:rPr>
        <w:t>36:59</w:t>
      </w:r>
    </w:p>
    <w:p w14:paraId="5F511BE2" w14:textId="77777777" w:rsidR="00FE337B" w:rsidRDefault="00A77024">
      <w:pPr>
        <w:spacing w:after="0"/>
      </w:pPr>
      <w:r>
        <w:rPr>
          <w:rFonts w:ascii="Arial" w:hAnsi="Arial"/>
        </w:rPr>
        <w:t>Let's say till lunch.</w:t>
      </w:r>
    </w:p>
    <w:p w14:paraId="45A7842B" w14:textId="77777777" w:rsidR="00FE337B" w:rsidRDefault="00FE337B">
      <w:pPr>
        <w:spacing w:after="0"/>
      </w:pPr>
    </w:p>
    <w:p w14:paraId="46864202" w14:textId="77777777" w:rsidR="00FE337B" w:rsidRDefault="00A77024">
      <w:pPr>
        <w:spacing w:after="0"/>
      </w:pPr>
      <w:r>
        <w:rPr>
          <w:rFonts w:ascii="Arial" w:hAnsi="Arial"/>
          <w:b/>
        </w:rPr>
        <w:t xml:space="preserve">Participant #13:  </w:t>
      </w:r>
      <w:r>
        <w:rPr>
          <w:rFonts w:ascii="Arial" w:hAnsi="Arial"/>
          <w:color w:val="5D7284"/>
        </w:rPr>
        <w:t>37:04</w:t>
      </w:r>
    </w:p>
    <w:p w14:paraId="279F1F25" w14:textId="77777777" w:rsidR="00FE337B" w:rsidRDefault="00A77024">
      <w:pPr>
        <w:spacing w:after="0"/>
      </w:pPr>
      <w:r>
        <w:rPr>
          <w:rFonts w:ascii="Arial" w:hAnsi="Arial"/>
        </w:rPr>
        <w:t>I think some, I think it was ...</w:t>
      </w:r>
    </w:p>
    <w:p w14:paraId="1E7A8ECF" w14:textId="77777777" w:rsidR="00FE337B" w:rsidRDefault="00FE337B">
      <w:pPr>
        <w:spacing w:after="0"/>
      </w:pPr>
    </w:p>
    <w:p w14:paraId="5EC54FCC" w14:textId="77777777" w:rsidR="00FE337B" w:rsidRDefault="00A77024">
      <w:pPr>
        <w:spacing w:after="0"/>
      </w:pPr>
      <w:r>
        <w:rPr>
          <w:rFonts w:ascii="Arial" w:hAnsi="Arial"/>
          <w:b/>
        </w:rPr>
        <w:t xml:space="preserve">Interviewer P:  </w:t>
      </w:r>
      <w:r>
        <w:rPr>
          <w:rFonts w:ascii="Arial" w:hAnsi="Arial"/>
          <w:color w:val="5D7284"/>
        </w:rPr>
        <w:t>37:08</w:t>
      </w:r>
    </w:p>
    <w:p w14:paraId="52933294" w14:textId="77777777" w:rsidR="00FE337B" w:rsidRDefault="00A77024">
      <w:pPr>
        <w:spacing w:after="0"/>
      </w:pPr>
      <w:r>
        <w:rPr>
          <w:rFonts w:ascii="Arial" w:hAnsi="Arial"/>
        </w:rPr>
        <w:t>And how about if I left it spinning overnight? We came back tomorrow.</w:t>
      </w:r>
    </w:p>
    <w:p w14:paraId="74084010" w14:textId="77777777" w:rsidR="00FE337B" w:rsidRDefault="00FE337B">
      <w:pPr>
        <w:spacing w:after="0"/>
      </w:pPr>
    </w:p>
    <w:p w14:paraId="7B8EA004" w14:textId="77777777" w:rsidR="00FE337B" w:rsidRDefault="00A77024">
      <w:pPr>
        <w:spacing w:after="0"/>
      </w:pPr>
      <w:r>
        <w:rPr>
          <w:rFonts w:ascii="Arial" w:hAnsi="Arial"/>
          <w:b/>
        </w:rPr>
        <w:t xml:space="preserve">Participant #13:  </w:t>
      </w:r>
      <w:r>
        <w:rPr>
          <w:rFonts w:ascii="Arial" w:hAnsi="Arial"/>
          <w:color w:val="5D7284"/>
        </w:rPr>
        <w:t>37:12</w:t>
      </w:r>
    </w:p>
    <w:p w14:paraId="299DC38C" w14:textId="77777777" w:rsidR="00FE337B" w:rsidRDefault="00A77024">
      <w:pPr>
        <w:spacing w:after="0"/>
      </w:pPr>
      <w:r>
        <w:rPr>
          <w:rFonts w:ascii="Arial" w:hAnsi="Arial"/>
        </w:rPr>
        <w:t xml:space="preserve"> I think it'll be a lot more dispersed.</w:t>
      </w:r>
    </w:p>
    <w:p w14:paraId="2463A2B6" w14:textId="77777777" w:rsidR="00FE337B" w:rsidRDefault="00FE337B">
      <w:pPr>
        <w:spacing w:after="0"/>
      </w:pPr>
    </w:p>
    <w:p w14:paraId="1D65D339" w14:textId="77777777" w:rsidR="00FE337B" w:rsidRDefault="00A77024">
      <w:pPr>
        <w:spacing w:after="0"/>
      </w:pPr>
      <w:r>
        <w:rPr>
          <w:rFonts w:ascii="Arial" w:hAnsi="Arial"/>
          <w:b/>
        </w:rPr>
        <w:t xml:space="preserve">Interviewer P:  </w:t>
      </w:r>
      <w:r>
        <w:rPr>
          <w:rFonts w:ascii="Arial" w:hAnsi="Arial"/>
          <w:color w:val="5D7284"/>
        </w:rPr>
        <w:t>37:14</w:t>
      </w:r>
    </w:p>
    <w:p w14:paraId="6664E089" w14:textId="77777777" w:rsidR="00FE337B" w:rsidRDefault="00A77024">
      <w:pPr>
        <w:spacing w:after="0"/>
      </w:pPr>
      <w:r>
        <w:rPr>
          <w:rFonts w:ascii="Arial" w:hAnsi="Arial"/>
        </w:rPr>
        <w:t>A lot more dispersed at that point. Do you think it would look like this tomorrow?</w:t>
      </w:r>
    </w:p>
    <w:p w14:paraId="4706D5C4" w14:textId="77777777" w:rsidR="00FE337B" w:rsidRDefault="00FE337B">
      <w:pPr>
        <w:spacing w:after="0"/>
      </w:pPr>
    </w:p>
    <w:p w14:paraId="6C438C8D" w14:textId="77777777" w:rsidR="00FE337B" w:rsidRDefault="00A77024">
      <w:pPr>
        <w:spacing w:after="0"/>
      </w:pPr>
      <w:r>
        <w:rPr>
          <w:rFonts w:ascii="Arial" w:hAnsi="Arial"/>
          <w:b/>
        </w:rPr>
        <w:t xml:space="preserve">Participant #13:  </w:t>
      </w:r>
      <w:r>
        <w:rPr>
          <w:rFonts w:ascii="Arial" w:hAnsi="Arial"/>
          <w:color w:val="5D7284"/>
        </w:rPr>
        <w:t>37:22</w:t>
      </w:r>
    </w:p>
    <w:p w14:paraId="767400F2" w14:textId="77777777" w:rsidR="00FE337B" w:rsidRDefault="00A77024">
      <w:pPr>
        <w:spacing w:after="0"/>
      </w:pPr>
      <w:r>
        <w:rPr>
          <w:rFonts w:ascii="Arial" w:hAnsi="Arial"/>
        </w:rPr>
        <w:t>Honestly no.</w:t>
      </w:r>
    </w:p>
    <w:p w14:paraId="5B552A31" w14:textId="77777777" w:rsidR="00FE337B" w:rsidRDefault="00FE337B">
      <w:pPr>
        <w:spacing w:after="0"/>
      </w:pPr>
    </w:p>
    <w:p w14:paraId="6D407164" w14:textId="77777777" w:rsidR="00FE337B" w:rsidRDefault="00A77024">
      <w:pPr>
        <w:spacing w:after="0"/>
      </w:pPr>
      <w:r>
        <w:rPr>
          <w:rFonts w:ascii="Arial" w:hAnsi="Arial"/>
          <w:b/>
        </w:rPr>
        <w:t xml:space="preserve">Interviewer P:  </w:t>
      </w:r>
      <w:r>
        <w:rPr>
          <w:rFonts w:ascii="Arial" w:hAnsi="Arial"/>
          <w:color w:val="5D7284"/>
        </w:rPr>
        <w:t>37:28</w:t>
      </w:r>
    </w:p>
    <w:p w14:paraId="5C4AF021" w14:textId="77777777" w:rsidR="00FE337B" w:rsidRDefault="00A77024">
      <w:pPr>
        <w:spacing w:after="0"/>
      </w:pPr>
      <w:r>
        <w:rPr>
          <w:rFonts w:ascii="Arial" w:hAnsi="Arial"/>
        </w:rPr>
        <w:t>Maybe a little more like that one? Or no?</w:t>
      </w:r>
    </w:p>
    <w:p w14:paraId="41EB03EB" w14:textId="77777777" w:rsidR="00FE337B" w:rsidRDefault="00FE337B">
      <w:pPr>
        <w:spacing w:after="0"/>
      </w:pPr>
    </w:p>
    <w:p w14:paraId="700237B8" w14:textId="77777777" w:rsidR="00FE337B" w:rsidRDefault="00A77024">
      <w:pPr>
        <w:spacing w:after="0"/>
      </w:pPr>
      <w:r>
        <w:rPr>
          <w:rFonts w:ascii="Arial" w:hAnsi="Arial"/>
          <w:b/>
        </w:rPr>
        <w:t xml:space="preserve">Participant #13:  </w:t>
      </w:r>
      <w:r>
        <w:rPr>
          <w:rFonts w:ascii="Arial" w:hAnsi="Arial"/>
          <w:color w:val="5D7284"/>
        </w:rPr>
        <w:t>37:38</w:t>
      </w:r>
    </w:p>
    <w:p w14:paraId="20207685" w14:textId="5F5ABF37" w:rsidR="00FE337B" w:rsidRDefault="00A77024">
      <w:pPr>
        <w:spacing w:after="0"/>
      </w:pPr>
      <w:r>
        <w:rPr>
          <w:rFonts w:ascii="Arial" w:hAnsi="Arial"/>
        </w:rPr>
        <w:t xml:space="preserve">No just because I think that one like all the food coloring like sank to the bottom and this one since </w:t>
      </w:r>
      <w:r w:rsidR="00850C16">
        <w:rPr>
          <w:rFonts w:ascii="Arial" w:hAnsi="Arial"/>
        </w:rPr>
        <w:t>there’s</w:t>
      </w:r>
      <w:r>
        <w:rPr>
          <w:rFonts w:ascii="Arial" w:hAnsi="Arial"/>
        </w:rPr>
        <w:t xml:space="preserve"> no </w:t>
      </w:r>
      <w:r w:rsidR="00850C16">
        <w:rPr>
          <w:rFonts w:ascii="Arial" w:hAnsi="Arial"/>
        </w:rPr>
        <w:t>motion,</w:t>
      </w:r>
      <w:r>
        <w:rPr>
          <w:rFonts w:ascii="Arial" w:hAnsi="Arial"/>
        </w:rPr>
        <w:t xml:space="preserve"> I don't think it is all fully going to come down.</w:t>
      </w:r>
    </w:p>
    <w:p w14:paraId="186F9CB8" w14:textId="77777777" w:rsidR="00FE337B" w:rsidRDefault="00FE337B">
      <w:pPr>
        <w:spacing w:after="0"/>
      </w:pPr>
    </w:p>
    <w:p w14:paraId="0CDBEE80" w14:textId="77777777" w:rsidR="00FE337B" w:rsidRDefault="00A77024">
      <w:pPr>
        <w:spacing w:after="0"/>
      </w:pPr>
      <w:r>
        <w:rPr>
          <w:rFonts w:ascii="Arial" w:hAnsi="Arial"/>
          <w:b/>
        </w:rPr>
        <w:t xml:space="preserve">Interviewer P:  </w:t>
      </w:r>
      <w:r>
        <w:rPr>
          <w:rFonts w:ascii="Arial" w:hAnsi="Arial"/>
          <w:color w:val="5D7284"/>
        </w:rPr>
        <w:t>37:54</w:t>
      </w:r>
    </w:p>
    <w:p w14:paraId="6C596C0E" w14:textId="77777777" w:rsidR="00FE337B" w:rsidRDefault="00A77024">
      <w:pPr>
        <w:spacing w:after="0"/>
      </w:pPr>
      <w:r>
        <w:rPr>
          <w:rFonts w:ascii="Arial" w:hAnsi="Arial"/>
        </w:rPr>
        <w:t>Do you think is there anything that I could do to make it look like your sketch your first one?</w:t>
      </w:r>
    </w:p>
    <w:p w14:paraId="3D9340D5" w14:textId="77777777" w:rsidR="00FE337B" w:rsidRDefault="00FE337B">
      <w:pPr>
        <w:spacing w:after="0"/>
      </w:pPr>
    </w:p>
    <w:p w14:paraId="552B0CDC" w14:textId="77777777" w:rsidR="00FE337B" w:rsidRDefault="00A77024">
      <w:pPr>
        <w:spacing w:after="0"/>
      </w:pPr>
      <w:r>
        <w:rPr>
          <w:rFonts w:ascii="Arial" w:hAnsi="Arial"/>
          <w:b/>
        </w:rPr>
        <w:t xml:space="preserve">Participant #13:  </w:t>
      </w:r>
      <w:r>
        <w:rPr>
          <w:rFonts w:ascii="Arial" w:hAnsi="Arial"/>
          <w:color w:val="5D7284"/>
        </w:rPr>
        <w:t>38:04</w:t>
      </w:r>
    </w:p>
    <w:p w14:paraId="6F9939D2" w14:textId="77777777" w:rsidR="00FE337B" w:rsidRDefault="00A77024">
      <w:pPr>
        <w:spacing w:after="0"/>
      </w:pPr>
      <w:r>
        <w:rPr>
          <w:rFonts w:ascii="Arial" w:hAnsi="Arial"/>
        </w:rPr>
        <w:lastRenderedPageBreak/>
        <w:t>If you shake it.</w:t>
      </w:r>
    </w:p>
    <w:p w14:paraId="644C2EB0" w14:textId="77777777" w:rsidR="00FE337B" w:rsidRDefault="00FE337B">
      <w:pPr>
        <w:spacing w:after="0"/>
      </w:pPr>
    </w:p>
    <w:p w14:paraId="59A80A73" w14:textId="77777777" w:rsidR="00FE337B" w:rsidRDefault="00A77024">
      <w:pPr>
        <w:spacing w:after="0"/>
      </w:pPr>
      <w:r>
        <w:rPr>
          <w:rFonts w:ascii="Arial" w:hAnsi="Arial"/>
          <w:b/>
        </w:rPr>
        <w:t xml:space="preserve">Interviewer P:  </w:t>
      </w:r>
      <w:r>
        <w:rPr>
          <w:rFonts w:ascii="Arial" w:hAnsi="Arial"/>
          <w:color w:val="5D7284"/>
        </w:rPr>
        <w:t>38:05</w:t>
      </w:r>
    </w:p>
    <w:p w14:paraId="1EA5C8ED" w14:textId="77777777" w:rsidR="00FE337B" w:rsidRDefault="00A77024">
      <w:pPr>
        <w:spacing w:after="0"/>
      </w:pPr>
      <w:r>
        <w:rPr>
          <w:rFonts w:ascii="Arial" w:hAnsi="Arial"/>
        </w:rPr>
        <w:t>If we shake this one it will probably just disperse it more huh?</w:t>
      </w:r>
    </w:p>
    <w:p w14:paraId="5919FC32" w14:textId="77777777" w:rsidR="00FE337B" w:rsidRDefault="00FE337B">
      <w:pPr>
        <w:spacing w:after="0"/>
      </w:pPr>
    </w:p>
    <w:p w14:paraId="54ECEAAC" w14:textId="77777777" w:rsidR="00FE337B" w:rsidRDefault="00A77024">
      <w:pPr>
        <w:spacing w:after="0"/>
      </w:pPr>
      <w:r>
        <w:rPr>
          <w:rFonts w:ascii="Arial" w:hAnsi="Arial"/>
          <w:b/>
        </w:rPr>
        <w:t xml:space="preserve">Participant #13:  </w:t>
      </w:r>
      <w:r>
        <w:rPr>
          <w:rFonts w:ascii="Arial" w:hAnsi="Arial"/>
          <w:color w:val="5D7284"/>
        </w:rPr>
        <w:t>38:27</w:t>
      </w:r>
    </w:p>
    <w:p w14:paraId="1FF3A087" w14:textId="77777777" w:rsidR="00FE337B" w:rsidRDefault="00A77024">
      <w:pPr>
        <w:spacing w:after="0"/>
      </w:pPr>
      <w:r>
        <w:rPr>
          <w:rFonts w:ascii="Arial" w:hAnsi="Arial"/>
        </w:rPr>
        <w:t>It's so interesting though cuz the dye still doesn't really move.</w:t>
      </w:r>
    </w:p>
    <w:p w14:paraId="60621EED" w14:textId="77777777" w:rsidR="00FE337B" w:rsidRDefault="00FE337B">
      <w:pPr>
        <w:spacing w:after="0"/>
      </w:pPr>
    </w:p>
    <w:p w14:paraId="2F4959AB" w14:textId="77777777" w:rsidR="00FE337B" w:rsidRDefault="00A77024">
      <w:pPr>
        <w:spacing w:after="0"/>
      </w:pPr>
      <w:r>
        <w:rPr>
          <w:rFonts w:ascii="Arial" w:hAnsi="Arial"/>
          <w:b/>
        </w:rPr>
        <w:t xml:space="preserve">Interviewer P:  </w:t>
      </w:r>
      <w:r>
        <w:rPr>
          <w:rFonts w:ascii="Arial" w:hAnsi="Arial"/>
          <w:color w:val="5D7284"/>
        </w:rPr>
        <w:t>38:33</w:t>
      </w:r>
    </w:p>
    <w:p w14:paraId="2C01BA5B" w14:textId="77777777" w:rsidR="00FE337B" w:rsidRDefault="00A77024">
      <w:pPr>
        <w:spacing w:after="0"/>
      </w:pPr>
      <w:r>
        <w:rPr>
          <w:rFonts w:ascii="Arial" w:hAnsi="Arial"/>
        </w:rPr>
        <w:t>Completely yeah.</w:t>
      </w:r>
    </w:p>
    <w:p w14:paraId="5957089A" w14:textId="77777777" w:rsidR="00FE337B" w:rsidRDefault="00FE337B">
      <w:pPr>
        <w:spacing w:after="0"/>
      </w:pPr>
    </w:p>
    <w:p w14:paraId="7AF1EA16" w14:textId="77777777" w:rsidR="00FE337B" w:rsidRDefault="00A77024">
      <w:pPr>
        <w:spacing w:after="0"/>
      </w:pPr>
      <w:r>
        <w:rPr>
          <w:rFonts w:ascii="Arial" w:hAnsi="Arial"/>
          <w:b/>
        </w:rPr>
        <w:t xml:space="preserve">Participant #13:  </w:t>
      </w:r>
      <w:r>
        <w:rPr>
          <w:rFonts w:ascii="Arial" w:hAnsi="Arial"/>
          <w:color w:val="5D7284"/>
        </w:rPr>
        <w:t>38:34</w:t>
      </w:r>
    </w:p>
    <w:p w14:paraId="2DAE4EA5" w14:textId="77777777" w:rsidR="00FE337B" w:rsidRDefault="00A77024">
      <w:pPr>
        <w:spacing w:after="0"/>
      </w:pPr>
      <w:r>
        <w:rPr>
          <w:rFonts w:ascii="Arial" w:hAnsi="Arial"/>
        </w:rPr>
        <w:t>Yeah.</w:t>
      </w:r>
    </w:p>
    <w:p w14:paraId="130BE523" w14:textId="77777777" w:rsidR="00FE337B" w:rsidRDefault="00FE337B">
      <w:pPr>
        <w:spacing w:after="0"/>
      </w:pPr>
    </w:p>
    <w:p w14:paraId="4A623759" w14:textId="77777777" w:rsidR="00FE337B" w:rsidRDefault="00A77024">
      <w:pPr>
        <w:spacing w:after="0"/>
      </w:pPr>
      <w:r>
        <w:rPr>
          <w:rFonts w:ascii="Arial" w:hAnsi="Arial"/>
          <w:b/>
        </w:rPr>
        <w:t xml:space="preserve">Interviewer P:  </w:t>
      </w:r>
      <w:r>
        <w:rPr>
          <w:rFonts w:ascii="Arial" w:hAnsi="Arial"/>
          <w:color w:val="5D7284"/>
        </w:rPr>
        <w:t>38:39</w:t>
      </w:r>
    </w:p>
    <w:p w14:paraId="34F21DAF" w14:textId="77777777" w:rsidR="00FE337B" w:rsidRDefault="00A77024">
      <w:pPr>
        <w:spacing w:after="0"/>
      </w:pPr>
      <w:r>
        <w:rPr>
          <w:rFonts w:ascii="Arial" w:hAnsi="Arial"/>
        </w:rPr>
        <w:t>Put a little more sprinkles</w:t>
      </w:r>
      <w:r>
        <w:rPr>
          <w:rFonts w:ascii="Arial" w:hAnsi="Arial"/>
        </w:rPr>
        <w:t xml:space="preserve"> in here what do you think would happen if I turned the tank off, put some more in just so we can keep an eye on them.</w:t>
      </w:r>
    </w:p>
    <w:p w14:paraId="47699FEF" w14:textId="77777777" w:rsidR="00FE337B" w:rsidRDefault="00FE337B">
      <w:pPr>
        <w:spacing w:after="0"/>
      </w:pPr>
    </w:p>
    <w:p w14:paraId="3A297A1A" w14:textId="77777777" w:rsidR="00FE337B" w:rsidRDefault="00A77024">
      <w:pPr>
        <w:spacing w:after="0"/>
      </w:pPr>
      <w:r>
        <w:rPr>
          <w:rFonts w:ascii="Arial" w:hAnsi="Arial"/>
          <w:b/>
        </w:rPr>
        <w:t xml:space="preserve">Participant #13:  </w:t>
      </w:r>
      <w:r>
        <w:rPr>
          <w:rFonts w:ascii="Arial" w:hAnsi="Arial"/>
          <w:color w:val="5D7284"/>
        </w:rPr>
        <w:t>38:52</w:t>
      </w:r>
    </w:p>
    <w:p w14:paraId="643E0EF6" w14:textId="4533872E" w:rsidR="00FE337B" w:rsidRDefault="00A77024">
      <w:pPr>
        <w:spacing w:after="0"/>
      </w:pPr>
      <w:r>
        <w:rPr>
          <w:rFonts w:ascii="Arial" w:hAnsi="Arial"/>
        </w:rPr>
        <w:t xml:space="preserve">I think it will slowly like, yeah I think it will </w:t>
      </w:r>
      <w:r w:rsidR="00850C16">
        <w:rPr>
          <w:rFonts w:ascii="Arial" w:hAnsi="Arial"/>
        </w:rPr>
        <w:t>slowly...</w:t>
      </w:r>
    </w:p>
    <w:p w14:paraId="3BD0D333" w14:textId="77777777" w:rsidR="00FE337B" w:rsidRDefault="00FE337B">
      <w:pPr>
        <w:spacing w:after="0"/>
      </w:pPr>
    </w:p>
    <w:p w14:paraId="55433194" w14:textId="77777777" w:rsidR="00FE337B" w:rsidRDefault="00A77024">
      <w:pPr>
        <w:spacing w:after="0"/>
      </w:pPr>
      <w:r>
        <w:rPr>
          <w:rFonts w:ascii="Arial" w:hAnsi="Arial"/>
          <w:b/>
        </w:rPr>
        <w:t xml:space="preserve">Interviewer P:  </w:t>
      </w:r>
      <w:r>
        <w:rPr>
          <w:rFonts w:ascii="Arial" w:hAnsi="Arial"/>
          <w:color w:val="5D7284"/>
        </w:rPr>
        <w:t>39:04</w:t>
      </w:r>
    </w:p>
    <w:p w14:paraId="0DD1E3BE" w14:textId="77777777" w:rsidR="00FE337B" w:rsidRDefault="00A77024">
      <w:pPr>
        <w:spacing w:after="0"/>
      </w:pPr>
      <w:r>
        <w:rPr>
          <w:rFonts w:ascii="Arial" w:hAnsi="Arial"/>
        </w:rPr>
        <w:t>It will do what?</w:t>
      </w:r>
    </w:p>
    <w:p w14:paraId="481AB5DB" w14:textId="77777777" w:rsidR="00FE337B" w:rsidRDefault="00FE337B">
      <w:pPr>
        <w:spacing w:after="0"/>
      </w:pPr>
    </w:p>
    <w:p w14:paraId="43BF777D" w14:textId="77777777" w:rsidR="00FE337B" w:rsidRDefault="00A77024">
      <w:pPr>
        <w:spacing w:after="0"/>
      </w:pPr>
      <w:r>
        <w:rPr>
          <w:rFonts w:ascii="Arial" w:hAnsi="Arial"/>
          <w:b/>
        </w:rPr>
        <w:t xml:space="preserve">Participant #13:  </w:t>
      </w:r>
      <w:r>
        <w:rPr>
          <w:rFonts w:ascii="Arial" w:hAnsi="Arial"/>
          <w:color w:val="5D7284"/>
        </w:rPr>
        <w:t>39:07</w:t>
      </w:r>
    </w:p>
    <w:p w14:paraId="2357C397" w14:textId="77777777" w:rsidR="00FE337B" w:rsidRDefault="00A77024">
      <w:pPr>
        <w:spacing w:after="0"/>
      </w:pPr>
      <w:r>
        <w:rPr>
          <w:rFonts w:ascii="Arial" w:hAnsi="Arial"/>
        </w:rPr>
        <w:t>Disperse and kind of sink to the bottom.</w:t>
      </w:r>
    </w:p>
    <w:p w14:paraId="78F72EC6" w14:textId="77777777" w:rsidR="00FE337B" w:rsidRDefault="00FE337B">
      <w:pPr>
        <w:spacing w:after="0"/>
      </w:pPr>
    </w:p>
    <w:p w14:paraId="3DCA679A" w14:textId="77777777" w:rsidR="00FE337B" w:rsidRDefault="00A77024">
      <w:pPr>
        <w:spacing w:after="0"/>
      </w:pPr>
      <w:r>
        <w:rPr>
          <w:rFonts w:ascii="Arial" w:hAnsi="Arial"/>
          <w:b/>
        </w:rPr>
        <w:t xml:space="preserve">Interviewer P:  </w:t>
      </w:r>
      <w:r>
        <w:rPr>
          <w:rFonts w:ascii="Arial" w:hAnsi="Arial"/>
          <w:color w:val="5D7284"/>
        </w:rPr>
        <w:t>39:11</w:t>
      </w:r>
    </w:p>
    <w:p w14:paraId="18F55A96" w14:textId="0E0AB1E2" w:rsidR="00FE337B" w:rsidRDefault="00A77024">
      <w:pPr>
        <w:spacing w:after="0"/>
      </w:pPr>
      <w:r>
        <w:rPr>
          <w:rFonts w:ascii="Arial" w:hAnsi="Arial"/>
        </w:rPr>
        <w:t xml:space="preserve">And </w:t>
      </w:r>
      <w:r w:rsidR="00850C16">
        <w:rPr>
          <w:rFonts w:ascii="Arial" w:hAnsi="Arial"/>
        </w:rPr>
        <w:t>so,</w:t>
      </w:r>
      <w:r>
        <w:rPr>
          <w:rFonts w:ascii="Arial" w:hAnsi="Arial"/>
        </w:rPr>
        <w:t xml:space="preserve"> what do you think stopping it might make it look like your original prediction?</w:t>
      </w:r>
    </w:p>
    <w:p w14:paraId="17A0E597" w14:textId="77777777" w:rsidR="00FE337B" w:rsidRDefault="00FE337B">
      <w:pPr>
        <w:spacing w:after="0"/>
      </w:pPr>
    </w:p>
    <w:p w14:paraId="12949512" w14:textId="77777777" w:rsidR="00FE337B" w:rsidRDefault="00A77024">
      <w:pPr>
        <w:spacing w:after="0"/>
      </w:pPr>
      <w:r>
        <w:rPr>
          <w:rFonts w:ascii="Arial" w:hAnsi="Arial"/>
          <w:b/>
        </w:rPr>
        <w:t xml:space="preserve">Participant #13:  </w:t>
      </w:r>
      <w:r>
        <w:rPr>
          <w:rFonts w:ascii="Arial" w:hAnsi="Arial"/>
          <w:color w:val="5D7284"/>
        </w:rPr>
        <w:t>39:25</w:t>
      </w:r>
    </w:p>
    <w:p w14:paraId="69278464" w14:textId="77777777" w:rsidR="00FE337B" w:rsidRDefault="00A77024">
      <w:pPr>
        <w:spacing w:after="0"/>
      </w:pPr>
      <w:r>
        <w:rPr>
          <w:rFonts w:ascii="Arial" w:hAnsi="Arial"/>
        </w:rPr>
        <w:t>Not exactly like this because I think this is like a lot of.</w:t>
      </w:r>
    </w:p>
    <w:p w14:paraId="2C0EDAA7" w14:textId="77777777" w:rsidR="00FE337B" w:rsidRDefault="00FE337B">
      <w:pPr>
        <w:spacing w:after="0"/>
      </w:pPr>
    </w:p>
    <w:p w14:paraId="50E708D7" w14:textId="77777777" w:rsidR="00FE337B" w:rsidRDefault="00A77024">
      <w:pPr>
        <w:spacing w:after="0"/>
      </w:pPr>
      <w:r>
        <w:rPr>
          <w:rFonts w:ascii="Arial" w:hAnsi="Arial"/>
          <w:b/>
        </w:rPr>
        <w:t xml:space="preserve">Interviewer P:  </w:t>
      </w:r>
      <w:r>
        <w:rPr>
          <w:rFonts w:ascii="Arial" w:hAnsi="Arial"/>
          <w:color w:val="5D7284"/>
        </w:rPr>
        <w:t>39:30</w:t>
      </w:r>
    </w:p>
    <w:p w14:paraId="4A4B0795" w14:textId="77777777" w:rsidR="00FE337B" w:rsidRDefault="00A77024">
      <w:pPr>
        <w:spacing w:after="0"/>
      </w:pPr>
      <w:r>
        <w:rPr>
          <w:rFonts w:ascii="Arial" w:hAnsi="Arial"/>
        </w:rPr>
        <w:t>Yeah, a lot of.</w:t>
      </w:r>
    </w:p>
    <w:p w14:paraId="3B6EB30D" w14:textId="77777777" w:rsidR="00FE337B" w:rsidRDefault="00FE337B">
      <w:pPr>
        <w:spacing w:after="0"/>
      </w:pPr>
    </w:p>
    <w:p w14:paraId="20D7BDFC" w14:textId="77777777" w:rsidR="00FE337B" w:rsidRDefault="00A77024">
      <w:pPr>
        <w:spacing w:after="0"/>
      </w:pPr>
      <w:r>
        <w:rPr>
          <w:rFonts w:ascii="Arial" w:hAnsi="Arial"/>
          <w:b/>
        </w:rPr>
        <w:t xml:space="preserve">Participant #13:  </w:t>
      </w:r>
      <w:r>
        <w:rPr>
          <w:rFonts w:ascii="Arial" w:hAnsi="Arial"/>
          <w:color w:val="5D7284"/>
        </w:rPr>
        <w:t>39:31</w:t>
      </w:r>
    </w:p>
    <w:p w14:paraId="0FA0323C" w14:textId="77777777" w:rsidR="00FE337B" w:rsidRDefault="00A77024">
      <w:pPr>
        <w:spacing w:after="0"/>
      </w:pPr>
      <w:r>
        <w:rPr>
          <w:rFonts w:ascii="Arial" w:hAnsi="Arial"/>
        </w:rPr>
        <w:t>Yeah.</w:t>
      </w:r>
    </w:p>
    <w:p w14:paraId="0FB3D86E" w14:textId="77777777" w:rsidR="00FE337B" w:rsidRDefault="00FE337B">
      <w:pPr>
        <w:spacing w:after="0"/>
      </w:pPr>
    </w:p>
    <w:p w14:paraId="0182A305" w14:textId="77777777" w:rsidR="00FE337B" w:rsidRDefault="00A77024">
      <w:pPr>
        <w:spacing w:after="0"/>
      </w:pPr>
      <w:r>
        <w:rPr>
          <w:rFonts w:ascii="Arial" w:hAnsi="Arial"/>
          <w:b/>
        </w:rPr>
        <w:t xml:space="preserve">Interviewer P:  </w:t>
      </w:r>
      <w:r>
        <w:rPr>
          <w:rFonts w:ascii="Arial" w:hAnsi="Arial"/>
          <w:color w:val="5D7284"/>
        </w:rPr>
        <w:t>39:31</w:t>
      </w:r>
    </w:p>
    <w:p w14:paraId="0BB4ACFE" w14:textId="77777777" w:rsidR="00FE337B" w:rsidRDefault="00A77024">
      <w:pPr>
        <w:spacing w:after="0"/>
      </w:pPr>
      <w:r>
        <w:rPr>
          <w:rFonts w:ascii="Arial" w:hAnsi="Arial"/>
        </w:rPr>
        <w:t xml:space="preserve">And we're not even seeing that over there. </w:t>
      </w:r>
    </w:p>
    <w:p w14:paraId="2D5D4C44" w14:textId="77777777" w:rsidR="00FE337B" w:rsidRDefault="00FE337B">
      <w:pPr>
        <w:spacing w:after="0"/>
      </w:pPr>
    </w:p>
    <w:p w14:paraId="6F439053" w14:textId="77777777" w:rsidR="00FE337B" w:rsidRDefault="00A77024">
      <w:pPr>
        <w:spacing w:after="0"/>
      </w:pPr>
      <w:r>
        <w:rPr>
          <w:rFonts w:ascii="Arial" w:hAnsi="Arial"/>
          <w:b/>
        </w:rPr>
        <w:t xml:space="preserve">Participant #13:  </w:t>
      </w:r>
      <w:r>
        <w:rPr>
          <w:rFonts w:ascii="Arial" w:hAnsi="Arial"/>
          <w:color w:val="5D7284"/>
        </w:rPr>
        <w:t>39:33</w:t>
      </w:r>
    </w:p>
    <w:p w14:paraId="0E04AA84" w14:textId="77777777" w:rsidR="00FE337B" w:rsidRDefault="00A77024">
      <w:pPr>
        <w:spacing w:after="0"/>
      </w:pPr>
      <w:r>
        <w:rPr>
          <w:rFonts w:ascii="Arial" w:hAnsi="Arial"/>
        </w:rPr>
        <w:t xml:space="preserve">Yeah. </w:t>
      </w:r>
    </w:p>
    <w:p w14:paraId="640E4A77" w14:textId="77777777" w:rsidR="00FE337B" w:rsidRDefault="00FE337B">
      <w:pPr>
        <w:spacing w:after="0"/>
      </w:pPr>
    </w:p>
    <w:p w14:paraId="134BA022" w14:textId="77777777" w:rsidR="00FE337B" w:rsidRDefault="00A77024">
      <w:pPr>
        <w:spacing w:after="0"/>
      </w:pPr>
      <w:r>
        <w:rPr>
          <w:rFonts w:ascii="Arial" w:hAnsi="Arial"/>
          <w:b/>
        </w:rPr>
        <w:t xml:space="preserve">Interviewer P:  </w:t>
      </w:r>
      <w:r>
        <w:rPr>
          <w:rFonts w:ascii="Arial" w:hAnsi="Arial"/>
          <w:color w:val="5D7284"/>
        </w:rPr>
        <w:t>39:33</w:t>
      </w:r>
    </w:p>
    <w:p w14:paraId="574AF737" w14:textId="77777777" w:rsidR="00FE337B" w:rsidRDefault="00A77024">
      <w:pPr>
        <w:spacing w:after="0"/>
      </w:pPr>
      <w:r>
        <w:rPr>
          <w:rFonts w:ascii="Arial" w:hAnsi="Arial"/>
        </w:rPr>
        <w:t>But do you think it will cause it to sink to the bottom.</w:t>
      </w:r>
    </w:p>
    <w:p w14:paraId="71FAE207" w14:textId="77777777" w:rsidR="00FE337B" w:rsidRDefault="00FE337B">
      <w:pPr>
        <w:spacing w:after="0"/>
      </w:pPr>
    </w:p>
    <w:p w14:paraId="40BE19B5" w14:textId="77777777" w:rsidR="00FE337B" w:rsidRDefault="00A77024">
      <w:pPr>
        <w:spacing w:after="0"/>
      </w:pPr>
      <w:r>
        <w:rPr>
          <w:rFonts w:ascii="Arial" w:hAnsi="Arial"/>
          <w:b/>
        </w:rPr>
        <w:t xml:space="preserve">Participant #13:  </w:t>
      </w:r>
      <w:r>
        <w:rPr>
          <w:rFonts w:ascii="Arial" w:hAnsi="Arial"/>
          <w:color w:val="5D7284"/>
        </w:rPr>
        <w:t>39:40</w:t>
      </w:r>
    </w:p>
    <w:p w14:paraId="57ED15A3" w14:textId="77777777" w:rsidR="00FE337B" w:rsidRDefault="00A77024">
      <w:pPr>
        <w:spacing w:after="0"/>
      </w:pPr>
      <w:r>
        <w:rPr>
          <w:rFonts w:ascii="Arial" w:hAnsi="Arial"/>
        </w:rPr>
        <w:t>Yes.</w:t>
      </w:r>
    </w:p>
    <w:p w14:paraId="3D63E2BC" w14:textId="77777777" w:rsidR="00FE337B" w:rsidRDefault="00FE337B">
      <w:pPr>
        <w:spacing w:after="0"/>
      </w:pPr>
    </w:p>
    <w:p w14:paraId="3BFE1BF1" w14:textId="77777777" w:rsidR="00FE337B" w:rsidRDefault="00A77024">
      <w:pPr>
        <w:spacing w:after="0"/>
      </w:pPr>
      <w:r>
        <w:rPr>
          <w:rFonts w:ascii="Arial" w:hAnsi="Arial"/>
          <w:b/>
        </w:rPr>
        <w:t xml:space="preserve">Interviewer P:  </w:t>
      </w:r>
      <w:r>
        <w:rPr>
          <w:rFonts w:ascii="Arial" w:hAnsi="Arial"/>
          <w:color w:val="5D7284"/>
        </w:rPr>
        <w:t>39:40</w:t>
      </w:r>
    </w:p>
    <w:p w14:paraId="1E82B7A2" w14:textId="512C7732" w:rsidR="00FE337B" w:rsidRDefault="00A77024">
      <w:pPr>
        <w:spacing w:after="0"/>
      </w:pPr>
      <w:r>
        <w:rPr>
          <w:rFonts w:ascii="Arial" w:hAnsi="Arial"/>
        </w:rPr>
        <w:t xml:space="preserve">Try it and see what happens. </w:t>
      </w:r>
      <w:r w:rsidR="00850C16">
        <w:rPr>
          <w:rFonts w:ascii="Arial" w:hAnsi="Arial"/>
        </w:rPr>
        <w:t>So,</w:t>
      </w:r>
      <w:r>
        <w:rPr>
          <w:rFonts w:ascii="Arial" w:hAnsi="Arial"/>
        </w:rPr>
        <w:t xml:space="preserve"> what's it doing?</w:t>
      </w:r>
    </w:p>
    <w:p w14:paraId="17CB757B" w14:textId="77777777" w:rsidR="00FE337B" w:rsidRDefault="00FE337B">
      <w:pPr>
        <w:spacing w:after="0"/>
      </w:pPr>
    </w:p>
    <w:p w14:paraId="7366A8ED" w14:textId="77777777" w:rsidR="00FE337B" w:rsidRDefault="00A77024">
      <w:pPr>
        <w:spacing w:after="0"/>
      </w:pPr>
      <w:r>
        <w:rPr>
          <w:rFonts w:ascii="Arial" w:hAnsi="Arial"/>
          <w:b/>
        </w:rPr>
        <w:t xml:space="preserve">Participant #13:  </w:t>
      </w:r>
      <w:r>
        <w:rPr>
          <w:rFonts w:ascii="Arial" w:hAnsi="Arial"/>
          <w:color w:val="5D7284"/>
        </w:rPr>
        <w:t>39:57</w:t>
      </w:r>
    </w:p>
    <w:p w14:paraId="446B839C" w14:textId="3B549D3C" w:rsidR="00FE337B" w:rsidRDefault="00A77024">
      <w:pPr>
        <w:spacing w:after="0"/>
      </w:pPr>
      <w:r>
        <w:rPr>
          <w:rFonts w:ascii="Arial" w:hAnsi="Arial"/>
        </w:rPr>
        <w:t xml:space="preserve">It's spinning, </w:t>
      </w:r>
      <w:r w:rsidR="00850C16">
        <w:rPr>
          <w:rFonts w:ascii="Arial" w:hAnsi="Arial"/>
        </w:rPr>
        <w:t>that’s</w:t>
      </w:r>
      <w:r>
        <w:rPr>
          <w:rFonts w:ascii="Arial" w:hAnsi="Arial"/>
        </w:rPr>
        <w:t xml:space="preserve"> so interesting cuz. I feel like I wouldn't have thought like it would spin until it does because then I guess it makes sense. It's so interesting.</w:t>
      </w:r>
    </w:p>
    <w:p w14:paraId="6BA4C6B8" w14:textId="77777777" w:rsidR="00FE337B" w:rsidRDefault="00FE337B">
      <w:pPr>
        <w:spacing w:after="0"/>
      </w:pPr>
    </w:p>
    <w:p w14:paraId="2B6872E3" w14:textId="77777777" w:rsidR="00FE337B" w:rsidRDefault="00A77024">
      <w:pPr>
        <w:spacing w:after="0"/>
      </w:pPr>
      <w:r>
        <w:rPr>
          <w:rFonts w:ascii="Arial" w:hAnsi="Arial"/>
          <w:b/>
        </w:rPr>
        <w:t xml:space="preserve">Interviewer P:  </w:t>
      </w:r>
      <w:r>
        <w:rPr>
          <w:rFonts w:ascii="Arial" w:hAnsi="Arial"/>
          <w:color w:val="5D7284"/>
        </w:rPr>
        <w:t>40:09</w:t>
      </w:r>
    </w:p>
    <w:p w14:paraId="610C3379" w14:textId="77777777" w:rsidR="00FE337B" w:rsidRDefault="00A77024">
      <w:pPr>
        <w:spacing w:after="0"/>
      </w:pPr>
      <w:r>
        <w:rPr>
          <w:rFonts w:ascii="Arial" w:hAnsi="Arial"/>
        </w:rPr>
        <w:t>Tell me how it makes sense to you that it's spinning now that I've stopped it.</w:t>
      </w:r>
    </w:p>
    <w:p w14:paraId="2C1F8DF6" w14:textId="77777777" w:rsidR="00FE337B" w:rsidRDefault="00FE337B">
      <w:pPr>
        <w:spacing w:after="0"/>
      </w:pPr>
    </w:p>
    <w:p w14:paraId="5195EA83" w14:textId="77777777" w:rsidR="00FE337B" w:rsidRDefault="00A77024">
      <w:pPr>
        <w:spacing w:after="0"/>
      </w:pPr>
      <w:r>
        <w:rPr>
          <w:rFonts w:ascii="Arial" w:hAnsi="Arial"/>
          <w:b/>
        </w:rPr>
        <w:t xml:space="preserve">Participant #13:  </w:t>
      </w:r>
      <w:r>
        <w:rPr>
          <w:rFonts w:ascii="Arial" w:hAnsi="Arial"/>
          <w:color w:val="5D7284"/>
        </w:rPr>
        <w:t>40:14</w:t>
      </w:r>
    </w:p>
    <w:p w14:paraId="7F527CC0" w14:textId="77777777" w:rsidR="00FE337B" w:rsidRDefault="00A77024">
      <w:pPr>
        <w:spacing w:after="0"/>
      </w:pPr>
      <w:r>
        <w:rPr>
          <w:rFonts w:ascii="Arial" w:hAnsi="Arial"/>
        </w:rPr>
        <w:t>Because the container stops spinning but the water is still keeping its motion.</w:t>
      </w:r>
    </w:p>
    <w:p w14:paraId="1A88D7CD" w14:textId="77777777" w:rsidR="00FE337B" w:rsidRDefault="00FE337B">
      <w:pPr>
        <w:spacing w:after="0"/>
      </w:pPr>
    </w:p>
    <w:p w14:paraId="0ECB854E" w14:textId="77777777" w:rsidR="00FE337B" w:rsidRDefault="00A77024">
      <w:pPr>
        <w:spacing w:after="0"/>
      </w:pPr>
      <w:r>
        <w:rPr>
          <w:rFonts w:ascii="Arial" w:hAnsi="Arial"/>
          <w:b/>
        </w:rPr>
        <w:t xml:space="preserve">Interviewer P:  </w:t>
      </w:r>
      <w:r>
        <w:rPr>
          <w:rFonts w:ascii="Arial" w:hAnsi="Arial"/>
          <w:color w:val="5D7284"/>
        </w:rPr>
        <w:t>40:22</w:t>
      </w:r>
    </w:p>
    <w:p w14:paraId="30C5ACCC" w14:textId="77777777" w:rsidR="00FE337B" w:rsidRDefault="00A77024">
      <w:pPr>
        <w:spacing w:after="0"/>
      </w:pPr>
      <w:r>
        <w:rPr>
          <w:rFonts w:ascii="Arial" w:hAnsi="Arial"/>
        </w:rPr>
        <w:t xml:space="preserve">And yet when the water when the tank was moving, it didn't spin. </w:t>
      </w:r>
    </w:p>
    <w:p w14:paraId="2A82CF13" w14:textId="77777777" w:rsidR="00FE337B" w:rsidRDefault="00FE337B">
      <w:pPr>
        <w:spacing w:after="0"/>
      </w:pPr>
    </w:p>
    <w:p w14:paraId="774ED1E2" w14:textId="77777777" w:rsidR="00FE337B" w:rsidRDefault="00A77024">
      <w:pPr>
        <w:spacing w:after="0"/>
      </w:pPr>
      <w:r>
        <w:rPr>
          <w:rFonts w:ascii="Arial" w:hAnsi="Arial"/>
          <w:b/>
        </w:rPr>
        <w:t xml:space="preserve">Participant #13:  </w:t>
      </w:r>
      <w:r>
        <w:rPr>
          <w:rFonts w:ascii="Arial" w:hAnsi="Arial"/>
          <w:color w:val="5D7284"/>
        </w:rPr>
        <w:t>40:29</w:t>
      </w:r>
    </w:p>
    <w:p w14:paraId="25D6BDF8" w14:textId="77777777" w:rsidR="00FE337B" w:rsidRDefault="00A77024">
      <w:pPr>
        <w:spacing w:after="0"/>
      </w:pPr>
      <w:r>
        <w:rPr>
          <w:rFonts w:ascii="Arial" w:hAnsi="Arial"/>
        </w:rPr>
        <w:t xml:space="preserve">Yeah. </w:t>
      </w:r>
    </w:p>
    <w:p w14:paraId="3A42981A" w14:textId="77777777" w:rsidR="00FE337B" w:rsidRDefault="00FE337B">
      <w:pPr>
        <w:spacing w:after="0"/>
      </w:pPr>
    </w:p>
    <w:p w14:paraId="27D20273" w14:textId="77777777" w:rsidR="00FE337B" w:rsidRDefault="00A77024">
      <w:pPr>
        <w:spacing w:after="0"/>
      </w:pPr>
      <w:r>
        <w:rPr>
          <w:rFonts w:ascii="Arial" w:hAnsi="Arial"/>
          <w:b/>
        </w:rPr>
        <w:t xml:space="preserve">Interviewer P:  </w:t>
      </w:r>
      <w:r>
        <w:rPr>
          <w:rFonts w:ascii="Arial" w:hAnsi="Arial"/>
          <w:color w:val="5D7284"/>
        </w:rPr>
        <w:t>40:34</w:t>
      </w:r>
    </w:p>
    <w:p w14:paraId="3EB4C9EC" w14:textId="77777777" w:rsidR="00FE337B" w:rsidRDefault="00A77024">
      <w:pPr>
        <w:spacing w:after="0"/>
      </w:pPr>
      <w:r>
        <w:rPr>
          <w:rFonts w:ascii="Arial" w:hAnsi="Arial"/>
        </w:rPr>
        <w:t>So why the difference? Do you have thoughts about that?</w:t>
      </w:r>
    </w:p>
    <w:p w14:paraId="38B33BE6" w14:textId="77777777" w:rsidR="00FE337B" w:rsidRDefault="00FE337B">
      <w:pPr>
        <w:spacing w:after="0"/>
      </w:pPr>
    </w:p>
    <w:p w14:paraId="4F0DC63D" w14:textId="77777777" w:rsidR="00FE337B" w:rsidRDefault="00A77024">
      <w:pPr>
        <w:spacing w:after="0"/>
      </w:pPr>
      <w:r>
        <w:rPr>
          <w:rFonts w:ascii="Arial" w:hAnsi="Arial"/>
          <w:b/>
        </w:rPr>
        <w:t xml:space="preserve">Participant #13:  </w:t>
      </w:r>
      <w:r>
        <w:rPr>
          <w:rFonts w:ascii="Arial" w:hAnsi="Arial"/>
          <w:color w:val="5D7284"/>
        </w:rPr>
        <w:t>40:39</w:t>
      </w:r>
    </w:p>
    <w:p w14:paraId="5E7AEA46" w14:textId="77777777" w:rsidR="00FE337B" w:rsidRDefault="00A77024">
      <w:pPr>
        <w:spacing w:after="0"/>
      </w:pPr>
      <w:r>
        <w:rPr>
          <w:rFonts w:ascii="Arial" w:hAnsi="Arial"/>
        </w:rPr>
        <w:t>I think the water kind of just goes along with whatever, the tank, I mean the movement is. When it spins it's kind of just taking its form. And then when it stopped that the tanks the water keeps going because it have movement.</w:t>
      </w:r>
    </w:p>
    <w:p w14:paraId="2C7A70A6" w14:textId="77777777" w:rsidR="00FE337B" w:rsidRDefault="00FE337B">
      <w:pPr>
        <w:spacing w:after="0"/>
      </w:pPr>
    </w:p>
    <w:p w14:paraId="70405563" w14:textId="77777777" w:rsidR="00FE337B" w:rsidRDefault="00A77024">
      <w:pPr>
        <w:spacing w:after="0"/>
      </w:pPr>
      <w:r>
        <w:rPr>
          <w:rFonts w:ascii="Arial" w:hAnsi="Arial"/>
          <w:b/>
        </w:rPr>
        <w:t xml:space="preserve">Interviewer P:  </w:t>
      </w:r>
      <w:r>
        <w:rPr>
          <w:rFonts w:ascii="Arial" w:hAnsi="Arial"/>
          <w:color w:val="5D7284"/>
        </w:rPr>
        <w:t>41:02</w:t>
      </w:r>
    </w:p>
    <w:p w14:paraId="6F18A2EF" w14:textId="77777777" w:rsidR="00FE337B" w:rsidRDefault="00A77024">
      <w:pPr>
        <w:spacing w:after="0"/>
      </w:pPr>
      <w:r>
        <w:rPr>
          <w:rFonts w:ascii="Arial" w:hAnsi="Arial"/>
        </w:rPr>
        <w:t>At that point, it's not taking the form of the tank.</w:t>
      </w:r>
    </w:p>
    <w:p w14:paraId="1F2FA14A" w14:textId="77777777" w:rsidR="00FE337B" w:rsidRDefault="00FE337B">
      <w:pPr>
        <w:spacing w:after="0"/>
      </w:pPr>
    </w:p>
    <w:p w14:paraId="014B4E1B" w14:textId="77777777" w:rsidR="00FE337B" w:rsidRDefault="00A77024">
      <w:pPr>
        <w:spacing w:after="0"/>
      </w:pPr>
      <w:r>
        <w:rPr>
          <w:rFonts w:ascii="Arial" w:hAnsi="Arial"/>
          <w:b/>
        </w:rPr>
        <w:t xml:space="preserve">Participant #13:  </w:t>
      </w:r>
      <w:r>
        <w:rPr>
          <w:rFonts w:ascii="Arial" w:hAnsi="Arial"/>
          <w:color w:val="5D7284"/>
        </w:rPr>
        <w:t>41:05</w:t>
      </w:r>
    </w:p>
    <w:p w14:paraId="41001A74" w14:textId="77777777" w:rsidR="00FE337B" w:rsidRDefault="00A77024">
      <w:pPr>
        <w:spacing w:after="0"/>
      </w:pPr>
      <w:r>
        <w:rPr>
          <w:rFonts w:ascii="Arial" w:hAnsi="Arial"/>
        </w:rPr>
        <w:t>I mean, it is obviously like shape wise.</w:t>
      </w:r>
    </w:p>
    <w:p w14:paraId="3C03BA45" w14:textId="77777777" w:rsidR="00FE337B" w:rsidRDefault="00FE337B">
      <w:pPr>
        <w:spacing w:after="0"/>
      </w:pPr>
    </w:p>
    <w:p w14:paraId="760DBE1B" w14:textId="77777777" w:rsidR="00FE337B" w:rsidRDefault="00A77024">
      <w:pPr>
        <w:spacing w:after="0"/>
      </w:pPr>
      <w:r>
        <w:rPr>
          <w:rFonts w:ascii="Arial" w:hAnsi="Arial"/>
          <w:b/>
        </w:rPr>
        <w:t xml:space="preserve">Interviewer P:  </w:t>
      </w:r>
      <w:r>
        <w:rPr>
          <w:rFonts w:ascii="Arial" w:hAnsi="Arial"/>
          <w:color w:val="5D7284"/>
        </w:rPr>
        <w:t>41:07</w:t>
      </w:r>
    </w:p>
    <w:p w14:paraId="0843183C" w14:textId="77777777" w:rsidR="00FE337B" w:rsidRDefault="00A77024">
      <w:pPr>
        <w:spacing w:after="0"/>
      </w:pPr>
      <w:r>
        <w:rPr>
          <w:rFonts w:ascii="Arial" w:hAnsi="Arial"/>
        </w:rPr>
        <w:t xml:space="preserve">Shape wise, right, but the motion is taking yeah. Right, I'm gonna let that settle down a bit. And do a semi thought experiment. So I have the same type of cylinder, This time I do have Jell-O and this is Lazy Susan so it will spin and I can put my Jell-O on the Lazy Susan and I built this small Lego motor </w:t>
      </w:r>
      <w:r>
        <w:rPr>
          <w:rFonts w:ascii="Arial" w:hAnsi="Arial"/>
        </w:rPr>
        <w:lastRenderedPageBreak/>
        <w:t>that was spin the Lazy Susan, what do you think will happen once I get the Jell-O spinning, What do you think will happen then?</w:t>
      </w:r>
    </w:p>
    <w:p w14:paraId="11056408" w14:textId="77777777" w:rsidR="00FE337B" w:rsidRDefault="00FE337B">
      <w:pPr>
        <w:spacing w:after="0"/>
      </w:pPr>
    </w:p>
    <w:p w14:paraId="16DB3D28" w14:textId="77777777" w:rsidR="00FE337B" w:rsidRDefault="00A77024">
      <w:pPr>
        <w:spacing w:after="0"/>
      </w:pPr>
      <w:r>
        <w:rPr>
          <w:rFonts w:ascii="Arial" w:hAnsi="Arial"/>
          <w:b/>
        </w:rPr>
        <w:t xml:space="preserve">Participant #13:  </w:t>
      </w:r>
      <w:r>
        <w:rPr>
          <w:rFonts w:ascii="Arial" w:hAnsi="Arial"/>
          <w:color w:val="5D7284"/>
        </w:rPr>
        <w:t>42:02</w:t>
      </w:r>
    </w:p>
    <w:p w14:paraId="73C5EE7C" w14:textId="77777777" w:rsidR="00FE337B" w:rsidRDefault="00A77024">
      <w:pPr>
        <w:spacing w:after="0"/>
      </w:pPr>
      <w:r>
        <w:rPr>
          <w:rFonts w:ascii="Arial" w:hAnsi="Arial"/>
        </w:rPr>
        <w:t>I want to say it will start jiggling a little bit.</w:t>
      </w:r>
    </w:p>
    <w:p w14:paraId="0B5B0BC7" w14:textId="77777777" w:rsidR="00FE337B" w:rsidRDefault="00FE337B">
      <w:pPr>
        <w:spacing w:after="0"/>
      </w:pPr>
    </w:p>
    <w:p w14:paraId="3EDF8704" w14:textId="77777777" w:rsidR="00FE337B" w:rsidRDefault="00A77024">
      <w:pPr>
        <w:spacing w:after="0"/>
      </w:pPr>
      <w:r>
        <w:rPr>
          <w:rFonts w:ascii="Arial" w:hAnsi="Arial"/>
          <w:b/>
        </w:rPr>
        <w:t xml:space="preserve">Interviewer P:  </w:t>
      </w:r>
      <w:r>
        <w:rPr>
          <w:rFonts w:ascii="Arial" w:hAnsi="Arial"/>
          <w:color w:val="5D7284"/>
        </w:rPr>
        <w:t>42:18</w:t>
      </w:r>
    </w:p>
    <w:p w14:paraId="204B875C" w14:textId="77777777" w:rsidR="00FE337B" w:rsidRDefault="00A77024">
      <w:pPr>
        <w:spacing w:after="0"/>
      </w:pPr>
      <w:r>
        <w:rPr>
          <w:rFonts w:ascii="Arial" w:hAnsi="Arial"/>
        </w:rPr>
        <w:t>Did it starts wiggling a little bit?</w:t>
      </w:r>
    </w:p>
    <w:p w14:paraId="0C94A546" w14:textId="77777777" w:rsidR="00FE337B" w:rsidRDefault="00FE337B">
      <w:pPr>
        <w:spacing w:after="0"/>
      </w:pPr>
    </w:p>
    <w:p w14:paraId="3D952188" w14:textId="77777777" w:rsidR="00FE337B" w:rsidRDefault="00A77024">
      <w:pPr>
        <w:spacing w:after="0"/>
      </w:pPr>
      <w:r>
        <w:rPr>
          <w:rFonts w:ascii="Arial" w:hAnsi="Arial"/>
          <w:b/>
        </w:rPr>
        <w:t xml:space="preserve">Participant #13:  </w:t>
      </w:r>
      <w:r>
        <w:rPr>
          <w:rFonts w:ascii="Arial" w:hAnsi="Arial"/>
          <w:color w:val="5D7284"/>
        </w:rPr>
        <w:t>42:21</w:t>
      </w:r>
    </w:p>
    <w:p w14:paraId="1D34339A" w14:textId="77777777" w:rsidR="00FE337B" w:rsidRDefault="00A77024">
      <w:pPr>
        <w:spacing w:after="0"/>
      </w:pPr>
      <w:r>
        <w:rPr>
          <w:rFonts w:ascii="Arial" w:hAnsi="Arial"/>
        </w:rPr>
        <w:t>No. I would say just down. Just straight down or like little zigzag down.</w:t>
      </w:r>
    </w:p>
    <w:p w14:paraId="76AC6293" w14:textId="77777777" w:rsidR="00FE337B" w:rsidRDefault="00FE337B">
      <w:pPr>
        <w:spacing w:after="0"/>
      </w:pPr>
    </w:p>
    <w:p w14:paraId="4E4E941E" w14:textId="77777777" w:rsidR="00FE337B" w:rsidRDefault="00A77024">
      <w:pPr>
        <w:spacing w:after="0"/>
      </w:pPr>
      <w:r>
        <w:rPr>
          <w:rFonts w:ascii="Arial" w:hAnsi="Arial"/>
          <w:b/>
        </w:rPr>
        <w:t xml:space="preserve">Interviewer P:  </w:t>
      </w:r>
      <w:r>
        <w:rPr>
          <w:rFonts w:ascii="Arial" w:hAnsi="Arial"/>
          <w:color w:val="5D7284"/>
        </w:rPr>
        <w:t>42:22</w:t>
      </w:r>
    </w:p>
    <w:p w14:paraId="37952056" w14:textId="77777777" w:rsidR="00FE337B" w:rsidRDefault="00A77024">
      <w:pPr>
        <w:spacing w:after="0"/>
      </w:pPr>
      <w:r>
        <w:rPr>
          <w:rFonts w:ascii="Arial" w:hAnsi="Arial"/>
        </w:rPr>
        <w:t>It's just kind of going.</w:t>
      </w:r>
    </w:p>
    <w:p w14:paraId="6F064A1F" w14:textId="77777777" w:rsidR="00FE337B" w:rsidRDefault="00FE337B">
      <w:pPr>
        <w:spacing w:after="0"/>
      </w:pPr>
    </w:p>
    <w:p w14:paraId="5F568105" w14:textId="77777777" w:rsidR="00FE337B" w:rsidRDefault="00A77024">
      <w:pPr>
        <w:spacing w:after="0"/>
      </w:pPr>
      <w:r>
        <w:rPr>
          <w:rFonts w:ascii="Arial" w:hAnsi="Arial"/>
          <w:b/>
        </w:rPr>
        <w:t xml:space="preserve">Participant #13:  </w:t>
      </w:r>
      <w:r>
        <w:rPr>
          <w:rFonts w:ascii="Arial" w:hAnsi="Arial"/>
          <w:color w:val="5D7284"/>
        </w:rPr>
        <w:t>42:22</w:t>
      </w:r>
    </w:p>
    <w:p w14:paraId="14A07D1A" w14:textId="77777777" w:rsidR="00FE337B" w:rsidRDefault="00A77024">
      <w:pPr>
        <w:spacing w:after="0"/>
      </w:pPr>
      <w:r>
        <w:rPr>
          <w:rFonts w:ascii="Arial" w:hAnsi="Arial"/>
        </w:rPr>
        <w:t>Yeah.</w:t>
      </w:r>
    </w:p>
    <w:p w14:paraId="6BEC1194" w14:textId="77777777" w:rsidR="00FE337B" w:rsidRDefault="00FE337B">
      <w:pPr>
        <w:spacing w:after="0"/>
      </w:pPr>
    </w:p>
    <w:p w14:paraId="5A6B5160" w14:textId="77777777" w:rsidR="00FE337B" w:rsidRDefault="00A77024">
      <w:pPr>
        <w:spacing w:after="0"/>
      </w:pPr>
      <w:r>
        <w:rPr>
          <w:rFonts w:ascii="Arial" w:hAnsi="Arial"/>
          <w:b/>
        </w:rPr>
        <w:t xml:space="preserve">Interviewer P:  </w:t>
      </w:r>
      <w:r>
        <w:rPr>
          <w:rFonts w:ascii="Arial" w:hAnsi="Arial"/>
          <w:color w:val="5D7284"/>
        </w:rPr>
        <w:t>42:22</w:t>
      </w:r>
    </w:p>
    <w:p w14:paraId="621DBE64" w14:textId="662874B3" w:rsidR="00FE337B" w:rsidRDefault="00A77024">
      <w:pPr>
        <w:spacing w:after="0"/>
      </w:pPr>
      <w:r>
        <w:rPr>
          <w:rFonts w:ascii="Arial" w:hAnsi="Arial"/>
        </w:rPr>
        <w:t xml:space="preserve">Alright, so this is where this morphs into a thought experiment instead of a demo. Because ideally, what I'd like to do is take these little BBs and drop them in the Jell-O and that they would sink. You know, they would go to the bottom like the dye goes to the bottom in the water. But when they do it, they just sit on top. And </w:t>
      </w:r>
      <w:r w:rsidR="00850C16">
        <w:rPr>
          <w:rFonts w:ascii="Arial" w:hAnsi="Arial"/>
        </w:rPr>
        <w:t>so,</w:t>
      </w:r>
      <w:r>
        <w:rPr>
          <w:rFonts w:ascii="Arial" w:hAnsi="Arial"/>
        </w:rPr>
        <w:t xml:space="preserve"> this is where we'll take a leap and imagine that they were heavy enough or hot enough that they did go to the bottom what kind of a path do you think they would take on their way to the bottom of this rotating Jell-O. So, if it was exactly what it still goes zigzag down, zigzag to the side or a big zigzag, little zigzag.</w:t>
      </w:r>
    </w:p>
    <w:p w14:paraId="2A1DFF76" w14:textId="77777777" w:rsidR="00FE337B" w:rsidRDefault="00FE337B">
      <w:pPr>
        <w:spacing w:after="0"/>
      </w:pPr>
    </w:p>
    <w:p w14:paraId="5BDE1261" w14:textId="77777777" w:rsidR="00FE337B" w:rsidRDefault="00A77024">
      <w:pPr>
        <w:spacing w:after="0"/>
      </w:pPr>
      <w:r>
        <w:rPr>
          <w:rFonts w:ascii="Arial" w:hAnsi="Arial"/>
          <w:b/>
        </w:rPr>
        <w:t xml:space="preserve">Participant #13:  </w:t>
      </w:r>
      <w:r>
        <w:rPr>
          <w:rFonts w:ascii="Arial" w:hAnsi="Arial"/>
          <w:color w:val="5D7284"/>
        </w:rPr>
        <w:t>43:35</w:t>
      </w:r>
    </w:p>
    <w:p w14:paraId="7173FC23" w14:textId="77777777" w:rsidR="00FE337B" w:rsidRDefault="00A77024">
      <w:pPr>
        <w:spacing w:after="0"/>
      </w:pPr>
      <w:r>
        <w:rPr>
          <w:rFonts w:ascii="Arial" w:hAnsi="Arial"/>
        </w:rPr>
        <w:t>Little zigzag and just kind of linear just down.</w:t>
      </w:r>
    </w:p>
    <w:p w14:paraId="099CAFF2" w14:textId="77777777" w:rsidR="00FE337B" w:rsidRDefault="00FE337B">
      <w:pPr>
        <w:spacing w:after="0"/>
      </w:pPr>
    </w:p>
    <w:p w14:paraId="5B1699AD" w14:textId="77777777" w:rsidR="00FE337B" w:rsidRDefault="00A77024">
      <w:pPr>
        <w:spacing w:after="0"/>
      </w:pPr>
      <w:r>
        <w:rPr>
          <w:rFonts w:ascii="Arial" w:hAnsi="Arial"/>
          <w:b/>
        </w:rPr>
        <w:t xml:space="preserve">Interviewer P:  </w:t>
      </w:r>
      <w:r>
        <w:rPr>
          <w:rFonts w:ascii="Arial" w:hAnsi="Arial"/>
          <w:color w:val="5D7284"/>
        </w:rPr>
        <w:t>43:40</w:t>
      </w:r>
    </w:p>
    <w:p w14:paraId="0D12559F" w14:textId="634C485D" w:rsidR="00FE337B" w:rsidRDefault="00850C16">
      <w:pPr>
        <w:spacing w:after="0"/>
      </w:pPr>
      <w:r>
        <w:rPr>
          <w:rFonts w:ascii="Arial" w:hAnsi="Arial"/>
        </w:rPr>
        <w:t>So, what's causing the zigzag motion?</w:t>
      </w:r>
    </w:p>
    <w:p w14:paraId="136B6B16" w14:textId="77777777" w:rsidR="00FE337B" w:rsidRDefault="00FE337B">
      <w:pPr>
        <w:spacing w:after="0"/>
      </w:pPr>
    </w:p>
    <w:p w14:paraId="1AF7F8EC" w14:textId="77777777" w:rsidR="00FE337B" w:rsidRDefault="00A77024">
      <w:pPr>
        <w:spacing w:after="0"/>
      </w:pPr>
      <w:r>
        <w:rPr>
          <w:rFonts w:ascii="Arial" w:hAnsi="Arial"/>
          <w:b/>
        </w:rPr>
        <w:t xml:space="preserve">Participant #13:  </w:t>
      </w:r>
      <w:r>
        <w:rPr>
          <w:rFonts w:ascii="Arial" w:hAnsi="Arial"/>
          <w:color w:val="5D7284"/>
        </w:rPr>
        <w:t>43:43</w:t>
      </w:r>
    </w:p>
    <w:p w14:paraId="3615259D" w14:textId="77777777" w:rsidR="00FE337B" w:rsidRDefault="00A77024">
      <w:pPr>
        <w:spacing w:after="0"/>
      </w:pPr>
      <w:r>
        <w:rPr>
          <w:rFonts w:ascii="Arial" w:hAnsi="Arial"/>
        </w:rPr>
        <w:t>Um the spinning.</w:t>
      </w:r>
    </w:p>
    <w:p w14:paraId="6450D47F" w14:textId="77777777" w:rsidR="00FE337B" w:rsidRDefault="00FE337B">
      <w:pPr>
        <w:spacing w:after="0"/>
      </w:pPr>
    </w:p>
    <w:p w14:paraId="0BF4EB86" w14:textId="77777777" w:rsidR="00FE337B" w:rsidRDefault="00A77024">
      <w:pPr>
        <w:spacing w:after="0"/>
      </w:pPr>
      <w:r>
        <w:rPr>
          <w:rFonts w:ascii="Arial" w:hAnsi="Arial"/>
          <w:b/>
        </w:rPr>
        <w:t xml:space="preserve">Interviewer P:  </w:t>
      </w:r>
      <w:r>
        <w:rPr>
          <w:rFonts w:ascii="Arial" w:hAnsi="Arial"/>
          <w:color w:val="5D7284"/>
        </w:rPr>
        <w:t>43:45</w:t>
      </w:r>
    </w:p>
    <w:p w14:paraId="4DFC2FEC" w14:textId="3D579D50" w:rsidR="00FE337B" w:rsidRDefault="00850C16">
      <w:pPr>
        <w:spacing w:after="0"/>
      </w:pPr>
      <w:r>
        <w:rPr>
          <w:rFonts w:ascii="Arial" w:hAnsi="Arial"/>
        </w:rPr>
        <w:t>So, it's spinning, so it would it would basically go straight down, but on the way down, it would zigzag back and forth because it's spinning. So, imagine that instead of this rotating Jell-O, I had a rotating, like disc of metal. So kinda like a record, but it's really thick. Okay, and certainly the BBs aren't going to go through metal. But acid eats through metal. And so, I could hypothetically drop acid on top and it would slowly eat, and it would eat away at the metal that's rotating until it ate its way all the way to the bottom. So, what kind of a path do you think the acid would make as it dissolves the metal that is rotating?</w:t>
      </w:r>
    </w:p>
    <w:p w14:paraId="5EC74C12" w14:textId="77777777" w:rsidR="00FE337B" w:rsidRDefault="00FE337B">
      <w:pPr>
        <w:spacing w:after="0"/>
      </w:pPr>
    </w:p>
    <w:p w14:paraId="1EBE387D" w14:textId="77777777" w:rsidR="00FE337B" w:rsidRDefault="00A77024">
      <w:pPr>
        <w:spacing w:after="0"/>
      </w:pPr>
      <w:r>
        <w:rPr>
          <w:rFonts w:ascii="Arial" w:hAnsi="Arial"/>
          <w:b/>
        </w:rPr>
        <w:t xml:space="preserve">Participant #13:  </w:t>
      </w:r>
      <w:r>
        <w:rPr>
          <w:rFonts w:ascii="Arial" w:hAnsi="Arial"/>
          <w:color w:val="5D7284"/>
        </w:rPr>
        <w:t>44:41</w:t>
      </w:r>
    </w:p>
    <w:p w14:paraId="0289E71C" w14:textId="5B7B5936" w:rsidR="00FE337B" w:rsidRDefault="00A77024">
      <w:pPr>
        <w:spacing w:after="0"/>
      </w:pPr>
      <w:r>
        <w:rPr>
          <w:rFonts w:ascii="Arial" w:hAnsi="Arial"/>
        </w:rPr>
        <w:t xml:space="preserve">Since it is like acid and </w:t>
      </w:r>
      <w:r w:rsidR="00850C16">
        <w:rPr>
          <w:rFonts w:ascii="Arial" w:hAnsi="Arial"/>
        </w:rPr>
        <w:t>liquid,</w:t>
      </w:r>
      <w:r>
        <w:rPr>
          <w:rFonts w:ascii="Arial" w:hAnsi="Arial"/>
        </w:rPr>
        <w:t xml:space="preserve"> I feel like it'll eat away more. Like for example, this one is just kind of going through it. But then with the acid it was like it was very small and so it'll eat more away. Since it's moving.</w:t>
      </w:r>
    </w:p>
    <w:p w14:paraId="7F73CC86" w14:textId="77777777" w:rsidR="00FE337B" w:rsidRDefault="00FE337B">
      <w:pPr>
        <w:spacing w:after="0"/>
      </w:pPr>
    </w:p>
    <w:p w14:paraId="187A2918" w14:textId="77777777" w:rsidR="00FE337B" w:rsidRDefault="00A77024">
      <w:pPr>
        <w:spacing w:after="0"/>
      </w:pPr>
      <w:r>
        <w:rPr>
          <w:rFonts w:ascii="Arial" w:hAnsi="Arial"/>
          <w:b/>
        </w:rPr>
        <w:t xml:space="preserve">Interviewer P:  </w:t>
      </w:r>
      <w:r>
        <w:rPr>
          <w:rFonts w:ascii="Arial" w:hAnsi="Arial"/>
          <w:color w:val="5D7284"/>
        </w:rPr>
        <w:t>45:04</w:t>
      </w:r>
    </w:p>
    <w:p w14:paraId="2187443A" w14:textId="77777777" w:rsidR="00FE337B" w:rsidRDefault="00A77024">
      <w:pPr>
        <w:spacing w:after="0"/>
      </w:pPr>
      <w:r>
        <w:rPr>
          <w:rFonts w:ascii="Arial" w:hAnsi="Arial"/>
        </w:rPr>
        <w:t>What would the path look like on its way down to the bottom?</w:t>
      </w:r>
    </w:p>
    <w:p w14:paraId="5D513BFC" w14:textId="77777777" w:rsidR="00FE337B" w:rsidRDefault="00FE337B">
      <w:pPr>
        <w:spacing w:after="0"/>
      </w:pPr>
    </w:p>
    <w:p w14:paraId="1077275D" w14:textId="77777777" w:rsidR="00FE337B" w:rsidRDefault="00A77024">
      <w:pPr>
        <w:spacing w:after="0"/>
      </w:pPr>
      <w:r>
        <w:rPr>
          <w:rFonts w:ascii="Arial" w:hAnsi="Arial"/>
          <w:b/>
        </w:rPr>
        <w:t xml:space="preserve">Participant #13:  </w:t>
      </w:r>
      <w:r>
        <w:rPr>
          <w:rFonts w:ascii="Arial" w:hAnsi="Arial"/>
          <w:color w:val="5D7284"/>
        </w:rPr>
        <w:t>45:17</w:t>
      </w:r>
    </w:p>
    <w:p w14:paraId="462DD514" w14:textId="082295C8" w:rsidR="00FE337B" w:rsidRDefault="00A77024">
      <w:pPr>
        <w:spacing w:after="0"/>
      </w:pPr>
      <w:r>
        <w:rPr>
          <w:rFonts w:ascii="Arial" w:hAnsi="Arial"/>
        </w:rPr>
        <w:t xml:space="preserve">I guess just, I </w:t>
      </w:r>
      <w:r w:rsidR="00850C16">
        <w:rPr>
          <w:rFonts w:ascii="Arial" w:hAnsi="Arial"/>
        </w:rPr>
        <w:t>don’t</w:t>
      </w:r>
      <w:r>
        <w:rPr>
          <w:rFonts w:ascii="Arial" w:hAnsi="Arial"/>
        </w:rPr>
        <w:t xml:space="preserve"> know, I don't think there'll be much like a pattern to it. Just like. yeah, it wouldn't be them, like a pattern to it'll just kind of eat away as it goes down.</w:t>
      </w:r>
    </w:p>
    <w:p w14:paraId="6754463E" w14:textId="77777777" w:rsidR="00FE337B" w:rsidRDefault="00FE337B">
      <w:pPr>
        <w:spacing w:after="0"/>
      </w:pPr>
    </w:p>
    <w:p w14:paraId="27179A88" w14:textId="77777777" w:rsidR="00FE337B" w:rsidRDefault="00A77024">
      <w:pPr>
        <w:spacing w:after="0"/>
      </w:pPr>
      <w:r>
        <w:rPr>
          <w:rFonts w:ascii="Arial" w:hAnsi="Arial"/>
          <w:b/>
        </w:rPr>
        <w:t xml:space="preserve">Interviewer P:  </w:t>
      </w:r>
      <w:r>
        <w:rPr>
          <w:rFonts w:ascii="Arial" w:hAnsi="Arial"/>
          <w:color w:val="5D7284"/>
        </w:rPr>
        <w:t>45:50</w:t>
      </w:r>
    </w:p>
    <w:p w14:paraId="4F901D5C" w14:textId="77777777" w:rsidR="00FE337B" w:rsidRDefault="00A77024">
      <w:pPr>
        <w:spacing w:after="0"/>
      </w:pPr>
      <w:r>
        <w:rPr>
          <w:rFonts w:ascii="Arial" w:hAnsi="Arial"/>
        </w:rPr>
        <w:t>Would it, would it tend to go straight down? Would it curve?</w:t>
      </w:r>
    </w:p>
    <w:p w14:paraId="66C336F9" w14:textId="77777777" w:rsidR="00FE337B" w:rsidRDefault="00FE337B">
      <w:pPr>
        <w:spacing w:after="0"/>
      </w:pPr>
    </w:p>
    <w:p w14:paraId="6A20E584" w14:textId="77777777" w:rsidR="00FE337B" w:rsidRDefault="00A77024">
      <w:pPr>
        <w:spacing w:after="0"/>
      </w:pPr>
      <w:r>
        <w:rPr>
          <w:rFonts w:ascii="Arial" w:hAnsi="Arial"/>
          <w:b/>
        </w:rPr>
        <w:t xml:space="preserve">Participant #13:  </w:t>
      </w:r>
      <w:r>
        <w:rPr>
          <w:rFonts w:ascii="Arial" w:hAnsi="Arial"/>
          <w:color w:val="5D7284"/>
        </w:rPr>
        <w:t>45:54</w:t>
      </w:r>
    </w:p>
    <w:p w14:paraId="0B11EAD9" w14:textId="77777777" w:rsidR="00FE337B" w:rsidRDefault="00A77024">
      <w:pPr>
        <w:spacing w:after="0"/>
      </w:pPr>
      <w:r>
        <w:rPr>
          <w:rFonts w:ascii="Arial" w:hAnsi="Arial"/>
        </w:rPr>
        <w:t>I think there will be some like curvatures since it eats away like not perfectly like it wouldn't be just like straight down. Yeah.</w:t>
      </w:r>
    </w:p>
    <w:p w14:paraId="496B3DE7" w14:textId="77777777" w:rsidR="00FE337B" w:rsidRDefault="00FE337B">
      <w:pPr>
        <w:spacing w:after="0"/>
      </w:pPr>
    </w:p>
    <w:p w14:paraId="3232B42A" w14:textId="77777777" w:rsidR="00FE337B" w:rsidRDefault="00A77024">
      <w:pPr>
        <w:spacing w:after="0"/>
      </w:pPr>
      <w:r>
        <w:rPr>
          <w:rFonts w:ascii="Arial" w:hAnsi="Arial"/>
          <w:b/>
        </w:rPr>
        <w:t xml:space="preserve">Interviewer P:  </w:t>
      </w:r>
      <w:r>
        <w:rPr>
          <w:rFonts w:ascii="Arial" w:hAnsi="Arial"/>
          <w:color w:val="5D7284"/>
        </w:rPr>
        <w:t>46:07</w:t>
      </w:r>
    </w:p>
    <w:p w14:paraId="5E3682A7" w14:textId="6DA6F3A1" w:rsidR="00FE337B" w:rsidRDefault="00A77024">
      <w:pPr>
        <w:spacing w:after="0"/>
      </w:pPr>
      <w:r>
        <w:rPr>
          <w:rFonts w:ascii="Arial" w:hAnsi="Arial"/>
        </w:rPr>
        <w:t xml:space="preserve">Alright, last silly thought experiment. Let's say I grew up plant and the whole time it was growing. I had it on a rotating table. </w:t>
      </w:r>
      <w:r w:rsidR="00850C16">
        <w:rPr>
          <w:rFonts w:ascii="Arial" w:hAnsi="Arial"/>
        </w:rPr>
        <w:t>So,</w:t>
      </w:r>
      <w:r>
        <w:rPr>
          <w:rFonts w:ascii="Arial" w:hAnsi="Arial"/>
        </w:rPr>
        <w:t xml:space="preserve"> I have like a big pot of </w:t>
      </w:r>
      <w:r w:rsidR="00850C16">
        <w:rPr>
          <w:rFonts w:ascii="Arial" w:hAnsi="Arial"/>
        </w:rPr>
        <w:t>dirt,</w:t>
      </w:r>
      <w:r>
        <w:rPr>
          <w:rFonts w:ascii="Arial" w:hAnsi="Arial"/>
        </w:rPr>
        <w:t xml:space="preserve"> and I put a seed in it. And a couple of weeks go </w:t>
      </w:r>
      <w:r w:rsidR="00850C16">
        <w:rPr>
          <w:rFonts w:ascii="Arial" w:hAnsi="Arial"/>
        </w:rPr>
        <w:t>by,</w:t>
      </w:r>
      <w:r>
        <w:rPr>
          <w:rFonts w:ascii="Arial" w:hAnsi="Arial"/>
        </w:rPr>
        <w:t xml:space="preserve"> and it puts down roots and grows a stem put some leaves out. But this whole time it's been growing and spinning and spinning and spinning. What do you think the roots would look like?</w:t>
      </w:r>
    </w:p>
    <w:p w14:paraId="6C3F20E0" w14:textId="77777777" w:rsidR="00FE337B" w:rsidRDefault="00FE337B">
      <w:pPr>
        <w:spacing w:after="0"/>
      </w:pPr>
    </w:p>
    <w:p w14:paraId="4CDD13E8" w14:textId="77777777" w:rsidR="00FE337B" w:rsidRDefault="00A77024">
      <w:pPr>
        <w:spacing w:after="0"/>
      </w:pPr>
      <w:r>
        <w:rPr>
          <w:rFonts w:ascii="Arial" w:hAnsi="Arial"/>
          <w:b/>
        </w:rPr>
        <w:t xml:space="preserve">Participant #13:  </w:t>
      </w:r>
      <w:r>
        <w:rPr>
          <w:rFonts w:ascii="Arial" w:hAnsi="Arial"/>
          <w:color w:val="5D7284"/>
        </w:rPr>
        <w:t>46:30</w:t>
      </w:r>
    </w:p>
    <w:p w14:paraId="58517FB9" w14:textId="77777777" w:rsidR="00FE337B" w:rsidRDefault="00A77024">
      <w:pPr>
        <w:spacing w:after="0"/>
      </w:pPr>
      <w:r>
        <w:rPr>
          <w:rFonts w:ascii="Arial" w:hAnsi="Arial"/>
        </w:rPr>
        <w:t xml:space="preserve">Like spinning like as if it was on this. </w:t>
      </w:r>
    </w:p>
    <w:p w14:paraId="499DD13F" w14:textId="77777777" w:rsidR="00FE337B" w:rsidRDefault="00FE337B">
      <w:pPr>
        <w:spacing w:after="0"/>
      </w:pPr>
    </w:p>
    <w:p w14:paraId="46712D16" w14:textId="77777777" w:rsidR="00FE337B" w:rsidRDefault="00A77024">
      <w:pPr>
        <w:spacing w:after="0"/>
      </w:pPr>
      <w:r>
        <w:rPr>
          <w:rFonts w:ascii="Arial" w:hAnsi="Arial"/>
          <w:b/>
        </w:rPr>
        <w:t xml:space="preserve">Interviewer P:  </w:t>
      </w:r>
      <w:r>
        <w:rPr>
          <w:rFonts w:ascii="Arial" w:hAnsi="Arial"/>
          <w:color w:val="5D7284"/>
        </w:rPr>
        <w:t>46:42</w:t>
      </w:r>
    </w:p>
    <w:p w14:paraId="7EDB7E9A" w14:textId="77777777" w:rsidR="00FE337B" w:rsidRDefault="00A77024">
      <w:pPr>
        <w:spacing w:after="0"/>
      </w:pPr>
      <w:r>
        <w:rPr>
          <w:rFonts w:ascii="Arial" w:hAnsi="Arial"/>
        </w:rPr>
        <w:t>Yeah, so the plant is growing us doing this the whole time it's growing.</w:t>
      </w:r>
    </w:p>
    <w:p w14:paraId="4594E370" w14:textId="77777777" w:rsidR="00FE337B" w:rsidRDefault="00FE337B">
      <w:pPr>
        <w:spacing w:after="0"/>
      </w:pPr>
    </w:p>
    <w:p w14:paraId="7BE62583" w14:textId="77777777" w:rsidR="00FE337B" w:rsidRDefault="00A77024">
      <w:pPr>
        <w:spacing w:after="0"/>
      </w:pPr>
      <w:r>
        <w:rPr>
          <w:rFonts w:ascii="Arial" w:hAnsi="Arial"/>
          <w:b/>
        </w:rPr>
        <w:t xml:space="preserve">Participant #13:  </w:t>
      </w:r>
      <w:r>
        <w:rPr>
          <w:rFonts w:ascii="Arial" w:hAnsi="Arial"/>
          <w:color w:val="5D7284"/>
        </w:rPr>
        <w:t>46:45</w:t>
      </w:r>
    </w:p>
    <w:p w14:paraId="473A0D06" w14:textId="77777777" w:rsidR="00FE337B" w:rsidRDefault="00A77024">
      <w:pPr>
        <w:spacing w:after="0"/>
      </w:pPr>
      <w:r>
        <w:rPr>
          <w:rFonts w:ascii="Arial" w:hAnsi="Arial"/>
        </w:rPr>
        <w:t>I don't think it will do much.</w:t>
      </w:r>
    </w:p>
    <w:p w14:paraId="19127161" w14:textId="77777777" w:rsidR="00FE337B" w:rsidRDefault="00FE337B">
      <w:pPr>
        <w:spacing w:after="0"/>
      </w:pPr>
    </w:p>
    <w:p w14:paraId="739453AD" w14:textId="77777777" w:rsidR="00FE337B" w:rsidRDefault="00A77024">
      <w:pPr>
        <w:spacing w:after="0"/>
      </w:pPr>
      <w:r>
        <w:rPr>
          <w:rFonts w:ascii="Arial" w:hAnsi="Arial"/>
          <w:b/>
        </w:rPr>
        <w:t xml:space="preserve">Interviewer P:  </w:t>
      </w:r>
      <w:r>
        <w:rPr>
          <w:rFonts w:ascii="Arial" w:hAnsi="Arial"/>
          <w:color w:val="5D7284"/>
        </w:rPr>
        <w:t>46:48</w:t>
      </w:r>
    </w:p>
    <w:p w14:paraId="1C5B11F4" w14:textId="77777777" w:rsidR="00FE337B" w:rsidRDefault="00A77024">
      <w:pPr>
        <w:spacing w:after="0"/>
      </w:pPr>
      <w:r>
        <w:rPr>
          <w:rFonts w:ascii="Arial" w:hAnsi="Arial"/>
        </w:rPr>
        <w:t>Yeah?</w:t>
      </w:r>
    </w:p>
    <w:p w14:paraId="6CCC8C17" w14:textId="77777777" w:rsidR="00FE337B" w:rsidRDefault="00FE337B">
      <w:pPr>
        <w:spacing w:after="0"/>
      </w:pPr>
    </w:p>
    <w:p w14:paraId="7E272F02" w14:textId="77777777" w:rsidR="00FE337B" w:rsidRDefault="00A77024">
      <w:pPr>
        <w:spacing w:after="0"/>
      </w:pPr>
      <w:r>
        <w:rPr>
          <w:rFonts w:ascii="Arial" w:hAnsi="Arial"/>
          <w:b/>
        </w:rPr>
        <w:t xml:space="preserve">Participant #13:  </w:t>
      </w:r>
      <w:r>
        <w:rPr>
          <w:rFonts w:ascii="Arial" w:hAnsi="Arial"/>
          <w:color w:val="5D7284"/>
        </w:rPr>
        <w:t>46:49</w:t>
      </w:r>
    </w:p>
    <w:p w14:paraId="40436C11" w14:textId="77777777" w:rsidR="00FE337B" w:rsidRDefault="00A77024">
      <w:pPr>
        <w:spacing w:after="0"/>
      </w:pPr>
      <w:r>
        <w:rPr>
          <w:rFonts w:ascii="Arial" w:hAnsi="Arial"/>
        </w:rPr>
        <w:t xml:space="preserve">Yeah. </w:t>
      </w:r>
    </w:p>
    <w:p w14:paraId="7595AA41" w14:textId="77777777" w:rsidR="00FE337B" w:rsidRDefault="00FE337B">
      <w:pPr>
        <w:spacing w:after="0"/>
      </w:pPr>
    </w:p>
    <w:p w14:paraId="09B176E7" w14:textId="77777777" w:rsidR="00FE337B" w:rsidRDefault="00A77024">
      <w:pPr>
        <w:spacing w:after="0"/>
      </w:pPr>
      <w:r>
        <w:rPr>
          <w:rFonts w:ascii="Arial" w:hAnsi="Arial"/>
          <w:b/>
        </w:rPr>
        <w:t xml:space="preserve">Interviewer P:  </w:t>
      </w:r>
      <w:r>
        <w:rPr>
          <w:rFonts w:ascii="Arial" w:hAnsi="Arial"/>
          <w:color w:val="5D7284"/>
        </w:rPr>
        <w:t>46:50</w:t>
      </w:r>
    </w:p>
    <w:p w14:paraId="782B35FC" w14:textId="77777777" w:rsidR="00FE337B" w:rsidRDefault="00A77024">
      <w:pPr>
        <w:spacing w:after="0"/>
      </w:pPr>
      <w:r>
        <w:rPr>
          <w:rFonts w:ascii="Arial" w:hAnsi="Arial"/>
        </w:rPr>
        <w:t>Will the roots look like normal roots.</w:t>
      </w:r>
    </w:p>
    <w:p w14:paraId="2CC2FBFC" w14:textId="77777777" w:rsidR="00FE337B" w:rsidRDefault="00FE337B">
      <w:pPr>
        <w:spacing w:after="0"/>
      </w:pPr>
    </w:p>
    <w:p w14:paraId="4F49BA8D" w14:textId="77777777" w:rsidR="00FE337B" w:rsidRDefault="00A77024">
      <w:pPr>
        <w:spacing w:after="0"/>
      </w:pPr>
      <w:r>
        <w:rPr>
          <w:rFonts w:ascii="Arial" w:hAnsi="Arial"/>
          <w:b/>
        </w:rPr>
        <w:lastRenderedPageBreak/>
        <w:t xml:space="preserve">Participant #13:  </w:t>
      </w:r>
      <w:r>
        <w:rPr>
          <w:rFonts w:ascii="Arial" w:hAnsi="Arial"/>
          <w:color w:val="5D7284"/>
        </w:rPr>
        <w:t>46:53</w:t>
      </w:r>
    </w:p>
    <w:p w14:paraId="5A86A26A" w14:textId="77777777" w:rsidR="00FE337B" w:rsidRDefault="00A77024">
      <w:pPr>
        <w:spacing w:after="0"/>
      </w:pPr>
      <w:r>
        <w:rPr>
          <w:rFonts w:ascii="Arial" w:hAnsi="Arial"/>
        </w:rPr>
        <w:t xml:space="preserve">I think so. </w:t>
      </w:r>
    </w:p>
    <w:p w14:paraId="7A11ABA0" w14:textId="77777777" w:rsidR="00FE337B" w:rsidRDefault="00FE337B">
      <w:pPr>
        <w:spacing w:after="0"/>
      </w:pPr>
    </w:p>
    <w:p w14:paraId="12F20147" w14:textId="77777777" w:rsidR="00FE337B" w:rsidRDefault="00A77024">
      <w:pPr>
        <w:spacing w:after="0"/>
      </w:pPr>
      <w:r>
        <w:rPr>
          <w:rFonts w:ascii="Arial" w:hAnsi="Arial"/>
          <w:b/>
        </w:rPr>
        <w:t xml:space="preserve">Interviewer P:  </w:t>
      </w:r>
      <w:r>
        <w:rPr>
          <w:rFonts w:ascii="Arial" w:hAnsi="Arial"/>
          <w:color w:val="5D7284"/>
        </w:rPr>
        <w:t>46:55</w:t>
      </w:r>
    </w:p>
    <w:p w14:paraId="6927C6B3" w14:textId="77777777" w:rsidR="00FE337B" w:rsidRDefault="00A77024">
      <w:pPr>
        <w:spacing w:after="0"/>
      </w:pPr>
      <w:r>
        <w:rPr>
          <w:rFonts w:ascii="Arial" w:hAnsi="Arial"/>
        </w:rPr>
        <w:t>Do you think the top would look any different?</w:t>
      </w:r>
    </w:p>
    <w:p w14:paraId="35FEACED" w14:textId="77777777" w:rsidR="00FE337B" w:rsidRDefault="00FE337B">
      <w:pPr>
        <w:spacing w:after="0"/>
      </w:pPr>
    </w:p>
    <w:p w14:paraId="063CC928" w14:textId="77777777" w:rsidR="00FE337B" w:rsidRDefault="00A77024">
      <w:pPr>
        <w:spacing w:after="0"/>
      </w:pPr>
      <w:r>
        <w:rPr>
          <w:rFonts w:ascii="Arial" w:hAnsi="Arial"/>
          <w:b/>
        </w:rPr>
        <w:t xml:space="preserve">Participant #13:  </w:t>
      </w:r>
      <w:r>
        <w:rPr>
          <w:rFonts w:ascii="Arial" w:hAnsi="Arial"/>
          <w:color w:val="5D7284"/>
        </w:rPr>
        <w:t>46:57</w:t>
      </w:r>
    </w:p>
    <w:p w14:paraId="64FDBAD4" w14:textId="77777777" w:rsidR="00FE337B" w:rsidRDefault="00A77024">
      <w:pPr>
        <w:spacing w:after="0"/>
      </w:pPr>
      <w:r>
        <w:rPr>
          <w:rFonts w:ascii="Arial" w:hAnsi="Arial"/>
        </w:rPr>
        <w:t>It might be a little wonky.</w:t>
      </w:r>
    </w:p>
    <w:p w14:paraId="74F532CD" w14:textId="77777777" w:rsidR="00FE337B" w:rsidRDefault="00FE337B">
      <w:pPr>
        <w:spacing w:after="0"/>
      </w:pPr>
    </w:p>
    <w:p w14:paraId="7DAACFDD" w14:textId="77777777" w:rsidR="00FE337B" w:rsidRDefault="00A77024">
      <w:pPr>
        <w:spacing w:after="0"/>
      </w:pPr>
      <w:r>
        <w:rPr>
          <w:rFonts w:ascii="Arial" w:hAnsi="Arial"/>
          <w:b/>
        </w:rPr>
        <w:t xml:space="preserve">Interviewer P:  </w:t>
      </w:r>
      <w:r>
        <w:rPr>
          <w:rFonts w:ascii="Arial" w:hAnsi="Arial"/>
          <w:color w:val="5D7284"/>
        </w:rPr>
        <w:t>47:05</w:t>
      </w:r>
    </w:p>
    <w:p w14:paraId="1CF558FC" w14:textId="77777777" w:rsidR="00FE337B" w:rsidRDefault="00A77024">
      <w:pPr>
        <w:spacing w:after="0"/>
      </w:pPr>
      <w:r>
        <w:rPr>
          <w:rFonts w:ascii="Arial" w:hAnsi="Arial"/>
        </w:rPr>
        <w:t>What is wonky?</w:t>
      </w:r>
    </w:p>
    <w:p w14:paraId="0B636D3A" w14:textId="77777777" w:rsidR="00FE337B" w:rsidRDefault="00FE337B">
      <w:pPr>
        <w:spacing w:after="0"/>
      </w:pPr>
    </w:p>
    <w:p w14:paraId="00620DF6" w14:textId="77777777" w:rsidR="00FE337B" w:rsidRDefault="00A77024">
      <w:pPr>
        <w:spacing w:after="0"/>
      </w:pPr>
      <w:r>
        <w:rPr>
          <w:rFonts w:ascii="Arial" w:hAnsi="Arial"/>
          <w:b/>
        </w:rPr>
        <w:t xml:space="preserve">Participant #13:  </w:t>
      </w:r>
      <w:r>
        <w:rPr>
          <w:rFonts w:ascii="Arial" w:hAnsi="Arial"/>
          <w:color w:val="5D7284"/>
        </w:rPr>
        <w:t>47:11</w:t>
      </w:r>
    </w:p>
    <w:p w14:paraId="4CBE3935" w14:textId="352B4ADD" w:rsidR="00FE337B" w:rsidRDefault="00A77024">
      <w:pPr>
        <w:spacing w:after="0"/>
      </w:pPr>
      <w:r>
        <w:rPr>
          <w:rFonts w:ascii="Arial" w:hAnsi="Arial"/>
        </w:rPr>
        <w:t>I don't know if this is like a correct correlation. But cuz</w:t>
      </w:r>
      <w:r>
        <w:rPr>
          <w:rFonts w:ascii="Arial" w:hAnsi="Arial"/>
        </w:rPr>
        <w:t xml:space="preserve"> the Earth rotates. I don't know if it is the correct correlation. But in my mind, the Earth </w:t>
      </w:r>
      <w:r w:rsidR="00850C16">
        <w:rPr>
          <w:rFonts w:ascii="Arial" w:hAnsi="Arial"/>
        </w:rPr>
        <w:t>rotates,</w:t>
      </w:r>
      <w:r>
        <w:rPr>
          <w:rFonts w:ascii="Arial" w:hAnsi="Arial"/>
        </w:rPr>
        <w:t xml:space="preserve"> and plants still grow how they grow.  </w:t>
      </w:r>
      <w:r w:rsidR="00850C16">
        <w:rPr>
          <w:rFonts w:ascii="Arial" w:hAnsi="Arial"/>
        </w:rPr>
        <w:t>So,</w:t>
      </w:r>
      <w:r>
        <w:rPr>
          <w:rFonts w:ascii="Arial" w:hAnsi="Arial"/>
        </w:rPr>
        <w:t xml:space="preserve"> I'm thinking like, just because it rotates, it won't do that much. Yeah, I think it was things like really quick. </w:t>
      </w:r>
    </w:p>
    <w:p w14:paraId="38A591DA" w14:textId="77777777" w:rsidR="00FE337B" w:rsidRDefault="00FE337B">
      <w:pPr>
        <w:spacing w:after="0"/>
      </w:pPr>
    </w:p>
    <w:p w14:paraId="42D93A20" w14:textId="77777777" w:rsidR="00FE337B" w:rsidRDefault="00A77024">
      <w:pPr>
        <w:spacing w:after="0"/>
      </w:pPr>
      <w:r>
        <w:rPr>
          <w:rFonts w:ascii="Arial" w:hAnsi="Arial"/>
          <w:b/>
        </w:rPr>
        <w:t xml:space="preserve">Interviewer P:  </w:t>
      </w:r>
      <w:r>
        <w:rPr>
          <w:rFonts w:ascii="Arial" w:hAnsi="Arial"/>
          <w:color w:val="5D7284"/>
        </w:rPr>
        <w:t>47:28</w:t>
      </w:r>
    </w:p>
    <w:p w14:paraId="2297C6FA" w14:textId="77777777" w:rsidR="00FE337B" w:rsidRDefault="00A77024">
      <w:pPr>
        <w:spacing w:after="0"/>
      </w:pPr>
      <w:r>
        <w:rPr>
          <w:rFonts w:ascii="Arial" w:hAnsi="Arial"/>
        </w:rPr>
        <w:t>Right.  Yeah.</w:t>
      </w:r>
    </w:p>
    <w:p w14:paraId="33B92722" w14:textId="77777777" w:rsidR="00FE337B" w:rsidRDefault="00FE337B">
      <w:pPr>
        <w:spacing w:after="0"/>
      </w:pPr>
    </w:p>
    <w:p w14:paraId="611F13AC" w14:textId="77777777" w:rsidR="00FE337B" w:rsidRDefault="00A77024">
      <w:pPr>
        <w:spacing w:after="0"/>
      </w:pPr>
      <w:r>
        <w:rPr>
          <w:rFonts w:ascii="Arial" w:hAnsi="Arial"/>
          <w:b/>
        </w:rPr>
        <w:t xml:space="preserve">Participant #13:  </w:t>
      </w:r>
      <w:r>
        <w:rPr>
          <w:rFonts w:ascii="Arial" w:hAnsi="Arial"/>
          <w:color w:val="5D7284"/>
        </w:rPr>
        <w:t>47:37</w:t>
      </w:r>
    </w:p>
    <w:p w14:paraId="0042A2E7" w14:textId="77777777" w:rsidR="00FE337B" w:rsidRDefault="00A77024">
      <w:pPr>
        <w:spacing w:after="0"/>
      </w:pPr>
      <w:r>
        <w:rPr>
          <w:rFonts w:ascii="Arial" w:hAnsi="Arial"/>
        </w:rPr>
        <w:t xml:space="preserve">Like crazy quick, then it might be a little lopsided. </w:t>
      </w:r>
    </w:p>
    <w:p w14:paraId="17701D3C" w14:textId="77777777" w:rsidR="00FE337B" w:rsidRDefault="00FE337B">
      <w:pPr>
        <w:spacing w:after="0"/>
      </w:pPr>
    </w:p>
    <w:p w14:paraId="431E4BCF" w14:textId="77777777" w:rsidR="00FE337B" w:rsidRDefault="00A77024">
      <w:pPr>
        <w:spacing w:after="0"/>
      </w:pPr>
      <w:r>
        <w:rPr>
          <w:rFonts w:ascii="Arial" w:hAnsi="Arial"/>
          <w:b/>
        </w:rPr>
        <w:t xml:space="preserve">Interviewer P:  </w:t>
      </w:r>
      <w:r>
        <w:rPr>
          <w:rFonts w:ascii="Arial" w:hAnsi="Arial"/>
          <w:color w:val="5D7284"/>
        </w:rPr>
        <w:t>47:41</w:t>
      </w:r>
    </w:p>
    <w:p w14:paraId="7C4F1134" w14:textId="77777777" w:rsidR="00FE337B" w:rsidRDefault="00A77024">
      <w:pPr>
        <w:spacing w:after="0"/>
      </w:pPr>
      <w:r>
        <w:rPr>
          <w:rFonts w:ascii="Arial" w:hAnsi="Arial"/>
        </w:rPr>
        <w:t xml:space="preserve">Yeah, got it. All right, last thing I have for you is I have some plastic fish that I can put in the tank. And what's kind of cool about these fish is some of them will float and some of them will sink. And what I want you to think about is how you think the fish will move when I start the tank and so recognizing that this is different from what we have when you first came in because it had already been rotating for 30 minutes whereas now I'm starting from a stop, so when I start this thing up, what do you </w:t>
      </w:r>
      <w:r>
        <w:rPr>
          <w:rFonts w:ascii="Arial" w:hAnsi="Arial"/>
        </w:rPr>
        <w:t>think the fish will do?</w:t>
      </w:r>
    </w:p>
    <w:p w14:paraId="0053F57A" w14:textId="77777777" w:rsidR="00FE337B" w:rsidRDefault="00FE337B">
      <w:pPr>
        <w:spacing w:after="0"/>
      </w:pPr>
    </w:p>
    <w:p w14:paraId="2FFCE6EB" w14:textId="77777777" w:rsidR="00FE337B" w:rsidRDefault="00A77024">
      <w:pPr>
        <w:spacing w:after="0"/>
      </w:pPr>
      <w:r>
        <w:rPr>
          <w:rFonts w:ascii="Arial" w:hAnsi="Arial"/>
          <w:b/>
        </w:rPr>
        <w:t xml:space="preserve">Participant #13:  </w:t>
      </w:r>
      <w:r>
        <w:rPr>
          <w:rFonts w:ascii="Arial" w:hAnsi="Arial"/>
          <w:color w:val="5D7284"/>
        </w:rPr>
        <w:t>48:25</w:t>
      </w:r>
    </w:p>
    <w:p w14:paraId="1433958D" w14:textId="77777777" w:rsidR="00FE337B" w:rsidRDefault="00A77024">
      <w:pPr>
        <w:spacing w:after="0"/>
      </w:pPr>
      <w:r>
        <w:rPr>
          <w:rFonts w:ascii="Arial" w:hAnsi="Arial"/>
        </w:rPr>
        <w:t>It will start moving with the tank, so kind of how, how.</w:t>
      </w:r>
    </w:p>
    <w:p w14:paraId="19FCEB5C" w14:textId="77777777" w:rsidR="00FE337B" w:rsidRDefault="00FE337B">
      <w:pPr>
        <w:spacing w:after="0"/>
      </w:pPr>
    </w:p>
    <w:p w14:paraId="16DDF78D" w14:textId="77777777" w:rsidR="00FE337B" w:rsidRDefault="00A77024">
      <w:pPr>
        <w:spacing w:after="0"/>
      </w:pPr>
      <w:r>
        <w:rPr>
          <w:rFonts w:ascii="Arial" w:hAnsi="Arial"/>
          <w:b/>
        </w:rPr>
        <w:t xml:space="preserve">Interviewer P:  </w:t>
      </w:r>
      <w:r>
        <w:rPr>
          <w:rFonts w:ascii="Arial" w:hAnsi="Arial"/>
          <w:color w:val="5D7284"/>
        </w:rPr>
        <w:t>48:34</w:t>
      </w:r>
    </w:p>
    <w:p w14:paraId="5C6E8881" w14:textId="77777777" w:rsidR="00FE337B" w:rsidRDefault="00A77024">
      <w:pPr>
        <w:spacing w:after="0"/>
      </w:pPr>
      <w:r>
        <w:rPr>
          <w:rFonts w:ascii="Arial" w:hAnsi="Arial"/>
        </w:rPr>
        <w:t xml:space="preserve">Yeah. </w:t>
      </w:r>
    </w:p>
    <w:p w14:paraId="1777A41E" w14:textId="77777777" w:rsidR="00FE337B" w:rsidRDefault="00FE337B">
      <w:pPr>
        <w:spacing w:after="0"/>
      </w:pPr>
    </w:p>
    <w:p w14:paraId="63DFD1E9" w14:textId="77777777" w:rsidR="00FE337B" w:rsidRDefault="00A77024">
      <w:pPr>
        <w:spacing w:after="0"/>
      </w:pPr>
      <w:r>
        <w:rPr>
          <w:rFonts w:ascii="Arial" w:hAnsi="Arial"/>
          <w:b/>
        </w:rPr>
        <w:t xml:space="preserve">Participant #13:  </w:t>
      </w:r>
      <w:r>
        <w:rPr>
          <w:rFonts w:ascii="Arial" w:hAnsi="Arial"/>
          <w:color w:val="5D7284"/>
        </w:rPr>
        <w:t>48:35</w:t>
      </w:r>
    </w:p>
    <w:p w14:paraId="1C84CEA2" w14:textId="77777777" w:rsidR="00FE337B" w:rsidRDefault="00A77024">
      <w:pPr>
        <w:spacing w:after="0"/>
      </w:pPr>
      <w:r>
        <w:rPr>
          <w:rFonts w:ascii="Arial" w:hAnsi="Arial"/>
        </w:rPr>
        <w:t>So, just like at a perfect...</w:t>
      </w:r>
    </w:p>
    <w:p w14:paraId="2DF7E16A" w14:textId="77777777" w:rsidR="00FE337B" w:rsidRDefault="00FE337B">
      <w:pPr>
        <w:spacing w:after="0"/>
      </w:pPr>
    </w:p>
    <w:p w14:paraId="198F5AB4" w14:textId="77777777" w:rsidR="00FE337B" w:rsidRDefault="00A77024">
      <w:pPr>
        <w:spacing w:after="0"/>
      </w:pPr>
      <w:r>
        <w:rPr>
          <w:rFonts w:ascii="Arial" w:hAnsi="Arial"/>
          <w:b/>
        </w:rPr>
        <w:t xml:space="preserve">Interviewer P:  </w:t>
      </w:r>
      <w:r>
        <w:rPr>
          <w:rFonts w:ascii="Arial" w:hAnsi="Arial"/>
          <w:color w:val="5D7284"/>
        </w:rPr>
        <w:t>48:36</w:t>
      </w:r>
    </w:p>
    <w:p w14:paraId="2B9771E6" w14:textId="77777777" w:rsidR="00FE337B" w:rsidRDefault="00A77024">
      <w:pPr>
        <w:spacing w:after="0"/>
      </w:pPr>
      <w:r>
        <w:rPr>
          <w:rFonts w:ascii="Arial" w:hAnsi="Arial"/>
        </w:rPr>
        <w:t xml:space="preserve">Okay, and they'll do you think they'll all go together? </w:t>
      </w:r>
    </w:p>
    <w:p w14:paraId="6BF95B78" w14:textId="77777777" w:rsidR="00FE337B" w:rsidRDefault="00FE337B">
      <w:pPr>
        <w:spacing w:after="0"/>
      </w:pPr>
    </w:p>
    <w:p w14:paraId="5836FF68" w14:textId="77777777" w:rsidR="00FE337B" w:rsidRDefault="00A77024">
      <w:pPr>
        <w:spacing w:after="0"/>
      </w:pPr>
      <w:r>
        <w:rPr>
          <w:rFonts w:ascii="Arial" w:hAnsi="Arial"/>
          <w:b/>
        </w:rPr>
        <w:t xml:space="preserve">Participant #13:  </w:t>
      </w:r>
      <w:r>
        <w:rPr>
          <w:rFonts w:ascii="Arial" w:hAnsi="Arial"/>
          <w:color w:val="5D7284"/>
        </w:rPr>
        <w:t>48:41</w:t>
      </w:r>
    </w:p>
    <w:p w14:paraId="50F11983" w14:textId="77777777" w:rsidR="00FE337B" w:rsidRDefault="00A77024">
      <w:pPr>
        <w:spacing w:after="0"/>
      </w:pPr>
      <w:r>
        <w:rPr>
          <w:rFonts w:ascii="Arial" w:hAnsi="Arial"/>
        </w:rPr>
        <w:lastRenderedPageBreak/>
        <w:t>No.</w:t>
      </w:r>
    </w:p>
    <w:p w14:paraId="4C6CA389" w14:textId="77777777" w:rsidR="00FE337B" w:rsidRDefault="00FE337B">
      <w:pPr>
        <w:spacing w:after="0"/>
      </w:pPr>
    </w:p>
    <w:p w14:paraId="7ECA9CA7" w14:textId="77777777" w:rsidR="00FE337B" w:rsidRDefault="00A77024">
      <w:pPr>
        <w:spacing w:after="0"/>
      </w:pPr>
      <w:r>
        <w:rPr>
          <w:rFonts w:ascii="Arial" w:hAnsi="Arial"/>
          <w:b/>
        </w:rPr>
        <w:t xml:space="preserve">Interviewer P:  </w:t>
      </w:r>
      <w:r>
        <w:rPr>
          <w:rFonts w:ascii="Arial" w:hAnsi="Arial"/>
          <w:color w:val="5D7284"/>
        </w:rPr>
        <w:t>48:42</w:t>
      </w:r>
    </w:p>
    <w:p w14:paraId="3DE8A35C" w14:textId="34BD8BF0" w:rsidR="00FE337B" w:rsidRDefault="00850C16">
      <w:pPr>
        <w:spacing w:after="0"/>
      </w:pPr>
      <w:r>
        <w:rPr>
          <w:rFonts w:ascii="Arial" w:hAnsi="Arial"/>
        </w:rPr>
        <w:t>So, tell me about that.</w:t>
      </w:r>
    </w:p>
    <w:p w14:paraId="20CFE175" w14:textId="77777777" w:rsidR="00FE337B" w:rsidRDefault="00FE337B">
      <w:pPr>
        <w:spacing w:after="0"/>
      </w:pPr>
    </w:p>
    <w:p w14:paraId="62090198" w14:textId="77777777" w:rsidR="00FE337B" w:rsidRDefault="00A77024">
      <w:pPr>
        <w:spacing w:after="0"/>
      </w:pPr>
      <w:r>
        <w:rPr>
          <w:rFonts w:ascii="Arial" w:hAnsi="Arial"/>
          <w:b/>
        </w:rPr>
        <w:t xml:space="preserve">Participant #13:  </w:t>
      </w:r>
      <w:r>
        <w:rPr>
          <w:rFonts w:ascii="Arial" w:hAnsi="Arial"/>
          <w:color w:val="5D7284"/>
        </w:rPr>
        <w:t>48:43</w:t>
      </w:r>
    </w:p>
    <w:p w14:paraId="0E8F17FC" w14:textId="5F0F4AA1" w:rsidR="00FE337B" w:rsidRDefault="00A77024">
      <w:pPr>
        <w:spacing w:after="0"/>
      </w:pPr>
      <w:r>
        <w:rPr>
          <w:rFonts w:ascii="Arial" w:hAnsi="Arial"/>
        </w:rPr>
        <w:t xml:space="preserve">I think like if there was no </w:t>
      </w:r>
      <w:r w:rsidR="00850C16">
        <w:rPr>
          <w:rFonts w:ascii="Arial" w:hAnsi="Arial"/>
        </w:rPr>
        <w:t>water,</w:t>
      </w:r>
      <w:r>
        <w:rPr>
          <w:rFonts w:ascii="Arial" w:hAnsi="Arial"/>
        </w:rPr>
        <w:t xml:space="preserve"> I think it will go on, I don't know to be honest, because that is why I'm guessing it'll just move at the same speed.</w:t>
      </w:r>
    </w:p>
    <w:p w14:paraId="2297EA60" w14:textId="77777777" w:rsidR="00FE337B" w:rsidRDefault="00FE337B">
      <w:pPr>
        <w:spacing w:after="0"/>
      </w:pPr>
    </w:p>
    <w:p w14:paraId="390737D2" w14:textId="77777777" w:rsidR="00FE337B" w:rsidRDefault="00A77024">
      <w:pPr>
        <w:spacing w:after="0"/>
      </w:pPr>
      <w:r>
        <w:rPr>
          <w:rFonts w:ascii="Arial" w:hAnsi="Arial"/>
          <w:b/>
        </w:rPr>
        <w:t xml:space="preserve">Interviewer P:  </w:t>
      </w:r>
      <w:r>
        <w:rPr>
          <w:rFonts w:ascii="Arial" w:hAnsi="Arial"/>
          <w:color w:val="5D7284"/>
        </w:rPr>
        <w:t>49:05</w:t>
      </w:r>
    </w:p>
    <w:p w14:paraId="64F5500C" w14:textId="5D71A1D3" w:rsidR="00FE337B" w:rsidRDefault="00850C16">
      <w:pPr>
        <w:spacing w:after="0"/>
      </w:pPr>
      <w:r>
        <w:rPr>
          <w:rFonts w:ascii="Arial" w:hAnsi="Arial"/>
        </w:rPr>
        <w:t>So, all the fish will move at the same speed.</w:t>
      </w:r>
    </w:p>
    <w:p w14:paraId="320CD79E" w14:textId="77777777" w:rsidR="00FE337B" w:rsidRDefault="00FE337B">
      <w:pPr>
        <w:spacing w:after="0"/>
      </w:pPr>
    </w:p>
    <w:p w14:paraId="31B89A85" w14:textId="77777777" w:rsidR="00FE337B" w:rsidRDefault="00A77024">
      <w:pPr>
        <w:spacing w:after="0"/>
      </w:pPr>
      <w:r>
        <w:rPr>
          <w:rFonts w:ascii="Arial" w:hAnsi="Arial"/>
          <w:b/>
        </w:rPr>
        <w:t xml:space="preserve">Participant #13:  </w:t>
      </w:r>
      <w:r>
        <w:rPr>
          <w:rFonts w:ascii="Arial" w:hAnsi="Arial"/>
          <w:color w:val="5D7284"/>
        </w:rPr>
        <w:t>49:09</w:t>
      </w:r>
    </w:p>
    <w:p w14:paraId="120CBD28" w14:textId="2FDAFC00" w:rsidR="00FE337B" w:rsidRDefault="00A77024">
      <w:pPr>
        <w:spacing w:after="0"/>
      </w:pPr>
      <w:r>
        <w:rPr>
          <w:rFonts w:ascii="Arial" w:hAnsi="Arial"/>
        </w:rPr>
        <w:t xml:space="preserve">I think the top will move quicker and then bottom will move slower, actually. Yes, just because the bottom </w:t>
      </w:r>
      <w:r w:rsidR="00850C16">
        <w:rPr>
          <w:rFonts w:ascii="Arial" w:hAnsi="Arial"/>
        </w:rPr>
        <w:t>one’s</w:t>
      </w:r>
      <w:r>
        <w:rPr>
          <w:rFonts w:ascii="Arial" w:hAnsi="Arial"/>
        </w:rPr>
        <w:t xml:space="preserve"> sink.</w:t>
      </w:r>
    </w:p>
    <w:p w14:paraId="0DC15D09" w14:textId="77777777" w:rsidR="00FE337B" w:rsidRDefault="00FE337B">
      <w:pPr>
        <w:spacing w:after="0"/>
      </w:pPr>
    </w:p>
    <w:p w14:paraId="4E1AC9E8" w14:textId="77777777" w:rsidR="00FE337B" w:rsidRDefault="00A77024">
      <w:pPr>
        <w:spacing w:after="0"/>
      </w:pPr>
      <w:r>
        <w:rPr>
          <w:rFonts w:ascii="Arial" w:hAnsi="Arial"/>
          <w:b/>
        </w:rPr>
        <w:t xml:space="preserve">Interviewer P:  </w:t>
      </w:r>
      <w:r>
        <w:rPr>
          <w:rFonts w:ascii="Arial" w:hAnsi="Arial"/>
          <w:color w:val="5D7284"/>
        </w:rPr>
        <w:t>49:26</w:t>
      </w:r>
    </w:p>
    <w:p w14:paraId="74C0A67D" w14:textId="78893035" w:rsidR="00FE337B" w:rsidRDefault="00850C16">
      <w:pPr>
        <w:spacing w:after="0"/>
      </w:pPr>
      <w:r>
        <w:rPr>
          <w:rFonts w:ascii="Arial" w:hAnsi="Arial"/>
        </w:rPr>
        <w:t>So, the top will move faster, and the bottom will move slower.</w:t>
      </w:r>
    </w:p>
    <w:p w14:paraId="1DC0081E" w14:textId="77777777" w:rsidR="00FE337B" w:rsidRDefault="00FE337B">
      <w:pPr>
        <w:spacing w:after="0"/>
      </w:pPr>
    </w:p>
    <w:p w14:paraId="6B04205E" w14:textId="77777777" w:rsidR="00FE337B" w:rsidRDefault="00A77024">
      <w:pPr>
        <w:spacing w:after="0"/>
      </w:pPr>
      <w:r>
        <w:rPr>
          <w:rFonts w:ascii="Arial" w:hAnsi="Arial"/>
          <w:b/>
        </w:rPr>
        <w:t xml:space="preserve">Participant #13:  </w:t>
      </w:r>
      <w:r>
        <w:rPr>
          <w:rFonts w:ascii="Arial" w:hAnsi="Arial"/>
          <w:color w:val="5D7284"/>
        </w:rPr>
        <w:t>49:31</w:t>
      </w:r>
    </w:p>
    <w:p w14:paraId="185A9C34" w14:textId="77777777" w:rsidR="00FE337B" w:rsidRDefault="00A77024">
      <w:pPr>
        <w:spacing w:after="0"/>
      </w:pPr>
      <w:r>
        <w:rPr>
          <w:rFonts w:ascii="Arial" w:hAnsi="Arial"/>
        </w:rPr>
        <w:t>Maybe not too much of a difference.</w:t>
      </w:r>
    </w:p>
    <w:p w14:paraId="67273980" w14:textId="77777777" w:rsidR="00FE337B" w:rsidRDefault="00FE337B">
      <w:pPr>
        <w:spacing w:after="0"/>
      </w:pPr>
    </w:p>
    <w:p w14:paraId="66D5CFB2" w14:textId="77777777" w:rsidR="00FE337B" w:rsidRDefault="00A77024">
      <w:pPr>
        <w:spacing w:after="0"/>
      </w:pPr>
      <w:r>
        <w:rPr>
          <w:rFonts w:ascii="Arial" w:hAnsi="Arial"/>
          <w:b/>
        </w:rPr>
        <w:t xml:space="preserve">Interviewer P:  </w:t>
      </w:r>
      <w:r>
        <w:rPr>
          <w:rFonts w:ascii="Arial" w:hAnsi="Arial"/>
          <w:color w:val="5D7284"/>
        </w:rPr>
        <w:t>49:33</w:t>
      </w:r>
    </w:p>
    <w:p w14:paraId="338DC498" w14:textId="254E77E9" w:rsidR="00FE337B" w:rsidRDefault="00A77024">
      <w:pPr>
        <w:spacing w:after="0"/>
      </w:pPr>
      <w:r>
        <w:rPr>
          <w:rFonts w:ascii="Arial" w:hAnsi="Arial"/>
        </w:rPr>
        <w:t xml:space="preserve">Okay. Started up and see. This is glitching a bit. There we go. </w:t>
      </w:r>
      <w:r w:rsidR="00850C16">
        <w:rPr>
          <w:rFonts w:ascii="Arial" w:hAnsi="Arial"/>
        </w:rPr>
        <w:t>What’s</w:t>
      </w:r>
      <w:r>
        <w:rPr>
          <w:rFonts w:ascii="Arial" w:hAnsi="Arial"/>
        </w:rPr>
        <w:t xml:space="preserve"> happening? How is the top moving, how are the top fish moving.</w:t>
      </w:r>
    </w:p>
    <w:p w14:paraId="60BBC865" w14:textId="77777777" w:rsidR="00FE337B" w:rsidRDefault="00FE337B">
      <w:pPr>
        <w:spacing w:after="0"/>
      </w:pPr>
    </w:p>
    <w:p w14:paraId="1F03A7FB" w14:textId="77777777" w:rsidR="00FE337B" w:rsidRDefault="00A77024">
      <w:pPr>
        <w:spacing w:after="0"/>
      </w:pPr>
      <w:r>
        <w:rPr>
          <w:rFonts w:ascii="Arial" w:hAnsi="Arial"/>
          <w:b/>
        </w:rPr>
        <w:t xml:space="preserve">Participant #13:  </w:t>
      </w:r>
      <w:r>
        <w:rPr>
          <w:rFonts w:ascii="Arial" w:hAnsi="Arial"/>
          <w:color w:val="5D7284"/>
        </w:rPr>
        <w:t>50:06</w:t>
      </w:r>
    </w:p>
    <w:p w14:paraId="6A500120" w14:textId="0B8FE6C4" w:rsidR="00FE337B" w:rsidRDefault="00850C16">
      <w:pPr>
        <w:spacing w:after="0"/>
      </w:pPr>
      <w:r>
        <w:rPr>
          <w:rFonts w:ascii="Arial" w:hAnsi="Arial"/>
        </w:rPr>
        <w:t>Well, the fishes aren't actually moving, well obviously they're not like, it's just to say like going along with the fish.</w:t>
      </w:r>
    </w:p>
    <w:p w14:paraId="1A482AA1" w14:textId="77777777" w:rsidR="00FE337B" w:rsidRDefault="00FE337B">
      <w:pPr>
        <w:spacing w:after="0"/>
      </w:pPr>
    </w:p>
    <w:p w14:paraId="5D981B95" w14:textId="77777777" w:rsidR="00FE337B" w:rsidRDefault="00A77024">
      <w:pPr>
        <w:spacing w:after="0"/>
      </w:pPr>
      <w:r>
        <w:rPr>
          <w:rFonts w:ascii="Arial" w:hAnsi="Arial"/>
          <w:b/>
        </w:rPr>
        <w:t xml:space="preserve">Interviewer P:  </w:t>
      </w:r>
      <w:r>
        <w:rPr>
          <w:rFonts w:ascii="Arial" w:hAnsi="Arial"/>
          <w:color w:val="5D7284"/>
        </w:rPr>
        <w:t>50:23</w:t>
      </w:r>
    </w:p>
    <w:p w14:paraId="2F670CB4" w14:textId="67E9E21C" w:rsidR="00FE337B" w:rsidRDefault="00850C16">
      <w:pPr>
        <w:spacing w:after="0"/>
      </w:pPr>
      <w:r>
        <w:rPr>
          <w:rFonts w:ascii="Arial" w:hAnsi="Arial"/>
        </w:rPr>
        <w:t>So, the fish on the top are doing what?</w:t>
      </w:r>
    </w:p>
    <w:p w14:paraId="1F5F2C9C" w14:textId="77777777" w:rsidR="00FE337B" w:rsidRDefault="00FE337B">
      <w:pPr>
        <w:spacing w:after="0"/>
      </w:pPr>
    </w:p>
    <w:p w14:paraId="213F20A2" w14:textId="77777777" w:rsidR="00FE337B" w:rsidRDefault="00A77024">
      <w:pPr>
        <w:spacing w:after="0"/>
      </w:pPr>
      <w:r>
        <w:rPr>
          <w:rFonts w:ascii="Arial" w:hAnsi="Arial"/>
          <w:b/>
        </w:rPr>
        <w:t xml:space="preserve">Participant #13:  </w:t>
      </w:r>
      <w:r>
        <w:rPr>
          <w:rFonts w:ascii="Arial" w:hAnsi="Arial"/>
          <w:color w:val="5D7284"/>
        </w:rPr>
        <w:t>50:25</w:t>
      </w:r>
    </w:p>
    <w:p w14:paraId="0DD3B707" w14:textId="77777777" w:rsidR="00FE337B" w:rsidRDefault="00A77024">
      <w:pPr>
        <w:spacing w:after="0"/>
      </w:pPr>
      <w:r>
        <w:rPr>
          <w:rFonts w:ascii="Arial" w:hAnsi="Arial"/>
        </w:rPr>
        <w:t>Like going along with the motions, the spinning motion.</w:t>
      </w:r>
    </w:p>
    <w:p w14:paraId="0E2148A9" w14:textId="77777777" w:rsidR="00FE337B" w:rsidRDefault="00FE337B">
      <w:pPr>
        <w:spacing w:after="0"/>
      </w:pPr>
    </w:p>
    <w:p w14:paraId="2DED28F4" w14:textId="77777777" w:rsidR="00FE337B" w:rsidRDefault="00A77024">
      <w:pPr>
        <w:spacing w:after="0"/>
      </w:pPr>
      <w:r>
        <w:rPr>
          <w:rFonts w:ascii="Arial" w:hAnsi="Arial"/>
          <w:b/>
        </w:rPr>
        <w:t xml:space="preserve">Interviewer P:  </w:t>
      </w:r>
      <w:r>
        <w:rPr>
          <w:rFonts w:ascii="Arial" w:hAnsi="Arial"/>
          <w:color w:val="5D7284"/>
        </w:rPr>
        <w:t>50:28</w:t>
      </w:r>
    </w:p>
    <w:p w14:paraId="7E48DCE6" w14:textId="77777777" w:rsidR="00FE337B" w:rsidRDefault="00A77024">
      <w:pPr>
        <w:spacing w:after="0"/>
      </w:pPr>
      <w:r>
        <w:rPr>
          <w:rFonts w:ascii="Arial" w:hAnsi="Arial"/>
        </w:rPr>
        <w:t>Are they rotating are the fish on the top rotating with like the tank is rotating.</w:t>
      </w:r>
    </w:p>
    <w:p w14:paraId="4C4F4F9A" w14:textId="77777777" w:rsidR="00FE337B" w:rsidRDefault="00FE337B">
      <w:pPr>
        <w:spacing w:after="0"/>
      </w:pPr>
    </w:p>
    <w:p w14:paraId="19AD9DF1" w14:textId="77777777" w:rsidR="00FE337B" w:rsidRDefault="00A77024">
      <w:pPr>
        <w:spacing w:after="0"/>
      </w:pPr>
      <w:r>
        <w:rPr>
          <w:rFonts w:ascii="Arial" w:hAnsi="Arial"/>
          <w:b/>
        </w:rPr>
        <w:t xml:space="preserve">Participant #13:  </w:t>
      </w:r>
      <w:r>
        <w:rPr>
          <w:rFonts w:ascii="Arial" w:hAnsi="Arial"/>
          <w:color w:val="5D7284"/>
        </w:rPr>
        <w:t>50:34</w:t>
      </w:r>
    </w:p>
    <w:p w14:paraId="3490D59B" w14:textId="77777777" w:rsidR="00FE337B" w:rsidRDefault="00A77024">
      <w:pPr>
        <w:spacing w:after="0"/>
      </w:pPr>
      <w:r>
        <w:rPr>
          <w:rFonts w:ascii="Arial" w:hAnsi="Arial"/>
        </w:rPr>
        <w:t>Rotating like in its orientation and just like?</w:t>
      </w:r>
    </w:p>
    <w:p w14:paraId="335F77D9" w14:textId="77777777" w:rsidR="00FE337B" w:rsidRDefault="00FE337B">
      <w:pPr>
        <w:spacing w:after="0"/>
      </w:pPr>
    </w:p>
    <w:p w14:paraId="70857FD1" w14:textId="77777777" w:rsidR="00FE337B" w:rsidRDefault="00A77024">
      <w:pPr>
        <w:spacing w:after="0"/>
      </w:pPr>
      <w:r>
        <w:rPr>
          <w:rFonts w:ascii="Arial" w:hAnsi="Arial"/>
          <w:b/>
        </w:rPr>
        <w:t xml:space="preserve">Interviewer P:  </w:t>
      </w:r>
      <w:r>
        <w:rPr>
          <w:rFonts w:ascii="Arial" w:hAnsi="Arial"/>
          <w:color w:val="5D7284"/>
        </w:rPr>
        <w:t>50:39</w:t>
      </w:r>
    </w:p>
    <w:p w14:paraId="4C8579C6" w14:textId="5BBA41D4" w:rsidR="00FE337B" w:rsidRDefault="00A77024">
      <w:pPr>
        <w:spacing w:after="0"/>
      </w:pPr>
      <w:r>
        <w:rPr>
          <w:rFonts w:ascii="Arial" w:hAnsi="Arial"/>
        </w:rPr>
        <w:lastRenderedPageBreak/>
        <w:t xml:space="preserve">Well so we are going back to what you thought whenever we turned the tank </w:t>
      </w:r>
      <w:r w:rsidR="00850C16">
        <w:rPr>
          <w:rFonts w:ascii="Arial" w:hAnsi="Arial"/>
        </w:rPr>
        <w:t>on,</w:t>
      </w:r>
      <w:r>
        <w:rPr>
          <w:rFonts w:ascii="Arial" w:hAnsi="Arial"/>
        </w:rPr>
        <w:t xml:space="preserve"> and you said that all the fish would rotate right at the same speed. </w:t>
      </w:r>
      <w:r w:rsidR="00850C16">
        <w:rPr>
          <w:rFonts w:ascii="Arial" w:hAnsi="Arial"/>
        </w:rPr>
        <w:t>So,</w:t>
      </w:r>
      <w:r>
        <w:rPr>
          <w:rFonts w:ascii="Arial" w:hAnsi="Arial"/>
        </w:rPr>
        <w:t xml:space="preserve"> let's look at the ones on the bottom are they rotating.</w:t>
      </w:r>
    </w:p>
    <w:p w14:paraId="379D7CB8" w14:textId="77777777" w:rsidR="00FE337B" w:rsidRDefault="00FE337B">
      <w:pPr>
        <w:spacing w:after="0"/>
      </w:pPr>
    </w:p>
    <w:p w14:paraId="2FC665E1" w14:textId="77777777" w:rsidR="00FE337B" w:rsidRDefault="00A77024">
      <w:pPr>
        <w:spacing w:after="0"/>
      </w:pPr>
      <w:r>
        <w:rPr>
          <w:rFonts w:ascii="Arial" w:hAnsi="Arial"/>
          <w:b/>
        </w:rPr>
        <w:t xml:space="preserve">Participant #13:  </w:t>
      </w:r>
      <w:r>
        <w:rPr>
          <w:rFonts w:ascii="Arial" w:hAnsi="Arial"/>
          <w:color w:val="5D7284"/>
        </w:rPr>
        <w:t>50:52</w:t>
      </w:r>
    </w:p>
    <w:p w14:paraId="693F23B4" w14:textId="0E3A008F" w:rsidR="00FE337B" w:rsidRDefault="00850C16">
      <w:pPr>
        <w:spacing w:after="0"/>
      </w:pPr>
      <w:r>
        <w:rPr>
          <w:rFonts w:ascii="Arial" w:hAnsi="Arial"/>
        </w:rPr>
        <w:t>No, they are...</w:t>
      </w:r>
    </w:p>
    <w:p w14:paraId="3649AEB8" w14:textId="77777777" w:rsidR="00FE337B" w:rsidRDefault="00FE337B">
      <w:pPr>
        <w:spacing w:after="0"/>
      </w:pPr>
    </w:p>
    <w:p w14:paraId="43C0AC20" w14:textId="77777777" w:rsidR="00FE337B" w:rsidRDefault="00A77024">
      <w:pPr>
        <w:spacing w:after="0"/>
      </w:pPr>
      <w:r>
        <w:rPr>
          <w:rFonts w:ascii="Arial" w:hAnsi="Arial"/>
          <w:b/>
        </w:rPr>
        <w:t xml:space="preserve">Interviewer P:  </w:t>
      </w:r>
      <w:r>
        <w:rPr>
          <w:rFonts w:ascii="Arial" w:hAnsi="Arial"/>
          <w:color w:val="5D7284"/>
        </w:rPr>
        <w:t>50:56</w:t>
      </w:r>
    </w:p>
    <w:p w14:paraId="519814F3" w14:textId="77777777" w:rsidR="00FE337B" w:rsidRDefault="00A77024">
      <w:pPr>
        <w:spacing w:after="0"/>
      </w:pPr>
      <w:r>
        <w:rPr>
          <w:rFonts w:ascii="Arial" w:hAnsi="Arial"/>
        </w:rPr>
        <w:t>So, are they rotating like the tank is rotating.</w:t>
      </w:r>
    </w:p>
    <w:p w14:paraId="52689980" w14:textId="77777777" w:rsidR="00FE337B" w:rsidRDefault="00FE337B">
      <w:pPr>
        <w:spacing w:after="0"/>
      </w:pPr>
    </w:p>
    <w:p w14:paraId="11D59A92" w14:textId="77777777" w:rsidR="00FE337B" w:rsidRDefault="00A77024">
      <w:pPr>
        <w:spacing w:after="0"/>
      </w:pPr>
      <w:r>
        <w:rPr>
          <w:rFonts w:ascii="Arial" w:hAnsi="Arial"/>
          <w:b/>
        </w:rPr>
        <w:t xml:space="preserve">Participant #13:  </w:t>
      </w:r>
      <w:r>
        <w:rPr>
          <w:rFonts w:ascii="Arial" w:hAnsi="Arial"/>
          <w:color w:val="5D7284"/>
        </w:rPr>
        <w:t>51:00</w:t>
      </w:r>
    </w:p>
    <w:p w14:paraId="4A978910" w14:textId="77777777" w:rsidR="00FE337B" w:rsidRDefault="00A77024">
      <w:pPr>
        <w:spacing w:after="0"/>
      </w:pPr>
      <w:r>
        <w:rPr>
          <w:rFonts w:ascii="Arial" w:hAnsi="Arial"/>
        </w:rPr>
        <w:t>They're kind of just sitting there.</w:t>
      </w:r>
    </w:p>
    <w:p w14:paraId="3272033B" w14:textId="77777777" w:rsidR="00FE337B" w:rsidRDefault="00FE337B">
      <w:pPr>
        <w:spacing w:after="0"/>
      </w:pPr>
    </w:p>
    <w:p w14:paraId="5AF2AECC" w14:textId="77777777" w:rsidR="00FE337B" w:rsidRDefault="00A77024">
      <w:pPr>
        <w:spacing w:after="0"/>
      </w:pPr>
      <w:r>
        <w:rPr>
          <w:rFonts w:ascii="Arial" w:hAnsi="Arial"/>
          <w:b/>
        </w:rPr>
        <w:t xml:space="preserve">Interviewer P:  </w:t>
      </w:r>
      <w:r>
        <w:rPr>
          <w:rFonts w:ascii="Arial" w:hAnsi="Arial"/>
          <w:color w:val="5D7284"/>
        </w:rPr>
        <w:t>51:02</w:t>
      </w:r>
    </w:p>
    <w:p w14:paraId="2B28A313" w14:textId="77777777" w:rsidR="00FE337B" w:rsidRDefault="00A77024">
      <w:pPr>
        <w:spacing w:after="0"/>
      </w:pPr>
      <w:r>
        <w:rPr>
          <w:rFonts w:ascii="Arial" w:hAnsi="Arial"/>
        </w:rPr>
        <w:t>Are they going in a circle?</w:t>
      </w:r>
    </w:p>
    <w:p w14:paraId="5104D702" w14:textId="77777777" w:rsidR="00FE337B" w:rsidRDefault="00FE337B">
      <w:pPr>
        <w:spacing w:after="0"/>
      </w:pPr>
    </w:p>
    <w:p w14:paraId="41B95007" w14:textId="77777777" w:rsidR="00FE337B" w:rsidRDefault="00A77024">
      <w:pPr>
        <w:spacing w:after="0"/>
      </w:pPr>
      <w:r>
        <w:rPr>
          <w:rFonts w:ascii="Arial" w:hAnsi="Arial"/>
          <w:b/>
        </w:rPr>
        <w:t xml:space="preserve">Participant #13:  </w:t>
      </w:r>
      <w:r>
        <w:rPr>
          <w:rFonts w:ascii="Arial" w:hAnsi="Arial"/>
          <w:color w:val="5D7284"/>
        </w:rPr>
        <w:t>51:07</w:t>
      </w:r>
    </w:p>
    <w:p w14:paraId="7D3FF062" w14:textId="059CBCA5" w:rsidR="00FE337B" w:rsidRDefault="00A77024">
      <w:pPr>
        <w:spacing w:after="0"/>
      </w:pPr>
      <w:r>
        <w:rPr>
          <w:rFonts w:ascii="Arial" w:hAnsi="Arial"/>
        </w:rPr>
        <w:t xml:space="preserve">Like do you mean like the fish is actually </w:t>
      </w:r>
      <w:r w:rsidR="00850C16">
        <w:rPr>
          <w:rFonts w:ascii="Arial" w:hAnsi="Arial"/>
        </w:rPr>
        <w:t>going.</w:t>
      </w:r>
    </w:p>
    <w:p w14:paraId="18F5E99F" w14:textId="77777777" w:rsidR="00FE337B" w:rsidRDefault="00FE337B">
      <w:pPr>
        <w:spacing w:after="0"/>
      </w:pPr>
    </w:p>
    <w:p w14:paraId="2D104291" w14:textId="77777777" w:rsidR="00FE337B" w:rsidRDefault="00A77024">
      <w:pPr>
        <w:spacing w:after="0"/>
      </w:pPr>
      <w:r>
        <w:rPr>
          <w:rFonts w:ascii="Arial" w:hAnsi="Arial"/>
          <w:b/>
        </w:rPr>
        <w:t xml:space="preserve">Interviewer P:  </w:t>
      </w:r>
      <w:r>
        <w:rPr>
          <w:rFonts w:ascii="Arial" w:hAnsi="Arial"/>
          <w:color w:val="5D7284"/>
        </w:rPr>
        <w:t>51:09</w:t>
      </w:r>
    </w:p>
    <w:p w14:paraId="63D68B4B" w14:textId="77777777" w:rsidR="00FE337B" w:rsidRDefault="00A77024">
      <w:pPr>
        <w:spacing w:after="0"/>
      </w:pPr>
      <w:r>
        <w:rPr>
          <w:rFonts w:ascii="Arial" w:hAnsi="Arial"/>
        </w:rPr>
        <w:t>So, the tank is moving in a circle right and so are the fish moving in a circle like the tank.</w:t>
      </w:r>
    </w:p>
    <w:p w14:paraId="38AA9530" w14:textId="77777777" w:rsidR="00FE337B" w:rsidRDefault="00FE337B">
      <w:pPr>
        <w:spacing w:after="0"/>
      </w:pPr>
    </w:p>
    <w:p w14:paraId="032A1D38" w14:textId="77777777" w:rsidR="00FE337B" w:rsidRDefault="00A77024">
      <w:pPr>
        <w:spacing w:after="0"/>
      </w:pPr>
      <w:r>
        <w:rPr>
          <w:rFonts w:ascii="Arial" w:hAnsi="Arial"/>
          <w:b/>
        </w:rPr>
        <w:t xml:space="preserve">Participant #13:  </w:t>
      </w:r>
      <w:r>
        <w:rPr>
          <w:rFonts w:ascii="Arial" w:hAnsi="Arial"/>
          <w:color w:val="5D7284"/>
        </w:rPr>
        <w:t>51:16</w:t>
      </w:r>
    </w:p>
    <w:p w14:paraId="01AFAB77" w14:textId="69881674" w:rsidR="00FE337B" w:rsidRDefault="00A77024">
      <w:pPr>
        <w:spacing w:after="0"/>
      </w:pPr>
      <w:r>
        <w:rPr>
          <w:rFonts w:ascii="Arial" w:hAnsi="Arial"/>
        </w:rPr>
        <w:t xml:space="preserve">No, it's just kind </w:t>
      </w:r>
      <w:r w:rsidR="00850C16">
        <w:rPr>
          <w:rFonts w:ascii="Arial" w:hAnsi="Arial"/>
        </w:rPr>
        <w:t>of...</w:t>
      </w:r>
    </w:p>
    <w:p w14:paraId="4B519799" w14:textId="77777777" w:rsidR="00FE337B" w:rsidRDefault="00FE337B">
      <w:pPr>
        <w:spacing w:after="0"/>
      </w:pPr>
    </w:p>
    <w:p w14:paraId="1431AF3B" w14:textId="77777777" w:rsidR="00FE337B" w:rsidRDefault="00A77024">
      <w:pPr>
        <w:spacing w:after="0"/>
      </w:pPr>
      <w:r>
        <w:rPr>
          <w:rFonts w:ascii="Arial" w:hAnsi="Arial"/>
          <w:b/>
        </w:rPr>
        <w:t xml:space="preserve">Interviewer P:  </w:t>
      </w:r>
      <w:r>
        <w:rPr>
          <w:rFonts w:ascii="Arial" w:hAnsi="Arial"/>
          <w:color w:val="5D7284"/>
        </w:rPr>
        <w:t>51:17</w:t>
      </w:r>
    </w:p>
    <w:p w14:paraId="511C36C9" w14:textId="66CF573D" w:rsidR="00FE337B" w:rsidRDefault="00850C16">
      <w:pPr>
        <w:spacing w:after="0"/>
      </w:pPr>
      <w:r>
        <w:rPr>
          <w:rFonts w:ascii="Arial" w:hAnsi="Arial"/>
        </w:rPr>
        <w:t>So, I the fish on the bottom staying still in the tank is moving under them? So, are the fish on the bottom stayed still and the tank is moving under them? What do you mean by under them? So, they're staying like this, and the tank is moving under them?</w:t>
      </w:r>
    </w:p>
    <w:p w14:paraId="426E9A61" w14:textId="77777777" w:rsidR="00FE337B" w:rsidRDefault="00FE337B">
      <w:pPr>
        <w:spacing w:after="0"/>
      </w:pPr>
    </w:p>
    <w:p w14:paraId="28256184" w14:textId="77777777" w:rsidR="00FE337B" w:rsidRDefault="00A77024">
      <w:pPr>
        <w:spacing w:after="0"/>
      </w:pPr>
      <w:r>
        <w:rPr>
          <w:rFonts w:ascii="Arial" w:hAnsi="Arial"/>
          <w:b/>
        </w:rPr>
        <w:t xml:space="preserve">Participant #13:  </w:t>
      </w:r>
      <w:r>
        <w:rPr>
          <w:rFonts w:ascii="Arial" w:hAnsi="Arial"/>
          <w:color w:val="5D7284"/>
        </w:rPr>
        <w:t>51:38</w:t>
      </w:r>
    </w:p>
    <w:p w14:paraId="3D1ADC78" w14:textId="77777777" w:rsidR="00FE337B" w:rsidRDefault="00A77024">
      <w:pPr>
        <w:spacing w:after="0"/>
      </w:pPr>
      <w:r>
        <w:rPr>
          <w:rFonts w:ascii="Arial" w:hAnsi="Arial"/>
        </w:rPr>
        <w:t>Oh yeah. It's just moving along. I'm not understanding right.</w:t>
      </w:r>
    </w:p>
    <w:p w14:paraId="4A88C76D" w14:textId="77777777" w:rsidR="00FE337B" w:rsidRDefault="00FE337B">
      <w:pPr>
        <w:spacing w:after="0"/>
      </w:pPr>
    </w:p>
    <w:p w14:paraId="7C5786A6" w14:textId="77777777" w:rsidR="00FE337B" w:rsidRDefault="00A77024">
      <w:pPr>
        <w:spacing w:after="0"/>
      </w:pPr>
      <w:r>
        <w:rPr>
          <w:rFonts w:ascii="Arial" w:hAnsi="Arial"/>
          <w:b/>
        </w:rPr>
        <w:t xml:space="preserve">Interviewer P:  </w:t>
      </w:r>
      <w:r>
        <w:rPr>
          <w:rFonts w:ascii="Arial" w:hAnsi="Arial"/>
          <w:color w:val="5D7284"/>
        </w:rPr>
        <w:t>51:46</w:t>
      </w:r>
    </w:p>
    <w:p w14:paraId="44D57747" w14:textId="6E53DD30" w:rsidR="00FE337B" w:rsidRDefault="00850C16">
      <w:pPr>
        <w:spacing w:after="0"/>
      </w:pPr>
      <w:r>
        <w:rPr>
          <w:rFonts w:ascii="Arial" w:hAnsi="Arial"/>
        </w:rPr>
        <w:t>So, tell me about moving along with the tank.</w:t>
      </w:r>
    </w:p>
    <w:p w14:paraId="4C4DCB10" w14:textId="77777777" w:rsidR="00FE337B" w:rsidRDefault="00FE337B">
      <w:pPr>
        <w:spacing w:after="0"/>
      </w:pPr>
    </w:p>
    <w:p w14:paraId="5F7410B5" w14:textId="77777777" w:rsidR="00FE337B" w:rsidRDefault="00A77024">
      <w:pPr>
        <w:spacing w:after="0"/>
      </w:pPr>
      <w:r>
        <w:rPr>
          <w:rFonts w:ascii="Arial" w:hAnsi="Arial"/>
          <w:b/>
        </w:rPr>
        <w:t xml:space="preserve">Participant #13:  </w:t>
      </w:r>
      <w:r>
        <w:rPr>
          <w:rFonts w:ascii="Arial" w:hAnsi="Arial"/>
          <w:color w:val="5D7284"/>
        </w:rPr>
        <w:t>51:49</w:t>
      </w:r>
    </w:p>
    <w:p w14:paraId="02B1DF2D" w14:textId="77777777" w:rsidR="00FE337B" w:rsidRDefault="00A77024">
      <w:pPr>
        <w:spacing w:after="0"/>
      </w:pPr>
      <w:r>
        <w:rPr>
          <w:rFonts w:ascii="Arial" w:hAnsi="Arial"/>
        </w:rPr>
        <w:t xml:space="preserve">Its sitting there but obviously since the tank is moving, it's going along </w:t>
      </w:r>
      <w:r>
        <w:rPr>
          <w:rFonts w:ascii="Arial" w:hAnsi="Arial"/>
        </w:rPr>
        <w:t>with the tank.</w:t>
      </w:r>
    </w:p>
    <w:p w14:paraId="7CCB78A4" w14:textId="77777777" w:rsidR="00FE337B" w:rsidRDefault="00FE337B">
      <w:pPr>
        <w:spacing w:after="0"/>
      </w:pPr>
    </w:p>
    <w:p w14:paraId="24E02DBC" w14:textId="77777777" w:rsidR="00FE337B" w:rsidRDefault="00A77024">
      <w:pPr>
        <w:spacing w:after="0"/>
      </w:pPr>
      <w:r>
        <w:rPr>
          <w:rFonts w:ascii="Arial" w:hAnsi="Arial"/>
          <w:b/>
        </w:rPr>
        <w:t xml:space="preserve">Interviewer P:  </w:t>
      </w:r>
      <w:r>
        <w:rPr>
          <w:rFonts w:ascii="Arial" w:hAnsi="Arial"/>
          <w:color w:val="5D7284"/>
        </w:rPr>
        <w:t>51:55</w:t>
      </w:r>
    </w:p>
    <w:p w14:paraId="47473CF8" w14:textId="77777777" w:rsidR="00FE337B" w:rsidRDefault="00A77024">
      <w:pPr>
        <w:spacing w:after="0"/>
      </w:pPr>
      <w:r>
        <w:rPr>
          <w:rFonts w:ascii="Arial" w:hAnsi="Arial"/>
        </w:rPr>
        <w:t>Okay, and now what about the fish on the top?</w:t>
      </w:r>
    </w:p>
    <w:p w14:paraId="12FACE5D" w14:textId="77777777" w:rsidR="00FE337B" w:rsidRDefault="00FE337B">
      <w:pPr>
        <w:spacing w:after="0"/>
      </w:pPr>
    </w:p>
    <w:p w14:paraId="3ACB7836" w14:textId="77777777" w:rsidR="00FE337B" w:rsidRDefault="00A77024">
      <w:pPr>
        <w:spacing w:after="0"/>
      </w:pPr>
      <w:r>
        <w:rPr>
          <w:rFonts w:ascii="Arial" w:hAnsi="Arial"/>
          <w:b/>
        </w:rPr>
        <w:t xml:space="preserve">Participant #13:  </w:t>
      </w:r>
      <w:r>
        <w:rPr>
          <w:rFonts w:ascii="Arial" w:hAnsi="Arial"/>
          <w:color w:val="5D7284"/>
        </w:rPr>
        <w:t>52:03</w:t>
      </w:r>
    </w:p>
    <w:p w14:paraId="2ACF92D3" w14:textId="77777777" w:rsidR="00FE337B" w:rsidRDefault="00A77024">
      <w:pPr>
        <w:spacing w:after="0"/>
      </w:pPr>
      <w:r>
        <w:rPr>
          <w:rFonts w:ascii="Arial" w:hAnsi="Arial"/>
        </w:rPr>
        <w:t>There kind of just being in the middle.</w:t>
      </w:r>
    </w:p>
    <w:p w14:paraId="78406F02" w14:textId="77777777" w:rsidR="00FE337B" w:rsidRDefault="00FE337B">
      <w:pPr>
        <w:spacing w:after="0"/>
      </w:pPr>
    </w:p>
    <w:p w14:paraId="5AEF8F12" w14:textId="77777777" w:rsidR="00FE337B" w:rsidRDefault="00A77024">
      <w:pPr>
        <w:spacing w:after="0"/>
      </w:pPr>
      <w:r>
        <w:rPr>
          <w:rFonts w:ascii="Arial" w:hAnsi="Arial"/>
          <w:b/>
        </w:rPr>
        <w:lastRenderedPageBreak/>
        <w:t xml:space="preserve">Interviewer P:  </w:t>
      </w:r>
      <w:r>
        <w:rPr>
          <w:rFonts w:ascii="Arial" w:hAnsi="Arial"/>
          <w:color w:val="5D7284"/>
        </w:rPr>
        <w:t>52:08</w:t>
      </w:r>
    </w:p>
    <w:p w14:paraId="33507C3B" w14:textId="77777777" w:rsidR="00FE337B" w:rsidRDefault="00A77024">
      <w:pPr>
        <w:spacing w:after="0"/>
      </w:pPr>
      <w:r>
        <w:rPr>
          <w:rFonts w:ascii="Arial" w:hAnsi="Arial"/>
        </w:rPr>
        <w:t>Are they moving with the tank?</w:t>
      </w:r>
    </w:p>
    <w:p w14:paraId="31BAC358" w14:textId="77777777" w:rsidR="00FE337B" w:rsidRDefault="00FE337B">
      <w:pPr>
        <w:spacing w:after="0"/>
      </w:pPr>
    </w:p>
    <w:p w14:paraId="64E4CDA0" w14:textId="77777777" w:rsidR="00FE337B" w:rsidRDefault="00A77024">
      <w:pPr>
        <w:spacing w:after="0"/>
      </w:pPr>
      <w:r>
        <w:rPr>
          <w:rFonts w:ascii="Arial" w:hAnsi="Arial"/>
          <w:b/>
        </w:rPr>
        <w:t xml:space="preserve">Participant #13:  </w:t>
      </w:r>
      <w:r>
        <w:rPr>
          <w:rFonts w:ascii="Arial" w:hAnsi="Arial"/>
          <w:color w:val="5D7284"/>
        </w:rPr>
        <w:t>52:27</w:t>
      </w:r>
    </w:p>
    <w:p w14:paraId="38B157FB" w14:textId="5ADFF87C" w:rsidR="00FE337B" w:rsidRDefault="00A77024">
      <w:pPr>
        <w:spacing w:after="0"/>
      </w:pPr>
      <w:r>
        <w:rPr>
          <w:rFonts w:ascii="Arial" w:hAnsi="Arial"/>
        </w:rPr>
        <w:t xml:space="preserve">Kind of just just </w:t>
      </w:r>
      <w:r w:rsidR="00850C16">
        <w:rPr>
          <w:rFonts w:ascii="Arial" w:hAnsi="Arial"/>
        </w:rPr>
        <w:t>staying</w:t>
      </w:r>
      <w:r>
        <w:rPr>
          <w:rFonts w:ascii="Arial" w:hAnsi="Arial"/>
        </w:rPr>
        <w:t xml:space="preserve"> put too.</w:t>
      </w:r>
    </w:p>
    <w:p w14:paraId="0688FE65" w14:textId="77777777" w:rsidR="00FE337B" w:rsidRDefault="00FE337B">
      <w:pPr>
        <w:spacing w:after="0"/>
      </w:pPr>
    </w:p>
    <w:p w14:paraId="509423BC" w14:textId="77777777" w:rsidR="00FE337B" w:rsidRDefault="00A77024">
      <w:pPr>
        <w:spacing w:after="0"/>
      </w:pPr>
      <w:r>
        <w:rPr>
          <w:rFonts w:ascii="Arial" w:hAnsi="Arial"/>
          <w:b/>
        </w:rPr>
        <w:t xml:space="preserve">Interviewer P:  </w:t>
      </w:r>
      <w:r>
        <w:rPr>
          <w:rFonts w:ascii="Arial" w:hAnsi="Arial"/>
          <w:color w:val="5D7284"/>
        </w:rPr>
        <w:t>52:34</w:t>
      </w:r>
    </w:p>
    <w:p w14:paraId="5E2BC23B" w14:textId="77777777" w:rsidR="00FE337B" w:rsidRDefault="00A77024">
      <w:pPr>
        <w:spacing w:after="0"/>
      </w:pPr>
      <w:r>
        <w:rPr>
          <w:rFonts w:ascii="Arial" w:hAnsi="Arial"/>
        </w:rPr>
        <w:t>Why are they why do you think there's a difference of the ones at the top and the ones at the bottom?</w:t>
      </w:r>
    </w:p>
    <w:p w14:paraId="4FC73098" w14:textId="77777777" w:rsidR="00FE337B" w:rsidRDefault="00FE337B">
      <w:pPr>
        <w:spacing w:after="0"/>
      </w:pPr>
    </w:p>
    <w:p w14:paraId="27A004EC" w14:textId="77777777" w:rsidR="00FE337B" w:rsidRDefault="00A77024">
      <w:pPr>
        <w:spacing w:after="0"/>
      </w:pPr>
      <w:r>
        <w:rPr>
          <w:rFonts w:ascii="Arial" w:hAnsi="Arial"/>
          <w:b/>
        </w:rPr>
        <w:t xml:space="preserve">Participant #13:  </w:t>
      </w:r>
      <w:r>
        <w:rPr>
          <w:rFonts w:ascii="Arial" w:hAnsi="Arial"/>
          <w:color w:val="5D7284"/>
        </w:rPr>
        <w:t>52:38</w:t>
      </w:r>
    </w:p>
    <w:p w14:paraId="40E99312" w14:textId="77777777" w:rsidR="00FE337B" w:rsidRDefault="00A77024">
      <w:pPr>
        <w:spacing w:after="0"/>
      </w:pPr>
      <w:r>
        <w:rPr>
          <w:rFonts w:ascii="Arial" w:hAnsi="Arial"/>
        </w:rPr>
        <w:t>The ones at the bottom probably weigh more.</w:t>
      </w:r>
    </w:p>
    <w:p w14:paraId="5BBC025D" w14:textId="77777777" w:rsidR="00FE337B" w:rsidRDefault="00FE337B">
      <w:pPr>
        <w:spacing w:after="0"/>
      </w:pPr>
    </w:p>
    <w:p w14:paraId="56B3880B" w14:textId="77777777" w:rsidR="00FE337B" w:rsidRDefault="00A77024">
      <w:pPr>
        <w:spacing w:after="0"/>
      </w:pPr>
      <w:r>
        <w:rPr>
          <w:rFonts w:ascii="Arial" w:hAnsi="Arial"/>
          <w:b/>
        </w:rPr>
        <w:t xml:space="preserve">Interviewer P:  </w:t>
      </w:r>
      <w:r>
        <w:rPr>
          <w:rFonts w:ascii="Arial" w:hAnsi="Arial"/>
          <w:color w:val="5D7284"/>
        </w:rPr>
        <w:t>52:43</w:t>
      </w:r>
    </w:p>
    <w:p w14:paraId="4076FB2B" w14:textId="77777777" w:rsidR="00FE337B" w:rsidRDefault="00A77024">
      <w:pPr>
        <w:spacing w:after="0"/>
      </w:pPr>
      <w:r>
        <w:rPr>
          <w:rFonts w:ascii="Arial" w:hAnsi="Arial"/>
        </w:rPr>
        <w:t>They're probably what?</w:t>
      </w:r>
    </w:p>
    <w:p w14:paraId="2F8E6D0D" w14:textId="77777777" w:rsidR="00FE337B" w:rsidRDefault="00FE337B">
      <w:pPr>
        <w:spacing w:after="0"/>
      </w:pPr>
    </w:p>
    <w:p w14:paraId="05FA49B1" w14:textId="77777777" w:rsidR="00FE337B" w:rsidRDefault="00A77024">
      <w:pPr>
        <w:spacing w:after="0"/>
      </w:pPr>
      <w:r>
        <w:rPr>
          <w:rFonts w:ascii="Arial" w:hAnsi="Arial"/>
          <w:b/>
        </w:rPr>
        <w:t xml:space="preserve">Participant #13:  </w:t>
      </w:r>
      <w:r>
        <w:rPr>
          <w:rFonts w:ascii="Arial" w:hAnsi="Arial"/>
          <w:color w:val="5D7284"/>
        </w:rPr>
        <w:t>52:43</w:t>
      </w:r>
    </w:p>
    <w:p w14:paraId="6DE9C717" w14:textId="77777777" w:rsidR="00FE337B" w:rsidRDefault="00A77024">
      <w:pPr>
        <w:spacing w:after="0"/>
      </w:pPr>
      <w:r>
        <w:rPr>
          <w:rFonts w:ascii="Arial" w:hAnsi="Arial"/>
        </w:rPr>
        <w:t>Weigh more.</w:t>
      </w:r>
    </w:p>
    <w:p w14:paraId="3C87BB9C" w14:textId="77777777" w:rsidR="00FE337B" w:rsidRDefault="00FE337B">
      <w:pPr>
        <w:spacing w:after="0"/>
      </w:pPr>
    </w:p>
    <w:p w14:paraId="3E352C0F" w14:textId="77777777" w:rsidR="00FE337B" w:rsidRDefault="00A77024">
      <w:pPr>
        <w:spacing w:after="0"/>
      </w:pPr>
      <w:r>
        <w:rPr>
          <w:rFonts w:ascii="Arial" w:hAnsi="Arial"/>
          <w:b/>
        </w:rPr>
        <w:t xml:space="preserve">Interviewer P:  </w:t>
      </w:r>
      <w:r>
        <w:rPr>
          <w:rFonts w:ascii="Arial" w:hAnsi="Arial"/>
          <w:color w:val="5D7284"/>
        </w:rPr>
        <w:t>52:45</w:t>
      </w:r>
    </w:p>
    <w:p w14:paraId="18E813DE" w14:textId="0AC134C3" w:rsidR="00FE337B" w:rsidRDefault="00A77024">
      <w:pPr>
        <w:spacing w:after="0"/>
      </w:pPr>
      <w:r>
        <w:rPr>
          <w:rFonts w:ascii="Arial" w:hAnsi="Arial"/>
        </w:rPr>
        <w:t xml:space="preserve">Oh, so those fish weigh more and so that's why they're moving with the tank and the ones at the top are not as </w:t>
      </w:r>
      <w:r w:rsidR="00850C16">
        <w:rPr>
          <w:rFonts w:ascii="Arial" w:hAnsi="Arial"/>
        </w:rPr>
        <w:t>heavy,</w:t>
      </w:r>
      <w:r>
        <w:rPr>
          <w:rFonts w:ascii="Arial" w:hAnsi="Arial"/>
        </w:rPr>
        <w:t xml:space="preserve"> so they are not moving with the tank. What do you think will happen if I stop it or turn it off.</w:t>
      </w:r>
    </w:p>
    <w:p w14:paraId="1A4EEC04" w14:textId="77777777" w:rsidR="00FE337B" w:rsidRDefault="00FE337B">
      <w:pPr>
        <w:spacing w:after="0"/>
      </w:pPr>
    </w:p>
    <w:p w14:paraId="60C10A0D" w14:textId="77777777" w:rsidR="00FE337B" w:rsidRDefault="00A77024">
      <w:pPr>
        <w:spacing w:after="0"/>
      </w:pPr>
      <w:r>
        <w:rPr>
          <w:rFonts w:ascii="Arial" w:hAnsi="Arial"/>
          <w:b/>
        </w:rPr>
        <w:t xml:space="preserve">Participant #13:  </w:t>
      </w:r>
      <w:r>
        <w:rPr>
          <w:rFonts w:ascii="Arial" w:hAnsi="Arial"/>
          <w:color w:val="5D7284"/>
        </w:rPr>
        <w:t>53:07</w:t>
      </w:r>
    </w:p>
    <w:p w14:paraId="68AB8231" w14:textId="03633FA0" w:rsidR="00FE337B" w:rsidRDefault="00850C16">
      <w:pPr>
        <w:spacing w:after="0"/>
      </w:pPr>
      <w:r>
        <w:rPr>
          <w:rFonts w:ascii="Arial" w:hAnsi="Arial"/>
        </w:rPr>
        <w:t>Well, the water will keep moving so I'm guessing it will start spinning around them.</w:t>
      </w:r>
    </w:p>
    <w:p w14:paraId="16AE7A1B" w14:textId="77777777" w:rsidR="00FE337B" w:rsidRDefault="00FE337B">
      <w:pPr>
        <w:spacing w:after="0"/>
      </w:pPr>
    </w:p>
    <w:p w14:paraId="3E8F0B4A" w14:textId="77777777" w:rsidR="00FE337B" w:rsidRDefault="00A77024">
      <w:pPr>
        <w:spacing w:after="0"/>
      </w:pPr>
      <w:r>
        <w:rPr>
          <w:rFonts w:ascii="Arial" w:hAnsi="Arial"/>
          <w:b/>
        </w:rPr>
        <w:t xml:space="preserve">Interviewer P:  </w:t>
      </w:r>
      <w:r>
        <w:rPr>
          <w:rFonts w:ascii="Arial" w:hAnsi="Arial"/>
          <w:color w:val="5D7284"/>
        </w:rPr>
        <w:t>53:15</w:t>
      </w:r>
    </w:p>
    <w:p w14:paraId="10B0F98A" w14:textId="77777777" w:rsidR="00FE337B" w:rsidRDefault="00A77024">
      <w:pPr>
        <w:spacing w:after="0"/>
      </w:pPr>
      <w:r>
        <w:rPr>
          <w:rFonts w:ascii="Arial" w:hAnsi="Arial"/>
        </w:rPr>
        <w:t>The fish all of them?</w:t>
      </w:r>
    </w:p>
    <w:p w14:paraId="7061ECEF" w14:textId="77777777" w:rsidR="00FE337B" w:rsidRDefault="00FE337B">
      <w:pPr>
        <w:spacing w:after="0"/>
      </w:pPr>
    </w:p>
    <w:p w14:paraId="77CB89CD" w14:textId="77777777" w:rsidR="00FE337B" w:rsidRDefault="00A77024">
      <w:pPr>
        <w:spacing w:after="0"/>
      </w:pPr>
      <w:r>
        <w:rPr>
          <w:rFonts w:ascii="Arial" w:hAnsi="Arial"/>
          <w:b/>
        </w:rPr>
        <w:t xml:space="preserve">Participant #13:  </w:t>
      </w:r>
      <w:r>
        <w:rPr>
          <w:rFonts w:ascii="Arial" w:hAnsi="Arial"/>
          <w:color w:val="5D7284"/>
        </w:rPr>
        <w:t>53:20</w:t>
      </w:r>
    </w:p>
    <w:p w14:paraId="56727CC6" w14:textId="77777777" w:rsidR="00FE337B" w:rsidRDefault="00A77024">
      <w:pPr>
        <w:spacing w:after="0"/>
      </w:pPr>
      <w:r>
        <w:rPr>
          <w:rFonts w:ascii="Arial" w:hAnsi="Arial"/>
        </w:rPr>
        <w:t>Yes.</w:t>
      </w:r>
    </w:p>
    <w:p w14:paraId="0129A927" w14:textId="77777777" w:rsidR="00FE337B" w:rsidRDefault="00FE337B">
      <w:pPr>
        <w:spacing w:after="0"/>
      </w:pPr>
    </w:p>
    <w:p w14:paraId="364ADBE4" w14:textId="77777777" w:rsidR="00FE337B" w:rsidRDefault="00A77024">
      <w:pPr>
        <w:spacing w:after="0"/>
      </w:pPr>
      <w:r>
        <w:rPr>
          <w:rFonts w:ascii="Arial" w:hAnsi="Arial"/>
          <w:b/>
        </w:rPr>
        <w:t xml:space="preserve">Interviewer P:  </w:t>
      </w:r>
      <w:r>
        <w:rPr>
          <w:rFonts w:ascii="Arial" w:hAnsi="Arial"/>
          <w:color w:val="5D7284"/>
        </w:rPr>
        <w:t>53:25</w:t>
      </w:r>
    </w:p>
    <w:p w14:paraId="70E27F6F" w14:textId="77777777" w:rsidR="00FE337B" w:rsidRDefault="00A77024">
      <w:pPr>
        <w:spacing w:after="0"/>
      </w:pPr>
      <w:r>
        <w:rPr>
          <w:rFonts w:ascii="Arial" w:hAnsi="Arial"/>
        </w:rPr>
        <w:t>Clockwise or counterclockwise?</w:t>
      </w:r>
    </w:p>
    <w:p w14:paraId="3C3FC72D" w14:textId="77777777" w:rsidR="00FE337B" w:rsidRDefault="00FE337B">
      <w:pPr>
        <w:spacing w:after="0"/>
      </w:pPr>
    </w:p>
    <w:p w14:paraId="75C8DAF1" w14:textId="77777777" w:rsidR="00FE337B" w:rsidRDefault="00A77024">
      <w:pPr>
        <w:spacing w:after="0"/>
      </w:pPr>
      <w:r>
        <w:rPr>
          <w:rFonts w:ascii="Arial" w:hAnsi="Arial"/>
          <w:b/>
        </w:rPr>
        <w:t xml:space="preserve">Participant #13:  </w:t>
      </w:r>
      <w:r>
        <w:rPr>
          <w:rFonts w:ascii="Arial" w:hAnsi="Arial"/>
          <w:color w:val="5D7284"/>
        </w:rPr>
        <w:t>53:30</w:t>
      </w:r>
    </w:p>
    <w:p w14:paraId="35844856" w14:textId="77777777" w:rsidR="00FE337B" w:rsidRDefault="00A77024">
      <w:pPr>
        <w:spacing w:after="0"/>
      </w:pPr>
      <w:r>
        <w:rPr>
          <w:rFonts w:ascii="Arial" w:hAnsi="Arial"/>
        </w:rPr>
        <w:t>Clockwise.</w:t>
      </w:r>
    </w:p>
    <w:p w14:paraId="2ED7DD97" w14:textId="77777777" w:rsidR="00FE337B" w:rsidRDefault="00FE337B">
      <w:pPr>
        <w:spacing w:after="0"/>
      </w:pPr>
    </w:p>
    <w:p w14:paraId="2A5CB53C" w14:textId="77777777" w:rsidR="00FE337B" w:rsidRDefault="00A77024">
      <w:pPr>
        <w:spacing w:after="0"/>
      </w:pPr>
      <w:r>
        <w:rPr>
          <w:rFonts w:ascii="Arial" w:hAnsi="Arial"/>
          <w:b/>
        </w:rPr>
        <w:t xml:space="preserve">Interviewer P:  </w:t>
      </w:r>
      <w:r>
        <w:rPr>
          <w:rFonts w:ascii="Arial" w:hAnsi="Arial"/>
          <w:color w:val="5D7284"/>
        </w:rPr>
        <w:t>53:31</w:t>
      </w:r>
    </w:p>
    <w:p w14:paraId="41A18E4C" w14:textId="550521D0" w:rsidR="00FE337B" w:rsidRDefault="00A77024">
      <w:pPr>
        <w:spacing w:after="0"/>
      </w:pPr>
      <w:r>
        <w:rPr>
          <w:rFonts w:ascii="Arial" w:hAnsi="Arial"/>
        </w:rPr>
        <w:t xml:space="preserve">The same direction they're going </w:t>
      </w:r>
      <w:r w:rsidR="00850C16">
        <w:rPr>
          <w:rFonts w:ascii="Arial" w:hAnsi="Arial"/>
        </w:rPr>
        <w:t>down.</w:t>
      </w:r>
      <w:r>
        <w:rPr>
          <w:rFonts w:ascii="Arial" w:hAnsi="Arial"/>
        </w:rPr>
        <w:t xml:space="preserve"> </w:t>
      </w:r>
      <w:r w:rsidR="00850C16">
        <w:rPr>
          <w:rFonts w:ascii="Arial" w:hAnsi="Arial"/>
        </w:rPr>
        <w:t>So,</w:t>
      </w:r>
      <w:r>
        <w:rPr>
          <w:rFonts w:ascii="Arial" w:hAnsi="Arial"/>
        </w:rPr>
        <w:t xml:space="preserve"> let's turn off and see what happens. Is that what you expected? </w:t>
      </w:r>
    </w:p>
    <w:p w14:paraId="6DDCC8BB" w14:textId="77777777" w:rsidR="00FE337B" w:rsidRDefault="00FE337B">
      <w:pPr>
        <w:spacing w:after="0"/>
      </w:pPr>
    </w:p>
    <w:p w14:paraId="4A0DA6F1" w14:textId="77777777" w:rsidR="00FE337B" w:rsidRDefault="00A77024">
      <w:pPr>
        <w:spacing w:after="0"/>
      </w:pPr>
      <w:r>
        <w:rPr>
          <w:rFonts w:ascii="Arial" w:hAnsi="Arial"/>
          <w:b/>
        </w:rPr>
        <w:t xml:space="preserve">Participant #13:  </w:t>
      </w:r>
      <w:r>
        <w:rPr>
          <w:rFonts w:ascii="Arial" w:hAnsi="Arial"/>
          <w:color w:val="5D7284"/>
        </w:rPr>
        <w:t>53:33</w:t>
      </w:r>
    </w:p>
    <w:p w14:paraId="08CA52E1" w14:textId="77777777" w:rsidR="00FE337B" w:rsidRDefault="00A77024">
      <w:pPr>
        <w:spacing w:after="0"/>
      </w:pPr>
      <w:r>
        <w:rPr>
          <w:rFonts w:ascii="Arial" w:hAnsi="Arial"/>
        </w:rPr>
        <w:t xml:space="preserve">Yes. Yes, but I thought more of the fish at the bottom </w:t>
      </w:r>
      <w:r>
        <w:rPr>
          <w:rFonts w:ascii="Arial" w:hAnsi="Arial"/>
        </w:rPr>
        <w:t>would move.</w:t>
      </w:r>
    </w:p>
    <w:p w14:paraId="54DA47B8" w14:textId="77777777" w:rsidR="00FE337B" w:rsidRDefault="00FE337B">
      <w:pPr>
        <w:spacing w:after="0"/>
      </w:pPr>
    </w:p>
    <w:p w14:paraId="54FE50B5" w14:textId="77777777" w:rsidR="00FE337B" w:rsidRDefault="00A77024">
      <w:pPr>
        <w:spacing w:after="0"/>
      </w:pPr>
      <w:r>
        <w:rPr>
          <w:rFonts w:ascii="Arial" w:hAnsi="Arial"/>
          <w:b/>
        </w:rPr>
        <w:t xml:space="preserve">Interviewer P:  </w:t>
      </w:r>
      <w:r>
        <w:rPr>
          <w:rFonts w:ascii="Arial" w:hAnsi="Arial"/>
          <w:color w:val="5D7284"/>
        </w:rPr>
        <w:t>53:57</w:t>
      </w:r>
    </w:p>
    <w:p w14:paraId="3B6B1B0D" w14:textId="77777777" w:rsidR="00FE337B" w:rsidRDefault="00A77024">
      <w:pPr>
        <w:spacing w:after="0"/>
      </w:pPr>
      <w:r>
        <w:rPr>
          <w:rFonts w:ascii="Arial" w:hAnsi="Arial"/>
        </w:rPr>
        <w:t>Which which fish are moving more?</w:t>
      </w:r>
    </w:p>
    <w:p w14:paraId="16F99FC3" w14:textId="77777777" w:rsidR="00FE337B" w:rsidRDefault="00FE337B">
      <w:pPr>
        <w:spacing w:after="0"/>
      </w:pPr>
    </w:p>
    <w:p w14:paraId="0172ADBF" w14:textId="77777777" w:rsidR="00FE337B" w:rsidRDefault="00A77024">
      <w:pPr>
        <w:spacing w:after="0"/>
      </w:pPr>
      <w:r>
        <w:rPr>
          <w:rFonts w:ascii="Arial" w:hAnsi="Arial"/>
          <w:b/>
        </w:rPr>
        <w:t xml:space="preserve">Participant #13:  </w:t>
      </w:r>
      <w:r>
        <w:rPr>
          <w:rFonts w:ascii="Arial" w:hAnsi="Arial"/>
          <w:color w:val="5D7284"/>
        </w:rPr>
        <w:t>53:59</w:t>
      </w:r>
    </w:p>
    <w:p w14:paraId="27802AD1" w14:textId="77777777" w:rsidR="00FE337B" w:rsidRDefault="00A77024">
      <w:pPr>
        <w:spacing w:after="0"/>
      </w:pPr>
      <w:r>
        <w:rPr>
          <w:rFonts w:ascii="Arial" w:hAnsi="Arial"/>
        </w:rPr>
        <w:t>The top ones.</w:t>
      </w:r>
    </w:p>
    <w:p w14:paraId="7AF750C4" w14:textId="77777777" w:rsidR="00FE337B" w:rsidRDefault="00FE337B">
      <w:pPr>
        <w:spacing w:after="0"/>
      </w:pPr>
    </w:p>
    <w:p w14:paraId="7CE2676C" w14:textId="77777777" w:rsidR="00FE337B" w:rsidRDefault="00A77024">
      <w:pPr>
        <w:spacing w:after="0"/>
      </w:pPr>
      <w:r>
        <w:rPr>
          <w:rFonts w:ascii="Arial" w:hAnsi="Arial"/>
          <w:b/>
        </w:rPr>
        <w:t xml:space="preserve">Interviewer P:  </w:t>
      </w:r>
      <w:r>
        <w:rPr>
          <w:rFonts w:ascii="Arial" w:hAnsi="Arial"/>
          <w:color w:val="5D7284"/>
        </w:rPr>
        <w:t>54:01</w:t>
      </w:r>
    </w:p>
    <w:p w14:paraId="14A69831" w14:textId="77777777" w:rsidR="00FE337B" w:rsidRDefault="00A77024">
      <w:pPr>
        <w:spacing w:after="0"/>
      </w:pPr>
      <w:r>
        <w:rPr>
          <w:rFonts w:ascii="Arial" w:hAnsi="Arial"/>
        </w:rPr>
        <w:t>Ideas why?</w:t>
      </w:r>
    </w:p>
    <w:p w14:paraId="56295050" w14:textId="77777777" w:rsidR="00FE337B" w:rsidRDefault="00FE337B">
      <w:pPr>
        <w:spacing w:after="0"/>
      </w:pPr>
    </w:p>
    <w:p w14:paraId="09FAF5F7" w14:textId="77777777" w:rsidR="00FE337B" w:rsidRDefault="00A77024">
      <w:pPr>
        <w:spacing w:after="0"/>
      </w:pPr>
      <w:r>
        <w:rPr>
          <w:rFonts w:ascii="Arial" w:hAnsi="Arial"/>
          <w:b/>
        </w:rPr>
        <w:t xml:space="preserve">Participant #13:  </w:t>
      </w:r>
      <w:r>
        <w:rPr>
          <w:rFonts w:ascii="Arial" w:hAnsi="Arial"/>
          <w:color w:val="5D7284"/>
        </w:rPr>
        <w:t>54:07</w:t>
      </w:r>
    </w:p>
    <w:p w14:paraId="7BBAC398" w14:textId="117AE80B" w:rsidR="00FE337B" w:rsidRDefault="00A77024">
      <w:pPr>
        <w:spacing w:after="0"/>
      </w:pPr>
      <w:r>
        <w:rPr>
          <w:rFonts w:ascii="Arial" w:hAnsi="Arial"/>
        </w:rPr>
        <w:t xml:space="preserve">The weight </w:t>
      </w:r>
      <w:r w:rsidR="00850C16">
        <w:rPr>
          <w:rFonts w:ascii="Arial" w:hAnsi="Arial"/>
        </w:rPr>
        <w:t>difference,</w:t>
      </w:r>
      <w:r>
        <w:rPr>
          <w:rFonts w:ascii="Arial" w:hAnsi="Arial"/>
        </w:rPr>
        <w:t xml:space="preserve"> I guess.</w:t>
      </w:r>
    </w:p>
    <w:p w14:paraId="46EE8745" w14:textId="77777777" w:rsidR="00FE337B" w:rsidRDefault="00FE337B">
      <w:pPr>
        <w:spacing w:after="0"/>
      </w:pPr>
    </w:p>
    <w:p w14:paraId="47C82EDE" w14:textId="77777777" w:rsidR="00FE337B" w:rsidRDefault="00A77024">
      <w:pPr>
        <w:spacing w:after="0"/>
      </w:pPr>
      <w:r>
        <w:rPr>
          <w:rFonts w:ascii="Arial" w:hAnsi="Arial"/>
          <w:b/>
        </w:rPr>
        <w:t xml:space="preserve">Interviewer P:  </w:t>
      </w:r>
      <w:r>
        <w:rPr>
          <w:rFonts w:ascii="Arial" w:hAnsi="Arial"/>
          <w:color w:val="5D7284"/>
        </w:rPr>
        <w:t>54:09</w:t>
      </w:r>
    </w:p>
    <w:p w14:paraId="65BADB74" w14:textId="77777777" w:rsidR="00FE337B" w:rsidRDefault="00A77024">
      <w:pPr>
        <w:spacing w:after="0"/>
      </w:pPr>
      <w:r>
        <w:rPr>
          <w:rFonts w:ascii="Arial" w:hAnsi="Arial"/>
        </w:rPr>
        <w:t xml:space="preserve">Like you said before? </w:t>
      </w:r>
    </w:p>
    <w:p w14:paraId="4C81E50E" w14:textId="77777777" w:rsidR="00FE337B" w:rsidRDefault="00FE337B">
      <w:pPr>
        <w:spacing w:after="0"/>
      </w:pPr>
    </w:p>
    <w:p w14:paraId="2E3D23DA" w14:textId="77777777" w:rsidR="00FE337B" w:rsidRDefault="00A77024">
      <w:pPr>
        <w:spacing w:after="0"/>
      </w:pPr>
      <w:r>
        <w:rPr>
          <w:rFonts w:ascii="Arial" w:hAnsi="Arial"/>
          <w:b/>
        </w:rPr>
        <w:t xml:space="preserve">Participant #13:  </w:t>
      </w:r>
      <w:r>
        <w:rPr>
          <w:rFonts w:ascii="Arial" w:hAnsi="Arial"/>
          <w:color w:val="5D7284"/>
        </w:rPr>
        <w:t>54:11</w:t>
      </w:r>
    </w:p>
    <w:p w14:paraId="7A952CE5" w14:textId="77777777" w:rsidR="00FE337B" w:rsidRDefault="00A77024">
      <w:pPr>
        <w:spacing w:after="0"/>
      </w:pPr>
      <w:r>
        <w:rPr>
          <w:rFonts w:ascii="Arial" w:hAnsi="Arial"/>
        </w:rPr>
        <w:t xml:space="preserve">Yeah. </w:t>
      </w:r>
    </w:p>
    <w:p w14:paraId="47E85111" w14:textId="77777777" w:rsidR="00FE337B" w:rsidRDefault="00FE337B">
      <w:pPr>
        <w:spacing w:after="0"/>
      </w:pPr>
    </w:p>
    <w:p w14:paraId="367AC707" w14:textId="77777777" w:rsidR="00FE337B" w:rsidRDefault="00A77024">
      <w:pPr>
        <w:spacing w:after="0"/>
      </w:pPr>
      <w:r>
        <w:rPr>
          <w:rFonts w:ascii="Arial" w:hAnsi="Arial"/>
          <w:b/>
        </w:rPr>
        <w:t xml:space="preserve">Interviewer P:  </w:t>
      </w:r>
      <w:r>
        <w:rPr>
          <w:rFonts w:ascii="Arial" w:hAnsi="Arial"/>
          <w:color w:val="5D7284"/>
        </w:rPr>
        <w:t>54:15</w:t>
      </w:r>
    </w:p>
    <w:p w14:paraId="1F3226D2" w14:textId="77777777" w:rsidR="00FE337B" w:rsidRDefault="00A77024">
      <w:pPr>
        <w:spacing w:after="0"/>
      </w:pPr>
      <w:r>
        <w:rPr>
          <w:rFonts w:ascii="Arial" w:hAnsi="Arial"/>
        </w:rPr>
        <w:t>We are out of time and so I'm gonna turn off this.</w:t>
      </w:r>
    </w:p>
    <w:sectPr w:rsidR="00FE337B" w:rsidSect="009772E4">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236CF7" w14:textId="77777777" w:rsidR="009772E4" w:rsidRDefault="009772E4">
      <w:pPr>
        <w:spacing w:after="0" w:line="240" w:lineRule="auto"/>
      </w:pPr>
      <w:r>
        <w:separator/>
      </w:r>
    </w:p>
  </w:endnote>
  <w:endnote w:type="continuationSeparator" w:id="0">
    <w:p w14:paraId="40A06101" w14:textId="77777777" w:rsidR="009772E4" w:rsidRDefault="009772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768FBC00"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032C3B46"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2EA95DD"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5570BAF"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37681842"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59C05"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57B22A" w14:textId="77777777" w:rsidR="009772E4" w:rsidRDefault="009772E4">
      <w:pPr>
        <w:spacing w:after="0" w:line="240" w:lineRule="auto"/>
      </w:pPr>
      <w:r>
        <w:separator/>
      </w:r>
    </w:p>
  </w:footnote>
  <w:footnote w:type="continuationSeparator" w:id="0">
    <w:p w14:paraId="3533F9DB" w14:textId="77777777" w:rsidR="009772E4" w:rsidRDefault="009772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4AD5EE"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A976CE"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D8793"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057389413">
    <w:abstractNumId w:val="8"/>
  </w:num>
  <w:num w:numId="2" w16cid:durableId="251400551">
    <w:abstractNumId w:val="6"/>
  </w:num>
  <w:num w:numId="3" w16cid:durableId="1260214465">
    <w:abstractNumId w:val="5"/>
  </w:num>
  <w:num w:numId="4" w16cid:durableId="1571959593">
    <w:abstractNumId w:val="4"/>
  </w:num>
  <w:num w:numId="5" w16cid:durableId="1360355881">
    <w:abstractNumId w:val="7"/>
  </w:num>
  <w:num w:numId="6" w16cid:durableId="719746680">
    <w:abstractNumId w:val="3"/>
  </w:num>
  <w:num w:numId="7" w16cid:durableId="1205370422">
    <w:abstractNumId w:val="2"/>
  </w:num>
  <w:num w:numId="8" w16cid:durableId="307320670">
    <w:abstractNumId w:val="1"/>
  </w:num>
  <w:num w:numId="9" w16cid:durableId="11171382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850C16"/>
    <w:rsid w:val="00930F33"/>
    <w:rsid w:val="009772E4"/>
    <w:rsid w:val="009C3AF0"/>
    <w:rsid w:val="00A12EE5"/>
    <w:rsid w:val="00A77024"/>
    <w:rsid w:val="00AA1D8D"/>
    <w:rsid w:val="00B47730"/>
    <w:rsid w:val="00BA4C2B"/>
    <w:rsid w:val="00BD0140"/>
    <w:rsid w:val="00C24502"/>
    <w:rsid w:val="00CB0664"/>
    <w:rsid w:val="00D57E81"/>
    <w:rsid w:val="00DB699A"/>
    <w:rsid w:val="00ED3244"/>
    <w:rsid w:val="00FC693F"/>
    <w:rsid w:val="00FE337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F2FCD52"/>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446AB388-2E5C-42F0-B6C0-A62AEBD197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89E42F3-0687-4ECB-94B2-E217BF6884B7}">
  <ds:schemaRefs>
    <ds:schemaRef ds:uri="http://schemas.microsoft.com/sharepoint/v3/contenttype/forms"/>
  </ds:schemaRefs>
</ds:datastoreItem>
</file>

<file path=customXml/itemProps4.xml><?xml version="1.0" encoding="utf-8"?>
<ds:datastoreItem xmlns:ds="http://schemas.openxmlformats.org/officeDocument/2006/customXml" ds:itemID="{1EF3F397-0FAE-4B54-973C-6FF44C2EC02B}">
  <ds:schemaRefs>
    <ds:schemaRef ds:uri="http://purl.org/dc/dcmitype/"/>
    <ds:schemaRef ds:uri="http://purl.org/dc/terms/"/>
    <ds:schemaRef ds:uri="http://schemas.microsoft.com/sharepoint/v3"/>
    <ds:schemaRef ds:uri="http://schemas.openxmlformats.org/package/2006/metadata/core-properties"/>
    <ds:schemaRef ds:uri="http://schemas.microsoft.com/office/2006/metadata/properties"/>
    <ds:schemaRef ds:uri="http://purl.org/dc/elements/1.1/"/>
    <ds:schemaRef ds:uri="http://schemas.microsoft.com/office/2006/documentManagement/types"/>
    <ds:schemaRef ds:uri="eeef5ad7-d6de-419e-9305-cd9bdd8d89a9"/>
    <ds:schemaRef ds:uri="http://schemas.microsoft.com/office/infopath/2007/PartnerControls"/>
    <ds:schemaRef ds:uri="5b1983e9-55b4-4f9e-a196-30376d2238aa"/>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4614</Words>
  <Characters>26306</Characters>
  <Application>Microsoft Office Word</Application>
  <DocSecurity>4</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30859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2024-05-21T16:11:00Z</dcterms:created>
  <dcterms:modified xsi:type="dcterms:W3CDTF">2024-05-21T16:11:00Z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